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Patriotism in Islam July 27, 2025</w:t>
      </w:r>
    </w:p>
    <w:p>
      <w:r>
        <w:t>https://youtu.be/xKCy0dkVfzw</w:t>
      </w:r>
    </w:p>
    <w:p>
      <w:r>
        <w:rPr>
          <w:b/>
        </w:rPr>
        <w:t xml:space="preserve">[00:12] </w:t>
      </w:r>
      <w:r>
        <w:t xml:space="preserve">Assalamualikum warahmatullah. Bismillah hir rahman nir rahim, wa saliallahu ala nabiyyil karim. </w:t>
      </w:r>
    </w:p>
    <w:p>
      <w:pPr>
        <w:jc w:val="right"/>
      </w:pPr>
      <w:r>
        <w:t>السلامعلیکمورحمۃاللہ ۔ بسماللہ الرحمن الرحیم، وصلیاللہ علی النبیالکریم۔</w:t>
      </w:r>
    </w:p>
    <w:p>
      <w:r>
        <w:rPr>
          <w:b/>
        </w:rPr>
        <w:t xml:space="preserve">[00:21] </w:t>
      </w:r>
      <w:r>
        <w:t xml:space="preserve">Rabishrahli sadri wayassirli amri, wahalul uqdatammin lisani yafqahu qawli. Sam'een karam, aaj hum cpi international kay chairperson </w:t>
      </w:r>
    </w:p>
    <w:p>
      <w:pPr>
        <w:jc w:val="right"/>
      </w:pPr>
      <w:r>
        <w:t>رباشرحلی صدری ویسرلی امری،واحلالعقدۃ من لسانی یفقہ قولی۔ سامعینکرام ، آجہم سیپیایسانٹرنیشنلکےچیئرپرسن</w:t>
      </w:r>
    </w:p>
    <w:p>
      <w:r>
        <w:rPr>
          <w:b/>
        </w:rPr>
        <w:t xml:space="preserve">[00:35] </w:t>
      </w:r>
      <w:r>
        <w:t xml:space="preserve">doctor farida khan sahibah say aik bahut hi aham mozu par guftagu karnay walay hain. Woh mozu hay watan say muhabbat. </w:t>
      </w:r>
    </w:p>
    <w:p>
      <w:pPr>
        <w:jc w:val="right"/>
      </w:pPr>
      <w:r>
        <w:t>ڈاکٹر فریدہخانمصاحبہسے ایکبہتہی اہم موضوعپر گفتگو کرنے والے ہیں۔ وہ موضوعہے وطن سے محبت ۔</w:t>
      </w:r>
    </w:p>
    <w:p>
      <w:r>
        <w:rPr>
          <w:b/>
        </w:rPr>
        <w:t xml:space="preserve">[00:47] </w:t>
      </w:r>
      <w:r>
        <w:t xml:space="preserve">istal'aq say jo main nay mutala'ah kiya aur hamari batcheet hui farida apasay, to bahut sari ghalatfehmiyan hain jo hamaray darmiyan pai jati hain kay istal'aq say Islam ka kiya point of view hay watan ki muhabbat kay taluq say. </w:t>
      </w:r>
    </w:p>
    <w:p>
      <w:pPr>
        <w:jc w:val="right"/>
      </w:pPr>
      <w:r>
        <w:t>استعلقسے جو میںنے مطالعہکیا اورہماری باتچیتہوئی فریدہآپاسے، تو بہت ساری غلطفہمیاںہیں جو ہمارے درمیان پائیجاتیہیں کہاستعلقسےاسلام کاکیا پوائنٹآفویوہےوطن کیمحبت کےتعلقسے ۔</w:t>
      </w:r>
    </w:p>
    <w:p>
      <w:r>
        <w:rPr>
          <w:b/>
        </w:rPr>
        <w:t xml:space="preserve">[01:08] </w:t>
      </w:r>
      <w:r>
        <w:t xml:space="preserve">to inshallah aaj hum is par guftagu kareen gay kay watan say muhabbat kiya hay, </w:t>
      </w:r>
    </w:p>
    <w:p>
      <w:pPr>
        <w:jc w:val="right"/>
      </w:pPr>
      <w:r>
        <w:t>تو انشاءاللہآجہماسپر گفتگوکریںگےکہ وطن سےمحبتکیاہے،</w:t>
      </w:r>
    </w:p>
    <w:p>
      <w:r>
        <w:rPr>
          <w:b/>
        </w:rPr>
        <w:t xml:space="preserve">[01:13] </w:t>
      </w:r>
      <w:r>
        <w:t xml:space="preserve">paighambar Islam sallallahu alayhi wasallam </w:t>
      </w:r>
    </w:p>
    <w:p>
      <w:pPr>
        <w:jc w:val="right"/>
      </w:pPr>
      <w:r>
        <w:t>پیغمبراسلام صلیاللہ علیہوسلم</w:t>
      </w:r>
    </w:p>
    <w:p>
      <w:r>
        <w:rPr>
          <w:b/>
        </w:rPr>
        <w:t xml:space="preserve">[01:18] </w:t>
      </w:r>
      <w:r>
        <w:t xml:space="preserve">ka istal'aq say is view kiya milta hay, doosray fuqaha aur sufia kiya kehtay hain istal'aq say. </w:t>
      </w:r>
    </w:p>
    <w:p>
      <w:pPr>
        <w:jc w:val="right"/>
      </w:pPr>
      <w:r>
        <w:t>کااستعلقسےاسوہکیاملتاہے، دوسرے فقہاءاورصوفیاء کیا کہتےہیںاستعلقسے ۔</w:t>
      </w:r>
    </w:p>
    <w:p>
      <w:r>
        <w:rPr>
          <w:b/>
        </w:rPr>
        <w:t xml:space="preserve">[01:24] </w:t>
      </w:r>
      <w:r>
        <w:t>in tamam cheezon par baat cheet karenge, aur</w:t>
      </w:r>
    </w:p>
    <w:p>
      <w:pPr>
        <w:jc w:val="right"/>
      </w:pPr>
      <w:r>
        <w:t>انتمام چیزوںپرباتچیتکریںگے ،اور</w:t>
      </w:r>
    </w:p>
    <w:p>
      <w:r>
        <w:rPr>
          <w:b/>
        </w:rPr>
        <w:t xml:space="preserve">[01:29] </w:t>
      </w:r>
      <w:r>
        <w:t>door jadeed mein, yaani scientific door jab shuru hua, is ke baad se jo ek naya door aaya saamne, us waqt</w:t>
      </w:r>
    </w:p>
    <w:p>
      <w:pPr>
        <w:jc w:val="right"/>
      </w:pPr>
      <w:r>
        <w:t>دور جدیدمیں ،یعنی سائنٹیفکدور جبشروع ہوا،اسکےبعد سے جوایکنیادور آیا سامنے، اسوقت</w:t>
      </w:r>
    </w:p>
    <w:p>
      <w:r>
        <w:rPr>
          <w:b/>
        </w:rPr>
        <w:t xml:space="preserve">[01:39] </w:t>
      </w:r>
      <w:r>
        <w:t>jo musalmanon ke andar ek qism ki</w:t>
      </w:r>
    </w:p>
    <w:p>
      <w:pPr>
        <w:jc w:val="right"/>
      </w:pPr>
      <w:r>
        <w:t>جو مسلمان وںکےاندر ایکقسم کی</w:t>
      </w:r>
    </w:p>
    <w:p>
      <w:r>
        <w:rPr>
          <w:b/>
        </w:rPr>
        <w:t xml:space="preserve">[01:44] </w:t>
      </w:r>
      <w:r>
        <w:t>watan se muhabbat ko le kar aur qaumi nazariye ko le kar jo</w:t>
      </w:r>
    </w:p>
    <w:p>
      <w:pPr>
        <w:jc w:val="right"/>
      </w:pPr>
      <w:r>
        <w:t>وطن سےمحبت کولےکراورقومینظریےکولےکرجو</w:t>
      </w:r>
    </w:p>
    <w:p>
      <w:r>
        <w:rPr>
          <w:b/>
        </w:rPr>
        <w:t xml:space="preserve">[01:48] </w:t>
      </w:r>
      <w:r>
        <w:t>cheezein phailin, nazariye phailay, is par bhi inshallah hum</w:t>
      </w:r>
    </w:p>
    <w:p>
      <w:pPr>
        <w:jc w:val="right"/>
      </w:pPr>
      <w:r>
        <w:t>چیزیں پھیلی،نظریےپھیلے، اسپربھیانشاءاللہہم</w:t>
      </w:r>
    </w:p>
    <w:p>
      <w:r>
        <w:rPr>
          <w:b/>
        </w:rPr>
        <w:t xml:space="preserve">[01:51] </w:t>
      </w:r>
      <w:r>
        <w:t>guftagu karein ge aaj kya is mehfil mein.</w:t>
      </w:r>
    </w:p>
    <w:p>
      <w:pPr>
        <w:jc w:val="right"/>
      </w:pPr>
      <w:r>
        <w:t>گفتگوکریںگےآجکیاسمحفلمیں۔</w:t>
      </w:r>
    </w:p>
    <w:p>
      <w:r>
        <w:rPr>
          <w:b/>
        </w:rPr>
        <w:t xml:space="preserve">[01:54] </w:t>
      </w:r>
      <w:r>
        <w:t xml:space="preserve">to assalamualikum ap ka. Wa alaikum assalam. Abhi main ap say sab say pehla sawal yeh karna chahta hoon kay watan say muhabbat kiya hay? Paighambar Islam sallallahu alayhi wasallam apnay watan say muhabbat kartay thay kay nahin kartay thay? </w:t>
      </w:r>
    </w:p>
    <w:p>
      <w:pPr>
        <w:jc w:val="right"/>
      </w:pPr>
      <w:r>
        <w:t>تو السلامعلیکم آپا۔ وعلیکمالسلام ۔ ابھیمیںآپسےسبسےپہلاسوال یہ کرناچاہتاہوںکہ وطن سے محبتکیاہے؟ پیغمبراسلام صلیاللہعلیہوسلم اپنے وطن سےمحبت کرتے تھے کہنہیں کرتے تھے ؟</w:t>
      </w:r>
    </w:p>
    <w:p>
      <w:r>
        <w:rPr>
          <w:b/>
        </w:rPr>
        <w:t xml:space="preserve">[02:08] </w:t>
      </w:r>
      <w:r>
        <w:t xml:space="preserve">aur sufion ka istal'aq say kiya amal tha? </w:t>
      </w:r>
    </w:p>
    <w:p>
      <w:pPr>
        <w:jc w:val="right"/>
      </w:pPr>
      <w:r>
        <w:t>اور صوفیاءکا استعلقسےکیا عمل تھا ؟</w:t>
      </w:r>
    </w:p>
    <w:p>
      <w:r>
        <w:rPr>
          <w:b/>
        </w:rPr>
        <w:t xml:space="preserve">[02:14] </w:t>
      </w:r>
      <w:r>
        <w:t xml:space="preserve">dekhiye, watan say muhabbat to bilkul aik fitri jazbah hay aur bahut hi gehra insani jazbah hay. </w:t>
      </w:r>
    </w:p>
    <w:p>
      <w:pPr>
        <w:jc w:val="right"/>
      </w:pPr>
      <w:r>
        <w:t>دیکھیے، وطن سے مح بت توبالکل ایک فطریجذبہہے اور بہتہی گہرا انسانیجذبہہے۔</w:t>
      </w:r>
    </w:p>
    <w:p>
      <w:r>
        <w:rPr>
          <w:b/>
        </w:rPr>
        <w:t xml:space="preserve">[02:25] </w:t>
      </w:r>
      <w:r>
        <w:t xml:space="preserve">koi kahay bheraha ho, kisi bhi mulk mein rah raha ho, usko apnay watan say muhabbat hoti hay. </w:t>
      </w:r>
    </w:p>
    <w:p>
      <w:pPr>
        <w:jc w:val="right"/>
      </w:pPr>
      <w:r>
        <w:t>کوئی کہیںبھیرہ رہاہو ، کسی بھیملکمیںرہرہاہو،اسکو اپنے وطن سے محبت ہوتیہے۔</w:t>
      </w:r>
    </w:p>
    <w:p>
      <w:r>
        <w:rPr>
          <w:b/>
        </w:rPr>
        <w:t xml:space="preserve">[02:32] </w:t>
      </w:r>
      <w:r>
        <w:t xml:space="preserve">kyun kay aadmi jis sarzamin par parwarish pata hay, jahan uski shakhsiyat tashkeel pati hay, uski yadein wabasta hoti hain, uskay tajrubaat hotay hain, uskay taluqat hotay hain, usko bahut kuch apnay watan say milta hay. </w:t>
      </w:r>
    </w:p>
    <w:p>
      <w:pPr>
        <w:jc w:val="right"/>
      </w:pPr>
      <w:r>
        <w:t>کیونکہ آدمی جس سرزمینپر پرورشپاتاہے، جہاںاسکیشخص یت تشکیل پاتیہے، اسکی یادیں وابستہہوتیہیں،اسکے تجربات ہوتےہیں،اسکے تعلقاتہوتےہیں، اسکوبہت کچھاپنے وطن سے ملتاہے۔</w:t>
      </w:r>
    </w:p>
    <w:p>
      <w:r>
        <w:rPr>
          <w:b/>
        </w:rPr>
        <w:t xml:space="preserve">[02:49] </w:t>
      </w:r>
      <w:r>
        <w:t xml:space="preserve">to yeh to bilkul natural hay kay usko apnay watan say gehrimuhabbat ho. </w:t>
      </w:r>
    </w:p>
    <w:p>
      <w:pPr>
        <w:jc w:val="right"/>
      </w:pPr>
      <w:r>
        <w:t>تو یہتوبالکل نیچرلہے کہ اسکو اپنے وطن سے گہریمح بتہو ۔</w:t>
      </w:r>
    </w:p>
    <w:p>
      <w:r>
        <w:rPr>
          <w:b/>
        </w:rPr>
        <w:t xml:space="preserve">[02:57] </w:t>
      </w:r>
      <w:r>
        <w:t xml:space="preserve">to yeh kay agar hamari fitrat mein agar aik cheez pevast hay to yeh Islam kay khilaf nahin ho sakti. </w:t>
      </w:r>
    </w:p>
    <w:p>
      <w:pPr>
        <w:jc w:val="right"/>
      </w:pPr>
      <w:r>
        <w:t>تویہ کہ اگر ہماری فطرت میںاگر ایکچیز پیوستہے تو یہ اسلام کےخلاف نہیں ہوسکتی ۔</w:t>
      </w:r>
    </w:p>
    <w:p>
      <w:r>
        <w:rPr>
          <w:b/>
        </w:rPr>
        <w:t xml:space="preserve">[03:06] </w:t>
      </w:r>
      <w:r>
        <w:t>kyunke fitrat to allah ne hi paida ki hai, to hamari fitrat mein hi hai ke hum apne watan se muhabbat karen.</w:t>
      </w:r>
    </w:p>
    <w:p>
      <w:pPr>
        <w:jc w:val="right"/>
      </w:pPr>
      <w:r>
        <w:t>کیونکہ فطرتتو اللہ نےہی پیدا کیہے، توہماریفطرتمیںہی ہےکہہم اپنے وطن سے محبتکریں۔</w:t>
      </w:r>
    </w:p>
    <w:p>
      <w:r>
        <w:rPr>
          <w:b/>
        </w:rPr>
        <w:t xml:space="preserve">[03:16] </w:t>
      </w:r>
      <w:r>
        <w:t>to rasool allah sallallahu alaihi wasallam ka uswa hamare samne hai, baqi sufiya ka, buzurgon ka uswa hamare samne hai.</w:t>
      </w:r>
    </w:p>
    <w:p>
      <w:pPr>
        <w:jc w:val="right"/>
      </w:pPr>
      <w:r>
        <w:t>تو رسولاللہ صلیاللہعلیہوسلم کا اسوہہمارےسامنےہے، باقی صوفیاءکا،بزرگ وںکااسوہہمارےسامنےہے۔</w:t>
      </w:r>
    </w:p>
    <w:p>
      <w:r>
        <w:rPr>
          <w:b/>
        </w:rPr>
        <w:t xml:space="preserve">[03:25] </w:t>
      </w:r>
      <w:r>
        <w:t>sab ko apne watan se muhabbat thi. ek ibn battal hain jo sahih al bukhari ke sharah hain, wo farmate hain: "allah taala ne insan ki fitrat mein watan ki muhabbat rakh di hai." aur rasool allah ne watan se muhabbat karte the.</w:t>
      </w:r>
    </w:p>
    <w:p>
      <w:pPr>
        <w:jc w:val="right"/>
      </w:pPr>
      <w:r>
        <w:t>سبکو اپنےوطن سے محبت تھی۔ ایک ابن بط ال ہیں جو صحیح البخاری کےشارحہیں، وہ فرماتےہیں: "اللہ تعالی نے انسان کی فطرتمیں وطن کیمحبت رکھدیہے۔" اوررسولاللہ وطن سےمح بت کرتے تھے۔</w:t>
      </w:r>
    </w:p>
    <w:p>
      <w:r>
        <w:rPr>
          <w:b/>
        </w:rPr>
        <w:t xml:space="preserve">[03:44] </w:t>
      </w:r>
      <w:r>
        <w:t>rasool allah sallallahu alaihi wasallam dua karte the: "ae allah! humein madina se isi tarah muhabbat de jaise tum ne humein makka se muhabbat di hai."</w:t>
      </w:r>
    </w:p>
    <w:p>
      <w:pPr>
        <w:jc w:val="right"/>
      </w:pPr>
      <w:r>
        <w:t>رسولاللہصلیاللہعلیہوسلم دعاکرتے تھے:"اےاللہ !ہمیں مدینہسے اسیطرح مح بت دے جیسےتونےہمیںمکہسے محبت دیہے۔"</w:t>
      </w:r>
    </w:p>
    <w:p>
      <w:r>
        <w:rPr>
          <w:b/>
        </w:rPr>
        <w:t xml:space="preserve">[03:54] </w:t>
      </w:r>
      <w:r>
        <w:t>kyunke aap makka mein rehte the to wahan par unse bahut zyada makka se muhabbat karte the. phir achanak madina jana pada to aap ne dua kiya ke hum is shehar se bhi muhabbat karen.</w:t>
      </w:r>
    </w:p>
    <w:p>
      <w:pPr>
        <w:jc w:val="right"/>
      </w:pPr>
      <w:r>
        <w:t>کیونکہ آپ مکہمیںرہتےتھےتو وہاںپر انسے بہت زیادہ مکہسےمحبت کرتے تھے۔ پھر اچانک مدینہجاناپڑا تو آپنے دعاکیا کہہم اس اسشہرسےبھی محبتکریں۔</w:t>
      </w:r>
    </w:p>
    <w:p>
      <w:r>
        <w:rPr>
          <w:b/>
        </w:rPr>
        <w:t xml:space="preserve">[04:09] </w:t>
      </w:r>
      <w:r>
        <w:t>kai bar aisa hota tha ke aap safar se wapas aate to jab aap madina ke qareeb pahunch jate to aap ko aisa matlab itna khush hote ke madina ki deewaron ko dekh kar apni sawari ko aap tez farmate.</w:t>
      </w:r>
    </w:p>
    <w:p>
      <w:pPr>
        <w:jc w:val="right"/>
      </w:pPr>
      <w:r>
        <w:t>کئیبار ایساہوتاتھاکہآپ سفرسےواپس آتے تو جب آپ مدینہکےقریب پہنچجاتے تو آپکو ایسا مطلباتناخوشہوتےکہ مدینہکیدیواروںکودیکھکر اپنی سواریکوآپ تیزفرمادیتے۔</w:t>
      </w:r>
    </w:p>
    <w:p>
      <w:r>
        <w:rPr>
          <w:b/>
        </w:rPr>
        <w:t xml:space="preserve">[04:26] </w:t>
      </w:r>
      <w:r>
        <w:t>yahan tak ke aap ne uhud pahad ke bare mein kaha hai. uhud pahad asal mein qudrati dhal ka kaam deta tha.</w:t>
      </w:r>
    </w:p>
    <w:p>
      <w:pPr>
        <w:jc w:val="right"/>
      </w:pPr>
      <w:r>
        <w:t>یہاںتککہآپنے احد پہاڑکےبارےمیں کہاہے۔احدپہاڑ اصلمیں قدر تی ڈھالکاکام دیتاتھا۔</w:t>
      </w:r>
    </w:p>
    <w:p>
      <w:r>
        <w:rPr>
          <w:b/>
        </w:rPr>
        <w:t xml:space="preserve">[04:34] </w:t>
      </w:r>
      <w:r>
        <w:t>madina ek aisa shehar tha ke iske teen taraf khajoor ke baghat the aur ek taraf uhud pahad tha. iski wajah se wo bilkul hi natural defense ka kaam karta tha.</w:t>
      </w:r>
    </w:p>
    <w:p>
      <w:pPr>
        <w:jc w:val="right"/>
      </w:pPr>
      <w:r>
        <w:t>مدینہایکایساشہر تھاکہاسکے تینطرف کھجورکے باغاتتھے اور ایکطرف احدپہاڑتھا۔ اسکیوجہ سےوہبالکل ہی نیچرلڈیفنسکاکام کرتاتھا۔</w:t>
      </w:r>
    </w:p>
    <w:p>
      <w:r>
        <w:rPr>
          <w:b/>
        </w:rPr>
        <w:t xml:space="preserve">[04:46] </w:t>
      </w:r>
      <w:r>
        <w:t>to aap ne yeh farmaya ke yeh pahad hum se muhabbat karta hai aur hum is se muhabbat karte hain. isi tarah ek mashhoor sufi buzurg ibrahim ibn adham farmate</w:t>
      </w:r>
    </w:p>
    <w:p>
      <w:pPr>
        <w:jc w:val="right"/>
      </w:pPr>
      <w:r>
        <w:t>توآپ نے یہفرمایا کہیہ پہاڑ ہمسے محبت کرتاہے اور ہماسسے محبتکرتے ہیں۔ اسیطرح ایکمشہور صوفیبزرگ ابراہیم ابن ادہم فرماتے</w:t>
      </w:r>
    </w:p>
    <w:p>
      <w:r>
        <w:rPr>
          <w:b/>
        </w:rPr>
        <w:t xml:space="preserve">[05:00] </w:t>
      </w:r>
      <w:r>
        <w:t>hain: "maine jin cheezon ko chhora un mein se kisi cheez ki takleef mujh par itni shadeed na thi jitni watan ki judai ki." asal mein sufiya aksar apne watan ko chhod dete the aur safar par rehte the.</w:t>
      </w:r>
    </w:p>
    <w:p>
      <w:pPr>
        <w:jc w:val="right"/>
      </w:pPr>
      <w:r>
        <w:t>ہیں: "میںنے جنچیزوںکو چھوڑا انمیںسے کسی چیز کی تک لیف مجھپر اتنی شدید نہتھی جتنی وطن کی جد ائیکی۔" اصلمیںصوفیاءاکثراپنے وطن کو چھوڑدیتےتھے اور سفرپررہتےتھے۔</w:t>
      </w:r>
    </w:p>
    <w:p>
      <w:r>
        <w:rPr>
          <w:b/>
        </w:rPr>
        <w:t xml:space="preserve">[05:17] </w:t>
      </w:r>
      <w:r>
        <w:t>safar par wo mustaqil buzurgon se milaten karte the, khanqahon mein mukhtalif jate the aur unke mureed unke sath hote the. to unko apne watan aksar wo chhod dete</w:t>
      </w:r>
    </w:p>
    <w:p>
      <w:pPr>
        <w:jc w:val="right"/>
      </w:pPr>
      <w:r>
        <w:t>سفرپر وہ مست قل بزرگ وںسےملاقاتیںکرتے تھے، خان قاہوںمیںمختلف جاتےتھے اور انکے مرید انکےساتھ ہوتےتھے۔تو انکو اپنے وطن اکثروہچھوڑدیت</w:t>
      </w:r>
    </w:p>
    <w:p>
      <w:r>
        <w:rPr>
          <w:b/>
        </w:rPr>
        <w:t xml:space="preserve">[05:30] </w:t>
      </w:r>
      <w:r>
        <w:t>the. is par is liye wo yeh keh rahe hain. ek allama raghib isfahani, panchwin sadi ke ek mashhoor aalim hain, wo farmate hain: "watan se muhabbat nek fitrat insan ki sifat hoti hai." ab aap sochiye ke jis watan se humein itna zyada milta hai to agar hum watan se muhabbat na karen to iska matlab hai ke hamare andar hi koi kami hai.</w:t>
      </w:r>
    </w:p>
    <w:p>
      <w:pPr>
        <w:jc w:val="right"/>
      </w:pPr>
      <w:r>
        <w:t>ےتھے۔ اسپر اسلیےوہ یہکہہرہےہیں۔ ایکعلامہ راغباصفہانی، پانچویںصدی کےایک مشہور عالمہیں،وہ فرماتےہیں: "وطنسے مح بت نیک فطرت انسان کیصفتہوتیہے۔" ابآپسوچیےکہ جس وطن سےہمیں اتنا زیادہ ملتاہے تو اگر ہم وطن سےمح بتنہکریں تو اسکامطلب ہےکہہمارےاندرہیکوئیکمیہے۔</w:t>
      </w:r>
    </w:p>
    <w:p>
      <w:r>
        <w:rPr>
          <w:b/>
        </w:rPr>
        <w:t xml:space="preserve">[05:59] </w:t>
      </w:r>
      <w:r>
        <w:t>hamare hamari jo fitrat hai, sahih fitrat nahi hamari. to watan se muhabbat hai, ta'assub nahi balkeh insani akhlaq aur fitrat ka ek lazmi hissa hai.</w:t>
      </w:r>
    </w:p>
    <w:p>
      <w:pPr>
        <w:jc w:val="right"/>
      </w:pPr>
      <w:r>
        <w:t>ہمارے ہم اری جو فطرتجوہے، صحیحفطرتنہیں ہماری۔ تو وطن سے مح بتجوہے، تعصبنہیں بل کہ انسانی اخلاق اور فطرتکاایک لازمیحصہہے۔</w:t>
      </w:r>
    </w:p>
    <w:p>
      <w:r>
        <w:rPr>
          <w:b/>
        </w:rPr>
        <w:t xml:space="preserve">[06:13] </w:t>
      </w:r>
      <w:r>
        <w:t>ji to is tarike se hum dekhte hain, sabhi logon ne yahi farmaya hai. misaal ke taur par hazrat umar farmate hain: "allah taala ne hubb al watan ki wajah se mulkon ko abad kar rakha</w:t>
      </w:r>
    </w:p>
    <w:p>
      <w:pPr>
        <w:jc w:val="right"/>
      </w:pPr>
      <w:r>
        <w:t>جی تو اسطریقےسےہمدیکھتےہیں ،سبھی لوگوںنے یہیفرمایاہے۔ مثالکےطورپر حضرتعمر فرماتےہیں: "اللہتعالینے حب الوطنیکیوجہ سے ملکوںکو آباد کررکھا</w:t>
      </w:r>
    </w:p>
    <w:p>
      <w:r>
        <w:rPr>
          <w:b/>
        </w:rPr>
        <w:t xml:space="preserve">[06:27] </w:t>
      </w:r>
      <w:r>
        <w:t>hai." agar insan ko apne watan se muhabbat na ho to wo to kahin kahin koi bhi jagah chhod chhod ke kadher bhi chal dega. to matlab wo ek jagah wo rehta hai, wahan ki tarqqi aur falah o behbood mein hissa leta hai.</w:t>
      </w:r>
    </w:p>
    <w:p>
      <w:pPr>
        <w:jc w:val="right"/>
      </w:pPr>
      <w:r>
        <w:t>ہے۔" اگر انسان کو اپنے وطن سے محبت نہہوتووہ تو کہیںکہیںکوئیبھیجگہچھوڑچھوڑکےکدھربھیچلدےگا۔ تو مطلب وہایکجگہ وہرہتاہے، وہاںکیتر قیاورفلاح وبہبودمیں حصہلیتاہے۔</w:t>
      </w:r>
    </w:p>
    <w:p>
      <w:r>
        <w:rPr>
          <w:b/>
        </w:rPr>
        <w:t xml:space="preserve">[06:42] </w:t>
      </w:r>
      <w:r>
        <w:t>to watan se muhabbat ka matlab yeh hai ke watan ke liye kaam karna, iske liye iski tarqqi ki khwahish rakhna, iske liye aman o aman ki ke liye kaam karna, iski falah o behbood ka khayal rakhna.</w:t>
      </w:r>
    </w:p>
    <w:p>
      <w:pPr>
        <w:jc w:val="right"/>
      </w:pPr>
      <w:r>
        <w:t>تو وطن سےمح بتکامطلب یہہےکہوطن کےلیے کام کرنا، اسکےلیے اسکیتر قیکیخواہشرکھنا، اسکےلیے ا منامنکی کےلیے کام کرنا،اسکی فلاحوبہبودکاخیالرکھنا۔</w:t>
      </w:r>
    </w:p>
    <w:p>
      <w:r>
        <w:rPr>
          <w:b/>
        </w:rPr>
        <w:t xml:space="preserve">[06:57] </w:t>
      </w:r>
      <w:r>
        <w:t>to aajkal jaise mahol ka tahaffuz karna hai, global warming ka zamana hai, ped lagana hai, safai suthrai ka khayal rakhna hai, to wo harmony, adl, yeh sari ko koshish karna hai, conflict ko khatam karna hai.</w:t>
      </w:r>
    </w:p>
    <w:p>
      <w:pPr>
        <w:jc w:val="right"/>
      </w:pPr>
      <w:r>
        <w:t>تو آجکل جیسے ماحولکا تحفظکرناہے، گل وبلوارمنگکازمان ہہے، پیڑلگاناہے، صفائی ستھرائیکاخیالرکھناہے، تو وہہارمونی، عدل، یہساریکوششکرناہے، کانفلکٹ کوختمکرناہے۔</w:t>
      </w:r>
    </w:p>
    <w:p>
      <w:r>
        <w:rPr>
          <w:b/>
        </w:rPr>
        <w:t xml:space="preserve">[07:13] </w:t>
      </w:r>
      <w:r>
        <w:t>to yeh sab watan ki muhabbat mein aa jayega. to watan ki muhabbat bahut zyada zaroori hai aur yeh ismein koi baat bhi islam ke khilaf nahi hai.</w:t>
      </w:r>
    </w:p>
    <w:p>
      <w:pPr>
        <w:jc w:val="right"/>
      </w:pPr>
      <w:r>
        <w:t>تویہ سب وطن کیمح بتمیںآجائےگا۔ تو وطن کیمح بت بہت زیادہ ضروریہے اور یہ اسمیں کوئی باتبھیاسلام کےخلاف نہیں ہے۔</w:t>
      </w:r>
    </w:p>
    <w:p>
      <w:r>
        <w:rPr>
          <w:b/>
        </w:rPr>
        <w:t xml:space="preserve">[07:26] </w:t>
      </w:r>
      <w:r>
        <w:t>haan</w:t>
      </w:r>
    </w:p>
    <w:p>
      <w:pPr>
        <w:jc w:val="right"/>
      </w:pPr>
      <w:r>
        <w:t>ہاں</w:t>
      </w:r>
    </w:p>
    <w:p>
      <w:r>
        <w:rPr>
          <w:b/>
        </w:rPr>
        <w:t xml:space="preserve">[07:27] </w:t>
      </w:r>
      <w:r>
        <w:t>aap ka mujhe yaad aa raha hai ke ek mashhoor fiqah aur muhaddis hain, aur</w:t>
      </w:r>
    </w:p>
    <w:p>
      <w:pPr>
        <w:jc w:val="right"/>
      </w:pPr>
      <w:r>
        <w:t>،آپکامجھےیادآرہاہے کہ ایک مشہور فقیہ اور محدثہیں، اور</w:t>
      </w:r>
    </w:p>
    <w:p>
      <w:r>
        <w:rPr>
          <w:b/>
        </w:rPr>
        <w:t xml:space="preserve">[07:37] </w:t>
      </w:r>
      <w:r>
        <w:t>mulla ali al qari, yeh 1606 isvi mein inki wafat hui hai. unhone ek mashhoor hadith hai: "hubb al watan min al iman". isko to unhone kaha ke yeh mauzu hai aur hai bhi mauzu.</w:t>
      </w:r>
    </w:p>
    <w:p>
      <w:pPr>
        <w:jc w:val="right"/>
      </w:pPr>
      <w:r>
        <w:t>ملاعلی القاری، یہ 16 06 عیسویمیںانکیوفاتہوئی ہے۔ انہوں نے ایک مشہورحدیثہے:"حب الوطنیمنالایمان"۔اسکوتوانہوںنےکہاکہیہ موضوعہے اور ہےبھیموضوع۔</w:t>
      </w:r>
    </w:p>
    <w:p>
      <w:r>
        <w:rPr>
          <w:b/>
        </w:rPr>
        <w:t xml:space="preserve">[07:51] </w:t>
      </w:r>
      <w:r>
        <w:t>lekin unhone yeh kaha, iske iske aage jo baat unhone batai, wohi yeh hai ke watan ki muhabbat yeh iman ke munaafi nahi hai, iman ke khilaf nahi hai.</w:t>
      </w:r>
    </w:p>
    <w:p>
      <w:pPr>
        <w:jc w:val="right"/>
      </w:pPr>
      <w:r>
        <w:t>لیکن انہوں نےیہ کہا،اسکے اسکےآگےجو باتانہوںنےبتائی،وہیہہےکہ وطن کیمحبت یہ ایمان کےمنافینہیںہے، ایمانکے خلاف نہیں ہے۔</w:t>
      </w:r>
    </w:p>
    <w:p>
      <w:r>
        <w:rPr>
          <w:b/>
        </w:rPr>
        <w:t xml:space="preserve">[08:01] </w:t>
      </w:r>
      <w:r>
        <w:t>to itne bade aalim bhi yeh mante hain ke agar koi watan se muhabbat hai to aisa nahi hai ke wo iman ke khilaf chala jayega, balkeh wo cheez iman ke mutabiq hi hai.</w:t>
      </w:r>
    </w:p>
    <w:p>
      <w:pPr>
        <w:jc w:val="right"/>
      </w:pPr>
      <w:r>
        <w:t>تو اتنےبڑے عالم بھی یہمانتےہیںکہاگر کوئیوطن سےمحبت ہےتوایسانہیں ہےکہوہ ایمانکےخلاف چلاجائےگا، بلکہوہچیز ایمانکےمطابق ہیہے۔</w:t>
      </w:r>
    </w:p>
    <w:p>
      <w:r>
        <w:rPr>
          <w:b/>
        </w:rPr>
        <w:t xml:space="preserve">[08:11] </w:t>
      </w:r>
      <w:r>
        <w:t>yeh keh rahe hain. balkeh ek bahut hi ajib baat milti hai tareekh mein, ek bahut bade aalim the, ahmad bin abdullah al muzni, abu muhammad, harat ke rehne wale the.</w:t>
      </w:r>
    </w:p>
    <w:p>
      <w:pPr>
        <w:jc w:val="right"/>
      </w:pPr>
      <w:r>
        <w:t>یہکہہرہےہیں۔ بلکہ ایکبہت ہی عجیببات ملتیہےتاریخ میں، ایک بہت بڑےعالمتھے،احمد بن عبداللہ المزنی،ابومحمد ، ہراتکےرہنےوالےتھے۔</w:t>
      </w:r>
    </w:p>
    <w:p>
      <w:r>
        <w:rPr>
          <w:b/>
        </w:rPr>
        <w:t xml:space="preserve">[08:23] </w:t>
      </w:r>
      <w:r>
        <w:t>to unke bare mein tareekh ki kitabon mein likha hua tha: "kan qateel hubb al watan" ke watan ki muhabbat mein wo mare gaye.</w:t>
      </w:r>
    </w:p>
    <w:p>
      <w:pPr>
        <w:jc w:val="right"/>
      </w:pPr>
      <w:r>
        <w:t>توانکےبارےمیں تاریخ کیکتاب وںمیںلکھاہواتھا:"کانقتیل حب الوطن" کہوطن کی محبت میںوہ مارےگئے۔</w:t>
      </w:r>
    </w:p>
    <w:p>
      <w:r>
        <w:rPr>
          <w:b/>
        </w:rPr>
        <w:t xml:space="preserve">[08:31] </w:t>
      </w:r>
      <w:r>
        <w:t>kanqtilhubalwatan "wo uska yeh hai ke aik jagah wo watan ki mohabbat par aur wo apne zamane ke imam kehelate the. likha hua is mein ke: "kana hilal ilm bi khurasan fi asrehi" ke wo apne ahle ilm ke darmiyan wo imamathe khurasan mein apne zamane ke. is mein koi shikan nahi hai.</w:t>
      </w:r>
    </w:p>
    <w:p>
      <w:pPr>
        <w:jc w:val="right"/>
      </w:pPr>
      <w:r>
        <w:t>"کانقتیلحبالوطن "وہ اسکا یہہے کہ ایکجگہوہ وطن کیمحبتپر اور وہاپنے زمانےکےامامکہلاتےتھے۔لکھاہوااسمیںکہ:"کاناہلالعلم بخ راسان فی عصرہ" کہوہاپنے اہلعلم کےدرمیانوہ امامتھے خراسانمیں اپنے زمان ےکے۔اسمیںکوئیشکنہیںہے۔</w:t>
      </w:r>
    </w:p>
    <w:p>
      <w:r>
        <w:rPr>
          <w:b/>
        </w:rPr>
        <w:t xml:space="preserve">[08:52] </w:t>
      </w:r>
      <w:r>
        <w:t>to unhon ne kya kiya ke kafi safar kiya tha, is zamane mein safar karte the ilm ke liye. to aik jagah gaye to unhon ne watan ki mohabbat par bohat lecture diya,</w:t>
      </w:r>
    </w:p>
    <w:p>
      <w:pPr>
        <w:jc w:val="right"/>
      </w:pPr>
      <w:r>
        <w:t>تو انہوںنے کیا کیا کہ کافی سفرکیاتھا،اسزمانےمیںسفرکرتے تھےعلمکےلیے۔توایکجگہگئےتوانہوںنےوطن کیمح بتپربہت بڑالیکچردیا ،</w:t>
      </w:r>
    </w:p>
    <w:p>
      <w:r>
        <w:rPr>
          <w:b/>
        </w:rPr>
        <w:t xml:space="preserve">[09:01] </w:t>
      </w:r>
      <w:r>
        <w:t>taqreer ki, is par bataya. aur watan ki mohabbat mein itna shauq paida ho gaya ke isi mein unka inteqal ho gaya. to yeh halat, yeh کیفیت thi un logon ki watan ki mohabbat ke talluq se.</w:t>
      </w:r>
    </w:p>
    <w:p>
      <w:pPr>
        <w:jc w:val="right"/>
      </w:pPr>
      <w:r>
        <w:t>تقریرکی،اسپر بتایا۔ اور وطن کیمحبتمیںاتنا شوق پیدا ہوگیاکہاسیمیںانکاانتقالہوگیا۔ تو یہ حالت، یہ کیفیتتھیانلوگوںکیوطن کیمحبتکےتعلقسے ۔</w:t>
      </w:r>
    </w:p>
    <w:p>
      <w:r>
        <w:rPr>
          <w:b/>
        </w:rPr>
        <w:t xml:space="preserve">[09:13] </w:t>
      </w:r>
      <w:r>
        <w:t>to aap ne jo bataya, bilkul sahi baat hai ke watan se mohabbat Allah ke rasool sallallahu alaihi wasallam ko bhi thi. jo hadith aati hai watan se mohabbat ki, is par allama ibn hajar aur badruddin a</w:t>
      </w:r>
    </w:p>
    <w:p>
      <w:pPr>
        <w:jc w:val="right"/>
      </w:pPr>
      <w:r>
        <w:t>تو آپ نےجوبتایا،بالکلصحیحباتہےکہ وطن سے محبت اللہ کےرسولصلیاللہعلیہوسلمکوبھیتھی۔ جو حدیث آتیہے وطن سےمحبتکی،اسپر علامہابن حجر اور بدرالدینع</w:t>
      </w:r>
    </w:p>
    <w:p>
      <w:r>
        <w:rPr>
          <w:b/>
        </w:rPr>
        <w:t xml:space="preserve">[09:25] </w:t>
      </w:r>
      <w:r>
        <w:t>yuni ne is par sharah mein likha. sharah bukhari ki sharah hai, fath ul bari aur badruddin aini ki sharah bhi hai. un dono mein unhon ne likha hai ke watan se mohabbat aur us se ka shauq rakhna yeh kya hai ke Allah ke rasool sallallahu alaihi wasallam ka namuna hai, har ek ko apna chahiye.</w:t>
      </w:r>
    </w:p>
    <w:p>
      <w:pPr>
        <w:jc w:val="right"/>
      </w:pPr>
      <w:r>
        <w:t>ینی نے اسپر شرحمیںلکھا۔شرح بخاریکیشرحہے، فتح الباری اور بدرالدینعینیکیشرحبھیہے۔ اندونوںمیںانہوںنےلکھاہےکہ وطن سےمح بت اور اسسے کاشوقرکھنا یہکیاہے کہاللہ کےرسولصلیاللہعلیہوسلمکانمونہہے،ہرایککواپناناچاہیے۔</w:t>
      </w:r>
    </w:p>
    <w:p>
      <w:r>
        <w:rPr>
          <w:b/>
        </w:rPr>
        <w:t xml:space="preserve">[09:41] </w:t>
      </w:r>
      <w:r>
        <w:t>aisa unhon ne kaha hai. to bohat hi ahem baat aap ne batai ke watan se mohabbat honi chahiye hum ko jahan par hum paida hote hain. balkeh hindustan ke mashhoor aalim aur muhaddis hain aur famous hain, Maulana Zakariya Kandhalvi, unki aik kitab hai: "Alamat ud Darari".</w:t>
      </w:r>
    </w:p>
    <w:p>
      <w:pPr>
        <w:jc w:val="right"/>
      </w:pPr>
      <w:r>
        <w:t>ایسا انہوںنےکہاہے۔ توبہت ہیاہمباتآپنےبتائیکہوطن سےمحبتہونیچاہیےہمکوجہاںپرہم پیدا ہوتےہیں۔ بلکہ ہندو ستان کےمشہور عالماورمحدثہیںاور فیمسہیں،مول انازکریاکاندھلوی، انکیایککتاب ہے:"علامہ الدراری"۔</w:t>
      </w:r>
    </w:p>
    <w:p>
      <w:r>
        <w:rPr>
          <w:b/>
        </w:rPr>
        <w:t xml:space="preserve">[09:56] </w:t>
      </w:r>
      <w:r>
        <w:t>is mein unhon ne likha hai ke sirf madina ke liye khaas nahi hai, jis insan ko jis apne watan se mohabbat ho, us ke liye bhi woh cheez aam hai.</w:t>
      </w:r>
    </w:p>
    <w:p>
      <w:pPr>
        <w:jc w:val="right"/>
      </w:pPr>
      <w:r>
        <w:t>اسمیںانہوںنےلکھاہےکہ صرف مدینہکےلیے خاصنہیںہے، جس انسان کو جس اپنے وطن سے محبتہو،اسکےلیےبھیوہچیزعام ہے۔</w:t>
      </w:r>
    </w:p>
    <w:p>
      <w:r>
        <w:rPr>
          <w:b/>
        </w:rPr>
        <w:t xml:space="preserve">[10:06] </w:t>
      </w:r>
      <w:r>
        <w:t>to ulama is baat ko mante hain ke watan se mohabbat honi chahiye, sirf madina ki fazilat nahi thi. Allah ke rasool sallallahu alaihi wasallam ne jo baat kahi hai, woh sirf madina ke liye khaas nahi balkeh aam hai.</w:t>
      </w:r>
    </w:p>
    <w:p>
      <w:pPr>
        <w:jc w:val="right"/>
      </w:pPr>
      <w:r>
        <w:t>تو علماءاسباتکومانتےہیںکہوطنسےمحبتہونیچاہیے،صرفمدینہکیفضیلتنہیںتھی۔اللہ کےرسولصلیاللہعلیہوسلمنے جو بات کہیہے،وہصرفمدینہکےلیےخاصنہیںبلکہعامہے۔</w:t>
      </w:r>
    </w:p>
    <w:p>
      <w:r>
        <w:rPr>
          <w:b/>
        </w:rPr>
        <w:t xml:space="preserve">[10:16] </w:t>
      </w:r>
      <w:r>
        <w:t>to is ke baad main aap se aik agla sawal karunga, woh yeh hai ke political science ke view se nationhood kya cheez hai?</w:t>
      </w:r>
    </w:p>
    <w:p>
      <w:pPr>
        <w:jc w:val="right"/>
      </w:pPr>
      <w:r>
        <w:t>تو اسکےبعد میں آپ سے ایک اگلاسوال کروںگا، وہیہہےکہ پولیٹیکل سائنس کے ویوسے نیشنہڈکیاچیزہے؟</w:t>
      </w:r>
    </w:p>
    <w:p>
      <w:r>
        <w:rPr>
          <w:b/>
        </w:rPr>
        <w:t xml:space="preserve">[10:26] </w:t>
      </w:r>
      <w:r>
        <w:t>dekhiye, ab jo naya zamana aaya, woh bilkul mukhtalif tha. pehle zamane mein kya tha ke Ottoman Empire tha, sare mulk aik hi siyasi wahdat ke under mein the.</w:t>
      </w:r>
    </w:p>
    <w:p>
      <w:pPr>
        <w:jc w:val="right"/>
      </w:pPr>
      <w:r>
        <w:t>دیکھیے، ابجو نیا زمان ہآیا، وہ بالکل مختلف تھا۔ پہلے زمان ےمیںکیاتھا کہ آٹومنایمپائرتھا، سارے ملک ایکہیسیاسی وحدتکےانڈرمیںتھے۔</w:t>
      </w:r>
    </w:p>
    <w:p>
      <w:r>
        <w:rPr>
          <w:b/>
        </w:rPr>
        <w:t xml:space="preserve">[10:41] </w:t>
      </w:r>
      <w:r>
        <w:t>to yeh sare masle paida nahi hue. lekin jab Ottoman Empire toot gaya aur pachas se zyada mulk ban gaye, tab yeh masla paida hua ke qomiyat ka masla.</w:t>
      </w:r>
    </w:p>
    <w:p>
      <w:pPr>
        <w:jc w:val="right"/>
      </w:pPr>
      <w:r>
        <w:t>تو یہسارےمسئلے پیدا نہیںہوئے۔لیکن جب آٹومنایمپائر ٹوٹگیا اور پچاسسےزیادہ ملک بنگئے، تب یہمسئلہپیدا ہوا کہ قومیتکامسئلہ ۔</w:t>
      </w:r>
    </w:p>
    <w:p>
      <w:r>
        <w:rPr>
          <w:b/>
        </w:rPr>
        <w:t xml:space="preserve">[10:54] </w:t>
      </w:r>
      <w:r>
        <w:t>to qomiyat ka jo sab se pehle yeh hai ke qomiyat ya nationhood se murad kya hai? yeh aik aisi haysiyat hai jis mein log khud ko aik qom ke taur par tasleem karte hain.</w:t>
      </w:r>
    </w:p>
    <w:p>
      <w:pPr>
        <w:jc w:val="right"/>
      </w:pPr>
      <w:r>
        <w:t>تو قومیتکاجو سبسےپہلے یہہےکہ قومیت یا نیشن ہڈسےمرادکیاہے؟ یہ ایکایسی حیثیتہےجسمیں لوگ خود کو ایکقومکےطورپر تسلیم کرتےہیں۔</w:t>
      </w:r>
    </w:p>
    <w:p>
      <w:r>
        <w:rPr>
          <w:b/>
        </w:rPr>
        <w:t xml:space="preserve">[11:07] </w:t>
      </w:r>
      <w:r>
        <w:t>matlab aik group kisi aik jagah, aik area mein woh rehta hai, uska culture, uski jo hai zuban, uske dress, bohat sari cheezein wohi kaam hoti hain, uski tareekh kaam hoti hai.</w:t>
      </w:r>
    </w:p>
    <w:p>
      <w:pPr>
        <w:jc w:val="right"/>
      </w:pPr>
      <w:r>
        <w:t>مطلب ایک گروپ کسی ایک جگہ ،ایک ایریامیںوہرہتاہے، اسکا کل چر ،اسکی جوہے زبان ،اسکے ڈریس،بہت ساریچیزیںجوہیں کامنہوتیہیں، اسکی تاریخ کامنہوتیہے۔</w:t>
      </w:r>
    </w:p>
    <w:p>
      <w:r>
        <w:rPr>
          <w:b/>
        </w:rPr>
        <w:t xml:space="preserve">[11:23] </w:t>
      </w:r>
      <w:r>
        <w:t>to political science ka jo point of view hai ke qomiyat ki bunyad watan hai, motherland hai, yeh sara dunya mein accept kar liya gaya hai.</w:t>
      </w:r>
    </w:p>
    <w:p>
      <w:pPr>
        <w:jc w:val="right"/>
      </w:pPr>
      <w:r>
        <w:t>تو پولیٹیکل سائنسکاجو پوائنٹآفویوہےکہ قومیتکیبنی اد وطن ہے، مدرلینڈ ہے، یہساریدنیا میں ایکسیپٹکرلیاگیاہے۔</w:t>
      </w:r>
    </w:p>
    <w:p>
      <w:r>
        <w:rPr>
          <w:b/>
        </w:rPr>
        <w:t xml:space="preserve">[11:34] </w:t>
      </w:r>
      <w:r>
        <w:t>kyun ke jab hum passport banate hain to hum jis mulk mein rehte hain, to usi mulk ke hum shehri kehelate hain. agar hum India mein rehte hain to hum Indian, is mein likha jata hai.</w:t>
      </w:r>
    </w:p>
    <w:p>
      <w:pPr>
        <w:jc w:val="right"/>
      </w:pPr>
      <w:r>
        <w:t>کیونکہجبہم پاسپورٹبناتےہیںتوہمجس ملکمیںرہتےہیں، تو اسی ملک کےہم شہریکہلاتےہیں۔ اگر ہمانڈیامیںرہتےہیںتوہم انڈ ین ،اسمیںلکھاجاتا ہے۔</w:t>
      </w:r>
    </w:p>
    <w:p>
      <w:r>
        <w:rPr>
          <w:b/>
        </w:rPr>
        <w:t xml:space="preserve">[11:46] </w:t>
      </w:r>
      <w:r>
        <w:t>aur yeh bilkul Islam ke mutabiq hai. aur Maulana Syed Hussain Ahmed Madani ne kaha tha ke maujooda zamane mein qomein oatan, yani watan ka plural hai, autan se banti hain.</w:t>
      </w:r>
    </w:p>
    <w:p>
      <w:pPr>
        <w:jc w:val="right"/>
      </w:pPr>
      <w:r>
        <w:t>اوریہبالکل اسلام کےمط ابق ہے۔ اور مول انا سید حسیناحمد مد نینےکہاتھا کہ موجود ہ زمان ےمیں قومیں اوتان، ی عنیوطن کا پلورلہے، اوتانسے بنتیہیں۔</w:t>
      </w:r>
    </w:p>
    <w:p>
      <w:r>
        <w:rPr>
          <w:b/>
        </w:rPr>
        <w:t xml:space="preserve">[12:01] </w:t>
      </w:r>
      <w:r>
        <w:t>to yani qomiyat jo hai, mazhab par mabni nahi hai. musalman samajh rahe the ke qomiyat jo hai, mazhab par mabni hai.</w:t>
      </w:r>
    </w:p>
    <w:p>
      <w:pPr>
        <w:jc w:val="right"/>
      </w:pPr>
      <w:r>
        <w:t>تویعنی قومیتجوہے، مذہبپر مبنی نہیں ہے۔ مسلمان سمجھرہےتھےکہ قومیتجوہے،مذہبپرمبنیہے۔</w:t>
      </w:r>
    </w:p>
    <w:p>
      <w:r>
        <w:rPr>
          <w:b/>
        </w:rPr>
        <w:t xml:space="preserve">[12:12] </w:t>
      </w:r>
      <w:r>
        <w:t>yeh pehle zamane mein aisa tha ke tamam mumalik aik hi siyasi wahdat, Ottoman Empire, us se pehle Abbasid Empire ke under mein the.</w:t>
      </w:r>
    </w:p>
    <w:p>
      <w:pPr>
        <w:jc w:val="right"/>
      </w:pPr>
      <w:r>
        <w:t>یہپہلے زمان ےمیںایساتھا کہ تمام ممالک ایکہی سیاسی وحدت،آٹومنایمپائر،اسسےپہلے عب اسیدایمپائرکےانڈرمیںتھے۔</w:t>
      </w:r>
    </w:p>
    <w:p>
      <w:r>
        <w:rPr>
          <w:b/>
        </w:rPr>
        <w:t xml:space="preserve">[12:22] </w:t>
      </w:r>
      <w:r>
        <w:t>to us waqt yeh jo halaat the, us se yeh conflict nahi kar raha tha</w:t>
      </w:r>
    </w:p>
    <w:p>
      <w:pPr>
        <w:jc w:val="right"/>
      </w:pPr>
      <w:r>
        <w:t>تو اس وقت یہ جو حالات تھے،اسسےیہ کانفلکٹ نہیں کررہاتھا</w:t>
      </w:r>
    </w:p>
    <w:p>
      <w:r>
        <w:rPr>
          <w:b/>
        </w:rPr>
        <w:t xml:space="preserve">[12:29] </w:t>
      </w:r>
      <w:r>
        <w:t>us se. lekin ab jo halaat badle to is mein masla paida hua aur is ko musalmanon ko adjust karne mein pareshani hui.</w:t>
      </w:r>
    </w:p>
    <w:p>
      <w:pPr>
        <w:jc w:val="right"/>
      </w:pPr>
      <w:r>
        <w:t>اسسے ۔لیکن ابجو حالات بد لےتو اسمیں مسئلہپیدا ہوا اور اسکو مسلمان وںکو ایڈجسٹکرنےمیں پریشانیہوئی ۔</w:t>
      </w:r>
    </w:p>
    <w:p>
      <w:r>
        <w:rPr>
          <w:b/>
        </w:rPr>
        <w:t xml:space="preserve">[12:40] </w:t>
      </w:r>
      <w:r>
        <w:t>kyun ke leader log jo hain, woh wohi purani baatein dohrate rahe ke hum tamam musalman kisi bhi mulk mein rahen, sab aik hi qom hain.</w:t>
      </w:r>
    </w:p>
    <w:p>
      <w:pPr>
        <w:jc w:val="right"/>
      </w:pPr>
      <w:r>
        <w:t>کیونکہلیڈرلوگجوہیں، وہ وہی پرانیباتیں دہراتےرہے کہہمتمام مس لمان کسی بھیملکمیںرہیں، سب ایکہی قومہیں۔</w:t>
      </w:r>
    </w:p>
    <w:p>
      <w:r>
        <w:rPr>
          <w:b/>
        </w:rPr>
        <w:t xml:space="preserve">[12:51] </w:t>
      </w:r>
      <w:r>
        <w:t>ji</w:t>
      </w:r>
    </w:p>
    <w:p>
      <w:pPr>
        <w:jc w:val="right"/>
      </w:pPr>
      <w:r>
        <w:t>جی</w:t>
      </w:r>
    </w:p>
    <w:p>
      <w:r>
        <w:rPr>
          <w:b/>
        </w:rPr>
        <w:t xml:space="preserve">[12:52] </w:t>
      </w:r>
      <w:r>
        <w:t>to ab masla yeh hai ke dekhiye, yeh aik aisa zamana hai global village ka, tamam mulkon mein tamam qom ke log rehte hain, tamam mazhab ke log rehte hain.</w:t>
      </w:r>
    </w:p>
    <w:p>
      <w:pPr>
        <w:jc w:val="right"/>
      </w:pPr>
      <w:r>
        <w:t>تو ابمسئلہیہہےکہدیکھیے،یہ ایکایسا زمان ہہے گلوبلولیجکا ، تمام ملکوںمیں تمام قومکےلوگ رہتےہیں،تمام مذہبکےلوگرہتےہیں۔</w:t>
      </w:r>
    </w:p>
    <w:p>
      <w:r>
        <w:rPr>
          <w:b/>
        </w:rPr>
        <w:t xml:space="preserve">[13:05] </w:t>
      </w:r>
      <w:r>
        <w:t>to yeh jo hai, har mazhab ke log har jagah rehte hain.</w:t>
      </w:r>
    </w:p>
    <w:p>
      <w:pPr>
        <w:jc w:val="right"/>
      </w:pPr>
      <w:r>
        <w:t>تو یہ جو ہے، ہرمذہبکےلوگ ہرجگہرہتےہیں۔</w:t>
      </w:r>
    </w:p>
    <w:p>
      <w:r>
        <w:rPr>
          <w:b/>
        </w:rPr>
        <w:t xml:space="preserve">[13:09] </w:t>
      </w:r>
      <w:r>
        <w:t>to yeh toh ho nahi sakta ke in ka, inki aik to qomiyat banni hogi na? jis mulk mein rehte hain, wohi inki qomiyat hogi.</w:t>
      </w:r>
    </w:p>
    <w:p>
      <w:pPr>
        <w:jc w:val="right"/>
      </w:pPr>
      <w:r>
        <w:t>تو یہتو ہونہیںسکتاکہ ان کا،انکیایک تو قومیتبنانیہوگینا؟جس ملکمیںرہتےہیں،وہیانکی قومیتہوگی۔</w:t>
      </w:r>
    </w:p>
    <w:p>
      <w:r>
        <w:rPr>
          <w:b/>
        </w:rPr>
        <w:t xml:space="preserve">[13:18] </w:t>
      </w:r>
      <w:r>
        <w:t>aur yahi maujud h halaat ke ain mutabiq hai. to yeh aqida keh qomiyat jo hai, mazhab based hai, yeh naye halaat se takra jayega.</w:t>
      </w:r>
    </w:p>
    <w:p>
      <w:pPr>
        <w:jc w:val="right"/>
      </w:pPr>
      <w:r>
        <w:t>اور یہی موجود ہ حالات کے عین مطابق ہے۔ تویہ عقیدہکہقومیتجوہے،مذہب بیسڈہے،یہ نئےحالاتسے ٹکراجائےگا۔</w:t>
      </w:r>
    </w:p>
    <w:p>
      <w:r>
        <w:rPr>
          <w:b/>
        </w:rPr>
        <w:t xml:space="preserve">[13:30] </w:t>
      </w:r>
      <w:r>
        <w:t>aur fiqh ka bhi stand yahi hai keh "everything is lawful unless it is declared unlawful".</w:t>
      </w:r>
    </w:p>
    <w:p>
      <w:pPr>
        <w:jc w:val="right"/>
      </w:pPr>
      <w:r>
        <w:t>اور فقہکابھی اسٹینڈیہیہے کہ "ایوریتھنگاز لافل انلیساٹاز ڈیکلیئرڈ انلافل"۔</w:t>
      </w:r>
    </w:p>
    <w:p>
      <w:r>
        <w:rPr>
          <w:b/>
        </w:rPr>
        <w:t xml:space="preserve">[13:38] </w:t>
      </w:r>
      <w:r>
        <w:t>kyunkeh har baat, yeh jo ek hai aqida aur mazhab, yeh toh bilkul clear tareeqe se quran o hadith mein bata di gayi hai.</w:t>
      </w:r>
    </w:p>
    <w:p>
      <w:pPr>
        <w:jc w:val="right"/>
      </w:pPr>
      <w:r>
        <w:t>کیونکہ ہربات، یہجو ایکہے عقیدہاور مذہب، یہتوبالکل کلی ئرطریقےسے قرآنوحدیثمیںبتادیگئیہے۔</w:t>
      </w:r>
    </w:p>
    <w:p>
      <w:r>
        <w:rPr>
          <w:b/>
        </w:rPr>
        <w:t xml:space="preserve">[13:48] </w:t>
      </w:r>
      <w:r>
        <w:t>lekin jo halaat ke mutabiq musalsal adjustment hote rehte hain, to yeh jo hai, is isko isi tareeqe se iska ya woh jo hai, isko hal kiya jata hai.</w:t>
      </w:r>
    </w:p>
    <w:p>
      <w:pPr>
        <w:jc w:val="right"/>
      </w:pPr>
      <w:r>
        <w:t>لیکن جو حالات کے مط ابق مسلسل ایڈجسٹمنٹہوتےرہتےہیں، تو یہ جو ہے، اس اسکو اسیطریقےسے اسکا یا وہ جوہے، اسکو حلکیاجاتا ہے۔</w:t>
      </w:r>
    </w:p>
    <w:p>
      <w:r>
        <w:rPr>
          <w:b/>
        </w:rPr>
        <w:t xml:space="preserve">[14:02] </w:t>
      </w:r>
      <w:r>
        <w:t>aur jahan tak aqida aur ibadat aur aakhirat ke mamlaat mein shariyat ki rehnumai jo hai, woh zaroori hai. ji lekin dunyavi umoor mein halaat ke lehaz se jis tareeqe ko durust samjhein ya jo tareeqa universally accepted hai, usko manna jo hai, islam ke khilaf nahi hai.</w:t>
      </w:r>
    </w:p>
    <w:p>
      <w:pPr>
        <w:jc w:val="right"/>
      </w:pPr>
      <w:r>
        <w:t>اورجہاںتک عقیدہاورعبادتاور آخرتکے معاملات میں شریعتکی رہ نمائی جوہے، وہ ضروری ہے۔ جی لیکن دنیا وی امورمیں حالات کےلحاظسے جسطریقےکو درستسمجھیں یاجوطریقہ یونیورسلی ایکسیپٹڈہے، اسکو مانناجوہے، اسلام کے خلاف نہیں ہے۔</w:t>
      </w:r>
    </w:p>
    <w:p>
      <w:r>
        <w:rPr>
          <w:b/>
        </w:rPr>
        <w:t xml:space="preserve">[14:24] </w:t>
      </w:r>
      <w:r>
        <w:t>ek baar madine mein aisa hua tha keh rasool allah sallallahu alaihi wasallam ne farmaya keh yeh pollination inko pasand nahi aaya keh tum pollination mat karo.</w:t>
      </w:r>
    </w:p>
    <w:p>
      <w:pPr>
        <w:jc w:val="right"/>
      </w:pPr>
      <w:r>
        <w:t>ایکبار مدینےمیںایساہوا تھا کہ رسولاللہ صلیاللہعلیہوسلمنےفرمایا کہ یہپولینیشن انکوپسندنہیں آیا کہتم پولینیشن متکرو ۔</w:t>
      </w:r>
    </w:p>
    <w:p>
      <w:r>
        <w:rPr>
          <w:b/>
        </w:rPr>
        <w:t xml:space="preserve">[14:36] </w:t>
      </w:r>
      <w:r>
        <w:t>to iski wajah se khajoor ki fasal bohat kam hui. ispar aapne kaha keh "antum aalam bi amridunya kum".</w:t>
      </w:r>
    </w:p>
    <w:p>
      <w:pPr>
        <w:jc w:val="right"/>
      </w:pPr>
      <w:r>
        <w:t>تو اسکیوجہ سے کھجورکیفصل بہت کم ہوئی ۔ اسپر آپنے کہا کہ "انت م عالم بامردنیا کم"۔</w:t>
      </w:r>
    </w:p>
    <w:p>
      <w:r>
        <w:rPr>
          <w:b/>
        </w:rPr>
        <w:t xml:space="preserve">[14:46] </w:t>
      </w:r>
      <w:r>
        <w:t>yeh sahih muslim mein aaya hai keh tum apne dunya ke umoor ko, dunya ke matters ko zyada jante ho</w:t>
      </w:r>
    </w:p>
    <w:p>
      <w:pPr>
        <w:jc w:val="right"/>
      </w:pPr>
      <w:r>
        <w:t>یہصحیحمسلممیںآیاہے کہتم اپنے دنیا کے امورکو،دنیا کے میٹرزکوزیادہ جانتےہو</w:t>
      </w:r>
    </w:p>
    <w:p>
      <w:r>
        <w:rPr>
          <w:b/>
        </w:rPr>
        <w:t xml:space="preserve">[14:53] </w:t>
      </w:r>
      <w:r>
        <w:t>. lehaza hamein mazhabi aqida aur dunyavi umoor ko alag karna padega. to yeh yeh hai keh hamein maujooda halaat ke mutabiq apna aqida jo hai, alag karna padega aur dunyavi umoor ko alag karna padega. warna warna hum masle mein, masail mein pad jayenge.</w:t>
      </w:r>
    </w:p>
    <w:p>
      <w:pPr>
        <w:jc w:val="right"/>
      </w:pPr>
      <w:r>
        <w:t>۔ لہذا ہمیں مذہبی عقیدہ اور دنیا ویامورکو الگ کرناپڑےگا۔ تو یہیہے کہ ہمیں موجود ہحالاتکےمط ابق اپنا عقیدہ جوہے،الگکرناپڑےگااور دنیا ویامورکوالگکرناپڑےگا۔ورنہ ورنہہم مسئلےمیں، مسائلمیںپڑجائیںگے۔</w:t>
      </w:r>
    </w:p>
    <w:p>
      <w:r>
        <w:rPr>
          <w:b/>
        </w:rPr>
        <w:t xml:space="preserve">[15:15] </w:t>
      </w:r>
      <w:r>
        <w:t>kyunkeh bohat bade bade masail paida hote hain.</w:t>
      </w:r>
    </w:p>
    <w:p>
      <w:pPr>
        <w:jc w:val="right"/>
      </w:pPr>
      <w:r>
        <w:t>کیونکہ بہت بڑےبڑےمسائل پیدا ہوتےہیں۔</w:t>
      </w:r>
    </w:p>
    <w:p>
      <w:r>
        <w:rPr>
          <w:b/>
        </w:rPr>
        <w:t xml:space="preserve">[15:18] </w:t>
      </w:r>
      <w:r>
        <w:t>agar hamari qomiyat yeh isko hum set nahi karte hain to yeh hoga keh hum mulk ke wafadar shehri nahi hain.</w:t>
      </w:r>
    </w:p>
    <w:p>
      <w:pPr>
        <w:jc w:val="right"/>
      </w:pPr>
      <w:r>
        <w:t>اگر ہماری قومیت یہ اسکو ہمسیٹنہیںکرتے ہیںتو یہ ہوگاکہہم ملککے وفادار شہرینہیںہیں۔</w:t>
      </w:r>
    </w:p>
    <w:p>
      <w:r>
        <w:rPr>
          <w:b/>
        </w:rPr>
        <w:t xml:space="preserve">[15:28] </w:t>
      </w:r>
      <w:r>
        <w:t>hamari wafadari mein shakk ho jayega. ab bohat sare aisi sensitive qism ki services hoti hai, woh misaal ke taur par air force waghera mein, ab army mein, fauj mein.</w:t>
      </w:r>
    </w:p>
    <w:p>
      <w:pPr>
        <w:jc w:val="right"/>
      </w:pPr>
      <w:r>
        <w:t>ہماری وفاداری میںشکہوجائےگا۔ اببہت سارے ایسی سینسٹیو قسم کی ایکسروسہوتیہے،وہ مثالکےطورپر ایئرفورسوغیرہمیں، اب آرمیمیں، فوجمیں۔</w:t>
      </w:r>
    </w:p>
    <w:p>
      <w:r>
        <w:rPr>
          <w:b/>
        </w:rPr>
        <w:t xml:space="preserve">[15:43] </w:t>
      </w:r>
      <w:r>
        <w:t>to hum kaise</w:t>
      </w:r>
    </w:p>
    <w:p>
      <w:pPr>
        <w:jc w:val="right"/>
      </w:pPr>
      <w:r>
        <w:t>تو ہمکیسے</w:t>
      </w:r>
    </w:p>
    <w:p>
      <w:r>
        <w:rPr>
          <w:b/>
        </w:rPr>
        <w:t xml:space="preserve">[15:44] </w:t>
      </w:r>
      <w:r>
        <w:t>liye ja sakte hain? agar hum yeh maane keh hamara jo hai, yeh qomiyat jo hai, yeh mazhab based hai. tabhi log kehte hain keh musalman to makkah madinah ko apna center mante hain, apna sab kuch mante hain.</w:t>
      </w:r>
    </w:p>
    <w:p>
      <w:pPr>
        <w:jc w:val="right"/>
      </w:pPr>
      <w:r>
        <w:t>لیے جاسکتےہیں؟اگرہمیہ مانیں کہہماراجوہے، یہ قومیتجوہے، یہ مذہببیسڈہے۔ تب ھی لوگ کہتےہیںکہ مسلمان تو مکہمدینہکواپنا سینٹر مانتےہیں،اپناسبکچھمانتےہیں۔</w:t>
      </w:r>
    </w:p>
    <w:p>
      <w:r>
        <w:rPr>
          <w:b/>
        </w:rPr>
        <w:t xml:space="preserve">[15:59] </w:t>
      </w:r>
      <w:r>
        <w:t>to yeh islam ke khilaf hai. islam mein jis mulk mein hum rehte hain, jo hamara watan hai, wahi hamari qomiyat hai.</w:t>
      </w:r>
    </w:p>
    <w:p>
      <w:pPr>
        <w:jc w:val="right"/>
      </w:pPr>
      <w:r>
        <w:t>تو یہ اسلام کے خلاف ہے۔ اسلام میں جس ملکمیںہمرہیں، جو ہمارا وطن ہے، وہیہماری قومیتہے۔</w:t>
      </w:r>
    </w:p>
    <w:p>
      <w:r>
        <w:rPr>
          <w:b/>
        </w:rPr>
        <w:t xml:space="preserve">[16:10] </w:t>
      </w:r>
      <w:r>
        <w:t>to isse yeh agar musalman mante hain dil se, mutlab amalan maane hi hue hain. kyunkeh isko maane baghair zindagi aage badhti nahi.</w:t>
      </w:r>
    </w:p>
    <w:p>
      <w:pPr>
        <w:jc w:val="right"/>
      </w:pPr>
      <w:r>
        <w:t>تو اسسے یہاگر مسلمان مان لیتےہیںدل سے، مطلبعملاًتومانےہیہوئےہیں۔ کیونکہاسکو مانےبغیر زندگی آگےبڑھتینہیں ۔</w:t>
      </w:r>
    </w:p>
    <w:p>
      <w:r>
        <w:rPr>
          <w:b/>
        </w:rPr>
        <w:t xml:space="preserve">[16:19] </w:t>
      </w:r>
      <w:r>
        <w:t>amalan maane hue hain, dil se maan le to yeh sara masla jo hai, yeh behas jo hai, yeh khatam ho jayega. aap ne jo baat batai, bohat aham hai.</w:t>
      </w:r>
    </w:p>
    <w:p>
      <w:pPr>
        <w:jc w:val="right"/>
      </w:pPr>
      <w:r>
        <w:t>عملاًمانےہوئےہیں،دلسے مان لیں تویہ سارامسئلہجوہے،یہ بحثجوہے،یہختمہوجائے۔ آپ نےجو باتبتائی،بہت اہمہے۔</w:t>
      </w:r>
    </w:p>
    <w:p>
      <w:r>
        <w:rPr>
          <w:b/>
        </w:rPr>
        <w:t xml:space="preserve">[16:31] </w:t>
      </w:r>
      <w:r>
        <w:t>ispar mein dekhta hoon, quran mein jo anbiya alaihim assalam ke waqiyat zikr kiye gaye hain, aur usmein dekhiye, nabi Allah ka wahid hota hai.</w:t>
      </w:r>
    </w:p>
    <w:p>
      <w:pPr>
        <w:jc w:val="right"/>
      </w:pPr>
      <w:r>
        <w:t>اسپرمیںدیکھتاہوں،قرآنمیںجو انبیاءعلیہم السلام کے واقع ات ذکرکیےگئےہیں، اوراسمیں دیکھیے، نبی اللہ کامواحدہوتاہے۔</w:t>
      </w:r>
    </w:p>
    <w:p>
      <w:r>
        <w:rPr>
          <w:b/>
        </w:rPr>
        <w:t xml:space="preserve">[16:42] </w:t>
      </w:r>
      <w:r>
        <w:t>lekin jis qom mein jata hai, woh Allah ta'ala ko nahi manti hai, uske deen par nahi chalti hai.</w:t>
      </w:r>
    </w:p>
    <w:p>
      <w:pPr>
        <w:jc w:val="right"/>
      </w:pPr>
      <w:r>
        <w:t>لیکن جس قوممیںجاتا ہے، وہ اللہ تعالیکونہیں مانتیہے،اسکےدینپرنہیںچلتیہے۔</w:t>
      </w:r>
    </w:p>
    <w:p>
      <w:r>
        <w:rPr>
          <w:b/>
        </w:rPr>
        <w:t xml:space="preserve">[16:47] </w:t>
      </w:r>
      <w:r>
        <w:t>to dunyavi aitbar se dono mein farq hota hai. lekin iske bawajood dekhte hain keh Allah ta'ala ne quran ke andar nabi ko bataya keh woh falan qom ka aadmi tha.</w:t>
      </w:r>
    </w:p>
    <w:p>
      <w:pPr>
        <w:jc w:val="right"/>
      </w:pPr>
      <w:r>
        <w:t>تو دینیاعتبارسےدونوںمیںفرقہوتاہے۔ لیکن اسکےباوجود دیکھتےہیں کہاللہ تعالینے قرآنکےاندر نبیکوبتایاکہوہ فلاںقوم کاآدمیتھا۔</w:t>
      </w:r>
    </w:p>
    <w:p>
      <w:r>
        <w:rPr>
          <w:b/>
        </w:rPr>
        <w:t xml:space="preserve">[16:58] </w:t>
      </w:r>
      <w:r>
        <w:t>yani qomiyat ek hai uski. jaise nooh alaihis salam ke bare mein kaha: "laqad arsalna noohan ila qawmihi" keh humne nooh ko us qom ki taraf bheja.</w:t>
      </w:r>
    </w:p>
    <w:p>
      <w:pPr>
        <w:jc w:val="right"/>
      </w:pPr>
      <w:r>
        <w:t>یعنی قومیت ایک ہےاسکی۔جیسےنوحعلیہالسلامکےبارےمیںکہا: "لقد ارسلنانوحا الیقومہ" کہہمنے نوحکو اسقومکیطرف بھیجا۔</w:t>
      </w:r>
    </w:p>
    <w:p>
      <w:r>
        <w:rPr>
          <w:b/>
        </w:rPr>
        <w:t xml:space="preserve">[17:08] </w:t>
      </w:r>
      <w:r>
        <w:t>aur unhone khud bhi kaha tha: "qala ya qawmi".</w:t>
      </w:r>
    </w:p>
    <w:p>
      <w:pPr>
        <w:jc w:val="right"/>
      </w:pPr>
      <w:r>
        <w:t>اور انہوںنےخود بھیکہاتھا:"قال یا قوم"۔</w:t>
      </w:r>
    </w:p>
    <w:p>
      <w:r>
        <w:rPr>
          <w:b/>
        </w:rPr>
        <w:t xml:space="preserve">[17:11] </w:t>
      </w:r>
      <w:r>
        <w:t>nooh alaihis salam jo panch top peghambar aate hain, 950 saal tak unke darmiyan rahe, quran ke mutabiq woh kehte hain keh: "ae qom! ae meri qom!" isi tareeqe se aad ke bare mein kaha.</w:t>
      </w:r>
    </w:p>
    <w:p>
      <w:pPr>
        <w:jc w:val="right"/>
      </w:pPr>
      <w:r>
        <w:t>نوحعلیہالسلامجو پانچ ٹاپپیغمبرآتےہیں، 9 50سال تک انکےدرمیانرہے،قرآنکےمط ابقوہ کہتےہیںکہ:"اےقوم!اےمیریقوم !" اسیطریقےسے عادکےبارےمیںکہا۔</w:t>
      </w:r>
    </w:p>
    <w:p>
      <w:r>
        <w:rPr>
          <w:b/>
        </w:rPr>
        <w:t xml:space="preserve">[17:24] </w:t>
      </w:r>
      <w:r>
        <w:t>aad ke bare mein to baat kahi gayi hai. ek toh yeh keh aad unke bhai hain. "wa ila aad akha humooda" . aad ki taraf humne unke bhai hood ko bheja.</w:t>
      </w:r>
    </w:p>
    <w:p>
      <w:pPr>
        <w:jc w:val="right"/>
      </w:pPr>
      <w:r>
        <w:t>عادکےبارےمیںتودوباتکہیہیں۔ ایکتویہکہعادانکےبھائیہیں۔ "ویلاعاد اقامہودا"۔عادکیطرفہمنےانکےبھائی ہودکوبھیجا۔</w:t>
      </w:r>
    </w:p>
    <w:p>
      <w:r>
        <w:rPr>
          <w:b/>
        </w:rPr>
        <w:t xml:space="preserve">[17:33] </w:t>
      </w:r>
      <w:r>
        <w:t>to unhone yeh kaha tha keh: "ae meri qom! qala ya qawmi! ae meri qom!"</w:t>
      </w:r>
    </w:p>
    <w:p>
      <w:pPr>
        <w:jc w:val="right"/>
      </w:pPr>
      <w:r>
        <w:t>تو انہوںنے یہکہاکہ:"اےمیریقوم! قال یاقوم!اےمیریقوم!"</w:t>
      </w:r>
    </w:p>
    <w:p>
      <w:r>
        <w:rPr>
          <w:b/>
        </w:rPr>
        <w:t xml:space="preserve">[17:39] </w:t>
      </w:r>
      <w:r>
        <w:t>isi tareeqay say inko jab baad mein sataya gaya to unhon nay kaha kay: "aye meri qom! aesay kyun kar rahay ho tum?" Samood mein Saleh (aleh-is-salaam) bhijay gaye thay.</w:t>
      </w:r>
    </w:p>
    <w:p>
      <w:pPr>
        <w:jc w:val="right"/>
      </w:pPr>
      <w:r>
        <w:t>اسیطریقےسے انکوجب بعدمیں ستایاگیاتوانہوںنےکہا کہ:"اےمیریقوم!ایساکیوںکررہےہوتم ؟" ثمود میں صالحعلیہالسلام بھیجےگئےتھے۔</w:t>
      </w:r>
    </w:p>
    <w:p>
      <w:r>
        <w:rPr>
          <w:b/>
        </w:rPr>
        <w:t xml:space="preserve">[17:50] </w:t>
      </w:r>
      <w:r>
        <w:t>un kay baray mein bhi Quran nay kaha kay: "wa ila Samood Akhahum". Un kay bhai Saleh ko hum nay bhijwa.</w:t>
      </w:r>
    </w:p>
    <w:p>
      <w:pPr>
        <w:jc w:val="right"/>
      </w:pPr>
      <w:r>
        <w:t>انکےبارےمیں بھیقرآننےکہاکہ:"ویلاثمود اخاہم"۔انکےبھائی صالحکوہمنےبھیجا۔انہوںنےکہا:"اےمیریقوم!"</w:t>
      </w:r>
    </w:p>
    <w:p>
      <w:r>
        <w:rPr>
          <w:b/>
        </w:rPr>
        <w:t xml:space="preserve">[17:58] </w:t>
      </w:r>
      <w:r>
        <w:t>balkay aakhir mein jab poori tareeqay say yeh ho gaya, Allah ta'ala nay faisla kar diya kay un ko saza dain gay, us waqt bhi unhon nay yeh kaha tha us ko kay: "aye meri qom! mein nay tum ko samjhaya tha is baat ko." To Quran mein jo cheez batai gai hai kay qomiyat kay aitbar say insan insan mein farq nahin hai,</w:t>
      </w:r>
    </w:p>
    <w:p>
      <w:pPr>
        <w:jc w:val="right"/>
      </w:pPr>
      <w:r>
        <w:t>بلکہ آخر میںجب پوری طریقےسےیہہوگیا،اللہتعالینےفیصلہکردیا کہانکوسزادیںگے، اسوقت بھیانہوںنےیہکہاتھااسکو کہ:"اےمیریقوم!میںنےتمکوسمجھایاتھااسباتسے۔" تو قرآنمیںجوچیزبت ائیگئیہےکہ قومیتکےاعتبارسے انسان انسانمیںفرقنہیں ہے،</w:t>
      </w:r>
    </w:p>
    <w:p>
      <w:r>
        <w:rPr>
          <w:b/>
        </w:rPr>
        <w:t xml:space="preserve">[18:17] </w:t>
      </w:r>
      <w:r>
        <w:t>deen kay aitbar say farq ho sakta hai, lekin qomiyat kay aitbar say koi farq nahin ho ga. Aik qom kay hain to us ko manna chahiye. Balkay Shuaib (aleh-is-salaam) nay bhi yeh hi kaha tha.</w:t>
      </w:r>
    </w:p>
    <w:p>
      <w:pPr>
        <w:jc w:val="right"/>
      </w:pPr>
      <w:r>
        <w:t>دینکےاعتبارسےفرقہوسکتاہے،لیکن قومیتکےاعتبارسےکوئیفرقنہیںہوگا۔ایکقومکےہیںتواسکومانناچاہیے۔ بلکہ شعیبعلیہالسلامنےبھییہیکہاتھا۔</w:t>
      </w:r>
    </w:p>
    <w:p>
      <w:r>
        <w:rPr>
          <w:b/>
        </w:rPr>
        <w:t xml:space="preserve">[18:27] </w:t>
      </w:r>
      <w:r>
        <w:t>aur ek aur aata hai, ek ajib baat hai ke sirf</w:t>
      </w:r>
    </w:p>
    <w:p>
      <w:pPr>
        <w:jc w:val="right"/>
      </w:pPr>
      <w:r>
        <w:t>اور ایکاور آتاہے،ایکعجیبباتہےکہصرف</w:t>
      </w:r>
    </w:p>
    <w:p>
      <w:r>
        <w:rPr>
          <w:b/>
        </w:rPr>
        <w:t xml:space="preserve">[18:30] </w:t>
      </w:r>
      <w:r>
        <w:t>nabi ne nahi kaha, Moosa alaihi salam par ek sahib iman le aaye the,</w:t>
      </w:r>
    </w:p>
    <w:p>
      <w:pPr>
        <w:jc w:val="right"/>
      </w:pPr>
      <w:r>
        <w:t>نبینےنہیںکہا، موسی علیہالسلامپرایک صاحبایمانلےآئےتھے،</w:t>
      </w:r>
    </w:p>
    <w:p>
      <w:r>
        <w:rPr>
          <w:b/>
        </w:rPr>
        <w:t xml:space="preserve">[18:38] </w:t>
      </w:r>
      <w:r>
        <w:t>Firaun ki qaum ke. Unhone yeh kaha tha ke unhone bhi kaha tha ke: "Ae meri qaum! Aisa kyun kar rahe ho?"</w:t>
      </w:r>
    </w:p>
    <w:p>
      <w:pPr>
        <w:jc w:val="right"/>
      </w:pPr>
      <w:r>
        <w:t>فرعونکیقومکے۔انہوںنےیہکہاتھاکہ انہوںنےبھیکہاتھاکہ:"اےمیریقوم!ایساکیوںکررہےہو ؟"</w:t>
      </w:r>
    </w:p>
    <w:p>
      <w:r>
        <w:rPr>
          <w:b/>
        </w:rPr>
        <w:t xml:space="preserve">[18:45] </w:t>
      </w:r>
      <w:r>
        <w:t>To is se maloom hua ke qaumiyat ke aitbar se jahan par ek ek accept hai ke yeh hamara ek qaum hai, is ko manna hai. Quran ke aitbar se yeh lagta hai ke</w:t>
      </w:r>
    </w:p>
    <w:p>
      <w:pPr>
        <w:jc w:val="right"/>
      </w:pPr>
      <w:r>
        <w:t>تو اسسےمعلوم ہواکہ قومیتکےاعتبارسےجہاںپر ایک ایکسیپٹڈہےکہیہ ہماراایکقومہے،اسکومانناہے۔قرآنکےاعتبارسےیہیلگتاہےکہ</w:t>
      </w:r>
    </w:p>
    <w:p>
      <w:r>
        <w:rPr>
          <w:b/>
        </w:rPr>
        <w:t xml:space="preserve">[18:54] </w:t>
      </w:r>
      <w:r>
        <w:t>qaum ke aitbar se muslim non muslim mein koi farq nahi rahe ga.</w:t>
      </w:r>
    </w:p>
    <w:p>
      <w:pPr>
        <w:jc w:val="right"/>
      </w:pPr>
      <w:r>
        <w:t>قومکےاعتبارسے مسلم نانمسلممیںکوئیفرقنہیںرہےگا۔</w:t>
      </w:r>
    </w:p>
    <w:p>
      <w:r>
        <w:rPr>
          <w:b/>
        </w:rPr>
        <w:t xml:space="preserve">[18:58] </w:t>
      </w:r>
      <w:r>
        <w:t>jab payghambar apnay aap ko keh saktay hain kay mein falan qom ka aadmi hoon to aam logon kay liye badarja-e-awliya yeh jaiz ho ga kay woh kahay kay mein falan qom say hoon.</w:t>
      </w:r>
    </w:p>
    <w:p>
      <w:pPr>
        <w:jc w:val="right"/>
      </w:pPr>
      <w:r>
        <w:t>جب پیغمبر اپنےآپکوکہہسکتےہیںکہمیں فلاںقومکاآدمیہوںتو عاملوگوںکےلیےبدرجہاولی یہ جائزہوگاکہوہکہےکہمیںفلاںقومسےہوں۔</w:t>
      </w:r>
    </w:p>
    <w:p>
      <w:r>
        <w:rPr>
          <w:b/>
        </w:rPr>
        <w:t xml:space="preserve">[19:11] </w:t>
      </w:r>
      <w:r>
        <w:t>us kay baad mein agla sawal aap say yeh karoon ga, balkay us ka pas manzar bhi bohat ahem hai kay aik zamanah tha, yeh ho sakta hai kay bohat saray logon ko yeh lafz maloom na ho, Pan Islamism ya Pan-Islamism kehtay hain.</w:t>
      </w:r>
    </w:p>
    <w:p>
      <w:pPr>
        <w:jc w:val="right"/>
      </w:pPr>
      <w:r>
        <w:t>اسکےبعد میں اگلاسوال آپسےیہکروںگا، بلکہاسکاپس منظر بھی بہت اہمہے کہایکزمان ہتھا،یہہوسکتاہےکہبہت سارےلوگوںکویہ لفظمعلوم نہہو،پان اسلام زم یا پیناسلام زمکہتےہیں۔</w:t>
      </w:r>
    </w:p>
    <w:p>
      <w:r>
        <w:rPr>
          <w:b/>
        </w:rPr>
        <w:t xml:space="preserve">[19:25] </w:t>
      </w:r>
      <w:r>
        <w:t>yeh Syed Jamaluddin Afghani thay, Ottoman Empire kay taqreeban aakhri zamanah jo chal raha tha us time mein.</w:t>
      </w:r>
    </w:p>
    <w:p>
      <w:pPr>
        <w:jc w:val="right"/>
      </w:pPr>
      <w:r>
        <w:t>یہ سید جلال الدین جمال الدین افغانیتھے، آٹومنایمپائرکے تقریباًآخریزمان ہجوچلرہاتھااس ٹائممیں۔</w:t>
      </w:r>
    </w:p>
    <w:p>
      <w:r>
        <w:rPr>
          <w:b/>
        </w:rPr>
        <w:t xml:space="preserve">[19:33] </w:t>
      </w:r>
      <w:r>
        <w:t>to unhon nay aik tehreek uthai thi Pan Islamism ki. To is talluq say aap humain kuch bataein. Asal mein jab khilafat khatam hui, Ottoman Empire to Musalman samajh nahin paye kay ab naye halaat mein un ka kya stand hona chahiye.</w:t>
      </w:r>
    </w:p>
    <w:p>
      <w:pPr>
        <w:jc w:val="right"/>
      </w:pPr>
      <w:r>
        <w:t>توانہوںنےایکتحریکاٹھائیتھی پان اسلام زمکی۔ تو اس تعلقسےآپہمیںکچھبت ائیں۔ اصلمیںجب خلافت ختم ہوئی، آٹومنایمپائر تو مسلمان سمجھنہیںپائےکہاب نئےحالات میں انکا کیا اسٹینڈہوناچاہیے۔</w:t>
      </w:r>
    </w:p>
    <w:p>
      <w:r>
        <w:rPr>
          <w:b/>
        </w:rPr>
        <w:t xml:space="preserve">[19:54] </w:t>
      </w:r>
      <w:r>
        <w:t>to unhon nay aur us waqt jo hai European nations bohat ziyada taraqqi kar chuki theen aur unhon nay tamam Muslim mulkon par apni siyasi baladasti hasil kar li thi.</w:t>
      </w:r>
    </w:p>
    <w:p>
      <w:pPr>
        <w:jc w:val="right"/>
      </w:pPr>
      <w:r>
        <w:t>تو انہوں نے اور اسوقت جوہے یورپیننی شنز بہت زیادہ تر قی کرچکیتھیںاور انہوں نے تمام مسلم ملکوں پر اپنی سیاسی بالاد ستیحاصل کرلیتھی۔</w:t>
      </w:r>
    </w:p>
    <w:p>
      <w:r>
        <w:rPr>
          <w:b/>
        </w:rPr>
        <w:t xml:space="preserve">[20:10] </w:t>
      </w:r>
      <w:r>
        <w:t>to yeh masla alag tha kay in logon say kaisay nipata jaye, in logon say kaisay muqabla kiya jaye. Agar koi aik mulk muqabla karta hai to woh muqabla un ki nazar mein yeh nahin paaye ga.</w:t>
      </w:r>
    </w:p>
    <w:p>
      <w:pPr>
        <w:jc w:val="right"/>
      </w:pPr>
      <w:r>
        <w:t>تو یہ مسئلہالگتھاکہ انلوگوں سے کیسے نپٹاجائے، انلوگوںسےکیسےمقابلہکیاجائے۔ اگر کوئی ایکملک مقابلہکرتاہےتو وہمقابلہ انکینظر میںیہ ہونہیںپائےگا۔</w:t>
      </w:r>
    </w:p>
    <w:p>
      <w:r>
        <w:rPr>
          <w:b/>
        </w:rPr>
        <w:t xml:space="preserve">[20:24] </w:t>
      </w:r>
      <w:r>
        <w:t>woh yeh samajh rahay thay kay saaray Musalman agar mil kar muqabla karein to shayad hum un ko defeat day payein gay.</w:t>
      </w:r>
    </w:p>
    <w:p>
      <w:pPr>
        <w:jc w:val="right"/>
      </w:pPr>
      <w:r>
        <w:t>وہ یہسمجھرہےتھے کہ سارے مس لمان اگر مل کر مقابلہکریں تو شایدہم انکو ڈیفیٹدےپائیںگے۔</w:t>
      </w:r>
    </w:p>
    <w:p>
      <w:r>
        <w:rPr>
          <w:b/>
        </w:rPr>
        <w:t xml:space="preserve">[20:33] </w:t>
      </w:r>
      <w:r>
        <w:t>lekin masla kya hua kay yeh jo nazariya hai woh halaat say bilkul takra gaya kay halaat bilkul alag thay.</w:t>
      </w:r>
    </w:p>
    <w:p>
      <w:pPr>
        <w:jc w:val="right"/>
      </w:pPr>
      <w:r>
        <w:t>لیکن مسئلہکیا ہوا کہ یہجو نظریہجوہے وہحالات سے بالکل ٹکراگیا کہحالاتبالکل الگ تھے۔</w:t>
      </w:r>
    </w:p>
    <w:p>
      <w:r>
        <w:rPr>
          <w:b/>
        </w:rPr>
        <w:t xml:space="preserve">[20:45] </w:t>
      </w:r>
      <w:r>
        <w:t>us mein alag alag choti choti siyasi wahdatain ban chuki theen, pachas say ziyada mulk ban chukay</w:t>
      </w:r>
    </w:p>
    <w:p>
      <w:pPr>
        <w:jc w:val="right"/>
      </w:pPr>
      <w:r>
        <w:t>اس میںالگالگچھوٹیچھوٹی سیاسی وحدتیںبنچکیتھیں،پچاسسےزیادہ ملکبنچکے</w:t>
      </w:r>
    </w:p>
    <w:p>
      <w:r>
        <w:rPr>
          <w:b/>
        </w:rPr>
        <w:t xml:space="preserve">[20:51] </w:t>
      </w:r>
      <w:r>
        <w:t>thay. To ab unhon nay naye naye nazariye banaye. To nazariya banaya kay yahi is ko Islam, yahi Islam hai.</w:t>
      </w:r>
    </w:p>
    <w:p>
      <w:pPr>
        <w:jc w:val="right"/>
      </w:pPr>
      <w:r>
        <w:t>تھے۔ تو اب انہوں نے نئےنئےنظریےبنائے۔ تونظریہبنایاکہیہی اسیکو اسلام ،یہی اسلام ہے۔</w:t>
      </w:r>
    </w:p>
    <w:p>
      <w:r>
        <w:rPr>
          <w:b/>
        </w:rPr>
        <w:t xml:space="preserve">[21:01] </w:t>
      </w:r>
      <w:r>
        <w:t>ab aap nay bilkul wazeh kiya kay Quran mein bar bar ya qoumi ya qoumi kaha gaya hai, aye ya ayyuhal-nas. To yeh aye qom, aye meri qom, Quran mein payghambaron nay</w:t>
      </w:r>
    </w:p>
    <w:p>
      <w:pPr>
        <w:jc w:val="right"/>
      </w:pPr>
      <w:r>
        <w:t>ابآپنےبالکل واضحکیا کہ قرآنمیں بار بار یا قومییاقومی کہاگیاہے، اے یا ایہاالناس۔ تو یہ اےقوم،اےمیریقوم ، قرآنمیں پیغمبروںنے</w:t>
      </w:r>
    </w:p>
    <w:p>
      <w:r>
        <w:rPr>
          <w:b/>
        </w:rPr>
        <w:t xml:space="preserve">[21:13] </w:t>
      </w:r>
      <w:r>
        <w:t>lekin jab aadmi ab session mein hota hai kay in European qomon ko defeat dena hai to un ki nazar say yeh sab ojhal ho gaya.</w:t>
      </w:r>
    </w:p>
    <w:p>
      <w:pPr>
        <w:jc w:val="right"/>
      </w:pPr>
      <w:r>
        <w:t>۔لیکن جب آدمی اب سیشنمیںہوتاہے کہ ان یورپین اقوامکو ڈیفیٹدیناہے تو ان انکینظر سے یہسب اوجھلہوگیا۔</w:t>
      </w:r>
    </w:p>
    <w:p>
      <w:r>
        <w:rPr>
          <w:b/>
        </w:rPr>
        <w:t xml:space="preserve">[21:23] </w:t>
      </w:r>
      <w:r>
        <w:t>ab unhon nay aik naya nazariya bana liya kay Musalman aik aalmi qomiyat ka hissa hain. Ab qomiyat to ban nahin sakti thi homeland ki base par, to unhon nay banaya mazhab ki base par.</w:t>
      </w:r>
    </w:p>
    <w:p>
      <w:pPr>
        <w:jc w:val="right"/>
      </w:pPr>
      <w:r>
        <w:t>ابانہوںنےایکنیانظریہبنالیا کہ مسلمان ایک عالمی قومیت کا حصہہیں۔ ابقومیتتوبننہیںسکتیتھی ہوملینڈکی بیسپر، تو انہوں نے بن ایا مذہبکیبنی ادپر ۔</w:t>
      </w:r>
    </w:p>
    <w:p>
      <w:r>
        <w:rPr>
          <w:b/>
        </w:rPr>
        <w:t xml:space="preserve">[21:38] </w:t>
      </w:r>
      <w:r>
        <w:t>to Syed Jamaluddin Afghani is kay pioneer thay is</w:t>
      </w:r>
    </w:p>
    <w:p>
      <w:pPr>
        <w:jc w:val="right"/>
      </w:pPr>
      <w:r>
        <w:t>تو سید جمالالدینافغانیاسکےپائنیئرتھے استح</w:t>
      </w:r>
    </w:p>
    <w:p>
      <w:r>
        <w:rPr>
          <w:b/>
        </w:rPr>
        <w:t xml:space="preserve">[21:41] </w:t>
      </w:r>
      <w:r>
        <w:t>tareeqay kay. Ab bohat saray logon nay un ka saath diya aur Turk ki Turk ki jo Sultan thay, Abdul Hamid, unhon nay bhi is ki himayat kiya aur is tareeqay say Pan Islamism ki tehreek shuru hui.</w:t>
      </w:r>
    </w:p>
    <w:p>
      <w:pPr>
        <w:jc w:val="right"/>
      </w:pPr>
      <w:r>
        <w:t>ریککے ۔اببہتسارےلوگوںنےانکا ساتھ دیااور ترک ی ترکیکےجوسلطان تھے،عبدالحمید، انہوں نےبھیاسکیحمایتکیاوراسطریقےسے پیناسلام زمکیتحریکشروع ہوئی ۔</w:t>
      </w:r>
    </w:p>
    <w:p>
      <w:r>
        <w:rPr>
          <w:b/>
        </w:rPr>
        <w:t xml:space="preserve">[21:53] </w:t>
      </w:r>
      <w:r>
        <w:t>ji to Jamaluddin Afghani bohat zabardast personality walay insan thay. To unhon nay apni poori taqat laga di aur is nazariye ko popularize kiya.</w:t>
      </w:r>
    </w:p>
    <w:p>
      <w:pPr>
        <w:jc w:val="right"/>
      </w:pPr>
      <w:r>
        <w:t>جی تو جمال الدین افغانی بہت زبرد ست پرسنیلٹیوالے انسان تھے۔ تو انہوںنےاپنی پوری طاقتلگادی اور اس نظریےکو پاپولرائزکیا۔</w:t>
      </w:r>
    </w:p>
    <w:p>
      <w:r>
        <w:rPr>
          <w:b/>
        </w:rPr>
        <w:t xml:space="preserve">[22:07] </w:t>
      </w:r>
      <w:r>
        <w:t>Ittehad-e-Islami matlab tamam Musalman aik bari qomiyat ka aik hissa hain, chahe woh aksariyat mein hon, chahe woh aqalliyat mein hon, woh sab waahid ummat ki haisiyat rakhtay hain.</w:t>
      </w:r>
    </w:p>
    <w:p>
      <w:pPr>
        <w:jc w:val="right"/>
      </w:pPr>
      <w:r>
        <w:t>اتحاد اسلامی مطلب تمام مس لمان ایک بڑی قومیتکاایکحصہہیں، چاہےوہ اکثریتمیںہوں،چاہےوہ اقلیتمیںہوں، وہ سب واحد امتکیحیثیترکھتےہیں۔</w:t>
      </w:r>
    </w:p>
    <w:p>
      <w:r>
        <w:rPr>
          <w:b/>
        </w:rPr>
        <w:t xml:space="preserve">[22:21] </w:t>
      </w:r>
      <w:r>
        <w:t>to yeh jitnay bhi baray baray leader thay us zamanay kay, mislan Sir Muhammad Iqbal, unhon nay bhi yeh kaha kay qomiyat ka ta'alluq mazhab say hai.</w:t>
      </w:r>
    </w:p>
    <w:p>
      <w:pPr>
        <w:jc w:val="right"/>
      </w:pPr>
      <w:r>
        <w:t>تو یہجوجتنےبھیبڑےبڑےلیڈرتھےاسزمانےکے، مثلاًسرمحمد اقبال، انہوں نےبھییہیکہاکہ قومیتکاتعلق مذہبسےہے۔</w:t>
      </w:r>
    </w:p>
    <w:p>
      <w:r>
        <w:rPr>
          <w:b/>
        </w:rPr>
        <w:t xml:space="preserve">[22:32] </w:t>
      </w:r>
      <w:r>
        <w:t>isi tareeqay say Syed Abul Ala Maududi nay to zabardast tareeqay say poori ideology develop kar di aur kaha kay tamam dunya kay Musalman aik international party ki haisiyat rakhtay hain.</w:t>
      </w:r>
    </w:p>
    <w:p>
      <w:pPr>
        <w:jc w:val="right"/>
      </w:pPr>
      <w:r>
        <w:t>اسیطریقےسے سید ابوالعالمودودینےتو زبرد ستطریقےسے پوریآئیڈی الوجی ڈیولپکردیاورکہاکہ تمام دنیا کے مس لمان ایک انٹرنیشنل پار ٹیکیحیثیترکھتےہیں۔</w:t>
      </w:r>
    </w:p>
    <w:p>
      <w:r>
        <w:rPr>
          <w:b/>
        </w:rPr>
        <w:t xml:space="preserve">[22:45] </w:t>
      </w:r>
      <w:r>
        <w:t>unhon nay aur ziyada Islam ko politicize kiya. Phir us kay baad Ayatullah Khomeini uthay aur unhon nay aik aur naya lafz coin kiya, Ummah ka.</w:t>
      </w:r>
    </w:p>
    <w:p>
      <w:pPr>
        <w:jc w:val="right"/>
      </w:pPr>
      <w:r>
        <w:t>انہوں نےاور زیادہ اسلام کو پولیٹیسائزکیا۔ پھراسکےبعد آیت اللہ خمینیاٹھے اور انہوں نے ایک اورنیا لفظ کوائنکیا، الامہکا۔</w:t>
      </w:r>
    </w:p>
    <w:p>
      <w:r>
        <w:rPr>
          <w:b/>
        </w:rPr>
        <w:t xml:space="preserve">[22:58] </w:t>
      </w:r>
      <w:r>
        <w:t>bahut hi misti</w:t>
      </w:r>
    </w:p>
    <w:p>
      <w:pPr>
        <w:jc w:val="right"/>
      </w:pPr>
      <w:r>
        <w:t>بہتہی مسٹی</w:t>
      </w:r>
    </w:p>
    <w:p>
      <w:r>
        <w:rPr>
          <w:b/>
        </w:rPr>
        <w:t xml:space="preserve">[22:59] </w:t>
      </w:r>
      <w:r>
        <w:t>race word tha aur logon ko bahut zyada appeal kiya ke tamam dunya ke musalman ek alama hain, ek hi ummat ke yani qaum ke part hain.</w:t>
      </w:r>
    </w:p>
    <w:p>
      <w:pPr>
        <w:jc w:val="right"/>
      </w:pPr>
      <w:r>
        <w:t>ریس ورڈتھا اورلوگوںکوبہت زیادہ اپیلکیا کہتمام دنیا کے مس لمان ایک الامہہیں، ایکہی امت کے یعنی قومکے پارٹہیں۔</w:t>
      </w:r>
    </w:p>
    <w:p>
      <w:r>
        <w:rPr>
          <w:b/>
        </w:rPr>
        <w:t xml:space="preserve">[23:10] </w:t>
      </w:r>
      <w:r>
        <w:t>to bahut jald yeh maqbool ho gaya yeh idea. lekin masla yeh hua ke naye halaat ke mutabiq nahi tha.</w:t>
      </w:r>
    </w:p>
    <w:p>
      <w:pPr>
        <w:jc w:val="right"/>
      </w:pPr>
      <w:r>
        <w:t>تو بہت جلد یہ مقبولہوگیا یہآئیڈیا۔ لیکن مسئلہیہہوا کہ نئےحالات کےمط ابق نہیںتھا۔</w:t>
      </w:r>
    </w:p>
    <w:p>
      <w:r>
        <w:rPr>
          <w:b/>
        </w:rPr>
        <w:t xml:space="preserve">[23:21] </w:t>
      </w:r>
      <w:r>
        <w:t>ab musalmanon ko ya to Islam ko dekhna hai, Islam ki kya guidance hai ya halaat ko dekhna hai.</w:t>
      </w:r>
    </w:p>
    <w:p>
      <w:pPr>
        <w:jc w:val="right"/>
      </w:pPr>
      <w:r>
        <w:t>ابمسلمان وںکو یاتو اسلام کو دیکھناہے، اسلام کیکیا گائیڈنسہے یا حالاتکودیکھناہے۔</w:t>
      </w:r>
    </w:p>
    <w:p>
      <w:r>
        <w:rPr>
          <w:b/>
        </w:rPr>
        <w:t xml:space="preserve">[23:28] </w:t>
      </w:r>
      <w:r>
        <w:t>to unhon ne na Islam ko dekha na halaat ko dekha. bas ek emotional approach tha aur isi emotional approach mein beh gaye aur inko mila kuch bhi nahi.</w:t>
      </w:r>
    </w:p>
    <w:p>
      <w:pPr>
        <w:jc w:val="right"/>
      </w:pPr>
      <w:r>
        <w:t>تو انہوںنے نہاسلامکودیکھا نہحالاتکودیکھا۔ بسایک ایموشنلانکی اپروچتھا اور اسیایموشنل اپروچمیںبہہگئے اور انکو ملاکچھبھینہیں ۔</w:t>
      </w:r>
    </w:p>
    <w:p>
      <w:r>
        <w:rPr>
          <w:b/>
        </w:rPr>
        <w:t xml:space="preserve">[23:39] </w:t>
      </w:r>
      <w:r>
        <w:t>bas sirf har mulk mein violence hoti rahi isi basis par.</w:t>
      </w:r>
    </w:p>
    <w:p>
      <w:pPr>
        <w:jc w:val="right"/>
      </w:pPr>
      <w:r>
        <w:t>بس صرف ہرہرملکمیں وائل نس ہوتارہااسی بیسزپر ۔</w:t>
      </w:r>
    </w:p>
    <w:p>
      <w:r>
        <w:rPr>
          <w:b/>
        </w:rPr>
        <w:t xml:space="preserve">[23:50] </w:t>
      </w:r>
      <w:r>
        <w:t>to asal mein yahi sahi hai ke jis muslim group ka jo watan hai, wahi uski qomiyat hai. lekin itne zor shor se tamam leaders ne iski mukhalifat ki.</w:t>
      </w:r>
    </w:p>
    <w:p>
      <w:pPr>
        <w:jc w:val="right"/>
      </w:pPr>
      <w:r>
        <w:t>تو اصلمیں یہی صحیحہے کہ جس مسلم گرو ہکاجو وطن ہے، وہی اسکی قومیتہے۔ لیکن اتنےزورشور سےتمام لیڈرزنے اسکیمخالفت کی۔</w:t>
      </w:r>
    </w:p>
    <w:p>
      <w:r>
        <w:rPr>
          <w:b/>
        </w:rPr>
        <w:t xml:space="preserve">[24:05] </w:t>
      </w:r>
      <w:r>
        <w:t>misal ke taur par Allama Iqbal ne kaha: "Inteza khudaon mein bada sab se watan hai." matlab inko aisa laga ke watan ki woh hesiyat de di gayi jo Khuda ki hesiyat hai.</w:t>
      </w:r>
    </w:p>
    <w:p>
      <w:pPr>
        <w:jc w:val="right"/>
      </w:pPr>
      <w:r>
        <w:t>مثالکےطورپر علام ہاقبالنےکہا: "انتازہخداؤںمیںبڑا سبسے وطن ہے۔" مطلب انکوایسالگا کہ وطن کی وہ حیثیتدےدیگئی جوخداکیحیثیتہے۔</w:t>
      </w:r>
    </w:p>
    <w:p>
      <w:r>
        <w:rPr>
          <w:b/>
        </w:rPr>
        <w:t xml:space="preserve">[24:19] </w:t>
      </w:r>
      <w:r>
        <w:t>to aisa kuch nahi tha. yeh to amli halaat hote hain, iske mutabiq adjustment karna padta hai, nahi to aage koi tarqqi nahi ho sakti, koi kaam nahi ho sakta.</w:t>
      </w:r>
    </w:p>
    <w:p>
      <w:pPr>
        <w:jc w:val="right"/>
      </w:pPr>
      <w:r>
        <w:t>تو ایساکچھنہیں تھا۔ یہتو عم لیحالات ہوتےہیں،اسکےمط ابق ایڈجسٹمنٹکرناپڑتاہے، نہیںتو آگے کوئیتر قینہیںہوسکتی،کوئی کامنہیںہوسکتا۔</w:t>
      </w:r>
    </w:p>
    <w:p>
      <w:r>
        <w:rPr>
          <w:b/>
        </w:rPr>
        <w:t xml:space="preserve">[24:31] </w:t>
      </w:r>
      <w:r>
        <w:t>bilkul intellectual stagnation ho ke reh jata hai. to yeh idea jo tha, yeh bilkul "it is nothing to do with Islam".</w:t>
      </w:r>
    </w:p>
    <w:p>
      <w:pPr>
        <w:jc w:val="right"/>
      </w:pPr>
      <w:r>
        <w:t>بالکل انٹلیکچولاسٹیگنیشنہوکےرہجاتا ہے۔ تو یہ آئیڈیاجوتھا، یہبالکل"اٹہیزنتھنگٹوڈووداسلام "۔</w:t>
      </w:r>
    </w:p>
    <w:p>
      <w:r>
        <w:rPr>
          <w:b/>
        </w:rPr>
        <w:t xml:space="preserve">[24:42] </w:t>
      </w:r>
      <w:r>
        <w:t>ab jab ke saari dunya mein qomiyat ki basis woh hai, woh homeland hai, to hum apna ek alag jazeera kaise bana sakte hain ? isi tarah se saari dunya mein hai, isi tarah se musalmanon ki qomiyat inke maujood watan ki nisbat se hi muayyan ki jayegi.</w:t>
      </w:r>
    </w:p>
    <w:p>
      <w:pPr>
        <w:jc w:val="right"/>
      </w:pPr>
      <w:r>
        <w:t>ابجب کہ ساریدنیا میں قومیت کی بیسجوہے، وہ ہوم</w:t>
      </w:r>
    </w:p>
    <w:p>
      <w:r>
        <w:rPr>
          <w:b/>
        </w:rPr>
        <w:t xml:space="preserve">[24:47] </w:t>
      </w:r>
      <w:r>
        <w:t>jo muslim empire tha, woh to ek qati'i manafi tha.</w:t>
      </w:r>
    </w:p>
    <w:p>
      <w:pPr>
        <w:jc w:val="right"/>
      </w:pPr>
      <w:r>
        <w:t>لینڈہے، توہماپنا ایک الگ جزیرہ کیسےبناسکتےہیں ؟ اسی جسطریقےسے ساریدنیا میںہے، اسیطریقےسے مسلمان وںکی قومیت انکے موجود ہوطن کی نسبتسےہی متعینکیجائےگی۔</w:t>
      </w:r>
    </w:p>
    <w:p>
      <w:r>
        <w:rPr>
          <w:b/>
        </w:rPr>
        <w:t xml:space="preserve">[25:05] </w:t>
      </w:r>
      <w:r>
        <w:t>kabhi Roman empire tha, kabhi Persian empire tha, kabhi Abbasi empire tha, kabhi Ottoman empire tha.</w:t>
      </w:r>
    </w:p>
    <w:p>
      <w:pPr>
        <w:jc w:val="right"/>
      </w:pPr>
      <w:r>
        <w:t>جو مسلم ایمپائرتھا، وہ توایکوق تیفیناومیناتھا۔</w:t>
      </w:r>
    </w:p>
    <w:p>
      <w:r>
        <w:rPr>
          <w:b/>
        </w:rPr>
        <w:t xml:space="preserve">[25:09] </w:t>
      </w:r>
      <w:r>
        <w:t>yeh to badalte rehte hain. kabhi British empire tha, aaj woh bhi khatam ho gaya. to halaat badalte rehte hain. yeh agar sirf itni baat maan li jaye ke yeh test papers hain,</w:t>
      </w:r>
    </w:p>
    <w:p>
      <w:pPr>
        <w:jc w:val="right"/>
      </w:pPr>
      <w:r>
        <w:t>کبھی روم نایمپائرتھا، کبھی سیشن ریایمپائرتھا،کبھی عب اسیایمپائرتھا،کبھیآٹومنایمپائرتھا۔</w:t>
      </w:r>
    </w:p>
    <w:p>
      <w:r>
        <w:rPr>
          <w:b/>
        </w:rPr>
        <w:t xml:space="preserve">[25:18] </w:t>
      </w:r>
      <w:r>
        <w:t>to isi liye Allah taala musalsal different qomon ko yeh test paper deta hai, inko inke test ke liye.</w:t>
      </w:r>
    </w:p>
    <w:p>
      <w:pPr>
        <w:jc w:val="right"/>
      </w:pPr>
      <w:r>
        <w:t>یہتو بدلتےرہتےہیں۔کبھیبرٹشایمپائرتھا، آجوہبھیختمہوگیا۔ تو حالات بدلتےرہتےہیں۔ یہ اگر صرف اتنیبات مانلیجائےکہیہ ٹیسٹ پیپرہیں،</w:t>
      </w:r>
    </w:p>
    <w:p>
      <w:r>
        <w:rPr>
          <w:b/>
        </w:rPr>
        <w:t xml:space="preserve">[25:30] </w:t>
      </w:r>
      <w:r>
        <w:t>warna agar ek hi mulk, ek hi empire jo hai, woh baqi rehti, lekin musalsal yeh empire badalti rehti hai. aur ab to woh empire ka zamana nahi hai.</w:t>
      </w:r>
    </w:p>
    <w:p>
      <w:pPr>
        <w:jc w:val="right"/>
      </w:pPr>
      <w:r>
        <w:t>تو اسیلیے اللہ تعالی مسلسل ڈفرنٹ قوموںکو یہ ٹیسٹ پیپردیتاہے، انکو انکےٹیسٹ کےلیے۔</w:t>
      </w:r>
    </w:p>
    <w:p>
      <w:r>
        <w:rPr>
          <w:b/>
        </w:rPr>
        <w:t xml:space="preserve">[25:40] </w:t>
      </w:r>
      <w:r>
        <w:t>ab to har mulk mein alag alag, har mulk ki alag alag hukumaten hoti hain. aur ab to log economic empire khada karte hain, spiritual empire khada karte hain.</w:t>
      </w:r>
    </w:p>
    <w:p>
      <w:pPr>
        <w:jc w:val="right"/>
      </w:pPr>
      <w:r>
        <w:t>ورنہ اگر ایکہیملک ،ایکہی ایمپائرجوہے،وہ باقیرہتی، لیکن مسلسل یہایمپائر بدلتیرہتیہے۔ اور ابتووہایمپائرکازمان ہہینہیںہے۔</w:t>
      </w:r>
    </w:p>
    <w:p>
      <w:r>
        <w:rPr>
          <w:b/>
        </w:rPr>
        <w:t xml:space="preserve">[25:52] </w:t>
      </w:r>
      <w:r>
        <w:t>lekin ab is tarah ke political empire ka ab zamana hi khatam ho gaya. to yeh Maulana ne is par likha hai. is par ek bahut jald ek kitab aa rahi hai, patriotism par, hub-e-watani par.</w:t>
      </w:r>
    </w:p>
    <w:p>
      <w:pPr>
        <w:jc w:val="right"/>
      </w:pPr>
      <w:r>
        <w:t>ابتو ہرملکمیں الگالگ،ہرملککیالگالگ حکومت یںہوتیہیں۔ اور ابتولوگ اکنامکایمپائرکھڑاکرتے ہیں، سپریچولایمپائرکھڑاکرتے ہیں۔</w:t>
      </w:r>
    </w:p>
    <w:p>
      <w:r>
        <w:rPr>
          <w:b/>
        </w:rPr>
        <w:t xml:space="preserve">[26:06] </w:t>
      </w:r>
      <w:r>
        <w:t>to is mein unhon ne likha hai ke qomiyat ko mazhab par basis karna Islami nazariya nahi hai. yeh sarasar siyasi nazariya hai.</w:t>
      </w:r>
    </w:p>
    <w:p>
      <w:pPr>
        <w:jc w:val="right"/>
      </w:pPr>
      <w:r>
        <w:t>لیکناباسطریقے کے پولیٹیکلایمپائرکاابزمانہہیختمہوگیا۔ تو یہ مول انانے اسپہلکھاہے۔ اسپرایکبہت جلد ایککتاب آرہیہے،پیٹریٹزمپر، حب الوطنیپہ۔</w:t>
      </w:r>
    </w:p>
    <w:p>
      <w:r>
        <w:rPr>
          <w:b/>
        </w:rPr>
        <w:t xml:space="preserve">[26:21] </w:t>
      </w:r>
      <w:r>
        <w:t>aur yeh halaat se mutasir ho kar ke yeh nazariya banaya gaya. chuki tamam musalmanon ko Europeanz ke khilaf, colonial power se khilaf inko ubharna tha, is</w:t>
      </w:r>
    </w:p>
    <w:p>
      <w:pPr>
        <w:jc w:val="right"/>
      </w:pPr>
      <w:r>
        <w:t>تو اسمیں انہوںنےلکھاہےکہ قومیتکو مذہبپر بیسکرنا اسلامی نظریہنہیںہے۔ یہ سراسر سیاسی نظریہہے۔</w:t>
      </w:r>
    </w:p>
    <w:p>
      <w:r>
        <w:rPr>
          <w:b/>
        </w:rPr>
        <w:t xml:space="preserve">[26:30] </w:t>
      </w:r>
      <w:r>
        <w:t>liye unhon ne yeh nazariya coin kiya aur bahut zor shor se isko chalaya. lekin iska nateeja kuch bhi nahi nikla, siwaye saari dunya mein jang o jadal hua aur koi faida nahi hua.</w:t>
      </w:r>
    </w:p>
    <w:p>
      <w:pPr>
        <w:jc w:val="right"/>
      </w:pPr>
      <w:r>
        <w:t>اوریہ ح الات سے متاثرہوکر کے یہنظریہبن ایاگیا۔ چونکہ تمام مسلمان وںکو یورپینز کے خلاف ،کال ونیل پاورسےخلاف انکوابھارناتھا، اس</w:t>
      </w:r>
    </w:p>
    <w:p>
      <w:r>
        <w:rPr>
          <w:b/>
        </w:rPr>
        <w:t xml:space="preserve">[26:44] </w:t>
      </w:r>
      <w:r>
        <w:t>jo musalmanon ke paas resources the, woh bhi woh bhi khatam ho gaye. to yeh Maulana ne likha hai ke yeh Islam ka political exploitation tha aur Islam ka is se koi talluq nahi hai.</w:t>
      </w:r>
    </w:p>
    <w:p>
      <w:pPr>
        <w:jc w:val="right"/>
      </w:pPr>
      <w:r>
        <w:t>لیے انہوںنےیہنظریہ کوائنکیا اور بہت زور شور سےاسکوچلایا۔لیکن اسکا نتیجہکچھبھینہیں نکلا، سوائے ساریدنیا میں جنگ وجدالہوااور کوئی فائدہنہیںہوا ۔</w:t>
      </w:r>
    </w:p>
    <w:p>
      <w:r>
        <w:rPr>
          <w:b/>
        </w:rPr>
        <w:t xml:space="preserve">[26:56] </w:t>
      </w:r>
      <w:r>
        <w:t>aap aap ne bahut aham baat batai ke ek problem ko le kar jo aap ne batai ke agar hum mante hain ke hum</w:t>
      </w:r>
    </w:p>
    <w:p>
      <w:pPr>
        <w:jc w:val="right"/>
      </w:pPr>
      <w:r>
        <w:t>جو مسلمان وںکےپاسریسورسزتھے،وہبھی وہبھیختمہوگئے۔ تو یہ مول انانےلکھاہےکہیہ اسلام کا پولیٹیکل ایکسپلائٹیشنتھا اور اسلام کا اسسےکوئی تعلقنہیںہے۔</w:t>
      </w:r>
    </w:p>
    <w:p>
      <w:r>
        <w:rPr>
          <w:b/>
        </w:rPr>
        <w:t xml:space="preserve">[27:12] </w:t>
      </w:r>
      <w:r>
        <w:t>woh qaum nahi hain jis mulk mein hum rehte hain, to ek bada masla paida ho sakta hai. halan ke Islam ka ek bahut hi basic usool hai aur is par Allah taala ne Quran mein kai martaba bataya hai: "Ma ja'ala 'alaikum fid-deeni min haraj" ke Allah taala ne deen mein tumhare liye haraj nahi rakha hai,</w:t>
      </w:r>
    </w:p>
    <w:p>
      <w:pPr>
        <w:jc w:val="right"/>
      </w:pPr>
      <w:r>
        <w:t>آپ آپنےبہتہیاہمباتبتائی کہ ایک پرابلم کولےکرجوآپنےبتائیکہاگرہممانتےہیںکہہم</w:t>
      </w:r>
    </w:p>
    <w:p>
      <w:r>
        <w:rPr>
          <w:b/>
        </w:rPr>
        <w:t xml:space="preserve">[27:21] </w:t>
      </w:r>
      <w:r>
        <w:t>woh qaum nahin hain jis mulk mein hum rehte hain, to aik bara masla paida ho sakta hai. halankay islam ka aik bohat hi basic usool hai aur ispar Allah ta'ala ne quran mein kai martaba bataya hai: "ma ja'ala 'alaikum fid-deeni min haraj" ke Allah ta'ala ne deen mein tumhare liye haraj nahin rakha hai,</w:t>
      </w:r>
    </w:p>
    <w:p>
      <w:pPr>
        <w:jc w:val="right"/>
      </w:pPr>
      <w:r>
        <w:t>وہ قومنہیںہیںجس ملکمیںہمرہتےہیں، توایکبڑا مسئلہپیدا ہوسکتاہے۔ حالانکہ اسلام کاایکبہتہی بیسک اصولہےاوراسپر اللہ تعالینےقرآنمیں کئی مرتبہبتایاہے: "ما جعلعلیکمفیالدین من حرج" کہاللہتعالینے دینمیںتمہارےلیے حرجنہیںرکھاہے،</w:t>
      </w:r>
    </w:p>
    <w:p>
      <w:r>
        <w:rPr>
          <w:b/>
        </w:rPr>
        <w:t xml:space="preserve">[27:40] </w:t>
      </w:r>
      <w:r>
        <w:t>koimish</w:t>
      </w:r>
    </w:p>
    <w:p>
      <w:pPr>
        <w:jc w:val="right"/>
      </w:pPr>
      <w:r>
        <w:t>کوئیمش</w:t>
      </w:r>
    </w:p>
    <w:p>
      <w:r>
        <w:rPr>
          <w:b/>
        </w:rPr>
        <w:t xml:space="preserve">[27:41] </w:t>
      </w:r>
      <w:r>
        <w:t>qatnahinrakha. deeni aitbarse agar koi cheez problemarhihai to apkeleiyesmein aasani paida hojayegi. is usoolkobhiagar samajhte to baa'saniyaspar amal kiya ja sakta tha.</w:t>
      </w:r>
    </w:p>
    <w:p>
      <w:pPr>
        <w:jc w:val="right"/>
      </w:pPr>
      <w:r>
        <w:t>قتنہیںرکھا۔ دینی اعتبارسے اگر کوئی چیز پرابلمآرہیہےتوآپکےلیےاسمیںآسانیپیدا ہوجائےگی۔اس اصولکوبھیاگر سمجھتے تو باآسانیاسپرعمل کیا جاسکتاتھا۔</w:t>
      </w:r>
    </w:p>
    <w:p>
      <w:r>
        <w:rPr>
          <w:b/>
        </w:rPr>
        <w:t xml:space="preserve">[27:52] </w:t>
      </w:r>
      <w:r>
        <w:t>isliye dekhiye, roza deen jaisay basic, namaz jaisi basic cheez hai, roza jaisi basic cheez hai. agar koi problem aati hai, ismein bhi chhoot di jati hai, kanshi diya jata hai jisko rukhsat kehte hain.</w:t>
      </w:r>
    </w:p>
    <w:p>
      <w:pPr>
        <w:jc w:val="right"/>
      </w:pPr>
      <w:r>
        <w:t>اسلیےدیکھیے، روز ہ دینجیسے بیسک،نمازجیسیبیسکچیزہے، روزہجیسیبیسکچیزہے۔اگرکوئیپرابلمآتیہے،اسمیںبھیچھوٹدیجاتیہے، کن سیشندیاجاتاہےجسکورخصتکہتےہیں۔</w:t>
      </w:r>
    </w:p>
    <w:p>
      <w:r>
        <w:rPr>
          <w:b/>
        </w:rPr>
        <w:t xml:space="preserve">[28:03] </w:t>
      </w:r>
      <w:r>
        <w:t>yahan bhi di ja sakti thi agar chalo nahin mante hain. to</w:t>
      </w:r>
    </w:p>
    <w:p>
      <w:pPr>
        <w:jc w:val="right"/>
      </w:pPr>
      <w:r>
        <w:t>یہاںبھیدیجاسکتیتھیاگر چلو نہیں مانتےہیں۔تو</w:t>
      </w:r>
    </w:p>
    <w:p>
      <w:r>
        <w:rPr>
          <w:b/>
        </w:rPr>
        <w:t xml:space="preserve">[28:07] </w:t>
      </w:r>
      <w:r>
        <w:t>halankeh agar hum dekhen, ghaur karen to Allah ke rasool sallallahu alaihi wasallam jab madina pohnchte hain to deen ko woh alag rakhte hain aur qomiyat ko alag rakhte hain.</w:t>
      </w:r>
    </w:p>
    <w:p>
      <w:pPr>
        <w:jc w:val="right"/>
      </w:pPr>
      <w:r>
        <w:t>حالانکہاگر ہم دیکھیں، غورکریںتو اللہ کےرسولصلیاللہعلیہوسلمجبمدینہپہنچتےہیں تو دینکووہالگرکھتےہیںاور قومیتکوالگرکھتےہیں۔</w:t>
      </w:r>
    </w:p>
    <w:p>
      <w:r>
        <w:rPr>
          <w:b/>
        </w:rPr>
        <w:t xml:space="preserve">[28:16] </w:t>
      </w:r>
      <w:r>
        <w:t>deen ko alag rakhte hain, qomiyat ko alag rakhte hain. seerat-un-Nabi ya Maghazi al-Waqidi waghera mein yeh riwayat hai ke: "inna yahood bani ouf ummatun ma'al mu'mineen" ke bani ouf ke yahood jo hain, ek ummat hain momineen ke sath.</w:t>
      </w:r>
    </w:p>
    <w:p>
      <w:pPr>
        <w:jc w:val="right"/>
      </w:pPr>
      <w:r>
        <w:t>دینکوالگرکھتےہیں،قومیتکوالگرکھتےہیں۔ سیرتابن ہشام یا مغازی الواقدیوغیرہمیںیہروایتہے کہ :"انایہود بنی عوف امت معالموم نین" کہبنی عوفکےیہودجوہیں، ایک امتہیں مومنینکےساتھ ۔</w:t>
      </w:r>
    </w:p>
    <w:p>
      <w:r>
        <w:rPr>
          <w:b/>
        </w:rPr>
        <w:t xml:space="preserve">[28:31] </w:t>
      </w:r>
      <w:r>
        <w:t>yeh yahood ke liye unka deen hai aur momin musalman ke liye unka deen hai.</w:t>
      </w:r>
    </w:p>
    <w:p>
      <w:pPr>
        <w:jc w:val="right"/>
      </w:pPr>
      <w:r>
        <w:t>یہ ودکےلیے انکا دینہےاور مومن مسلمانکےلیےانکادینہے۔</w:t>
      </w:r>
    </w:p>
    <w:p>
      <w:r>
        <w:rPr>
          <w:b/>
        </w:rPr>
        <w:t xml:space="preserve">[28:36] </w:t>
      </w:r>
      <w:r>
        <w:t>Allah ke rasool sallallahu alaihi wasallam yeh farq kar rahe hain ke ummat hone ki haisiyat alag hai, deen ki haisiyat alag hai. yeh kiya ja sakta tha? aur aur Allah ke rasool sallallahu alaihi wasallam ya doosre nabiyon, kisi nabi ke bare mein bolna hai ke unhon ne unko deen ki baat batayi, unhon ne unko sataya.</w:t>
      </w:r>
    </w:p>
    <w:p>
      <w:pPr>
        <w:jc w:val="right"/>
      </w:pPr>
      <w:r>
        <w:t>اللہ کےرسولصلیاللہعلیہوسلمیہفرقکررہےہیںکہامتہونے کیحیثیتالگہے، دینکیحیثیتالگہے۔ یہ کیا جاسکتاتھا؟اور اور اللہ کےرسولصلیاللہعلیہوسلمیادوسرےنبیوں، کسی نبیکےبارےمیںبولناہےکہانہوںنےانکودینکیباتبتائی،انہوںنےانکو ست ایا۔</w:t>
      </w:r>
    </w:p>
    <w:p>
      <w:r>
        <w:rPr>
          <w:b/>
        </w:rPr>
        <w:t xml:space="preserve">[28:51] </w:t>
      </w:r>
      <w:r>
        <w:t>us waqt unki zuban se jo alfaaz nikle, us waqt bhi unhon ne apni qomiyat ko nahin bhoola. woh kya kehte hain? "Allah qawmi fahum la yalamoon" ke aye Allah, meri qom ko hidayat de ya meri qom ko maaf kar, kyunke woh nahin jante.</w:t>
      </w:r>
    </w:p>
    <w:p>
      <w:pPr>
        <w:jc w:val="right"/>
      </w:pPr>
      <w:r>
        <w:t>اسوقت انکیزبان سےجوالفاظنکلے،اسوقتبھیانہوںنےاپنی قومیتکونہیںبھولا۔ وہکیا کہتےہیں؟"اللہ ق ومی ف انہم لایعلمون" کہ اےاللہ،میریقومکوہدایت دے یامیریقومکومعاف کر ،کیونکہوہنہیںجانتے۔</w:t>
      </w:r>
    </w:p>
    <w:p>
      <w:r>
        <w:rPr>
          <w:b/>
        </w:rPr>
        <w:t xml:space="preserve">[29:07] </w:t>
      </w:r>
      <w:r>
        <w:t>satane ke bawajood bhi apni qomiyat ko nahin bhool rahe hain. to yeh cheez thi. baat agar Islam ke talluq se jannahoti to woh baa'saniyas mein kar sakte the.</w:t>
      </w:r>
    </w:p>
    <w:p>
      <w:pPr>
        <w:jc w:val="right"/>
      </w:pPr>
      <w:r>
        <w:t>ست انےکےباوجود بھیاپنیقومیتکونہیںبھولرہےہیں۔ تو یہچیز تھی۔ بات اگر اسلام کےتعلقسے جانناہوتاتووہ باآسانیاسمیںکرسکتےتھے۔</w:t>
      </w:r>
    </w:p>
    <w:p>
      <w:r>
        <w:rPr>
          <w:b/>
        </w:rPr>
        <w:t xml:space="preserve">[29:16] </w:t>
      </w:r>
      <w:r>
        <w:t>isliye yeh Islam zam ho gaya, aaj woh chalan nahin paya. reason yeh tha ke Islam ke khilaf tha, us wajah se Allah ta'ala ki madad nahin aayi, nahin chal paya.</w:t>
      </w:r>
    </w:p>
    <w:p>
      <w:pPr>
        <w:jc w:val="right"/>
      </w:pPr>
      <w:r>
        <w:t>اسلیے پیناسلام زمجوہے،آجوہچلنہیںپایا۔ ریزنوہیتھاکہاسلام کےخلاف تھا،اسوجہسےاللہتعالیکیمددنہیںآئی،نہیںچلپایا۔</w:t>
      </w:r>
    </w:p>
    <w:p>
      <w:r>
        <w:rPr>
          <w:b/>
        </w:rPr>
        <w:t xml:space="preserve">[29:24] </w:t>
      </w:r>
      <w:r>
        <w:t>to iske baad main agla sawal aapse karunga: is talluq se peghambar-e-Islam sallallahu alaihi wasallam ka uswa kya hai? watan ki mohabbat ya qomiyat ke talluq se peghambar-e-Islam sallallahu alaihi wasallam ka uswa kya hai?</w:t>
      </w:r>
    </w:p>
    <w:p>
      <w:pPr>
        <w:jc w:val="right"/>
      </w:pPr>
      <w:r>
        <w:t>تو اسکےبعد میں اگلاسوالآپسےکروںگا:استعلقسےپیغمبراسلام صلیاللہعلیہوسلمکااسوہکیاہے؟ وطن کیمح بت یا قومیتکےتعلقسےپیغمبراسلام صلیاللہعلیہوسلمکااسوہکیاہے؟</w:t>
      </w:r>
    </w:p>
    <w:p>
      <w:r>
        <w:rPr>
          <w:b/>
        </w:rPr>
        <w:t xml:space="preserve">[29:36] </w:t>
      </w:r>
      <w:r>
        <w:t>ab shuru se hum dekhte hain ke rasool Allah sallallahu alaihi wasallam</w:t>
      </w:r>
    </w:p>
    <w:p>
      <w:pPr>
        <w:jc w:val="right"/>
      </w:pPr>
      <w:r>
        <w:t>ابشروعسےہمدیکھتےہیںکہ رسولاللہ صلیاللہعلیہوس</w:t>
      </w:r>
    </w:p>
    <w:p>
      <w:r>
        <w:rPr>
          <w:b/>
        </w:rPr>
        <w:t xml:space="preserve">[29:39] </w:t>
      </w:r>
      <w:r>
        <w:t>makkah se le kar ke Madina tak musalsal yeh hi kehte rahe: "aye meri qom". woh address karte the bar bar to "aye meri qom" kehte the, halankeh woh bilkul khareen nabi believerz nahin the, balkeh aapke opponent the.</w:t>
      </w:r>
    </w:p>
    <w:p>
      <w:pPr>
        <w:jc w:val="right"/>
      </w:pPr>
      <w:r>
        <w:t>لم مک ہسےلےکرکےمدینہتک مسلسل یہیکہتےرہے:"اےمیریقوم"۔ وہایڈریسکرتے تھے باربار تو"اےمیریقوم"کہتےتھے،حالانکہ وہ بالکل خالینانبیلیورزنہیںتھے،بلکہآپکے اپونینٹستھے۔</w:t>
      </w:r>
    </w:p>
    <w:p>
      <w:r>
        <w:rPr>
          <w:b/>
        </w:rPr>
        <w:t xml:space="preserve">[29:53] </w:t>
      </w:r>
      <w:r>
        <w:t>yahan tak ke aapse itni sari jang hui, iske bawajood aap unko "aye meri qom" kehte the.</w:t>
      </w:r>
    </w:p>
    <w:p>
      <w:pPr>
        <w:jc w:val="right"/>
      </w:pPr>
      <w:r>
        <w:t>یہاںتک کہآپسے اتنیساریجنگ یںکیں، اسکےباوجود آپانکو"اےمیریقوم"کہتےتھے۔</w:t>
      </w:r>
    </w:p>
    <w:p>
      <w:r>
        <w:rPr>
          <w:b/>
        </w:rPr>
        <w:t xml:space="preserve">[29:59] </w:t>
      </w:r>
      <w:r>
        <w:t>to jab yeh to Makkah ke Makkah ki baat thi, iske baad jab aap Madina gaye aur Madine mein pehli state qaim hui to wahan par yahoodi qabile rehte the.</w:t>
      </w:r>
    </w:p>
    <w:p>
      <w:pPr>
        <w:jc w:val="right"/>
      </w:pPr>
      <w:r>
        <w:t>تو جب یہتو مکہکے مکہکیباتتھی،اسکےبعدجبآپ مدینہگئےاور مدینےمیں پہلی اسٹیٹقائمہوئی تو وہاںپر یہ ودی قبیلےرہتےتھے۔</w:t>
      </w:r>
    </w:p>
    <w:p>
      <w:r>
        <w:rPr>
          <w:b/>
        </w:rPr>
        <w:t xml:space="preserve">[30:10] </w:t>
      </w:r>
      <w:r>
        <w:t>to wahi jaisay aap ne farmaya, to jab aap rasool Allah sallallahu alaihi wasallam ne misaq-e-Madina ka declaration jari kiya to usmein ek jumla yeh tha: "yahood musalmanon ke sath ek ummat hain</w:t>
      </w:r>
    </w:p>
    <w:p>
      <w:pPr>
        <w:jc w:val="right"/>
      </w:pPr>
      <w:r>
        <w:t>تو وہیجیسےآپنےفرمایا،تو جب آپ رسولاللہصلیاللہعلیہوسلمنے میثاق مدینہکاڈیکلریشن جاری کیا تو اسمیںایکجملہیہتھا: "یہود مسلمان وں کےساتھ ایک امتہیں</w:t>
      </w:r>
    </w:p>
    <w:p>
      <w:r>
        <w:rPr>
          <w:b/>
        </w:rPr>
        <w:t xml:space="preserve">[30:24] </w:t>
      </w:r>
      <w:r>
        <w:t>". to itna itna clear hai ke qomiyat ki jo hai bani yahood watan hai, na ke mazhab. matlab Quran se bhi bilkul clear hai aur rasool Allah sallallahu alaihi wasallam ke uswa se bhi bilkul clear hai.</w:t>
      </w:r>
    </w:p>
    <w:p>
      <w:pPr>
        <w:jc w:val="right"/>
      </w:pPr>
      <w:r>
        <w:t>"۔ تواتنااتنا کلی ئرہے کہ قومیتکیجوہے بنی اد وطن ہے،نہکہ مذہب ۔ مطلب قرآنسےبھیبالکل کلی ئرہے اور رسولاللہ صلیاللہعلیہوسلمکےاسوہسےبھیبالکل کلیئرہے۔</w:t>
      </w:r>
    </w:p>
    <w:p>
      <w:r>
        <w:rPr>
          <w:b/>
        </w:rPr>
        <w:t xml:space="preserve">[30:39] </w:t>
      </w:r>
      <w:r>
        <w:t>to ummat ka lafz jo hai na, woh qom ke hum ma'ani hai. to is tarike se Madina ke yahoodi aur Madina ke musalman dono ek qom the misaq-e-Madina ke tehat.</w:t>
      </w:r>
    </w:p>
    <w:p>
      <w:pPr>
        <w:jc w:val="right"/>
      </w:pPr>
      <w:r>
        <w:t>تو امتکالفظجوہےنا،وہقومہیکےہممعنیہے۔ تو اسطریقےسے مدینہکے یہ ودی اور مدینہکےمسلمان دونوں ایک قومتھے میثاق مدینہکےتحت ۔</w:t>
      </w:r>
    </w:p>
    <w:p>
      <w:r>
        <w:rPr>
          <w:b/>
        </w:rPr>
        <w:t xml:space="preserve">[30:53] </w:t>
      </w:r>
      <w:r>
        <w:t>isi tarike se doosre peghambaron ka bhi yahi misaal hai. har peghambar ne yahi kaha apne jo hain, unke jo opponent the, unse yahi kehte the: "aye meri qom".</w:t>
      </w:r>
    </w:p>
    <w:p>
      <w:pPr>
        <w:jc w:val="right"/>
      </w:pPr>
      <w:r>
        <w:t>اسیطریقےسے دوسرےپیغمبروںکابھییہی مثالہے۔ ہرپیغمبرنےیہیکہا اپنے جو ہیں،انکےجو اپونینٹستھے،انسےیہیکہتےتھے:"اےمیریقوم"۔</w:t>
      </w:r>
    </w:p>
    <w:p>
      <w:r>
        <w:rPr>
          <w:b/>
        </w:rPr>
        <w:t xml:space="preserve">[31:04] </w:t>
      </w:r>
      <w:r>
        <w:t>chahe woh kitna bhi satayein, iske bawajood woh "aye meri qom" hi kehte the, kyunke qomiyat ka bani yahood ab is zamanay mein itne clear cut words, phrases nahin the, lekin poora clear hai sense ke aitbar se</w:t>
      </w:r>
    </w:p>
    <w:p>
      <w:pPr>
        <w:jc w:val="right"/>
      </w:pPr>
      <w:r>
        <w:t>چاہےوہکتنابھی ست ائیں، اسکےباوجود وہ"اےمیریقوم"ہیکہتےتھے، کیونکہ قومیتکا بنی اد اباسزمان ےمیں اتنےکلیئرکٹ ورڈز ،فریز زنہیںتھے، لیکن پورا کلیئر ہے سینسکےاعتبارسے</w:t>
      </w:r>
    </w:p>
    <w:p>
      <w:r>
        <w:rPr>
          <w:b/>
        </w:rPr>
        <w:t xml:space="preserve">[31:21] </w:t>
      </w:r>
      <w:r>
        <w:t>ke homeland hi jo hai, wahi base hai qom ka. to qomiyat ka talluq watan se hai, na ke mazhab se.</w:t>
      </w:r>
    </w:p>
    <w:p>
      <w:pPr>
        <w:jc w:val="right"/>
      </w:pPr>
      <w:r>
        <w:t>کہ ہوملینڈ ہیجوہے،وہی بیسہے قومکا ۔ تو قومیت کاتعلق وطن سےہے،نہکہمذہبسے ۔</w:t>
      </w:r>
    </w:p>
    <w:p>
      <w:r>
        <w:rPr>
          <w:b/>
        </w:rPr>
        <w:t xml:space="preserve">[31:30] </w:t>
      </w:r>
      <w:r>
        <w:t>ab is is pasmanzar mein dekhiye to do qomi nazariya kitna zyada ghair Islami nazar ayega. chapter 49 aur verse 13 mein Quran mein aaya hai</w:t>
      </w:r>
    </w:p>
    <w:p>
      <w:pPr>
        <w:jc w:val="right"/>
      </w:pPr>
      <w:r>
        <w:t>اب اس اس پسمنظرمیںدیکھیےتو دوقومی نظریہکتنازیادہ غیر اسلامی نظر آئےگا۔ چیپٹر 4 9 اورورس 13میں قرآنمیںآیاہے</w:t>
      </w:r>
    </w:p>
    <w:p>
      <w:r>
        <w:rPr>
          <w:b/>
        </w:rPr>
        <w:t xml:space="preserve">[31:46] </w:t>
      </w:r>
      <w:r>
        <w:t>ke hum ne tum ko ek mard aur ek aurat se paida kiya aur tum ko qomon aur khandanon mein taqseem kar diya ta ke tum ek doosre ko pehchano.</w:t>
      </w:r>
    </w:p>
    <w:p>
      <w:pPr>
        <w:jc w:val="right"/>
      </w:pPr>
      <w:r>
        <w:t>کہہمنےتم کو ایک مرد اور ایک عورتسے پیدا کیا اورتم کو قوموںاور خان دانوںمیں تقسیم کردیا تاکہتم ایک دوسرےکو پہچانو۔</w:t>
      </w:r>
    </w:p>
    <w:p>
      <w:r>
        <w:rPr>
          <w:b/>
        </w:rPr>
        <w:t xml:space="preserve">[31:58] </w:t>
      </w:r>
      <w:r>
        <w:t>yeh pehchanne ke liye taqseem kiya gaya hai, na ke unse dushmani karke alag apna ek khitta banana.</w:t>
      </w:r>
    </w:p>
    <w:p>
      <w:pPr>
        <w:jc w:val="right"/>
      </w:pPr>
      <w:r>
        <w:t>یہ پہچاننےکےلیے تقسیمکیا گیاہے، نہ کہ ان انسےدشمنیکرکے الگ اپناایکخطہبن انا۔</w:t>
      </w:r>
    </w:p>
    <w:p>
      <w:r>
        <w:rPr>
          <w:b/>
        </w:rPr>
        <w:t xml:space="preserve">[32:09] </w:t>
      </w:r>
      <w:r>
        <w:t>ab dekhiye, ghazwa-e-uhud ke mauqe par kitni zabardast tareeqe se aapko hurt kiya gaya,</w:t>
      </w:r>
    </w:p>
    <w:p>
      <w:pPr>
        <w:jc w:val="right"/>
      </w:pPr>
      <w:r>
        <w:t>ابدیکھیے،غزوہاحدکےموقعپرکتنی زبرد ستطریقےسےآپکو ہرٹکیاگیا ،</w:t>
      </w:r>
    </w:p>
    <w:p>
      <w:r>
        <w:rPr>
          <w:b/>
        </w:rPr>
        <w:t xml:space="preserve">[32:14] </w:t>
      </w:r>
      <w:r>
        <w:t>aapke patthar phenke gaye, aap laholuhan ho gaye. iske bawajood aap yahi dua karte rahe: "ae meri qaum, Allah hidayat de meri qaum ko".</w:t>
      </w:r>
    </w:p>
    <w:p>
      <w:pPr>
        <w:jc w:val="right"/>
      </w:pPr>
      <w:r>
        <w:t>آپکے پتھرپھینکےگئے،آپلہولہانہوگئے۔ اسکےباوجود آپ یہی دعاکرتے رہے:"اےمیریقوم، اللہ ہدایت دےمیریقومکو" ۔</w:t>
      </w:r>
    </w:p>
    <w:p>
      <w:r>
        <w:rPr>
          <w:b/>
        </w:rPr>
        <w:t xml:space="preserve">[32:26] </w:t>
      </w:r>
      <w:r>
        <w:t>abdullah ibn masood farmate hain: jaise ke main rasool Allah ko dekh raha hoon, woh nabiyon mein se ek nabi ka haal bayan kar rahe hain jisko uski qaum ne maar kar zakmi kar diya.</w:t>
      </w:r>
    </w:p>
    <w:p>
      <w:pPr>
        <w:jc w:val="right"/>
      </w:pPr>
      <w:r>
        <w:t>عبداللہابن مسعود فرماتےہیں: جیسےکہمیںرسولاللہ کودیکھرہاہوں، وہ نبیوںمیںسے ایک نبیکا حال بیان کررہےہیں جس کو اس کی قوم نے مار کر زخمیکردیا ۔</w:t>
      </w:r>
    </w:p>
    <w:p>
      <w:r>
        <w:rPr>
          <w:b/>
        </w:rPr>
        <w:t xml:space="preserve">[32:40] </w:t>
      </w:r>
      <w:r>
        <w:t>wo apne chehre se khoon pochh rahe hain aur keh rahe the</w:t>
      </w:r>
    </w:p>
    <w:p>
      <w:pPr>
        <w:jc w:val="right"/>
      </w:pPr>
      <w:r>
        <w:t>وہ اپنے چہرےسے خون پوچھرہےہیںاورکہہرہےتھے</w:t>
      </w:r>
    </w:p>
    <w:p>
      <w:r>
        <w:rPr>
          <w:b/>
        </w:rPr>
        <w:t xml:space="preserve">[32:43] </w:t>
      </w:r>
      <w:r>
        <w:t>: "ae Allah, tu meri qaum ko maaf karde, kyunke woh nahin jaante". to hum jab dekhen kitne clear tareeqe se hamare paas ahkam hain Quran ke, hadith ke, to usko na manne ka koi jawaz nahin hai.</w:t>
      </w:r>
    </w:p>
    <w:p>
      <w:pPr>
        <w:jc w:val="right"/>
      </w:pPr>
      <w:r>
        <w:t>: "اےاللہ ،تو میریقومکومعاف کردے، کیونکہوہنہیں جانتے"۔ تو ہمجب دیکھیںکتنے کلیئرطریقےسےہمارےپاس احکامہیں قرآنکے،حدیثکے ،تو اسکو نہ مان نےکا کوئی جوازنہیںہے۔</w:t>
      </w:r>
    </w:p>
    <w:p>
      <w:r>
        <w:rPr>
          <w:b/>
        </w:rPr>
        <w:t xml:space="preserve">[33:01] </w:t>
      </w:r>
      <w:r>
        <w:t>aur Quran mein aaya hai ke rasool Allah sallallahu alaihi wasallam ko khatab karte hue kaha gaya ke tum bhi wohi karo jo pichhle anbiya ne kiya.</w:t>
      </w:r>
    </w:p>
    <w:p>
      <w:pPr>
        <w:jc w:val="right"/>
      </w:pPr>
      <w:r>
        <w:t>اور قرآنمیںآیاہےکہ رسولاللہ صلیاللہعلیہوسلمکو خط اب کرتے ہوئے کہاگیا کہتم بھی وہیکرو جو پچھلے انبیاءنےکیا۔</w:t>
      </w:r>
    </w:p>
    <w:p>
      <w:r>
        <w:rPr>
          <w:b/>
        </w:rPr>
        <w:t xml:space="preserve">[33:11] </w:t>
      </w:r>
      <w:r>
        <w:t>to is tareeqe se hum keh sakte hain ke Islam mein to nation theory ka koi jawaz nahin, kyunke khud rasool Allah sallallahu alaihi wasallam ko bataya gaya ke tum wohi karo jo pichhle peghambaron ne kiya.</w:t>
      </w:r>
    </w:p>
    <w:p>
      <w:pPr>
        <w:jc w:val="right"/>
      </w:pPr>
      <w:r>
        <w:t>تواسطریقےسےہمکہہسکتےہیںکہ اسلام میں تو نیشن تھیوریکاکوئیجوازنہیں ، کیونکہ خود رسولاللہصلیاللہعلیہوسلمکو بتایاگیا کہتم وہیکرو جو پچھلےپیغمبروںنےکیا۔</w:t>
      </w:r>
    </w:p>
    <w:p>
      <w:r>
        <w:rPr>
          <w:b/>
        </w:rPr>
        <w:t xml:space="preserve">[33:25] </w:t>
      </w:r>
      <w:r>
        <w:t>to pichhle peghambaron ne yahi katha: "ae meri qaum". unke liye duaein karte the, unse kabhi koi badla nahin lete the, koi intiqam nahin lete the.</w:t>
      </w:r>
    </w:p>
    <w:p>
      <w:pPr>
        <w:jc w:val="right"/>
      </w:pPr>
      <w:r>
        <w:t>توپچھلےپیغمبروںنے یہی کہاتھا:"اےمیریقوم" ۔انکےلیے دعائیںکرتے تھے، انسےکبھیکوئیبدلہنہیںلیتےتھے،کوئی انتقامنہیںلیتےتھے۔</w:t>
      </w:r>
    </w:p>
    <w:p>
      <w:r>
        <w:rPr>
          <w:b/>
        </w:rPr>
        <w:t xml:space="preserve">[33:34] </w:t>
      </w:r>
      <w:r>
        <w:t>to</w:t>
      </w:r>
    </w:p>
    <w:p>
      <w:pPr>
        <w:jc w:val="right"/>
      </w:pPr>
      <w:r>
        <w:t>تو</w:t>
      </w:r>
    </w:p>
    <w:p>
      <w:r>
        <w:rPr>
          <w:b/>
        </w:rPr>
        <w:t xml:space="preserve">[33:35] </w:t>
      </w:r>
      <w:r>
        <w:t>yahi jo hai, isi par jab hum chalenge, tabhi hum guided honge aur hamein Allah ki madad aayegi. Quran ki ek ayat hai jismein jitne bhi nabi aaye hain, Hazrat Shoaib alaihissalam ne apni qaum ko خطاب karte hue kaha.</w:t>
      </w:r>
    </w:p>
    <w:p>
      <w:pPr>
        <w:jc w:val="right"/>
      </w:pPr>
      <w:r>
        <w:t>یہی جوہے، اسیپرجب ہم چلیںگے، تبھیہم گائیڈڈہوںگےاور ہمیںاللہ کیمد دآئےگی۔ قرآنکیایکآیتہے جسمیں جتنےبھینبیآئےہیں، حضرت شعیبعلیہالسلام نے اپنیقومکو خطابکرتے ہوئےکہا۔</w:t>
      </w:r>
    </w:p>
    <w:p>
      <w:r>
        <w:rPr>
          <w:b/>
        </w:rPr>
        <w:t xml:space="preserve">[33:52] </w:t>
      </w:r>
      <w:r>
        <w:t>unse pehle jitne bhi nabi aaye the, sab ka zikr aur sab ke saath unhone khud kaha hai ke falan nabi ki qaum, falan nabi ki qaum, woh main padhta hoon aapke samne: "wa ya qaumi la yaj'al minkum shiqaaqun yusibakum mithlu ma asaba qawma Nuhin aw qawma Hudin aw qawma Salihin wa ma qawmu Lutin minkum bi ba'eed" kaha ae meri qaum, tum mein meri ikhtilaf is hadd tak na pahunche ke tumko woh musibat,</w:t>
      </w:r>
    </w:p>
    <w:p>
      <w:pPr>
        <w:jc w:val="right"/>
      </w:pPr>
      <w:r>
        <w:t>انسےپہلے جتنےبھینبیآئےتھے،سبکاذکراورسبکےساتھ انہوںنےخود کہاہےکہفلاں نبیکیقوم،فلاںنبیکیقوم،وہمیںپڑھتاہوںآپکےسامنے: "و یاقومی لایجر من کمشقاقی ی صیب کم مثل ما اصاب قوم نوح اوقومہود اوقوم صالح وماقوملوطمنکمبعید" کہاےمیریقوم ،تم ہیں میری اخت لاف اسحدتکنہپہنچائےکہتمکووہ مصیبت،</w:t>
      </w:r>
    </w:p>
    <w:p>
      <w:r>
        <w:rPr>
          <w:b/>
        </w:rPr>
        <w:t xml:space="preserve">[34:18] </w:t>
      </w:r>
      <w:r>
        <w:t>is musibat mein giraftar ho jao</w:t>
      </w:r>
    </w:p>
    <w:p>
      <w:pPr>
        <w:jc w:val="right"/>
      </w:pPr>
      <w:r>
        <w:t>اس مصیبتمیںگرفت ارہوجاؤ</w:t>
      </w:r>
    </w:p>
    <w:p>
      <w:r>
        <w:rPr>
          <w:b/>
        </w:rPr>
        <w:t xml:space="preserve">[34:20] </w:t>
      </w:r>
      <w:r>
        <w:t>jo musibat jaisi musibat aayi qaum-e-Nuh ko, qaum-e-Hud ko, qaum-e-Salih ko, aur qaum-e-Lut tumse door nahin hai. to ismein dekhen, qaum-e-Nuh, qaum-e-Hud nasli aitbar se the, lekin qaum-e-Lut jo thi,</w:t>
      </w:r>
    </w:p>
    <w:p>
      <w:pPr>
        <w:jc w:val="right"/>
      </w:pPr>
      <w:r>
        <w:t>جو مصیبت جیسیمصیبتآئی قوم نوحکو ،قوم ہودکو ،قوم صالحکو ، اور قوم لوطتمسےدورنہیںہے۔ تو اسمیں دیکھیں،قوم نوح،قومہودنسلیاعتبارسےتھے،لیکن قوم لوطجوتھی،</w:t>
      </w:r>
    </w:p>
    <w:p>
      <w:r>
        <w:rPr>
          <w:b/>
        </w:rPr>
        <w:t xml:space="preserve">[34:34] </w:t>
      </w:r>
      <w:r>
        <w:t>Lut alaihissalam Ibrahim alaihissalam ke bhatije the, woh bheje gaye the wahan par. unko bhi bataya gaya jo ek saath reh rahe the, to unko bhi bataya gaya ke woh bhi Lut ki qaum hain. to yeh bahut aham baat hai ke qaumi aitbar se ya nasli aitbar se woh farq nahin karte the.</w:t>
      </w:r>
    </w:p>
    <w:p>
      <w:pPr>
        <w:jc w:val="right"/>
      </w:pPr>
      <w:r>
        <w:t>لوطعلیہالسلام ابراہیمعلیہالسلامکےبھتیجےتھے،وہبھیجےگئےتھےوہاںپر۔انکوبھیبتایاجوایکساتھ رہرہےتھے، توانکوبھیبتایاکہوہبھیلوطکیقومہیں۔ تویہبہت اہمباتہے کہ قومی اعتبارسےیانسلیاعتبارسےوہفرقنہیںکرتے تھے۔</w:t>
      </w:r>
    </w:p>
    <w:p>
      <w:r>
        <w:rPr>
          <w:b/>
        </w:rPr>
        <w:t xml:space="preserve">[34:50] </w:t>
      </w:r>
      <w:r>
        <w:t>deen alag cheez hai, deen ko alag rakha aur usko alag rakhte the. nasli lehaaz se woh hai, usko woh alag rakhte the, usmein farq karte the.</w:t>
      </w:r>
    </w:p>
    <w:p>
      <w:pPr>
        <w:jc w:val="right"/>
      </w:pPr>
      <w:r>
        <w:t>دینالگچیزہے، دینکوالگرکھا اور اسکوالگ رکھتےتھے۔ نسلی لینیتجوہے،اسکووہالگرکھتےتھے،اسمیں فرقکرتے تھے۔</w:t>
      </w:r>
    </w:p>
    <w:p>
      <w:r>
        <w:rPr>
          <w:b/>
        </w:rPr>
        <w:t xml:space="preserve">[34:58] </w:t>
      </w:r>
      <w:r>
        <w:t>yeh bahut aham cheez hai samajhne ka. isi tareeqe se ek Surah Yaseen mein aaya, kisi ka qissa hai, usmein hai ke: "wa jaa'a min aqsal madinati rajulun yas'aa qaala ya qaumi ittabi'ul mursaleen" ke ek aadmi madine ke kinare se daudta hua aaya.</w:t>
      </w:r>
    </w:p>
    <w:p>
      <w:pPr>
        <w:jc w:val="right"/>
      </w:pPr>
      <w:r>
        <w:t>یہبہت اہمچیزہےسمجھنےکا ۔ اسیطریقےسےایک سورہیاسینمیںآیا،کسی کاقصہہے،اسمیںہےکہ:"وجا مناخصلمدینۃ رج ل یسعقال یاقوم اتبع المرسلین" کہ ایک آدمی مدینےکےکنارےسے دوڑتاہواآیا۔</w:t>
      </w:r>
    </w:p>
    <w:p>
      <w:r>
        <w:rPr>
          <w:b/>
        </w:rPr>
        <w:t xml:space="preserve">[35:14] </w:t>
      </w:r>
      <w:r>
        <w:t>woh waqea hai ke nabiyon ko bheja gaya tha, ek nabi ko bheja nahin mana, doosre ko bheja nahin mana. to ek aam aadmi hai jo maan chuka tha, woh aaya ke usne kaha ke: "ae meri qaum, rasoolon ki itteba karo".</w:t>
      </w:r>
    </w:p>
    <w:p>
      <w:pPr>
        <w:jc w:val="right"/>
      </w:pPr>
      <w:r>
        <w:t>وہ واقعہہےکہ نبیوںکوبھیجاگیاتھا،ایکنبیکوبھیجانہیں مانا،دوسرےکوبھیجانہیںمانا۔ توایک عامآدمیہےجومانچکاتھا،وہآیاکہاسنےکہاکہ:"اےمیریقوم، رسولوںکیاتباعکرو"۔</w:t>
      </w:r>
    </w:p>
    <w:p>
      <w:r>
        <w:rPr>
          <w:b/>
        </w:rPr>
        <w:t xml:space="preserve">[35:27] </w:t>
      </w:r>
      <w:r>
        <w:t>manne wala aadmi aakar bola: "rasoolon ki itteba karo". aur Firaun ki qaum ke jo ek sahib ne kaha tha, wohi hai: "ya qaumi lakumul mulku al-zahiratu fil ardi" ke aaj tumhare liye kya hai? mulk mein badshahat hai, tum ghalib ho kehkar nasihat ki thi.</w:t>
      </w:r>
    </w:p>
    <w:p>
      <w:pPr>
        <w:jc w:val="right"/>
      </w:pPr>
      <w:r>
        <w:t>ماننےوالاآدمیآکربولا:"رسولوںکیاتباعکرو"۔ اور فرعونکیقومکےجوایکصاحبنےکہاتھا،وہیہے:"یا قوم لکمالملک الظاہرین فیالارض" کہآجتمہارےلیے کیاہے؟ملکمیںبادشاہتہے،تم غالبہو کہہکر نصیحتکیاتھا۔</w:t>
      </w:r>
    </w:p>
    <w:p>
      <w:r>
        <w:rPr>
          <w:b/>
        </w:rPr>
        <w:t xml:space="preserve">[35:42] </w:t>
      </w:r>
      <w:r>
        <w:t>to yeh Quran mein khud is baat ki taraf rehnumai hai ke qaum ke aitbar se insaan insaan mein farq nahin hai. jahan par jo rahega, usko hi mana jayega,</w:t>
      </w:r>
    </w:p>
    <w:p>
      <w:pPr>
        <w:jc w:val="right"/>
      </w:pPr>
      <w:r>
        <w:t>تو یہ قرآنمیںخود اسباتکیطرف رہنمائیہےکہ قوم کےاعتبارسے انسان انسانمیںفرقنہیں ہے۔ جہاںپرجو رہےگا،اسکوہیماناجائےگا،</w:t>
      </w:r>
    </w:p>
    <w:p>
      <w:r>
        <w:rPr>
          <w:b/>
        </w:rPr>
        <w:t xml:space="preserve">[35:52] </w:t>
      </w:r>
      <w:r>
        <w:t>nasli aitbar se usko hi mana jayega. yeh hai. to iske baad main aap se ek aur sawal karta hoon jo bahut aham hai, ke jaisa aapne pehle bhi bataya tha, usi ko lekar aapke samne quote karta hoon: Maulana Hussain Ahmed Madni, yeh bahut bade aalim the.</w:t>
      </w:r>
    </w:p>
    <w:p>
      <w:pPr>
        <w:jc w:val="right"/>
      </w:pPr>
      <w:r>
        <w:t>نسلیاعتبارسےاسکوہیماناجائےگا۔ یہ ہے۔ تواسکےبعد میں آپ سے ایک اور سوال کرتاہوںجوبہتہیاہمہے، کہ جیساآپنےپہلے بھیبتایاتھا،اسیکولےکر آپکےسامنے کوٹکرتاہوں:مولاناحسین احمد متنی، یہبہت بڑےعالمتھے۔</w:t>
      </w:r>
    </w:p>
    <w:p>
      <w:r>
        <w:rPr>
          <w:b/>
        </w:rPr>
        <w:t xml:space="preserve">[36:09] </w:t>
      </w:r>
      <w:r>
        <w:t>azaadi jab hui, us waqt woh maujood the, azaadi ke pehle se, unke iske baad inteqal hua unka. to unhone yeh kaha tha: "fī zamāninā qawmun utansē bantī hain". to ispar kaafi hungama hua tha us zamane mein. Allama Iqbal ne bhi kaafi hungama kiya tha ispar, shair likh diya tha uske khilaf, aur kaafi kitaab wagera bhi likhi gayi thi us zamane mein.</w:t>
      </w:r>
    </w:p>
    <w:p>
      <w:pPr>
        <w:jc w:val="right"/>
      </w:pPr>
      <w:r>
        <w:t>آز ادی جب ہوئی،اسوقت وہموجود تھے،آزادیکےپہلے سے، انکےاسکےبعد انتقال ہواانکا۔ تو انہوںنےیہکہاتھا:"فیزمان ہقوم اوتانسےبنتیہیں"۔تواسپر کافیہنگامہہواتھااسزمانےمیں۔علامہاقبالنےبھیکافیہنگامہکیاتھااسپر،شعرلکھدیاتھااسکےخلاف ،اور کافی کتاب وغیرہبھی لکھیگئیتھیاسزمانےمیں۔</w:t>
      </w:r>
    </w:p>
    <w:p>
      <w:r>
        <w:rPr>
          <w:b/>
        </w:rPr>
        <w:t xml:space="preserve">[36:30] </w:t>
      </w:r>
      <w:r>
        <w:t>to ulama ne, jo khud Maulana Hussain Ahmed Madni ko manne wale ulama the, unhone bhi kya? usko yeh kar diya tha, us nazariye ko unke nahin maana tha.</w:t>
      </w:r>
    </w:p>
    <w:p>
      <w:pPr>
        <w:jc w:val="right"/>
      </w:pPr>
      <w:r>
        <w:t>تو علماءنے، جوخود مولاناحسیناحمد مدنیکوماننےوالے علماءتھے،انہوںنےبھیکیا؟اسکو یہکردیاتھا،اس نظریےکوانکےنہیںماناتھا۔</w:t>
      </w:r>
    </w:p>
    <w:p>
      <w:r>
        <w:rPr>
          <w:b/>
        </w:rPr>
        <w:t xml:space="preserve">[36:43] </w:t>
      </w:r>
      <w:r>
        <w:t>lekin Maulana ne usko appreciate kiya hai ke yeh sahi baat hai bilkul ke qaum utansē banti hain. ispar aapka kya kehna hai?</w:t>
      </w:r>
    </w:p>
    <w:p>
      <w:pPr>
        <w:jc w:val="right"/>
      </w:pPr>
      <w:r>
        <w:t>لیکن مول انانےاسکوایپریشیٹکیاہے کہ یہ صحیحباتہےبالکل کہ قوم اوتانسےبنتیہیں۔ اسپر آپکاکیا کہناہے؟</w:t>
      </w:r>
    </w:p>
    <w:p>
      <w:r>
        <w:rPr>
          <w:b/>
        </w:rPr>
        <w:t xml:space="preserve">[36:52] </w:t>
      </w:r>
      <w:r>
        <w:t>asal mein kyun musalmanon ne nahin maana? kyunke yeh world war ke baad jo hai, halaat bilkul badal gaye the.</w:t>
      </w:r>
    </w:p>
    <w:p>
      <w:pPr>
        <w:jc w:val="right"/>
      </w:pPr>
      <w:r>
        <w:t>اصلمیںکیوں مسلمان وںنےنہیں مانا؟کیونکہ یہ ورلڈوار کے بعد جوہے، حالاتبالکل بدلگئےتھے۔</w:t>
      </w:r>
    </w:p>
    <w:p>
      <w:r>
        <w:rPr>
          <w:b/>
        </w:rPr>
        <w:t xml:space="preserve">[37:00] </w:t>
      </w:r>
      <w:r>
        <w:t>to musalman halaat se adjust nahin kar paye. to unke samajh mein nahin aaya ke aalami qaumiyat ke bajaye woh maqami qaumiyat ko kaise accept kar lein, aur is baat ka koi sahi explanation de nahin saka.</w:t>
      </w:r>
    </w:p>
    <w:p>
      <w:pPr>
        <w:jc w:val="right"/>
      </w:pPr>
      <w:r>
        <w:t>تو مسلمان حالات سے ایڈجسٹنہیں کرپائے۔ تو انکیسمجھمیںنہیںآئیکہ عالمی قومیتکےبجائے وہ مق امیقومیتکو کیسےایکسیپٹکرلیں، اور اس بات کاکوئی صحیحایکسپلینیشندےنہیںسکا۔</w:t>
      </w:r>
    </w:p>
    <w:p>
      <w:r>
        <w:rPr>
          <w:b/>
        </w:rPr>
        <w:t xml:space="preserve">[37:16] </w:t>
      </w:r>
      <w:r>
        <w:t>abjab mol ana hussain ahmad madni ne diya to usko, usko woh maan nahin paye kyunke woh unka mind je wohi na, prepare nahin tha is kaam ke liye.</w:t>
      </w:r>
    </w:p>
    <w:p>
      <w:pPr>
        <w:jc w:val="right"/>
      </w:pPr>
      <w:r>
        <w:t>ابجب مول اناحسین احمد مدنینےدیا تواسکو ،اسکو وہ ماننہیںپائےکیونکہ وہ انکا مائنڈجوہےنا،پریپیئرنہیںتھا اسکامکےلیے۔</w:t>
      </w:r>
    </w:p>
    <w:p>
      <w:r>
        <w:rPr>
          <w:b/>
        </w:rPr>
        <w:t xml:space="preserve">[37:25] </w:t>
      </w:r>
      <w:r>
        <w:t>to unhon ne keh diya ke yeh to sirf ek khabar thi,</w:t>
      </w:r>
    </w:p>
    <w:p>
      <w:pPr>
        <w:jc w:val="right"/>
      </w:pPr>
      <w:r>
        <w:t>تو انہوں نےکہہدیا کہیہتوصرف ایک خبر تھی،</w:t>
      </w:r>
    </w:p>
    <w:p>
      <w:r>
        <w:rPr>
          <w:b/>
        </w:rPr>
        <w:t xml:space="preserve">[37:29] </w:t>
      </w:r>
      <w:r>
        <w:t>woh koi islami usool nahin, koi insha nahin. yani ek baat bata rahe hain ke aisa hota hai fi zaman e ha, lekin aisa nahin hai ke yeh islam ka hukm hai.</w:t>
      </w:r>
    </w:p>
    <w:p>
      <w:pPr>
        <w:jc w:val="right"/>
      </w:pPr>
      <w:r>
        <w:t>وہکوئیاسلامی اصولنہیں،کوئی انشاءنہیں ۔ یعنی ایکباتبتارہےہیںکہایساہوتاہے فی زمان ہ ،لیکن ایسانہیںہےکہ یہاسلام کاحکمہے۔</w:t>
      </w:r>
    </w:p>
    <w:p>
      <w:r>
        <w:rPr>
          <w:b/>
        </w:rPr>
        <w:t xml:space="preserve">[37:39] </w:t>
      </w:r>
      <w:r>
        <w:t>islam ka jo hai, yahi tareeqa hai. to musalman apni siyasi wafadari mazhab ke sath wabasta samajhte hain, jabke har mulk mein national ko homeland ke sath jod diya gaya hai.</w:t>
      </w:r>
    </w:p>
    <w:p>
      <w:pPr>
        <w:jc w:val="right"/>
      </w:pPr>
      <w:r>
        <w:t>اسلام کا جوہے، یہیطریقہہے۔ تو مس لمان اپنی سیاسی وفاداری مذہبکےساتھ واب ستہسمجھتےہیں، جبکہ ہرملکمیں نیشن لٹیکو ہوملینڈکےساتھ جوڑدیاگیاہے۔</w:t>
      </w:r>
    </w:p>
    <w:p>
      <w:r>
        <w:rPr>
          <w:b/>
        </w:rPr>
        <w:t xml:space="preserve">[37:56] </w:t>
      </w:r>
      <w:r>
        <w:t>to iski wajah se musalmanon ko bohat zyada problem hai, kyunke har jagah kahin na kahin unko shakk kiya jata hai. to kyunke ab khaas taur par fauj mein, agar unko kahin farz karein ke woh kisi european country mein, christian country mein hain, ab unko kisi aisi fauj mein jana pad raha hai jo muslim muslim country se jang ho rahi hai, to unko samajh mein nahin aayega ke hum kaise is mein shamil ho sakte hain.</w:t>
      </w:r>
    </w:p>
    <w:p>
      <w:pPr>
        <w:jc w:val="right"/>
      </w:pPr>
      <w:r>
        <w:t>تو اسکیوجہ سے مسلمانوںکوبہت زیادہ پرابلمہے،کیونکہہرجگہ کہیںنہکہیںانکوشک کیاجاتاہے۔ تو کیونکہ ابخاص طورپر فوج میں، اگر انکو کہ فرضکریںکہ وہ کسی یورپین کنٹریمیں، کرسچنکنٹریمیںہیں، ابانکوکسی ایسی فوجمیں جاناپڑرہاہےجو مسلم مسلم کنٹری سے جنگ ہورہیہے، تو انکیسمجھمیںنہیںآئےگاکہہم کیسےاس میں شامل ہوسکتےہیں۔</w:t>
      </w:r>
    </w:p>
    <w:p>
      <w:r>
        <w:rPr>
          <w:b/>
        </w:rPr>
        <w:t xml:space="preserve">[38:26] </w:t>
      </w:r>
      <w:r>
        <w:t>to yeh saare masail hain jo musalmanon ko hal karna padega, warna abhi america hamein aap dekhte hain ke logon ne falasteen ko support kiya, aur iski wajah se woh bohat zyada musalman pareshani mein aa gaye, unki pakad dhakad hui.</w:t>
      </w:r>
    </w:p>
    <w:p>
      <w:pPr>
        <w:jc w:val="right"/>
      </w:pPr>
      <w:r>
        <w:t>تو یہ سارے مس ائلہیںجو مسلمان وںکوحلکرناپڑےگا،ورنہ ابھی امریک ہمیںآپدیکھتےہیںکہ لوگوںنے فلس طینکو سپورٹکیا، اوراسکیوجہ سےوہبہتزیادہ مس لم پریشانیمیںآگئے، انکیپکڑدھکڑہوئی ۔</w:t>
      </w:r>
    </w:p>
    <w:p>
      <w:r>
        <w:rPr>
          <w:b/>
        </w:rPr>
        <w:t xml:space="preserve">[38:41] </w:t>
      </w:r>
      <w:r>
        <w:t>to yeh qomiyat ka masla jo hai na, yeh unko hal karna padega. qomiyat wohi hogi jo insaan ka watan hai. to agar woh nahin aisi qomiyat chahte hain to phir woh apne watan wapas ja sakte hain.</w:t>
      </w:r>
    </w:p>
    <w:p>
      <w:pPr>
        <w:jc w:val="right"/>
      </w:pPr>
      <w:r>
        <w:t>تو یہ قومیتکامسئلہجوہےنا،یہ انکوحلکرناپڑےگا۔ ق ومیت وہیہوگی جو انسانکا وطن ہے۔ تواگر وہ نہیں ایسی قومیتچاہتےہیںتوپھروہ اپنے وطن واپسجاسکتےہیں۔</w:t>
      </w:r>
    </w:p>
    <w:p>
      <w:r>
        <w:rPr>
          <w:b/>
        </w:rPr>
        <w:t xml:space="preserve">[38:55] </w:t>
      </w:r>
      <w:r>
        <w:t>to yeh cheez agar jab tak woh masla hal nahin karenge, tab tak yeh masail unke khatam nahin honge. ab jaise bar bar hota rehta hai, yeh abhi abhi to falasteen mein hua, kyunke america hamein jab aap citizenship ka form bharen to ismein yeh dastakhat karna padta hai ke hum is mulk ke wafadar shehri ban kar rahenge.</w:t>
      </w:r>
    </w:p>
    <w:p>
      <w:pPr>
        <w:jc w:val="right"/>
      </w:pPr>
      <w:r>
        <w:t>تو یہ چیز اگر جبتک وہ مسئلہ حلنہیںکریںگے،تبتک یہ مس ائل انکےختمنہیںہوںگے۔ اب جیسےباربارہوتارہتاہے،یہابھی ابھیتوفلس طینمیںہوا ، کیونکہ امریک ہمیںجبآپ سٹیزنشپکافارمبھرتےہیں تو اسمیں یہ دستخطکرناپڑتاہےکہہم اس ملککےوفادار شہریبنکررہیںگے۔</w:t>
      </w:r>
    </w:p>
    <w:p>
      <w:r>
        <w:rPr>
          <w:b/>
        </w:rPr>
        <w:t xml:space="preserve">[39:16] </w:t>
      </w:r>
      <w:r>
        <w:t>wafadar shehri hone ka matlab hai ke agar jang hoti hai to unko is mein shamil hona padega, chahe woh kisi se bhi jang ho rahi ho. lekin aajkal musalmanon ne amalan to yeh baat maan li hai, lekin dil se nahin mani hai.</w:t>
      </w:r>
    </w:p>
    <w:p>
      <w:pPr>
        <w:jc w:val="right"/>
      </w:pPr>
      <w:r>
        <w:t>وفادارشہ ریہونے کامطلب ہےکہاگر جنگ ہوتیہےتو انکواسمیںشامل ہوناپڑےگا،چاہےوہ کسی سےبھیجنگ ہورہیہو۔ لیکن آجکل مسلمان وںنے عملاًتویہبات مانلی ہے،لیکن دل سےنہیں ماناہے۔</w:t>
      </w:r>
    </w:p>
    <w:p>
      <w:r>
        <w:rPr>
          <w:b/>
        </w:rPr>
        <w:t xml:space="preserve">[39:30] </w:t>
      </w:r>
      <w:r>
        <w:t>to yeh ek munafiqat ki hi ek shakal hai. jaise molana ne likha hai ke amalan maan lein, dil se na maanein, kyunke amalan agar nahin manenge to unko dunya, dunya, dunya mein rehna unke liye mushkil ho jayega.</w:t>
      </w:r>
    </w:p>
    <w:p>
      <w:pPr>
        <w:jc w:val="right"/>
      </w:pPr>
      <w:r>
        <w:t>تویہ ایک منافقت کی ہیایکشکلہے۔جیسےمول انانےلکھاہے کہ عملاًمان لیں،دلسے نہمانیں،کیونکہعملاً اگر نہ مانیںگےتوانکو دنیا ،دنیا ،دنیا میںرہناانکےلیےمشکلہوجائےگا۔</w:t>
      </w:r>
    </w:p>
    <w:p>
      <w:r>
        <w:rPr>
          <w:b/>
        </w:rPr>
        <w:t xml:space="preserve">[39:44] </w:t>
      </w:r>
      <w:r>
        <w:t>woh dunya ke tamam faide nahin utha payenge. to is liye hamein chahiye ke quran ke mutabiq, jaise har peghambar ki ummat ko khuda ki taraf se alag alag shariyat aur minhaj diya gaya.</w:t>
      </w:r>
    </w:p>
    <w:p>
      <w:pPr>
        <w:jc w:val="right"/>
      </w:pPr>
      <w:r>
        <w:t>وہدنیا کےتمام فائدے نہیںاٹھاپائیںگے۔ تو اسلیے ہمیںچاہیےکہ قرآنکےمط ابق، جیسےہر پیغمبر کیامتکوخداکیطرف سے الگالگ شریعتاور منہاجدیاگیا۔</w:t>
      </w:r>
    </w:p>
    <w:p>
      <w:r>
        <w:rPr>
          <w:b/>
        </w:rPr>
        <w:t xml:space="preserve">[39:59] </w:t>
      </w:r>
      <w:r>
        <w:t>ab kyun alag alag shariyat di gayi? ek hi shariyat hoti jo Hazrat Adam se chali aa rahi hoti, kyunke halaat badalte rehte hain. iske mutabiq jo basic aqeedah hai, woh to wohi rehta hai, lekin yeh jo world limits hain, ismein differences hote hain.</w:t>
      </w:r>
    </w:p>
    <w:p>
      <w:pPr>
        <w:jc w:val="right"/>
      </w:pPr>
      <w:r>
        <w:t>ابکیوںالگالگشریعتدیگئی؟ایکہیشریعتہوتی جوحضرتآدمسےچلیآرہیہوتی، کیونکہ حالات بدلتےرہتےہیں۔ اسکے مط ابق جو بیسک عقیدہہے، وہتووہیرہتاہے، لیکن یہجو ورلڈلیمیٹرزہیں،اسمیں ڈیفر نسزہوتےہیں۔</w:t>
      </w:r>
    </w:p>
    <w:p>
      <w:r>
        <w:rPr>
          <w:b/>
        </w:rPr>
        <w:t xml:space="preserve">[40:16] </w:t>
      </w:r>
      <w:r>
        <w:t>har har halaat mein, yahan tak ke logon ko jo peghambaron ko jo miracles diye gaye, woh bhi alag alag the, halaat ke hisab se the.</w:t>
      </w:r>
    </w:p>
    <w:p>
      <w:pPr>
        <w:jc w:val="right"/>
      </w:pPr>
      <w:r>
        <w:t>ہر ہر حالاتمیں، یہاںتک کہلوگ وں جو پیغمبروںکوجومی ریکلزدیےگئے، وہ بھیالگالگتھے،حالات کےحسابسے تھے۔</w:t>
      </w:r>
    </w:p>
    <w:p>
      <w:r>
        <w:rPr>
          <w:b/>
        </w:rPr>
        <w:t xml:space="preserve">[40:26] </w:t>
      </w:r>
      <w:r>
        <w:t>Hazrat Musa ko jo miracle diya gaya magic ka, woh is zaman e mein magic ka bohat zyada importance thi. Hazrat Isa ko diya gaya ilaj ka miracle, is zaman e mein medical science ki bohat zyada importance thi.</w:t>
      </w:r>
    </w:p>
    <w:p>
      <w:pPr>
        <w:jc w:val="right"/>
      </w:pPr>
      <w:r>
        <w:t>حضرت موسیٰکوجو میریکلدیاگیا میجککا،وہاسزمان ےمیں میجککا بہت زیادہ امپورٹنستھی۔ حضرت عیسیٰکو دیا گیا علاجکا میریکل،اسزمان ےمیں میڈیکلسائنس کیبہتزیادہ اہمیتتھی۔</w:t>
      </w:r>
    </w:p>
    <w:p>
      <w:r>
        <w:rPr>
          <w:b/>
        </w:rPr>
        <w:t xml:space="preserve">[40:42] </w:t>
      </w:r>
      <w:r>
        <w:t>to is tarike se Rasool Allah salallahu alaihi wasallam ko diya gaya eloquence ka. is zaman e mein arab log jo hain, eloquence ko bohat badi cheez samajhte the.</w:t>
      </w:r>
    </w:p>
    <w:p>
      <w:pPr>
        <w:jc w:val="right"/>
      </w:pPr>
      <w:r>
        <w:t>تو اسطریقےسے رسولاللہصلیاللہعلیہوسلمکودیاگیا ایلوکوئنسکا۔ اسزمان ےمیں عرب لوگ جوہیں،ایلوکوئنسکوبہت بڑیچیزسمجھتےتھے۔</w:t>
      </w:r>
    </w:p>
    <w:p>
      <w:r>
        <w:rPr>
          <w:b/>
        </w:rPr>
        <w:t xml:space="preserve">[40:53] </w:t>
      </w:r>
      <w:r>
        <w:t>yahan tak ke agar koi bada hota, poet, aur bohat zabardast poem uski hoti to woh uske aage sajda kar dalte the, kyunke woh itna zyada uski importance dete the. to Rasool Allah salallahu alaihi wasallam ko wohi miracle diya gaya.</w:t>
      </w:r>
    </w:p>
    <w:p>
      <w:pPr>
        <w:jc w:val="right"/>
      </w:pPr>
      <w:r>
        <w:t>یہاںتک کہاگرکوئی بڑا ہوتا، پوئٹ، اور بہت زبرد ست پوئماسکیہوتیتووہ اسکےآگےسجدہ کر ڈالتےتھے، کیونکہوہاتنازیادہ اسکیاہمیتدیتےتھے۔تورسولاللہ صلیاللہعلیہوسلمکووہیمیریکلدیاگیا۔</w:t>
      </w:r>
    </w:p>
    <w:p>
      <w:r>
        <w:rPr>
          <w:b/>
        </w:rPr>
        <w:t xml:space="preserve">[41:09] </w:t>
      </w:r>
      <w:r>
        <w:t>to halaat ke lehaz se yeh sab change hota hai. to asal mein zaman e mein tabdeeli ki wajah se aisa hota hai.</w:t>
      </w:r>
    </w:p>
    <w:p>
      <w:pPr>
        <w:jc w:val="right"/>
      </w:pPr>
      <w:r>
        <w:t>تو حالات کے لحاظسے یہسب چینجہوتاہے۔ تو اصلمیں زمان ےمیں تبد یلی کیوجہ سےایساہوتاہے۔</w:t>
      </w:r>
    </w:p>
    <w:p>
      <w:r>
        <w:rPr>
          <w:b/>
        </w:rPr>
        <w:t xml:space="preserve">[41:18] </w:t>
      </w:r>
      <w:r>
        <w:t>to yeh hamein aisa karke hamein isko accept karna padega. agar accept dil se nahin karenge to hum double standard ho jayenge, jo ke asal islam mein bohat zyada bura, bohat zyada bura mana gaya hai. double standard.</w:t>
      </w:r>
    </w:p>
    <w:p>
      <w:pPr>
        <w:jc w:val="right"/>
      </w:pPr>
      <w:r>
        <w:t>تو یہ ہمیںایسا کرکےہمیں اسکو ایکسیپٹکرناپڑےگا۔ اگر ایکسیپٹدلسےنہیںکریںگے تو ہم ڈبل سٹینڈرڈ ہوجائیںگے،جوکہ اساسلام میںبہت زیادہ برا ،بہت زیادہ برا ماناگیاہے۔ڈبل سٹینڈرڈ۔</w:t>
      </w:r>
    </w:p>
    <w:p>
      <w:r>
        <w:rPr>
          <w:b/>
        </w:rPr>
        <w:t xml:space="preserve">[41:37] </w:t>
      </w:r>
      <w:r>
        <w:t>to molana likhte hain: "al risala december 2003 mein maujood</w:t>
      </w:r>
    </w:p>
    <w:p>
      <w:pPr>
        <w:jc w:val="right"/>
      </w:pPr>
      <w:r>
        <w:t>تو مول انالکھتےہیں:"الرسالہدسمبر 2003میںموجود</w:t>
      </w:r>
    </w:p>
    <w:p>
      <w:r>
        <w:rPr>
          <w:b/>
        </w:rPr>
        <w:t xml:space="preserve">[41:42] </w:t>
      </w:r>
      <w:r>
        <w:t>hawaal e zaman e ke musalman aqeedah aur mazhab ke aitbar se bilashubah ek aqeedah aur mazhab rakhte hain, magar jahan tak qomiyat ka ta'alluq hai, woh mulk ke nisbat se mutayyan hogi.</w:t>
      </w:r>
    </w:p>
    <w:p>
      <w:pPr>
        <w:jc w:val="right"/>
      </w:pPr>
      <w:r>
        <w:t>ہزمان ےکےمس لمان عقیدےاور مذہبکےاعتبارسے بلاشبہ ایک عقیدہاورمذہبرکھتےہیں، مگر جہاںتک قومیت کاتعلق ہے، وہ ملک کینسبتسے متعینہوگی۔</w:t>
      </w:r>
    </w:p>
    <w:p>
      <w:r>
        <w:rPr>
          <w:b/>
        </w:rPr>
        <w:t xml:space="preserve">[41:56] </w:t>
      </w:r>
      <w:r>
        <w:t>yani har mulk ke musalmanon ki qomiyat ek alag alag hogi. jaise jo is mulk ki qomiyat hogi, woh ya is mulk mein rehne wale musalman ki qomiyat hogi."</w:t>
      </w:r>
    </w:p>
    <w:p>
      <w:pPr>
        <w:jc w:val="right"/>
      </w:pPr>
      <w:r>
        <w:t>یعنی ہر ملککے مسلمان وںکیقومیت ایکالگالگہوگی۔جیسےجو اس ملککیقومیتہوگی، وہیاس ملک میں رہنےوالے مسلمان کی قومیتہوگی۔"</w:t>
      </w:r>
    </w:p>
    <w:p>
      <w:r>
        <w:rPr>
          <w:b/>
        </w:rPr>
        <w:t xml:space="preserve">[42:09] </w:t>
      </w:r>
      <w:r>
        <w:t>aap aap ne bohat aham baat batai hai, aur is mein ek usool jo islam ka hai, woh mein yahan par wazeh kar deta hoon. quran mein ek cheez ki taraf bohat emphasize kiya gaya hai, wohi hai ke koi bhi ahad o peyman ho, usko poora kiya jaye.</w:t>
      </w:r>
    </w:p>
    <w:p>
      <w:pPr>
        <w:jc w:val="right"/>
      </w:pPr>
      <w:r>
        <w:t>آپآپنےبہت اہم باتبت ائیہے،اور اسمیںایک اصولجو اسلام کاہے، وہ میں یہاںپر واضحکردیتاہوں۔ قرآنمیںایک چیز کیطرف بہت ایمفس ائزکیاگیاہے،وہیہکہکوئیبھی عہدوپیمانہو،اسکوپوراکیاجائے۔</w:t>
      </w:r>
    </w:p>
    <w:p>
      <w:r>
        <w:rPr>
          <w:b/>
        </w:rPr>
        <w:t xml:space="preserve">[42:24] </w:t>
      </w:r>
      <w:r>
        <w:t>wa awfu bil ahdi innal ahda kana mas'oolan jab tum ahad karo to usko poora karo, kyunke uske bare mein tum se poocha jayega.</w:t>
      </w:r>
    </w:p>
    <w:p>
      <w:pPr>
        <w:jc w:val="right"/>
      </w:pPr>
      <w:r>
        <w:t>و َأَوْفُوابِالْعَهْدِإِنَّالْعَهْدَكَانَمَسْئُولًا جبتم عہدکروتواسکوپوراکرو ، کیونکہ اسکےبارےمیںتم سےپوچھاجائےگا۔</w:t>
      </w:r>
    </w:p>
    <w:p>
      <w:r>
        <w:rPr>
          <w:b/>
        </w:rPr>
        <w:t xml:space="preserve">[42:32] </w:t>
      </w:r>
      <w:r>
        <w:t>aur surah al maidah shuru hota hai, is mein: ya ayyuhal lazeena amanu ofu bil uqoodi ke aye iman walon! apne uqood ko, apne jo peyman tumhara ahad kiya hai, usko poora karo, wafa karo uske sath.</w:t>
      </w:r>
    </w:p>
    <w:p>
      <w:pPr>
        <w:jc w:val="right"/>
      </w:pPr>
      <w:r>
        <w:t>اور سورہ المائدہشروعہوتاہے،اسیمیں:يَاأَيُّهَاالَّذِينَآمَنُواأَوْفُوابِالْعُقُودِ کہ اےایمانوالو! اپنے عقدکو،اپنے جو پیمانتمہارا عہدکیاہے،اسکوپوراکرو، وفاکرواسکےساتھ ۔</w:t>
      </w:r>
    </w:p>
    <w:p>
      <w:r>
        <w:rPr>
          <w:b/>
        </w:rPr>
        <w:t xml:space="preserve">[42:45] </w:t>
      </w:r>
      <w:r>
        <w:t>to ab sawal yeh uthta hai ke agar koi aisa ahad o peyman ho deen ke khilaf ho, uspar kya kiya jayega? to uske bare mein bhi Allah ke Rasool salallahu alaihi wasallam ke zaman e</w:t>
      </w:r>
    </w:p>
    <w:p>
      <w:pPr>
        <w:jc w:val="right"/>
      </w:pPr>
      <w:r>
        <w:t>تو اب سوال یہاٹھتاہےکہاگرکوئیایسا عہدوپیمانہوجودینکےخلاف ہو،اسپرکیاکیاجائےگا؟ تو اسکےبارےمیں بھیاللہ کےرسولصلیاللہعلیہوسلمکےزمانے</w:t>
      </w:r>
    </w:p>
    <w:p>
      <w:r>
        <w:rPr>
          <w:b/>
        </w:rPr>
        <w:t xml:space="preserve">[42:54] </w:t>
      </w:r>
      <w:r>
        <w:t>ka ek ki ek misaal milti hai, bohat ahem misaal hai. woh samajhna hai aapko. Allah ke rasool sallallahu alaihi wasallam ke ek mashhoor sahabi the, Huzaifa bin Yaman.</w:t>
      </w:r>
    </w:p>
    <w:p>
      <w:pPr>
        <w:jc w:val="right"/>
      </w:pPr>
      <w:r>
        <w:t>کاایک کیایک مثالملتیہے،بہت اہممثالہے۔ وہسمجھناہےآپکو۔ اللہ کےرسولصلیاللہعلیہوسلمکےایکمشہور صحابیتھے،حذیفہبن الیمان ۔</w:t>
      </w:r>
    </w:p>
    <w:p>
      <w:r>
        <w:rPr>
          <w:b/>
        </w:rPr>
        <w:t xml:space="preserve">[43:03] </w:t>
      </w:r>
      <w:r>
        <w:t>Huzaifa bin Yaman, woh aur unke walid ko hijrat ke baad kahin gaye the, to unko Quraish ke logon ne pakad liya.</w:t>
      </w:r>
    </w:p>
    <w:p>
      <w:pPr>
        <w:jc w:val="right"/>
      </w:pPr>
      <w:r>
        <w:t>حذیفہبن یمان، وہ اور انکے والد کو ہجرتکےبعد کہیںگئےتھے،توانکو قریشکےلوگوںنےپکڑلیا۔</w:t>
      </w:r>
    </w:p>
    <w:p>
      <w:r>
        <w:rPr>
          <w:b/>
        </w:rPr>
        <w:t xml:space="preserve">[43:13] </w:t>
      </w:r>
      <w:r>
        <w:t>to us waqt unse kaha ki kya tum hamare khilaf Muhammad ke saath jaa rahe ho jang karne ke liye? to unhone kaha: "nahi, nahi! hum jang karne nahi jaa rahe hain, hum jaa rahe hain bismi deen har hain ge." yeh unhone kaha.</w:t>
      </w:r>
    </w:p>
    <w:p>
      <w:pPr>
        <w:jc w:val="right"/>
      </w:pPr>
      <w:r>
        <w:t>تو اسوقت انسےکہاکہکیا تم ہمارےخلاف محمد کےساتھ جارہےہوجنگکرنےکےلیے؟توانہوںنےکہا:"نہیں،نہیں!ہمجنگکرنے نہیںجارہےہیں، ہمجارہےہیںبسمدینہرہیںگے۔"یہانہوںنےکہا۔</w:t>
      </w:r>
    </w:p>
    <w:p>
      <w:r>
        <w:rPr>
          <w:b/>
        </w:rPr>
        <w:t xml:space="preserve">[43:22] </w:t>
      </w:r>
      <w:r>
        <w:t>to unhone ahad liya unse keh hamare khilaf koi bhi jang hogi, tama sam mein saath nahi doge. yeh kaha unhone: "hamare khilaf jang mein saath nahi doge." sahi Muslim ki hadith hai. to Allah woh aaye aur unhone kaha ki</w:t>
      </w:r>
    </w:p>
    <w:p>
      <w:pPr>
        <w:jc w:val="right"/>
      </w:pPr>
      <w:r>
        <w:t>توانہوںنےعہدلیاانسے کہہمارےخلاف کوئیبھی جنگ ہوگی،تماسمیںساتھنہیں دوگے۔ یہکہاانہوںنے: "ہمارےخلاف جنگمیںساتھنہیں دوگے۔" صحیحمسلم کیحدیثہے۔تواللہ وہآئےاورانہوںنےکہا کہ</w:t>
      </w:r>
    </w:p>
    <w:p>
      <w:r>
        <w:rPr>
          <w:b/>
        </w:rPr>
        <w:t xml:space="preserve">[43:35] </w:t>
      </w:r>
      <w:r>
        <w:t>Allah ke rasool sallallahu alaihi wasallam, aisa aisa mere saath hi waqe hua. to unhone qadr ke mauqe par unko kaha tha ki aap hamare saath nahi jayen, kyunki aapne ahad kiya hai aur unke liye dua ki thi.</w:t>
      </w:r>
    </w:p>
    <w:p>
      <w:pPr>
        <w:jc w:val="right"/>
      </w:pPr>
      <w:r>
        <w:t>اللہ کےرسولصلیاللہعلیہوسلم،ایساایسامیرےساتھہیواقع ہہوا۔توانہوںنے قدر کےموقعپرانکوکہاتھا کہآپہمارےساتھ نہیں جائیں،کیونکہآپنےعہدکیاہےاور انکےلیےدعاکیتھی۔</w:t>
      </w:r>
    </w:p>
    <w:p>
      <w:r>
        <w:rPr>
          <w:b/>
        </w:rPr>
        <w:t xml:space="preserve">[43:46] </w:t>
      </w:r>
      <w:r>
        <w:t>to samajhna hai ki bohat sari aisi cheezen hoti hain, bazahir lagega aapko, lekin</w:t>
      </w:r>
    </w:p>
    <w:p>
      <w:pPr>
        <w:jc w:val="right"/>
      </w:pPr>
      <w:r>
        <w:t>تو سمجھناہےکہ بہتساریایسیچیزیںہوتیہیں،بظاہرلگےگاآپکو،لیکن</w:t>
      </w:r>
    </w:p>
    <w:p>
      <w:r>
        <w:rPr>
          <w:b/>
        </w:rPr>
        <w:t xml:space="preserve">[43:51] </w:t>
      </w:r>
      <w:r>
        <w:t>ahad bhi Islam ka hi hissa hai. koi bhi aadmi jo kisi jagah ka citizen banta hai, koi amalan banta hai, likh kar banta hai, koi aadmi paidaishi taur par agar aap yeh maan rahe hain ki hum falan jagah ke citizen hain, to uska matlab yeh hai ki aap yeh bind hain, apne aap ko is ahad mein baandhte hain ki is mulk ka jo qanoon hoga, usko humein manna hai aur dil se uske mutabiq amal karna hai. yeh aap mante hain isko, kyunki woh cheez ismein likh rehti hai ki poori spirit ke saath aap isko manenge.</w:t>
      </w:r>
    </w:p>
    <w:p>
      <w:pPr>
        <w:jc w:val="right"/>
      </w:pPr>
      <w:r>
        <w:t>عہدبھیاسلام کاہیحصہہے۔ کوئیبھیآدمیجوکسیجگہکاسٹیزنبنتاہے،کوئیعم لاًبنتاہے، لکھ کربنتاہے، کوئیآدمی پیدائشیطورپراگرآپ یہمان رہےہیںکہہمفلاںجگہکےسٹیزنہیں، تو اسکامطلبیہہےکہآپیہ بائنڈہیں،اپنےآپکو اسعہدمیںباندھتےہیںکہاسملککاجو قانون ہوگا،اسکوہمیںمانناہےاوردلسےاسکےمطابق عمل کرناہے۔یہآپ مانتےہیںاسکو ،کیونکہوہچیز اسمیںلکھیرہتیہے کہ پوری اسپرٹکےساتھ آپاسکومانیںگے۔</w:t>
      </w:r>
    </w:p>
    <w:p>
      <w:r>
        <w:rPr>
          <w:b/>
        </w:rPr>
        <w:t xml:space="preserve">[44:16] </w:t>
      </w:r>
      <w:r>
        <w:t>to Islam ke mutabiq aap isko is mulk ke liye wafadar bankar rehna hai. yeh Islam ke mutabiq hai, yeh Islam ke khilaf nahi hai. to in cheezon ko samajhne ki zaroorat hai humein. Islam mein jo bohat sari hukum aaye hain, usko hum mutala karne ki buniyad par nahi jaan paate, to uspar amal nahi ho paata hai.</w:t>
      </w:r>
    </w:p>
    <w:p>
      <w:pPr>
        <w:jc w:val="right"/>
      </w:pPr>
      <w:r>
        <w:t>تو اسلام کےمطابق آپاسکو اس ملککےلیے وفاداربنکررہناہے۔ یہ اسلام کےمطابق ہے، یہ اسلام کےخلاف نہیںہے۔ تو انچیز وںکوسمجھنےکیضرورتہےہمیں۔اسلام میں جو بہتسارےحکمآئےہیں،اسکوہم مطالعہنہیںکرنے کیبنیادپرنہیںجانپاتے،تواسپرعمل نہیںہوپاتاہے۔</w:t>
      </w:r>
    </w:p>
    <w:p>
      <w:r>
        <w:rPr>
          <w:b/>
        </w:rPr>
        <w:t xml:space="preserve">[44:36] </w:t>
      </w:r>
      <w:r>
        <w:t>ab ek aakhri sawal mein aapse karunga jo Maulana ko le kar hai, aur Maulana ka ek tajurba tha ki Maulana ek martaba Pakistan gaye the, to Pakistan border par Maulana ko ek major ne bulaya tafteesh karne ke liye. is taluq se jo tajurba hai, woh aap humein batayen.</w:t>
      </w:r>
    </w:p>
    <w:p>
      <w:pPr>
        <w:jc w:val="right"/>
      </w:pPr>
      <w:r>
        <w:t>اب ایک آخریسوال میںآپسےکروںگاجومول اناکولےکرہے،اور مول اناکاایکتجربہتھا کہ مول انا ایک مرتبہ پاکستان گئےتھے، تو پاکستان بارڈرپر مول اناکو ایک میجر نے بل ایا تفتیشکرنےکےلیے۔استعلقسے جو تجربہہے،وہآپہمیںبتائیں۔</w:t>
      </w:r>
    </w:p>
    <w:p>
      <w:r>
        <w:rPr>
          <w:b/>
        </w:rPr>
        <w:t xml:space="preserve">[44:58] </w:t>
      </w:r>
      <w:r>
        <w:t>Maulana ke andar watan ki wafadari koot koot kar bhari hui thi.</w:t>
      </w:r>
    </w:p>
    <w:p>
      <w:pPr>
        <w:jc w:val="right"/>
      </w:pPr>
      <w:r>
        <w:t>مول انا کےاندر وطن کی وفاداری کوٹکوٹکربھریہوئیتھی۔</w:t>
      </w:r>
    </w:p>
    <w:p>
      <w:r>
        <w:rPr>
          <w:b/>
        </w:rPr>
        <w:t xml:space="preserve">[45:06] </w:t>
      </w:r>
      <w:r>
        <w:t>to ek zabardast incident hai jisse aap logon ko yeh baat clear hogi ki 1971 mein Maulana ne Pakistan ka bazariya transfer kiya tha.</w:t>
      </w:r>
    </w:p>
    <w:p>
      <w:pPr>
        <w:jc w:val="right"/>
      </w:pPr>
      <w:r>
        <w:t>توایک زبردست ان سیڈنٹہے جسسےآپ لوگوںکویہبات کلیئرہوگی کہ 19 7 1 میں مول انانے پاکستان کا بذریعہٹرینسفرکیاتھا۔</w:t>
      </w:r>
    </w:p>
    <w:p>
      <w:r>
        <w:rPr>
          <w:b/>
        </w:rPr>
        <w:t xml:space="preserve">[45:20] </w:t>
      </w:r>
      <w:r>
        <w:t>to jab wahan border par pahunche to ek call aaya aur usne kaha ki falan tent laga hua tha, wahan par aapko ek major sahab bula rahe hain.</w:t>
      </w:r>
    </w:p>
    <w:p>
      <w:pPr>
        <w:jc w:val="right"/>
      </w:pPr>
      <w:r>
        <w:t>توجب وہاںبارڈرپرپہنچےتو ایک کلی آیا اور اسنےکہاکہ فلاں ٹینٹ لگاہواتھا، وہاںپر آپکو ایک میجر صاحببلارہےہیں۔</w:t>
      </w:r>
    </w:p>
    <w:p>
      <w:r>
        <w:rPr>
          <w:b/>
        </w:rPr>
        <w:t xml:space="preserve">[45:31] </w:t>
      </w:r>
      <w:r>
        <w:t>to wahan jab khayme ke andar pahunche to ek bardi ek major baitha hua tha wahan par, aur usne Maulana se kaha: "India ke kuch raaz bataiye, foji raaz bataiye, kyunki woh zamanah tha jab bangladesh war ki tayyariyan ho rahi thin." to Maulana ne jawab diya: "Major sahab,</w:t>
      </w:r>
    </w:p>
    <w:p>
      <w:pPr>
        <w:jc w:val="right"/>
      </w:pPr>
      <w:r>
        <w:t>تووہاںجب خ یمےکےاندرپہنچے توایک باوردیایک میجر بیٹھاہواتھاوہاںپر ،اور اسنے مول اناسےکہا: "انڈیاکےکچھرازبتائیے ، فوجیرازبتائیے، کیونکہوہ زمان ہتھاجب بن گلہدیش وارکی تیار یاںہورہیتھیں۔" تومول انانےجوابدیا :"میجر صاحب،</w:t>
      </w:r>
    </w:p>
    <w:p>
      <w:r>
        <w:rPr>
          <w:b/>
        </w:rPr>
        <w:t xml:space="preserve">[45:54] </w:t>
      </w:r>
      <w:r>
        <w:t>yeh samajh kar mujhse baat kijiye ki main India ka ek wafadar shehri hoon."</w:t>
      </w:r>
    </w:p>
    <w:p>
      <w:pPr>
        <w:jc w:val="right"/>
      </w:pPr>
      <w:r>
        <w:t>یہسمجھ کرمجھسےبات کیجئے کہمیں انڈیاکا ایک وفادار شہریہوں۔"</w:t>
      </w:r>
    </w:p>
    <w:p>
      <w:r>
        <w:rPr>
          <w:b/>
        </w:rPr>
        <w:t xml:space="preserve">[46:02] </w:t>
      </w:r>
      <w:r>
        <w:t>to us waqt matlab taqreeban aadha ghante tak usko bolte rahe, aur unko dar nahi laga ki agar woh fauji afsar khud hi likh hai ki agar woh fauji afsar mujhe goli maar deta to shayad meri maut is tarah waqe ho jati ki uski koi khabar bhi na banti.</w:t>
      </w:r>
    </w:p>
    <w:p>
      <w:pPr>
        <w:jc w:val="right"/>
      </w:pPr>
      <w:r>
        <w:t>تو اسوقت مطلب تقریباً آدھاگھنٹےتک اسکو بولتےرہے، اور انکو ڈرنہیںلگاکہاگر وہفوجی افسر خودہیلکھاہےکہاگروہفوجیافسر مجھے گولیماردیتاتو شایدمیری موت اسطرح واقع ہوجاتی کہ اسکی کوئی خبربھینہبنتی ۔</w:t>
      </w:r>
    </w:p>
    <w:p>
      <w:r>
        <w:rPr>
          <w:b/>
        </w:rPr>
        <w:t xml:space="preserve">[46:22] </w:t>
      </w:r>
      <w:r>
        <w:t>to aadha ghante tak bolte rahe ki yeh koi aise kahin aap jang jeet jeet</w:t>
      </w:r>
    </w:p>
    <w:p>
      <w:pPr>
        <w:jc w:val="right"/>
      </w:pPr>
      <w:r>
        <w:t>تو آدھاگھنٹےتک بول تےرہےکہیہکوئی ایسےکہیںآپ جنگ جیت جیت</w:t>
      </w:r>
    </w:p>
    <w:p>
      <w:r>
        <w:rPr>
          <w:b/>
        </w:rPr>
        <w:t xml:space="preserve">[46:28] </w:t>
      </w:r>
      <w:r>
        <w:t>sakte hain? koi bhi ki aap ek aam aadmi se poochhein ki foji raaz bataiye? to uske baad jo hai bilkul aur yeh bhi kaha ki aajkal ke zamaney mein foji raaz to defense minister ko bhi poora nahi maloom hota kahan kya hone wala hai.</w:t>
      </w:r>
    </w:p>
    <w:p>
      <w:pPr>
        <w:jc w:val="right"/>
      </w:pPr>
      <w:r>
        <w:t>سکتےہیں؟کوئیبھی کہآپایک عام آدمیسے پوچھیںکہفوجیرازبتائیے؟ تو اسکےبعد جوہے بالکل اوریہبھیکہاکہ آجکل کےزمان ےمیں فوجی رازتو ڈیفنسمن سٹرکوبھیپورانہیںمعلومہوتاکہاںکیا ہونے والاہے۔</w:t>
      </w:r>
    </w:p>
    <w:p>
      <w:r>
        <w:rPr>
          <w:b/>
        </w:rPr>
        <w:t xml:space="preserve">[46:46] </w:t>
      </w:r>
      <w:r>
        <w:t>to aap mujhse ek aam aadmi se aap foji raaz poochh rahe hain, isi tarah aap jang jeetenge? to phir uske baad baghair salam</w:t>
      </w:r>
    </w:p>
    <w:p>
      <w:pPr>
        <w:jc w:val="right"/>
      </w:pPr>
      <w:r>
        <w:t>تو آپ مجھسے ایکعام آدمیسےآپفوجیرازپوچھرہےہیں، اسیطرح آپجنگ جیتیںگے؟ تو پھر اسکےبعد بغیر سلام</w:t>
      </w:r>
    </w:p>
    <w:p>
      <w:r>
        <w:rPr>
          <w:b/>
        </w:rPr>
        <w:t xml:space="preserve">[46:54] </w:t>
      </w:r>
      <w:r>
        <w:t>kiye hue, aise zor zor se bol ke, baghair salam kiye hue bahar nikal aaye. to major bhi koi khaas raha hoga.</w:t>
      </w:r>
    </w:p>
    <w:p>
      <w:pPr>
        <w:jc w:val="right"/>
      </w:pPr>
      <w:r>
        <w:t>کیےہوئے،ایسےزورزورسےبول کے، بغیر سلام کیےہوئےباہرنکلآئے۔ تو میجر بھی کوئیخاص رہاہوگا۔</w:t>
      </w:r>
    </w:p>
    <w:p>
      <w:r>
        <w:rPr>
          <w:b/>
        </w:rPr>
        <w:t xml:space="preserve">[47:03] </w:t>
      </w:r>
      <w:r>
        <w:t>to major peeche peeche bahar aaya aur usne kaha: "Maulana sahab, humko aap hi jaise logon ki zaroorat hai." to usne bhi usko appreciate kiya.</w:t>
      </w:r>
    </w:p>
    <w:p>
      <w:pPr>
        <w:jc w:val="right"/>
      </w:pPr>
      <w:r>
        <w:t>تو میجر پیچھےپیچھے باہرآیا اوراسنےکہا:" مول اناصاحب،ہمکو آپ ہی جیسےلوگوںکیضرورت ہے۔" تو اسنےبھی اسکو ایپریشیٹکیا۔</w:t>
      </w:r>
    </w:p>
    <w:p>
      <w:r>
        <w:rPr>
          <w:b/>
        </w:rPr>
        <w:t xml:space="preserve">[47:17] </w:t>
      </w:r>
      <w:r>
        <w:t>to isi liye Maulana sahab, yeh Maulana sahab ne apni Hind Pak diary mein yeh waqea likha hai.</w:t>
      </w:r>
    </w:p>
    <w:p>
      <w:pPr>
        <w:jc w:val="right"/>
      </w:pPr>
      <w:r>
        <w:t>تو اسیلیے مول اناصاحب،یہ مولاناصاحبنےاپنی ہند پاک ڈائریمیںیہواقعہلکھاہے۔</w:t>
      </w:r>
    </w:p>
    <w:p>
      <w:r>
        <w:rPr>
          <w:b/>
        </w:rPr>
        <w:t xml:space="preserve">[47:23] </w:t>
      </w:r>
      <w:r>
        <w:t>to is tarah ke bohat sare waqe at hote hain. to Swami Om Purn, Sutantrahun, Swami Chidanand hun, Rishikesh ke bohat sare aise log hain jo yeh kehte the ki aapke andar jo desh bhakti hai, uski misaal humne Mahatma Gandhi ke baad kisi aur ne nahi, kisi aur ke andar nahi dekhi.</w:t>
      </w:r>
    </w:p>
    <w:p>
      <w:pPr>
        <w:jc w:val="right"/>
      </w:pPr>
      <w:r>
        <w:t>تو اسطرح کےبہت سارےواقع ات ہوتےہیں۔ تو سوامی اومپون ڈ،سوتنتراہوں،سوامی چیدانندہوں، رشیکشکےبہت سارےایسےلوگ ہیں جو یہکہتےتھےکہآپکےاندر جو دیشبھکتیہے، اسکی مثال ہمنے مہاتماگاندھیکےبعد کسی اور نےنہیں،کسی اور کےاندرنہیں دیکھی۔</w:t>
      </w:r>
    </w:p>
    <w:p>
      <w:r>
        <w:rPr>
          <w:b/>
        </w:rPr>
        <w:t xml:space="preserve">[47:44] </w:t>
      </w:r>
      <w:r>
        <w:t>to Islam mein watan ki mohabbat jo hai na, insani fitrat ka hissa hai, iman ka hissa hai.</w:t>
      </w:r>
    </w:p>
    <w:p>
      <w:pPr>
        <w:jc w:val="right"/>
      </w:pPr>
      <w:r>
        <w:t>تو اصلمیں وطن کیمحبتجوہےنا، انسانی فطرتکاحصہہے، ایمانکاحصہہے۔</w:t>
      </w:r>
    </w:p>
    <w:p>
      <w:r>
        <w:rPr>
          <w:b/>
        </w:rPr>
        <w:t xml:space="preserve">[47:51] </w:t>
      </w:r>
      <w:r>
        <w:t>kyunki Maulana sahab ne kaha ki agar koi kahe: "Quran mein to nahi likha hai apni maa se mohabbat karo", yani har sharif aadmi apni maa se mohabbat karta hai, to har baat Quran mein nahi likh rehti hai.</w:t>
      </w:r>
    </w:p>
    <w:p>
      <w:pPr>
        <w:jc w:val="right"/>
      </w:pPr>
      <w:r>
        <w:t>کیونکہ مول اناصاحبنےکہاکہاگرکوئیکہے:"قرآنمیںتونہیںلکھاہےاپنیماںسےمحبتکرو "، یعنیہرشریفآدمیاپنیماںسےمحبتکرتاہے، تو ہربات قرآنمیںنہیںلکھیرہتیہے۔</w:t>
      </w:r>
    </w:p>
    <w:p>
      <w:r>
        <w:rPr>
          <w:b/>
        </w:rPr>
        <w:t xml:space="preserve">[48:02] </w:t>
      </w:r>
      <w:r>
        <w:t>jo cheezen hamari fitrat mein pevast hain, to ismein Quran mein likhne ki zaroorat nahi hai. woh aadmi apni fitrat ke zor par yeh kaam karega.</w:t>
      </w:r>
    </w:p>
    <w:p>
      <w:pPr>
        <w:jc w:val="right"/>
      </w:pPr>
      <w:r>
        <w:t>جو چیزیںہماری فطرتمیں پیوست ہیں،تو اسمیں قرآنمیںلکھ نےکیضرورتنہیںہے۔ وہآدمی اپنی فطرتکےزورپریہکامکرےگا۔</w:t>
      </w:r>
    </w:p>
    <w:p>
      <w:r>
        <w:rPr>
          <w:b/>
        </w:rPr>
        <w:t xml:space="preserve">[48:12] </w:t>
      </w:r>
      <w:r>
        <w:t>to is tareeqay say humain yeh baat ko gehrai say samajhna hai aur apnay aap ko har jagah, jahan bhi hum rahay, wahan apnay aap ko aik wafadar shehri ban kar rehna hai aur mulk kay liye kaam karna hai, mulk ki taraqqi kay liye kaam karna hai, mulk ki khushhali kay liye kaam karna hai.</w:t>
      </w:r>
    </w:p>
    <w:p>
      <w:pPr>
        <w:jc w:val="right"/>
      </w:pPr>
      <w:r>
        <w:t>تو اسطریقےسےہمیں یہباتکو گہرائیسےسمجھناہے اور اپنےآپکو ہرجگہ،جہاںبھیہمرہیں، وہاںاپنےآپکو ایک وفادار شہری بنکررہناہےاور ملککےلیے کام کرناہے، ملککی تر قیکےلیےکام کرناہے،ملککی خوشحالیکےلیےکام کرناہے۔</w:t>
      </w:r>
    </w:p>
    <w:p>
      <w:r>
        <w:rPr>
          <w:b/>
        </w:rPr>
        <w:t xml:space="preserve">[48:32] </w:t>
      </w:r>
      <w:r>
        <w:t>yeh jo last point aap nay bataya, is par mujhe yaad aaya keh Maulana sirf khud hi apnay watan say muhabbat nahi kartay thay, balkeh</w:t>
      </w:r>
    </w:p>
    <w:p>
      <w:pPr>
        <w:jc w:val="right"/>
      </w:pPr>
      <w:r>
        <w:t>یہجولاسٹپوائنٹآپنےبتایا، اسپرمجھےیادآیاکہمول انا صرف خود ہی اپنے وطن سےمحبتنہیںکرتے تھے، بل</w:t>
      </w:r>
    </w:p>
    <w:p>
      <w:r>
        <w:rPr>
          <w:b/>
        </w:rPr>
        <w:t xml:space="preserve">[48:41] </w:t>
      </w:r>
      <w:r>
        <w:t>keh koi kahin bhi ho, Maulana say mulaqat kay liye aata tha, aisi baat aati thi to us ko naseehat kartay thay. Diary mein aik jagah Maulana nay likha hai keh do teen Musalman aaye thay un say milnay kay liye jo UK mein rehtay thay.</w:t>
      </w:r>
    </w:p>
    <w:p>
      <w:pPr>
        <w:jc w:val="right"/>
      </w:pPr>
      <w:r>
        <w:t>کہکوئی کہیںبھیہو ، مول اناسےملاقاتکےلیےآتاتھا،ایسیباتآتیتھیتواسکونصیحتکرتے تھے۔ ڈائریمیںایکجگہمولانانےلکھاہےکہ دوتین مس لمان آئےتھےانسےملنےکےلیے جو یوکےمیںرہتےتھے۔</w:t>
      </w:r>
    </w:p>
    <w:p>
      <w:r>
        <w:rPr>
          <w:b/>
        </w:rPr>
        <w:t xml:space="preserve">[48:53] </w:t>
      </w:r>
      <w:r>
        <w:t>to woh aaye to un ko aap nay kaha keh: "Dekhain, main aap ko do baaton ki naseehat karta hoon." Woh khulasa jo un ki woh woh likha hua hai, us ka khulasa jo hai keh: "Main aap ko do baaton ki naseehat karta hoon.</w:t>
      </w:r>
    </w:p>
    <w:p>
      <w:pPr>
        <w:jc w:val="right"/>
      </w:pPr>
      <w:r>
        <w:t>تو وہ آئےتوانکوآپنے کہاکہ :"دیکھیں،میںآپکو دوباتوںکینصیحتکرتاہوں۔" وہخلاصہجوانکی وہ وہلکھاہواہے،اسکاخلاصہجوہےکہ:"میںآپکودوباتوںکینصیحتکرتاہوں۔</w:t>
      </w:r>
    </w:p>
    <w:p>
      <w:r>
        <w:rPr>
          <w:b/>
        </w:rPr>
        <w:t xml:space="preserve">[49:04] </w:t>
      </w:r>
      <w:r>
        <w:t>aik to yeh hai keh aap apnay watan say muhabbat karain jahan par reh rahay hain. Doosri cheez yeh hai keh watan kay jo bashinday hain, un say bhi aap muhabbat karain. Aur agar kisi ki taraf say aap ko koi aisa waqea pesh aata hai jo aap kay liye napasandeeda ho, takleef deh ho, to is Hadees kay mutabiq phir bhi aap achhay sulook karain un kay sath.</w:t>
      </w:r>
    </w:p>
    <w:p>
      <w:pPr>
        <w:jc w:val="right"/>
      </w:pPr>
      <w:r>
        <w:t>ایکتویہہےکہآپ اپنے وطن سےمحبتکریںجہاںپررہرہےہیں۔ دوس ریچیز یہہےکہوطن کےجو باش ندےہیں،انسےبھیآپمحبتکریں۔ اور اگر کسی کیطرف سےآپ کوکوئیایسا واقع ہ پیش آتاہےجوآپکےلیےناپسندیدہہو،تکلیفدہہو، تو اسحدیثکےمطابق پھربھیآپاچھے سلوککریںانکےساتھ ۔</w:t>
      </w:r>
    </w:p>
    <w:p>
      <w:r>
        <w:rPr>
          <w:b/>
        </w:rPr>
        <w:t xml:space="preserve">[49:22] </w:t>
      </w:r>
      <w:r>
        <w:t>"Is kay in ko woh Hadees sunai thi, Allah kay Rasool (SAW) ki Hadees hai keh: "Tum ummah ban'na." Allah kay Rasool (SAW) nay kaha tha: La takoonu ummah in ahsan an naasi ahsanan wa in zalamoo zalamna walakin ot naw anfusakum in ahsan an naasi in tushinoo wa in asaoo fala tazlimoo</w:t>
      </w:r>
    </w:p>
    <w:p>
      <w:pPr>
        <w:jc w:val="right"/>
      </w:pPr>
      <w:r>
        <w:t>"اسکےانکو وہحدیثسنائیتھی،اللہ کےرسولصلیاللہعلیہوسلمکیحدیثہے کہ:"تم ام عانہبنو۔" اللہ کےرسولصلیاللہعلیہوسلمنےکہاتھا:لا تكونواام عا ان احسن الناس احسنا وانظلمواظلمنا ولكن وت نواانفس کماناحسن الناس ان تحسنواوان اساؤفلاتظلموا</w:t>
      </w:r>
    </w:p>
    <w:p>
      <w:r>
        <w:rPr>
          <w:b/>
        </w:rPr>
        <w:t xml:space="preserve">[49:41] </w:t>
      </w:r>
      <w:r>
        <w:t>Sunan Tirmizi ki Hadees hai yeh keh: "Tum ummah ban'na keh log agar achha karain gay to main un kay sath achha karoon ga, aur agar bura karain gay, zulm karain gay to main bhi zulm karoon ga</w:t>
      </w:r>
    </w:p>
    <w:p>
      <w:pPr>
        <w:jc w:val="right"/>
      </w:pPr>
      <w:r>
        <w:t>سنن ترمذیکیحدیثہےیہ کہ:"تم ام عانہبنو کہلوگ اگر اچھاکریںگےتومیںانکےساتھاچھاکروںگا،اوراگر براکریںگے،ظلمکریںگےتومیںبھیظلمکروںگ</w:t>
      </w:r>
    </w:p>
    <w:p>
      <w:r>
        <w:rPr>
          <w:b/>
        </w:rPr>
        <w:t xml:space="preserve">[49:51] </w:t>
      </w:r>
      <w:r>
        <w:t>". Aur lekin apnay aap ko is baat ka aadi banao, yeh tareeqa ikhtiyar karo keh log achha karain to un kay sath achha karo, aur agar koi bura karay to un par tum zulm na karo.</w:t>
      </w:r>
    </w:p>
    <w:p>
      <w:pPr>
        <w:jc w:val="right"/>
      </w:pPr>
      <w:r>
        <w:t>ا۔" اورلیکن اپنےآپکواسباتکا عادیبناؤ، یہطریقہ اختیارکرو کہ لوگ اچھاکریںتوانکےساتھ اچھاکرو،اوراگر کوئی براکرےتوانپرتم ظلمنہکرو۔</w:t>
      </w:r>
    </w:p>
    <w:p>
      <w:r>
        <w:rPr>
          <w:b/>
        </w:rPr>
        <w:t xml:space="preserve">[50:03] </w:t>
      </w:r>
      <w:r>
        <w:t>Yeh Hadees un ko sunai aur un ko kaha keh: "Aisay ban kar aap raho wahan par." Yeh kaha tha. Ab aakhir mein main aik Hadees bayan karta hoon jo Allah kay Rasool (SAW) ki duai Hadees hai, aur is ko lay kar hum apnay watan kay liye dua karain gay.</w:t>
      </w:r>
    </w:p>
    <w:p>
      <w:pPr>
        <w:jc w:val="right"/>
      </w:pPr>
      <w:r>
        <w:t>یہ حدیثانکوسن ائیاور انکوکہاکہ:"ایسےبنکرآپرہیےوہاںپر ۔"یہکہاتھا۔ اب آخرمیںمیںایکحدیث بیانکرتاہوںجواللہ کےرسولصلیاللہعلیہوسلمکیدعائیہحدیثہے، اور اسکولےکرہماپنے وطن کےلیے دعاکریںگے۔</w:t>
      </w:r>
    </w:p>
    <w:p>
      <w:r>
        <w:rPr>
          <w:b/>
        </w:rPr>
        <w:t xml:space="preserve">[50:16] </w:t>
      </w:r>
      <w:r>
        <w:t>Woh Hadees yeh hai keh Allah kay Rasool (SAW), Hazrat Aisha (RA) kehti hain: "Allah kay Rasool (SAW) nay Madina aaye to yeh dua ki thi: Allah humma habbib ilayna al-Madina ka hubbina Makka aw ashadd. Allah humma barik lana fi sa'ina wa muddina wa sihhih lana wa fi rowayat anid'u fi sa'ati wa muddatihi bimathli ma da'a Ibrahim (AS) lahum Makka kaha aye Allah,</w:t>
      </w:r>
    </w:p>
    <w:p>
      <w:pPr>
        <w:jc w:val="right"/>
      </w:pPr>
      <w:r>
        <w:t>وہ حدیثیہہےکہ اللہ کےرسولصلیاللہعلیہوسلم، حضرتعائشہرضیاللہعنہکہتےہیں:"اللہکےرسولصلیاللہعلیہوسلمنے مدینہآئےتویہدعاکیاتھا: اللہ محببال یناالمدینہ کحبنامکہاواش د اللہ م بارکلنافی ساعنا و مد نا وصحیہلنا وفیروایت انیدعوت فی ساعہ و مدہ بمثل مادعابہ ابراہیملاہلمکہ کہاےاللہ،</w:t>
      </w:r>
    </w:p>
    <w:p>
      <w:r>
        <w:rPr>
          <w:b/>
        </w:rPr>
        <w:t xml:space="preserve">[50:42] </w:t>
      </w:r>
      <w:r>
        <w:t>hamaray dil mein Madina ki muhabbat daal, jaisa keh hamaray dil mein Makka ki muhabbat hai ya us say bhi ziyada. Aye Allah, hamaray Madina kay sa mein, sa jo wazan ka yeh hai, is mein barkat de, hamaray mudd mein barkat de, aur is mein to sehatmand la, us ko to sehatmand bana, sehat bakhsh, healthy jagah bana.</w:t>
      </w:r>
    </w:p>
    <w:p>
      <w:pPr>
        <w:jc w:val="right"/>
      </w:pPr>
      <w:r>
        <w:t>ہمارےدلمیں مدینہکیمحبت ڈال، جیساکہ ہمارےدلمیں مکہکیمحبتہےیااسسےبھیزیادہ ۔ اےاللہ، ہمارے مدینہکے سا میں، سا جو وزنکا یہہے، اسمیں برکت دے، ہمارے مدمیںبرکتدے،اور اسمیں تو صحتمندیلا، اسکو توصحتمندبنا،صحت بخش ،ہیلدی جگہبنا۔</w:t>
      </w:r>
    </w:p>
    <w:p>
      <w:r>
        <w:rPr>
          <w:b/>
        </w:rPr>
        <w:t xml:space="preserve">[51:04] </w:t>
      </w:r>
      <w:r>
        <w:t>Aik aur Hadees mein keh: "Main isi tareeqay say dua karta hoon jaisa Ibrahim (AS) nay Makka kay liye dua ki thi, waisi hi barkat ki dua karta hoon." To aaiye hum sab apnay watan kay liye dua karain keh Allah Ta'ala hamaray dil mein apnay watan kay liye muhabbat de,</w:t>
      </w:r>
    </w:p>
    <w:p>
      <w:pPr>
        <w:jc w:val="right"/>
      </w:pPr>
      <w:r>
        <w:t>ایکاورحدیثمیںکہ: "میں اسیطریقےسے دعاکرتاہوںجیساابراہیمنےمکہکےلیےدعاکیاتھا،ویسیہیبرکتکیدعاکرتاہوں۔" تو آئیےہمسباپنےوطن کےلیےدعاکریںکہاللہتعالیہمارےدلمیں اپنے وطن کےلیےمح بتدے،</w:t>
      </w:r>
    </w:p>
    <w:p>
      <w:r>
        <w:rPr>
          <w:b/>
        </w:rPr>
        <w:t xml:space="preserve">[51:18] </w:t>
      </w:r>
      <w:r>
        <w:t>jaisa Allah kay Rasool (SAW) nay Madina kay liye muhabbat mangi thi, Makka ya us say bhi ziyada. Waise hi apnay watan kay liye muhabbat de hum ko, aur hamaray watan mein to barkat ata farma, yahan kay logon kay dilon mein muhabbat ata farma, aur us ko to sehat ata farma maqam bana, aur us ko to ta'meer o tarraqi ata farma. Ameen.</w:t>
      </w:r>
    </w:p>
    <w:p>
      <w:pPr>
        <w:jc w:val="right"/>
      </w:pPr>
      <w:r>
        <w:t>جیسااللہ کےرسولصلیاللہعلیہوسلمنےمدینہکےلیے محبت مانگیتھی، مکہیااسسےبھیزیادہ۔ویسےہیاپنےوطن کےلیےمحبتدےہمکو، اور ہمارے وطن میںتوبرکتعطافرما،یہاںکےلوگوںکےدلوںمیںمحبتعطافرما، اور اسکوتو صحتافزامقام بنا، اور اسکو تو تعمیروترقیعطافرما۔آمین۔</w:t>
      </w:r>
    </w:p>
    <w:p>
      <w:r>
        <w:rPr>
          <w:b/>
        </w:rPr>
        <w:t xml:space="preserve">[51:39] </w:t>
      </w:r>
      <w:r>
        <w:t>Isi par hum aaj apnay is program ko khatam kartay hain. Milte hain inshallah next program mein. Assalamu Alaikum wa Rahmatullahi.</w:t>
      </w:r>
    </w:p>
    <w:p>
      <w:pPr>
        <w:jc w:val="right"/>
      </w:pPr>
      <w:r>
        <w:t>اسیپرہم آج اپنے اس پروگرامکوختمکرتےہیں۔ ملتےہیںانشاءاللہ نیکسٹ پروگراممیں۔ السلامعلیکمورحمۃاللہ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