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Post Fasting Period September 04, 2011</w:t>
      </w:r>
    </w:p>
    <w:p>
      <w:r>
        <w:t>https://youtu.be/njQ14sZvkXc</w:t>
      </w:r>
    </w:p>
    <w:p>
      <w:r>
        <w:rPr>
          <w:b/>
        </w:rPr>
        <w:t xml:space="preserve">[00:28] </w:t>
      </w:r>
      <w:r>
        <w:t>wahal al aqdah min lisaani, yafqah qawli. aaj september 2011 ki 4 tareekh hai.</w:t>
      </w:r>
    </w:p>
    <w:p>
      <w:pPr>
        <w:jc w:val="right"/>
      </w:pPr>
      <w:r>
        <w:t>واحل العقدۃ من لسانی، یفقہ قولی۔ آج ستمبر 2011 کی 4 تاریخ ہے۔</w:t>
      </w:r>
    </w:p>
    <w:p>
      <w:r>
        <w:rPr>
          <w:b/>
        </w:rPr>
        <w:t xml:space="preserve">[00:43] </w:t>
      </w:r>
      <w:r>
        <w:t>chaar din pehle tak ramzan ka mahina tha.</w:t>
      </w:r>
    </w:p>
    <w:p>
      <w:pPr>
        <w:jc w:val="right"/>
      </w:pPr>
      <w:r>
        <w:t>چار دن پہلے تک رمضان کا مہینہ تھا۔</w:t>
      </w:r>
    </w:p>
    <w:p>
      <w:r>
        <w:rPr>
          <w:b/>
        </w:rPr>
        <w:t xml:space="preserve">[00:52] </w:t>
      </w:r>
      <w:r>
        <w:t>ek mahina roze mein usman ne guzara.</w:t>
      </w:r>
    </w:p>
    <w:p>
      <w:pPr>
        <w:jc w:val="right"/>
      </w:pPr>
      <w:r>
        <w:t>ایک مہینہ روزے میں عثمان نے گزارا۔</w:t>
      </w:r>
    </w:p>
    <w:p>
      <w:r>
        <w:rPr>
          <w:b/>
        </w:rPr>
        <w:t xml:space="preserve">[01:00] </w:t>
      </w:r>
      <w:r>
        <w:t>to that was fasting period. ab hum hain post fasting period mein.</w:t>
      </w:r>
    </w:p>
    <w:p>
      <w:pPr>
        <w:jc w:val="right"/>
      </w:pPr>
      <w:r>
        <w:t>تو دیٹ واز فاسٹنگ پیریڈ۔ اب ہم ہیں پوسٹ فاسٹنگ پیریڈ میں۔</w:t>
      </w:r>
    </w:p>
    <w:p>
      <w:r>
        <w:rPr>
          <w:b/>
        </w:rPr>
        <w:t xml:space="preserve">[01:11] </w:t>
      </w:r>
      <w:r>
        <w:t>post fasting period. to aaj ka topic yahi hai: post fasting period, yaani roze ke mahine ke baad ka zamana.</w:t>
      </w:r>
    </w:p>
    <w:p>
      <w:pPr>
        <w:jc w:val="right"/>
      </w:pPr>
      <w:r>
        <w:t>پوسٹ فاسٹنگ پیریڈ۔ تو آج کا ٹاپک یہی ہے: پوسٹ فاسٹنگ پیریڈ، یعنی روزے کے مہینے کے بعد کا زمانہ۔</w:t>
      </w:r>
    </w:p>
    <w:p>
      <w:r>
        <w:rPr>
          <w:b/>
        </w:rPr>
        <w:t xml:space="preserve">[01:26] </w:t>
      </w:r>
      <w:r>
        <w:t>dekhiye, islam mein koi bhi cheez ritual nahi hai.</w:t>
      </w:r>
    </w:p>
    <w:p>
      <w:pPr>
        <w:jc w:val="right"/>
      </w:pPr>
      <w:r>
        <w:t>دیکھیے، اسلام میں کوئی بھی چیز ریچول نہیں ہے۔</w:t>
      </w:r>
    </w:p>
    <w:p>
      <w:r>
        <w:rPr>
          <w:b/>
        </w:rPr>
        <w:t xml:space="preserve">[01:31] </w:t>
      </w:r>
      <w:r>
        <w:t>aasan yeh hai ke ek roza jo hai ek annual ritual hai, ek annual tapsya hai.</w:t>
      </w:r>
    </w:p>
    <w:p>
      <w:pPr>
        <w:jc w:val="right"/>
      </w:pPr>
      <w:r>
        <w:t>آسان یہ ہے کہ ایک روزہ جو ہے ایک اینول ریچول ہے، ایک اینول تپسیا ہے۔</w:t>
      </w:r>
    </w:p>
    <w:p>
      <w:r>
        <w:rPr>
          <w:b/>
        </w:rPr>
        <w:t xml:space="preserve">[01:41] </w:t>
      </w:r>
      <w:r>
        <w:t>ek mahina aap bhooke paase rahen aur phir massively, prasarar tor par aap ko kuch faida mil jaye.</w:t>
      </w:r>
    </w:p>
    <w:p>
      <w:pPr>
        <w:jc w:val="right"/>
      </w:pPr>
      <w:r>
        <w:t>ایک مہینہ آپ بھوکے پاسے رہیں اور پھر مسیسلی، پراسرار طور پر آپ کو کچھ فائدہ مل جائے۔</w:t>
      </w:r>
    </w:p>
    <w:p>
      <w:r>
        <w:rPr>
          <w:b/>
        </w:rPr>
        <w:t xml:space="preserve">[01:53] </w:t>
      </w:r>
      <w:r>
        <w:t>yeh islam ka concept nahi hai.</w:t>
      </w:r>
    </w:p>
    <w:p>
      <w:pPr>
        <w:jc w:val="right"/>
      </w:pPr>
      <w:r>
        <w:t>یہ اسلام کا کانسیپٹ نہیں ہے۔</w:t>
      </w:r>
    </w:p>
    <w:p>
      <w:r>
        <w:rPr>
          <w:b/>
        </w:rPr>
        <w:t xml:space="preserve">[01:57] </w:t>
      </w:r>
      <w:r>
        <w:t>dekhiye, roza jo hai woh training hai, ritual nahi hai. yaani is mahine mein ek khaas cheez ki tarbiyat di jaati hai,</w:t>
      </w:r>
    </w:p>
    <w:p>
      <w:pPr>
        <w:jc w:val="right"/>
      </w:pPr>
      <w:r>
        <w:t>دیکھیے، روزہ جو ہے وہ ٹریننگ ہے، ریچول نہیں ہے۔ یعنی اس مہینے میں ایک خاص چیز کی تربیت دی جاتی ہے،</w:t>
      </w:r>
    </w:p>
    <w:p>
      <w:r>
        <w:rPr>
          <w:b/>
        </w:rPr>
        <w:t xml:space="preserve">[02:12] </w:t>
      </w:r>
      <w:r>
        <w:t>jo baad ko poore saal mein aadmi ke kaam aati hai.</w:t>
      </w:r>
    </w:p>
    <w:p>
      <w:pPr>
        <w:jc w:val="right"/>
      </w:pPr>
      <w:r>
        <w:t>جو بعد کو پورے سال میں آدمی کے کام آتی ہے۔</w:t>
      </w:r>
    </w:p>
    <w:p>
      <w:r>
        <w:rPr>
          <w:b/>
        </w:rPr>
        <w:t xml:space="preserve">[02:18] </w:t>
      </w:r>
      <w:r>
        <w:t>is liye mein ne kaha ke post fasting period, yaani roze ke baad hamein kya banna hai, kya karna hai, is ke taqaze kya hain.</w:t>
      </w:r>
    </w:p>
    <w:p>
      <w:pPr>
        <w:jc w:val="right"/>
      </w:pPr>
      <w:r>
        <w:t>اس لیے میں نے کہا کہ پوسٹ فاسٹنگ پیریڈ، یعنی روزے کے بعد ہمیں کیا بننا ہے، کیا کرنا ہے، اس کے تقاضے کیا ہیں۔</w:t>
      </w:r>
    </w:p>
    <w:p>
      <w:r>
        <w:rPr>
          <w:b/>
        </w:rPr>
        <w:t xml:space="preserve">[02:28] </w:t>
      </w:r>
      <w:r>
        <w:t>yeh hai aaj ka mozu.</w:t>
      </w:r>
    </w:p>
    <w:p>
      <w:pPr>
        <w:jc w:val="right"/>
      </w:pPr>
      <w:r>
        <w:t>یہ ہے آج کا موضوع۔</w:t>
      </w:r>
    </w:p>
    <w:p>
      <w:r>
        <w:rPr>
          <w:b/>
        </w:rPr>
        <w:t xml:space="preserve">[02:33] </w:t>
      </w:r>
      <w:r>
        <w:t>sab se pehle main yeh kahoon ga ke roze ka matlab kya hai. dekhiye, roza tark-e-taam ka naam nahi hai, balke taqleel-e-taam ka naam hai.</w:t>
      </w:r>
    </w:p>
    <w:p>
      <w:pPr>
        <w:jc w:val="right"/>
      </w:pPr>
      <w:r>
        <w:t>سب سے پہلے میں یہ کہوں گا کہ روزہ کا مطلب کیا ہے۔ دیکھیے، روزہ ترک طعام کا نام نہیں ہے، بلکہ تقلیل طعام کا نام ہے۔</w:t>
      </w:r>
    </w:p>
    <w:p>
      <w:r>
        <w:rPr>
          <w:b/>
        </w:rPr>
        <w:t xml:space="preserve">[02:48] </w:t>
      </w:r>
      <w:r>
        <w:t>aasan yeh hai ke bas khana chhod dein, balke khana kam khayen. kam khayen. bohat zaroori hai is baat ko samajhna.</w:t>
      </w:r>
    </w:p>
    <w:p>
      <w:pPr>
        <w:jc w:val="right"/>
      </w:pPr>
      <w:r>
        <w:t>آسان یہ ہے کہ بس کھانا چھوڑ دیں، بلکہ کھانا کم کھائیں۔ کم کھائیں۔ بہت ضروری ہے اس بات کو سمجھنا۔</w:t>
      </w:r>
    </w:p>
    <w:p>
      <w:r>
        <w:rPr>
          <w:b/>
        </w:rPr>
        <w:t xml:space="preserve">[03:00] </w:t>
      </w:r>
      <w:r>
        <w:t>to yeh yeh bhi symbolic sense mein hai. tark-e-taam ke bajaye taqleel-e-taam hai.</w:t>
      </w:r>
    </w:p>
    <w:p>
      <w:pPr>
        <w:jc w:val="right"/>
      </w:pPr>
      <w:r>
        <w:t>تو یہ یہ بھی سمبالک سینس میں ہے۔ ترک طعام کے بجائے تقلیل طعام ہے۔</w:t>
      </w:r>
    </w:p>
    <w:p>
      <w:r>
        <w:rPr>
          <w:b/>
        </w:rPr>
        <w:t xml:space="preserve">[03:10] </w:t>
      </w:r>
      <w:r>
        <w:t>phir taam ko symbolic sense mein len aap, iska matlab hoga taqleel-e-haajaat, yani maadi zarooraton mein kami karna.</w:t>
      </w:r>
    </w:p>
    <w:p>
      <w:pPr>
        <w:jc w:val="right"/>
      </w:pPr>
      <w:r>
        <w:t>پھر طعام کو سمبالک سینس میں لیں آپ، اس کا مطلب ہوگا تقلیل حاجات، یعنی مادی ضرورتوں میں کمی کرنا۔</w:t>
      </w:r>
    </w:p>
    <w:p>
      <w:r>
        <w:rPr>
          <w:b/>
        </w:rPr>
        <w:t xml:space="preserve">[03:21] </w:t>
      </w:r>
      <w:r>
        <w:t>yeh hai spirit roze ki.</w:t>
      </w:r>
    </w:p>
    <w:p>
      <w:pPr>
        <w:jc w:val="right"/>
      </w:pPr>
      <w:r>
        <w:t>یہ ہے اسپیریٹ روزے کی۔</w:t>
      </w:r>
    </w:p>
    <w:p>
      <w:r>
        <w:rPr>
          <w:b/>
        </w:rPr>
        <w:t xml:space="preserve">[03:26] </w:t>
      </w:r>
      <w:r>
        <w:t>dekhiye, insaan ke andar do pehlu hain.</w:t>
      </w:r>
    </w:p>
    <w:p>
      <w:pPr>
        <w:jc w:val="right"/>
      </w:pPr>
      <w:r>
        <w:t>دیکھیے، انسان کے اندر دو پہلو ہیں۔</w:t>
      </w:r>
    </w:p>
    <w:p>
      <w:r>
        <w:rPr>
          <w:b/>
        </w:rPr>
        <w:t xml:space="preserve">[03:34] </w:t>
      </w:r>
      <w:r>
        <w:t>ek hamara body hai, woh physical aspect hai hamara. doosra hai hamara soul, woh hamara spiritual aspect hai.</w:t>
      </w:r>
    </w:p>
    <w:p>
      <w:pPr>
        <w:jc w:val="right"/>
      </w:pPr>
      <w:r>
        <w:t>ایک ہمارا باڈی ہے، وہ فزیکل ایسپیکٹ ہے ہمارا۔ دوسرا ہے ہمارا سول، وہ ہمارا اسپیریچول ایسپیکٹ ہے۔</w:t>
      </w:r>
    </w:p>
    <w:p>
      <w:r>
        <w:rPr>
          <w:b/>
        </w:rPr>
        <w:t xml:space="preserve">[03:44] </w:t>
      </w:r>
      <w:r>
        <w:t>to yeh law of nature hai ke agar ek ko aap zyada feed karenge, doosre ko starvation ho jayega.</w:t>
      </w:r>
    </w:p>
    <w:p>
      <w:pPr>
        <w:jc w:val="right"/>
      </w:pPr>
      <w:r>
        <w:t>تو یہ لاء آف نیچر ہے کہ اگر ایک کو آپ زیادہ فیڈ کریں گے، دوسرے کو اسٹارویشن ہو جائے گا۔</w:t>
      </w:r>
    </w:p>
    <w:p>
      <w:r>
        <w:rPr>
          <w:b/>
        </w:rPr>
        <w:t xml:space="preserve">[03:56] </w:t>
      </w:r>
      <w:r>
        <w:t>yani ek badhega to doosra ghatega. yeh hai law of nature.</w:t>
      </w:r>
    </w:p>
    <w:p>
      <w:pPr>
        <w:jc w:val="right"/>
      </w:pPr>
      <w:r>
        <w:t>یعنی ایک بڑھے گا تو دوسرا گھٹے گا۔ یہ ہے لاء آف نیچر۔</w:t>
      </w:r>
    </w:p>
    <w:p>
      <w:r>
        <w:rPr>
          <w:b/>
        </w:rPr>
        <w:t xml:space="preserve">[04:02] </w:t>
      </w:r>
      <w:r>
        <w:t>to roza sach poochhen to isi is qanoon-e-fitrat ko batane ke liye hai. yani dekhiye, zindagi ke do tareeqe hain.</w:t>
      </w:r>
    </w:p>
    <w:p>
      <w:pPr>
        <w:jc w:val="right"/>
      </w:pPr>
      <w:r>
        <w:t>تو روزہ سچ پوچھیں تو اسی اس قانون فطرت کو بتانے کے لیے ہے۔ یعنی دیکھیے، زندگی کے دو طریقے ہیں۔</w:t>
      </w:r>
    </w:p>
    <w:p>
      <w:r>
        <w:rPr>
          <w:b/>
        </w:rPr>
        <w:t xml:space="preserve">[04:17] </w:t>
      </w:r>
      <w:r>
        <w:t>ek hai simple living, high thinking. yani agar simple ka matlab hai saada zindagi aap ki hogi to kya hoga?</w:t>
      </w:r>
    </w:p>
    <w:p>
      <w:pPr>
        <w:jc w:val="right"/>
      </w:pPr>
      <w:r>
        <w:t>ایک ہے سمپل لیونگ، ہائی تھنکنگ۔ یعنی اگر سمپل کا مطلب ہے سادہ زندگی آپ کی ہوگی تو کیا ہوگا؟</w:t>
      </w:r>
    </w:p>
    <w:p>
      <w:r>
        <w:rPr>
          <w:b/>
        </w:rPr>
        <w:t xml:space="preserve">[04:27] </w:t>
      </w:r>
      <w:r>
        <w:t>aap ke paas high thinking aayegi.</w:t>
      </w:r>
    </w:p>
    <w:p>
      <w:pPr>
        <w:jc w:val="right"/>
      </w:pPr>
      <w:r>
        <w:t>آپ کے پاس ہائی تھنکنگ آئے گی۔</w:t>
      </w:r>
    </w:p>
    <w:p>
      <w:r>
        <w:rPr>
          <w:b/>
        </w:rPr>
        <w:t xml:space="preserve">[04:30] </w:t>
      </w:r>
      <w:r>
        <w:t>yani maadi mamlaat mein agar aap saadgi ikhtiyar karenge, that will lead to intellectual development.</w:t>
      </w:r>
    </w:p>
    <w:p>
      <w:pPr>
        <w:jc w:val="right"/>
      </w:pPr>
      <w:r>
        <w:t>یعنی مادی معاملات میں اگر آپ سادگی اختیار کریں گے، دیٹ ویل لیڈ ٹو انٹلیکچول ڈیولپمنٹ۔</w:t>
      </w:r>
    </w:p>
    <w:p>
      <w:r>
        <w:rPr>
          <w:b/>
        </w:rPr>
        <w:t xml:space="preserve">[04:39] </w:t>
      </w:r>
      <w:r>
        <w:t>yeh hai simple living, high thinking. yani saada zindagi ikhtiyar karo maadi cheezon ke mamle mein. to iska nateeja kya hoga?</w:t>
      </w:r>
    </w:p>
    <w:p>
      <w:pPr>
        <w:jc w:val="right"/>
      </w:pPr>
      <w:r>
        <w:t>یہ ہے سمپل لیونگ، ہائی تھنکنگ۔ یعنی سادہ زندگی اختیار کرو مادی چیزوں کے معاملے میں۔ تو اس کا نتیجہ کیا ہوگا؟</w:t>
      </w:r>
    </w:p>
    <w:p>
      <w:r>
        <w:rPr>
          <w:b/>
        </w:rPr>
        <w:t xml:space="preserve">[04:50] </w:t>
      </w:r>
      <w:r>
        <w:t>tumhare andar intellectual development rahega, spiritual development rahega. yeh hai. iska ulta kya hai?</w:t>
      </w:r>
    </w:p>
    <w:p>
      <w:pPr>
        <w:jc w:val="right"/>
      </w:pPr>
      <w:r>
        <w:t>تمہارے اندر انٹلیکچول ڈیولپمنٹ رہے گا، اسپیریچول ڈیولپمنٹ رہے گا۔ یہ ہے۔ اس کا الٹا کیا ہے؟</w:t>
      </w:r>
    </w:p>
    <w:p>
      <w:r>
        <w:rPr>
          <w:b/>
        </w:rPr>
        <w:t xml:space="preserve">[04:58] </w:t>
      </w:r>
      <w:r>
        <w:t>luxurious living, best thinking. yani khoob aaram ki zindagi guzaro aur intellectual sense mein bewakoof ban jao.</w:t>
      </w:r>
    </w:p>
    <w:p>
      <w:pPr>
        <w:jc w:val="right"/>
      </w:pPr>
      <w:r>
        <w:t>لگزوریس لیونگ، بیسٹ تھنکنگ۔ یعنی خوب آرام کی زندگی گزارو اور انٹلیکچول سینس میں بیوقوف بن جاؤ۔</w:t>
      </w:r>
    </w:p>
    <w:p>
      <w:r>
        <w:rPr>
          <w:b/>
        </w:rPr>
        <w:t xml:space="preserve">[05:09] </w:t>
      </w:r>
      <w:r>
        <w:t>to aaenda cheap thinking aa jaye. yeh law of nature hai. ismein koi exception nahin. koi exception nahin.</w:t>
      </w:r>
    </w:p>
    <w:p>
      <w:pPr>
        <w:jc w:val="right"/>
      </w:pPr>
      <w:r>
        <w:t>تو آئندہ چیپ تھنکنگ آ جائے۔ یہ لاء آف نیچر ہے۔ اس میں کوئی ایکسیپشن نہیں۔ کوئی ایکسیپشن نہیں۔</w:t>
      </w:r>
    </w:p>
    <w:p>
      <w:r>
        <w:rPr>
          <w:b/>
        </w:rPr>
        <w:t xml:space="preserve">[05:22] </w:t>
      </w:r>
      <w:r>
        <w:t>to roza jo hai in do tareeqon mein se ek tareeqa ek option lene ka naam hai. yani ek tareeqa woh hai ke aap khoob aaram-o-rahat mein rahen, aish-o-aram mein rahen, aur iski price yeh den ke aap intellectual door ban jayen.</w:t>
      </w:r>
    </w:p>
    <w:p>
      <w:pPr>
        <w:jc w:val="right"/>
      </w:pPr>
      <w:r>
        <w:t>تو روزہ جو ہے ان دو طریقوں میں سے ایک طریقہ ایک آپشن لینے کا نام ہے۔ یعنی ایک طریقہ وہ ہے کہ آپ خوب آرام راحت میں رہیں، عیش و آرام میں رہیں، اور اس کی پرائس یہ دیں کہ آپ انٹلیکچول ڈور بن جائیں۔</w:t>
      </w:r>
    </w:p>
    <w:p>
      <w:r>
        <w:rPr>
          <w:b/>
        </w:rPr>
        <w:t xml:space="preserve">[05:43] </w:t>
      </w:r>
      <w:r>
        <w:t>intellectual door ban jayen. yani zehni budhape ka shikar ho jayen aap</w:t>
      </w:r>
    </w:p>
    <w:p>
      <w:pPr>
        <w:jc w:val="right"/>
      </w:pPr>
      <w:r>
        <w:t>انٹلیکچول ڈور بن جائیں۔ یعنی ذہنی بڑھاپن کا شکار ہو جائیں آپ</w:t>
      </w:r>
    </w:p>
    <w:p>
      <w:r>
        <w:rPr>
          <w:b/>
        </w:rPr>
        <w:t xml:space="preserve">[05:47] </w:t>
      </w:r>
      <w:r>
        <w:t>۔ ek zindagi yeh hai. aur doosri zindagi yeh hai ke aap</w:t>
      </w:r>
    </w:p>
    <w:p>
      <w:pPr>
        <w:jc w:val="right"/>
      </w:pPr>
      <w:r>
        <w:t>۔ ایک زندگی یہ ہے۔ اور دوسری زندگی یہ ہے کہ آپ</w:t>
      </w:r>
    </w:p>
    <w:p>
      <w:r>
        <w:rPr>
          <w:b/>
        </w:rPr>
        <w:t xml:space="preserve">[05:54] </w:t>
      </w:r>
      <w:r>
        <w:t>simple living, high thinking ka tareeqa ikhtiyar karen. yani maadi zarooraton ke mamle mein need based life. need based.</w:t>
      </w:r>
    </w:p>
    <w:p>
      <w:pPr>
        <w:jc w:val="right"/>
      </w:pPr>
      <w:r>
        <w:t>سمپل لیونگ، ہائی تھنکنگ کا طریقہ اختیار کریں۔ یعنی مادی ضرورتوں کے معاملے میں نیڈ بیسڈ لائف۔ نیڈ بیسڈ۔</w:t>
      </w:r>
    </w:p>
    <w:p>
      <w:r>
        <w:rPr>
          <w:b/>
        </w:rPr>
        <w:t xml:space="preserve">[06:04] </w:t>
      </w:r>
      <w:r>
        <w:t>sirf zarooraton ki had tak iktefa karen aap. aur aaram-o-aish mil na jayen to kya</w:t>
      </w:r>
    </w:p>
    <w:p>
      <w:pPr>
        <w:jc w:val="right"/>
      </w:pPr>
      <w:r>
        <w:t>صرف ضرورتوں کی حد تک اکتفا کریں آپ۔ اور آرام و عیش مل نہ جائیں تو کیا</w:t>
      </w:r>
    </w:p>
    <w:p>
      <w:r>
        <w:rPr>
          <w:b/>
        </w:rPr>
        <w:t xml:space="preserve">[06:12] </w:t>
      </w:r>
      <w:r>
        <w:t>hoga? aap ko mauqa milega sochne ka, study ka, observation ka, zyada gehrai mein baaton ko samajhne ka.</w:t>
      </w:r>
    </w:p>
    <w:p>
      <w:pPr>
        <w:jc w:val="right"/>
      </w:pPr>
      <w:r>
        <w:t>ہوگا؟ آپ کو موقع ملے گا سوچنے کا، اسٹڈی کا، ابزرویشن کا، زیادہ گہرائی میں باتوں کو سمجھنے کا۔</w:t>
      </w:r>
    </w:p>
    <w:p>
      <w:r>
        <w:rPr>
          <w:b/>
        </w:rPr>
        <w:t xml:space="preserve">[06:22] </w:t>
      </w:r>
      <w:r>
        <w:t>that will lead to intellectual development. to yeh do option mein se ek option lene ka mamla hai. koi ritual nahin hai yeh. yeh bohat hi zyada samajhne ki baat hai.</w:t>
      </w:r>
    </w:p>
    <w:p>
      <w:pPr>
        <w:jc w:val="right"/>
      </w:pPr>
      <w:r>
        <w:t>دیٹ ویل لیڈ ٹو انٹلیکچول ڈیولپمنٹ۔ تو یہ دو آپشن میں سے ایک آپشن لینے کا معاملہ ہے۔ کوئی ریچول نہیں ہے یہ۔ یہ بہت ہی زیادہ سمجھنے کی بات ہے۔</w:t>
      </w:r>
    </w:p>
    <w:p>
      <w:r>
        <w:rPr>
          <w:b/>
        </w:rPr>
        <w:t xml:space="preserve">[06:35] </w:t>
      </w:r>
      <w:r>
        <w:t>to post fast, post fasting period kya hai?</w:t>
      </w:r>
    </w:p>
    <w:p>
      <w:pPr>
        <w:jc w:val="right"/>
      </w:pPr>
      <w:r>
        <w:t>تو پوسٹ پاس پوسٹ فاسٹنگ پیریڈ کیا ہے؟</w:t>
      </w:r>
    </w:p>
    <w:p>
      <w:r>
        <w:rPr>
          <w:b/>
        </w:rPr>
        <w:t xml:space="preserve">[06:40] </w:t>
      </w:r>
      <w:r>
        <w:t>keh yeh jo aap ne apne aap ko train kiya hai keh saada zindagi ikhtiyar ki aap ne, maadi mamlaat mein aap need par apne ko qanaat kiya aap ne, to aap ne apne aap ko is ke tayyar kiya keh poori poori umar saal bhar yahi karte rahen aap.</w:t>
      </w:r>
    </w:p>
    <w:p>
      <w:pPr>
        <w:jc w:val="right"/>
      </w:pPr>
      <w:r>
        <w:t>کہ یہ جو آپ نے اپنے آپ کو ٹرین کیا ہے کہ سادہ زندگی اختیار کی آپ نے، مادی معاملات میں آپ نیڈ پر اپنے کو قناعت کیا آپ نے، تو آپ نے اپنے آپ کو اس کے تیار کیا کہ پوری پوری عمر سال بھر یہی کرتے رہیں آپ۔</w:t>
      </w:r>
    </w:p>
    <w:p>
      <w:r>
        <w:rPr>
          <w:b/>
        </w:rPr>
        <w:t xml:space="preserve">[07:05] </w:t>
      </w:r>
      <w:r>
        <w:t>yaani yahi tareeqa jo aap roze ke zamanay mein mehdood tor par kiya, baqi mahinon mein, baqi saal mein, baqi umar mein yahi tareeqa ikhtiyar karen aap barabar.</w:t>
      </w:r>
    </w:p>
    <w:p>
      <w:pPr>
        <w:jc w:val="right"/>
      </w:pPr>
      <w:r>
        <w:t>یعنی یہی طریقہ جو آپ روزے کے زمانے میں محدود طور پر کیا، بقیہ مہینوں میں، بقیہ سال میں، بقیہ عمر میں یہی طریقہ اختیار کریں آپ برابر۔</w:t>
      </w:r>
    </w:p>
    <w:p>
      <w:r>
        <w:rPr>
          <w:b/>
        </w:rPr>
        <w:t xml:space="preserve">[07:22] </w:t>
      </w:r>
      <w:r>
        <w:t>yaani khane peena hai, furniture hai, zindagi ke saaman hain, jo bhi maadi zarooraten hain, un mein aap iktafa karen kam par.</w:t>
      </w:r>
    </w:p>
    <w:p>
      <w:pPr>
        <w:jc w:val="right"/>
      </w:pPr>
      <w:r>
        <w:t>یعنی کھانے پینا ہے، فرنیچر ہے، زندگی کے سامان ہیں، جو بھی مادی ضرورتیں ہیں، ان میں آپ اکتفا کریں کم پر۔</w:t>
      </w:r>
    </w:p>
    <w:p>
      <w:r>
        <w:rPr>
          <w:b/>
        </w:rPr>
        <w:t xml:space="preserve">[07:35] </w:t>
      </w:r>
      <w:r>
        <w:t>yaani zaroorat par. Need based life ho aap ki. To saara waqt milega aap ko. Study karenge aap, sochenge aap, aap zehni ertaqa fikr karenge aap.</w:t>
      </w:r>
    </w:p>
    <w:p>
      <w:pPr>
        <w:jc w:val="right"/>
      </w:pPr>
      <w:r>
        <w:t>یعنی ضرورت پر۔ نیڈ بیسڈ لائف ہو آپ کی۔ تو سارا وقت ملے گا آپ کو۔ اسٹڈی کریں گے آپ، سوچیں گے آپ، آپ ذہنی ارتقاء فکر کریں گے آپ۔</w:t>
      </w:r>
    </w:p>
    <w:p>
      <w:r>
        <w:rPr>
          <w:b/>
        </w:rPr>
        <w:t xml:space="preserve">[07:49] </w:t>
      </w:r>
      <w:r>
        <w:t>yeh saara maamla hai.</w:t>
      </w:r>
    </w:p>
    <w:p>
      <w:pPr>
        <w:jc w:val="right"/>
      </w:pPr>
      <w:r>
        <w:t>یہ سارا معاملہ ہے۔</w:t>
      </w:r>
    </w:p>
    <w:p>
      <w:r>
        <w:rPr>
          <w:b/>
        </w:rPr>
        <w:t xml:space="preserve">[07:53] </w:t>
      </w:r>
      <w:r>
        <w:t>yeh saara maamla. Aaj kal kya hai? Ek farsi shayar ne kaha tha keh tan parwari khalq, fuzood shud, zar riyazat, juzz garmi, iftar, nadarat, ramzan haiz.</w:t>
      </w:r>
    </w:p>
    <w:p>
      <w:pPr>
        <w:jc w:val="right"/>
      </w:pPr>
      <w:r>
        <w:t>یہ سارا معاملہ۔ آج کل کیا ہے؟ ایک فارسی شاعر نے کہا تھا کہ تن پروری خلق، فضو شد، ذر ریاضت، جز گرمی، افطار، ندارت، رمضان حیض۔</w:t>
      </w:r>
    </w:p>
    <w:p>
      <w:r>
        <w:rPr>
          <w:b/>
        </w:rPr>
        <w:t xml:space="preserve">[08:08] </w:t>
      </w:r>
      <w:r>
        <w:t>yaani ramzan mein aur dhoom machti hai khane peene ki. Yaani ulta aadmi apne aap ko ulti training deta hai. Aur zyada apne ko bana leta hai materialistic,</w:t>
      </w:r>
    </w:p>
    <w:p>
      <w:pPr>
        <w:jc w:val="right"/>
      </w:pPr>
      <w:r>
        <w:t>یعنی رمضان میں اور دھوم مچتی ہے کھانے پینے کی۔ یعنی الٹا آدمی اپنے آپ کو الٹی ٹریننگ دیتا ہے۔ اور زیادہ اپنے کو بنا لیتا ہے مٹیریلسٹ،</w:t>
      </w:r>
    </w:p>
    <w:p>
      <w:r>
        <w:rPr>
          <w:b/>
        </w:rPr>
        <w:t xml:space="preserve">[08:21] </w:t>
      </w:r>
      <w:r>
        <w:t>madah parast.</w:t>
      </w:r>
    </w:p>
    <w:p>
      <w:pPr>
        <w:jc w:val="right"/>
      </w:pPr>
      <w:r>
        <w:t>مادہ پرست۔</w:t>
      </w:r>
    </w:p>
    <w:p>
      <w:r>
        <w:rPr>
          <w:b/>
        </w:rPr>
        <w:t xml:space="preserve">[08:23] </w:t>
      </w:r>
      <w:r>
        <w:t>isi liye hum dekhte hain keh musalmanon mein aqli ertaqa nahi ho raha hai. Kyunkeh unhon ne roze se faida nahi uthaya.</w:t>
      </w:r>
    </w:p>
    <w:p>
      <w:pPr>
        <w:jc w:val="right"/>
      </w:pPr>
      <w:r>
        <w:t>اسی لیے ہم دیکھتے ہیں کہ مسلمانوں میں عقلی ارتقاء نہیں ہو رہا ہے۔ کیونکہ انہوں نے روزے سے فائدہ نہیں اٹھایا۔</w:t>
      </w:r>
    </w:p>
    <w:p>
      <w:r>
        <w:rPr>
          <w:b/>
        </w:rPr>
        <w:t xml:space="preserve">[08:34] </w:t>
      </w:r>
      <w:r>
        <w:t>roza muqarrar kiya gaya</w:t>
      </w:r>
    </w:p>
    <w:p>
      <w:pPr>
        <w:jc w:val="right"/>
      </w:pPr>
      <w:r>
        <w:t>روزہ مقرر کیا گیا</w:t>
      </w:r>
    </w:p>
    <w:p>
      <w:r>
        <w:rPr>
          <w:b/>
        </w:rPr>
        <w:t xml:space="preserve">[08:36] </w:t>
      </w:r>
      <w:r>
        <w:t>tha. Ab aap dekhen surah al-baqarah mein jahan roze ka hukum hai, wahan par do lafz aaye hain.</w:t>
      </w:r>
    </w:p>
    <w:p>
      <w:pPr>
        <w:jc w:val="right"/>
      </w:pPr>
      <w:r>
        <w:t>تھا۔ اب آپ دیکھیں سورہ البقرہ میں جہاں روزے کا حکم ہے، وہاں پر دو لفظ آئے ہیں۔</w:t>
      </w:r>
    </w:p>
    <w:p>
      <w:r>
        <w:rPr>
          <w:b/>
        </w:rPr>
        <w:t xml:space="preserve">[08:45] </w:t>
      </w:r>
      <w:r>
        <w:t>balkeh teen lafz aaye hain. Lallakum tattaqoon lallakum tashkuroon lallayum yarshadoon yaani taake tumhare andar taqwa paida ho.</w:t>
      </w:r>
    </w:p>
    <w:p>
      <w:pPr>
        <w:jc w:val="right"/>
      </w:pPr>
      <w:r>
        <w:t>بلکہ تین لفظ آئے ہیں۔ لَلْكُمْ تَتَّقُونَ لَلْكُمْ تَشْكُرُونَ لَلَّهُمْ يَرْشُدُونَ یعنی تاکہ تمہارے اندر تقویٰ پیدا ہو۔</w:t>
      </w:r>
    </w:p>
    <w:p>
      <w:r>
        <w:rPr>
          <w:b/>
        </w:rPr>
        <w:t xml:space="preserve">[08:59] </w:t>
      </w:r>
      <w:r>
        <w:t>taake tumhare andar shukr paida ho. Taake tumhare andar rushd paida ho.</w:t>
      </w:r>
    </w:p>
    <w:p>
      <w:pPr>
        <w:jc w:val="right"/>
      </w:pPr>
      <w:r>
        <w:t>تاکہ تمہارے اندر شکر پیدا ہو۔ تاکہ تمہارے اندر رشد پیدا ہو۔</w:t>
      </w:r>
    </w:p>
    <w:p>
      <w:r>
        <w:rPr>
          <w:b/>
        </w:rPr>
        <w:t xml:space="preserve">[09:05] </w:t>
      </w:r>
      <w:r>
        <w:t>yeh dekhiye, yeh teeno cheezen intellectual cheezen hain. Fikri cheezen hain, zehni cheezen hain. Ab sochne ki baat hai keh amal to kiya aap ne jismani?</w:t>
      </w:r>
    </w:p>
    <w:p>
      <w:pPr>
        <w:jc w:val="right"/>
      </w:pPr>
      <w:r>
        <w:t>یہ دیکھیے، یہ تینوں چیزیں انٹلیکچول چیزیں ہیں۔ فکری چیزیں ہیں، ذہنی چیزیں ہیں۔ اب سوچنے کی بات ہے کہ عمل تو کیا آپ نے جسمانی؟</w:t>
      </w:r>
    </w:p>
    <w:p>
      <w:r>
        <w:rPr>
          <w:b/>
        </w:rPr>
        <w:t xml:space="preserve">[09:18] </w:t>
      </w:r>
      <w:r>
        <w:t>yaani khana aap ne raat ko khaya, din ko nahi khaya. Yeh to yeh jismani amal hua. Yaani maadi amal hua.</w:t>
      </w:r>
    </w:p>
    <w:p>
      <w:pPr>
        <w:jc w:val="right"/>
      </w:pPr>
      <w:r>
        <w:t>یعنی کھانا آپ نے رات کو کھایا، دن کو نہیں کھایا۔ یہ تو یہ جسمانی عمل ہوا۔ یعنی مادی عمل ہوا۔</w:t>
      </w:r>
    </w:p>
    <w:p>
      <w:r>
        <w:rPr>
          <w:b/>
        </w:rPr>
        <w:t xml:space="preserve">[09:28] </w:t>
      </w:r>
      <w:r>
        <w:t>natija kyun bataya ja raha hai? Intellectual.</w:t>
      </w:r>
    </w:p>
    <w:p>
      <w:pPr>
        <w:jc w:val="right"/>
      </w:pPr>
      <w:r>
        <w:t>نتیجہ کیوں بتایا جا رہا ہے؟ انٹلیکچول۔</w:t>
      </w:r>
    </w:p>
    <w:p>
      <w:r>
        <w:rPr>
          <w:b/>
        </w:rPr>
        <w:t xml:space="preserve">[09:31] </w:t>
      </w:r>
      <w:r>
        <w:t>yaani taqwa aur shukr aur rushd yeh sab fikri nateej hain. Zehen se taluq hai, dimagh se taluq hai.</w:t>
      </w:r>
    </w:p>
    <w:p>
      <w:pPr>
        <w:jc w:val="right"/>
      </w:pPr>
      <w:r>
        <w:t>یعنی تقویٰ اور شکر اور رشد یہ سب فکری نتیجے ہیں۔ ذہن سے تعلق ہے، دماغ سے تعلق ہے۔</w:t>
      </w:r>
    </w:p>
    <w:p>
      <w:r>
        <w:rPr>
          <w:b/>
        </w:rPr>
        <w:t xml:space="preserve">[09:42] </w:t>
      </w:r>
      <w:r>
        <w:t>intellectual process se taluq hai. Yeh sochne ki baat hai keh in aayaton ko aap padhiye dobara Quran majeed mein.</w:t>
      </w:r>
    </w:p>
    <w:p>
      <w:pPr>
        <w:jc w:val="right"/>
      </w:pPr>
      <w:r>
        <w:t>انٹلیکچول پراسیس سے تعلق ہے۔ یہ سوچنے کی بات ہے کہ ان آیتوں کو آپ پڑھیے دوبارہ قرآن مجید میں۔</w:t>
      </w:r>
    </w:p>
    <w:p>
      <w:r>
        <w:rPr>
          <w:b/>
        </w:rPr>
        <w:t xml:space="preserve">[09:52] </w:t>
      </w:r>
      <w:r>
        <w:t>surah al-baqarah mein yeh aayaten hain. 183, 84, 85, 86 yeh aayaten hain.</w:t>
      </w:r>
    </w:p>
    <w:p>
      <w:pPr>
        <w:jc w:val="right"/>
      </w:pPr>
      <w:r>
        <w:t>سورہ البقرہ میں یہ آیتیں ہیں۔ 183، 84، 85، 86 یہ آیتیں ہیں۔</w:t>
      </w:r>
    </w:p>
    <w:p>
      <w:r>
        <w:rPr>
          <w:b/>
        </w:rPr>
        <w:t xml:space="preserve">[10:01] </w:t>
      </w:r>
      <w:r>
        <w:t>to yeh bohat zyada sochne ki baat hai keh hukum to diya gaya keh roza rakho. Yaani din ke waqt khana khao. Aur natija kya bata rahe hain?</w:t>
      </w:r>
    </w:p>
    <w:p>
      <w:pPr>
        <w:jc w:val="right"/>
      </w:pPr>
      <w:r>
        <w:t>تو یہ بہت زیادہ سوچنے کی بات ہے کہ حکم تو دیا گیا کہ روزہ رکھو۔ یعنی دن کے وقت کھانا کھاؤ۔ اور نتیجہ کیا بتا رہے ہیں؟</w:t>
      </w:r>
    </w:p>
    <w:p>
      <w:r>
        <w:rPr>
          <w:b/>
        </w:rPr>
        <w:t xml:space="preserve">[10:13] </w:t>
      </w:r>
      <w:r>
        <w:t>natija bata rahe hain keh is se shukr paida hoga, taqwa paida hoga, rushd paida hoga. Yaani intellectual term mein natija bata rahe hain. Amal to material hai, jismani hai, physical hai.</w:t>
      </w:r>
    </w:p>
    <w:p>
      <w:pPr>
        <w:jc w:val="right"/>
      </w:pPr>
      <w:r>
        <w:t>نتیجہ بتا رہے ہیں کہ اس سے شکر پیدا ہوگا، تقویٰ پیدا ہوگا، رشد پیدا ہوگا۔ یعنی انٹلیکچول ٹرم میں نتیجہ بتا رہے ہیں۔ عمل تو مٹیریل ہے، جسمانی ہے، فزیکل ہے۔</w:t>
      </w:r>
    </w:p>
    <w:p>
      <w:r>
        <w:rPr>
          <w:b/>
        </w:rPr>
        <w:t xml:space="preserve">[10:26] </w:t>
      </w:r>
      <w:r>
        <w:t>aur natija intellectual</w:t>
      </w:r>
    </w:p>
    <w:p>
      <w:pPr>
        <w:jc w:val="right"/>
      </w:pPr>
      <w:r>
        <w:t>اور نتیجہ انٹلیکچول</w:t>
      </w:r>
    </w:p>
    <w:p>
      <w:r>
        <w:rPr>
          <w:b/>
        </w:rPr>
        <w:t xml:space="preserve">[10:30] </w:t>
      </w:r>
      <w:r>
        <w:t>۔ To is ke maani yeh hue keh is tarah sochna padega aap ko. Maine is mein bohat bohat ghore kiya keh roze se kya taluq hai intellectual ertaqa ka?</w:t>
      </w:r>
    </w:p>
    <w:p>
      <w:pPr>
        <w:jc w:val="right"/>
      </w:pPr>
      <w:r>
        <w:t>۔ تو اس کے معنی یہ ہوئے کہ اس طرح سوچنا پڑے گا آپ کو۔ میں نے اس میں بہت بہت غور کیا کہ روزے سے کیا تعلق ہے انٹلیکچول ارتقاء کا؟</w:t>
      </w:r>
    </w:p>
    <w:p>
      <w:r>
        <w:rPr>
          <w:b/>
        </w:rPr>
        <w:t xml:space="preserve">[10:44] </w:t>
      </w:r>
      <w:r>
        <w:t>kya taluq hai? To sirf bhooka rehne se aap ka intellectual development nahi ho jayega.</w:t>
      </w:r>
    </w:p>
    <w:p>
      <w:pPr>
        <w:jc w:val="right"/>
      </w:pPr>
      <w:r>
        <w:t>کیا تعلق ہے؟ تو صرف بھوکا رہنے سے آپ کا انٹلیکچول ڈیولپمنٹ نہیں ہو جائے گا۔</w:t>
      </w:r>
    </w:p>
    <w:p>
      <w:r>
        <w:rPr>
          <w:b/>
        </w:rPr>
        <w:t xml:space="preserve">[10:53] </w:t>
      </w:r>
      <w:r>
        <w:t>yeh hum paas bole. Sahab, khali bhooke rahen aap to is ka matlab nahi keh aap ka idhar intellectual development ho jayega. Bohat se ghareeb log hain, un ko khana kam milta hai.</w:t>
      </w:r>
    </w:p>
    <w:p>
      <w:pPr>
        <w:jc w:val="right"/>
      </w:pPr>
      <w:r>
        <w:t>یہ ہم پاس بولے۔ صاحب، خالی بھوکے رہیں آپ تو اس کا مطلب نہیں کہ آپ کا ادھر انٹلیکچول ڈیولپمنٹ ہو جائے گا۔ بہت سے غریب لوگ ہیں، ان کو کھانا کم ملتا ہے۔</w:t>
      </w:r>
    </w:p>
    <w:p>
      <w:r>
        <w:rPr>
          <w:b/>
        </w:rPr>
        <w:t xml:space="preserve">[11:07] </w:t>
      </w:r>
      <w:r>
        <w:t>to kiya un ka zehni irtiqaa paida ho jata hai? apne aap mein ho sakta hai.</w:t>
      </w:r>
    </w:p>
    <w:p>
      <w:pPr>
        <w:jc w:val="right"/>
      </w:pPr>
      <w:r>
        <w:t>تو کیا ان کا ذہنی ارتقاء پیدا ہو جاتا ہے؟ اپنے آپ میں ہو سکتا ہے۔</w:t>
      </w:r>
    </w:p>
    <w:p>
      <w:r>
        <w:rPr>
          <w:b/>
        </w:rPr>
        <w:t xml:space="preserve">[11:13] </w:t>
      </w:r>
      <w:r>
        <w:t>yeh hai save time. save time ki ka formula. ke maadi cheezon mein kam se kam kam se kam time kharch karo.</w:t>
      </w:r>
    </w:p>
    <w:p>
      <w:pPr>
        <w:jc w:val="right"/>
      </w:pPr>
      <w:r>
        <w:t>یہ ہے سیو ٹائم۔ سیو ٹائم کی کا فارمولا۔ کہ مادی چیزوں میں کم سے کم کم سے کم ٹائم خرچ کرو۔</w:t>
      </w:r>
    </w:p>
    <w:p>
      <w:r>
        <w:rPr>
          <w:b/>
        </w:rPr>
        <w:t xml:space="preserve">[11:27] </w:t>
      </w:r>
      <w:r>
        <w:t>maadi cheezon ko kam se kam apna apna concern banao. to kiya hoga? tum ko ample time milega ke tum socho, study karo, zehni irtiqaa ka saamaan karo.</w:t>
      </w:r>
    </w:p>
    <w:p>
      <w:pPr>
        <w:jc w:val="right"/>
      </w:pPr>
      <w:r>
        <w:t>مادی چیزوں کو کم سے کم اپنا اپنا کنسرن بناؤ۔ تو کیا ہوگا؟ تم کو انف ٹائم ملے گا کہ تم سوچو، اسٹڈی کرو، ذہنی ارتقاء کا سامان کرو۔</w:t>
      </w:r>
    </w:p>
    <w:p>
      <w:r>
        <w:rPr>
          <w:b/>
        </w:rPr>
        <w:t xml:space="preserve">[11:40] </w:t>
      </w:r>
      <w:r>
        <w:t>yeh matlab hai is ka.</w:t>
      </w:r>
    </w:p>
    <w:p>
      <w:pPr>
        <w:jc w:val="right"/>
      </w:pPr>
      <w:r>
        <w:t>یہ مطلب ہے اس کا۔</w:t>
      </w:r>
    </w:p>
    <w:p>
      <w:r>
        <w:rPr>
          <w:b/>
        </w:rPr>
        <w:t xml:space="preserve">[11:42] </w:t>
      </w:r>
      <w:r>
        <w:t>wohi jo mein ne arz kiya ke do do</w:t>
      </w:r>
    </w:p>
    <w:p>
      <w:pPr>
        <w:jc w:val="right"/>
      </w:pPr>
      <w:r>
        <w:t>وہی جو میں نے عرض کیا کہ دو دو</w:t>
      </w:r>
    </w:p>
    <w:p>
      <w:r>
        <w:rPr>
          <w:b/>
        </w:rPr>
        <w:t xml:space="preserve">[11:50] </w:t>
      </w:r>
      <w:r>
        <w:t>lifestyle hain. do. ek hai simple living, high thinking. doosra yeh hai ke luxurious living aur best thinking.</w:t>
      </w:r>
    </w:p>
    <w:p>
      <w:pPr>
        <w:jc w:val="right"/>
      </w:pPr>
      <w:r>
        <w:t>لائف اسٹائل ہیں۔ دو۔ ایک ہے سمپل لیونگ، ہائی تھنکنگ۔ دوسرا یہ ہے کہ لگزوریس لیونگ اور بیسٹ تھنکنگ۔</w:t>
      </w:r>
    </w:p>
    <w:p>
      <w:r>
        <w:rPr>
          <w:b/>
        </w:rPr>
        <w:t xml:space="preserve">[12:02] </w:t>
      </w:r>
      <w:r>
        <w:t>to roza ka matlab hai simple living, high thinking ka option lena.</w:t>
      </w:r>
    </w:p>
    <w:p>
      <w:pPr>
        <w:jc w:val="right"/>
      </w:pPr>
      <w:r>
        <w:t>تو روزہ کا مطلب ہے سمپل لیونگ، ہائی تھنک کا آپشن لینا۔</w:t>
      </w:r>
    </w:p>
    <w:p>
      <w:r>
        <w:rPr>
          <w:b/>
        </w:rPr>
        <w:t xml:space="preserve">[12:11] </w:t>
      </w:r>
      <w:r>
        <w:t>yeh bohat hi zyada important baat hai, samajhna chahiye is ko. acha, rushd ka jo aaya hai lafz Quran majeed mein. li lahum yarshadoon yani Quran mein jo Surah Al Baqarah mein jahan rozay ka kaam aaye hain,</w:t>
      </w:r>
    </w:p>
    <w:p>
      <w:pPr>
        <w:jc w:val="right"/>
      </w:pPr>
      <w:r>
        <w:t>یہ بہت ہی زیادہ امپورٹنٹ بات ہے، سمجھنا چاہیے اس کو۔ اچھا، رشد کا جو آیا ہے لفظ قرآن مجید میں۔ لَلَّهُمْ يَرْشُدُونَ یعنی قرآن میں جو سورہ البقرہ میں جہاں روزے کا کام آئے ہیں،</w:t>
      </w:r>
    </w:p>
    <w:p>
      <w:r>
        <w:rPr>
          <w:b/>
        </w:rPr>
        <w:t xml:space="preserve">[12:27] </w:t>
      </w:r>
      <w:r>
        <w:t>wahan par hai ke wa idha saalaka ibadi anni fa inni qareebun wa jibt da'wat ad da'i zadan fal yastajeebooni wal yu'mino bi li lahum yarshadoon yani so that they may be rightly guided.</w:t>
      </w:r>
    </w:p>
    <w:p>
      <w:pPr>
        <w:jc w:val="right"/>
      </w:pPr>
      <w:r>
        <w:t>وہاں پر ہے کہ وَإِذَا سَأَلَكَ عِبَادِي أَنِّي فَأَنِّي قَرِيبٌ وَجُبْتُ دَعْوَةَ الدَّعَاءِ ذَا دَانٍ فَلْيَسْتَجِيبُونِي وَلْيُؤْمِنُوا بِي لَلَّهُمْ يَرْشُدُونَ یعنی سو دیٹ دے می بی رائٹلی گائیڈڈ۔</w:t>
      </w:r>
    </w:p>
    <w:p>
      <w:r>
        <w:rPr>
          <w:b/>
        </w:rPr>
        <w:t xml:space="preserve">[12:45] </w:t>
      </w:r>
      <w:r>
        <w:t>is ka tarjuma hoga so that they may be rightly guided. taake woh sahi rasta paayein. ab bataiye ke sahi rasta kiya hai?</w:t>
      </w:r>
    </w:p>
    <w:p>
      <w:pPr>
        <w:jc w:val="right"/>
      </w:pPr>
      <w:r>
        <w:t>اس کا ترجمہ ہوگا سو دیٹ دے می بی رائٹلی گائیڈڈ۔ تاکہ وہ صحیح راستہ پائیں۔ اب بتائیے کہ صحیح راستہ کیا ہے؟</w:t>
      </w:r>
    </w:p>
    <w:p>
      <w:r>
        <w:rPr>
          <w:b/>
        </w:rPr>
        <w:t xml:space="preserve">[12:57] </w:t>
      </w:r>
      <w:r>
        <w:t>bhooka rehne se sahi rasta kisay mil jayega? koi bhooka pada rahe to sahi rasta mil jayega is ko? aisa nahi ho sakta.</w:t>
      </w:r>
    </w:p>
    <w:p>
      <w:pPr>
        <w:jc w:val="right"/>
      </w:pPr>
      <w:r>
        <w:t>بھوکا رہنے سے صحیح راستہ کسے مل جائے گا؟ کوئی بھوکا پڑا رہے تو صحیح راستہ مل جائے گا اس کو؟ ایسا نہیں ہو سکتا۔</w:t>
      </w:r>
    </w:p>
    <w:p>
      <w:r>
        <w:rPr>
          <w:b/>
        </w:rPr>
        <w:t xml:space="preserve">[13:06] </w:t>
      </w:r>
      <w:r>
        <w:t>bhoke rehne ke maani hain zyada sochna. kam khana zyada sochna.</w:t>
      </w:r>
    </w:p>
    <w:p>
      <w:pPr>
        <w:jc w:val="right"/>
      </w:pPr>
      <w:r>
        <w:t>بھوکے رہنے کے معنی ہیں زیادہ سوچنا۔ کم کھانا زیادہ سوچنا۔</w:t>
      </w:r>
    </w:p>
    <w:p>
      <w:r>
        <w:rPr>
          <w:b/>
        </w:rPr>
        <w:t xml:space="preserve">[13:12] </w:t>
      </w:r>
      <w:r>
        <w:t>maadi cheezon mein kam waqt laga kar zyada ghor o fikr karna. tab zehni irtiqaa hoga.</w:t>
      </w:r>
    </w:p>
    <w:p>
      <w:pPr>
        <w:jc w:val="right"/>
      </w:pPr>
      <w:r>
        <w:t>مادی چیزوں میں کم وقت لگا کر زیادہ غور و فکر کرنا۔ تب ذہنی ارتقاء ہوگا۔</w:t>
      </w:r>
    </w:p>
    <w:p>
      <w:r>
        <w:rPr>
          <w:b/>
        </w:rPr>
        <w:t xml:space="preserve">[13:22] </w:t>
      </w:r>
      <w:r>
        <w:t>yeh bohat zyada sochne ki baat hai. to dekhiye, aaj subah mein soch raha tha isi ko le kar ke yeh saari saari ummat jo hai is aql se mehroom ho gayi hai.</w:t>
      </w:r>
    </w:p>
    <w:p>
      <w:pPr>
        <w:jc w:val="right"/>
      </w:pPr>
      <w:r>
        <w:t>یہ بہت زیادہ سوچنے کی بات ہے۔ تو دیکھیے، آج صبح میں سوچ رہا تھا اسی کو لے کر کہ یہ ساری ساری امت جو ہے اس عقل سے محروم ہو گئی ہے۔</w:t>
      </w:r>
    </w:p>
    <w:p>
      <w:r>
        <w:rPr>
          <w:b/>
        </w:rPr>
        <w:t xml:space="preserve">[13:38] </w:t>
      </w:r>
      <w:r>
        <w:t>aql se mehroom. yani sochna nahi aata in ko</w:t>
      </w:r>
    </w:p>
    <w:p>
      <w:pPr>
        <w:jc w:val="right"/>
      </w:pPr>
      <w:r>
        <w:t>عقل سے محروم۔ یعنی سوچنا نہیں آتا ان کو</w:t>
      </w:r>
    </w:p>
    <w:p>
      <w:r>
        <w:rPr>
          <w:b/>
        </w:rPr>
        <w:t xml:space="preserve">[13:41] </w:t>
      </w:r>
      <w:r>
        <w:t>. khali shor karte hain, ladte phirte hain. jo laday pharay aur nafratein kare woh soch se mehroom hai.</w:t>
      </w:r>
    </w:p>
    <w:p>
      <w:pPr>
        <w:jc w:val="right"/>
      </w:pPr>
      <w:r>
        <w:t>۔ خالی شور کرتے ہیں، لڑتے پھرتے ہیں۔ جو لڑے پھڑے اور نفرتیں کرے وہ سوچ سے محروم ہے۔</w:t>
      </w:r>
    </w:p>
    <w:p>
      <w:r>
        <w:rPr>
          <w:b/>
        </w:rPr>
        <w:t xml:space="preserve">[13:54] </w:t>
      </w:r>
      <w:r>
        <w:t>jis duniya ke jis hissay mein jaiye Musalmanon ko aap paayenge ke nafrat bhi jeete hain, shikayat bhi jeete hain. yani tashaddud ki soch un ki hai.</w:t>
      </w:r>
    </w:p>
    <w:p>
      <w:pPr>
        <w:jc w:val="right"/>
      </w:pPr>
      <w:r>
        <w:t>جس دنیا کے جس حصے میں جائیے مسلمانوں کو آپ پائیں گے کہ نفرت بھی جیتے ہیں، شکایت بھی جیتے ہیں۔ یعنی تشدد کی سوچ ان کی ہے۔</w:t>
      </w:r>
    </w:p>
    <w:p>
      <w:r>
        <w:rPr>
          <w:b/>
        </w:rPr>
        <w:t xml:space="preserve">[14:04] </w:t>
      </w:r>
      <w:r>
        <w:t>har jagah, yahan se le kar America tak. jo is tarah ki zindagi guzare woh sirf yeh sabit kar raha hai ke woh intellectual starvation ka shikar ho raha hai.</w:t>
      </w:r>
    </w:p>
    <w:p>
      <w:pPr>
        <w:jc w:val="right"/>
      </w:pPr>
      <w:r>
        <w:t>ہر جگہ، یہاں سے لے کر امریکہ تک۔ جو اس طرح کی زندگی گزارے وہ صرف یہ ثابت کر رہا ہے کہ وہ انٹلیکچول اسٹارویشن کا شکار ہو رہا ہے۔</w:t>
      </w:r>
    </w:p>
    <w:p>
      <w:r>
        <w:rPr>
          <w:b/>
        </w:rPr>
        <w:t xml:space="preserve">[14:19] </w:t>
      </w:r>
      <w:r>
        <w:t>sochne ka maada is ke andar nahi. mein aap ko ek misaal deta hoon. is se yeh baat wazeh hogi.</w:t>
      </w:r>
    </w:p>
    <w:p>
      <w:pPr>
        <w:jc w:val="right"/>
      </w:pPr>
      <w:r>
        <w:t>سوچنے کا مادہ اس کے اندر نہیں۔ میں آپ کو ایک مثال دیتا ہوں۔ اس سے یہ بات واضح ہوگی۔</w:t>
      </w:r>
    </w:p>
    <w:p>
      <w:r>
        <w:rPr>
          <w:b/>
        </w:rPr>
        <w:t xml:space="preserve">[14:31] </w:t>
      </w:r>
      <w:r>
        <w:t>ek Arabi magazine mein, ek Arabi magazine mein ek article chapa hai minorities par.</w:t>
      </w:r>
    </w:p>
    <w:p>
      <w:pPr>
        <w:jc w:val="right"/>
      </w:pPr>
      <w:r>
        <w:t>ایک عربی میگزین میں، ایک عربی میگزین میں ایک آرٹیکل چھپا ہے مائنارٹیز پر۔</w:t>
      </w:r>
    </w:p>
    <w:p>
      <w:r>
        <w:rPr>
          <w:b/>
        </w:rPr>
        <w:t xml:space="preserve">[14:41] </w:t>
      </w:r>
      <w:r>
        <w:t>minorities. jisay India mein hum log kaha jata hai. mein to nahi kehta yeh boli badi nahi hai. yeh meri badi, mein nahi kehta ke mein minority aqalliyat hoon.</w:t>
      </w:r>
    </w:p>
    <w:p>
      <w:pPr>
        <w:jc w:val="right"/>
      </w:pPr>
      <w:r>
        <w:t>مائنارٹیز۔ جسے انڈیا میں ہم لوگ کہا جاتا ہے۔ میں تو نہیں کہتا یہ بولی بڑی نہیں ہے۔ یہ میری بڑی، میں نہیں کہتا کہ میں مائنارٹی اقلیت ہوں۔</w:t>
      </w:r>
    </w:p>
    <w:p>
      <w:r>
        <w:rPr>
          <w:b/>
        </w:rPr>
        <w:t xml:space="preserve">[14:51] </w:t>
      </w:r>
      <w:r>
        <w:t>yeh meri boli nahi hai. lekin behraal log yeh kehte hain ke Musalman minority mein hain yahan.</w:t>
      </w:r>
    </w:p>
    <w:p>
      <w:pPr>
        <w:jc w:val="right"/>
      </w:pPr>
      <w:r>
        <w:t>یہ میری بولی نہیں ہے۔ لیکن بہرحال لوگ یہ کہتے ہیں کہ مسلمان مائنارٹی میں ہیں یہاں۔</w:t>
      </w:r>
    </w:p>
    <w:p>
      <w:r>
        <w:rPr>
          <w:b/>
        </w:rPr>
        <w:t xml:space="preserve">[14:59] </w:t>
      </w:r>
      <w:r>
        <w:t>mein is ko bohat hi cheap thinking samajhta hoon. hum insaan hain, hum Indian hain. minority kiya cheez hoti hai?</w:t>
      </w:r>
    </w:p>
    <w:p>
      <w:pPr>
        <w:jc w:val="right"/>
      </w:pPr>
      <w:r>
        <w:t>میں اس کو بہت ہی چیپ تھنکنگ سمجھتا ہوں۔ ہم انسان ہیں، ہم انڈین ہیں۔ مائنارٹی کیا چیز ہوتی ہے؟</w:t>
      </w:r>
    </w:p>
    <w:p>
      <w:r>
        <w:rPr>
          <w:b/>
        </w:rPr>
        <w:t xml:space="preserve">[15:10] </w:t>
      </w:r>
      <w:r>
        <w:t>to khair, is mein chapa hai mazmoon aqalliyat ke baray mein. to is mein kiya bataya unhon ne?</w:t>
      </w:r>
    </w:p>
    <w:p>
      <w:pPr>
        <w:jc w:val="right"/>
      </w:pPr>
      <w:r>
        <w:t>تو خیر، اس میں چھپا ہے مضمون اقلیات کے بارے میں۔ تو اس میں کیا بتایا انہوں نے؟</w:t>
      </w:r>
    </w:p>
    <w:p>
      <w:r>
        <w:rPr>
          <w:b/>
        </w:rPr>
        <w:t xml:space="preserve">[15:22] </w:t>
      </w:r>
      <w:r>
        <w:t>al-aqalliyat al-muslima tuwajihu khatrata adh-dhawaban</w:t>
      </w:r>
    </w:p>
    <w:p>
      <w:pPr>
        <w:jc w:val="right"/>
      </w:pPr>
      <w:r>
        <w:t>الْأَقْلِيَّاتُ الْمُسْلِمَةُ تَوَاجَهُ خَطْرَةُ الْذَوَابَانِ</w:t>
      </w:r>
    </w:p>
    <w:p>
      <w:r>
        <w:rPr>
          <w:b/>
        </w:rPr>
        <w:t xml:space="preserve">[15:30] </w:t>
      </w:r>
      <w:r>
        <w:t>al-aqalliyatul musallimatu tuwajihu khatrata adh-dhawaban yani muslim minorities ko khatra hai assimilation ka.</w:t>
      </w:r>
    </w:p>
    <w:p>
      <w:pPr>
        <w:jc w:val="right"/>
      </w:pPr>
      <w:r>
        <w:t>الْأَقْلِيَّاتُ الْمُسْلِمَةُ تَوَاجَهُ خَطْرَةُ الْذَوَابَانِ یعنی مسلم مائنارٹیز کو خطرہ ہے اسیمیلیشن کا۔</w:t>
      </w:r>
    </w:p>
    <w:p>
      <w:r>
        <w:rPr>
          <w:b/>
        </w:rPr>
        <w:t xml:space="preserve">[15:41] </w:t>
      </w:r>
      <w:r>
        <w:t>assimilation. yani minority mein woh ho jayen. assimilate ho jayen. yeh bilkul speed soch hai. speed. speed is liye hai ke law of nature ke khilaf hai yeh.</w:t>
      </w:r>
    </w:p>
    <w:p>
      <w:pPr>
        <w:jc w:val="right"/>
      </w:pPr>
      <w:r>
        <w:t>اسیمیلیشن۔ یعنی مائنارٹی میں وہ ہو جائیں۔ اسیمیلیٹ ہو جائیں۔ یہ بالکل اسپیڈ سوچ ہے۔ اسپیڈ۔ اسپیڈ اس لیے ہے کہ لاء آف نیچر کے خلاف ہے یہ۔</w:t>
      </w:r>
    </w:p>
    <w:p>
      <w:r>
        <w:rPr>
          <w:b/>
        </w:rPr>
        <w:t xml:space="preserve">[15:55] </w:t>
      </w:r>
      <w:r>
        <w:t>ab ko ab aap is ko quran mein dekhiye. quran mein.</w:t>
      </w:r>
    </w:p>
    <w:p>
      <w:pPr>
        <w:jc w:val="right"/>
      </w:pPr>
      <w:r>
        <w:t>اب کو اب آپ اس کو قرآن میں دیکھیے۔ قرآن میں۔</w:t>
      </w:r>
    </w:p>
    <w:p>
      <w:r>
        <w:rPr>
          <w:b/>
        </w:rPr>
        <w:t xml:space="preserve">[16:00] </w:t>
      </w:r>
      <w:r>
        <w:t>quran high thinking paida karne ke liye aaya hai. high thinking. quran mein hai kam min fi'atin qalilatin ghalabat fi'atan kathiratan bi-idhnillah yani aqalliyat ghalib aa jati hai aksariyat par Allah ke hukum se.</w:t>
      </w:r>
    </w:p>
    <w:p>
      <w:pPr>
        <w:jc w:val="right"/>
      </w:pPr>
      <w:r>
        <w:t>قرآن ہائی تھنکنگ پیدا کرنے کے لیے آیا ہے۔ ہائی تھنکنگ۔ قرآن میں ہے كَمْ مِنْ فَيْتٍ قَلِيلَةٍ غَلَبَتْ فَيْتًا كَثِيرَةً بِإِذْنِ اللَّهِ یعنی اقلیت غالب آ جاتی ہے اکثریت پر اللہ کے حکم سے۔</w:t>
      </w:r>
    </w:p>
    <w:p>
      <w:r>
        <w:rPr>
          <w:b/>
        </w:rPr>
        <w:t xml:space="preserve">[16:21] </w:t>
      </w:r>
      <w:r>
        <w:t>yani fitrat ke account follow karti hai.</w:t>
      </w:r>
    </w:p>
    <w:p>
      <w:pPr>
        <w:jc w:val="right"/>
      </w:pPr>
      <w:r>
        <w:t>یعنی فطرت کے اکاؤنٹ فالو کرتی ہے۔</w:t>
      </w:r>
    </w:p>
    <w:p>
      <w:r>
        <w:rPr>
          <w:b/>
        </w:rPr>
        <w:t xml:space="preserve">[16:26] </w:t>
      </w:r>
      <w:r>
        <w:t>ab dekhiye ke quran to yeh keh raha hai ke aqalliyat jo hai, minority jo hai, woh advantageous position mein hai. kaisi ajeeb baat hai.</w:t>
      </w:r>
    </w:p>
    <w:p>
      <w:pPr>
        <w:jc w:val="right"/>
      </w:pPr>
      <w:r>
        <w:t>اب دیکھیں کہ قرآن تو یہ کہہ رہا ہے کہ اقلیت جو ہے، مائنارٹی جو ہے، وہ ایڈوانٹیجس پوزیشن میں ہے۔ کیسی عجیب بات ہے۔</w:t>
      </w:r>
    </w:p>
    <w:p>
      <w:r>
        <w:rPr>
          <w:b/>
        </w:rPr>
        <w:t xml:space="preserve">[16:37] </w:t>
      </w:r>
      <w:r>
        <w:t>tamam muslim mind jo hain, sari dunya ke muslim mind, sab minority ko le kar ke cheekh o pukar karte hain. India se le kar ke kahan kahin bhi jaiye aap</w:t>
      </w:r>
    </w:p>
    <w:p>
      <w:pPr>
        <w:jc w:val="right"/>
      </w:pPr>
      <w:r>
        <w:t>تمام مسلم مائنڈ جو ہیں، ساری دنیا کے مسلم مائنڈ، سب مائنارٹی کو لے کر کے چیخ و پکار کرتے ہیں۔ انڈیا سے لے کر کے کہاں کہیں بھی جائیے آپ</w:t>
      </w:r>
    </w:p>
    <w:p>
      <w:r>
        <w:rPr>
          <w:b/>
        </w:rPr>
        <w:t xml:space="preserve">[16:48] </w:t>
      </w:r>
      <w:r>
        <w:t>ke minority pe zulm ho raha hai. minority ko sataya ja raha hai. minority ko dabaya ja raha hai. minority ke sath woh discrimination ho raha hai waghera waghera.</w:t>
      </w:r>
    </w:p>
    <w:p>
      <w:pPr>
        <w:jc w:val="right"/>
      </w:pPr>
      <w:r>
        <w:t>کہ مائنارٹی پہ ظلم ہو رہا ہے۔ مائنارٹی کو ستایا جا رہا ہے۔ مائنارٹی کو دبایا جا رہا ہے۔ مائنارٹی کے ساتھ وہ ڈسکریمنشن ہو رہا ہے وغیرہ وغیرہ۔</w:t>
      </w:r>
    </w:p>
    <w:p>
      <w:r>
        <w:rPr>
          <w:b/>
        </w:rPr>
        <w:t xml:space="preserve">[17:02] </w:t>
      </w:r>
      <w:r>
        <w:t>yani har aadmi yahi boli bol raha hai. ab ghor kijiye quran mein to quran mein to is ke khilaf hai. kam min fi'atin qalilatin ghalabat fi'atin kathiratan bi-idhnillah</w:t>
      </w:r>
    </w:p>
    <w:p>
      <w:pPr>
        <w:jc w:val="right"/>
      </w:pPr>
      <w:r>
        <w:t>یعنی ہر آدمی یہی بولی بول رہا ہے۔ اب غور کیجیے قرآن میں تو قرآن میں تو اس کے خلاف ہے۔ كَمْ مِنْ فَيْتٍ قَلِيلَةٍ غَلَبَتْ فَيْتٍ كَثِيرَةً بِإِذْنِ اللَّهِ</w:t>
      </w:r>
    </w:p>
    <w:p>
      <w:r>
        <w:rPr>
          <w:b/>
        </w:rPr>
        <w:t xml:space="preserve">[17:18] </w:t>
      </w:r>
      <w:r>
        <w:t>ke jo minority group hai woh minority par ghalib aa sakta hai. agar agar woh fitrat ke qanoon ko follow kare to.</w:t>
      </w:r>
    </w:p>
    <w:p>
      <w:pPr>
        <w:jc w:val="right"/>
      </w:pPr>
      <w:r>
        <w:t>کہ جو مائنارٹی گروپ ہے وہ مائنارٹی پر غالب آ سکتا ہے۔ اگر اگر وہ فطرت کے قانون کو فالو کرے تو۔</w:t>
      </w:r>
    </w:p>
    <w:p>
      <w:r>
        <w:rPr>
          <w:b/>
        </w:rPr>
        <w:t xml:space="preserve">[17:29] </w:t>
      </w:r>
      <w:r>
        <w:t>yani itni bari hope hai quran majeed ki is ayat mein. aur log shikayaton mein jee rahe hain.</w:t>
      </w:r>
    </w:p>
    <w:p>
      <w:pPr>
        <w:jc w:val="right"/>
      </w:pPr>
      <w:r>
        <w:t>یعنی اتنی بڑی ہوپ ہے قرآن مجید کی اس آیت میں۔ اور لوگ شکایتوں میں جی رہے ہیں۔</w:t>
      </w:r>
    </w:p>
    <w:p>
      <w:r>
        <w:rPr>
          <w:b/>
        </w:rPr>
        <w:t xml:space="preserve">[17:40] </w:t>
      </w:r>
      <w:r>
        <w:t>shikayaton mein</w:t>
      </w:r>
    </w:p>
    <w:p>
      <w:pPr>
        <w:jc w:val="right"/>
      </w:pPr>
      <w:r>
        <w:t>شکایتوں میں</w:t>
      </w:r>
    </w:p>
    <w:p>
      <w:r>
        <w:rPr>
          <w:b/>
        </w:rPr>
        <w:t xml:space="preserve">[17:41] </w:t>
      </w:r>
      <w:r>
        <w:t>jee rahe hain. wajah kya hai? main ne is par ghor kiya ke sare musalman apna zehan banate hain media se. sare yahan se le kar America tak main ne logon ko paya.</w:t>
      </w:r>
    </w:p>
    <w:p>
      <w:pPr>
        <w:jc w:val="right"/>
      </w:pPr>
      <w:r>
        <w:t>جی رہے ہیں۔ وجہ کیا ہے؟ میں نے اس پر غور کیا کہ سارے مسلمان اپنا ذہن بناتے ہیں میڈیا سے۔ سارے یہاں سے لے کر امریکہ تک میں نے لوگوں کو پایا۔</w:t>
      </w:r>
    </w:p>
    <w:p>
      <w:r>
        <w:rPr>
          <w:b/>
        </w:rPr>
        <w:t xml:space="preserve">[17:52] </w:t>
      </w:r>
      <w:r>
        <w:t>media mein jo chupta hai usi se un ka zehan banta hai. yani media jo hai woh woh kya hai?</w:t>
      </w:r>
    </w:p>
    <w:p>
      <w:pPr>
        <w:jc w:val="right"/>
      </w:pPr>
      <w:r>
        <w:t>میڈیا میں جو چھپتا ہے اسی سے ان کا ذہن بنتا ہے۔ یعنی میڈیا جو ہے وہ وہ کیا ہے؟</w:t>
      </w:r>
    </w:p>
    <w:p>
      <w:r>
        <w:rPr>
          <w:b/>
        </w:rPr>
        <w:t xml:space="preserve">[18:03] </w:t>
      </w:r>
      <w:r>
        <w:t>opinion making ka kaam kar raha hai media musalmanon ki. ab media to aap jante hain negative khabrein hoti hain.</w:t>
      </w:r>
    </w:p>
    <w:p>
      <w:pPr>
        <w:jc w:val="right"/>
      </w:pPr>
      <w:r>
        <w:t>اوپینین میکنگ کا کام کر رہا ہے میڈیا مسلمانوں کی۔ اب میڈیا تو آپ جانتے ہیں نیگیٹیو خبریں ہوتی ہیں۔</w:t>
      </w:r>
    </w:p>
    <w:p>
      <w:r>
        <w:rPr>
          <w:b/>
        </w:rPr>
        <w:t xml:space="preserve">[18:10] </w:t>
      </w:r>
      <w:r>
        <w:t>to yeh sab chhapta hai woh. media ka kaam yeh hai ke negative khabrein chhape. lekin aap ghor kijiye ke quran mein kya likha hai?</w:t>
      </w:r>
    </w:p>
    <w:p>
      <w:pPr>
        <w:jc w:val="right"/>
      </w:pPr>
      <w:r>
        <w:t>تو یہ سب چھاپتا ہے وہ۔ میڈیا کا کام یہ ہے کہ نیگیٹیو خبریں چھاپے۔ لیکن آپ غور کیجیے کہ قرآن میں کیا لکھا ہے؟</w:t>
      </w:r>
    </w:p>
    <w:p>
      <w:r>
        <w:rPr>
          <w:b/>
        </w:rPr>
        <w:t xml:space="preserve">[18:20] </w:t>
      </w:r>
      <w:r>
        <w:t>apni soch ko aap quran se shuru kijiye. media se mat shuru kijiye.</w:t>
      </w:r>
    </w:p>
    <w:p>
      <w:pPr>
        <w:jc w:val="right"/>
      </w:pPr>
      <w:r>
        <w:t>اپنی سوچ کو آپ قرآن سے شروع کیجیے۔ میڈیا سے مت شروع کیجیے۔</w:t>
      </w:r>
    </w:p>
    <w:p>
      <w:r>
        <w:rPr>
          <w:b/>
        </w:rPr>
        <w:t xml:space="preserve">[18:29] </w:t>
      </w:r>
      <w:r>
        <w:t>kyun ke in logon ne woh roza rakha nahi jis mein ke intellectual development hota hai.</w:t>
      </w:r>
    </w:p>
    <w:p>
      <w:pPr>
        <w:jc w:val="right"/>
      </w:pPr>
      <w:r>
        <w:t>کیونکہ ان لوگوں نے وہ روزہ رکھا نہیں جس میں کہ انٹلیکچول ڈیولپمنٹ ہوتا ہے۔</w:t>
      </w:r>
    </w:p>
    <w:p>
      <w:r>
        <w:rPr>
          <w:b/>
        </w:rPr>
        <w:t xml:space="preserve">[18:34] </w:t>
      </w:r>
      <w:r>
        <w:t>woh roza rakha jis mein aur zyada khate peete hain log aur khoob yani madi mizaj mein aur izafa karte hain.</w:t>
      </w:r>
    </w:p>
    <w:p>
      <w:pPr>
        <w:jc w:val="right"/>
      </w:pPr>
      <w:r>
        <w:t>وہ روزہ رکھا جس میں اور زیادہ کھاتے پیتے ہیں لوگ اور خوب یعنی مادی مزاج میں اور اضافہ کرتے ہیں۔</w:t>
      </w:r>
    </w:p>
    <w:p>
      <w:r>
        <w:rPr>
          <w:b/>
        </w:rPr>
        <w:t xml:space="preserve">[18:47] </w:t>
      </w:r>
      <w:r>
        <w:t>to aap ko sochna chahiye ke quran ko le kar ke na ke media ki khabron ko le kar ke. jis par main ne study ki aur janna chaha ke aakhir quran aisa kyun kehta hai?</w:t>
      </w:r>
    </w:p>
    <w:p>
      <w:pPr>
        <w:jc w:val="right"/>
      </w:pPr>
      <w:r>
        <w:t>تو آپ کو سوچنا چاہیے کہ قرآن کو لے کر کے نہ کہ میڈیا کی خبروں کو لے کر کے۔ جس پر میں نے اسٹڈی کی اور جاننا چاہا کہ آخر قرآن ایسا کیوں کہتا ہے؟</w:t>
      </w:r>
    </w:p>
    <w:p>
      <w:r>
        <w:rPr>
          <w:b/>
        </w:rPr>
        <w:t xml:space="preserve">[19:03] </w:t>
      </w:r>
      <w:r>
        <w:t>kyun aisa kehta hai ke minor jo group yani aqalliyat ho woh group advantageous position mein hota hai. bohat barson ke baad mujhe is waqt yeh baat aayi.</w:t>
      </w:r>
    </w:p>
    <w:p>
      <w:pPr>
        <w:jc w:val="right"/>
      </w:pPr>
      <w:r>
        <w:t>کیوں ایسا کہتا ہے کہ مائنر جو گروپ یعنی اقلیت ہو وہ گروپ ایڈوانٹیجس پوزیشن میں ہوتا ہے۔ بہت برسوں کے بعد مجھے اس وقت یہ بات آئی۔</w:t>
      </w:r>
    </w:p>
    <w:p>
      <w:r>
        <w:rPr>
          <w:b/>
        </w:rPr>
        <w:t xml:space="preserve">[19:15] </w:t>
      </w:r>
      <w:r>
        <w:t>woh Arnold Toynbee kitaab se. jo us ki kitaab hai study of history. us se main ne jana ke is ki haqeeqat kya hai.</w:t>
      </w:r>
    </w:p>
    <w:p>
      <w:pPr>
        <w:jc w:val="right"/>
      </w:pPr>
      <w:r>
        <w:t>وہ آنڈرل ٹائن بی کتاب سے۔ جو اس کی کتاب ہے اسٹڈی آف ہسٹری۔ اس سے میں نے جانا کہ اس کی حقیقت کیا ہے۔</w:t>
      </w:r>
    </w:p>
    <w:p>
      <w:r>
        <w:rPr>
          <w:b/>
        </w:rPr>
        <w:t xml:space="preserve">[19:26] </w:t>
      </w:r>
      <w:r>
        <w:t>to Arnold Toynbee ne yeh likha hai ke jab kisi mulk mein ek group kam ho doosra group zyada ho.</w:t>
      </w:r>
    </w:p>
    <w:p>
      <w:pPr>
        <w:jc w:val="right"/>
      </w:pPr>
      <w:r>
        <w:t>تو آنڈرل ٹائن بی نے یہ لکھا ہے کہ جب کسی ملک میں ایک گروپ کم ہو دوسرا گروپ زیادہ ہو۔</w:t>
      </w:r>
    </w:p>
    <w:p>
      <w:r>
        <w:rPr>
          <w:b/>
        </w:rPr>
        <w:t xml:space="preserve">[19:35] </w:t>
      </w:r>
      <w:r>
        <w:t>ek minority ho ek minority ho. to dono ke darmiyan barabar challenge hota hai. challenge. challenge. yani aqalliyati jo hai aqalliyat jo hai musalsal taur par dabao mein rehti hai.</w:t>
      </w:r>
    </w:p>
    <w:p>
      <w:pPr>
        <w:jc w:val="right"/>
      </w:pPr>
      <w:r>
        <w:t>ایک مائنارٹی ہو ایک مائنارٹی ہو۔ تو دونوں کے درمیان برابر چیلنج ہوتا ہے۔ چیلنج۔ چیلنج۔ یعنی اقلیتی جو ہے اقلیت جو ہے مسلسل طور پر دباؤ میں رہتی ہے۔</w:t>
      </w:r>
    </w:p>
    <w:p>
      <w:r>
        <w:rPr>
          <w:b/>
        </w:rPr>
        <w:t xml:space="preserve">[19:50] </w:t>
      </w:r>
      <w:r>
        <w:t>musalsal taur par dabao mein rehti hai. is se kya hota hai? is ke andar nai soch barhti hai.</w:t>
      </w:r>
    </w:p>
    <w:p>
      <w:pPr>
        <w:jc w:val="right"/>
      </w:pPr>
      <w:r>
        <w:t>مسلسل طور پر دباؤ میں رہتی ہے۔ اس سے کیا ہوتا ہے؟ اس کے اندر نئی سوچ بڑھتی ہے۔</w:t>
      </w:r>
    </w:p>
    <w:p>
      <w:r>
        <w:rPr>
          <w:b/>
        </w:rPr>
        <w:t xml:space="preserve">[19:56] </w:t>
      </w:r>
      <w:r>
        <w:t>yani yeh us ko us ke lafz mein hai challenge response mechanism. to us ki creativity barhti hai.</w:t>
      </w:r>
    </w:p>
    <w:p>
      <w:pPr>
        <w:jc w:val="right"/>
      </w:pPr>
      <w:r>
        <w:t>یعنی یہ اس کو اس کے لفظ میں ہے چیلنج ریسپانس میکنزم۔ تو اس کی کریئیٹیوٹی بڑھتی ہے۔</w:t>
      </w:r>
    </w:p>
    <w:p>
      <w:r>
        <w:rPr>
          <w:b/>
        </w:rPr>
        <w:t xml:space="preserve">[20:07] </w:t>
      </w:r>
      <w:r>
        <w:t>yani yeh jo process hai challenge ka. is yeh minority ko creative minority bana deta hai.</w:t>
      </w:r>
    </w:p>
    <w:p>
      <w:pPr>
        <w:jc w:val="right"/>
      </w:pPr>
      <w:r>
        <w:t>یعنی یہ جو پراسیس ہے چیلنج کا۔ اس یہ مائنارٹی کو کریئیٹیو مائنارٹی بنا دیتا ہے۔</w:t>
      </w:r>
    </w:p>
    <w:p>
      <w:r>
        <w:rPr>
          <w:b/>
        </w:rPr>
        <w:t xml:space="preserve">[20:19] </w:t>
      </w:r>
      <w:r>
        <w:t>minority ko creative minority bana deta hai. takhliqi aqalliyat.</w:t>
      </w:r>
    </w:p>
    <w:p>
      <w:pPr>
        <w:jc w:val="right"/>
      </w:pPr>
      <w:r>
        <w:t>مائنارٹی کو کریئیٹیو مائنارٹی بنا دیتا ہے۔ تخلیقی اقلیت۔</w:t>
      </w:r>
    </w:p>
    <w:p>
      <w:r>
        <w:rPr>
          <w:b/>
        </w:rPr>
        <w:t xml:space="preserve">[20:25] </w:t>
      </w:r>
      <w:r>
        <w:t>kyun? is liye ke insaan ko Allah taala ne paida kiya is tarah se har cheez aadmi ke andar hai potential ke roop mein. bilquwwa ke roop mein.</w:t>
      </w:r>
    </w:p>
    <w:p>
      <w:pPr>
        <w:jc w:val="right"/>
      </w:pPr>
      <w:r>
        <w:t>کیوں؟ اس لیے کہ انسان کو اللہ تعالیٰ نے پیدا کیا اس طرح سے ہر چیز آدمی کے اندر ہے پوٹینشیل کے روپ میں۔ بالقوہ کے روپ میں۔</w:t>
      </w:r>
    </w:p>
    <w:p>
      <w:r>
        <w:rPr>
          <w:b/>
        </w:rPr>
        <w:t xml:space="preserve">[20:37] </w:t>
      </w:r>
      <w:r>
        <w:t>jaise madaaniyat hain zameen ke andar to sab potential ke roop mein hain. Khuda ne machine nahi paida ki. yani zameen ke andar machine nahi rakhi hui hai.</w:t>
      </w:r>
    </w:p>
    <w:p>
      <w:pPr>
        <w:jc w:val="right"/>
      </w:pPr>
      <w:r>
        <w:t>جیسے معدنیات ہیں زمین کے اندر تو سب پوٹینشیل کے روپ میں ہیں۔ خدا نے مشین نہیں پیدا کی۔ یعنی زمین کے اندر مشین نہیں رکھی ہوئی ہے۔</w:t>
      </w:r>
    </w:p>
    <w:p>
      <w:r>
        <w:rPr>
          <w:b/>
        </w:rPr>
        <w:t xml:space="preserve">[20:49] </w:t>
      </w:r>
      <w:r>
        <w:t>machine ke andar aur rakha ho. ore aur. khaam loha.</w:t>
      </w:r>
    </w:p>
    <w:p>
      <w:pPr>
        <w:jc w:val="right"/>
      </w:pPr>
      <w:r>
        <w:t>مشین کے اندر اور رکھا ہو۔ او آر ای اور۔ خام لوہا۔</w:t>
      </w:r>
    </w:p>
    <w:p>
      <w:r>
        <w:rPr>
          <w:b/>
        </w:rPr>
        <w:t xml:space="preserve">[20:54] </w:t>
      </w:r>
      <w:r>
        <w:t>khaam lohay ko insaan leta hai. phir us ko aur us par process karta hai. phir phir woh steel banata hai aur bohat sara process hota hai.</w:t>
      </w:r>
    </w:p>
    <w:p>
      <w:pPr>
        <w:jc w:val="right"/>
      </w:pPr>
      <w:r>
        <w:t>خام لوہے کو انسان لیتا ہے۔ پھر اس کو اور اس پر پراسیس کرتا ہے۔ پھر پھر وہ اسٹیل بناتا ہے اور بہت سارا پراسیس ہوتا ہے۔</w:t>
      </w:r>
    </w:p>
    <w:p>
      <w:r>
        <w:rPr>
          <w:b/>
        </w:rPr>
        <w:t xml:space="preserve">[21:07] </w:t>
      </w:r>
      <w:r>
        <w:t>yahan tak ke engine banata hai. machine banata hai. to insaan ko Khuda ne paida kiya hai just like ore.</w:t>
      </w:r>
    </w:p>
    <w:p>
      <w:pPr>
        <w:jc w:val="right"/>
      </w:pPr>
      <w:r>
        <w:t>یہاں تک کہ انجن بناتا ہے۔ مشین بناتا ہے۔ تو انسان کو خدا نے پیدا کیا ہے جسٹ لائک اور۔</w:t>
      </w:r>
    </w:p>
    <w:p>
      <w:r>
        <w:rPr>
          <w:b/>
        </w:rPr>
        <w:t xml:space="preserve">[21:15] </w:t>
      </w:r>
      <w:r>
        <w:t>yani potential to bohat hai. bohat ziyada. lekin woh khaam hai. ore ke mandad hai.</w:t>
      </w:r>
    </w:p>
    <w:p>
      <w:pPr>
        <w:jc w:val="right"/>
      </w:pPr>
      <w:r>
        <w:t>یعنی پوٹینشل تو بہت ہے۔ بہت زیادہ۔ لیکن وہ خام ہے۔ اور کے مانند ہے۔</w:t>
      </w:r>
    </w:p>
    <w:p>
      <w:r>
        <w:rPr>
          <w:b/>
        </w:rPr>
        <w:t xml:space="preserve">[21:23] </w:t>
      </w:r>
      <w:r>
        <w:t>is potential ko actual banna hamara kaam hai. aur yeh yeh jo process hota hai pressure ka. pressure se woh potential jaagte hain.</w:t>
      </w:r>
    </w:p>
    <w:p>
      <w:pPr>
        <w:jc w:val="right"/>
      </w:pPr>
      <w:r>
        <w:t>اس پوٹینشل کو ایکچول بننا ہمارا کام ہے۔ اور یہ یہ جو پراسیس ہوتا ہے پریشر کا۔ پریشر سے وہ پوٹینشل جاگتے ہیں۔</w:t>
      </w:r>
    </w:p>
    <w:p>
      <w:r>
        <w:rPr>
          <w:b/>
        </w:rPr>
        <w:t xml:space="preserve">[21:35] </w:t>
      </w:r>
      <w:r>
        <w:t>to minorities ki taraf se jo challenge aata hai jo pressure aata hai woh minority ke zehn ko jagata hai. awaken karta hai. us ke andar creativity barhata hai us ki.</w:t>
      </w:r>
    </w:p>
    <w:p>
      <w:pPr>
        <w:jc w:val="right"/>
      </w:pPr>
      <w:r>
        <w:t>تو مائنارٹیز کی طرف سے جو چیلنج آتا ہے جو پریشر آتا ہے وہ مائنارٹی کے ذہن کو جگاتا ہے۔ اویکن کرتا ہے۔ اس کے اندر کریئیٹیوٹی بڑھاتا ہے اس کی۔</w:t>
      </w:r>
    </w:p>
    <w:p>
      <w:r>
        <w:rPr>
          <w:b/>
        </w:rPr>
        <w:t xml:space="preserve">[21:48] </w:t>
      </w:r>
      <w:r>
        <w:t>to in creative minority creative minority ban jati hai. ab kitni bari hope is ke andar hai. kitni bari hope hai.</w:t>
      </w:r>
    </w:p>
    <w:p>
      <w:pPr>
        <w:jc w:val="right"/>
      </w:pPr>
      <w:r>
        <w:t>تو ان کریئیٹیو مائنارٹی کریئیٹیو مائنارٹی بن جاتی ہے۔ اب کتنی بڑی ہوپ اس کے اندر ہے۔ کتنی بڑی ہوپ ہے۔</w:t>
      </w:r>
    </w:p>
    <w:p>
      <w:r>
        <w:rPr>
          <w:b/>
        </w:rPr>
        <w:t xml:space="preserve">[22:00] </w:t>
      </w:r>
      <w:r>
        <w:t>lekin jin logon ne zindagi ka tareeqa ikhtiyar kiya hai luxurious living best thinking ka woh is ko sama nahi sakte.</w:t>
      </w:r>
    </w:p>
    <w:p>
      <w:pPr>
        <w:jc w:val="right"/>
      </w:pPr>
      <w:r>
        <w:t>لیکن جن لوگوں نے زندگی کا طریقہ اختیار کیا ہے لگزوریس لیونگ بیسٹ تھنکنگ کا وہ اس کو سما نہیں سکتے۔</w:t>
      </w:r>
    </w:p>
    <w:p>
      <w:r>
        <w:rPr>
          <w:b/>
        </w:rPr>
        <w:t xml:space="preserve">[22:08] </w:t>
      </w:r>
      <w:r>
        <w:t>woh is ke liye aap ko formula lena paray ga. simple living high thinking. yahi roza ka paigham hai.</w:t>
      </w:r>
    </w:p>
    <w:p>
      <w:pPr>
        <w:jc w:val="right"/>
      </w:pPr>
      <w:r>
        <w:t>وہ اس کے لیے آپ کو فارمولا لینا پڑے گا۔ سمپل لیونگ ہائی تھنکنگ۔ یہی روزہ کا پیغام ہے۔</w:t>
      </w:r>
    </w:p>
    <w:p>
      <w:r>
        <w:rPr>
          <w:b/>
        </w:rPr>
        <w:t xml:space="preserve">[22:19] </w:t>
      </w:r>
      <w:r>
        <w:t>roza yeh message deta hai ke simple living high think ka formula pakro. yani maadi zarooraton mein kami kar ke apne aqli irtiqaa ko barhao.</w:t>
      </w:r>
    </w:p>
    <w:p>
      <w:pPr>
        <w:jc w:val="right"/>
      </w:pPr>
      <w:r>
        <w:t>روزہ یہ میسج دیتا ہے کہ سمپل لیونگ ہائی تھنک کا فارمولا پکڑو۔ یعنی مادی ضرورتوں میں کمی کر کے اپنے عقلی ارتقاء کو بڑھاؤ۔</w:t>
      </w:r>
    </w:p>
    <w:p>
      <w:r>
        <w:rPr>
          <w:b/>
        </w:rPr>
        <w:t xml:space="preserve">[22:32] </w:t>
      </w:r>
      <w:r>
        <w:t>yeh hai post fasting period ka paigham. ab dekhen kitni bari baat hai yeh.</w:t>
      </w:r>
    </w:p>
    <w:p>
      <w:pPr>
        <w:jc w:val="right"/>
      </w:pPr>
      <w:r>
        <w:t>یہ ہے پوسٹ فاسٹنگ پیریڈ کا پیغام۔ اب دیکھیں کتنی بڑی بات ہے یہ۔</w:t>
      </w:r>
    </w:p>
    <w:p>
      <w:r>
        <w:rPr>
          <w:b/>
        </w:rPr>
        <w:t xml:space="preserve">[22:40] </w:t>
      </w:r>
      <w:r>
        <w:t>yeh thrilling thrilling hai thrilling.</w:t>
      </w:r>
    </w:p>
    <w:p>
      <w:pPr>
        <w:jc w:val="right"/>
      </w:pPr>
      <w:r>
        <w:t>یہ تھرلنگ تھرلنگ ہے تھرلنگ۔</w:t>
      </w:r>
    </w:p>
    <w:p>
      <w:r>
        <w:rPr>
          <w:b/>
        </w:rPr>
        <w:t xml:space="preserve">[22:45] </w:t>
      </w:r>
      <w:r>
        <w:t>jo akhbaron mein chupta hai is wajah se mayoosi hai. mayoosi. frustration. jhijhlahat. shikayat.</w:t>
      </w:r>
    </w:p>
    <w:p>
      <w:pPr>
        <w:jc w:val="right"/>
      </w:pPr>
      <w:r>
        <w:t>جو اخباروں میں چھپتا ہے اس وجہ سے مایوسی ہے۔ مایوسی۔ فرسٹریشن۔ جھجلاہٹ۔ شکایت۔</w:t>
      </w:r>
    </w:p>
    <w:p>
      <w:r>
        <w:rPr>
          <w:b/>
        </w:rPr>
        <w:t xml:space="preserve">[22:55] </w:t>
      </w:r>
      <w:r>
        <w:t>negative thinking. lekin Quran ne jo bataya hai is mein hope hai. hosla hai. intellectual development hai.</w:t>
      </w:r>
    </w:p>
    <w:p>
      <w:pPr>
        <w:jc w:val="right"/>
      </w:pPr>
      <w:r>
        <w:t>نیگیٹیو تھنکنگ۔ لیکن قرآن نے جو بتایا ہے اس میں ہوپ ہے۔ حوصلہ ہے۔ انٹلیکچول ڈیولپمنٹ ہے۔</w:t>
      </w:r>
    </w:p>
    <w:p>
      <w:r>
        <w:rPr>
          <w:b/>
        </w:rPr>
        <w:t xml:space="preserve">[23:08] </w:t>
      </w:r>
      <w:r>
        <w:t>saari positive values aati hain is mein.</w:t>
      </w:r>
    </w:p>
    <w:p>
      <w:pPr>
        <w:jc w:val="right"/>
      </w:pPr>
      <w:r>
        <w:t>ساری پازیٹیو ویلیوز آتی ہیں اس میں۔</w:t>
      </w:r>
    </w:p>
    <w:p>
      <w:r>
        <w:rPr>
          <w:b/>
        </w:rPr>
        <w:t xml:space="preserve">[23:16] </w:t>
      </w:r>
      <w:r>
        <w:t>to dekhiye roza koi ritual nahi hai. bohat bara yani philosophy of life hai chhupe hue roze mein.</w:t>
      </w:r>
    </w:p>
    <w:p>
      <w:pPr>
        <w:jc w:val="right"/>
      </w:pPr>
      <w:r>
        <w:t>تو دیکھیے روزہ کوئی ریچول نہیں ہے۔ بہت بڑا یعنی فلاسفی آف لائف ہے چھپے ہوئے روزے میں۔</w:t>
      </w:r>
    </w:p>
    <w:p>
      <w:r>
        <w:rPr>
          <w:b/>
        </w:rPr>
        <w:t xml:space="preserve">[23:28] </w:t>
      </w:r>
      <w:r>
        <w:t>philosophy of life. aur aap mein kehta hoon ke aap kisi bhi insaan ko aap us ko yani apply kar ke dekhiye.</w:t>
      </w:r>
    </w:p>
    <w:p>
      <w:pPr>
        <w:jc w:val="right"/>
      </w:pPr>
      <w:r>
        <w:t>فلاسفی آف لائف۔ اور آپ میں کہتا ہوں کہ آپ کسی بھی انسان کو آپ اس کو یعنی اپلائی کر کے دیکھیے۔</w:t>
      </w:r>
    </w:p>
    <w:p>
      <w:r>
        <w:rPr>
          <w:b/>
        </w:rPr>
        <w:t xml:space="preserve">[23:40] </w:t>
      </w:r>
      <w:r>
        <w:t>mein ne yahan se le kar America tak is ko jaancha hai is is nazariye ko. ke jo log is mein aaram o aish ki zindagi mein zindagi guzarte hain woh sab ke sab bilkul yani cheap thinking un ke andar hoti hai.</w:t>
      </w:r>
    </w:p>
    <w:p>
      <w:pPr>
        <w:jc w:val="right"/>
      </w:pPr>
      <w:r>
        <w:t>میں نے یہاں سے لے کر امریکہ تک اس کو جانچا ہے اس اس نظریے کو۔ کہ جو لوگ اس میں آرام و عائش کی زندگی میں زندگی گزارتے ہیں وہ سب کے سب بالکل یعنی چیپ تھنکنگ ان کے اندر ہوتی ہے۔</w:t>
      </w:r>
    </w:p>
    <w:p>
      <w:r>
        <w:rPr>
          <w:b/>
        </w:rPr>
        <w:t xml:space="preserve">[23:58] </w:t>
      </w:r>
      <w:r>
        <w:t>high thinking nahi hoti. baaton ko samajhte nahi. gehri baaton ko woh pakar nahi paate. bas moti baat un ke samajh mein aati hai.</w:t>
      </w:r>
    </w:p>
    <w:p>
      <w:pPr>
        <w:jc w:val="right"/>
      </w:pPr>
      <w:r>
        <w:t>ہائی تھنکنگ نہیں ہوتی۔ باتوں کو سمجھتے نہیں۔ گہری باتوں کو وہ پکڑ نہیں پاتے۔ بس موٹی بات ان کے سمجھ میں آتی ہے۔</w:t>
      </w:r>
    </w:p>
    <w:p>
      <w:r>
        <w:rPr>
          <w:b/>
        </w:rPr>
        <w:t xml:space="preserve">[24:10] </w:t>
      </w:r>
      <w:r>
        <w:t>to woh log kya hain? yani mein samajhta hoon ke material life jo hai that is animalization of man.</w:t>
      </w:r>
    </w:p>
    <w:p>
      <w:pPr>
        <w:jc w:val="right"/>
      </w:pPr>
      <w:r>
        <w:t>تو وہ لوگ کیا ہیں؟ یعنی میں سمجھتا ہوں کہ مٹیریل لائف جو ہے دیٹ از اینیملائزیشن آف مین۔</w:t>
      </w:r>
    </w:p>
    <w:p>
      <w:r>
        <w:rPr>
          <w:b/>
        </w:rPr>
        <w:t xml:space="preserve">[24:21] </w:t>
      </w:r>
      <w:r>
        <w:t>material life is nothing but animalization of men. yani material life mein insan jo hai haivan ban jata hai. aur simple life mein jo roze ka sabak hai is mein insan yani men superman ban jata hai.</w:t>
      </w:r>
    </w:p>
    <w:p>
      <w:pPr>
        <w:jc w:val="right"/>
      </w:pPr>
      <w:r>
        <w:t>مٹیریل لائف از نتھنگ بٹ اینیملائزیشن آف مین۔ یعنی مٹیریل لائف میں انسان جو ہے حیوان بن جاتا ہے۔ اور سمپل لائف میں جو روزے کا سبق ہے اس میں انسان یعنی مین سپر مین بن جاتا ہے۔</w:t>
      </w:r>
    </w:p>
    <w:p>
      <w:r>
        <w:rPr>
          <w:b/>
        </w:rPr>
        <w:t xml:space="preserve">[24:39] </w:t>
      </w:r>
      <w:r>
        <w:t>men jo hai woh superman ban jata hai.</w:t>
      </w:r>
    </w:p>
    <w:p>
      <w:pPr>
        <w:jc w:val="right"/>
      </w:pPr>
      <w:r>
        <w:t>مین جو ہے وہ سپر مین بن جاتا ہے۔</w:t>
      </w:r>
    </w:p>
    <w:p>
      <w:r>
        <w:rPr>
          <w:b/>
        </w:rPr>
        <w:t xml:space="preserve">[24:44] </w:t>
      </w:r>
      <w:r>
        <w:t>aise hi dekhiye aap western civilization ke muqable mein musalmanon ka ek se ek ek shakhs jo hai sab negative hai western civilization ke bare mein.</w:t>
      </w:r>
    </w:p>
    <w:p>
      <w:pPr>
        <w:jc w:val="right"/>
      </w:pPr>
      <w:r>
        <w:t>ایسے ہی دیکھیے آپ ویسٹرن سویلائزیشن کے مقابلے میں مسلمانوں کا ایک سے ایک ایک شخص جو ہے سب نیگیٹیو ہے ویسٹرن سویلائزیشن کے بارے میں۔</w:t>
      </w:r>
    </w:p>
    <w:p>
      <w:r>
        <w:rPr>
          <w:b/>
        </w:rPr>
        <w:t xml:space="preserve">[24:55] </w:t>
      </w:r>
      <w:r>
        <w:t>jitne bhi hain. chahe aap mister hon ya molvi dono. mujhe koi exception nahi maloom.</w:t>
      </w:r>
    </w:p>
    <w:p>
      <w:pPr>
        <w:jc w:val="right"/>
      </w:pPr>
      <w:r>
        <w:t>جتنے بھی ہیں۔ چاہے آپ مسٹر ہوں یا مولوی دونوں۔ مجھے کوئی ایکسیپشن نہیں معلوم۔</w:t>
      </w:r>
    </w:p>
    <w:p>
      <w:r>
        <w:rPr>
          <w:b/>
        </w:rPr>
        <w:t xml:space="preserve">[25:03] </w:t>
      </w:r>
      <w:r>
        <w:t>agar hai to aap bataiye mujhe. arab mein ajam mein sab mein western civilization ko woh negative nazar se dekhte hain woh.</w:t>
      </w:r>
    </w:p>
    <w:p>
      <w:pPr>
        <w:jc w:val="right"/>
      </w:pPr>
      <w:r>
        <w:t>اگر ہے تو آپ بتائیے مجھے۔ عرب میں عجم میں سب میں ویسٹرن سویلائزیشن کو وہ نیگیٹیو نظر سے دیکھتے ہیں وہ۔</w:t>
      </w:r>
    </w:p>
    <w:p>
      <w:r>
        <w:rPr>
          <w:b/>
        </w:rPr>
        <w:t xml:space="preserve">[25:16] </w:t>
      </w:r>
      <w:r>
        <w:t>yani woh woh islam ke khilaf hai aur woh batil hai aur woh</w:t>
      </w:r>
    </w:p>
    <w:p>
      <w:pPr>
        <w:jc w:val="right"/>
      </w:pPr>
      <w:r>
        <w:t>یعنی وہ وہ اسلام کے خلاف ہے اور وہ باطل ہے اور وہ</w:t>
      </w:r>
    </w:p>
    <w:p>
      <w:r>
        <w:rPr>
          <w:b/>
        </w:rPr>
        <w:t xml:space="preserve">[25:29] </w:t>
      </w:r>
      <w:r>
        <w:t>waghaira waghaira.</w:t>
      </w:r>
    </w:p>
    <w:p>
      <w:pPr>
        <w:jc w:val="right"/>
      </w:pPr>
      <w:r>
        <w:t>وغیرہ وغیرہ۔</w:t>
      </w:r>
    </w:p>
    <w:p>
      <w:r>
        <w:rPr>
          <w:b/>
        </w:rPr>
        <w:t xml:space="preserve">[25:33] </w:t>
      </w:r>
      <w:r>
        <w:t>yeh kyun aisa hai? kyunke sochne ki taqat nahi. dekhiye western civilization ka ek hai cultural aspect. cultural aspect.</w:t>
      </w:r>
    </w:p>
    <w:p>
      <w:pPr>
        <w:jc w:val="right"/>
      </w:pPr>
      <w:r>
        <w:t>یہ کیوں ایسا ہے؟ کیونکہ سوچنے کی طاقت نہیں۔ دیکھیے ویسٹرن سویلائزیشن کا ایک ہے کلچرل ایسپیکٹ۔ کلچرل ایسپیکٹ۔</w:t>
      </w:r>
    </w:p>
    <w:p>
      <w:r>
        <w:rPr>
          <w:b/>
        </w:rPr>
        <w:t xml:space="preserve">[25:41] </w:t>
      </w:r>
      <w:r>
        <w:t>jaise nudity. nudity barhngi woh uska cultural aspect hai. cultural aspect. aur doosra hai uska technology.</w:t>
      </w:r>
    </w:p>
    <w:p>
      <w:pPr>
        <w:jc w:val="right"/>
      </w:pPr>
      <w:r>
        <w:t>جیسے نیوڈیٹی۔ نیوڈیٹی برہنگی وہ اس کا کلچرل ایسپیکٹ ہے۔ کلچرل ایسپیکٹ۔ اور دوسرا ہے اس کا ٹیکنالوجی۔</w:t>
      </w:r>
    </w:p>
    <w:p>
      <w:r>
        <w:rPr>
          <w:b/>
        </w:rPr>
        <w:t xml:space="preserve">[25:52] </w:t>
      </w:r>
      <w:r>
        <w:t>ek hai culture ek hai technology. to</w:t>
      </w:r>
    </w:p>
    <w:p>
      <w:pPr>
        <w:jc w:val="right"/>
      </w:pPr>
      <w:r>
        <w:t>ایک ہے کلچر ایک ہے ٹیکنالوجی۔ تو</w:t>
      </w:r>
    </w:p>
    <w:p>
      <w:r>
        <w:rPr>
          <w:b/>
        </w:rPr>
        <w:t xml:space="preserve">[25:55] </w:t>
      </w:r>
      <w:r>
        <w:t>technology uska doosra aspect hai. These people failed to differentiate between the two.</w:t>
      </w:r>
    </w:p>
    <w:p>
      <w:pPr>
        <w:jc w:val="right"/>
      </w:pPr>
      <w:r>
        <w:t>ٹیکنالوجی اس کا دوسرا ایسپیکٹ ہے۔ These people failed to differentiate between the two.</w:t>
      </w:r>
    </w:p>
    <w:p>
      <w:r>
        <w:rPr>
          <w:b/>
        </w:rPr>
        <w:t xml:space="preserve">[26:03] </w:t>
      </w:r>
      <w:r>
        <w:t>yani woh alag kar ke nahi dekh sake.</w:t>
      </w:r>
    </w:p>
    <w:p>
      <w:pPr>
        <w:jc w:val="right"/>
      </w:pPr>
      <w:r>
        <w:t>یعنی وہ الگ کر کے نہیں دیکھ سکے۔</w:t>
      </w:r>
    </w:p>
    <w:p>
      <w:r>
        <w:rPr>
          <w:b/>
        </w:rPr>
        <w:t xml:space="preserve">[26:10] </w:t>
      </w:r>
      <w:r>
        <w:t>cultural aspect ko alag kar ke dekhiye to maghribi tehzeeb ek boon hai, nemat hai, blessing hai. isi ne hum ko communication diya hai misal ke taur par.</w:t>
      </w:r>
    </w:p>
    <w:p>
      <w:pPr>
        <w:jc w:val="right"/>
      </w:pPr>
      <w:r>
        <w:t>کلچرل ایسپیکٹ کو الگ کر کے دیکھیے تو مغربی تہذیب ایک بون ہے، نعمت ہے، بلیسنگ ہے۔ اسی نے ہم کو کمیونیکیشن دیا ہے مثال کے طور پر۔</w:t>
      </w:r>
    </w:p>
    <w:p>
      <w:r>
        <w:rPr>
          <w:b/>
        </w:rPr>
        <w:t xml:space="preserve">[26:21] </w:t>
      </w:r>
      <w:r>
        <w:t>communication na ho to sari zindagi thap ho jaye.</w:t>
      </w:r>
    </w:p>
    <w:p>
      <w:pPr>
        <w:jc w:val="right"/>
      </w:pPr>
      <w:r>
        <w:t>کمیونیکیشن نہ ہو تو ساری زندگی ٹھپ ہو جائے۔</w:t>
      </w:r>
    </w:p>
    <w:p>
      <w:r>
        <w:rPr>
          <w:b/>
        </w:rPr>
        <w:t xml:space="preserve">[26:26] </w:t>
      </w:r>
      <w:r>
        <w:t>communication ne yeh mauqa diya hum ko ke hum yani dawat ko global level par dawat kar saken. dawat yani global global dawah work jo hai yeh sirf ek sapna tha, ek khwab tha.</w:t>
      </w:r>
    </w:p>
    <w:p>
      <w:pPr>
        <w:jc w:val="right"/>
      </w:pPr>
      <w:r>
        <w:t>کمیونیکیشن نے یہ موقع دیا ہم کو کہ ہم یعنی دعوت کو گلوبل لیول پر دعوت کر سکیں۔ دعوت یعنی گلوبل گلوبل دعویٰ ورک جو ہے یہ صرف ایک سپنا تھا، ایک خواب تھا۔</w:t>
      </w:r>
    </w:p>
    <w:p>
      <w:r>
        <w:rPr>
          <w:b/>
        </w:rPr>
        <w:t xml:space="preserve">[26:42] </w:t>
      </w:r>
      <w:r>
        <w:t>global dawah work pehle ek unfulfilled dream tha. aaj communication ne isko passport kar diya, mumkin bana diya.</w:t>
      </w:r>
    </w:p>
    <w:p>
      <w:pPr>
        <w:jc w:val="right"/>
      </w:pPr>
      <w:r>
        <w:t>گلوبل دعویٰ ورک پہلے ایک ان فلفلڈ ڈریم تھا۔ آج کمیونیکیشن نے اس کو پاسپورٹ کر دیا، ممکن بنا دیا۔</w:t>
      </w:r>
    </w:p>
    <w:p>
      <w:r>
        <w:rPr>
          <w:b/>
        </w:rPr>
        <w:t xml:space="preserve">[26:53] </w:t>
      </w:r>
      <w:r>
        <w:t>to kitna bada ehsaan hai western civilization ka. lekin log jo hain bas isko manfi bane hue hain kyunke isko woh sirf cultural cultural aspect ko dekha unhone.</w:t>
      </w:r>
    </w:p>
    <w:p>
      <w:pPr>
        <w:jc w:val="right"/>
      </w:pPr>
      <w:r>
        <w:t>تو کتنا بڑا دین ہے ویسٹرن سویلائزیشن کا۔ لیکن لوگ جو ہیں بس اس کو منفی بنے ہوئے ہیں کیونکہ اس کو وہ صرف کلچرل کلچرل ایسپیکٹ کو دیکھا انہوں نے۔</w:t>
      </w:r>
    </w:p>
    <w:p>
      <w:r>
        <w:rPr>
          <w:b/>
        </w:rPr>
        <w:t xml:space="preserve">[27:06] </w:t>
      </w:r>
      <w:r>
        <w:t>iske jo technological aspect isko isko samajh nahi sake. isko</w:t>
      </w:r>
    </w:p>
    <w:p>
      <w:pPr>
        <w:jc w:val="right"/>
      </w:pPr>
      <w:r>
        <w:t>اس کے جو ٹیکنالوجیکل ایسپیکٹ اس کو اس کو سمجھ نہیں سکے۔ اس کو</w:t>
      </w:r>
    </w:p>
    <w:p>
      <w:r>
        <w:rPr>
          <w:b/>
        </w:rPr>
        <w:t xml:space="preserve">[27:17] </w:t>
      </w:r>
      <w:r>
        <w:t>to main yeh kahunga ke aap</w:t>
      </w:r>
    </w:p>
    <w:p>
      <w:pPr>
        <w:jc w:val="right"/>
      </w:pPr>
      <w:r>
        <w:t>تو میں یہ کہوں گا کہ آپ</w:t>
      </w:r>
    </w:p>
    <w:p>
      <w:r>
        <w:rPr>
          <w:b/>
        </w:rPr>
        <w:t xml:space="preserve">[27:24] </w:t>
      </w:r>
      <w:r>
        <w:t>roze ko phir se samajhne ki koshish kijiye. phir se. aur roza ek philosophy hai, ek ideology hai.</w:t>
      </w:r>
    </w:p>
    <w:p>
      <w:pPr>
        <w:jc w:val="right"/>
      </w:pPr>
      <w:r>
        <w:t>روزہ کو پھر سے سمجھنے کی کوشش کیجیے۔ پھر سے۔ اور روزہ ایک فلاسفی ہے، ایک آئیڈیالوجی ہے۔</w:t>
      </w:r>
    </w:p>
    <w:p>
      <w:r>
        <w:rPr>
          <w:b/>
        </w:rPr>
        <w:t xml:space="preserve">[27:38] </w:t>
      </w:r>
      <w:r>
        <w:t>ek wisdom hai iske andar. isko samjhiye.</w:t>
      </w:r>
    </w:p>
    <w:p>
      <w:pPr>
        <w:jc w:val="right"/>
      </w:pPr>
      <w:r>
        <w:t>ایک وزڈم ہے اس کے اندر۔ اس کو سمجھئے۔</w:t>
      </w:r>
    </w:p>
    <w:p>
      <w:r>
        <w:rPr>
          <w:b/>
        </w:rPr>
        <w:t xml:space="preserve">[27:44] </w:t>
      </w:r>
      <w:r>
        <w:t>aur woh yahi hai ke zindagi mein aap ko ek to body aap ka hai, physical aspect aap ka hai.</w:t>
      </w:r>
    </w:p>
    <w:p>
      <w:pPr>
        <w:jc w:val="right"/>
      </w:pPr>
      <w:r>
        <w:t>اور وہ یہی ہے کہ زندگی میں آپ کو ایک تو باڈی آپ کا ہے، فزیکل ایسپیکٹ آپ کا ہے۔</w:t>
      </w:r>
    </w:p>
    <w:p>
      <w:r>
        <w:rPr>
          <w:b/>
        </w:rPr>
        <w:t xml:space="preserve">[27:54] </w:t>
      </w:r>
      <w:r>
        <w:t>iski zarooraten hoti hain. isko ghar chahiye, isko bed chahiye, isko sawari chahiye, isko khana chahiye, pani chahiye. to theek hai, aap isko poora kijiye isko.</w:t>
      </w:r>
    </w:p>
    <w:p>
      <w:pPr>
        <w:jc w:val="right"/>
      </w:pPr>
      <w:r>
        <w:t>اس کی ضرورتیں ہوتی ہیں۔ اس کو گھر چاہیے، اس کو بیڈ چاہیے، اس کو سواری چاہیے، اس کو کھانا چاہیے، پانی چاہیے۔ تو ٹھیک ہے، آپ اس کو پورا کیجیے اس کو۔</w:t>
      </w:r>
    </w:p>
    <w:p>
      <w:r>
        <w:rPr>
          <w:b/>
        </w:rPr>
        <w:t xml:space="preserve">[28:07] </w:t>
      </w:r>
      <w:r>
        <w:t>lekin baqadr zaroorat. baqadr zaroorat. ki</w:t>
      </w:r>
    </w:p>
    <w:p>
      <w:pPr>
        <w:jc w:val="right"/>
      </w:pPr>
      <w:r>
        <w:t>لیکن بقدر ضرورت۔ بقدر ضرورت۔ کی</w:t>
      </w:r>
    </w:p>
    <w:p>
      <w:r>
        <w:rPr>
          <w:b/>
        </w:rPr>
        <w:t xml:space="preserve">[28:14] </w:t>
      </w:r>
      <w:r>
        <w:t>un? taake aap ko zyada waqt mile apne zehn ko zehni irtqa ka.</w:t>
      </w:r>
    </w:p>
    <w:p>
      <w:pPr>
        <w:jc w:val="right"/>
      </w:pPr>
      <w:r>
        <w:t>وں؟ تاکہ آپ کو زیادہ وقت ملے اپنے ذہن کو ذہنی ارتقاء کا۔</w:t>
      </w:r>
    </w:p>
    <w:p>
      <w:r>
        <w:rPr>
          <w:b/>
        </w:rPr>
        <w:t xml:space="preserve">[28:23] </w:t>
      </w:r>
      <w:r>
        <w:t>ek hadith hai.</w:t>
      </w:r>
    </w:p>
    <w:p>
      <w:pPr>
        <w:jc w:val="right"/>
      </w:pPr>
      <w:r>
        <w:t>ایک حدیث ہے۔</w:t>
      </w:r>
    </w:p>
    <w:p>
      <w:r>
        <w:rPr>
          <w:b/>
        </w:rPr>
        <w:t xml:space="preserve">[28:27] </w:t>
      </w:r>
      <w:r>
        <w:t>ek hadith hai ke rasool Allah ne farmaya qad aflaha man aslama wa roza ka kafaafa wa qana Allah bima ataa'</w:t>
      </w:r>
    </w:p>
    <w:p>
      <w:pPr>
        <w:jc w:val="right"/>
      </w:pPr>
      <w:r>
        <w:t>ایک حدیث ہے کہ رسول اللہ نے فرمایا قد افلح من اسلم و روزہ کا کفافا و قنع اللہ بما اطاع</w:t>
      </w:r>
    </w:p>
    <w:p>
      <w:r>
        <w:rPr>
          <w:b/>
        </w:rPr>
        <w:t xml:space="preserve">[28:46] </w:t>
      </w:r>
      <w:r>
        <w:t>qad aflaha man aslama wa roza ka kafaafa wa qana Allah bima ataa' abu daud mein yeh hadith hai, sunan abi daud.</w:t>
      </w:r>
    </w:p>
    <w:p>
      <w:pPr>
        <w:jc w:val="right"/>
      </w:pPr>
      <w:r>
        <w:t>قد افلح من اسلم و روزہ کا کفافا و قنع اللہ بما اطاع ابو داؤد میں یہ حدیث ہے، سنن ابی داؤد۔</w:t>
      </w:r>
    </w:p>
    <w:p>
      <w:r>
        <w:rPr>
          <w:b/>
        </w:rPr>
        <w:t xml:space="preserve">[29:02] </w:t>
      </w:r>
      <w:r>
        <w:t>tarjuma is ka yeh hai: woh shakhs kamyab ho gaya</w:t>
      </w:r>
    </w:p>
    <w:p>
      <w:pPr>
        <w:jc w:val="right"/>
      </w:pPr>
      <w:r>
        <w:t>ترجمہ اس کا یہ ہے: وہ شخص کامیاب ہو گیا</w:t>
      </w:r>
    </w:p>
    <w:p>
      <w:r>
        <w:rPr>
          <w:b/>
        </w:rPr>
        <w:t xml:space="preserve">[29:10] </w:t>
      </w:r>
      <w:r>
        <w:t>jis ne islam ko paya, islam ko qabool kiya,</w:t>
      </w:r>
    </w:p>
    <w:p>
      <w:pPr>
        <w:jc w:val="right"/>
      </w:pPr>
      <w:r>
        <w:t>جس نے اسلام کو پایا، اسلام کو قبول کیا،</w:t>
      </w:r>
    </w:p>
    <w:p>
      <w:r>
        <w:rPr>
          <w:b/>
        </w:rPr>
        <w:t xml:space="preserve">[29:22] </w:t>
      </w:r>
      <w:r>
        <w:t>aur us ko rizq mila kafaaf yani baqadr zarurat, aur us par woh qana ho gaya.</w:t>
      </w:r>
    </w:p>
    <w:p>
      <w:pPr>
        <w:jc w:val="right"/>
      </w:pPr>
      <w:r>
        <w:t>اور اس کو رزق ملا کفاف یعنی بقدر ضرورت، اور اس پر وہ قانع ہو گیا۔</w:t>
      </w:r>
    </w:p>
    <w:p>
      <w:r>
        <w:rPr>
          <w:b/>
        </w:rPr>
        <w:t xml:space="preserve">[29:35] </w:t>
      </w:r>
      <w:r>
        <w:t>yeh yeh hadith bohat hi bari is baat is ke andar hai. dekhiye, aslama jo hai yani islam qabool karna yeh sada baat nahi hai.</w:t>
      </w:r>
    </w:p>
    <w:p>
      <w:pPr>
        <w:jc w:val="right"/>
      </w:pPr>
      <w:r>
        <w:t>یہ یہ حدیث بہت ہی بڑی اس بات اس کے اندر ہے۔ دیکھیے، اسلمہ جو ہے یعنی اسلام قبول کرنا یہ سادہ بات نہیں ہے۔</w:t>
      </w:r>
    </w:p>
    <w:p>
      <w:r>
        <w:rPr>
          <w:b/>
        </w:rPr>
        <w:t xml:space="preserve">[29:46] </w:t>
      </w:r>
      <w:r>
        <w:t>iska matlab hai one who discovers the truth of divine religion yeh discovery ki baat hai. to kaha kamyabi ka aaghaz yahan se hota hai ke aadmi sochta hai,</w:t>
      </w:r>
    </w:p>
    <w:p>
      <w:pPr>
        <w:jc w:val="right"/>
      </w:pPr>
      <w:r>
        <w:t>اس کا مطلب ہے one who discovers the truth of divine religion یہ ڈسکوری کی بات ہے۔ تو کہا کامیابی کا آغاز یہاں سے ہوتا ہے کہ آدمی سوچتا ہے،</w:t>
      </w:r>
    </w:p>
    <w:p>
      <w:r>
        <w:rPr>
          <w:b/>
        </w:rPr>
        <w:t xml:space="preserve">[30:01] </w:t>
      </w:r>
      <w:r>
        <w:t>seekh banta hai, ghor o fikr karta hai, yahan tak ke us ko discovery ho jati hai Khuda ke deen ki.</w:t>
      </w:r>
    </w:p>
    <w:p>
      <w:pPr>
        <w:jc w:val="right"/>
      </w:pPr>
      <w:r>
        <w:t>سیکھر بنتا ہے، غور و فکر کرتا ہے، یہاں تک کہ اس کو ڈسکوری ہو جاتی ہے خدا کے دین کی۔</w:t>
      </w:r>
    </w:p>
    <w:p>
      <w:r>
        <w:rPr>
          <w:b/>
        </w:rPr>
        <w:t xml:space="preserve">[30:11] </w:t>
      </w:r>
      <w:r>
        <w:t>discovery to aslama ka matlab yeh nahi ke bas kalma padh liya</w:t>
      </w:r>
    </w:p>
    <w:p>
      <w:pPr>
        <w:jc w:val="right"/>
      </w:pPr>
      <w:r>
        <w:t>ڈسکوری تو اسلمہ کا مطلب یہ نہیں کہ بس کلمہ پڑھ لیا</w:t>
      </w:r>
    </w:p>
    <w:p>
      <w:r>
        <w:rPr>
          <w:b/>
        </w:rPr>
        <w:t xml:space="preserve">[30:15] </w:t>
      </w:r>
      <w:r>
        <w:t>nahi, jis ko divine truth ki discovery hogi, woh hai is se murad. to pehli baat yeh hai ke us ko divine truth ki discovery hui.</w:t>
      </w:r>
    </w:p>
    <w:p>
      <w:pPr>
        <w:jc w:val="right"/>
      </w:pPr>
      <w:r>
        <w:t>۔ نہیں، جس کو ڈیوائن ٹروتھ کی ڈسکوری ہوگی، وہ ہے اس سے مراد۔ تو پہلی بات یہ ہے کہ اس کو ڈیوائن ٹروتھ کی ڈسکوری ہوئی۔</w:t>
      </w:r>
    </w:p>
    <w:p>
      <w:r>
        <w:rPr>
          <w:b/>
        </w:rPr>
        <w:t xml:space="preserve">[30:29] </w:t>
      </w:r>
      <w:r>
        <w:t>us ke nateeje mein kya hua? us ka nateeja hai yeh result is ka hai ke us ke baad yeh mizaj bana ke woh rizq ke kafaaf par razi ho gaya.</w:t>
      </w:r>
    </w:p>
    <w:p>
      <w:pPr>
        <w:jc w:val="right"/>
      </w:pPr>
      <w:r>
        <w:t>اس کے نتیجے میں کیا ہوا؟ اس کا نتیجہ ہے یہ رزلٹ اس کا ہے کہ اس کے بعد یہ مزاج بنا کہ وہ رزق کے کفاف پر راضی ہو گیا۔</w:t>
      </w:r>
    </w:p>
    <w:p>
      <w:r>
        <w:rPr>
          <w:b/>
        </w:rPr>
        <w:t xml:space="preserve">[30:41] </w:t>
      </w:r>
      <w:r>
        <w:t>jis ko discovery ho jayegi to itni bari cheez mil jayegi us ko. itni bari cheez mil jayegi ke har doosri cheez us ko sakarne ban jayegi.</w:t>
      </w:r>
    </w:p>
    <w:p>
      <w:pPr>
        <w:jc w:val="right"/>
      </w:pPr>
      <w:r>
        <w:t>جس کو ڈسکوری ہو جائے گی تو اتنی بڑی چیز مل جائے گی اس کو۔ اتنی بڑی چیز مل جائے گی کہ ہر دوسری چیز اس کو سکڑنے بن جائے گی۔</w:t>
      </w:r>
    </w:p>
    <w:p>
      <w:r>
        <w:rPr>
          <w:b/>
        </w:rPr>
        <w:t xml:space="preserve">[30:52] </w:t>
      </w:r>
      <w:r>
        <w:t>yani aslama ke mani hain ke jis ko divine truth mil gayi, universal sachai mil gayi,</w:t>
      </w:r>
    </w:p>
    <w:p>
      <w:pPr>
        <w:jc w:val="right"/>
      </w:pPr>
      <w:r>
        <w:t>یعنی اسلمہ کے معنی ہیں کہ جس کو ڈیوائن ٹروتھ مل گئی، یونیورسل سچائی مل گئی،</w:t>
      </w:r>
    </w:p>
    <w:p>
      <w:r>
        <w:rPr>
          <w:b/>
        </w:rPr>
        <w:t xml:space="preserve">[31:03] </w:t>
      </w:r>
      <w:r>
        <w:t>itni bari baat us ko mil jaye to usi thrill mein jeeyega, usi thrill mein.</w:t>
      </w:r>
    </w:p>
    <w:p>
      <w:pPr>
        <w:jc w:val="right"/>
      </w:pPr>
      <w:r>
        <w:t>اتنی بڑی بات اس کو مل جائے تو اسی تھرل میں جیے گا، اسی تھرل میں۔</w:t>
      </w:r>
    </w:p>
    <w:p>
      <w:r>
        <w:rPr>
          <w:b/>
        </w:rPr>
        <w:t xml:space="preserve">[31:09] </w:t>
      </w:r>
      <w:r>
        <w:t>phir us ko zindagi ki jo zaruraten hain us mein waqt zarurat zarurat lega. need base is ki life need based ho jayegi.</w:t>
      </w:r>
    </w:p>
    <w:p>
      <w:pPr>
        <w:jc w:val="right"/>
      </w:pPr>
      <w:r>
        <w:t>پھر اس کو زندگی کی جو ضرورتیں ہیں اس میں وقت ضرورت ضرورت لے گا۔ نیڈ بیس اس کی لائف نیڈ بیسڈ ہو جائے گی۔</w:t>
      </w:r>
    </w:p>
    <w:p>
      <w:r>
        <w:rPr>
          <w:b/>
        </w:rPr>
        <w:t xml:space="preserve">[31:22] </w:t>
      </w:r>
      <w:r>
        <w:t>aur phir kya hoga? us ko sochne ka mauqa milega, tadabbur ka mauqa milega, study ka mauqa milega, aur mushahida ka mauqa milega, kainat mein ghor o fikr ka mauqa milega.</w:t>
      </w:r>
    </w:p>
    <w:p>
      <w:pPr>
        <w:jc w:val="right"/>
      </w:pPr>
      <w:r>
        <w:t>اور پھر کیا ہوگا؟ اس کو سوچنے کا موقع ملے گا، تدبر کا موقع ملے گا، اسٹڈی کا موقع ملے گا، اور مشاہدہ کا موقع ملے گا، کائنات میں غور و فکر کا موقع ملے گا۔</w:t>
      </w:r>
    </w:p>
    <w:p>
      <w:r>
        <w:rPr>
          <w:b/>
        </w:rPr>
        <w:t xml:space="preserve">[31:37] </w:t>
      </w:r>
      <w:r>
        <w:t>yeh sab hoga.</w:t>
      </w:r>
    </w:p>
    <w:p>
      <w:pPr>
        <w:jc w:val="right"/>
      </w:pPr>
      <w:r>
        <w:t>یہ سب ہوگا۔</w:t>
      </w:r>
    </w:p>
    <w:p>
      <w:r>
        <w:rPr>
          <w:b/>
        </w:rPr>
        <w:t xml:space="preserve">[31:39] </w:t>
      </w:r>
      <w:r>
        <w:t>zahiri qismat kamyabi kamyabi hai. yeh itne bare paye par jis aadmi ka intellectual development ho, spiritual development ho to us ko kya?</w:t>
      </w:r>
    </w:p>
    <w:p>
      <w:pPr>
        <w:jc w:val="right"/>
      </w:pPr>
      <w:r>
        <w:t>ظاہری قسمت کامیابی کامیابی ہے۔ یہ اتنے بڑے پائے پر جس آدمی کا انٹلیکچول ڈیولپمنٹ ہو، اسپریچول ڈیولپمنٹ ہو تو اس کو کیا؟</w:t>
      </w:r>
    </w:p>
    <w:p>
      <w:r>
        <w:rPr>
          <w:b/>
        </w:rPr>
        <w:t xml:space="preserve">[31:49] </w:t>
      </w:r>
      <w:r>
        <w:t>us ko kamyabi kamyabi hai. yeh hai matlab is ka. to yeh is is hadith mein wohi baat hai jo maine roze ke context mein kahi.</w:t>
      </w:r>
    </w:p>
    <w:p>
      <w:pPr>
        <w:jc w:val="right"/>
      </w:pPr>
      <w:r>
        <w:t>اس کو کامیابی کامیابی ہے۔ یہ ہے مطلب اس کا۔ تو یہ اس اس حدیث میں وہی بات ہے جو میں نے روزے کے کنٹیکسٹ میں کہی۔</w:t>
      </w:r>
    </w:p>
    <w:p>
      <w:r>
        <w:rPr>
          <w:b/>
        </w:rPr>
        <w:t xml:space="preserve">[32:04] </w:t>
      </w:r>
      <w:r>
        <w:t>context mein kahi.</w:t>
      </w:r>
    </w:p>
    <w:p>
      <w:pPr>
        <w:jc w:val="right"/>
      </w:pPr>
      <w:r>
        <w:t>کنٹیکسٹ میں کہی۔</w:t>
      </w:r>
    </w:p>
    <w:p>
      <w:r>
        <w:rPr>
          <w:b/>
        </w:rPr>
        <w:t xml:space="preserve">[32:06] </w:t>
      </w:r>
      <w:r>
        <w:t>jo log ek sath baat hui usi mamle mein to unhone kaha ke aap jab hum ko Allah ne paisa diya to kyun na hum aaram karein?</w:t>
      </w:r>
    </w:p>
    <w:p>
      <w:pPr>
        <w:jc w:val="right"/>
      </w:pPr>
      <w:r>
        <w:t>جو لوگ ایک ساتھ بات ہوئی اسی معاملے میں تو انہوں نے کہا کہ آپ جب ہم کو اللہ نے پیسہ دیا تو کیوں نہ ہم آرام کریں؟</w:t>
      </w:r>
    </w:p>
    <w:p>
      <w:r>
        <w:rPr>
          <w:b/>
        </w:rPr>
        <w:t xml:space="preserve">[32:21] </w:t>
      </w:r>
      <w:r>
        <w:t>hum ko Allah ne paisa diya hai to hum kyun na yani khoob aaram o wish zindagi guzarein? to maine kaha ke maine kaha paisa paisa diya hai to kya is liye ke aap bewakoof ban jayein?</w:t>
      </w:r>
    </w:p>
    <w:p>
      <w:pPr>
        <w:jc w:val="right"/>
      </w:pPr>
      <w:r>
        <w:t>ہم کو اللہ نے پیسہ دیا ہے تو ہم کیوں نہ یعنی خوب آرام وش میں زندگی گزاریں؟ تو میں نے کہا کہ میں نے کہا پیسہ پیسہ دیا ہے تو کیا اس لیے کہ آپ بیوقوف بن جائیں؟</w:t>
      </w:r>
    </w:p>
    <w:p>
      <w:r>
        <w:rPr>
          <w:b/>
        </w:rPr>
        <w:t xml:space="preserve">[32:32] </w:t>
      </w:r>
      <w:r>
        <w:t>maine use ek sawal kiya to us ko jo</w:t>
      </w:r>
    </w:p>
    <w:p>
      <w:pPr>
        <w:jc w:val="right"/>
      </w:pPr>
      <w:r>
        <w:t>میں نے اسے ایک سوال کیا تو اس کو جو</w:t>
      </w:r>
    </w:p>
    <w:p>
      <w:r>
        <w:rPr>
          <w:b/>
        </w:rPr>
        <w:t xml:space="preserve">[32:35] </w:t>
      </w:r>
      <w:r>
        <w:t>ab nahi de sake. woh maine kaha dekhiye, aap aaram o wish zindagi guzar kar ke aap intellectual dwarf ban gaye hain. intellectual dwarf to kaha paisa is liye diya ke aap intellectual dwarf ban jayein.</w:t>
      </w:r>
    </w:p>
    <w:p>
      <w:pPr>
        <w:jc w:val="right"/>
      </w:pPr>
      <w:r>
        <w:t>اب نہیں دے سکے۔ وہ میں نے کہا دیکھیے، آپ آرام وش زندگی گزار کر کے آپ انٹلیکچول ڈوارف بن گئے ہیں۔ انٹلیکچول ڈوارف تو کہا پیسہ اس لیے دیا کہ آپ انٹلیکچول ڈوارف بن جائیں۔</w:t>
      </w:r>
    </w:p>
    <w:p>
      <w:r>
        <w:rPr>
          <w:b/>
        </w:rPr>
        <w:t xml:space="preserve">[32:49] </w:t>
      </w:r>
      <w:r>
        <w:t>khuda ne paisa diya hai aap ko is liye ke aap intellectual dwarf ban jayen.</w:t>
      </w:r>
    </w:p>
    <w:p>
      <w:pPr>
        <w:jc w:val="right"/>
      </w:pPr>
      <w:r>
        <w:t>خدا نے پیسہ دیا ہے آپ کو اس لیے کہ آپ انٹلیکچول ڈوارف بن جائیں۔</w:t>
      </w:r>
    </w:p>
    <w:p>
      <w:r>
        <w:rPr>
          <w:b/>
        </w:rPr>
        <w:t xml:space="preserve">[32:58] </w:t>
      </w:r>
      <w:r>
        <w:t>to jis ko bhi maine tajruba kiya, yeh koi ek aadmi ki baat nahi hai jo aram o wish mein rehta hai. maine paya hai ke bewoqoofi bewoqoofi baatein karta hai.</w:t>
      </w:r>
    </w:p>
    <w:p>
      <w:pPr>
        <w:jc w:val="right"/>
      </w:pPr>
      <w:r>
        <w:t>تو جس کو بھی میں نے تجربہ کیا، یہ کوئی ایک آدمی کی بات نہیں ہے جو آرام وش میں رہتا ہے۔ میں نے پایا ہے کہ بیوقوفی بیوقوفی باتیں کرتا ہے۔</w:t>
      </w:r>
    </w:p>
    <w:p>
      <w:r>
        <w:rPr>
          <w:b/>
        </w:rPr>
        <w:t xml:space="preserve">[33:08] </w:t>
      </w:r>
      <w:r>
        <w:t>woh yani jo wisdom, yani wisdom bilkul yani hai hi nahi, us ki hoti nahi.</w:t>
      </w:r>
    </w:p>
    <w:p>
      <w:pPr>
        <w:jc w:val="right"/>
      </w:pPr>
      <w:r>
        <w:t>وہ یعنی جو وزڈم، یعنی وزڈم بالکل یعنی ہے ہی نہیں، اس کی ہوتی نہیں۔</w:t>
      </w:r>
    </w:p>
    <w:p>
      <w:r>
        <w:rPr>
          <w:b/>
        </w:rPr>
        <w:t xml:space="preserve">[33:16] </w:t>
      </w:r>
      <w:r>
        <w:t>us ke andar wisdom se khali hota hai.</w:t>
      </w:r>
    </w:p>
    <w:p>
      <w:pPr>
        <w:jc w:val="right"/>
      </w:pPr>
      <w:r>
        <w:t>اس کے اندر وزڈم سے خالی ہوتا ہے۔</w:t>
      </w:r>
    </w:p>
    <w:p>
      <w:r>
        <w:rPr>
          <w:b/>
        </w:rPr>
        <w:t xml:space="preserve">[33:22] </w:t>
      </w:r>
      <w:r>
        <w:t>luxury life ke sath sath wisdom jama nahi hoti.</w:t>
      </w:r>
    </w:p>
    <w:p>
      <w:pPr>
        <w:jc w:val="right"/>
      </w:pPr>
      <w:r>
        <w:t>لگزری لائف کے ساتھ ساتھ وزڈم جمع نہیں ہوتی۔</w:t>
      </w:r>
    </w:p>
    <w:p>
      <w:r>
        <w:rPr>
          <w:b/>
        </w:rPr>
        <w:t xml:space="preserve">[33:28] </w:t>
      </w:r>
      <w:r>
        <w:t>ek arabi ka shair hai ke razina qismat jab bar fina lana ilm walju haal maal ek arab shair ka shair hai razina qismat qismat jab bar fina lana ilm walju haal maal .</w:t>
      </w:r>
    </w:p>
    <w:p>
      <w:pPr>
        <w:jc w:val="right"/>
      </w:pPr>
      <w:r>
        <w:t>ایک عربی کا شعر ہے کہ رضینہ قسمت جب بار فینا لنا علم والجو حال مال ایک عرب شاعر کا شعر ہے رضینہ قسمت قسمت جب بار فینا لنا علم والجو حال مال ۔</w:t>
      </w:r>
    </w:p>
    <w:p>
      <w:r>
        <w:rPr>
          <w:b/>
        </w:rPr>
        <w:t xml:space="preserve">[33:45] </w:t>
      </w:r>
      <w:r>
        <w:t>hum Allah ke is taqseem par razi ho gaye ke us ne hum ko ilm diya aur jahilon ko maal diya.</w:t>
      </w:r>
    </w:p>
    <w:p>
      <w:pPr>
        <w:jc w:val="right"/>
      </w:pPr>
      <w:r>
        <w:t>ہم اللہ کے اس تقسیم پر راضی ہو گئے کہ اس نے ہم کو علم دیا اور جاہلوں کو مال دیا۔</w:t>
      </w:r>
    </w:p>
    <w:p>
      <w:r>
        <w:rPr>
          <w:b/>
        </w:rPr>
        <w:t xml:space="preserve">[33:56] </w:t>
      </w:r>
      <w:r>
        <w:t>is ka matlab kya hai? is ka matlab yeh hai ke maal mein aadmi ne maal ko kya kiya? aadmi ne maal ka istemal bas aram o rahat nateeje mein woh jahil ho gaya, bewoqoof ho gaya, wisdom se khali ho gaya.</w:t>
      </w:r>
    </w:p>
    <w:p>
      <w:pPr>
        <w:jc w:val="right"/>
      </w:pPr>
      <w:r>
        <w:t>اس کا مطلب کیا ہے؟ اس کا مطلب یہ ہے کہ مال میں آدمی نے مال کو کیا کیا؟ آدمی نے مال کا استعمال بس آرام و راحت نتیجے میں وہ جاہل ہو گیا، بیوقوف ہو گیا، وزڈم سے خالی ہو گیا۔</w:t>
      </w:r>
    </w:p>
    <w:p>
      <w:r>
        <w:rPr>
          <w:b/>
        </w:rPr>
        <w:t xml:space="preserve">[34:12] </w:t>
      </w:r>
      <w:r>
        <w:t>yeh matlab hai is ka. aur jis ke paas yeh maal o daulat nahi tha, khoob moqa tha is ko study karne ka, ghor o fikr karne ka, aqli irteqa ka, to us ko wisdom mil gayi.</w:t>
      </w:r>
    </w:p>
    <w:p>
      <w:pPr>
        <w:jc w:val="right"/>
      </w:pPr>
      <w:r>
        <w:t>یہ مطلب ہے اس کا۔ اور جس کے پاس یہ مال و دولت نہیں تھا، خوب موقع تھا اس کو اسٹڈی کرنے کا، غور و فکر کرنے کا، عقلی ارتقاء کا، تو اس کو وزڈم مل گئی۔</w:t>
      </w:r>
    </w:p>
    <w:p>
      <w:r>
        <w:rPr>
          <w:b/>
        </w:rPr>
        <w:t xml:space="preserve">[34:26] </w:t>
      </w:r>
      <w:r>
        <w:t>yeh matlab hai is ka. to yaad rakhiye, jo log aisi baatein karte hain woh</w:t>
      </w:r>
    </w:p>
    <w:p>
      <w:pPr>
        <w:jc w:val="right"/>
      </w:pPr>
      <w:r>
        <w:t>یہ مطلب ہے اس کا۔ تو یاد رکھیے، جو لوگ ایسی باتیں کرتے ہیں وہ</w:t>
      </w:r>
    </w:p>
    <w:p>
      <w:r>
        <w:rPr>
          <w:b/>
        </w:rPr>
        <w:t xml:space="preserve">[34:34] </w:t>
      </w:r>
      <w:r>
        <w:t>jante nahi law of nature ko. dekhiye, aap Khuda ki banai hui duniya mein</w:t>
      </w:r>
    </w:p>
    <w:p>
      <w:pPr>
        <w:jc w:val="right"/>
      </w:pPr>
      <w:r>
        <w:t>جانتے نہیں لاء آف نیچر کو۔ دیکھیے، آپ خدا کی بنائی ہوئی دنیا میں</w:t>
      </w:r>
    </w:p>
    <w:p>
      <w:r>
        <w:rPr>
          <w:b/>
        </w:rPr>
        <w:t xml:space="preserve">[34:46] </w:t>
      </w:r>
      <w:r>
        <w:t>to Khuda ki banai hui duniya mein aap ayen to aap ko janna parega ke what is the law of nature? what is the creation plan of God?</w:t>
      </w:r>
    </w:p>
    <w:p>
      <w:pPr>
        <w:jc w:val="right"/>
      </w:pPr>
      <w:r>
        <w:t>تو خدا کی بنائی ہوئی دنیا میں آپ آئیں تو آپ کو جاننا پڑے گا کہ واٹ از دا لاء آف نیچر؟ واٹ از دا کریشن پلان آف گاڈ؟</w:t>
      </w:r>
    </w:p>
    <w:p>
      <w:r>
        <w:rPr>
          <w:b/>
        </w:rPr>
        <w:t xml:space="preserve">[34:56] </w:t>
      </w:r>
      <w:r>
        <w:t>Khuda ki planning ko janna parega. agar aap Khuda ke qanoon par razi nahi hain to phir ek aur universe banai, phir doosra universe banai.</w:t>
      </w:r>
    </w:p>
    <w:p>
      <w:pPr>
        <w:jc w:val="right"/>
      </w:pPr>
      <w:r>
        <w:t>خدا کی پلاننگ کو جاننا پڑے گا۔ اگر آپ خدا کے قانون پر راضی نہیں ہیں تو پھر ایک اور یونیورس بنائی، پھر دوسرا یونیورس بنائی۔</w:t>
      </w:r>
    </w:p>
    <w:p>
      <w:r>
        <w:rPr>
          <w:b/>
        </w:rPr>
        <w:t xml:space="preserve">[35:10] </w:t>
      </w:r>
      <w:r>
        <w:t>ek sahib se baat ho rahi thi is qism ki to unhon ne kaha woh shikayatein karne ke yeh hamare sath yeh zulm ho raha hai, hamare sath woh imtiaz kiya ja raha hai, hum ko sataya ja raha hai waghera waghera.</w:t>
      </w:r>
    </w:p>
    <w:p>
      <w:pPr>
        <w:jc w:val="right"/>
      </w:pPr>
      <w:r>
        <w:t>ایک صاحب سے بات ہو رہی تھی اس قسم کی تو انہوں نے کہا وہ شکایتیں کرنے کہ یہ ہمارے ساتھ یہ ظلم ہو رہا ہے، ہمارے ساتھ وہ امتیاز کیا جا رہا ہے، ہم کو ستایا جا رہا ہے وغیرہ وغیرہ۔</w:t>
      </w:r>
    </w:p>
    <w:p>
      <w:r>
        <w:rPr>
          <w:b/>
        </w:rPr>
        <w:t xml:space="preserve">[35:23] </w:t>
      </w:r>
      <w:r>
        <w:t>to maine kaha ab yeh duniya jo hai Allah taala ne banai hai, azadi di, har ek ko azadi di hai to azadi istemal karega. woh</w:t>
      </w:r>
    </w:p>
    <w:p>
      <w:pPr>
        <w:jc w:val="right"/>
      </w:pPr>
      <w:r>
        <w:t>تو میں نے کہا اب یہ دنیا جو ہے اللہ تعالی نے بنائی ہے، آزادی دی، ہر ایک کو آزادی دی ہے تو آزادی استعمال کرے گا۔ وہ</w:t>
      </w:r>
    </w:p>
    <w:p>
      <w:r>
        <w:rPr>
          <w:b/>
        </w:rPr>
        <w:t xml:space="preserve">[35:30] </w:t>
      </w:r>
      <w:r>
        <w:t>azadi, azadi ko proper use bhi karega, woh misuse bhi karega. to jis jis cheez ko aap problem bata rahe hain, woh problem nahi hai, woh challenge hai azadi ki wajah se.</w:t>
      </w:r>
    </w:p>
    <w:p>
      <w:pPr>
        <w:jc w:val="right"/>
      </w:pPr>
      <w:r>
        <w:t>آزادی، آزادی کو پراپر یوز بھی کرے گا، وہ مس یوز بھی کرے گا۔ تو جس جس چیز کو آپ پرابلم بتا رہے ہیں، وہ پرابلم نہیں ہے، وہ چیلنج ہے آزادی کی وجہ سے۔</w:t>
      </w:r>
    </w:p>
    <w:p>
      <w:r>
        <w:rPr>
          <w:b/>
        </w:rPr>
        <w:t xml:space="preserve">[35:46] </w:t>
      </w:r>
      <w:r>
        <w:t>yani chunke Allah taala ne logon ko azadi di hai to apni azadi ko misuse bhi karte hain. yeh misuse karenge to aap ke liye problem paida hoga. to us ko aap challenge ke roop mein lijiye,</w:t>
      </w:r>
    </w:p>
    <w:p>
      <w:pPr>
        <w:jc w:val="right"/>
      </w:pPr>
      <w:r>
        <w:t>یعنی چونکہ اللہ تعالی نے لوگوں کو آزادی دی ہے تو اپنی آزادی کو مس یوز بھی کرتے ہیں۔ یہ مس یوز کریں گے تو آپ کے لیے پرابلم پیدا ہوگا۔ تو اس کو آپ چیلنج کے روپ میں لیجئے،</w:t>
      </w:r>
    </w:p>
    <w:p>
      <w:r>
        <w:rPr>
          <w:b/>
        </w:rPr>
        <w:t xml:space="preserve">[35:58] </w:t>
      </w:r>
      <w:r>
        <w:t>us ko meet kijiye as a challenge. to maine kaha ke dekhiye, aap agar is par razi nahi hain to jante hain kya hai?</w:t>
      </w:r>
    </w:p>
    <w:p>
      <w:pPr>
        <w:jc w:val="right"/>
      </w:pPr>
      <w:r>
        <w:t>اس کو میٹ کیجئے ایز ا چیلنج۔ تو میں نے کہا کہ دیکھیے، آپ اگر اس پر راضی نہیں ہیں تو جانتے ہیں کیا ہے؟</w:t>
      </w:r>
    </w:p>
    <w:p>
      <w:r>
        <w:rPr>
          <w:b/>
        </w:rPr>
        <w:t xml:space="preserve">[36:09] </w:t>
      </w:r>
      <w:r>
        <w:t>aap ko karna ek aur universe aap ko create karni paregi kyunke is duniya mein to hoga nahi aisa ke koi aap ko kuch na kahe, koi aap ko ishtial na dilaye,</w:t>
      </w:r>
    </w:p>
    <w:p>
      <w:pPr>
        <w:jc w:val="right"/>
      </w:pPr>
      <w:r>
        <w:t>آپ کو کرنا ایک اور یونیورس آپ کو کریٹ کرنی پڑے گی کیونکہ اس دنیا میں تو ہوگا نہیں ایسا کہ کوئی آپ کو کچھ نہ کہے، کوئی آپ کو اشتعال نہ دلائے،</w:t>
      </w:r>
    </w:p>
    <w:p>
      <w:r>
        <w:rPr>
          <w:b/>
        </w:rPr>
        <w:t xml:space="preserve">[36:22] </w:t>
      </w:r>
      <w:r>
        <w:t>koi aap ke sath koi imtiyazi sulook na kare. yeh sab to hone wala nahi hai, yeh to hoga, yun hoga.</w:t>
      </w:r>
    </w:p>
    <w:p>
      <w:pPr>
        <w:jc w:val="right"/>
      </w:pPr>
      <w:r>
        <w:t>کوئی آپ کے ساتھ کوئی امتیازی سلوک نہ کرے۔ یہ سب تو ہونے والا نہیں ہے، یہ تو ہوگا، یوں ہوگا۔</w:t>
      </w:r>
    </w:p>
    <w:p>
      <w:r>
        <w:rPr>
          <w:b/>
        </w:rPr>
        <w:t xml:space="preserve">[36:29] </w:t>
      </w:r>
      <w:r>
        <w:t>to agar aap chahte hain ke aisi duniya aap ko mile jahan aap se koi imtiaz na kiya jaye, koi na aap ko sataye, koi aap ko mushtael na kare, koi aap ke khilaf na bolay, aisi duniya to aap ki yahan to milegi nahi.</w:t>
      </w:r>
    </w:p>
    <w:p>
      <w:pPr>
        <w:jc w:val="right"/>
      </w:pPr>
      <w:r>
        <w:t>تو اگر آپ چاہتے ہیں کہ ایسی دنیا آپ کو ملے جہاں آپ سے کوئی امتیاز نہ کیا جائے، کوئی نہ آپ کو ستائے، کوئی آپ کو مشتعل نہ کرے، کوئی آپ کے خلاف نہ بولے، ایسی دنیا تو آپ کی یہاں تو ملے گی نہیں۔</w:t>
      </w:r>
    </w:p>
    <w:p>
      <w:r>
        <w:rPr>
          <w:b/>
        </w:rPr>
        <w:t xml:space="preserve">[36:46] </w:t>
      </w:r>
      <w:r>
        <w:t>woh aap ko ek aur duniya create karni paregi.</w:t>
      </w:r>
    </w:p>
    <w:p>
      <w:pPr>
        <w:jc w:val="right"/>
      </w:pPr>
      <w:r>
        <w:t>وہ آپ کو ایک اور دنیا کریٹ کرنی پڑے گی۔</w:t>
      </w:r>
    </w:p>
    <w:p>
      <w:r>
        <w:rPr>
          <w:b/>
        </w:rPr>
        <w:t xml:space="preserve">[36:50] </w:t>
      </w:r>
      <w:r>
        <w:t>to logon ka haal yeh hai ke kuch yani madi samanon mein jeete jeete yani intellectual dwarfs ka shikar ho gaye hain.</w:t>
      </w:r>
    </w:p>
    <w:p>
      <w:pPr>
        <w:jc w:val="right"/>
      </w:pPr>
      <w:r>
        <w:t>تو لوگوں کا حال یہ ہے کہ کچھ یعنی مادی سامانوں میں جیتے جیتے یعنی انٹلیکچول ڈوارفز کا شکار ہو گئے ہیں۔</w:t>
      </w:r>
    </w:p>
    <w:p>
      <w:r>
        <w:rPr>
          <w:b/>
        </w:rPr>
        <w:t xml:space="preserve">[37:01] </w:t>
      </w:r>
      <w:r>
        <w:t>woh intellectual dwarfs</w:t>
      </w:r>
    </w:p>
    <w:p>
      <w:pPr>
        <w:jc w:val="right"/>
      </w:pPr>
      <w:r>
        <w:t>وہ انٹلیکچول ڈوارفز</w:t>
      </w:r>
    </w:p>
    <w:p>
      <w:r>
        <w:rPr>
          <w:b/>
        </w:rPr>
        <w:t xml:space="preserve">[37:07] </w:t>
      </w:r>
      <w:r>
        <w:t>aur yeh sab se bara masla hai, main samajhta hoon musalmanon ka. ab dekhiye, musalman muslim duniya mein laraiyan ho rahi hain falasteen waghera mein.</w:t>
      </w:r>
    </w:p>
    <w:p>
      <w:pPr>
        <w:jc w:val="right"/>
      </w:pPr>
      <w:r>
        <w:t>اور یہ سب سے بڑا مسئلہ ہے، میں سمجھتا ہوں مسلمانوں کا۔ اب دیکھیے، مسلمان مسلم دنیا میں لڑائیاں ہو رہی ہیں فلسطین وغیرہ میں۔</w:t>
      </w:r>
    </w:p>
    <w:p>
      <w:r>
        <w:rPr>
          <w:b/>
        </w:rPr>
        <w:t xml:space="preserve">[37:16] </w:t>
      </w:r>
      <w:r>
        <w:t>woh kya hai?</w:t>
      </w:r>
    </w:p>
    <w:p>
      <w:pPr>
        <w:jc w:val="right"/>
      </w:pPr>
      <w:r>
        <w:t>وہ کیا ہے؟</w:t>
      </w:r>
    </w:p>
    <w:p>
      <w:r>
        <w:rPr>
          <w:b/>
        </w:rPr>
        <w:t xml:space="preserve">[37:19] </w:t>
      </w:r>
      <w:r>
        <w:t>woh sab yani log kehte hain ke aap yeh zulm kar raha hai, israel woh zulm kar raha hai, israel. main kehta hoon they are paying the price of their own stupid policies</w:t>
      </w:r>
    </w:p>
    <w:p>
      <w:pPr>
        <w:jc w:val="right"/>
      </w:pPr>
      <w:r>
        <w:t>وہ سب یعنی لوگ کہتے ہیں کہ آپ یہ ظلم کر رہا ہے، اسرائیل وہ ظلم کر رہا ہے، اسرائیل۔ میں کہتا ہوں they are paying the price of their own stupid policies</w:t>
      </w:r>
    </w:p>
    <w:p>
      <w:r>
        <w:rPr>
          <w:b/>
        </w:rPr>
        <w:t xml:space="preserve">[37:31] </w:t>
      </w:r>
      <w:r>
        <w:t>jise tum zulm kar rahe ho ke israel ne zulm kiya, woh zulm nahi hai. woh you are paying the price of your own stupid policies yani khwamkhwah lad rahe hain, koi sar na ladne ka.</w:t>
      </w:r>
    </w:p>
    <w:p>
      <w:pPr>
        <w:jc w:val="right"/>
      </w:pPr>
      <w:r>
        <w:t>جسے تم ظلم کر رہے ہو کہ اسرائیل نے ظلم کیا، وہ ظلم نہیں ہے۔ وہ you are paying the price of your own stupid policies یعنی خوامخواہ لڑ رہے ہیں، کوئی سر نہ لڑنے کا۔</w:t>
      </w:r>
    </w:p>
    <w:p>
      <w:r>
        <w:rPr>
          <w:b/>
        </w:rPr>
        <w:t xml:space="preserve">[37:48] </w:t>
      </w:r>
      <w:r>
        <w:t>ladai ladai se pehle planning chahiye. planning quran mein bataya gaya hai ke ladai se pehle aap ko apne andar quwwat marhaba paida karna chahiye.</w:t>
      </w:r>
    </w:p>
    <w:p>
      <w:pPr>
        <w:jc w:val="right"/>
      </w:pPr>
      <w:r>
        <w:t>لڑائی لڑائی سے پہلے پلاننگ چاہیے۔ پلاننگ قرآن میں بتایا گیا ہے کہ لڑائی سے پہلے آپ کو اپنے اندر قوت مرحبہ پیدا کرنا چاہیے۔</w:t>
      </w:r>
    </w:p>
    <w:p>
      <w:r>
        <w:rPr>
          <w:b/>
        </w:rPr>
        <w:t xml:space="preserve">[38:01] </w:t>
      </w:r>
      <w:r>
        <w:t>quwwat marhaba adu lahum basat min quwwat na mein kya hai? woh tarbo ne bhai adu allah adu yani aisi taqat jis se fareeq-e-sani khaufzada ho jaye, raab mein aa jaye.</w:t>
      </w:r>
    </w:p>
    <w:p>
      <w:pPr>
        <w:jc w:val="right"/>
      </w:pPr>
      <w:r>
        <w:t>قوت مرحبہ عدو لهم بسط من قوت نہ میں کیا ہے؟ وہ تربو نے بھئی ادو اللہ وعدو یعنی ایسی طاقت جس سے فریق ثانی خوفزدہ ہو جائے، رعب میں آ جائے۔</w:t>
      </w:r>
    </w:p>
    <w:p>
      <w:r>
        <w:rPr>
          <w:b/>
        </w:rPr>
        <w:t xml:space="preserve">[38:20] </w:t>
      </w:r>
      <w:r>
        <w:t>to kya yeh jo lad rahe hain, jo log, unhon ne in ko raab mein daal rakha hai? itni taqatwar woh hain, itni taqatwar hote to phir woh shikayati nabat na aati.</w:t>
      </w:r>
    </w:p>
    <w:p>
      <w:pPr>
        <w:jc w:val="right"/>
      </w:pPr>
      <w:r>
        <w:t>تو کیا یہ جو لڑ رہے ہیں، جو لوگ، انہوں نے ان کو رعب میں ڈال رکھا ہے؟ اتنی طاقتور وہ ہیں، اتنی طاقتور ہوتے تو پھر وہ شکایتی نوبت نہ آتی۔</w:t>
      </w:r>
    </w:p>
    <w:p>
      <w:r>
        <w:rPr>
          <w:b/>
        </w:rPr>
        <w:t xml:space="preserve">[38:32] </w:t>
      </w:r>
      <w:r>
        <w:t>shikayat ki to law of nature yeh hai ke agar tumhare paas quwwat marhaba hai, tab tum jang aapas mein lad sakte ho, warna nahi.</w:t>
      </w:r>
    </w:p>
    <w:p>
      <w:pPr>
        <w:jc w:val="right"/>
      </w:pPr>
      <w:r>
        <w:t>شکایت کی تو لاء آف نیچر یہ ہے کہ اگر تمہارے پاس قوت مرحبہ ہے، تب تم جنگ آپس میں لڑ سکتے ہو، ورنہ نہیں۔</w:t>
      </w:r>
    </w:p>
    <w:p>
      <w:r>
        <w:rPr>
          <w:b/>
        </w:rPr>
        <w:t xml:space="preserve">[38:45] </w:t>
      </w:r>
      <w:r>
        <w:t>yeh ayat kis surah mein hai? anfaal mein. anfaal mein. anfaal mein. bohat ahem ayat hai surah anfaal mein.</w:t>
      </w:r>
    </w:p>
    <w:p>
      <w:pPr>
        <w:jc w:val="right"/>
      </w:pPr>
      <w:r>
        <w:t>یہ آیت کس سورہ میں ہے؟ انفال میں۔ انفال میں۔ انفال میں۔ بہت اہم آیت ہے سورہ انفال میں۔</w:t>
      </w:r>
    </w:p>
    <w:p>
      <w:r>
        <w:rPr>
          <w:b/>
        </w:rPr>
        <w:t xml:space="preserve">[38:56] </w:t>
      </w:r>
      <w:r>
        <w:t>is ka matlab yeh hai ke agar tumhare paas quwwat marhaba ho, tab tum jang ka option le sakte ho.</w:t>
      </w:r>
    </w:p>
    <w:p>
      <w:pPr>
        <w:jc w:val="right"/>
      </w:pPr>
      <w:r>
        <w:t>اس کا مطلب یہ ہے کہ اگر تمہارے پاس قوت مرحبہ ہو، تب تم جنگ کا آپشن لے سکتے ہو۔</w:t>
      </w:r>
    </w:p>
    <w:p>
      <w:r>
        <w:rPr>
          <w:b/>
        </w:rPr>
        <w:t xml:space="preserve">[39:04] </w:t>
      </w:r>
      <w:r>
        <w:t>nahi to tum ko sulah ka option lena padega. yak-tarfa sulah. unilateral adjustment. unilateral compromise.</w:t>
      </w:r>
    </w:p>
    <w:p>
      <w:pPr>
        <w:jc w:val="right"/>
      </w:pPr>
      <w:r>
        <w:t>نہیں تو تم کو صلح کا آپشن لینا پڑے گا۔ یکطرفہ صلح۔ یونیٹرل ایڈجسٹمنٹ۔ یونیٹرل کمپرومائز۔</w:t>
      </w:r>
    </w:p>
    <w:p>
      <w:r>
        <w:rPr>
          <w:b/>
        </w:rPr>
        <w:t xml:space="preserve">[39:13] </w:t>
      </w:r>
      <w:r>
        <w:t>yeh bohat hi important surah ka paigham yeh hai. aur poori muslim dunya is ko nahi jaanti.</w:t>
      </w:r>
    </w:p>
    <w:p>
      <w:pPr>
        <w:jc w:val="right"/>
      </w:pPr>
      <w:r>
        <w:t>یہ بہت ہی امپورٹنٹ سورہ کا پیغام یہ ہے۔ اور پوری مسلم دنیا اس کو نہیں جانتی۔</w:t>
      </w:r>
    </w:p>
    <w:p>
      <w:r>
        <w:rPr>
          <w:b/>
        </w:rPr>
        <w:t xml:space="preserve">[39:22] </w:t>
      </w:r>
      <w:r>
        <w:t>poori muslim dunya is se nawaqif hai ke agar aap ke paas quwwat marhaba nahi hai, yani matlab win karne ki position mein nahi hain, aap jang ko ya you are not in a position to win the war</w:t>
      </w:r>
    </w:p>
    <w:p>
      <w:pPr>
        <w:jc w:val="right"/>
      </w:pPr>
      <w:r>
        <w:t>پوری مسلم دنیا اس سے ناواقف ہے کہ اگر آپ کے پاس قوت مرحبہ نہیں ہے، یعنی مطلب ون کرنے کی پوزیشن میں نہیں ہیں، آپ جنگ کو یا you are not in a position to win the war</w:t>
      </w:r>
    </w:p>
    <w:p>
      <w:r>
        <w:rPr>
          <w:b/>
        </w:rPr>
        <w:t xml:space="preserve">[39:39] </w:t>
      </w:r>
      <w:r>
        <w:t>to option nahi nahi le sakte aap war ka.</w:t>
      </w:r>
    </w:p>
    <w:p>
      <w:pPr>
        <w:jc w:val="right"/>
      </w:pPr>
      <w:r>
        <w:t>تو آپشن نہیں نہیں لے سکتے آپ وار کا۔</w:t>
      </w:r>
    </w:p>
    <w:p>
      <w:r>
        <w:rPr>
          <w:b/>
        </w:rPr>
        <w:t xml:space="preserve">[39:45] </w:t>
      </w:r>
      <w:r>
        <w:t>bohat bari baat hai yeh surah anfaal mein. is ko is ko aap ja ke parhiye ga, is ko is ayat ko.</w:t>
      </w:r>
    </w:p>
    <w:p>
      <w:pPr>
        <w:jc w:val="right"/>
      </w:pPr>
      <w:r>
        <w:t>بہت بڑی بات ہے یہ سورہ انفال میں۔ اس کو اس کو آپ جا کے پڑھیے گا، اس کو اس آیت کو۔</w:t>
      </w:r>
    </w:p>
    <w:p>
      <w:r>
        <w:rPr>
          <w:b/>
        </w:rPr>
        <w:t xml:space="preserve">[39:53] </w:t>
      </w:r>
      <w:r>
        <w:t>is ka matlab yahi hai ke agar tum ko kisi fareeq se shikayat hai to woh lagta hai ke woh tumhara dushman hai waghera.</w:t>
      </w:r>
    </w:p>
    <w:p>
      <w:pPr>
        <w:jc w:val="right"/>
      </w:pPr>
      <w:r>
        <w:t>اس کا مطلب یہی ہے کہ اگر تم کو کسی فریق سے شکایت ہے تو وہ لگتا ہے کہ وہ تمہارا دشمن ہے وغیرہ۔</w:t>
      </w:r>
    </w:p>
    <w:p>
      <w:r>
        <w:rPr>
          <w:b/>
        </w:rPr>
        <w:t xml:space="preserve">[40:05] </w:t>
      </w:r>
      <w:r>
        <w:t>to pehle yeh karo ke andaza karo ke tum tumhari taqat kya hai is ke muqable mein. as compared to the other party what your strength</w:t>
      </w:r>
    </w:p>
    <w:p>
      <w:pPr>
        <w:jc w:val="right"/>
      </w:pPr>
      <w:r>
        <w:t>تو پہلے یہ کرو کہ اندازہ کرو کہ تم تمہاری طاقت کیا ہے اس کے مقابلے میں۔ as compared to the other party کیا واٹ یور اسٹرینتھ</w:t>
      </w:r>
    </w:p>
    <w:p>
      <w:r>
        <w:rPr>
          <w:b/>
        </w:rPr>
        <w:t xml:space="preserve">[40:21] </w:t>
      </w:r>
      <w:r>
        <w:t>? to agar aap ke paas quwwat marhaba ho, yani fareeq-e-sani ko zair karne ki position mein aap hon, tab jang ka option lein ke sochein, warna jang ka option nahi mat lijiye, sulah kar lijiye.</w:t>
      </w:r>
    </w:p>
    <w:p>
      <w:pPr>
        <w:jc w:val="right"/>
      </w:pPr>
      <w:r>
        <w:t>؟ تو اگر آپ کے پاس قوت مرحبہ ہو، یعنی فریق ثانی کو زیر کرنے کی پوزیشن میں آپ ہوں، تب جنگ کا آپشن لیں کہ سوچیے، ورنہ جنگ کا آپشن نہیں مت لیجئے، صلح کر لیجئے۔</w:t>
      </w:r>
    </w:p>
    <w:p>
      <w:r>
        <w:rPr>
          <w:b/>
        </w:rPr>
        <w:t xml:space="preserve">[40:39] </w:t>
      </w:r>
      <w:r>
        <w:t>jaise quran majeed mein surah woh malika-e-saba ka waqia bayan hua hai. malika-e-saba ko challenge diya Hazrat Suleman ne, jo king thay.</w:t>
      </w:r>
    </w:p>
    <w:p>
      <w:pPr>
        <w:jc w:val="right"/>
      </w:pPr>
      <w:r>
        <w:t>جیسے قرآن مجید میں سورہ وہ ملکہ صبا کا واقعہ بیان ہوا ہے۔ ملکہ صبا کو چیلنج دیا حضرت سلیمان نے، جو کنگ تھے۔</w:t>
      </w:r>
    </w:p>
    <w:p>
      <w:r>
        <w:rPr>
          <w:b/>
        </w:rPr>
        <w:t xml:space="preserve">[40:52] </w:t>
      </w:r>
      <w:r>
        <w:t>to malika-e-saba ne dekha ke hum quwwat marhaba hamare paas nahi hai in ke muqable mein, hum in ko zair nahi kar sakte. to us ne jang ka option nahi liya, us ne sulah ka option liya.</w:t>
      </w:r>
    </w:p>
    <w:p>
      <w:pPr>
        <w:jc w:val="right"/>
      </w:pPr>
      <w:r>
        <w:t>تو ملکہ صبا نے دیکھا کہ ہم قوت محرمہ ہمارے پاس نہیں ہے ان کے مقابلے میں، ہم ان کو زیر نہیں کر سکتے۔ تو اسے جنگ کا آپشن نہیں لیا، اس نے صلح کا آپشن لیا۔</w:t>
      </w:r>
    </w:p>
    <w:p>
      <w:r>
        <w:rPr>
          <w:b/>
        </w:rPr>
        <w:t xml:space="preserve">[41:04] </w:t>
      </w:r>
      <w:r>
        <w:t>yeh quran mein yeh waqia maujood hai.</w:t>
      </w:r>
    </w:p>
    <w:p>
      <w:pPr>
        <w:jc w:val="right"/>
      </w:pPr>
      <w:r>
        <w:t>یہ قرآن میں یہ واقعہ موجود ہے۔</w:t>
      </w:r>
    </w:p>
    <w:p>
      <w:r>
        <w:rPr>
          <w:b/>
        </w:rPr>
        <w:t xml:space="preserve">[41:10] </w:t>
      </w:r>
      <w:r>
        <w:t>to musalmanon ka sab se bara masla yeh nahi hai ke koi un par zulm kar raha hai. nahi,</w:t>
      </w:r>
    </w:p>
    <w:p>
      <w:pPr>
        <w:jc w:val="right"/>
      </w:pPr>
      <w:r>
        <w:t>تو مسلمانوں کا سب سے بڑا مسئلہ یہ نہیں ہے کہ کوئی ان پر ظلم کر رہا ہے۔ نہیں،</w:t>
      </w:r>
    </w:p>
    <w:p>
      <w:r>
        <w:rPr>
          <w:b/>
        </w:rPr>
        <w:t xml:space="preserve">[41:20] </w:t>
      </w:r>
      <w:r>
        <w:t>un ka masla yeh hai ke un ke misr aur molvi dono intellectual dwarfs ka shikar ho gaye hain. misr bhi aur molvi bhi.</w:t>
      </w:r>
    </w:p>
    <w:p>
      <w:pPr>
        <w:jc w:val="right"/>
      </w:pPr>
      <w:r>
        <w:t>ان کا مسئلہ یہ ہے کہ ان کے مصر اور مولوی دونوں انٹلیکچول ڈوارفز کا شکار ہو گئے ہیں۔ مصر بھی اور مولوی بھی۔</w:t>
      </w:r>
    </w:p>
    <w:p>
      <w:r>
        <w:rPr>
          <w:b/>
        </w:rPr>
        <w:t xml:space="preserve">[41:31] </w:t>
      </w:r>
      <w:r>
        <w:t>they are suffering the intellectual dwarfism</w:t>
      </w:r>
    </w:p>
    <w:p>
      <w:pPr>
        <w:jc w:val="right"/>
      </w:pPr>
      <w:r>
        <w:t>they are suffering the intellectual dwarfism</w:t>
      </w:r>
    </w:p>
    <w:p>
      <w:r>
        <w:rPr>
          <w:b/>
        </w:rPr>
        <w:t xml:space="preserve">[41:36] </w:t>
      </w:r>
      <w:r>
        <w:t>sochne ki taqat nahi. halankeh quran mein sab ko pata diya gaya hai, tab bhi nahi samajh paate.</w:t>
      </w:r>
    </w:p>
    <w:p>
      <w:pPr>
        <w:jc w:val="right"/>
      </w:pPr>
      <w:r>
        <w:t>سوچنے کی طاقت نہیں۔ حالانکہ قرآن میں سب کو پتہ دیا گیا ہے، تب بھی نہیں سمجھ پاتے۔</w:t>
      </w:r>
    </w:p>
    <w:p>
      <w:r>
        <w:rPr>
          <w:b/>
        </w:rPr>
        <w:t xml:space="preserve">[41:46] </w:t>
      </w:r>
      <w:r>
        <w:t>yani muslim dunya ki jo yani zehan banata hai, jo woh media banata hai, quran nahi banata. yeh bohat hi zyada yani bohat hi zyada sakht baat hai yeh.</w:t>
      </w:r>
    </w:p>
    <w:p>
      <w:pPr>
        <w:jc w:val="right"/>
      </w:pPr>
      <w:r>
        <w:t>یعنی مسلم دنیا کی جو یعنی ذہن بناتا ہے، جو وہ میڈیا بناتا ہے، قرآن نہیں بناتا۔ یہ بہت ہی زیادہ یعنی بہت ہی زیادہ سخت بات ہے یہ۔</w:t>
      </w:r>
    </w:p>
    <w:p>
      <w:r>
        <w:rPr>
          <w:b/>
        </w:rPr>
        <w:t xml:space="preserve">[41:58] </w:t>
      </w:r>
      <w:r>
        <w:t>lekin yeh waqia hai ke musalmanon ka zehan jo hai, woh quran nahi bana raha hai, media bana raha hai.</w:t>
      </w:r>
    </w:p>
    <w:p>
      <w:pPr>
        <w:jc w:val="right"/>
      </w:pPr>
      <w:r>
        <w:t>لیکن یہ واقعہ ہے کہ مسلمانوں کا ذہن جو ہے، وہ قرآن نہیں بنا رہا ہے، میڈیا بنا رہا ہے۔</w:t>
      </w:r>
    </w:p>
    <w:p>
      <w:r>
        <w:rPr>
          <w:b/>
        </w:rPr>
        <w:t xml:space="preserve">[42:10] </w:t>
      </w:r>
      <w:r>
        <w:t>to mein yeh kahunga ke post fasting period mein aap rethink, rethinking karein, reassess karein, revise karein apni policies ko phir se samjhein ke hamari policy kya hai, kya karna chahiye.</w:t>
      </w:r>
    </w:p>
    <w:p>
      <w:pPr>
        <w:jc w:val="right"/>
      </w:pPr>
      <w:r>
        <w:t>تو میں یہ کہوں گا کہ پوسٹ فاسٹنگ پیریڈ میں آپ ری تھنک، ری تھنکنگ کریں، ری اسس کریں، ریوائز کریں اپنی پالیسیز کو پھر سے سمجھیں کہ ہماری پالیسی کیا ہے، کیا کرنا چاہیے۔</w:t>
      </w:r>
    </w:p>
    <w:p>
      <w:r>
        <w:rPr>
          <w:b/>
        </w:rPr>
        <w:t xml:space="preserve">[42:28] </w:t>
      </w:r>
      <w:r>
        <w:t>replaning karein. yeh hai post fasting period mein aap ka kaam.</w:t>
      </w:r>
    </w:p>
    <w:p>
      <w:pPr>
        <w:jc w:val="right"/>
      </w:pPr>
      <w:r>
        <w:t>ری پلاننگ کریں۔ یہ ہے پوسٹ فاسٹنگ پیریڈ میں آپ کا کام۔</w:t>
      </w:r>
    </w:p>
    <w:p>
      <w:r>
        <w:rPr>
          <w:b/>
        </w:rPr>
        <w:t xml:space="preserve">[42:37] </w:t>
      </w:r>
      <w:r>
        <w:t>post fasting period mein aap ko apna introspection karna hai, apna jaiza lena hai.</w:t>
      </w:r>
    </w:p>
    <w:p>
      <w:pPr>
        <w:jc w:val="right"/>
      </w:pPr>
      <w:r>
        <w:t>پوسٹ فاسٹنگ پیریڈ میں آپ کو اپنا انٹراسپیکشن کرنا ہے، اپنا جائزہ لینا ہے۔</w:t>
      </w:r>
    </w:p>
    <w:p>
      <w:r>
        <w:rPr>
          <w:b/>
        </w:rPr>
        <w:t xml:space="preserve">[42:48] </w:t>
      </w:r>
      <w:r>
        <w:t>ab bohat hi objective tor par, bohat hi objective tor par jaiza lena hai apna. aur phir replaning karni hai.</w:t>
      </w:r>
    </w:p>
    <w:p>
      <w:pPr>
        <w:jc w:val="right"/>
      </w:pPr>
      <w:r>
        <w:t>اب بہت ہی ابجیکٹو طور پر، بہت ہی ابجیکٹو طور پر جائزہ لینا ہے اپنا۔ اور پھر ری پلاننگ کرنی ہے۔</w:t>
      </w:r>
    </w:p>
    <w:p>
      <w:r>
        <w:rPr>
          <w:b/>
        </w:rPr>
        <w:t xml:space="preserve">[42:59] </w:t>
      </w:r>
      <w:r>
        <w:t>yeh jo shikayat sare muslim dunya kya shikayat ihtijaj protest mein jeeti hai.</w:t>
      </w:r>
    </w:p>
    <w:p>
      <w:pPr>
        <w:jc w:val="right"/>
      </w:pPr>
      <w:r>
        <w:t>یہ جو شکایت سارے مسلم دنیا کیا شکایت احتجاج پروٹیسٹ میں جیتی ہے۔</w:t>
      </w:r>
    </w:p>
    <w:p>
      <w:r>
        <w:rPr>
          <w:b/>
        </w:rPr>
        <w:t xml:space="preserve">[43:09] </w:t>
      </w:r>
      <w:r>
        <w:t>ek muslim akhbar ne likha hai ek bar: "hamari policy ihtijaj ki policy hai. hamari policy ihtijaj ki policy hai." yani protest ki policy.</w:t>
      </w:r>
    </w:p>
    <w:p>
      <w:pPr>
        <w:jc w:val="right"/>
      </w:pPr>
      <w:r>
        <w:t>ایک مسلم اخبار نے لکھا ہے ایک بار: "ہماری پالیسی احتجاج کی پالیسی ہے۔ ہماری پالیسی احتجاج کی پالیسی ہے۔" یعنی پروٹیسٹ کی پالیسی۔</w:t>
      </w:r>
    </w:p>
    <w:p>
      <w:r>
        <w:rPr>
          <w:b/>
        </w:rPr>
        <w:t xml:space="preserve">[43:19] </w:t>
      </w:r>
      <w:r>
        <w:t>yeh koi policy hai? yeh koi policy hai? yeh to shaitani policy hai. shaitan ne ihtijaj kiya tha Allah ke khilaf. yani sab se pehla protestant jo tha, ihtijaji, woh shaitan tha.</w:t>
      </w:r>
    </w:p>
    <w:p>
      <w:pPr>
        <w:jc w:val="right"/>
      </w:pPr>
      <w:r>
        <w:t>یہ کوئی پالیسی ہے؟ یہ کوئی پالیسی ہے؟ یہ تو شیطانی پالیسی ہے۔ شیطان نے احتجاج کیا تھا اللہ کے خلاف۔ یعنی سب سے پہلا پروٹیسٹنٹ جو تھا، احتجاجی، وہ شیطان تھا۔</w:t>
      </w:r>
    </w:p>
    <w:p>
      <w:r>
        <w:rPr>
          <w:b/>
        </w:rPr>
        <w:t xml:space="preserve">[43:35] </w:t>
      </w:r>
      <w:r>
        <w:t>Allah taala ne paida kiya insan ko aur kaha ke jinat aur malaika dono is ke aage chup jayein.</w:t>
      </w:r>
    </w:p>
    <w:p>
      <w:pPr>
        <w:jc w:val="right"/>
      </w:pPr>
      <w:r>
        <w:t>اللہ تعالیٰ نے پیدا کیا انسان کو اور کہا کہ جنات اور ملائکہ دونوں اس کے آگے چھپ جائیں۔</w:t>
      </w:r>
    </w:p>
    <w:p>
      <w:r>
        <w:rPr>
          <w:b/>
        </w:rPr>
        <w:t xml:space="preserve">[43:45] </w:t>
      </w:r>
      <w:r>
        <w:t>to shaitan ne protest kiya khaltani min naarin wa khaltuhum intin mein superior hoon. mujh ko aap keh rahe hain ke mein is ke aage chupun?</w:t>
      </w:r>
    </w:p>
    <w:p>
      <w:pPr>
        <w:jc w:val="right"/>
      </w:pPr>
      <w:r>
        <w:t>تو شیطان نے پروٹیسٹ کیا خَلْتَنِي مِنْ نَارٍ وَخَلَطُهُمْ اِنْتِينَ میں سپیریئر ہوں۔ مجھ کو آپ کہہ رہے ہیں کہ میں اس کے آگے چھپوں؟</w:t>
      </w:r>
    </w:p>
    <w:p>
      <w:r>
        <w:rPr>
          <w:b/>
        </w:rPr>
        <w:t xml:space="preserve">[43:54] </w:t>
      </w:r>
      <w:r>
        <w:t>that was the first protest in human history</w:t>
      </w:r>
    </w:p>
    <w:p>
      <w:pPr>
        <w:jc w:val="right"/>
      </w:pPr>
      <w:r>
        <w:t>that was the first protest in human history</w:t>
      </w:r>
    </w:p>
    <w:p>
      <w:r>
        <w:rPr>
          <w:b/>
        </w:rPr>
        <w:t xml:space="preserve">[44:00] </w:t>
      </w:r>
      <w:r>
        <w:t>to protest karna, shikayat karna, ihtijaj karna yeh policy musalmanon ki bani hui hai. yeh to shaitan is ki pairvi karna hai.</w:t>
      </w:r>
    </w:p>
    <w:p>
      <w:pPr>
        <w:jc w:val="right"/>
      </w:pPr>
      <w:r>
        <w:t>تو پروٹیسٹ کرنا، شکایت کرنا، احتجاج کرنا یہ پالیسی مسلمانوں کی بنی ہوئی ہے۔ یہ تو شیطان اس کی پیروی کرنا ہے۔</w:t>
      </w:r>
    </w:p>
    <w:p>
      <w:r>
        <w:rPr>
          <w:b/>
        </w:rPr>
        <w:t xml:space="preserve">[44:09] </w:t>
      </w:r>
      <w:r>
        <w:t>yeh yeh koi islami policy nahi hai.</w:t>
      </w:r>
    </w:p>
    <w:p>
      <w:pPr>
        <w:jc w:val="right"/>
      </w:pPr>
      <w:r>
        <w:t>یہ یہ کوئی اسلامی پالیسی نہیں ہے۔</w:t>
      </w:r>
    </w:p>
    <w:p>
      <w:r>
        <w:rPr>
          <w:b/>
        </w:rPr>
        <w:t xml:space="preserve">[44:17] </w:t>
      </w:r>
      <w:r>
        <w:t>rasool Allah ke zamane mein dekhiye, makkah mein jab aap thay to kaaba mein but bhare hue thay, sankron but. aap ne kabhi complaint nahi kiya, koi protest nahi kiya, koi juloos nahi nikala is ke khilaf.</w:t>
      </w:r>
    </w:p>
    <w:p>
      <w:pPr>
        <w:jc w:val="right"/>
      </w:pPr>
      <w:r>
        <w:t>رسول اللہ کے زمانے میں دیکھیے، مکہ میں جب آپ تھے تو کعبہ میں بت بھرے ہوئے تھے، سینکڑوں بت۔ آپ نے کبھی کمپلینٹ نہیں کیا، کوئی پروٹیسٹ نہیں کیا، کوئی جلوس نہیں نکالا اس کے خلاف۔</w:t>
      </w:r>
    </w:p>
    <w:p>
      <w:r>
        <w:rPr>
          <w:b/>
        </w:rPr>
        <w:t xml:space="preserve">[44:30] </w:t>
      </w:r>
      <w:r>
        <w:t>khamoshi se aap is ko avoid karte hue da'wah work mein lag gaye. to yeh shikayat karna, protest karna, ihtijaj karna yeh to shaitani policy hai.</w:t>
      </w:r>
    </w:p>
    <w:p>
      <w:pPr>
        <w:jc w:val="right"/>
      </w:pPr>
      <w:r>
        <w:t>خاموشی سے آپ اس کو اوائڈ کرتے ہوئے داؤ ورک میں لگ گئے۔ تو یہ شکایت کرنا، پروٹیسٹ کرنا، احتجاج کرنا یہ تو شیطانی پالیسی ہے۔</w:t>
      </w:r>
    </w:p>
    <w:p>
      <w:r>
        <w:rPr>
          <w:b/>
        </w:rPr>
        <w:t xml:space="preserve">[44:43] </w:t>
      </w:r>
      <w:r>
        <w:t>yeh islami policy nahi hai yeh. to kyun aisa karte hain musalman? kyunke</w:t>
      </w:r>
    </w:p>
    <w:p>
      <w:pPr>
        <w:jc w:val="right"/>
      </w:pPr>
      <w:r>
        <w:t>یہ اسلامی پالیسی نہیں ہے یہ۔ تو کیوں ایسا کرتے ہیں مسلمان؟ کیونکہ</w:t>
      </w:r>
    </w:p>
    <w:p>
      <w:r>
        <w:rPr>
          <w:b/>
        </w:rPr>
        <w:t xml:space="preserve">[44:52] </w:t>
      </w:r>
      <w:r>
        <w:t>sochne ka mada nahi. sochne ki salahiyat nahi hai in ke andar.</w:t>
      </w:r>
    </w:p>
    <w:p>
      <w:pPr>
        <w:jc w:val="right"/>
      </w:pPr>
      <w:r>
        <w:t>سوچنے کا مادہ نہیں۔ سوچنے کی صلاحیت نہیں ہے ان کے اندر۔</w:t>
      </w:r>
    </w:p>
    <w:p>
      <w:r>
        <w:rPr>
          <w:b/>
        </w:rPr>
        <w:t xml:space="preserve">[44:59] </w:t>
      </w:r>
      <w:r>
        <w:t>akhbar mein parha aur foran ek statement de diya.</w:t>
      </w:r>
    </w:p>
    <w:p>
      <w:pPr>
        <w:jc w:val="right"/>
      </w:pPr>
      <w:r>
        <w:t>اخبار میں پڑھا اور فوراً ایک سٹیٹمنٹ دے دیا۔</w:t>
      </w:r>
    </w:p>
    <w:p>
      <w:r>
        <w:rPr>
          <w:b/>
        </w:rPr>
        <w:t xml:space="preserve">[45:06] </w:t>
      </w:r>
      <w:r>
        <w:t>akhbar mein siyasi khayalat aati hain, negative khabrein. woh is ko parha aur is ko foran ek statement. ya jalsa kar ke wahan par taqreerein kar rahe hain khoob.</w:t>
      </w:r>
    </w:p>
    <w:p>
      <w:pPr>
        <w:jc w:val="right"/>
      </w:pPr>
      <w:r>
        <w:t>اخبار میں سیاسی خیباتیں آتی ہیں، نیگیٹیو خبریں۔ وہ اس کو پڑھا اور اس کو فوراً ایک سٹیٹمنٹ۔ یا جلسہ کر کے وہاں پر تقریریں کر رہے ہیں خوب۔</w:t>
      </w:r>
    </w:p>
    <w:p>
      <w:r>
        <w:rPr>
          <w:b/>
        </w:rPr>
        <w:t xml:space="preserve">[45:17] </w:t>
      </w:r>
      <w:r>
        <w:t>josheeli. to mein yeh kahunga ke post fasting period mein aap in sab baton ko Sochiye.</w:t>
      </w:r>
    </w:p>
    <w:p>
      <w:pPr>
        <w:jc w:val="right"/>
      </w:pPr>
      <w:r>
        <w:t>جوشیری۔ تو میں یہ کہوں گا کہ پوسٹ فاسٹنگ پیریڈ میں آپ ان سب باتوں کو سوچیے۔</w:t>
      </w:r>
    </w:p>
    <w:p>
      <w:r>
        <w:rPr>
          <w:b/>
        </w:rPr>
        <w:t xml:space="preserve">[45:28] </w:t>
      </w:r>
      <w:r>
        <w:t>jo spirit lena hai aap ko roze se, is spirit ko paida kijiye. taake aap ke andar intellectual development ho.</w:t>
      </w:r>
    </w:p>
    <w:p>
      <w:pPr>
        <w:jc w:val="right"/>
      </w:pPr>
      <w:r>
        <w:t>جو اسپرٹ لینا ہے آپ کو روزے سے، اس اسپرٹ کو پیدا کیجیے۔ تاکہ آپ کے اندر انٹلیکچول ڈیولپمنٹ ہو۔</w:t>
      </w:r>
    </w:p>
    <w:p>
      <w:r>
        <w:rPr>
          <w:b/>
        </w:rPr>
        <w:t xml:space="preserve">[45:39] </w:t>
      </w:r>
      <w:r>
        <w:t>to khulasa maine yeh bataya ke maadi zarooraton mein kami karna zehni irtqa ka sabab banta hai.</w:t>
      </w:r>
    </w:p>
    <w:p>
      <w:pPr>
        <w:jc w:val="right"/>
      </w:pPr>
      <w:r>
        <w:t>تو خلاصہ میں نے یہ بتایا کہ مادی ضرورتوں میں کمی کرنا ذہنی ارتقاء کا سبب بنتا ہے۔</w:t>
      </w:r>
    </w:p>
    <w:p>
      <w:r>
        <w:rPr>
          <w:b/>
        </w:rPr>
        <w:t xml:space="preserve">[45:52] </w:t>
      </w:r>
      <w:r>
        <w:t>aur maadi zarooraton ko badhana zehni irtqa ko ghata deta hai.</w:t>
      </w:r>
    </w:p>
    <w:p>
      <w:pPr>
        <w:jc w:val="right"/>
      </w:pPr>
      <w:r>
        <w:t>اور مادی ضرورتوں کو بڑھانا ذہنی ارتقاء کو گھٹا دیتا ہے۔</w:t>
      </w:r>
    </w:p>
    <w:p>
      <w:r>
        <w:rPr>
          <w:b/>
        </w:rPr>
        <w:t xml:space="preserve">[45:59] </w:t>
      </w:r>
      <w:r>
        <w:t>yeh hai falsafa zindagi ka. yeh dono cheezein back waqt back waqt nahi ho sakti. hadith mein aata hai ke man ahabba ad-dunya adr bi akhiratihi wa man ahabba al-akhirata adr bi akhiratihi fa asir ma yabqa ala ma yafna to yeh naam keh rahe hain ke aap khoob ash'aar bhi karein maadi aitbar se aur zehni irtqa bhi aap ka hota rahe.</w:t>
      </w:r>
    </w:p>
    <w:p>
      <w:pPr>
        <w:jc w:val="right"/>
      </w:pPr>
      <w:r>
        <w:t>یہ ہے فلسفہ زندگی کا۔ یہ دونوں چیزیں بیک وقت بیک وقت نہیں ہو سکتی۔ حدیث میں آتا ہے کہ من أحب الدنيا أدر بآخرته من أحب آخرته أدر بآخرته فأصير ما يبقى على ما يفنى تو یہ نام کہہ رہے ہیں کہ آپ خوب اشعار بھی کریں مادی اعتبار سے اور ذہنی ارتقاء بھی آپ کا ہوتا رہے۔</w:t>
      </w:r>
    </w:p>
    <w:p>
      <w:r>
        <w:rPr>
          <w:b/>
        </w:rPr>
        <w:t xml:space="preserve">[46:25] </w:t>
      </w:r>
      <w:r>
        <w:t>yeh mumkin nahi hai.</w:t>
      </w:r>
    </w:p>
    <w:p>
      <w:pPr>
        <w:jc w:val="right"/>
      </w:pPr>
      <w:r>
        <w:t>یہ ممکن نہیں ہے۔</w:t>
      </w:r>
    </w:p>
    <w:p>
      <w:r>
        <w:rPr>
          <w:b/>
        </w:rPr>
        <w:t xml:space="preserve">[46:27] </w:t>
      </w:r>
      <w:r>
        <w:t>ya to yeh hoga ya to woh hoga. agar aap chahte hain spiritual development, agar aap ko kehte hain intellectual development, agar aap ko kehte hain wisdom ko hasil karna hai dunya mein to koi bhi aap doosra imkan nahi siwaye is ke ke aap ne madi taqazon ko kam karen.</w:t>
      </w:r>
    </w:p>
    <w:p>
      <w:pPr>
        <w:jc w:val="right"/>
      </w:pPr>
      <w:r>
        <w:t>یا تو یہ ہوگا یا تو وہ ہوگا۔ اگر آپ چاہتے ہیں اسپرچول ڈیولپمنٹ، اگر آپ کو کہتے ہیں انٹلیکچول ڈیولپمنٹ، اگر آپ کو کہتے ہیں وزڈم کو حاصل کرنا ہے دنیا میں تو کوئی بھی آپ دوسرا امکان نہیں سوائے اس کے کہ آپ نے مادی تقاضوں کو کم کریں۔</w:t>
      </w:r>
    </w:p>
    <w:p>
      <w:r>
        <w:rPr>
          <w:b/>
        </w:rPr>
        <w:t xml:space="preserve">[46:52] </w:t>
      </w:r>
      <w:r>
        <w:t>to roza hamein sirf ramzan mein nahi rakhna tha,</w:t>
      </w:r>
    </w:p>
    <w:p>
      <w:pPr>
        <w:jc w:val="right"/>
      </w:pPr>
      <w:r>
        <w:t>تو روزہ ہمیں صرف رمضان میں نہیں رکھنا تھا،</w:t>
      </w:r>
    </w:p>
    <w:p>
      <w:r>
        <w:rPr>
          <w:b/>
        </w:rPr>
        <w:t xml:space="preserve">[46:55] </w:t>
      </w:r>
      <w:r>
        <w:t>saal bhar rakhna hai roza. yani ramzan mein to training thi, training.</w:t>
      </w:r>
    </w:p>
    <w:p>
      <w:pPr>
        <w:jc w:val="right"/>
      </w:pPr>
      <w:r>
        <w:t>سال بھر رکھنا ہے روزہ۔ یعنی رمضان میں تو ٹریننگ تھی، ٹریننگ۔</w:t>
      </w:r>
    </w:p>
    <w:p>
      <w:r>
        <w:rPr>
          <w:b/>
        </w:rPr>
        <w:t xml:space="preserve">[47:03] </w:t>
      </w:r>
      <w:r>
        <w:t>woh to training thi. to agar yeh is roza jo hai woh sirf yeh nahi hai ke mahine ek mahine mein hum khana peena chhod dein din ke auqat mein</w:t>
      </w:r>
    </w:p>
    <w:p>
      <w:pPr>
        <w:jc w:val="right"/>
      </w:pPr>
      <w:r>
        <w:t>وہ تو ٹریننگ تھی۔ تو اگر یہ اس روزہ جو ہے وہ صرف یہ نہیں ہے کہ مہینے ایک مہینے میں ہم کھانا پینا چھوڑ دیں دن کے اوقات میں</w:t>
      </w:r>
    </w:p>
    <w:p>
      <w:r>
        <w:rPr>
          <w:b/>
        </w:rPr>
        <w:t xml:space="preserve">[47:18] </w:t>
      </w:r>
      <w:r>
        <w:t>. nahi khane peene mein kami kar ke apne ko tayyar karen ke hum tamam madi zaroorat jo saman is mein kami karenge.</w:t>
      </w:r>
    </w:p>
    <w:p>
      <w:pPr>
        <w:jc w:val="right"/>
      </w:pPr>
      <w:r>
        <w:t>۔ نہیں۔ کھانے پینے میں کمی کر کے اپنے کو تیار کریں کہ ہم تمام مادی ضرورت جو سامان اس میں کمی کریں گے۔</w:t>
      </w:r>
    </w:p>
    <w:p>
      <w:r>
        <w:rPr>
          <w:b/>
        </w:rPr>
        <w:t xml:space="preserve">[47:31] </w:t>
      </w:r>
      <w:r>
        <w:t>mein ek sahib ke ghar mein gaya, yani dilli mein. itna saman bhara hua tha ke ke bas mushkil se kahin baithne ki jagah thi.</w:t>
      </w:r>
    </w:p>
    <w:p>
      <w:pPr>
        <w:jc w:val="right"/>
      </w:pPr>
      <w:r>
        <w:t>میں ایک صاحب کے گھر میں گیا، یعنی دلی میں۔ اتنا سامان بھرا ہوا تھا کہ کہ بس مشکل سے کہیں بیٹھنے کی جگہ تھی۔</w:t>
      </w:r>
    </w:p>
    <w:p>
      <w:r>
        <w:rPr>
          <w:b/>
        </w:rPr>
        <w:t xml:space="preserve">[47:41] </w:t>
      </w:r>
      <w:r>
        <w:t>har taraf saman</w:t>
      </w:r>
    </w:p>
    <w:p>
      <w:pPr>
        <w:jc w:val="right"/>
      </w:pPr>
      <w:r>
        <w:t>ہر طرف سامان</w:t>
      </w:r>
    </w:p>
    <w:p>
      <w:r>
        <w:rPr>
          <w:b/>
        </w:rPr>
        <w:t xml:space="preserve">[47:42] </w:t>
      </w:r>
      <w:r>
        <w:t>. to maine un se kaha ke mujhe to lagta hai ke woh hai department store hai, ghar nahi hai. to aaj to un ki thi ke jab bhi jate the shopping karne ke liye to kuch saman kharid liya wahan se.</w:t>
      </w:r>
    </w:p>
    <w:p>
      <w:pPr>
        <w:jc w:val="right"/>
      </w:pPr>
      <w:r>
        <w:t>۔ تو میں نے ان سے کہا کہ مجھے تو لگتا ہے کہ وہ ہے ڈیپارٹمنٹل اسٹور ہے، گھر نہیں ہے۔ تو آج تو ان کی تھی کہ جب بھی جاتے تھے شاپنگ کرنے کے لیے تو کچھ سامان خرید لیا وہاں سے۔</w:t>
      </w:r>
    </w:p>
    <w:p>
      <w:r>
        <w:rPr>
          <w:b/>
        </w:rPr>
        <w:t xml:space="preserve">[47:59] </w:t>
      </w:r>
      <w:r>
        <w:t>shopping karne ke baad ek saman kharid ke liye chale aaye. ab jidhar dekhen saman, jidhar dekhen saman.</w:t>
      </w:r>
    </w:p>
    <w:p>
      <w:pPr>
        <w:jc w:val="right"/>
      </w:pPr>
      <w:r>
        <w:t>شاپنگ کرنے کے بعد ایک سامان خرید کے لیے چلے آئے۔ اب جدھر دیکھیں سامان، جدھر دیکھیں سامان۔</w:t>
      </w:r>
    </w:p>
    <w:p>
      <w:r>
        <w:rPr>
          <w:b/>
        </w:rPr>
        <w:t xml:space="preserve">[48:08] </w:t>
      </w:r>
      <w:r>
        <w:t>to un ko sochne ka kahan mauqa rahega?</w:t>
      </w:r>
    </w:p>
    <w:p>
      <w:pPr>
        <w:jc w:val="right"/>
      </w:pPr>
      <w:r>
        <w:t>تو ان کو سوچنے کا کہاں موقع رہے گا؟</w:t>
      </w:r>
    </w:p>
    <w:p>
      <w:r>
        <w:rPr>
          <w:b/>
        </w:rPr>
        <w:t xml:space="preserve">[48:15] </w:t>
      </w:r>
      <w:r>
        <w:t>isi liye hadith mein aata hai ke shar maqam aswaq bazaar jo hai, yani shopping center, sab se buri jagah hai.</w:t>
      </w:r>
    </w:p>
    <w:p>
      <w:pPr>
        <w:jc w:val="right"/>
      </w:pPr>
      <w:r>
        <w:t>اسی لیے حدیث میں آتا ہے کہ شر مقام اسواق بازار جو ہے، یعنی شاپنگ سینٹر، سب سے بری جگہ ہے۔</w:t>
      </w:r>
    </w:p>
    <w:p>
      <w:r>
        <w:rPr>
          <w:b/>
        </w:rPr>
        <w:t xml:space="preserve">[48:25] </w:t>
      </w:r>
      <w:r>
        <w:t>kyun ke shopping center mein kya hota hai? aap lagte hain jeene samanon mein. samanon mein aap ka dhyan dhyan chalata hai.</w:t>
      </w:r>
    </w:p>
    <w:p>
      <w:pPr>
        <w:jc w:val="right"/>
      </w:pPr>
      <w:r>
        <w:t>کیونکہ شاپنگ سینٹر میں کیا ہوتا ہے؟ آپ لگتے ہیں جینے سامانوں میں۔ سامانوں میں آپ کا دھیان دھیان چلاتا ہے۔</w:t>
      </w:r>
    </w:p>
    <w:p>
      <w:r>
        <w:rPr>
          <w:b/>
        </w:rPr>
        <w:t xml:space="preserve">[48:41] </w:t>
      </w:r>
      <w:r>
        <w:t>to shar maqam aswaq</w:t>
      </w:r>
    </w:p>
    <w:p>
      <w:pPr>
        <w:jc w:val="right"/>
      </w:pPr>
      <w:r>
        <w:t>تو شر مقام اسواق</w:t>
      </w:r>
    </w:p>
    <w:p>
      <w:r>
        <w:rPr>
          <w:b/>
        </w:rPr>
        <w:t xml:space="preserve">[48:47] </w:t>
      </w:r>
      <w:r>
        <w:t>yeh sab baatein behal bahut zyada sochne ki hain.</w:t>
      </w:r>
    </w:p>
    <w:p>
      <w:pPr>
        <w:jc w:val="right"/>
      </w:pPr>
      <w:r>
        <w:t>یہ سب باتیں بہرحال بہت زیادہ سوچنے کی ہیں۔</w:t>
      </w:r>
    </w:p>
    <w:p>
      <w:r>
        <w:rPr>
          <w:b/>
        </w:rPr>
        <w:t xml:space="preserve">[48:53] </w:t>
      </w:r>
      <w:r>
        <w:t>to main aap logon se yeh kahunga ke sochi samjhi zindagi guzarne ka tareeqa ikhtiyar kijiye.</w:t>
      </w:r>
    </w:p>
    <w:p>
      <w:pPr>
        <w:jc w:val="right"/>
      </w:pPr>
      <w:r>
        <w:t>تو میں آپ لوگوں سے یہ کہوں گا کہ سوچی سمجھی زندگی گزارنے کا طریقہ اختیار کیجیے۔</w:t>
      </w:r>
    </w:p>
    <w:p>
      <w:r>
        <w:rPr>
          <w:b/>
        </w:rPr>
        <w:t xml:space="preserve">[49:05] </w:t>
      </w:r>
      <w:r>
        <w:t>aap dekhiye, pani jab aata hai pahad se, zameen ki oonchai nichai se uska rasta ban ban jata hai. jidhar necha udhar chala gaya, jidhar ooncha udhar nahi gaya.</w:t>
      </w:r>
    </w:p>
    <w:p>
      <w:pPr>
        <w:jc w:val="right"/>
      </w:pPr>
      <w:r>
        <w:t>آپ دیکھیے، پانی جب آتا ہے پہاڑ سے، زمین کی اونچائی نیچائی سے اس کا راستہ بن بن جاتا ہے۔ جدھر نیچا ادھر چلا گیا، جدھر اونچا ادھر نہیں گیا۔</w:t>
      </w:r>
    </w:p>
    <w:p>
      <w:r>
        <w:rPr>
          <w:b/>
        </w:rPr>
        <w:t xml:space="preserve">[49:14] </w:t>
      </w:r>
      <w:r>
        <w:t>to zameen ka nishib o faraz, zameen ka necha ooncha hona, is se is ke raste bante rehte hain. yeh insan ka mamla nahi hai ke halaat is ka rasta banaen.</w:t>
      </w:r>
    </w:p>
    <w:p>
      <w:pPr>
        <w:jc w:val="right"/>
      </w:pPr>
      <w:r>
        <w:t>تو زمین کا نشیب و فراز، زمین کا نیچا اونچا ہونا، اس سے اس کے راستے بنتے رہتے ہیں۔ یہ انسان کا معاملہ نہیں ہے کہ حالات اس کا راستہ بنائیں۔</w:t>
      </w:r>
    </w:p>
    <w:p>
      <w:r>
        <w:rPr>
          <w:b/>
        </w:rPr>
        <w:t xml:space="preserve">[49:31] </w:t>
      </w:r>
      <w:r>
        <w:t>nahi. aap ko khud sochna hai.</w:t>
      </w:r>
    </w:p>
    <w:p>
      <w:pPr>
        <w:jc w:val="right"/>
      </w:pPr>
      <w:r>
        <w:t>نہیں۔ آپ کو خود سوچنا ہے۔</w:t>
      </w:r>
    </w:p>
    <w:p>
      <w:r>
        <w:rPr>
          <w:b/>
        </w:rPr>
        <w:t xml:space="preserve">[49:36] </w:t>
      </w:r>
      <w:r>
        <w:t>yani shopping center aap ka zehn banaye aur doosre log jo tareeqa ikhtiyar kiye hue hain, is se aap ne zehn banaya.</w:t>
      </w:r>
    </w:p>
    <w:p>
      <w:pPr>
        <w:jc w:val="right"/>
      </w:pPr>
      <w:r>
        <w:t>یعنی شاپنگ سینٹر آپ کا ذہن بنائے اور دوسرے لوگ جو طریقہ اختیار کیے ہوئے ہیں، اس سے آپ نے ذہن بنایا۔</w:t>
      </w:r>
    </w:p>
    <w:p>
      <w:r>
        <w:rPr>
          <w:b/>
        </w:rPr>
        <w:t xml:space="preserve">[49:44] </w:t>
      </w:r>
      <w:r>
        <w:t>aap ke mahol mein jo hangame jari hain, is se aap zehn banaya. yeh yeh sahi tareeqa nahi hai.</w:t>
      </w:r>
    </w:p>
    <w:p>
      <w:pPr>
        <w:jc w:val="right"/>
      </w:pPr>
      <w:r>
        <w:t>آپ کے ماحول میں جو ہنگامے جاری ہیں، اس سے آپ ذہن بنایا۔ یہ یہ صحیح طریقہ نہیں ہے۔</w:t>
      </w:r>
    </w:p>
    <w:p>
      <w:r>
        <w:rPr>
          <w:b/>
        </w:rPr>
        <w:t xml:space="preserve">[49:53] </w:t>
      </w:r>
      <w:r>
        <w:t>aap khud sochiye, khud apni aql ko istemal kijiye.</w:t>
      </w:r>
    </w:p>
    <w:p>
      <w:pPr>
        <w:jc w:val="right"/>
      </w:pPr>
      <w:r>
        <w:t>آپ خود سوچیے، خود اپنی عقل کو استعمال کیجیے۔</w:t>
      </w:r>
    </w:p>
    <w:p>
      <w:r>
        <w:rPr>
          <w:b/>
        </w:rPr>
        <w:t xml:space="preserve">[50:01] </w:t>
      </w:r>
      <w:r>
        <w:t>khud yeh sochiye ke kya khoya, kya paya.</w:t>
      </w:r>
    </w:p>
    <w:p>
      <w:pPr>
        <w:jc w:val="right"/>
      </w:pPr>
      <w:r>
        <w:t>خود یہ سوچیے کہ کیا کھویا، کیا پایا۔</w:t>
      </w:r>
    </w:p>
    <w:p>
      <w:r>
        <w:rPr>
          <w:b/>
        </w:rPr>
        <w:t xml:space="preserve">[50:05] </w:t>
      </w:r>
      <w:r>
        <w:t>jitni energy hum ne kharch ki, jitna time kharch kiya, jitna paisa kharch kiya, is ke result kitna mila aap ko? result kitna mila?</w:t>
      </w:r>
    </w:p>
    <w:p>
      <w:pPr>
        <w:jc w:val="right"/>
      </w:pPr>
      <w:r>
        <w:t>جتنی انرجی ہم نے خرچ کی، جتنا ٹائم خرچ کیا، جتنا پیسہ خرچ کیا، اس کے رزلٹ کتنا ملا آپ کو؟ رزلٹ کتنا ملا؟</w:t>
      </w:r>
    </w:p>
    <w:p>
      <w:r>
        <w:rPr>
          <w:b/>
        </w:rPr>
        <w:t xml:space="preserve">[50:16] </w:t>
      </w:r>
      <w:r>
        <w:t>hamesha aadmi ko chahiye ke woh in terms of result soche. nateeje ke aitbar se soche. woh it is result that matters</w:t>
      </w:r>
    </w:p>
    <w:p>
      <w:pPr>
        <w:jc w:val="right"/>
      </w:pPr>
      <w:r>
        <w:t>ہمیشہ آدمی کو چاہیے کہ وہ ان ٹرمز آف رزلٹ سوچے۔ نتیجے کے اعتبار سے سوچے۔ وہ it is result that matters</w:t>
      </w:r>
    </w:p>
    <w:p>
      <w:r>
        <w:rPr>
          <w:b/>
        </w:rPr>
        <w:t xml:space="preserve">[50:29] </w:t>
      </w:r>
      <w:r>
        <w:t>chahe koi bhi kaam ho, individual kaho ya poori community kaho, ghar mein rehna ho ya ladai bhadai karna ho, har cheez ko aap in terms of result judge kijiye.</w:t>
      </w:r>
    </w:p>
    <w:p>
      <w:pPr>
        <w:jc w:val="right"/>
      </w:pPr>
      <w:r>
        <w:t>چاہے کوئی بھی کام ہو، انڈیویجول کہو یا پوری کمیونٹی کہو، گھر میں رہنا ہو یا لڑائی بھڑائی کرنا ہو، ہر چیز کو آپ ان ٹرمز آف رزلٹ جج کیجیے۔</w:t>
      </w:r>
    </w:p>
    <w:p>
      <w:r>
        <w:rPr>
          <w:b/>
        </w:rPr>
        <w:t xml:space="preserve">[50:46] </w:t>
      </w:r>
      <w:r>
        <w:t>har cheez ko aap in terms of result judge kijiye.</w:t>
      </w:r>
    </w:p>
    <w:p>
      <w:pPr>
        <w:jc w:val="right"/>
      </w:pPr>
      <w:r>
        <w:t>ہر چیز کو آپ ان ٹرمز آف رزلٹ جج کیجیے۔</w:t>
      </w:r>
    </w:p>
    <w:p>
      <w:r>
        <w:rPr>
          <w:b/>
        </w:rPr>
        <w:t xml:space="preserve">[50:52] </w:t>
      </w:r>
      <w:r>
        <w:t>lekin ajeeb baat hai ke yeh mizaj hi musalmanon mein hai ke nateejay ke aitbaar se sochen. result, result aur thinking hi ghayab hai musalmanon se.</w:t>
      </w:r>
    </w:p>
    <w:p>
      <w:pPr>
        <w:jc w:val="right"/>
      </w:pPr>
      <w:r>
        <w:t>لیکن عجیب بات ہے کہ یہ مزاج ہی مسلمانوں میں ہے کہ نتیجے کے اعتبار سے سوچیں۔ رزلٹ، رزلٹ اور تھنکنگ ہی غائب ہے مسلمانوں سے۔</w:t>
      </w:r>
    </w:p>
    <w:p>
      <w:r>
        <w:rPr>
          <w:b/>
        </w:rPr>
        <w:t xml:space="preserve">[51:04] </w:t>
      </w:r>
      <w:r>
        <w:t>bas jazbe, jazbati soch hai. bas jazbati soch, judge aaiye, jazbati soch. result aur thinking ghayab hai.</w:t>
      </w:r>
    </w:p>
    <w:p>
      <w:pPr>
        <w:jc w:val="right"/>
      </w:pPr>
      <w:r>
        <w:t>بس جذبے، جذباتی سوچ ہے۔ بس جذباتی سوچ، جج آئیے، جذباتی سوچ۔ رزلٹ اور تھنکنگ غائب ہے۔</w:t>
      </w:r>
    </w:p>
    <w:p>
      <w:r>
        <w:rPr>
          <w:b/>
        </w:rPr>
        <w:t xml:space="preserve">[51:24] </w:t>
      </w:r>
      <w:r>
        <w:t>ramzan mein jo aitkaf kiya jata hai, woh gaya aur ziyada is mein taraqqi aa jati hai. تركیز, dedication ke bilkul hi aap sochne wali zindagi guzaren.</w:t>
      </w:r>
    </w:p>
    <w:p>
      <w:pPr>
        <w:jc w:val="right"/>
      </w:pPr>
      <w:r>
        <w:t>رمضان میں جو اعتکاف کیا جاتا ہے، وہ گیا اور زیادہ اس میں ترقی آ جاتی ہے۔ تركیز، ڈیڈیکیشن کہ بالکل ہی آپ سوچنے والی زندگی گزاریں۔</w:t>
      </w:r>
    </w:p>
    <w:p>
      <w:r>
        <w:rPr>
          <w:b/>
        </w:rPr>
        <w:t xml:space="preserve">[51:35] </w:t>
      </w:r>
      <w:r>
        <w:t>bohat cut kar ke, distractions door ho kar ke. goya ke roze culmination hain. aitkaf, aitkaf jo hai, roze culmination hain.</w:t>
      </w:r>
    </w:p>
    <w:p>
      <w:pPr>
        <w:jc w:val="right"/>
      </w:pPr>
      <w:r>
        <w:t>بہت کٹ کر کے، ڈسٹرکشنز دور ہو کر کے۔ گویا کہ روزے کلمنیشن ہے۔ اعتکاف، اعتکاف جو ہے، روزے کلمنیشن ہے۔</w:t>
      </w:r>
    </w:p>
    <w:p>
      <w:r>
        <w:rPr>
          <w:b/>
        </w:rPr>
        <w:t xml:space="preserve">[51:47] </w:t>
      </w:r>
      <w:r>
        <w:t>koi zaroori nahi ke aap masjid mein aitkaf karen. apne ghar mein kar sakte hain.</w:t>
      </w:r>
    </w:p>
    <w:p>
      <w:pPr>
        <w:jc w:val="right"/>
      </w:pPr>
      <w:r>
        <w:t>کوئی ضروری نہیں کہ آپ مسجد میں اعتکاف کریں۔ اپنے گھر میں کر سکتے ہیں۔</w:t>
      </w:r>
    </w:p>
    <w:p>
      <w:r>
        <w:rPr>
          <w:b/>
        </w:rPr>
        <w:t xml:space="preserve">[51:53] </w:t>
      </w:r>
      <w:r>
        <w:t>apne ghar mein aitkaf kar sakte hain. aap kisi goshe mein aap aitkaf kar sakte hain.</w:t>
      </w:r>
    </w:p>
    <w:p>
      <w:pPr>
        <w:jc w:val="right"/>
      </w:pPr>
      <w:r>
        <w:t>اپنے گھر میں اعتکاف کر سکتے ہیں۔ آپ کسی گوشے میں آپ اعتکاف کر سکتے ہیں۔</w:t>
      </w:r>
    </w:p>
    <w:p>
      <w:r>
        <w:rPr>
          <w:b/>
        </w:rPr>
        <w:t xml:space="preserve">[52:02] </w:t>
      </w:r>
      <w:r>
        <w:t>aitkaf ka matlab sirf yeh hai ke alag thalag ho kar ke quran ki tilawat karna, namaz parhna, allah ki yaad mein zindagi guzarna.</w:t>
      </w:r>
    </w:p>
    <w:p>
      <w:pPr>
        <w:jc w:val="right"/>
      </w:pPr>
      <w:r>
        <w:t>اعتکاف کا مطلب صرف یہ ہے کہ الگ تھلگ ہو کر کے قرآن کی تلاوت کرنا، نماز پڑھنا، اللہ کی یاد میں زندگی گزارنا۔</w:t>
      </w:r>
    </w:p>
    <w:p>
      <w:r>
        <w:rPr>
          <w:b/>
        </w:rPr>
        <w:t xml:space="preserve">[52:14] </w:t>
      </w:r>
      <w:r>
        <w:t>yani detach ho kar ke. yani kuch ayyam aise hon jab ke aap detach ho kar ke apne aap ko allah ki taraf yaksou karen.</w:t>
      </w:r>
    </w:p>
    <w:p>
      <w:pPr>
        <w:jc w:val="right"/>
      </w:pPr>
      <w:r>
        <w:t>یعنی ڈیٹچ ہو کر کے۔ یعنی کچھ ایام ایسے ہوں جب کہ آپ ڈیٹچ ہو کر کے اپنے آپ کو اللہ کی طرف یکسو کریں۔</w:t>
      </w:r>
    </w:p>
    <w:p>
      <w:r>
        <w:rPr>
          <w:b/>
        </w:rPr>
        <w:t xml:space="preserve">[52:22] </w:t>
      </w:r>
      <w:r>
        <w:t>yeh aitkaf hai. masjid mein jana zaroori nahi hai. aap apne ghar mein aitkaf kar sakte hain. main to rozana hi aitkaf mein rehta hoon.</w:t>
      </w:r>
    </w:p>
    <w:p>
      <w:pPr>
        <w:jc w:val="right"/>
      </w:pPr>
      <w:r>
        <w:t>یہ اعتکاف ہے۔ مسجد میں جانا ضروری نہیں ہے۔ آپ اپنے گھر میں اعتکاف کر سکتے ہیں۔ میں تو روزانہ ہی اعتکاف میں رہتا ہوں۔</w:t>
      </w:r>
    </w:p>
    <w:p>
      <w:r>
        <w:rPr>
          <w:b/>
        </w:rPr>
        <w:t xml:space="preserve">[52:32] </w:t>
      </w:r>
      <w:r>
        <w:t>meri poori zindagi aitkaf hai. meri poori zindagi aitkaf hai. kyunke har waqt mein apne ko detach kar ke sochta rehta hoon.</w:t>
      </w:r>
    </w:p>
    <w:p>
      <w:pPr>
        <w:jc w:val="right"/>
      </w:pPr>
      <w:r>
        <w:t>میری پوری زندگی اعتکاف ہے۔ میری پوری زندگی اعتکاف ہے۔ کیونکہ ہر وقت میں اپنے کو ڈیٹچ کر کے سوچتا رہتا ہوں۔</w:t>
      </w:r>
    </w:p>
    <w:p>
      <w:r>
        <w:rPr>
          <w:b/>
        </w:rPr>
        <w:t xml:space="preserve">[52:45] </w:t>
      </w:r>
      <w:r>
        <w:t>har waqt apne ko detach kar ke sochta rehta hoon.</w:t>
      </w:r>
    </w:p>
    <w:p>
      <w:pPr>
        <w:jc w:val="right"/>
      </w:pPr>
      <w:r>
        <w:t>ہر وقت اپنے کو ڈیٹچ کر کے سوچتا رہتا ہوں۔</w:t>
      </w:r>
    </w:p>
    <w:p>
      <w:r>
        <w:rPr>
          <w:b/>
        </w:rPr>
        <w:t xml:space="preserve">[52:49] </w:t>
      </w:r>
      <w:r>
        <w:t>aas paas kya ho raha hai, is se mujhe matlab nahi. allah mein sochna, jannat aur jahannum mein sochna, quran mein sochna.</w:t>
      </w:r>
    </w:p>
    <w:p>
      <w:pPr>
        <w:jc w:val="right"/>
      </w:pPr>
      <w:r>
        <w:t>آس پاس کیا ہو رہا ہے، اس سے مجھے مطلب نہیں۔ اللہ میں سوچنا، جنت اور جہنم میں سوچنا، قرآن میں سوچنا۔</w:t>
      </w:r>
    </w:p>
    <w:p>
      <w:r>
        <w:rPr>
          <w:b/>
        </w:rPr>
        <w:t xml:space="preserve">[53:00] </w:t>
      </w:r>
      <w:r>
        <w:t>to main to sari zindagi aitkaf mein rehta hoon. mera aitkaf sirf ramzan mein nahi hota, saal bhar hota hai.</w:t>
      </w:r>
    </w:p>
    <w:p>
      <w:pPr>
        <w:jc w:val="right"/>
      </w:pPr>
      <w:r>
        <w:t>تو میں تو ساری زندگی اعتکاف میں رہتا ہوں۔ میرا اعتکاف صرف رمضان میں نہیں ہوتا، سال بھر ہوتا ہے۔</w:t>
      </w:r>
    </w:p>
    <w:p>
      <w:r>
        <w:rPr>
          <w:b/>
        </w:rPr>
        <w:t xml:space="preserve">[53:12] </w:t>
      </w:r>
      <w:r>
        <w:t>to behal zindagi mein sab se bari cheez yeh hai ke aap ke andar thinking process jari ho jaye.</w:t>
      </w:r>
    </w:p>
    <w:p>
      <w:pPr>
        <w:jc w:val="right"/>
      </w:pPr>
      <w:r>
        <w:t>تو بہرحال زندگی میں سب سے بڑی چیز یہ ہے کہ آپ کے اندر تھنکنگ پراسیس جاری ہو جائے۔</w:t>
      </w:r>
    </w:p>
    <w:p>
      <w:r>
        <w:rPr>
          <w:b/>
        </w:rPr>
        <w:t xml:space="preserve">[53:23] </w:t>
      </w:r>
      <w:r>
        <w:t>aap ke mind mein thinking process jari ho jaye. sab se bari baat yeh hai. to apne aap ko is lihaaz se jaanchiye ke kya aap ke mind mein thinking process jari hua hai</w:t>
      </w:r>
    </w:p>
    <w:p>
      <w:pPr>
        <w:jc w:val="right"/>
      </w:pPr>
      <w:r>
        <w:t>آپ کے مائنڈ میں تھنکنگ پراسیس جاری ہو جائے۔ سب سے بڑی بات یہ ہے۔ تو اپنے آپ کو اس لحاظ سے جانچئے کہ کیا آپ کے مائنڈ میں تھنکنگ پراسیس جاری ہوا ہے</w:t>
      </w:r>
    </w:p>
    <w:p>
      <w:r>
        <w:rPr>
          <w:b/>
        </w:rPr>
        <w:t xml:space="preserve">[53:39] </w:t>
      </w:r>
      <w:r>
        <w:t>ya nahi.</w:t>
      </w:r>
    </w:p>
    <w:p>
      <w:pPr>
        <w:jc w:val="right"/>
      </w:pPr>
      <w:r>
        <w:t>یا نہیں۔</w:t>
      </w:r>
    </w:p>
    <w:p>
      <w:r>
        <w:rPr>
          <w:b/>
        </w:rPr>
        <w:t xml:space="preserve">[53:43] </w:t>
      </w:r>
      <w:r>
        <w:t>yahi criterion hai. yani sahi zindagi ka ya galat zindagi ka.</w:t>
      </w:r>
    </w:p>
    <w:p>
      <w:pPr>
        <w:jc w:val="right"/>
      </w:pPr>
      <w:r>
        <w:t>یہی کرائیٹیرین ہے۔ یعنی صحیح زندگی کا یا غلط زندگی کا۔</w:t>
      </w:r>
    </w:p>
    <w:p>
      <w:r>
        <w:rPr>
          <w:b/>
        </w:rPr>
        <w:t xml:space="preserve">[53:52] </w:t>
      </w:r>
      <w:r>
        <w:t>agar aap payen ke aap ke andar thinking process jari hua hai</w:t>
      </w:r>
    </w:p>
    <w:p>
      <w:pPr>
        <w:jc w:val="right"/>
      </w:pPr>
      <w:r>
        <w:t>اگر آپ پائیں کہ آپ کے اندر تھنکنگ پراسیس جاری ہوا ہے</w:t>
      </w:r>
    </w:p>
    <w:p>
      <w:r>
        <w:rPr>
          <w:b/>
        </w:rPr>
        <w:t xml:space="preserve">[53:59] </w:t>
      </w:r>
      <w:r>
        <w:t>to samjhiye ke aap. ab kal do sahaba mujh se milne ke aaye. woh rehte hain kisi doosre shehar mein, rehte hain dilli mein nahi.</w:t>
      </w:r>
    </w:p>
    <w:p>
      <w:pPr>
        <w:jc w:val="right"/>
      </w:pPr>
      <w:r>
        <w:t>تو سمجھئے کہ آپ۔ اب کل دو صحابہ مجھ سے ملنے کے آئے۔ وہ رہتے ہیں کسی دوسرے شہر میں، رہتے ہیں دلی میں نہیں۔</w:t>
      </w:r>
    </w:p>
    <w:p>
      <w:r>
        <w:rPr>
          <w:b/>
        </w:rPr>
        <w:t xml:space="preserve">[54:11] </w:t>
      </w:r>
      <w:r>
        <w:t>do sahab aa gaye achaanak. to main jab un se mila to un se main ne poocha ke bhai aap ko jab aana tha to aap ke aap ka main ne poocha ke aap mobile le ke nahi aaye?</w:t>
      </w:r>
    </w:p>
    <w:p>
      <w:pPr>
        <w:jc w:val="right"/>
      </w:pPr>
      <w:r>
        <w:t>دو صاحب آ گئے اچانک۔ تو میں جب ان سے ملا تو ان سے میں نے پوچھا کہ بھئی آپ کو جب آنا تھا تو آپ کے آپ کا میں نے پوچھا کہ آپ موبائل لے کے نہیں آئے؟</w:t>
      </w:r>
    </w:p>
    <w:p>
      <w:r>
        <w:rPr>
          <w:b/>
        </w:rPr>
        <w:t xml:space="preserve">[54:27] </w:t>
      </w:r>
      <w:r>
        <w:t>kaha ke hai. main ne kaha kis kaam ke liye?</w:t>
      </w:r>
    </w:p>
    <w:p>
      <w:pPr>
        <w:jc w:val="right"/>
      </w:pPr>
      <w:r>
        <w:t>کہا کہ ہے۔ میں نے کہا کس کام کے لیے؟</w:t>
      </w:r>
    </w:p>
    <w:p>
      <w:r>
        <w:rPr>
          <w:b/>
        </w:rPr>
        <w:t xml:space="preserve">[54:33] </w:t>
      </w:r>
      <w:r>
        <w:t>aap travel kar ke mujh se poocha hua tha aap ne ke main hum hum aana chahte hain, aap se milna hai hum ko. to aap poochte hain kab aayen?</w:t>
      </w:r>
    </w:p>
    <w:p>
      <w:pPr>
        <w:jc w:val="right"/>
      </w:pPr>
      <w:r>
        <w:t>آپ ٹریفل کر کے مجھ سے پوچھا ہوا تھا آپ نے کہ میں ہم ہم آنا چاہتے ہیں، آپ سے ملنا ہے ہم کو۔ تو آپ پوچھتے ہیں کب آئیں؟</w:t>
      </w:r>
    </w:p>
    <w:p>
      <w:r>
        <w:rPr>
          <w:b/>
        </w:rPr>
        <w:t xml:space="preserve">[54:43] </w:t>
      </w:r>
      <w:r>
        <w:t>to main ne kaha rickshaw. polar ka bhi waqt, rickshaw kheenchne wala bhi is ko woh bhi masroof rehta hai. is se poochna parta hai ab kab milna hai aap se.</w:t>
      </w:r>
    </w:p>
    <w:p>
      <w:pPr>
        <w:jc w:val="right"/>
      </w:pPr>
      <w:r>
        <w:t>تو میں نے کہا رکشہ۔ پولر کا بھی وقت، رکشہ کھینچنے والا بھی اس کو وہ بھی مشغول رہتا ہے۔ اس سے پوچھنا پڑتا ہے اب کب ملنا ہے آپ سے۔</w:t>
      </w:r>
    </w:p>
    <w:p>
      <w:r>
        <w:rPr>
          <w:b/>
        </w:rPr>
        <w:t xml:space="preserve">[54:55] </w:t>
      </w:r>
      <w:r>
        <w:t>aap achaanak aa gaye aap.</w:t>
      </w:r>
    </w:p>
    <w:p>
      <w:pPr>
        <w:jc w:val="right"/>
      </w:pPr>
      <w:r>
        <w:t>آپ اچانک آ گئے آپ۔</w:t>
      </w:r>
    </w:p>
    <w:p>
      <w:r>
        <w:rPr>
          <w:b/>
        </w:rPr>
        <w:t xml:space="preserve">[55:00] </w:t>
      </w:r>
      <w:r>
        <w:t>to kyon aisa hai? sochte nahin log. bila soch samjhi zindagi guzarte rehte hain.</w:t>
      </w:r>
    </w:p>
    <w:p>
      <w:pPr>
        <w:jc w:val="right"/>
      </w:pPr>
      <w:r>
        <w:t>تو کیوں ایسا ہے؟ سوچتے نہیں لوگ۔ بلا سوچ سمجھی زندگی گزارتے رہتے ہیں۔</w:t>
      </w:r>
    </w:p>
    <w:p>
      <w:r>
        <w:rPr>
          <w:b/>
        </w:rPr>
        <w:t xml:space="preserve">[55:08] </w:t>
      </w:r>
      <w:r>
        <w:t>yaad rahe ke har maamle mein sochna hai, har maamle mein.</w:t>
      </w:r>
    </w:p>
    <w:p>
      <w:pPr>
        <w:jc w:val="right"/>
      </w:pPr>
      <w:r>
        <w:t>یاد رہے کہ ہر معاملے میں سوچنا ہے، ہر معاملے میں۔</w:t>
      </w:r>
    </w:p>
    <w:p>
      <w:r>
        <w:rPr>
          <w:b/>
        </w:rPr>
        <w:t xml:space="preserve">[55:15] </w:t>
      </w:r>
      <w:r>
        <w:t>ab mislan woh unhon ne kaha ke main kai saal se risala parhta hoon. aur risala. phir jaate hue poochne lage ke aap ko khat likhna ho to is ka pata kya hai?</w:t>
      </w:r>
    </w:p>
    <w:p>
      <w:pPr>
        <w:jc w:val="right"/>
      </w:pPr>
      <w:r>
        <w:t>اب مثلاً وہ انہوں نے کہا کہ میں کئی سال سے رسالہ پڑھتا ہوں۔ اور رسالہ۔ پھر جاتے ہوئے پوچھنے لگے کہ آپ کو خط لکھنا ہو تو اس کا پتہ کیا ہے؟</w:t>
      </w:r>
    </w:p>
    <w:p>
      <w:r>
        <w:rPr>
          <w:b/>
        </w:rPr>
        <w:t xml:space="preserve">[55:25] </w:t>
      </w:r>
      <w:r>
        <w:t>to main ne kaha risala jo chupa hai, pata wahi mera pata hai?</w:t>
      </w:r>
    </w:p>
    <w:p>
      <w:pPr>
        <w:jc w:val="right"/>
      </w:pPr>
      <w:r>
        <w:t>تو میں نے کہا رسالہ جو چھپا ہے، پتہ وہی میرا پتہ ہے؟</w:t>
      </w:r>
    </w:p>
    <w:p>
      <w:r>
        <w:rPr>
          <w:b/>
        </w:rPr>
        <w:t xml:space="preserve">[55:29] </w:t>
      </w:r>
      <w:r>
        <w:t>yeh poochne ki baat hi nahin hai. ab pata hai risala parhte hain woh barson se aur pata mujh se pooch rahe hain.</w:t>
      </w:r>
    </w:p>
    <w:p>
      <w:pPr>
        <w:jc w:val="right"/>
      </w:pPr>
      <w:r>
        <w:t>یہ پوچھنے کی بات ہی نہیں ہے۔ اب پتہ ہے رسالہ پڑھتے ہیں وہ برسوں سے اور پتہ مجھ سے پوچھ رہے ہیں۔</w:t>
      </w:r>
    </w:p>
    <w:p>
      <w:r>
        <w:rPr>
          <w:b/>
        </w:rPr>
        <w:t xml:space="preserve">[55:39] </w:t>
      </w:r>
      <w:r>
        <w:t>kaise ajeeb o ghareeb log hain. is mein address bhi diya hua hai, is mein email ka bhi diya hua hai. har cheez is mein maujood hai risale mein.</w:t>
      </w:r>
    </w:p>
    <w:p>
      <w:pPr>
        <w:jc w:val="right"/>
      </w:pPr>
      <w:r>
        <w:t>کیسے عجیب و غریب لوگ ہیں۔ اس میں ایڈریس بھی دیا ہوا ہے، اس میں ای میل کا بھی دیا ہوا ہے۔ ہر چیز اس میں موجود ہے رسالے میں۔</w:t>
      </w:r>
    </w:p>
    <w:p>
      <w:r>
        <w:rPr>
          <w:b/>
        </w:rPr>
        <w:t xml:space="preserve">[55:50] </w:t>
      </w:r>
      <w:r>
        <w:t>to cheez kya hai? logon ko to sochne ka yaani jo amal hai wahi nahin hai.</w:t>
      </w:r>
    </w:p>
    <w:p>
      <w:pPr>
        <w:jc w:val="right"/>
      </w:pPr>
      <w:r>
        <w:t>تو چیز کیا ہے؟ لوگوں کو تو سوچنے کا یعنی جو عمل ہے وہی نہیں ہے۔</w:t>
      </w:r>
    </w:p>
    <w:p>
      <w:r>
        <w:rPr>
          <w:b/>
        </w:rPr>
        <w:t xml:space="preserve">[55:57] </w:t>
      </w:r>
      <w:r>
        <w:t>is liye zehni irtiqaa nahin ho raha hai. kisi cheez ko gaaye mein sochte nahin hain.</w:t>
      </w:r>
    </w:p>
    <w:p>
      <w:pPr>
        <w:jc w:val="right"/>
      </w:pPr>
      <w:r>
        <w:t>اس لیے ذہنی ارتقاء نہیں ہو رہا ہے۔ کسی چیز کو گائے میں سوچتے نہیں ہیں۔</w:t>
      </w:r>
    </w:p>
    <w:p>
      <w:r>
        <w:rPr>
          <w:b/>
        </w:rPr>
        <w:t xml:space="preserve">[56:07] </w:t>
      </w:r>
      <w:r>
        <w:t>to hamari class mein jo log aate hain, un ko is maamle mein bohat zyada dhyan dena chahiye. aap mein se har shakhs ko yeh karna hai ke aap ka thinking process jari ho.</w:t>
      </w:r>
    </w:p>
    <w:p>
      <w:pPr>
        <w:jc w:val="right"/>
      </w:pPr>
      <w:r>
        <w:t>تو ہماری کلاس میں جو لوگ آتے ہیں، ان کو اس معاملے میں بہت زیادہ دھیان دینا چاہیے۔ آپ میں سے ہر شخص کو یہ کرنا ہے کہ آپ کا تھنکنگ پراسیس جاری ہو۔</w:t>
      </w:r>
    </w:p>
    <w:p>
      <w:r>
        <w:rPr>
          <w:b/>
        </w:rPr>
        <w:t xml:space="preserve">[56:18] </w:t>
      </w:r>
      <w:r>
        <w:t>sochne ka amal jari ho. taake aap gehri baaton ko daryaft karen.</w:t>
      </w:r>
    </w:p>
    <w:p>
      <w:pPr>
        <w:jc w:val="right"/>
      </w:pPr>
      <w:r>
        <w:t>سوچنے کا عمل جاری ہو۔ تاکہ آپ گہری باتوں کو دریافت کریں۔</w:t>
      </w:r>
    </w:p>
    <w:p>
      <w:r>
        <w:rPr>
          <w:b/>
        </w:rPr>
        <w:t xml:space="preserve">[56:25] </w:t>
      </w:r>
      <w:r>
        <w:t>taake aap ke andar wisdom aaye, wisdom. baseerat. wisdom, w r s d o m. wisdom aati hai ghor o fikr se.</w:t>
      </w:r>
    </w:p>
    <w:p>
      <w:pPr>
        <w:jc w:val="right"/>
      </w:pPr>
      <w:r>
        <w:t>تاکہ آپ کے اندر وزڈم آئے، وزڈم۔ بصیرت۔ وزڈم، ڈبلیو آر ایس ڈی او ایم۔ وزڈم آتی ہے غور و فکر سے۔</w:t>
      </w:r>
    </w:p>
    <w:p>
      <w:r>
        <w:rPr>
          <w:b/>
        </w:rPr>
        <w:t xml:space="preserve">[56:38] </w:t>
      </w:r>
      <w:r>
        <w:t>dekhiye insaan ke liye sab se bari cheez jo hai woh wisdom hai. sab se bari cheez na sona hai, na chandi hai, na dollar hai, na aur koi daulat hai.</w:t>
      </w:r>
    </w:p>
    <w:p>
      <w:pPr>
        <w:jc w:val="right"/>
      </w:pPr>
      <w:r>
        <w:t>دیکھیے انسان کے لیے سب سے بڑی چیز جو ہے وہ وزڈم ہے۔ سب سے بڑی چیز نہ سونا ہے، نہ چاندی ہے، نہ ڈالر ہے، نہ اور کوئی دولت ہے۔</w:t>
      </w:r>
    </w:p>
    <w:p>
      <w:r>
        <w:rPr>
          <w:b/>
        </w:rPr>
        <w:t xml:space="preserve">[56:50] </w:t>
      </w:r>
      <w:r>
        <w:t>sab se bari cheez hai wisdom. is se bari koi cheez nahin hai.</w:t>
      </w:r>
    </w:p>
    <w:p>
      <w:pPr>
        <w:jc w:val="right"/>
      </w:pPr>
      <w:r>
        <w:t>سب سے بڑی چیز ہے وزڈم۔ اس سے بڑی کوئی چیز نہیں ہے۔</w:t>
      </w:r>
    </w:p>
    <w:p>
      <w:r>
        <w:rPr>
          <w:b/>
        </w:rPr>
        <w:t xml:space="preserve">[56:56] </w:t>
      </w:r>
      <w:r>
        <w:t>lekin wisdom kaise milegi? tadabbur ke zariye se, sochne ke zariye se, ghor o fikr ke zariye se.</w:t>
      </w:r>
    </w:p>
    <w:p>
      <w:pPr>
        <w:jc w:val="right"/>
      </w:pPr>
      <w:r>
        <w:t>لیکن وزڈم کیسے ملے گی؟ تدبر کے ذریعے سے، سوچنے کے ذریعے سے، غور و فکر کے ذریعے سے۔</w:t>
      </w:r>
    </w:p>
    <w:p>
      <w:r>
        <w:rPr>
          <w:b/>
        </w:rPr>
        <w:t xml:space="preserve">[57:12] </w:t>
      </w:r>
      <w:r>
        <w:t>to aap logon ko main kahoon ga ke agar aap chahte hain kaamyaab zindagi to sochiye aur sab se bara kaam yeh kijiye ke maadi cheezon mein kami kijiye.</w:t>
      </w:r>
    </w:p>
    <w:p>
      <w:pPr>
        <w:jc w:val="right"/>
      </w:pPr>
      <w:r>
        <w:t>تو آپ لوگوں کو میں کہوں گا کہ اگر آپ چاہتے ہیں کامیاب زندگی تو سوچیے اور سب سے بڑا کام یہ کیجیے کہ مادی چیزوں میں کمی کیجیے۔</w:t>
      </w:r>
    </w:p>
    <w:p>
      <w:r>
        <w:rPr>
          <w:b/>
        </w:rPr>
        <w:t xml:space="preserve">[57:28] </w:t>
      </w:r>
      <w:r>
        <w:t>jab tak aap maadi cheezon mein kami nahin karen ge, kuch nahin hone wala hai.</w:t>
      </w:r>
    </w:p>
    <w:p>
      <w:pPr>
        <w:jc w:val="right"/>
      </w:pPr>
      <w:r>
        <w:t>جب تک آپ مادی چیزوں میں کمی نہیں کریں گے، کچھ نہیں ہونے والا ہے۔</w:t>
      </w:r>
    </w:p>
    <w:p>
      <w:r>
        <w:rPr>
          <w:b/>
        </w:rPr>
        <w:t xml:space="preserve">[57:37] </w:t>
      </w:r>
      <w:r>
        <w:t>maadi cheezon mein kami karna yahi sab se bara raaz hai wisdom ko haasil karne ka. jo aadmi maadi cheezon mein kami na kare, woh wisdom se bilkul maloom rahe ga hamesha.</w:t>
      </w:r>
    </w:p>
    <w:p>
      <w:pPr>
        <w:jc w:val="right"/>
      </w:pPr>
      <w:r>
        <w:t>مادی چیزوں میں کمی کرنا یہی سب سے بڑا راز ہے وزڈم کو حاصل کرنے کا۔ جو آدمی مادی چیزوں میں کمی نہ کرے، وہ وزڈم سے بالکل معلوم رہے گا ہمیشہ۔</w:t>
      </w:r>
    </w:p>
    <w:p>
      <w:r>
        <w:rPr>
          <w:b/>
        </w:rPr>
        <w:t xml:space="preserve">[57:56] </w:t>
      </w:r>
      <w:r>
        <w:t>yeh crux hai, crux.</w:t>
      </w:r>
    </w:p>
    <w:p>
      <w:pPr>
        <w:jc w:val="right"/>
      </w:pPr>
      <w:r>
        <w:t>یہ کرکس ہے، کرکس۔</w:t>
      </w:r>
    </w:p>
    <w:p>
      <w:r>
        <w:rPr>
          <w:b/>
        </w:rPr>
        <w:t xml:space="preserve">[58:06] </w:t>
      </w:r>
      <w:r>
        <w:t>maadi cheezon mein qanaat karna hoga. tab aap ka aqal barhe gi, wisdom aayega aur zehni irtiqaa hoga.</w:t>
      </w:r>
    </w:p>
    <w:p>
      <w:pPr>
        <w:jc w:val="right"/>
      </w:pPr>
      <w:r>
        <w:t>مادی چیزوں میں قناعت کرنا ہوگا۔ تب آپ کا عقل بڑھے گی، وزڈم آئے گا اور ذہنی ارتقاء ہوگا۔</w:t>
      </w:r>
    </w:p>
    <w:p>
      <w:r>
        <w:rPr>
          <w:b/>
        </w:rPr>
        <w:t xml:space="preserve">[58:23] </w:t>
      </w:r>
      <w:r>
        <w:t>yahi yahi Islam ka tareeqa hai, yeh fitrat ka tareeqa hai, yeh law of nature hai.</w:t>
      </w:r>
    </w:p>
    <w:p>
      <w:pPr>
        <w:jc w:val="right"/>
      </w:pPr>
      <w:r>
        <w:t>یہی یہی اسلام کا طریقہ ہے، یہ فطرت کا طریقہ ہے، یہ لاء آف نیچر ہے۔</w:t>
      </w:r>
    </w:p>
    <w:p>
      <w:r>
        <w:rPr>
          <w:b/>
        </w:rPr>
        <w:t xml:space="preserve">[58:36] </w:t>
      </w:r>
      <w:r>
        <w:t>is maamle mein koi exception nahin, yaad rakhiye. no exception at all.</w:t>
      </w:r>
    </w:p>
    <w:p>
      <w:pPr>
        <w:jc w:val="right"/>
      </w:pPr>
      <w:r>
        <w:t>اس معاملے میں کوئی ایکسیپشن نہیں، یاد رکھیے۔ نو ایکسیپشن ایٹ آل۔</w:t>
      </w:r>
    </w:p>
    <w:p>
      <w:r>
        <w:rPr>
          <w:b/>
        </w:rPr>
        <w:t xml:space="preserve">[58:45] </w:t>
      </w:r>
      <w:r>
        <w:t>Allah taala mujh ko aur aap ko tofeeq de ke hum aap is raaste par chalen aur sahi maanon mein apne andar rozi ki spirit paida karen.</w:t>
      </w:r>
    </w:p>
    <w:p>
      <w:pPr>
        <w:jc w:val="right"/>
      </w:pPr>
      <w:r>
        <w:t>اللہ تعالیٰ مجھ کو اور آپ کو توفیق دے کہ ہم آپ اس راستے پر چلیں اور صحیح معنوں میں اپنے اندر روزی کی سپرٹ پیدا کریں۔</w:t>
      </w:r>
    </w:p>
    <w:p>
      <w:r>
        <w:rPr>
          <w:b/>
        </w:rPr>
        <w:t xml:space="preserve">[58:57] </w:t>
      </w:r>
      <w:r>
        <w:t>aqool qawli haza wastaghfirullaha li walakum ajmaeen.</w:t>
      </w:r>
    </w:p>
    <w:p>
      <w:pPr>
        <w:jc w:val="right"/>
      </w:pPr>
      <w:r>
        <w:t>أقول قولي هذا واستغفرالله لي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