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Roza Sept 7, 2008</w:t>
      </w:r>
    </w:p>
    <w:p>
      <w:r>
        <w:t>https://youtu.be/C9G1oBdqoKk</w:t>
      </w:r>
    </w:p>
    <w:p>
      <w:r>
        <w:rPr>
          <w:b/>
        </w:rPr>
        <w:t xml:space="preserve">[00:14] </w:t>
      </w:r>
      <w:r>
        <w:t>bismillah al-rahman al-rahim, wa salla Allahu ala al-nabi al-karim.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 hl al-uqdat min lisani, yafqahu qawli. yafqahu qawli.</w:t>
      </w:r>
    </w:p>
    <w:p>
      <w:pPr>
        <w:jc w:val="right"/>
      </w:pPr>
      <w:r>
        <w:t>واحل العقدۃ من لسانی، یفقہ قولی۔ یفقہ قولی۔</w:t>
      </w:r>
    </w:p>
    <w:p>
      <w:r>
        <w:rPr>
          <w:b/>
        </w:rPr>
        <w:t xml:space="preserve">[00:38] </w:t>
      </w:r>
      <w:r>
        <w:t>aaj ka</w:t>
      </w:r>
    </w:p>
    <w:p>
      <w:pPr>
        <w:jc w:val="right"/>
      </w:pPr>
      <w:r>
        <w:t>آج کا</w:t>
      </w:r>
    </w:p>
    <w:p>
      <w:r>
        <w:rPr>
          <w:b/>
        </w:rPr>
        <w:t xml:space="preserve">[00:41] </w:t>
      </w:r>
      <w:r>
        <w:t>jo topic hai</w:t>
      </w:r>
    </w:p>
    <w:p>
      <w:pPr>
        <w:jc w:val="right"/>
      </w:pPr>
      <w:r>
        <w:t>جو ٹاپک ہے</w:t>
      </w:r>
    </w:p>
    <w:p>
      <w:r>
        <w:rPr>
          <w:b/>
        </w:rPr>
        <w:t xml:space="preserve">[00:45] </w:t>
      </w:r>
      <w:r>
        <w:t>wo hai</w:t>
      </w:r>
    </w:p>
    <w:p>
      <w:pPr>
        <w:jc w:val="right"/>
      </w:pPr>
      <w:r>
        <w:t>وہ ہے</w:t>
      </w:r>
    </w:p>
    <w:p>
      <w:r>
        <w:rPr>
          <w:b/>
        </w:rPr>
        <w:t xml:space="preserve">[00:48] </w:t>
      </w:r>
      <w:r>
        <w:t>"the spirit of roza". roza ki spirit.</w:t>
      </w:r>
    </w:p>
    <w:p>
      <w:pPr>
        <w:jc w:val="right"/>
      </w:pPr>
      <w:r>
        <w:t>"دا سپرٹ آف روزہ"۔ روزہ کی سپرٹ۔</w:t>
      </w:r>
    </w:p>
    <w:p>
      <w:r>
        <w:rPr>
          <w:b/>
        </w:rPr>
        <w:t xml:space="preserve">[00:58] </w:t>
      </w:r>
      <w:r>
        <w:t>aaj subah mein radio sun raha tha to is par ek program aa raha tha democracy ke bare mein.</w:t>
      </w:r>
    </w:p>
    <w:p>
      <w:pPr>
        <w:jc w:val="right"/>
      </w:pPr>
      <w:r>
        <w:t>آج صبح میں ریڈیو سن رہا تھا تو اس پر ایک پروگرام آ رہا تھا ڈیموکریسی کے بارے میں۔</w:t>
      </w:r>
    </w:p>
    <w:p>
      <w:r>
        <w:rPr>
          <w:b/>
        </w:rPr>
        <w:t xml:space="preserve">[01:10] </w:t>
      </w:r>
      <w:r>
        <w:t>democracy.</w:t>
      </w:r>
    </w:p>
    <w:p>
      <w:pPr>
        <w:jc w:val="right"/>
      </w:pPr>
      <w:r>
        <w:t>ڈیموکریسی۔</w:t>
      </w:r>
    </w:p>
    <w:p>
      <w:r>
        <w:rPr>
          <w:b/>
        </w:rPr>
        <w:t xml:space="preserve">[01:12] </w:t>
      </w:r>
      <w:r>
        <w:t>to koi professor sahab bol rahe the, unhon ne kaha ke democracy se pehle chahiye democratization.</w:t>
      </w:r>
    </w:p>
    <w:p>
      <w:pPr>
        <w:jc w:val="right"/>
      </w:pPr>
      <w:r>
        <w:t>تو کوئی پروفیسر صاحب بول رہے تھے، انہوں نے کہا کہ ڈیموکریسی سے پہلے چاہیے ڈیموکریٹائزیشن۔</w:t>
      </w:r>
    </w:p>
    <w:p>
      <w:r>
        <w:rPr>
          <w:b/>
        </w:rPr>
        <w:t xml:space="preserve">[01:26] </w:t>
      </w:r>
      <w:r>
        <w:t>yani democratic system agar hamein banana hai to is se pehle hamein democratic society banani paregi. nahi to wo democracy jo hogi wo sachi democracy nahi hogi.</w:t>
      </w:r>
    </w:p>
    <w:p>
      <w:pPr>
        <w:jc w:val="right"/>
      </w:pPr>
      <w:r>
        <w:t>یعنی ڈیموکریٹک سسٹم اگر ہمیں بنانا ہے تو اس سے پہلے ہمیں ڈیموکریٹک سوسائٹی بنانی پڑے گی۔ نہیں تو وہ ڈیموکریسی جو ہوگی وہ سچی ڈیموکریسی نہیں ہوگی۔</w:t>
      </w:r>
    </w:p>
    <w:p>
      <w:r>
        <w:rPr>
          <w:b/>
        </w:rPr>
        <w:t xml:space="preserve">[01:43] </w:t>
      </w:r>
      <w:r>
        <w:t>jaisa ke galbert ne kaha tha ke kuch mulkon mein democracy hai lekin wo function anarchy zyada aur kuch nahi. to unhon ne yeh bataya ke democratic process mein number one hai 100 fisad literacy.</w:t>
      </w:r>
    </w:p>
    <w:p>
      <w:pPr>
        <w:jc w:val="right"/>
      </w:pPr>
      <w:r>
        <w:t>جیسا کہ گالبرت نے کہا تھا کہ کچھ ملکوں میں ڈیموکریسی ہے لیکن وہ فنکشن انارکش زیادہ اور کچھ نہیں۔ تو انہوں نے یہ بتایا کہ ڈیموکریٹک پراسیس میں نمبر ون ہے 100 فیصد لٹریسی۔</w:t>
      </w:r>
    </w:p>
    <w:p>
      <w:r>
        <w:rPr>
          <w:b/>
        </w:rPr>
        <w:t xml:space="preserve">[02:04] </w:t>
      </w:r>
      <w:r>
        <w:t>koi literacy se hota hai ke log jo hain intellectually awaken hote hain, un mein samajh aati hai.</w:t>
      </w:r>
    </w:p>
    <w:p>
      <w:pPr>
        <w:jc w:val="right"/>
      </w:pPr>
      <w:r>
        <w:t>کوئی لٹریسی سے ہوتا ہے کہ لوگ جو ہیں انٹلیکچولی اویکن ہوتے ہیں، ان میں سمجھ آتی ہے۔</w:t>
      </w:r>
    </w:p>
    <w:p>
      <w:r>
        <w:rPr>
          <w:b/>
        </w:rPr>
        <w:t xml:space="preserve">[02:14] </w:t>
      </w:r>
      <w:r>
        <w:t>kyunki democracy mein logon ko freedom to hoti hai lekin controlled dhang par, disciplined way mein unhein apni freedom ko istemal karna parta hai.</w:t>
      </w:r>
    </w:p>
    <w:p>
      <w:pPr>
        <w:jc w:val="right"/>
      </w:pPr>
      <w:r>
        <w:t>کیونکہ ڈیموکریسی میں لوگوں کو فریڈم تو ہوتی ہے لیکن کنٹرولڈ ڈھنگ پر، ڈسپلنڈ وے میں انہیں اپنی فریڈم کو استعمال کرنا پڑتا ہے۔</w:t>
      </w:r>
    </w:p>
    <w:p>
      <w:r>
        <w:rPr>
          <w:b/>
        </w:rPr>
        <w:t xml:space="preserve">[02:30] </w:t>
      </w:r>
      <w:r>
        <w:t>to bohat zyada, yani samajhdar logon ke beech mein sachi democracy aa sakti hai.</w:t>
      </w:r>
    </w:p>
    <w:p>
      <w:pPr>
        <w:jc w:val="right"/>
      </w:pPr>
      <w:r>
        <w:t>تو بہت زیادہ، یعنی سمجھدار لوگوں کے بیچے میں سچی ڈیموکریسی آ سکتی ہے۔</w:t>
      </w:r>
    </w:p>
    <w:p>
      <w:r>
        <w:rPr>
          <w:b/>
        </w:rPr>
        <w:t xml:space="preserve">[02:39] </w:t>
      </w:r>
      <w:r>
        <w:t>to mein yeh jo mein ne suna to mere dil mein aaya ke roza ka mamla bhi aisa hi hai. roza se pehle roza spirit chahiye.</w:t>
      </w:r>
    </w:p>
    <w:p>
      <w:pPr>
        <w:jc w:val="right"/>
      </w:pPr>
      <w:r>
        <w:t>تو میں یہ جو میں نے سنا تو میرے دل میں آیا کہ روزہ کا معاملہ بھی ایسا ہی ہے۔ روزہ سے پہلے روزہ اسپرٹ چاہیے۔</w:t>
      </w:r>
    </w:p>
    <w:p>
      <w:r>
        <w:rPr>
          <w:b/>
        </w:rPr>
        <w:t xml:space="preserve">[02:51] </w:t>
      </w:r>
      <w:r>
        <w:t>agar logon ke andar</w:t>
      </w:r>
    </w:p>
    <w:p>
      <w:pPr>
        <w:jc w:val="right"/>
      </w:pPr>
      <w:r>
        <w:t>اگر لوگوں کے اندر</w:t>
      </w:r>
    </w:p>
    <w:p>
      <w:r>
        <w:rPr>
          <w:b/>
        </w:rPr>
        <w:t xml:space="preserve">[02:55] </w:t>
      </w:r>
      <w:r>
        <w:t>roza ki samajh na ho, roze ki spirit un ke andar na ho to roza ka mahina ayega, ab khate peete guzar jayega, kuch logon ko milega nahi is se.</w:t>
      </w:r>
    </w:p>
    <w:p>
      <w:pPr>
        <w:jc w:val="right"/>
      </w:pPr>
      <w:r>
        <w:t>روزہ کی سمجھ نہ ہو، روزے کی سپرٹ ان کے اندر نہ ہو تو روزہ کا مہینہ آئے گا، اب کھاتے پیتے گزر جائے گا، کچھ لوگوں کو ملے گا نہیں اس سے۔</w:t>
      </w:r>
    </w:p>
    <w:p>
      <w:r>
        <w:rPr>
          <w:b/>
        </w:rPr>
        <w:t xml:space="preserve">[03:10] </w:t>
      </w:r>
      <w:r>
        <w:t>dekhein kya hai spirit roze ki? mein samajhta hoon ke ek shabd mein yeh hai ke Khuda ki jo sab blessing hai, balke is Khuda ki jo blessing hai uska realization.</w:t>
      </w:r>
    </w:p>
    <w:p>
      <w:pPr>
        <w:jc w:val="right"/>
      </w:pPr>
      <w:r>
        <w:t>دیکھیں کیا ہے اسپرٹ روزے کی؟ میں سمجھتا ہوں کہ ایک शब्द میں یہ ہے کہ خدا کی جو سب بریسنگ ہے، بلکہ اس خدا کی جو بریسنگ ہے اس کا ریلائزیشن۔</w:t>
      </w:r>
    </w:p>
    <w:p>
      <w:r>
        <w:rPr>
          <w:b/>
        </w:rPr>
        <w:t xml:space="preserve">[03:29] </w:t>
      </w:r>
      <w:r>
        <w:t>to khana peena aap jante hain ke duniya mein jis tarah pani bohat hi abundantly maujood hai, khana peena bhi abundantly maujood hai.</w:t>
      </w:r>
    </w:p>
    <w:p>
      <w:pPr>
        <w:jc w:val="right"/>
      </w:pPr>
      <w:r>
        <w:t>تو کھانا پینا آپ جانتے ہیں کہ دنیا میں جس طرح پانی بہت ہی ابینڈنٹلی موجود ہے، کھانا پینا بھی ابینڈنٹلی موجود ہے۔</w:t>
      </w:r>
    </w:p>
    <w:p>
      <w:r>
        <w:rPr>
          <w:b/>
        </w:rPr>
        <w:t xml:space="preserve">[03:42] </w:t>
      </w:r>
      <w:r>
        <w:t>to log khate peete rehte hain. Delhi mein dekhein ghareeb log ja ke wahan line laga lete hain dargah mein, koi aata hai paisa wala aur sab ko khana bant deta hai.</w:t>
      </w:r>
    </w:p>
    <w:p>
      <w:pPr>
        <w:jc w:val="right"/>
      </w:pPr>
      <w:r>
        <w:t>تو لوگ کھاتے پیتے رہتے ہیں۔ دلی میں دیکھیں غریب لوگ جا کے وہاں لائن لگا لیتے ہیں درگاہ میں، کوئی آتا ہے پیسے والا اور سب کو کھانا بانٹ دیتا ہے۔</w:t>
      </w:r>
    </w:p>
    <w:p>
      <w:r>
        <w:rPr>
          <w:b/>
        </w:rPr>
        <w:t xml:space="preserve">[03:54] </w:t>
      </w:r>
      <w:r>
        <w:t>to khana milta rehta hai is liye log is ka, yani sacha ehsas nahi ho pata ke khana kitni bari blessing hai.</w:t>
      </w:r>
    </w:p>
    <w:p>
      <w:pPr>
        <w:jc w:val="right"/>
      </w:pPr>
      <w:r>
        <w:t>تو کھانا ملتا رہتا ہے اس لیے لوگ اس کا، یعنی سچا احساس نہیں ہو پاتا کہ کھانا کتنی بڑی بلیسنگ ہے۔</w:t>
      </w:r>
    </w:p>
    <w:p>
      <w:r>
        <w:rPr>
          <w:b/>
        </w:rPr>
        <w:t xml:space="preserve">[04:06] </w:t>
      </w:r>
      <w:r>
        <w:t>to roza jo hai wo compulsive experience mein keh sakta hoon is ko.</w:t>
      </w:r>
    </w:p>
    <w:p>
      <w:pPr>
        <w:jc w:val="right"/>
      </w:pPr>
      <w:r>
        <w:t>تو روزہ جو ہے وہ کمپلسو ایکسپیرینس میں کہہ سکتا ہوں اس کو۔</w:t>
      </w:r>
    </w:p>
    <w:p>
      <w:r>
        <w:rPr>
          <w:b/>
        </w:rPr>
        <w:t xml:space="preserve">[04:12] </w:t>
      </w:r>
      <w:r>
        <w:t>yani khane peene ki jo importance hai uska compulsive experience dilaya karaya jata hai roze ke zamane mein.</w:t>
      </w:r>
    </w:p>
    <w:p>
      <w:pPr>
        <w:jc w:val="right"/>
      </w:pPr>
      <w:r>
        <w:t>یعنی کھانے پینے کی جو امپورٹنس ہے اس کا کمپلسو ایکسپیرینس دلایا کرایا جاتا ہے روزے کے زمانے میں۔</w:t>
      </w:r>
    </w:p>
    <w:p>
      <w:r>
        <w:rPr>
          <w:b/>
        </w:rPr>
        <w:t xml:space="preserve">[04:25] </w:t>
      </w:r>
      <w:r>
        <w:t>to mein samajhta hoon ke roze ka asal maqsad yahi hai. lekin log khoob khate peete hain, roze ke zamane mein bhi khoob khate peete hain. to na bhook pehle lagti hai na bhook baad ko lagti hai.</w:t>
      </w:r>
    </w:p>
    <w:p>
      <w:pPr>
        <w:jc w:val="right"/>
      </w:pPr>
      <w:r>
        <w:t>تو میں سمجھتا ہوں کہ روزہ کا اصل مقصد یہی ہے۔ لیکن لوگ خوب کھاتے پیتے ہیں، روزے کے زمانے میں بھی خوب کھاتے پیتے ہیں۔ تو نہ بھوک پہلے لگتی ہے نہ بھوک بعد کو لگتی ہے۔</w:t>
      </w:r>
    </w:p>
    <w:p>
      <w:r>
        <w:rPr>
          <w:b/>
        </w:rPr>
        <w:t xml:space="preserve">[04:38] </w:t>
      </w:r>
      <w:r>
        <w:t>jab bhook hi na lage to aap ko kya pata ke roza kya cheez hai? mein sunta hoon logon ko, arey bhai khoob theek se sari khao taake bhook na lage.</w:t>
      </w:r>
    </w:p>
    <w:p>
      <w:pPr>
        <w:jc w:val="right"/>
      </w:pPr>
      <w:r>
        <w:t>جب بھوک ہی نہ لگے تو آپ کو کیا پتہ کہ روزہ کیا چیز ہے؟ میں سنتا ہوں لوگوں کو، ارے بھئی خوب ٹھیک سے ساری کھاؤ تاکہ بھوک نہ لگے۔</w:t>
      </w:r>
    </w:p>
    <w:p>
      <w:r>
        <w:rPr>
          <w:b/>
        </w:rPr>
        <w:t xml:space="preserve">[04:50] </w:t>
      </w:r>
      <w:r>
        <w:t>to yeh to roze ki spirit ko kill karna hai. dekhein hadees mein aata hai ke Allah taala ne farmaya: "ya ibadi kullukum jae illa man atamtahu"</w:t>
      </w:r>
    </w:p>
    <w:p>
      <w:pPr>
        <w:jc w:val="right"/>
      </w:pPr>
      <w:r>
        <w:t>تو یہ تو روزے کی سپرٹ کو کل کرنا ہے۔ دیکھیں حدیث میں آتا ہے کہ اللہ تعالی نے فرمایا: "یا عبادی کلکم جائے الا من اطعمتہ"</w:t>
      </w:r>
    </w:p>
    <w:p>
      <w:r>
        <w:rPr>
          <w:b/>
        </w:rPr>
        <w:t xml:space="preserve">[05:09] </w:t>
      </w:r>
      <w:r>
        <w:t>. aye mere bando! tum sab ke sab bhooke ho siwa us ke jis ko mein khilaoon. to khana Khuda ke dene se milta hai.</w:t>
      </w:r>
    </w:p>
    <w:p>
      <w:pPr>
        <w:jc w:val="right"/>
      </w:pPr>
      <w:r>
        <w:t>۔ اے میرے بندو! تم سب کے سب بھوکے ہو سوا اس کے جس کو میں کھلاؤں۔ تو کھانا خدا کے دینے سے ملتا ہے۔</w:t>
      </w:r>
    </w:p>
    <w:p>
      <w:r>
        <w:rPr>
          <w:b/>
        </w:rPr>
        <w:t xml:space="preserve">[05:24] </w:t>
      </w:r>
      <w:r>
        <w:t>Khuda na de to hum bhooke pade rahenge. isi baat ko janne ke liye roza hai. aur phir jab aap ko ek cheez ka realization hota hai to sari cheezon ko ho jata hai.</w:t>
      </w:r>
    </w:p>
    <w:p>
      <w:pPr>
        <w:jc w:val="right"/>
      </w:pPr>
      <w:r>
        <w:t>خدا نہ دے تو ہم بھوکے پڑے رہیں گے۔ اسی بات کو جاننے کے لیے روزہ ہے۔ اور پھر جب آپ کو ایک چیز کا ریلائزیشن ہوتا ہے تو ساری چیزوں کو ہو جاتا ہے۔</w:t>
      </w:r>
    </w:p>
    <w:p>
      <w:r>
        <w:rPr>
          <w:b/>
        </w:rPr>
        <w:t xml:space="preserve">[05:42] </w:t>
      </w:r>
      <w:r>
        <w:t>to mein samajhta hoon ke is baat ko roze se pehle logon ko janna chahiye ke roze ki spirit kya hai. baghair jaane hue roza rakhna</w:t>
      </w:r>
    </w:p>
    <w:p>
      <w:pPr>
        <w:jc w:val="right"/>
      </w:pPr>
      <w:r>
        <w:t>تو میں سمجھتا ہوں کہ اس بات کو روزے سے پہلے لوگوں کو جاننا چاہیے کہ روزے کی سپرٹ کیا ہے۔ بغیر جانے ہوئے روزہ رکھنا</w:t>
      </w:r>
    </w:p>
    <w:p>
      <w:r>
        <w:rPr>
          <w:b/>
        </w:rPr>
        <w:t xml:space="preserve">[05:56] </w:t>
      </w:r>
      <w:r>
        <w:t>iska koi faida nahin.</w:t>
      </w:r>
    </w:p>
    <w:p>
      <w:pPr>
        <w:jc w:val="right"/>
      </w:pPr>
      <w:r>
        <w:t>اس کا کوئی فائدہ نہیں۔</w:t>
      </w:r>
    </w:p>
    <w:p>
      <w:r>
        <w:rPr>
          <w:b/>
        </w:rPr>
        <w:t xml:space="preserve">[06:00] </w:t>
      </w:r>
      <w:r>
        <w:t>to</w:t>
      </w:r>
    </w:p>
    <w:p>
      <w:pPr>
        <w:jc w:val="right"/>
      </w:pPr>
      <w:r>
        <w:t>تو</w:t>
      </w:r>
    </w:p>
    <w:p>
      <w:r>
        <w:rPr>
          <w:b/>
        </w:rPr>
        <w:t xml:space="preserve">[06:03] </w:t>
      </w:r>
      <w:r>
        <w:t>yahi mein samajh paya hoon roze ki haqeeqat.</w:t>
      </w:r>
    </w:p>
    <w:p>
      <w:pPr>
        <w:jc w:val="right"/>
      </w:pPr>
      <w:r>
        <w:t>یہی میں سمجھ پایا ہوں روزے کی حقیقت۔</w:t>
      </w:r>
    </w:p>
    <w:p>
      <w:r>
        <w:rPr>
          <w:b/>
        </w:rPr>
        <w:t xml:space="preserve">[06:08] </w:t>
      </w:r>
      <w:r>
        <w:t>phir roze mein aap ko yeh ehsaas hona chahiye ke sacha roza rakh kar ke jo bhook lagi aur aadmi ko mehsoos hua ke kitni bari cheez hai yeh khana peena, to us ko ehsaas ho ke ek din ki bhook se itna mein pareshan ho gaya.</w:t>
      </w:r>
    </w:p>
    <w:p>
      <w:pPr>
        <w:jc w:val="right"/>
      </w:pPr>
      <w:r>
        <w:t>پھر روزے میں آپ کو یہ احساس ہونا چاہیے کہ سچا روزہ رکھ کر کے جو بھوک لگی اور آدمی کو محسوس ہوا کہ کتنی بڑی چیز ہے یہ کھانا پینا، تو اس کو احساس ہو کہ ایک دن کی بھوک سے اتنا میں پریشان ہو گیا۔</w:t>
      </w:r>
    </w:p>
    <w:p>
      <w:r>
        <w:rPr>
          <w:b/>
        </w:rPr>
        <w:t xml:space="preserve">[06:28] </w:t>
      </w:r>
      <w:r>
        <w:t>aur jab marne ke baad aisa agar hua ke mujhe bhooki bhook mein rehna pade to kya hoga?</w:t>
      </w:r>
    </w:p>
    <w:p>
      <w:pPr>
        <w:jc w:val="right"/>
      </w:pPr>
      <w:r>
        <w:t>اور جب مرنے کے بعد ایسا اگر ہوا کہ مجھے بھوکی بھوک میں رہنا پڑے تو کیا ہوگا؟</w:t>
      </w:r>
    </w:p>
    <w:p>
      <w:r>
        <w:rPr>
          <w:b/>
        </w:rPr>
        <w:t xml:space="preserve">[06:38] </w:t>
      </w:r>
      <w:r>
        <w:t>I can't afford temporary hunger.</w:t>
      </w:r>
    </w:p>
    <w:p>
      <w:pPr>
        <w:jc w:val="right"/>
      </w:pPr>
      <w:r>
        <w:t>آئی کینٹ افورڈ ٹیمپریری ہنگر۔</w:t>
      </w:r>
    </w:p>
    <w:p>
      <w:r>
        <w:rPr>
          <w:b/>
        </w:rPr>
        <w:t xml:space="preserve">[06:47] </w:t>
      </w:r>
      <w:r>
        <w:t>How I will afford the permanent hunger?</w:t>
      </w:r>
    </w:p>
    <w:p>
      <w:pPr>
        <w:jc w:val="right"/>
      </w:pPr>
      <w:r>
        <w:t>ہاؤ آئی ویل افورڈ دی پرماننٹ ہنگر؟</w:t>
      </w:r>
    </w:p>
    <w:p>
      <w:r>
        <w:rPr>
          <w:b/>
        </w:rPr>
        <w:t xml:space="preserve">[06:53] </w:t>
      </w:r>
      <w:r>
        <w:t>isi ehsaas ko janna, isi spirit ko apne andar inculcate karna, yeh hai roze ka maqsad.</w:t>
      </w:r>
    </w:p>
    <w:p>
      <w:pPr>
        <w:jc w:val="right"/>
      </w:pPr>
      <w:r>
        <w:t>اسی احساس کو جاننا، اسی سپرٹ کو اپنے اندر انکلکیٹ کرنا، یہ ہے روزے کا مقصد۔</w:t>
      </w:r>
    </w:p>
    <w:p>
      <w:r>
        <w:rPr>
          <w:b/>
        </w:rPr>
        <w:t xml:space="preserve">[07:04] </w:t>
      </w:r>
      <w:r>
        <w:t>agar yeh na ho to mein samajhta hoon ke roze ke bare mein wahi hai jo hadees mein aata hai ke bohat se log hain roza rakh kar unhein kuch bhi nahin milta.</w:t>
      </w:r>
    </w:p>
    <w:p>
      <w:pPr>
        <w:jc w:val="right"/>
      </w:pPr>
      <w:r>
        <w:t>اگر یہ نہ ہو تو میں سمجھتا ہوں کہ روزہ کے بارے میں وہی ہے جو حدیث میں آتا ہے کہ بہت سے لوگ ہیں روزہ رکھ کر انہیں کچھ بھی نہیں ملتا۔</w:t>
      </w:r>
    </w:p>
    <w:p>
      <w:r>
        <w:rPr>
          <w:b/>
        </w:rPr>
        <w:t xml:space="preserve">[07:16] </w:t>
      </w:r>
      <w:r>
        <w:t>kuch bhi nahin milta. roza aata hai, roza chala jata hai, milta kuch bhi nahin.</w:t>
      </w:r>
    </w:p>
    <w:p>
      <w:pPr>
        <w:jc w:val="right"/>
      </w:pPr>
      <w:r>
        <w:t>کچھ بھی نہیں ملتا۔ روزہ آتا ہے، روزہ چلا جاتا ہے، ملتا کچھ بھی نہیں۔</w:t>
      </w:r>
    </w:p>
    <w:p>
      <w:r>
        <w:rPr>
          <w:b/>
        </w:rPr>
        <w:t xml:space="preserve">[07:26] </w:t>
      </w:r>
      <w:r>
        <w:t>mein samajhta hoon ke hadees mein aata hai ke roze ka sawab bohat ziyada hai.</w:t>
      </w:r>
    </w:p>
    <w:p>
      <w:pPr>
        <w:jc w:val="right"/>
      </w:pPr>
      <w:r>
        <w:t>میں سمجھتا ہوں کہ حدیث میں آتا ہے کہ روزے کا ثواب بہت زیادہ ہے۔</w:t>
      </w:r>
    </w:p>
    <w:p>
      <w:r>
        <w:rPr>
          <w:b/>
        </w:rPr>
        <w:t xml:space="preserve">[07:33] </w:t>
      </w:r>
      <w:r>
        <w:t>har cheez se ziyada roze ka sawab hai. to yeh sawab sirf for fun nahin ho sakta hai, spirit par. kyunke Khuda ke nazdeek sab se bari cheez jo insaan ke andar honi chahiye woh yeh hai ke woh Khuda ki blessing ko jaane, Khuda ki rehmat ko jaane.</w:t>
      </w:r>
    </w:p>
    <w:p>
      <w:pPr>
        <w:jc w:val="right"/>
      </w:pPr>
      <w:r>
        <w:t>ہر چیز سے زیادہ روزے کا ثواب ہے۔ تو یہ ثواب صرف فار پر نہیں ہو سکتا ہے، اسپرٹ پر۔ کیونکہ خدا کے نزدیک سب سے بڑی چیز جو انسان کے اندر ہونی چاہیے وہ یہ ہے کہ وہ خدا کی بلیسنگ کو جانے، خدا کی رحمت کو جانے۔</w:t>
      </w:r>
    </w:p>
    <w:p>
      <w:r>
        <w:rPr>
          <w:b/>
        </w:rPr>
        <w:t xml:space="preserve">[07:55] </w:t>
      </w:r>
      <w:r>
        <w:t>to ek bohat hi important jo cheez hai hamari zindagi mein khana aur pani, us ke bare mein compulsive experience karwa kar ke baqi cheezon ko hamein bataya jata hai ke aur cheezon ko bhi isi tarah se tumhein janna chahiye.</w:t>
      </w:r>
    </w:p>
    <w:p>
      <w:pPr>
        <w:jc w:val="right"/>
      </w:pPr>
      <w:r>
        <w:t>تو ایک بہت ہی امپورٹنٹ جو چیز ہے ہماری زندگی میں کھانا اور پانی، اس کے بارے میں کمپلسو ایکسپیرینس کروا کر کے باقی چیزوں کو ہمیں بتایا جاتا ہے کہ اور چیزوں کو بھی اسی طرح سے تمہیں جاننا چاہیے۔</w:t>
      </w:r>
    </w:p>
    <w:p>
      <w:r>
        <w:rPr>
          <w:b/>
        </w:rPr>
        <w:t xml:space="preserve">[08:12] </w:t>
      </w:r>
      <w:r>
        <w:t>jaise kal mein ek sahib se keh raha tha ke zameen par insaan chalta hai.</w:t>
      </w:r>
    </w:p>
    <w:p>
      <w:pPr>
        <w:jc w:val="right"/>
      </w:pPr>
      <w:r>
        <w:t>جیسے کل میں ایک صاحب سے کہہ رہا تھا کہ زمین پر انسان چلتا ہے۔</w:t>
      </w:r>
    </w:p>
    <w:p>
      <w:r>
        <w:rPr>
          <w:b/>
        </w:rPr>
        <w:t xml:space="preserve">[08:21] </w:t>
      </w:r>
      <w:r>
        <w:t>mein apne jis jis ghar mein rehta hoon to us ke samne road par mein dekhta rehta hoon logon ko bohat hi is tarah chalte hain jaise ke woh apni body ke malik hain, zameen ke malik hain.</w:t>
      </w:r>
    </w:p>
    <w:p>
      <w:pPr>
        <w:jc w:val="right"/>
      </w:pPr>
      <w:r>
        <w:t>میں اپنے جس جس گھر میں رہتا ہوں تو اس کے سامنے روڈ پر میں دیکھتا رہتا ہوں لوگوں کو بہت ہی اس طرح چلتے ہیں جیسے کہ وہ اپنی باڈی کے مالک ہیں، زمین کے مالک ہیں۔</w:t>
      </w:r>
    </w:p>
    <w:p>
      <w:r>
        <w:rPr>
          <w:b/>
        </w:rPr>
        <w:t xml:space="preserve">[08:34] </w:t>
      </w:r>
      <w:r>
        <w:t>ek arrogance lagta hai logon ke behavior mein. lekin sachi baat yeh hai ke Khuda ki blessing kya hai ke hum zameen pe chal rahe hain.</w:t>
      </w:r>
    </w:p>
    <w:p>
      <w:pPr>
        <w:jc w:val="right"/>
      </w:pPr>
      <w:r>
        <w:t>ایک اروگنس لگتا ہے لوگوں کے بیہیویئر میں۔ لیکن سچی بات یہ ہے کہ خدا کی بلیسنگ کیا ہے کہ ہم زمین پہ چل رہے ہیں۔</w:t>
      </w:r>
    </w:p>
    <w:p>
      <w:r>
        <w:rPr>
          <w:b/>
        </w:rPr>
        <w:t xml:space="preserve">[08:46] </w:t>
      </w:r>
      <w:r>
        <w:t>to mein ne kaha ke dekhiye zameen mein bohat hi well balanced gravity hai, tab hum chal paate hain. na ho to hum ladkhadaenge idhar udhar.</w:t>
      </w:r>
    </w:p>
    <w:p>
      <w:pPr>
        <w:jc w:val="right"/>
      </w:pPr>
      <w:r>
        <w:t>تو میں نے کہا کہ دیکھیے زمین میں بہت ہی ویل بیلنسڈ گریویٹی ہے، تب ہم چل پاتے ہیں۔ نہ ہو تو ہم لڑکھڑائیں گے ادھر ادھر۔</w:t>
      </w:r>
    </w:p>
    <w:p>
      <w:r>
        <w:rPr>
          <w:b/>
        </w:rPr>
        <w:t xml:space="preserve">[08:58] </w:t>
      </w:r>
      <w:r>
        <w:t>phir zameen ke upar jo hawa hai, 500 kilometer ke tak is ka barabar dabaao hamare par rehta hai. charon taraf se dabaao.</w:t>
      </w:r>
    </w:p>
    <w:p>
      <w:pPr>
        <w:jc w:val="right"/>
      </w:pPr>
      <w:r>
        <w:t>پھر زمین کے اوپر جو ہوا ہے، 500 کلومیٹر کے تک اس کا برابر دباؤ ہمارے پر رہتا ہے۔ چاروں طرف سے دباؤ۔</w:t>
      </w:r>
    </w:p>
    <w:p>
      <w:r>
        <w:rPr>
          <w:b/>
        </w:rPr>
        <w:t xml:space="preserve">[09:09] </w:t>
      </w:r>
      <w:r>
        <w:t>agar dabaao na ho to gravity hote hue bhi hum ladkhadaenge idhar udhar.</w:t>
      </w:r>
    </w:p>
    <w:p>
      <w:pPr>
        <w:jc w:val="right"/>
      </w:pPr>
      <w:r>
        <w:t>اگر دباؤ نہ ہو تو گریویٹی ہوتے ہوئے بھی ہم لڑکھڑائیں گے ادھر ادھر۔</w:t>
      </w:r>
    </w:p>
    <w:p>
      <w:r>
        <w:rPr>
          <w:b/>
        </w:rPr>
        <w:t xml:space="preserve">[09:14] </w:t>
      </w:r>
      <w:r>
        <w:t>to aik taraf zameen ki gravity, doosri taraf oopar se hawa ka dabao. is tarah se hum bohat aasani se zameen pe chal paate hain.</w:t>
      </w:r>
    </w:p>
    <w:p>
      <w:pPr>
        <w:jc w:val="right"/>
      </w:pPr>
      <w:r>
        <w:t>تو ایک طرف زمین کی گریویٹی، دوسری طرف اوپر سے ہوا کا دباؤ۔ اس طرح سے ہم بہت آسانی سے زمین پہ چل پاتے ہیں۔</w:t>
      </w:r>
    </w:p>
    <w:p>
      <w:r>
        <w:rPr>
          <w:b/>
        </w:rPr>
        <w:t xml:space="preserve">[09:25] </w:t>
      </w:r>
      <w:r>
        <w:t>phir aap dekhiye ke aap zameen pe chal rahe hain to continuously aap ko oxygen ki supply ho rahi hai.</w:t>
      </w:r>
    </w:p>
    <w:p>
      <w:pPr>
        <w:jc w:val="right"/>
      </w:pPr>
      <w:r>
        <w:t>پھر آپ دیکھیے کہ آپ زمین پہ چل رہے ہیں تو کنٹینیوسلی آپ کو اکسیجن کی سپلائی ہو رہی ہے۔</w:t>
      </w:r>
    </w:p>
    <w:p>
      <w:r>
        <w:rPr>
          <w:b/>
        </w:rPr>
        <w:t xml:space="preserve">[09:37] </w:t>
      </w:r>
      <w:r>
        <w:t>har qadam par aap ko oxygen ki supply ho rahi hai.</w:t>
      </w:r>
    </w:p>
    <w:p>
      <w:pPr>
        <w:jc w:val="right"/>
      </w:pPr>
      <w:r>
        <w:t>ہر قدم پر آپ کو اکسیجن کی سپلائی ہو رہی ہے۔</w:t>
      </w:r>
    </w:p>
    <w:p>
      <w:r>
        <w:rPr>
          <w:b/>
        </w:rPr>
        <w:t xml:space="preserve">[09:41] </w:t>
      </w:r>
      <w:r>
        <w:t>aap jante hain ke agar oxygen na mile to aap chand minute mein mar jayenge. suraj na mile, andhere bhatakte rahenge.</w:t>
      </w:r>
    </w:p>
    <w:p>
      <w:pPr>
        <w:jc w:val="right"/>
      </w:pPr>
      <w:r>
        <w:t>آپ جانتے ہیں کہ اگر اکسیجن نہ ملے تو آپ چند منٹ میں مر جائیں گے۔ سورج نہ ملے، اندھیرے بھٹکتے رہیں گے۔</w:t>
      </w:r>
    </w:p>
    <w:p>
      <w:r>
        <w:rPr>
          <w:b/>
        </w:rPr>
        <w:t xml:space="preserve">[09:54] </w:t>
      </w:r>
      <w:r>
        <w:t>pani na mile to thode dinon ke baad mar jayenge. khane na mile tab bhi thode dinon ke baad mar jayenge. to itni sari cheezein Khuda di hui hain.</w:t>
      </w:r>
    </w:p>
    <w:p>
      <w:pPr>
        <w:jc w:val="right"/>
      </w:pPr>
      <w:r>
        <w:t>پانی نہ ملے تو تھوڑے دنوں کے بعد مر جائیں گے۔ کھانے نہ ملے تب بھی تھوڑے دنوں کے بعد مر جائیں گے۔ تو اتنی ساری چیزیں خدا دی ہوئی ہیں۔</w:t>
      </w:r>
    </w:p>
    <w:p>
      <w:r>
        <w:rPr>
          <w:b/>
        </w:rPr>
        <w:t xml:space="preserve">[10:07] </w:t>
      </w:r>
      <w:r>
        <w:t>aur bhi is ke sath bohat sari cheezein di hui hain.</w:t>
      </w:r>
    </w:p>
    <w:p>
      <w:pPr>
        <w:jc w:val="right"/>
      </w:pPr>
      <w:r>
        <w:t>اور بھی اس کے ساتھ بہت ساری چیزیں دی ہوئی ہیں۔</w:t>
      </w:r>
    </w:p>
    <w:p>
      <w:r>
        <w:rPr>
          <w:b/>
        </w:rPr>
        <w:t xml:space="preserve">[10:11] </w:t>
      </w:r>
      <w:r>
        <w:t>tab hum zameen pe chal paate hain. mujhe aise tajrube hue hain zaati taur par. maslan aik baar dilli mein jab aaya tha mein shuru mein to May June ke mahine mein roza pad gaya.</w:t>
      </w:r>
    </w:p>
    <w:p>
      <w:pPr>
        <w:jc w:val="right"/>
      </w:pPr>
      <w:r>
        <w:t>تب ہم زمین پہ چل پاتے ہیں۔ مجھے ایسے تجربے ہوئے ہیں ذاتی طور پر۔ مثلاً ایک بار دلی میں جب آیا تھا میں شروع میں تو مئی جون کے مہینے میں روزہ پڑ گیا۔</w:t>
      </w:r>
    </w:p>
    <w:p>
      <w:r>
        <w:rPr>
          <w:b/>
        </w:rPr>
        <w:t xml:space="preserve">[10:28] </w:t>
      </w:r>
      <w:r>
        <w:t>bohat garmi thi.</w:t>
      </w:r>
    </w:p>
    <w:p>
      <w:pPr>
        <w:jc w:val="right"/>
      </w:pPr>
      <w:r>
        <w:t>بہت گرمی تھی۔</w:t>
      </w:r>
    </w:p>
    <w:p>
      <w:r>
        <w:rPr>
          <w:b/>
        </w:rPr>
        <w:t xml:space="preserve">[10:31] </w:t>
      </w:r>
      <w:r>
        <w:t>to mujhe jana pada shahar mein kisi kaam se. phir mujhe aik aik meeting mein jana tha jahan Hindu logon ne organize kiya tha is ko.</w:t>
      </w:r>
    </w:p>
    <w:p>
      <w:pPr>
        <w:jc w:val="right"/>
      </w:pPr>
      <w:r>
        <w:t>تو مجھے جانا پڑا شہر میں کسی کام سے۔ پھر مجھے ایک ایک میٹنگ میں جانا تھا جہاں ہندو لوگوں نے ارگنائز کیا تھا اس کو۔</w:t>
      </w:r>
    </w:p>
    <w:p>
      <w:r>
        <w:rPr>
          <w:b/>
        </w:rPr>
        <w:t xml:space="preserve">[10:44] </w:t>
      </w:r>
      <w:r>
        <w:t>to wahan gaya mein. ab bohat hi pyas lag chuki thi. garmi mein bahar raha mein.</w:t>
      </w:r>
    </w:p>
    <w:p>
      <w:pPr>
        <w:jc w:val="right"/>
      </w:pPr>
      <w:r>
        <w:t>تو وہاں گیا میں۔ اب بہت ہی پیاس لگ چکی تھی۔ گرمی میں باہر رہا میں۔</w:t>
      </w:r>
    </w:p>
    <w:p>
      <w:r>
        <w:rPr>
          <w:b/>
        </w:rPr>
        <w:t xml:space="preserve">[10:53] </w:t>
      </w:r>
      <w:r>
        <w:t>bohat zyada pyas lag chuki thi.</w:t>
      </w:r>
    </w:p>
    <w:p>
      <w:pPr>
        <w:jc w:val="right"/>
      </w:pPr>
      <w:r>
        <w:t>بہت زیادہ پیاس لگ چکی تھی۔</w:t>
      </w:r>
    </w:p>
    <w:p>
      <w:r>
        <w:rPr>
          <w:b/>
        </w:rPr>
        <w:t xml:space="preserve">[10:56] </w:t>
      </w:r>
      <w:r>
        <w:t>ab jab mein wahan sham ka time hua</w:t>
      </w:r>
    </w:p>
    <w:p>
      <w:pPr>
        <w:jc w:val="right"/>
      </w:pPr>
      <w:r>
        <w:t>اب جب میں وہاں شام کا ٹائم ہوا</w:t>
      </w:r>
    </w:p>
    <w:p>
      <w:r>
        <w:rPr>
          <w:b/>
        </w:rPr>
        <w:t xml:space="preserve">[11:00] </w:t>
      </w:r>
      <w:r>
        <w:t>to wahan kuch khane peene ka bhi saman tha. lekin jab pani peene laga to mein peete hi chala gaya. pata nahi das glass, barah glass kitna pi gaya mein.</w:t>
      </w:r>
    </w:p>
    <w:p>
      <w:pPr>
        <w:jc w:val="right"/>
      </w:pPr>
      <w:r>
        <w:t>تو وہاں کچھ کھانے پینے کا بھی سامان تھا۔ لیکن جب پانی پینے لگا تو میں پیتے ہی چلا گیا۔ پتہ نہیں دس گلاس، بارہ گلاس کتنا پی گیا میں۔</w:t>
      </w:r>
    </w:p>
    <w:p>
      <w:r>
        <w:rPr>
          <w:b/>
        </w:rPr>
        <w:t xml:space="preserve">[11:09] </w:t>
      </w:r>
      <w:r>
        <w:t>to pet bilkul pani se bhar gaya. yaani khane qabil nahi raha mein.</w:t>
      </w:r>
    </w:p>
    <w:p>
      <w:pPr>
        <w:jc w:val="right"/>
      </w:pPr>
      <w:r>
        <w:t>تو پیٹ بالکل پانی سے بھر گیا۔ یعنی کھانے قابل نہیں رہا میں۔</w:t>
      </w:r>
    </w:p>
    <w:p>
      <w:r>
        <w:rPr>
          <w:b/>
        </w:rPr>
        <w:t xml:space="preserve">[11:18] </w:t>
      </w:r>
      <w:r>
        <w:t>to Quran mein hai ke "washaribo al-hameem". is ka mujhe tajurba hua.</w:t>
      </w:r>
    </w:p>
    <w:p>
      <w:pPr>
        <w:jc w:val="right"/>
      </w:pPr>
      <w:r>
        <w:t>تو قرآن میں ہے کہ "وشرب الحیم"۔ اس کا مجھے تجربہ ہوا۔</w:t>
      </w:r>
    </w:p>
    <w:p>
      <w:r>
        <w:rPr>
          <w:b/>
        </w:rPr>
        <w:t xml:space="preserve">[11:24] </w:t>
      </w:r>
      <w:r>
        <w:t>piya chala gaya, peeta chala gaya, peeta chala gaya. aise hi aik baar mujhe do din mujhe bhooka rehna pada kisi wajah se.</w:t>
      </w:r>
    </w:p>
    <w:p>
      <w:pPr>
        <w:jc w:val="right"/>
      </w:pPr>
      <w:r>
        <w:t>پیا چلا گیا، پیتا چلا گیا، پیتا چلا گیا۔ ایسے ہی ایک بار مجھے دو دن مجھے بھوکا رہنا پڑا کسی وجہ سے۔</w:t>
      </w:r>
    </w:p>
    <w:p>
      <w:r>
        <w:rPr>
          <w:b/>
        </w:rPr>
        <w:t xml:space="preserve">[11:34] </w:t>
      </w:r>
      <w:r>
        <w:t>South mein tha us waqt mein. to kahani mein padhte the hum ke aankh ke samne andhera chha gaya. to waqatan meri aankhon ke samne andhera chha gaya tha.</w:t>
      </w:r>
    </w:p>
    <w:p>
      <w:pPr>
        <w:jc w:val="right"/>
      </w:pPr>
      <w:r>
        <w:t>ساؤتھ میں تھا اس وقت میں۔ تو کہانی میں پڑھتے تھے ہم کہ آنکھ کے سامنے اندھیرا چھا گیا۔ تو واقعتاً میری آنکھوں کے سامنے اندھیرا چھا گیا تھا۔</w:t>
      </w:r>
    </w:p>
    <w:p>
      <w:r>
        <w:rPr>
          <w:b/>
        </w:rPr>
        <w:t xml:space="preserve">[11:46] </w:t>
      </w:r>
      <w:r>
        <w:t>kuch mujhe dikhai nahi deta tha. do din ki bhook se aisa hua.</w:t>
      </w:r>
    </w:p>
    <w:p>
      <w:pPr>
        <w:jc w:val="right"/>
      </w:pPr>
      <w:r>
        <w:t>کچھ مجھے دکھائی نہیں دیتا تھا۔ دو دن کی بھوک سے ایسا ہوا۔</w:t>
      </w:r>
    </w:p>
    <w:p>
      <w:r>
        <w:rPr>
          <w:b/>
        </w:rPr>
        <w:t xml:space="preserve">[11:53] </w:t>
      </w:r>
      <w:r>
        <w:t>to aadmi yeh soche ke kitni bari yeh nemat hai jo koi price diye baghair hamein Khuda ki taraf se hairan mil rahi hai.</w:t>
      </w:r>
    </w:p>
    <w:p>
      <w:pPr>
        <w:jc w:val="right"/>
      </w:pPr>
      <w:r>
        <w:t>تو آدمی یہ سوچے کہ کتنی بڑی یہ نعمت ہے جو کوئی پرائز دیے بغیر ہمیں خدا کی طرف سے حیران مل رہی ہے۔</w:t>
      </w:r>
    </w:p>
    <w:p>
      <w:r>
        <w:rPr>
          <w:b/>
        </w:rPr>
        <w:t xml:space="preserve">[12:05] </w:t>
      </w:r>
      <w:r>
        <w:t>suraj ki roshni, oxygen ki supply, hawa ka nizam. hawa na ho to hum bolenge aap sunenge nahi.</w:t>
      </w:r>
    </w:p>
    <w:p>
      <w:pPr>
        <w:jc w:val="right"/>
      </w:pPr>
      <w:r>
        <w:t>سورج کی روشنی، اکسیجن کی سپلائی، ہوا کا نظام۔ ہوا نہ ہو تو ہم بولیں گے آپ سنیں گے نہیں۔</w:t>
      </w:r>
    </w:p>
    <w:p>
      <w:r>
        <w:rPr>
          <w:b/>
        </w:rPr>
        <w:t xml:space="preserve">[12:14] </w:t>
      </w:r>
      <w:r>
        <w:t>yeh zameen. aur phir itne sare is zameen ke andar minerals jin ko convert kar ke hum kya kya cheezein banate hain.</w:t>
      </w:r>
    </w:p>
    <w:p>
      <w:pPr>
        <w:jc w:val="right"/>
      </w:pPr>
      <w:r>
        <w:t>یہ زمین۔ اور پھر اتنے سارے اس زمین کے اندر منرلز جن کو کنورٹ کر کے ہم کیا کیا چیزیں بناتے ہیں۔</w:t>
      </w:r>
    </w:p>
    <w:p>
      <w:r>
        <w:rPr>
          <w:b/>
        </w:rPr>
        <w:t xml:space="preserve">[12:26] </w:t>
      </w:r>
      <w:r>
        <w:t>yeh sab blessing hi blessing hai. to khane peene ke mamle mein aik compulsive experience karwa kar ke sari cheezon ke bare mein hamein yaad dilaya jata hai.</w:t>
      </w:r>
    </w:p>
    <w:p>
      <w:pPr>
        <w:jc w:val="right"/>
      </w:pPr>
      <w:r>
        <w:t>یہ سب بلیسنگ ہی بلیسنگ ہے۔ تو کھانے پینے کے معاملے میں ایک کمپلسو ایکسپیرینس کروا کر کے ساری چیزوں کے بارے میں ہمیں یاد دلایا جاتا ہے۔</w:t>
      </w:r>
    </w:p>
    <w:p>
      <w:r>
        <w:rPr>
          <w:b/>
        </w:rPr>
        <w:t xml:space="preserve">[12:40] </w:t>
      </w:r>
      <w:r>
        <w:t>to roza jo hai woh aik qism ka compulsive reminder hai. Khuda ki blessing ke liye. agar aadmi abhi mein jo flood aaya hai UP mein ya Bihar mein Assam mein to hazaron janwar is mein mar gaye.</w:t>
      </w:r>
    </w:p>
    <w:p>
      <w:pPr>
        <w:jc w:val="right"/>
      </w:pPr>
      <w:r>
        <w:t>تو روزہ جو ہے وہ ایک قسم کا کمپلسو ریمائنڈر ہے۔ خدا کی بلیسنگ کے لیے۔ اگر آدمی ابھی میں جو فلڈ آیا ہے یو پی ایم میں یا بہار میں آسام میں تو ہزاروں جانور اس میں مر گئے۔</w:t>
      </w:r>
    </w:p>
    <w:p>
      <w:r>
        <w:rPr>
          <w:b/>
        </w:rPr>
        <w:t xml:space="preserve">[13:00] </w:t>
      </w:r>
      <w:r>
        <w:t>kyun ke un ka food jo tha woh mila nahi un ko. sab pani bhar gaya idhar udhar.</w:t>
      </w:r>
    </w:p>
    <w:p>
      <w:pPr>
        <w:jc w:val="right"/>
      </w:pPr>
      <w:r>
        <w:t>کیونکہ ان کا فوڈ جو تھا وہ ملا نہیں ان کو۔ سب پانی بھر گیا ادھر ادھر۔</w:t>
      </w:r>
    </w:p>
    <w:p>
      <w:r>
        <w:rPr>
          <w:b/>
        </w:rPr>
        <w:t xml:space="preserve">[13:05] </w:t>
      </w:r>
      <w:r>
        <w:t>to maine socha ke dekhiye yeh jo animal the jab khate the tab bhi unhein yeh pata yeh tha ke yeh Khuda ki blessing hai. jab khana nahi mila tab bhi is se aware rahe ke yeh Khuda ki blessing hai.</w:t>
      </w:r>
    </w:p>
    <w:p>
      <w:pPr>
        <w:jc w:val="right"/>
      </w:pPr>
      <w:r>
        <w:t>تو میں نے سوچا کہ دیکھیے یہ جو اینیمل تھے جب کھاتے تھے تب بھی انہیں یہ پتہ یہ تھا کہ یہ خدا کی بلیسنگ ہے۔ جب کھانا نہیں ملا تب بھی اس سے ان ایور رہے کہ یہ خدا کی بلیسنگ ہے۔</w:t>
      </w:r>
    </w:p>
    <w:p>
      <w:r>
        <w:rPr>
          <w:b/>
        </w:rPr>
        <w:t xml:space="preserve">[13:21] </w:t>
      </w:r>
      <w:r>
        <w:t>yeh insaan ki jo quran mein "walaqad karamna bar adam" yeh insaan ka ka honor hai.</w:t>
      </w:r>
    </w:p>
    <w:p>
      <w:pPr>
        <w:jc w:val="right"/>
      </w:pPr>
      <w:r>
        <w:t>یہ انسان کی جو قرآن میں "ولقد کرمنا بر آدم" یہ انسان کا کا آنر ہے۔</w:t>
      </w:r>
    </w:p>
    <w:p>
      <w:r>
        <w:rPr>
          <w:b/>
        </w:rPr>
        <w:t xml:space="preserve">[13:31] </w:t>
      </w:r>
      <w:r>
        <w:t>insaan ki bohat speciality hai. ke woh jaanta hai. isi ko kehte hain ke insaan ki jo khaas sifat hai woh hai conceptual thinking.</w:t>
      </w:r>
    </w:p>
    <w:p>
      <w:pPr>
        <w:jc w:val="right"/>
      </w:pPr>
      <w:r>
        <w:t>انسان کی بہت اسپیشلٹی ہے۔ کہ وہ جانتا ہے۔ اسی کو کہتے ہیں کہ انسان کی جو خاص صفت ہے وہ ہے کنسیپچول تھنکنگ۔</w:t>
      </w:r>
    </w:p>
    <w:p>
      <w:r>
        <w:rPr>
          <w:b/>
        </w:rPr>
        <w:t xml:space="preserve">[13:45] </w:t>
      </w:r>
      <w:r>
        <w:t>yaani insaan khata hai to jaanta hai ke yeh khuda ki blessing hai.</w:t>
      </w:r>
    </w:p>
    <w:p>
      <w:pPr>
        <w:jc w:val="right"/>
      </w:pPr>
      <w:r>
        <w:t>یعنی انسان کھاتا ہے تو جانتا ہے کہ یہ خدا کی بلیسنگ ہے۔</w:t>
      </w:r>
    </w:p>
    <w:p>
      <w:r>
        <w:rPr>
          <w:b/>
        </w:rPr>
        <w:t xml:space="preserve">[13:49] </w:t>
      </w:r>
      <w:r>
        <w:t>animal khate hain to unhein yeh pata nahi hai ke yeh creator ki blessing hai. yeh yaani kaisi ajeeb speciality hai insaan ki. ke apne kiye ko woh jaanta hai.</w:t>
      </w:r>
    </w:p>
    <w:p>
      <w:pPr>
        <w:jc w:val="right"/>
      </w:pPr>
      <w:r>
        <w:t>اینیمل کھاتے ہیں تو انہیں یہ پتہ نہیں ہے کہ یہ کریٹر کی بلیسنگ ہے۔ یہ یعنی کیسی عجیب اسپیشلٹی ہے انسان کی۔ کہ اپنے کیے کو وہ جانتا ہے۔</w:t>
      </w:r>
    </w:p>
    <w:p>
      <w:r>
        <w:rPr>
          <w:b/>
        </w:rPr>
        <w:t xml:space="preserve">[14:04] </w:t>
      </w:r>
      <w:r>
        <w:t>consciously. lekin log jo hain be khabar rehte hain. to roze mein aap ko compulsory experience karaya jaata hai.</w:t>
      </w:r>
    </w:p>
    <w:p>
      <w:pPr>
        <w:jc w:val="right"/>
      </w:pPr>
      <w:r>
        <w:t>کانشیسلی۔ لیکن لوگ جو ہیں بے خبر رہتے ہیں۔ تو روزے میں آپ کو کمپلسو ایکسپیرینس کرایا جاتا ہے۔</w:t>
      </w:r>
    </w:p>
    <w:p>
      <w:r>
        <w:rPr>
          <w:b/>
        </w:rPr>
        <w:t xml:space="preserve">[14:17] </w:t>
      </w:r>
      <w:r>
        <w:t>is cheez ka jis ko aap agar consciously jaan lete to bara acha hota. agar aap consciously jaan lein roze se pehle to aur bhi bari baat hai woh.</w:t>
      </w:r>
    </w:p>
    <w:p>
      <w:pPr>
        <w:jc w:val="right"/>
      </w:pPr>
      <w:r>
        <w:t>اس چیز کا جس کو آپ اگر کانشیسلی جان لیتے تو بڑا اچھا ہوتا۔ اگر آپ کانشیسلی جان لیں روزے سے پہلے تو اور بھی بڑی بات ہے وہ۔</w:t>
      </w:r>
    </w:p>
    <w:p>
      <w:r>
        <w:rPr>
          <w:b/>
        </w:rPr>
        <w:t xml:space="preserve">[14:30] </w:t>
      </w:r>
      <w:r>
        <w:t>lekin jo log consciously nahi jaan paaye to compulsory experience karwa ke un ko bataya jaata hai. lekin aaj kal jo haal hai woh kya hai</w:t>
      </w:r>
    </w:p>
    <w:p>
      <w:pPr>
        <w:jc w:val="right"/>
      </w:pPr>
      <w:r>
        <w:t>لیکن جو لوگ کانشیسلی نہیں جان پائے تو کمپلسو ایکسپیرینس کروا کے ان کو بتایا جاتا ہے۔ لیکن آج کل جو حال ہے وہ کیا ہے</w:t>
      </w:r>
    </w:p>
    <w:p>
      <w:r>
        <w:rPr>
          <w:b/>
        </w:rPr>
        <w:t xml:space="preserve">[14:42] </w:t>
      </w:r>
      <w:r>
        <w:t>ke tan parwari, khalq, fazu, shiddat, riyazat, juzz, garmi, iftar, nadarat, ramzan, hej.</w:t>
      </w:r>
    </w:p>
    <w:p>
      <w:pPr>
        <w:jc w:val="right"/>
      </w:pPr>
      <w:r>
        <w:t>کہ تن پروری، خلق، فضو، شدت، ریاضت، جز، گرمی، افطار، ندارت، رمضان، ہیج۔</w:t>
      </w:r>
    </w:p>
    <w:p>
      <w:r>
        <w:rPr>
          <w:b/>
        </w:rPr>
        <w:t xml:space="preserve">[14:52] </w:t>
      </w:r>
      <w:r>
        <w:t>yaani itna khate hain itna khate hain ke shaam tak dakaar aati rehti hai. to unhein pata hi nahi chalta ke roza kya cheez hai. yaani khuda ki jo blessing jis ka khuda chahta hai ke jaanen hum aur wahi hai jannat ka certificate.</w:t>
      </w:r>
    </w:p>
    <w:p>
      <w:pPr>
        <w:jc w:val="right"/>
      </w:pPr>
      <w:r>
        <w:t>یعنی اتنا کھاتے ہیں اتنا کھاتے ہیں کہ شام تک ڈکار آتی رہتی ہے۔ تو انہیں پتہ ہی نہیں چلتا کہ روزہ کیا چیز ہے۔ یعنی خدا کی جو بلیسنگ جس کا خدا چاہتا ہے کہ جانیں ہم اور وہی ہے جنت کا سرٹیفیکیٹ۔</w:t>
      </w:r>
    </w:p>
    <w:p>
      <w:r>
        <w:rPr>
          <w:b/>
        </w:rPr>
        <w:t xml:space="preserve">[15:10] </w:t>
      </w:r>
      <w:r>
        <w:t>yaad rakhiye sab se bara jo certificate jannat ka hai woh hai shukr.</w:t>
      </w:r>
    </w:p>
    <w:p>
      <w:pPr>
        <w:jc w:val="right"/>
      </w:pPr>
      <w:r>
        <w:t>یاد رکھیے سب سے بڑا جو سرٹیفیکیٹ جنت کا ہے وہ ہے شکر۔</w:t>
      </w:r>
    </w:p>
    <w:p>
      <w:r>
        <w:rPr>
          <w:b/>
        </w:rPr>
        <w:t xml:space="preserve">[15:19] </w:t>
      </w:r>
      <w:r>
        <w:t>alhamdulillah rabbil alameen. shukr kya hai? khuda ki glory ko acknowledge karna. khuda ki blessing ko acknowledge karna.</w:t>
      </w:r>
    </w:p>
    <w:p>
      <w:pPr>
        <w:jc w:val="right"/>
      </w:pPr>
      <w:r>
        <w:t>الحمدللہ رب العالمین۔ شکر کیا ہے؟ خدا کی گلوری کو اکنالج کرنا۔ خدا کی بلیسنگ کو اکنالج کرنا۔</w:t>
      </w:r>
    </w:p>
    <w:p>
      <w:r>
        <w:rPr>
          <w:b/>
        </w:rPr>
        <w:t xml:space="preserve">[15:34] </w:t>
      </w:r>
      <w:r>
        <w:t>hum taker hain, khuda giver hai, us ko acknowledge karna.</w:t>
      </w:r>
    </w:p>
    <w:p>
      <w:pPr>
        <w:jc w:val="right"/>
      </w:pPr>
      <w:r>
        <w:t>ہم ٹیکر ہیں، خدا گیور ہے، اس کو اکنالج کرنا۔</w:t>
      </w:r>
    </w:p>
    <w:p>
      <w:r>
        <w:rPr>
          <w:b/>
        </w:rPr>
        <w:t xml:space="preserve">[15:39] </w:t>
      </w:r>
      <w:r>
        <w:t>yahi to jannat ka certificate hai.</w:t>
      </w:r>
    </w:p>
    <w:p>
      <w:pPr>
        <w:jc w:val="right"/>
      </w:pPr>
      <w:r>
        <w:t>یہی تو جنت کا سرٹیفیکیٹ ہے۔</w:t>
      </w:r>
    </w:p>
    <w:p>
      <w:r>
        <w:rPr>
          <w:b/>
        </w:rPr>
        <w:t xml:space="preserve">[15:45] </w:t>
      </w:r>
      <w:r>
        <w:t>kisi rituals ko ada kar ke jannat nahi mile gi. kuch kisi kuch shabdon ko zabaan se yaani parh kar ke uska achar kar ke jannat nahi mile gi.</w:t>
      </w:r>
    </w:p>
    <w:p>
      <w:pPr>
        <w:jc w:val="right"/>
      </w:pPr>
      <w:r>
        <w:t>کسی ریچولز کو ادا کر کے جنت نہیں ملے گی۔ کچھ کسی کچھ शब्दوں کو زبان سے یعنی پڑھ کر کے اس کا اچار کر کے جنت نہیں ملے گی۔</w:t>
      </w:r>
    </w:p>
    <w:p>
      <w:r>
        <w:rPr>
          <w:b/>
        </w:rPr>
        <w:t xml:space="preserve">[16:03] </w:t>
      </w:r>
      <w:r>
        <w:t>ek spirit hai jo aap ke andar ho to woh aap ko jannat ka certificate bane gi.</w:t>
      </w:r>
    </w:p>
    <w:p>
      <w:pPr>
        <w:jc w:val="right"/>
      </w:pPr>
      <w:r>
        <w:t>ایک اسپرٹ ہے جو آپ کے اندر ہو تو وہ آپ کو جنت کا سرٹیفیکیٹ بنے گی۔</w:t>
      </w:r>
    </w:p>
    <w:p>
      <w:r>
        <w:rPr>
          <w:b/>
        </w:rPr>
        <w:t xml:space="preserve">[16:10] </w:t>
      </w:r>
      <w:r>
        <w:t>aur is mein sab se bari cheez wahi hai jo quran ke pehle verse mein hai: alhamdulillah rabbil alameen. yaani khuda ke liye aap ke andar shukr ka samandar behne lage.</w:t>
      </w:r>
    </w:p>
    <w:p>
      <w:pPr>
        <w:jc w:val="right"/>
      </w:pPr>
      <w:r>
        <w:t>اور اس میں سب سے بڑی چیز وہی ہے جو قرآن کے پہلے ورس میں ہے: الحمدللہ رب العالمین۔ یعنی خدا کے لیے آپ کے اندر شکر کا سمندر بہنے لگے۔</w:t>
      </w:r>
    </w:p>
    <w:p>
      <w:r>
        <w:rPr>
          <w:b/>
        </w:rPr>
        <w:t xml:space="preserve">[16:24] </w:t>
      </w:r>
      <w:r>
        <w:t>shukr ka matlab hota hai acknowledge karna, etraaf karna. to jab jab tak aap us ko sochein ge nahi</w:t>
      </w:r>
    </w:p>
    <w:p>
      <w:pPr>
        <w:jc w:val="right"/>
      </w:pPr>
      <w:r>
        <w:t>شکر کا مطلب ہوتا ہے اکنالج کرنا، اعتراف کرنا۔ تو جب جب تک آپ اس کو سوچیں گے نہیں</w:t>
      </w:r>
    </w:p>
    <w:p>
      <w:r>
        <w:rPr>
          <w:b/>
        </w:rPr>
        <w:t xml:space="preserve">[16:35] </w:t>
      </w:r>
      <w:r>
        <w:t>kyun ke roze ka yeh beginning hai woh sochne se shuru hoti hai. pehle sochna hai tab roza aata hai. jo niyat kaha jaata hai ke niyat ke baghair roza nahi hai.</w:t>
      </w:r>
    </w:p>
    <w:p>
      <w:pPr>
        <w:jc w:val="right"/>
      </w:pPr>
      <w:r>
        <w:t>کیونکہ روزے کا یہ بگننگ ہے وہ سوچنے سے شروع ہوتی ہے۔ پہلے سوچنا ہے تب روزہ آتا ہے۔ جو نیت کہا جاتا ہے کہ نیت کے بغیر روزہ نہیں ہے۔</w:t>
      </w:r>
    </w:p>
    <w:p>
      <w:r>
        <w:rPr>
          <w:b/>
        </w:rPr>
        <w:t xml:space="preserve">[16:47] </w:t>
      </w:r>
      <w:r>
        <w:t>yeh masla hai ke niyat ke baghair roza nahi hota. to niyat kya hai? niyat yahi hai roze ke baray mein sochna.</w:t>
      </w:r>
    </w:p>
    <w:p>
      <w:pPr>
        <w:jc w:val="right"/>
      </w:pPr>
      <w:r>
        <w:t>یہ مسئلہ ہے کہ نیت کے بغیر روزہ نہیں ہوتا۔ تو نیت کیا ہے؟ نیت یہی ہے روزے کے بارے میں سوچنا۔</w:t>
      </w:r>
    </w:p>
    <w:p>
      <w:r>
        <w:rPr>
          <w:b/>
        </w:rPr>
        <w:t xml:space="preserve">[17:00] </w:t>
      </w:r>
      <w:r>
        <w:t>yeh socha hua roza rakhna.</w:t>
      </w:r>
    </w:p>
    <w:p>
      <w:pPr>
        <w:jc w:val="right"/>
      </w:pPr>
      <w:r>
        <w:t>یہ سوچا ہوا روزہ رکھنا۔</w:t>
      </w:r>
    </w:p>
    <w:p>
      <w:r>
        <w:rPr>
          <w:b/>
        </w:rPr>
        <w:t xml:space="preserve">[17:03] </w:t>
      </w:r>
      <w:r>
        <w:t>niyat ka matlab yeh hai ke socha hua roza rakhna. yaani sochne wale process ko pehle jaari karna phir roza rakhna.</w:t>
      </w:r>
    </w:p>
    <w:p>
      <w:pPr>
        <w:jc w:val="right"/>
      </w:pPr>
      <w:r>
        <w:t>نیت کا مطلب یہ ہے کہ سوچا ہوا روزہ رکھنا۔ یعنی سوچنے والے پروسیس کو پہلے جاری کرنا پھر روزہ رکھنا۔</w:t>
      </w:r>
    </w:p>
    <w:p>
      <w:r>
        <w:rPr>
          <w:b/>
        </w:rPr>
        <w:t xml:space="preserve">[17:14] </w:t>
      </w:r>
      <w:r>
        <w:t>wohi jo mein ne arz kiya ke democracy se pehle democratization ka process chahiye. wahi yahan bhi hai.</w:t>
      </w:r>
    </w:p>
    <w:p>
      <w:pPr>
        <w:jc w:val="right"/>
      </w:pPr>
      <w:r>
        <w:t>وہی جو میں نے عرض کیا کہ ڈیموکریسی سے پہلے ڈیموکریٹائزیشن کا پروسیس چاہیے۔ وہی یہاں بھی ہے۔</w:t>
      </w:r>
    </w:p>
    <w:p>
      <w:r>
        <w:rPr>
          <w:b/>
        </w:rPr>
        <w:t xml:space="preserve">[17:26] </w:t>
      </w:r>
      <w:r>
        <w:t>quran mein hai ke quran roze ka maqsad taqwa bataya</w:t>
      </w:r>
    </w:p>
    <w:p>
      <w:pPr>
        <w:jc w:val="right"/>
      </w:pPr>
      <w:r>
        <w:t>قرآن میں ہے کہ قرآن روزے کا مقصد تقویٰ بتایا</w:t>
      </w:r>
    </w:p>
    <w:p>
      <w:r>
        <w:rPr>
          <w:b/>
        </w:rPr>
        <w:t xml:space="preserve">[17:31] </w:t>
      </w:r>
      <w:r>
        <w:t>gaya hai: la'allakum tattaqun. to taqwa kya hai? taqwa ka matlab hai conscious hona.</w:t>
      </w:r>
    </w:p>
    <w:p>
      <w:pPr>
        <w:jc w:val="right"/>
      </w:pPr>
      <w:r>
        <w:t>گیا ہے: لعلکم تتقون۔ تو تقویٰ کیا ہے؟ تقویٰ کا مطلب ہے کاشس ہونا۔</w:t>
      </w:r>
    </w:p>
    <w:p>
      <w:r>
        <w:rPr>
          <w:b/>
        </w:rPr>
        <w:t xml:space="preserve">[17:41] </w:t>
      </w:r>
      <w:r>
        <w:t>ek sahabi ne bataye baat ho rahi thi ek sahabi se do sahabi se ke taqwa kya hai? to unhon ne kaha ke tum kabhi ek aisi jhaari mein gaye ho jo jis ko kehte hain thorny bush,</w:t>
      </w:r>
    </w:p>
    <w:p>
      <w:pPr>
        <w:jc w:val="right"/>
      </w:pPr>
      <w:r>
        <w:t>ایک صحابی نے بتائے بات ہو رہی تھی ایک صحابی سے دو صحابی سے کہ تقویٰ کیا ہے؟ تو انہوں نے کہا کہ تم کبھی ایک ایسی جھاڑی میں گئے ہو جو جس کو کہتے ہیں تھارنی بش،</w:t>
      </w:r>
    </w:p>
    <w:p>
      <w:r>
        <w:rPr>
          <w:b/>
        </w:rPr>
        <w:t xml:space="preserve">[17:58] </w:t>
      </w:r>
      <w:r>
        <w:t>kaantay daar jhaari.</w:t>
      </w:r>
    </w:p>
    <w:p>
      <w:pPr>
        <w:jc w:val="right"/>
      </w:pPr>
      <w:r>
        <w:t>کانٹے دار جھاڑی۔</w:t>
      </w:r>
    </w:p>
    <w:p>
      <w:r>
        <w:rPr>
          <w:b/>
        </w:rPr>
        <w:t xml:space="preserve">[18:01] </w:t>
      </w:r>
      <w:r>
        <w:t>to kaise guzre is se? unhon ne kaha ke maine apne kapre ko sameta bachte bachte nikal gaya. to unhon ne kaha ke zaalik al-taqwa, yahi taqwa hai.</w:t>
      </w:r>
    </w:p>
    <w:p>
      <w:pPr>
        <w:jc w:val="right"/>
      </w:pPr>
      <w:r>
        <w:t>تو کیسے گزرے اس سے؟ انہوں نے کہا کہ میں نے اپنے کپڑے کو سمیٹا بچتے بچتے نکل گیا۔ تو انہوں نے کہا کہ ذالک التقویٰ، یہی تقویٰ ہے۔</w:t>
      </w:r>
    </w:p>
    <w:p>
      <w:r>
        <w:rPr>
          <w:b/>
        </w:rPr>
        <w:t xml:space="preserve">[18:12] </w:t>
      </w:r>
      <w:r>
        <w:t>to taqwa ka matlab hota hai cautious approach. zindagi mein cautious approach ikhtiyar karna.</w:t>
      </w:r>
    </w:p>
    <w:p>
      <w:pPr>
        <w:jc w:val="right"/>
      </w:pPr>
      <w:r>
        <w:t>تو تقویٰ کا مطلب ہوتا ہے کاشس اپروچ۔ زندگی میں کاشس اپروچ اختیار کرنا۔</w:t>
      </w:r>
    </w:p>
    <w:p>
      <w:r>
        <w:rPr>
          <w:b/>
        </w:rPr>
        <w:t xml:space="preserve">[18:22] </w:t>
      </w:r>
      <w:r>
        <w:t>ke hamein aisi duniya mein rehna hai jahan satan hai, jahan apne nafs ke desires hain, society mein logon ki taraf se provocation hai, bahut saari cheezein hain.</w:t>
      </w:r>
    </w:p>
    <w:p>
      <w:pPr>
        <w:jc w:val="right"/>
      </w:pPr>
      <w:r>
        <w:t>کہ ہمیں ایسی دنیا میں رہنا ہے جہاں سیٹن ہے، جہاں اپنے نفس کے ڈیزائرز ہیں، سوسائٹی میں لوگوں کی طرف سے پرووکیشن ہے، بہت ساری چیزیں ہیں۔</w:t>
      </w:r>
    </w:p>
    <w:p>
      <w:r>
        <w:rPr>
          <w:b/>
        </w:rPr>
        <w:t xml:space="preserve">[18:36] </w:t>
      </w:r>
      <w:r>
        <w:t>in sab ke beech se hamein pass hona hai. to bahut hi cautious approach hamein ikhtiyar karna padega. tabhi hum safe tareeqe se guzar payenge.</w:t>
      </w:r>
    </w:p>
    <w:p>
      <w:pPr>
        <w:jc w:val="right"/>
      </w:pPr>
      <w:r>
        <w:t>ان سب کے بیچ سے ہمیں پاس ہونا ہے۔ تو بہت ہی کاش اپروچ ہمیں اختیار کرنا پڑے گا۔ تبھی ہم سیف طریقے سے گزر پائیں گے۔</w:t>
      </w:r>
    </w:p>
    <w:p>
      <w:r>
        <w:rPr>
          <w:b/>
        </w:rPr>
        <w:t xml:space="preserve">[18:50] </w:t>
      </w:r>
      <w:r>
        <w:t>nahi to idhar phansege, idhar phansege aur apni destination par hum pahunch nahi payenge. yeh hai taqwa.</w:t>
      </w:r>
    </w:p>
    <w:p>
      <w:pPr>
        <w:jc w:val="right"/>
      </w:pPr>
      <w:r>
        <w:t>نہیں تو ادھر پھنسیں گے، ادھر پھنسیں گے اور اپنی ڈیسٹینیشن پر ہم پہنچ نہیں پائیں گے۔ یہ ہے تقویٰ۔</w:t>
      </w:r>
    </w:p>
    <w:p>
      <w:r>
        <w:rPr>
          <w:b/>
        </w:rPr>
        <w:t xml:space="preserve">[19:00] </w:t>
      </w:r>
      <w:r>
        <w:t>to taqwa kisi mysterious cheez cheez ka naam nahi hai. Quran majeed mein hai ke la'allakum tattaqun.</w:t>
      </w:r>
    </w:p>
    <w:p>
      <w:pPr>
        <w:jc w:val="right"/>
      </w:pPr>
      <w:r>
        <w:t>تو تقویٰ کسی مسٹیریس چیز چیز کا نام نہیں ہے۔ قرآن مجید میں ہے کہ لعلکم تتقون۔</w:t>
      </w:r>
    </w:p>
    <w:p>
      <w:r>
        <w:rPr>
          <w:b/>
        </w:rPr>
        <w:t xml:space="preserve">[19:10] </w:t>
      </w:r>
      <w:r>
        <w:t>yaani roza is liye tumhare upar farz kiya gaya ke tumhare andar taqwa paida ho. to taqwa koi mysterious cheez nahi hai.</w:t>
      </w:r>
    </w:p>
    <w:p>
      <w:pPr>
        <w:jc w:val="right"/>
      </w:pPr>
      <w:r>
        <w:t>یعنی روزہ اس لیے تمہارے اوپر فرض کیا گیا کہ تمہارے اندر تقویٰ پیدا ہو۔ تو تقویٰ کوئی مسٹیریس چیز نہیں ہے۔</w:t>
      </w:r>
    </w:p>
    <w:p>
      <w:r>
        <w:rPr>
          <w:b/>
        </w:rPr>
        <w:t xml:space="preserve">[19:19] </w:t>
      </w:r>
      <w:r>
        <w:t>taqwa haqeeqat mein yahi hai jis ko main keh raha hoon cautious approach. mamlaat mein aap bahut zyada muhtat hon.</w:t>
      </w:r>
    </w:p>
    <w:p>
      <w:pPr>
        <w:jc w:val="right"/>
      </w:pPr>
      <w:r>
        <w:t>تقویٰ حقیقت میں یہی ہے جس کو میں کہہ رہا ہوں کاشس اپروچ۔ معاملات میں آپ بہت زیادہ محتاط ہوں۔</w:t>
      </w:r>
    </w:p>
    <w:p>
      <w:r>
        <w:rPr>
          <w:b/>
        </w:rPr>
        <w:t xml:space="preserve">[19:30] </w:t>
      </w:r>
      <w:r>
        <w:t>jo aap jab bolein to soch kar bolein. jab bolein to soch kar bolein. jab koi aap behave kare to soch kar behave karein.</w:t>
      </w:r>
    </w:p>
    <w:p>
      <w:pPr>
        <w:jc w:val="right"/>
      </w:pPr>
      <w:r>
        <w:t>جو آپ جب بولیں تو سوچ کر بولیں۔ جب بولیں تو سوچ کر بولیں۔ جب کوئی آپ بیہیو کرے تو سوچ کر بیہیو کریں۔</w:t>
      </w:r>
    </w:p>
    <w:p>
      <w:r>
        <w:rPr>
          <w:b/>
        </w:rPr>
        <w:t xml:space="preserve">[19:42] </w:t>
      </w:r>
      <w:r>
        <w:t>har maamle mein bahut hi ehtiyat ka andaaz ikhtiyar karein aap.</w:t>
      </w:r>
    </w:p>
    <w:p>
      <w:pPr>
        <w:jc w:val="right"/>
      </w:pPr>
      <w:r>
        <w:t>ہر معاملے میں بہت ہی احتیاط کا انداز اختیار کریں آپ۔</w:t>
      </w:r>
    </w:p>
    <w:p>
      <w:r>
        <w:rPr>
          <w:b/>
        </w:rPr>
        <w:t xml:space="preserve">[19:49] </w:t>
      </w:r>
      <w:r>
        <w:t>self controlled life ho aap ki. aap hamesha disciplined character aap ke andar ho.</w:t>
      </w:r>
    </w:p>
    <w:p>
      <w:pPr>
        <w:jc w:val="right"/>
      </w:pPr>
      <w:r>
        <w:t>سیلف کنٹرولڈ لائف ہو آپ کی۔ آپ ہمیشہ ڈسپلنڈ کریکٹر آپ کے اندر ہو۔</w:t>
      </w:r>
    </w:p>
    <w:p>
      <w:r>
        <w:rPr>
          <w:b/>
        </w:rPr>
        <w:t xml:space="preserve">[19:58] </w:t>
      </w:r>
      <w:r>
        <w:t>aur hamesha ehtiyat wala andaaz ikhtiyar karein. yeh hai taqwa. to taqwa ulta hai ya be qaid zindagi ka.</w:t>
      </w:r>
    </w:p>
    <w:p>
      <w:pPr>
        <w:jc w:val="right"/>
      </w:pPr>
      <w:r>
        <w:t>اور ہمیشہ احتیاط والا انداز اختیار کریں۔ یہ ہے تقویٰ۔ تو تقویٰ الٹا ہے یا بے قید زندگی کا۔</w:t>
      </w:r>
    </w:p>
    <w:p>
      <w:r>
        <w:rPr>
          <w:b/>
        </w:rPr>
        <w:t xml:space="preserve">[20:13] </w:t>
      </w:r>
      <w:r>
        <w:t>koi principle nahi hai. koi rule nahi hai. koi usool nahi hai. kuch bhi jo chahein kar rahe hain. woh hai taqwa ka ulta.</w:t>
      </w:r>
    </w:p>
    <w:p>
      <w:pPr>
        <w:jc w:val="right"/>
      </w:pPr>
      <w:r>
        <w:t>کوئی پرنسپل نہیں ہے۔ کوئی نیم نہیں ہے۔ کوئی اصول نہیں ہے۔ کچھ بھی جو چاہیں کر رہے ہیں۔ وہ ہے تقویٰ کا الٹا۔</w:t>
      </w:r>
    </w:p>
    <w:p>
      <w:r>
        <w:rPr>
          <w:b/>
        </w:rPr>
        <w:t xml:space="preserve">[20:23] </w:t>
      </w:r>
      <w:r>
        <w:t>taqwa ka matlab hai ke principle behaviour aap ka ho. cautious behaviour aap ka ho. socha samjha behaviour aap ka ho. chahe bolna ho ya karna ho har maamle mein.</w:t>
      </w:r>
    </w:p>
    <w:p>
      <w:pPr>
        <w:jc w:val="right"/>
      </w:pPr>
      <w:r>
        <w:t>تقویٰ کا مطلب ہے کہ پرنسپل بیہیویئر آپ کا ہو۔ کاشس بیہیویئر آپ کا ہو۔ سوچا سمجھا بیہیویئر آپ کا ہو۔ چاہے بولنا ہو یا کرنا ہو ہر معاملے میں۔</w:t>
      </w:r>
    </w:p>
    <w:p>
      <w:r>
        <w:rPr>
          <w:b/>
        </w:rPr>
        <w:t xml:space="preserve">[20:36] </w:t>
      </w:r>
      <w:r>
        <w:t>to yeh aap ko train kiya jata hai khaane mein.</w:t>
      </w:r>
    </w:p>
    <w:p>
      <w:pPr>
        <w:jc w:val="right"/>
      </w:pPr>
      <w:r>
        <w:t>تو یہ آپ کو ٹرین کیا جاتا ہے کھانے میں۔</w:t>
      </w:r>
    </w:p>
    <w:p>
      <w:r>
        <w:rPr>
          <w:b/>
        </w:rPr>
        <w:t xml:space="preserve">[20:40] </w:t>
      </w:r>
      <w:r>
        <w:t>kyun ke khaane mein aap kya karte hain sara din subah se shaam tak ke apne ko bachate hain paani peene se. bachate hain khaana khaane se. yaani khaane aur peene se apne aap ko bachate hue, use rokte hue zindagi guzarte hain poora din.</w:t>
      </w:r>
    </w:p>
    <w:p>
      <w:pPr>
        <w:jc w:val="right"/>
      </w:pPr>
      <w:r>
        <w:t>کیونکہ کھانے میں آپ کیا کرتے ہیں سارا دن صبح سے شام تک کہ اپنے کو بچاتے ہیں پانی پینے سے۔ بچاتے ہیں کھانا کھانے سے۔ یعنی کھانے اور پینے سے اپنے آپ کو بچاتے ہوئے، اسے روکتے ہوئے زندگی گزارتے ہیں پورا دن۔</w:t>
      </w:r>
    </w:p>
    <w:p>
      <w:r>
        <w:rPr>
          <w:b/>
        </w:rPr>
        <w:t xml:space="preserve">[20:58] </w:t>
      </w:r>
      <w:r>
        <w:t>isi type ki zindagi darkaar hai aap se poori life mein. bachte bachte guzarna. ehtiyat ke saath guzarna.</w:t>
      </w:r>
    </w:p>
    <w:p>
      <w:pPr>
        <w:jc w:val="right"/>
      </w:pPr>
      <w:r>
        <w:t>اسی ٹائپ کی زندگی درکار ہے آپ سے پوری لائف میں۔ بچتے بچاتے گزرنا۔ احتیاط کے ساتھ گزرنا۔</w:t>
      </w:r>
    </w:p>
    <w:p>
      <w:r>
        <w:rPr>
          <w:b/>
        </w:rPr>
        <w:t xml:space="preserve">[21:08] </w:t>
      </w:r>
      <w:r>
        <w:t>bahut zyada cautious rehte hue zindagi mein mamlaat karna. yeh hai taqwa.</w:t>
      </w:r>
    </w:p>
    <w:p>
      <w:pPr>
        <w:jc w:val="right"/>
      </w:pPr>
      <w:r>
        <w:t>بہت زیادہ کاشس رہتے ہوئے زندگی میں معاملات کرنا۔ یہ ہے تقویٰ۔</w:t>
      </w:r>
    </w:p>
    <w:p>
      <w:r>
        <w:rPr>
          <w:b/>
        </w:rPr>
        <w:t xml:space="preserve">[21:22] </w:t>
      </w:r>
      <w:r>
        <w:t>haan ek martaba ek sahab ne kaha jo yaani in paise wale aadmi the woh to woh roza nahi rakhte the.</w:t>
      </w:r>
    </w:p>
    <w:p>
      <w:pPr>
        <w:jc w:val="right"/>
      </w:pPr>
      <w:r>
        <w:t>ہاں ایک مرتبہ ایک صاحب نے کہا جو یعنی ان پیسے والے آدمی تھے وہ تو وہ روزہ نہیں رکھتے تھے۔</w:t>
      </w:r>
    </w:p>
    <w:p>
      <w:r>
        <w:rPr>
          <w:b/>
        </w:rPr>
        <w:t xml:space="preserve">[21:35] </w:t>
      </w:r>
      <w:r>
        <w:t>kisi ne un se kaha to unhon ne kaha ke jin ke paas khaane peene na ho woh roza rakha hai. hum kyun roza rakhein?</w:t>
      </w:r>
    </w:p>
    <w:p>
      <w:pPr>
        <w:jc w:val="right"/>
      </w:pPr>
      <w:r>
        <w:t>کسی نے ان سے کہا تو انہوں نے کہا کہ جن کے پاس کھانے پینے نہ ہو وہ روزہ رکھا ہے۔ ہم کیوں روزہ رکھیں؟</w:t>
      </w:r>
    </w:p>
    <w:p>
      <w:r>
        <w:rPr>
          <w:b/>
        </w:rPr>
        <w:t xml:space="preserve">[21:45] </w:t>
      </w:r>
      <w:r>
        <w:t>to maine kaha ke ke yeh jo aap farma rahe hain yeh khaana peena aap kahan se mila hai aap ko? aap ne khud se create kiya hai?</w:t>
      </w:r>
    </w:p>
    <w:p>
      <w:pPr>
        <w:jc w:val="right"/>
      </w:pPr>
      <w:r>
        <w:t>تو میں نے کہا کہ کہ یہ جو آپ فرما رہے ہیں یہ کھانا پینا آپ کہاں سے ملا ہے آپ کو؟ آپ نے خود سے کریٹ کیا ہے؟</w:t>
      </w:r>
    </w:p>
    <w:p>
      <w:r>
        <w:rPr>
          <w:b/>
        </w:rPr>
        <w:t xml:space="preserve">[21:56] </w:t>
      </w:r>
      <w:r>
        <w:t>Are you a creator?</w:t>
      </w:r>
    </w:p>
    <w:p>
      <w:pPr>
        <w:jc w:val="right"/>
      </w:pPr>
      <w:r>
        <w:t>Are you a creator؟</w:t>
      </w:r>
    </w:p>
    <w:p>
      <w:r>
        <w:rPr>
          <w:b/>
        </w:rPr>
        <w:t xml:space="preserve">[22:02] </w:t>
      </w:r>
      <w:r>
        <w:t>to jis ne diya hai usi ka etirafi kalam to roza hai.</w:t>
      </w:r>
    </w:p>
    <w:p>
      <w:pPr>
        <w:jc w:val="right"/>
      </w:pPr>
      <w:r>
        <w:t>تو جس نے دیا ہے اسی کا اعترافی کلام تو روزہ ہے۔</w:t>
      </w:r>
    </w:p>
    <w:p>
      <w:r>
        <w:rPr>
          <w:b/>
        </w:rPr>
        <w:t xml:space="preserve">[22:07] </w:t>
      </w:r>
      <w:r>
        <w:t>aap khaane peene ke creator nahi hain. yeh Khuda hai jis ne zameen banai. Khuda hai jis ne zameen mein soil banaya. Khuda hai jis ne zameen mein woh saare mineral rakhe jis se poda ugta hai.</w:t>
      </w:r>
    </w:p>
    <w:p>
      <w:pPr>
        <w:jc w:val="right"/>
      </w:pPr>
      <w:r>
        <w:t>آپ کھانے پینے کے کریٹر نہیں ہیں۔ یہ خدا ہے جس نے زمین بنائی۔ خدا ہے جس نے زمین میں سائل بنایا۔ خدا ہے جس نے زمین میں وہ سارے منرل رکھے جس سے پودا اگتا ہے۔</w:t>
      </w:r>
    </w:p>
    <w:p>
      <w:r>
        <w:rPr>
          <w:b/>
        </w:rPr>
        <w:t xml:space="preserve">[22:21] </w:t>
      </w:r>
      <w:r>
        <w:t>khuda hai jis ne suraj se le kar ke zameen tak woh sari factors ekatha kiye jis se food item bante hain. tabhi to aap kha paate hain.</w:t>
      </w:r>
    </w:p>
    <w:p>
      <w:pPr>
        <w:jc w:val="right"/>
      </w:pPr>
      <w:r>
        <w:t>خدا ہے جس نے سورج سے لے کر کے زمین تک وہ ساری فیکٹرز اکٹھا کیے جس سے فوڈ آئٹم بنتے ہیں۔ تبھی تو آپ کھا پاتے ہیں۔</w:t>
      </w:r>
    </w:p>
    <w:p>
      <w:r>
        <w:rPr>
          <w:b/>
        </w:rPr>
        <w:t xml:space="preserve">[22:32] </w:t>
      </w:r>
      <w:r>
        <w:t>to jo dene wala hai us ko acknowledge karna isi ka naam hai roza.</w:t>
      </w:r>
    </w:p>
    <w:p>
      <w:pPr>
        <w:jc w:val="right"/>
      </w:pPr>
      <w:r>
        <w:t>تو جو دینے والا ہے اس کو اکنالج کرنا اسی کا نام ہے روزہ۔</w:t>
      </w:r>
    </w:p>
    <w:p>
      <w:r>
        <w:rPr>
          <w:b/>
        </w:rPr>
        <w:t xml:space="preserve">[22:40] </w:t>
      </w:r>
      <w:r>
        <w:t>ek martaba main gaya ek bohat bade afsar ke haan bohat din ki baat hai to un ke bangle ke bahar ek main ne dekha ke subah ko ek sahab ate hain aur quran padhte hain.</w:t>
      </w:r>
    </w:p>
    <w:p>
      <w:pPr>
        <w:jc w:val="right"/>
      </w:pPr>
      <w:r>
        <w:t>ایک مرتبہ میں گیا ایک بہت بڑے افسر کے ہاں بہت دن کی بات ہے تو ان کے بنگلے کے باہر ایک میں نے دیکھا کہ صبح کو ایک صاحب آتے ہیں اور قرآن پڑھتے ہیں۔</w:t>
      </w:r>
    </w:p>
    <w:p>
      <w:r>
        <w:rPr>
          <w:b/>
        </w:rPr>
        <w:t xml:space="preserve">[22:51] </w:t>
      </w:r>
      <w:r>
        <w:t>hafiz sahab the woh padh ke chale aate hain. to main ne afsar sahab se poocha ke yeh kya mamla hai? roze ka zamana tha woh.</w:t>
      </w:r>
    </w:p>
    <w:p>
      <w:pPr>
        <w:jc w:val="right"/>
      </w:pPr>
      <w:r>
        <w:t>حافظ صاحب تھے وہ پڑھ کے چلے آتے ہیں۔ تو میں نے افسر صاحب سے پوچھا کہ یہ کیا معاملہ ہے؟ روزے کا زمانہ تھا وہ۔</w:t>
      </w:r>
    </w:p>
    <w:p>
      <w:r>
        <w:rPr>
          <w:b/>
        </w:rPr>
        <w:t xml:space="preserve">[23:00] </w:t>
      </w:r>
      <w:r>
        <w:t>main ne kaha ke dekhiye hum roza to nahi rakh nahi sakte. hamare bas mein roza rakhna aaye nahi to hum ne ek hafiz sahab ko keh diya hai aa ke quran padh dete hain.</w:t>
      </w:r>
    </w:p>
    <w:p>
      <w:pPr>
        <w:jc w:val="right"/>
      </w:pPr>
      <w:r>
        <w:t>میں نے کہا کہ دیکھیے ہم روزہ تو نہیں رکھ نہیں سکتے۔ ہمارے بس میں روزہ رکھنا آئے نہیں تو ہم نے ایک حافظ صاحب کو کہہ دیا ہے آ کے قرآن پڑھ دیتے ہیں۔</w:t>
      </w:r>
    </w:p>
    <w:p>
      <w:r>
        <w:rPr>
          <w:b/>
        </w:rPr>
        <w:t xml:space="preserve">[23:12] </w:t>
      </w:r>
      <w:r>
        <w:t>to main ne kaha astaghfirullah aap ne apne jahan aap office mein jahan aap afsar bane hue hain wahan bhi kisi ko bhej diya hai kahiye ke aap khud na jaiye.</w:t>
      </w:r>
    </w:p>
    <w:p>
      <w:pPr>
        <w:jc w:val="right"/>
      </w:pPr>
      <w:r>
        <w:t>تو میں نے کہا استغفراللہ آپ نے اپنے جہاں آپ آفس میں جہاں آپ افسر بنے ہوئے ہیں وہاں بھی کسی کو بھیج دیا ہے کہیے کہ آپ خود نہ جائیے۔</w:t>
      </w:r>
    </w:p>
    <w:p>
      <w:r>
        <w:rPr>
          <w:b/>
        </w:rPr>
        <w:t xml:space="preserve">[23:25] </w:t>
      </w:r>
      <w:r>
        <w:t>ek bohat bada yani office tha is mein woh uhda mila hua tha un ko. railway ke ek bohat bade afsar the woh.</w:t>
      </w:r>
    </w:p>
    <w:p>
      <w:pPr>
        <w:jc w:val="right"/>
      </w:pPr>
      <w:r>
        <w:t>ایک بہت بڑا یعنی آفس تھا اس میں وہ عہدہ ملا ہوا تھا ان کو۔ ریلوے کے ایک بہت بڑے افسر تھے وہ۔</w:t>
      </w:r>
    </w:p>
    <w:p>
      <w:r>
        <w:rPr>
          <w:b/>
        </w:rPr>
        <w:t xml:space="preserve">[23:34] </w:t>
      </w:r>
      <w:r>
        <w:t>to main ne kaha aap khud na jaiye wahan bhej diye kisi ko. aur phir aap ko salary milti rahe gi aap ko sara bangla hi milta rahe ga. aisa kahin hota hai? roza khud rakhna padta hai.</w:t>
      </w:r>
    </w:p>
    <w:p>
      <w:pPr>
        <w:jc w:val="right"/>
      </w:pPr>
      <w:r>
        <w:t>تو میں نے کہا آپ خود نہ جائیے وہاں بھیج دیے کسی کو۔ اور پھر آپ کو سیلری ملتی رہے گی آپ کو سارا بنگلہ ہی ملتا رہے گا۔ ایسا کہیں ہوتا ہے؟ روزہ خود رکھنا پڑتا ہے۔</w:t>
      </w:r>
    </w:p>
    <w:p>
      <w:r>
        <w:rPr>
          <w:b/>
        </w:rPr>
        <w:t xml:space="preserve">[23:46] </w:t>
      </w:r>
      <w:r>
        <w:t>jaise aap ko afsari khud karni padti hai. yani office ka kaam aap ko khud karna padta hai.</w:t>
      </w:r>
    </w:p>
    <w:p>
      <w:pPr>
        <w:jc w:val="right"/>
      </w:pPr>
      <w:r>
        <w:t>جیسے آپ کو افسری خود کرنی پڑتی ہے۔ یعنی آفس کا کام آپ کو خود کرنا پڑتا ہے۔</w:t>
      </w:r>
    </w:p>
    <w:p>
      <w:r>
        <w:rPr>
          <w:b/>
        </w:rPr>
        <w:t xml:space="preserve">[23:53] </w:t>
      </w:r>
      <w:r>
        <w:t>dusra aap ja ke wahan baith jayen kursi par to aap ko nahi is ka benefit bhi mile ga. to roza hamein kaise aisa ho sakta hai?</w:t>
      </w:r>
    </w:p>
    <w:p>
      <w:pPr>
        <w:jc w:val="right"/>
      </w:pPr>
      <w:r>
        <w:t>دوسرا آپ جا کے وہاں بیٹھ جائیں کرسی پر تو آپ کو نہیں اس کا بینیفٹ بھی ملے گا۔ تو روزہ ہمیں کیسے ایسا ہو سکتا ہے؟</w:t>
      </w:r>
    </w:p>
    <w:p>
      <w:r>
        <w:rPr>
          <w:b/>
        </w:rPr>
        <w:t xml:space="preserve">[24:04] </w:t>
      </w:r>
      <w:r>
        <w:t>koi dusra aap ke badle mein kuch kar de aap ko roze ka sawab mil jaye. yeh to ek meaningless baat hai. to log sochte nahi baghair soch samjhe is tarah ke kaam karte rehte hain.</w:t>
      </w:r>
    </w:p>
    <w:p>
      <w:pPr>
        <w:jc w:val="right"/>
      </w:pPr>
      <w:r>
        <w:t>کوئی دوسرا آپ کے بدلے میں کچھ کر دے آپ کو روزے کا ثواب مل جائے۔ یہ تو ایک میننگ لیس بات ہے۔ تو لوگ سوچتے نہیں بغیر سوچ سمجھے اس طرح کے کام کرتے رہتے ہیں۔</w:t>
      </w:r>
    </w:p>
    <w:p>
      <w:r>
        <w:rPr>
          <w:b/>
        </w:rPr>
        <w:t xml:space="preserve">[24:21] </w:t>
      </w:r>
      <w:r>
        <w:t>to sochi samjhi zindagi guzaren aap isi tarah isi yahi to roze ka khas maqsad hai yahi purpose hai is ka. animal ki tarah na rahen.</w:t>
      </w:r>
    </w:p>
    <w:p>
      <w:pPr>
        <w:jc w:val="right"/>
      </w:pPr>
      <w:r>
        <w:t>تو سوچی سمجھی زندگی گزاریں آپ اسی طرح اسی یہی تو روزے کا خاص مقصد ہے یہی پرپس ہے اس کا۔ اینیمل کی طرح نہ رہیں۔</w:t>
      </w:r>
    </w:p>
    <w:p>
      <w:r>
        <w:rPr>
          <w:b/>
        </w:rPr>
        <w:t xml:space="preserve">[24:32] </w:t>
      </w:r>
      <w:r>
        <w:t>animal ko kuch bhi shaoor nahi. animal bhi dekhen in aap jante hain ke sara system animal ka bhi wahi hai jo insan ka hai.</w:t>
      </w:r>
    </w:p>
    <w:p>
      <w:pPr>
        <w:jc w:val="right"/>
      </w:pPr>
      <w:r>
        <w:t>اینیمل کو کچھ بھی شعور نہیں۔ اینیمل بھی دیکھیں ان آپ جانتے ہیں کہ سارا سسٹم اینیمل کا بھی وہی ہے جو انسان کا ہے۔</w:t>
      </w:r>
    </w:p>
    <w:p>
      <w:r>
        <w:rPr>
          <w:b/>
        </w:rPr>
        <w:t xml:space="preserve">[24:41] </w:t>
      </w:r>
      <w:r>
        <w:t>animal bhi isi zameen pe chalta hai. mujh ko nahi maloom ke zameen chalne mein kitne sare factor hain tab main chal pata hoon.</w:t>
      </w:r>
    </w:p>
    <w:p>
      <w:pPr>
        <w:jc w:val="right"/>
      </w:pPr>
      <w:r>
        <w:t>اینیمل بھی اسی زمین پہ چلتا ہے۔ مجھ کو نہیں معلوم کہ زمین چلنے میں کتنے سارے فیکٹر ہیں تب میں چل پاتا ہوں۔</w:t>
      </w:r>
    </w:p>
    <w:p>
      <w:r>
        <w:rPr>
          <w:b/>
        </w:rPr>
        <w:t xml:space="preserve">[24:49] </w:t>
      </w:r>
      <w:r>
        <w:t>hum animal bhi saans leta hai. us ko bhi oxygen chahiye. us ko nahi pata ke oxygen kya cheez hoti hai. us ko bhi light chahiye.</w:t>
      </w:r>
    </w:p>
    <w:p>
      <w:pPr>
        <w:jc w:val="right"/>
      </w:pPr>
      <w:r>
        <w:t>ہم اینیمل بھی سانس لیتا ہے۔ اس کو بھی اکسیجن چاہیے۔ اس کو نہیں پتہ کہ اکسیجن کیا چیز ہوتی ہے۔ اس کو بھی لائٹ چاہیے۔</w:t>
      </w:r>
    </w:p>
    <w:p>
      <w:r>
        <w:rPr>
          <w:b/>
        </w:rPr>
        <w:t xml:space="preserve">[24:58] </w:t>
      </w:r>
      <w:r>
        <w:t>lekin us ko nahi pata ke solar system kitni badi cheez hai jo khuda ne bana rakhi hai. to ek hai ke aap just like animal duniya mein rahen.</w:t>
      </w:r>
    </w:p>
    <w:p>
      <w:pPr>
        <w:jc w:val="right"/>
      </w:pPr>
      <w:r>
        <w:t>لیکن اس کو نہیں پتہ کہ سولر سسٹم کتنی بڑی چیز ہے جو خدا نے بنا رکھی ہے۔ تو ایک ہے کہ آپ جسٹ لائک اینیمل دنیا میں رہیں۔</w:t>
      </w:r>
    </w:p>
    <w:p>
      <w:r>
        <w:rPr>
          <w:b/>
        </w:rPr>
        <w:t xml:space="preserve">[25:11] </w:t>
      </w:r>
      <w:r>
        <w:t>bilkul mindless tor par rahen. koi sochna hai nahi samajhna hai kha pee rahe hain mar rahe hain aur us ke baad mar jate hain.</w:t>
      </w:r>
    </w:p>
    <w:p>
      <w:pPr>
        <w:jc w:val="right"/>
      </w:pPr>
      <w:r>
        <w:t>بالکل مائنڈ لیس طور پر رہیں۔ کوئی سوچنا ہے نہیں سمجھنا ہے کھا پی رہے ہیں مر رہے ہیں اور اس کے بعد مر جاتے ہیں۔</w:t>
      </w:r>
    </w:p>
    <w:p>
      <w:r>
        <w:rPr>
          <w:b/>
        </w:rPr>
        <w:t xml:space="preserve">[25:18] </w:t>
      </w:r>
      <w:r>
        <w:t>aur ek yeh hai ke aap sochi samjhi zindagi guzaren. sochi samjhi zindagi. to yeh compulsive experience ke zariye aap ko roze mein sochi samjhi zindagi guzarne ke liye tayyar kiya jata hai.</w:t>
      </w:r>
    </w:p>
    <w:p>
      <w:pPr>
        <w:jc w:val="right"/>
      </w:pPr>
      <w:r>
        <w:t>اور ایک یہ ہے کہ آپ سوچی سمجھی زندگی گزاریں۔ سوچی سمجھی زندگی۔ تو یہ کمپلسو ایکسپیرینس کے ذریعے آپ کو روزے میں سوچی سمجھی زندگی گزارنے کے لیے تیار کیا جاتا ہے۔</w:t>
      </w:r>
    </w:p>
    <w:p>
      <w:r>
        <w:rPr>
          <w:b/>
        </w:rPr>
        <w:t xml:space="preserve">[25:38] </w:t>
      </w:r>
      <w:r>
        <w:t>aaj hi ek sahab ne mujh se kaha ek hamari team ke ek member ne kal hum subah ko kal sham ko jab hum baithe the aur time ho raha tha iftar ka to unhone kaha ke hum aisa laga ke hum jaise faqeer hote hain kahin baith jate hain aata hai baant deta hai chala jata hai baant kar ke to hum bhi kahan baithe hain ke koi dene wala aaye ga de de ga hamein phir hum kha pee kha len ge.</w:t>
      </w:r>
    </w:p>
    <w:p>
      <w:pPr>
        <w:jc w:val="right"/>
      </w:pPr>
      <w:r>
        <w:t>آج ہی ایک صاحب نے مجھ سے کہا ایک ہماری ٹیم کے ایک ممبر نے کل ہم صبح کو کل شام کو جب ہم بیٹھے تھے اور ٹائم ہو رہا تھا افطار کا تو انہوں نے کہا کہ ہم ایسا لگا کہ ہم جیسے فقیر ہوتے ہیں کہیں بیٹھ جاتے ہیں آتا ہے بانٹ دیتا ہے چلا جاتا ہے بانٹ کر کے تو ہم بھی کہاں بیٹھے ہیں کہ کوئی دینے والا آئے گا دے دے گا ہمیں پھر ہم کھا پی کھا لیں گے۔</w:t>
      </w:r>
    </w:p>
    <w:p>
      <w:r>
        <w:rPr>
          <w:b/>
        </w:rPr>
        <w:t xml:space="preserve">[26:07] </w:t>
      </w:r>
      <w:r>
        <w:t>to waqai yahi position hai. khuda ki taraf se koi farishta aata hai jo hamein pani deta hai khana deta hai tab hamari pyas bujhti hai tab hamari bhook marti hai.</w:t>
      </w:r>
    </w:p>
    <w:p>
      <w:pPr>
        <w:jc w:val="right"/>
      </w:pPr>
      <w:r>
        <w:t>تو واقعی یہی پوزیشن ہے۔ خدا کی طرف سے کوئی فرشتہ آتا ہے جو ہمیں پانی دیتا ہے کھانا دیتا ہے تب ہماری پیاس بجھتی ہے تب ہماری بھوک مٹتی ہے۔</w:t>
      </w:r>
    </w:p>
    <w:p>
      <w:r>
        <w:rPr>
          <w:b/>
        </w:rPr>
        <w:t xml:space="preserve">[26:20] </w:t>
      </w:r>
      <w:r>
        <w:t>to sab kuch khuda ke farishton ki taraf se chala raha hai hamare paas. isi baat ka ehsas hona.</w:t>
      </w:r>
    </w:p>
    <w:p>
      <w:pPr>
        <w:jc w:val="right"/>
      </w:pPr>
      <w:r>
        <w:t>تو سب کچھ خدا کے فرشتوں کی طرف سے چلا رہا ہے ہمارے پاس۔ اسی بات کا احساس ہونا۔</w:t>
      </w:r>
    </w:p>
    <w:p>
      <w:r>
        <w:rPr>
          <w:b/>
        </w:rPr>
        <w:t xml:space="preserve">[26:29] </w:t>
      </w:r>
      <w:r>
        <w:t>isi baat ka ehsas hona ke pani piyein to aap samjhen ke khuda ne pani bheja hai.</w:t>
      </w:r>
    </w:p>
    <w:p>
      <w:pPr>
        <w:jc w:val="right"/>
      </w:pPr>
      <w:r>
        <w:t>اسی بات کا احساس ہونا کہ پانی پیئیں تو آپ سمجھیں کہ خدا نے پانی بھیجا ہے۔</w:t>
      </w:r>
    </w:p>
    <w:p>
      <w:r>
        <w:rPr>
          <w:b/>
        </w:rPr>
        <w:t xml:space="preserve">[26:36] </w:t>
      </w:r>
      <w:r>
        <w:t>hadith mein aata hai ke zameen mein farishte itne zyada hain ke ke</w:t>
      </w:r>
    </w:p>
    <w:p>
      <w:pPr>
        <w:jc w:val="right"/>
      </w:pPr>
      <w:r>
        <w:t>حدیث میں آتا ہے کہ زمین میں فرشتے اتنے زیادہ ہیں کہ کہ</w:t>
      </w:r>
    </w:p>
    <w:p>
      <w:r>
        <w:rPr>
          <w:b/>
        </w:rPr>
        <w:t xml:space="preserve">[26:45] </w:t>
      </w:r>
      <w:r>
        <w:t>yani bhare hue hain farishte har taraf kyunke wahi to karte hain sara kaam. aap jante hain ke ji company mein kisi administration mein hazaron log kaam karte hain.</w:t>
      </w:r>
    </w:p>
    <w:p>
      <w:pPr>
        <w:jc w:val="right"/>
      </w:pPr>
      <w:r>
        <w:t>یعنی بھرے ہوئے ہیں فرشتے ہر طرف کیونکہ وہی تو کرتے ہیں سارا کام۔ آپ جانتے ہیں کہ جی کمپنی میں کسی ایڈمنسٹریشن میں ہزاروں لوگ کام کرتے ہیں۔</w:t>
      </w:r>
    </w:p>
    <w:p>
      <w:r>
        <w:rPr>
          <w:b/>
        </w:rPr>
        <w:t xml:space="preserve">[26:58] </w:t>
      </w:r>
      <w:r>
        <w:t>hazaron log kaam karte hain tab ek company chalti hai.</w:t>
      </w:r>
    </w:p>
    <w:p>
      <w:pPr>
        <w:jc w:val="right"/>
      </w:pPr>
      <w:r>
        <w:t>ہزاروں لوگ کام کرتے ہیں تب ایک کمپنی چلتی ہے۔</w:t>
      </w:r>
    </w:p>
    <w:p>
      <w:r>
        <w:rPr>
          <w:b/>
        </w:rPr>
        <w:t xml:space="preserve">[27:02] </w:t>
      </w:r>
      <w:r>
        <w:t>to yeh jo universal company hai yeh teen sari activities is ke andar hain. to koi automatic nahi hai yeh.</w:t>
      </w:r>
    </w:p>
    <w:p>
      <w:pPr>
        <w:jc w:val="right"/>
      </w:pPr>
      <w:r>
        <w:t>تو یہ جو یونیورسل کمپنی ہے یہ تین ساری ایکٹیویٹیز اس کے اندر ہیں۔ تو کوئی آٹومیٹک نہیں ہے یہ۔</w:t>
      </w:r>
    </w:p>
    <w:p>
      <w:r>
        <w:rPr>
          <w:b/>
        </w:rPr>
        <w:t xml:space="preserve">[27:12] </w:t>
      </w:r>
      <w:r>
        <w:t>is ke jo workers hain inhi ka naam angels hai.</w:t>
      </w:r>
    </w:p>
    <w:p>
      <w:pPr>
        <w:jc w:val="right"/>
      </w:pPr>
      <w:r>
        <w:t>اس کے جو ورکرز ہیں انہی کا نام اینجلز ہے۔</w:t>
      </w:r>
    </w:p>
    <w:p>
      <w:r>
        <w:rPr>
          <w:b/>
        </w:rPr>
        <w:t xml:space="preserve">[27:18] </w:t>
      </w:r>
      <w:r>
        <w:t>aap kisi bhi company mein jayen to wahan hazaron hazar log kaam kar rahe honge woh. tab woh company chal rahi hogi. apne aap koi company nahi chalti hai.</w:t>
      </w:r>
    </w:p>
    <w:p>
      <w:pPr>
        <w:jc w:val="right"/>
      </w:pPr>
      <w:r>
        <w:t>آپ کسی بھی کمپنی میں جائیں تو وہاں ہزاروں ہزار لوگ کام کر رہے ہوں گے وہ۔ تب وہ کمپنی چل رہی ہوگی۔ اپنے آپ کوئی کمپنی نہیں چلتی ہے۔</w:t>
      </w:r>
    </w:p>
    <w:p>
      <w:r>
        <w:rPr>
          <w:b/>
        </w:rPr>
        <w:t xml:space="preserve">[27:28] </w:t>
      </w:r>
      <w:r>
        <w:t>aise hi yeh jo universal company hai universal establishment hai universal system hai is mein bhi numerous angels hain jo active hain raat din raat din raat din.</w:t>
      </w:r>
    </w:p>
    <w:p>
      <w:pPr>
        <w:jc w:val="right"/>
      </w:pPr>
      <w:r>
        <w:t>ایسے ہی یہ جو یونیورسل کمپنی ہے یونیورسل اسٹیبلشمنٹ ہے یونیورسل سسٹم ہے اس میں بھی نیومرس اینجلز ہیں جو ایکٹیو ہیں رات دن رات دن رات دن۔</w:t>
      </w:r>
    </w:p>
    <w:p>
      <w:r>
        <w:rPr>
          <w:b/>
        </w:rPr>
        <w:t xml:space="preserve">[27:43] </w:t>
      </w:r>
      <w:r>
        <w:t>to hamein yeh ehsas ho jo koi mein ne hadith parhi aap ke samne ke aye mere mere bando tum sab kis tarah bhooke ho siwaye is ke ke mein khana doon tum ko.</w:t>
      </w:r>
    </w:p>
    <w:p>
      <w:pPr>
        <w:jc w:val="right"/>
      </w:pPr>
      <w:r>
        <w:t>تو ہمیں یہ احساس ہو جو کوئی میں نے حدیث پڑھی آپ کے سامنے کہ اے میرے میرے بندوں تم سب کس طرح بھوکے ہو سوائے اس کے کہ میں کھانا دوں تم کو۔</w:t>
      </w:r>
    </w:p>
    <w:p>
      <w:r>
        <w:rPr>
          <w:b/>
        </w:rPr>
        <w:t xml:space="preserve">[27:57] </w:t>
      </w:r>
      <w:r>
        <w:t>to jab mein pani piyoon to ehsas ho ke khuda ne pani bheja hai mere liye. jab mein khana khaoon to ehsas ho ke khuda ne yeh bheja hai pani mere liye.</w:t>
      </w:r>
    </w:p>
    <w:p>
      <w:pPr>
        <w:jc w:val="right"/>
      </w:pPr>
      <w:r>
        <w:t>تو جب میں پانی پیوں تو احساس ہو کہ خدا نے پانی بھیجا ہے میرے لیے۔ جب میں کھانا کھاؤں تو احساس ہو کہ خدا نے یہ بھیجا ہے پانی میرے لیے۔</w:t>
      </w:r>
    </w:p>
    <w:p>
      <w:r>
        <w:rPr>
          <w:b/>
        </w:rPr>
        <w:t xml:space="preserve">[28:10] </w:t>
      </w:r>
      <w:r>
        <w:t>isi ehsas ko compulsive tor par aap ke andar dalne ke liye roza rakha gaya hai. aur yahi ehsas jin ke andar paida hoga inhi ka to woh personality banegi jo paradise mein reh sake.</w:t>
      </w:r>
    </w:p>
    <w:p>
      <w:pPr>
        <w:jc w:val="right"/>
      </w:pPr>
      <w:r>
        <w:t>اسی احساس کو کمپلسو طور پر آپ کے اندر ڈالنے کے لیے روزہ رکھا گیا ہے۔ اور یہی احساس جن کے اندر پیدا ہوگا انہی کا تو وہ پرسنیلٹی بنے گی جو پیراڈائز میں رہ سکے۔</w:t>
      </w:r>
    </w:p>
    <w:p>
      <w:r>
        <w:rPr>
          <w:b/>
        </w:rPr>
        <w:t xml:space="preserve">[28:25] </w:t>
      </w:r>
      <w:r>
        <w:t>jis ke andar yeh yeh personality na bani woh personality jo khuda ko discover kare khuda ki blessing ko realize kare khuda ki nematton ka ehsas kare</w:t>
      </w:r>
    </w:p>
    <w:p>
      <w:pPr>
        <w:jc w:val="right"/>
      </w:pPr>
      <w:r>
        <w:t>جس کے اندر یہ یہ پرسنیلٹی نہ بنی وہ پرسنیلٹی جو خدا کو ڈسکور کرے خدا کی بلیسنگ کو ریلائز کرے خدا کی نعمتوں کا احساس کرے</w:t>
      </w:r>
    </w:p>
    <w:p>
      <w:r>
        <w:rPr>
          <w:b/>
        </w:rPr>
        <w:t xml:space="preserve">[28:41] </w:t>
      </w:r>
      <w:r>
        <w:t>yani inaamaat ke sath sath malam ko jo discover kare yeh sari cheezein jo hain woh sab roze se juri hui hain.</w:t>
      </w:r>
    </w:p>
    <w:p>
      <w:pPr>
        <w:jc w:val="right"/>
      </w:pPr>
      <w:r>
        <w:t>یعنی انعامات کے ساتھ ساتھ ملم کو جو ڈسکور کرے یہ ساری چیزیں جو ہیں وہ سب روزے سے جڑی ہوئی ہیں۔</w:t>
      </w:r>
    </w:p>
    <w:p>
      <w:r>
        <w:rPr>
          <w:b/>
        </w:rPr>
        <w:t xml:space="preserve">[28:51] </w:t>
      </w:r>
      <w:r>
        <w:t>aur jo log is qism ki personality apne andar bana payein inhi ko akhirat mein jannat mein settle kiya jayega. animal nahi jannat mein jayenge.</w:t>
      </w:r>
    </w:p>
    <w:p>
      <w:pPr>
        <w:jc w:val="right"/>
      </w:pPr>
      <w:r>
        <w:t>اور جو لوگ اس قسم کی پرسنیلٹی اپنے اندر بنا پائیں انہی کو آخرت میں جنت میں سیٹل کیا جائے گا۔ اینیمل نہیں جنت میں جائیں گے۔</w:t>
      </w:r>
    </w:p>
    <w:p>
      <w:r>
        <w:rPr>
          <w:b/>
        </w:rPr>
        <w:t xml:space="preserve">[29:03] </w:t>
      </w:r>
      <w:r>
        <w:t>animal log jo jannat mein nahi jagah payenge. to agar animal ki tarah jo log zindagi guzaren dunya mein to un ke liye jannat ke gate nahi khulenge.</w:t>
      </w:r>
    </w:p>
    <w:p>
      <w:pPr>
        <w:jc w:val="right"/>
      </w:pPr>
      <w:r>
        <w:t>اینیمل لوگ جو جنت میں نہیں جگہ پائیں گے۔ تو اگر اینیمل کی طرح جو لوگ زندگی گزاریں دنیا میں تو ان کے لیے جنت کے گیٹ نہیں کھلیں گے۔</w:t>
      </w:r>
    </w:p>
    <w:p>
      <w:r>
        <w:rPr>
          <w:b/>
        </w:rPr>
        <w:t xml:space="preserve">[29:13] </w:t>
      </w:r>
      <w:r>
        <w:t>yaad rakhiye</w:t>
      </w:r>
    </w:p>
    <w:p>
      <w:pPr>
        <w:jc w:val="right"/>
      </w:pPr>
      <w:r>
        <w:t>یاد رکھیے</w:t>
      </w:r>
    </w:p>
    <w:p>
      <w:r>
        <w:rPr>
          <w:b/>
        </w:rPr>
        <w:t xml:space="preserve">[29:15] </w:t>
      </w:r>
      <w:r>
        <w:t>jo insan ki tarah dunya mein rahen animal ki tarah rehna yeh hai ke be soche samjhe reh rahe hain hamein pata nahi kaun pani de raha hai kaun khana de raha hai kaun roshni de raha hai kaun oxygen de raha hai to enjoy kar rahe hain lekin jante nahi to acknowledge bhi nahi kar pate yeh hai animal insan woh hai jo jane ke yeh kaun de raha hai is ko acknowledge kare</w:t>
      </w:r>
    </w:p>
    <w:p>
      <w:pPr>
        <w:jc w:val="right"/>
      </w:pPr>
      <w:r>
        <w:t>جو انسان کی طرح دنیا میں رہیں اینیمل کی طرح رہنا یہ ہے کہ بے سوچ سمجھے رہ رہے ہیں ہمیں پتہ نہیں کون پانی دے رہا ہے کون کھانا دے رہا ہے کون روشنی دے رہا ہے کون اکسیجن دے رہا ہے تو انجوائے کر رہے ہیں لیکن جانتے نہیں تو اکنالج بھی نہیں کر پاتے یہ ہے اینیمل انسان وہ ہے جو جانے کہ یہ کون دے رہا ہے اس کو اکنالج کرے</w:t>
      </w:r>
    </w:p>
    <w:p>
      <w:r>
        <w:rPr>
          <w:b/>
        </w:rPr>
        <w:t xml:space="preserve">[29:42] </w:t>
      </w:r>
      <w:r>
        <w:t>tab is ke andar woh personality banegi jo jannat wali personality hogi aur tab is ko is qabil samjha jayega ke jannat mein is ko settle kiya jaye meri dua hai ke Allah taala hum aap ko in in khush in logon baraye jo jannat mein jagah paye</w:t>
      </w:r>
    </w:p>
    <w:p>
      <w:pPr>
        <w:jc w:val="right"/>
      </w:pPr>
      <w:r>
        <w:t>تب اس کے اندر وہ پرسنیلٹی بنے گی جو جنت والی پرسنیلٹی ہوگی اور تب اس کو اس قابل سمجھا جائے گا کہ جنت میں اس کو سیٹل کیا جائے میری دعا ہے کہ اللہ تعالی ہم آپ کو ان ان خوش ان لوگوں برائے جو جنت میں جگہ پائے</w:t>
      </w:r>
    </w:p>
    <w:p>
      <w:r>
        <w:rPr>
          <w:b/>
        </w:rPr>
        <w:t xml:space="preserve">[30:07] </w:t>
      </w:r>
      <w:r>
        <w:t>mein apne liye apne ghar walon ke liye apne sathiyon ke liye isi baat ki dua karta hoon ke hum ko khuda jannat mein ekatha kare aqool qooli haza wastaghfirullah lakum ajmaeen.</w:t>
      </w:r>
    </w:p>
    <w:p>
      <w:pPr>
        <w:jc w:val="right"/>
      </w:pPr>
      <w:r>
        <w:t>میں اپنے لیے اپنے گھر والوں کے لیے اپنے ساتھیوں کے لیے اسی بات کی دعا کرتا ہوں کہ ہم کو خدا جنت میں اکٹھا کرے اقول قولیھذا واستغفراللہ لیلکم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