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Ideology of Truth July 15, 2007</w:t>
      </w:r>
    </w:p>
    <w:p>
      <w:r>
        <w:t>https://youtu.be/w3OkX5xvqTI</w:t>
      </w:r>
    </w:p>
    <w:p>
      <w:r>
        <w:rPr>
          <w:b/>
        </w:rPr>
        <w:t xml:space="preserve">[00:14] </w:t>
      </w:r>
      <w:r>
        <w:t>bismillah rahman rahim, wasallallahu ala nabi al kareem.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 qawli.</w:t>
      </w:r>
    </w:p>
    <w:p>
      <w:pPr>
        <w:jc w:val="right"/>
      </w:pPr>
      <w:r>
        <w:t>یفقہ قولی۔</w:t>
      </w:r>
    </w:p>
    <w:p>
      <w:r>
        <w:rPr>
          <w:b/>
        </w:rPr>
        <w:t xml:space="preserve">[00:37] </w:t>
      </w:r>
      <w:r>
        <w:t>aaj ka topic hai</w:t>
      </w:r>
    </w:p>
    <w:p>
      <w:pPr>
        <w:jc w:val="right"/>
      </w:pPr>
      <w:r>
        <w:t>آج کا ٹاپک ہے</w:t>
      </w:r>
    </w:p>
    <w:p>
      <w:r>
        <w:rPr>
          <w:b/>
        </w:rPr>
        <w:t xml:space="preserve">[00:42] </w:t>
      </w:r>
      <w:r>
        <w:t>"ideology of truth".</w:t>
      </w:r>
    </w:p>
    <w:p>
      <w:pPr>
        <w:jc w:val="right"/>
      </w:pPr>
      <w:r>
        <w:t>"دائیڈیالوجی آف ٹروتھ"۔</w:t>
      </w:r>
    </w:p>
    <w:p>
      <w:r>
        <w:rPr>
          <w:b/>
        </w:rPr>
        <w:t xml:space="preserve">[00:49] </w:t>
      </w:r>
      <w:r>
        <w:t>aap jante hain ke insan jab se hai is zameen par, tab se woh</w:t>
      </w:r>
    </w:p>
    <w:p>
      <w:pPr>
        <w:jc w:val="right"/>
      </w:pPr>
      <w:r>
        <w:t>آپ جانتے ہیں کہ انسان جب سے ہے اس زمین پر، تب سے وہ</w:t>
      </w:r>
    </w:p>
    <w:p>
      <w:r>
        <w:rPr>
          <w:b/>
        </w:rPr>
        <w:t xml:space="preserve">[01:01] </w:t>
      </w:r>
      <w:r>
        <w:t>truth ki talash mein hai. kaha jata hai ke "man is a truth seeking</w:t>
      </w:r>
    </w:p>
    <w:p>
      <w:pPr>
        <w:jc w:val="right"/>
      </w:pPr>
      <w:r>
        <w:t>ٹروتھ کی تلاش میں ہے۔ کہا جاتا ہے کہ "مین از ا ٹروتھ سیکنگ</w:t>
      </w:r>
    </w:p>
    <w:p>
      <w:r>
        <w:rPr>
          <w:b/>
        </w:rPr>
        <w:t xml:space="preserve">[01:11] </w:t>
      </w:r>
      <w:r>
        <w:t>animal". isi liye history mein jo sab se pehla discipline paida hua, woh philosophy ka discipline tha.</w:t>
      </w:r>
    </w:p>
    <w:p>
      <w:pPr>
        <w:jc w:val="right"/>
      </w:pPr>
      <w:r>
        <w:t>اینیمل"۔ اسی لیے ہسٹری میں جو سب سے پہلا ڈسپلن پیدا ہوا، وہ فلاسفی کا ڈسپلن تھا۔</w:t>
      </w:r>
    </w:p>
    <w:p>
      <w:r>
        <w:rPr>
          <w:b/>
        </w:rPr>
        <w:t xml:space="preserve">[01:21] </w:t>
      </w:r>
      <w:r>
        <w:t>sab se pehle.</w:t>
      </w:r>
    </w:p>
    <w:p>
      <w:pPr>
        <w:jc w:val="right"/>
      </w:pPr>
      <w:r>
        <w:t>سب سے پہلے۔</w:t>
      </w:r>
    </w:p>
    <w:p>
      <w:r>
        <w:rPr>
          <w:b/>
        </w:rPr>
        <w:t xml:space="preserve">[01:25] </w:t>
      </w:r>
      <w:r>
        <w:t>yani organized discipline. history mein jo paida hua sab se pehle, woh tha philosophy ka discipline.</w:t>
      </w:r>
    </w:p>
    <w:p>
      <w:pPr>
        <w:jc w:val="right"/>
      </w:pPr>
      <w:r>
        <w:t>یعنی ارگنائزڈ ڈسپلن۔ ہسٹری میں جو پیدا ہوا سب سے پہلے، وہ تھا فلاسفی کا ڈسپلن۔</w:t>
      </w:r>
    </w:p>
    <w:p>
      <w:r>
        <w:rPr>
          <w:b/>
        </w:rPr>
        <w:t xml:space="preserve">[01:34] </w:t>
      </w:r>
      <w:r>
        <w:t>kyun? philosophy ka yahi subject hai ke sachai kya hai, us ko jana jana jaye.</w:t>
      </w:r>
    </w:p>
    <w:p>
      <w:pPr>
        <w:jc w:val="right"/>
      </w:pPr>
      <w:r>
        <w:t>کیوں؟ فلاسفی کا یہی سبجیکٹ ہے کہ سچائی کیا ہے، اس کو جانا جانا جائے۔</w:t>
      </w:r>
    </w:p>
    <w:p>
      <w:r>
        <w:rPr>
          <w:b/>
        </w:rPr>
        <w:t xml:space="preserve">[01:44] </w:t>
      </w:r>
      <w:r>
        <w:t>intelectual pursuit ke zariye.</w:t>
      </w:r>
    </w:p>
    <w:p>
      <w:pPr>
        <w:jc w:val="right"/>
      </w:pPr>
      <w:r>
        <w:t>انٹلیکچول پرسوٹ کے ذریعے۔</w:t>
      </w:r>
    </w:p>
    <w:p>
      <w:r>
        <w:rPr>
          <w:b/>
        </w:rPr>
        <w:t xml:space="preserve">[01:48] </w:t>
      </w:r>
      <w:r>
        <w:t>to know the truth, by the way, of intelectual pursuit. to yeh bilkul sahi baat hai ke "man is a truth seeking animal".</w:t>
      </w:r>
    </w:p>
    <w:p>
      <w:pPr>
        <w:jc w:val="right"/>
      </w:pPr>
      <w:r>
        <w:t>ٹو نو دا ٹروتھ، بائی دا وے، آف انٹلیکچول پرسوٹ۔ تو یہ بالکل صحیح بات ہے کہ "مین از ا ٹروتھ سیکنگ اینیمل"۔</w:t>
      </w:r>
    </w:p>
    <w:p>
      <w:r>
        <w:rPr>
          <w:b/>
        </w:rPr>
        <w:t xml:space="preserve">[02:06] </w:t>
      </w:r>
      <w:r>
        <w:t>truth kya hai? main samajhta hoon ke truth ka ko agar define kiya jaye to woh hoga ultimate reality.</w:t>
      </w:r>
    </w:p>
    <w:p>
      <w:pPr>
        <w:jc w:val="right"/>
      </w:pPr>
      <w:r>
        <w:t>ٹروتھ کیا ہے؟ میں سمجھتا ہوں کہ ٹروتھ کا کو اگر ڈیفائن کیا جائے تو وہ ہوگا الٹیمیٹ ریلیٹی۔</w:t>
      </w:r>
    </w:p>
    <w:p>
      <w:r>
        <w:rPr>
          <w:b/>
        </w:rPr>
        <w:t xml:space="preserve">[02:20] </w:t>
      </w:r>
      <w:r>
        <w:t>ultimate reality ko janna. ultimate reality hi ka doosra naam truth hai.</w:t>
      </w:r>
    </w:p>
    <w:p>
      <w:pPr>
        <w:jc w:val="right"/>
      </w:pPr>
      <w:r>
        <w:t>الٹیمیٹ ریلیٹی کو جاننا۔ الٹیمیٹ ریلیٹی ہی کا دوسرا نام ٹروتھ ہے۔</w:t>
      </w:r>
    </w:p>
    <w:p>
      <w:r>
        <w:rPr>
          <w:b/>
        </w:rPr>
        <w:t xml:space="preserve">[02:29] </w:t>
      </w:r>
      <w:r>
        <w:t>yun bhi hum keh sakte hain ke jab hum secular word bolen to is ko hum truth kahenge. aur jab hum spiritual word bolen to is ko hum religion kahenge.</w:t>
      </w:r>
    </w:p>
    <w:p>
      <w:pPr>
        <w:jc w:val="right"/>
      </w:pPr>
      <w:r>
        <w:t>یوں بھی ہم کہہ سکتے ہیں کہ جب ہم سیکولر ورڈ بولیں تو اس کو ہم ٹروتھ کہیں گے۔ اور جب ہم سپریچول ورڈ بولیں تو اس کو ہم ریلیجن کہیں گے۔</w:t>
      </w:r>
    </w:p>
    <w:p>
      <w:r>
        <w:rPr>
          <w:b/>
        </w:rPr>
        <w:t xml:space="preserve">[02:48] </w:t>
      </w:r>
      <w:r>
        <w:t>in fact, both are one and the same. yani spirit ke aitbar se dono ek hain.</w:t>
      </w:r>
    </w:p>
    <w:p>
      <w:pPr>
        <w:jc w:val="right"/>
      </w:pPr>
      <w:r>
        <w:t>ان فیکٹ، بوتھ آر ون اینڈ دا سیم۔ یعنی اسپرٹ کے اعتبار سے دونوں ایک ہیں۔</w:t>
      </w:r>
    </w:p>
    <w:p>
      <w:r>
        <w:rPr>
          <w:b/>
        </w:rPr>
        <w:t xml:space="preserve">[03:00] </w:t>
      </w:r>
      <w:r>
        <w:t>lekin secular expression mein is ko hum truth kehte hain. aur spiritual expression mein is ko hum religion kehte hain. to yeh hamesha se insan ka target raha hai, yeh janna ke truth kya hai.</w:t>
      </w:r>
    </w:p>
    <w:p>
      <w:pPr>
        <w:jc w:val="right"/>
      </w:pPr>
      <w:r>
        <w:t>لیکن سیکولر ایکسپریشن میں اس کو ہم ٹروتھ کہتے ہیں۔ اور سپریچول ایکسپریشن میں اس کو ہم ریلیجن کہتے ہیں۔ تو یہ ہمیشہ سے انسان کا ٹارگٹ رہا ہے، یہ جاننا کہ ٹروتھ کیا ہے۔</w:t>
      </w:r>
    </w:p>
    <w:p>
      <w:r>
        <w:rPr>
          <w:b/>
        </w:rPr>
        <w:t xml:space="preserve">[03:20] </w:t>
      </w:r>
      <w:r>
        <w:t>isi par main aaj kuch baat karne ki koshish karunga.</w:t>
      </w:r>
    </w:p>
    <w:p>
      <w:pPr>
        <w:jc w:val="right"/>
      </w:pPr>
      <w:r>
        <w:t>اسی پر میں آج کچھ بات کرنے کی کوشش کروں گا۔</w:t>
      </w:r>
    </w:p>
    <w:p>
      <w:r>
        <w:rPr>
          <w:b/>
        </w:rPr>
        <w:t xml:space="preserve">[03:29] </w:t>
      </w:r>
      <w:r>
        <w:t>meri baat bahut zyada systematic way mein nahi hogi, balkeh fragmentary way mein hogi. jaisa ke aap jante hain ke mera yeh tareeqa hai, bahut hi systematic way mein, jaise lecture diya jata hai, waise main nahi bolta.</w:t>
      </w:r>
    </w:p>
    <w:p>
      <w:pPr>
        <w:jc w:val="right"/>
      </w:pPr>
      <w:r>
        <w:t>میری بات بہت زیادہ سسٹمیٹک وے میں نہیں ہوگی، بلکہ فریگمنٹری وے میں ہوگی۔ جیسا کہ آپ جانتے ہیں کہ میرا یہ طریقہ ہے، بہت ہی سسٹمیٹک وے میں، جیسے لیکچر دیا جاتا ہے، ویسے میں نہیں بولتا۔</w:t>
      </w:r>
    </w:p>
    <w:p>
      <w:r>
        <w:rPr>
          <w:b/>
        </w:rPr>
        <w:t xml:space="preserve">[03:46] </w:t>
      </w:r>
      <w:r>
        <w:t>balkeh fragmentary way mein bolta hoon.</w:t>
      </w:r>
    </w:p>
    <w:p>
      <w:pPr>
        <w:jc w:val="right"/>
      </w:pPr>
      <w:r>
        <w:t>بلکہ فریگمنٹری وے میں بولتا ہوں۔</w:t>
      </w:r>
    </w:p>
    <w:p>
      <w:r>
        <w:rPr>
          <w:b/>
        </w:rPr>
        <w:t xml:space="preserve">[03:50] </w:t>
      </w:r>
      <w:r>
        <w:t>kyunke mera apna experience yeh hai ke fragmentary method jo hai, woh mind ko zyada address karta hai.</w:t>
      </w:r>
    </w:p>
    <w:p>
      <w:pPr>
        <w:jc w:val="right"/>
      </w:pPr>
      <w:r>
        <w:t>کیونکہ میرا اپنا ایکسپیرینس یہ ہے کہ فریگمنٹری میتھڈ جو ہے، وہ مائنڈ کو زیادہ ایڈریس کرتا ہے۔</w:t>
      </w:r>
    </w:p>
    <w:p>
      <w:r>
        <w:rPr>
          <w:b/>
        </w:rPr>
        <w:t xml:space="preserve">[04:00] </w:t>
      </w:r>
      <w:r>
        <w:t>to practical faida isi mein hai.</w:t>
      </w:r>
    </w:p>
    <w:p>
      <w:pPr>
        <w:jc w:val="right"/>
      </w:pPr>
      <w:r>
        <w:t>تو پریکٹیکل فائدہ اسی میں ہے۔</w:t>
      </w:r>
    </w:p>
    <w:p>
      <w:r>
        <w:rPr>
          <w:b/>
        </w:rPr>
        <w:t xml:space="preserve">[04:06] </w:t>
      </w:r>
      <w:r>
        <w:t>main ne kai baar yeh kar ke dekha hai ke bare bare koi scholar hain, un ki speech hui, unhone lecture diya, bahut hi systematic way mein.</w:t>
      </w:r>
    </w:p>
    <w:p>
      <w:pPr>
        <w:jc w:val="right"/>
      </w:pPr>
      <w:r>
        <w:t>میں نے کئی بار یہ کر کے دیکھا ہے کہ بڑے بڑے کوئی سکالر ہیں، ان کی سپیچ ہوئی، انہوں نے لیکچر دیا، بہت ہی سسٹمیٹک وے میں۔</w:t>
      </w:r>
    </w:p>
    <w:p>
      <w:r>
        <w:rPr>
          <w:b/>
        </w:rPr>
        <w:t xml:space="preserve">[04:19] </w:t>
      </w:r>
      <w:r>
        <w:t>to jo audience tha, us mein se kuch log mujhe mile to main ne poocha, kya kaha unhone? to aap taajjub karenge, ab tak ke tajurbe mein main ne yeh paya ke koi kuch bata nahi saka.</w:t>
      </w:r>
    </w:p>
    <w:p>
      <w:pPr>
        <w:jc w:val="right"/>
      </w:pPr>
      <w:r>
        <w:t>تو جو آڈینس تھا، اس میں سے کچھ لوگ مجھے ملے تو میں نے پوچھا، کیا کہا انہوں نے؟ تو آپ تعجب کریں گے، اب تک کے تجربے میں میں نے یہ پایا کہ کوئی کچھ بتا نہیں سکا۔</w:t>
      </w:r>
    </w:p>
    <w:p>
      <w:r>
        <w:rPr>
          <w:b/>
        </w:rPr>
        <w:t xml:space="preserve">[04:38] </w:t>
      </w:r>
      <w:r>
        <w:t>abhi kal teen sahib mere paas aaye the, un se bhi main ne isi tarah ki baat poochi ek lecture ke bare mein. to kisi ke paas kuch take away nahi hota.</w:t>
      </w:r>
    </w:p>
    <w:p>
      <w:pPr>
        <w:jc w:val="right"/>
      </w:pPr>
      <w:r>
        <w:t>ابھی کل تین صاحب میرے پاس آئے تھے، ان سے بھی میں نے اسی طرح کی بات پوچھی ایک لیکچر کے بارے میں۔ تو کسی کے پاس کچھ ٹیک اوے نہیں ہوتا۔</w:t>
      </w:r>
    </w:p>
    <w:p>
      <w:r>
        <w:rPr>
          <w:b/>
        </w:rPr>
        <w:t xml:space="preserve">[04:50] </w:t>
      </w:r>
      <w:r>
        <w:t>kuch take away nahi hota. to systematic lecture jo hai, woh ek beautiful word hai, lekin practical faida is mein bahut kam hai.</w:t>
      </w:r>
    </w:p>
    <w:p>
      <w:pPr>
        <w:jc w:val="right"/>
      </w:pPr>
      <w:r>
        <w:t>کچھ ٹیک اوے نہیں ہوتا۔ تو سسٹمیٹک لیکچر جو ہے، وہ ایک بیوٹی فل ورڈ ہے، لیکن پریکٹیکل فائدہ اس میں بہت کم ہے۔</w:t>
      </w:r>
    </w:p>
    <w:p>
      <w:r>
        <w:rPr>
          <w:b/>
        </w:rPr>
        <w:t xml:space="preserve">[05:04] </w:t>
      </w:r>
      <w:r>
        <w:t>is liye main ne doosra tareeqa ikhtiyar kiya hai, jo hai, jis ko main kehta hoon ke fragmentary method.</w:t>
      </w:r>
    </w:p>
    <w:p>
      <w:pPr>
        <w:jc w:val="right"/>
      </w:pPr>
      <w:r>
        <w:t>اس لیے میں نے دوسرا طریقہ اختیار کیا ہے، جو ہے، جس کو میں کہتا ہوں کہ فریگمنٹری میتھڈ۔</w:t>
      </w:r>
    </w:p>
    <w:p>
      <w:r>
        <w:rPr>
          <w:b/>
        </w:rPr>
        <w:t xml:space="preserve">[05:12] </w:t>
      </w:r>
      <w:r>
        <w:t>behhal,</w:t>
      </w:r>
    </w:p>
    <w:p>
      <w:pPr>
        <w:jc w:val="right"/>
      </w:pPr>
      <w:r>
        <w:t>بہرحال،</w:t>
      </w:r>
    </w:p>
    <w:p>
      <w:r>
        <w:rPr>
          <w:b/>
        </w:rPr>
        <w:t xml:space="preserve">[05:14] </w:t>
      </w:r>
      <w:r>
        <w:t>to dekhiye, aam taur par yeh samjha jata hai ke broad division mein religion ki do categories hain:</w:t>
      </w:r>
    </w:p>
    <w:p>
      <w:pPr>
        <w:jc w:val="right"/>
      </w:pPr>
      <w:r>
        <w:t>تو دیکھیے، عام طور پر یہ سمجھا جاتا ہے کہ براڈ ڈویژن میں ریلیجن کی دو کیٹیگریز ہیں:</w:t>
      </w:r>
    </w:p>
    <w:p>
      <w:r>
        <w:rPr>
          <w:b/>
        </w:rPr>
        <w:t xml:space="preserve">[05:28] </w:t>
      </w:r>
      <w:r>
        <w:t>semitic religion aur aryan religion.</w:t>
      </w:r>
    </w:p>
    <w:p>
      <w:pPr>
        <w:jc w:val="right"/>
      </w:pPr>
      <w:r>
        <w:t>سیمیٹک ریلیجن اور ارین ریلیجن۔</w:t>
      </w:r>
    </w:p>
    <w:p>
      <w:r>
        <w:rPr>
          <w:b/>
        </w:rPr>
        <w:t xml:space="preserve">[05:35] </w:t>
      </w:r>
      <w:r>
        <w:t>generally yahi kaha jata hai. lekin main samajhta hoon ke zyada behtar yeh hoga ke hum yeh kahen ke religion ki do qism: ek hai revealed religion aur ek hai philosophical religion.</w:t>
      </w:r>
    </w:p>
    <w:p>
      <w:pPr>
        <w:jc w:val="right"/>
      </w:pPr>
      <w:r>
        <w:t>جنرلی یہی کہا جاتا ہے۔ لیکن میں سمجھتا ہوں کہ زیادہ بہتر یہ ہوگا کہ ہم یہ کہیں کہ ریلیجن کی دو قسم: ایک ہے ریویلڈ ریلیجن اور ایک ہے فلاسفیکل ریلیجن۔</w:t>
      </w:r>
    </w:p>
    <w:p>
      <w:r>
        <w:rPr>
          <w:b/>
        </w:rPr>
        <w:t xml:space="preserve">[05:53] </w:t>
      </w:r>
      <w:r>
        <w:t>meri apni study ke mutabiq, semitic religion darasal revealed religion ka doosra naam hai. aur aryan religion darasal philosophical religion ka doosra naam hai.</w:t>
      </w:r>
    </w:p>
    <w:p>
      <w:pPr>
        <w:jc w:val="right"/>
      </w:pPr>
      <w:r>
        <w:t>میری اپنی اسٹڈی کے مطابق، سیمیٹک ریلیجن دراصل ریویلڈ ریلیجن کا دوسرا نام ہے۔ اور ارین ریلیجن دراصل فلاسفیکل ریلیجن کا دوسرا نام ہے۔</w:t>
      </w:r>
    </w:p>
    <w:p>
      <w:r>
        <w:rPr>
          <w:b/>
        </w:rPr>
        <w:t xml:space="preserve">[06:07] </w:t>
      </w:r>
      <w:r>
        <w:t>to yeh nomenclature mujhe zyada pasand hai ke in ko revealed religion aur philosophical religion kaha jaye.</w:t>
      </w:r>
    </w:p>
    <w:p>
      <w:pPr>
        <w:jc w:val="right"/>
      </w:pPr>
      <w:r>
        <w:t>تو یہ نامنکلیچر مجھے زیادہ پسند ہے کہ ان کو ریویلڈ ریلیجن اور فلاسفیکل ریلیجن کہا جائے۔</w:t>
      </w:r>
    </w:p>
    <w:p>
      <w:r>
        <w:rPr>
          <w:b/>
        </w:rPr>
        <w:t xml:space="preserve">[06:20] </w:t>
      </w:r>
      <w:r>
        <w:t>aap jante hain ke semitic religions mein basically teen religion hain: Judaism, Christianity aur Islam. yeh teeno revelation par based karte hain.</w:t>
      </w:r>
    </w:p>
    <w:p>
      <w:pPr>
        <w:jc w:val="right"/>
      </w:pPr>
      <w:r>
        <w:t>آپ جانتے ہیں کہ سیمیٹک ریلیجنز میں بیسیکلی تین ریلیجن ہیں: جڈائزم، کرسچینٹی اور اسلام۔ یہ تینوں ریولیشن پر بیسڈ کرتے ہیں۔</w:t>
      </w:r>
    </w:p>
    <w:p>
      <w:r>
        <w:rPr>
          <w:b/>
        </w:rPr>
        <w:t xml:space="preserve">[06:36] </w:t>
      </w:r>
      <w:r>
        <w:t>yani prophet ke through in par khuda ka</w:t>
      </w:r>
    </w:p>
    <w:p>
      <w:pPr>
        <w:jc w:val="right"/>
      </w:pPr>
      <w:r>
        <w:t>یعنی پرافٹ کے تھرو ان پر خدا کا</w:t>
      </w:r>
    </w:p>
    <w:p>
      <w:r>
        <w:rPr>
          <w:b/>
        </w:rPr>
        <w:t xml:space="preserve">[06:44] </w:t>
      </w:r>
      <w:r>
        <w:t>khuda ki wahi aai, jis ko revelation kaha jata hai.</w:t>
      </w:r>
    </w:p>
    <w:p>
      <w:pPr>
        <w:jc w:val="right"/>
      </w:pPr>
      <w:r>
        <w:t>خدا کی وحی آئی، جس کو ریولیشن کہا جاتا ہے۔</w:t>
      </w:r>
    </w:p>
    <w:p>
      <w:r>
        <w:rPr>
          <w:b/>
        </w:rPr>
        <w:t xml:space="preserve">[06:48] </w:t>
      </w:r>
      <w:r>
        <w:t>to isi se wo mazhab bana.</w:t>
      </w:r>
    </w:p>
    <w:p>
      <w:pPr>
        <w:jc w:val="right"/>
      </w:pPr>
      <w:r>
        <w:t>تو اسی سے وہ مذہب بنا۔</w:t>
      </w:r>
    </w:p>
    <w:p>
      <w:r>
        <w:rPr>
          <w:b/>
        </w:rPr>
        <w:t xml:space="preserve">[06:54] </w:t>
      </w:r>
      <w:r>
        <w:t>aur jo alien religions hain, jaise hinduism hai, jainism hai, buddhism hai, to ye basically philosophy par base karte hain, revelation par nahin.</w:t>
      </w:r>
    </w:p>
    <w:p>
      <w:pPr>
        <w:jc w:val="right"/>
      </w:pPr>
      <w:r>
        <w:t>اور جو ارین ریلیجنز ہیں، جیسے ہندوازم ہے، جینزم ہے، بدھزم ہے، تو یہ بیسیکلی فلاسفی پر بیس کرتے ہیں، ریولیشن پر نہیں۔</w:t>
      </w:r>
    </w:p>
    <w:p>
      <w:r>
        <w:rPr>
          <w:b/>
        </w:rPr>
        <w:t xml:space="preserve">[07:13] </w:t>
      </w:r>
      <w:r>
        <w:t>is liye maine ye category, maine ye ek nomenclature liya hai ke ek hai wo religion jo revelation par base karta hai, doosra wo jo philosophy par base karta hai.</w:t>
      </w:r>
    </w:p>
    <w:p>
      <w:pPr>
        <w:jc w:val="right"/>
      </w:pPr>
      <w:r>
        <w:t>اس لیے میں نے یہ کیٹیگری، میں نے یہ ایک نامنکلیچر لیا ہے کہ ایک ہے وہ ریلیجن جو ریولیشن پر بیس کرتا ہے، دوسرا وہ جو فلاسفی پر بیس کرتا ہے۔</w:t>
      </w:r>
    </w:p>
    <w:p>
      <w:r>
        <w:rPr>
          <w:b/>
        </w:rPr>
        <w:t xml:space="preserve">[07:28] </w:t>
      </w:r>
      <w:r>
        <w:t>ab dekhiye ke truth ke bare mein do concept paye jate hain:</w:t>
      </w:r>
    </w:p>
    <w:p>
      <w:pPr>
        <w:jc w:val="right"/>
      </w:pPr>
      <w:r>
        <w:t>اب دیکھیے کہ ٹروتھ کے بارے میں دو کانسیپٹ پائے جاتے ہیں:</w:t>
      </w:r>
    </w:p>
    <w:p>
      <w:r>
        <w:rPr>
          <w:b/>
        </w:rPr>
        <w:t xml:space="preserve">[07:36] </w:t>
      </w:r>
      <w:r>
        <w:t>short history. ek ke mutabiq, ek jo hai oneness of truth par believe karta hai, yaqeen rakhta hai.</w:t>
      </w:r>
    </w:p>
    <w:p>
      <w:pPr>
        <w:jc w:val="right"/>
      </w:pPr>
      <w:r>
        <w:t>شارٹ ہسٹری۔ ایک کے مطابق، ایک جو ہے وننس آف ٹروتھ پر بیلیو کرتا ہے، یقین رکھتا ہے۔</w:t>
      </w:r>
    </w:p>
    <w:p>
      <w:r>
        <w:rPr>
          <w:b/>
        </w:rPr>
        <w:t xml:space="preserve">[07:48] </w:t>
      </w:r>
      <w:r>
        <w:t>doosra jo hai wo manyness of truth ko manta hai. oneness of truth aur manyness of truth. ya oneness of reality aur manyness of reality.</w:t>
      </w:r>
    </w:p>
    <w:p>
      <w:pPr>
        <w:jc w:val="right"/>
      </w:pPr>
      <w:r>
        <w:t>دوسرا جو ہے وہ میننس آف ٹروتھ کو مانتا ہے۔ وننس آف ٹروتھ اور میننس آف ٹروتھ۔ یا وننس آف ریلیٹی اور میننس آف ریلیٹی۔</w:t>
      </w:r>
    </w:p>
    <w:p>
      <w:r>
        <w:rPr>
          <w:b/>
        </w:rPr>
        <w:t xml:space="preserve">[08:03] </w:t>
      </w:r>
      <w:r>
        <w:t>ye do concept paye gaye hain basically history mein. maine dono ko parha hai. aur in ka tajurba bhi kiya hai apni lambi umar mein.</w:t>
      </w:r>
    </w:p>
    <w:p>
      <w:pPr>
        <w:jc w:val="right"/>
      </w:pPr>
      <w:r>
        <w:t>یہ دو کانسیپٹ پائے گئے ہیں بیسیکلی ہسٹری میں۔ میں نے دونوں کو پڑھا ہے۔ اور ان کا تجربہ بھی کیا ہے اپنی لمبی عمر میں۔</w:t>
      </w:r>
    </w:p>
    <w:p>
      <w:r>
        <w:rPr>
          <w:b/>
        </w:rPr>
        <w:t xml:space="preserve">[08:19] </w:t>
      </w:r>
      <w:r>
        <w:t>main ye kahunga ke manyness of truth ya manyness of reality jo hai, ek beautiful word hai. lekin is ka practical faida kuch bhi nahin.</w:t>
      </w:r>
    </w:p>
    <w:p>
      <w:pPr>
        <w:jc w:val="right"/>
      </w:pPr>
      <w:r>
        <w:t>میں یہ کہوں گا کہ میننس آف ٹروتھ یا میننس آف ریلیٹی جو ہے، ایک بیوٹی فل ورڈ ہے۔ لیکن اس کا پریکٹیکل فائدہ کچھ بھی نہیں۔</w:t>
      </w:r>
    </w:p>
    <w:p>
      <w:r>
        <w:rPr>
          <w:b/>
        </w:rPr>
        <w:t xml:space="preserve">[08:31] </w:t>
      </w:r>
      <w:r>
        <w:t>ek beautiful word hai.</w:t>
      </w:r>
    </w:p>
    <w:p>
      <w:pPr>
        <w:jc w:val="right"/>
      </w:pPr>
      <w:r>
        <w:t>ایک بیوٹی فل ورڈ ہے۔</w:t>
      </w:r>
    </w:p>
    <w:p>
      <w:r>
        <w:rPr>
          <w:b/>
        </w:rPr>
        <w:t xml:space="preserve">[08:33] </w:t>
      </w:r>
      <w:r>
        <w:t>bolon ko bohat, bolon ko bohat acha lagta hai. aap jante honge ke 1893 mein jab swami vivekananda chicago ke religious parliament mein gaye aur wahan unhon ne elan kiya ke "all the religions are true" to bohat clapping mili un ko.</w:t>
      </w:r>
    </w:p>
    <w:p>
      <w:pPr>
        <w:jc w:val="right"/>
      </w:pPr>
      <w:r>
        <w:t>بولوں کو بہت، بولوں کو بہت اچھا لگتا ہے۔ آپ جانتے ہوں گے کہ 1893 میں جب سوامی ویکانندہ شکاگو کے ریلیجس پارلیمنٹ میں گئے اور وہاں انہوں نے اعلان کیا کہ "ال دا ریلیجنز آر ٹرو" تو بہت کلیپنگ ملی ان کو۔</w:t>
      </w:r>
    </w:p>
    <w:p>
      <w:r>
        <w:rPr>
          <w:b/>
        </w:rPr>
        <w:t xml:space="preserve">[08:58] </w:t>
      </w:r>
      <w:r>
        <w:t>lekin "all the religions of true" jo hai, is mein kya khas baat hai? to arnold toynbee ne likha hai ke "all the religions are true" mein "live and let live" ki spirit hai.</w:t>
      </w:r>
    </w:p>
    <w:p>
      <w:pPr>
        <w:jc w:val="right"/>
      </w:pPr>
      <w:r>
        <w:t>لیکن "ال دا ریلیجنز آف ٹرو" جو ہے، اس میں کیا خاص بات ہے؟ تو ارنلڈ ٹائلبی نے لکھا ہے کہ "ال دا ریلیجنز آر ٹرو" میں "لیو اینڈ لیٹ لیو" کی سپرٹ ہے۔</w:t>
      </w:r>
    </w:p>
    <w:p>
      <w:r>
        <w:rPr>
          <w:b/>
        </w:rPr>
        <w:t xml:space="preserve">[09:16] </w:t>
      </w:r>
      <w:r>
        <w:t>is liye wo zyada acha hai ke main bhi sach, tum bhi sach.</w:t>
      </w:r>
    </w:p>
    <w:p>
      <w:pPr>
        <w:jc w:val="right"/>
      </w:pPr>
      <w:r>
        <w:t>اس لیے وہ زیادہ اچھا ہے کہ میں بھی سچا، تم بھی سچے۔</w:t>
      </w:r>
    </w:p>
    <w:p>
      <w:r>
        <w:rPr>
          <w:b/>
        </w:rPr>
        <w:t xml:space="preserve">[09:23] </w:t>
      </w:r>
      <w:r>
        <w:t>to is ko main keh sakta hoon ke ye hai mutual recognition. mutual recognition. to un ke nazdeek ye hai ke is se peace aata hai society mein,</w:t>
      </w:r>
    </w:p>
    <w:p>
      <w:pPr>
        <w:jc w:val="right"/>
      </w:pPr>
      <w:r>
        <w:t>تو اس کو میں کہہ سکتا ہوں کہ یہ ہے میوچول ریکگنیشن۔ میوچول ریکگنیشن۔ تو ان کے نزدیک یہ ہے کہ اس سے پیس آتا ہے سوسائٹی میں،</w:t>
      </w:r>
    </w:p>
    <w:p>
      <w:r>
        <w:rPr>
          <w:b/>
        </w:rPr>
        <w:t xml:space="preserve">[09:40] </w:t>
      </w:r>
      <w:r>
        <w:t>mutual co-existence aata hai, is ka ye faida hai. aur is ke as compared to this concept, in logon ka manna hai ke oneness ka jo concept hai,</w:t>
      </w:r>
    </w:p>
    <w:p>
      <w:pPr>
        <w:jc w:val="right"/>
      </w:pPr>
      <w:r>
        <w:t>میوچول کو ایگزسٹنس آتا ہے، اس کا یہ فائدہ ہے۔ اور اس کے ایز کمپیر ٹو دس کانسیپٹ، ان لوگوں کا ماننا ہے کہ وننس کا جو کانسیپٹ ہے،</w:t>
      </w:r>
    </w:p>
    <w:p>
      <w:r>
        <w:rPr>
          <w:b/>
        </w:rPr>
        <w:t xml:space="preserve">[09:55] </w:t>
      </w:r>
      <w:r>
        <w:t>wo ladaai paida karta hai, intolerance aata hai is se. kuch log ye samajh lete hain ke hum superior hain, doosre inferior hain.</w:t>
      </w:r>
    </w:p>
    <w:p>
      <w:pPr>
        <w:jc w:val="right"/>
      </w:pPr>
      <w:r>
        <w:t>وہ لڑائی پیدا کرتا ہے، ان ٹالرنس آتا ہے اس سے۔ کچھ لوگ یہ سمجھ لیتے ہیں کہ ہم سپیریئر ہیں، دوسرے انفیریئر ہیں۔</w:t>
      </w:r>
    </w:p>
    <w:p>
      <w:r>
        <w:rPr>
          <w:b/>
        </w:rPr>
        <w:t xml:space="preserve">[10:05] </w:t>
      </w:r>
      <w:r>
        <w:t>is tarah ka negative thought aata hai,</w:t>
      </w:r>
    </w:p>
    <w:p>
      <w:pPr>
        <w:jc w:val="right"/>
      </w:pPr>
      <w:r>
        <w:t>اس طرح کا نیگیٹیو تھاٹ آتا ہے،</w:t>
      </w:r>
    </w:p>
    <w:p>
      <w:r>
        <w:rPr>
          <w:b/>
        </w:rPr>
        <w:t xml:space="preserve">[10:10] </w:t>
      </w:r>
      <w:r>
        <w:t>is wo phir translate hota hai war mein aur takrao mein. to oneness of reality ya oneness of truth jo hai, is ko unhon ne reject kiya aur manyness of man aur manyness of truth ko accept kiya.</w:t>
      </w:r>
    </w:p>
    <w:p>
      <w:pPr>
        <w:jc w:val="right"/>
      </w:pPr>
      <w:r>
        <w:t>اس وہ پھر ٹرانسلیٹ ہوتا ہے وار میں اور ٹکراؤ میں۔ تو وننس آف ریلیٹی یا وننس آف ٹروتھ جو ہے، اس کو انہوں نے ریجیکٹ کیا اور میننس آف مین اور میننس آف ٹروتھ کو ایکسیپٹ کیا۔</w:t>
      </w:r>
    </w:p>
    <w:p>
      <w:r>
        <w:rPr>
          <w:b/>
        </w:rPr>
        <w:t xml:space="preserve">[10:30] </w:t>
      </w:r>
      <w:r>
        <w:t>main samajhta hoon ke ek criteria nahin galat hai. yani truth jo hai, is ko aap social criteria se judge kar rahe hain.</w:t>
      </w:r>
    </w:p>
    <w:p>
      <w:pPr>
        <w:jc w:val="right"/>
      </w:pPr>
      <w:r>
        <w:t>میں سمجھتا ہوں کہ ایک کرائٹیریا نہیں غلط ہے۔ یعنی ٹروتھ جو ہے، اس کو آپ سوشل کرائٹیریا سے جج کر رہے ہیں۔</w:t>
      </w:r>
    </w:p>
    <w:p>
      <w:r>
        <w:rPr>
          <w:b/>
        </w:rPr>
        <w:t xml:space="preserve">[10:41] </w:t>
      </w:r>
      <w:r>
        <w:t>aap social criteria se judge kar sakte hain is ko. maslan honesty hai. honesty ko aap social criteria se judge karenge.</w:t>
      </w:r>
    </w:p>
    <w:p>
      <w:pPr>
        <w:jc w:val="right"/>
      </w:pPr>
      <w:r>
        <w:t>آپ سوشل کرائٹیریا سے جج کر سکتے ہیں اس کو۔ مثلاً اونسٹی ہے۔ اونسٹی کو آپ سوشل کرائٹیریا سے جج کریں گے۔</w:t>
      </w:r>
    </w:p>
    <w:p>
      <w:r>
        <w:rPr>
          <w:b/>
        </w:rPr>
        <w:t xml:space="preserve">[10:51] </w:t>
      </w:r>
      <w:r>
        <w:t>yani business community agar ye kahe ke dishonesty mein zyada faida hai to hum honesty kyun banen? to kya aap is ko le kar kahenge ke dishonesty zyada achi cheez hai?</w:t>
      </w:r>
    </w:p>
    <w:p>
      <w:pPr>
        <w:jc w:val="right"/>
      </w:pPr>
      <w:r>
        <w:t>یعنی بزنس کمیونٹی اگر یہ کہے کہ ڈس اونسٹی میں زیادہ فائدہ ہے تو ہم اونسٹی کیوں بنیں؟ تو کیا آپ اس کو لے کر کہیں گے کہ ڈس اونسٹی زیادہ اچھی چیز ہے؟</w:t>
      </w:r>
    </w:p>
    <w:p>
      <w:r>
        <w:rPr>
          <w:b/>
        </w:rPr>
        <w:t xml:space="preserve">[11:06] </w:t>
      </w:r>
      <w:r>
        <w:t>dekhen, truth ko aap social criteria se judge nahin kar sakte.</w:t>
      </w:r>
    </w:p>
    <w:p>
      <w:pPr>
        <w:jc w:val="right"/>
      </w:pPr>
      <w:r>
        <w:t>دیکھیں، ٹروتھ کو آپ سوشل کرائٹیریا سے جج نہیں کر سکتے۔</w:t>
      </w:r>
    </w:p>
    <w:p>
      <w:r>
        <w:rPr>
          <w:b/>
        </w:rPr>
        <w:t xml:space="preserve">[11:12] </w:t>
      </w:r>
      <w:r>
        <w:t>truth ko koi pure criteria lena parega use judge karne ke liye. wo kya hai? main samajhta hoon ke insan ki sab se bari jo requirement hai,</w:t>
      </w:r>
    </w:p>
    <w:p>
      <w:pPr>
        <w:jc w:val="right"/>
      </w:pPr>
      <w:r>
        <w:t>ٹروتھ کو کوئی پیور کرائٹیریا لینا پڑے گا اسے جج کرنے کے لیے۔ وہ کیا ہے؟ میں سمجھتا ہوں کہ انسان کی سب سے بڑی جو ریکوائرمنٹ ہے،</w:t>
      </w:r>
    </w:p>
    <w:p>
      <w:r>
        <w:rPr>
          <w:b/>
        </w:rPr>
        <w:t xml:space="preserve">[11:28] </w:t>
      </w:r>
      <w:r>
        <w:t>wo hai conviction. conviction. har aadmi chahta hai ke duniya mein wo conviction par jiye.</w:t>
      </w:r>
    </w:p>
    <w:p>
      <w:pPr>
        <w:jc w:val="right"/>
      </w:pPr>
      <w:r>
        <w:t>وہ ہے کنوکشن۔ کنوکشن۔ ہر آدمی چاہتا ہے کہ دنیا میں وہ کنوکشن پر جیے۔</w:t>
      </w:r>
    </w:p>
    <w:p>
      <w:r>
        <w:rPr>
          <w:b/>
        </w:rPr>
        <w:t xml:space="preserve">[11:39] </w:t>
      </w:r>
      <w:r>
        <w:t>sab se bari cheez conviction.</w:t>
      </w:r>
    </w:p>
    <w:p>
      <w:pPr>
        <w:jc w:val="right"/>
      </w:pPr>
      <w:r>
        <w:t>سب سے بڑی چیز کنوکشن۔</w:t>
      </w:r>
    </w:p>
    <w:p>
      <w:r>
        <w:rPr>
          <w:b/>
        </w:rPr>
        <w:t xml:space="preserve">[11:43] </w:t>
      </w:r>
      <w:r>
        <w:t>dekhiye, animal ki yeh zaroorat nahi hai ke woh conviction us ke paas ho. un ke un ke haan conviction ka koi concept nahi hai. galaxy ya solar system ya om mountain aur ocean ka ke liye us ki zaroorat nahi hai.</w:t>
      </w:r>
    </w:p>
    <w:p>
      <w:pPr>
        <w:jc w:val="right"/>
      </w:pPr>
      <w:r>
        <w:t>دیکھیے، اینیمل کی یہ ضرورت نہیں ہے کہ وہ کنوکشن اس کے پاس ہو۔ ان کے ان کے ہاں کنوکشن کا کوئی کانسیپٹ نہیں ہے۔ گلیکسی یا سولر سسٹم یا اوم ماؤنٹن اور اوشن کا کے لیے اس کی ضرورت نہیں ہے۔</w:t>
      </w:r>
    </w:p>
    <w:p>
      <w:r>
        <w:rPr>
          <w:b/>
        </w:rPr>
        <w:t xml:space="preserve">[12:00] </w:t>
      </w:r>
      <w:r>
        <w:t>to conviction na to material world ki zaroorat hai, na animal ki zaroorat hai. yeh sirf insaan ki zaroorat hai.</w:t>
      </w:r>
    </w:p>
    <w:p>
      <w:pPr>
        <w:jc w:val="right"/>
      </w:pPr>
      <w:r>
        <w:t>تو کنوکشن نہ تو مٹیریل ورلڈ کی ضرورت ہے، نہ اینیمل کی ضرورت ہے۔ یہ صرف انسان کی ضرورت ہے۔</w:t>
      </w:r>
    </w:p>
    <w:p>
      <w:r>
        <w:rPr>
          <w:b/>
        </w:rPr>
        <w:t xml:space="preserve">[12:12] </w:t>
      </w:r>
      <w:r>
        <w:t>baghair conviction ke aap dunya mein jee nahi sakte. jeene ka matlab yeh hai ke aap tension mein jiyenge, aap stress mein jiyenge, aap peace nahi hoga aap ki zindagi mein.</w:t>
      </w:r>
    </w:p>
    <w:p>
      <w:pPr>
        <w:jc w:val="right"/>
      </w:pPr>
      <w:r>
        <w:t>بغیر کنوکشن کے آپ دنیا میں جی نہیں سکتے۔ جینے کا مطلب یہ ہے کہ آپ ٹینشن میں جیئیں گے، آپ سٹریس میں جیئیں گے، آپ پیس نہیں ہوگا آپ کی زندگی میں۔</w:t>
      </w:r>
    </w:p>
    <w:p>
      <w:r>
        <w:rPr>
          <w:b/>
        </w:rPr>
        <w:t xml:space="preserve">[12:28] </w:t>
      </w:r>
      <w:r>
        <w:t>to mein yeh kahunga ke conviction jo hai, us mein spirit ko woh spirit ko woh afford nahi kar sakta. jaise motherhood jo hai, motherhood jo hai, spirit ko afford nahi kar sakti.</w:t>
      </w:r>
    </w:p>
    <w:p>
      <w:pPr>
        <w:jc w:val="right"/>
      </w:pPr>
      <w:r>
        <w:t>تو میں یہ کہوں گا کہ کنوکشن جو ہے، اس میں سپرٹ کو وہ سپرٹ کو وہ افورڈ نہیں کر سکتا۔ جیسے مدر ہڈ جو ہے، مدر ہڈ جو ہے، سپرٹ کو افورڈ نہیں کر سکتی۔</w:t>
      </w:r>
    </w:p>
    <w:p>
      <w:r>
        <w:rPr>
          <w:b/>
        </w:rPr>
        <w:t xml:space="preserve">[12:41] </w:t>
      </w:r>
      <w:r>
        <w:t>ek hi maa par aap ko maa wale, ah maa wali feeling aa sakti hai. maa wali feeling jo hai, ek maa par aayegi.</w:t>
      </w:r>
    </w:p>
    <w:p>
      <w:pPr>
        <w:jc w:val="right"/>
      </w:pPr>
      <w:r>
        <w:t>ایک ہی ماں پر آپ کو ماں والے، اہ ماں والی فیلنگ آ سکتی ہے۔ ماں والی فیلنگ جو ہے، ایک ماں پر آئے گی۔</w:t>
      </w:r>
    </w:p>
    <w:p>
      <w:r>
        <w:rPr>
          <w:b/>
        </w:rPr>
        <w:t xml:space="preserve">[12:52] </w:t>
      </w:r>
      <w:r>
        <w:t>agar aap se kaha jaye ke tumhari chaar maayein hain to is ka matlab yeh hoga ke aap maa wali feeling hi aap aap se ghayab ho jayegi. to</w:t>
      </w:r>
    </w:p>
    <w:p>
      <w:pPr>
        <w:jc w:val="right"/>
      </w:pPr>
      <w:r>
        <w:t>اگر آپ سے کہا جائے کہ تمہاری چار مائیں ہیں تو اس کا مطلب یہ ہوگا کہ آپ ماں والی فیلنگ ہی آپ آپ سے غائب ہو جائے گی۔ تو</w:t>
      </w:r>
    </w:p>
    <w:p>
      <w:r>
        <w:rPr>
          <w:b/>
        </w:rPr>
        <w:t xml:space="preserve">[13:05] </w:t>
      </w:r>
      <w:r>
        <w:t>truth ka mamla jo hai, woh motherhood jaisa mamla hai.</w:t>
      </w:r>
    </w:p>
    <w:p>
      <w:pPr>
        <w:jc w:val="right"/>
      </w:pPr>
      <w:r>
        <w:t>ٹروتھ کا معاملہ جو ہے، وہ مدر ہڈ جیسا معاملہ ہے۔</w:t>
      </w:r>
    </w:p>
    <w:p>
      <w:r>
        <w:rPr>
          <w:b/>
        </w:rPr>
        <w:t xml:space="preserve">[13:09] </w:t>
      </w:r>
      <w:r>
        <w:t>woh spirit ko bardasht nahi kar sakta. to oneness of reality hi natural formula hai.</w:t>
      </w:r>
    </w:p>
    <w:p>
      <w:pPr>
        <w:jc w:val="right"/>
      </w:pPr>
      <w:r>
        <w:t>وہ سپرٹ کو برداشت نہیں کر سکتا۔ تو وننس آف ریلیٹی ہی نیچرل فارمولا ہے۔</w:t>
      </w:r>
    </w:p>
    <w:p>
      <w:r>
        <w:rPr>
          <w:b/>
        </w:rPr>
        <w:t xml:space="preserve">[13:20] </w:t>
      </w:r>
      <w:r>
        <w:t>aur yeh jo baat kahi jati hai ke oneness of reality se aata hai superiority complex, hate, intolerance, war, to yeh mein samajhta hoon ke ek bilkul hi baseless baat hai.</w:t>
      </w:r>
    </w:p>
    <w:p>
      <w:pPr>
        <w:jc w:val="right"/>
      </w:pPr>
      <w:r>
        <w:t>اور یہ جو بات کہی جاتی ہے کہ وننس آف ریلیٹی سے آتا ہے سپیریٹی کمپلیکس، ہیٹ، انٹالرنس، وار، تو یہ میں سمجھتا ہوں کہ ایک بالکل ہی بیسلس بات ہے۔</w:t>
      </w:r>
    </w:p>
    <w:p>
      <w:r>
        <w:rPr>
          <w:b/>
        </w:rPr>
        <w:t xml:space="preserve">[13:35] </w:t>
      </w:r>
      <w:r>
        <w:t>kyun? oneness of reality ka matlab hai, oneness of truth ka matlab hai ke ek nayi personality aadmi ke andar emerge kare, karna chahiye.</w:t>
      </w:r>
    </w:p>
    <w:p>
      <w:pPr>
        <w:jc w:val="right"/>
      </w:pPr>
      <w:r>
        <w:t>کیوں؟ وننس آف ریلیٹی کا مطلب ہے، وننس آف ٹروتھ کا مطلب ہے کہ ایک نئی پرسنیلٹی آدمی کے اندر ایمرج کرے، کرنا چاہیے۔</w:t>
      </w:r>
    </w:p>
    <w:p>
      <w:r>
        <w:rPr>
          <w:b/>
        </w:rPr>
        <w:t xml:space="preserve">[13:44] </w:t>
      </w:r>
      <w:r>
        <w:t>warna us ko kuch bhi nahi mila. unhone, us ko, unhone kai sachaiyan milein, unhein ek sachai mili.</w:t>
      </w:r>
    </w:p>
    <w:p>
      <w:pPr>
        <w:jc w:val="right"/>
      </w:pPr>
      <w:r>
        <w:t>ورنہ اس کو کچھ بھی نہیں ملا۔ انہوں نے، اس کو، انہوں نے کئی سچائیاں ملیں، انہیں ایک سچائی ملی۔</w:t>
      </w:r>
    </w:p>
    <w:p>
      <w:r>
        <w:rPr>
          <w:b/>
        </w:rPr>
        <w:t xml:space="preserve">[13:53] </w:t>
      </w:r>
      <w:r>
        <w:t>oneness of truth ka matlab hai ke us ne ek ooncha level pa liya, zindagi jeene ka, ek higher level jeene ka pa liya. jis ko kehte hain simple living, high thinking.</w:t>
      </w:r>
    </w:p>
    <w:p>
      <w:pPr>
        <w:jc w:val="right"/>
      </w:pPr>
      <w:r>
        <w:t>وننس آف ٹروتھ کا مطلب ہے کہ اس نے ایک اونچا لیول پا لیا، زندگی جینے کا، ایک ہائر لیول جینے کا پا لیا۔ جس کو کہتے ہیں سمپل لیونگ، ہائی تھنکنگ۔</w:t>
      </w:r>
    </w:p>
    <w:p>
      <w:r>
        <w:rPr>
          <w:b/>
        </w:rPr>
        <w:t xml:space="preserve">[14:06] </w:t>
      </w:r>
      <w:r>
        <w:t>ek higher level jab aap ko mil jaye jeene ka to wahan har cheez minimize ho jati hai. hate, intolerance, war, sab minimize ho jata hai, sab disappear ho jata hai,</w:t>
      </w:r>
    </w:p>
    <w:p>
      <w:pPr>
        <w:jc w:val="right"/>
      </w:pPr>
      <w:r>
        <w:t>ایک ہائر لیول جب آپ کو مل جائے جینے کا تو وہاں ہر چیز منیمائز ہو جاتی ہے۔ ہیٹ، انٹالرنس، وار، سب منیمائز ہو جاتا ہے، سب ڈس ہیپیئر ہو جاتا ہے،</w:t>
      </w:r>
    </w:p>
    <w:p>
      <w:r>
        <w:rPr>
          <w:b/>
        </w:rPr>
        <w:t xml:space="preserve">[14:18] </w:t>
      </w:r>
      <w:r>
        <w:t>sab disappear ho jata hai. mein apne bare mein keh sakta hoon ke maine true, truth meri discovery hai. I have true, I have discovered the truth in my own.</w:t>
      </w:r>
    </w:p>
    <w:p>
      <w:pPr>
        <w:jc w:val="right"/>
      </w:pPr>
      <w:r>
        <w:t>سب ڈس ہیپیئر ہو جاتا ہے۔ میں اپنے بارے میں کہہ سکتا ہوں کہ میں نے ٹرو، ٹروتھ میری ڈسکوری ہے۔ آئی ہیو ٹرو، آئی ہیو ڈسکور دا ٹروتھ ان مائی اون۔</w:t>
      </w:r>
    </w:p>
    <w:p>
      <w:r>
        <w:rPr>
          <w:b/>
        </w:rPr>
        <w:t xml:space="preserve">[14:32] </w:t>
      </w:r>
      <w:r>
        <w:t>to jab mein discover kiya truth ko to har cheez meri zindagi mein disappear ho gayi. intolerance, hate, confrontation, aur malice,</w:t>
      </w:r>
    </w:p>
    <w:p>
      <w:pPr>
        <w:jc w:val="right"/>
      </w:pPr>
      <w:r>
        <w:t>تو جب میں ڈسکور کیا ٹروتھ کو تو ہر چیز میری زندگی میں ڈس ہیپیئر ہو گئی۔ انٹالرنس، ہیٹ، کنفرنٹیشن، اور میلس،</w:t>
      </w:r>
    </w:p>
    <w:p>
      <w:r>
        <w:rPr>
          <w:b/>
        </w:rPr>
        <w:t xml:space="preserve">[14:47] </w:t>
      </w:r>
      <w:r>
        <w:t>aur injustice, dishonesty, sab disappear ho gayi. bhai, har insaan mere liye ek ek hi darje ka</w:t>
      </w:r>
    </w:p>
    <w:p>
      <w:pPr>
        <w:jc w:val="right"/>
      </w:pPr>
      <w:r>
        <w:t>اور انجسٹس، ڈس اونسٹی، سب ڈس ہیپیئر ہو گئی۔ بھئی، ہر انسان میرے لیے ایک ایک ہی درجے کا</w:t>
      </w:r>
    </w:p>
    <w:p>
      <w:r>
        <w:rPr>
          <w:b/>
        </w:rPr>
        <w:t xml:space="preserve">[15:00] </w:t>
      </w:r>
      <w:r>
        <w:t>ban gaya. doosri cheez jo mujhe mili, woh modesty. mein samajhta hoon ke oneness of truth jo hai, woh aap ko supreme sense mein modest banata hai.</w:t>
      </w:r>
    </w:p>
    <w:p>
      <w:pPr>
        <w:jc w:val="right"/>
      </w:pPr>
      <w:r>
        <w:t>بن گیا۔ دوسری چیز جو مجھے ملی، وہ ماڈسٹی۔ میں سمجھتا ہوں کہ وننس آف ٹروتھ جو ہے، وہ آپ کو سپریم سینس میں ماڈسٹ بناتا ہے۔</w:t>
      </w:r>
    </w:p>
    <w:p>
      <w:r>
        <w:rPr>
          <w:b/>
        </w:rPr>
        <w:t xml:space="preserve">[15:11] </w:t>
      </w:r>
      <w:r>
        <w:t>modesty. agar modesty nahi aayi to aap ne sachai ko bhi nahi paya. modesty. to jahan modesty aa jaye, wahan bhi aap dekhiye, organs khatam,</w:t>
      </w:r>
    </w:p>
    <w:p>
      <w:pPr>
        <w:jc w:val="right"/>
      </w:pPr>
      <w:r>
        <w:t>ماڈسٹی۔ اگر ماڈسٹی نہیں آئی تو آپ نے سچائی کو بھی نہیں پایا۔ ماڈسٹی۔ تو جہاں ماڈسٹی آ جائے، وہاں بھی آپ دیکھیے، ارگنز ختم،</w:t>
      </w:r>
    </w:p>
    <w:p>
      <w:r>
        <w:rPr>
          <w:b/>
        </w:rPr>
        <w:t xml:space="preserve">[15:27] </w:t>
      </w:r>
      <w:r>
        <w:t>ego's khatam,</w:t>
      </w:r>
    </w:p>
    <w:p>
      <w:pPr>
        <w:jc w:val="right"/>
      </w:pPr>
      <w:r>
        <w:t>ایگوئز ختم،</w:t>
      </w:r>
    </w:p>
    <w:p>
      <w:r>
        <w:rPr>
          <w:b/>
        </w:rPr>
        <w:t xml:space="preserve">[15:30] </w:t>
      </w:r>
      <w:r>
        <w:t>yeh sab khatam. jis cheez ko excuse bana kar ke log oneness of truth ke theory ko reject karte hain, woh ek galat excuse hai.</w:t>
      </w:r>
    </w:p>
    <w:p>
      <w:pPr>
        <w:jc w:val="right"/>
      </w:pPr>
      <w:r>
        <w:t>یہ سب ختم۔ جس چیز کو ایکسکیوز بنا کر کے لوگ وننس آف ٹروتھ کے تھیوری کو ریجیکٹ کرتے ہیں، وہ ایک غلط ایکسکیوز ہے۔</w:t>
      </w:r>
    </w:p>
    <w:p>
      <w:r>
        <w:rPr>
          <w:b/>
        </w:rPr>
        <w:t xml:space="preserve">[15:46] </w:t>
      </w:r>
      <w:r>
        <w:t>yani aap oneness ko, yani oneness ke concept ko lein aur kisi dada ko de kar kahein ke dekho, us ke andar yeh ladai jhagda hai, us ke andar aisa hai, us ke andar waisa hai, halanke woh kehta hai ke mein ek khuda ko m</w:t>
      </w:r>
    </w:p>
    <w:p>
      <w:pPr>
        <w:jc w:val="right"/>
      </w:pPr>
      <w:r>
        <w:t>یعنی آپ وننس کو، یعنی وننس کے کانسیپٹ کو لیں اور کسی دادا کو دے کر کہیں کہ دیکھو، اس کے اندر یہ لڑائی جھگڑا ہے، اس کے اندر ایسا ہے، اس کے اندر ویسا ہے، حالانکہ وہ کہتا ہے کہ میں ایک خدا کو م</w:t>
      </w:r>
    </w:p>
    <w:p>
      <w:r>
        <w:rPr>
          <w:b/>
        </w:rPr>
        <w:t xml:space="preserve">[15:59] </w:t>
      </w:r>
      <w:r>
        <w:t>anta hoon. to lip service kar raha hoga woh. mein is truth ko ki baat kar raha hoon jo discovery hota hai insaan ki.</w:t>
      </w:r>
    </w:p>
    <w:p>
      <w:pPr>
        <w:jc w:val="right"/>
      </w:pPr>
      <w:r>
        <w:t>انتا ہوں۔ تو لپ سروس کر رہا ہوگا وہ۔ میں اس ٹروتھ کو کی بات کر رہا ہوں جو ڈسکوری ہوتا ہے انسان کی۔</w:t>
      </w:r>
    </w:p>
    <w:p>
      <w:r>
        <w:rPr>
          <w:b/>
        </w:rPr>
        <w:t xml:space="preserve">[16:10] </w:t>
      </w:r>
      <w:r>
        <w:t>mein is truth ki baat nahi kar raha hoon jo lip service hota hai.</w:t>
      </w:r>
    </w:p>
    <w:p>
      <w:pPr>
        <w:jc w:val="right"/>
      </w:pPr>
      <w:r>
        <w:t>میں اس ٹروتھ کی بات نہیں کر رہا ہوں جو لپ سروس ہوتا ہے۔</w:t>
      </w:r>
    </w:p>
    <w:p>
      <w:r>
        <w:rPr>
          <w:b/>
        </w:rPr>
        <w:t xml:space="preserve">[16:16] </w:t>
      </w:r>
      <w:r>
        <w:t>jaise abhi Pakistan mein Lal Bashir ka jo qissa tha, woh sab Islam ki baat bolte the, halanke woh Islam jo kuch kiya unhone, woh Islam ka negation tha.</w:t>
      </w:r>
    </w:p>
    <w:p>
      <w:pPr>
        <w:jc w:val="right"/>
      </w:pPr>
      <w:r>
        <w:t>جیسے ابھی پاکستان میں لال بشیر کا جو قصہ تھا، وہ سب اسلام کی بات بولتے تھے، حالانکہ وہ اسلام جو کچھ کیا انہوں نے، وہ اسلام کا نیگیشن تھا۔</w:t>
      </w:r>
    </w:p>
    <w:p>
      <w:r>
        <w:rPr>
          <w:b/>
        </w:rPr>
        <w:t xml:space="preserve">[16:28] </w:t>
      </w:r>
      <w:r>
        <w:t>to mujh se bolne se kya hota hai? koi aadmi ek khuda kahe ke mein ek khuda ko manta hoon aur us ke baad ladai jhagda kare to aap kahein ke dekho, ek khuda concept jo hai, ladai jhagda paida karta hai.</w:t>
      </w:r>
    </w:p>
    <w:p>
      <w:pPr>
        <w:jc w:val="right"/>
      </w:pPr>
      <w:r>
        <w:t>تو مجھ سے بولنے سے کیا ہوتا ہے؟ کوئی آدمی ایک خدا کہے کہ میں ایک خدا کو مانتا ہوں اور اس کے بعد لڑائی جھگڑا کرے تو آپ کہیں کہ دیکھو، ایک خدا کانسیپٹ جو ہے، لڑائی جھگڑا پیدا کرتا ہے۔</w:t>
      </w:r>
    </w:p>
    <w:p>
      <w:r>
        <w:rPr>
          <w:b/>
        </w:rPr>
        <w:t xml:space="preserve">[16:39] </w:t>
      </w:r>
      <w:r>
        <w:t>yeh acha hai ke hum kai khuda manen.</w:t>
      </w:r>
    </w:p>
    <w:p>
      <w:pPr>
        <w:jc w:val="right"/>
      </w:pPr>
      <w:r>
        <w:t>یہ اچھا ہے کہ ہم کئی خدا مانیں۔</w:t>
      </w:r>
    </w:p>
    <w:p>
      <w:r>
        <w:rPr>
          <w:b/>
        </w:rPr>
        <w:t xml:space="preserve">[16:42] </w:t>
      </w:r>
      <w:r>
        <w:t>yeh to criteria galat hai na? criterion.</w:t>
      </w:r>
    </w:p>
    <w:p>
      <w:pPr>
        <w:jc w:val="right"/>
      </w:pPr>
      <w:r>
        <w:t>یہ تو کرائٹیریا غلط ہے نا؟ کرائٹیرین۔</w:t>
      </w:r>
    </w:p>
    <w:p>
      <w:r>
        <w:rPr>
          <w:b/>
        </w:rPr>
        <w:t xml:space="preserve">[16:48] </w:t>
      </w:r>
      <w:r>
        <w:t>pakistan ki lal masjid mein jo log guzar gaye, gun aur bomb le kar ke, woh islam kya, woh to insaniyat par bhi nahi thay.</w:t>
      </w:r>
    </w:p>
    <w:p>
      <w:pPr>
        <w:jc w:val="right"/>
      </w:pPr>
      <w:r>
        <w:t>پاکستان کی لال مسجد میں جو لوگ گز گئے، گن اور بم لے کر کے، وہ اسلام کیا، وہ تو انسانیت پر بھی نہیں تھے۔</w:t>
      </w:r>
    </w:p>
    <w:p>
      <w:r>
        <w:rPr>
          <w:b/>
        </w:rPr>
        <w:t xml:space="preserve">[17:01] </w:t>
      </w:r>
      <w:r>
        <w:t>un ka case insaniyat ka case bhi nahi hai. islam ka case kahan se hoga?</w:t>
      </w:r>
    </w:p>
    <w:p>
      <w:pPr>
        <w:jc w:val="right"/>
      </w:pPr>
      <w:r>
        <w:t>ان کا کیس انسانیت کا کیس بھی نہیں ہے۔ اسلام کا کیس کہاں سے ہوگا؟</w:t>
      </w:r>
    </w:p>
    <w:p>
      <w:r>
        <w:rPr>
          <w:b/>
        </w:rPr>
        <w:t xml:space="preserve">[17:09] </w:t>
      </w:r>
      <w:r>
        <w:t>islam to dekhiye, yeh sikhaata hai ke jo sab se bari ibadat islam mein kya hai? hajj. hajj kya hai? aik rehearsal hai poori zindagi ka.</w:t>
      </w:r>
    </w:p>
    <w:p>
      <w:pPr>
        <w:jc w:val="right"/>
      </w:pPr>
      <w:r>
        <w:t>اسلام تو دیکھیے، یہ سکھاتا ہے کہ جو سب سے بڑی عبادت اسلام میں کیا ہے؟ حج۔ حج کیا ہے؟ ایک ریہرسل ہے پوری زندگی کا۔</w:t>
      </w:r>
    </w:p>
    <w:p>
      <w:r>
        <w:rPr>
          <w:b/>
        </w:rPr>
        <w:t xml:space="preserve">[17:21] </w:t>
      </w:r>
      <w:r>
        <w:t>hajj ka matlab ritual nahi hai. aik rehearsal hai ke wahan ja kar ke chand dinon mein aap aik course ko poora karte hain taake isi course ko aa kar translate kar saken apni poori zindagi mein.</w:t>
      </w:r>
    </w:p>
    <w:p>
      <w:pPr>
        <w:jc w:val="right"/>
      </w:pPr>
      <w:r>
        <w:t>حج کا مطلب ریچول نہیں ہے۔ ایک ریہرسل ہے کہ وہاں جا کر کے چند دنوں میں آپ ایک کورس کو پورا کرتے ہیں تاکہ اسی کورس کو آ کر ٹرانسلیٹ کر سکیں اپنی پوری زندگی میں۔</w:t>
      </w:r>
    </w:p>
    <w:p>
      <w:r>
        <w:rPr>
          <w:b/>
        </w:rPr>
        <w:t xml:space="preserve">[17:38] </w:t>
      </w:r>
      <w:r>
        <w:t>hajj koi rituals nahi hai. yeh nahi ke gaye kahin, kuch set of rituals hain, us ko ada kar liya aur hajj ho gaya. hajj ka matlab hai is rehearsals ko, is course ko,</w:t>
      </w:r>
    </w:p>
    <w:p>
      <w:pPr>
        <w:jc w:val="right"/>
      </w:pPr>
      <w:r>
        <w:t>حج کوئی ریچولز نہیں ہے۔ یہ نہیں کہ گئے کہیں، کچھ سیٹ آف ریچولز ہیں، اس کو ادا کر لیا اور حج ہو گیا۔ حج کا مطلب ہے اس ریہرسلز کو، اس کورس کو،</w:t>
      </w:r>
    </w:p>
    <w:p>
      <w:r>
        <w:rPr>
          <w:b/>
        </w:rPr>
        <w:t xml:space="preserve">[17:54] </w:t>
      </w:r>
      <w:r>
        <w:t>is course se guzar kar ke apne aap ko train karna, prepare karna taake rest of the life mein aap is ke mutabiq reh saken.</w:t>
      </w:r>
    </w:p>
    <w:p>
      <w:pPr>
        <w:jc w:val="right"/>
      </w:pPr>
      <w:r>
        <w:t>اس کورس سے گزر کر کے اپنے آپ کو ٹرین کرنا، پریپیئر کرنا تاکہ ریسٹ آف دا لائف میں آپ اس کے مطابق رہ سکیں۔</w:t>
      </w:r>
    </w:p>
    <w:p>
      <w:r>
        <w:rPr>
          <w:b/>
        </w:rPr>
        <w:t xml:space="preserve">[18:06] </w:t>
      </w:r>
      <w:r>
        <w:t>yeh hajj. hajj mein kya hota hai? aap chunti bhi agar paon se masal kar marain, chunti, aap ka hajj batil ho jayega.</w:t>
      </w:r>
    </w:p>
    <w:p>
      <w:pPr>
        <w:jc w:val="right"/>
      </w:pPr>
      <w:r>
        <w:t>یہ حج۔ حج میں کیا ہوتا ہے؟ آپ چیوٹی بھی اگر پاؤں سے مسل کر ماریں، چیوٹی، آپ کا حج باطل ہو جائے گا۔</w:t>
      </w:r>
    </w:p>
    <w:p>
      <w:r>
        <w:rPr>
          <w:b/>
        </w:rPr>
        <w:t xml:space="preserve">[18:19] </w:t>
      </w:r>
      <w:r>
        <w:t>itna zyada peace ki teaching hai hajj mein. kisi se aap gaali den, kisi ko, kisi ko thappar marain to aaj ka aap ka hajj batil ho jayega.</w:t>
      </w:r>
    </w:p>
    <w:p>
      <w:pPr>
        <w:jc w:val="right"/>
      </w:pPr>
      <w:r>
        <w:t>اتنا زیادہ پیس کی ٹیچنگ ہے حج میں۔ کسی سے آپ گالی دیں، کسی کو، کسی کو تھپڑ ماریں تو آج کا آپ کا حج باطل ہو جائے گا۔</w:t>
      </w:r>
    </w:p>
    <w:p>
      <w:r>
        <w:rPr>
          <w:b/>
        </w:rPr>
        <w:t xml:space="preserve">[18:33] </w:t>
      </w:r>
      <w:r>
        <w:t>fal rafas fal wala fusooq wala jizaal fil hajj. yaani hajj mein aadmi ko poori tarah tolerant ban kar rehna parta hai.</w:t>
      </w:r>
    </w:p>
    <w:p>
      <w:pPr>
        <w:jc w:val="right"/>
      </w:pPr>
      <w:r>
        <w:t>فلا رفس فلا ولا فسوق ولا جزال فی الحج۔ یعنی حج میں آدمی کو پوری طرح ٹالرنٹ بن کر رہنا پڑتا ہے۔</w:t>
      </w:r>
    </w:p>
    <w:p>
      <w:r>
        <w:rPr>
          <w:b/>
        </w:rPr>
        <w:t xml:space="preserve">[18:44] </w:t>
      </w:r>
      <w:r>
        <w:t>poori tarah aadmi ko</w:t>
      </w:r>
    </w:p>
    <w:p>
      <w:pPr>
        <w:jc w:val="right"/>
      </w:pPr>
      <w:r>
        <w:t>پوری طرح آدمی کو</w:t>
      </w:r>
    </w:p>
    <w:p>
      <w:r>
        <w:rPr>
          <w:b/>
        </w:rPr>
        <w:t xml:space="preserve">[18:49] </w:t>
      </w:r>
      <w:r>
        <w:t>peaceful ban kar rehna parta hai. aur arafat ke maidan mein aik hi libas mein saare log hotay hain. 25 lakh, 30 lakh aadmi aik hi libas mein.</w:t>
      </w:r>
    </w:p>
    <w:p>
      <w:pPr>
        <w:jc w:val="right"/>
      </w:pPr>
      <w:r>
        <w:t>پیس فل بن کر رہنا پڑتا ہے۔ اور عرفات کے میدان میں ایک ہی لباس میں سارے لوگ ہوتے ہیں۔ 25 لاکھ، 30 لاکھ آدمی ایک ہی لباس میں۔</w:t>
      </w:r>
    </w:p>
    <w:p>
      <w:r>
        <w:rPr>
          <w:b/>
        </w:rPr>
        <w:t xml:space="preserve">[19:01] </w:t>
      </w:r>
      <w:r>
        <w:t>yeh do bana sila kapra, chadar jaisa, do bana sila kapra. aik oopar lapait liya, aik neechay lapait liya.</w:t>
      </w:r>
    </w:p>
    <w:p>
      <w:pPr>
        <w:jc w:val="right"/>
      </w:pPr>
      <w:r>
        <w:t>یہ دو بنا سلا کپڑا، چادر جیسا، دو بنا سلا کپڑا۔ ایک اوپر لپیٹ لیا، ایک نیچے لپیٹ لیا۔</w:t>
      </w:r>
    </w:p>
    <w:p>
      <w:r>
        <w:rPr>
          <w:b/>
        </w:rPr>
        <w:t xml:space="preserve">[19:10] </w:t>
      </w:r>
      <w:r>
        <w:t>white kapra.</w:t>
      </w:r>
    </w:p>
    <w:p>
      <w:pPr>
        <w:jc w:val="right"/>
      </w:pPr>
      <w:r>
        <w:t>وائٹ کپڑا۔</w:t>
      </w:r>
    </w:p>
    <w:p>
      <w:r>
        <w:rPr>
          <w:b/>
        </w:rPr>
        <w:t xml:space="preserve">[19:12] </w:t>
      </w:r>
      <w:r>
        <w:t>agar aap wahan par dekhen, khare ho kar ke jab log ikhatta hotay hain arafat ke maidan mein to lagega ke saare insaan aik insaan hain, aik insaan hain,</w:t>
      </w:r>
    </w:p>
    <w:p>
      <w:pPr>
        <w:jc w:val="right"/>
      </w:pPr>
      <w:r>
        <w:t>اگر آپ وہاں پر دیکھیں، کھڑے ہو کر کے جب لوگ اکٹھا ہوتے ہیں عرفات کے میدان میں تو لگے گا کہ سارے انسان ایک انسان ہیں، ایک انسان ہیں،</w:t>
      </w:r>
    </w:p>
    <w:p>
      <w:r>
        <w:rPr>
          <w:b/>
        </w:rPr>
        <w:t xml:space="preserve">[19:28] </w:t>
      </w:r>
      <w:r>
        <w:t>aik humanity hai. wahan difference disappear ho jata hai. differences disappear ho jatay hain.</w:t>
      </w:r>
    </w:p>
    <w:p>
      <w:pPr>
        <w:jc w:val="right"/>
      </w:pPr>
      <w:r>
        <w:t>ایک ہیومینٹی ہے۔ وہاں ڈیفرنس ڈس ہیپیئر ہو جاتا ہے۔ ڈیفرنسز ڈس ہیپیئر ہو جاتے ہیں۔</w:t>
      </w:r>
    </w:p>
    <w:p>
      <w:r>
        <w:rPr>
          <w:b/>
        </w:rPr>
        <w:t xml:space="preserve">[19:37] </w:t>
      </w:r>
      <w:r>
        <w:t>is ki training ke liye hajj hota hai.</w:t>
      </w:r>
    </w:p>
    <w:p>
      <w:pPr>
        <w:jc w:val="right"/>
      </w:pPr>
      <w:r>
        <w:t>اس کی ٹریننگ کے لیے حج ہوتا ہے۔</w:t>
      </w:r>
    </w:p>
    <w:p>
      <w:r>
        <w:rPr>
          <w:b/>
        </w:rPr>
        <w:t xml:space="preserve">[19:40] </w:t>
      </w:r>
      <w:r>
        <w:t>to dekhiye, mein jis sachai, jis baat, jis sachai ki baat kar raha hoon, woh sachai lip lip service wali sachai nahi hai. lip lip service to aap chahe aik khuda kahain ya das khuda kahain, dono baat aik sa hai.</w:t>
      </w:r>
    </w:p>
    <w:p>
      <w:pPr>
        <w:jc w:val="right"/>
      </w:pPr>
      <w:r>
        <w:t>تو دیکھیے، میں جس سچائی، جس بات، جس سچائی کی بات کر رہا ہوں، وہ سچائی لپ لپ سروس والی سچائی نہیں ہے۔ لپ لپ سروس تو آپ چاہے ایک خدا کہیں یا دس خدا کہیں، دونوں بات ایک سا ہے۔</w:t>
      </w:r>
    </w:p>
    <w:p>
      <w:r>
        <w:rPr>
          <w:b/>
        </w:rPr>
        <w:t xml:space="preserve">[19:56] </w:t>
      </w:r>
      <w:r>
        <w:t>woh woh aik sachai ya woh aik khuda, woh aik reality jo aap ne matlab discovery ke pai ho, discovery jis mein aap eureka, eureka keh paray hon,</w:t>
      </w:r>
    </w:p>
    <w:p>
      <w:pPr>
        <w:jc w:val="right"/>
      </w:pPr>
      <w:r>
        <w:t>وہ وہ ایک سچائی یا وہ ایک خدا، وہ ایک ریلیٹی جو آپ نے مطلب ڈسکوری کے پائی ہو، ڈسکوری جس میں آپ یوریکا، یوریکا کہہ پڑے ہوں،</w:t>
      </w:r>
    </w:p>
    <w:p>
      <w:r>
        <w:rPr>
          <w:b/>
        </w:rPr>
        <w:t xml:space="preserve">[20:13] </w:t>
      </w:r>
      <w:r>
        <w:t>to is mein kya woh simple baat hogi? is ke baad aap ke andar aik nai personality emerge karti hai,</w:t>
      </w:r>
    </w:p>
    <w:p>
      <w:pPr>
        <w:jc w:val="right"/>
      </w:pPr>
      <w:r>
        <w:t>تو اس میں کیا وہ سمپل بات ہوگی؟ اس کے بعد آپ کے اندر ایک نئی پرسنیلٹی ایمرج کرتی ہے،</w:t>
      </w:r>
    </w:p>
    <w:p>
      <w:r>
        <w:rPr>
          <w:b/>
        </w:rPr>
        <w:t xml:space="preserve">[20:23] </w:t>
      </w:r>
      <w:r>
        <w:t>nai feeling, nai sentiment, nai thinking. saara aap ka jo wajood hai, woh aik naye sanche mein dhal jata hai.</w:t>
      </w:r>
    </w:p>
    <w:p>
      <w:pPr>
        <w:jc w:val="right"/>
      </w:pPr>
      <w:r>
        <w:t>نئی فیلنگ، نئی سینٹیمنٹ، نئی تھنکنگ۔ سارا آپ کا جو وجود ہے، وہ ایک نئے سانچے میں ڈھل جاتا ہے۔</w:t>
      </w:r>
    </w:p>
    <w:p>
      <w:r>
        <w:rPr>
          <w:b/>
        </w:rPr>
        <w:t xml:space="preserve">[20:35] </w:t>
      </w:r>
      <w:r>
        <w:t>is is is sachai ki baat mein kar raha hoon ke log jo kehte hain ke oneness of reality mein ladaai bhadaai hai aur manyness of reality mein peace hai, to yeh galat criterion ko apply kar rahay hain.</w:t>
      </w:r>
    </w:p>
    <w:p>
      <w:pPr>
        <w:jc w:val="right"/>
      </w:pPr>
      <w:r>
        <w:t>اس اس اس سچائی کی بات میں کر رہا ہوں کہ لوگ جو کہتے ہیں کہ وننس آف ریلیٹی میں لڑائی بھڑائی ہے اور میننس آف ریلیٹی میں پیس ہے، تو یہ غلط کرائٹیرین کو اپلائی کر رہے ہیں۔</w:t>
      </w:r>
    </w:p>
    <w:p>
      <w:r>
        <w:rPr>
          <w:b/>
        </w:rPr>
        <w:t xml:space="preserve">[20:49] </w:t>
      </w:r>
      <w:r>
        <w:t>woh</w:t>
      </w:r>
    </w:p>
    <w:p>
      <w:pPr>
        <w:jc w:val="right"/>
      </w:pPr>
      <w:r>
        <w:t>وہ</w:t>
      </w:r>
    </w:p>
    <w:p>
      <w:r>
        <w:rPr>
          <w:b/>
        </w:rPr>
        <w:t xml:space="preserve">[20:53] </w:t>
      </w:r>
      <w:r>
        <w:t>yaani woh aik aik wrong criterion ko apply kar ke aik rai bana rahay hain apni. jo log lip service ke tor par kehte hain aik khuda, woh koi criterion hai?</w:t>
      </w:r>
    </w:p>
    <w:p>
      <w:pPr>
        <w:jc w:val="right"/>
      </w:pPr>
      <w:r>
        <w:t>یعنی وہ ایک ایک رونگ کرائٹیرین کو اپلائی کر کے ایک رائے بنا رہے ہیں اپنی۔ جو لوگ لفٹ سروس کے طور پر کہتے ہیں ایک خدا، وہ کوئی کرائٹیرین ہے؟</w:t>
      </w:r>
    </w:p>
    <w:p>
      <w:r>
        <w:rPr>
          <w:b/>
        </w:rPr>
        <w:t xml:space="preserve">[21:07] </w:t>
      </w:r>
      <w:r>
        <w:t>jaise ke jo log lal masjid mein ja kar ke gun chalai aur bomb mara, unhon ne, aur main ne radio mein suna ke 160 aadmi to mar gaye aur bohat se is mein zakhmi hue.</w:t>
      </w:r>
    </w:p>
    <w:p>
      <w:pPr>
        <w:jc w:val="right"/>
      </w:pPr>
      <w:r>
        <w:t>جیسے کہ جو لوگ لال مسجد میں جا کر کے گن چلائی اور بم مارا، انہوں نے، اور میں نے ریڈیو میں سنا کہ 160 آدمی تو مر گئے اور بہت سے اس میں زخ</w:t>
      </w:r>
    </w:p>
    <w:p>
      <w:r>
        <w:rPr>
          <w:b/>
        </w:rPr>
        <w:t xml:space="preserve">[21:20] </w:t>
      </w:r>
      <w:r>
        <w:t>mi hue. aaj ki paper mein, aaj ke paper mein hai ke ek musalman ne suicide kar ke attack kiya aur aur 25 aadmi mar gaye aur aur bohat se zakhmi hue.</w:t>
      </w:r>
    </w:p>
    <w:p>
      <w:pPr>
        <w:jc w:val="right"/>
      </w:pPr>
      <w:r>
        <w:t>می ہوئے۔ آج کی پیپر میں، آج کے پیپر میں ہے کہ ایک مسلمان نے سوسائیڈ کر کے اٹیک کیا اور اور 25 آدمی مر گئے اور اور بہت سے زخمی ہوئے۔</w:t>
      </w:r>
    </w:p>
    <w:p>
      <w:r>
        <w:rPr>
          <w:b/>
        </w:rPr>
        <w:t xml:space="preserve">[21:38] </w:t>
      </w:r>
      <w:r>
        <w:t>marne wala bhi musalman, mar marne wala bhi musalman hai. yeh to bilkul haram se bhi barh kar koi super haram hai. kyunke yeh sab la la ilaha kehne wale the,</w:t>
      </w:r>
    </w:p>
    <w:p>
      <w:pPr>
        <w:jc w:val="right"/>
      </w:pPr>
      <w:r>
        <w:t>مرنے والا بھی مسلمان، مر مارنے والا بھی مسلمان ہے۔ یہ تو بالکل حرام سے بھی بڑھ کر کوئی سپر حرام ہے۔ کیونکہ یہ سب لا لا الہ کہنے والے تھے،</w:t>
      </w:r>
    </w:p>
    <w:p>
      <w:r>
        <w:rPr>
          <w:b/>
        </w:rPr>
        <w:t xml:space="preserve">[21:49] </w:t>
      </w:r>
      <w:r>
        <w:t>khuda ek hai, khuda ek hai. to yeh to lip service thi. kyunke agar woh kahenge khuda ek hai to unhein khuda ki kitab ko manna chahiye, word of god ko manna chahiye.</w:t>
      </w:r>
    </w:p>
    <w:p>
      <w:pPr>
        <w:jc w:val="right"/>
      </w:pPr>
      <w:r>
        <w:t>خدا ایک ہے، خدا ایک ہے۔ تو یہ تو لپ سروس تھی۔ کیونکہ اگر وہ کہیں گے خدا ایک ہے تو انہیں خدا کی کتاب کو ماننا چاہیے، ورڈ آف گاڈ کو ماننا چاہیے۔</w:t>
      </w:r>
    </w:p>
    <w:p>
      <w:r>
        <w:rPr>
          <w:b/>
        </w:rPr>
        <w:t xml:space="preserve">[22:02] </w:t>
      </w:r>
      <w:r>
        <w:t>word of god kya hai? quran mein likha hua hai ke jis ne ek insan ko mara, us ne sare hi insano ko mar dala.</w:t>
      </w:r>
    </w:p>
    <w:p>
      <w:pPr>
        <w:jc w:val="right"/>
      </w:pPr>
      <w:r>
        <w:t>ورڈ آف گاڈ کیا ہے؟ قرآن میں لکھا ہوا ہے کہ جس نے ایک انسان کو مارا، اس نے سارے ہی انسانوں کو مار ڈالا۔</w:t>
      </w:r>
    </w:p>
    <w:p>
      <w:r>
        <w:rPr>
          <w:b/>
        </w:rPr>
        <w:t xml:space="preserve">[22:16] </w:t>
      </w:r>
      <w:r>
        <w:t>ek insan ko mara to us ne sare insano ko mar dala. aap bataiye ke oneness of god ka jo concept hai, yeh strict agar paida kare, tab woh kaha jayega ke aadmi is ko manne wala hai.</w:t>
      </w:r>
    </w:p>
    <w:p>
      <w:pPr>
        <w:jc w:val="right"/>
      </w:pPr>
      <w:r>
        <w:t>ایک انسان کو مارا تو اس نے سارے انسانوں کو مار ڈالا۔ آپ بتائیے کہ وننس آف گاڈ کا جو کانسیپٹ ہے، یہ اسٹرکٹ اگر پیدا کرے، تب وہ کہا جائے گا کہ آدمی اس کو ماننے والا ہے۔</w:t>
      </w:r>
    </w:p>
    <w:p>
      <w:r>
        <w:rPr>
          <w:b/>
        </w:rPr>
        <w:t xml:space="preserve">[22:33] </w:t>
      </w:r>
      <w:r>
        <w:t>unhon ne kaha hai ke lip service karne wala hai, yeh is ke kehne ki koi haqiqat nahi hai.</w:t>
      </w:r>
    </w:p>
    <w:p>
      <w:pPr>
        <w:jc w:val="right"/>
      </w:pPr>
      <w:r>
        <w:t>انہوں نے کہا ہے کہ لپ سروس کرنے والا ہے، یہ اس کے کہنے کی کوئی حقی</w:t>
      </w:r>
    </w:p>
    <w:p>
      <w:r>
        <w:rPr>
          <w:b/>
        </w:rPr>
        <w:t xml:space="preserve">[22:38] </w:t>
      </w:r>
      <w:r>
        <w:t>qat nahi hai. to dekhiye, main yeh keh raha tha ke jab aap truth ko bant dein kai mein to kya hota hai?</w:t>
      </w:r>
    </w:p>
    <w:p>
      <w:pPr>
        <w:jc w:val="right"/>
      </w:pPr>
      <w:r>
        <w:t>قت نہیں ہے۔ تو دیکھیے، میں یہ کہہ رہا تھا کہ جب آپ ٹروتھ کو بانٹ دیں کئی میں تو کیا ہوتا ہے؟</w:t>
      </w:r>
    </w:p>
    <w:p>
      <w:r>
        <w:rPr>
          <w:b/>
        </w:rPr>
        <w:t xml:space="preserve">[22:48] </w:t>
      </w:r>
      <w:r>
        <w:t>aap conviction se mehroom ho jate hain, yaqeen se mehroom ho jate hain.</w:t>
      </w:r>
    </w:p>
    <w:p>
      <w:pPr>
        <w:jc w:val="right"/>
      </w:pPr>
      <w:r>
        <w:t>آپ کنوکشن سے محروم ہو جاتے ہیں، یقین سے محروم ہو جاتے ہیں۔</w:t>
      </w:r>
    </w:p>
    <w:p>
      <w:r>
        <w:rPr>
          <w:b/>
        </w:rPr>
        <w:t xml:space="preserve">[22:55] </w:t>
      </w:r>
      <w:r>
        <w:t>aur jab ek ko manen aap to aap ko bohat bara conviction aata hai,</w:t>
      </w:r>
    </w:p>
    <w:p>
      <w:pPr>
        <w:jc w:val="right"/>
      </w:pPr>
      <w:r>
        <w:t>اور جب ایک کو مانیں آپ تو آپ کو بہت بڑا کنوکشن آتا ہے،</w:t>
      </w:r>
    </w:p>
    <w:p>
      <w:r>
        <w:rPr>
          <w:b/>
        </w:rPr>
        <w:t xml:space="preserve">[23:05] </w:t>
      </w:r>
      <w:r>
        <w:t>bohat bara conviction. main</w:t>
      </w:r>
    </w:p>
    <w:p>
      <w:pPr>
        <w:jc w:val="right"/>
      </w:pPr>
      <w:r>
        <w:t>بہت بڑا کنوکشن۔ میں</w:t>
      </w:r>
    </w:p>
    <w:p>
      <w:r>
        <w:rPr>
          <w:b/>
        </w:rPr>
        <w:t xml:space="preserve">[23:08] </w:t>
      </w:r>
      <w:r>
        <w:t>jis sense mein bol raha hoon, us sense mein ke khuda ek hai, khuda creator hai, khuda sustainer hai, khuda lord of the universe hai.</w:t>
      </w:r>
    </w:p>
    <w:p>
      <w:pPr>
        <w:jc w:val="right"/>
      </w:pPr>
      <w:r>
        <w:t>جس سینس میں بول رہا ہوں، اس سینس میں کہ خدا ایک ہے، خدا کریٹر ہے، خدا سسٹینر ہے، خدا لارڈ آف دا یونیورس ہے۔</w:t>
      </w:r>
    </w:p>
    <w:p>
      <w:r>
        <w:rPr>
          <w:b/>
        </w:rPr>
        <w:t xml:space="preserve">[23:21] </w:t>
      </w:r>
      <w:r>
        <w:t>us sense mein kyunke main ne dekha truth means god.</w:t>
      </w:r>
    </w:p>
    <w:p>
      <w:pPr>
        <w:jc w:val="right"/>
      </w:pPr>
      <w:r>
        <w:t>اس سینس میں کیونکہ میں نے دیکھا ٹروتھ مینز گاڈ۔</w:t>
      </w:r>
    </w:p>
    <w:p>
      <w:r>
        <w:rPr>
          <w:b/>
        </w:rPr>
        <w:t xml:space="preserve">[23:30] </w:t>
      </w:r>
      <w:r>
        <w:t>jis ne truth ko paya, us ne god ko discover kiya. aur god ko discover karna kya hai?</w:t>
      </w:r>
    </w:p>
    <w:p>
      <w:pPr>
        <w:jc w:val="right"/>
      </w:pPr>
      <w:r>
        <w:t>جس نے ٹروتھ کو پایا، اس نے گاڈ کو ڈسکور کیا۔ اور گاڈ کو ڈسکور کرنا کیا ہے؟</w:t>
      </w:r>
    </w:p>
    <w:p>
      <w:r>
        <w:rPr>
          <w:b/>
        </w:rPr>
        <w:t xml:space="preserve">[23:37] </w:t>
      </w:r>
      <w:r>
        <w:t>god ko discover karna yeh hai ke god ko aap creator ke taur par discover karen, sustainer ke taur par discover karen.</w:t>
      </w:r>
    </w:p>
    <w:p>
      <w:pPr>
        <w:jc w:val="right"/>
      </w:pPr>
      <w:r>
        <w:t>گاڈ کو ڈسکور کرنا یہ ہے کہ گاڈ کو آپ کریٹر کے طور پر ڈسکور کریں، سسٹینر کے طور پر ڈسکور کریں۔</w:t>
      </w:r>
    </w:p>
    <w:p>
      <w:r>
        <w:rPr>
          <w:b/>
        </w:rPr>
        <w:t xml:space="preserve">[23:48] </w:t>
      </w:r>
      <w:r>
        <w:t>is hesiyat se discover karen ke woh mujh ko dekh raha hai, woh punishment dega, woh reward dega. us ne apna, apne guidance bheji hai revelation ke through.</w:t>
      </w:r>
    </w:p>
    <w:p>
      <w:pPr>
        <w:jc w:val="right"/>
      </w:pPr>
      <w:r>
        <w:t>اس حیثیت سے ڈسکور کریں کہ وہ مجھ کو دیکھ رہا ہے، وہ پنشمنٹ دے گا، وہ ریوارڈ دے گا۔ اس نے اپنا، اپنے گائیڈنس بھیجی ہے ریولیشن کے تھرو۔</w:t>
      </w:r>
    </w:p>
    <w:p>
      <w:r>
        <w:rPr>
          <w:b/>
        </w:rPr>
        <w:t xml:space="preserve">[24:01] </w:t>
      </w:r>
      <w:r>
        <w:t>us sense mein to is se kitni bari taqat aati hai.</w:t>
      </w:r>
    </w:p>
    <w:p>
      <w:pPr>
        <w:jc w:val="right"/>
      </w:pPr>
      <w:r>
        <w:t>اس سینس میں تو اس سے کتنی بڑی طاقت آتی ہے۔</w:t>
      </w:r>
    </w:p>
    <w:p>
      <w:r>
        <w:rPr>
          <w:b/>
        </w:rPr>
        <w:t xml:space="preserve">[24:10] </w:t>
      </w:r>
      <w:r>
        <w:t>to ek ek qissa main ne is se pehle bayan kiya tha, yahan is ko main dohrata hoon ke woh bohat achhe tarike se illustrate karta hai is baat ko ke kisi ke conviction jo hai, agar aadmi ke paas hai conviction to bare se bare crisis mein woh jee sakta hai,</w:t>
      </w:r>
    </w:p>
    <w:p>
      <w:pPr>
        <w:jc w:val="right"/>
      </w:pPr>
      <w:r>
        <w:t>تو ایک ایک قصہ میں نے اس سے پہلے بیان کیا تھا، یہاں اس کو میں دہراتا ہوں کہ وہ بہت اچھے طریقے سے ایلسٹریٹ کرتا ہے اس بات کو کہ کسی کہ کنوکشن جو ہے، اگر آدمی کے پاس ہے کنوکشن تو بڑے سے بڑے کرائسز میں وہ جی سکتا ہے،</w:t>
      </w:r>
    </w:p>
    <w:p>
      <w:r>
        <w:rPr>
          <w:b/>
        </w:rPr>
        <w:t xml:space="preserve">[24:28] </w:t>
      </w:r>
      <w:r>
        <w:t>pure pure peace ke sath, bilkul normal tarike par. kyunke dekhiye, dunya jo hai, full of crises hai.</w:t>
      </w:r>
    </w:p>
    <w:p>
      <w:pPr>
        <w:jc w:val="right"/>
      </w:pPr>
      <w:r>
        <w:t>پورے پورے پیس کے ساتھ، بالکل نارمل طریقے پر۔ کیونکہ دیکھیے، دنیا جو ہے، فل آف کرائسز ہے۔</w:t>
      </w:r>
    </w:p>
    <w:p>
      <w:r>
        <w:rPr>
          <w:b/>
        </w:rPr>
        <w:t xml:space="preserve">[24:39] </w:t>
      </w:r>
      <w:r>
        <w:t>aap dunya mein is se bach nahi sakte ke aap ke paas ke aap crisis mein pad jayen, aap ko loss ho, aap ko trouble ho, aap ko problem pesh ayen.</w:t>
      </w:r>
    </w:p>
    <w:p>
      <w:pPr>
        <w:jc w:val="right"/>
      </w:pPr>
      <w:r>
        <w:t>آپ دنیا میں اس سے بچ نہیں سکتے کہ آپ کے پاس کہ آپ کے آپ کرائسز میں پڑ جائیں، آپ کو لاس ہو، آپ کو ٹربل ہو، آپ کو پرابلم پیش آئیں۔</w:t>
      </w:r>
    </w:p>
    <w:p>
      <w:r>
        <w:rPr>
          <w:b/>
        </w:rPr>
        <w:t xml:space="preserve">[24:55] </w:t>
      </w:r>
      <w:r>
        <w:t>life is full of trouble, full of crises, full of problem.</w:t>
      </w:r>
    </w:p>
    <w:p>
      <w:pPr>
        <w:jc w:val="right"/>
      </w:pPr>
      <w:r>
        <w:t>لائف از فل آف ٹربل، فل آف کرائسز، فل آف پرابلم۔</w:t>
      </w:r>
    </w:p>
    <w:p>
      <w:r>
        <w:rPr>
          <w:b/>
        </w:rPr>
        <w:t xml:space="preserve">[25:02] </w:t>
      </w:r>
      <w:r>
        <w:t>yeh har ek ke liye, mere aap ke liye bhi, super power ke liye bhi, aur rich of poor dono ke liye, sab ke liye.</w:t>
      </w:r>
    </w:p>
    <w:p>
      <w:pPr>
        <w:jc w:val="right"/>
      </w:pPr>
      <w:r>
        <w:t>یہ ہر ایک کے لیے، میرے آپ کے لیے بھی، سپر پاور کے لیے بھی، اور رچ آف پور دونوں کے لیے، سب کے لیے۔</w:t>
      </w:r>
    </w:p>
    <w:p>
      <w:r>
        <w:rPr>
          <w:b/>
        </w:rPr>
        <w:t xml:space="preserve">[25:12] </w:t>
      </w:r>
      <w:r>
        <w:t>to sawal yeh hai ke aisi ek dunya mein aap kaise jiyen ke aap tension se bache hue hon, stress se bache hue hon? kyun?</w:t>
      </w:r>
    </w:p>
    <w:p>
      <w:pPr>
        <w:jc w:val="right"/>
      </w:pPr>
      <w:r>
        <w:t>تو سوال یہ ہے کہ ایسی ایک دنیا میں آپ کیسے جیئیں کہ آپ ٹینشن سے بچے ہوئے ہوں، اسٹریس سے بچے ہوئے ہوں؟ کیوں؟</w:t>
      </w:r>
    </w:p>
    <w:p>
      <w:r>
        <w:rPr>
          <w:b/>
        </w:rPr>
        <w:t xml:space="preserve">[25:24] </w:t>
      </w:r>
      <w:r>
        <w:t>stress aur tension kya hai? woh hai distraction.</w:t>
      </w:r>
    </w:p>
    <w:p>
      <w:pPr>
        <w:jc w:val="right"/>
      </w:pPr>
      <w:r>
        <w:t>اسٹریس اور ٹینشن کیا ہے؟ وہ ہے ڈسٹریکشن۔</w:t>
      </w:r>
    </w:p>
    <w:p>
      <w:r>
        <w:rPr>
          <w:b/>
        </w:rPr>
        <w:t xml:space="preserve">[25:30] </w:t>
      </w:r>
      <w:r>
        <w:t>distraction, stress aur tension ka sab se bara jo jo minus point hai, woh distraction hai. is dunya mein aap ko sab se bari cheez mili hai mind.</w:t>
      </w:r>
    </w:p>
    <w:p>
      <w:pPr>
        <w:jc w:val="right"/>
      </w:pPr>
      <w:r>
        <w:t>ڈسٹریکشن، اسٹریس اور ٹینشن کا سب سے بڑا جو جو مائنس پوائنٹ ہے، وہ ڈسٹریکشن ہے۔ اس دنیا میں آپ کو سب سے بڑی چیز ملی ہے مائنڈ۔</w:t>
      </w:r>
    </w:p>
    <w:p>
      <w:r>
        <w:rPr>
          <w:b/>
        </w:rPr>
        <w:t xml:space="preserve">[25:44] </w:t>
      </w:r>
      <w:r>
        <w:t>mind ka matlab kya hai? ke aap ko intellectual development mein hamesha rehna hai. mind mein unlimited capacity hai, is ko unfold karna hai.</w:t>
      </w:r>
    </w:p>
    <w:p>
      <w:pPr>
        <w:jc w:val="right"/>
      </w:pPr>
      <w:r>
        <w:t>مائنڈ کا مطلب کیا ہے؟ کہ آپ کو انٹلیکچول ڈیولپمنٹ میں ہمیشہ رہنا ہے۔ مائنڈ میں ان لمیٹڈ کیپیسٹی ہے، اس کو ان فولڈ کرنا ہے۔</w:t>
      </w:r>
    </w:p>
    <w:p>
      <w:r>
        <w:rPr>
          <w:b/>
        </w:rPr>
        <w:t xml:space="preserve">[25:59] </w:t>
      </w:r>
      <w:r>
        <w:t>unlimited capacity hai mind ke andar, yeh establish ho chuka hai. to mind ki unlimited capacity ko unfold karna, yeh sab se bara aap ka goal hai, sab se bara aap ka target hai,</w:t>
      </w:r>
    </w:p>
    <w:p>
      <w:pPr>
        <w:jc w:val="right"/>
      </w:pPr>
      <w:r>
        <w:t>ان لمیٹڈ کیپیسٹی ہے مائنڈ کے اندر، یہ اسٹیبلش ہو چکا ہے۔ تو مائنڈ کی ان لمیٹڈ کیپیسٹی کو ان فولڈ کرنا، یہ سب سے بڑا آپ کا گول ہے، سب سے بڑا آپ کا ٹارگٹ ہے،</w:t>
      </w:r>
    </w:p>
    <w:p>
      <w:r>
        <w:rPr>
          <w:b/>
        </w:rPr>
        <w:t xml:space="preserve">[26:14] </w:t>
      </w:r>
      <w:r>
        <w:t>jis ko mein kehta hoon intellectual development. intellectual development jo hai, slight distraction ko accept nahi karta.</w:t>
      </w:r>
    </w:p>
    <w:p>
      <w:pPr>
        <w:jc w:val="right"/>
      </w:pPr>
      <w:r>
        <w:t>جس کو میں کہتا ہوں انٹلیکچول ڈیولپمنٹ۔ انٹلیکچول ڈیولپمنٹ جو ہے، سلائٹس ڈسٹریکشن کو ایکسیپٹ نہیں کرتا۔</w:t>
      </w:r>
    </w:p>
    <w:p>
      <w:r>
        <w:rPr>
          <w:b/>
        </w:rPr>
        <w:t xml:space="preserve">[26:25] </w:t>
      </w:r>
      <w:r>
        <w:t>slight distraction bhi wahan par aap afford nahi kar sakte.</w:t>
      </w:r>
    </w:p>
    <w:p>
      <w:pPr>
        <w:jc w:val="right"/>
      </w:pPr>
      <w:r>
        <w:t>سلائٹس ڈسٹریکشن بھی وہاں پر آپ افورڈ نہیں کر سکتے۔</w:t>
      </w:r>
    </w:p>
    <w:p>
      <w:r>
        <w:rPr>
          <w:b/>
        </w:rPr>
        <w:t xml:space="preserve">[26:31] </w:t>
      </w:r>
      <w:r>
        <w:t>ek sher hai, ek persian line ek hai ke "raftam ke khar az pa kasham, mahmal nehan shud az nazar." yak lahza ghafil gashtam o sad saala raham door shud.</w:t>
      </w:r>
    </w:p>
    <w:p>
      <w:pPr>
        <w:jc w:val="right"/>
      </w:pPr>
      <w:r>
        <w:t>ایک شعر ہے، ایک پرشین لائن ایک ہے کہ "رفتم کے خار از پاکشم، محمل نہاں شد از نظر۔" یک لحظہ غافل گشتم و صد سالہ راہم دور شد۔</w:t>
      </w:r>
    </w:p>
    <w:p>
      <w:r>
        <w:rPr>
          <w:b/>
        </w:rPr>
        <w:t xml:space="preserve">[26:47] </w:t>
      </w:r>
      <w:r>
        <w:t>wo aadmi kehta hai ke mein ek carvan mein chal raha tha. aap jante hain ke pehle zamane mein carvan hua karta tha ke mein ek carvan mein chal raha tha, mere paon mein kanta chub gaya</w:t>
      </w:r>
    </w:p>
    <w:p>
      <w:pPr>
        <w:jc w:val="right"/>
      </w:pPr>
      <w:r>
        <w:t>وہ آدمی کہتا ہے کہ میں ایک کارواں میں چل رہا تھا۔ آپ جانتے ہیں کہ پہلے زمانے میں کارواں ہوا کرتا تھا کہ میں ایک کارواں میں چل رہا تھا، میرے پاؤں میں کانٹا چبھ گیا</w:t>
      </w:r>
    </w:p>
    <w:p>
      <w:r>
        <w:rPr>
          <w:b/>
        </w:rPr>
        <w:t xml:space="preserve">[27:01] </w:t>
      </w:r>
      <w:r>
        <w:t>to mein baith gaya kinare kisi peed ke neeche is kante ko nikalne ke liye.</w:t>
      </w:r>
    </w:p>
    <w:p>
      <w:pPr>
        <w:jc w:val="right"/>
      </w:pPr>
      <w:r>
        <w:t>تو میں بیٹھ گیا کنارے کسی پیڑ کے نیچے اس کانٹے کو نکالنے کے لیے۔</w:t>
      </w:r>
    </w:p>
    <w:p>
      <w:r>
        <w:rPr>
          <w:b/>
        </w:rPr>
        <w:t xml:space="preserve">[27:12] </w:t>
      </w:r>
      <w:r>
        <w:t>yeh time laga mera kanta nikalne mein. to carvan chal raha tha, wo chal raha tha, wo chal raha tha. to mein kanta nikalne ke liye baitha thori der to carvan jo hai, so saal aage barh gaya.</w:t>
      </w:r>
    </w:p>
    <w:p>
      <w:pPr>
        <w:jc w:val="right"/>
      </w:pPr>
      <w:r>
        <w:t>یہ ٹائم لگا میرا کانٹا نکالنے میں۔ تو کارواں چل رہا تھا، وہ چل رہا تھا، وہ چل رہا تھا۔ تو میں کانٹا نکالنے کے لیے بیٹھا تھوڑی دیر تو کارواں جو ہے، سو سال آگے بڑھ گیا۔</w:t>
      </w:r>
    </w:p>
    <w:p>
      <w:r>
        <w:rPr>
          <w:b/>
        </w:rPr>
        <w:t xml:space="preserve">[27:31] </w:t>
      </w:r>
      <w:r>
        <w:t>yeh hai distraction. agar aap apne aap ko distraction se na bachayein to aap zindagi ek ek carvan mein peechay hotay chalay jayein ge, peechay hotay chalay jayein ge.</w:t>
      </w:r>
    </w:p>
    <w:p>
      <w:pPr>
        <w:jc w:val="right"/>
      </w:pPr>
      <w:r>
        <w:t>یہ ہے ڈسٹریکشن۔ اگر آپ اپنے آپ کو ڈسٹریکشن سے نہ بچائیں تو آپ زندگی ایک ایک کارواں میں پیچھے ہوتے چلے جائیں گے، پیچھے ہوتے چلے جائیں گے۔</w:t>
      </w:r>
    </w:p>
    <w:p>
      <w:r>
        <w:rPr>
          <w:b/>
        </w:rPr>
        <w:t xml:space="preserve">[27:43] </w:t>
      </w:r>
      <w:r>
        <w:t>intellectual development aap ka rukta hi chala jayega. intellectual development ke process ko non stop chalane ke liye sab se zyada zaroori hai apne aap ko distraction se bachana.</w:t>
      </w:r>
    </w:p>
    <w:p>
      <w:pPr>
        <w:jc w:val="right"/>
      </w:pPr>
      <w:r>
        <w:t>انٹلیکچول ڈیولپمنٹ آپ کا رکتا ہی چلا جائے گا۔ انٹلیکچول ڈیولپمنٹ کے پراسیس کو نان اسٹاپ چلانے کے لیے سب سے زیادہ ضروری ہے اپنے آپ کو ڈسٹریکشن سے بچانا۔</w:t>
      </w:r>
    </w:p>
    <w:p>
      <w:r>
        <w:rPr>
          <w:b/>
        </w:rPr>
        <w:t xml:space="preserve">[28:01] </w:t>
      </w:r>
      <w:r>
        <w:t>to jab bhi aap kisi tension mein parein to wo distraction tha, wo koi stress aya aap ko, wo distraction tha. kisi bhi aur cheez mein, other than target, agar aap apne ko involve karte hain to wo that is distraction.</w:t>
      </w:r>
    </w:p>
    <w:p>
      <w:pPr>
        <w:jc w:val="right"/>
      </w:pPr>
      <w:r>
        <w:t>تو جب بھی آپ کسی ٹینشن میں پڑیں تو وہ ڈسٹریکشن تھا، وہ کوئی اسٹریس آیا آپ کو، وہ ڈسٹریکشن تھا۔ کسی بھی اور چیز میں، ادر دین ٹارگٹ، اگر آپ اپنے کو انوالو کرتے ہیں تو وہ دیٹ از ڈسٹریکشن۔</w:t>
      </w:r>
    </w:p>
    <w:p>
      <w:r>
        <w:rPr>
          <w:b/>
        </w:rPr>
        <w:t xml:space="preserve">[28:20] </w:t>
      </w:r>
      <w:r>
        <w:t>to hum apni choti si life span mein distraction ko afford nahi kar sakte. ab bataiye ke is ka kya formula hai?</w:t>
      </w:r>
    </w:p>
    <w:p>
      <w:pPr>
        <w:jc w:val="right"/>
      </w:pPr>
      <w:r>
        <w:t>تو ہم اپنی چھوٹی سی لائف سپین میں ڈسٹریکشن کو افورڈ نہیں کر سکتے۔ اب بتائیے کہ اس کا کیا فارمولا ہے؟</w:t>
      </w:r>
    </w:p>
    <w:p>
      <w:r>
        <w:rPr>
          <w:b/>
        </w:rPr>
        <w:t xml:space="preserve">[28:29] </w:t>
      </w:r>
      <w:r>
        <w:t>kaise mein apne aap ko distraction se bachaoon?</w:t>
      </w:r>
    </w:p>
    <w:p>
      <w:pPr>
        <w:jc w:val="right"/>
      </w:pPr>
      <w:r>
        <w:t>کیسے میں اپنے آپ کو ڈسٹریکشن سے بچاؤں؟</w:t>
      </w:r>
    </w:p>
    <w:p>
      <w:r>
        <w:rPr>
          <w:b/>
        </w:rPr>
        <w:t xml:space="preserve">[28:35] </w:t>
      </w:r>
      <w:r>
        <w:t>mein apna, mein bhi ek insan hoon, jaise aap insan hain. aap par bhi atay hain sad experience, mujhe bhi atay hain, daily atay hain.</w:t>
      </w:r>
    </w:p>
    <w:p>
      <w:pPr>
        <w:jc w:val="right"/>
      </w:pPr>
      <w:r>
        <w:t>میں اپنا، میں بھی ایک انسان ہوں، جیسے آپ انسان ہیں۔ آپ پر بھی آتے ہیں سیڈ ایکسپیرینس، مجھے بھی آتے ہیں، ڈیلی آتے ہیں۔</w:t>
      </w:r>
    </w:p>
    <w:p>
      <w:r>
        <w:rPr>
          <w:b/>
        </w:rPr>
        <w:t xml:space="preserve">[28:47] </w:t>
      </w:r>
      <w:r>
        <w:t>to mein kya karta hoon? mein is ko samajhta hoon ke yeh agaya distraction ka time, mujhe is se apne ko door le le jana hai.</w:t>
      </w:r>
    </w:p>
    <w:p>
      <w:pPr>
        <w:jc w:val="right"/>
      </w:pPr>
      <w:r>
        <w:t>تو میں کیا کرتا ہوں؟ میں اس کو سمجھتا ہوں کہ یہ آگیا ڈسٹریکشن کا ٹائم، مجھے اس سے اپنے کو دور لے لے جانا ہے۔</w:t>
      </w:r>
    </w:p>
    <w:p>
      <w:r>
        <w:rPr>
          <w:b/>
        </w:rPr>
        <w:t xml:space="preserve">[28:57] </w:t>
      </w:r>
      <w:r>
        <w:t>koi negative thought mind mein agaya,</w:t>
      </w:r>
    </w:p>
    <w:p>
      <w:pPr>
        <w:jc w:val="right"/>
      </w:pPr>
      <w:r>
        <w:t>کوئی نیگیٹیو تھاٹ مائنڈ میں آگیا،</w:t>
      </w:r>
    </w:p>
    <w:p>
      <w:r>
        <w:rPr>
          <w:b/>
        </w:rPr>
        <w:t xml:space="preserve">[28:59] </w:t>
      </w:r>
      <w:r>
        <w:t>koi sad thought mind mein agaya, koi baat pareshan karne lagi mind ko. to jaldi se mein jata hoon apne ghar mein, bahar, mera mere ghar ke bahar ek lambi car, wo hai barja, hai balcony.</w:t>
      </w:r>
    </w:p>
    <w:p>
      <w:pPr>
        <w:jc w:val="right"/>
      </w:pPr>
      <w:r>
        <w:t>کوئی سیڈ تھاٹ مائنڈ میں آگیا، کوئی بات پریشان کرنے لگی مائنڈ کو۔ تو جلدی سے میں جاتا ہوں اپنے گھر میں، باہر، میرا میرے گھر کے باہر ایک لمبی کار، وہ ہے بارجہ، ہے بالکنی۔</w:t>
      </w:r>
    </w:p>
    <w:p>
      <w:r>
        <w:rPr>
          <w:b/>
        </w:rPr>
        <w:t xml:space="preserve">[29:17] </w:t>
      </w:r>
      <w:r>
        <w:t>is par mein walk karne lagta hoon,</w:t>
      </w:r>
    </w:p>
    <w:p>
      <w:pPr>
        <w:jc w:val="right"/>
      </w:pPr>
      <w:r>
        <w:t>اس پر میں واک کرنے لگتا ہوں،</w:t>
      </w:r>
    </w:p>
    <w:p>
      <w:r>
        <w:rPr>
          <w:b/>
        </w:rPr>
        <w:t xml:space="preserve">[29:22] </w:t>
      </w:r>
      <w:r>
        <w:t>is mein peed hain, aur peed ke neeche aa ke baith jata hoon.</w:t>
      </w:r>
    </w:p>
    <w:p>
      <w:pPr>
        <w:jc w:val="right"/>
      </w:pPr>
      <w:r>
        <w:t>اس میں پیڑ ہیں، اور پیڑ کے نیچے آ کے بیٹھ جاتا ہوں۔</w:t>
      </w:r>
    </w:p>
    <w:p>
      <w:r>
        <w:rPr>
          <w:b/>
        </w:rPr>
        <w:t xml:space="preserve">[29:28] </w:t>
      </w:r>
      <w:r>
        <w:t>ki</w:t>
      </w:r>
    </w:p>
    <w:p>
      <w:pPr>
        <w:jc w:val="right"/>
      </w:pPr>
      <w:r>
        <w:t>کی</w:t>
      </w:r>
    </w:p>
    <w:p>
      <w:r>
        <w:rPr>
          <w:b/>
        </w:rPr>
        <w:t xml:space="preserve">[29:29] </w:t>
      </w:r>
      <w:r>
        <w:t>oon? taake intellectual development ka hamara process jo hai, wo non stop chalta rahe, distraction ka shikar ho kar ruk na jaye.</w:t>
      </w:r>
    </w:p>
    <w:p>
      <w:pPr>
        <w:jc w:val="right"/>
      </w:pPr>
      <w:r>
        <w:t>وں؟ تاکہ انٹلیکچول ڈیولپمنٹ کا ہمارا پراسیس جو ہے، وہ نان اسٹاپ چلتا رہے، ڈسٹریکشن کا شکار ہو کر رک نہ جائے۔</w:t>
      </w:r>
    </w:p>
    <w:p>
      <w:r>
        <w:rPr>
          <w:b/>
        </w:rPr>
        <w:t xml:space="preserve">[29:40] </w:t>
      </w:r>
      <w:r>
        <w:t>yeh kaise ho sakta hai? bataiye, is ke liye mujhe ek super formula chahiye,</w:t>
      </w:r>
    </w:p>
    <w:p>
      <w:pPr>
        <w:jc w:val="right"/>
      </w:pPr>
      <w:r>
        <w:t>یہ کیسے ہو سکتا ہے؟ بتائیے، اس کے لیے مجھے ایک سپر فارمولا چاہیے،</w:t>
      </w:r>
    </w:p>
    <w:p>
      <w:r>
        <w:rPr>
          <w:b/>
        </w:rPr>
        <w:t xml:space="preserve">[29:49] </w:t>
      </w:r>
      <w:r>
        <w:t>ek aisi, ek aisa, ek ek aisa principle jo har cheez se ooper ho, har cheez se ooper, jahan har cheez minimize ho jati ho, har cheez secondary ban jati ho,</w:t>
      </w:r>
    </w:p>
    <w:p>
      <w:pPr>
        <w:jc w:val="right"/>
      </w:pPr>
      <w:r>
        <w:t>ایک ایسی، ایک ایسا، ایک ایک ایسا پرنسپل جو ہر چیز سے اوپر ہو، ہر چیز سے اوپر، جہاں ہر چیز منیمائز ہو جاتی ہو، ہر چیز سیکنڈری بن جاتی ہو،</w:t>
      </w:r>
    </w:p>
    <w:p>
      <w:r>
        <w:rPr>
          <w:b/>
        </w:rPr>
        <w:t xml:space="preserve">[30:04] </w:t>
      </w:r>
      <w:r>
        <w:t>wo hai Khuda. Khuda da truth with the capital T. ab mein ek qissa yahan, mein ne is se pehle bayan kiya hai, ise phir dohrata hoon kyunke bohat acha wo state karta hai meri baat ko.</w:t>
      </w:r>
    </w:p>
    <w:p>
      <w:pPr>
        <w:jc w:val="right"/>
      </w:pPr>
      <w:r>
        <w:t>وہ ہے خدا۔ خدا دا ٹروتھ ود دی کیپیٹل ٹی۔ اب میں ایک قصہ یہاں، میں نے اس سے پہلے بیان کیا ہے، اسے پھر دہراتا ہوں کیونکہ بہت اچھا وہ اسٹیٹ کرتا ہے میری بات کو۔</w:t>
      </w:r>
    </w:p>
    <w:p>
      <w:r>
        <w:rPr>
          <w:b/>
        </w:rPr>
        <w:t xml:space="preserve">[30:19] </w:t>
      </w:r>
      <w:r>
        <w:t>ek ship jo hai,</w:t>
      </w:r>
    </w:p>
    <w:p>
      <w:pPr>
        <w:jc w:val="right"/>
      </w:pPr>
      <w:r>
        <w:t>ایک شپ جو ہے،</w:t>
      </w:r>
    </w:p>
    <w:p>
      <w:r>
        <w:rPr>
          <w:b/>
        </w:rPr>
        <w:t xml:space="preserve">[30:23] </w:t>
      </w:r>
      <w:r>
        <w:t>jab steam ship ka zamana aa gaya, tab ka qissa hai yeh ke ek ship chala America se Africa ki taraf.</w:t>
      </w:r>
    </w:p>
    <w:p>
      <w:pPr>
        <w:jc w:val="right"/>
      </w:pPr>
      <w:r>
        <w:t>جب اسٹیم شپ کا زمانہ آگیا، تب کا قصہ ہے یہ کہ ایک شپ چلا امریکہ سے افریقہ کی طرف۔</w:t>
      </w:r>
    </w:p>
    <w:p>
      <w:r>
        <w:rPr>
          <w:b/>
        </w:rPr>
        <w:t xml:space="preserve">[30:33] </w:t>
      </w:r>
      <w:r>
        <w:t>aap jante hain ke beech mein Atlantic Ocean hai, to woh Atlantic Ocean mein dakhil hua.</w:t>
      </w:r>
    </w:p>
    <w:p>
      <w:pPr>
        <w:jc w:val="right"/>
      </w:pPr>
      <w:r>
        <w:t>آپ جانتے ہیں کہ بیچ میں اٹلانٹک اوشن ہے، تو وہ اٹلانٹک اوشن میں داخل ہوا۔</w:t>
      </w:r>
    </w:p>
    <w:p>
      <w:r>
        <w:rPr>
          <w:b/>
        </w:rPr>
        <w:t xml:space="preserve">[30:43] </w:t>
      </w:r>
      <w:r>
        <w:t>beech mein jab pahuncha to storm aa gaya.</w:t>
      </w:r>
    </w:p>
    <w:p>
      <w:pPr>
        <w:jc w:val="right"/>
      </w:pPr>
      <w:r>
        <w:t>بیچ میں جب پہنچا تو اسٹارم آگیا۔</w:t>
      </w:r>
    </w:p>
    <w:p>
      <w:r>
        <w:rPr>
          <w:b/>
        </w:rPr>
        <w:t xml:space="preserve">[30:47] </w:t>
      </w:r>
      <w:r>
        <w:t>aap jante hain ke storm to aate hi rehte hain. ab jahaz storm mein ghar gaya.</w:t>
      </w:r>
    </w:p>
    <w:p>
      <w:pPr>
        <w:jc w:val="right"/>
      </w:pPr>
      <w:r>
        <w:t>آپ جانتے ہیں کہ اسٹارم تو آتے ہی رہتے ہیں۔ اب جہاز اسٹارم میں گھر گیا۔</w:t>
      </w:r>
    </w:p>
    <w:p>
      <w:r>
        <w:rPr>
          <w:b/>
        </w:rPr>
        <w:t xml:space="preserve">[30:57] </w:t>
      </w:r>
      <w:r>
        <w:t>yeh qissa main is liye bata raha hoon ke yeh bachche ka qissa hai. bachcha nature par hota hai, koi provision nahin hota. bada hone ke baad insan mein provision aa jata hai, lekin bachcha nature par hota hai.</w:t>
      </w:r>
    </w:p>
    <w:p>
      <w:pPr>
        <w:jc w:val="right"/>
      </w:pPr>
      <w:r>
        <w:t>یہ قصہ میں اس لیے بتا رہا ہوں کہ یہ بچے کا قصہ ہے۔ بچہ نیچر پر ہوتا ہے، کوئی پروورژن نہیں ہوتا۔ بڑا ہونے کے بعد انسان میں پروورژن آ جاتا ہے، لیکن بچہ نیچر پر ہوتا ہے۔</w:t>
      </w:r>
    </w:p>
    <w:p>
      <w:r>
        <w:rPr>
          <w:b/>
        </w:rPr>
        <w:t xml:space="preserve">[31:09] </w:t>
      </w:r>
      <w:r>
        <w:t>woh bachcha bahut hi acha example hai is baat ka.</w:t>
      </w:r>
    </w:p>
    <w:p>
      <w:pPr>
        <w:jc w:val="right"/>
      </w:pPr>
      <w:r>
        <w:t>وہ بچہ بہت ہی اچھا ایگزیمپل ہے اس بات کا۔</w:t>
      </w:r>
    </w:p>
    <w:p>
      <w:r>
        <w:rPr>
          <w:b/>
        </w:rPr>
        <w:t xml:space="preserve">[31:15] </w:t>
      </w:r>
      <w:r>
        <w:t>to jahaz jo tha, woh storm aa gaya, bahut zabardast. is mein woh hil jhol taane laga, hilne julne laga, ult palat ya doob jayega.</w:t>
      </w:r>
    </w:p>
    <w:p>
      <w:pPr>
        <w:jc w:val="right"/>
      </w:pPr>
      <w:r>
        <w:t>تو جہاز جو تھا، وہ اسٹارم آگیا، بہت زبردست۔ اس میں وہ ہل جھول ٹانے لگا، ہلنے جلنے لگا، الٹ پلٹ یا ڈوب جائے گا۔</w:t>
      </w:r>
    </w:p>
    <w:p>
      <w:r>
        <w:rPr>
          <w:b/>
        </w:rPr>
        <w:t xml:space="preserve">[31:31] </w:t>
      </w:r>
      <w:r>
        <w:t>is waqt ek aadmi kehta hai ke main, aap jante hain ke jahaz bahut bada hota hai, hawai jahaz ki tarah to hota nahin. hawai jahaz chhota sa hota hai, lekin samundar ke jahaz bahut bade hote hain.</w:t>
      </w:r>
    </w:p>
    <w:p>
      <w:pPr>
        <w:jc w:val="right"/>
      </w:pPr>
      <w:r>
        <w:t>اس وقت ایک آدمی کہتا ہے کہ میں، آپ جانتے ہیں کہ جہاز بہت بڑا ہوتا ہے، ہوائی جہاز کی طرح تو ہوتا نہیں۔ ہوائی جہاز چھوٹا سا ہوتا ہے، لیکن سمندر کے جہاز بہت بڑے ہوتے ہیں۔</w:t>
      </w:r>
    </w:p>
    <w:p>
      <w:r>
        <w:rPr>
          <w:b/>
        </w:rPr>
        <w:t xml:space="preserve">[31:44] </w:t>
      </w:r>
      <w:r>
        <w:t>to woh aadmi idhar se udhar, woh bhi bhaag raha tha ke dekhen kya hai haal logon ka. to ek corner mein us ne dekha ke ek bachcha, ek bachchi, ek chhoti bachchi,</w:t>
      </w:r>
    </w:p>
    <w:p>
      <w:pPr>
        <w:jc w:val="right"/>
      </w:pPr>
      <w:r>
        <w:t>تو وہ آدمی ادھر سے ادھر، وہ بھی بھاگ رہا تھا کہ دیکھیں کیا ہے حال لوگوں کا۔ تو ایک کارنر میں اس نے دیکھا کہ ایک بچہ، ایک بچی، ایک چھوٹی بچی،</w:t>
      </w:r>
    </w:p>
    <w:p>
      <w:r>
        <w:rPr>
          <w:b/>
        </w:rPr>
        <w:t xml:space="preserve">[31:59] </w:t>
      </w:r>
      <w:r>
        <w:t>woh dor se khel rahi hai, godiye se khel rahi hai. chhoti bachchi,</w:t>
      </w:r>
    </w:p>
    <w:p>
      <w:pPr>
        <w:jc w:val="right"/>
      </w:pPr>
      <w:r>
        <w:t>وہ ڈور سے کھیل رہی ہے، گوڑیے سے کھیل رہی ہے۔ چھوٹی بچی،</w:t>
      </w:r>
    </w:p>
    <w:p>
      <w:r>
        <w:rPr>
          <w:b/>
        </w:rPr>
        <w:t xml:space="preserve">[32:06] </w:t>
      </w:r>
      <w:r>
        <w:t>woh kisi European captain tha, us ki bachchi thi. woh</w:t>
      </w:r>
    </w:p>
    <w:p>
      <w:pPr>
        <w:jc w:val="right"/>
      </w:pPr>
      <w:r>
        <w:t>وہ کسی یورپین کیپٹن تھا، اس کی بچی تھی۔ وہ</w:t>
      </w:r>
    </w:p>
    <w:p>
      <w:r>
        <w:rPr>
          <w:b/>
        </w:rPr>
        <w:t xml:space="preserve">[32:14] </w:t>
      </w:r>
      <w:r>
        <w:t>to woh aadmi us ke paas jata hai, woh kehta hai ke tum ko pata hai ke abhi kya ho raha hai? us ne kaha, "kya kya ho raha hai?" us ne kaha, "ke hamara jahaz doobne wala hai,</w:t>
      </w:r>
    </w:p>
    <w:p>
      <w:pPr>
        <w:jc w:val="right"/>
      </w:pPr>
      <w:r>
        <w:t>تو وہ آدمی اس کے پاس جاتا ہے، وہ کہتا ہے کہ تم کو پتہ ہے کہ ابھی کیا ہو رہا ہے؟ اس نے کہا، "کیا کیا ہو رہا ہے؟" اس نے کہا، "کہ ہمارا جہاز ڈوبنے والا ہے،</w:t>
      </w:r>
    </w:p>
    <w:p>
      <w:r>
        <w:rPr>
          <w:b/>
        </w:rPr>
        <w:t xml:space="preserve">[32:29] </w:t>
      </w:r>
      <w:r>
        <w:t>hum storm mein phans gaye hain." woh bachchi jo abhi nature par thi, nature par, uska provision nahin hua tha.</w:t>
      </w:r>
    </w:p>
    <w:p>
      <w:pPr>
        <w:jc w:val="right"/>
      </w:pPr>
      <w:r>
        <w:t>ہم اسٹار میں پھنس گئے ہیں۔" وہ بچی جو ابھی نیچر پر تھی، نیچر پر، اس کا پروورژن نہیں ہوا تھا۔</w:t>
      </w:r>
    </w:p>
    <w:p>
      <w:r>
        <w:rPr>
          <w:b/>
        </w:rPr>
        <w:t xml:space="preserve">[32:42] </w:t>
      </w:r>
      <w:r>
        <w:t>to bahut hi peace ke sath woh bolti hai, "you know,</w:t>
      </w:r>
    </w:p>
    <w:p>
      <w:pPr>
        <w:jc w:val="right"/>
      </w:pPr>
      <w:r>
        <w:t>تو بہت ہی پیس کے ساتھ وہ بولتی ہے، "یو نو،</w:t>
      </w:r>
    </w:p>
    <w:p>
      <w:r>
        <w:rPr>
          <w:b/>
        </w:rPr>
        <w:t xml:space="preserve">[32:55] </w:t>
      </w:r>
      <w:r>
        <w:t>you know, the captain of the ship is my father. my father is the captain of the ship, and he is not going to let it sink.</w:t>
      </w:r>
    </w:p>
    <w:p>
      <w:pPr>
        <w:jc w:val="right"/>
      </w:pPr>
      <w:r>
        <w:t>یو نو، دا کیپٹن آف دی شپ از مائی فادر۔ مائی فادر از دا کیپٹن آف دی شپ، اینڈ ہی از ناٹ گوئنگ ٹو لیٹ اٹ سنک۔</w:t>
      </w:r>
    </w:p>
    <w:p>
      <w:r>
        <w:rPr>
          <w:b/>
        </w:rPr>
        <w:t xml:space="preserve">[33:09] </w:t>
      </w:r>
      <w:r>
        <w:t>my father is captain of the ship, and he is not going to let it sink.</w:t>
      </w:r>
    </w:p>
    <w:p>
      <w:pPr>
        <w:jc w:val="right"/>
      </w:pPr>
      <w:r>
        <w:t>مائی فادر از کیپٹن آف دی شپ، اینڈ ہی از ناٹ گوئنگ ٹو لیٹ اٹ سنک۔</w:t>
      </w:r>
    </w:p>
    <w:p>
      <w:r>
        <w:rPr>
          <w:b/>
        </w:rPr>
        <w:t xml:space="preserve">[33:18] </w:t>
      </w:r>
      <w:r>
        <w:t>mera baap captain hai is is jahaz ka, woh is ko doobne nahin dega." ab woh chhoti bachchi jo hai, baap ke sath, uska jo jo us ke jo us ki jo feeling hai,</w:t>
      </w:r>
    </w:p>
    <w:p>
      <w:pPr>
        <w:jc w:val="right"/>
      </w:pPr>
      <w:r>
        <w:t>میرا باپ کیپٹن ہے اس اس شپ کا، وہ اس کو ڈوبنے نہیں دے گا۔" اب وہ چھوٹی بچی جو ہے، باپ کے ساتھ، اس کا جو جو اس کے جو اس کی جو فیلنگ ہے،</w:t>
      </w:r>
    </w:p>
    <w:p>
      <w:r>
        <w:rPr>
          <w:b/>
        </w:rPr>
        <w:t xml:space="preserve">[33:34] </w:t>
      </w:r>
      <w:r>
        <w:t>woh ek super feeling hai.</w:t>
      </w:r>
    </w:p>
    <w:p>
      <w:pPr>
        <w:jc w:val="right"/>
      </w:pPr>
      <w:r>
        <w:t>وہ ایک سپر فیلنگ ہے۔</w:t>
      </w:r>
    </w:p>
    <w:p>
      <w:r>
        <w:rPr>
          <w:b/>
        </w:rPr>
        <w:t xml:space="preserve">[33:36] </w:t>
      </w:r>
      <w:r>
        <w:t>woh baap ko ek ga ke khud Khuda ki tarah samajh rahi hai ke sab kuch baap ke hath mein hai. aksar chhote bachche aise hi samajh lete hain apne baap ko ke baap sab kuch janta hai, baap ke hath mein sab kuch hai.</w:t>
      </w:r>
    </w:p>
    <w:p>
      <w:pPr>
        <w:jc w:val="right"/>
      </w:pPr>
      <w:r>
        <w:t>وہ باپ کو ایک گا کہ خود خدا کی طرح سمجھ رہی ہے کہ سب کچھ باپ کے ہاتھ میں ہے۔ اکثر چھوٹے بچے ایسے ہی سمجھ لیتے ہیں اپنے باپ کو کہ باپ سب کچھ جانتا ہے، باپ کے ہاتھ میں سب کچھ ہے۔</w:t>
      </w:r>
    </w:p>
    <w:p>
      <w:r>
        <w:rPr>
          <w:b/>
        </w:rPr>
        <w:t xml:space="preserve">[33:52] </w:t>
      </w:r>
      <w:r>
        <w:t>to woh kehti hai ke "is is jahaz ka captain mera baap hai, woh is ko doobne nahin dega."</w:t>
      </w:r>
    </w:p>
    <w:p>
      <w:pPr>
        <w:jc w:val="right"/>
      </w:pPr>
      <w:r>
        <w:t>تو وہ کہتی ہے کہ "اس اس جہاز کا کیپٹن میرا باپ ہے، وہ اس کو ڈوبنے نہیں دے گا۔"</w:t>
      </w:r>
    </w:p>
    <w:p>
      <w:r>
        <w:rPr>
          <w:b/>
        </w:rPr>
        <w:t xml:space="preserve">[33:59] </w:t>
      </w:r>
      <w:r>
        <w:t>to yeh bachchi ne jo baat kahi thi, yani apni nature se, wohi bada aadmi kehta hai apne consciousness se.</w:t>
      </w:r>
    </w:p>
    <w:p>
      <w:pPr>
        <w:jc w:val="right"/>
      </w:pPr>
      <w:r>
        <w:t>تو یہ بچی نے جو بات کہی تھی، یعنی اپنی نیچر سے، وہی بڑا آدمی کہتا ہے اپنے کانشیسنس سے۔</w:t>
      </w:r>
    </w:p>
    <w:p>
      <w:r>
        <w:rPr>
          <w:b/>
        </w:rPr>
        <w:t xml:space="preserve">[34:11] </w:t>
      </w:r>
      <w:r>
        <w:t>yani yeh yeh cheez hamare liye ek discovery hoti hai ke "mera Khuda mere mere mere ship ko doobne nahin dega." yeh hamari discovery hoti hai.</w:t>
      </w:r>
    </w:p>
    <w:p>
      <w:pPr>
        <w:jc w:val="right"/>
      </w:pPr>
      <w:r>
        <w:t>یعنی یہ یہ چیز ہمارے لیے ایک ڈسکوری ہوتی ہے کہ "میرا خدا میرے میرے میرے شپ کو ڈوبنے نہیں دے گا۔" یہ ہماری ڈسکوری ہوتی ہے۔</w:t>
      </w:r>
    </w:p>
    <w:p>
      <w:r>
        <w:rPr>
          <w:b/>
        </w:rPr>
        <w:t xml:space="preserve">[34:23] </w:t>
      </w:r>
      <w:r>
        <w:t>to jo baat bachchi ne kahi thi apne apni nature se, apni nature se kahi thi, usi baat ko aap ko kehna hai apne apne soche samjhe mind se.</w:t>
      </w:r>
    </w:p>
    <w:p>
      <w:pPr>
        <w:jc w:val="right"/>
      </w:pPr>
      <w:r>
        <w:t>تو جو بات بچی نے کہی تھی اپنے اپنی نیچر سے، اپنی نیچر سے کہی تھی، اسی بات کو آپ کو کہنا ہے اپنے اپنے سوچے سمجھے مائنڈ سے۔</w:t>
      </w:r>
    </w:p>
    <w:p>
      <w:r>
        <w:rPr>
          <w:b/>
        </w:rPr>
        <w:t xml:space="preserve">[34:40] </w:t>
      </w:r>
      <w:r>
        <w:t>aur ek jo discovery aap ne jo ek sachai discover ki hai, us ko le kar kehna hai.</w:t>
      </w:r>
    </w:p>
    <w:p>
      <w:pPr>
        <w:jc w:val="right"/>
      </w:pPr>
      <w:r>
        <w:t>اور ایک جو ڈسکوری آپ نے جو ایک سچائی ڈسکور کی ہے، اس کو لے کر کہنا ہے۔</w:t>
      </w:r>
    </w:p>
    <w:p>
      <w:r>
        <w:rPr>
          <w:b/>
        </w:rPr>
        <w:t xml:space="preserve">[34:49] </w:t>
      </w:r>
      <w:r>
        <w:t>to main samajhta hoon ke yeh jo yeh jo conviction hai, is conviction ke baghair duniya mein aadmi peaceful tareeqe se nahin reh sakta.</w:t>
      </w:r>
    </w:p>
    <w:p>
      <w:pPr>
        <w:jc w:val="right"/>
      </w:pPr>
      <w:r>
        <w:t>تو میں سمجھتا ہوں کہ یہ جو یہ جو کنوکشن ہے، اس کنوکشن کے بغیر دنیا میں آدمی پیس فل طریقے سے نہیں رہ سکتا۔</w:t>
      </w:r>
    </w:p>
    <w:p>
      <w:r>
        <w:rPr>
          <w:b/>
        </w:rPr>
        <w:t xml:space="preserve">[34:59] </w:t>
      </w:r>
      <w:r>
        <w:t>aik conviction aadmi ko har crisis mein bachati hai, har mauqe par us ko tension se bachati hai, har mauqe par us ko stress se bachati hai.</w:t>
      </w:r>
    </w:p>
    <w:p>
      <w:pPr>
        <w:jc w:val="right"/>
      </w:pPr>
      <w:r>
        <w:t>ایک کنوکشن آدمی کو ہر کرائسز میں بچاتی ہے، ہر موقع پر اس کو ٹینشن سے بچاتی ہے، ہر موقع پر اس کو اسٹریس سے بچاتی ہے۔</w:t>
      </w:r>
    </w:p>
    <w:p>
      <w:r>
        <w:rPr>
          <w:b/>
        </w:rPr>
        <w:t xml:space="preserve">[35:10] </w:t>
      </w:r>
      <w:r>
        <w:t>sab se bara formula de-distressing ka.</w:t>
      </w:r>
    </w:p>
    <w:p>
      <w:pPr>
        <w:jc w:val="right"/>
      </w:pPr>
      <w:r>
        <w:t>سب سے بڑا فارمولا ڈس ڈی سٹریسنگ کا۔</w:t>
      </w:r>
    </w:p>
    <w:p>
      <w:r>
        <w:rPr>
          <w:b/>
        </w:rPr>
        <w:t xml:space="preserve">[35:15] </w:t>
      </w:r>
      <w:r>
        <w:t>aaj kal aap jante hain ke de-distressing ka aik poora business khula hua hai. log de-distressing ki bare bare organization banaye hue hain.</w:t>
      </w:r>
    </w:p>
    <w:p>
      <w:pPr>
        <w:jc w:val="right"/>
      </w:pPr>
      <w:r>
        <w:t>آج کل آپ جانتے ہیں کہ ڈی سٹریسنگ کا ایک پورا بزنس کھلا ہوا ہے۔ لوگ ڈی سٹریسنگ کی بڑے بڑے ارگنائزیشن بنائے ہوئے ہیں۔</w:t>
      </w:r>
    </w:p>
    <w:p>
      <w:r>
        <w:rPr>
          <w:b/>
        </w:rPr>
        <w:t xml:space="preserve">[35:27] </w:t>
      </w:r>
      <w:r>
        <w:t>main samajhta hoon ke yeh sab kuch bhi nahi hai, is se koi de-distressing nahi hoti. de-distressing ka super formula hai conviction, Khuda by conviction.</w:t>
      </w:r>
    </w:p>
    <w:p>
      <w:pPr>
        <w:jc w:val="right"/>
      </w:pPr>
      <w:r>
        <w:t>میں سمجھتا ہوں کہ یہ سب کچھ بھی نہیں ہے، اس سے کوئی ڈی سٹریسنگ نہیں ہوتی۔ ڈی سٹریسنگ کا سپر فارمولا ہے کنوکشن، خدا بائے کنوشن۔</w:t>
      </w:r>
    </w:p>
    <w:p>
      <w:r>
        <w:rPr>
          <w:b/>
        </w:rPr>
        <w:t xml:space="preserve">[35:40] </w:t>
      </w:r>
      <w:r>
        <w:t>yeh conviction ke main ne truth ko pa liya hai,</w:t>
      </w:r>
    </w:p>
    <w:p>
      <w:pPr>
        <w:jc w:val="right"/>
      </w:pPr>
      <w:r>
        <w:t>یہ کنوکشن کہ میں نے ٹروتھ کو پا لیا ہے،</w:t>
      </w:r>
    </w:p>
    <w:p>
      <w:r>
        <w:rPr>
          <w:b/>
        </w:rPr>
        <w:t xml:space="preserve">[35:44] </w:t>
      </w:r>
      <w:r>
        <w:t>da truth with the capital T ko pa liya hai, aik aisa truth jo sab se ooper hai, sab se zyada taqatwar hai.</w:t>
      </w:r>
    </w:p>
    <w:p>
      <w:pPr>
        <w:jc w:val="right"/>
      </w:pPr>
      <w:r>
        <w:t>دا ٹروتھ ود دی کیپیٹل ٹی کو پا لیا ہے، ایک ایسا ٹروتھ جو سب سے اوپر ہے، سب سے زیادہ طاقتور ہے۔</w:t>
      </w:r>
    </w:p>
    <w:p>
      <w:r>
        <w:rPr>
          <w:b/>
        </w:rPr>
        <w:t xml:space="preserve">[35:55] </w:t>
      </w:r>
      <w:r>
        <w:t>yeh conviction jo hai, yeh de-distressing ka sab se bara formula hai. history ke jitne bohat hi beautiful qism ke events hain, woh sab conviction ke events hain.</w:t>
      </w:r>
    </w:p>
    <w:p>
      <w:pPr>
        <w:jc w:val="right"/>
      </w:pPr>
      <w:r>
        <w:t>یہ کنوکشن جو ہے، یہ ڈی سٹریسنگ کا سب سے بڑا فارمولا ہے۔ ہسٹری کے جتنے بہت ہی بیوٹی فل قسم کے ایونٹس ہیں، وہ سب کنوکشن کے ایونٹس ہیں۔</w:t>
      </w:r>
    </w:p>
    <w:p>
      <w:r>
        <w:rPr>
          <w:b/>
        </w:rPr>
        <w:t xml:space="preserve">[36:14] </w:t>
      </w:r>
      <w:r>
        <w:t>jaise Socrates ne jab zeher ka pyala pi liya, aap jante hain ke Socrates jo tha, bohat bara mind tha, bohat bara philosopher tha, bohat bara thinker tha, bohat hi extraordinary is ke andar qualities theen.</w:t>
      </w:r>
    </w:p>
    <w:p>
      <w:pPr>
        <w:jc w:val="right"/>
      </w:pPr>
      <w:r>
        <w:t>جیسے ساکریٹیز نے جب زہر کا پیالہ پی لیا، آپ جانتے ہیں کہ ساکریٹیز جو تھا، بہت بڑا مائنڈ تھا، بہت بڑا فلاسفر تھا، بہت بڑا تھنکر تھا، بہت ہی ایکسٹرا آرڈنری اس کے اندر کوالٹیز تھیں۔</w:t>
      </w:r>
    </w:p>
    <w:p>
      <w:r>
        <w:rPr>
          <w:b/>
        </w:rPr>
        <w:t xml:space="preserve">[36:32] </w:t>
      </w:r>
      <w:r>
        <w:t>bohat hi peaceful tareeqe se us ne zeher ka pyala pi liya</w:t>
      </w:r>
    </w:p>
    <w:p>
      <w:pPr>
        <w:jc w:val="right"/>
      </w:pPr>
      <w:r>
        <w:t>بہت ہی پیس فل طریقے سے اس نے زہر کا پیالہ پی لیا</w:t>
      </w:r>
    </w:p>
    <w:p>
      <w:r>
        <w:rPr>
          <w:b/>
        </w:rPr>
        <w:t xml:space="preserve">[36:38] </w:t>
      </w:r>
      <w:r>
        <w:t>kyun ke is zamane ka jo is zamane ka jo</w:t>
      </w:r>
    </w:p>
    <w:p>
      <w:pPr>
        <w:jc w:val="right"/>
      </w:pPr>
      <w:r>
        <w:t>کیونکہ اس زمانے کا جو اس زمانے کا جو</w:t>
      </w:r>
    </w:p>
    <w:p>
      <w:r>
        <w:rPr>
          <w:b/>
        </w:rPr>
        <w:t xml:space="preserve">[36:44] </w:t>
      </w:r>
      <w:r>
        <w:t>jo king tha, is king ne is ko order diya ke tum ko yeh peena hai. matlab ke agar nahi piyoge to gardan talwar se kate gi. woh to bohat hi peacefully us ne zeher ke pyalon ko pi liya</w:t>
      </w:r>
    </w:p>
    <w:p>
      <w:pPr>
        <w:jc w:val="right"/>
      </w:pPr>
      <w:r>
        <w:t>جو کنگ تھا، اس کنگ نے اس کو آرڈر دیا کہ تم کو یہ پینا ہے۔ مطلب کہ اگر نہیں پیو گے تو گردن تلوار سے کٹے گی۔ وہ تو بہت ہی پیس فلی اس نے زہر کے پیالوں کو پی لیا</w:t>
      </w:r>
    </w:p>
    <w:p>
      <w:r>
        <w:rPr>
          <w:b/>
        </w:rPr>
        <w:t xml:space="preserve">[36:58] </w:t>
      </w:r>
      <w:r>
        <w:t>kyun ke is ko conviction tha</w:t>
      </w:r>
    </w:p>
    <w:p>
      <w:pPr>
        <w:jc w:val="right"/>
      </w:pPr>
      <w:r>
        <w:t>کیونکہ اس کو کنوکشن تھا</w:t>
      </w:r>
    </w:p>
    <w:p>
      <w:r>
        <w:rPr>
          <w:b/>
        </w:rPr>
        <w:t xml:space="preserve">[37:02] </w:t>
      </w:r>
      <w:r>
        <w:t>ke ke yeh badshah mujh ko, yani worldly sense mein, to mujhe majboor kar sakta hai ke main zeher ke pyale pi loon.</w:t>
      </w:r>
    </w:p>
    <w:p>
      <w:pPr>
        <w:jc w:val="right"/>
      </w:pPr>
      <w:r>
        <w:t>کہ کہ یہ بادشاہ مجھ کو، یعنی ورلڈلی سینس میں، تو مجھے مجبور کر سکتا ہے کہ میں زہر کے پیالے پی لوں۔</w:t>
      </w:r>
    </w:p>
    <w:p>
      <w:r>
        <w:rPr>
          <w:b/>
        </w:rPr>
        <w:t xml:space="preserve">[37:13] </w:t>
      </w:r>
      <w:r>
        <w:t>lekin is ke baad aik aur future mera hai jahan mujhe amrit hi amrit mere liye hai,</w:t>
      </w:r>
    </w:p>
    <w:p>
      <w:pPr>
        <w:jc w:val="right"/>
      </w:pPr>
      <w:r>
        <w:t>لیکن اس کے بعد ایک اور فیوچر میرا ہے جہاں مجھے امرت ہی امرت میرے لیے ہے،</w:t>
      </w:r>
    </w:p>
    <w:p>
      <w:r>
        <w:rPr>
          <w:b/>
        </w:rPr>
        <w:t xml:space="preserve">[37:23] </w:t>
      </w:r>
      <w:r>
        <w:t>jahan mere liye, jahan aisi aisi aisi aisi duniya jahan mujh se koi cheez cheen nahi sakta. yeh conviction jo tha is ka, yeh is conviction ki wajah se woh bohat hi, yani bohat hi peaceful tareeqe se zeher ka pyala pi liya.</w:t>
      </w:r>
    </w:p>
    <w:p>
      <w:pPr>
        <w:jc w:val="right"/>
      </w:pPr>
      <w:r>
        <w:t>جہاں میرے لیے، جہاں ایسی ایسی ایسی ایسی دنیا جہاں مجھ سے کوئی چیز چھین نہیں سکتا۔ یہ کنوکشن جو تھا اس کا، یہ اس کنوکشن کی وجہ سے وہ بہت ہی، یعنی بہت ہی پیس فل طریقے سے زہر کا پیالہ پی لیا۔</w:t>
      </w:r>
    </w:p>
    <w:p>
      <w:r>
        <w:rPr>
          <w:b/>
        </w:rPr>
        <w:t xml:space="preserve">[37:42] </w:t>
      </w:r>
      <w:r>
        <w:t>us ne</w:t>
      </w:r>
    </w:p>
    <w:p>
      <w:pPr>
        <w:jc w:val="right"/>
      </w:pPr>
      <w:r>
        <w:t>اس نے</w:t>
      </w:r>
    </w:p>
    <w:p>
      <w:r>
        <w:rPr>
          <w:b/>
        </w:rPr>
        <w:t xml:space="preserve">[37:44] </w:t>
      </w:r>
      <w:r>
        <w:t>aise hi main ne aap ke aap ke samne aik qissa bayan kiya tha Hajra ka jo chaar hazar saal pehle Arab ke desert mein ja kar bas gayi.</w:t>
      </w:r>
    </w:p>
    <w:p>
      <w:pPr>
        <w:jc w:val="right"/>
      </w:pPr>
      <w:r>
        <w:t>ایسے ہی میں نے آپ کے آپ کے سامنے ایک قصہ بیان کیا تھا ہاجرہ کا جو چار ہزار سال پہلے عرب کے ڈیزرٹ میں جا کر بس گئی۔</w:t>
      </w:r>
    </w:p>
    <w:p>
      <w:r>
        <w:rPr>
          <w:b/>
        </w:rPr>
        <w:t xml:space="preserve">[37:59] </w:t>
      </w:r>
      <w:r>
        <w:t>main ne bataya tha aap ko ke Prophet Ibrahim ne, Prophet Ibrahim jo bohat bare Prophet the, Bible mein bhi un ka zikr hai, Quran mein bhi un ka zikr hai.</w:t>
      </w:r>
    </w:p>
    <w:p>
      <w:pPr>
        <w:jc w:val="right"/>
      </w:pPr>
      <w:r>
        <w:t>میں نے بتایا تھا آپ کو کہ پرافٹ ابراہم نے، پرافٹ ابراہم جو بہت بڑے پرافٹ تھے، بائبل میں بھی ان کا ذکر ہے، قرآن میں بھی ان کا ذکر ہے۔</w:t>
      </w:r>
    </w:p>
    <w:p>
      <w:r>
        <w:rPr>
          <w:b/>
        </w:rPr>
        <w:t xml:space="preserve">[38:12] </w:t>
      </w:r>
      <w:r>
        <w:t>to un ko Khuda ne kaha ke duniya mein bohat provision aa gaya hai, bohat zyada log conditioned ho gaye hain, is mein idol worshipping mein, shirk mein.</w:t>
      </w:r>
    </w:p>
    <w:p>
      <w:pPr>
        <w:jc w:val="right"/>
      </w:pPr>
      <w:r>
        <w:t>تو ان کو خدا نے کہا کہ دنیا میں بہت پروورژن آگیا ہے، بہت زیادہ لوگ کنڈیشنڈ ہو گئے ہیں، اس میں آئیڈل ورشپنگ میں، شرک میں۔</w:t>
      </w:r>
    </w:p>
    <w:p>
      <w:r>
        <w:rPr>
          <w:b/>
        </w:rPr>
        <w:t xml:space="preserve">[38:25] </w:t>
      </w:r>
      <w:r>
        <w:t>to itni conditioning ho chuki hai insaan ki ke woh is ko sachai ki roshni is ko dikhai nahi parti. to aik aisi generation banao jo de-conditioned generation ho</w:t>
      </w:r>
    </w:p>
    <w:p>
      <w:pPr>
        <w:jc w:val="right"/>
      </w:pPr>
      <w:r>
        <w:t>تو اس اتنی کنڈیشننگ ہو چکی ہے انسان کی کہ وہ اس کو سچائی کی روشنی اس کو دکھائی نہیں پڑتی۔ تو ایک ایسی جنریشن بناؤ جو ڈی کنڈیشن جنریشن ہو</w:t>
      </w:r>
    </w:p>
    <w:p>
      <w:r>
        <w:rPr>
          <w:b/>
        </w:rPr>
        <w:t xml:space="preserve">[38:40] </w:t>
      </w:r>
      <w:r>
        <w:t>, conditioning se pak ho. to woh city mein nahi banegi. city mein mahaul tha conditioning ka, jo paida hua usi conditioning shuru ho gayi.</w:t>
      </w:r>
    </w:p>
    <w:p>
      <w:pPr>
        <w:jc w:val="right"/>
      </w:pPr>
      <w:r>
        <w:t>، کنڈیشننگ سے پاک ہو۔ تو وہ سٹی میں نہیں بنے گی۔ سٹی میں ماحول تھا کنڈیشننگ کا، جو پیدا ہوا اسی کنڈیشننگ شروع ہوگئی۔</w:t>
      </w:r>
    </w:p>
    <w:p>
      <w:r>
        <w:rPr>
          <w:b/>
        </w:rPr>
        <w:t xml:space="preserve">[38:52] </w:t>
      </w:r>
      <w:r>
        <w:t>to desert mein jao, jahan na kuch bhi nahi, koi insaan nahi, koi civilization nahi, koi culture nahi, koi koi city nahi.</w:t>
      </w:r>
    </w:p>
    <w:p>
      <w:pPr>
        <w:jc w:val="right"/>
      </w:pPr>
      <w:r>
        <w:t>تو ڈیزرٹ میں جاؤ، جہاں نہ کچھ بھی نہیں، کوئی انسان نہیں، کوئی سولائزیشن نہیں، کوئی کلچر نہیں، کوئی کوئی سٹی نہیں۔</w:t>
      </w:r>
    </w:p>
    <w:p>
      <w:r>
        <w:rPr>
          <w:b/>
        </w:rPr>
        <w:t xml:space="preserve">[39:04] </w:t>
      </w:r>
      <w:r>
        <w:t>wahan sirf nature hi nature hai,</w:t>
      </w:r>
    </w:p>
    <w:p>
      <w:pPr>
        <w:jc w:val="right"/>
      </w:pPr>
      <w:r>
        <w:t>وہاں صرف نیچر ہی نیچر ہے،</w:t>
      </w:r>
    </w:p>
    <w:p>
      <w:r>
        <w:rPr>
          <w:b/>
        </w:rPr>
        <w:t xml:space="preserve">[39:06] </w:t>
      </w:r>
      <w:r>
        <w:t>desert hai, aasman hai, suraj hai, chand hai, mountain hai. to woh apni biwi Hajra ko le gaye, un apne bachche Ismail ke sath desert mein basa diya.</w:t>
      </w:r>
    </w:p>
    <w:p>
      <w:pPr>
        <w:jc w:val="right"/>
      </w:pPr>
      <w:r>
        <w:t>ڈیزرٹ ہے، آسمان ہے، سورج ہے، چاند ہے، ماؤنٹن ہے۔ تو وہ اپنی بیوی ہاجرہ کو لے گئے، ان اپنے بچے اسماعیل کے ساتھ ڈیزرٹ میں بسا دیا۔</w:t>
      </w:r>
    </w:p>
    <w:p>
      <w:r>
        <w:rPr>
          <w:b/>
        </w:rPr>
        <w:t xml:space="preserve">[39:20] </w:t>
      </w:r>
      <w:r>
        <w:t>to Hajra jo theen, jab un ko wahan basa kar ke woh jane lage to poocha ke aap yahan in ko chhod ke ja rahe hain ya desert mein? yahan to kuch bhi nahi, yahan na pani hai, na insaan hai, na na kuch hai, na kuch hai.</w:t>
      </w:r>
    </w:p>
    <w:p>
      <w:pPr>
        <w:jc w:val="right"/>
      </w:pPr>
      <w:r>
        <w:t>تو ہاجرہ جو تھیں، جب ان کو وہاں بسا کر کے وہ جانے لگے تو پوچھا کہ آپ یہاں ان کو چھوڑ کے جا رہے ہیں یا ڈیزرٹ میں؟ یہاں تو کچھ بھی نہیں، یہاں نہ پانی ہے، نہ انسان ہے، نہ نہ کچھ ہے، نہ کچھ ہے۔</w:t>
      </w:r>
    </w:p>
    <w:p>
      <w:r>
        <w:rPr>
          <w:b/>
        </w:rPr>
        <w:t xml:space="preserve">[39:37] </w:t>
      </w:r>
      <w:r>
        <w:t>to ibrahim bolay nahin. unhon ne phir poocha, phir poocha. to phir hajra jo theen, unhon ne kaha, is lady ne ke kya khuda ne aap ko aisa karne ke liye bola hai?</w:t>
      </w:r>
    </w:p>
    <w:p>
      <w:pPr>
        <w:jc w:val="right"/>
      </w:pPr>
      <w:r>
        <w:t>تو ابراہم بولے نہیں۔ انہوں نے پھر پوچھا، پھر پوچھا۔ تو پھر ہاجرہ جو تھیں، انہوں نے کہا، اس لیڈی نے کہ کیا خدا نے آپ کو ایسا کرنے کے لیے بولا ہے؟</w:t>
      </w:r>
    </w:p>
    <w:p>
      <w:r>
        <w:rPr>
          <w:b/>
        </w:rPr>
        <w:t xml:space="preserve">[39:51] </w:t>
      </w:r>
      <w:r>
        <w:t>to unhon ne kaha ke haan. to us waqt woh kehti hain ke izan laiyzionna, yeh khuda hum ko west nahin karega. ab dekh, yeh yeh jo sentence nikla is lady ki zuban se, main to hajra ko super lady manta hoon,</w:t>
      </w:r>
    </w:p>
    <w:p>
      <w:pPr>
        <w:jc w:val="right"/>
      </w:pPr>
      <w:r>
        <w:t>تو انہوں نے کہا کہ ہاں۔ تو اس وقت وہ کہتی ہیں کہ اذن لایزیونا، یہ خدا ہم کو ویسٹ نہیں کرے گا۔ اب دیکھ، یہ یہ جو سینٹنس نکلا اس لیڈی کی زبان سے، میں تو ہاجرہ کو سپر لیڈی مانتا ہوں،</w:t>
      </w:r>
    </w:p>
    <w:p>
      <w:r>
        <w:rPr>
          <w:b/>
        </w:rPr>
        <w:t xml:space="preserve">[40:07] </w:t>
      </w:r>
      <w:r>
        <w:t>first lady manta hoon un ko, poori history ki first lady, poori human history ki first lady agar koi hai to hajra hain. hum</w:t>
      </w:r>
    </w:p>
    <w:p>
      <w:pPr>
        <w:jc w:val="right"/>
      </w:pPr>
      <w:r>
        <w:t>فرسٹ لیڈی مانتا ہوں ان کو، پوری ہسٹری کی فرسٹ لیڈی، پوری ہیومن ہسٹری کی فرسٹ لیڈی اگر کوئی ہے تو ہاجرہ ہیں۔ ہم</w:t>
      </w:r>
    </w:p>
    <w:p>
      <w:r>
        <w:rPr>
          <w:b/>
        </w:rPr>
        <w:t xml:space="preserve">[40:18] </w:t>
      </w:r>
      <w:r>
        <w:t>poori human history ki first lady. ab is desert mein khare ho kar ke woh lady ne kaha ke phir humain khuda zaya nahin karega, khuda humain west nahin karega.</w:t>
      </w:r>
    </w:p>
    <w:p>
      <w:pPr>
        <w:jc w:val="right"/>
      </w:pPr>
      <w:r>
        <w:t>پوری ہیومن ہسٹری کی فرسٹ لیڈی۔ اب اس ڈیزرٹ میں کھڑے ہو کر کے وہ لیڈی نے کہا کہ پھر ہمیں خدا ضائع نہیں کرے گا، خدا ہمیں ویسٹ نہیں کرے گا۔</w:t>
      </w:r>
    </w:p>
    <w:p>
      <w:r>
        <w:rPr>
          <w:b/>
        </w:rPr>
        <w:t xml:space="preserve">[40:29] </w:t>
      </w:r>
      <w:r>
        <w:t>yeh conviction tha khuda ke existence par, existence of god par, conviction ke khuda hai, khuda exist kar raha hai, khuda ke hath mein sara power hai.</w:t>
      </w:r>
    </w:p>
    <w:p>
      <w:pPr>
        <w:jc w:val="right"/>
      </w:pPr>
      <w:r>
        <w:t>یہ کنوکشن تھا خدا کے ایگزسٹنس پر، ایگزسٹنس آف گاڈ پر، کنوکشن کہ خدا ہے، خدا ایگزسٹ کر رہا ہے، خدا کے ہاتھ میں سارا پاور ہے۔</w:t>
      </w:r>
    </w:p>
    <w:p>
      <w:r>
        <w:rPr>
          <w:b/>
        </w:rPr>
        <w:t xml:space="preserve">[40:43] </w:t>
      </w:r>
      <w:r>
        <w:t>to god almighty par ata conviction jo tha un ko, us ki wajah se woh yeh keh sakeen ke phir humain khuda zaya nahin karega.</w:t>
      </w:r>
    </w:p>
    <w:p>
      <w:pPr>
        <w:jc w:val="right"/>
      </w:pPr>
      <w:r>
        <w:t>تو گاڈ المائٹی پر عطا کنوکشن جو تھا ان کو، اس کی وجہ سے وہ یہ کہہ سکیں کہ پھر ہمیں خدا ضائع نہیں کرے گا۔</w:t>
      </w:r>
    </w:p>
    <w:p>
      <w:r>
        <w:rPr>
          <w:b/>
        </w:rPr>
        <w:t xml:space="preserve">[40:52] </w:t>
      </w:r>
      <w:r>
        <w:t>aur waqatan aap jante hain ke wahan par aik generation bani, us ki lambi history hai,</w:t>
      </w:r>
    </w:p>
    <w:p>
      <w:pPr>
        <w:jc w:val="right"/>
      </w:pPr>
      <w:r>
        <w:t>اور واقعتا آپ جانتے ہیں کہ وہاں پر ایک جنریشن بنی، اس کی لمبی ہسٹری ہے،</w:t>
      </w:r>
    </w:p>
    <w:p>
      <w:r>
        <w:rPr>
          <w:b/>
        </w:rPr>
        <w:t xml:space="preserve">[40:58] </w:t>
      </w:r>
      <w:r>
        <w:t>aik generation bani jis ke liye likha hai woh philip ke hatti ne aur kai logon ne ke is mein aik aik aadmi hero tha.</w:t>
      </w:r>
    </w:p>
    <w:p>
      <w:pPr>
        <w:jc w:val="right"/>
      </w:pPr>
      <w:r>
        <w:t>ایک جنریشن بنی جس کے لیے لکھا ہے وہ فلپ کے ہٹی نے اور کئی لوگوں نے کہ اس میں ایک ایک آدمی ہیرو تھا۔</w:t>
      </w:r>
    </w:p>
    <w:p>
      <w:r>
        <w:rPr>
          <w:b/>
        </w:rPr>
        <w:t xml:space="preserve">[41:11] </w:t>
      </w:r>
      <w:r>
        <w:t>kai logon ne likha hai, thomas carlyle ne, philip ke hatti ne ke jo log banay wahan par is desert mein, to un mein se aik aik aadmi hero tha.</w:t>
      </w:r>
    </w:p>
    <w:p>
      <w:pPr>
        <w:jc w:val="right"/>
      </w:pPr>
      <w:r>
        <w:t>کئی لوگوں نے لکھا ہے، تھامس کارلائل نے، فلپ کے ہٹی نے کہ جو لوگ بنے وہاں پر اس ڈیزرٹ میں، تو ان میں سے ایک ایک آدمی ہیرو تھا۔</w:t>
      </w:r>
    </w:p>
    <w:p>
      <w:r>
        <w:rPr>
          <w:b/>
        </w:rPr>
        <w:t xml:space="preserve">[41:22] </w:t>
      </w:r>
      <w:r>
        <w:t>to arabia jo hai, woh woh nursery of heroes ban gai.</w:t>
      </w:r>
    </w:p>
    <w:p>
      <w:pPr>
        <w:jc w:val="right"/>
      </w:pPr>
      <w:r>
        <w:t>تو عربیہ جو ہے، وہ وہ نرسری آف ہیروز بن گئی۔</w:t>
      </w:r>
    </w:p>
    <w:p>
      <w:r>
        <w:rPr>
          <w:b/>
        </w:rPr>
        <w:t xml:space="preserve">[41:29] </w:t>
      </w:r>
      <w:r>
        <w:t>yeh aik lady ka yeh jo conviction tha, is ka yeh itna bara result nikla ke wahan aisay aisay environment mein log banay jahan koi provision nahin tha, koi conditioning nahin thi, wahan nature hi nature tha.</w:t>
      </w:r>
    </w:p>
    <w:p>
      <w:pPr>
        <w:jc w:val="right"/>
      </w:pPr>
      <w:r>
        <w:t>یہ ایک لیڈی کا یہ جو کنوکشن تھا، اس کا یہ اتنا بڑا رزلٹ نکلا کہ وہاں ایسے ایسے انوائرمنٹ میں لوگ بنے جہاں کوئی پروورژن نہیں تھا، کوئی کنڈیشننگ نہیں تھی، وہاں نیچر ہی نیچر تھا۔</w:t>
      </w:r>
    </w:p>
    <w:p>
      <w:r>
        <w:rPr>
          <w:b/>
        </w:rPr>
        <w:t xml:space="preserve">[41:45] </w:t>
      </w:r>
      <w:r>
        <w:t>wahan aik aik aadmi mister nature tha. yani main jo qissa bataya aap ko is bachi ka, woh bachi jo thi, nature par thi, is liye aisa keh pai.</w:t>
      </w:r>
    </w:p>
    <w:p>
      <w:pPr>
        <w:jc w:val="right"/>
      </w:pPr>
      <w:r>
        <w:t>وہاں ایک ایک آدمی مسٹر نیچر تھا۔ یعنی میں جو قصہ بتایا آپ کو اس بچی کا، وہ بچی جو تھی، نیچر پر تھی، اس لیے ایسا کہہ پائی۔</w:t>
      </w:r>
    </w:p>
    <w:p>
      <w:r>
        <w:rPr>
          <w:b/>
        </w:rPr>
        <w:t xml:space="preserve">[41:57] </w:t>
      </w:r>
      <w:r>
        <w:t>woh</w:t>
      </w:r>
    </w:p>
    <w:p>
      <w:pPr>
        <w:jc w:val="right"/>
      </w:pPr>
      <w:r>
        <w:t>وہ</w:t>
      </w:r>
    </w:p>
    <w:p>
      <w:r>
        <w:rPr>
          <w:b/>
        </w:rPr>
        <w:t xml:space="preserve">[41:59] </w:t>
      </w:r>
      <w:r>
        <w:t>isi tarah se arab mein jo bani, jo jo generation bani, aik aik aadmi mister nature tha. is mein aik aik aadmi,</w:t>
      </w:r>
    </w:p>
    <w:p>
      <w:pPr>
        <w:jc w:val="right"/>
      </w:pPr>
      <w:r>
        <w:t>اسی طرح سے عرب میں جو بنی، جو جو جنریشن بنی، ایک ایک آدمی مسٹر نیچر تھا۔ اس میں ایک ایک آدمی،</w:t>
      </w:r>
    </w:p>
    <w:p>
      <w:r>
        <w:rPr>
          <w:b/>
        </w:rPr>
        <w:t xml:space="preserve">[42:12] </w:t>
      </w:r>
      <w:r>
        <w:t>aik aik aadmi nature, aik aik aadmi mister nature tha.</w:t>
      </w:r>
    </w:p>
    <w:p>
      <w:pPr>
        <w:jc w:val="right"/>
      </w:pPr>
      <w:r>
        <w:t>ایک ایک آدمی نیچر، ایک ایک آدمی مسٹر نیچر تھا۔</w:t>
      </w:r>
    </w:p>
    <w:p>
      <w:r>
        <w:rPr>
          <w:b/>
        </w:rPr>
        <w:t xml:space="preserve">[42:17] </w:t>
      </w:r>
      <w:r>
        <w:t>yeh jo likha hai, is mein doctor woh michaelhart ne jo book un ki hai, da hundred, aur bohat se logon ne likha hai is tarah ki baatein, jaisay jaisay mn ra ne india mein likha, aur kai logon ne ke muhammad jo revolution laye, woh history ka sab se bara revolution tha.</w:t>
      </w:r>
    </w:p>
    <w:p>
      <w:pPr>
        <w:jc w:val="right"/>
      </w:pPr>
      <w:r>
        <w:t>یہ جو لکھا ہے، اس میں ڈاکٹر وہ مائیکل ہارٹ نے جو بک ان کی ہے، دا ہنڈرڈ، اور بہت سے لوگوں نے لکھا ہے اس طرح کی باتیں، جیسے جیسے ایم این را نے انڈیا میں لکھا، اور کئی لوگوں نے کہ محمد جو ریولوشن لائے، وہ ہسٹری کا سب سے بڑا ریولوشن تھا۔</w:t>
      </w:r>
    </w:p>
    <w:p>
      <w:r>
        <w:rPr>
          <w:b/>
        </w:rPr>
        <w:t xml:space="preserve">[42:41] </w:t>
      </w:r>
      <w:r>
        <w:t>to kaisay yeh possible hua?</w:t>
      </w:r>
    </w:p>
    <w:p>
      <w:pPr>
        <w:jc w:val="right"/>
      </w:pPr>
      <w:r>
        <w:t>تو کیسے یہ پوسیبل ہوا؟</w:t>
      </w:r>
    </w:p>
    <w:p>
      <w:r>
        <w:rPr>
          <w:b/>
        </w:rPr>
        <w:t xml:space="preserve">[42:44] </w:t>
      </w:r>
      <w:r>
        <w:t>wohi woh heroes jo banay thay wahan par, un se aap ki aap ko aik team mil gai. woh jo heroes banay thay is desert mein, us se aap ko aik aik team mil gai.</w:t>
      </w:r>
    </w:p>
    <w:p>
      <w:pPr>
        <w:jc w:val="right"/>
      </w:pPr>
      <w:r>
        <w:t>وہی وہ ہیروز جو بنے تھے وہاں پر، ان سے آپ کی آپ کو ایک ٹیم مل گئی۔ وہ جو ہیروز بنے تھے اس ڈیزرٹ میں، اس سے آپ کو ایک ایک ٹیم مل گئی۔</w:t>
      </w:r>
    </w:p>
    <w:p>
      <w:r>
        <w:rPr>
          <w:b/>
        </w:rPr>
        <w:t xml:space="preserve">[42:57] </w:t>
      </w:r>
      <w:r>
        <w:t>is team ko le kar ke aap ne aik revolution barpa kiya. woh team kaisay bani thi? woh aik lady ke conviction se bani thi, woh ke desert mein ja kar woh bas gai, aur wahan par jo log paida huay,</w:t>
      </w:r>
    </w:p>
    <w:p>
      <w:pPr>
        <w:jc w:val="right"/>
      </w:pPr>
      <w:r>
        <w:t>اس ٹیم کو لے کر کے آپ نے ایک ریولوشن برپا کیا۔ وہ ٹیم کیسے بنی تھی؟ وہ ایک لیڈی کے کنوکشن سے بنی تھی، وہ کہ ڈیزرٹ میں جا کر وہ بس گئی، اور وہاں پر جو لوگ پیدا ہوئے،</w:t>
      </w:r>
    </w:p>
    <w:p>
      <w:r>
        <w:rPr>
          <w:b/>
        </w:rPr>
        <w:t xml:space="preserve">[43:14] </w:t>
      </w:r>
      <w:r>
        <w:t>to sab logon ke wahan is aas paas koi nature ke siwa koi cheez nahin thi. wahan par</w:t>
      </w:r>
    </w:p>
    <w:p>
      <w:pPr>
        <w:jc w:val="right"/>
      </w:pPr>
      <w:r>
        <w:t>تو سب لوگوں کے وہاں اس پاس کوئی نیچر کے سوا کوئی چیز نہیں تھی۔ وہاں پر</w:t>
      </w:r>
    </w:p>
    <w:p>
      <w:r>
        <w:rPr>
          <w:b/>
        </w:rPr>
        <w:t xml:space="preserve">[43:23] </w:t>
      </w:r>
      <w:r>
        <w:t>un ka jo un ki jo training thi, un ka woh un ka jo un ka jo kuch bhi tha, woh sab kuch nature tha.</w:t>
      </w:r>
    </w:p>
    <w:p>
      <w:pPr>
        <w:jc w:val="right"/>
      </w:pPr>
      <w:r>
        <w:t>ان کا جو ان کی جو ٹریننگ تھی، ان کا وہ ان کا جو ان کا جو کچھ بھی تھا، وہ سب کچھ نیچر تھا۔</w:t>
      </w:r>
    </w:p>
    <w:p>
      <w:r>
        <w:rPr>
          <w:b/>
        </w:rPr>
        <w:t xml:space="preserve">[43:31] </w:t>
      </w:r>
      <w:r>
        <w:t>bas wahan na koi conditioning thi, na koi provision tha, na koi corruption tha. wahan ke log jo thay, jhoot bolna jantay hi nahin thay.</w:t>
      </w:r>
    </w:p>
    <w:p>
      <w:pPr>
        <w:jc w:val="right"/>
      </w:pPr>
      <w:r>
        <w:t>بس وہاں نہ کوئی کنڈیشننگ تھی، نہ کوئی پروورژن تھا، نہ کوئی کرپشن تھا۔ وہاں کے لوگ جو تھے، جھوٹ بولنا جانتے ہی نہیں تھے۔</w:t>
      </w:r>
    </w:p>
    <w:p>
      <w:r>
        <w:rPr>
          <w:b/>
        </w:rPr>
        <w:t xml:space="preserve">[43:43] </w:t>
      </w:r>
      <w:r>
        <w:t>yeh history mein aata hai ke arab log jo thay, is zamanay ke, main aaj kal ki baat nahin karta hoon, is zamanay ke, woh jantay hi nahin thay ke koi jhoot bhi bol sakta hai.</w:t>
      </w:r>
    </w:p>
    <w:p>
      <w:pPr>
        <w:jc w:val="right"/>
      </w:pPr>
      <w:r>
        <w:t>یہ ہسٹری میں آتا ہے کہ عرب لوگ جو تھے، اس زمانے کے، میں آج کل کی بات نہیں کرتا ہوں، اس زمانے کے، وہ جانتے ہی نہیں تھے کہ کوئی جھوٹ بھی بول سکتا ہے۔</w:t>
      </w:r>
    </w:p>
    <w:p>
      <w:r>
        <w:rPr>
          <w:b/>
        </w:rPr>
        <w:t xml:space="preserve">[43:53] </w:t>
      </w:r>
      <w:r>
        <w:t>isi liye jab rasoolullah sallallahu alaihi wasallam ne, muhammad ne kaha ke main khuda ka peghambar hoon, i am the prophet of god, yeh bohat hi anokhi baat hai ke aik aadmi aata hai, yani is aik se aap samajhtay hain ke saray log kaisay thay.</w:t>
      </w:r>
    </w:p>
    <w:p>
      <w:pPr>
        <w:jc w:val="right"/>
      </w:pPr>
      <w:r>
        <w:t>اسی لیے جب رسول اللہ صلی اللہ علیہ وسلم نے، محمد نے کہا کہ میں خدا کا پیغمبر ہوں، آئی ایم دا پرافٹ آف گاڈ، یہ بہت ہی انوکھی بات ہے کہ ایک آدمی آتا ہے، یعنی اس ایک سے آپ سمجھتے ہیں کہ سارے لوگ کیسے تھے۔</w:t>
      </w:r>
    </w:p>
    <w:p>
      <w:r>
        <w:rPr>
          <w:b/>
        </w:rPr>
        <w:t xml:space="preserve">[44:08] </w:t>
      </w:r>
      <w:r>
        <w:t>woh aik aadmi</w:t>
      </w:r>
    </w:p>
    <w:p>
      <w:pPr>
        <w:jc w:val="right"/>
      </w:pPr>
      <w:r>
        <w:t>وہ ایک آدمی</w:t>
      </w:r>
    </w:p>
    <w:p>
      <w:r>
        <w:rPr>
          <w:b/>
        </w:rPr>
        <w:t xml:space="preserve">[44:11] </w:t>
      </w:r>
      <w:r>
        <w:t>aata hai, is ne suna tha kahin apne tribe mein, woh makkah madine se bahar rehta tha ke ek aadmi nikla hai jo kehta hai ke main khuda ka peghambar hoon,</w:t>
      </w:r>
    </w:p>
    <w:p>
      <w:pPr>
        <w:jc w:val="right"/>
      </w:pPr>
      <w:r>
        <w:t>آتا ہے، اس نے سنا تھا کہیں اپنے ٹرائب میں، وہ مکہ مدینے سے باہر رہتا تھا کہ ایک آدمی نکلا ہے جو کہتا ہے کہ میں خدا کا پیغمبر ہوں،</w:t>
      </w:r>
    </w:p>
    <w:p>
      <w:r>
        <w:rPr>
          <w:b/>
        </w:rPr>
        <w:t xml:space="preserve">[44:25] </w:t>
      </w:r>
      <w:r>
        <w:t>I am the prophet of God. Oont par baith kar aata hai, woh wahan aap jante hain ke jo sawari thi, woh oont ki sawari hua karti thi.</w:t>
      </w:r>
    </w:p>
    <w:p>
      <w:pPr>
        <w:jc w:val="right"/>
      </w:pPr>
      <w:r>
        <w:t>آئی ایم دا پرافٹ آف گاڈ۔ اونٹ پر بیٹھ کر آتا ہے، وہ وہاں آپ جانتے ہیں کہ جو سواری تھی، وہ اونٹ کی سواری ہوا کرتی تھی۔</w:t>
      </w:r>
    </w:p>
    <w:p>
      <w:r>
        <w:rPr>
          <w:b/>
        </w:rPr>
        <w:t xml:space="preserve">[44:36] </w:t>
      </w:r>
      <w:r>
        <w:t>aaya, ab zahir hai kai din kai raat lage honge is ko.</w:t>
      </w:r>
    </w:p>
    <w:p>
      <w:pPr>
        <w:jc w:val="right"/>
      </w:pPr>
      <w:r>
        <w:t>آیا، اب ظاہر ہے کئی دن کئی رات لگے ہوں گے اس کو۔</w:t>
      </w:r>
    </w:p>
    <w:p>
      <w:r>
        <w:rPr>
          <w:b/>
        </w:rPr>
        <w:t xml:space="preserve">[44:40] </w:t>
      </w:r>
      <w:r>
        <w:t>ab pohancha, ab oont par baitha baitha woh poochta hai, wahan par masjid nabwi, is ko hum kehte hain, wahan par aaya tha.</w:t>
      </w:r>
    </w:p>
    <w:p>
      <w:pPr>
        <w:jc w:val="right"/>
      </w:pPr>
      <w:r>
        <w:t>اب پہنچا، اب اونٹ پر بیٹھا بیٹھا وہ پوچھتا ہے، وہاں پر مسجد نبوی، اس کو ہم کہتے ہیں، وہاں پر آیا تھا۔</w:t>
      </w:r>
    </w:p>
    <w:p>
      <w:r>
        <w:rPr>
          <w:b/>
        </w:rPr>
        <w:t xml:space="preserve">[44:50] </w:t>
      </w:r>
      <w:r>
        <w:t>woh toh baitha baitha poochta hai, "aikam aikam ibn abdul muttalib?" kaisi ajeeb baat hai! woh oont ki peeth par abhi hai, utra nahi hai.</w:t>
      </w:r>
    </w:p>
    <w:p>
      <w:pPr>
        <w:jc w:val="right"/>
      </w:pPr>
      <w:r>
        <w:t>وہ تو بیٹھا بیٹھا پوچھتا ہے، "ایکم ایکم ابن عبدالمطلب؟" کیسی عجیب بات ہے! وہ اونٹ کی پیٹھ پر ابھی ہے، اترا نہیں ہے۔</w:t>
      </w:r>
    </w:p>
    <w:p>
      <w:r>
        <w:rPr>
          <w:b/>
        </w:rPr>
        <w:t xml:space="preserve">[45:00] </w:t>
      </w:r>
      <w:r>
        <w:t>woh wohin se kehta hai, "aikam ibn abdul muttalib? tum mein se kaun hai abdul muttalib ka</w:t>
      </w:r>
    </w:p>
    <w:p>
      <w:pPr>
        <w:jc w:val="right"/>
      </w:pPr>
      <w:r>
        <w:t>وہ وہیں سے کہتا ہے، "ایکم ابن عبدالمطلب؟ تم میں سے کون ہے عبدالمطلب کا</w:t>
      </w:r>
    </w:p>
    <w:p>
      <w:r>
        <w:rPr>
          <w:b/>
        </w:rPr>
        <w:t xml:space="preserve">[45:09] </w:t>
      </w:r>
      <w:r>
        <w:t>beta, yaani pota?" abdul muttalib aap ke dada the, woh bohat hi well noon aadmi the. woh inhi ko naam le kar poocha, is ne matlab is ka, "tumhein tum mein se muhammad kaun hai?" matlab is ka tha.</w:t>
      </w:r>
    </w:p>
    <w:p>
      <w:pPr>
        <w:jc w:val="right"/>
      </w:pPr>
      <w:r>
        <w:t>بیٹا، یعنی پوتا؟" عبدالمطلب آپ کے دادا تھے، وہ بہت ہی ویل نون آدمی تھے۔ وہ انہی کو نام لے کر پوچھا، اس نے مطلب اس کا، "تمہیں تم میں سے محمد کون ہے؟" مطلب اس کا تھا۔</w:t>
      </w:r>
    </w:p>
    <w:p>
      <w:r>
        <w:rPr>
          <w:b/>
        </w:rPr>
        <w:t xml:space="preserve">[45:25] </w:t>
      </w:r>
      <w:r>
        <w:t>to aap kehte hain ke "main hoon, main hoon." ab is ko oont par baitha baitha woh kehta hai ke "main aap ko qasam dilata hoon</w:t>
      </w:r>
    </w:p>
    <w:p>
      <w:pPr>
        <w:jc w:val="right"/>
      </w:pPr>
      <w:r>
        <w:t>تو آپ کہتے ہیں کہ "میں ہوں، میں ہوں۔" اب اس کو اونٹ پر بیٹھا بیٹھا وہ کہتا ہے کہ "میں آپ کو قسم دلاتا ہوں</w:t>
      </w:r>
    </w:p>
    <w:p>
      <w:r>
        <w:rPr>
          <w:b/>
        </w:rPr>
        <w:t xml:space="preserve">[45:39] </w:t>
      </w:r>
      <w:r>
        <w:t>is khuda ki jis khuda ko saare log mante hain, aur is khuda ki jis ko aap mante hain.</w:t>
      </w:r>
    </w:p>
    <w:p>
      <w:pPr>
        <w:jc w:val="right"/>
      </w:pPr>
      <w:r>
        <w:t>اس خدا کی جس خدا کو سارے لوگ مانتے ہیں، اور اس خدا کی جس کو آپ مانتے ہیں۔</w:t>
      </w:r>
    </w:p>
    <w:p>
      <w:r>
        <w:rPr>
          <w:b/>
        </w:rPr>
        <w:t xml:space="preserve">[45:51] </w:t>
      </w:r>
      <w:r>
        <w:t>kya khuda ne aap ko peghambar bana kar bheja hai?"</w:t>
      </w:r>
    </w:p>
    <w:p>
      <w:pPr>
        <w:jc w:val="right"/>
      </w:pPr>
      <w:r>
        <w:t>کیا خدا نے آپ کو پیغمبر بنا کر بھیجا ہے؟"</w:t>
      </w:r>
    </w:p>
    <w:p>
      <w:r>
        <w:rPr>
          <w:b/>
        </w:rPr>
        <w:t xml:space="preserve">[45:59] </w:t>
      </w:r>
      <w:r>
        <w:t>aap kehte hain ke "allahum naam" yaani "haan haan". bas yeh kehne par woh aap ko accept kar leta hai.</w:t>
      </w:r>
    </w:p>
    <w:p>
      <w:pPr>
        <w:jc w:val="right"/>
      </w:pPr>
      <w:r>
        <w:t>آپ کہتے ہیں کہ "اللہم نام" یعنی "ہاں ہاں"۔ بس یہ کہنے پر وہ آپ کو ایکسیپٹ کر لیتا ہے۔</w:t>
      </w:r>
    </w:p>
    <w:p>
      <w:r>
        <w:rPr>
          <w:b/>
        </w:rPr>
        <w:t xml:space="preserve">[46:12] </w:t>
      </w:r>
      <w:r>
        <w:t>woh kehta hai ke "haath badhaiye, main aap ke haath pe baiat karta hoon." yeh yeh character tha in ka, woh na jhoot bolte the aur na yeh expect karte the ke doosra aadmi jhoot bolay ga.</w:t>
      </w:r>
    </w:p>
    <w:p>
      <w:pPr>
        <w:jc w:val="right"/>
      </w:pPr>
      <w:r>
        <w:t>وہ کہتا ہے کہ "ہاتھ بڑھائیے، میں آپ کے ہاتھ پہ بیعت کرتا ہوں۔" یہ یہ کریکٹر تھا ان کا، وہ نہ جھوٹ بولتے تھے اور نہ یہ ایکسپیکٹ کرتے تھے کہ دوسرا آدمی جھوٹ بولے گا۔</w:t>
      </w:r>
    </w:p>
    <w:p>
      <w:r>
        <w:rPr>
          <w:b/>
        </w:rPr>
        <w:t xml:space="preserve">[46:26] </w:t>
      </w:r>
      <w:r>
        <w:t>isi ko main kehta hoon mister nature. jaise woh bachi jo thi, us ko bhi jhoot bolna nahi aata tha. aaj bhi aap dekhiye, bachon ko aap dekh lijiyey, chote bachon ko kahin bhi, kahin bhi dekh lijiyey.</w:t>
      </w:r>
    </w:p>
    <w:p>
      <w:pPr>
        <w:jc w:val="right"/>
      </w:pPr>
      <w:r>
        <w:t>اسی کو میں کہتا ہوں مسٹر نیچر۔ جیسے وہ بچی جو تھی، اس کو بھی جھوٹ بولنا نہیں آتا تھا۔ آج بھی آپ دیکھیے، بچوں کو آپ دیکھ لیجئے، چھوٹے بچوں کو کہیں بھی، کہیں بھی دیکھ لیجئے۔</w:t>
      </w:r>
    </w:p>
    <w:p>
      <w:r>
        <w:rPr>
          <w:b/>
        </w:rPr>
        <w:t xml:space="preserve">[46:38] </w:t>
      </w:r>
      <w:r>
        <w:t>t</w:t>
      </w:r>
    </w:p>
    <w:p>
      <w:pPr>
        <w:jc w:val="right"/>
      </w:pPr>
      <w:r>
        <w:t>ٹ</w:t>
      </w:r>
    </w:p>
    <w:p>
      <w:r>
        <w:rPr>
          <w:b/>
        </w:rPr>
        <w:t xml:space="preserve">[46:39] </w:t>
      </w:r>
      <w:r>
        <w:t>aristai ka jo qissa hai, woh aap ne parha hoga. aap mein se kai logon ne ke tolstoy ne bachon ke bare mein jo likhi hai kahani, bohat hi beautiful kahani. is mein yeh dikhaya hai ke bachay kitnay innocence hotay hain,</w:t>
      </w:r>
    </w:p>
    <w:p>
      <w:pPr>
        <w:jc w:val="right"/>
      </w:pPr>
      <w:r>
        <w:t>ارسٹائی کا جو قصہ ہے، وہ آپ نے پڑھا ہوگا۔ آپ میں سے کئی لوگوں نے کہ ٹارسٹائی نے بچوں کے بارے میں جو لکھی ہے کہانی، بہت ہی بیوٹی فل کہانی۔ اس میں یہ دکھایا ہے کہ بچے کتنے انوسنس ہوتے ہیں،</w:t>
      </w:r>
    </w:p>
    <w:p>
      <w:r>
        <w:rPr>
          <w:b/>
        </w:rPr>
        <w:t xml:space="preserve">[46:53] </w:t>
      </w:r>
      <w:r>
        <w:t>un ko pata hi nahi ke jhoot bolna bhi koi cheez hai.</w:t>
      </w:r>
    </w:p>
    <w:p>
      <w:pPr>
        <w:jc w:val="right"/>
      </w:pPr>
      <w:r>
        <w:t>ان کو پتہ ہی نہیں کہ جھوٹ بولنا بھی کوئی چیز ہے۔</w:t>
      </w:r>
    </w:p>
    <w:p>
      <w:r>
        <w:rPr>
          <w:b/>
        </w:rPr>
        <w:t xml:space="preserve">[46:58] </w:t>
      </w:r>
      <w:r>
        <w:t>to is desert mein jo generation bani thi, woh mister nature tha. in mein se har aik aadmi</w:t>
      </w:r>
    </w:p>
    <w:p>
      <w:pPr>
        <w:jc w:val="right"/>
      </w:pPr>
      <w:r>
        <w:t>تو اس ڈیزرٹ میں جو جنریشن بنی تھی، وہ مسٹر نیچر تھا۔ ان میں سے ہر ایک آدمی</w:t>
      </w:r>
    </w:p>
    <w:p>
      <w:r>
        <w:rPr>
          <w:b/>
        </w:rPr>
        <w:t xml:space="preserve">[47:07] </w:t>
      </w:r>
      <w:r>
        <w:t>to un ko pata hi nahi tha ke jhoot bhi bola jata hai. to woh aadmi jab oont par baithe baithe kehta hai ke "kya tum ho muhammad?" aap kehte hain ke "haan." to poochta hai, "kya khuda ne tum ko peghambar banaya hai?" aap kehte hain "haan." to bas maan leta hai.</w:t>
      </w:r>
    </w:p>
    <w:p>
      <w:pPr>
        <w:jc w:val="right"/>
      </w:pPr>
      <w:r>
        <w:t>تو ان کو پتہ ہی نہیں تھا کہ جھوٹ بھی بولا جاتا ہے۔ تو وہ آدمی جب اونٹ پر بیٹھے بیٹھے کہتا ہے کہ "کیا تم ہو محمد؟" آپ کہتے ہیں کہ "ہاں۔" تو پوچھتا ہے، "کیا خدا نے تم کو پیغمبر بنایا ہے؟" آپ کہتے ہیں "ہاں۔" تو بس مان لیتا ہے۔</w:t>
      </w:r>
    </w:p>
    <w:p>
      <w:r>
        <w:rPr>
          <w:b/>
        </w:rPr>
        <w:t xml:space="preserve">[47:27] </w:t>
      </w:r>
      <w:r>
        <w:t>woh</w:t>
      </w:r>
    </w:p>
    <w:p>
      <w:pPr>
        <w:jc w:val="right"/>
      </w:pPr>
      <w:r>
        <w:t>وہ</w:t>
      </w:r>
    </w:p>
    <w:p>
      <w:r>
        <w:rPr>
          <w:b/>
        </w:rPr>
        <w:t xml:space="preserve">[47:31] </w:t>
      </w:r>
      <w:r>
        <w:t>yeh yeh yeh log hain, yeh kaise bane?</w:t>
      </w:r>
    </w:p>
    <w:p>
      <w:pPr>
        <w:jc w:val="right"/>
      </w:pPr>
      <w:r>
        <w:t>یہ یہ یہ لوگ ہیں، یہ کیسے بنے؟</w:t>
      </w:r>
    </w:p>
    <w:p>
      <w:r>
        <w:rPr>
          <w:b/>
        </w:rPr>
        <w:t xml:space="preserve">[47:34] </w:t>
      </w:r>
      <w:r>
        <w:t>yeh ek lady ke conviction ne yeh yeh yeh yeh generation banai ke haajra jo thi, chaar hazar saal pehle, aap jante hain ke jahan aaj makkah hai,</w:t>
      </w:r>
    </w:p>
    <w:p>
      <w:pPr>
        <w:jc w:val="right"/>
      </w:pPr>
      <w:r>
        <w:t>یہ ایک لیڈی کے کنوکشن نے یہ یہ یہ یہ جنریشن بنائی کہ ہاجرہ جو تھی، چار ہزار سال پہلے، آپ جانتے ہیں کہ جہاں آج مکہ ہے،</w:t>
      </w:r>
    </w:p>
    <w:p>
      <w:r>
        <w:rPr>
          <w:b/>
        </w:rPr>
        <w:t xml:space="preserve">[47:49] </w:t>
      </w:r>
      <w:r>
        <w:t>wahan chaar hazar saal pehle sirf desert tha, sirf desert. har taraf desert hi desert tha.</w:t>
      </w:r>
    </w:p>
    <w:p>
      <w:pPr>
        <w:jc w:val="right"/>
      </w:pPr>
      <w:r>
        <w:t>وہاں چار ہزار سال پہلے صرف ڈیزرٹ تھا، صرف ڈیزرٹ۔ ہر طرف ڈیزرٹ ہی ڈیزرٹ تھا۔</w:t>
      </w:r>
    </w:p>
    <w:p>
      <w:r>
        <w:rPr>
          <w:b/>
        </w:rPr>
        <w:t xml:space="preserve">[47:56] </w:t>
      </w:r>
      <w:r>
        <w:t>wahan wahan par na koi pani, na koi sabza, na koi darakht, na koi agriculture, na koi horticulture, kuch bhi nahi.</w:t>
      </w:r>
    </w:p>
    <w:p>
      <w:pPr>
        <w:jc w:val="right"/>
      </w:pPr>
      <w:r>
        <w:t>وہاں وہاں پر نہ کوئی پانی، نہ کوئی سبزہ، نہ کوئی درخت، نہ کوئی ایگریکلچر، نہ کوئی ہارٹیکلچر، کچھ بھی نہیں۔</w:t>
      </w:r>
    </w:p>
    <w:p>
      <w:r>
        <w:rPr>
          <w:b/>
        </w:rPr>
        <w:t xml:space="preserve">[48:08] </w:t>
      </w:r>
      <w:r>
        <w:t>to is lady ne jab yeh kaha ke "jo khuda ne aisa kaha hai ke aaj ja ke yahan yahan baso, tum ja kar ke wahan, to phir khuda mera mera saath de ga", to waqeatan jo pehla jo miracle hua, woh yeh ke wahan zam zam nikal aaya,</w:t>
      </w:r>
    </w:p>
    <w:p>
      <w:pPr>
        <w:jc w:val="right"/>
      </w:pPr>
      <w:r>
        <w:t>تو اس لیڈی نے جب یہ کہا کہ "جو خدا نے ایسا کہا ہے کہ آج جا کے یہاں یہاں بسو، تم جا کر کے وہاں، تو پھر خدا میرا میرا ساتھ دے گا"، تو واقعتا جو پہلا جو میریکل ہوا، وہ یہ کہ وہاں زم زم نکل آیا،</w:t>
      </w:r>
    </w:p>
    <w:p>
      <w:r>
        <w:rPr>
          <w:b/>
        </w:rPr>
        <w:t xml:space="preserve">[48:25] </w:t>
      </w:r>
      <w:r>
        <w:t>pani ka ka chashma. yaani makkah mein chaar hazar saal pehle, jab ke haajra wahan basi thi, to zameen ke andar se ek chashma nikal aaya.</w:t>
      </w:r>
    </w:p>
    <w:p>
      <w:pPr>
        <w:jc w:val="right"/>
      </w:pPr>
      <w:r>
        <w:t>پانی کا کا چشمہ۔ یعنی مکہ میں چار ہزار سال پہلے، جب کہ ہاجرہ وہاں بسی تھی، تو زمین کے اندر سے ایک چشمہ نکل آیا۔</w:t>
      </w:r>
    </w:p>
    <w:p>
      <w:r>
        <w:rPr>
          <w:b/>
        </w:rPr>
        <w:t xml:space="preserve">[48:38] </w:t>
      </w:r>
      <w:r>
        <w:t>aap jante hain ke pani ki zameen ke neeche hota hota hai, har jagah hota hai. yahan bhi pani hai zameen ke neeche.</w:t>
      </w:r>
    </w:p>
    <w:p>
      <w:pPr>
        <w:jc w:val="right"/>
      </w:pPr>
      <w:r>
        <w:t>آپ جانتے ہیں کہ پانی کی زمین کے نیچے ہوتا ہوتا ہے، ہر جگہ ہوتا ہے۔ یہاں بھی پانی ہے زمین کے نیچے۔</w:t>
      </w:r>
    </w:p>
    <w:p>
      <w:r>
        <w:rPr>
          <w:b/>
        </w:rPr>
        <w:t xml:space="preserve">[48:46] </w:t>
      </w:r>
      <w:r>
        <w:t>to khuda ke hukum se woh woh woh andar ka pani ka ek chashma beh pada bahar.</w:t>
      </w:r>
    </w:p>
    <w:p>
      <w:pPr>
        <w:jc w:val="right"/>
      </w:pPr>
      <w:r>
        <w:t>تو خدا کے حکم سے وہ وہ وہ اندر کا پانی کا ایک چشمہ بہہ پڑا باہر۔</w:t>
      </w:r>
    </w:p>
    <w:p>
      <w:r>
        <w:rPr>
          <w:b/>
        </w:rPr>
        <w:t xml:space="preserve">[48:52] </w:t>
      </w:r>
      <w:r>
        <w:t>aaj tak woh pani de raha hai, aaj tak woh chashma sookha nahin. raat din, raat din mein wahan gaya hoon, do baar raat din wahan par bheed lagi rehti hai, wahan zam zam ke aur aur sainkaron hazaron nalon se pani supply hota hai.</w:t>
      </w:r>
    </w:p>
    <w:p>
      <w:pPr>
        <w:jc w:val="right"/>
      </w:pPr>
      <w:r>
        <w:t>آج تک وہ پانی دے رہا ہے، آج تک وہ چشمہ سوکھا نہیں۔ رات دن، رات دن میں وہاں گیا ہوں، دو بار رات دن وہاں پر بھیڑ لگی رہتی ہے، وہاں زم زم کے اور اور سینکڑوں ہزاروں نلوں سے پانی سپلائی ہوتا ہے۔</w:t>
      </w:r>
    </w:p>
    <w:p>
      <w:r>
        <w:rPr>
          <w:b/>
        </w:rPr>
        <w:t xml:space="preserve">[49:12] </w:t>
      </w:r>
      <w:r>
        <w:t>log wahan wuzu karte hain, log nahate hain, log peete hain, log is mein botalon mein le aate hain, tin mein bhar bhar kar le aate hain. ab woh khatam nahin hota.</w:t>
      </w:r>
    </w:p>
    <w:p>
      <w:pPr>
        <w:jc w:val="right"/>
      </w:pPr>
      <w:r>
        <w:t>لوگ وہاں وضو کرتے ہیں، لوگ نہاتے ہیں، لوگ پیتے ہیں، لوگ اس میں بوتلوں میں لے آتے ہیں، ٹن میں بھر بھر کر لے آتے ہیں۔ اب وہ ختم نہیں ہوتا۔</w:t>
      </w:r>
    </w:p>
    <w:p>
      <w:r>
        <w:rPr>
          <w:b/>
        </w:rPr>
        <w:t xml:space="preserve">[49:23] </w:t>
      </w:r>
      <w:r>
        <w:t>to is ka jo jahan aakhri sira jahan milta hai, woh conviction. aap sochiye ke agar yeh conviction na hota to is desert mein kabhi koi bas sakta hai?</w:t>
      </w:r>
    </w:p>
    <w:p>
      <w:pPr>
        <w:jc w:val="right"/>
      </w:pPr>
      <w:r>
        <w:t>تو اس کا جو جہاں آخری سرا جہاں ملتا ہے، وہ کنوکشن۔ آپ سوچیے کہ اگر یہ کنوکشن نہ ہوتا تو اس ڈیزرٹ میں کبھی کوئی بس سکتا ہے؟</w:t>
      </w:r>
    </w:p>
    <w:p>
      <w:r>
        <w:rPr>
          <w:b/>
        </w:rPr>
        <w:t xml:space="preserve">[49:37] </w:t>
      </w:r>
      <w:r>
        <w:t>aap tajurba kar lijiye, aaj kisi insan ko desert mein le jaiye, desert mein kahin ke "baso yahan par". agar conviction nahin hai to kabhi wahan nahin thehrega, bhagega wahan se.</w:t>
      </w:r>
    </w:p>
    <w:p>
      <w:pPr>
        <w:jc w:val="right"/>
      </w:pPr>
      <w:r>
        <w:t>آپ تجربہ کر لیجئے، آج کسی انسان کو ڈیزرٹ میں لے جائیے، ڈیزرٹ میں کہیں کہ "بسو یہاں پر"۔ اگر کنوکشن نہیں ہے تو کبھی وہاں نہیں ٹھہرے گا، بھاگے گا وہاں سے۔</w:t>
      </w:r>
    </w:p>
    <w:p>
      <w:r>
        <w:rPr>
          <w:b/>
        </w:rPr>
        <w:t xml:space="preserve">[49:47] </w:t>
      </w:r>
      <w:r>
        <w:t>woh</w:t>
      </w:r>
    </w:p>
    <w:p>
      <w:pPr>
        <w:jc w:val="right"/>
      </w:pPr>
      <w:r>
        <w:t>وہ</w:t>
      </w:r>
    </w:p>
    <w:p>
      <w:r>
        <w:rPr>
          <w:b/>
        </w:rPr>
        <w:t xml:space="preserve">[49:50] </w:t>
      </w:r>
      <w:r>
        <w:t>to isi bade, woh jo ek ek ek misl hai, ek misl hai ke "der is a woman at the beginning of all great things".</w:t>
      </w:r>
    </w:p>
    <w:p>
      <w:pPr>
        <w:jc w:val="right"/>
      </w:pPr>
      <w:r>
        <w:t>تو اسی بڑے، وہ جو ایک ایک ایک مثل ہے، ایک مثل ہے کہ "دیر از ا وومن ایٹ دی بگننگ آف آل گریٹ تھنگز"۔</w:t>
      </w:r>
    </w:p>
    <w:p>
      <w:r>
        <w:rPr>
          <w:b/>
        </w:rPr>
        <w:t xml:space="preserve">[50:03] </w:t>
      </w:r>
      <w:r>
        <w:t>"der is a woman at the beginning of all great things". har badi cheez ke peeche ek woman hai. main yeh kahunga ke har cheez, har badi cheez ke peeche ek conviction hai.</w:t>
      </w:r>
    </w:p>
    <w:p>
      <w:pPr>
        <w:jc w:val="right"/>
      </w:pPr>
      <w:r>
        <w:t>"دیر از ا وومن ایٹ دی بگننگ آف آل گریٹ تھنگز"۔ ہر بڑی چیز کے پیچھے ایک وومن ہے۔ میں یہ کہوں گا کہ ہر چیز، ہر بڑی چیز کے پیچھے ایک کنوکشن ہے۔</w:t>
      </w:r>
    </w:p>
    <w:p>
      <w:r>
        <w:rPr>
          <w:b/>
        </w:rPr>
        <w:t xml:space="preserve">[50:20] </w:t>
      </w:r>
      <w:r>
        <w:t>"der is a woman at the beginning of all great things" ko main thoda sa badal kar kahunga ke har badi waqea ke peeche, har bade event ke peeche ek conviction hai.</w:t>
      </w:r>
    </w:p>
    <w:p>
      <w:pPr>
        <w:jc w:val="right"/>
      </w:pPr>
      <w:r>
        <w:t>"دیر از ا وومن ایٹ دی بگننگ آف آل گریٹ تھنگز" کو میں تھوڑا سا بدل کر کہوں گا کہ ہر بڑی واقعے کے پیچھے، ہر بڑے ایونٹ کے پیچھے ایک کنوکشن ہے۔</w:t>
      </w:r>
    </w:p>
    <w:p>
      <w:r>
        <w:rPr>
          <w:b/>
        </w:rPr>
        <w:t xml:space="preserve">[50:32] </w:t>
      </w:r>
      <w:r>
        <w:t>jiske andar zyada conviction hoga, wahi koi bada kaam karega. to dekhiye, conviction kisi kisi yaani banawati baat mein ho sakta hai.</w:t>
      </w:r>
    </w:p>
    <w:p>
      <w:pPr>
        <w:jc w:val="right"/>
      </w:pPr>
      <w:r>
        <w:t>جس کے اندر زیادہ کنوکشن ہوگا، وہی کوئی بڑا کام کرے گا۔ تو دیکھیے، کنوکشن کسی کسی یعنی بناوٹی بات میں ہو سکتا ہے۔</w:t>
      </w:r>
    </w:p>
    <w:p>
      <w:r>
        <w:rPr>
          <w:b/>
        </w:rPr>
        <w:t xml:space="preserve">[50:44] </w:t>
      </w:r>
      <w:r>
        <w:t>ek real source of conviction hona chahiye, real source of conviction</w:t>
      </w:r>
    </w:p>
    <w:p>
      <w:pPr>
        <w:jc w:val="right"/>
      </w:pPr>
      <w:r>
        <w:t>ایک ریئل سورس آف کنوکشن ہونا چاہیے، ریئل سورس آف کنوکشن</w:t>
      </w:r>
    </w:p>
    <w:p>
      <w:r>
        <w:rPr>
          <w:b/>
        </w:rPr>
        <w:t xml:space="preserve">[50:49] </w:t>
      </w:r>
      <w:r>
        <w:t>jismein strict na ho sakta ho. do cheezen zaroori hain, yaad rakhiye: ek to ek woh real source ho, doosra ek woh strict na ho sakta ho.</w:t>
      </w:r>
    </w:p>
    <w:p>
      <w:pPr>
        <w:jc w:val="right"/>
      </w:pPr>
      <w:r>
        <w:t>جس میں اسٹرکٹ نہ ہو سکتا ہو۔ دو چیزیں ضروری ہیں، یاد رکھیے: ایک تو ایک وہ ریئل سورس ہو، دوسرا ایک وہ اسٹرکٹ نہ ہو سکتا ہو۔</w:t>
      </w:r>
    </w:p>
    <w:p>
      <w:r>
        <w:rPr>
          <w:b/>
        </w:rPr>
        <w:t xml:space="preserve">[50:59] </w:t>
      </w:r>
      <w:r>
        <w:t>ismein jab kai source of conviction bane to phir conviction kamzor ho gaya. conviction kamzor jahan bhi aap ne aisa kiya ke conviction ke source kai bana diye, aap</w:t>
      </w:r>
    </w:p>
    <w:p>
      <w:pPr>
        <w:jc w:val="right"/>
      </w:pPr>
      <w:r>
        <w:t>اس میں جب کئی سورس آف کنوکشن بنے تو پھر کنوکشن کمزور ہو گیا۔ کنوکشن کمزور جہاں بھی آپ نے ایسا کیا کہ کنوکشن کے سورس کئی بنا دیے، آپ</w:t>
      </w:r>
    </w:p>
    <w:p>
      <w:r>
        <w:rPr>
          <w:b/>
        </w:rPr>
        <w:t xml:space="preserve">[51:18] </w:t>
      </w:r>
      <w:r>
        <w:t>to woh conviction ki weakening ho gayi. ek chahiye, ek single source, tab super conviction aata hai.</w:t>
      </w:r>
    </w:p>
    <w:p>
      <w:pPr>
        <w:jc w:val="right"/>
      </w:pPr>
      <w:r>
        <w:t>تو وہ کنوکشن کی ویکننگ ہو گئی۔ ایک چاہیے، ایک سنگل سورس، تب سپر کنوکشن آتا ہے۔</w:t>
      </w:r>
    </w:p>
    <w:p>
      <w:r>
        <w:rPr>
          <w:b/>
        </w:rPr>
        <w:t xml:space="preserve">[51:29] </w:t>
      </w:r>
      <w:r>
        <w:t>aur phir woh real real ho, woh banawati na ho. ek real conviction to khuda ka aqeeda yahi conviction deta hai hum ko.</w:t>
      </w:r>
    </w:p>
    <w:p>
      <w:pPr>
        <w:jc w:val="right"/>
      </w:pPr>
      <w:r>
        <w:t>اور پھر وہ ریئل ریئل ہو، وہ بناوٹی نہ ہو۔ ایک ریئل کنوکشن تو خدا کا عقیدہ یہی کنوکشن دیتا ہے ہم کو۔</w:t>
      </w:r>
    </w:p>
    <w:p>
      <w:r>
        <w:rPr>
          <w:b/>
        </w:rPr>
        <w:t xml:space="preserve">[51:42] </w:t>
      </w:r>
      <w:r>
        <w:t>khuda ek real personality</w:t>
      </w:r>
    </w:p>
    <w:p>
      <w:pPr>
        <w:jc w:val="right"/>
      </w:pPr>
      <w:r>
        <w:t>خدا ایک ریئل پرسنیلٹی</w:t>
      </w:r>
    </w:p>
    <w:p>
      <w:r>
        <w:rPr>
          <w:b/>
        </w:rPr>
        <w:t xml:space="preserve">[51:44] </w:t>
      </w:r>
      <w:r>
        <w:t>hai, khuda ka ek real existence hai, aur woh all powerful hai.</w:t>
      </w:r>
    </w:p>
    <w:p>
      <w:pPr>
        <w:jc w:val="right"/>
      </w:pPr>
      <w:r>
        <w:t>ہے، خدا کا ایک ریئل ایگزسٹنس ہے، اور وہ آل پاور فل ہے۔</w:t>
      </w:r>
    </w:p>
    <w:p>
      <w:r>
        <w:rPr>
          <w:b/>
        </w:rPr>
        <w:t xml:space="preserve">[51:54] </w:t>
      </w:r>
      <w:r>
        <w:t>to yeh hai</w:t>
      </w:r>
    </w:p>
    <w:p>
      <w:pPr>
        <w:jc w:val="right"/>
      </w:pPr>
      <w:r>
        <w:t>تو یہ ہے</w:t>
      </w:r>
    </w:p>
    <w:p>
      <w:r>
        <w:rPr>
          <w:b/>
        </w:rPr>
        <w:t xml:space="preserve">[51:59] </w:t>
      </w:r>
      <w:r>
        <w:t>yaani winds of truth ka maamla. ab main aap ko ek aur qissa arz karoon.</w:t>
      </w:r>
    </w:p>
    <w:p>
      <w:pPr>
        <w:jc w:val="right"/>
      </w:pPr>
      <w:r>
        <w:t>یعنی ونڈس آف ٹروتھ کا معاملہ۔ اب میں آپ کو ایک اور قصہ عرض کروں۔</w:t>
      </w:r>
    </w:p>
    <w:p>
      <w:r>
        <w:rPr>
          <w:b/>
        </w:rPr>
        <w:t xml:space="preserve">[52:05] </w:t>
      </w:r>
      <w:r>
        <w:t>aap jante hain ke prophet Muhammad jo hain, woh</w:t>
      </w:r>
    </w:p>
    <w:p>
      <w:pPr>
        <w:jc w:val="right"/>
      </w:pPr>
      <w:r>
        <w:t>آپ جانتے ہیں کہ پرافٹ محمد جو ہیں، وہ</w:t>
      </w:r>
    </w:p>
    <w:p>
      <w:r>
        <w:rPr>
          <w:b/>
        </w:rPr>
        <w:t xml:space="preserve">[52:12] </w:t>
      </w:r>
      <w:r>
        <w:t>woh makkah mein paida hue 570 AD mein, aur wahin par aap ko khuda ne prophet banaya 610 AD mein.</w:t>
      </w:r>
    </w:p>
    <w:p>
      <w:pPr>
        <w:jc w:val="right"/>
      </w:pPr>
      <w:r>
        <w:t>وہ مکہ میں پیدا ہوئے 570 اے ڈی میں، اور وہیں پر آپ کو خدا نے پرافٹ بنایا 610 اے ڈی میں۔</w:t>
      </w:r>
    </w:p>
    <w:p>
      <w:r>
        <w:rPr>
          <w:b/>
        </w:rPr>
        <w:t xml:space="preserve">[52:23] </w:t>
      </w:r>
      <w:r>
        <w:t>woh aap ka watan tha, lekin woh log the sab ke sab buton ko poojne wale,</w:t>
      </w:r>
    </w:p>
    <w:p>
      <w:pPr>
        <w:jc w:val="right"/>
      </w:pPr>
      <w:r>
        <w:t>وہ آپ کا وطن تھا، لیکن وہ لوگ تھے سب کے سب بتوں کو پوجنے والے،</w:t>
      </w:r>
    </w:p>
    <w:p>
      <w:r>
        <w:rPr>
          <w:b/>
        </w:rPr>
        <w:t xml:space="preserve">[52:31] </w:t>
      </w:r>
      <w:r>
        <w:t>idol worshippers. aap winds of god ki baat karte the, yaani aap toheed ki baat karte the, aur woh log shirk par the.</w:t>
      </w:r>
    </w:p>
    <w:p>
      <w:pPr>
        <w:jc w:val="right"/>
      </w:pPr>
      <w:r>
        <w:t>اڈل ورشپرز۔ آپ ونڈس آف گاڈ کی بات کرتے تھے، یعنی آپ توحید کی بات کرتے تھے، اور وہ لوگ شرک پر تھے۔</w:t>
      </w:r>
    </w:p>
    <w:p>
      <w:r>
        <w:rPr>
          <w:b/>
        </w:rPr>
        <w:t xml:space="preserve">[52:40] </w:t>
      </w:r>
      <w:r>
        <w:t>woh log to in logon ko laga ke yeh hamare hamare mazhab ko yeh yeh dewalsh karna chahte hain, hamare mazhab ko destroy karna chahte hain.</w:t>
      </w:r>
    </w:p>
    <w:p>
      <w:pPr>
        <w:jc w:val="right"/>
      </w:pPr>
      <w:r>
        <w:t>وہ لوگ تو ان لوگوں کو لگا کہ یہ ہمارے ہمارے مذہب کو یہ یہ ڈیوالش کرنا چاہتے ہیں، ہمارے مذہب کو ڈسٹرائے کرنا چاہتے ہیں۔</w:t>
      </w:r>
    </w:p>
    <w:p>
      <w:r>
        <w:rPr>
          <w:b/>
        </w:rPr>
        <w:t xml:space="preserve">[52:53] </w:t>
      </w:r>
      <w:r>
        <w:t>to woh log aap ke dushman ban gaye, aap ko bohat sataya,</w:t>
      </w:r>
    </w:p>
    <w:p>
      <w:pPr>
        <w:jc w:val="right"/>
      </w:pPr>
      <w:r>
        <w:t>تو وہ لوگ آپ کے دشمن بن گئے، آپ کو بہت ستایا،</w:t>
      </w:r>
    </w:p>
    <w:p>
      <w:r>
        <w:rPr>
          <w:b/>
        </w:rPr>
        <w:t xml:space="preserve">[53:00] </w:t>
      </w:r>
      <w:r>
        <w:t>yahan tak ke aap ko maarne ka unhon ne faisla le liya. is waqt aap ne yeh faisla kiya ke main makka chhod kar ke madina chala jaon,</w:t>
      </w:r>
    </w:p>
    <w:p>
      <w:pPr>
        <w:jc w:val="right"/>
      </w:pPr>
      <w:r>
        <w:t>یہاں تک کہ آپ کو مارنے کا انہوں نے فیصلہ لے لیا۔ اس وقت آپ نے یہ فیصلہ کیا کہ میں مکہ چھوڑ کر کے مدینہ چلا جاؤں،</w:t>
      </w:r>
    </w:p>
    <w:p>
      <w:r>
        <w:rPr>
          <w:b/>
        </w:rPr>
        <w:t xml:space="preserve">[53:18] </w:t>
      </w:r>
      <w:r>
        <w:t>taake kyunke madine mein aap ka assessment yeh tha ke madine mein zyada scope hai mere mission ke liye.</w:t>
      </w:r>
    </w:p>
    <w:p>
      <w:pPr>
        <w:jc w:val="right"/>
      </w:pPr>
      <w:r>
        <w:t>تاکہ کیونکہ مدینے میں آپ کا اسیسمنٹ یہ تھا کہ مدینے میں زیادہ اسکوپ ہے میرے مشن کے لیے۔</w:t>
      </w:r>
    </w:p>
    <w:p>
      <w:r>
        <w:rPr>
          <w:b/>
        </w:rPr>
        <w:t xml:space="preserve">[53:27] </w:t>
      </w:r>
      <w:r>
        <w:t>to jab aap nikle makka se, raat ke waqt nikle, aur seedhe madina nahi gaye, balkeh raat ko chal kar ke woh aap ek ek mountain tha, thaur,</w:t>
      </w:r>
    </w:p>
    <w:p>
      <w:pPr>
        <w:jc w:val="right"/>
      </w:pPr>
      <w:r>
        <w:t>تو جب آپ نکلے مکہ سے، رات کے وقت نکلے، اور سیدھے مدینہ نہیں گئے، بلکہ رات کو چل کر کے وہ آپ ایک ایک ماؤنٹن تھا، ثور،</w:t>
      </w:r>
    </w:p>
    <w:p>
      <w:r>
        <w:rPr>
          <w:b/>
        </w:rPr>
        <w:t xml:space="preserve">[53:43] </w:t>
      </w:r>
      <w:r>
        <w:t>is ke cave mein aap chhup gaye, kyunke aap ko pata tha ke woh log niklenge aap ko aap ki search ke liye, key</w:t>
      </w:r>
    </w:p>
    <w:p>
      <w:pPr>
        <w:jc w:val="right"/>
      </w:pPr>
      <w:r>
        <w:t>اس کے کیو میں آپ چھپ گئے، کیونکہ آپ کو پتہ تھا کہ وہ لوگ نکلیں گے آپ کو آپ کی سرچ کے لیے، کی</w:t>
      </w:r>
    </w:p>
    <w:p>
      <w:r>
        <w:rPr>
          <w:b/>
        </w:rPr>
        <w:t xml:space="preserve">[53:54] </w:t>
      </w:r>
      <w:r>
        <w:t>yunke woh chahte the ke yeh agar kahin kahin bhi aage settle ho jayenge to phir wahan phir wahan pe humein problem create karenge, wahan par hamare liye. to un ka un ka yeh decision tha ke aap ko maar dalen, to raaste mein marenge.</w:t>
      </w:r>
    </w:p>
    <w:p>
      <w:pPr>
        <w:jc w:val="right"/>
      </w:pPr>
      <w:r>
        <w:t>ونکہ وہ چاہتے تھے کہ یہ اگر کہیں کہیں بھی آگے سیٹل ہو جائیں گے تو پھر وہاں پھر وہاں پہ ہمیں پرابلم کریٹ کریں گے، وہاں پر ہمارے لیے۔ تو ان کا ان کا یہ ڈیسیژن تھا کہ آپ کو مار ڈالیں، تو راستے میں ماریں گے۔</w:t>
      </w:r>
    </w:p>
    <w:p>
      <w:r>
        <w:rPr>
          <w:b/>
        </w:rPr>
        <w:t xml:space="preserve">[54:07] </w:t>
      </w:r>
      <w:r>
        <w:t>woh makke mein nahi maar sake, to phir raaste mein aa kar marenge. to aap aur aap ke saathi abubakar do aadmi the, cave mein aap chhupe hue the.</w:t>
      </w:r>
    </w:p>
    <w:p>
      <w:pPr>
        <w:jc w:val="right"/>
      </w:pPr>
      <w:r>
        <w:t>وہ مکے میں نہیں مار سکے، تو پھر راستے میں آ کر ماریں گے۔ تو آپ اور آپ کے ساتھی ابوبکر دو آدمی تھے، کیو میں آپ چھپے ہوئے تھے۔</w:t>
      </w:r>
    </w:p>
    <w:p>
      <w:r>
        <w:rPr>
          <w:b/>
        </w:rPr>
        <w:t xml:space="preserve">[54:19] </w:t>
      </w:r>
      <w:r>
        <w:t>to makka wale jo the, woh talwar lekar wahan pahunch gaye, dhoondhte dhoondhte dhoondhte dhoondhte.</w:t>
      </w:r>
    </w:p>
    <w:p>
      <w:pPr>
        <w:jc w:val="right"/>
      </w:pPr>
      <w:r>
        <w:t>تو مکہ والے جو تھے، وہ تلوار لے کر وہاں پہنچ گئے، ڈھونڈتے ڈھونڈتے ڈھونڈتے ڈھونڈتے۔</w:t>
      </w:r>
    </w:p>
    <w:p>
      <w:r>
        <w:rPr>
          <w:b/>
        </w:rPr>
        <w:t xml:space="preserve">[54:30] </w:t>
      </w:r>
      <w:r>
        <w:t>to is zamane mein aisa hota tha ke idhar udhar jo charwahe hua karte the, mostly to un se pata karte the log.</w:t>
      </w:r>
    </w:p>
    <w:p>
      <w:pPr>
        <w:jc w:val="right"/>
      </w:pPr>
      <w:r>
        <w:t>تو اس زمانے میں ایسا ہوتا تھا کہ ادھر ادھر جو چرواہے ہوا کرتے تھے، موسٹلی تو ان سے پتہ کرتے تھے لوگ۔</w:t>
      </w:r>
    </w:p>
    <w:p>
      <w:r>
        <w:rPr>
          <w:b/>
        </w:rPr>
        <w:t xml:space="preserve">[54:39] </w:t>
      </w:r>
      <w:r>
        <w:t>idhar se koi aadmi guzra hai to charwahe bata dete the ke aise do aadmi guzre hain. to is tareeqe se woh pata karte karte wahan pahunch gaye.</w:t>
      </w:r>
    </w:p>
    <w:p>
      <w:pPr>
        <w:jc w:val="right"/>
      </w:pPr>
      <w:r>
        <w:t>ادھر سے کوئی آدمی گزرا ہے تو چرواہے بتا دیتے تھے کہ ایسے دو آدمی گزرے ہیں۔ تو اس طریقے سے وہ پتہ کرتے کرتے وہاں پہنچ گئے۔</w:t>
      </w:r>
    </w:p>
    <w:p>
      <w:r>
        <w:rPr>
          <w:b/>
        </w:rPr>
        <w:t xml:space="preserve">[54:49] </w:t>
      </w:r>
      <w:r>
        <w:t>ab jab wahan pahunche woh to aap aap cave mein the, aap ghar mein, aur upar woh khade hue hain talwar lekar ke kai log.</w:t>
      </w:r>
    </w:p>
    <w:p>
      <w:pPr>
        <w:jc w:val="right"/>
      </w:pPr>
      <w:r>
        <w:t>اب جب وہاں پہنچے وہ تو آپ آپ کیو میں تھے، آپ غار میں، اور اوپر وہ کھڑے ہوئے ہیں تلوار لے کر کے کئی لوگ۔</w:t>
      </w:r>
    </w:p>
    <w:p>
      <w:r>
        <w:rPr>
          <w:b/>
        </w:rPr>
        <w:t xml:space="preserve">[55:01] </w:t>
      </w:r>
      <w:r>
        <w:t>to aap ke saathi the abubakar, woh kehte hain ke woh to yahan bhi aa gaye, woh to yahan bhi aa gaye. zahir hai ke aap jo hain, aap ke paas koi hathiyar nahi tha, kuch bhi nahi tha, koi saathi nahi the, siwaye do aadmi the.</w:t>
      </w:r>
    </w:p>
    <w:p>
      <w:pPr>
        <w:jc w:val="right"/>
      </w:pPr>
      <w:r>
        <w:t>تو آپ کے ساتھی تھے ابوبکر، وہ کہتے ہیں کہ وہ تو یہاں بھی آ گئے، وہ تو یہاں بھی آ گئے۔ ظاہر ہے کہ آپ جو ہیں، آپ کے پاس کوئی ہتھیار نہیں تھا، کچھ بھی نہیں تھا، کوئی ساتھی نہیں تھے، سوائے دو آدمی تھے۔</w:t>
      </w:r>
    </w:p>
    <w:p>
      <w:r>
        <w:rPr>
          <w:b/>
        </w:rPr>
        <w:t xml:space="preserve">[55:16] </w:t>
      </w:r>
      <w:r>
        <w:t>aap log bas,</w:t>
      </w:r>
    </w:p>
    <w:p>
      <w:pPr>
        <w:jc w:val="right"/>
      </w:pPr>
      <w:r>
        <w:t>آپ لوگ بس،</w:t>
      </w:r>
    </w:p>
    <w:p>
      <w:r>
        <w:rPr>
          <w:b/>
        </w:rPr>
        <w:t xml:space="preserve">[55:18] </w:t>
      </w:r>
      <w:r>
        <w:t>aur woh jo hain, kai log the hathiyar ke sath the. woh log to aap abubakar kehte hain ke woh to yahan bhi aa gaye. is waqt aap ne, yani Muhammad sallallahu alaihi wasallam ne, bohat hi itminan ke sath,</w:t>
      </w:r>
    </w:p>
    <w:p>
      <w:pPr>
        <w:jc w:val="right"/>
      </w:pPr>
      <w:r>
        <w:t>اور وہ جو ہیں، کئی لوگ تھے ہتھیار کے ساتھ تھے۔ وہ لوگ تو آپ ابوبکر کہتے ہیں کہ وہ تو یہاں بھی آ گئے۔ اس وقت آپ نے، یعنی محمد صلی اللہ علیہ وسلم نے، بہت ہی اطمینان کے ساتھ،</w:t>
      </w:r>
    </w:p>
    <w:p>
      <w:r>
        <w:rPr>
          <w:b/>
        </w:rPr>
        <w:t xml:space="preserve">[55:38] </w:t>
      </w:r>
      <w:r>
        <w:t>bohat hi peaceful hue hue kaha: "ya abubakar, maadhanak bisinain allahu thalithahuma"</w:t>
      </w:r>
    </w:p>
    <w:p>
      <w:pPr>
        <w:jc w:val="right"/>
      </w:pPr>
      <w:r>
        <w:t>بہت ہی پیس فل ہوئے ہوئے کہا: "یا ابوبکر، ماذنک بسنین اللہ ثالثہما"</w:t>
      </w:r>
    </w:p>
    <w:p>
      <w:r>
        <w:rPr>
          <w:b/>
        </w:rPr>
        <w:t xml:space="preserve">[55:48] </w:t>
      </w:r>
      <w:r>
        <w:t>. yani yeh aap ghor kijiye ke poori history mein main sunao ke aisa shayad koi nahi kar saka, itna itna bada.</w:t>
      </w:r>
    </w:p>
    <w:p>
      <w:pPr>
        <w:jc w:val="right"/>
      </w:pPr>
      <w:r>
        <w:t>۔ یعنی یہ آپ غور کیجئے کہ پوری ہسٹری میں میں سناؤں کہ ایسا شاید کوئی نہیں کر سکا، اتنا اتنا بڑا۔</w:t>
      </w:r>
    </w:p>
    <w:p>
      <w:r>
        <w:rPr>
          <w:b/>
        </w:rPr>
        <w:t xml:space="preserve">[55:59] </w:t>
      </w:r>
      <w:r>
        <w:t>"ya abubakar, maadhanak bisinain allahu thalithahuma". aye abubakar, tumhara kya guman hai in do ke bare mein jin ke sath in ka teesra khuda ho?</w:t>
      </w:r>
    </w:p>
    <w:p>
      <w:pPr>
        <w:jc w:val="right"/>
      </w:pPr>
      <w:r>
        <w:t>"یا ابوبکر، ماذنک بسنین اللہ ثالثہما"۔ اے ابوبکر، تمہارا کیا گمان ہے ان دو کے بارے میں جن کے ساتھ ان کا تیسرا خدا ہو؟</w:t>
      </w:r>
    </w:p>
    <w:p>
      <w:r>
        <w:rPr>
          <w:b/>
        </w:rPr>
        <w:t xml:space="preserve">[56:18] </w:t>
      </w:r>
      <w:r>
        <w:t>aye abubakar, tumhara kya guman hai in do ke bare mein jin ke sath in ka teesra khuda ho? ab yeh conviction jo tha, woh aap ko pahunchai hui thi.</w:t>
      </w:r>
    </w:p>
    <w:p>
      <w:pPr>
        <w:jc w:val="right"/>
      </w:pPr>
      <w:r>
        <w:t>اے ابوبکر، تمہارا کیا گمان ہے ان دو کے بارے میں جن کے ساتھ ان کا تیسرا خدا ہو؟ اب یہ کنوکشن جو تھا، وہ آپ کو پہنچائی ہوئی تھا۔</w:t>
      </w:r>
    </w:p>
    <w:p>
      <w:r>
        <w:rPr>
          <w:b/>
        </w:rPr>
        <w:t xml:space="preserve">[56:30] </w:t>
      </w:r>
      <w:r>
        <w:t>yeh conviction chunache aap ko kuch nahi hua, aur aap pahunch gaye madina. aur madine mein se aap jante hain ke ek nayi history shuru hui Islam ki.</w:t>
      </w:r>
    </w:p>
    <w:p>
      <w:pPr>
        <w:jc w:val="right"/>
      </w:pPr>
      <w:r>
        <w:t>یہ کنوکشن چنانچہ آپ کو کچھ نہیں ہوا، اور آپ پہنچ گئے مدینہ۔ اور مدینے میں سے آپ جانتے ہیں کہ ایک نئی ہسٹری شروع ہوئی اسلام کی۔</w:t>
      </w:r>
    </w:p>
    <w:p>
      <w:r>
        <w:rPr>
          <w:b/>
        </w:rPr>
        <w:t xml:space="preserve">[56:44] </w:t>
      </w:r>
      <w:r>
        <w:t>to main yeh kehna chahta hoon ke oneness of reality ya kai sachaiyon ka jo tasawwur hai, woh dekhne mein acha lagta hai, lekin is mein koi practical value is ki kuch bhi nahi hai.</w:t>
      </w:r>
    </w:p>
    <w:p>
      <w:pPr>
        <w:jc w:val="right"/>
      </w:pPr>
      <w:r>
        <w:t>تو میں یہ کہنا چاہتا ہوں کہ میننس آف ریلیٹی یا کئی سچائیوں کا جو تصور ہے، وہ دیکھنے میں اچھا لگتا ہے، لیکن اس میں کوئی پریکٹیکل ویلیو اس کی کچھ بھی نہیں ہے۔</w:t>
      </w:r>
    </w:p>
    <w:p>
      <w:r>
        <w:rPr>
          <w:b/>
        </w:rPr>
        <w:t xml:space="preserve">[57:00] </w:t>
      </w:r>
      <w:r>
        <w:t>philosophical value hai, bas bohat cheezein aisi hain jo philosophical achi lagti hain,</w:t>
      </w:r>
    </w:p>
    <w:p>
      <w:pPr>
        <w:jc w:val="right"/>
      </w:pPr>
      <w:r>
        <w:t>فلاسفیکل ویلیو ہے، بس بہت چیزیں ایسی ہیں جو فلاسفیکل اچھی لگتی ہیں،</w:t>
      </w:r>
    </w:p>
    <w:p>
      <w:r>
        <w:rPr>
          <w:b/>
        </w:rPr>
        <w:t xml:space="preserve">[57:07] </w:t>
      </w:r>
      <w:r>
        <w:t>lekin lekin un ko koi woh nahi hoti.</w:t>
      </w:r>
    </w:p>
    <w:p>
      <w:pPr>
        <w:jc w:val="right"/>
      </w:pPr>
      <w:r>
        <w:t>لیکن لیکن ان کو کوئی وہ نہیں ہوتی۔</w:t>
      </w:r>
    </w:p>
    <w:p>
      <w:r>
        <w:rPr>
          <w:b/>
        </w:rPr>
        <w:t xml:space="preserve">[57:13] </w:t>
      </w:r>
      <w:r>
        <w:t>aur yeh oneness ka jo oneness of truth ka jo concept hai, is ke andar hum ko woh hamari source of conviction banta hai. is par aap stand kar sakte hain.</w:t>
      </w:r>
    </w:p>
    <w:p>
      <w:pPr>
        <w:jc w:val="right"/>
      </w:pPr>
      <w:r>
        <w:t>اور یہ وننس کا جو وننس آف ٹروتھ کا جو کانسیپٹ ہے، اس کے اندر ہم کو وہ ہماری سورس آف کنوکشن بنتا ہے۔ اس پر آپ سٹینڈ کر سکتے ہیں۔</w:t>
      </w:r>
    </w:p>
    <w:p>
      <w:r>
        <w:rPr>
          <w:b/>
        </w:rPr>
        <w:t xml:space="preserve">[57:28] </w:t>
      </w:r>
      <w:r>
        <w:t>is liye main manta hoon is baat ko ke oneness of truth ka jo concept hai, woh philosophically beautiful lagta hai dekhne mein, lekin is ki practical value nahi hai.</w:t>
      </w:r>
    </w:p>
    <w:p>
      <w:pPr>
        <w:jc w:val="right"/>
      </w:pPr>
      <w:r>
        <w:t>اس لیے میں مانتا ہوں اس بات کو کہ میننس آف ٹروتھ کا جو کانسیپٹ ہے، وہ فلاسفیکلی بیوٹی فل لگتا ہے دیکھنے میں، لیکن اس کی پریکٹیکل ویلیو نہیں ہے۔</w:t>
      </w:r>
    </w:p>
    <w:p>
      <w:r>
        <w:rPr>
          <w:b/>
        </w:rPr>
        <w:t xml:space="preserve">[57:41] </w:t>
      </w:r>
      <w:r>
        <w:t>main yahi manta hoon ke khuda ek hai, sirf ek hai, aur sirf ek hai. koi doosra khuda nahi, koi is ka partner nahi, koi is ka shareek nahi, kuch nahi.</w:t>
      </w:r>
    </w:p>
    <w:p>
      <w:pPr>
        <w:jc w:val="right"/>
      </w:pPr>
      <w:r>
        <w:t>میں یہی مانتا ہوں کہ خدا ایک ہے، صرف ایک ہے، اور صرف ایک ہے۔ کوئی دوسرا خدا نہیں، کوئی اس کا پارٹنر نہیں، کوئی اس کا شریک نہیں، کچھ نہیں۔</w:t>
      </w:r>
    </w:p>
    <w:p>
      <w:r>
        <w:rPr>
          <w:b/>
        </w:rPr>
        <w:t xml:space="preserve">[57:54] </w:t>
      </w:r>
      <w:r>
        <w:t>aur sari taqatein ek Khuda ke paas hain.</w:t>
      </w:r>
    </w:p>
    <w:p>
      <w:pPr>
        <w:jc w:val="right"/>
      </w:pPr>
      <w:r>
        <w:t>اور ساری طاقتیں ایک خدا کے پاس ہیں۔</w:t>
      </w:r>
    </w:p>
    <w:p>
      <w:r>
        <w:rPr>
          <w:b/>
        </w:rPr>
        <w:t xml:space="preserve">[57:57] </w:t>
      </w:r>
      <w:r>
        <w:t>God jo hai, Almighty hai. God hi ne saare sansaar ko create kiya hai, wahi is ko chala raha hai, wahi is ka sustainer hai.</w:t>
      </w:r>
    </w:p>
    <w:p>
      <w:pPr>
        <w:jc w:val="right"/>
      </w:pPr>
      <w:r>
        <w:t>گاڈ جو ہے، المائٹی ہے۔ گاڈ ہی نے سارے سنسار کو کریٹ کیا ہے، وہی اس کو چلا رہا ہے، وہی اس کا سسٹینر ہے۔</w:t>
      </w:r>
    </w:p>
    <w:p>
      <w:r>
        <w:rPr>
          <w:b/>
        </w:rPr>
        <w:t xml:space="preserve">[58:10] </w:t>
      </w:r>
      <w:r>
        <w:t>yaani every moment woh woh hamara madadgaar hai. Every moment</w:t>
      </w:r>
    </w:p>
    <w:p>
      <w:pPr>
        <w:jc w:val="right"/>
      </w:pPr>
      <w:r>
        <w:t>یعنی ایوری مومنٹ وہ وہ ہمارا مددگار ہے۔ ایوری مومنٹ</w:t>
      </w:r>
    </w:p>
    <w:p>
      <w:r>
        <w:rPr>
          <w:b/>
        </w:rPr>
        <w:t xml:space="preserve">[58:20] </w:t>
      </w:r>
      <w:r>
        <w:t>yeh hai meri baat ka khulasa</w:t>
      </w:r>
    </w:p>
    <w:p>
      <w:pPr>
        <w:jc w:val="right"/>
      </w:pPr>
      <w:r>
        <w:t>یہ ہے میری بات کا خلاصہ</w:t>
      </w:r>
    </w:p>
    <w:p>
      <w:r>
        <w:rPr>
          <w:b/>
        </w:rPr>
        <w:t xml:space="preserve">[58:26] </w:t>
      </w:r>
      <w:r>
        <w:t>ke Khuda ek hai,</w:t>
      </w:r>
    </w:p>
    <w:p>
      <w:pPr>
        <w:jc w:val="right"/>
      </w:pPr>
      <w:r>
        <w:t>کہ خدا ایک ہے،</w:t>
      </w:r>
    </w:p>
    <w:p>
      <w:r>
        <w:rPr>
          <w:b/>
        </w:rPr>
        <w:t xml:space="preserve">[58:30] </w:t>
      </w:r>
      <w:r>
        <w:t>ek Khuda ke siwa koi Khuda nahi, aur yahi sab se bara source of conviction hai har insaan ke liye. Aqool qawli haza wastaghfirullaha lakum ajmaeen.</w:t>
      </w:r>
    </w:p>
    <w:p>
      <w:pPr>
        <w:jc w:val="right"/>
      </w:pPr>
      <w:r>
        <w:t>ایک خدا کے سوا کوئی خدا نہیں، اور یہی سب سے بڑا سورس آف کنوکشن ہے ہر انسان کے لیے۔ اقول قولھذا واستغفراللہ علیکم اجمعین۔</w:t>
      </w:r>
    </w:p>
    <w:p>
      <w:r>
        <w:rPr>
          <w:b/>
        </w:rPr>
        <w:t xml:space="preserve">[58:57] </w:t>
      </w:r>
      <w:r>
        <w:t>ab ab jo question ka hissa shuru kar rahe hain, is se pehle main aap ko ek baat kehna chahta hoon ke har baar jab aap class mein aain to har baar aap yeh sochein ke aaj mujh ko take away kya mila?</w:t>
      </w:r>
    </w:p>
    <w:p>
      <w:pPr>
        <w:jc w:val="right"/>
      </w:pPr>
      <w:r>
        <w:t>اب اب جو کوئسچن کا حصہ شروع کر رہے ہیں، اس سے پہلے میں آپ کو ایک بات کہنا چاہتا ہوں کہ ہر بار جب آپ کلاس میں آئیں تو ہر بار آپ یہ سوچیں کہ آج مجھ کو ٹیک اوے کیا ملا؟</w:t>
      </w:r>
    </w:p>
    <w:p>
      <w:r>
        <w:rPr>
          <w:b/>
        </w:rPr>
        <w:t xml:space="preserve">[59:19] </w:t>
      </w:r>
      <w:r>
        <w:t>yaani yahan se koi ek baat zaroor le kar jaen, aap ek baat.</w:t>
      </w:r>
    </w:p>
    <w:p>
      <w:pPr>
        <w:jc w:val="right"/>
      </w:pPr>
      <w:r>
        <w:t>یعنی یہاں سے کوئی ایک بات ضرور لے کر جائیں، آپ ایک بات۔</w:t>
      </w:r>
    </w:p>
    <w:p>
      <w:r>
        <w:rPr>
          <w:b/>
        </w:rPr>
        <w:t xml:space="preserve">[59:26] </w:t>
      </w:r>
      <w:r>
        <w:t>jaise kal mere paas teen aadmi aaye, woh parhe likhe the, woh isi program se lote the, koi un ke paas take away nahi tha.</w:t>
      </w:r>
    </w:p>
    <w:p>
      <w:pPr>
        <w:jc w:val="right"/>
      </w:pPr>
      <w:r>
        <w:t>جیسے کل میرے پاس تین آدمی آئے، وہ پڑھے لکھے تھے، وہ اسی پروگرام سے لوٹے تھے، کوئی ان کے پاس ٹیک اوے نہیں تھا۔</w:t>
      </w:r>
    </w:p>
    <w:p>
      <w:r>
        <w:rPr>
          <w:b/>
        </w:rPr>
        <w:t xml:space="preserve">[59:38] </w:t>
      </w:r>
      <w:r>
        <w:t>to main aap ko yeh ek batata hoon method ke take away ka tareeqa kya hai.</w:t>
      </w:r>
    </w:p>
    <w:p>
      <w:pPr>
        <w:jc w:val="right"/>
      </w:pPr>
      <w:r>
        <w:t>تو میں آپ کو یہ ایک بتاتا ہوں میتھڈ کہ ٹیک اوے کا طریقہ کیا ہے۔</w:t>
      </w:r>
    </w:p>
    <w:p>
      <w:r>
        <w:rPr>
          <w:b/>
        </w:rPr>
        <w:t xml:space="preserve">[59:47] </w:t>
      </w:r>
      <w:r>
        <w:t>jaise aaj jo baatein aap ne suni, is ka take away yeh hai mere nazdeek ke aap koi poocha aap se ke aaj ki class mein to woh kya mila?</w:t>
      </w:r>
    </w:p>
    <w:p>
      <w:pPr>
        <w:jc w:val="right"/>
      </w:pPr>
      <w:r>
        <w:t>جیسے آج جو باتیں آپ نے سنی، اس کا ٹیک اوے یہ ہے میرے نزدیک کہ آپ کوئی پوچھا آپ سے کہ آج کی کلاس میں تو وہ کیا ملا؟</w:t>
      </w:r>
    </w:p>
    <w:p>
      <w:r>
        <w:rPr>
          <w:b/>
        </w:rPr>
        <w:t xml:space="preserve">[59:59] </w:t>
      </w:r>
      <w:r>
        <w:t>to aap ko kehna chahiye ke yeh mila ke well known saying jo hai ke "there is a woman at the beginning of all great things".</w:t>
      </w:r>
    </w:p>
    <w:p>
      <w:pPr>
        <w:jc w:val="right"/>
      </w:pPr>
      <w:r>
        <w:t>تو آپ کو کہنا چاہیے کہ یہ ملا کہ ویل نون سینگ جو ہے کہ "دیر از ا وومن ایٹ دی بگننگ آف آل گریٹ تھنگز"۔</w:t>
      </w:r>
    </w:p>
    <w:p>
      <w:r>
        <w:rPr>
          <w:b/>
        </w:rPr>
        <w:t xml:space="preserve">[1:00:12] </w:t>
      </w:r>
      <w:r>
        <w:t>to yeh zyada better way mein yeh saying is tarah se hai ke "there is a conviction at the beginning of all great things".</w:t>
      </w:r>
    </w:p>
    <w:p>
      <w:pPr>
        <w:jc w:val="right"/>
      </w:pPr>
      <w:r>
        <w:t>تو یہ زیادہ بیٹر وے میں یہ سینگ اس طرح سے ہے کہ "دیر از ا کنوکشن ایٹ دی بگننگ آف آل گریٹ تھنگز"۔</w:t>
      </w:r>
    </w:p>
    <w:p>
      <w:r>
        <w:rPr>
          <w:b/>
        </w:rPr>
        <w:t xml:space="preserve">[1:00:25] </w:t>
      </w:r>
      <w:r>
        <w:t>"there is a conviction at the beginning of all great things". To conviction jo hai, har ek aadmi ke liye sab se bara source, sab se bara asset hai.</w:t>
      </w:r>
    </w:p>
    <w:p>
      <w:pPr>
        <w:jc w:val="right"/>
      </w:pPr>
      <w:r>
        <w:t>"دیر از ا کنوکشن ایٹ دی بگننگ آف آل گریٹ تھنگز"۔ تو کنوکشن جو ہے، ہر ایک آدمی کے لیے سب سے بڑا سورس، سب سے بڑا ایسٹ ہے۔</w:t>
      </w:r>
    </w:p>
    <w:p>
      <w:r>
        <w:rPr>
          <w:b/>
        </w:rPr>
        <w:t xml:space="preserve">[1:00:35] </w:t>
      </w:r>
      <w:r>
        <w:t>conviction hai to aap kuch bhi kar sakte hain, conviction nahi to aap kuch nahi kar sakte.</w:t>
      </w:r>
    </w:p>
    <w:p>
      <w:pPr>
        <w:jc w:val="right"/>
      </w:pPr>
      <w:r>
        <w:t>کنوکشن ہے تو آپ کچھ بھی کر سکتے ہیں، کنوکشن نہیں تو آپ کچھ نہیں کر سکتے۔</w:t>
      </w:r>
    </w:p>
    <w:p>
      <w:r>
        <w:rPr>
          <w:b/>
        </w:rPr>
        <w:t xml:space="preserve">[1:00:42] </w:t>
      </w:r>
      <w:r>
        <w:t>to aaj ka take away main ne dekhiye hai ke "there is a conviction at the beginning of all great things".</w:t>
      </w:r>
    </w:p>
    <w:p>
      <w:pPr>
        <w:jc w:val="right"/>
      </w:pPr>
      <w:r>
        <w:t>تو آج کا ٹیک اوے میں نے دیکھیے ہے کہ "دیر از ا کنوکشن ایٹ دی بگننگ آف آل گریٹ تھنگز"۔</w:t>
      </w:r>
    </w:p>
    <w:p>
      <w:r>
        <w:rPr>
          <w:b/>
        </w:rPr>
        <w:t xml:space="preserve">[1:00:55] </w:t>
      </w:r>
      <w:r>
        <w:t>This question is from Aisha: "Maulana, how should we thank God?" Main kahoon ga dil se,</w:t>
      </w:r>
    </w:p>
    <w:p>
      <w:pPr>
        <w:jc w:val="right"/>
      </w:pPr>
      <w:r>
        <w:t>دس کوئسچن از فرام عائشہ: "مولانا، ہاؤ شوڈ وی تھینک گاڈ؟" میں کہوں گا دل سے،</w:t>
      </w:r>
    </w:p>
    <w:p>
      <w:r>
        <w:rPr>
          <w:b/>
        </w:rPr>
        <w:t xml:space="preserve">[1:01:10] </w:t>
      </w:r>
      <w:r>
        <w:t>munh se bolte rehte hain: "Alhamdulillah, Alhamdulillah". To main is ko Khuda ka shukr ada karna nahi samajhta, is liye ke sahaba ke hum nahi dekhte yeh ke baar baar "Alhamdulillah" kehte hon, woh jaisa ke aaj kal hai.</w:t>
      </w:r>
    </w:p>
    <w:p>
      <w:pPr>
        <w:jc w:val="right"/>
      </w:pPr>
      <w:r>
        <w:t>منہ سے بولتے رہتے ہیں: "الحمدللہ، الحمدللہ"۔ تو میں اس کو خدا کا شکر ادا کرنا نہیں سمجھتا، اس لیے کہ صحابہ کے ہم نہیں دیکھتے یہ کہ بار بار "الحمدللہ" کہتے ہوں، وہ جیسا کہ آج کل ہے۔</w:t>
      </w:r>
    </w:p>
    <w:p>
      <w:r>
        <w:rPr>
          <w:b/>
        </w:rPr>
        <w:t xml:space="preserve">[1:01:28] </w:t>
      </w:r>
      <w:r>
        <w:t>aaj kal to yeh hai ke aap poochein ke bhai aap ne Juma ki namaz parhi? "Alhamdulillah, main falan masjid ja ke parha". Koi pooche ke aaj aap ko Quran ki tilawat ki?</w:t>
      </w:r>
    </w:p>
    <w:p>
      <w:pPr>
        <w:jc w:val="right"/>
      </w:pPr>
      <w:r>
        <w:t>آج کل تو یہ ہے کہ آپ پوچھیں کہ بھئی آپ نے جمعہ کی نماز پڑھی؟ "الحمدللہ، میں فلاں مسجد جا کے پڑھا"۔ کوئی پوچھے کہ آج آپ کو قرآن کی تلاوت کی؟</w:t>
      </w:r>
    </w:p>
    <w:p>
      <w:r>
        <w:rPr>
          <w:b/>
        </w:rPr>
        <w:t xml:space="preserve">[1:01:37] </w:t>
      </w:r>
      <w:r>
        <w:t>"Alhamdulillah, aaj main ne Quran ki tilawat</w:t>
      </w:r>
    </w:p>
    <w:p>
      <w:pPr>
        <w:jc w:val="right"/>
      </w:pPr>
      <w:r>
        <w:t>"الحمدللہ، آج میں نے قرآن کی تلاوت</w:t>
      </w:r>
    </w:p>
    <w:p>
      <w:r>
        <w:rPr>
          <w:b/>
        </w:rPr>
        <w:t xml:space="preserve">[1:01:39] </w:t>
      </w:r>
      <w:r>
        <w:t>ki thi". Arre har baat baat mein "Alhamdulillah". Business ke bare mein poochein ke aaj ka business kaisa tha? "Alhamdulillah, bohat acha business tha". Aap ka beta kya karta hai?</w:t>
      </w:r>
    </w:p>
    <w:p>
      <w:pPr>
        <w:jc w:val="right"/>
      </w:pPr>
      <w:r>
        <w:t>کی تھی"۔ ارے ہر بات بات میں "الحمدللہ"۔ بزنس کے بارے میں پوچھیں کہ آج کا بزنس کیسا تھا؟ "الحمدللہ، بہت اچھا بزنس تھا"۔ آپ کا بیٹا کیا کرتا ہے؟</w:t>
      </w:r>
    </w:p>
    <w:p>
      <w:r>
        <w:rPr>
          <w:b/>
        </w:rPr>
        <w:t xml:space="preserve">[1:01:49] </w:t>
      </w:r>
      <w:r>
        <w:t>"Alhamdulillah, is ka admission Saint Columbus mein ho gaya hai". Main is ko "Alhamdulillah" nahi samajhta, is ko sirf lip service samajhta hoon. "Alhamdulillah" ek spirit hai, ek storm hai jo aadmi ke dil mein aata hai.</w:t>
      </w:r>
    </w:p>
    <w:p>
      <w:pPr>
        <w:jc w:val="right"/>
      </w:pPr>
      <w:r>
        <w:t>"الحمدللہ، اس کا ایڈمیشن سینٹ کولمبس میں ہو گیا ہے"۔ میں اس کو "الحمدللہ" نہیں سمجھتا، اس کو صرف لپ سروس سمجھتا ہوں۔ "الحمدللہ" ایک اسپرٹ ہے، ایک سٹارم ہے جو آدمی کے دل میں آتا ہے۔</w:t>
      </w:r>
    </w:p>
    <w:p>
      <w:r>
        <w:rPr>
          <w:b/>
        </w:rPr>
        <w:t xml:space="preserve">[1:02:05] </w:t>
      </w:r>
      <w:r>
        <w:t>woh zuban se bhi ada ho sakta hai,</w:t>
      </w:r>
    </w:p>
    <w:p>
      <w:pPr>
        <w:jc w:val="right"/>
      </w:pPr>
      <w:r>
        <w:t>وہ زبان سے بھی ادا ہو سکتا ہے،</w:t>
      </w:r>
    </w:p>
    <w:p>
      <w:r>
        <w:rPr>
          <w:b/>
        </w:rPr>
        <w:t xml:space="preserve">[1:02:08] </w:t>
      </w:r>
      <w:r>
        <w:t>zaroori nahi. Main yeh nahi kehta hoon ke zuban se ada nahi hoga, lekin woh jo zuban se nikalta hai, woh koi aur hi cheez hota hai. Woh woh ek aur hi cheez hota hai.</w:t>
      </w:r>
    </w:p>
    <w:p>
      <w:pPr>
        <w:jc w:val="right"/>
      </w:pPr>
      <w:r>
        <w:t>ضروری نہیں۔ میں یہ نہیں کہتا ہوں کہ زبان سے ادا نہیں ہوگا، لیکن وہ جو زبان سے نکلتا ہے، وہ کوئی اور ہی چیز ہوتا ہے۔ وہ وہ ایک اور ہی چیز ہوتا ہے۔</w:t>
      </w:r>
    </w:p>
    <w:p>
      <w:r>
        <w:rPr>
          <w:b/>
        </w:rPr>
        <w:t xml:space="preserve">[1:02:17] </w:t>
      </w:r>
      <w:r>
        <w:t>yeh jo "Alhamdulillah" kehte rehte hain, aaj kal log har baat mein "Alhamdulillah", har baat mein "Alhamdulillah".</w:t>
      </w:r>
    </w:p>
    <w:p>
      <w:pPr>
        <w:jc w:val="right"/>
      </w:pPr>
      <w:r>
        <w:t>یہ جو "الحمدللہ" کہتے رہتے ہیں، آج کل لوگ ہر بات میں "الحمدللہ"، ہر بات میں "الحمدللہ"۔</w:t>
      </w:r>
    </w:p>
    <w:p>
      <w:r>
        <w:rPr>
          <w:b/>
        </w:rPr>
        <w:t xml:space="preserve">[1:02:28] </w:t>
      </w:r>
      <w:r>
        <w:t>yahan tak ke log biryani khayenge: "alhamdulillah, bari achhi biryani hai aaj ki".</w:t>
      </w:r>
    </w:p>
    <w:p>
      <w:pPr>
        <w:jc w:val="right"/>
      </w:pPr>
      <w:r>
        <w:t>یہاں تک کہ لوگ بریانی کھائیں گے: "الحمدللہ، بڑی اچھی بریانی ہے آج کی"۔ یہ سب لپ سروس ہے۔</w:t>
      </w:r>
    </w:p>
    <w:p>
      <w:r>
        <w:rPr>
          <w:b/>
        </w:rPr>
        <w:t xml:space="preserve">[1:02:37] </w:t>
      </w:r>
      <w:r>
        <w:t>to main samajhta hoon ke "alhamdulillah" main samajhta hoon ke shukr ye hai ke aap ko sach much ehsas ho khuda ki blessing ka, sach much ehsas ho ke kitni bari blessing khuda ki hai.</w:t>
      </w:r>
    </w:p>
    <w:p>
      <w:pPr>
        <w:jc w:val="right"/>
      </w:pPr>
      <w:r>
        <w:t>تو میں سمجھتا ہوں کہ "الحمدللہ" میں سمجھتا ہوں کہ شکر یہ ہے کہ آپ کو سچ مچ احساس ہو خدا کی بلیسنگ کا، سچ مچ احساس ہو کہ کتنی بڑی بلیسنگ خدا کی ہے۔</w:t>
      </w:r>
    </w:p>
    <w:p>
      <w:r>
        <w:rPr>
          <w:b/>
        </w:rPr>
        <w:t xml:space="preserve">[1:02:51] </w:t>
      </w:r>
      <w:r>
        <w:t>abhi dekhiye, ek latest discovery ye hui ke ek bahut bari galaxy abhi discover hui hai, yani itni bari universe pehle se thi jisko aaj hum abhi tak wo hum is ko nap nahi sake.</w:t>
      </w:r>
    </w:p>
    <w:p>
      <w:pPr>
        <w:jc w:val="right"/>
      </w:pPr>
      <w:r>
        <w:t>ابھی دیکھیے، ایک لیٹسٹ ڈسکوری یہ ہوئی کہ ایک بہت بڑی گلیکسی ابھی ڈسکور ہوئی ہے، یعنی اتنی بڑی یونیورس پہلے سے تھی جس کو آج ہم ابھی تک وہ ہم اس کو ناپ نہیں سکے۔</w:t>
      </w:r>
    </w:p>
    <w:p>
      <w:r>
        <w:rPr>
          <w:b/>
        </w:rPr>
        <w:t xml:space="preserve">[1:03:03] </w:t>
      </w:r>
      <w:r>
        <w:t>ab ek nai nai galaxy, galaxy aap</w:t>
      </w:r>
    </w:p>
    <w:p>
      <w:pPr>
        <w:jc w:val="right"/>
      </w:pPr>
      <w:r>
        <w:t>اب ایک نئی نئی گلیکسی، گلیکسی آپ</w:t>
      </w:r>
    </w:p>
    <w:p>
      <w:r>
        <w:rPr>
          <w:b/>
        </w:rPr>
        <w:t xml:space="preserve">[1:03:05] </w:t>
      </w:r>
      <w:r>
        <w:t>jante hain, galaxy bahut hi bari duniya hoti hai, hamari zameen is ke muqable mein to yani kisi ginti mein nahi aati.</w:t>
      </w:r>
    </w:p>
    <w:p>
      <w:pPr>
        <w:jc w:val="right"/>
      </w:pPr>
      <w:r>
        <w:t>جانتے ہیں، گلیکسی بہت ہی بڑی دنیا ہوتی ہے، ہماری زمین اس کے مقابلے میں تو یعنی کسی گنتی میں نہیں آتی۔</w:t>
      </w:r>
    </w:p>
    <w:p>
      <w:r>
        <w:rPr>
          <w:b/>
        </w:rPr>
        <w:t xml:space="preserve">[1:03:15] </w:t>
      </w:r>
      <w:r>
        <w:t>billion billion zameenें bhi kam hain is is ke liye. to itni greatness jo khuda ki hai, aur phir sab kis ke liye? ek insan ke liye.</w:t>
      </w:r>
    </w:p>
    <w:p>
      <w:pPr>
        <w:jc w:val="right"/>
      </w:pPr>
      <w:r>
        <w:t>بلین بلین زمینیں بھی کم ہیں اس اس کے لیے۔ تو اتنی گریٹنس جو خدا کی ہے، اور پھر سب کس کے لیے؟ ایک انسان کے لیے۔</w:t>
      </w:r>
    </w:p>
    <w:p>
      <w:r>
        <w:rPr>
          <w:b/>
        </w:rPr>
        <w:t xml:space="preserve">[1:03:29] </w:t>
      </w:r>
      <w:r>
        <w:t>abhi main ek tv par ek ek program aa raha tha</w:t>
      </w:r>
    </w:p>
    <w:p>
      <w:pPr>
        <w:jc w:val="right"/>
      </w:pPr>
      <w:r>
        <w:t>ابھی میں ایک ٹی وی پر ایک ایک پروگرام آ رہا تھا</w:t>
      </w:r>
    </w:p>
    <w:p>
      <w:r>
        <w:rPr>
          <w:b/>
        </w:rPr>
        <w:t xml:space="preserve">[1:03:34] </w:t>
      </w:r>
      <w:r>
        <w:t>to ye log jo space mein jate hain, in ko bahut ajib experience hota hai ke duniya mein itni sari kahkashan hain, itne zyada stars hain, planets hain, solar system hai, lekin har taraf lifeless world hai, kahin bhi kuch nahi, kuch bhi nahi, kahin siway ya to aag hai ya ya pathar samajh li jiye.</w:t>
      </w:r>
    </w:p>
    <w:p>
      <w:pPr>
        <w:jc w:val="right"/>
      </w:pPr>
      <w:r>
        <w:t>تو یہ لوگ جو اسپیس میں جاتے ہیں، ان کو بہت عجیب ایکسپیرینس ہوتا ہے کہ دنیا میں اتنی ساری کہکشائیں ہیں، اتنے زیادہ اسٹارز ہیں، پلینٹس ہیں، سولر سسٹم ہے، لیکن ہر طرف لائف لیس ورلڈ ہے، کہیں بھی کچھ نہیں، کچھ بھی نہیں، کہیں سوائے یا تو آگ ہے یا یا پتھر سمجھ لیجئے۔</w:t>
      </w:r>
    </w:p>
    <w:p>
      <w:r>
        <w:rPr>
          <w:b/>
        </w:rPr>
        <w:t xml:space="preserve">[1:03:57] </w:t>
      </w:r>
      <w:r>
        <w:t>planets kya hain? wo pathar hain, stars kya hain? aag hain, aur is ka is ka kuch</w:t>
      </w:r>
    </w:p>
    <w:p>
      <w:pPr>
        <w:jc w:val="right"/>
      </w:pPr>
      <w:r>
        <w:t>پلینٹس کیا ہیں؟ وہ پتھر ہیں، اسٹارز کیا ہیں؟ آگ ہیں، اور اس کا اس کا کچھ</w:t>
      </w:r>
    </w:p>
    <w:p>
      <w:r>
        <w:rPr>
          <w:b/>
        </w:rPr>
        <w:t xml:space="preserve">[1:04:02] </w:t>
      </w:r>
      <w:r>
        <w:t>nahi, sirf zameen jo hai, chhoti si zameen, ye planet earth, yahin par sab kuch hai. to is ne ek word use kiya tha ke "right materials at right place".</w:t>
      </w:r>
    </w:p>
    <w:p>
      <w:pPr>
        <w:jc w:val="right"/>
      </w:pPr>
      <w:r>
        <w:t>نہیں، صرف زمین جو ہے، چھوٹی سی زمین، یہ پلینٹ ارتھ، یہیں پر سب کچھ ہے۔ تو اس نے ایک ورڈ یوز کیا تھا کہ "رائٹ مٹیریلز ایٹ رائٹ پلیس"۔</w:t>
      </w:r>
    </w:p>
    <w:p>
      <w:r>
        <w:rPr>
          <w:b/>
        </w:rPr>
        <w:t xml:space="preserve">[1:04:16] </w:t>
      </w:r>
      <w:r>
        <w:t>ye sari cheezen, yani oxygen hai, water hai, sun light hai, aur ye billion billion cheezen hain jis ki wajah se hum duniya mein zinda hain,</w:t>
      </w:r>
    </w:p>
    <w:p>
      <w:pPr>
        <w:jc w:val="right"/>
      </w:pPr>
      <w:r>
        <w:t>یہ ساری چیزیں، یعنی اکسیجن ہے، واٹر ہے، سن لائٹ ہے، اور یہ بلین بلین چیزیں ہیں جس کی وجہ سے ہم دنیا میں زندہ ہیں،</w:t>
      </w:r>
    </w:p>
    <w:p>
      <w:r>
        <w:rPr>
          <w:b/>
        </w:rPr>
        <w:t xml:space="preserve">[1:04:30] </w:t>
      </w:r>
      <w:r>
        <w:t>aur sab kuch insan ke liye. jah</w:t>
      </w:r>
    </w:p>
    <w:p>
      <w:pPr>
        <w:jc w:val="right"/>
      </w:pPr>
      <w:r>
        <w:t>اور سب کچھ انسان کے لیے۔ جہ</w:t>
      </w:r>
    </w:p>
    <w:p>
      <w:r>
        <w:rPr>
          <w:b/>
        </w:rPr>
        <w:t xml:space="preserve">[1:04:34] </w:t>
      </w:r>
      <w:r>
        <w:t>han insan hai, wahin ye sari cheezen hain, jahan insan nahi hai, wahan kuch bhi nahi hai.</w:t>
      </w:r>
    </w:p>
    <w:p>
      <w:pPr>
        <w:jc w:val="right"/>
      </w:pPr>
      <w:r>
        <w:t>اں انسان ہے، وہیں یہ ساری چیزیں ہیں، جہاں انسان نہیں ہے، وہاں کچھ بھی نہیں ہے۔</w:t>
      </w:r>
    </w:p>
    <w:p>
      <w:r>
        <w:rPr>
          <w:b/>
        </w:rPr>
        <w:t xml:space="preserve">[1:04:41] </w:t>
      </w:r>
      <w:r>
        <w:t>to kaha is ki anokhi baat hai ke aap sochen ke khuda ka kitna bara ehsan hai ke sari universe mein jo cheezen nahi khuda ne provide kin, wo mere liye provide ki hain.</w:t>
      </w:r>
    </w:p>
    <w:p>
      <w:pPr>
        <w:jc w:val="right"/>
      </w:pPr>
      <w:r>
        <w:t>تو کہا اس کی انوکھی بات ہے کہ آپ سوچیں کہ خدا کا کتنا بڑا احسان ہے کہ ساری یونیورس میں جو چیزیں نہیں خدا نے پرووائیڈ کیں، وہ میرے لیے پرووائیڈ کی ہیں۔</w:t>
      </w:r>
    </w:p>
    <w:p>
      <w:r>
        <w:rPr>
          <w:b/>
        </w:rPr>
        <w:t xml:space="preserve">[1:04:53] </w:t>
      </w:r>
      <w:r>
        <w:t>bas main bol raha hoon, aap sun rahe hain, ye sirf yahi possible hai, kahin aur nahi possible hai. aap chand par aisa nahi kar sakte, aap aap aap bolen to koi sune,</w:t>
      </w:r>
    </w:p>
    <w:p>
      <w:pPr>
        <w:jc w:val="right"/>
      </w:pPr>
      <w:r>
        <w:t>بس میں بول رہا ہوں، آپ سن رہے ہیں، یہ صرف یہی پاسیبل ہے، کہیں اور نہیں پاسیبل ہے۔ آپ چاند پر ایسا نہیں کر سکتے، آپ آپ آپ بولیں تو کوئی سنے،</w:t>
      </w:r>
    </w:p>
    <w:p>
      <w:r>
        <w:rPr>
          <w:b/>
        </w:rPr>
        <w:t xml:space="preserve">[1:05:03] </w:t>
      </w:r>
      <w:r>
        <w:t>kyun ke wahan air nahi hai. aap sochen ke sari universe mein kahin ye phenomena nahi hai, ek admi bole, dusra admi sune to aap ko itna bara thrill aaega ke aap bilkul zuban band ho jaegi.</w:t>
      </w:r>
    </w:p>
    <w:p>
      <w:pPr>
        <w:jc w:val="right"/>
      </w:pPr>
      <w:r>
        <w:t>کیونکہ وہاں ایئر نہیں ہے۔ آپ سوچیں کہ ساری یونیورس میں کہیں یہ فیناومینا نہیں ہے، ایک آدمی بولے، دوسرا آدمی سنے تو آپ کو اتنا بڑا تھرل آئے گا کہ آپ بالکل زبان بند ہو جائے گی۔</w:t>
      </w:r>
    </w:p>
    <w:p>
      <w:r>
        <w:rPr>
          <w:b/>
        </w:rPr>
        <w:t xml:space="preserve">[1:05:16] </w:t>
      </w:r>
      <w:r>
        <w:t>yad rakhiye, wo shukr ublega andar se ke zuban band ho jaegi, zuban gung ho jaegi. aap sochiye, ye ye ye baat jo hai ke hum baat hum bol rahe hain, aap sun rahe hain,</w:t>
      </w:r>
    </w:p>
    <w:p>
      <w:pPr>
        <w:jc w:val="right"/>
      </w:pPr>
      <w:r>
        <w:t>یاد رکھیے، وہ شکر ابلے گا اندر سے کہ زبان بند ہو جائے گی، زبان گنگ ہو جائے گی۔ آپ سوچیے، یہ یہ یہ بات جو ہے کہ ہم بات ہم بول رہے ہیں، آپ سن رہے ہیں،</w:t>
      </w:r>
    </w:p>
    <w:p>
      <w:r>
        <w:rPr>
          <w:b/>
        </w:rPr>
        <w:t xml:space="preserve">[1:05:30] </w:t>
      </w:r>
      <w:r>
        <w:t>ye itna rare phenomena hai ke puri universe mein kahin bhi nahi hai, kisi galaxy mein nahi, koi kisi solar system mein nahi, kisi planet mein nahi, kyun ke kahin air nahi hai.</w:t>
      </w:r>
    </w:p>
    <w:p>
      <w:pPr>
        <w:jc w:val="right"/>
      </w:pPr>
      <w:r>
        <w:t>یہ اتنا ریئر فیناومینا ہے کہ پوری یونیورس میں کہیں بھی نہیں ہے، کسی گلیکسی میں نہیں، کوئی کسی سولر سسٹم میں نہیں، کسی پلینٹ میں نہیں، کیونکہ کہیں ایئر نہیں ہے۔</w:t>
      </w:r>
    </w:p>
    <w:p>
      <w:r>
        <w:rPr>
          <w:b/>
        </w:rPr>
        <w:t xml:space="preserve">[1:05:41] </w:t>
      </w:r>
      <w:r>
        <w:t>air na ho to meri baat nahi sunenge aap. aap isi ek baat ko agar sochen aap ke kaisa anokha blessing hai khuda ki ke main sun, main bol raha hoon, dusra admi sun raha hai, aur is ke ilawa aur billion billion cheezen hain, kan ki banawat, zuban ki banawat, dimagh ka sochna,</w:t>
      </w:r>
    </w:p>
    <w:p>
      <w:pPr>
        <w:jc w:val="right"/>
      </w:pPr>
      <w:r>
        <w:t>ایئر نہ ہو تو میری بات نہیں سنیں گے آپ۔ آپ اسی ایک بات کو اگر سوچیں آپ کہ کیسا انوکھا بلیسنگ ہے خدا کی کہ میں سن، میں بول رہا ہوں، دوسرا آدمی سن رہا ہے، اور اس کے علاوہ اور بلین بلین چیزیں ہیں، کان کی بناوٹ، زبان کی بناوٹ، دماغ کا سوچنا،</w:t>
      </w:r>
    </w:p>
    <w:p>
      <w:r>
        <w:rPr>
          <w:b/>
        </w:rPr>
        <w:t xml:space="preserve">[1:05:59] </w:t>
      </w:r>
      <w:r>
        <w:t>wo sab to hai hi apni jagah par. to shukr jo hai, wo to ek ek samandar ki tarah ubalta hai admi ke andar, samandar ek star marta hai.</w:t>
      </w:r>
    </w:p>
    <w:p>
      <w:pPr>
        <w:jc w:val="right"/>
      </w:pPr>
      <w:r>
        <w:t>وہ سب تو ہے ہی اپنی جگہ پر۔ تو شکر جو ہے، وہ تو ایک ایک سمندر کی طرح ابلتا ہے آدمی کے اندر، سمندر ایک اسٹار مارتا ہے۔</w:t>
      </w:r>
    </w:p>
    <w:p>
      <w:r>
        <w:rPr>
          <w:b/>
        </w:rPr>
        <w:t xml:space="preserve">[1:06:10] </w:t>
      </w:r>
      <w:r>
        <w:t>samandar ke star ko aap lafzon mein bayan kar sakte hain,</w:t>
      </w:r>
    </w:p>
    <w:p>
      <w:pPr>
        <w:jc w:val="right"/>
      </w:pPr>
      <w:r>
        <w:t>سمندر کے اسٹار کو آپ لفظوں میں بیان کر سکتے ہیں،</w:t>
      </w:r>
    </w:p>
    <w:p>
      <w:r>
        <w:rPr>
          <w:b/>
        </w:rPr>
        <w:t xml:space="preserve">[1:06:16] </w:t>
      </w:r>
      <w:r>
        <w:t>zaeef. aap samandar ka storm jo hai, wo aap is ko aap kisi word mein bayan kar sakte hain, wo to aap ke mind mein aata hai, aap ke dil mein aata hai, aap ke personality mein aata hai.</w:t>
      </w:r>
    </w:p>
    <w:p>
      <w:pPr>
        <w:jc w:val="right"/>
      </w:pPr>
      <w:r>
        <w:t>ضعیف۔ آپ سمندر کا اسٹارم جو ہے، وہ آپ اس کو آپ کسی ورڈ میں بیان کر سکتے ہیں، وہ تو آپ کے مائنڈ میں آتا ہے، آپ کے دل میں آتا ہے، آپ کے پرسنیلٹی میں آتا ہے۔</w:t>
      </w:r>
    </w:p>
    <w:p>
      <w:r>
        <w:rPr>
          <w:b/>
        </w:rPr>
        <w:t xml:space="preserve">[1:06:30] </w:t>
      </w:r>
      <w:r>
        <w:t>ab wo jaise koi ubal pare to koi shabd bhi nikal padte hain aap ki zuban se. asal shukr jo hai, wo ek storm hai jo insan ke sine mein paida hota hai, wo hai tab tab to shukr hai, nahi hai to shukr nahi hai.</w:t>
      </w:r>
    </w:p>
    <w:p>
      <w:pPr>
        <w:jc w:val="right"/>
      </w:pPr>
      <w:r>
        <w:t>اب وہ جیسے کوئی ابل پڑے تو کوئی शब्द بھی نکل پڑتے ہیں آپ کی زبان سے۔ اصل شکر جو ہے، وہ ایک اسٹارم ہے جو انسان کے سینے میں پیدا ہوتا ہے، وہ ہے تب تب تو شکر ہے، نہیں ہے تو شکر نہیں ہے۔</w:t>
      </w:r>
    </w:p>
    <w:p>
      <w:r>
        <w:rPr>
          <w:b/>
        </w:rPr>
        <w:t xml:space="preserve">[1:06:49] </w:t>
      </w:r>
      <w:r>
        <w:t>das question is from raziya: "you said that people wrongly judge truth with respect to social criteria.</w:t>
      </w:r>
    </w:p>
    <w:p>
      <w:pPr>
        <w:jc w:val="right"/>
      </w:pPr>
      <w:r>
        <w:t>دس کوئسچن از فرام راضیہ: "یو سیڈ دیٹ پیپل رونگلی جج ٹروتھ ود ریسپیکٹ ٹو سوشل کرائٹیریا۔</w:t>
      </w:r>
    </w:p>
    <w:p>
      <w:r>
        <w:rPr>
          <w:b/>
        </w:rPr>
        <w:t xml:space="preserve">[1:06:58] </w:t>
      </w:r>
      <w:r>
        <w:t>please elaborate more on this statement."</w:t>
      </w:r>
    </w:p>
    <w:p>
      <w:pPr>
        <w:jc w:val="right"/>
      </w:pPr>
      <w:r>
        <w:t>پلیز الیبوریٹ مور ان دس سٹیٹمنٹ۔"</w:t>
      </w:r>
    </w:p>
    <w:p>
      <w:r>
        <w:rPr>
          <w:b/>
        </w:rPr>
        <w:t xml:space="preserve">[1:07:05] </w:t>
      </w:r>
      <w:r>
        <w:t>ab jaise ek philosopher ne likha hai ke jo greatest good hai, wahi truth hai, yaani society mein sab se zyada jis jis cheez se faida pohnche, wahi truth hai.</w:t>
      </w:r>
    </w:p>
    <w:p>
      <w:pPr>
        <w:jc w:val="right"/>
      </w:pPr>
      <w:r>
        <w:t>اب جیسے ایک فلاسفر نے لکھا ہے کہ جو گریٹسٹ گڈ ہے، وہی ٹروتھ ہے، یعنی سوسائٹی میں سب سے زیادہ جس جس چیز سے فائدہ پہنچے، وہی ٹروتھ ہے۔</w:t>
      </w:r>
    </w:p>
    <w:p>
      <w:r>
        <w:rPr>
          <w:b/>
        </w:rPr>
        <w:t xml:space="preserve">[1:07:16] </w:t>
      </w:r>
      <w:r>
        <w:t>ab yeh absurd baat hai, yeh bilkul absurd baat hai.</w:t>
      </w:r>
    </w:p>
    <w:p>
      <w:pPr>
        <w:jc w:val="right"/>
      </w:pPr>
      <w:r>
        <w:t>اب یہ ایبسرٹ بات ہے، یہ بالکل ایبسرٹ بات ہے۔</w:t>
      </w:r>
    </w:p>
    <w:p>
      <w:r>
        <w:rPr>
          <w:b/>
        </w:rPr>
        <w:t xml:space="preserve">[1:07:24] </w:t>
      </w:r>
      <w:r>
        <w:t>ap yaani truth ek ek absolute</w:t>
      </w:r>
    </w:p>
    <w:p>
      <w:pPr>
        <w:jc w:val="right"/>
      </w:pPr>
      <w:r>
        <w:t>ایپ یعنی ٹروتھ ایک ایک ایبسولیوٹ</w:t>
      </w:r>
    </w:p>
    <w:p>
      <w:r>
        <w:rPr>
          <w:b/>
        </w:rPr>
        <w:t xml:space="preserve">[1:07:27] </w:t>
      </w:r>
      <w:r>
        <w:t>cheez hai, society absolute nahi hai, society absolute cheez nahi hai.</w:t>
      </w:r>
    </w:p>
    <w:p>
      <w:pPr>
        <w:jc w:val="right"/>
      </w:pPr>
      <w:r>
        <w:t>چیز ہے، سوسائٹی ایبسولیوٹ نہیں ہے، سوسائٹی ایبسولیوٹ چیز نہیں ہے۔</w:t>
      </w:r>
    </w:p>
    <w:p>
      <w:r>
        <w:rPr>
          <w:b/>
        </w:rPr>
        <w:t xml:space="preserve">[1:07:36] </w:t>
      </w:r>
      <w:r>
        <w:t>to kisi aisi cheez se jo khud absolute nahi hai, us ko aap kaise criteria bana sakte hain? Aisi cheez ko judge karne ka jo absolute hai, yeh to possible nahi hai.</w:t>
      </w:r>
    </w:p>
    <w:p>
      <w:pPr>
        <w:jc w:val="right"/>
      </w:pPr>
      <w:r>
        <w:t>تو کسی ایسی چیز سے جو خود ایبسولیوٹ نہیں ہے، اس کو آپ کیسے کرائٹیریا بنا سکتے ہیں؟ ایسی چیز کو جج کرنے کا جو ایبسولیوٹ ہے، یہ تو پاسیبل نہیں ہے۔</w:t>
      </w:r>
    </w:p>
    <w:p>
      <w:r>
        <w:rPr>
          <w:b/>
        </w:rPr>
        <w:t xml:space="preserve">[1:07:49] </w:t>
      </w:r>
      <w:r>
        <w:t>society to ek ek limited cheez ka naam hai, aur truth to ek universal cheez hai, universal cheez hai.</w:t>
      </w:r>
    </w:p>
    <w:p>
      <w:pPr>
        <w:jc w:val="right"/>
      </w:pPr>
      <w:r>
        <w:t>سوسائٹی تو ایک ایک لمیٹڈ چیز کا نام ہے، اور ٹروتھ تو ایک یونیورسل چیز ہے، یونیورسل چیز ہے۔</w:t>
      </w:r>
    </w:p>
    <w:p>
      <w:r>
        <w:rPr>
          <w:b/>
        </w:rPr>
        <w:t xml:space="preserve">[1:07:59] </w:t>
      </w:r>
      <w:r>
        <w:t>is wajah se main nahi samajhta ke society kabhi bhi criteria ban sakti hai ke truth ko judge karne ka. Truth absolute cheez hai, aur universal thinking chahiye us ko samajhne ke liye, aur us ko judge karne ke liye.</w:t>
      </w:r>
    </w:p>
    <w:p>
      <w:pPr>
        <w:jc w:val="right"/>
      </w:pPr>
      <w:r>
        <w:t>اس وجہ سے میں نہیں سمجھتا کہ سوسائٹی کبھی بھی کرائٹیریا بن سکتی ہے کہ ٹروتھ کو جج کرنے کا۔ ٹروتھ ایبسولیوٹ چیز ہے، اور یونیورسل تھنکنگ چاہیے اس کو سمجھنے کے لیے، اور اس کو جج کرنے کے لیے۔</w:t>
      </w:r>
    </w:p>
    <w:p>
      <w:r>
        <w:rPr>
          <w:b/>
        </w:rPr>
        <w:t xml:space="preserve">[1:08:17] </w:t>
      </w:r>
      <w:r>
        <w:t>this question is from mrs. sheryl jhangirn:</w:t>
      </w:r>
    </w:p>
    <w:p>
      <w:pPr>
        <w:jc w:val="right"/>
      </w:pPr>
      <w:r>
        <w:t>دس کوئسچن از فرام مسز سرل جھنگرن:</w:t>
      </w:r>
    </w:p>
    <w:p>
      <w:r>
        <w:rPr>
          <w:b/>
        </w:rPr>
        <w:t xml:space="preserve">[1:08:22] </w:t>
      </w:r>
      <w:r>
        <w:t>"while your emphasis is perfectly true, aren't religions do not preach oneness of truth, but the truth is one.</w:t>
      </w:r>
    </w:p>
    <w:p>
      <w:pPr>
        <w:jc w:val="right"/>
      </w:pPr>
      <w:r>
        <w:t>"وائل یور ایمفسز از پرفیکٹلی ٹرو، ارین ریلیجنز ڈو ناٹ پریچ مینینس اف ٹروتھ، بٹ دا ٹروتھ از ون۔</w:t>
      </w:r>
    </w:p>
    <w:p>
      <w:r>
        <w:rPr>
          <w:b/>
        </w:rPr>
        <w:t xml:space="preserve">[1:08:32] </w:t>
      </w:r>
      <w:r>
        <w:t>learned men speak it by many names." dekhen, yeh itna simple nahi hai maamla. Main jaanta hoon, asal mein yeh shuru hota hai yahan se ke moralism ka concept aur moralithism ka concept.</w:t>
      </w:r>
    </w:p>
    <w:p>
      <w:pPr>
        <w:jc w:val="right"/>
      </w:pPr>
      <w:r>
        <w:t>لرنڈ مین سپیک اٹ بائے مینی نیمز۔" دیکھیں، یہ اتنا سمپل نہیں ہے معاملہ۔ میں جانتا ہوں، اصل میں یہ شروع ہوتا ہے یہاں سے کہ مورزم کا کانسیپٹ اور موریتھزم کا کانسیپٹ۔</w:t>
      </w:r>
    </w:p>
    <w:p>
      <w:r>
        <w:rPr>
          <w:b/>
        </w:rPr>
        <w:t xml:space="preserve">[1:08:47] </w:t>
      </w:r>
      <w:r>
        <w:t>jo log yeh baat kehte hain, woh darasal un ka truth ka concept hi doosra hai.</w:t>
      </w:r>
    </w:p>
    <w:p>
      <w:pPr>
        <w:jc w:val="right"/>
      </w:pPr>
      <w:r>
        <w:t>جو لوگ یہ بات کہتے ہیں، وہ دراصل ان کا ٹروتھ کا کانسیپٹ ہی دوسرا ہے۔</w:t>
      </w:r>
    </w:p>
    <w:p>
      <w:r>
        <w:rPr>
          <w:b/>
        </w:rPr>
        <w:t xml:space="preserve">[1:08:51] </w:t>
      </w:r>
      <w:r>
        <w:t>woh truth ko koi is tarah nahi samajhte jis tarah se hum samajhte hain, yaani jaise god ka jo concept un ka hai, un ka god ek permeating spirit hai, koi being nahi hai.</w:t>
      </w:r>
    </w:p>
    <w:p>
      <w:pPr>
        <w:jc w:val="right"/>
      </w:pPr>
      <w:r>
        <w:t>وہ ٹروتھ کو کوئی اس طرح نہیں سمجھتے جس طرح سے ہم سمجھتے ہیں، یعنی جیسے گاڈ کا جو کانسیپٹ ان کا ہے، ان کا گاڈ ایک پرمیٹنگ اسپیٹ ہے، کوئی بینگ نہیں ہے۔</w:t>
      </w:r>
    </w:p>
    <w:p>
      <w:r>
        <w:rPr>
          <w:b/>
        </w:rPr>
        <w:t xml:space="preserve">[1:09:02] </w:t>
      </w:r>
      <w:r>
        <w:t>woh log aisi baatein karte hain, yaani woh un ke haan basically woh khud khuda jo hai, woh ek permeating spirit hai. To truth bhi koi absolute cheez nahi hai un ke haan.</w:t>
      </w:r>
    </w:p>
    <w:p>
      <w:pPr>
        <w:jc w:val="right"/>
      </w:pPr>
      <w:r>
        <w:t>وہ لوگ ایسی باتیں کرتے ہیں، یعنی وہ ان کے ہاں بیسیکلی وہ خود خدا جو ہے، وہ ایک پرمیٹنگ اسپیٹ ہے۔ تو ٹروتھ بھی کوئی ایبسولیوٹ چیز نہیں ہے ان کے ہاں۔</w:t>
      </w:r>
    </w:p>
    <w:p>
      <w:r>
        <w:rPr>
          <w:b/>
        </w:rPr>
        <w:t xml:space="preserve">[1:09:14] </w:t>
      </w:r>
      <w:r>
        <w:t>jab truth ka aap absolute na maanein to aap yahi kahenge:</w:t>
      </w:r>
    </w:p>
    <w:p>
      <w:pPr>
        <w:jc w:val="right"/>
      </w:pPr>
      <w:r>
        <w:t>جب ٹروتھ کا آپ ایبسولیوٹ نہ مانیں تو آپ یہی کہیں گے:</w:t>
      </w:r>
    </w:p>
    <w:p>
      <w:r>
        <w:rPr>
          <w:b/>
        </w:rPr>
        <w:t xml:space="preserve">[1:09:18] </w:t>
      </w:r>
      <w:r>
        <w:t>"mere study ke mutabiq sirf prophet hi yeh bata sakte hain, yaani authentic source jo hai, prophet ka source hai, aur doosre log jo bolte hain, woh koi authentic source nahi hai.</w:t>
      </w:r>
    </w:p>
    <w:p>
      <w:pPr>
        <w:jc w:val="right"/>
      </w:pPr>
      <w:r>
        <w:t>"میرے اسٹڈی کے مطابق صرف پرافٹ ہی یہ بتا سکتے ہیں، یعنی اتھینٹک سورس جو ہے، پرافٹ کا سورس ہے، اور دوسرے لوگ جو بولتے ہیں، وہ کوئی اتھینٹک سورس نہیں ہے۔</w:t>
      </w:r>
    </w:p>
    <w:p>
      <w:r>
        <w:rPr>
          <w:b/>
        </w:rPr>
        <w:t xml:space="preserve">[1:09:30] </w:t>
      </w:r>
      <w:r>
        <w:t>jin ko aap refer kar rahi hain, un ko main authentic source nahi maanta, un ko koi right nahi hai bolne ka is maamle mein siwaye prophet ke, kyun ke mere nazdeek." aur woh bolte hain kahan se?</w:t>
      </w:r>
    </w:p>
    <w:p>
      <w:pPr>
        <w:jc w:val="right"/>
      </w:pPr>
      <w:r>
        <w:t>جن کو آپ ریفر کر رہی ہیں، ان کو میں اتھینٹک سورس نہیں مانتا، ان کو کوئی رائٹ نہیں ہے بولنے کا اس معاملے میں سوائے پرافٹ کے، کیونکہ میرے نزدیک۔" اور وہ بولتے ہیں کہاں سے؟</w:t>
      </w:r>
    </w:p>
    <w:p>
      <w:r>
        <w:rPr>
          <w:b/>
        </w:rPr>
        <w:t xml:space="preserve">[1:09:42] </w:t>
      </w:r>
      <w:r>
        <w:t>apne apne apne apne apne atma se bolte hain.</w:t>
      </w:r>
    </w:p>
    <w:p>
      <w:pPr>
        <w:jc w:val="right"/>
      </w:pPr>
      <w:r>
        <w:t>اپنے اپنے اپنے اپنے اپنے آتما سے بولتے ہیں۔</w:t>
      </w:r>
    </w:p>
    <w:p>
      <w:r>
        <w:rPr>
          <w:b/>
        </w:rPr>
        <w:t xml:space="preserve">[1:09:45] </w:t>
      </w:r>
      <w:r>
        <w:t>aap ki atma jo hai, woh koi authentic source nahi hai,</w:t>
      </w:r>
    </w:p>
    <w:p>
      <w:pPr>
        <w:jc w:val="right"/>
      </w:pPr>
      <w:r>
        <w:t>آپ کی آتما جو ہے، وہ کوئی اتھینٹک سورس نہیں ہے،</w:t>
      </w:r>
    </w:p>
    <w:p>
      <w:r>
        <w:rPr>
          <w:b/>
        </w:rPr>
        <w:t xml:space="preserve">[1:09:50] </w:t>
      </w:r>
      <w:r>
        <w:t>aur prophet bolte hain god ki taraf se. Un ke paas koi word of god nahi hota hai. Apni atma meri bol rahi hai, aisa woh kehte hain. Woh to baharhaal do baatein hain.</w:t>
      </w:r>
    </w:p>
    <w:p>
      <w:pPr>
        <w:jc w:val="right"/>
      </w:pPr>
      <w:r>
        <w:t>اور پرافٹ بولتے ہیں گاڈ کی طرف سے۔ ان کے پاس کوئی ورڈ آف گاڈ نہیں ہوتا ہے۔ اپنی آتما میری بول رہی ہے، ایسا وہ کہتے ہیں۔ وہ تو بہرحال دو باتیں ہیں۔</w:t>
      </w:r>
    </w:p>
    <w:p>
      <w:r>
        <w:rPr>
          <w:b/>
        </w:rPr>
        <w:t xml:space="preserve">[1:10:00] </w:t>
      </w:r>
      <w:r>
        <w:t>ek to yeh hai ke mere nazdeek god ka woh concept jis mein god providing spirit hota hai, aur woh khuda, woh koi uska independent existence nahi hota hai.</w:t>
      </w:r>
    </w:p>
    <w:p>
      <w:pPr>
        <w:jc w:val="right"/>
      </w:pPr>
      <w:r>
        <w:t>ایک تو یہ ہے کہ میرے نزدیک گاڈ کا وہ کانسیپٹ جس میں گاڈ پروویڈنگ اسپیٹ ہوتا ہے، اور وہ خدا، وہ کوئی اس کا انڈیپینڈنٹ ایگزسٹنس نہیں ہوتا ہے۔</w:t>
      </w:r>
    </w:p>
    <w:p>
      <w:r>
        <w:rPr>
          <w:b/>
        </w:rPr>
        <w:t xml:space="preserve">[1:10:13] </w:t>
      </w:r>
      <w:r>
        <w:t>woh bilkul nahi, woh us ko, woh woh main nahi maanta. Us ko woh woh koi scientific concept nahi hai, woh ek pure philosophy hai.</w:t>
      </w:r>
    </w:p>
    <w:p>
      <w:pPr>
        <w:jc w:val="right"/>
      </w:pPr>
      <w:r>
        <w:t>وہ بالکل نہیں، وہ اس کو، وہ وہ میں نہیں مانتا۔ اس کو وہ وہ کوئی سائنٹیفک کانسیپٹ نہیں ہے، وہ ایک پیور فلاسفی ہے۔</w:t>
      </w:r>
    </w:p>
    <w:p>
      <w:r>
        <w:rPr>
          <w:b/>
        </w:rPr>
        <w:t xml:space="preserve">[1:10:22] </w:t>
      </w:r>
      <w:r>
        <w:t>woh pure philosophy. Aur doosri baat yeh hai ke yeh yeh sirf prophet hi ko right hai ke woh bole ke sachai kya hai.</w:t>
      </w:r>
    </w:p>
    <w:p>
      <w:pPr>
        <w:jc w:val="right"/>
      </w:pPr>
      <w:r>
        <w:t>وہ پیور فلاسفی۔ اور دوسری بات یہ ہے کہ یہ یہ صرف پرافٹ ہی کو رائٹ ہے کہ وہ بولے کہ سچائی کیا ہے۔</w:t>
      </w:r>
    </w:p>
    <w:p>
      <w:r>
        <w:rPr>
          <w:b/>
        </w:rPr>
        <w:t xml:space="preserve">[1:10:31] </w:t>
      </w:r>
      <w:r>
        <w:t>doosre log jo bolte hain to un ko bolne ko right nahi hai. Un ko refer kar ke aap nahi keh sakte ke truth ka concept yeh hai. Meri study ke mutabiq yeh meri study hai.</w:t>
      </w:r>
    </w:p>
    <w:p>
      <w:pPr>
        <w:jc w:val="right"/>
      </w:pPr>
      <w:r>
        <w:t>دوسرے لوگ جو بولتے ہیں تو ان کو بولنے کو رائٹ نہیں ہے۔ ان کو ریفر کر کے آپ نہیں کہہ سکتے کہ ٹروتھ کا کانسیپٹ یہ ہے۔ میری سٹڈی کے مطابق یہ میری سٹڈی ہے۔</w:t>
      </w:r>
    </w:p>
    <w:p>
      <w:r>
        <w:rPr>
          <w:b/>
        </w:rPr>
        <w:t xml:space="preserve">[1:10:44] </w:t>
      </w:r>
      <w:r>
        <w:t>this question is from shakeel: "please tell us something about zakat."</w:t>
      </w:r>
    </w:p>
    <w:p>
      <w:pPr>
        <w:jc w:val="right"/>
      </w:pPr>
      <w:r>
        <w:t>دس کوئسچن از فرام شکیل: "پلیز ٹیل اس سمتھنگ اباؤٹ زکوۃ۔"</w:t>
      </w:r>
    </w:p>
    <w:p>
      <w:r>
        <w:rPr>
          <w:b/>
        </w:rPr>
        <w:t xml:space="preserve">[1:10:52] </w:t>
      </w:r>
      <w:r>
        <w:t>dekhen, zakat jo hai, is ka concept yeh hai ke quran mein hai ke wahdahu haqqahu yawm hasadi.</w:t>
      </w:r>
    </w:p>
    <w:p>
      <w:pPr>
        <w:jc w:val="right"/>
      </w:pPr>
      <w:r>
        <w:t>دیکھیں، زکوۃ جو ہے، اس کا کانسیپٹ یہ ہے کہ قرآن میں ہے کہ وحدہ حقہ یوم حسادی۔</w:t>
      </w:r>
    </w:p>
    <w:p>
      <w:r>
        <w:rPr>
          <w:b/>
        </w:rPr>
        <w:t xml:space="preserve">[1:11:04] </w:t>
      </w:r>
      <w:r>
        <w:t>yeh yeh ayat aai hai ziraat ke bare mein, lekin yeh mein samajhta hoon ke ek principal is mein bataya gaya hai:</w:t>
      </w:r>
    </w:p>
    <w:p>
      <w:pPr>
        <w:jc w:val="right"/>
      </w:pPr>
      <w:r>
        <w:t>یہ یہ آیت آئی ہے زراعت کے بارے میں، لیکن یہ میں سمجھتا ہوں کہ ایک پرنسپل اس میں بتایا گیا ہے:</w:t>
      </w:r>
    </w:p>
    <w:p>
      <w:r>
        <w:rPr>
          <w:b/>
        </w:rPr>
        <w:t xml:space="preserve">[1:11:11] </w:t>
      </w:r>
      <w:r>
        <w:t>wahda haqqah yom hasadi, yani jo tum ne kamaya hai, is mein Khuda ka ek haq hai. Kyun ke Khuda ka jo infrastructure hai, yahan par woh na tumhein mil, woh na mila ho.</w:t>
      </w:r>
    </w:p>
    <w:p>
      <w:pPr>
        <w:jc w:val="right"/>
      </w:pPr>
      <w:r>
        <w:t>وحدہ حقہ یوم حسادی، یعنی جو تم نے کمایا ہے، اس میں خدا کا ایک حق ہے۔ کیونکہ خدا کا جو انفراسٹرکچر ہے، یہاں پر وہ نہ تمہیں مل، وہ نہ ملا ہو۔</w:t>
      </w:r>
    </w:p>
    <w:p>
      <w:r>
        <w:rPr>
          <w:b/>
        </w:rPr>
        <w:t xml:space="preserve">[1:11:22] </w:t>
      </w:r>
      <w:r>
        <w:t>Khuda ka jo life support system hai, woh tumhein na mila ho to ab tum kuch bhi nahi kar sakte. Yani Khuda agar light wapas le le, suraj ki light na pahunche zameen tak to aap kaise kamayenge?</w:t>
      </w:r>
    </w:p>
    <w:p>
      <w:pPr>
        <w:jc w:val="right"/>
      </w:pPr>
      <w:r>
        <w:t>خدا کا جو لائف سپورٹ سسٹم ہے، وہ تمہیں نہ ملا ہو تو اب تم کچھ بھی نہیں کر سکتے۔ یعنی خدا اگر لائٹ واپس لے لے، سورج کی لائٹ نہ پہنچے زمین تک تو آپ کیسے کمائیں گے؟</w:t>
      </w:r>
    </w:p>
    <w:p>
      <w:r>
        <w:rPr>
          <w:b/>
        </w:rPr>
        <w:t xml:space="preserve">[1:11:36] </w:t>
      </w:r>
      <w:r>
        <w:t>kya karenge? Kuch bhi nahi kar sakte aap.</w:t>
      </w:r>
    </w:p>
    <w:p>
      <w:pPr>
        <w:jc w:val="right"/>
      </w:pPr>
      <w:r>
        <w:t>کیا کریں گے؟ کچھ بھی نہیں کر سکتے آپ۔</w:t>
      </w:r>
    </w:p>
    <w:p>
      <w:r>
        <w:rPr>
          <w:b/>
        </w:rPr>
        <w:t xml:space="preserve">[1:11:39] </w:t>
      </w:r>
      <w:r>
        <w:t>to Khuda ka ek haq hai aap ki kamai mein. Ab Quran ke mutabiq is ki ek minimum hai, ek maximum hai. Minimum yeh hai ke aap apni kamai mein se dhai feesad dein,</w:t>
      </w:r>
    </w:p>
    <w:p>
      <w:pPr>
        <w:jc w:val="right"/>
      </w:pPr>
      <w:r>
        <w:t>تو خدا کا ایک حق ہے آپ کی کمائی میں۔ اب قرآن کے مطابق اس کی ایک منیمم ہے، ایک میکسیمم ہے۔ منیمم یہ ہے کہ آپ اپنی کمائی میں سے ڈھائی فیصد دیں،</w:t>
      </w:r>
    </w:p>
    <w:p>
      <w:r>
        <w:rPr>
          <w:b/>
        </w:rPr>
        <w:t xml:space="preserve">[1:11:54] </w:t>
      </w:r>
      <w:r>
        <w:t>dhai feesad, aur maximum yeh hai ke need se ke siwa jo kuch hai, woh sab de dein. Yeh salo ka madah yuniqafun qul al afw to minimum hai dhai feesad dena.</w:t>
      </w:r>
    </w:p>
    <w:p>
      <w:pPr>
        <w:jc w:val="right"/>
      </w:pPr>
      <w:r>
        <w:t>ڈھائی فیصد، اور میکسیمم یہ ہے کہ نیڈ سے کے سوا جو کچھ ہے، وہ سب دے دیں۔ یہ سلو کا مادہ یونیفقون قل العاف تو منیمم ہے ڈھائی فیصد دینا۔</w:t>
      </w:r>
    </w:p>
    <w:p>
      <w:r>
        <w:rPr>
          <w:b/>
        </w:rPr>
        <w:t xml:space="preserve">[1:12:08] </w:t>
      </w:r>
      <w:r>
        <w:t>kamai ka matlab hai saal ke aakhir mein, is ko kehte hain haulana haul. Saal ke aakhir mein jo aap ke paas hai, is mein se dhai feesad. Aur aur maximum yeh hai ke apni need jo hai, basic need,</w:t>
      </w:r>
    </w:p>
    <w:p>
      <w:pPr>
        <w:jc w:val="right"/>
      </w:pPr>
      <w:r>
        <w:t>کمائی کا مطلب ہے سال کے آخر میں، اس کو کہتے ہیں حولان حول۔ سال کے آخر میں جو آپ کے پاس ہے، اس میں سے ڈھائی فیصد۔ اور اور میکسیمم یہ ہے کہ اپنی نیڈ جو ہے، بیسک نیڈ،</w:t>
      </w:r>
    </w:p>
    <w:p>
      <w:r>
        <w:rPr>
          <w:b/>
        </w:rPr>
        <w:t xml:space="preserve">[1:12:22] </w:t>
      </w:r>
      <w:r>
        <w:t>basic need ke baad jo kuch hai, woh sab aap Khuda ke raste mein de dein. Yeh yeh do concepts hain.</w:t>
      </w:r>
    </w:p>
    <w:p>
      <w:pPr>
        <w:jc w:val="right"/>
      </w:pPr>
      <w:r>
        <w:t>بیسک نیڈ کے بعد جو کچھ ہے، وہ سب آپ خدا کے راستے میں دے دیں۔ یہ یہ دو کانسیپٹ ہیں۔</w:t>
      </w:r>
    </w:p>
    <w:p>
      <w:r>
        <w:rPr>
          <w:b/>
        </w:rPr>
        <w:t xml:space="preserve">[1:12:31] </w:t>
      </w:r>
      <w:r>
        <w:t>das question is from Mr SS A Zaidi:</w:t>
      </w:r>
    </w:p>
    <w:p>
      <w:pPr>
        <w:jc w:val="right"/>
      </w:pPr>
      <w:r>
        <w:t>دس کوئسچن از فرام مسٹر ایس ایس اے زیدی:</w:t>
      </w:r>
    </w:p>
    <w:p>
      <w:r>
        <w:rPr>
          <w:b/>
        </w:rPr>
        <w:t xml:space="preserve">[1:12:36] </w:t>
      </w:r>
      <w:r>
        <w:t>"according to a hadith, Allah loves his banda more than the love of seventy mothers, but many of these people are in trouble today.</w:t>
      </w:r>
    </w:p>
    <w:p>
      <w:pPr>
        <w:jc w:val="right"/>
      </w:pPr>
      <w:r>
        <w:t>"اکارڈنگ ٹو ا حدیث، اللہ لوز ہز بندہ مور دین دی لو اف سیونٹی مدرز، بٹ مینی اف دیز پیپل ار ان ٹربل ٹوڈے۔</w:t>
      </w:r>
    </w:p>
    <w:p>
      <w:r>
        <w:rPr>
          <w:b/>
        </w:rPr>
        <w:t xml:space="preserve">[1:12:48] </w:t>
      </w:r>
      <w:r>
        <w:t>Why is it that Allah is not doing anything to free them from that trouble?" Dekhein, yeh to ek myth hai. Jo trouble mein hai, wahi zyada blessing mein hai, aur jo affluence mein hai, woh sab zyada buri halat mein hai.</w:t>
      </w:r>
    </w:p>
    <w:p>
      <w:pPr>
        <w:jc w:val="right"/>
      </w:pPr>
      <w:r>
        <w:t>وائی از اٹ دیٹ اللہ از ناٹ ڈوئنگ اینی تھنگ ٹو فری دیم فرام دیٹ ٹربل؟" دیکھیں، یہ تو ایک متھ ہے۔ جو ٹربل میں ہے، وہی زیادہ بلیسنگ میں ہے، اور جو افلوئنس میں ہے، وہ سب زیادہ بری حالت میں ہے۔</w:t>
      </w:r>
    </w:p>
    <w:p>
      <w:r>
        <w:rPr>
          <w:b/>
        </w:rPr>
        <w:t xml:space="preserve">[1:13:05] </w:t>
      </w:r>
      <w:r>
        <w:t>Aap ne shayad logon se mulaqatein nahi ki hain, mushkil le chali. Aap kisi bhi rich aadmi ke paas jayen, Delhi mein, aur mein bataunga aap ko, bilkul stepped hai.</w:t>
      </w:r>
    </w:p>
    <w:p>
      <w:pPr>
        <w:jc w:val="right"/>
      </w:pPr>
      <w:r>
        <w:t>آپ نے شاید لوگوں سے ملاقاتیں نہیں کی ہیں، مشکل لے چلی۔ آپ کسی بھی رچ آدمی کے پاس جائیں، دلی میں، اور میں بتاؤں گا آپ کو، بالکل اسٹیپڈ ہے۔</w:t>
      </w:r>
    </w:p>
    <w:p>
      <w:r>
        <w:rPr>
          <w:b/>
        </w:rPr>
        <w:t xml:space="preserve">[1:13:13] </w:t>
      </w:r>
      <w:r>
        <w:t>woh bilkul stepped hai. Har rich aadmi stepped hai. Kyun? Zindagi ka challenge is ne nahi saha. Zindagi ek challenge hai.</w:t>
      </w:r>
    </w:p>
    <w:p>
      <w:pPr>
        <w:jc w:val="right"/>
      </w:pPr>
      <w:r>
        <w:t>وہ بالکل اسٹیپڈ ہے۔ ہر رچ آدمی اسٹیپڈ ہے۔ کیوں؟ زندگی کا چیلنج اس نے نہیں سہا۔ زندگی ایک چیلنج ہے۔</w:t>
      </w:r>
    </w:p>
    <w:p>
      <w:r>
        <w:rPr>
          <w:b/>
        </w:rPr>
        <w:t xml:space="preserve">[1:13:24] </w:t>
      </w:r>
      <w:r>
        <w:t>challenge ke baghair aap ka development nahi hota. Jo rich hain, jo log, woh challenge se door, sau feesad par baithe hue hain</w:t>
      </w:r>
    </w:p>
    <w:p>
      <w:pPr>
        <w:jc w:val="right"/>
      </w:pPr>
      <w:r>
        <w:t>چیلنج کے بغیر آپ کا ڈیولپمنٹ نہیں ہوتا۔ جو رچ ہیں، جو لوگ، وہ چیلنج سے دور، سو فیصد پر بیٹھے ہوئے ہیں</w:t>
      </w:r>
    </w:p>
    <w:p>
      <w:r>
        <w:rPr>
          <w:b/>
        </w:rPr>
        <w:t xml:space="preserve">[1:13:35] </w:t>
      </w:r>
      <w:r>
        <w:t>, kha pee rahe hain, khali sharab pee kar ke magan ho rahe hain. In ka sab se bara jo loss in ko hota hai, woh yeh hota hai ke intellectual development in ka ruk jata hai.</w:t>
      </w:r>
    </w:p>
    <w:p>
      <w:pPr>
        <w:jc w:val="right"/>
      </w:pPr>
      <w:r>
        <w:t>، کھا پی رہے ہیں، خالی شراب پی کر کے مگن ہو رہے ہیں۔ ان کا سب سے بڑا جو لاس ان کو ہوتا ہے، وہ یہ ہوتا ہے کہ انٹلیکچول ڈیولپمنٹ ان کا رک جاتا ہے۔</w:t>
      </w:r>
    </w:p>
    <w:p>
      <w:r>
        <w:rPr>
          <w:b/>
        </w:rPr>
        <w:t xml:space="preserve">[1:13:48] </w:t>
      </w:r>
      <w:r>
        <w:t>Is ka ek example mein deta hoon ke affluence gharane mein se koi koi Dr Abdul Kalam nikla, jis ne India ko atomic energy di ho. Mujhe bataiye, India mein karoron lakpati karorpati hain, ek se ek affluence log</w:t>
      </w:r>
    </w:p>
    <w:p>
      <w:pPr>
        <w:jc w:val="right"/>
      </w:pPr>
      <w:r>
        <w:t>اس کا ایک ایگزیمپل میں دیتا ہوں کہ افلوئنس گھرانے میں سے کوئی کوئی ڈاکٹر عبدالکرام نکلا، جسے انڈیا کو ایٹامک انرجی دی ہو۔ مجھے بتائیے، انڈیا میں کروڑوں لکپتی کروڑ پتی ہیں، ایک سے ایک افلوئنس لوگ</w:t>
      </w:r>
    </w:p>
    <w:p>
      <w:r>
        <w:rPr>
          <w:b/>
        </w:rPr>
        <w:t xml:space="preserve">[1:14:03] </w:t>
      </w:r>
      <w:r>
        <w:t>hain. Kisi affluence gharane mein se koi nikla, jis ne koi bari scientific theory di ho. Raman ne ghareeb gharane mein paida hua, jis ne jo koi Nobel Prize mila tha.</w:t>
      </w:r>
    </w:p>
    <w:p>
      <w:pPr>
        <w:jc w:val="right"/>
      </w:pPr>
      <w:r>
        <w:t>ہیں۔ کسی افلوئنس گھرانے میں سے کوئی نکلا، جس نے کوئی بڑی سائنٹیفک تھیوری دی ہو۔ رمن نے غریب گھرانے میں پیدا ہوا، جس نے جو کوئی نوبل پرائز ملا تھا۔</w:t>
      </w:r>
    </w:p>
    <w:p>
      <w:r>
        <w:rPr>
          <w:b/>
        </w:rPr>
        <w:t xml:space="preserve">[1:14:14] </w:t>
      </w:r>
      <w:r>
        <w:t>Khurana ghareeb gharane mein paida hua, jis ko Nobel Prize mila tha. Abdul Kalam ek ghareeb gharane mein paida hue, jinhone India ko atomic energy di.</w:t>
      </w:r>
    </w:p>
    <w:p>
      <w:pPr>
        <w:jc w:val="right"/>
      </w:pPr>
      <w:r>
        <w:t>کھرانہ غریب گھرانے میں پیدا ہوا، جس کو نوبل پرائز ملا تھا۔ عبدالکلام ایک غریب گھرانے میں پیدا ہوئے، جنہوں نے انڈیا کو ایٹامک انرجی دی۔</w:t>
      </w:r>
    </w:p>
    <w:p>
      <w:r>
        <w:rPr>
          <w:b/>
        </w:rPr>
        <w:t xml:space="preserve">[1:14:25] </w:t>
      </w:r>
      <w:r>
        <w:t>Yeh to ek kahin ek kahi hui baat hai, ek chali hui baat hai, myth hai. Ek</w:t>
      </w:r>
    </w:p>
    <w:p>
      <w:pPr>
        <w:jc w:val="right"/>
      </w:pPr>
      <w:r>
        <w:t>یہ تو ایک کہیں ایک کہی ہوئی بات ہے، ایک چلی ہوئی بات ہے، متھ ہے۔ ایک</w:t>
      </w:r>
    </w:p>
    <w:p>
      <w:r>
        <w:rPr>
          <w:b/>
        </w:rPr>
        <w:t xml:space="preserve">[1:14:30] </w:t>
      </w:r>
      <w:r>
        <w:t>sab se zyada blessed log woh log hain, jo museebaton mein hain, jo suffering mein hain, jin ko trouble pesh aata hai. Kyun? Yeh mind hamara hai.</w:t>
      </w:r>
    </w:p>
    <w:p>
      <w:pPr>
        <w:jc w:val="right"/>
      </w:pPr>
      <w:r>
        <w:t>سب سے زیادہ بلیسڈ لوگ وہ لوگ ہیں، جو مصیبتوں میں ہیں، جو سفرنگ میں ہیں، جن کو ٹربل پیش آتا ہے۔ کیوں؟ یہ مائنڈ ہمارا ہے۔</w:t>
      </w:r>
    </w:p>
    <w:p>
      <w:r>
        <w:rPr>
          <w:b/>
        </w:rPr>
        <w:t xml:space="preserve">[1:14:39] </w:t>
      </w:r>
      <w:r>
        <w:t>Mind ke andar capacity bohat zyada hai. Ek Russian scientist ne likha hai ke mind ke andar jo particle hain, itne zyada hain ke sari universe mein jitne particle hain, woh itne ek individual brain mein hote hain,</w:t>
      </w:r>
    </w:p>
    <w:p>
      <w:pPr>
        <w:jc w:val="right"/>
      </w:pPr>
      <w:r>
        <w:t>مائنڈ کے اندر کیپیسٹی بہت زیادہ ہے۔ ایک رشین سائنٹسٹ نے لکھا ہے کہ مائنڈ کے اندر جو پارٹیکل ہیں، اتنے زیادہ ہیں کہ ساری یونیورس میں جتنے پارٹیکل ہیں، وہ اتنے ایک انڈیویجول برین میں ہوتے ہیں،</w:t>
      </w:r>
    </w:p>
    <w:p>
      <w:r>
        <w:rPr>
          <w:b/>
        </w:rPr>
        <w:t xml:space="preserve">[1:14:55] </w:t>
      </w:r>
      <w:r>
        <w:t>lekin sab dormant position mein hote hain.</w:t>
      </w:r>
    </w:p>
    <w:p>
      <w:pPr>
        <w:jc w:val="right"/>
      </w:pPr>
      <w:r>
        <w:t>لیکن سب ڈارمنٹ پوزیشن میں ہوتے ہیں۔</w:t>
      </w:r>
    </w:p>
    <w:p>
      <w:r>
        <w:rPr>
          <w:b/>
        </w:rPr>
        <w:t xml:space="preserve">[1:14:58] </w:t>
      </w:r>
      <w:r>
        <w:t>un ko activate karne ki zaroorat hoti hai. To yahi trouble hi to activate karta hai. Is ko jin ke jin ki zindagi mein problem pesh aata hai, jin ki zindagi mein trouble pesh aata hai,</w:t>
      </w:r>
    </w:p>
    <w:p>
      <w:pPr>
        <w:jc w:val="right"/>
      </w:pPr>
      <w:r>
        <w:t>ان کو ایکٹیویٹ کرنے کی ضرورت ہوتی ہے۔ تو یہی ٹربل ہی تو ایکٹیویٹ کرتا ہے۔ اس کو جن کے جن کی زندگی میں پرابلم پیش آتا ہے، جن کی زندگی میں ٹربل پیش آتا ہے،</w:t>
      </w:r>
    </w:p>
    <w:p>
      <w:r>
        <w:rPr>
          <w:b/>
        </w:rPr>
        <w:t xml:space="preserve">[1:15:13] </w:t>
      </w:r>
      <w:r>
        <w:t>inhi ki, inhi ko, inhi ko yeh, yani yeh, yani yeh blessing milti hai ke in ke mind ke jo capacity hai, woh jaage.</w:t>
      </w:r>
    </w:p>
    <w:p>
      <w:pPr>
        <w:jc w:val="right"/>
      </w:pPr>
      <w:r>
        <w:t>انہی کی، انہی کو، انہی کو یہ، یعنی یہ، یعنی یہ بلیسنگ ملتی ہے کہ ان کے مائنڈ کے جو کیپیسٹی ہے، وہ جاگے۔</w:t>
      </w:r>
    </w:p>
    <w:p>
      <w:r>
        <w:rPr>
          <w:b/>
        </w:rPr>
        <w:t xml:space="preserve">[1:15:22] </w:t>
      </w:r>
      <w:r>
        <w:t>awakening aaye in ki capacity, in ke mind mein.</w:t>
      </w:r>
    </w:p>
    <w:p>
      <w:pPr>
        <w:jc w:val="right"/>
      </w:pPr>
      <w:r>
        <w:t>اویکننگ آئے ان کی کیپیسٹی، ان کے مائنڈ میں۔</w:t>
      </w:r>
    </w:p>
    <w:p>
      <w:r>
        <w:rPr>
          <w:b/>
        </w:rPr>
        <w:t xml:space="preserve">[1:15:27] </w:t>
      </w:r>
      <w:r>
        <w:t>to jo log jin ke bare mein kaha jata hai ke "he was born with a silver spoon in his mouth", mein samajhta hoon ke sab se zyada badkismat log hain, woh khush qismat log woh hain jo museebaton mein paida hote hain.</w:t>
      </w:r>
    </w:p>
    <w:p>
      <w:pPr>
        <w:jc w:val="right"/>
      </w:pPr>
      <w:r>
        <w:t>تو جو لوگ جن کے بارے میں کہا جاتا ہے کہ "ہی واز بورن ود اے سلور سپون ان ہز ماؤتھ"، میں سمجھتا ہوں کہ سب سے زیادہ بدقسمت لوگ ہیں، وہ خوش قسمت لوگ وہ ہیں جو مصیبتوں میں پیدا ہوتے ہیں۔</w:t>
      </w:r>
    </w:p>
    <w:p>
      <w:r>
        <w:rPr>
          <w:b/>
        </w:rPr>
        <w:t xml:space="preserve">[1:15:40] </w:t>
      </w:r>
      <w:r>
        <w:t>ji haan, yeh to ek myth hai jis ko aap log dohrate rehte hain. ek myth hai. poori history mein aap jaanchain to jitne bargh mein log hain, sab ke sab ghareeb family mein paida hue the.</w:t>
      </w:r>
    </w:p>
    <w:p>
      <w:pPr>
        <w:jc w:val="right"/>
      </w:pPr>
      <w:r>
        <w:t>جی ہاں، یہ تو ایک متھ ہے جس کو آپ لوگ دہراتے رہتے ہیں۔ ایک متھ ہے۔ پوری ہسٹری میں آپ جانچیں تو جتنے برگ میں لوگ ہیں، سب کے سب غریب فیملی میں پیدا ہوئے تھے۔</w:t>
      </w:r>
    </w:p>
    <w:p>
      <w:r>
        <w:rPr>
          <w:b/>
        </w:rPr>
        <w:t xml:space="preserve">[1:15:56] </w:t>
      </w:r>
      <w:r>
        <w:t>koi bhi rich aadmi, koi bara scientist nahi bana, koi bara philosopher nahi bana, koi bara thinker nahi bana. yeh to ek myth hai.</w:t>
      </w:r>
    </w:p>
    <w:p>
      <w:pPr>
        <w:jc w:val="right"/>
      </w:pPr>
      <w:r>
        <w:t>کوئی بھی رچ آدمی، کوئی بڑا سائنٹسٹ نہیں بنا، کوئی بڑا فلاسفر نہیں بنا، کوئی بڑا تھنکر نہیں بنا۔ یہ تو ایک متھ ہے۔</w:t>
      </w:r>
    </w:p>
    <w:p>
      <w:r>
        <w:rPr>
          <w:b/>
        </w:rPr>
        <w:t xml:space="preserve">[1:16:04] </w:t>
      </w:r>
      <w:r>
        <w:t>bas mein to is ko myth samajhta hoon. das question is from idrees: "is it okay to use alcohol based after shave lotion?" haan, is se "is it okay to use alcohol based after shave lotion?" bhai, yeh shave kyun karenge?</w:t>
      </w:r>
    </w:p>
    <w:p>
      <w:pPr>
        <w:jc w:val="right"/>
      </w:pPr>
      <w:r>
        <w:t>بس میں تو اس کو متھ سمجھتا ہوں۔ دس کوئسچن از فرام ادریس: "از اٹ اوکے ٹو یوز الکوحل بیسڈ افٹر شیو لوشن؟" ہاں، اس سے "از اٹ اوکے ٹو یوز الکوحل بیسڈ افٹر شیو لوشن؟" بھئی، یہ شیو کیوں کریں گے؟</w:t>
      </w:r>
    </w:p>
    <w:p>
      <w:r>
        <w:rPr>
          <w:b/>
        </w:rPr>
        <w:t xml:space="preserve">[1:16:22] </w:t>
      </w:r>
      <w:r>
        <w:t>aap yeh, yeh bohat bari cheez hai na,</w:t>
      </w:r>
    </w:p>
    <w:p>
      <w:pPr>
        <w:jc w:val="right"/>
      </w:pPr>
      <w:r>
        <w:t>آپ یہ، یہ بہت بڑی چیز ہے نا،</w:t>
      </w:r>
    </w:p>
    <w:p>
      <w:r>
        <w:rPr>
          <w:b/>
        </w:rPr>
        <w:t xml:space="preserve">[1:16:25] </w:t>
      </w:r>
      <w:r>
        <w:t>nature ki blessing hai. yeh is mein dekhein, is mein manliness hai, is mein sincerity hai, is mein seriousness hai. aap is ko shave kyun karte hain?</w:t>
      </w:r>
    </w:p>
    <w:p>
      <w:pPr>
        <w:jc w:val="right"/>
      </w:pPr>
      <w:r>
        <w:t>نیچر کی بلیسنگ ہے۔ یہ اس میں دیکھیں، اس میں مینلینس ہے، اس میں سنسیرٹی ہے، اس میں سیریسنس ہے۔ آپ اس کو شیو کیوں کرتے ہیں؟</w:t>
      </w:r>
    </w:p>
    <w:p>
      <w:r>
        <w:rPr>
          <w:b/>
        </w:rPr>
        <w:t xml:space="preserve">[1:16:37] </w:t>
      </w:r>
      <w:r>
        <w:t>ab bataiye, yeh is ka taluq mazhab se nahi hai. karl marx sab se zyada khilaf tha mazhab ke, lekin aap is ki daadhi dekhi kitni achi daadhi hoti hai.</w:t>
      </w:r>
    </w:p>
    <w:p>
      <w:pPr>
        <w:jc w:val="right"/>
      </w:pPr>
      <w:r>
        <w:t>اب بتائیے، یہ اس کا تعلق مذہب سے نہیں ہے۔ کارل مارکس سب سے زیادہ خلاف تھا مذہب کے، لیکن آپ اس کی داڑھی دیکھی کتنی اچھی داڑھی ہوتی ہے۔</w:t>
      </w:r>
    </w:p>
    <w:p>
      <w:r>
        <w:rPr>
          <w:b/>
        </w:rPr>
        <w:t xml:space="preserve">[1:16:47] </w:t>
      </w:r>
      <w:r>
        <w:t>mujh se achi daadhi is ki hai. karl marx ki bohat hi beautiful daadhi. to daadhi to aap ki dignity ko barhati</w:t>
      </w:r>
    </w:p>
    <w:p>
      <w:pPr>
        <w:jc w:val="right"/>
      </w:pPr>
      <w:r>
        <w:t>مجھ سے اچھی داڑھی اس کی ہے۔ کارل مارکس کی بہت ہی بیوٹی فل داڑھی۔ تو داڑھی تو آپ کی ڈگنیٹی کو بڑھاتی</w:t>
      </w:r>
    </w:p>
    <w:p>
      <w:r>
        <w:rPr>
          <w:b/>
        </w:rPr>
        <w:t xml:space="preserve">[1:16:54] </w:t>
      </w:r>
      <w:r>
        <w:t>hai. aap is ko shave kyun karte hain? daadhi aap ki dignity ko barhati hai. yeh to consumers bhai, jo yeh sara after shave aur yeh woh sab, yeh to consumers bhai hai.</w:t>
      </w:r>
    </w:p>
    <w:p>
      <w:pPr>
        <w:jc w:val="right"/>
      </w:pPr>
      <w:r>
        <w:t>ہے۔ آپ اس کو شیو کیوں کرتے ہیں؟ داڑھی آپ کی ڈگنیٹی کو بڑھاتی ہے۔ یہ تو کنزیومرز بھائی، جو یہ سارا افٹر شیو اور یہ وہ سب، یہ تو کنزیومرز بھائی ہے۔</w:t>
      </w:r>
    </w:p>
    <w:p>
      <w:r>
        <w:rPr>
          <w:b/>
        </w:rPr>
        <w:t xml:space="preserve">[1:17:06] </w:t>
      </w:r>
      <w:r>
        <w:t>mein to is ko nahi manta.</w:t>
      </w:r>
    </w:p>
    <w:p>
      <w:pPr>
        <w:jc w:val="right"/>
      </w:pPr>
      <w:r>
        <w:t>میں تو اس کو نہیں مانتا۔</w:t>
      </w:r>
    </w:p>
    <w:p>
      <w:r>
        <w:rPr>
          <w:b/>
        </w:rPr>
        <w:t xml:space="preserve">[1:17:11] </w:t>
      </w:r>
      <w:r>
        <w:t>yeh aap ki manliness ki ki pehchan hai, aap ki dignity barhati hai, yeh aap ko sincerity deti hai. yeh bohat hi bari cheez hai.</w:t>
      </w:r>
    </w:p>
    <w:p>
      <w:pPr>
        <w:jc w:val="right"/>
      </w:pPr>
      <w:r>
        <w:t>یہ آپ کی مینلینس کی کی پہچان ہے، آپ کی ڈگنیٹی بڑھاتی ہے، یہ آپ کو سنسیرٹی دیتی ہے۔ یہ بہت ہی بڑی چیز ہے۔</w:t>
      </w:r>
    </w:p>
    <w:p>
      <w:r>
        <w:rPr>
          <w:b/>
        </w:rPr>
        <w:t xml:space="preserve">[1:17:19] </w:t>
      </w:r>
      <w:r>
        <w:t>daadhi,</w:t>
      </w:r>
    </w:p>
    <w:p>
      <w:pPr>
        <w:jc w:val="right"/>
      </w:pPr>
      <w:r>
        <w:t>داڑھی،</w:t>
      </w:r>
    </w:p>
    <w:p>
      <w:r>
        <w:rPr>
          <w:b/>
        </w:rPr>
        <w:t xml:space="preserve">[1:17:22] </w:t>
      </w:r>
      <w:r>
        <w:t>aap auraton ke chehre par daadhi ugane ki koshish karein, kabhi nahi uga payenge. tab pata chalega aap ki daadhi kya cheez hai. auraton ke chehre par daadhi nahi hoti. aap zara koshish to kijiye, aap daadhi ugane ki un ke chehre par.</w:t>
      </w:r>
    </w:p>
    <w:p>
      <w:pPr>
        <w:jc w:val="right"/>
      </w:pPr>
      <w:r>
        <w:t>آپ عورتوں کے چہرے پر داڑھی اگانے کی کوشش کریں، کبھی نہیں اگا پائیں گے۔ تب پتہ چلے گا آپ کی داڑھی کیا چیز ہے۔ عورتوں کے چہرے پر داڑھی نہیں ہوتی۔ آپ ذرا کوشش تو کیجئے، آپ داڑھی اگانے کی ان کے چہرے پر۔</w:t>
      </w:r>
    </w:p>
    <w:p>
      <w:r>
        <w:rPr>
          <w:b/>
        </w:rPr>
        <w:t xml:space="preserve">[1:17:35] </w:t>
      </w:r>
      <w:r>
        <w:t>yeh to billion billion rupay bhi nahi bana sakte. aap daadhi,</w:t>
      </w:r>
    </w:p>
    <w:p>
      <w:pPr>
        <w:jc w:val="right"/>
      </w:pPr>
      <w:r>
        <w:t>یہ تو بلین بلین روپے بھی نہیں بنا سکتے۔ آپ داڑھی،</w:t>
      </w:r>
    </w:p>
    <w:p>
      <w:r>
        <w:rPr>
          <w:b/>
        </w:rPr>
        <w:t xml:space="preserve">[1:17:39] </w:t>
      </w:r>
      <w:r>
        <w:t>yeh to nature ki ek blessing hai. is ko kaat ke phenkte hain. aap</w:t>
      </w:r>
    </w:p>
    <w:p>
      <w:pPr>
        <w:jc w:val="right"/>
      </w:pPr>
      <w:r>
        <w:t>یہ تو نیچر کی ایک بلیسنگ ہے۔ اس کو کاٹ کے پھینکتے ہیں۔ آپ</w:t>
      </w:r>
    </w:p>
    <w:p>
      <w:r>
        <w:rPr>
          <w:b/>
        </w:rPr>
        <w:t xml:space="preserve">[1:17:45] </w:t>
      </w:r>
      <w:r>
        <w:t>is liye mein is ko dignity, is mein samajhta hoon ke yeh hamari, hamari dignity barhati hai. daadhi, ji haan, yeh koi yeh after shave waghera jitni bhi cheezein hain, yeh sab consumers mein hain.</w:t>
      </w:r>
    </w:p>
    <w:p>
      <w:pPr>
        <w:jc w:val="right"/>
      </w:pPr>
      <w:r>
        <w:t>اس لیے میں اس کو ڈگنیٹی، اس میں سمجھتا ہوں کہ یہ ہماری، ہماری ڈگنیٹی بڑھاتی ہے۔ داڑھی، جی ہاں، یہ کوئی یہ افٹر شیو وغیرہ جتنی بھی چیزیں ہیں، یہ سب کنزیومرز میں ہیں۔</w:t>
      </w:r>
    </w:p>
    <w:p>
      <w:r>
        <w:rPr>
          <w:b/>
        </w:rPr>
        <w:t xml:space="preserve">[1:18:01] </w:t>
      </w:r>
      <w:r>
        <w:t>is se zyada is ki koi haqeeqat nahi.</w:t>
      </w:r>
    </w:p>
    <w:p>
      <w:pPr>
        <w:jc w:val="right"/>
      </w:pPr>
      <w:r>
        <w:t>اس سے زیادہ اس کی کوئی حقیقت نہیں۔</w:t>
      </w:r>
    </w:p>
    <w:p>
      <w:r>
        <w:rPr>
          <w:b/>
        </w:rPr>
        <w:t xml:space="preserve">[1:18:07] </w:t>
      </w:r>
      <w:r>
        <w:t>ah, das question is from amik ahmed: "how to unite muslims in india like shia sunni conflict?" unity ka yeh matlab hi galat hai jo aap le rahe hain.</w:t>
      </w:r>
    </w:p>
    <w:p>
      <w:pPr>
        <w:jc w:val="right"/>
      </w:pPr>
      <w:r>
        <w:t>اہ، دس کوئسچن از فرام امیک احمد: "ہاؤ ٹو یونائٹ مسلمز ان انڈیا لائک شیعہ سنی کانفلکٹ؟" یونٹی کا یہ مطلب ہی غلط ہے جو آپ لے رہے ہیں۔</w:t>
      </w:r>
    </w:p>
    <w:p>
      <w:r>
        <w:rPr>
          <w:b/>
        </w:rPr>
        <w:t xml:space="preserve">[1:18:21] </w:t>
      </w:r>
      <w:r>
        <w:t>unity jo hai, unity in diversity hoti hai. yaad rakhiye, yeh sab yeh bhi ek myth hai. log samajhte hain ke unity, unity, unity, unity kabhi na hui hai na kabhi ho sakti hai.</w:t>
      </w:r>
    </w:p>
    <w:p>
      <w:pPr>
        <w:jc w:val="right"/>
      </w:pPr>
      <w:r>
        <w:t>یونٹی جو ہے، یونٹی ان ڈائیورسٹی ہوتی ہے۔ یاد رکھیے، یہ سب یہ بھی ایک متھ ہے۔ لوگ سمجھتے ہیں کہ یونٹی، یونٹی، یونٹی، یونٹی کبھی نہ ہوئی ہے نہ کبھی ہو سکتی ہے۔</w:t>
      </w:r>
    </w:p>
    <w:p>
      <w:r>
        <w:rPr>
          <w:b/>
        </w:rPr>
        <w:t xml:space="preserve">[1:18:33] </w:t>
      </w:r>
      <w:r>
        <w:t>"let us agree to disagree".</w:t>
      </w:r>
    </w:p>
    <w:p>
      <w:pPr>
        <w:jc w:val="right"/>
      </w:pPr>
      <w:r>
        <w:t>ایک ہی فارمولا ہے: "لیٹ اس ایگری ٹو ڈس ایگری"۔</w:t>
      </w:r>
    </w:p>
    <w:p>
      <w:r>
        <w:rPr>
          <w:b/>
        </w:rPr>
        <w:t xml:space="preserve">[1:18:37] </w:t>
      </w:r>
      <w:r>
        <w:t>bas aur koi doosra formula nahi hai, kyunke uniformity nature mein nahi hai. ek scholar ne bohat sahi kaha ke nature abhors uniformity.</w:t>
      </w:r>
    </w:p>
    <w:p>
      <w:pPr>
        <w:jc w:val="right"/>
      </w:pPr>
      <w:r>
        <w:t>بس اور کوئی دوسرا فارمولا نہیں ہے، کیونکہ یونیفارمٹی نیچر میں نہیں ہے۔ ایک اسکالر نے بہت صحیح کہا کہ نیچر ابورڈز یونیفارمٹی۔</w:t>
      </w:r>
    </w:p>
    <w:p>
      <w:r>
        <w:rPr>
          <w:b/>
        </w:rPr>
        <w:t xml:space="preserve">[1:18:51] </w:t>
      </w:r>
      <w:r>
        <w:t>ab jab nature hi mein uniformity na ho to aap kahan se layenge? mein samajhta hoon ke yeh differences jo hain, bohat hi yeh bhi ek blessing hai, kyunke is ki wajah se dialogue aata hai, exchange aata hai.</w:t>
      </w:r>
    </w:p>
    <w:p>
      <w:pPr>
        <w:jc w:val="right"/>
      </w:pPr>
      <w:r>
        <w:t>اب جب نیچر ہی میں یونیفارمٹی نہ ہو تو آپ کہاں سے لائیں گے؟ میں سمجھتا ہوں کہ یہ ڈیفرنسز جو ہیں، بہت ہی یہ بھی ایک بلیسنگ ہے، کیونکہ اس کی وجہ سے ڈائیلاگ آتا ہے، ایکسچینج آتا ہے۔</w:t>
      </w:r>
    </w:p>
    <w:p>
      <w:r>
        <w:rPr>
          <w:b/>
        </w:rPr>
        <w:t xml:space="preserve">[1:19:05] </w:t>
      </w:r>
      <w:r>
        <w:t>difference of opinion na ho to aap dialogue kaise karenge? dekhiye, yeh bhi ek myth hai. jo cheez evil hai, woh woh woh difference nahi hai, woh hai extremism.</w:t>
      </w:r>
    </w:p>
    <w:p>
      <w:pPr>
        <w:jc w:val="right"/>
      </w:pPr>
      <w:r>
        <w:t>ڈیفرنس آف اوپینین نہ ہو تو آپ ڈائیلاگ کیسے کریں گے؟ دیکھیے، یہ بھی ایک متھ ہے۔ جو چیز ایول ہے، وہ وہ وہ ڈیفرنس نہیں ہے، وہ ہے ایکسٹریمزم۔</w:t>
      </w:r>
    </w:p>
    <w:p>
      <w:r>
        <w:rPr>
          <w:b/>
        </w:rPr>
        <w:t xml:space="preserve">[1:19:20] </w:t>
      </w:r>
      <w:r>
        <w:t>yaad rakhiye, ek hai difference, ek hai extremism.</w:t>
      </w:r>
    </w:p>
    <w:p>
      <w:pPr>
        <w:jc w:val="right"/>
      </w:pPr>
      <w:r>
        <w:t>یاد رکھیے، ایک ہے ڈیفرنس، ایک ہے ایکسٹریمزم۔</w:t>
      </w:r>
    </w:p>
    <w:p>
      <w:r>
        <w:rPr>
          <w:b/>
        </w:rPr>
        <w:t xml:space="preserve">[1:19:25] </w:t>
      </w:r>
      <w:r>
        <w:t>to difference ek bohat blessing hai, bohat bari, kyunke without difference, without without difference, there is no dialogue, no exchange of thought, and no intellectual development.</w:t>
      </w:r>
    </w:p>
    <w:p>
      <w:pPr>
        <w:jc w:val="right"/>
      </w:pPr>
      <w:r>
        <w:t>تو ڈیفرنس ایک بہت بلیسنگ ہے، بہت بڑی، کیونکہ ودا آؤٹ ڈیفرنس، ودا آؤٹ ودا آؤٹ ڈیفرنس، دیر از نو ڈائیلاگ، نو ایکسچینج آف تھاٹ، اینڈ نو انٹلیکچول ڈیولپمنٹ۔</w:t>
      </w:r>
    </w:p>
    <w:p>
      <w:r>
        <w:rPr>
          <w:b/>
        </w:rPr>
        <w:t xml:space="preserve">[1:19:39] </w:t>
      </w:r>
      <w:r>
        <w:t>jo bari hai, woh extremism hai. kisi maamle mein aap extremist ban jayein to wohi bura hai. ke difference hai to woh aadmi galat hai.</w:t>
      </w:r>
    </w:p>
    <w:p>
      <w:pPr>
        <w:jc w:val="right"/>
      </w:pPr>
      <w:r>
        <w:t>جو بری ہے، وہ ایکسٹریمزم ہے۔ کسی معاملے میں آپ ایکسٹریمسٹ بن جائیں تو وہی برا ہے۔ کہ ڈیفرنس ہے تو وہ آدمی غلط ہے۔</w:t>
      </w:r>
    </w:p>
    <w:p>
      <w:r>
        <w:rPr>
          <w:b/>
        </w:rPr>
        <w:t xml:space="preserve">[1:19:47] </w:t>
      </w:r>
      <w:r>
        <w:t>difference hai to usko maaro. difference hai to usko taal matol mat karo.</w:t>
      </w:r>
    </w:p>
    <w:p>
      <w:pPr>
        <w:jc w:val="right"/>
      </w:pPr>
      <w:r>
        <w:t>ڈیفرنس ہے تو اس کو مارو۔ ڈیفرنس ہے تو اس کو ٹال مٹول مت کرو۔</w:t>
      </w:r>
    </w:p>
    <w:p>
      <w:r>
        <w:rPr>
          <w:b/>
        </w:rPr>
        <w:t xml:space="preserve">[1:19:53] </w:t>
      </w:r>
      <w:r>
        <w:t>to jab aap difference ko is had tak le jayein to woh buri cheez hai. warna ikhtilaf ya ya difference jo hai, woh to bohat achi cheez hai.</w:t>
      </w:r>
    </w:p>
    <w:p>
      <w:pPr>
        <w:jc w:val="right"/>
      </w:pPr>
      <w:r>
        <w:t>تو جب آپ ڈیفرنس کو اس حد تک لے جائیں تو وہ بری چیز ہے۔ ورنہ اختلاف یا یا ڈیفرنس جو ہے، وہ تو بہت اچھی چیز ہے۔</w:t>
      </w:r>
    </w:p>
    <w:p>
      <w:r>
        <w:rPr>
          <w:b/>
        </w:rPr>
        <w:t xml:space="preserve">[1:20:06] </w:t>
      </w:r>
      <w:r>
        <w:t>isi liye hadith mein aata hai ke ikhtilaf ummati rehmat. hamare muhaddiseen is par kehte hain ke sahib, yeh is mein zaeef hai aur is ki sanad kamzor hai.</w:t>
      </w:r>
    </w:p>
    <w:p>
      <w:pPr>
        <w:jc w:val="right"/>
      </w:pPr>
      <w:r>
        <w:t>اسی لیے حدیث میں آتا ہے کہ اختلاف امتی رحمہ۔ ہمارے محدثین اس پر کہتے ہیں کہ صاحب، یہ اس میں ضعیف ہے اور اس کی سند کمزور ہے۔</w:t>
      </w:r>
    </w:p>
    <w:p>
      <w:r>
        <w:rPr>
          <w:b/>
        </w:rPr>
        <w:t xml:space="preserve">[1:20:16] </w:t>
      </w:r>
      <w:r>
        <w:t>mein samajhta hoon ke bohat hi sahih hadith yeh hai.</w:t>
      </w:r>
    </w:p>
    <w:p>
      <w:pPr>
        <w:jc w:val="right"/>
      </w:pPr>
      <w:r>
        <w:t>میں سمجھتا ہوں کہ بہت ہی صحیح حدیث یہ ہے۔</w:t>
      </w:r>
    </w:p>
    <w:p>
      <w:r>
        <w:rPr>
          <w:b/>
        </w:rPr>
        <w:t xml:space="preserve">[1:20:21] </w:t>
      </w:r>
      <w:r>
        <w:t>ikhtilaf ke maani kya hain? difference.</w:t>
      </w:r>
    </w:p>
    <w:p>
      <w:pPr>
        <w:jc w:val="right"/>
      </w:pPr>
      <w:r>
        <w:t>اختلاف کے معنی کیا ہیں؟ ڈیفرنس۔</w:t>
      </w:r>
    </w:p>
    <w:p>
      <w:r>
        <w:rPr>
          <w:b/>
        </w:rPr>
        <w:t xml:space="preserve">[1:20:24] </w:t>
      </w:r>
      <w:r>
        <w:t>meri ummat ka difference meri ummat ki blessing hai, kyunke difference ki wajah se logon mein exchange hoga, dialogue hoga, sochenge, aur intellectual development ka process non stop chalta rahega.</w:t>
      </w:r>
    </w:p>
    <w:p>
      <w:pPr>
        <w:jc w:val="right"/>
      </w:pPr>
      <w:r>
        <w:t>میری امت کا ڈیفرنس میری امت کی بلیسنگ ہے، کیونکہ ڈیفرنس کی وجہ سے لوگوں میں ایکسچینج ہوگا، ڈائیلاگ ہوگا، سوچیں گے، اور انٹلیکچول ڈیولپمنٹ کا پراسیس نان اسٹاپ چلتا رہے گا۔</w:t>
      </w:r>
    </w:p>
    <w:p>
      <w:r>
        <w:rPr>
          <w:b/>
        </w:rPr>
        <w:t xml:space="preserve">[1:20:38] </w:t>
      </w:r>
      <w:r>
        <w:t>yeh matlab hai is ka. mein abhi aisi unity ko mein nahi chahta insaan ke andar. mein disunity ko chahta hoon, jise gender equality.</w:t>
      </w:r>
    </w:p>
    <w:p>
      <w:pPr>
        <w:jc w:val="right"/>
      </w:pPr>
      <w:r>
        <w:t>یہ مطلب ہے اس کا۔ میں ابھی ایسی یونٹی کو میں نہیں چاہتا انسان کے اندر۔ میں ڈسونیٹی کو چاہتا ہوں، جسے جینڈر ایکولٹی۔</w:t>
      </w:r>
    </w:p>
    <w:p>
      <w:r>
        <w:rPr>
          <w:b/>
        </w:rPr>
        <w:t xml:space="preserve">[1:20:50] </w:t>
      </w:r>
      <w:r>
        <w:t>yeh bhi ek myth hai.</w:t>
      </w:r>
    </w:p>
    <w:p>
      <w:pPr>
        <w:jc w:val="right"/>
      </w:pPr>
      <w:r>
        <w:t>یہ بھی ایک متھ ہے۔</w:t>
      </w:r>
    </w:p>
    <w:p>
      <w:r>
        <w:rPr>
          <w:b/>
        </w:rPr>
        <w:t xml:space="preserve">[1:20:52] </w:t>
      </w:r>
      <w:r>
        <w:t>mein kehta hoon gender inequality zyada natural hai. agar gender equality hogi to yeh uniformity aa jaye gi. to sab kya karenge?</w:t>
      </w:r>
    </w:p>
    <w:p>
      <w:pPr>
        <w:jc w:val="right"/>
      </w:pPr>
      <w:r>
        <w:t>میں کہتا ہوں جینڈر ان ایکولٹی زیادہ نیچرل ہے۔ اگر جینڈر ایکولٹی ہوگی تو یہ انفارمٹی آ جائے گی۔ تو سب کیا کریں گے؟</w:t>
      </w:r>
    </w:p>
    <w:p>
      <w:r>
        <w:rPr>
          <w:b/>
        </w:rPr>
        <w:t xml:space="preserve">[1:21:00] </w:t>
      </w:r>
      <w:r>
        <w:t>acha acha kapra pehan ke baithe rahenge. log value nahi jante exchange ki, discussion ki, dialogue ki value nahi jante.</w:t>
      </w:r>
    </w:p>
    <w:p>
      <w:pPr>
        <w:jc w:val="right"/>
      </w:pPr>
      <w:r>
        <w:t>اچھا اچھا کپڑا پہن کے بیٹھے رہیں گے۔ لوگ ویلیو نہیں جانتے ایکسچینج کی، ڈسکشن کی، ڈائیلاگ کی ویلیو نہیں جانتے۔</w:t>
      </w:r>
    </w:p>
    <w:p>
      <w:r>
        <w:rPr>
          <w:b/>
        </w:rPr>
        <w:t xml:space="preserve">[1:21:09] </w:t>
      </w:r>
      <w:r>
        <w:t>is liye aisi baatein karte hain.</w:t>
      </w:r>
    </w:p>
    <w:p>
      <w:pPr>
        <w:jc w:val="right"/>
      </w:pPr>
      <w:r>
        <w:t>اس لیے ایسی باتیں کرتے ہیں۔</w:t>
      </w:r>
    </w:p>
    <w:p>
      <w:r>
        <w:rPr>
          <w:b/>
        </w:rPr>
        <w:t xml:space="preserve">[1:21:14] </w:t>
      </w:r>
      <w:r>
        <w:t>mein to yahi samjha hoon apne experience se. das question is from priya mol</w:t>
      </w:r>
    </w:p>
    <w:p>
      <w:pPr>
        <w:jc w:val="right"/>
      </w:pPr>
      <w:r>
        <w:t>میں تو یہی سمجھا ہوں اپنے ایکسپیرینس سے۔ دس کوئسچن از فرام پریا مول</w:t>
      </w:r>
    </w:p>
    <w:p>
      <w:r>
        <w:rPr>
          <w:b/>
        </w:rPr>
        <w:t xml:space="preserve">[1:21:22] </w:t>
      </w:r>
      <w:r>
        <w:t>ana: "don't you think that problems and crises are opportunities for us to grow spiritually?" please comment. bohat acha hai, bilkul bilkul sahi baat ki aap ne.</w:t>
      </w:r>
    </w:p>
    <w:p>
      <w:pPr>
        <w:jc w:val="right"/>
      </w:pPr>
      <w:r>
        <w:t>انا: "ڈونٹ یو تھنک دیٹ پرابلمز اینڈ کرائسز ار اپرچونیٹیز فار اس ٹو گرو سپرچولی؟" پلیز کمنٹ۔ بہت اچھا ہے، بالکل بالکل صحیح بات کی آپ نے۔</w:t>
      </w:r>
    </w:p>
    <w:p>
      <w:r>
        <w:rPr>
          <w:b/>
        </w:rPr>
        <w:t xml:space="preserve">[1:21:34] </w:t>
      </w:r>
      <w:r>
        <w:t>take it as an opportunity rather than a problem. yeh sab cheezein jo hain, agar na hon to zindagi mein koi development na ho.</w:t>
      </w:r>
    </w:p>
    <w:p>
      <w:pPr>
        <w:jc w:val="right"/>
      </w:pPr>
      <w:r>
        <w:t>ٹیک اٹ ایز این اپرچونیٹی رادر دین ا پرابلم۔ یہ سب چیزیں جو ہیں، اگر نہ ہوں تو زندگی میں کوئی ڈیولپمنٹ نہ ہو۔</w:t>
      </w:r>
    </w:p>
    <w:p>
      <w:r>
        <w:rPr>
          <w:b/>
        </w:rPr>
        <w:t xml:space="preserve">[1:21:48] </w:t>
      </w:r>
      <w:r>
        <w:t>mein apni apni jo life likhna chahta hoon, woh to meri life sari ki sari problem se bhari hui hai, crises se bhari hui hai, trouble se bhari hui hai.</w:t>
      </w:r>
    </w:p>
    <w:p>
      <w:pPr>
        <w:jc w:val="right"/>
      </w:pPr>
      <w:r>
        <w:t>میں اپنی اپنی جو لائف لکھنا چاہتا ہوں، وہ تو میری لائف ساری کی ساری پرابلم سے بھری ہوئی ہے، کرائسز سے بھری ہوئی ہے، ٹربل سے بھری ہوئی ہے۔</w:t>
      </w:r>
    </w:p>
    <w:p>
      <w:r>
        <w:rPr>
          <w:b/>
        </w:rPr>
        <w:t xml:space="preserve">[1:21:58] </w:t>
      </w:r>
      <w:r>
        <w:t>poori poori life mein inshallah is mein dikhaunga kis tarah se is se mujhe, yani is mein mujhe food mila, kis tarah is se mujhe development ka, yani bana.</w:t>
      </w:r>
    </w:p>
    <w:p>
      <w:pPr>
        <w:jc w:val="right"/>
      </w:pPr>
      <w:r>
        <w:t>پوری پوری لائف میں انشاءاللہ اس میں دکھاؤں گا کس طرح سے اس سے مجھے، یعنی اس میں مجھے فوڈ ملا، کس طرح اس سے مجھے ڈیولپمنٹ کا، یعنی بنا۔</w:t>
      </w:r>
    </w:p>
    <w:p>
      <w:r>
        <w:rPr>
          <w:b/>
        </w:rPr>
        <w:t xml:space="preserve">[1:22:11] </w:t>
      </w:r>
      <w:r>
        <w:t>is se mere liye meri baat nahi hai, kisi bhi logon ki life hai, un ko parhiye aap</w:t>
      </w:r>
    </w:p>
    <w:p>
      <w:pPr>
        <w:jc w:val="right"/>
      </w:pPr>
      <w:r>
        <w:t>اس سے میرے لیے میری بات نہیں ہے، کسی بھی لوگوں کی لائف ہے، ان کو پڑھیے آپ</w:t>
      </w:r>
    </w:p>
    <w:p>
      <w:r>
        <w:rPr>
          <w:b/>
        </w:rPr>
        <w:t xml:space="preserve">[1:22:18] </w:t>
      </w:r>
      <w:r>
        <w:t>to aap payein ke ke jitne bhi baray baray log hain, problem hi ne unhein bara banaya. jaisa ke mein ne abhi kaha ke problem se kya hota hai ke aap ka mind activate hota hai.</w:t>
      </w:r>
    </w:p>
    <w:p>
      <w:pPr>
        <w:jc w:val="right"/>
      </w:pPr>
      <w:r>
        <w:t>تو آپ پائیں کہ کہ جتنے بھی بڑے بڑے لوگ ہیں، پرابلم ہی نے انہیں بڑا بنایا۔ جیسا کہ میں نے ابھی کہا کہ پرابلم سے کیا ہوتا ہے کہ آپ کا مائنڈ ایکٹیویٹ ہوتا ہے۔</w:t>
      </w:r>
    </w:p>
    <w:p>
      <w:r>
        <w:rPr>
          <w:b/>
        </w:rPr>
        <w:t xml:space="preserve">[1:22:33] </w:t>
      </w:r>
      <w:r>
        <w:t>aap ka mind activate hota hai, aap ke jo jo particles hain, woh jaagte hain. jo log, yani philosophers bhi, yeh bhi ek rujhan hai, reformers mein khaas tor par</w:t>
      </w:r>
    </w:p>
    <w:p>
      <w:pPr>
        <w:jc w:val="right"/>
      </w:pPr>
      <w:r>
        <w:t>آپ کا مائنڈ ایکٹیویٹ ہوتا ہے، آپ کے جو جو پارٹیکلز ہیں، وہ جاگتے ہیں۔ جو لوگ، یعنی فلاسفرز بھی، یہ بھی ایک رجحان ہے، ریفارمرز میں خاص طور پر</w:t>
      </w:r>
    </w:p>
    <w:p>
      <w:r>
        <w:rPr>
          <w:b/>
        </w:rPr>
        <w:t xml:space="preserve">[1:22:47] </w:t>
      </w:r>
      <w:r>
        <w:t>, ghuma phira kar aisa karein ke differences na rahein. jis yeh bhi nazariya jo hai, jo sachai kayi hai, yeh bhi isi liye hai.</w:t>
      </w:r>
    </w:p>
    <w:p>
      <w:pPr>
        <w:jc w:val="right"/>
      </w:pPr>
      <w:r>
        <w:t>، گھما پھرا کر ایسا کریں کہ ڈیفرنسز نہ رہیں۔ جس یہ بھی نظریہ جو ہے، جو سچائی کئی ہے، یہ بھی اسی لیے ہے۔</w:t>
      </w:r>
    </w:p>
    <w:p>
      <w:r>
        <w:rPr>
          <w:b/>
        </w:rPr>
        <w:t xml:space="preserve">[1:22:56] </w:t>
      </w:r>
      <w:r>
        <w:t>woh samajhte hain ke difference khatam ho to log mil jul kar rahenge. difference woh khatam ho to dead ho kar rahenge. woh jahan difference nahi hoga, wahan death hogi.</w:t>
      </w:r>
    </w:p>
    <w:p>
      <w:pPr>
        <w:jc w:val="right"/>
      </w:pPr>
      <w:r>
        <w:t>وہ سمجھتے ہیں کہ ڈیفرنس ختم ہو تو لوگ مل جل کر رہیں گے۔ ڈیفرنس وہ ختم ہو تو ڈیڈ ہو کر رہیں گے۔ وہ جہاں ڈیفرنس نہیں ہوگا، وہاں ڈیتھ ہوگی۔</w:t>
      </w:r>
    </w:p>
    <w:p>
      <w:r>
        <w:rPr>
          <w:b/>
        </w:rPr>
        <w:t xml:space="preserve">[1:23:07] </w:t>
      </w:r>
      <w:r>
        <w:t>wahan yeh is ke peechay jo is ki jo philosophy hai, woh yahi hai ke woh chahte hain kisi tareeqay se differences na hon to log mil jul kar rahen.</w:t>
      </w:r>
    </w:p>
    <w:p>
      <w:pPr>
        <w:jc w:val="right"/>
      </w:pPr>
      <w:r>
        <w:t>وہاں یہ اس کے پیچھے جو اس کی جو فلاسفی ہے، وہ یہی ہے کہ وہ چاہتے ہیں کسی طریقے سے ڈیفرنسز نہ ہوں تو لوگ مل جل کر رہیں۔</w:t>
      </w:r>
    </w:p>
    <w:p>
      <w:r>
        <w:rPr>
          <w:b/>
        </w:rPr>
        <w:t xml:space="preserve">[1:23:17] </w:t>
      </w:r>
      <w:r>
        <w:t>mil jul kar rehne ka raaz mutual respect hai. mutual respect hai ke aap yeh, yani mera formula hai ke "follow one and respect all".</w:t>
      </w:r>
    </w:p>
    <w:p>
      <w:pPr>
        <w:jc w:val="right"/>
      </w:pPr>
      <w:r>
        <w:t>مل جل کر رہنے کا راز میوچول ریسپیکٹ ہے۔ میوچول ریسپیکٹ ہے کہ آپ یہ، یعنی میرا فارمولا ہے کہ "فالو ون اینڈ ریسپیکٹ ال"۔</w:t>
      </w:r>
    </w:p>
    <w:p>
      <w:r>
        <w:rPr>
          <w:b/>
        </w:rPr>
        <w:t xml:space="preserve">[1:23:31] </w:t>
      </w:r>
      <w:r>
        <w:t>"follow one and respect all". logon ka formula kya hai? "mutual recognition". mera formula hai ke "mutual respect". "I don't believe in mutual recognition".</w:t>
      </w:r>
    </w:p>
    <w:p>
      <w:pPr>
        <w:jc w:val="right"/>
      </w:pPr>
      <w:r>
        <w:t>"فالو ون اینڈ ریسپیکٹ ال"۔ لوگوں کا فارمولا کیا ہے؟ "میوچول ریکگنیشن"۔ میرا فارمولا ہے کہ "میوچول ریسپیکٹ"۔ "آئی ڈونٹ بیلیو ان میوچول ریکگنیشن"۔</w:t>
      </w:r>
    </w:p>
    <w:p>
      <w:r>
        <w:rPr>
          <w:b/>
        </w:rPr>
        <w:t xml:space="preserve">[1:23:44] </w:t>
      </w:r>
      <w:r>
        <w:t>"aai aai aai believe in mutual respect". das is mai formula. to yeh sare reformers yeh koshish karte rahe hain kisi na kisi tareeqay se equality layein, difference ko khatam karein.</w:t>
      </w:r>
    </w:p>
    <w:p>
      <w:pPr>
        <w:jc w:val="right"/>
      </w:pPr>
      <w:r>
        <w:t>"آئی آئی آئی بیلیو ان میوچول ریسپیکٹ"۔ دس از مائی فارمولا۔ تو یہ سارے ریفارمرز یہ کوشش کرتے رہے ہیں کسی نہ کسی طریقے سے ایکولٹی لائیں، ڈیفرنس کو ختم کریں۔</w:t>
      </w:r>
    </w:p>
    <w:p>
      <w:r>
        <w:rPr>
          <w:b/>
        </w:rPr>
        <w:t xml:space="preserve">[1:23:58] </w:t>
      </w:r>
      <w:r>
        <w:t>mars bhi yahi chahta tha, sab yahi chahte hain. yeh to aap death la rahe hain. death sirf ek hi cheez buri hai zindagi mein, woh hai intolerance, hate, intolerance, violence.</w:t>
      </w:r>
    </w:p>
    <w:p>
      <w:pPr>
        <w:jc w:val="right"/>
      </w:pPr>
      <w:r>
        <w:t>مارس بھی یہی چاہتا تھا، سب یہی چاہتے ہیں۔ یہ تو آپ ڈیتھ لا رہے ہیں۔ ڈیتھ صرف ایک ہی چیز بری ہے زندگی میں، وہ ہے انٹولرنس، ہیٹ، انٹولرنس، وائلنس۔</w:t>
      </w:r>
    </w:p>
    <w:p>
      <w:r>
        <w:rPr>
          <w:b/>
        </w:rPr>
        <w:t xml:space="preserve">[1:24:14] </w:t>
      </w:r>
      <w:r>
        <w:t>bas society se sirf ek hi cheez khatam kijiye, woh hai intolerance,</w:t>
      </w:r>
    </w:p>
    <w:p>
      <w:pPr>
        <w:jc w:val="right"/>
      </w:pPr>
      <w:r>
        <w:t>بس سوسائٹی سے صرف ایک ہی چیز ختم کیجئے، وہ ہے انٹولرنس،</w:t>
      </w:r>
    </w:p>
    <w:p>
      <w:r>
        <w:rPr>
          <w:b/>
        </w:rPr>
        <w:t xml:space="preserve">[1:24:23] </w:t>
      </w:r>
      <w:r>
        <w:t>hate, intolerance, violence. is ko khatam kijiye, baqi sab jo hai bilkul theek hai. mere nazdeek</w:t>
      </w:r>
    </w:p>
    <w:p>
      <w:pPr>
        <w:jc w:val="right"/>
      </w:pPr>
      <w:r>
        <w:t>ہیٹ، انٹولرنس، وائلنس۔ اس کو ختم کیجئے، باقی سب جو ہے بالکل ٹھیک ہے۔ میرے نزدیک</w:t>
      </w:r>
    </w:p>
    <w:p>
      <w:r>
        <w:rPr>
          <w:b/>
        </w:rPr>
        <w:t xml:space="preserve">[1:24:32] </w:t>
      </w:r>
      <w:r>
        <w:t>das question is from shahbaz nadvi: "muslims all over the world is a troubled community, but as a whole their intellectual development has been stopped</w:t>
      </w:r>
    </w:p>
    <w:p>
      <w:pPr>
        <w:jc w:val="right"/>
      </w:pPr>
      <w:r>
        <w:t>دس کوئسچن از فرام شہباز ندوی: "مسلمز ال اوور دی ورلڈ از ا ٹربلڈ کمیونٹی، بٹ ایز ا ہول دیر انٹلیکچول ڈیولپمنٹ ہیز بین سٹاپڈ</w:t>
      </w:r>
    </w:p>
    <w:p>
      <w:r>
        <w:rPr>
          <w:b/>
        </w:rPr>
        <w:t xml:space="preserve">[1:24:44] </w:t>
      </w:r>
      <w:r>
        <w:t>. why is it so?" woh trouble creator community hain, woh zyada sahi yeh kaha jaye ga ke problem creator bane hue hain.</w:t>
      </w:r>
    </w:p>
    <w:p>
      <w:pPr>
        <w:jc w:val="right"/>
      </w:pPr>
      <w:r>
        <w:t>۔ وائی از اٹ سو؟" وہ ٹربل کریٹر کمیونٹی ہیں، وہ زیادہ صحیح یہ کہا جائے گا کہ پرابلم کریٹر بنے ہوئے ہیں۔</w:t>
      </w:r>
    </w:p>
    <w:p>
      <w:r>
        <w:rPr>
          <w:b/>
        </w:rPr>
        <w:t xml:space="preserve">[1:24:54] </w:t>
      </w:r>
      <w:r>
        <w:t>ab dekhiye, islamabad mein ek bohat hi masjid thi, bohat bari, aur wahan kya kiya? bomb aur gun la ke rakh diya. ab dray shuru ho gayi wahan par.</w:t>
      </w:r>
    </w:p>
    <w:p>
      <w:pPr>
        <w:jc w:val="right"/>
      </w:pPr>
      <w:r>
        <w:t>اب دیکھیے، اسلام آباد میں ایک بہت ہی مسجد تھی، بہت بڑی، اور وہاں کیا کیا؟ بم اور گن لا کے رکھ دیا۔ اب ڈرائی شروع ہوگئی وہاں پر۔</w:t>
      </w:r>
    </w:p>
    <w:p>
      <w:r>
        <w:rPr>
          <w:b/>
        </w:rPr>
        <w:t xml:space="preserve">[1:25:03] </w:t>
      </w:r>
      <w:r>
        <w:t>abhi wahan par aap is education chalate, khoob logon ko parhate, khoob train karte logon ko,</w:t>
      </w:r>
    </w:p>
    <w:p>
      <w:pPr>
        <w:jc w:val="right"/>
      </w:pPr>
      <w:r>
        <w:t>ابھی وہاں پر آپ اس ایجوکیشن چلاتے، خوب لوگوں کو پڑھاتے، خوب ٹرین کرتے لوگوں کو،</w:t>
      </w:r>
    </w:p>
    <w:p>
      <w:r>
        <w:rPr>
          <w:b/>
        </w:rPr>
        <w:t xml:space="preserve">[1:25:11] </w:t>
      </w:r>
      <w:r>
        <w:t>to musalman jo hain, woh woh to negative sense mein, yani woh hain, har cheez ko negative sense mein liye hue hain.</w:t>
      </w:r>
    </w:p>
    <w:p>
      <w:pPr>
        <w:jc w:val="right"/>
      </w:pPr>
      <w:r>
        <w:t>تو مسلمان جو ہیں، وہ وہ تو نیگیٹیو سینس میں، یعنی وہ ہیں، ہر چیز کو نیگیٹیو سینس میں لیے ہوئے ہیں۔</w:t>
      </w:r>
    </w:p>
    <w:p>
      <w:r>
        <w:rPr>
          <w:b/>
        </w:rPr>
        <w:t xml:space="preserve">[1:25:21] </w:t>
      </w:r>
      <w:r>
        <w:t>woh, woh, woh, woh formula yahan apply nahi hota hai. woh formula yahan apply nahi hota hai. mein samajhta hoon kisi bhi muslim reformer mein, mein akela hoon, yeh yeh musalmanon ko yeh formula de raha hoon ke jo tumhare problem hain, woh tumhare liye opportunities hain.</w:t>
      </w:r>
    </w:p>
    <w:p>
      <w:pPr>
        <w:jc w:val="right"/>
      </w:pPr>
      <w:r>
        <w:t>وہ، وہ، وہ، وہ فارمولا یہاں اپلائی نہیں ہوتا ہے۔ وہ فارمولا یہاں اپلائی نہیں ہوتا ہے۔ میں سمجھتا ہوں کسی بھی مسلم ریفارمر میں، میں اکیلا ہوں، یہ یہ مسلمانوں کو یہ فارمولا دے رہا ہوں کہ جو تمہارے پرابلم ہیں، وہ تمہارے لیے اپرچونیٹیز ہیں۔</w:t>
      </w:r>
    </w:p>
    <w:p>
      <w:r>
        <w:rPr>
          <w:b/>
        </w:rPr>
        <w:t xml:space="preserve">[1:25:42] </w:t>
      </w:r>
      <w:r>
        <w:t>sare reformers do sau saal se yaad rakhiye, larai sikha rahe hain ke problem se lado, problem ko khatam karo. har jagah, kashmir mein yeh hua, falasteen mein yeh hua, aaj kal philippines mein yeh ho raha hai.</w:t>
      </w:r>
    </w:p>
    <w:p>
      <w:pPr>
        <w:jc w:val="right"/>
      </w:pPr>
      <w:r>
        <w:t>سارے ریفارمرز دو سو سال سے یاد رکھیے، لڑائی سکھا رہے ہیں کہ پرابلم سے لڑو، پرابلم کو ختم کرو۔ ہر جگہ، کشمیر میں یہ ہوا، فلسطین میں یہ ہوا، آج کل فلپائن میں یہ ہو رہا ہے۔</w:t>
      </w:r>
    </w:p>
    <w:p>
      <w:r>
        <w:rPr>
          <w:b/>
        </w:rPr>
        <w:t xml:space="preserve">[1:25:57] </w:t>
      </w:r>
      <w:r>
        <w:t>sare muslim world mein takrao. aap logon ko shayad yeh maloom hai ke nahi maloom hai ke pehle musalman ladte the colonial powers se, ab lad rahe hain aap apne hi rulers se, apne rulers se.</w:t>
      </w:r>
    </w:p>
    <w:p>
      <w:pPr>
        <w:jc w:val="right"/>
      </w:pPr>
      <w:r>
        <w:t>سارے مسلم ورلڈ میں ٹکراؤ۔ آپ لوگوں کو شاید یہ معلوم ہے کہ نہیں معلوم ہے کہ پہلے مسلمان لڑتے تھے کلونیل پاورز سے، اب لڑ رہے ہیں آپ اپنے ہی رولرز سے، اپنے رولرز سے۔</w:t>
      </w:r>
    </w:p>
    <w:p>
      <w:r>
        <w:rPr>
          <w:b/>
        </w:rPr>
        <w:t xml:space="preserve">[1:26:10] </w:t>
      </w:r>
      <w:r>
        <w:t>jis ki, jis ki ek recent example, latest example tha pakistan mein, ke pehle woh samajhte the ke hamare dushman jo hain, woh western powers hain.</w:t>
      </w:r>
    </w:p>
    <w:p>
      <w:pPr>
        <w:jc w:val="right"/>
      </w:pPr>
      <w:r>
        <w:t>جس کی، جس کی ایک ریسنٹ ایگزیمپل، لیٹسٹ ایگزیمپل تھا پاکستان میں، کہ پہلے وہ سمجھتے تھے کہ ہمارے دشمن جو ہیں، وہ ویسٹرن پاورز ہیں۔</w:t>
      </w:r>
    </w:p>
    <w:p>
      <w:r>
        <w:rPr>
          <w:b/>
        </w:rPr>
        <w:t xml:space="preserve">[1:26:19] </w:t>
      </w:r>
      <w:r>
        <w:t>yeh muslim jo the, sare muslims one to all western powers jo hain, hamare enemy hain, un se lado, un se lado. acha, ladne mein kuch pa nahi sake, kuch achieve nahi kiya unhone.</w:t>
      </w:r>
    </w:p>
    <w:p>
      <w:pPr>
        <w:jc w:val="right"/>
      </w:pPr>
      <w:r>
        <w:t>یہ مسلم جو تھے، سارے مسلمز ون ٹو ال ویسٹرن پاورز جو ہیں، ہمارے اینمی ہیں، ان سے لڑو، ان سے لڑو۔ اچھا، لڑنے میں کچھ پا نہیں سکے، کچھ اچیو نہیں کیا انہوں نے۔</w:t>
      </w:r>
    </w:p>
    <w:p>
      <w:r>
        <w:rPr>
          <w:b/>
        </w:rPr>
        <w:t xml:space="preserve">[1:26:31] </w:t>
      </w:r>
      <w:r>
        <w:t>to ab kya kar rahe hain? kahin woh bomb maar rahe hain, jaise ke woh glasgow mein bomb maarne ja rahe the,</w:t>
      </w:r>
    </w:p>
    <w:p>
      <w:pPr>
        <w:jc w:val="right"/>
      </w:pPr>
      <w:r>
        <w:t>تو اب کیا کر رہے ہیں؟ کہیں وہ بم مار رہے ہیں، جیسے کہ وہ گلیسگو میں بم مارنے جا رہے تھے،</w:t>
      </w:r>
    </w:p>
    <w:p>
      <w:r>
        <w:rPr>
          <w:b/>
        </w:rPr>
        <w:t xml:space="preserve">[1:26:37] </w:t>
      </w:r>
      <w:r>
        <w:t>italy mein bomb maar diya. aur ek un ki jo, jo ab jo thinking un ke andar develop hui, woh yeh hai ke hamare jo apne rulers hain, woh in in ke agent hain, yani western powers ke agent hain.</w:t>
      </w:r>
    </w:p>
    <w:p>
      <w:pPr>
        <w:jc w:val="right"/>
      </w:pPr>
      <w:r>
        <w:t>اٹلی میں بم مار دیا۔ اور ایک ان کی جو، جو اب جو تھنکنگ ان کے اندر ڈیولپ ہوئی، وہ یہ ہے کہ ہمارے جو اپنے رولرز ہیں، وہ ان ان کے ایجنٹ ہیں، یعنی ویسٹرن پاورز کے ایجنٹ ہیں۔</w:t>
      </w:r>
    </w:p>
    <w:p>
      <w:r>
        <w:rPr>
          <w:b/>
        </w:rPr>
        <w:t xml:space="preserve">[1:26:50] </w:t>
      </w:r>
      <w:r>
        <w:t>ab in ko maro. to yeh, yeh, yeh to musalmanon ki soch, is ko kahein ke problem mein nahi hai, woh negativity mein hain.</w:t>
      </w:r>
    </w:p>
    <w:p>
      <w:pPr>
        <w:jc w:val="right"/>
      </w:pPr>
      <w:r>
        <w:t>اب ان کو مارو۔ تو یہ، یہ، یہ تو مسلمانوں کی سوچ، اس کو کہیں کہ پرابلم میں نہیں ہے، وہ نیگیٹیوٹی میں ہیں۔</w:t>
      </w:r>
    </w:p>
    <w:p>
      <w:r>
        <w:rPr>
          <w:b/>
        </w:rPr>
        <w:t xml:space="preserve">[1:26:59] </w:t>
      </w:r>
      <w:r>
        <w:t>woh sahi baat yeh hai, sare muslim negativity mein jeete hain. negativity ke siwa kuch nahi un ke paas hai.</w:t>
      </w:r>
    </w:p>
    <w:p>
      <w:pPr>
        <w:jc w:val="right"/>
      </w:pPr>
      <w:r>
        <w:t>وہ صحیح بات یہ ہے، سارے مسلم نیگیٹیوٹی میں جیتے ہیں۔ نیگیٹیوٹی کے سوا کچھ نہیں ان کے پاس ہے۔</w:t>
      </w:r>
    </w:p>
    <w:p>
      <w:r>
        <w:rPr>
          <w:b/>
        </w:rPr>
        <w:t xml:space="preserve">[1:27:08] </w:t>
      </w:r>
      <w:r>
        <w:t>yeh baat mein aap ko arz kar doon ke yeh, yeh jo musalman idhar udhar bomb maar rahe hain, yeh yeh sirf haram hai, haram ke siwa aur kuch bhi nahi hai. kyunke islam mein use of arms jo hai, woh sirf state ke liye jaiz hai,</w:t>
      </w:r>
    </w:p>
    <w:p>
      <w:pPr>
        <w:jc w:val="right"/>
      </w:pPr>
      <w:r>
        <w:t>یہ بات میں آپ کو عرض کر دوں کہ یہ، یہ جو مسلمان ادھر ادھر بم مار رہے ہیں، یہ یہ صرف حرام ہے، حرام کے سوا اور کچھ بھی نہیں ہے۔ کیونکہ اسلام میں یوز آف ارب جو ہے، وہ صرف اسٹیٹ کے لیے جائز ہے،</w:t>
      </w:r>
    </w:p>
    <w:p>
      <w:r>
        <w:rPr>
          <w:b/>
        </w:rPr>
        <w:t xml:space="preserve">[1:27:23] </w:t>
      </w:r>
      <w:r>
        <w:t>other than state. no man has right to use arms. is ko achi tarah samajh lijiye aap. yeh jo aaj kal ho raha hai, khud ulma is mein involve hain, lekin ulma bhi haram kaam kar rahe hain.</w:t>
      </w:r>
    </w:p>
    <w:p>
      <w:pPr>
        <w:jc w:val="right"/>
      </w:pPr>
      <w:r>
        <w:t>ادر دین اسٹیٹ۔ نو من ہیز رائٹ ٹو یوز ارمز۔ اس کو اچھی طرح سمجھ لیجئے آپ۔ یہ جو آج کل ہو رہا ہے، خود علماء اس میں انوالو ہیں، لیکن علماء بھی حرام کام کر رہے ہیں۔</w:t>
      </w:r>
    </w:p>
    <w:p>
      <w:r>
        <w:rPr>
          <w:b/>
        </w:rPr>
        <w:t xml:space="preserve">[1:27:35] </w:t>
      </w:r>
      <w:r>
        <w:t>yeh</w:t>
      </w:r>
    </w:p>
    <w:p>
      <w:pPr>
        <w:jc w:val="right"/>
      </w:pPr>
      <w:r>
        <w:t>یہ</w:t>
      </w:r>
    </w:p>
    <w:p>
      <w:r>
        <w:rPr>
          <w:b/>
        </w:rPr>
        <w:t xml:space="preserve">[1:27:37] </w:t>
      </w:r>
      <w:r>
        <w:t>pure conviction ke sath mein keh raha hoon, mein ne islam ko bohat parha hai</w:t>
      </w:r>
    </w:p>
    <w:p>
      <w:pPr>
        <w:jc w:val="right"/>
      </w:pPr>
      <w:r>
        <w:t>پورے کنوکشن کے ساتھ میں کہہ رہا ہوں، میں نے اسلام کو بہت پڑھا ہے</w:t>
      </w:r>
    </w:p>
    <w:p>
      <w:r>
        <w:rPr>
          <w:b/>
        </w:rPr>
        <w:t xml:space="preserve">[1:27:43] </w:t>
      </w:r>
      <w:r>
        <w:t>ke other than state, no man has right to use arms. doosre logon ko ek hi option hai peaceful activism ka, aur state bhi kab kar sakti hai?</w:t>
      </w:r>
    </w:p>
    <w:p>
      <w:pPr>
        <w:jc w:val="right"/>
      </w:pPr>
      <w:r>
        <w:t>کہ ادر دین اسٹیٹ، نو من ہیز رائٹ ٹو یوز ارمز۔ دوسرے لوگوں کو ایک ہی آپشن ہے پیس فل ایکٹیوزم کا، اور اسٹیٹ بھی کب کر سکتی ہے؟</w:t>
      </w:r>
    </w:p>
    <w:p>
      <w:r>
        <w:rPr>
          <w:b/>
        </w:rPr>
        <w:t xml:space="preserve">[1:27:57] </w:t>
      </w:r>
      <w:r>
        <w:t>jab attack hua ho. so at the time of attack, state has right to use arm in its defence.</w:t>
      </w:r>
    </w:p>
    <w:p>
      <w:pPr>
        <w:jc w:val="right"/>
      </w:pPr>
      <w:r>
        <w:t>جب اٹیک ہوا ہو۔ سو ایٹ دا ٹائم آف اٹیک، اسٹیٹ ہیز رائٹ ٹو یوز ارم ان اٹس ڈیفنس۔</w:t>
      </w:r>
    </w:p>
    <w:p>
      <w:r>
        <w:rPr>
          <w:b/>
        </w:rPr>
        <w:t xml:space="preserve">[1:28:09] </w:t>
      </w:r>
      <w:r>
        <w:t>defence ke siwa state bhi arm hi use kar sakti hai, aur individuals ke liye ya organizations ke liye to sary se arm ko istemal karna haram hai, bilkul haram hai, absolute sense mein haram hai.</w:t>
      </w:r>
    </w:p>
    <w:p>
      <w:pPr>
        <w:jc w:val="right"/>
      </w:pPr>
      <w:r>
        <w:t>ڈیفنس کے سوا اسٹیٹ بھی ارم ہی یوز کر سکتی ہے، اور انڈیویجولز کے لیے یا ارگنائزیشنز کے لیے تو سرے سے ارم کو استعمال کرنا حرام ہے، بالکل حرام ہے، ایبسولیوٹ سینس میں حرام ہے۔</w:t>
      </w:r>
    </w:p>
    <w:p>
      <w:r>
        <w:rPr>
          <w:b/>
        </w:rPr>
        <w:t xml:space="preserve">[1:28:23] </w:t>
      </w:r>
      <w:r>
        <w:t>aap sirf پیس فل ایکٹیوزم چلا سکتے ہیں، جیسے کشمیر میں جو کیا ہے، لوگوں نے وہ بلاشبہ حرام تھا۔ فلسطین میں جو کر رہے ہیں، وہ بلاشبہ حرام ہے،</w:t>
      </w:r>
    </w:p>
    <w:p>
      <w:pPr>
        <w:jc w:val="right"/>
      </w:pPr>
      <w:r>
        <w:t>آپ صرف پیس فل ایکٹیوزم چلا سکتے ہیں، جیسے کشمیر میں جو کیا ہے، لوگوں نے وہ بلاشبہ حرام تھا۔ فلسطین میں جو کر رہے ہیں، وہ بلاشبہ حرام ہے،</w:t>
      </w:r>
    </w:p>
    <w:p>
      <w:r>
        <w:rPr>
          <w:b/>
        </w:rPr>
        <w:t xml:space="preserve">[1:28:35] </w:t>
      </w:r>
      <w:r>
        <w:t>چاہے کشمیر ہو یا فلسطین ہو یا فلپائن ہو، کہیں بھی دنیا میں، جہاں جہاں بھی ہو، آپ کے لیے ایک ہی آپشن ہے، وہ ہے پیس فل ایکٹیوزم۔ پیس فل ایکٹیوزم، وائلنٹ ایکٹیوزم کا آپشن ہی نہیں ہے مسلمانوں کے لیے۔</w:t>
      </w:r>
    </w:p>
    <w:p>
      <w:pPr>
        <w:jc w:val="right"/>
      </w:pPr>
      <w:r>
        <w:t>چاہے کشمیر ہو یا فلسطین ہو یا فلپائن ہو، کہیں بھی دنیا میں، جہاں جہاں بھی ہو، آپ کے لیے ایک ہی آپشن ہے، وہ ہے پیس فل ایکٹیوزم۔ پیس فل ایکٹیوزم، وائلنٹ ایکٹیوزم کا آپشن ہی نہیں ہے مسلمانوں کے لیے۔</w:t>
      </w:r>
    </w:p>
    <w:p>
      <w:r>
        <w:rPr>
          <w:b/>
        </w:rPr>
        <w:t xml:space="preserve">[1:28:50] </w:t>
      </w:r>
      <w:r>
        <w:t>یاد رکھیے، وائلنٹ ایکٹیوزم کا آپشن مسلمانوں کے لیے ہے ہی نہیں، بالکل</w:t>
      </w:r>
    </w:p>
    <w:p>
      <w:pPr>
        <w:jc w:val="right"/>
      </w:pPr>
      <w:r>
        <w:t>یاد رکھیے، وائلنٹ ایکٹیوزم کا آپشن مسلمانوں کے لیے ہے ہی نہیں، بالکل</w:t>
      </w:r>
    </w:p>
    <w:p>
      <w:r>
        <w:rPr>
          <w:b/>
        </w:rPr>
        <w:t xml:space="preserve">[1:28:59] </w:t>
      </w:r>
      <w:r>
        <w:t>صرف ایک ہی آپشن ہے، وہ پیس فل ایکٹیوزم۔</w:t>
      </w:r>
    </w:p>
    <w:p>
      <w:pPr>
        <w:jc w:val="right"/>
      </w:pPr>
      <w:r>
        <w:t>صرف ایک ہی آپشن ہے، وہ پیس فل ایکٹیوزم۔</w:t>
      </w:r>
    </w:p>
    <w:p>
      <w:r>
        <w:rPr>
          <w:b/>
        </w:rPr>
        <w:t xml:space="preserve">[1:29:03] </w:t>
      </w:r>
      <w:r>
        <w:t>یہاں تک کہ میں یہ کہوں گا کہ آپ، یعنی اس، یعنی عام مسلمانوں کو، کو اپنا، اس کو اپنا وہ بنانا، اپنا ایشو بنانا کہ اگر کوئی ملک اٹیک کر رہا ہے، تب بھی اگر اسٹیٹ آپ کو بلائے گی تو آپ کو جانا ہے، نہیں تو نہیں جانا ہے۔</w:t>
      </w:r>
    </w:p>
    <w:p>
      <w:pPr>
        <w:jc w:val="right"/>
      </w:pPr>
      <w:r>
        <w:t>یہاں تک کہ میں یہ کہوں گا کہ آپ، یعنی اس، یعنی عام مسلمانوں کو، کو اپنا، اس کو اپنا وہ بنانا، اپنا ایشو بنانا کہ اگر کوئی ملک اٹیک کر رہا ہے، تب بھی اگر اسٹیٹ آپ کو بلائے گی تو آپ کو جانا ہے، نہیں تو نہیں جانا ہے۔</w:t>
      </w:r>
    </w:p>
    <w:p>
      <w:r>
        <w:rPr>
          <w:b/>
        </w:rPr>
        <w:t xml:space="preserve">[1:29:18] </w:t>
      </w:r>
      <w:r>
        <w:t>آپ کو</w:t>
      </w:r>
    </w:p>
    <w:p>
      <w:pPr>
        <w:jc w:val="right"/>
      </w:pPr>
      <w:r>
        <w:t>آپ کو</w:t>
      </w:r>
    </w:p>
    <w:p>
      <w:r>
        <w:rPr>
          <w:b/>
        </w:rPr>
        <w:t xml:space="preserve">[1:29:22] </w:t>
      </w:r>
      <w:r>
        <w:t>اگر ایک اسٹیٹ ہے، ایک مسلم اسٹیٹ ہے، کسی اسٹیٹ نے اس پر حملہ کر دیا ہے، تو اس کا مطلب نہیں کہ آپ بھی اٹھ کر ادھر بم مارنے لگے، ادھر ادھر۔</w:t>
      </w:r>
    </w:p>
    <w:p>
      <w:pPr>
        <w:jc w:val="right"/>
      </w:pPr>
      <w:r>
        <w:t>اگر ایک اسٹیٹ ہے، ایک مسلم اسٹیٹ ہے، کسی اسٹیٹ نے اس پر حملہ کر دیا ہے، تو اس کا مطلب نہیں کہ آپ بھی اٹھ کر ادھر بم مارنے لگے، ادھر ادھر۔</w:t>
      </w:r>
    </w:p>
    <w:p>
      <w:r>
        <w:rPr>
          <w:b/>
        </w:rPr>
        <w:t xml:space="preserve">[1:29:31] </w:t>
      </w:r>
      <w:r>
        <w:t>اسٹیٹ اگر آپ کو بلاتی ہے، تب آپ لبیک کہیے، نہیں تو اپنے گھر بیٹھیے۔ یہ سب باتیں اسلام میں بہت ہی کلیئر ہیں، لیکن ہمارے علماء جو ہیں، وہ خود بھی اس کے خلاف چل رہے ہیں۔</w:t>
      </w:r>
    </w:p>
    <w:p>
      <w:pPr>
        <w:jc w:val="right"/>
      </w:pPr>
      <w:r>
        <w:t>اسٹیٹ اگر آپ کو بلاتی ہے، تب آپ لبیک کہیے، نہیں تو اپنے گھر بیٹھیے۔ یہ سب باتیں اسلام میں بہت ہی کلیئر ہیں، لیکن ہمارے علماء جو ہیں، وہ خود بھی اس کے خلاف چل رہے ہیں۔</w:t>
      </w:r>
    </w:p>
    <w:p>
      <w:r>
        <w:rPr>
          <w:b/>
        </w:rPr>
        <w:t xml:space="preserve">[1:29:45] </w:t>
      </w:r>
      <w:r>
        <w:t>لوگ سمجھتے ہیں کہ یہی اسلام ہوگا۔ اس وقت علماء بھی اس وقت بالکل غلطی پر جا رہے ہیں، اور ماسٹرز بھی غلطی پر جا رہے ہیں۔</w:t>
      </w:r>
    </w:p>
    <w:p>
      <w:pPr>
        <w:jc w:val="right"/>
      </w:pPr>
      <w:r>
        <w:t>لوگ سمجھتے ہیں کہ یہی اسلام ہوگا۔ اس وقت علماء بھی اس وقت بالکل غلطی پر جا رہے ہیں، اور ماسٹرز بھی غلطی پر جا رہے ہیں۔</w:t>
      </w:r>
    </w:p>
    <w:p>
      <w:r>
        <w:rPr>
          <w:b/>
        </w:rPr>
        <w:t xml:space="preserve">[1:29:54] </w:t>
      </w:r>
      <w:r>
        <w:t>میں اس میں ذرا بھی شک نہیں۔ مجھے کسی کو اگر اس میں وہ چاہیے، یعنی ریفرنسز چاہ</w:t>
      </w:r>
    </w:p>
    <w:p>
      <w:pPr>
        <w:jc w:val="right"/>
      </w:pPr>
      <w:r>
        <w:t>میں اس میں ذرا بھی شک نہیں۔ مجھے کسی کو اگر اس میں وہ چاہیے، یعنی ریفرنسز چاہ</w:t>
      </w:r>
    </w:p>
    <w:p>
      <w:r>
        <w:rPr>
          <w:b/>
        </w:rPr>
        <w:t xml:space="preserve">[1:30:00] </w:t>
      </w:r>
      <w:r>
        <w:t>یے، تو میرے پاس آؤ، میں آپ کو ایک سو ایک ریفرنس بتاتا ہوں، آپ کو قرآن کا اور حدیث کا۔ دس کوئسچن از فرام ڈاکٹر فریدہ خانہ: واٹ میکس پیپل سو فولش ایز ٹو چیلنج ا سٹرونگ ملٹری رول ایز دے ڈیڈ ان پاکستان؟</w:t>
      </w:r>
    </w:p>
    <w:p>
      <w:pPr>
        <w:jc w:val="right"/>
      </w:pPr>
      <w:r>
        <w:t>یے، تو میرے پاس آؤ، میں آپ کو ایک سو ایک ریفرنس بتاتا ہوں، آپ کو قرآن کا اور حدیث کا۔ دس کوئسچن از فرام ڈاکٹر فریدہ خانہ: واٹ میکس پیپل سو فولش ایز ٹو چیلنج ا سٹرونگ ملٹری رول ایز دے ڈیڈ ان پاکستان؟</w:t>
      </w:r>
    </w:p>
    <w:p>
      <w:r>
        <w:rPr>
          <w:b/>
        </w:rPr>
        <w:t xml:space="preserve">[1:30:20] </w:t>
      </w:r>
      <w:r>
        <w:t>دیکھیے، ایک حدیث ہے، وہ حدیث میں سناؤں گا آپ کو اس موقع پر۔</w:t>
      </w:r>
    </w:p>
    <w:p>
      <w:pPr>
        <w:jc w:val="right"/>
      </w:pPr>
      <w:r>
        <w:t>دیکھیے، ایک حدیث ہے، وہ حدیث میں سناؤں گا آپ کو اس موقع پر۔</w:t>
      </w:r>
    </w:p>
    <w:p>
      <w:r>
        <w:rPr>
          <w:b/>
        </w:rPr>
        <w:t xml:space="preserve">[1:30:27] </w:t>
      </w:r>
      <w:r>
        <w:t>حدیث یہ ہے کہ: لاینبغی للمومن انیدل نفسہ۔ مومن کے لیے جائز نہیں کہ وہ اپنے آپ کو ذلیل کرے، خود اپنے آپ کو ہیمیلیٹ کرے۔</w:t>
      </w:r>
    </w:p>
    <w:p>
      <w:pPr>
        <w:jc w:val="right"/>
      </w:pPr>
      <w:r>
        <w:t>حدیث یہ ہے کہ: لاینبغی للمومن انیدل نفسہ۔ مومن کے لیے جائز نہیں کہ وہ اپنے آپ کو ذلیل کرے، خود اپنے آپ کو ہیمیلیٹ کرے۔</w:t>
      </w:r>
    </w:p>
    <w:p>
      <w:r>
        <w:rPr>
          <w:b/>
        </w:rPr>
        <w:t xml:space="preserve">[1:30:42] </w:t>
      </w:r>
      <w:r>
        <w:t>مومن کے لیے جائز نہیں کہ کوئی آدمی اپنے آپ کو خود ہی ذلیل کرے، خود اپنے آپ کو ہیمیلیٹ کرے۔</w:t>
      </w:r>
    </w:p>
    <w:p>
      <w:pPr>
        <w:jc w:val="right"/>
      </w:pPr>
      <w:r>
        <w:t>مومن کے لیے جائز نہیں کہ کوئی آدمی اپنے آپ کو خود ہی ذلیل کرے، خود اپنے آپ کو ہیمیلیٹ کرے۔</w:t>
      </w:r>
    </w:p>
    <w:p>
      <w:r>
        <w:rPr>
          <w:b/>
        </w:rPr>
        <w:t xml:space="preserve">[1:30:52] </w:t>
      </w:r>
      <w:r>
        <w:t>تو پوچھنے والے نے پوچھا کہ کوئی آدمی خود ہی اپنے آپ کو کیوں ذلیل کرے گا؟</w:t>
      </w:r>
    </w:p>
    <w:p>
      <w:pPr>
        <w:jc w:val="right"/>
      </w:pPr>
      <w:r>
        <w:t>تو پوچھنے والے نے پوچھا کہ کوئی آدمی خود ہی اپنے آپ کو کیوں ذلیل کرے گا؟</w:t>
      </w:r>
    </w:p>
    <w:p>
      <w:r>
        <w:rPr>
          <w:b/>
        </w:rPr>
        <w:t xml:space="preserve">[1:30:58] </w:t>
      </w:r>
      <w:r>
        <w:t>ایسا کیسے ہو سکتا ہے کہ خود ہی آدمی عزت چاہتا ہے، تو اپنے کو ذلیل کیوں کرے گا؟ تو آپ نے جانتے ہیں کیا جواب دیا؟</w:t>
      </w:r>
    </w:p>
    <w:p>
      <w:pPr>
        <w:jc w:val="right"/>
      </w:pPr>
      <w:r>
        <w:t>ایسا کیسے ہو سکتا ہے کہ خود ہی آدمی عزت چاہتا ہے، تو اپنے کو ذلیل کیوں کرے گا؟ تو آپ نے جانتے ہیں کیا جواب دیا؟</w:t>
      </w:r>
    </w:p>
    <w:p>
      <w:r>
        <w:rPr>
          <w:b/>
        </w:rPr>
        <w:t xml:space="preserve">[1:31:12] </w:t>
      </w:r>
      <w:r>
        <w:t>ایسا جواب دیا جو بہت بڑی سچائی کو بتاتا ہے۔ جواب آپ نے یہ دیا کہ ایسی طاقت سے بڈبیڑ کرنا، جسے جس سے ہم نپٹ نہیں سکتے،</w:t>
      </w:r>
    </w:p>
    <w:p>
      <w:pPr>
        <w:jc w:val="right"/>
      </w:pPr>
      <w:r>
        <w:t>ایسا جواب دیا جو بہت بڑی سچائی کو بتاتا ہے۔ جواب آپ نے یہ دیا کہ ایسی طاقت سے بڈبیڑ کرنا، جسے جس سے ہم نپٹ نہیں سکتے،</w:t>
      </w:r>
    </w:p>
    <w:p>
      <w:r>
        <w:rPr>
          <w:b/>
        </w:rPr>
        <w:t xml:space="preserve">[1:31:26] </w:t>
      </w:r>
      <w:r>
        <w:t>ایسی طاقت سے لڑ جانا، جس سے ہم، جس سے ہم مقابلہ نہیں کر سکتے۔</w:t>
      </w:r>
    </w:p>
    <w:p>
      <w:pPr>
        <w:jc w:val="right"/>
      </w:pPr>
      <w:r>
        <w:t>ایسی طاقت سے لڑ جانا، جس سے ہم، جس سے ہم مقابلہ نہیں کر سکتے۔</w:t>
      </w:r>
    </w:p>
    <w:p>
      <w:r>
        <w:rPr>
          <w:b/>
        </w:rPr>
        <w:t xml:space="preserve">[1:31:34] </w:t>
      </w:r>
      <w:r>
        <w:t>تو یہ تو یہ کیا پاکستان والوں نے، اور ہر جگہ کر رہے ہیں۔ آرمیز لڑ جاتے ہیں، خود انڈیا میں مسلمان یہ کرتے رہے کہ پولیس لڑ جاتے تھے۔</w:t>
      </w:r>
    </w:p>
    <w:p>
      <w:pPr>
        <w:jc w:val="right"/>
      </w:pPr>
      <w:r>
        <w:t>تو یہ تو یہ کیا پاکستان والوں نے، اور ہر جگہ کر رہے ہیں۔ آرمیز لڑ جاتے ہیں، خود انڈیا میں مسلمان یہ کرتے رہے کہ پولیس لڑ جاتے تھے۔</w:t>
      </w:r>
    </w:p>
    <w:p>
      <w:r>
        <w:rPr>
          <w:b/>
        </w:rPr>
        <w:t xml:space="preserve">[1:31:43] </w:t>
      </w:r>
      <w:r>
        <w:t>جتنے رائٹس ہوئے ہیں، سب میں مسلمانوں نے یہ غلطی کی ہے کہ پولیس سے لڑ گئے۔ پولیس سے آپ کیسے لڑیں گے؟ کیسے لڑیں گے پولیس سے؟</w:t>
      </w:r>
    </w:p>
    <w:p>
      <w:pPr>
        <w:jc w:val="right"/>
      </w:pPr>
      <w:r>
        <w:t>جتنے رائٹس ہوئے ہیں، سب میں مسلمانوں نے یہ غلطی کی ہے کہ پولیس سے لڑ گئے۔ پولیس سے آپ کیسے لڑیں گے؟ کیسے لڑیں گے پولیس سے؟</w:t>
      </w:r>
    </w:p>
    <w:p>
      <w:r>
        <w:rPr>
          <w:b/>
        </w:rPr>
        <w:t xml:space="preserve">[1:31:53] </w:t>
      </w:r>
      <w:r>
        <w:t>آپ</w:t>
      </w:r>
    </w:p>
    <w:p>
      <w:pPr>
        <w:jc w:val="right"/>
      </w:pPr>
      <w:r>
        <w:t>آپ</w:t>
      </w:r>
    </w:p>
    <w:p>
      <w:r>
        <w:rPr>
          <w:b/>
        </w:rPr>
        <w:t xml:space="preserve">[1:31:54] </w:t>
      </w:r>
      <w:r>
        <w:t>تو پولیس سے لڑ جانا، فوج سے لڑ جانا، آرمی سے لڑ جانا، یہ بلاشبہ یعنی سپر اسٹیپیڈیٹی ہے۔ لیکن قصہ یہ ہے کہ مسلمان آج کل کے ہو گئے ہیں ایموشنل، وہ ہیٹ بھی جیتے ہیں۔</w:t>
      </w:r>
    </w:p>
    <w:p>
      <w:pPr>
        <w:jc w:val="right"/>
      </w:pPr>
      <w:r>
        <w:t>تو پولیس سے لڑ جانا، فوج سے لڑ جانا، آرمی سے لڑ جانا، یہ بلاشبہ یعنی سپر اسٹیپیڈیٹی ہے۔ لیکن قصہ یہ ہے کہ مسلمان آج کل کے ہو گئے ہیں ایموشنل، وہ ہیٹ بھی جیتے ہیں۔</w:t>
      </w:r>
    </w:p>
    <w:p>
      <w:r>
        <w:rPr>
          <w:b/>
        </w:rPr>
        <w:t xml:space="preserve">[1:32:10] </w:t>
      </w:r>
      <w:r>
        <w:t>سارے مسلمان ہیٹ بھی جیتے ہیں، یاد رکھیے، اور ہیٹ آدمی کو بلائنڈ بنا دیتی ہے۔ بلائنڈ</w:t>
      </w:r>
    </w:p>
    <w:p>
      <w:pPr>
        <w:jc w:val="right"/>
      </w:pPr>
      <w:r>
        <w:t>سارے مسلمان ہیٹ بھی جیتے ہیں، یاد رکھیے، اور ہیٹ آدمی کو بلائنڈ بنا دیتی ہے۔ بلائنڈ</w:t>
      </w:r>
    </w:p>
    <w:p>
      <w:r>
        <w:rPr>
          <w:b/>
        </w:rPr>
        <w:t xml:space="preserve">[1:32:21] </w:t>
      </w:r>
      <w:r>
        <w:t>ہیٹ آدمی کو بلائنڈ بنا دیتی ہے۔</w:t>
      </w:r>
    </w:p>
    <w:p>
      <w:pPr>
        <w:jc w:val="right"/>
      </w:pPr>
      <w:r>
        <w:t>ہیٹ آدمی کو بلائنڈ بنا دیتی ہے۔</w:t>
      </w:r>
    </w:p>
    <w:p>
      <w:r>
        <w:rPr>
          <w:b/>
        </w:rPr>
        <w:t xml:space="preserve">[1:32:27] </w:t>
      </w:r>
      <w:r>
        <w:t>بہت تجربے کے بعد یہ بات میں کہہ رہا ہوں کہ سارے مسلمان ہیٹ بھی جیتے ہیں۔ وہی بچا ہوگا جو ہماری لٹریچر، جس جس نے پڑھا ہے، یاد رکھیے، جس نے ہماری لٹریچر نہیں پڑھا ہے، وہ ہیٹ ہی بھی جی رہا ہے۔</w:t>
      </w:r>
    </w:p>
    <w:p>
      <w:pPr>
        <w:jc w:val="right"/>
      </w:pPr>
      <w:r>
        <w:t>بہت تجربے کے بعد یہ بات میں کہہ رہا ہوں کہ سارے مسلمان ہیٹ بھی جیتے ہیں۔ وہی بچا ہوگا جو ہماری لٹریچر، جس جس نے پڑھا ہے، یاد رکھیے، جس نے ہماری لٹریچر نہیں پڑھا ہے، وہ ہیٹ ہی بھی جی رہا ہے۔</w:t>
      </w:r>
    </w:p>
    <w:p>
      <w:r>
        <w:rPr>
          <w:b/>
        </w:rPr>
        <w:t xml:space="preserve">[1:32:43] </w:t>
      </w:r>
      <w:r>
        <w:t>jo heat bhi jiye ga, woh woh blind hoga. yeh blindness tha, yeh jo Pakistan mein hua, ya Israel mein. dekhiye, aap woh marte hain pathar, woh woh phenkta hai bomb.</w:t>
      </w:r>
    </w:p>
    <w:p>
      <w:pPr>
        <w:jc w:val="right"/>
      </w:pPr>
      <w:r>
        <w:t>جو ہیٹ بھی جیے گا، وہ وہ بلائنڈ ہوگا۔ یہ بلائنڈنس تھا، یہ جو پاکستان میں ہوا، یا اسرائیل میں۔ دیکھیے، آپ وہ مارتے ہیں پتھر، وہ وہ پھینکتا ہے بمب۔</w:t>
      </w:r>
    </w:p>
    <w:p>
      <w:r>
        <w:rPr>
          <w:b/>
        </w:rPr>
        <w:t xml:space="preserve">[1:32:55] </w:t>
      </w:r>
      <w:r>
        <w:t>blindnes nahi hai, yeh</w:t>
      </w:r>
    </w:p>
    <w:p>
      <w:pPr>
        <w:jc w:val="right"/>
      </w:pPr>
      <w:r>
        <w:t>بلائنڈنس نہیں ہے، یہ</w:t>
      </w:r>
    </w:p>
    <w:p>
      <w:r>
        <w:rPr>
          <w:b/>
        </w:rPr>
        <w:t xml:space="preserve">[1:32:58] </w:t>
      </w:r>
      <w:r>
        <w:t>blindness hai. yeh to hadith mein bohat ziyada mana kiya gaya hai is se ke aap aisi taqat se lad jayein jis se aap nipt nahi sakte.</w:t>
      </w:r>
    </w:p>
    <w:p>
      <w:pPr>
        <w:jc w:val="right"/>
      </w:pPr>
      <w:r>
        <w:t>بلائنڈنس ہے۔ یہ تو حدیث میں بہت زیادہ منع کیا گیا ہے اس سے کہ آپ ایسی طاقت سے لڑ جائیں جس سے آپ نپٹ نہیں سکتے۔</w:t>
      </w:r>
    </w:p>
    <w:p>
      <w:r>
        <w:rPr>
          <w:b/>
        </w:rPr>
        <w:t xml:space="preserve">[1:33:08] </w:t>
      </w:r>
      <w:r>
        <w:t>wohi musalman kar rahe hain aur is ko jihad samajhte hain. mein to kehta hoon yeh stupidity bhi nahi hai, yeh kuch aur is se bhi ghalat cheez hai. koi stupid aadmi bhi itna itni moqaf hi nahi karega.</w:t>
      </w:r>
    </w:p>
    <w:p>
      <w:pPr>
        <w:jc w:val="right"/>
      </w:pPr>
      <w:r>
        <w:t>وہی مسلمان کر رہے ہیں اور اس کو جہاد سمجھتے ہیں۔ میں تو کہتا ہوں یہ اسٹیپیڈیٹی بھی نہیں ہے، یہ کچھ اور اس سے بھی غلط چیز ہے۔ کوئی اسٹیپیڈ آدمی بھی اتنا اتنی موقف ہی نہیں کرے گا۔</w:t>
      </w:r>
    </w:p>
    <w:p>
      <w:r>
        <w:rPr>
          <w:b/>
        </w:rPr>
        <w:t xml:space="preserve">[1:33:21] </w:t>
      </w:r>
      <w:r>
        <w:t>yeh kya islam se kya taluq? yeh na jihad hai, na islam hai, na insaniyat hai, na aqal hai, na wisdom hai, kuch bhi nahi hai.</w:t>
      </w:r>
    </w:p>
    <w:p>
      <w:pPr>
        <w:jc w:val="right"/>
      </w:pPr>
      <w:r>
        <w:t>یہ کیا اسلام سے کیا تعلق؟ یہ نہ جہاد ہے، نہ اسلام ہے، نہ انسانیت ہے، نہ عقل ہے، نہ وزڈم ہے، کچھ بھی نہیں ہے۔</w:t>
      </w:r>
    </w:p>
    <w:p>
      <w:r>
        <w:rPr>
          <w:b/>
        </w:rPr>
        <w:t xml:space="preserve">[1:33:28] </w:t>
      </w:r>
      <w:r>
        <w:t>is se bhi kamtar, kamtar tareen koi cheez hai jo aaj kal jihad ke naam par musalman kar rahe hain. mujhe is mein zara bhi shaq nahi hai.</w:t>
      </w:r>
    </w:p>
    <w:p>
      <w:pPr>
        <w:jc w:val="right"/>
      </w:pPr>
      <w:r>
        <w:t>اس سے بھی کمتر، کمتر ترنی کوئی چیز ہے جو آج کل جہاد کے نام پر مسلمان کر رہے ہیں۔ مجھے اس میں ذرا بھی شک نہیں ہے۔</w:t>
      </w:r>
    </w:p>
    <w:p>
      <w:r>
        <w:rPr>
          <w:b/>
        </w:rPr>
        <w:t xml:space="preserve">[1:33:38] </w:t>
      </w:r>
      <w:r>
        <w:t>ab dekhiye, kashmir mein fatwa de diya sare ulmae kashmir ne ke masjid ke barambar agar ghair muslim kare to woh najayaz hai. yeh kya jhoota fatwa hai?</w:t>
      </w:r>
    </w:p>
    <w:p>
      <w:pPr>
        <w:jc w:val="right"/>
      </w:pPr>
      <w:r>
        <w:t>اب دیکھیے، کشمیر میں فتوی دے دیا سارے علمائے کشمیر نے کہ مسجد کے برمبر اگر غیر مسلم کرے تو وہ ناجائز ہے۔ یہ کیا جھوٹا فتوی ہے؟</w:t>
      </w:r>
    </w:p>
    <w:p>
      <w:r>
        <w:rPr>
          <w:b/>
        </w:rPr>
        <w:t xml:space="preserve">[1:33:49] </w:t>
      </w:r>
      <w:r>
        <w:t>yeh najayaz kya hai? bhai, is mein to yeh najayaz hai. agar to sab se sab se pehle rasool Allah salallaho alaihi wasallam ne is ko qabool kiya.</w:t>
      </w:r>
    </w:p>
    <w:p>
      <w:pPr>
        <w:jc w:val="right"/>
      </w:pPr>
      <w:r>
        <w:t>یہ ناجائز کیا ہے؟ بھئی، اس میں تو یہ ناجائز ہے۔ اگر تو سب سے سب سے پہلے رسول اللہ صلی اللہ علیہ وسلم نے اس کو قبول کیا۔</w:t>
      </w:r>
    </w:p>
    <w:p>
      <w:r>
        <w:rPr>
          <w:b/>
        </w:rPr>
        <w:t xml:space="preserve">[1:33:58] </w:t>
      </w:r>
      <w:r>
        <w:t>kyun? aap jante hain kaba jo hai, kaba jo khud ek masjid hai, is ko banaya tha saare char hazar saal pehle hazrat ibrahim ne, yani prophet ne banaya tha.</w:t>
      </w:r>
    </w:p>
    <w:p>
      <w:pPr>
        <w:jc w:val="right"/>
      </w:pPr>
      <w:r>
        <w:t>کیوں؟ آپ جانتے ہیں کعبہ جو ہے، کعبہ جو خود ایک مسجد ہے، اس کو بنایا تھا ساڑھے چار ہزار سال پہلے حضرت ابراہیم نے، یعنی پرافٹ نے بنایا تھا۔</w:t>
      </w:r>
    </w:p>
    <w:p>
      <w:r>
        <w:rPr>
          <w:b/>
        </w:rPr>
        <w:t xml:space="preserve">[1:34:10] </w:t>
      </w:r>
      <w:r>
        <w:t>do prophet, ibrahim aur ismail ne banaya tha. is ko is ke baad kya hua? wahan par barish hui aur woh utha gaya.</w:t>
      </w:r>
    </w:p>
    <w:p>
      <w:pPr>
        <w:jc w:val="right"/>
      </w:pPr>
      <w:r>
        <w:t>دو پرافٹ، ابراہیم اور اسماعیل نے بنایا تھا۔ اس کو اس کے بعد کیا ہوا؟ وہاں پر بارش ہوئی اور وہ اٹھا گیا۔</w:t>
      </w:r>
    </w:p>
    <w:p>
      <w:r>
        <w:rPr>
          <w:b/>
        </w:rPr>
        <w:t xml:space="preserve">[1:34:19] </w:t>
      </w:r>
      <w:r>
        <w:t>woh kaba kab? jab rasool Allah ki ba'sat nahi hui thi,</w:t>
      </w:r>
    </w:p>
    <w:p>
      <w:pPr>
        <w:jc w:val="right"/>
      </w:pPr>
      <w:r>
        <w:t>وہ کعبہ کب؟ جب رسول اللہ کی بعثت نہیں ہوئی تھی،</w:t>
      </w:r>
    </w:p>
    <w:p>
      <w:r>
        <w:rPr>
          <w:b/>
        </w:rPr>
        <w:t xml:space="preserve">[1:34:25] </w:t>
      </w:r>
      <w:r>
        <w:t>rasool Allah ke nabi hone se pehle. to us waqt zahir hai ke makka mein sab mushrik log the, but poojne wale log the. un logon ne is ko phir se banaya</w:t>
      </w:r>
    </w:p>
    <w:p>
      <w:pPr>
        <w:jc w:val="right"/>
      </w:pPr>
      <w:r>
        <w:t>رسول اللہ کے نبی ہونے سے پہلے۔ تو اس وقت ظاہر ہے کہ مکہ میں سب مشرک لوگ تھے، بت پوجنے والے لوگ تھے۔ ان لوگوں نے اس کو پھر سے بنایا</w:t>
      </w:r>
    </w:p>
    <w:p>
      <w:r>
        <w:rPr>
          <w:b/>
        </w:rPr>
        <w:t xml:space="preserve">[1:34:38] </w:t>
      </w:r>
      <w:r>
        <w:t>aur isi mein rasool Allah ne namaz padhi. aur jab aap ko makka par ab control ho gaya, tab bhi aap ne aisa nahi kaha ke bhai is ko uthao, yeh to mushrik logon ne banaya tha, yeh to theek nahi hai.</w:t>
      </w:r>
    </w:p>
    <w:p>
      <w:pPr>
        <w:jc w:val="right"/>
      </w:pPr>
      <w:r>
        <w:t>اور اسی میں رسول اللہ نے نماز پڑھی۔ اور جب آپ کو مکہ پر اب کنٹرول ہو گیا، تب بھی آپ نے ایسا نہیں کہا کہ بھئی اس کو اٹھاؤ، یہ تو مشرک لوگوں نے بنایا تھا، یہ تو ٹھیک نہیں ہے۔</w:t>
      </w:r>
    </w:p>
    <w:p>
      <w:r>
        <w:rPr>
          <w:b/>
        </w:rPr>
        <w:t xml:space="preserve">[1:34:50] </w:t>
      </w:r>
      <w:r>
        <w:t>wohi chalta raha.</w:t>
      </w:r>
    </w:p>
    <w:p>
      <w:pPr>
        <w:jc w:val="right"/>
      </w:pPr>
      <w:r>
        <w:t>وہی چلتا رہا۔</w:t>
      </w:r>
    </w:p>
    <w:p>
      <w:r>
        <w:rPr>
          <w:b/>
        </w:rPr>
        <w:t xml:space="preserve">[1:34:53] </w:t>
      </w:r>
      <w:r>
        <w:t>acha, kaba ke ooper ek woh hota hai, cover hota hai, is ko ghilaf e kaba kehte hain. woh pehle chala aa raha hai. to us waqt bhi ek ek cover tha is ke ooper kapde ka ghilaf, wohi mushrik logon ke maal se bana tha, mushrik logon ke paise se.</w:t>
      </w:r>
    </w:p>
    <w:p>
      <w:pPr>
        <w:jc w:val="right"/>
      </w:pPr>
      <w:r>
        <w:t>اچھا، کعبہ کے اوپر ایک وہ ہوتا ہے، کور ہوتا ہے، اس کو غلاف کعبہ کہتے ہیں۔ وہ پہلے چلا آ رہا ہے۔ تو اس وقت بھی ایک ایک کور تھا اس کے اوپر کپڑے کا غلاف، وہی مشرک لوگوں کے مال سے بنا تھا، مشرک لوگوں کے پیسے سے۔</w:t>
      </w:r>
    </w:p>
    <w:p>
      <w:r>
        <w:rPr>
          <w:b/>
        </w:rPr>
        <w:t xml:space="preserve">[1:35:10] </w:t>
      </w:r>
      <w:r>
        <w:t>to rasool Allah ne nahi kaha ke bhai is ko hatayo. wohi ghilaf jab control aap ka makka par ho gaya, tab bhi wohi ghilaf baqi raha, aap ne hataya nahi is ko</w:t>
      </w:r>
    </w:p>
    <w:p>
      <w:pPr>
        <w:jc w:val="right"/>
      </w:pPr>
      <w:r>
        <w:t>تو رسول اللہ نے نہیں کہا کہ بھئی اس کو ہٹاؤ۔ وہی غلاف جب کنٹرول آپ کا مکہ پر ہو گیا، تب بھی وہی غلاف باقی رہا، آپ نے ہٹایا نہیں اس کو</w:t>
      </w:r>
    </w:p>
    <w:p>
      <w:r>
        <w:rPr>
          <w:b/>
        </w:rPr>
        <w:t xml:space="preserve">[1:35:20] </w:t>
      </w:r>
      <w:r>
        <w:t>۔ doctor farida, what is the source of such strong conviction as displayed by hajjra? how can it be inculcated within us?</w:t>
      </w:r>
    </w:p>
    <w:p>
      <w:pPr>
        <w:jc w:val="right"/>
      </w:pPr>
      <w:r>
        <w:t>۔ ڈاکٹر فریدہ، واٹ از دی سورس اف سچ سٹرونگ کنوکشن ایز ڈسپلیڈ بائے ہاجرہ؟ ہاؤ کین اٹ بی انکلکیٹڈ ود ان اس؟</w:t>
      </w:r>
    </w:p>
    <w:p>
      <w:r>
        <w:rPr>
          <w:b/>
        </w:rPr>
        <w:t xml:space="preserve">[1:35:43] </w:t>
      </w:r>
      <w:r>
        <w:t>bhai, mein to samajhta hoon ke yeh conviction already hamare andar maujood hai.</w:t>
      </w:r>
    </w:p>
    <w:p>
      <w:pPr>
        <w:jc w:val="right"/>
      </w:pPr>
      <w:r>
        <w:t>بھائی، میں تو سمجھتا ہوں کہ یہ کنوکشن الریڈی ہمارے اندر موجود ہے۔</w:t>
      </w:r>
    </w:p>
    <w:p>
      <w:r>
        <w:rPr>
          <w:b/>
        </w:rPr>
        <w:t xml:space="preserve">[1:35:49] </w:t>
      </w:r>
      <w:r>
        <w:t>jaise hum ne bachi ki misal di, choti bachi, har choti bachi ke andar already woh conviction maujood hota hi hota hai.</w:t>
      </w:r>
    </w:p>
    <w:p>
      <w:pPr>
        <w:jc w:val="right"/>
      </w:pPr>
      <w:r>
        <w:t>جیسے ہم نے بچی کی مثال دی، چھوٹی بچی، ہر چھوٹی بچی کے اندر الریڈی وہ کنوکشن موجود ہوتا ہی ہوتا ہے۔</w:t>
      </w:r>
    </w:p>
    <w:p>
      <w:r>
        <w:rPr>
          <w:b/>
        </w:rPr>
        <w:t xml:space="preserve">[1:35:59] </w:t>
      </w:r>
      <w:r>
        <w:t>to bachi ko khuda ne misal bana diya ke nature mein intervolant hai, woh conviction. ab yeh conditioning se woh conviction dhak jata hai.</w:t>
      </w:r>
    </w:p>
    <w:p>
      <w:pPr>
        <w:jc w:val="right"/>
      </w:pPr>
      <w:r>
        <w:t>تو بچی کو خدا نے مثال بنا دیا کہ نیچر میں انٹرولونٹ ہے، وہ کنوکشن۔ اب یہ کنڈیشننگ سے وہ کنوکشن ڈھک جاتا ہے۔</w:t>
      </w:r>
    </w:p>
    <w:p>
      <w:r>
        <w:rPr>
          <w:b/>
        </w:rPr>
        <w:t xml:space="preserve">[1:36:12] </w:t>
      </w:r>
      <w:r>
        <w:t>hum jo jee rahe hain, woh conditioning mein jee rahe hain. ab conditioning ne hamare is conviction ko chupa diya hai.</w:t>
      </w:r>
    </w:p>
    <w:p>
      <w:pPr>
        <w:jc w:val="right"/>
      </w:pPr>
      <w:r>
        <w:t>ہم جو جی رہے ہیں، وہ کنڈیشننگ میں جی رہے ہیں۔ اب کنڈیشننگ نے ہمارے اس کنوکشن کو چھپا دیا ہے۔</w:t>
      </w:r>
    </w:p>
    <w:p>
      <w:r>
        <w:rPr>
          <w:b/>
        </w:rPr>
        <w:t xml:space="preserve">[1:36:20] </w:t>
      </w:r>
      <w:r>
        <w:t>to mein samajhta hoon ke jo aadmi deconditioning kar sake apni, to hoga kya? dheere dheere wohi aa jayega. jaise jaise ganeen hoti hai, piyaz ke us ke andar jo cover hota hai, woh piyaz mein maujood hota hai, har piyaz mein maujood hota hai, lekin woh us ke ooper layer aate hain, layer, layer, layer.</w:t>
      </w:r>
    </w:p>
    <w:p>
      <w:pPr>
        <w:jc w:val="right"/>
      </w:pPr>
      <w:r>
        <w:t>تو میں سمجھتا ہوں کہ جو آدمی ڈی کنڈیشننگ کر سکے اپنی، تو ہوگا کیا؟ دھیرے دھیرے وہی آ جائے گا۔ جیسے جیسے گانین ہوتی ہے، پیاز کہ اس کے اندر جو کور ہوتا ہے، وہ پیاز میں موجود ہوتا ہے، ہر پیاز میں موجود ہوتا ہے، لیکن وہ اس کے اوپر لیئر آتے ہیں، لیئر، لیئر، لیئر۔</w:t>
      </w:r>
    </w:p>
    <w:p>
      <w:r>
        <w:rPr>
          <w:b/>
        </w:rPr>
        <w:t xml:space="preserve">[1:36:39] </w:t>
      </w:r>
      <w:r>
        <w:t>to is is is cover ko samne lane ka tareeqa hai ke aap layer ko hata dijiye.</w:t>
      </w:r>
    </w:p>
    <w:p>
      <w:pPr>
        <w:jc w:val="right"/>
      </w:pPr>
      <w:r>
        <w:t>تو اس اس اس کور کو سامنے لانے کا طریقہ ہے کہ آپ لیئر کو ہٹا دیجئے۔</w:t>
      </w:r>
    </w:p>
    <w:p>
      <w:r>
        <w:rPr>
          <w:b/>
        </w:rPr>
        <w:t xml:space="preserve">[1:36:47] </w:t>
      </w:r>
      <w:r>
        <w:t>to mera manna yeh hai ke har aadmi mister conviction hi hai by nature. is ki misal bachche mein aap dekh sakte hain.</w:t>
      </w:r>
    </w:p>
    <w:p>
      <w:pPr>
        <w:jc w:val="right"/>
      </w:pPr>
      <w:r>
        <w:t>تو میرا ماننا یہ ہے کہ ہر آدمی مسٹر کنوکشن ہی ہے بائی نیچر۔ اس کی مثال بچے میں آپ دیکھ سکتے ہیں۔</w:t>
      </w:r>
    </w:p>
    <w:p>
      <w:r>
        <w:rPr>
          <w:b/>
        </w:rPr>
        <w:t xml:space="preserve">[1:36:58] </w:t>
      </w:r>
      <w:r>
        <w:t>conditioning se woh conviction chhap jata hai. aur conditioning ko door karne ka raaz hai introspection, apne apni galtiyon ko dhoond dhoond ke nikalna, i was wrong kehne ki sakat hona,</w:t>
      </w:r>
    </w:p>
    <w:p>
      <w:pPr>
        <w:jc w:val="right"/>
      </w:pPr>
      <w:r>
        <w:t>کنڈیشننگ سے وہ کنوکشن چھپ جاتا ہے۔ اور کنڈیشننگ کو دور کرنے کا راز ہے انٹراسپیکشن، اپنے اپنی غلطیوں کو ڈھونڈ ڈھونڈ کے نکالنا، ائی واز رونگ کہنے کی سکت ہونا،</w:t>
      </w:r>
    </w:p>
    <w:p>
      <w:r>
        <w:rPr>
          <w:b/>
        </w:rPr>
        <w:t xml:space="preserve">[1:37:16] </w:t>
      </w:r>
      <w:r>
        <w:t>ai waaz rong kehne ki sakat hona. to introspection ka agar aadmi ke andar aa jaye to dheere dheere woh apni deconditioning kar lega.</w:t>
      </w:r>
    </w:p>
    <w:p>
      <w:pPr>
        <w:jc w:val="right"/>
      </w:pPr>
      <w:r>
        <w:t>ائی واز رونگ کہنے کی سکت ہونا۔ تو انٹراسپیکشن کا اگر آدمی کے اندر آ جائے تو دھیرے دھیرے وہ اپنی ڈی کنڈیشننگ کر لے گا۔</w:t>
      </w:r>
    </w:p>
    <w:p>
      <w:r>
        <w:rPr>
          <w:b/>
        </w:rPr>
        <w:t xml:space="preserve">[1:37:30] </w:t>
      </w:r>
      <w:r>
        <w:t>aur jis din uski deconditioning complete hogi, usi din woh conviction bhi us ko mil jayega, kyunke woh nature mein already maujood tha.</w:t>
      </w:r>
    </w:p>
    <w:p>
      <w:pPr>
        <w:jc w:val="right"/>
      </w:pPr>
      <w:r>
        <w:t>اور جس دن اس کی ڈی کنڈیشننگ کمپلیٹ ہوگی، اسی دن وہ کنوکشن بھی اس کو مل جائے گا، کیونکہ وہ نیچر میں الریڈی موجود تھا۔</w:t>
      </w:r>
    </w:p>
    <w:p>
      <w:r>
        <w:rPr>
          <w:b/>
        </w:rPr>
        <w:t xml:space="preserve">[1:37:43] </w:t>
      </w:r>
      <w:r>
        <w:t>This question is from Qamarulhadi: This is the reality that conviction of the truth saves us from all distress and problems in this world and in the hereafter.</w:t>
      </w:r>
    </w:p>
    <w:p>
      <w:pPr>
        <w:jc w:val="right"/>
      </w:pPr>
      <w:r>
        <w:t>دس کوئسچن از فرام قمرالہدی: دس از دی ریلیٹی دیٹ کنوکشن اف دا ٹروتھ سیوز اس فرام ال ڈسٹریس اینڈ پرابلمز ان دس ورلڈ اینڈ ان دی ہیئر افٹر۔</w:t>
      </w:r>
    </w:p>
    <w:p>
      <w:r>
        <w:rPr>
          <w:b/>
        </w:rPr>
        <w:t xml:space="preserve">[1:37:57] </w:t>
      </w:r>
      <w:r>
        <w:t>but unfortunately, da majority of people in da world and in our country is deprived of dis reality. dis is our responsibility to convey to dem dis reality.</w:t>
      </w:r>
    </w:p>
    <w:p>
      <w:pPr>
        <w:jc w:val="right"/>
      </w:pPr>
      <w:r>
        <w:t>بٹ انفارچونیٹلی، دا میجورٹی اف پیپل ان دی ورلڈ اینڈ ان اور کنٹری از ڈیپرائیوڈ اف دس ریلیٹی۔ دس از اور ریسپانسبیلٹی ٹو کنوے ٹو دیم دس ریلیٹی۔</w:t>
      </w:r>
    </w:p>
    <w:p>
      <w:r>
        <w:rPr>
          <w:b/>
        </w:rPr>
        <w:t xml:space="preserve">[1:38:10] </w:t>
      </w:r>
      <w:r>
        <w:t>how should we fulfill dis responsibility?</w:t>
      </w:r>
    </w:p>
    <w:p>
      <w:pPr>
        <w:jc w:val="right"/>
      </w:pPr>
      <w:r>
        <w:t>ہاؤ شوڈ وی فلفل دس ریسپانسبیلٹی؟</w:t>
      </w:r>
    </w:p>
    <w:p>
      <w:r>
        <w:rPr>
          <w:b/>
        </w:rPr>
        <w:t xml:space="preserve">[1:38:14] </w:t>
      </w:r>
      <w:r>
        <w:t>hamare mission mein lag jaiye, hamara saath dijiye. hum yahi kar rahe hain,</w:t>
      </w:r>
    </w:p>
    <w:p>
      <w:pPr>
        <w:jc w:val="right"/>
      </w:pPr>
      <w:r>
        <w:t>ہمارے مشن میں لگ جائیے، ہمارا ساتھ دیجئے۔ ہم یہی کر رہے ہیں،</w:t>
      </w:r>
    </w:p>
    <w:p>
      <w:r>
        <w:rPr>
          <w:b/>
        </w:rPr>
        <w:t xml:space="preserve">[1:38:20] </w:t>
      </w:r>
      <w:r>
        <w:t>hum mission mein hamara saath dijiye. bhai, hum yahi to kar rahe hain, aur kya kar rahe hain? insaan ke andar se hum woh conditioning ko khatam khatam karna chahte hain, kyunke hamari yeh discovery hai ke har insaan by nature wahi hai jo main hoon, wahi aap bhi hain, wahi sab hain.</w:t>
      </w:r>
    </w:p>
    <w:p>
      <w:pPr>
        <w:jc w:val="right"/>
      </w:pPr>
      <w:r>
        <w:t>ہم مشن میں ہمارا ساتھ دیجئے۔ بھئی، ہم یہی تو کر رہے ہیں، اور کیا کر رہے ہیں؟ انسان کے اندر سے ہم وہ کنڈیشننگ کو ختم ختم کرنا چاہتے ہیں، کیونکہ ہماری یہ ڈسکوری ہے کہ ہر انسان بائی نیچر وہی ہے جو میں ہوں، وہی آپ بھی ہیں، وہی سب ہیں۔</w:t>
      </w:r>
    </w:p>
    <w:p>
      <w:r>
        <w:rPr>
          <w:b/>
        </w:rPr>
        <w:t xml:space="preserve">[1:38:36] </w:t>
      </w:r>
      <w:r>
        <w:t>lekin conditioning se dhak gaye hain aap. to conditioning ka layer hatana hai.</w:t>
      </w:r>
    </w:p>
    <w:p>
      <w:pPr>
        <w:jc w:val="right"/>
      </w:pPr>
      <w:r>
        <w:t>لیکن کنڈیشننگ سے ڈھک گئے ہیں آپ۔ تو کنڈیشننگ کا لیئر ہٹانا ہے۔</w:t>
      </w:r>
    </w:p>
    <w:p>
      <w:r>
        <w:rPr>
          <w:b/>
        </w:rPr>
        <w:t xml:space="preserve">[1:38:44] </w:t>
      </w:r>
      <w:r>
        <w:t>is raaz ko logon ne samjha nahi, aur conditioning ko khatam kiye baghair hi bade bade bade bade movement le ke khade hogaye, bade bade mission le ke khade hogaye.</w:t>
      </w:r>
    </w:p>
    <w:p>
      <w:pPr>
        <w:jc w:val="right"/>
      </w:pPr>
      <w:r>
        <w:t>اس راز کو لوگوں نے سمجھا نہیں، اور کنڈیشننگ کو ختم کیے بغیر ہی بڑے بڑے بڑے بڑے موومنٹ لے کے کھڑے ہوگئے، بڑے بڑے مشن لے کے کھڑے ہوگئے۔</w:t>
      </w:r>
    </w:p>
    <w:p>
      <w:r>
        <w:rPr>
          <w:b/>
        </w:rPr>
        <w:t xml:space="preserve">[1:38:55] </w:t>
      </w:r>
      <w:r>
        <w:t>bade bade movement aap dekhte hain kis tarah khatam ho jati hain achanak. kyun? deconditioning ke raaz ko samjha nahi unhon ne. insaan ki deconditioning ki nahi unhon ne.</w:t>
      </w:r>
    </w:p>
    <w:p>
      <w:pPr>
        <w:jc w:val="right"/>
      </w:pPr>
      <w:r>
        <w:t>بڑے بڑے موومنٹ آپ دیکھتے ہیں کس طرح ختم ہو جاتی ہیں اچانک۔ کیوں؟ ڈی کنڈیشننگ کے راز کو سمجھا نہیں انہوں نے۔ انسان کی ڈی کنڈیشننگ کی نہیں انہوں نے۔</w:t>
      </w:r>
    </w:p>
    <w:p>
      <w:r>
        <w:rPr>
          <w:b/>
        </w:rPr>
        <w:t xml:space="preserve">[1:39:05] </w:t>
      </w:r>
      <w:r>
        <w:t>bas crowd ko ikatha kiya aur samjhe ke ab hum ne bohat bara kaam ho gaya. hum ne is baat ko samjha hai aur deconditioning se hum ne start liya hai.</w:t>
      </w:r>
    </w:p>
    <w:p>
      <w:pPr>
        <w:jc w:val="right"/>
      </w:pPr>
      <w:r>
        <w:t>بس کراؤڈ کو اکٹھا کیا اور سمجھے کہ اب ہم نے بہت بڑا کام ہو گیا۔ ہم نے اس بات کو سمجھا ہے اور ڈی کنڈیشننگ سے ہم نے سٹارٹ لیا ہے۔</w:t>
      </w:r>
    </w:p>
    <w:p>
      <w:r>
        <w:rPr>
          <w:b/>
        </w:rPr>
        <w:t xml:space="preserve">[1:39:15] </w:t>
      </w:r>
      <w:r>
        <w:t>bohat asaan hai crowd ikatha karna. aise issues ko lijiye jis mein ke aap authority ko challenge karte hon. bohat simple nuskhah hai.</w:t>
      </w:r>
    </w:p>
    <w:p>
      <w:pPr>
        <w:jc w:val="right"/>
      </w:pPr>
      <w:r>
        <w:t>بہت آسان ہے کراؤڈ اکٹھا کرنا۔ ایسے ایشوز کو لیجئے جس میں کہ آپ اتھارٹی کو چیلنج کرتے ہوں۔ بہت سمپل نسخہ ہے۔</w:t>
      </w:r>
    </w:p>
    <w:p>
      <w:r>
        <w:rPr>
          <w:b/>
        </w:rPr>
        <w:t xml:space="preserve">[1:39:25] </w:t>
      </w:r>
      <w:r>
        <w:t>authority ko challenge karne wale issue lijiye, aap abhi crowd ikatha ho jayega.</w:t>
      </w:r>
    </w:p>
    <w:p>
      <w:pPr>
        <w:jc w:val="right"/>
      </w:pPr>
      <w:r>
        <w:t>اتھارٹی کو چیلنج کرنے والے ایشو لیجئے، آپ ابھی کراؤڈ اکٹھا ہو جائے گا۔</w:t>
      </w:r>
    </w:p>
    <w:p>
      <w:r>
        <w:rPr>
          <w:b/>
        </w:rPr>
        <w:t xml:space="preserve">[1:39:32] </w:t>
      </w:r>
      <w:r>
        <w:t>jin logon ke paas crowd ho, un ko ja ke dekh lijiye. aap crowd ikathe karne ka raaz yeh hai ke aap problem bahar bataye,</w:t>
      </w:r>
    </w:p>
    <w:p>
      <w:pPr>
        <w:jc w:val="right"/>
      </w:pPr>
      <w:r>
        <w:t>جن لوگوں کے پاس کرائیو کراؤڈ ہو، ان کو جا کے دیکھ لیجئے۔ آپ کراؤڈ اکٹھے کرنے کا راز یہ ہے کہ آپ پرابلم باہر بتائیں،</w:t>
      </w:r>
    </w:p>
    <w:p>
      <w:r>
        <w:rPr>
          <w:b/>
        </w:rPr>
        <w:t xml:space="preserve">[1:39:43] </w:t>
      </w:r>
      <w:r>
        <w:t>problem ko bahar bataye aur us ko call karo. to dekhein ke bheer ki bheer aa jati hai aap ke saath. hum batate hain ke problem tumhare andar hai, problem andar hai, is se crowd nahi ikatha hota.</w:t>
      </w:r>
    </w:p>
    <w:p>
      <w:pPr>
        <w:jc w:val="right"/>
      </w:pPr>
      <w:r>
        <w:t>پرابلم کو باہر بتائیں اور اس کو کل کرو۔ تو دیکھیں کہ بھیڑ کی بھیڑ آ جاتی ہے آپ کے ساتھ۔ ہم بتاتے ہیں کہ پرابلم تمہارے اندر ہے، پرابلم اندر ہے، اس سے کراؤڈ نہیں اکٹھا ہوتا۔</w:t>
      </w:r>
    </w:p>
    <w:p>
      <w:r>
        <w:rPr>
          <w:b/>
        </w:rPr>
        <w:t xml:space="preserve">[1:39:56] </w:t>
      </w:r>
      <w:r>
        <w:t>problem bahar hai, is se crowd ikatha hota hai. to yeh sab se bari sacrifice yeh hai ke hum is par, ek is par hum raazi hon ke hum crowd ke baghair kaam karenge.</w:t>
      </w:r>
    </w:p>
    <w:p>
      <w:pPr>
        <w:jc w:val="right"/>
      </w:pPr>
      <w:r>
        <w:t>پرابلم باہر ہے، اس سے کراؤڈ اکٹھا ہوتا ہے۔ تو یہ سب سے بڑی سیکریفائس یہ ہے کہ ہم اس پر، ایک اس پر ہم راضی ہوں کہ ہم کراؤڈ کے بغیر کام کریں گے۔</w:t>
      </w:r>
    </w:p>
    <w:p>
      <w:r>
        <w:rPr>
          <w:b/>
        </w:rPr>
        <w:t xml:space="preserve">[1:40:07] </w:t>
      </w:r>
      <w:r>
        <w:t>sab se bari sacrifice hai yeh</w:t>
      </w:r>
    </w:p>
    <w:p>
      <w:pPr>
        <w:jc w:val="right"/>
      </w:pPr>
      <w:r>
        <w:t>سب سے بڑی سیکریفائس ہے یہ</w:t>
      </w:r>
    </w:p>
    <w:p>
      <w:r>
        <w:rPr>
          <w:b/>
        </w:rPr>
        <w:t xml:space="preserve">[1:40:10] </w:t>
      </w:r>
      <w:r>
        <w:t>ke hum stage par humein wah wah nahi milegi, hamare paas crowd nahi hoga, hamare paas taliyan nahi bajengi. is ko chhodna sab se bara sacrifice hai, warna hum bhi jante hain crowd kaise ikatha kiya jata hai.</w:t>
      </w:r>
    </w:p>
    <w:p>
      <w:pPr>
        <w:jc w:val="right"/>
      </w:pPr>
      <w:r>
        <w:t>کہ ہم اسٹیج پر ہمیں واہ واہ نہیں ملے گی، ہمارے پاس کراؤڈ نہیں ہوگا، ہمارے پاس تالیاں نہیں بجیں گی۔ اس کو چھوڑنا سب سے بڑا سیکریفائس ہے، ورنہ ہم بھی جانتے ہیں کراؤڈ کیسے اکٹھا کیا جاتا ہے۔</w:t>
      </w:r>
    </w:p>
    <w:p>
      <w:r>
        <w:rPr>
          <w:b/>
        </w:rPr>
        <w:t xml:space="preserve">[1:40:23] </w:t>
      </w:r>
      <w:r>
        <w:t>abhi hum sentiment ko address karein, dekhein crowd ki bheer lag jayegi yahan par.</w:t>
      </w:r>
    </w:p>
    <w:p>
      <w:pPr>
        <w:jc w:val="right"/>
      </w:pPr>
      <w:r>
        <w:t>ابھی ہم سینٹیمنٹ کو ایڈریس کریں، دیکھیں کراؤڈ کی بھیڑ لگ جائے گی یہاں پر۔</w:t>
      </w:r>
    </w:p>
    <w:p>
      <w:r>
        <w:rPr>
          <w:b/>
        </w:rPr>
        <w:t xml:space="preserve">[1:40:31] </w:t>
      </w:r>
      <w:r>
        <w:t>to hum jo kaam kar rahe hain, wahi asal kaam hai. aur aap hamara saath dijiye is mein.</w:t>
      </w:r>
    </w:p>
    <w:p>
      <w:pPr>
        <w:jc w:val="right"/>
      </w:pPr>
      <w:r>
        <w:t>تو ہم جو کام کر رہے ہیں، وہی اصل کام ہے۔ اور آپ ہمارا ساتھ دیجئے اس میں۔</w:t>
      </w:r>
    </w:p>
    <w:p>
      <w:r>
        <w:rPr>
          <w:b/>
        </w:rPr>
        <w:t xml:space="preserve">[1:40:38] </w:t>
      </w:r>
      <w:r>
        <w:t>inshallah, ek ek waqt aayega ke hum is ko mass level par is ko phaila sakeinge. lekin is mein steady progress hoti hai, is mein jump nahi hota.</w:t>
      </w:r>
    </w:p>
    <w:p>
      <w:pPr>
        <w:jc w:val="right"/>
      </w:pPr>
      <w:r>
        <w:t>انشاءاللہ، ایک ایک وقت آئے گا کہ ہم اس کو ماس لیول پر اس کو پھیلا سکیں گے۔ لیکن اس میں اسٹڈی پروگریس ہوتی ہے، اس میں جمپ نہیں ہوتا۔</w:t>
      </w:r>
    </w:p>
    <w:p>
      <w:r>
        <w:rPr>
          <w:b/>
        </w:rPr>
        <w:t xml:space="preserve">[1:40:50] </w:t>
      </w:r>
      <w:r>
        <w:t>yaad rakhiye, is mission mein steady progress hogi, yani dheere dheere progress. to aap ab yeh sacrifice kijiye, yeh saath dijiye hamara.</w:t>
      </w:r>
    </w:p>
    <w:p>
      <w:pPr>
        <w:jc w:val="right"/>
      </w:pPr>
      <w:r>
        <w:t>یاد رکھیے، اس مشن میں اسٹڈی پروگریس ہوگی، یعنی دھیرے دھیرے پروگریس۔ تو آپ اب یہ سیکریفائس کیجئے، یہ ساتھ دیجئے ہمارا۔</w:t>
      </w:r>
    </w:p>
    <w:p>
      <w:r>
        <w:rPr>
          <w:b/>
        </w:rPr>
        <w:t xml:space="preserve">[1:41:04] </w:t>
      </w:r>
      <w:r>
        <w:t>das question is from warjah</w:t>
      </w:r>
    </w:p>
    <w:p>
      <w:pPr>
        <w:jc w:val="right"/>
      </w:pPr>
      <w:r>
        <w:t>دس کوئسچن از فرام وارجہ</w:t>
      </w:r>
    </w:p>
    <w:p>
      <w:r>
        <w:rPr>
          <w:b/>
        </w:rPr>
        <w:t xml:space="preserve">[1:41:07] </w:t>
      </w:r>
      <w:r>
        <w:t>molana: it is certain irony dat islam is perceived as an intolerant religion and muslims as an intolerant community.</w:t>
      </w:r>
    </w:p>
    <w:p>
      <w:pPr>
        <w:jc w:val="right"/>
      </w:pPr>
      <w:r>
        <w:t>مولانا: اٹ از سرچن ائیرنی دیٹ اسلام از پرسیوڈ ایز این انٹولرنٹ ریلیجن اینڈ مسلمز ایز این انٹولرنٹ کمیونٹی۔</w:t>
      </w:r>
    </w:p>
    <w:p>
      <w:r>
        <w:rPr>
          <w:b/>
        </w:rPr>
        <w:t xml:space="preserve">[1:41:16] </w:t>
      </w:r>
      <w:r>
        <w:t>while here we are agreeing to disagree, what really needs to be communicated is dat islam and muslims are only intolerant about da absolute truth,</w:t>
      </w:r>
    </w:p>
    <w:p>
      <w:pPr>
        <w:jc w:val="right"/>
      </w:pPr>
      <w:r>
        <w:t>وائل ہیئر وی آر ایگرینگ ٹو ڈس ایگری، واٹ ریلی نیڈز ٹو بی کمیونیکیٹڈ از دیٹ اسلام اینڈ مسلمز ار اونلی انٹولرنٹ اباؤٹ دی ایبسولیوٹ ٹروتھ،</w:t>
      </w:r>
    </w:p>
    <w:p>
      <w:r>
        <w:rPr>
          <w:b/>
        </w:rPr>
        <w:t xml:space="preserve">[1:41:29] </w:t>
      </w:r>
      <w:r>
        <w:t>simply because of they conviction in it.</w:t>
      </w:r>
    </w:p>
    <w:p>
      <w:pPr>
        <w:jc w:val="right"/>
      </w:pPr>
      <w:r>
        <w:t>سمپلی بیکاز اف دے کنوکشن ان اٹ۔</w:t>
      </w:r>
    </w:p>
    <w:p>
      <w:r>
        <w:rPr>
          <w:b/>
        </w:rPr>
        <w:t xml:space="preserve">[1:41:32] </w:t>
      </w:r>
      <w:r>
        <w:t>unfortunately, most communities, including most muslims, cannot define this intolerance. haan, yeh theek kaha aap ne.</w:t>
      </w:r>
    </w:p>
    <w:p>
      <w:pPr>
        <w:jc w:val="right"/>
      </w:pPr>
      <w:r>
        <w:t>انفارچونیٹلی، موسٹ کمیونٹیز، انکلوڈنگ موسٹ مسلمز، کین ناٹ ڈیفائن دس انٹولرنس۔ ہاں، یہ ٹھیک کہا آپ نے۔</w:t>
      </w:r>
    </w:p>
    <w:p>
      <w:r>
        <w:rPr>
          <w:b/>
        </w:rPr>
        <w:t xml:space="preserve">[1:41:42] </w:t>
      </w:r>
      <w:r>
        <w:t>aap bhi hamara saath dijiye, aap jo keh rahi hain, bohat theek kaha aap ne. aur hum yahi koshish kar rahe hain ke hamara saath diye taake yeh mission aage badhe.</w:t>
      </w:r>
    </w:p>
    <w:p>
      <w:pPr>
        <w:jc w:val="right"/>
      </w:pPr>
      <w:r>
        <w:t>آپ بھی ہمارا ساتھ دیجئے، آپ جو کہہ رہی ہیں، بہت ٹھیک کہا آپ نے۔ اور ہم یہی کوشش کر رہے ہیں کہ ہمارا ساتھ دیے تاکہ یہ مشن آگے بڑھے۔</w:t>
      </w:r>
    </w:p>
    <w:p>
      <w:r>
        <w:rPr>
          <w:b/>
        </w:rPr>
        <w:t xml:space="preserve">[1:41:53] </w:t>
      </w:r>
      <w:r>
        <w:t>main is ko manta hoon. this question is from doctor farida khana:</w:t>
      </w:r>
    </w:p>
    <w:p>
      <w:pPr>
        <w:jc w:val="right"/>
      </w:pPr>
      <w:r>
        <w:t>میں اس کو مانتا ہوں۔ دس کوئسچن از فرام ڈاکٹر فریدہ خانہ:</w:t>
      </w:r>
    </w:p>
    <w:p>
      <w:r>
        <w:rPr>
          <w:b/>
        </w:rPr>
        <w:t xml:space="preserve">[1:42:00] </w:t>
      </w:r>
      <w:r>
        <w:t>why people are fascinated by the concept of the maniness of reality for more than the oneness of reality? please comment.</w:t>
      </w:r>
    </w:p>
    <w:p>
      <w:pPr>
        <w:jc w:val="right"/>
      </w:pPr>
      <w:r>
        <w:t>وائی پیپل ار فیسینیٹڈ بائے دی کانسیپٹ اف دا مینینس اف ریلیٹی فار مور دین دی وننس اف ریلیٹی؟ پلیز کمنٹ۔</w:t>
      </w:r>
    </w:p>
    <w:p>
      <w:r>
        <w:rPr>
          <w:b/>
        </w:rPr>
        <w:t xml:space="preserve">[1:42:10] </w:t>
      </w:r>
      <w:r>
        <w:t>woh main ne arz kiya pehle hi ke log cheezon ko superficial meaning mein lete hain ya criteria badal dete hain. koi bhi philosopher is position yeh kehne ki position mein nahi hai ke is ke kuch scientific base hain.</w:t>
      </w:r>
    </w:p>
    <w:p>
      <w:pPr>
        <w:jc w:val="right"/>
      </w:pPr>
      <w:r>
        <w:t>وہ میں نے عرض کیا پہلے ہی کہ لوگ چیزوں کو سپرفلس معنی میں لیتے ہیں یا کرائٹیریا بدل دیتے ہیں۔ کوئی بھی فلاسفر اس پوزیشن یہ کہنے کی پوزیشن میں نہیں ہے کہ اس کے کچھ سائنٹیفک بیس ہیں۔</w:t>
      </w:r>
    </w:p>
    <w:p>
      <w:r>
        <w:rPr>
          <w:b/>
        </w:rPr>
        <w:t xml:space="preserve">[1:42:27] </w:t>
      </w:r>
      <w:r>
        <w:t>koi bhi nahi,</w:t>
      </w:r>
    </w:p>
    <w:p>
      <w:pPr>
        <w:jc w:val="right"/>
      </w:pPr>
      <w:r>
        <w:t>کوئی بھی نہیں،</w:t>
      </w:r>
    </w:p>
    <w:p>
      <w:r>
        <w:rPr>
          <w:b/>
        </w:rPr>
        <w:t xml:space="preserve">[1:42:29] </w:t>
      </w:r>
      <w:r>
        <w:t>sirf wohi hai jo main ne kaha adultain bhi kaha: live and let live ke is mein live and let live ke is ke andar sifat hai. yeh koi philosophy toh nahi hai, yeh koi logic nahi hai.</w:t>
      </w:r>
    </w:p>
    <w:p>
      <w:pPr>
        <w:jc w:val="right"/>
      </w:pPr>
      <w:r>
        <w:t>صرف وہی ہے جو میں نے کہا اڈلٹائن بھی کہا: لیو کہ اس میں لیو اور لیٹ لیو کے اس کے اندر صفت ہے۔ یہ کوئی فلاسفی تو نہیں ہے، یہ کوئی لاجک نہیں ہے۔</w:t>
      </w:r>
    </w:p>
    <w:p>
      <w:r>
        <w:rPr>
          <w:b/>
        </w:rPr>
        <w:t xml:space="preserve">[1:42:39] </w:t>
      </w:r>
      <w:r>
        <w:t>yeh maniness of reality ka jo concept main challenge karta hoon kisi ko ke woh bataye ke is ka scientific base kya hai, koi scientific base nahi hai, sirf ek pure philosophy hai.</w:t>
      </w:r>
    </w:p>
    <w:p>
      <w:pPr>
        <w:jc w:val="right"/>
      </w:pPr>
      <w:r>
        <w:t>یہ میننس اف ریلیٹی کا جو کانسیپٹ میں چیلنج کرتا ہوں کسی کو کہ وہ بتائے کہ اس کا سائنٹیفک بیس کیا ہے، کوئی سائنٹیفک بیس نہیں ہے، صرف ایک پیور فلاسفی ہے۔</w:t>
      </w:r>
    </w:p>
    <w:p>
      <w:r>
        <w:rPr>
          <w:b/>
        </w:rPr>
        <w:t xml:space="preserve">[1:42:52] </w:t>
      </w:r>
      <w:r>
        <w:t>kyun? yeh nai log jo hain, inhon ne samjha ke is tareeqe se hum logon mein woh layenge, sadh bhavna layenge</w:t>
      </w:r>
    </w:p>
    <w:p>
      <w:pPr>
        <w:jc w:val="right"/>
      </w:pPr>
      <w:r>
        <w:t>کیوں؟ یہ نئی لوگ جو ہیں، انہوں نے سمجھا کہ اس طریقے سے ہم لوگوں میں وہ لائیں گے، سدھ بھاونا لائیں گے</w:t>
      </w:r>
    </w:p>
    <w:p>
      <w:r>
        <w:rPr>
          <w:b/>
        </w:rPr>
        <w:t xml:space="preserve">[1:42:58] </w:t>
      </w:r>
      <w:r>
        <w:t>, milap be milap layenge, yaani insaan ke andar unity layenge. yeh bohat hi nai thinking hai. yeh agar aisa hai toh ek hi mazhab ko manne wale kyun ladte hain?</w:t>
      </w:r>
    </w:p>
    <w:p>
      <w:pPr>
        <w:jc w:val="right"/>
      </w:pPr>
      <w:r>
        <w:t>، ملاپ بے ملاپ لائیں گے، یعنی انسان کے اندر یونٹی لائیں گے۔ یہ بہت ہی نئی تھنکنگ ہے۔ یہ اگر ایسا ہے تو ایک ہی مذہب کو ماننے والے کیوں لڑتے ہیں؟</w:t>
      </w:r>
    </w:p>
    <w:p>
      <w:r>
        <w:rPr>
          <w:b/>
        </w:rPr>
        <w:t xml:space="preserve">[1:43:11] </w:t>
      </w:r>
      <w:r>
        <w:t>maa bharat mein hindu hi aapas mein lade, second world war, first world mein hindu aapas mein, woh christian aapas mein lade, abhi pakistan mein musalman musalman aapas mein lad rahe hain.</w:t>
      </w:r>
    </w:p>
    <w:p>
      <w:pPr>
        <w:jc w:val="right"/>
      </w:pPr>
      <w:r>
        <w:t>ماں بھارت میں ہندو ہی آپس میں لڑے، سیکنڈ ورلڈ وار، فرسٹ ورلڈ میں ہندو آپس میں، وہ کرسچن آپس میں لڑے، ابھی پاکستان میں مسلمان مسلمان آپس میں لڑ رہے ہیں۔</w:t>
      </w:r>
    </w:p>
    <w:p>
      <w:r>
        <w:rPr>
          <w:b/>
        </w:rPr>
        <w:t xml:space="preserve">[1:43:24] </w:t>
      </w:r>
      <w:r>
        <w:t>yeh bohat nai thinking hai. yeh</w:t>
      </w:r>
    </w:p>
    <w:p>
      <w:pPr>
        <w:jc w:val="right"/>
      </w:pPr>
      <w:r>
        <w:t>یہ بہت نئی تھنکنگ ہے۔ یہ</w:t>
      </w:r>
    </w:p>
    <w:p>
      <w:r>
        <w:rPr>
          <w:b/>
        </w:rPr>
        <w:t xml:space="preserve">[1:43:27] </w:t>
      </w:r>
      <w:r>
        <w:t>aur ek aisi cheez jis ki koi scientific base na ho, us ko aap promote karein, yeh main is ko insane nahi samajhta. first of all, you have to establish that you have some scientific base towards this concept.</w:t>
      </w:r>
    </w:p>
    <w:p>
      <w:pPr>
        <w:jc w:val="right"/>
      </w:pPr>
      <w:r>
        <w:t>اور ایک ایسی چیز جس کی کوئی سائنٹیفک بیس نہ ہو، اس کو آپ پروموٹ کریں، یہ میں اس کو انسٹ نہیں سمجھتا۔ فرسٹ آف آل، یو ہیو ٹو اسٹیبلش دیٹ یو ہیو سم سائنٹیفک بیس ٹورڈز دس کانسیپٹ۔</w:t>
      </w:r>
    </w:p>
    <w:p>
      <w:r>
        <w:rPr>
          <w:b/>
        </w:rPr>
        <w:t xml:space="preserve">[1:43:45] </w:t>
      </w:r>
      <w:r>
        <w:t>yeh ke koi scientific base nahi hai, ek pure philosophy hai, ek pure wishful thinking hai. aap jante hain ke science mein kya concept hai?</w:t>
      </w:r>
    </w:p>
    <w:p>
      <w:pPr>
        <w:jc w:val="right"/>
      </w:pPr>
      <w:r>
        <w:t>یہ کہ کوئی سائنٹیفک بیس نہیں ہے، ایک پیور فلاسفی ہے، ایک پیور وش فل تھنکنگ ہے۔ آپ جانتے ہیں کہ سائنس میں کیا کانسیپٹ ہے؟</w:t>
      </w:r>
    </w:p>
    <w:p>
      <w:r>
        <w:rPr>
          <w:b/>
        </w:rPr>
        <w:t xml:space="preserve">[1:43:54] </w:t>
      </w:r>
      <w:r>
        <w:t>science mein yeh concept hai ke newton ke waqt yeh mana jata tha ke chaar forces hain jo universe ko control kar rahi hain.</w:t>
      </w:r>
    </w:p>
    <w:p>
      <w:pPr>
        <w:jc w:val="right"/>
      </w:pPr>
      <w:r>
        <w:t>سائنس میں یہ کانسیپٹ ہے کہ نیوٹن کے وقت یہ مانا جاتا تھا کہ چار فورسز ہیں جو یونیورس کو کو کنٹرول کر رہی ہیں۔</w:t>
      </w:r>
    </w:p>
    <w:p>
      <w:r>
        <w:rPr>
          <w:b/>
        </w:rPr>
        <w:t xml:space="preserve">[1:44:05] </w:t>
      </w:r>
      <w:r>
        <w:t>chaar forces hain, lekin scientific mind is ko manta nahi tha kyunke woh chahta tha ke chaar nahi ho sakti, ek ho, ek hona chahiye. yaani scientific jo thinking hai, scientific mind jo hai, jo scientific temper hai, us ko accept karne par tayyar nahi tha.</w:t>
      </w:r>
    </w:p>
    <w:p>
      <w:pPr>
        <w:jc w:val="right"/>
      </w:pPr>
      <w:r>
        <w:t>چار فورسز ہیں، لیکن سائنٹیفک مائنڈ اس کو مانتا نہیں تھا کیونکہ وہ چاہتا تھا کہ چار نہیں ہو سکتی، ایک ہو، ایک ہونا چاہیے۔ یعنی سائنٹیفک جو تھنکنگ ہے، سائنٹیفک مائنڈ جو ہے، جو سائنٹیفک ٹیمپر ہے، اس کو ایکسیپٹ کرنے پر تیار نہیں تھا۔</w:t>
      </w:r>
    </w:p>
    <w:p>
      <w:r>
        <w:rPr>
          <w:b/>
        </w:rPr>
        <w:t xml:space="preserve">[1:44:22] </w:t>
      </w:r>
      <w:r>
        <w:t>halanke newton ne kaha tha ke chaar forces hain.</w:t>
      </w:r>
    </w:p>
    <w:p>
      <w:pPr>
        <w:jc w:val="right"/>
      </w:pPr>
      <w:r>
        <w:t>حالانکہ نیوٹن نے کہا تھا کہ چار فورسز ہیں۔</w:t>
      </w:r>
    </w:p>
    <w:p>
      <w:r>
        <w:rPr>
          <w:b/>
        </w:rPr>
        <w:t xml:space="preserve">[1:44:26] </w:t>
      </w:r>
      <w:r>
        <w:t>aap jante hain, ghutne laga, ghutne laga, ghutne laga. yahan tak ke us waqt jo hai, jo living top most scientific mind hai, woh stephen hawking, us ki aap kitaab padhiye, us ne establish kiya hai ke ek hi single force hai jo poori universe ko control kar rahi hai, jis ka naam us ne diya hai single string theory.</w:t>
      </w:r>
    </w:p>
    <w:p>
      <w:pPr>
        <w:jc w:val="right"/>
      </w:pPr>
      <w:r>
        <w:t>آپ جانتے ہیں، گھٹنے لگا، گھٹنے لگا، گھٹنے لگا۔ یہاں تک کہ اس وقت جو ہے، جو لیونگ ٹاپ موسٹ سائنٹیفک مائنڈ ہے، وہ اسٹیفن ہاکنگ، اس کی آپ کتاب پڑھیے، اس نے اسٹیبلش کیا ہے کہ ایک ہی سنگل فورس ہے جو پوری یونیورس کو کنٹرول کر رہی ہے، جس کا نام اس نے دیا ہے سنگل سٹرنگ تھیوری۔</w:t>
      </w:r>
    </w:p>
    <w:p>
      <w:r>
        <w:rPr>
          <w:b/>
        </w:rPr>
        <w:t xml:space="preserve">[1:44:47] </w:t>
      </w:r>
      <w:r>
        <w:t>single string theory toh poori science jo keh rahi hai ke sab kuch ek hai, kai nahi hai,</w:t>
      </w:r>
    </w:p>
    <w:p>
      <w:pPr>
        <w:jc w:val="right"/>
      </w:pPr>
      <w:r>
        <w:t>سنگل سٹرنگ تھیوری تو پوری سائنس جو کہہ رہی ہے کہ سب کچھ ایک ہے، کئی نہیں ہے،</w:t>
      </w:r>
    </w:p>
    <w:p>
      <w:r>
        <w:rPr>
          <w:b/>
        </w:rPr>
        <w:t xml:space="preserve">[1:44:53] </w:t>
      </w:r>
      <w:r>
        <w:t>yeh kai ka koi is duniya mein kai ki koi jagah nahi hai, kai maniness ki koi jagah nahi hai. yahan par is duniya mein maniness ki jagah nahi hai. toh single string theory jab mil gayi scientist ko, tab woh is ka is ka mind set satisfied hua ke yeh sahi hai ke ek hi single force hai jo poori universe ko control ki hui hai.</w:t>
      </w:r>
    </w:p>
    <w:p>
      <w:pPr>
        <w:jc w:val="right"/>
      </w:pPr>
      <w:r>
        <w:t>یہ کئی کا کوئی اس دنیا میں کئی کی کوئی جگہ نہیں ہے، کئی میننس کی کوئی جگہ نہیں ہے۔ یہاں پر اس دنیا میں میننس کی جگہ نہیں ہے۔ تو سنگل سٹرنگ تھیوری جب مل گئی سائنٹسٹ کو، تب وہ اس کا اس کا مائنڈ سیٹسفائیڈ ہوا کہ یہ صحیح ہے کہ ایک ہی سنگل فورس ہے جو پوری یونیورس کو کنٹرول کی ہوئی ہے۔</w:t>
      </w:r>
    </w:p>
    <w:p>
      <w:r>
        <w:rPr>
          <w:b/>
        </w:rPr>
        <w:t xml:space="preserve">[1:45:17] </w:t>
      </w:r>
      <w:r>
        <w:t>toh science toh yeh keh rahi hai, aap kahein ke nahi, harkatein kai hain</w:t>
      </w:r>
    </w:p>
    <w:p>
      <w:pPr>
        <w:jc w:val="right"/>
      </w:pPr>
      <w:r>
        <w:t>تو سائنس تو یہ کہہ رہی ہے، آپ کہیں کہ نہیں، حرکتیں کئی ہیں</w:t>
      </w:r>
    </w:p>
    <w:p>
      <w:r>
        <w:rPr>
          <w:b/>
        </w:rPr>
        <w:t xml:space="preserve">[1:45:21] </w:t>
      </w:r>
      <w:r>
        <w:t>, aur yeh aur bhi da woh woh hai. main kehta hoon ke ek woh hai fallacy hai, yeh kehna hai ke mukhtalif log mukhtalif andaaz se us ko express karte hain.</w:t>
      </w:r>
    </w:p>
    <w:p>
      <w:pPr>
        <w:jc w:val="right"/>
      </w:pPr>
      <w:r>
        <w:t>، اور یہ اور بھی دا وہ وہ ہے۔ میں کہتا ہوں کہ ایک وہ ہے فالیسی ہے، یہ کہنا ہے کہ مختلف لوگ مختلف انداز سے اس کو ایکسپریس کرتے ہیں۔</w:t>
      </w:r>
    </w:p>
    <w:p>
      <w:r>
        <w:rPr>
          <w:b/>
        </w:rPr>
        <w:t xml:space="preserve">[1:45:31] </w:t>
      </w:r>
      <w:r>
        <w:t>yeh toh yeh toh confusion create karna hai ke haqeeqat ek hai, kai log aur mukhtalif seekers us ko kai dhang se express karte hain.</w:t>
      </w:r>
    </w:p>
    <w:p>
      <w:pPr>
        <w:jc w:val="right"/>
      </w:pPr>
      <w:r>
        <w:t>یہ تو یہ تو کنفیوژن کریٹ کرنا ہے کہ حقیقت ایک ہے، کئی لوگ اور مختلف سیکرز اس کو کئی ڈھنگ سے ایکسپریس کرتے ہیں۔</w:t>
      </w:r>
    </w:p>
    <w:p>
      <w:r>
        <w:rPr>
          <w:b/>
        </w:rPr>
        <w:t xml:space="preserve">[1:45:40] </w:t>
      </w:r>
      <w:r>
        <w:t>yeh toh us ko confusion mein daal diya aap ne aadmi ko. it will, it will lead to confusion.</w:t>
      </w:r>
    </w:p>
    <w:p>
      <w:pPr>
        <w:jc w:val="right"/>
      </w:pPr>
      <w:r>
        <w:t>یہ تو اس کو کنفیوژن میں ڈال دیا آپ نے آدمی کو۔ اٹ ویل، اٹ ویل لیڈ ٹو کنفیوژن۔</w:t>
      </w:r>
    </w:p>
    <w:p>
      <w:r>
        <w:rPr>
          <w:b/>
        </w:rPr>
        <w:t xml:space="preserve">[1:45:49] </w:t>
      </w:r>
      <w:r>
        <w:t>to barhal, main yeh kahoon ga ke is theory mein siwa is aik baat ke ke log samajhte hain ke is tarah se sadh bhavna paida hogi, mel milap paida hoga, halanke mel milap kabhi bhi is se nahi paida ho sakta,</w:t>
      </w:r>
    </w:p>
    <w:p>
      <w:pPr>
        <w:jc w:val="right"/>
      </w:pPr>
      <w:r>
        <w:t>تو بہرحال، میں یہ کہوں گا کہ اس تھیوری میں سوا اس ایک بات کے کہ لوگ سمجھتے ہیں کہ اس طرح سے سدھ بھاونا پیدا ہوگی، میل ملاپ پیدا ہوگا، حالانکہ میل ملاپ کبھی بھی اس سے نہیں پیدا ہو سکتا،</w:t>
      </w:r>
    </w:p>
    <w:p>
      <w:r>
        <w:rPr>
          <w:b/>
        </w:rPr>
        <w:t xml:space="preserve">[1:46:02] </w:t>
      </w:r>
      <w:r>
        <w:t>warna musalman musalman na ladte, christian christian na ladte, hindu hindu na ladte. woh aata hai is se ke aap ke andar yeh spirit ho ke aap woh woh aik aik bohat umda qaul kisi ka hai ke maturity ke baray mein</w:t>
      </w:r>
    </w:p>
    <w:p>
      <w:pPr>
        <w:jc w:val="right"/>
      </w:pPr>
      <w:r>
        <w:t>ورنہ مسلمان مسلمان نہ لڑتے، کرسچن کرسچن نہ لڑتے، ہندو ہندو نہ لڑتے۔ وہ آتا ہے اس سے کہ آپ کے اندر یہ سپرٹ ہو کہ آپ وہ وہ ایک ایک بہت عمدہ قول کسی کا ہے کہ میچورٹی کے بارے میں</w:t>
      </w:r>
    </w:p>
    <w:p>
      <w:r>
        <w:rPr>
          <w:b/>
        </w:rPr>
        <w:t xml:space="preserve">[1:46:18] </w:t>
      </w:r>
      <w:r>
        <w:t>is ne kaha ke maturity is the ability to live with things we cannot change. yeh yeh cheez aai hai logon ke andar, yeh maturity, yeh thinking, yeh healthy thinking.</w:t>
      </w:r>
    </w:p>
    <w:p>
      <w:pPr>
        <w:jc w:val="right"/>
      </w:pPr>
      <w:r>
        <w:t>اس نے کہا کہ میچورٹی از دا ایبیلیٹی ٹو لیو ود تھنگز وی کین ناٹ چینج۔ یہ یہ چیز آئی ہے لوگوں کے اندر، یہ میچورٹی، یہ تھنکنگ، یہ ہیلدی تھنکنگ۔</w:t>
      </w:r>
    </w:p>
    <w:p>
      <w:r>
        <w:rPr>
          <w:b/>
        </w:rPr>
        <w:t xml:space="preserve">[1:46:32] </w:t>
      </w:r>
      <w:r>
        <w:t>to yeh main is ko bohat nai thinking samajhta hoon, is cheez ko ke yeh jis ko kaha jata hai benevolence of reality, nai thinking, pure philosophy without any scientific base.</w:t>
      </w:r>
    </w:p>
    <w:p>
      <w:pPr>
        <w:jc w:val="right"/>
      </w:pPr>
      <w:r>
        <w:t>تو یہ میں اس کو بہت نئی تھنکنگ سمجھتا ہوں، اس چیز کو کہ یہ جس کو کہا جاتا ہے بینینس اف ریلیٹی، نئی تھنکنگ، پیور فلاسفی ودا آؤٹ اینی سائنٹیفک بیس۔</w:t>
      </w:r>
    </w:p>
    <w:p>
      <w:r>
        <w:rPr>
          <w:b/>
        </w:rPr>
        <w:t xml:space="preserve">[1:46:45] </w:t>
      </w:r>
      <w:r>
        <w:t>aur main jo baat karta hoon, woh ain scientific base, ain scientific hai ke aik hi aik hi sachai hai, aik hi haqeeqat hai ke Khuda hai jo rule kar raha hai poori kainat ka.</w:t>
      </w:r>
    </w:p>
    <w:p>
      <w:pPr>
        <w:jc w:val="right"/>
      </w:pPr>
      <w:r>
        <w:t>اور میں جو بات کرتا ہوں، وہ عین سائنٹیفک بیس، عین سائنٹیفک ہے کہ ایک ہی ایک ہی سچائی ہے، ایک ہی حقیقت ہے کہ خدا ہے جو رول کر رہا ہے پوری کائنات کا۔</w:t>
      </w:r>
    </w:p>
    <w:p>
      <w:r>
        <w:rPr>
          <w:b/>
        </w:rPr>
        <w:t xml:space="preserve">[1:46:59] </w:t>
      </w:r>
      <w:r>
        <w:t>to is yani scientific jo development hai, is mein is mein poori poori compatibility hai, dono mein koi takrao nahi hai.</w:t>
      </w:r>
    </w:p>
    <w:p>
      <w:pPr>
        <w:jc w:val="right"/>
      </w:pPr>
      <w:r>
        <w:t>تو اس یعنی سائنٹیفک جو ڈیولپمنٹ ہے، اس میں اس میں پوری پوری کمپیٹیبلٹی ہے، دونوں میں کوئی ٹکراؤ نہیں ہے۔</w:t>
      </w:r>
    </w:p>
    <w:p>
      <w:r>
        <w:rPr>
          <w:b/>
        </w:rPr>
        <w:t xml:space="preserve">[1:47:10] </w:t>
      </w:r>
      <w:r>
        <w:t>this question is from Naghma</w:t>
      </w:r>
    </w:p>
    <w:p>
      <w:pPr>
        <w:jc w:val="right"/>
      </w:pPr>
      <w:r>
        <w:t>دس کوئسچن از فرام نغمہ</w:t>
      </w:r>
    </w:p>
    <w:p>
      <w:r>
        <w:rPr>
          <w:b/>
        </w:rPr>
        <w:t xml:space="preserve">[1:47:12] </w:t>
      </w:r>
      <w:r>
        <w:t>: what do they tell the boys that they are ready to kill themselves? dekhen, woh yeh hai, aik hi hai, aik hi baat hai, woh aik aik aik aik wrong, aik wrong philosophy,</w:t>
      </w:r>
    </w:p>
    <w:p>
      <w:pPr>
        <w:jc w:val="right"/>
      </w:pPr>
      <w:r>
        <w:t>: واٹ ڈو دے ٹیلینگ بوائز دیٹ دے آر ریڈی ٹو کل دیم سیلف؟ دیکھیں، وہ یہ ہے، ایک ہی ہے، ایک ہی بات ہے، وہ ایک ایک ایک ایک رونگ، ایک رونگ فلاسفی،</w:t>
      </w:r>
    </w:p>
    <w:p>
      <w:r>
        <w:rPr>
          <w:b/>
        </w:rPr>
        <w:t xml:space="preserve">[1:47:30] </w:t>
      </w:r>
      <w:r>
        <w:t>aik ghalat soch. woh soch kya hai?</w:t>
      </w:r>
    </w:p>
    <w:p>
      <w:pPr>
        <w:jc w:val="right"/>
      </w:pPr>
      <w:r>
        <w:t>ایک غلط سوچ۔ وہ سوچ کیا ہے؟</w:t>
      </w:r>
    </w:p>
    <w:p>
      <w:r>
        <w:rPr>
          <w:b/>
        </w:rPr>
        <w:t xml:space="preserve">[1:47:35] </w:t>
      </w:r>
      <w:r>
        <w:t>ke woh soch yeh hai ke abhi mere paas Pakistan ka aik percha aaya hai, abhi mere paas isi mahine mein aaya hai, mere paas office mein maujood hai, is mein likhte hain woh ke Islam mein summum bonum kya hai?</w:t>
      </w:r>
    </w:p>
    <w:p>
      <w:pPr>
        <w:jc w:val="right"/>
      </w:pPr>
      <w:r>
        <w:t>کہ وہ سوچ یہ ہے کہ ابھی میرے پاس پاکستان کا ایک پرچہ آیا ہے، ابھی میرے پاس اسی مہینے میں آیا ہے، میرے پاس افس میں موجود ہے، اس میں لکھتے ہیں وہ کہ اسلام میں سمم بونم کیا ہے؟</w:t>
      </w:r>
    </w:p>
    <w:p>
      <w:r>
        <w:rPr>
          <w:b/>
        </w:rPr>
        <w:t xml:space="preserve">[1:47:51] </w:t>
      </w:r>
      <w:r>
        <w:t>gardan katana. summum bonum Islam mein summum bonum, gardan katana, yeh bilkul jhooti baat hai, lekin is jhoot ko woh Quran se nikal rahe hain,</w:t>
      </w:r>
    </w:p>
    <w:p>
      <w:pPr>
        <w:jc w:val="right"/>
      </w:pPr>
      <w:r>
        <w:t>گردن کٹانا۔ سمم بونم اسلام میں سمم بونم، گردن کٹانا، یہ بالکل جھوٹی بات ہے، لیکن اس جھوٹ کو وہ قرآن سے نکال رہے ہیں،</w:t>
      </w:r>
    </w:p>
    <w:p>
      <w:r>
        <w:rPr>
          <w:b/>
        </w:rPr>
        <w:t xml:space="preserve">[1:48:04] </w:t>
      </w:r>
      <w:r>
        <w:t>yani ghalat interpretation kar ke woh Quran se nikal rahe hain ke Islam mein summum bonum hai, gardan katana. ab is mein kya hai ke aap ja ke jhonk do, aur us ke baad agar mar gaye to shaheed jiye to ghazi.</w:t>
      </w:r>
    </w:p>
    <w:p>
      <w:pPr>
        <w:jc w:val="right"/>
      </w:pPr>
      <w:r>
        <w:t>یعنی غلط انٹرپریشن کر کے وہ قرآن سے نکال رہے ہیں کہ اسلام میں سمم بونم ہے، گردن کٹانا۔ اب اس میں کیا ہے کہ آپ جا کے جھونک دو، اور اس کے بعد اگر مر گئے تو شہید جیے تو غازی۔</w:t>
      </w:r>
    </w:p>
    <w:p>
      <w:r>
        <w:rPr>
          <w:b/>
        </w:rPr>
        <w:t xml:space="preserve">[1:48:21] </w:t>
      </w:r>
      <w:r>
        <w:t>to yeh aik yeh yeh main samajhta hoon kisi pe extremist woh hai, ideology hai, in ko in ko yeh dikhai deta hai ke yeh jo samne khara hua hai, woh musalman nahi hai, woh enemy ka agent hai.</w:t>
      </w:r>
    </w:p>
    <w:p>
      <w:pPr>
        <w:jc w:val="right"/>
      </w:pPr>
      <w:r>
        <w:t>تو یہ ایک یہ یہ میں سمجھتا ہوں کسی پہ ایکسٹریمسٹ وہ ہے، آئیڈیالوجی ہے، ان کو ان کو یہ دکھائی دیتا ہے کہ یہ جو سامنے کھڑا ہوا ہے، وہ مسلمان نہیں ہے، وہ اینمی کا ایجنٹ ہے۔</w:t>
      </w:r>
    </w:p>
    <w:p>
      <w:r>
        <w:rPr>
          <w:b/>
        </w:rPr>
        <w:t xml:space="preserve">[1:48:32] </w:t>
      </w:r>
      <w:r>
        <w:t>woh</w:t>
      </w:r>
    </w:p>
    <w:p>
      <w:pPr>
        <w:jc w:val="right"/>
      </w:pPr>
      <w:r>
        <w:t>وہ</w:t>
      </w:r>
    </w:p>
    <w:p>
      <w:r>
        <w:rPr>
          <w:b/>
        </w:rPr>
        <w:t xml:space="preserve">[1:48:34] </w:t>
      </w:r>
      <w:r>
        <w:t>jab aap extremist ban jate hain na, to aap ki thinking change ho jati hai. woh abhi dekhiye, jo Pakistan mein jo hua hai, to Musharraf ko woh keh rahe hain ke America ka agent hai, woh America ka agent hai, to phir woh wajib ul qatl hai, yani is ko is ko maar dalo.</w:t>
      </w:r>
    </w:p>
    <w:p>
      <w:pPr>
        <w:jc w:val="right"/>
      </w:pPr>
      <w:r>
        <w:t>جب آپ ایکسٹریمسٹ بن جاتے ہیں نا، تو آپ کی تھنکنگ چینج ہو جاتی ہے۔ وہ ابھی دیکھیے، جو پاکستان میں جو ہوا ہے، تو مجلل مشرف کو وہ کہہ رہے ہیں کہ امریکہ کا ایجنٹ ہے، وہ امریکہ کا ایجنٹ ہے، تو پھر وہ واجب القتل ہے، یعنی اس کو اس کو مار ڈالو۔</w:t>
      </w:r>
    </w:p>
    <w:p>
      <w:r>
        <w:rPr>
          <w:b/>
        </w:rPr>
        <w:t xml:space="preserve">[1:48:53] </w:t>
      </w:r>
      <w:r>
        <w:t>to yeh wahan ka jo aik masla hai, Israel mein kisi ko marna ho to pehle yeh declare karo ke bhediya hai, chalao ke bhediya, bhediya, bhediya, ab is ko is ko maar do.</w:t>
      </w:r>
    </w:p>
    <w:p>
      <w:pPr>
        <w:jc w:val="right"/>
      </w:pPr>
      <w:r>
        <w:t>تو یہ وہاں کا جو ایک مسئلہ ہے، اسرائیل میں کسی کو مارنا ہو تو پہلے یہ ڈیکلیئر کرو کہ بھیڑیا ہے، چلاؤ کہ بھیڑیا، بھیڑیا، بھیڑیا، اب اس کو اس کو مار دو۔</w:t>
      </w:r>
    </w:p>
    <w:p>
      <w:r>
        <w:rPr>
          <w:b/>
        </w:rPr>
        <w:t xml:space="preserve">[1:49:04] </w:t>
      </w:r>
      <w:r>
        <w:t>to yeh log kya karte hain? ke yeh samajhte hain, yeh yeh shor machate hain, yeh kehte hain ke yeh sab hum enemy ke agent hain, America enemy hai, America enemy number one of Islam hai, yeh is ke agent hain, is liye gardan zadni hai,</w:t>
      </w:r>
    </w:p>
    <w:p>
      <w:pPr>
        <w:jc w:val="right"/>
      </w:pPr>
      <w:r>
        <w:t>تو یہ لوگ کیا کرتے ہیں؟ کہ یہ سمجھتے ہیں، یہ یہ شور مچاتے ہیں، یہ کہتے ہیں کہ یہ سب ہم اینمی کے ایجنٹ ہیں، امریکہ اینمی ہے، امریکہ اینمی نمبر ون اف اسلام ہے، یہ اس کے ایجنٹ ہیں، اس لیے گردن زدنی ہے،</w:t>
      </w:r>
    </w:p>
    <w:p>
      <w:r>
        <w:rPr>
          <w:b/>
        </w:rPr>
        <w:t xml:space="preserve">[1:49:19] </w:t>
      </w:r>
      <w:r>
        <w:t>ise unhein maar dalo. yeh logic hai in ki. to asal mein yeh log bohat achhe educated nahi hote, yeh log</w:t>
      </w:r>
    </w:p>
    <w:p>
      <w:pPr>
        <w:jc w:val="right"/>
      </w:pPr>
      <w:r>
        <w:t>اسے انہیں مار ڈالو۔ یہ لاجک ہے ان کی۔ تو اصل میں یہ لوگ بہت اچھے ایجوکیٹڈ نہیں ہوتے، یہ لوگ</w:t>
      </w:r>
    </w:p>
    <w:p>
      <w:r>
        <w:rPr>
          <w:b/>
        </w:rPr>
        <w:t xml:space="preserve">[1:49:28] </w:t>
      </w:r>
      <w:r>
        <w:t>sare sirf dunya ki sab se bari jo bhayanak jo kami hai, woh hai ke woh they are backward in education.</w:t>
      </w:r>
    </w:p>
    <w:p>
      <w:pPr>
        <w:jc w:val="right"/>
      </w:pPr>
      <w:r>
        <w:t>سارے صرف دنیا کی سب سے بڑی جو بھیانک جو کمی ہے، وہ ہے کہ وہ دے آر بیکورڈ ان ایجوکیشن۔</w:t>
      </w:r>
    </w:p>
    <w:p>
      <w:r>
        <w:rPr>
          <w:b/>
        </w:rPr>
        <w:t xml:space="preserve">[1:49:39] </w:t>
      </w:r>
      <w:r>
        <w:t>hindu se peechhe hain, ya christian se peechhe hain, ya jew se peechhe hain, ya parsi se peechhe hain education mein. aap jante hain ke India mein kya hai?</w:t>
      </w:r>
    </w:p>
    <w:p>
      <w:pPr>
        <w:jc w:val="right"/>
      </w:pPr>
      <w:r>
        <w:t>ہندو سے پیچھے ہیں، یا کرسچن سے پیچھے ہیں، یا جیو سے پیچھے ہیں، یا پارسی سے پیچھے ہیں ایجوکیشن میں۔ آپ جانتے ہیں کہ انڈیا میں کیا ہے؟</w:t>
      </w:r>
    </w:p>
    <w:p>
      <w:r>
        <w:rPr>
          <w:b/>
        </w:rPr>
        <w:t xml:space="preserve">[1:49:49] </w:t>
      </w:r>
      <w:r>
        <w:t>Bahadur Shah Zafar jo the, un Mughal aakhri Mughal king the, woh</w:t>
      </w:r>
    </w:p>
    <w:p>
      <w:pPr>
        <w:jc w:val="right"/>
      </w:pPr>
      <w:r>
        <w:t>بہادر شاہ ظفر جو تھے، ان مغل آخری مغل کنگ تھے، وہ</w:t>
      </w:r>
    </w:p>
    <w:p>
      <w:r>
        <w:rPr>
          <w:b/>
        </w:rPr>
        <w:t xml:space="preserve">[1:49:55] </w:t>
      </w:r>
      <w:r>
        <w:t>jin ko Britishers jo hain, un ko woh de dete the, wazifa de dete the. to aik in ko apna aik bhejna tha, apna aik aadmi, apna aik safeer London apne pension ke problem ke liye.</w:t>
      </w:r>
    </w:p>
    <w:p>
      <w:pPr>
        <w:jc w:val="right"/>
      </w:pPr>
      <w:r>
        <w:t>جن کو برٹشز جو ہیں، ان کو وہ دے دیتے تھے، وظیفہ دے دیتے تھے۔ تو ایک ان کو اپنا ایک بھیجنا تھا، اپنا ایک آدمی، اپنا ایک سفیر لندن اپنے پینشن کے پرابلم کے لیے۔</w:t>
      </w:r>
    </w:p>
    <w:p>
      <w:r>
        <w:rPr>
          <w:b/>
        </w:rPr>
        <w:t xml:space="preserve">[1:50:11] </w:t>
      </w:r>
      <w:r>
        <w:t>to jante hain, us waqt in ko koi musalman nahi mila jo angrezi bolay ja kar wahan un ki taraf se. unhon ne bheja tha Raja Ram Mohan Roy ko, aik hindu ko.</w:t>
      </w:r>
    </w:p>
    <w:p>
      <w:pPr>
        <w:jc w:val="right"/>
      </w:pPr>
      <w:r>
        <w:t>تو جانتے ہیں، اس وقت ان کو کوئی مسلمان نہیں ملا جو انگریزی بولے جا کر وہاں ان کی طرف سے۔ انہوں نے بھیجا تھا راجہ رام مون رائے کو، ایک ہندو کو۔</w:t>
      </w:r>
    </w:p>
    <w:p>
      <w:r>
        <w:rPr>
          <w:b/>
        </w:rPr>
        <w:t xml:space="preserve">[1:50:20] </w:t>
      </w:r>
      <w:r>
        <w:t>itne peechhe hain musalman</w:t>
      </w:r>
    </w:p>
    <w:p>
      <w:pPr>
        <w:jc w:val="right"/>
      </w:pPr>
      <w:r>
        <w:t>اتنے پیچھے ہیں مسلمان</w:t>
      </w:r>
    </w:p>
    <w:p>
      <w:r>
        <w:rPr>
          <w:b/>
        </w:rPr>
        <w:t xml:space="preserve">[1:50:24] </w:t>
      </w:r>
      <w:r>
        <w:t>to education mein peechhe hone ki wajah se woh baaton ko samajh nahi paate. kisi ne bata diya ke tu enemy ka agent hai, bas un ko maar dalo.</w:t>
      </w:r>
    </w:p>
    <w:p>
      <w:pPr>
        <w:jc w:val="right"/>
      </w:pPr>
      <w:r>
        <w:t>تو ایجوکیشن میں پیچھے ہونے کی وجہ سے وہ باتوں کو سمجھ نہیں پاتے۔ کسی نے بتا دیا کہ تو اینمی کا ایجنٹ ہے، بس ان کو مار ڈالو۔</w:t>
      </w:r>
    </w:p>
    <w:p>
      <w:r>
        <w:rPr>
          <w:b/>
        </w:rPr>
        <w:t xml:space="preserve">[1:50:33] </w:t>
      </w:r>
      <w:r>
        <w:t>ab sooch nahi paate ke enemy ka agent hai ya kuch bhi hai, lekin main maroonga to kya is ka result kya niklega? anarchy aayegi, duniya mein fasaad aayega, khoon bahega, tabaahi hogi.</w:t>
      </w:r>
    </w:p>
    <w:p>
      <w:pPr>
        <w:jc w:val="right"/>
      </w:pPr>
      <w:r>
        <w:t>اب سوچ نہیں پاتے کہ اینمی کا ایجنٹ ہے یا کچھ بھی ہے، لیکن میں ماروں گا تو کیا اس کا رزلٹ کیا نکلے گا؟ انارکی آئے گی، دنیا میں فساد آئے گا، خون بہے گا، تباہی ہوگی۔</w:t>
      </w:r>
    </w:p>
    <w:p>
      <w:r>
        <w:rPr>
          <w:b/>
        </w:rPr>
        <w:t xml:space="preserve">[1:50:48] </w:t>
      </w:r>
      <w:r>
        <w:t>yaani kisi angry se woh sooch nahi paate, na yeh sooch paate hain ke kya agent hai to maar sakte hain, is ko hum</w:t>
      </w:r>
    </w:p>
    <w:p>
      <w:pPr>
        <w:jc w:val="right"/>
      </w:pPr>
      <w:r>
        <w:t>یعنی کسی اینگری سے وہ سوچ نہیں پاتے، نہ یہ سوچ پاتے ہیں کہ کیا ایجنٹ ہے تو مار سکتے ہیں، اس کو ہم</w:t>
      </w:r>
    </w:p>
    <w:p>
      <w:r>
        <w:rPr>
          <w:b/>
        </w:rPr>
        <w:t xml:space="preserve">[1:50:54] </w:t>
      </w:r>
      <w:r>
        <w:t>maareinge to result kya niklega? yeh sab sooch in mein nahi hai bilkul. is wajah se main yeh kahunga ke agar kisi ko sach much musalmanon ka woh khair khwah hai, well wisher hai, to saare kaam chhod kar ke single point formula kya hona chahiye?</w:t>
      </w:r>
    </w:p>
    <w:p>
      <w:pPr>
        <w:jc w:val="right"/>
      </w:pPr>
      <w:r>
        <w:t>ماریں گے تو رزلٹ کیا نکلے گا؟ یہ سب سوچ ان میں نہیں ہے بالکل۔ اس وجہ سے میں یہ کہوں گا کہ اگر کسی کو سچ مچ مسلمانوں کا وہ خیر خواہ ہے، ویل وشر ہے، تو سارے کام چھوڑ کر کے سنگل پوائنٹ فارمولا کیا ہونا چاہیے؟</w:t>
      </w:r>
    </w:p>
    <w:p>
      <w:r>
        <w:rPr>
          <w:b/>
        </w:rPr>
        <w:t xml:space="preserve">[1:51:11] </w:t>
      </w:r>
      <w:r>
        <w:t>education ke musalmanon ko padhana modern education. yeh ek myth tha musalmanon mein</w:t>
      </w:r>
    </w:p>
    <w:p>
      <w:pPr>
        <w:jc w:val="right"/>
      </w:pPr>
      <w:r>
        <w:t>ایجوکیشن کہ مسلمانوں کو پڑھانا ماڈرن ایجوکیشن۔ یہ ایک متھ تھا مسلمانوں میں</w:t>
      </w:r>
    </w:p>
    <w:p>
      <w:r>
        <w:rPr>
          <w:b/>
        </w:rPr>
        <w:t xml:space="preserve">[1:51:18] </w:t>
      </w:r>
      <w:r>
        <w:t>, hamare bachpan se hum suntay aaye hain ke musalman ko chahiye ke woh muslim school mein parhe. muslim is ki wajah se ab muslim school chalen zyada.</w:t>
      </w:r>
    </w:p>
    <w:p>
      <w:pPr>
        <w:jc w:val="right"/>
      </w:pPr>
      <w:r>
        <w:t>، ہمارے بچپن سے ہم سنتے آئے ہیں کہ مسلمان کو چاہیے کہ وہ مسلم اسکول میں پڑھے۔ مسلم اس کی وجہ سے اب مسلم اسکول چلیں زیادہ۔</w:t>
      </w:r>
    </w:p>
    <w:p>
      <w:r>
        <w:rPr>
          <w:b/>
        </w:rPr>
        <w:t xml:space="preserve">[1:51:28] </w:t>
      </w:r>
      <w:r>
        <w:t>yeh bilkul galat hai mere nazdeek. education for the sake of education hona chahiye. education for the sake of education. jo school available hai, wahi parho.</w:t>
      </w:r>
    </w:p>
    <w:p>
      <w:pPr>
        <w:jc w:val="right"/>
      </w:pPr>
      <w:r>
        <w:t>یہ بالکل غلط ہے میرے نزدیک۔ ایجوکیشن فار دا سیک اف ایجوکیشن ہونا چاہیے۔ ایجوکیشن فار دا سیک اف ایجوکیشن۔ جو اسکول اویلیبل ہے، وہی پڑھو۔</w:t>
      </w:r>
    </w:p>
    <w:p>
      <w:r>
        <w:rPr>
          <w:b/>
        </w:rPr>
        <w:t xml:space="preserve">[1:51:38] </w:t>
      </w:r>
      <w:r>
        <w:t>hindu school, christian school, parsi school, sikh school, government school, jo bhi ho. is education for the sake of edu</w:t>
      </w:r>
    </w:p>
    <w:p>
      <w:pPr>
        <w:jc w:val="right"/>
      </w:pPr>
      <w:r>
        <w:t>ہندو اسکول، کرسچن اسکول، پارسی اسکول، سکھ اسکول، گورنمنٹ اسکول، جو بھی ہو۔ اس ایجوکیشن فار دا سیک اف ایجو</w:t>
      </w:r>
    </w:p>
    <w:p>
      <w:r>
        <w:rPr>
          <w:b/>
        </w:rPr>
        <w:t xml:space="preserve">[1:51:46] </w:t>
      </w:r>
      <w:r>
        <w:t>cation. yaani musalmanon ko do so saal beet gaye, yahi daryaft nahi kar sake ke education for the sake of education. abhi bhi nahi yeh boli musalmanon mein aayi hai.</w:t>
      </w:r>
    </w:p>
    <w:p>
      <w:pPr>
        <w:jc w:val="right"/>
      </w:pPr>
      <w:r>
        <w:t>کیشن۔ یعنی مسلمانوں کو دو سو سال بیت گئے، یہی دریافت نہیں کر سکے کہ ایجوکیشن فار دا سیک اف ایجوکیشن۔ ابھی بھی نہیں یہ بولی مسلمانوں میں آئی ہے۔</w:t>
      </w:r>
    </w:p>
    <w:p>
      <w:r>
        <w:rPr>
          <w:b/>
        </w:rPr>
        <w:t xml:space="preserve">[1:51:55] </w:t>
      </w:r>
      <w:r>
        <w:t>do so saal beet gaye, yaad rakhiye, abhi bhi yeh discover nahi kar sake ke education for the sake of education sahi formula hai. abhi isi myth mein jee rahe hain, isi myth mein abhi tak jee rahe hain.</w:t>
      </w:r>
    </w:p>
    <w:p>
      <w:pPr>
        <w:jc w:val="right"/>
      </w:pPr>
      <w:r>
        <w:t>دو سو سال بیت گئے، یاد رکھیے، ابھی بھی یہ ڈسکور نہیں کر سکے کہ ایجوکیشن فار دا سیک اف ایجوکیشن صحیح فارمولا ہے۔ ابھی اسی متھ میں جی رہے ہیں، اسی متھ میں ابھی تک جی رہے ہیں۔</w:t>
      </w:r>
    </w:p>
    <w:p>
      <w:r>
        <w:rPr>
          <w:b/>
        </w:rPr>
        <w:t xml:space="preserve">[1:52:08] </w:t>
      </w:r>
      <w:r>
        <w:t>woh</w:t>
      </w:r>
    </w:p>
    <w:p>
      <w:pPr>
        <w:jc w:val="right"/>
      </w:pPr>
      <w:r>
        <w:t>وہ</w:t>
      </w:r>
    </w:p>
    <w:p>
      <w:r>
        <w:rPr>
          <w:b/>
        </w:rPr>
        <w:t xml:space="preserve">[1:52:10] </w:t>
      </w:r>
      <w:r>
        <w:t>to apne backwardness ka woh dete hain, yaani ilzaam doosron ko. main poore poori jaankari se keh raha hoon ke yeh bilkul jhooti baat hai ke America is enemy number one of Islam.</w:t>
      </w:r>
    </w:p>
    <w:p>
      <w:pPr>
        <w:jc w:val="right"/>
      </w:pPr>
      <w:r>
        <w:t>تو اپنے بیکورڈنس کا وہ دیتے ہیں، یعنی الزام دوسروں کو۔ میں پورے پوری جانکاری سے کہہ رہا ہوں کہ یہ بالکل جھوٹی بات ہے کہ امریکہ از اینمی نمبر ون اف اسلام۔</w:t>
      </w:r>
    </w:p>
    <w:p>
      <w:r>
        <w:rPr>
          <w:b/>
        </w:rPr>
        <w:t xml:space="preserve">[1:52:25] </w:t>
      </w:r>
      <w:r>
        <w:t>harghiz enemy nahi hai, woh na koi enemy aap ka hai, na hindu enemy hai, na RSS enemy nahi hai aap ka. yeh jhooti baat hai ke RSS enemy hai aap ka.</w:t>
      </w:r>
    </w:p>
    <w:p>
      <w:pPr>
        <w:jc w:val="right"/>
      </w:pPr>
      <w:r>
        <w:t>ہرگز اینمی نہیں ہے، وہ نہ کوئی اینمی آپ کا ہے، نہ ہندو اینمی ہے، نہ آر ایس ایس اینمی نہیں ہے آپ کا۔ یہ جھوٹی بات ہے کہ آر ایس ایس اینمی ہے آپ کا۔</w:t>
      </w:r>
    </w:p>
    <w:p>
      <w:r>
        <w:rPr>
          <w:b/>
        </w:rPr>
        <w:t xml:space="preserve">[1:52:36] </w:t>
      </w:r>
      <w:r>
        <w:t>RSS pro hindu community hai, na ke anti muslim community.</w:t>
      </w:r>
    </w:p>
    <w:p>
      <w:pPr>
        <w:jc w:val="right"/>
      </w:pPr>
      <w:r>
        <w:t>آر ایس ایس پرو ہندو کمیونٹی ہے، نہ کہ اینٹی مسلم کمیونٹی۔</w:t>
      </w:r>
    </w:p>
    <w:p>
      <w:r>
        <w:rPr>
          <w:b/>
        </w:rPr>
        <w:t xml:space="preserve">[1:52:40] </w:t>
      </w:r>
      <w:r>
        <w:t>ek hi ek hi is mein batata hoon main aap ko. RSS jo hai, is ki pro hindu thinking hai, na ke anti muslim thinking. yeh bhi nahi jaante musalman.</w:t>
      </w:r>
    </w:p>
    <w:p>
      <w:pPr>
        <w:jc w:val="right"/>
      </w:pPr>
      <w:r>
        <w:t>ایک ہی ایک ہی اس میں بتاتا ہوں میں آپ کو۔ آر ایس ایس جو ہے، اس کی پرو ہندو تھنکنگ ہے، نہ کہ اینٹی مسلم تھنکنگ۔ یہ بھی نہیں جانتے مسلمان۔</w:t>
      </w:r>
    </w:p>
    <w:p>
      <w:r>
        <w:rPr>
          <w:b/>
        </w:rPr>
        <w:t xml:space="preserve">[1:52:50] </w:t>
      </w:r>
      <w:r>
        <w:t>koi ek bhi musalman yeh nahi bata saka musalmanon ko, koi ek muslim leader ke RSS ka case jo hai, pro hindu thinking case hai, anti muslim thinking case nahi hai.</w:t>
      </w:r>
    </w:p>
    <w:p>
      <w:pPr>
        <w:jc w:val="right"/>
      </w:pPr>
      <w:r>
        <w:t>کوئی ایک بھی مسلمان یہ نہیں بتا سکا مسلمانوں کو، کوئی ایک مسلم لیڈر کہ آر ایس ایس کا کیس جو ہے، پرو ہندو تھنکنگ کیس ہے، اینٹی مسلم تھنکنگ کیس نہیں ہے۔</w:t>
      </w:r>
    </w:p>
    <w:p>
      <w:r>
        <w:rPr>
          <w:b/>
        </w:rPr>
        <w:t xml:space="preserve">[1:53:03] </w:t>
      </w:r>
      <w:r>
        <w:t>yeh hai kami musalmanon ke andar. to yahan se humein musalmanon ki islaah ka kaam karna chahiye.</w:t>
      </w:r>
    </w:p>
    <w:p>
      <w:pPr>
        <w:jc w:val="right"/>
      </w:pPr>
      <w:r>
        <w:t>یہ ہے کمی مسلمانوں کے اندر۔ تو یہاں سے ہمیں مسلمانوں کی اصلاح کا کام کرنا چاہیے۔</w:t>
      </w:r>
    </w:p>
    <w:p>
      <w:r>
        <w:rPr>
          <w:b/>
        </w:rPr>
        <w:t xml:space="preserve">[1:53:14] </w:t>
      </w:r>
      <w:r>
        <w:t>rana in continuation to what you just replied, sadia has a question, but the people involved in the recent glasgow plot were educated muslims, doctors and engineers.</w:t>
      </w:r>
    </w:p>
    <w:p>
      <w:pPr>
        <w:jc w:val="right"/>
      </w:pPr>
      <w:r>
        <w:t>رانا ان کنٹینیوشن ٹو واٹ یو جسٹ ریپلائیڈ، سعدیہ ہیز ا کوئسچن، بٹ دی پیپل انوالوڈ ان دا ریسنٹ گلاسگو پلاٹ وار ایجوکیٹڈ مسلمز، ڈاکٹرز اینڈ انجینئرز۔</w:t>
      </w:r>
    </w:p>
    <w:p>
      <w:r>
        <w:rPr>
          <w:b/>
        </w:rPr>
        <w:t xml:space="preserve">[1:53:26] </w:t>
      </w:r>
      <w:r>
        <w:t>please comment.</w:t>
      </w:r>
    </w:p>
    <w:p>
      <w:pPr>
        <w:jc w:val="right"/>
      </w:pPr>
      <w:r>
        <w:t>پلیز کمنٹ۔</w:t>
      </w:r>
    </w:p>
    <w:p>
      <w:r>
        <w:rPr>
          <w:b/>
        </w:rPr>
        <w:t xml:space="preserve">[1:53:28] </w:t>
      </w:r>
      <w:r>
        <w:t>haan, dekhiye,</w:t>
      </w:r>
    </w:p>
    <w:p>
      <w:pPr>
        <w:jc w:val="right"/>
      </w:pPr>
      <w:r>
        <w:t>ہاں، دیکھیے،</w:t>
      </w:r>
    </w:p>
    <w:p>
      <w:r>
        <w:rPr>
          <w:b/>
        </w:rPr>
        <w:t xml:space="preserve">[1:53:32] </w:t>
      </w:r>
      <w:r>
        <w:t>kisi samaj mein aap hain to jab tak poore samaj mein education nahi phailayegi, to aap culturally aur intellectually aap usi ka part rahenge.</w:t>
      </w:r>
    </w:p>
    <w:p>
      <w:pPr>
        <w:jc w:val="right"/>
      </w:pPr>
      <w:r>
        <w:t>کسی سماج میں آپ ہیں تو جب تک پورے سماج میں ایجوکیشن نہیں پھیلے گی، تو آپ کلچرلی اور انٹلیکچولی آپ اسی کا پارٹ رہیں گے۔</w:t>
      </w:r>
    </w:p>
    <w:p>
      <w:r>
        <w:rPr>
          <w:b/>
        </w:rPr>
        <w:t xml:space="preserve">[1:53:44] </w:t>
      </w:r>
      <w:r>
        <w:t>kyunke woh log jo thay, woh jis ghar mein paye badhe, wahan wahi negative baatein hoti theen, hate ki baatein hoti theen.</w:t>
      </w:r>
    </w:p>
    <w:p>
      <w:pPr>
        <w:jc w:val="right"/>
      </w:pPr>
      <w:r>
        <w:t>کیونکہ وہ لوگ جو تھے، وہ جس گھر میں پلے بڑھے، وہاں وہی نیگیٹیو باتیں ہوتی تھیں، ہیٹ کی باتیں ہوتی تھیں۔</w:t>
      </w:r>
    </w:p>
    <w:p>
      <w:r>
        <w:rPr>
          <w:b/>
        </w:rPr>
        <w:t xml:space="preserve">[1:53:55] </w:t>
      </w:r>
      <w:r>
        <w:t>jahan gaye, har jagah mein jaanta hoon ke musalman aapas mein rehte hain. har mulk mein main jaanta hoon ke woh musalman musalman se milta hai, doosron se milta nahi hai.</w:t>
      </w:r>
    </w:p>
    <w:p>
      <w:pPr>
        <w:jc w:val="right"/>
      </w:pPr>
      <w:r>
        <w:t>جہاں گئے، ہر جگہ میں جانتا ہوں کہ مسلمان آپس میں رہتے ہیں۔ ہر ملک میں میں جانتا ہوں کہ وہ مسلمان مسلمانوں سے ملتا ہے، دوسروں سے ملتا نہیں ہے۔</w:t>
      </w:r>
    </w:p>
    <w:p>
      <w:r>
        <w:rPr>
          <w:b/>
        </w:rPr>
        <w:t xml:space="preserve">[1:54:06] </w:t>
      </w:r>
      <w:r>
        <w:t>misal ke taur par, main bataoon aap ko ke ek ek India ke ek musalman gaye America, do mahine rahe woh, to unhone kitaab chhapi. do mahine America mein kitaab ka title hai, do mahine America mein, aur poori kitaab mein maine padha, is ko ek bhi kisi american se in ka milna nahi hua.</w:t>
      </w:r>
    </w:p>
    <w:p>
      <w:pPr>
        <w:jc w:val="right"/>
      </w:pPr>
      <w:r>
        <w:t>مثلاً، میں بتاؤں آپ کو کہ ایک ایک انڈیا کے ایک مسلمان گئے امریکہ، دو مہینے رہے وہ، تو انہوں نے کتاب چھاپی۔ دو مہینے امریکہ میں کتاب کا ٹائٹل ہے، دو مہینے امریکہ میں، اور پوری کتاب میں میں نے پڑھا، اس کو ایک بھی کسی امریکن سے ان کا ملنا نہیں ہوا۔</w:t>
      </w:r>
    </w:p>
    <w:p>
      <w:r>
        <w:rPr>
          <w:b/>
        </w:rPr>
        <w:t xml:space="preserve">[1:54:26] </w:t>
      </w:r>
      <w:r>
        <w:t>aap ghaur kijiye ke do mahine America mein rehta hai ek aadmi, aur kisi ek badi american se milta nahi kabhi. woh milta kis se? musalmanon se. to maine kaha, is ka title hona chahiye ke do mahine America mein rehne wale musalmanon mein.</w:t>
      </w:r>
    </w:p>
    <w:p>
      <w:pPr>
        <w:jc w:val="right"/>
      </w:pPr>
      <w:r>
        <w:t>آپ غور کیجئے کہ دو مہینے امریکہ میں رہتا ہے ایک آدمی، اور کسی ایک بڑی امریکن سے ملتا نہیں کبھی۔ وہ ملتا کس سے؟ مسلمانوں سے۔ تو میں نے کہا، اس کا ٹائٹل ہونا چاہیے کہ دو مہینے امریکہ میں رہنے والے مسلمانوں میں۔</w:t>
      </w:r>
    </w:p>
    <w:p>
      <w:r>
        <w:rPr>
          <w:b/>
        </w:rPr>
        <w:t xml:space="preserve">[1:54:40] </w:t>
      </w:r>
      <w:r>
        <w:t>jab aap interaction nahi karenge to aap janenge kya duniya ko. to yeh jo unhone glasgow wala qissa hai, in ka mamla yeh tha ke woh wahan kamane ke liye to gaye, interaction in ka musalmanon ke saath tha.</w:t>
      </w:r>
    </w:p>
    <w:p>
      <w:pPr>
        <w:jc w:val="right"/>
      </w:pPr>
      <w:r>
        <w:t>جب آپ انٹریکشن نہیں کریں گے تو آپ جانیں گے کیا دنیا کو۔ تو یہ جو انہوں نے گلاسگو والا قصہ ہے، ان کا معاملہ یہ تھا کہ وہ وہاں کمانے کے لیے تو گئے، انٹریکشن ان کا مسلمانوں کے ساتھ تھا۔</w:t>
      </w:r>
    </w:p>
    <w:p>
      <w:r>
        <w:rPr>
          <w:b/>
        </w:rPr>
        <w:t xml:space="preserve">[1:54:53] </w:t>
      </w:r>
      <w:r>
        <w:t>kamane ke liye wahan par gaye, woh</w:t>
      </w:r>
    </w:p>
    <w:p>
      <w:pPr>
        <w:jc w:val="right"/>
      </w:pPr>
      <w:r>
        <w:t>کمانے کے لیے وہاں پر گئے، وہ</w:t>
      </w:r>
    </w:p>
    <w:p>
      <w:r>
        <w:rPr>
          <w:b/>
        </w:rPr>
        <w:t xml:space="preserve">[1:54:56] </w:t>
      </w:r>
      <w:r>
        <w:t>interaction unka tha musalmanon mein, musalmanon ke sath khana peena, musalmanon ke sath masjid mein jana, musalmanon ke sath hawa karna. bas to culturely woh musalmanon mein rahe.</w:t>
      </w:r>
    </w:p>
    <w:p>
      <w:pPr>
        <w:jc w:val="right"/>
      </w:pPr>
      <w:r>
        <w:t>انٹریکشن ان کا تھا مسلمانوں میں، مسلمانوں کے ساتھ کھانا پینا، مسلمانوں کے ساتھ مسجد میں جانا، مسلمانوں کے ساتھ ہوا کرنا۔ بس تو کلچرلی وہ مسلمانوں میں رہے۔</w:t>
      </w:r>
    </w:p>
    <w:p>
      <w:r>
        <w:rPr>
          <w:b/>
        </w:rPr>
        <w:t xml:space="preserve">[1:55:09] </w:t>
      </w:r>
      <w:r>
        <w:t>education degree kamane mein liya unhon ne taake wahan par ek service mil jaye un ko. main is waqt bohat mila hoon, bohat un ko janta hoon main un ko, kyunke sari thinking wahi hoti hai.</w:t>
      </w:r>
    </w:p>
    <w:p>
      <w:pPr>
        <w:jc w:val="right"/>
      </w:pPr>
      <w:r>
        <w:t>ایجوکیشن ڈگری کمانے میں لیا انہوں نے تاکہ وہاں پر ایک سروس مل جائے ان کو۔ میں اس وقت بہت ملا ہوں، بہت ان کو جانتا ہوں میں ان کو، کیونکہ ساری تھنکنگ وہی ہوتی ہے۔</w:t>
      </w:r>
    </w:p>
    <w:p>
      <w:r>
        <w:rPr>
          <w:b/>
        </w:rPr>
        <w:t xml:space="preserve">[1:55:18] </w:t>
      </w:r>
      <w:r>
        <w:t>kyun? muslim samaj mein jeete hain. main akela hoon jo bahar jata hai to bahar doosron se milta hai.</w:t>
      </w:r>
    </w:p>
    <w:p>
      <w:pPr>
        <w:jc w:val="right"/>
      </w:pPr>
      <w:r>
        <w:t>کیوں؟ مسلم سماج میں جیتے ہیں۔ میں اکیلا ہوں جو باہر جاتا ہے تو باہر دوسروں سے ملتا ہے۔</w:t>
      </w:r>
    </w:p>
    <w:p>
      <w:r>
        <w:rPr>
          <w:b/>
        </w:rPr>
        <w:t xml:space="preserve">[1:55:25] </w:t>
      </w:r>
      <w:r>
        <w:t>aap pata kar lijiye, jo log jate hain bahar, bahar milte nahi kahin se. apne logon ko mile, hawa kya? biryani ka wahan bhi biryani chalti hai. yaani bahar ke deshon mein bhi musalman wahi biryani paka paka ke khate hain.</w:t>
      </w:r>
    </w:p>
    <w:p>
      <w:pPr>
        <w:jc w:val="right"/>
      </w:pPr>
      <w:r>
        <w:t>آپ پتہ کر لیجئے، جو لوگ جاتے ہیں باہر، باہر ملتے نہیں کہیں سے۔ اپنے لوگوں کو ملے، ہوا کیا؟ بریانی کا وہاں بھی بریانی چلتی ہے۔ یعنی باہر کے دیشوں میں بھی مسلمان وہی بریانی پکا پکا کے کھاتے ہیں۔</w:t>
      </w:r>
    </w:p>
    <w:p>
      <w:r>
        <w:rPr>
          <w:b/>
        </w:rPr>
        <w:t xml:space="preserve">[1:55:39] </w:t>
      </w:r>
      <w:r>
        <w:t>to wahan bhi wahi biryani, wahi musalman, wahi oha. bas gaye isi aur loot aaye. un ki abhi jo hai, chuki bohat hi tiny minority ne musalmanon mein modern education liya hai,</w:t>
      </w:r>
    </w:p>
    <w:p>
      <w:pPr>
        <w:jc w:val="right"/>
      </w:pPr>
      <w:r>
        <w:t>تو وہاں بھی وہی بریانی، وہی مسلمان، وہی اوہا۔ بس گئے اسی اور لوٹ آئے۔ ان کی ابھی جو ہے، چونکہ بہت ہی ٹائنی مائنورٹی نے مسلمانوں میں ماڈرن ایجوکیشن لیا ہے،</w:t>
      </w:r>
    </w:p>
    <w:p>
      <w:r>
        <w:rPr>
          <w:b/>
        </w:rPr>
        <w:t xml:space="preserve">[1:55:53] </w:t>
      </w:r>
      <w:r>
        <w:t>jab</w:t>
      </w:r>
    </w:p>
    <w:p>
      <w:pPr>
        <w:jc w:val="right"/>
      </w:pPr>
      <w:r>
        <w:t>جب</w:t>
      </w:r>
    </w:p>
    <w:p>
      <w:r>
        <w:rPr>
          <w:b/>
        </w:rPr>
        <w:t xml:space="preserve">[1:55:54] </w:t>
      </w:r>
      <w:r>
        <w:t>tak pure samaj mein nahi phailay gi modern education, tab tak culture nahi badlega, thinking nahi badlegi, aur social conditions nahi badlen gi.</w:t>
      </w:r>
    </w:p>
    <w:p>
      <w:pPr>
        <w:jc w:val="right"/>
      </w:pPr>
      <w:r>
        <w:t>تک پورے سماج میں نہیں پھیلے گی ماڈرن ایجوکیشن، تب تک کلچر نہیں بدلے گا، تھنکنگ نہیں بدلے گی، اور سوشل کنڈیشنز نہیں بدلیں گی۔</w:t>
      </w:r>
    </w:p>
    <w:p>
      <w:r>
        <w:rPr>
          <w:b/>
        </w:rPr>
        <w:t xml:space="preserve">[1:56:04] </w:t>
      </w:r>
      <w:r>
        <w:t>yeh meri finding hai. das question is from doctor farida khanum: is it possible for women with so many distractions in their life to have a continuous intellectual development?</w:t>
      </w:r>
    </w:p>
    <w:p>
      <w:pPr>
        <w:jc w:val="right"/>
      </w:pPr>
      <w:r>
        <w:t>یہ میری فائنڈنگ ہے۔ دس کوئسچن از فرام ڈاکٹر فریدہ خانم: از اٹ پوسیبل فار وومن ود سو مینی ڈسٹریکشنز ان دیر لائف ٹو ہیو ا کنٹینیوس انٹلیکچول ڈیویلپمنٹ؟</w:t>
      </w:r>
    </w:p>
    <w:p>
      <w:r>
        <w:rPr>
          <w:b/>
        </w:rPr>
        <w:t xml:space="preserve">[1:56:20] </w:t>
      </w:r>
      <w:r>
        <w:t>dekhiye, possible to har cheez hoti hai,</w:t>
      </w:r>
    </w:p>
    <w:p>
      <w:pPr>
        <w:jc w:val="right"/>
      </w:pPr>
      <w:r>
        <w:t>دیکھیے، پاسیبل تو ہر چیز ہوتی ہے،</w:t>
      </w:r>
    </w:p>
    <w:p>
      <w:r>
        <w:rPr>
          <w:b/>
        </w:rPr>
        <w:t xml:space="preserve">[1:56:26] </w:t>
      </w:r>
      <w:r>
        <w:t>possible har cheez hoti hai. jo cheez chahiye woh hai, yaani determination. determination har aadmi ki zindagi mein distraction hota hi hota hai.</w:t>
      </w:r>
    </w:p>
    <w:p>
      <w:pPr>
        <w:jc w:val="right"/>
      </w:pPr>
      <w:r>
        <w:t>پاسیبل ہر چیز ہوتی ہے۔ جو چیز چاہیے وہ ہے، یعنی ڈیٹرمینیشن۔ ڈیٹرمینیشن ہر آدمی کی زندگی میں ڈسٹریکشن ہوتا ہی ہوتا ہے۔</w:t>
      </w:r>
    </w:p>
    <w:p>
      <w:r>
        <w:rPr>
          <w:b/>
        </w:rPr>
        <w:t xml:space="preserve">[1:56:39] </w:t>
      </w:r>
      <w:r>
        <w:t>hamari zindagi mein har waqt hota rehta hai distraction. lekin mera manna kya hai ke main apni positivity ka erosion main tolerate nahi karunga.</w:t>
      </w:r>
    </w:p>
    <w:p>
      <w:pPr>
        <w:jc w:val="right"/>
      </w:pPr>
      <w:r>
        <w:t>ہماری زندگی میں ہر وقت ہوتا رہتا ہے ڈسٹریکشن۔ لیکن میرا ماننا کیا ہے کہ میں اپنی پازیٹیوٹی کا ایروژن میں ٹولریٹ نہیں کروں گا۔</w:t>
      </w:r>
    </w:p>
    <w:p>
      <w:r>
        <w:rPr>
          <w:b/>
        </w:rPr>
        <w:t xml:space="preserve">[1:56:52] </w:t>
      </w:r>
      <w:r>
        <w:t>yeh meri kehna hai mera</w:t>
      </w:r>
    </w:p>
    <w:p>
      <w:pPr>
        <w:jc w:val="right"/>
      </w:pPr>
      <w:r>
        <w:t>یہ میری کہنا ہے میرا</w:t>
      </w:r>
    </w:p>
    <w:p>
      <w:r>
        <w:rPr>
          <w:b/>
        </w:rPr>
        <w:t xml:space="preserve">[1:56:55] </w:t>
      </w:r>
      <w:r>
        <w:t>ke main apni positivity ka erosion tolerate nahi kar sakta. har doosri cheez tolerate karunga. to nateeja ek kya hai ke main is ko avoid karta hoon, avoid karta hoon, avoid karta hoon.</w:t>
      </w:r>
    </w:p>
    <w:p>
      <w:pPr>
        <w:jc w:val="right"/>
      </w:pPr>
      <w:r>
        <w:t>کہ میں اپنی پازیٹیوٹی کا ایروژن ٹولریٹ نہیں کر سکتا۔ ہر دوسری چیز ٹولریٹ کروں گا۔ تو نتیجہ ایک کیا ہے کہ میں اس کو اوائڈ کرتا ہوں، اوائڈ کرتا ہوں، اوائڈ کرتا ہوں۔</w:t>
      </w:r>
    </w:p>
    <w:p>
      <w:r>
        <w:rPr>
          <w:b/>
        </w:rPr>
        <w:t xml:space="preserve">[1:57:06] </w:t>
      </w:r>
      <w:r>
        <w:t>badi badi baaton ko, bohat badi badi baaton ko avoid karta hoon. choti choti nahi, yaani hamare bahar jaisi baaton ko avoid karta hoon bilkul taake meri positivity, positivity jo hai, woh kam na hone paye.</w:t>
      </w:r>
    </w:p>
    <w:p>
      <w:pPr>
        <w:jc w:val="right"/>
      </w:pPr>
      <w:r>
        <w:t>بڑی بڑی باتوں کو، بہت بڑی بڑی باتوں کو اوائڈ کرتا ہوں۔ چھوٹی چھوٹی نہیں، یعنی ہمارے باہر جیسی باتیں کو اوائڈ کرتا ہوں بالکل تاکہ میری پازیٹیوٹی، پازیٹیوٹی جو ہے، وہ کم نہ ہونے پائے۔</w:t>
      </w:r>
    </w:p>
    <w:p>
      <w:r>
        <w:rPr>
          <w:b/>
        </w:rPr>
        <w:t xml:space="preserve">[1:57:22] </w:t>
      </w:r>
      <w:r>
        <w:t>to yeh yeh to karna padega.</w:t>
      </w:r>
    </w:p>
    <w:p>
      <w:pPr>
        <w:jc w:val="right"/>
      </w:pPr>
      <w:r>
        <w:t>تو یہ یہ تو کرنا پڑے گا۔</w:t>
      </w:r>
    </w:p>
    <w:p>
      <w:r>
        <w:rPr>
          <w:b/>
        </w:rPr>
        <w:t xml:space="preserve">[1:57:24] </w:t>
      </w:r>
      <w:r>
        <w:t>yeh aurat mard ki baat nahi hai. main samajhta hoon ke yeh aurat mard ki baat nahi hai. dekhiye, aurat ka aur mard ka case jo hai, sirf ek aitbaar se difference in mein hai.</w:t>
      </w:r>
    </w:p>
    <w:p>
      <w:pPr>
        <w:jc w:val="right"/>
      </w:pPr>
      <w:r>
        <w:t>یہ عورت مرد کی بات نہیں ہے۔ میں سمجھتا ہوں کہ یہ عورت مرد کی بات نہیں ہے۔ دیکھیے، عورت کا اور مرد کا کیس جو ہے، صرف ایک اعتبار سے ڈفرنس ان میں ہے۔</w:t>
      </w:r>
    </w:p>
    <w:p>
      <w:r>
        <w:rPr>
          <w:b/>
        </w:rPr>
        <w:t xml:space="preserve">[1:57:35] </w:t>
      </w:r>
      <w:r>
        <w:t>sirf ek aitbaar se aurat emotional hoti hai, mard egoist hota hai, aur koi difference nahi hai. to emotional jo hai, us ke distraction honge us tarah se, us tarah se is ka bhi distraction honge ke zara si baat mein us ke ego touch ho jayega, ab woh ghussa ho jayega.</w:t>
      </w:r>
    </w:p>
    <w:p>
      <w:pPr>
        <w:jc w:val="right"/>
      </w:pPr>
      <w:r>
        <w:t>صرف ایک اعتبار سے عورت ایموشنل ہوتی ہے، مرد ایگوئسٹ ہوتا ہے، اور کوئی ڈفرنس نہیں ہے۔ تو ایموشنل جو ہے، اس کے ڈسٹریکشن ہوں گے اس طرح سے، اس طرح سے اس کا بھی ڈسٹریکشن ہوں گے کہ ذرا سی بات میں اس کے ایگو ٹچ ہو جائے گا، اب وہ غصہ ہو جائے گا۔</w:t>
      </w:r>
    </w:p>
    <w:p>
      <w:r>
        <w:rPr>
          <w:b/>
        </w:rPr>
        <w:t xml:space="preserve">[1:57:51] </w:t>
      </w:r>
      <w:r>
        <w:t>woh</w:t>
      </w:r>
    </w:p>
    <w:p>
      <w:pPr>
        <w:jc w:val="right"/>
      </w:pPr>
      <w:r>
        <w:t>وہ</w:t>
      </w:r>
    </w:p>
    <w:p>
      <w:r>
        <w:rPr>
          <w:b/>
        </w:rPr>
        <w:t xml:space="preserve">[1:57:53] </w:t>
      </w:r>
      <w:r>
        <w:t>jis tarah us ke emotion jaag padte hain aurat ke kisi baat par, aise hi mard ka bhi jaagta hai. kyunke egoist aadmi jo hoga, woh chahega har baat mere matlab ki ho.</w:t>
      </w:r>
    </w:p>
    <w:p>
      <w:pPr>
        <w:jc w:val="right"/>
      </w:pPr>
      <w:r>
        <w:t>جس طرح اس کے ایموشن جاگ پڑتے ہیں عورت کے کسی بات پر، ایسے ہی مرد کا بھی جاگتا ہے۔ کیونکہ ایگوئسٹ آدمی جو ہوگا، وہ چاہے گا ہر بات میرے مطلب کی ہو۔</w:t>
      </w:r>
    </w:p>
    <w:p>
      <w:r>
        <w:rPr>
          <w:b/>
        </w:rPr>
        <w:t xml:space="preserve">[1:58:03] </w:t>
      </w:r>
      <w:r>
        <w:t>zara sa koi usay criticize kar diya to bas us ko, us ko, us ka ego jo hai, bhadak uthega. to distraction dono ke liye hai, dono ko apne emotion, un ko apne emotion ko control karna hai, un ko apne ego control karna</w:t>
      </w:r>
    </w:p>
    <w:p>
      <w:pPr>
        <w:jc w:val="right"/>
      </w:pPr>
      <w:r>
        <w:t>ذرا سا کوئی اسے کریٹیسائز کر دیا تو بس اس کو، اس کو، اس کا ایگو جو ہے، بھڑک اٹھے گا۔ تو ڈسٹریکشن دونوں کے لیے ہے، دونوں کو اپنے ایموشن، ان کو اپنے ایموشن کو کنٹرول کرنا ہے، ان کو اپنے ایگو کنٹرول کرنا</w:t>
      </w:r>
    </w:p>
    <w:p>
      <w:r>
        <w:rPr>
          <w:b/>
        </w:rPr>
        <w:t xml:space="preserve">[1:58:18] </w:t>
      </w:r>
      <w:r>
        <w:t>hai. nahi to woh bhi distraction ke shikar honge, woh bhi distraction ke shikar ho jayenge.</w:t>
      </w:r>
    </w:p>
    <w:p>
      <w:pPr>
        <w:jc w:val="right"/>
      </w:pPr>
      <w:r>
        <w:t>ہے۔ نہیں تو وہ بھی ڈسٹریکشن کے شکار ہوں گے، وہ بھی ڈسٹریکشن کے شکار ہو جائیں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