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on Eid al-Fitr March 31, 2025</w:t>
      </w:r>
    </w:p>
    <w:p>
      <w:r>
        <w:t>https://youtu.be/Jy7FoybhCUc</w:t>
      </w:r>
    </w:p>
    <w:p>
      <w:r>
        <w:rPr>
          <w:b/>
        </w:rPr>
        <w:t xml:space="preserve">[00:12] </w:t>
      </w:r>
      <w:r>
        <w:t>aaj eid ke mauke par main aap sab logon ko eid ki mubarak baat dena chahti hoon. to is mauke par kuch baatein hum yaad dilana chahenge jo ki hum sab log jante hain usko bas refresh karna, remind karna. to yeh roza jo hum ne ek mahine ka rakha hai to is mein bohat sari baatein jo hain hum ne uski training hasil ki hai.</w:t>
      </w:r>
    </w:p>
    <w:p>
      <w:pPr>
        <w:jc w:val="right"/>
      </w:pPr>
      <w:r>
        <w:t>आज ईद के मौके पर मैं आप सब लोगों को ईद की मुबारक बात देना चाहती हूं. तो इस मौके पर कुछ बातें हम याद दिलाना चाहेंगे जो कि हम सब लोग जानते हैं उसको बस refresh करना, remind करना. तो यह रोज़ा जो हमने एक महीने का रखा है तो इसमें बहुत सारी बातें जो हैं हमने उसकी training हासिल की है.</w:t>
      </w:r>
    </w:p>
    <w:p>
      <w:r>
        <w:rPr>
          <w:b/>
        </w:rPr>
        <w:t xml:space="preserve">[00:36] </w:t>
      </w:r>
      <w:r>
        <w:t>to roza ek qism ka aap samajh lijiye ke is duniya ki zindagi ko symbolize karta hai aur iftar jo hai woh akhirat ki zindagi ko symbolize karta hai. roza goya ke ek test hai aur akhirat ki zindagi jo hai uska result hai.</w:t>
      </w:r>
    </w:p>
    <w:p>
      <w:pPr>
        <w:jc w:val="right"/>
      </w:pPr>
      <w:r>
        <w:t>तो रोज़ा एक किस्म का आप समझ लीजिए कि इस दुनिया की ज़िंदगी को symbolize करता है और इफ़्तार जो है वह आख़िरत की ज़िंदगी को symbolize करता है. रोज़ा गोया के एक test है और आख़िरत की ज़िंदगी जो है उसका result है.</w:t>
      </w:r>
    </w:p>
    <w:p>
      <w:r>
        <w:rPr>
          <w:b/>
        </w:rPr>
        <w:t xml:space="preserve">[00:55] </w:t>
      </w:r>
      <w:r>
        <w:t>to hum logon ko us baat ke liye alert rahein, conscious rahein taake hum jo roze mein jo hum ne tarbiyat hasil ki hai, usko continue kar payein. kyunke jo ek mahine ki jo tarbiyat hoti hai, woh habit form mein hi hoti hai. agar hum ne sahi spirit ke sath roza rakha hai, sabr ke sath, aqal ke sath, bardasht ke sath, to yeh hamari zindagi ka ek hissa ban jata hai.</w:t>
      </w:r>
    </w:p>
    <w:p>
      <w:pPr>
        <w:jc w:val="right"/>
      </w:pPr>
      <w:r>
        <w:t>तो हम लोगों को उस बात के लिए alert रहें, conscious रहें ताकि हम जो रोज़े में जो हमने तरबीयत हासिल की है, उसको continue कर पाएं. क्योंकि जो एक महीने की जो तरबीयत होती है, वह habit form में ही होती है. अगर हमने सही spirit के साथ रोज़ा रखा है, सब्र के साथ, अक्वा के साथ, बर्दाश्त के साथ, तो यह हमारी ज़िंदगी का एक हिस्सा वन जाता है.</w:t>
      </w:r>
    </w:p>
    <w:p>
      <w:r>
        <w:rPr>
          <w:b/>
        </w:rPr>
        <w:t xml:space="preserve">[01:25] </w:t>
      </w:r>
      <w:r>
        <w:t>kyunki humein ek spiritual life is duniya mein guzarni hai. insaan ek spiritual makhluk hi hai lekin is material world mein humko bahut sari cheezein aisi hoti hain jis jo jo jo hamari conditioning karti rehti hain.</w:t>
      </w:r>
    </w:p>
    <w:p>
      <w:pPr>
        <w:jc w:val="right"/>
      </w:pPr>
      <w:r>
        <w:t>क्योंकि हमें एक spiritual life इस दुनिया में गुज़ारनी है. इंसान एक spiritual मक्लोक ही है लेकिन इस material world में हमको बहुत सारी चीज़ें ऐसी होती हैं जिस जो जो जो हमारी conditioning करती रहती हैं.</w:t>
      </w:r>
    </w:p>
    <w:p>
      <w:r>
        <w:rPr>
          <w:b/>
        </w:rPr>
        <w:t xml:space="preserve">[01:41] </w:t>
      </w:r>
      <w:r>
        <w:t>to yahi isiliye roza hamein yaad dilata hai ki humko ek spiritual life guzarni hai aur jo apni spiritual development apna kar paega usi ke liye aakhirat mein achha inaam milega. to yeh life kaise banegi? kyunki roze ke baad bhi hamein aisa karna hai ki gharon mein hum wahi charcha karein.</w:t>
      </w:r>
    </w:p>
    <w:p>
      <w:pPr>
        <w:jc w:val="right"/>
      </w:pPr>
      <w:r>
        <w:t>तो यही इसीलिए रोज़ा हमें याद दिलाता है कि हमको एक spiritual life गुज़ारनी है और जो अपनी spiritual development अपना कर पाएगा उसी के लिए आख़िर्द में अच्छा इनाम मिलेगा. तो यह life कैसे बनेगी? क्योंकि रोज़े के बाद भी हमें ऐसा करना है कि घरों में हम वही चर्चा करें.</w:t>
      </w:r>
    </w:p>
    <w:p>
      <w:r>
        <w:rPr>
          <w:b/>
        </w:rPr>
        <w:t xml:space="preserve">[02:09] </w:t>
      </w:r>
      <w:r>
        <w:t>jo humne roze mein ibadat ki hai, roze mein jis tarike ki zindagi guzari hai, simplicity ki zindagi, khuda ki yaad ki zindagi. to yeh sab cheezein hamein ghar mein bhi charcha karni hai, discussion karna hai taaki woh ghar ka ek mahaul bana rahe. woh quran ab padhein to samajhkar padhein jaise humne ramzan mein padhe to samajhkar padhein usko, tarjume ke saath, tafsir ke saath.</w:t>
      </w:r>
    </w:p>
    <w:p>
      <w:pPr>
        <w:jc w:val="right"/>
      </w:pPr>
      <w:r>
        <w:t>जो हमने रोज़े में बादाद की है, रोज़े में जिस तरीके की ज़िंदगी घुसारी है, simplicity की ज़िंदगी, खुदा की याद की ज़िंदगी. तो यह सब चीज़ें हमें घर में भी चर्चा करनी है, discussion करना है ताकि वह घर का एक माहौल बना रहे. वह कुरान अब पढ़ें तो समझकर पढ़ें जैसे हमने रमज़ान में पढ़े तो समझकर पढ़ें उसको, तर्जूमे के साथ, तफ़्शीर के साथ.</w:t>
      </w:r>
    </w:p>
    <w:p>
      <w:r>
        <w:rPr>
          <w:b/>
        </w:rPr>
        <w:t xml:space="preserve">[02:35] </w:t>
      </w:r>
      <w:r>
        <w:t>chahe hum thoda sa padhein lekin samajhkar jab hum padhenge tabhi woh hamari zindagi ka ek hissa banega. to is tarike se ek mahina hamare liye kaafi hai ki hum ek naya saal jab guzarein ramzan ke baad to usmein hum poore asraat ke saath guzarein. hamare upar poora asar ho rozedarana zindagi ka.</w:t>
      </w:r>
    </w:p>
    <w:p>
      <w:pPr>
        <w:jc w:val="right"/>
      </w:pPr>
      <w:r>
        <w:t>चाहे हम थोड़ा सा पढ़ें लेकिन समझकर जब हम पढ़ेंगे तभी वह हमारी ज़िंदगी का एक हिस्सा बनेगा. तो इस तरीके से एक महीना हमारे लिए काफ़ी है कि हम एक नया साल जब गुज़ारें रमज़ान के बाद तो उसमें हम पूरे असरात के साथ गुज़ारें. हमारे ऊपर पूरा असर हो रोज़ेदाराना ज़िंदगी का.</w:t>
      </w:r>
    </w:p>
    <w:p>
      <w:r>
        <w:rPr>
          <w:b/>
        </w:rPr>
        <w:t xml:space="preserve">[02:58] </w:t>
      </w:r>
      <w:r>
        <w:t>rozedarana zindagi ka matlab matlab hai disciplined life, principled life, khuda se darkar zindagi guzarna. koi bhi kaam ho to hum sochein ki kya hamara khuda is kaam se raazi hai? agar hamein lagta hai ki yeh kaam khuda ki marzi ke mutabik nahi hai to hum wahin ruk jayein. ek baar hazar tumr ne ab bhai ab naqab se maloom kiya ki bhai yeh taqwa kya cheez hai?</w:t>
      </w:r>
    </w:p>
    <w:p>
      <w:pPr>
        <w:jc w:val="right"/>
      </w:pPr>
      <w:r>
        <w:t>रोज़ेदाराना ज़िंदगी का मतलब मतलब है disciplined life, principled life, खुदा से डरकर झंडेगी गुज़ारना. कोई भी काम हो तो हम सोचें कि क्या हमारा खुदा इस काम से राजी है? अगर हमें लगता है कि यह काम खुदा की मर्ज़ी के मुताबिक नहीं है तो हम वहीं रुक जाएं. एक बार हज़ार तुमन ने अब भाई अब नकाब से मालूम किया कि भाई यह तक़वाह क्या चीज़ है?</w:t>
      </w:r>
    </w:p>
    <w:p>
      <w:r>
        <w:rPr>
          <w:b/>
        </w:rPr>
        <w:t xml:space="preserve">[03:24] </w:t>
      </w:r>
      <w:r>
        <w:t>to unhone kaha hazar tumr se ki kya aap kabhi kisi jhaadi jhaadi ke raaste se guzar rahe hain? unhone kaha haan to maine poocha ki kaise aap? aapne kya kiya? unhone kaha maine apne kapde samet liye aur guzar gaya. to yahi is duniya mein dekhi yeh saari jo material world hai tarah tarah ki khardar jhaadiyan hain hum.</w:t>
      </w:r>
    </w:p>
    <w:p>
      <w:pPr>
        <w:jc w:val="right"/>
      </w:pPr>
      <w:r>
        <w:t>तो उन्होंने कहा हज़ार तुम्र से कि क्या आप कभी किसी झाड़ी झाड़ी के रास्ते से गुज़ रहे हैं? उन्होंने कहा हां तो मैंने पुछा कि कैसे आप? आपने क्या किया? उन्होंने कहा मैंने अपने कपड़े समेट लिए और गुज़र गया. तो यही इस दुलियां में देखी यह सारी जो material world है तरह तरह की खारदार झाड़ियां हैं हम.</w:t>
      </w:r>
    </w:p>
    <w:p>
      <w:r>
        <w:rPr>
          <w:b/>
        </w:rPr>
        <w:t xml:space="preserve">[03:50] </w:t>
      </w:r>
      <w:r>
        <w:t>to un jhaadiyon se hamein bach bachakar apni zindagi ko guzarna hai aur hamara zindagi ka ek maqsad rahegi hamein khuda se qurbat hasil karna hai, khuda se connection kayam karna hai, to tabhi hum samjhenge ki humne sahi maane mein roza rakha. warna to bas wahi hai ki bhook pyaas mili hamein aur usse kuch kuch mila nahi.</w:t>
      </w:r>
    </w:p>
    <w:p>
      <w:pPr>
        <w:jc w:val="right"/>
      </w:pPr>
      <w:r>
        <w:t>तो उन झाड़ियों से हमें बच बचाकर अपनी ज़िंदगी को गुजारना है और हमारा ज़िंदगी का एक मकसद रहेगी हमें पौधा से कुर्बत हासिल करना है, पौधा से connection कायम करना है, तो तभी हम समझेंगे कि हमने सही माने में रोधा रखा. वरना तो बस वही है कि भूख प्यास मिली हमें और उससे कुछ कुछ मिला नहीं.</w:t>
      </w:r>
    </w:p>
    <w:p>
      <w:r>
        <w:rPr>
          <w:b/>
        </w:rPr>
        <w:t xml:space="preserve">[04:14] </w:t>
      </w:r>
      <w:r>
        <w:t>to hum roze ke baad ek behtar insaan, ek behtar behtar spiritual person bankar duniya mein dakhil hon aur poore tarike se roze ki spirit ko, duniya ghar mein bhi jaise roze ki spirit ke saath rahein samaj mein bhi roze ki spirit ke saath rahein. to tabhi hamein aakhirat mein jagah milegi jo ki eternal life of desires, eternal life of bliss.</w:t>
      </w:r>
    </w:p>
    <w:p>
      <w:pPr>
        <w:jc w:val="right"/>
      </w:pPr>
      <w:r>
        <w:t>तो हम रोज़े के बाद एक बेहतर इंसान, एक बेहतर बेहतर spiritual person बनकर दुनिया में दाफ़िल हों और पूरे तरीके से रोज़े की spirit को, दुनिया घर में भी जैसे रोज़े की spirit के साथ रहें समाज में भी रोज़े की spirit के साथ रहें. तो तभी हमें आख़िरत में जगह मिलेगी जो कि eternal life of desires, eternal life of bliss.</w:t>
      </w:r>
    </w:p>
    <w:p>
      <w:r>
        <w:rPr>
          <w:b/>
        </w:rPr>
        <w:t xml:space="preserve">[04:44] </w:t>
      </w:r>
      <w:r>
        <w:t>to tabhi humko milegi jab hum apni apna spiritual development karein proper jisko quran mein kaha gaya hai zalika jazaon mantajakka. to jab hum aisi ek zindagi guzarte hain to usse hum apni apna tazkiya nafs karte hain. to tazkiya nafs jo hai woh zaroori hai taaki hamein aakhirat mein khuda ke pados mein jagah mile.</w:t>
      </w:r>
    </w:p>
    <w:p>
      <w:pPr>
        <w:jc w:val="right"/>
      </w:pPr>
      <w:r>
        <w:t>तो तभी हमको मिलेगी जब हम अपनी अपना spiritual development करें proper जिसको कुरान में कहा गया है जालिका जजाओं मंतजक्का. तो जब हम ऐसी एक ज़िंदगी गुज़ारते हैं तो उससे हम अपनी अपना तस्किया नफ़्ज़ करते हैं. तो तस्किया नफ़्ज़ जो है वह ज़रूरी है ताकि हमें आख़िरत में होदा के पड़ोस में जगह मिले.</w:t>
      </w:r>
    </w:p>
    <w:p>
      <w:r>
        <w:rPr>
          <w:b/>
        </w:rPr>
        <w:t xml:space="preserve">[05:09] </w:t>
      </w:r>
      <w:r>
        <w:t>to main dua karti hoon ki aap sab logon ko iska poora poora fayda uthayein roze ka aur apni zindagi ko ek naye behtar zindagi behtar spiritual life se guzarein aur allah taala se dua karte rahein taaki allah taala ki aapko poori poori madad hasil ho is shree shlema.</w:t>
      </w:r>
    </w:p>
    <w:p>
      <w:pPr>
        <w:jc w:val="right"/>
      </w:pPr>
      <w:r>
        <w:t>तो मैं दुआ करती हूं कि आप सब लोगों को इसका पूरा पूरा फ़ायदा उठाएं रोज़े का और अपनी ज़िंदगी को एक नए बेहतर ज़िंदगी बेहतर spiritual life से गुज़ारें और अल्लाह तालाह से दुआ करते रहें ताकि अल्लाह तालाह की आपको पूरी पूरी मदद हासिल हो इस श्री श्लेमा.</w:t>
      </w:r>
    </w:p>
    <w:p>
      <w:r>
        <w:rPr>
          <w:b/>
        </w:rPr>
        <w:t xml:space="preserve">[05:32] </w:t>
      </w:r>
      <w:r>
        <w:t>bismillah hai rahmani rahim, rabbi shrahli sadri, wayassirli amri, wahul uqdatam mil lisani, yafqahu qawli. abhi appa ne bahut achhi baatein batai aur aaj eid ka din hai. sabse pehle main aap sabko eid ki bahut bahut mubarakbaad pesh karta hoon.</w:t>
      </w:r>
    </w:p>
    <w:p>
      <w:pPr>
        <w:jc w:val="right"/>
      </w:pPr>
      <w:r>
        <w:t>बिस्मिल्लाह है गमानी रहीम, रब्बी श्रेली सदरी, वायसिली अमरी, वालु लोगदत्तम मिल्ली सानी, या कौहू कौली. अभी आपा ने बहुत अच्छी बातें बताईं और आज ईद का दिन है. सबसे पहले मैं आप सबको ईद की बहुत बहुत वार्ग बात पेश करता हूं.</w:t>
      </w:r>
    </w:p>
    <w:p>
      <w:r>
        <w:rPr>
          <w:b/>
        </w:rPr>
        <w:t xml:space="preserve">[05:59] </w:t>
      </w:r>
      <w:r>
        <w:t>eid ka din darasal allah ki yaad ka din hai aur apni khushiyon ke saath doosron ko share karne ka din hai. hum logon ne eid ki namaz padhi, eid ki namaz congregation mein hoti hai aur usmein allah hu akbar, allah hu akbar bar bar kaha jata hai.</w:t>
      </w:r>
    </w:p>
    <w:p>
      <w:pPr>
        <w:jc w:val="right"/>
      </w:pPr>
      <w:r>
        <w:t>ईद का दिन दरअसल अल्लाह की याद का दिन है और अपनी ख़ुशियों के साथ दूसरों को शरीर करने का दिन है. हम लोगों ने ईद की नमाज़ पढ़ी, ईद की नमाज़ congregation में होती है और उसमें अल्लाह हो अकबर, अल्लाह हो अकबर बार बार कहा जाता है.</w:t>
      </w:r>
    </w:p>
    <w:p>
      <w:r>
        <w:rPr>
          <w:b/>
        </w:rPr>
        <w:t xml:space="preserve">[06:29] </w:t>
      </w:r>
      <w:r>
        <w:t>yaani god is wait.</w:t>
      </w:r>
    </w:p>
    <w:p>
      <w:pPr>
        <w:jc w:val="right"/>
      </w:pPr>
      <w:r>
        <w:t>यानी god is wait.</w:t>
      </w:r>
    </w:p>
    <w:p>
      <w:r>
        <w:rPr>
          <w:b/>
        </w:rPr>
        <w:t xml:space="preserve">[06:38] </w:t>
      </w:r>
      <w:r>
        <w:t>to yeh baar baar jo dauraana hai iska matlab hai ki allah taala ki nematton ka idraak, allah</w:t>
      </w:r>
    </w:p>
    <w:p>
      <w:pPr>
        <w:jc w:val="right"/>
      </w:pPr>
      <w:r>
        <w:t>तो यह बार बार जो दौराना है इसका मतलब है कि अल्लाह तालाह की नेमतों का इदराक़, अल्लाह</w:t>
      </w:r>
    </w:p>
    <w:p>
      <w:r>
        <w:rPr>
          <w:b/>
        </w:rPr>
        <w:t xml:space="preserve">[06:47] </w:t>
      </w:r>
      <w:r>
        <w:t>ki jo nematein hain uska shukr ada karne ka din hai aur, hadith mein aata hai, man asbaha</w:t>
      </w:r>
    </w:p>
    <w:p>
      <w:pPr>
        <w:jc w:val="right"/>
      </w:pPr>
      <w:r>
        <w:t>की जो नेमतें हैं उसका शुक्र अदा करने का दिन है और, हदीश में आता है, मन असबहा</w:t>
      </w:r>
    </w:p>
    <w:p>
      <w:r>
        <w:rPr>
          <w:b/>
        </w:rPr>
        <w:t xml:space="preserve">[06:56] </w:t>
      </w:r>
      <w:r>
        <w:t>Min kum aameneen ki sir bhi one who wakes up in his house and he feels safe and secure.</w:t>
      </w:r>
    </w:p>
    <w:p>
      <w:pPr>
        <w:jc w:val="right"/>
      </w:pPr>
      <w:r>
        <w:t>मिनकुम आमिनन की सिर भी one who wakes up in his house and he feels safe and secure.</w:t>
      </w:r>
    </w:p>
    <w:p>
      <w:r>
        <w:rPr>
          <w:b/>
        </w:rPr>
        <w:t xml:space="preserve">[07:06] </w:t>
      </w:r>
      <w:r>
        <w:t>waafihi fis sihatihi, and he is healthy in his body. wa indahu ta'amu yawmihi, and he has food for that day, food for one day. yaani jisko yeh saari cheezein hasil hain, usko as if the whole world has been gathered for him.</w:t>
      </w:r>
    </w:p>
    <w:p>
      <w:pPr>
        <w:jc w:val="right"/>
      </w:pPr>
      <w:r>
        <w:t>वह मुआफ़ and फ़ीज जैसे दिही, and he is healthy in his body. In the and he has food for that day, food for one day. यानी जिसको यह सारी चीज़ें master हैं, उसको as if the whole world has been gathered for him.</w:t>
      </w:r>
    </w:p>
    <w:p>
      <w:r>
        <w:rPr>
          <w:b/>
        </w:rPr>
        <w:t xml:space="preserve">[07:34] </w:t>
      </w:r>
      <w:r>
        <w:t>isi tarike ke, to is tarike se yaani eid ka din, gratitude ka din ban jata hai aur thanksgiving ka din ban jata hai. isi tarah se rasoolullah sallam ne farmaya arba'un. char baatein batai.</w:t>
      </w:r>
    </w:p>
    <w:p>
      <w:pPr>
        <w:jc w:val="right"/>
      </w:pPr>
      <w:r>
        <w:t>इसी तरीके के, तो इस तरीके से यानी ईद का दिन, gratitude का दिन वन जाता है और thanksgiving का दिन वन जाता है. इसी तरह से रसोल्ला सल्लम ने फरमाया अरबाउण. चार बातें बताईं.</w:t>
      </w:r>
    </w:p>
    <w:p>
      <w:r>
        <w:rPr>
          <w:b/>
        </w:rPr>
        <w:t xml:space="preserve">[07:51] </w:t>
      </w:r>
      <w:r>
        <w:t>arba'un man utiya hunna, faqad utiya khaira dunya wal aakhirah ke four things one who has been given, he has been given the, best of this world and the hereafter.</w:t>
      </w:r>
    </w:p>
    <w:p>
      <w:pPr>
        <w:jc w:val="right"/>
      </w:pPr>
      <w:r>
        <w:t>अरबाउण मनोत या हुन्ना, पकदोत या खैरत दुनिया वाला आख़िरा के four things one who has been given, he has been given the, best of this world and the hereafter.</w:t>
      </w:r>
    </w:p>
    <w:p>
      <w:r>
        <w:rPr>
          <w:b/>
        </w:rPr>
        <w:t xml:space="preserve">[08:08] </w:t>
      </w:r>
      <w:r>
        <w:t>al qalbush shakir, a grateful heart, and lisanun dhakir, and a tongue which remembers God, wa badhanun alal bala'i sabir, and a body which is patient on the trials and tribulations of time.</w:t>
      </w:r>
    </w:p>
    <w:p>
      <w:pPr>
        <w:jc w:val="right"/>
      </w:pPr>
      <w:r>
        <w:t>अल्मन शैगिरन, a grateful heart, and lisanan zakiran, and a tongue which remembers God, wabadhanan alal valai sabiran, and a body which is patient on the trials and tribulations of time.</w:t>
      </w:r>
    </w:p>
    <w:p>
      <w:r>
        <w:rPr>
          <w:b/>
        </w:rPr>
        <w:t xml:space="preserve">[08:31] </w:t>
      </w:r>
      <w:r>
        <w:t>wa zawjatun tulihubbu hu fi nafsiha wala malihi, and a virtuous wife, a righteous wife aur a virtuous and righteous spouse. to rasoolullah ne farmaya ki agar yeh char cheezein kisi ke paas hon to usko duniya aur aakhirat ki behtar behtari mil gayi.</w:t>
      </w:r>
    </w:p>
    <w:p>
      <w:pPr>
        <w:jc w:val="right"/>
      </w:pPr>
      <w:r>
        <w:t>Wazojatan Lat Abulihi Huban Fi Nafsiha वाला मालीही, and a virtuous wife, a righteous wife और a virtuous and righteous spouse. तो रसोल्ला ने फरमाया कि अगर यह चार चीज़ें किसी के पास हों तो उसको दुनिया और आख़िरत की बेहतर बेहतरी मिल गई.</w:t>
      </w:r>
    </w:p>
    <w:p>
      <w:r>
        <w:rPr>
          <w:b/>
        </w:rPr>
        <w:t xml:space="preserve">[08:58] </w:t>
      </w:r>
      <w:r>
        <w:t>to eid ka din darasal allah ki nematron aur allah ki blessings ko yaad karne ka din hai aur allah taala ke jo nematein itni zyada hain ki hum usko ginn nahi sakte. quran mein aata hai wa in ta'uddu ni'matallahi la tuhsuha. If you try to count the blessings of God, you can never count them.</w:t>
      </w:r>
    </w:p>
    <w:p>
      <w:pPr>
        <w:jc w:val="right"/>
      </w:pPr>
      <w:r>
        <w:t>तो ईद का दिन दरअसल अल्लाह की नेमतों और अल्लाह की blessings को याद करने का दिन है और अल्लाह तालाह के जो नेमतें इतनी ज़्यादा हैं कि हम उसको गिर नहीं सकते. Quran में आता है वाइन काउद्ध होनेमत अल्लाही लाह तोहसूहा. If you try to count the blessings of God, you can never count them.</w:t>
      </w:r>
    </w:p>
    <w:p>
      <w:r>
        <w:rPr>
          <w:b/>
        </w:rPr>
        <w:t xml:space="preserve">[09:25] </w:t>
      </w:r>
      <w:r>
        <w:t>to is tarah se eid ka din allah ki nematron kedraak ka din ban jata hai aur hadith mein aata hai ki jab eid ka din hota hai fa qad yauma iddin, yauma fitrihim. farmaya ki jab eid ka din hota hai aur yeh bhi bataya ki idul fitr ka din yaani jo aaj ka din hai.</w:t>
      </w:r>
    </w:p>
    <w:p>
      <w:pPr>
        <w:jc w:val="right"/>
      </w:pPr>
      <w:r>
        <w:t>तो इस तरह से ईद का दिन अल्लाह की नेमतों केदराग का दिन वन जाता है और हदीश में आता है कि जब ईद का दिन होता है फैज़ाकान ए योग ए इदहिम, योग यानी योग फित्र हिम. फ़र्माया कि जब ईद का दिन होता है और यह भी बताया कि ईदुल फित्र का दिन यानी जो आज का दिन है.</w:t>
      </w:r>
    </w:p>
    <w:p>
      <w:r>
        <w:rPr>
          <w:b/>
        </w:rPr>
        <w:t xml:space="preserve">[09:54] </w:t>
      </w:r>
      <w:r>
        <w:t>to allah taala farishton se apne rozedar bando aur bandiyon ke bare mein bade fakr se baat karta hai, bade farishte hain, unse allataala bahut hi pride ke andaaz mein baat karta hai.</w:t>
      </w:r>
    </w:p>
    <w:p>
      <w:pPr>
        <w:jc w:val="right"/>
      </w:pPr>
      <w:r>
        <w:t>तो अल्लाह तालाह फरिश्तों से अपने रोज़ेदार बंदों और बंदियों के बारे में बड़े फ़क्र से बात करता है, बड़े फरिश्ते हैं, उनसे अल्लाताला बहुत ही pride के अंदाज़ में बात करता है.</w:t>
      </w:r>
    </w:p>
    <w:p>
      <w:r>
        <w:rPr>
          <w:b/>
        </w:rPr>
        <w:t xml:space="preserve">[10:23] </w:t>
      </w:r>
      <w:r>
        <w:t>kehta hai meri bando ne aur meri bandiyon ne mere us farz ko, mere us hukm ko ada kar diya, jo maine unke upar aayat kiya tha. phir woh nikle hain, mujhse dua karte hue. mujhe pukarte hue.</w:t>
      </w:r>
    </w:p>
    <w:p>
      <w:pPr>
        <w:jc w:val="right"/>
      </w:pPr>
      <w:r>
        <w:t>कहता है मेरी बंदों ने और मेरी बंदियों ने मेरे उस फर्ज़ को, मेरे उस ख़ुक्म को अदा कर दिया, जो मैंने उनके ऊपर आयत किया था. फिर वह निकले हैं, मुझसे दोहा करते हुए. मुझे पुकारते हुए.</w:t>
      </w:r>
    </w:p>
    <w:p>
      <w:r>
        <w:rPr>
          <w:b/>
        </w:rPr>
        <w:t xml:space="preserve">[10:50] </w:t>
      </w:r>
      <w:r>
        <w:t>meri izzat aur meri jalal ki kasam, mere karam aur mere uluw-e-shan ki kasam, mere buland, maqam ki kasam, main zaroor unki pukar ko sununga. phir allah taala farmata hai jo log namaz padhkar dua kar rahe hain unse unki tarah mukhatib bolta hai.</w:t>
      </w:r>
    </w:p>
    <w:p>
      <w:pPr>
        <w:jc w:val="right"/>
      </w:pPr>
      <w:r>
        <w:t>मेरी इज़्ज़त और मेरी जलाल की कसम, मेरे कर्म और मेरे उल्लोए शांत की कसम, मेरे बुलंद, मकाम की कसम, मैं ज़रूर उनकी पुकार को सुनूंगा. फिर अल्लाह ताला फरमाता है जो लोग नमाज़ पढ़कर अब्दुआ कर रहे हैं उनसे उनकी तरह मुखाती बोलता है.</w:t>
      </w:r>
    </w:p>
    <w:p>
      <w:r>
        <w:rPr>
          <w:b/>
        </w:rPr>
        <w:t xml:space="preserve">[11:19] </w:t>
      </w:r>
      <w:r>
        <w:t>allah taala farmata hai ki tum wapas jao, apne gharon ko wapas jao par maine tumhein bakhsh diya aur tumhari bad deeds ko good deeds mein convert kar diya. yaani woh log lautate hain hadith mein aata is tarike se ki unki maghfirat ho chuki hoti hai aur unki bad deeds ko good deeds mein allah, allah ne convert kar diya.</w:t>
      </w:r>
    </w:p>
    <w:p>
      <w:pPr>
        <w:jc w:val="right"/>
      </w:pPr>
      <w:r>
        <w:t>अल्लाह तालाह फरमाता है कि तुम वापस जाओ, अपने घरों को वापस जाओ पर मैंने तुम्हें बक्श दिया और तुम्हारी bad deeds को good deeds में convert कर दिया. यानी वो लोग लौटते हैं हदिश में आता इस तरीके से कि उनकी मक़फरत हो चुकी होती है और उनकी bad deeds को good deeds में अल्ला, अल्लाह ने convert कर दिया.</w:t>
      </w:r>
    </w:p>
    <w:p>
      <w:r>
        <w:rPr>
          <w:b/>
        </w:rPr>
        <w:t xml:space="preserve">[11:47] </w:t>
      </w:r>
      <w:r>
        <w:t>aisa nahi hai ki kuch good deeds de di balki poora wipe out kar diya bad deeds. to yeh badi hopeful hadith hai aur ismein allah ki generosity nazar aati hai, is tarike sailah taala apna inaam deta hai eid ke din. to asal mein to ahl-e-iman ki jo kamyabi aur khushi ka din hai, woh aakhirat mein hoga.</w:t>
      </w:r>
    </w:p>
    <w:p>
      <w:pPr>
        <w:jc w:val="right"/>
      </w:pPr>
      <w:r>
        <w:t>ऐसा नहीं है कि कुछ good deeds दे दी बल्कि पूरा wipe out कर दिया bad deeds. तो यह बड़ी hopeful हदीश है और इसमें अल्लाह की generosity नज़र आती है, इस तरीके सैल्लाह तालाह अपना इनाम देता है ईद के दिन. तो असल में तो एले ईमान की जो कामयाबी और ख़ुशी का दिन है, वह आख़िरत में होगा.</w:t>
      </w:r>
    </w:p>
    <w:p>
      <w:r>
        <w:rPr>
          <w:b/>
        </w:rPr>
        <w:t xml:space="preserve">[12:17] </w:t>
      </w:r>
      <w:r>
        <w:t>lekin is dunya mein uski, uski prada ho jati hai aur eid ka din isi haqeeqat ko batane ke liye mukarr kiya gaya hai. eid ki namaz congregation mein hoti hai aur pehle maidan mein hua karti thi.</w:t>
      </w:r>
    </w:p>
    <w:p>
      <w:pPr>
        <w:jc w:val="right"/>
      </w:pPr>
      <w:r>
        <w:t>लेकिन इस दुनिया में उसकी, उसकी प्रदा हो जाती है और ईद का दिन इसी हक़ीक़त को बताने के लिए मुकर्र किया गया है. ईद की नमाज़ congregation में होती है और पहले मैदान में हुआ करती थी.</w:t>
      </w:r>
    </w:p>
    <w:p>
      <w:r>
        <w:rPr>
          <w:b/>
        </w:rPr>
        <w:t xml:space="preserve">[12:44] </w:t>
      </w:r>
      <w:r>
        <w:t>shehar se bahar log ek saath jama hon, ab chunki cities bahut badh gayi hain to woh soorat</w:t>
      </w:r>
    </w:p>
    <w:p>
      <w:pPr>
        <w:jc w:val="right"/>
      </w:pPr>
      <w:r>
        <w:t>शहर से बाहर लोग एक साथ जमा हों, अब चूंकि cities बहुत बढ़ गई हैं तो वह सूरत</w:t>
      </w:r>
    </w:p>
    <w:p>
      <w:r>
        <w:rPr>
          <w:b/>
        </w:rPr>
        <w:t xml:space="preserve">[12:50] </w:t>
      </w:r>
      <w:r>
        <w:t>hai haal nahin.</w:t>
      </w:r>
    </w:p>
    <w:p>
      <w:pPr>
        <w:jc w:val="right"/>
      </w:pPr>
      <w:r>
        <w:t>है हाल नहीं.</w:t>
      </w:r>
    </w:p>
    <w:p>
      <w:r>
        <w:rPr>
          <w:b/>
        </w:rPr>
        <w:t xml:space="preserve">[12:57] </w:t>
      </w:r>
      <w:r>
        <w:t>mujhe bhi yaad hai ki hum eidgah mein pada karte the namaz.</w:t>
      </w:r>
    </w:p>
    <w:p>
      <w:pPr>
        <w:jc w:val="right"/>
      </w:pPr>
      <w:r>
        <w:t>मुझे भी याद है कि हम ईदगाह में पड़ा करते थे नमाज़.</w:t>
      </w:r>
    </w:p>
    <w:p>
      <w:r>
        <w:rPr>
          <w:b/>
        </w:rPr>
        <w:t xml:space="preserve">[13:03] </w:t>
      </w:r>
      <w:r>
        <w:t>karol baag ke paas eidgah hai bahut hi badi.</w:t>
      </w:r>
    </w:p>
    <w:p>
      <w:pPr>
        <w:jc w:val="right"/>
      </w:pPr>
      <w:r>
        <w:t>करोल बाग के पास ईदगाह है बहुत ही बड़ी.</w:t>
      </w:r>
    </w:p>
    <w:p>
      <w:r>
        <w:rPr>
          <w:b/>
        </w:rPr>
        <w:t xml:space="preserve">[13:10] </w:t>
      </w:r>
      <w:r>
        <w:t>to yaani saare aale imaan ek jagah jama ho aur allah taala ki yaad karein milkar.</w:t>
      </w:r>
    </w:p>
    <w:p>
      <w:pPr>
        <w:jc w:val="right"/>
      </w:pPr>
      <w:r>
        <w:t>तो यानी सारे ऐले इमान एक जगह जमा हो और अल्लाह तालाह की याद करें मिलकर.</w:t>
      </w:r>
    </w:p>
    <w:p>
      <w:r>
        <w:rPr>
          <w:b/>
        </w:rPr>
        <w:t xml:space="preserve">[13:17] </w:t>
      </w:r>
      <w:r>
        <w:t>rasoolullah salahli salah, khaas taur se ladies aur bachchon ko encourage karte the ki vah bhi aayen namaz mein.</w:t>
      </w:r>
    </w:p>
    <w:p>
      <w:pPr>
        <w:jc w:val="right"/>
      </w:pPr>
      <w:r>
        <w:t>रसूल्लाह सलाहली सलाह, ख़ास तौर से ladies और बच्चों को encourage करते थे कि वह भी आएं नमाज़ में.</w:t>
      </w:r>
    </w:p>
    <w:p>
      <w:r>
        <w:rPr>
          <w:b/>
        </w:rPr>
        <w:t xml:space="preserve">[13:27] </w:t>
      </w:r>
      <w:r>
        <w:t>ek baar rasoolullah salm ne namaz padhai eid ki aur phir vah nikle to jis taraf ladies zyada</w:t>
      </w:r>
    </w:p>
    <w:p>
      <w:pPr>
        <w:jc w:val="right"/>
      </w:pPr>
      <w:r>
        <w:t>एक बार रसूल्लाह सल्म ने नमाज़ पढ़ाई ईद की और फिर वह निकले तो जिस तरफ़ ladies ज़्यादा</w:t>
      </w:r>
    </w:p>
    <w:p>
      <w:r>
        <w:rPr>
          <w:b/>
        </w:rPr>
        <w:t xml:space="preserve">[13:37] </w:t>
      </w:r>
      <w:r>
        <w:t>thi udhar gae aur unko kuchh nasiyat ki baaten bataeen aur unko encourage kiya ki vah satkha karen.</w:t>
      </w:r>
    </w:p>
    <w:p>
      <w:pPr>
        <w:jc w:val="right"/>
      </w:pPr>
      <w:r>
        <w:t>थी उधर गए और उनको कुछ नसियत की बातें बताई और उनको encourage किया कि वह सत्खा करें.</w:t>
      </w:r>
    </w:p>
    <w:p>
      <w:r>
        <w:rPr>
          <w:b/>
        </w:rPr>
        <w:t xml:space="preserve">[13:48] </w:t>
      </w:r>
      <w:r>
        <w:t>to jo ladies thi woh apne unhon ne rings aur jo jewelry thi woh nikal kar deni shuru kar di aur hasad bilal ke pas ek chadar thi, usmein jama kar rahe the woh. aur aise hi aata hai ki yaum eid, yaum zikrin wa shukrin wa aklain wa shurvain.</w:t>
      </w:r>
    </w:p>
    <w:p>
      <w:pPr>
        <w:jc w:val="right"/>
      </w:pPr>
      <w:r>
        <w:t>तो जो ladies थी वह अपने उन्होंने rings और जो jewelry थी वह निकालने कालकर देनी शुरू कर दी और हसद बिलाल के पास एक चादर थी, उसमें जमा कर रहे थे वह. और ऐसे ही आता है कि यौम ईद, यौम ज़िक्रिन व शुक्रिन व अक्लिन व शुर्विन.</w:t>
      </w:r>
    </w:p>
    <w:p>
      <w:r>
        <w:rPr>
          <w:b/>
        </w:rPr>
        <w:t xml:space="preserve">[14:13] </w:t>
      </w:r>
      <w:r>
        <w:t>ki eid ka din zikr aur shukr remembrance aur gratitude ka din hai aur khane aur pine ka din hai.</w:t>
      </w:r>
    </w:p>
    <w:p>
      <w:pPr>
        <w:jc w:val="right"/>
      </w:pPr>
      <w:r>
        <w:t>कि ईद का दिन ज़िक्र और शुक्र remembrance और gratitude का दिन है और खाने और पीने का दिन है.</w:t>
      </w:r>
    </w:p>
    <w:p>
      <w:r>
        <w:rPr>
          <w:b/>
        </w:rPr>
        <w:t xml:space="preserve">[14:22] </w:t>
      </w:r>
      <w:r>
        <w:t>to yani ek ek ek sense mein eid ka din enjoyment ka bhi din hai aur adratasha ki hiddi se ki eid ke din rasullah lete hue the aur abubakar rajillah aaye unke father.</w:t>
      </w:r>
    </w:p>
    <w:p>
      <w:pPr>
        <w:jc w:val="right"/>
      </w:pPr>
      <w:r>
        <w:t>तो यानी एक एक एक sense में ईद का दिन enjoyment का भी दिन है और अद्रताशा की हिद्दी से कि ईद के दिन रसुल्लाह लेटे हुए थे और अबूबकर रजिल्लाह ना आए उनके father.</w:t>
      </w:r>
    </w:p>
    <w:p>
      <w:r>
        <w:rPr>
          <w:b/>
        </w:rPr>
        <w:t xml:space="preserve">[14:45] </w:t>
      </w:r>
      <w:r>
        <w:t>to wahan kuch bachiyan baithi hui thi madina ki, jo ansar ke ladies hoti thi woh kuch gaati thi eid ke din. to baithkar kuch ga rahi thi, kuch instrument bhi tha unke pas, baja rahi thi. to rasullah lete hue the aur unhon ne chadar odh rakhi thi.</w:t>
      </w:r>
    </w:p>
    <w:p>
      <w:pPr>
        <w:jc w:val="right"/>
      </w:pPr>
      <w:r>
        <w:t>तो वहां कुछ बच्चियां बैठी हुई थी मदीना की, जो अंसार के ladies होती थी वह कुछ गाती थी ईद के दिन. तो बैठकर कुछ गा रही थी, कुछ instrument भी था उनके पास, बजा रही थी. तो रसूल्लाह लेटे हुए थे और उन्होंने चादर ओढ़ रखी थी.</w:t>
      </w:r>
    </w:p>
    <w:p>
      <w:r>
        <w:rPr>
          <w:b/>
        </w:rPr>
        <w:t xml:space="preserve">[15:08] </w:t>
      </w:r>
      <w:r>
        <w:t>to jaise hazar to upar kar aaye unhon ne dekha, bole ki instruments of Saturn in the house of rasullah. to rasullah ne chadar hatayi aur kaha ki abu bakar aaj eid ka din hai. sab har mazhab ke logon ki eid ka din hota hai, yani festival hota hai, to aaj hi hamara hamara festival hai, hamari eid hai.</w:t>
      </w:r>
    </w:p>
    <w:p>
      <w:pPr>
        <w:jc w:val="right"/>
      </w:pPr>
      <w:r>
        <w:t>तो जैसे हज़ार तो ऊपर कर आए उन्होंने देखा, बोले कि instruments of Saturn in the house of रसूल्लाह. तो रसूल्लाह ने चादर हटाई और कहा कि अबू बकर आज ईद का दिन है. सब हर मज़हब के लोगों की ईद का दिन होता है, यानी festival होता है, तो आज ही हमारा हमारा festival है, हमारी ईद है.</w:t>
      </w:r>
    </w:p>
    <w:p>
      <w:r>
        <w:rPr>
          <w:b/>
        </w:rPr>
        <w:t xml:space="preserve">[15:33] </w:t>
      </w:r>
      <w:r>
        <w:t>to is tarah ki thodi bahut jo cheezen hoti hain vah ek had tak jaayaz hain.</w:t>
      </w:r>
    </w:p>
    <w:p>
      <w:pPr>
        <w:jc w:val="right"/>
      </w:pPr>
      <w:r>
        <w:t>तो इस तरह की थोड़ी बहुत जो चीज़ें होती हैं वह एक हद तक जायज हैं.</w:t>
      </w:r>
    </w:p>
    <w:p>
      <w:r>
        <w:rPr>
          <w:b/>
        </w:rPr>
        <w:t xml:space="preserve">[15:42] </w:t>
      </w:r>
      <w:r>
        <w:t>ek celebration aur joy yah bhi allowed hai lekin in a in a decent way.</w:t>
      </w:r>
    </w:p>
    <w:p>
      <w:pPr>
        <w:jc w:val="right"/>
      </w:pPr>
      <w:r>
        <w:t>एक celebration और joy यह भी allowed है लेकिन in a in a decent way.</w:t>
      </w:r>
    </w:p>
    <w:p>
      <w:r>
        <w:rPr>
          <w:b/>
        </w:rPr>
        <w:t xml:space="preserve">[15:51] </w:t>
      </w:r>
      <w:r>
        <w:t>jab rasgoolullah se hijrat karke aae makka se madina pahunche to vahan ansar ki jo ladies thi aur</w:t>
      </w:r>
    </w:p>
    <w:p>
      <w:pPr>
        <w:jc w:val="right"/>
      </w:pPr>
      <w:r>
        <w:t>जब रसगुल्लाह से हिजरत करके आए मक्का से मदीना पहुंचे तो वहां अंसार की जो ladies थी और</w:t>
      </w:r>
    </w:p>
    <w:p>
      <w:r>
        <w:rPr>
          <w:b/>
        </w:rPr>
        <w:t xml:space="preserve">[16:00] </w:t>
      </w:r>
      <w:r>
        <w:t>bachche the unhonne ek, ek, ek welcome song unhonne gaaya.</w:t>
      </w:r>
    </w:p>
    <w:p>
      <w:pPr>
        <w:jc w:val="right"/>
      </w:pPr>
      <w:r>
        <w:t>बच्चे थे उन्होंने एक, एक, एक welcome song उन्होंने गाया.</w:t>
      </w:r>
    </w:p>
    <w:p>
      <w:r>
        <w:rPr>
          <w:b/>
        </w:rPr>
        <w:t xml:space="preserve">[16:10] </w:t>
      </w:r>
      <w:r>
        <w:t>yaani saniyat ek vivadi thi, us vaadi se ek, ek chand aaya hai hamare paas.</w:t>
      </w:r>
    </w:p>
    <w:p>
      <w:pPr>
        <w:jc w:val="right"/>
      </w:pPr>
      <w:r>
        <w:t>यानी सानियत एक विवादी थी, उस वादी से एक, एक चांद आया है हमारे पास.</w:t>
      </w:r>
    </w:p>
    <w:p>
      <w:r>
        <w:rPr>
          <w:b/>
        </w:rPr>
        <w:t xml:space="preserve">[16:25] </w:t>
      </w:r>
      <w:r>
        <w:t>aur hamare upar farz hai ki ham, shukr ada karen allah ka, jo hamein bula raha hai allah ki taraf.</w:t>
      </w:r>
    </w:p>
    <w:p>
      <w:pPr>
        <w:jc w:val="right"/>
      </w:pPr>
      <w:r>
        <w:t>और हमारे ऊपर फर्ज़ है कि हम, शुक्र अदा करें अल्लाह का, जो हमें बुला रहा है अल्लाह की तरफ़.</w:t>
      </w:r>
    </w:p>
    <w:p>
      <w:r>
        <w:rPr>
          <w:b/>
        </w:rPr>
        <w:t xml:space="preserve">[16:41] </w:t>
      </w:r>
      <w:r>
        <w:t>to main ab khatm karunga. isse pehle main ek maulana ki writing chand linein padhna chahunga. mujhe bahut pasand aayi. abhi recently maine dekha ramzan aur eid ke bare mein. bahut achha likha hai maulana ne ki iske bad jab sham ho yani rozedar jab sham hoti hai aur phir iftar ka waqt aata hai to uski kaifiyat ko behan kiya hai bahut umdadaaz mein.</w:t>
      </w:r>
    </w:p>
    <w:p>
      <w:pPr>
        <w:jc w:val="right"/>
      </w:pPr>
      <w:r>
        <w:t>तो मैं अब ख़त्म करूंगा. इससे पहले मैं एक मौलाना की writing चंद लाइनें पढ़ना चाहूंगा. मुझे बहुत पसंद आई. अभी recently मैंने देखा रमज़ान और ईद के बारे में. बहुत अच्छा लिखा है मौलाना ने कि इसके बाद जब शाम हो यानी रोज़ेदार जब शाम होती है और फिर इफ़्तार का वक्त आता है तो उसकी कैफ़ियत को बहन किया है बहुत उम्दादाज़ में.</w:t>
      </w:r>
    </w:p>
    <w:p>
      <w:r>
        <w:rPr>
          <w:b/>
        </w:rPr>
        <w:t xml:space="preserve">[17:05] </w:t>
      </w:r>
      <w:r>
        <w:t>uske bad jab sham ho aur woh roza khatm karke iftar kare, to uska ehsas yeh hokar goya woh aalme aakhirat mein pahunch gaya hai aur allah talah ki taraf se uski mehamani ki ja rahi hai. aansuon ke barish mein woh pukar uthe ki khudaya, maine teri khati roza rakha. ab tu mere liye iftar ki zindagi likh de.</w:t>
      </w:r>
    </w:p>
    <w:p>
      <w:pPr>
        <w:jc w:val="right"/>
      </w:pPr>
      <w:r>
        <w:t>उसके बाद जब शाम हो और वह रोज़ा ख़त्म करके इफ़्तार करे, तो उसका एहसास यह होकर गोया वह आलमे आख़िरत में पहुंच गया है और अल्लाह तालाह की तरफ़ से उसकी मेहमानी की जा रही है. आंसुओं के बारिश में वह पुकार उठे कि खुदाया, मैंने तेरी खाती रोज़ा रखा. अब तू मेरे लिए इफ़्तार की ज़िंदगी लिख दे.</w:t>
      </w:r>
    </w:p>
    <w:p>
      <w:r>
        <w:rPr>
          <w:b/>
        </w:rPr>
        <w:t xml:space="preserve">[17:34] </w:t>
      </w:r>
      <w:r>
        <w:t>maine tere liye ramzan ko pura kiya. ab tum mere upar avadhi eid, eternal eid, kila maidood nematton ke darwaze khol de. momin ke liye roza duniya ki zindagi ka tazurba hai aur iftar aakhirat ki zindagi ka tazurba. to yeh maulan hai ki kuch writings maine bahut pasand aayi.</w:t>
      </w:r>
    </w:p>
    <w:p>
      <w:pPr>
        <w:jc w:val="right"/>
      </w:pPr>
      <w:r>
        <w:t>मैंने तेरे लिए रमज़ान को पूरा किया. अब तुम मेरे ऊपर अवधि ईद, eternal ईद, किला मैदूद नेमतों के दरवाज़े खोल दे. मोमिन के लिए रोज़ा दुनिया की ज़िंदगी का तज़र्बा है और इफ़्तार आख़िरत की ज़िंदगी का तज़र्बा. तो यह मौलान है कि कुछ writings मैंने बहुत पसंद आई.</w:t>
      </w:r>
    </w:p>
    <w:p>
      <w:r>
        <w:rPr>
          <w:b/>
        </w:rPr>
        <w:t xml:space="preserve">[18:00] </w:t>
      </w:r>
      <w:r>
        <w:t>to main dua karta hoon ki yah eid ham sabke liye khushiyon ki eid bane aur hamare mulk</w:t>
      </w:r>
    </w:p>
    <w:p>
      <w:pPr>
        <w:jc w:val="right"/>
      </w:pPr>
      <w:r>
        <w:t>तो मैं दुआ करता हूं कि यह ईद हम सबके लिए खुशियों की ईद बने और हमारे मुल्क</w:t>
      </w:r>
    </w:p>
    <w:p>
      <w:r>
        <w:rPr>
          <w:b/>
        </w:rPr>
        <w:t xml:space="preserve">[18:12] </w:t>
      </w:r>
      <w:r>
        <w:t>india ke liye main aman aur amaan aur khushahaali ki dua karta hoon allah unki khushusi, madad farmaen</w:t>
      </w:r>
    </w:p>
    <w:p>
      <w:pPr>
        <w:jc w:val="right"/>
      </w:pPr>
      <w:r>
        <w:t>India के लिए मैं अमन और अमान और खुशहाली की दुआ करता हूं अल्लाह उनकी खुशखूसी, मदद फरमाएं</w:t>
      </w:r>
    </w:p>
    <w:p>
      <w:r>
        <w:rPr>
          <w:b/>
        </w:rPr>
        <w:t xml:space="preserve">[18:25] </w:t>
      </w:r>
      <w:r>
        <w:t>aur ham sabko marfat aur hidayat ke raston par chalne ki tofeeqata farmaen aur khaas taur se tazeekirul quran</w:t>
      </w:r>
    </w:p>
    <w:p>
      <w:pPr>
        <w:jc w:val="right"/>
      </w:pPr>
      <w:r>
        <w:t>और हम सबको मारफ़त और हिदायत के रास्तों पर चलने की तोफ़ीकता फरमाएं और खासतौर से तस्कीरुल कुरान</w:t>
      </w:r>
    </w:p>
    <w:p>
      <w:r>
        <w:rPr>
          <w:b/>
        </w:rPr>
        <w:t xml:space="preserve">[18:38] </w:t>
      </w:r>
      <w:r>
        <w:t>aur maulana ki kitaben padhne ki toofiyon katafarmaen aur maulana ka sara kaam satai jaariya hai.</w:t>
      </w:r>
    </w:p>
    <w:p>
      <w:pPr>
        <w:jc w:val="right"/>
      </w:pPr>
      <w:r>
        <w:t>और मौलाना की किताबें पढ़ने की तोफ़ियों कताफ़रमाएं और मौलाना का सारा काम सत्ताई जारिया है.</w:t>
      </w:r>
    </w:p>
    <w:p>
      <w:r>
        <w:rPr>
          <w:b/>
        </w:rPr>
        <w:t xml:space="preserve">[18:51] </w:t>
      </w:r>
      <w:r>
        <w:t>allah tala usko qubool farmaen aur maulana ke liye, maulana ki darjat ki bulandi ka zariya bane. woh aakhirudawan anilhamarillahi rabbilalami.</w:t>
      </w:r>
    </w:p>
    <w:p>
      <w:pPr>
        <w:jc w:val="right"/>
      </w:pPr>
      <w:r>
        <w:t>अल्लाताला उसको कुबूल फरमाएं और मौलाना के लिए, मौलाना की दर्जात की बुलंदी का ज़रिया बने. वह आख़िरुदावाना अनिल्हंबरिल्लाही रब्बिलालामी.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