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Problems of Misunderstanding May 10, 2009</w:t>
      </w:r>
    </w:p>
    <w:p>
      <w:r>
        <w:t>https://youtu.be/j3LgYzAfM5U</w:t>
      </w:r>
    </w:p>
    <w:p>
      <w:r>
        <w:rPr>
          <w:b/>
        </w:rPr>
        <w:t xml:space="preserve">[00:30] </w:t>
      </w:r>
      <w:r>
        <w:t>wahil al aqdatu min lisani yafqahu qawli.</w:t>
      </w:r>
    </w:p>
    <w:p>
      <w:pPr>
        <w:jc w:val="right"/>
      </w:pPr>
      <w:r>
        <w:t>واحل العقدۃ من لسانی یفقہ قولی۔</w:t>
      </w:r>
    </w:p>
    <w:p>
      <w:r>
        <w:rPr>
          <w:b/>
        </w:rPr>
        <w:t xml:space="preserve">[00:38] </w:t>
      </w:r>
      <w:r>
        <w:t>dekhiye, yeh jo tareeqa hai ki speech shuru karne se pehle bismillah rahman rahim padha jata hai, to yeh koi rasm nahi hai.</w:t>
      </w:r>
    </w:p>
    <w:p>
      <w:pPr>
        <w:jc w:val="right"/>
      </w:pPr>
      <w:r>
        <w:t>دیکھیے، یہ جو طریقہ ہے کہ اسپیچ شروع کرنے سے پہلے بسم اللہ الرحمن الرحیم پڑھا جاتا ہے، تو یہ کوئی رسم نہیں ہے۔</w:t>
      </w:r>
    </w:p>
    <w:p>
      <w:r>
        <w:rPr>
          <w:b/>
        </w:rPr>
        <w:t xml:space="preserve">[00:52] </w:t>
      </w:r>
      <w:r>
        <w:t>aisa mat samjhiye, koi rasmi mantar hai aur padh diya jaye, bas ho gaya.</w:t>
      </w:r>
    </w:p>
    <w:p>
      <w:pPr>
        <w:jc w:val="right"/>
      </w:pPr>
      <w:r>
        <w:t>ایسا مت سمجھیے، کوئی رسمی منتر ہے اور پڑھ دیا جائے، بس ہو گیا۔</w:t>
      </w:r>
    </w:p>
    <w:p>
      <w:r>
        <w:rPr>
          <w:b/>
        </w:rPr>
        <w:t xml:space="preserve">[01:00] </w:t>
      </w:r>
      <w:r>
        <w:t>yeh ek living practice hai.</w:t>
      </w:r>
    </w:p>
    <w:p>
      <w:pPr>
        <w:jc w:val="right"/>
      </w:pPr>
      <w:r>
        <w:t>یہ ایک لیونگ پریکٹس ہے۔</w:t>
      </w:r>
    </w:p>
    <w:p>
      <w:r>
        <w:rPr>
          <w:b/>
        </w:rPr>
        <w:t xml:space="preserve">[01:08] </w:t>
      </w:r>
      <w:r>
        <w:t>yeh jo hai, is har quran mein 114 bar aaya hai: bismillah rahman rahim.</w:t>
      </w:r>
    </w:p>
    <w:p>
      <w:pPr>
        <w:jc w:val="right"/>
      </w:pPr>
      <w:r>
        <w:t>یہ جو ہے، اس ہر قرآن میں 114 بار آیا ہے: بسم اللہ الرحمن الرحیم۔</w:t>
      </w:r>
    </w:p>
    <w:p>
      <w:r>
        <w:rPr>
          <w:b/>
        </w:rPr>
        <w:t xml:space="preserve">[01:18] </w:t>
      </w:r>
      <w:r>
        <w:t>is ka matlab hai</w:t>
      </w:r>
    </w:p>
    <w:p>
      <w:pPr>
        <w:jc w:val="right"/>
      </w:pPr>
      <w:r>
        <w:t>اس کا مطلب ہے</w:t>
      </w:r>
    </w:p>
    <w:p>
      <w:r>
        <w:rPr>
          <w:b/>
        </w:rPr>
        <w:t xml:space="preserve">[01:22] </w:t>
      </w:r>
      <w:r>
        <w:t>ki main shuru karta hoon allah ke naam se, jo rahman aur rahim hai.</w:t>
      </w:r>
    </w:p>
    <w:p>
      <w:pPr>
        <w:jc w:val="right"/>
      </w:pPr>
      <w:r>
        <w:t>کہ میں شروع کرتا ہوں اللہ کے نام سے، جو رحمن اور رحیم ہے۔</w:t>
      </w:r>
    </w:p>
    <w:p>
      <w:r>
        <w:rPr>
          <w:b/>
        </w:rPr>
        <w:t xml:space="preserve">[01:31] </w:t>
      </w:r>
      <w:r>
        <w:t>is ka matlab kya hua? yani woh khuda</w:t>
      </w:r>
    </w:p>
    <w:p>
      <w:pPr>
        <w:jc w:val="right"/>
      </w:pPr>
      <w:r>
        <w:t>اس کا مطلب کیا ہوا؟ یعنی وہ خدا</w:t>
      </w:r>
    </w:p>
    <w:p>
      <w:r>
        <w:rPr>
          <w:b/>
        </w:rPr>
        <w:t xml:space="preserve">[01:39] </w:t>
      </w:r>
      <w:r>
        <w:t>jo creator hai, jo sustainer hai, jo all powerful hai, jo har moment insan ki help par rehta hai,</w:t>
      </w:r>
    </w:p>
    <w:p>
      <w:pPr>
        <w:jc w:val="right"/>
      </w:pPr>
      <w:r>
        <w:t>جو کریٹر ہے، جو سسٹینر ہے، جو ال پاور فل ہے، جو ہر مومنٹ انسان کی ہیلپ پر رہتا ہے،</w:t>
      </w:r>
    </w:p>
    <w:p>
      <w:r>
        <w:rPr>
          <w:b/>
        </w:rPr>
        <w:t xml:space="preserve">[01:56] </w:t>
      </w:r>
      <w:r>
        <w:t>us ko hum invoke karte hain, us ki rehmat ko.</w:t>
      </w:r>
    </w:p>
    <w:p>
      <w:pPr>
        <w:jc w:val="right"/>
      </w:pPr>
      <w:r>
        <w:t>اس کو ہم انوک کرتے ہیں، اس کی رحمت کو۔</w:t>
      </w:r>
    </w:p>
    <w:p>
      <w:r>
        <w:rPr>
          <w:b/>
        </w:rPr>
        <w:t xml:space="preserve">[02:02] </w:t>
      </w:r>
      <w:r>
        <w:t>keh khuda ki yeh sifat hai keh woh rehmat wala hai, blessing wala hai. insaan se is ko bohat zyada talluq hai, kyunkeh khuda ne banaya hai insaan ko.</w:t>
      </w:r>
    </w:p>
    <w:p>
      <w:pPr>
        <w:jc w:val="right"/>
      </w:pPr>
      <w:r>
        <w:t>کہ خدا کی یہ صفت ہے کہ وہ رحمت والا ہے، بلیسنگ والا ہے۔ انسان سے اس کو بہت زیادہ تعلق ہے، کیونکہ خدا نے بنایا ہے انسان کو۔</w:t>
      </w:r>
    </w:p>
    <w:p>
      <w:r>
        <w:rPr>
          <w:b/>
        </w:rPr>
        <w:t xml:space="preserve">[02:18] </w:t>
      </w:r>
      <w:r>
        <w:t>to rehman aur rahim keh kar hum is ko goya invoke karte hain, us ki sifat ko</w:t>
      </w:r>
    </w:p>
    <w:p>
      <w:pPr>
        <w:jc w:val="right"/>
      </w:pPr>
      <w:r>
        <w:t>تو رحمن اور رحیم کہہ کر ہم اس کو گویا انوک کرتے ہیں، اس کی صفت کو</w:t>
      </w:r>
    </w:p>
    <w:p>
      <w:r>
        <w:rPr>
          <w:b/>
        </w:rPr>
        <w:t xml:space="preserve">[02:25] </w:t>
      </w:r>
      <w:r>
        <w:t>keh jo kaam mein karne ja raha hoon, is mein mujhe teri help milti rahe, teri madad mujhe hasil rahe.</w:t>
      </w:r>
    </w:p>
    <w:p>
      <w:pPr>
        <w:jc w:val="right"/>
      </w:pPr>
      <w:r>
        <w:t>کہ جو کام میں کرنے جا رہا ہوں، اس میں مجھے تیری ہیلپ ملتی رہے، تیری مدد مجھے حاصل رہے۔</w:t>
      </w:r>
    </w:p>
    <w:p>
      <w:r>
        <w:rPr>
          <w:b/>
        </w:rPr>
        <w:t xml:space="preserve">[02:36] </w:t>
      </w:r>
      <w:r>
        <w:t>to yeh aik living practice hai, yaad rakhiye, yeh koi ritual nahi hai.</w:t>
      </w:r>
    </w:p>
    <w:p>
      <w:pPr>
        <w:jc w:val="right"/>
      </w:pPr>
      <w:r>
        <w:t>تو یہ ایک لیونگ پریکٹس ہے، یاد رکھیے، یہ کوئی ریچول نہیں ہے۔</w:t>
      </w:r>
    </w:p>
    <w:p>
      <w:r>
        <w:rPr>
          <w:b/>
        </w:rPr>
        <w:t xml:space="preserve">[02:43] </w:t>
      </w:r>
      <w:r>
        <w:t>aur yeh bhi yaad rakhiye keh jab bhi aap</w:t>
      </w:r>
    </w:p>
    <w:p>
      <w:pPr>
        <w:jc w:val="right"/>
      </w:pPr>
      <w:r>
        <w:t>اور یہ بھی یاد رکھیے کہ جب بھی آپ</w:t>
      </w:r>
    </w:p>
    <w:p>
      <w:r>
        <w:rPr>
          <w:b/>
        </w:rPr>
        <w:t xml:space="preserve">[02:48] </w:t>
      </w:r>
      <w:r>
        <w:t>sachay jazbe se kahengay, sach much love service ke taur par nahi,</w:t>
      </w:r>
    </w:p>
    <w:p>
      <w:pPr>
        <w:jc w:val="right"/>
      </w:pPr>
      <w:r>
        <w:t>سچے جذبے سے کہیں گے، سچ مچ لف سروس کے طور پر نہیں،</w:t>
      </w:r>
    </w:p>
    <w:p>
      <w:r>
        <w:rPr>
          <w:b/>
        </w:rPr>
        <w:t xml:space="preserve">[02:58] </w:t>
      </w:r>
      <w:r>
        <w:t>sachay jazbe se. sachay jazbe ke maani kya hotay hain?</w:t>
      </w:r>
    </w:p>
    <w:p>
      <w:pPr>
        <w:jc w:val="right"/>
      </w:pPr>
      <w:r>
        <w:t>سچے جذبے سے۔ سچے جذبے کے معنی کیا ہوتے ہیں؟</w:t>
      </w:r>
    </w:p>
    <w:p>
      <w:r>
        <w:rPr>
          <w:b/>
        </w:rPr>
        <w:t xml:space="preserve">[03:04] </w:t>
      </w:r>
      <w:r>
        <w:t>jab aap ne is haqeeqat ko discover kiya ho,</w:t>
      </w:r>
    </w:p>
    <w:p>
      <w:pPr>
        <w:jc w:val="right"/>
      </w:pPr>
      <w:r>
        <w:t>جب آپ نے اس حقیقت کو ڈسکور کیا ہو،</w:t>
      </w:r>
    </w:p>
    <w:p>
      <w:r>
        <w:rPr>
          <w:b/>
        </w:rPr>
        <w:t xml:space="preserve">[03:10] </w:t>
      </w:r>
      <w:r>
        <w:t>discovery ke darjay mein aap jaan chukay hon keh kya matlab hai bismillah-ir-rehman-ir-rahim ka, tabhi woh sachay dil wali baat hoti hai.</w:t>
      </w:r>
    </w:p>
    <w:p>
      <w:pPr>
        <w:jc w:val="right"/>
      </w:pPr>
      <w:r>
        <w:t>ڈسکوری کے درجے میں آپ جان چکے ہوں کہ کیا مطلب ہے بسم اللہ الرحمن الرحیم کا، تبھی وہ سچا دل والی بات ہوتی ہے۔</w:t>
      </w:r>
    </w:p>
    <w:p>
      <w:r>
        <w:rPr>
          <w:b/>
        </w:rPr>
        <w:t xml:space="preserve">[03:23] </w:t>
      </w:r>
      <w:r>
        <w:t>sachay dil koi mysterious cheez nahi hai. aksar log is tarah ki baaton ko mysterious sense mein le letay hain.</w:t>
      </w:r>
    </w:p>
    <w:p>
      <w:pPr>
        <w:jc w:val="right"/>
      </w:pPr>
      <w:r>
        <w:t>سچا دل کوئی مسٹیریس چیز نہیں ہے۔ اکثر لوگ اس طرح کی باتوں کو مسٹیریس سینس میں لے لیتے ہیں۔</w:t>
      </w:r>
    </w:p>
    <w:p>
      <w:r>
        <w:rPr>
          <w:b/>
        </w:rPr>
        <w:t xml:space="preserve">[03:33] </w:t>
      </w:r>
      <w:r>
        <w:t>nahi, koi bhi cheez mysterious nahi hai. har cheez well known hai. to jab aap is is baat ko, is reality ko discover karte hain keh God Almighty mera aur sab ka creator hai,</w:t>
      </w:r>
    </w:p>
    <w:p>
      <w:pPr>
        <w:jc w:val="right"/>
      </w:pPr>
      <w:r>
        <w:t>نہیں، کوئی بھی چیز مسٹیریس نہیں ہے۔ ہر چیز ویل نون ہے۔ تو جب آپ اس اس بات کو، اس ریلیٹی کو ڈسکور کرتے ہیں کہ گاڈ ال وائٹی میرا اور سب کا کریٹر ہے،</w:t>
      </w:r>
    </w:p>
    <w:p>
      <w:r>
        <w:rPr>
          <w:b/>
        </w:rPr>
        <w:t xml:space="preserve">[03:58] </w:t>
      </w:r>
      <w:r>
        <w:t>isi ki help se hum aik aik second zinda hain.</w:t>
      </w:r>
    </w:p>
    <w:p>
      <w:pPr>
        <w:jc w:val="right"/>
      </w:pPr>
      <w:r>
        <w:t>اسی کی ہیلپ سے ہم ایک ایک سیکنڈ زندہ ہیں۔</w:t>
      </w:r>
    </w:p>
    <w:p>
      <w:r>
        <w:rPr>
          <w:b/>
        </w:rPr>
        <w:t xml:space="preserve">[04:04] </w:t>
      </w:r>
      <w:r>
        <w:t>is ki help na ho to hum aik second mein bhi khatam ho jayen. yeh sari cheezain aap ko consciously jab discover ho chuki hoti hain, consciously sach much hi aap jaan chukay hotay hain,</w:t>
      </w:r>
    </w:p>
    <w:p>
      <w:pPr>
        <w:jc w:val="right"/>
      </w:pPr>
      <w:r>
        <w:t>اس کی ہیلپ نہ ہو تو ہم ایک سیکنڈ میں بھی ختم ہو جائیں۔ یہ ساری چیزیں آپ کو کانشیسلی جب ڈسکور ہو چکی ہوتی ہیں، کانشیسلی سچ مچ ہی آپ جان چکے ہوتے ہیں،</w:t>
      </w:r>
    </w:p>
    <w:p>
      <w:r>
        <w:rPr>
          <w:b/>
        </w:rPr>
        <w:t xml:space="preserve">[04:24] </w:t>
      </w:r>
      <w:r>
        <w:t>tab jo niklta hai aap ke munh se bismillah-ir-rehman-ir-rahim, to isi ka naam hai sachay dil se kehna.</w:t>
      </w:r>
    </w:p>
    <w:p>
      <w:pPr>
        <w:jc w:val="right"/>
      </w:pPr>
      <w:r>
        <w:t>تب جو نکلتا ہے آپ کے منہ سے بسم اللہ الرحمن الرحیم، تو اسی کا نام ہے سچے دل سے کہنا۔</w:t>
      </w:r>
    </w:p>
    <w:p>
      <w:r>
        <w:rPr>
          <w:b/>
        </w:rPr>
        <w:t xml:space="preserve">[04:35] </w:t>
      </w:r>
      <w:r>
        <w:t>aur phir jab is tarah se aap kehtay hain to is baat ki aap ko aik conviction milta hai, aik taraf, aur doosri taraf is ki certainty ho jati hai keh khuda ki madad aap ko apne kaam mein zaroor milegi.</w:t>
      </w:r>
    </w:p>
    <w:p>
      <w:pPr>
        <w:jc w:val="right"/>
      </w:pPr>
      <w:r>
        <w:t>اور پھر جب اس طرح سے آپ کہتے ہیں تو اس بات کی آپ کو ایک کنوکشن ملتا ہے، ایک طرف، اور دوسری طرف اس کی سرٹینٹی ہو جاتی ہے کہ خدا کی مدد آپ کو اپنے کام میں ضرور ملے گی۔</w:t>
      </w:r>
    </w:p>
    <w:p>
      <w:r>
        <w:rPr>
          <w:b/>
        </w:rPr>
        <w:t xml:space="preserve">[04:57] </w:t>
      </w:r>
      <w:r>
        <w:t>doosri baat yeh hai keh aaj ka jo topic hai, woh hai problem of misunderstanding.</w:t>
      </w:r>
    </w:p>
    <w:p>
      <w:pPr>
        <w:jc w:val="right"/>
      </w:pPr>
      <w:r>
        <w:t>دوسری بات یہ ہے کہ آج کا جو ٹاپک ہے، وہ ہے پرابلم آف مس انڈرسٹینڈنگ۔</w:t>
      </w:r>
    </w:p>
    <w:p>
      <w:r>
        <w:rPr>
          <w:b/>
        </w:rPr>
        <w:t xml:space="preserve">[05:07] </w:t>
      </w:r>
      <w:r>
        <w:t>arabi zaban ka aik misl hai: al nas adaa'u ma jahiloo.</w:t>
      </w:r>
    </w:p>
    <w:p>
      <w:pPr>
        <w:jc w:val="right"/>
      </w:pPr>
      <w:r>
        <w:t>عربی زبان کا ایک مثل ہے: الناس ادا ما جاہل۔</w:t>
      </w:r>
    </w:p>
    <w:p>
      <w:r>
        <w:rPr>
          <w:b/>
        </w:rPr>
        <w:t xml:space="preserve">[05:16] </w:t>
      </w:r>
      <w:r>
        <w:t>log is cheez ke dushman ban jatay hain jis ko woh na jantay hon.</w:t>
      </w:r>
    </w:p>
    <w:p>
      <w:pPr>
        <w:jc w:val="right"/>
      </w:pPr>
      <w:r>
        <w:t>لوگ اس چیز کے دشمن بن جاتے ہیں جس کو وہ نہ جانتے ہوں۔</w:t>
      </w:r>
    </w:p>
    <w:p>
      <w:r>
        <w:rPr>
          <w:b/>
        </w:rPr>
        <w:t xml:space="preserve">[05:21] </w:t>
      </w:r>
      <w:r>
        <w:t>to dunya mein jitna bhi ghalat baatein hain, woh sab ki sab due to misunderstanding hain.</w:t>
      </w:r>
    </w:p>
    <w:p>
      <w:pPr>
        <w:jc w:val="right"/>
      </w:pPr>
      <w:r>
        <w:t>تو دنیا میں جتنا بھی غلط باتیں ہیں، وہ سب کی سب ڈیو ٹو مس انڈرسٹینڈنگ ہیں۔</w:t>
      </w:r>
    </w:p>
    <w:p>
      <w:r>
        <w:rPr>
          <w:b/>
        </w:rPr>
        <w:t xml:space="preserve">[05:33] </w:t>
      </w:r>
      <w:r>
        <w:t>chahe woh personal level par ho ya religious level par ho, kisi bhi level par ho.</w:t>
      </w:r>
    </w:p>
    <w:p>
      <w:pPr>
        <w:jc w:val="right"/>
      </w:pPr>
      <w:r>
        <w:t>چاہے وہ پرسنل لیول پر ہو یا ریلیجس لیول پر ہو، کسی بھی لیول پر ہو۔</w:t>
      </w:r>
    </w:p>
    <w:p>
      <w:r>
        <w:rPr>
          <w:b/>
        </w:rPr>
        <w:t xml:space="preserve">[05:44] </w:t>
      </w:r>
      <w:r>
        <w:t>to mein isi ko aaj, aaj ka topic banana chahta hoon, inshallah, keh problem of misunderstanding. to aaj jo mein shuru kar raha hoon, aaj ke paper se,</w:t>
      </w:r>
    </w:p>
    <w:p>
      <w:pPr>
        <w:jc w:val="right"/>
      </w:pPr>
      <w:r>
        <w:t>تو میں اسی کو آج، آج کا ٹاپک بنانا چاہتا ہوں، انشاءاللہ، کہ پرابلم آف مس انڈرسٹینڈنگ۔ تو آج جو میں شروع کر رہا ہوں، آج کے پیپر سے،</w:t>
      </w:r>
    </w:p>
    <w:p>
      <w:r>
        <w:rPr>
          <w:b/>
        </w:rPr>
        <w:t xml:space="preserve">[05:59] </w:t>
      </w:r>
      <w:r>
        <w:t>yeh mere haath mein aaj ka English paper hai.</w:t>
      </w:r>
    </w:p>
    <w:p>
      <w:pPr>
        <w:jc w:val="right"/>
      </w:pPr>
      <w:r>
        <w:t>یہ میرے ہاتھ میں آج کا انگلش پیپر ہے۔</w:t>
      </w:r>
    </w:p>
    <w:p>
      <w:r>
        <w:rPr>
          <w:b/>
        </w:rPr>
        <w:t xml:space="preserve">[06:03] </w:t>
      </w:r>
      <w:r>
        <w:t>is ke front page par jo headline hai, woh hai: "Pakistan to pull out troops from Indian border".</w:t>
      </w:r>
    </w:p>
    <w:p>
      <w:pPr>
        <w:jc w:val="right"/>
      </w:pPr>
      <w:r>
        <w:t>اس کے فرنٹ پیج پر جو ہیڈ لائن ہے، وہ ہے: "پاکستان ٹو پل آؤٹ ٹروپس فرام انڈین بارڈر"۔</w:t>
      </w:r>
    </w:p>
    <w:p>
      <w:r>
        <w:rPr>
          <w:b/>
        </w:rPr>
        <w:t xml:space="preserve">[06:17] </w:t>
      </w:r>
      <w:r>
        <w:t>"Pakistan to pull out troops from Indian border". yeh saada baat nahi hai. mein apne baray mein keh sakta hoon keh mein yeh baat aaj se nahi, kam az kam 50 saal se keh raha hoon.</w:t>
      </w:r>
    </w:p>
    <w:p>
      <w:pPr>
        <w:jc w:val="right"/>
      </w:pPr>
      <w:r>
        <w:t>"پاکستان ٹو پل آؤٹ ٹروپس فرام انڈین بارڈر"۔ یہ سادہ بات نہیں ہے۔ میں اپنے بارے میں کہہ سکتا ہوں کہ میں یہ بات آج سے نہیں، کم از کم 50 سال سے کہہ رہا ہوں۔</w:t>
      </w:r>
    </w:p>
    <w:p>
      <w:r>
        <w:rPr>
          <w:b/>
        </w:rPr>
        <w:t xml:space="preserve">[06:34] </w:t>
      </w:r>
      <w:r>
        <w:t>aur Pakistan ja kar mein ne yeh baat kahi, media mein kahi, har jagah kahi keh India ke border par jo Pakistan ne laga rakha hai apni fauj, bilkul absurd hai, unnecessary hai.</w:t>
      </w:r>
    </w:p>
    <w:p>
      <w:pPr>
        <w:jc w:val="right"/>
      </w:pPr>
      <w:r>
        <w:t>اور پاکستان جا کر میں نے یہ بات کہی، میڈیا میں کہی، ہر جگہ کہی کہ انڈیا کے بارڈر پر جو پاکستان نے لگا رکھا ہے اپنی فوج، بالکل ایبسرڈ ہے، ان نیسیسری ہے۔</w:t>
      </w:r>
    </w:p>
    <w:p>
      <w:r>
        <w:rPr>
          <w:b/>
        </w:rPr>
        <w:t xml:space="preserve">[06:49] </w:t>
      </w:r>
      <w:r>
        <w:t>is ko hataye in pakistan to is ki taraqqi hogi.</w:t>
      </w:r>
    </w:p>
    <w:p>
      <w:pPr>
        <w:jc w:val="right"/>
      </w:pPr>
      <w:r>
        <w:t>اس کو ہٹائے ان پاکستان تو اس کی ترقی ہوگی۔</w:t>
      </w:r>
    </w:p>
    <w:p>
      <w:r>
        <w:rPr>
          <w:b/>
        </w:rPr>
        <w:t xml:space="preserve">[06:56] </w:t>
      </w:r>
      <w:r>
        <w:t>mein aksar kaha karta hoon ke aik kaam ko karne ke liye doosre kaam ko chhodna padta hai.</w:t>
      </w:r>
    </w:p>
    <w:p>
      <w:pPr>
        <w:jc w:val="right"/>
      </w:pPr>
      <w:r>
        <w:t>میں اکثر کہا کرتا ہوں کہ ایک کام کو کرنے کے لیے دوسرے کام کو چھوڑنا پڑتا ہے۔</w:t>
      </w:r>
    </w:p>
    <w:p>
      <w:r>
        <w:rPr>
          <w:b/>
        </w:rPr>
        <w:t xml:space="preserve">[07:02] </w:t>
      </w:r>
      <w:r>
        <w:t>agar aap pakistan ki taraqqi chahte hain to india se dushmani ko khatam kijiye, india se raiwoli ko khatam kijiye.</w:t>
      </w:r>
    </w:p>
    <w:p>
      <w:pPr>
        <w:jc w:val="right"/>
      </w:pPr>
      <w:r>
        <w:t>اگر آپ پاکستان کی ترقی چاہتے ہیں تو انڈیا سے دشمنی کو ختم کیجئے، انڈیا سے رائیولی کو ختم کیجئے۔</w:t>
      </w:r>
    </w:p>
    <w:p>
      <w:r>
        <w:rPr>
          <w:b/>
        </w:rPr>
        <w:t xml:space="preserve">[07:13] </w:t>
      </w:r>
      <w:r>
        <w:t>yeh jo aap ne laga rakha hai troop, itne sab, is ko khatam kijiye. lekin meri baat kisi ne suni nahi.</w:t>
      </w:r>
    </w:p>
    <w:p>
      <w:pPr>
        <w:jc w:val="right"/>
      </w:pPr>
      <w:r>
        <w:t>یہ جو آپ نے لگا رکھا ہے ٹروپ، اتنے سب، اس کو ختم کیجئے۔ لیکن میری بات کسی نے سنی نہیں۔</w:t>
      </w:r>
    </w:p>
    <w:p>
      <w:r>
        <w:rPr>
          <w:b/>
        </w:rPr>
        <w:t xml:space="preserve">[07:24] </w:t>
      </w:r>
      <w:r>
        <w:t>yeh baat in da record hai ke mein yeh baat 50 baras se kehta raha hoon. ab kaise pakistan maan gaya?</w:t>
      </w:r>
    </w:p>
    <w:p>
      <w:pPr>
        <w:jc w:val="right"/>
      </w:pPr>
      <w:r>
        <w:t>یہ بات ان دا ریکارڈ ہے کہ میں یہ بات 50 برس سے کہتا رہا ہوں۔ اب کیسے پاکستان مان گیا؟</w:t>
      </w:r>
    </w:p>
    <w:p>
      <w:r>
        <w:rPr>
          <w:b/>
        </w:rPr>
        <w:t xml:space="preserve">[07:32] </w:t>
      </w:r>
      <w:r>
        <w:t>america ke dabaao par. aap parhiye aaj ka jo paper hai, aap parh chuke honge.</w:t>
      </w:r>
    </w:p>
    <w:p>
      <w:pPr>
        <w:jc w:val="right"/>
      </w:pPr>
      <w:r>
        <w:t>امریکہ کے دباؤ پر۔ آپ پڑھیے آج کا جو پیپر ہے، آپ پڑھ چکے ہوں گے۔</w:t>
      </w:r>
    </w:p>
    <w:p>
      <w:r>
        <w:rPr>
          <w:b/>
        </w:rPr>
        <w:t xml:space="preserve">[07:43] </w:t>
      </w:r>
      <w:r>
        <w:t>america pakistan ko billionen billion dollar deta hai.</w:t>
      </w:r>
    </w:p>
    <w:p>
      <w:pPr>
        <w:jc w:val="right"/>
      </w:pPr>
      <w:r>
        <w:t>امریکہ پاکستان کو بلینیں بلین ڈالر دیتا ہے۔</w:t>
      </w:r>
    </w:p>
    <w:p>
      <w:r>
        <w:rPr>
          <w:b/>
        </w:rPr>
        <w:t xml:space="preserve">[07:48] </w:t>
      </w:r>
      <w:r>
        <w:t>abhi jo president hain america ke, unhon ne dhamki di ke ya to aap yeh jo aap ne laga rakha hai faujen india ke border par, is ko hataye, nahi to hum aap ki madad band kar denge.</w:t>
      </w:r>
    </w:p>
    <w:p>
      <w:pPr>
        <w:jc w:val="right"/>
      </w:pPr>
      <w:r>
        <w:t>ابھی جو پریزیڈنٹ ہیں امریکہ کے، انہوں نے دھمکی دی کہ یا تو آپ یہ جو آپ نے لگا رکھا ہے فوجیں انڈیا کے بارڈر پر، اس کو ہٹائیے، نہیں تو ہم آپ کی مدد بند کر دیں گے۔</w:t>
      </w:r>
    </w:p>
    <w:p>
      <w:r>
        <w:rPr>
          <w:b/>
        </w:rPr>
        <w:t xml:space="preserve">[08:06] </w:t>
      </w:r>
      <w:r>
        <w:t>kyun? is liye ke america concern hai qaeda aur aur taliban.</w:t>
      </w:r>
    </w:p>
    <w:p>
      <w:pPr>
        <w:jc w:val="right"/>
      </w:pPr>
      <w:r>
        <w:t>کیوں؟ اس لیے کہ امریکہ کنسرن ہے القاعدہ اور اور طالبان۔</w:t>
      </w:r>
    </w:p>
    <w:p>
      <w:r>
        <w:rPr>
          <w:b/>
        </w:rPr>
        <w:t xml:space="preserve">[08:17] </w:t>
      </w:r>
      <w:r>
        <w:t>is ko chahta hai, america chahta hai ke pakistan is ko crush kare. aur pakistan crush kar nahi pata tha kyunke faujen laga rakhi hain india ke border par.</w:t>
      </w:r>
    </w:p>
    <w:p>
      <w:pPr>
        <w:jc w:val="right"/>
      </w:pPr>
      <w:r>
        <w:t>اس کو چاہتا ہے، امریکہ چاہتا ہے کہ پاکستان اس کو کرش کرے۔ اور پاکستان کرش کر نہیں پاتا تھا کیونکہ فوجیں لگا رکھی ہیں انڈیا کے بارڈر پر۔</w:t>
      </w:r>
    </w:p>
    <w:p>
      <w:r>
        <w:rPr>
          <w:b/>
        </w:rPr>
        <w:t xml:space="preserve">[08:29] </w:t>
      </w:r>
      <w:r>
        <w:t>pakistan ki faujen lagi hui hain india ke border par, to wahan crush nahi kar paate woh. to america ne dhamki di un ko ke ya to yahan se hatao fauj aur wahan lagao jahan ke asal enemy hai.</w:t>
      </w:r>
    </w:p>
    <w:p>
      <w:pPr>
        <w:jc w:val="right"/>
      </w:pPr>
      <w:r>
        <w:t>پاکستان کی فوجیں لگی ہوئی ہیں انڈیا کے بارڈر پر، تو وہاں کرش نہیں کر پاتے وہ۔ تو امریکہ نے دھمکی دی ان کو کہ یا تو یہاں سے ہٹاؤ فوج اور وہاں لگاؤ جہاں کہ اصل انمی ہے۔</w:t>
      </w:r>
    </w:p>
    <w:p>
      <w:r>
        <w:rPr>
          <w:b/>
        </w:rPr>
        <w:t xml:space="preserve">[08:45] </w:t>
      </w:r>
      <w:r>
        <w:t>yeh taliban aur qaeda ko asal enemy samajhta hai pakistan. to jab dhamki di to hata liya.</w:t>
      </w:r>
    </w:p>
    <w:p>
      <w:pPr>
        <w:jc w:val="right"/>
      </w:pPr>
      <w:r>
        <w:t>یہ طالبان اور القاعدہ کو اصل انمی سمجھتا ہے پاکستان۔ تو جب دھمکی دی تو ہٹا لیا۔</w:t>
      </w:r>
    </w:p>
    <w:p>
      <w:r>
        <w:rPr>
          <w:b/>
        </w:rPr>
        <w:t xml:space="preserve">[08:57] </w:t>
      </w:r>
      <w:r>
        <w:t>to sab se bara masla kya hai is waqt musalmanon ka? ke as a principle jab koi baat kahi jaye to woh nahi manenge.</w:t>
      </w:r>
    </w:p>
    <w:p>
      <w:pPr>
        <w:jc w:val="right"/>
      </w:pPr>
      <w:r>
        <w:t>تو سب سے بڑا مسئلہ کیا ہے اس وقت مسلمانوں کا؟ کہ ایز اے پرنسپل جب کوئی بات کہی جائے تو وہ نہیں مانیں گے۔</w:t>
      </w:r>
    </w:p>
    <w:p>
      <w:r>
        <w:rPr>
          <w:b/>
        </w:rPr>
        <w:t xml:space="preserve">[09:08] </w:t>
      </w:r>
      <w:r>
        <w:t>aur jab un ka interest khone lage, koi dabaao aa jaye to maan lete hain.</w:t>
      </w:r>
    </w:p>
    <w:p>
      <w:pPr>
        <w:jc w:val="right"/>
      </w:pPr>
      <w:r>
        <w:t>اور جب ان کا انٹرسٹ کل ہونے لگے، کوئی دباؤ آ جائے تو مان لیتے ہیں۔</w:t>
      </w:r>
    </w:p>
    <w:p>
      <w:r>
        <w:rPr>
          <w:b/>
        </w:rPr>
        <w:t xml:space="preserve">[09:13] </w:t>
      </w:r>
      <w:r>
        <w:t>yeh poori muslim aaj ki jo hai, poori poori muslim community ka yahi haal hai.</w:t>
      </w:r>
    </w:p>
    <w:p>
      <w:pPr>
        <w:jc w:val="right"/>
      </w:pPr>
      <w:r>
        <w:t>یہ پوری مسلم آج کی جو ہے، پوری پوری مسلم کمیونٹی کا یہی حال ہے۔</w:t>
      </w:r>
    </w:p>
    <w:p>
      <w:r>
        <w:rPr>
          <w:b/>
        </w:rPr>
        <w:t xml:space="preserve">[09:21] </w:t>
      </w:r>
      <w:r>
        <w:t>aur musalmanon ke bare mein jo kaha hai, mein kaha karta hoon ke apne zawaal ke daur mein hai, degeneration ke zamane mein hai, to is ki sab se bari pehchan yahi hai.</w:t>
      </w:r>
    </w:p>
    <w:p>
      <w:pPr>
        <w:jc w:val="right"/>
      </w:pPr>
      <w:r>
        <w:t>اور مسلمانوں کے بارے میں جو کہا ہے، میں کہا کرتا ہوں کہ اپنے زوال کے دور میں ہے، ڈی جنریشن کے زمانے میں ہے، تو اس کی سب سے بڑی پہچان یہی ہے۔</w:t>
      </w:r>
    </w:p>
    <w:p>
      <w:r>
        <w:rPr>
          <w:b/>
        </w:rPr>
        <w:t xml:space="preserve">[09:33] </w:t>
      </w:r>
      <w:r>
        <w:t>dekhiye, zinda qaum jo hoti hai, zinda log jo hote hain, woh principle ke base par baaton ko mante hain. aur jo jab zindagi nikal jaye, lifeless ho jayen log, to kya hota hai?</w:t>
      </w:r>
    </w:p>
    <w:p>
      <w:pPr>
        <w:jc w:val="right"/>
      </w:pPr>
      <w:r>
        <w:t>دیکھیے، زندہ قوم جو ہوتی ہے، زندہ لوگ جو ہوتے ہیں، وہ پرنسپل کے بیس پر باتوں کو مانتے ہیں۔ اور جو جب زندگی نکل جائے، لائف لیس ہو جائیں لوگ، تو کیا ہوتا ہے؟</w:t>
      </w:r>
    </w:p>
    <w:p>
      <w:r>
        <w:rPr>
          <w:b/>
        </w:rPr>
        <w:t xml:space="preserve">[09:46] </w:t>
      </w:r>
      <w:r>
        <w:t>sirf dabaao, pressure ki zuban jante hain woh. pressure ki zuban, bas. woh logic ki zuban nahi jante.</w:t>
      </w:r>
    </w:p>
    <w:p>
      <w:pPr>
        <w:jc w:val="right"/>
      </w:pPr>
      <w:r>
        <w:t>صرف دباؤ، پریشر کی زبان جانتے ہیں وہ۔ پریشر کی زبان، بس۔ وہ لاجک کی زبان نہیں جانتے۔</w:t>
      </w:r>
    </w:p>
    <w:p>
      <w:r>
        <w:rPr>
          <w:b/>
        </w:rPr>
        <w:t xml:space="preserve">[09:56] </w:t>
      </w:r>
      <w:r>
        <w:t>yahi pehchan hai aik dead nation mein aur aik living nation mein.</w:t>
      </w:r>
    </w:p>
    <w:p>
      <w:pPr>
        <w:jc w:val="right"/>
      </w:pPr>
      <w:r>
        <w:t>یہی پہچان ہے ایک ڈیڈ نیشن میں اور ایک لیونگ نیشن میں۔</w:t>
      </w:r>
    </w:p>
    <w:p>
      <w:r>
        <w:rPr>
          <w:b/>
        </w:rPr>
        <w:t xml:space="preserve">[10:01] </w:t>
      </w:r>
      <w:r>
        <w:t>aik dead insan mein aur aik living insan mein. zinda insan jo hai, logic ki zuban janta hai. logic par woh surrender kar deta hai.</w:t>
      </w:r>
    </w:p>
    <w:p>
      <w:pPr>
        <w:jc w:val="right"/>
      </w:pPr>
      <w:r>
        <w:t>ایک ڈیڈ انسان میں اور ایک لیونگ انسان میں۔ زندہ انسان جو ہے، لاجک کی زبان جانتا ہے۔ لاجک پر وہ سرینڈر کر دیتا ہے۔</w:t>
      </w:r>
    </w:p>
    <w:p>
      <w:r>
        <w:rPr>
          <w:b/>
        </w:rPr>
        <w:t xml:space="preserve">[10:12] </w:t>
      </w:r>
      <w:r>
        <w:t>aur dead insan kya hai? is ka haal woh pressure ki zuban janta hai. bas yeh haal hai is waqt musalmanon ka. yeh baat mein ne kyun kahi?</w:t>
      </w:r>
    </w:p>
    <w:p>
      <w:pPr>
        <w:jc w:val="right"/>
      </w:pPr>
      <w:r>
        <w:t>اور ڈیڈ انسان کیا ہے؟ اس کا حال وہ پریشر کی زبان جانتا ہے۔ بس یہ حال ہے اس وقت مسلمانوں کا۔ یہ بات میں نے کیوں کہی؟</w:t>
      </w:r>
    </w:p>
    <w:p>
      <w:r>
        <w:rPr>
          <w:b/>
        </w:rPr>
        <w:t xml:space="preserve">[10:25] </w:t>
      </w:r>
      <w:r>
        <w:t>yeh baat is liye mein ne kahi ke kal mujhe bara anokha experience hua.</w:t>
      </w:r>
    </w:p>
    <w:p>
      <w:pPr>
        <w:jc w:val="right"/>
      </w:pPr>
      <w:r>
        <w:t>یہ بات اس لیے میں نے کہی کہ کل مجھے بڑا انوکھا ایکسپیرینس ہوا۔</w:t>
      </w:r>
    </w:p>
    <w:p>
      <w:r>
        <w:rPr>
          <w:b/>
        </w:rPr>
        <w:t xml:space="preserve">[10:31] </w:t>
      </w:r>
      <w:r>
        <w:t>aik bohat hi anokha experience. shayad meri zindagi ka pehla waqea tha.</w:t>
      </w:r>
    </w:p>
    <w:p>
      <w:pPr>
        <w:jc w:val="right"/>
      </w:pPr>
      <w:r>
        <w:t>ایک بہت ہی انوکھا ایکسپیرینس۔ شاید میری زندگی کا پہلا واقعہ تھا۔</w:t>
      </w:r>
    </w:p>
    <w:p>
      <w:r>
        <w:rPr>
          <w:b/>
        </w:rPr>
        <w:t xml:space="preserve">[10:38] </w:t>
      </w:r>
      <w:r>
        <w:t>kal dilli mein hamara aik program tha. yeh tha india international center mein.</w:t>
      </w:r>
    </w:p>
    <w:p>
      <w:pPr>
        <w:jc w:val="right"/>
      </w:pPr>
      <w:r>
        <w:t>کل دلی میں ہمارا ایک پروگرام تھا۔ یہ تھا انڈیا انٹرنیشنل سینٹر میں۔</w:t>
      </w:r>
    </w:p>
    <w:p>
      <w:r>
        <w:rPr>
          <w:b/>
        </w:rPr>
        <w:t xml:space="preserve">[10:48] </w:t>
      </w:r>
      <w:r>
        <w:t>kal sham ko. yaani 9 may ki sham ko. to is mein akeli meri taqreer thi.</w:t>
      </w:r>
    </w:p>
    <w:p>
      <w:pPr>
        <w:jc w:val="right"/>
      </w:pPr>
      <w:r>
        <w:t>کل شام کو۔ یعنی 9 مئی کی شام کو۔ تو اس میں اکیلی میری تقریر تھی۔</w:t>
      </w:r>
    </w:p>
    <w:p>
      <w:r>
        <w:rPr>
          <w:b/>
        </w:rPr>
        <w:t xml:space="preserve">[11:00] </w:t>
      </w:r>
      <w:r>
        <w:t>is ka jo topic tha, woh yeh tha: "how to discover god".</w:t>
      </w:r>
    </w:p>
    <w:p>
      <w:pPr>
        <w:jc w:val="right"/>
      </w:pPr>
      <w:r>
        <w:t>اس کا جو ٹاپک تھا، وہ یہ تھا: "ہاؤ ٹو ڈسکور گاڈ"۔</w:t>
      </w:r>
    </w:p>
    <w:p>
      <w:r>
        <w:rPr>
          <w:b/>
        </w:rPr>
        <w:t xml:space="preserve">[11:08] </w:t>
      </w:r>
      <w:r>
        <w:t>"how to discover god".</w:t>
      </w:r>
    </w:p>
    <w:p>
      <w:pPr>
        <w:jc w:val="right"/>
      </w:pPr>
      <w:r>
        <w:t>"ہاؤ ٹو ڈسکور گاڈ"۔ اس سے اور اس سے دونوں سے بہت زیادہ یہ اس سے ریلیٹڈ ہے بات، اس لیے میں یہ کہہ رہا ہوں۔</w:t>
      </w:r>
    </w:p>
    <w:p>
      <w:r>
        <w:rPr>
          <w:b/>
        </w:rPr>
        <w:t xml:space="preserve">[11:20] </w:t>
      </w:r>
      <w:r>
        <w:t>to mein ne wahan par bohat hi tafseel ke sath taqreer ki. aur yeh bataya ke philosophy aur science dono is baat ko mante hain ke yeh dunya ka aik khuda hai.</w:t>
      </w:r>
    </w:p>
    <w:p>
      <w:pPr>
        <w:jc w:val="right"/>
      </w:pPr>
      <w:r>
        <w:t>تو میں نے وہاں پر بہت ہی تفصیل کے ساتھ تقریر کی۔ اور یہ بتایا کہ فلاسفی اور سائنس دونوں اس بات کو مانتے ہیں کہ یہ دنیا کا ایک خدا ہے۔</w:t>
      </w:r>
    </w:p>
    <w:p>
      <w:r>
        <w:rPr>
          <w:b/>
        </w:rPr>
        <w:t xml:space="preserve">[11:32] </w:t>
      </w:r>
      <w:r>
        <w:t>yeh bohat bara aik aik aik claim tha ke philosophy aur science dono is baat ko mante hain ke yeh dunya ka aik khuda hai.</w:t>
      </w:r>
    </w:p>
    <w:p>
      <w:pPr>
        <w:jc w:val="right"/>
      </w:pPr>
      <w:r>
        <w:t>یہ بہت بڑا ایک ایک ایک کلیم تھا کہ فلاسفی اور سائنس دونوں اس بات کو مانتے ہیں کہ یہ دنیا کا ایک خدا ہے۔</w:t>
      </w:r>
    </w:p>
    <w:p>
      <w:r>
        <w:rPr>
          <w:b/>
        </w:rPr>
        <w:t xml:space="preserve">[11:43] </w:t>
      </w:r>
      <w:r>
        <w:t>yani khuda ka term to nahi use karte woh log, lekin kuch doosre word bolte hain, doosre term istemal karte hain woh, lekin mante hain yeh baat ko.</w:t>
      </w:r>
    </w:p>
    <w:p>
      <w:pPr>
        <w:jc w:val="right"/>
      </w:pPr>
      <w:r>
        <w:t>یعنی خدا کا ٹرم تو نہیں یوز کرتے وہ لوگ، لیکن کچھ دوسرے ورڈ بولتے ہیں، دوسرے ٹرم استعمال کرتے ہیں وہ، لیکن مانتے ہیں یہ بات کو۔</w:t>
      </w:r>
    </w:p>
    <w:p>
      <w:r>
        <w:rPr>
          <w:b/>
        </w:rPr>
        <w:t xml:space="preserve">[11:56] </w:t>
      </w:r>
      <w:r>
        <w:t>to wahan sab bura haal bhara hua tha. sab highly educated log the. kisi aik shakhs ne bhi react nahi kiya. yeh mana jata hai ke is zamane mein kon khuda ko sunta hai, kon khuda ko manta hai.</w:t>
      </w:r>
    </w:p>
    <w:p>
      <w:pPr>
        <w:jc w:val="right"/>
      </w:pPr>
      <w:r>
        <w:t>تو وہاں سب برا حال بھرا ہوا تھا۔ سب ہائیلی ایجوکیٹڈ لوگ تھے۔ کسی ایک شخص نے بھی ری ایکٹ نہیں کیا۔ یہ مانا جاتا ہے کہ اس زمانے میں کون خدا کو سنتا ہے، کون خدا کو مانتا ہے۔</w:t>
      </w:r>
    </w:p>
    <w:p>
      <w:r>
        <w:rPr>
          <w:b/>
        </w:rPr>
        <w:t xml:space="preserve">[12:10] </w:t>
      </w:r>
      <w:r>
        <w:t>yeh to zamana atheism ka hai.</w:t>
      </w:r>
    </w:p>
    <w:p>
      <w:pPr>
        <w:jc w:val="right"/>
      </w:pPr>
      <w:r>
        <w:t>یہ تو زمانہ اتھیزم کا ہے۔</w:t>
      </w:r>
    </w:p>
    <w:p>
      <w:r>
        <w:rPr>
          <w:b/>
        </w:rPr>
        <w:t xml:space="preserve">[12:15] </w:t>
      </w:r>
      <w:r>
        <w:t>lekin aap taajub karenge ke kisi aik shakhs ne bhi meri asal baat par react nahi kiya. bohat se question aaye wahan par.</w:t>
      </w:r>
    </w:p>
    <w:p>
      <w:pPr>
        <w:jc w:val="right"/>
      </w:pPr>
      <w:r>
        <w:t>لیکن آپ تعجب کریں گے کہ کسی ایک شخص نے بھی میری اصل بات پر ری ایکٹ نہیں کیا۔ بہت سے کوئسچن آئے وہاں پر۔</w:t>
      </w:r>
    </w:p>
    <w:p>
      <w:r>
        <w:rPr>
          <w:b/>
        </w:rPr>
        <w:t xml:space="preserve">[12:23] </w:t>
      </w:r>
      <w:r>
        <w:t>lekin question sab ke sab kiya the? doosre the woh. dunya mein bigaad kyun hai? dunya mein fasad kyun hai? dunya mein zulm kyun hai?</w:t>
      </w:r>
    </w:p>
    <w:p>
      <w:pPr>
        <w:jc w:val="right"/>
      </w:pPr>
      <w:r>
        <w:t>لیکن کوئسچن سب کے سب کیا تھے؟ دوسرے تھے وہ۔ دنیا میں بگاڑ کیوں ہے؟ دنیا میں فساد کیوں ہے؟ دنیا میں ظلم کیوں ہے؟</w:t>
      </w:r>
    </w:p>
    <w:p>
      <w:r>
        <w:rPr>
          <w:b/>
        </w:rPr>
        <w:t xml:space="preserve">[12:32] </w:t>
      </w:r>
      <w:r>
        <w:t>dunya mein violence kyun hai? dunya mein bloodshed kyun hai? yani human world ke baray mein. kyun ke yeh sab baatein kahan ho rahi hain?</w:t>
      </w:r>
    </w:p>
    <w:p>
      <w:pPr>
        <w:jc w:val="right"/>
      </w:pPr>
      <w:r>
        <w:t>دنیا میں وائیلنس کیوں ہے؟ دنیا میں بلڈ شٹ کیوں ہے؟ یعنی ہیومن ورلڈ کے بارے میں۔ کیونکہ یہ سب باتیں کہاں ہو رہی ہیں؟</w:t>
      </w:r>
    </w:p>
    <w:p>
      <w:r>
        <w:rPr>
          <w:b/>
        </w:rPr>
        <w:t xml:space="preserve">[12:43] </w:t>
      </w:r>
      <w:r>
        <w:t>yeh sab starry university thori ho rahi hain? sirf galaxy mein nahi ho rahi hain yeh sab baatein? yeh sab jo violence, bloodshed, corruption, dishonesty, yeh sari baatein jo hain, kahan ho rahi hain?</w:t>
      </w:r>
    </w:p>
    <w:p>
      <w:pPr>
        <w:jc w:val="right"/>
      </w:pPr>
      <w:r>
        <w:t>یہ سب اسٹاری یونیورسٹی تھوڑی ہو رہی ہیں؟ صرف گلیکسی میں نہیں ہو رہی ہیں یہ سب باتیں؟ یہ سب جو وائیلنس، بلڈ شٹ، کرپشن، ڈس آنستی، یہ ساری باتیں جو ہیں، کہاں ہو رہی ہیں؟</w:t>
      </w:r>
    </w:p>
    <w:p>
      <w:r>
        <w:rPr>
          <w:b/>
        </w:rPr>
        <w:t xml:space="preserve">[12:58] </w:t>
      </w:r>
      <w:r>
        <w:t>yeh koi galaxy mein nahi ho rahi hain? yeh insanon ki dunya mein ho rahi hain.</w:t>
      </w:r>
    </w:p>
    <w:p>
      <w:pPr>
        <w:jc w:val="right"/>
      </w:pPr>
      <w:r>
        <w:t>یہ کوئی گلیکسی میں نہیں ہو رہی ہیں؟ یہ انسانوں کی دنیا میں ہو رہی ہیں۔</w:t>
      </w:r>
    </w:p>
    <w:p>
      <w:r>
        <w:rPr>
          <w:b/>
        </w:rPr>
        <w:t xml:space="preserve">[13:04] </w:t>
      </w:r>
      <w:r>
        <w:t>to is ke baad kiya hua? ke mein ne baat ki khuda ke baray mein, existence of god ke baray mein. existence of god ke mamle mein kisi ne challenge nahi kiya mujh ko.</w:t>
      </w:r>
    </w:p>
    <w:p>
      <w:pPr>
        <w:jc w:val="right"/>
      </w:pPr>
      <w:r>
        <w:t>تو اس کے بعد کیا ہوا؟ کہ میں نے بات کی خدا کے بارے میں، ایگزسٹنس آف گاڈ کے بارے میں۔ ایگزسٹنس آف گاڈ کے معاملے میں کسی نے چیلنج نہیں کیا مجھ کو۔</w:t>
      </w:r>
    </w:p>
    <w:p>
      <w:r>
        <w:rPr>
          <w:b/>
        </w:rPr>
        <w:t xml:space="preserve">[13:20] </w:t>
      </w:r>
      <w:r>
        <w:t>baat kiya kahi logon ne ke insanon ke andar zulm kyun ho raha hai? to</w:t>
      </w:r>
    </w:p>
    <w:p>
      <w:pPr>
        <w:jc w:val="right"/>
      </w:pPr>
      <w:r>
        <w:t>بات کیا کہی لوگوں نے کہ انسانوں کے اندر ظلم کیوں ہو رہا ہے؟ تو</w:t>
      </w:r>
    </w:p>
    <w:p>
      <w:r>
        <w:rPr>
          <w:b/>
        </w:rPr>
        <w:t xml:space="preserve">[13:27] </w:t>
      </w:r>
      <w:r>
        <w:t>is tarah se unhon ne goya indirect way mein is par doubt create kiya ke khuda agar hai to us ko check kyun nahi karta?</w:t>
      </w:r>
    </w:p>
    <w:p>
      <w:pPr>
        <w:jc w:val="right"/>
      </w:pPr>
      <w:r>
        <w:t>اس طرح سے انہوں نے گویا ان ڈائریکٹ وے میں اس پر ڈاؤٹ کریٹ کیا کہ خدا اگر ہے تو اس کو چیک کیوں نہیں کرتا؟</w:t>
      </w:r>
    </w:p>
    <w:p>
      <w:r>
        <w:rPr>
          <w:b/>
        </w:rPr>
        <w:t xml:space="preserve">[13:38] </w:t>
      </w:r>
      <w:r>
        <w:t>to mujhe yaad aaya ke aik professor se aik bar mujhe baat ho rahi thi isi par khuda ke wajood par. us ne kaha ke is zamane mein science ki discoveries ke baad,</w:t>
      </w:r>
    </w:p>
    <w:p>
      <w:pPr>
        <w:jc w:val="right"/>
      </w:pPr>
      <w:r>
        <w:t>تو مجھے یاد آیا کہ ایک پروفیسر سے ایک بار مجھے بات ہو رہی تھی اسی پر خدا کے وجود پر۔ اس نے کہا کہ اس زمانے میں سائنس کی ڈسکوریز کے بعد،</w:t>
      </w:r>
    </w:p>
    <w:p>
      <w:r>
        <w:rPr>
          <w:b/>
        </w:rPr>
        <w:t xml:space="preserve">[13:53] </w:t>
      </w:r>
      <w:r>
        <w:t>woh bohat parha likha aadmi tha,</w:t>
      </w:r>
    </w:p>
    <w:p>
      <w:pPr>
        <w:jc w:val="right"/>
      </w:pPr>
      <w:r>
        <w:t>وہ بہت پڑھا لکھا آدمی تھا،</w:t>
      </w:r>
    </w:p>
    <w:p>
      <w:r>
        <w:rPr>
          <w:b/>
        </w:rPr>
        <w:t xml:space="preserve">[13:56] </w:t>
      </w:r>
      <w:r>
        <w:t>science ki discoveries ke baad ab khuda ke wajood par, khuda ki existence par ziyada bara sawal nahi logon ko hai.</w:t>
      </w:r>
    </w:p>
    <w:p>
      <w:pPr>
        <w:jc w:val="right"/>
      </w:pPr>
      <w:r>
        <w:t>سائنس کی ڈسکوریز کے بعد اب خدا کے وجود پر، خدا کی ایگزسٹنس پر زیادہ بڑا سوال نہیں لوگوں کو ہے۔</w:t>
      </w:r>
    </w:p>
    <w:p>
      <w:r>
        <w:rPr>
          <w:b/>
        </w:rPr>
        <w:t xml:space="preserve">[14:09] </w:t>
      </w:r>
      <w:r>
        <w:t>ziyada bara sawal jo hai us par hai problem of evil par. yani problem of evil kyun? problem of evil kyun? yani problem of evil kahan hai?</w:t>
      </w:r>
    </w:p>
    <w:p>
      <w:pPr>
        <w:jc w:val="right"/>
      </w:pPr>
      <w:r>
        <w:t>زیادہ بڑا سوال جو ہے اس پر ہے پرابلم آف ایول پر۔ یعنی پرابلم آف ایول کیوں؟ پرابلم آف ایول کیوں؟ یعنی پرابلم آف ایول کہاں ہے؟</w:t>
      </w:r>
    </w:p>
    <w:p>
      <w:r>
        <w:rPr>
          <w:b/>
        </w:rPr>
        <w:t xml:space="preserve">[14:22] </w:t>
      </w:r>
      <w:r>
        <w:t>insanon ki dunya mein hai.</w:t>
      </w:r>
    </w:p>
    <w:p>
      <w:pPr>
        <w:jc w:val="right"/>
      </w:pPr>
      <w:r>
        <w:t>انسانوں کی دنیا میں ہے۔</w:t>
      </w:r>
    </w:p>
    <w:p>
      <w:r>
        <w:rPr>
          <w:b/>
        </w:rPr>
        <w:t xml:space="preserve">[14:26] </w:t>
      </w:r>
      <w:r>
        <w:t>to khuda ke baray mein shakk nahi logon ko. shakk kahan hai? insanon ke baray mein ke insaan ki dunya mein zulm kyun hota hai? bloodshed kyun hota hai?</w:t>
      </w:r>
    </w:p>
    <w:p>
      <w:pPr>
        <w:jc w:val="right"/>
      </w:pPr>
      <w:r>
        <w:t>تو خدا کے بارے میں شک نہیں لوگوں کو۔ شک کہاں ہے؟ انسانوں کے بارے میں کہ انسان کی دنیا میں ظلم کیوں ہوتا ہے؟ بلڈ شٹ کیوں ہوتا ہے؟</w:t>
      </w:r>
    </w:p>
    <w:p>
      <w:r>
        <w:rPr>
          <w:b/>
        </w:rPr>
        <w:t xml:space="preserve">[14:34] </w:t>
      </w:r>
      <w:r>
        <w:t>violence kyun hota hai? waghera. is ko le kar khuda par shakk karne lagte hain woh.</w:t>
      </w:r>
    </w:p>
    <w:p>
      <w:pPr>
        <w:jc w:val="right"/>
      </w:pPr>
      <w:r>
        <w:t>وائیلنس کیوں ہوتا ہے؟ وغیرہ۔ اس کو لے کر خدا پر شک کرنے لگتے ہیں وہ۔</w:t>
      </w:r>
    </w:p>
    <w:p>
      <w:r>
        <w:rPr>
          <w:b/>
        </w:rPr>
        <w:t xml:space="preserve">[14:44] </w:t>
      </w:r>
      <w:r>
        <w:t>to mujhe yaad aaya ke dekhiye, do alag alag field of histories hain. aik hai physical world, aik human world.</w:t>
      </w:r>
    </w:p>
    <w:p>
      <w:pPr>
        <w:jc w:val="right"/>
      </w:pPr>
      <w:r>
        <w:t>تو مجھے یاد آیا کہ دیکھیے، دو الگ الگ فیلڈ آف ہسٹری ہیں۔ ایک ہے فزیکل ورلڈ، ایک ہیومن ورلڈ۔</w:t>
      </w:r>
    </w:p>
    <w:p>
      <w:r>
        <w:rPr>
          <w:b/>
        </w:rPr>
        <w:t xml:space="preserve">[14:54] </w:t>
      </w:r>
      <w:r>
        <w:t>is baat ko aap samjhiye.</w:t>
      </w:r>
    </w:p>
    <w:p>
      <w:pPr>
        <w:jc w:val="right"/>
      </w:pPr>
      <w:r>
        <w:t>اس بات کو آپ سمجھیے۔</w:t>
      </w:r>
    </w:p>
    <w:p>
      <w:r>
        <w:rPr>
          <w:b/>
        </w:rPr>
        <w:t xml:space="preserve">[14:58] </w:t>
      </w:r>
      <w:r>
        <w:t>do alag is field hain: physical world aur human world. physical world ki study ki jati hai science mein. human world ki study ki jati hai humanities mein.</w:t>
      </w:r>
    </w:p>
    <w:p>
      <w:pPr>
        <w:jc w:val="right"/>
      </w:pPr>
      <w:r>
        <w:t>دو الگ اس فیلڈ ہیں: فزیکل ورلڈ اور ہیومن ورلڈ۔ فزیکل ورلڈ کی سٹڈی کی جاتی ہے سائنس میں۔ ہیومن ورلڈ کی سٹڈی کی جاتی ہے ہیومینٹیز میں۔</w:t>
      </w:r>
    </w:p>
    <w:p>
      <w:r>
        <w:rPr>
          <w:b/>
        </w:rPr>
        <w:t xml:space="preserve">[15:13] </w:t>
      </w:r>
      <w:r>
        <w:t>to scientist jo hain, woh physical world ko unhon ne banaya apna,</w:t>
      </w:r>
    </w:p>
    <w:p>
      <w:pPr>
        <w:jc w:val="right"/>
      </w:pPr>
      <w:r>
        <w:t>تو سائنٹسٹ جو ہیں، وہ فزیکل ورلڈ کو انہوں نے بنایا اپنا،</w:t>
      </w:r>
    </w:p>
    <w:p>
      <w:r>
        <w:rPr>
          <w:b/>
        </w:rPr>
        <w:t xml:space="preserve">[15:20] </w:t>
      </w:r>
      <w:r>
        <w:t>apna field of study.</w:t>
      </w:r>
    </w:p>
    <w:p>
      <w:pPr>
        <w:jc w:val="right"/>
      </w:pPr>
      <w:r>
        <w:t>اپنا فیلڈ آف اسٹڈی۔</w:t>
      </w:r>
    </w:p>
    <w:p>
      <w:r>
        <w:rPr>
          <w:b/>
        </w:rPr>
        <w:t xml:space="preserve">[15:24] </w:t>
      </w:r>
      <w:r>
        <w:t>to physical world mein unhon ne perfection paya, har cheez ideal paya, unhon ne har taraf harmony payi aur us ko unhon ne bayan kiya.</w:t>
      </w:r>
    </w:p>
    <w:p>
      <w:pPr>
        <w:jc w:val="right"/>
      </w:pPr>
      <w:r>
        <w:t>تو فزیکل ورلڈ میں انہوں نے پرفیکشن پایا، ہر چیز آئیڈیل پایا، انہوں نے ہر طرف ہارمونی پائی اور اس کو انہوں نے بیان کیا۔</w:t>
      </w:r>
    </w:p>
    <w:p>
      <w:r>
        <w:rPr>
          <w:b/>
        </w:rPr>
        <w:t xml:space="preserve">[15:39] </w:t>
      </w:r>
      <w:r>
        <w:t>lekin insani duniya mein to aap jante hain ke har taraf fasad hi fasad hai. to jin logon ne study ki physical world ki, woh Khuda ko manne lage.</w:t>
      </w:r>
    </w:p>
    <w:p>
      <w:pPr>
        <w:jc w:val="right"/>
      </w:pPr>
      <w:r>
        <w:t>لیکن انسانی دنیا میں تو آپ جانتے ہیں کہ ہر طرف فساد ہی فساد ہے۔ تو جن لوگوں نے اسٹڈی کی فزیکل ورلڈ کی، وہ خدا کو ماننے لگے۔</w:t>
      </w:r>
    </w:p>
    <w:p>
      <w:r>
        <w:rPr>
          <w:b/>
        </w:rPr>
        <w:t xml:space="preserve">[15:53] </w:t>
      </w:r>
      <w:r>
        <w:t>jin logon ne study ki insani duniya mein ki, un ko Khuda par shakk ho gaya ke agar Khuda hai to yeh sab itna gadbad kyun hai?</w:t>
      </w:r>
    </w:p>
    <w:p>
      <w:pPr>
        <w:jc w:val="right"/>
      </w:pPr>
      <w:r>
        <w:t>جن لوگوں نے اسٹڈی کی انسانی دنیا میں کی، ان کو خدا پر شک ہو گیا کہ اگر خدا ہے تو یہ سب اتنا گڑبڑ کیوں ہے؟</w:t>
      </w:r>
    </w:p>
    <w:p>
      <w:r>
        <w:rPr>
          <w:b/>
        </w:rPr>
        <w:t xml:space="preserve">[16:07] </w:t>
      </w:r>
      <w:r>
        <w:t>to kal ek Hindu lady mere paas aayin, wahan par unhon ne kaha ke maine Quran ka tarjuma padha hai.</w:t>
      </w:r>
    </w:p>
    <w:p>
      <w:pPr>
        <w:jc w:val="right"/>
      </w:pPr>
      <w:r>
        <w:t>تو کل ایک ہندو لیڈی میرے پاس آئیں، وہاں پر انہوں نے کہا کہ میں نے قرآن کا ترجمہ پڑھا ہے۔</w:t>
      </w:r>
    </w:p>
    <w:p>
      <w:r>
        <w:rPr>
          <w:b/>
        </w:rPr>
        <w:t xml:space="preserve">[16:14] </w:t>
      </w:r>
      <w:r>
        <w:t>hum ne jo Quran ka transcription chhapa hai, yahan se jo chhapa gaya hai, is mein bohat hi khaas sifat yeh hai ke pehli baar jo latest technology hai, is tarah chhapa hai.</w:t>
      </w:r>
    </w:p>
    <w:p>
      <w:pPr>
        <w:jc w:val="right"/>
      </w:pPr>
      <w:r>
        <w:t>ہم نے جو قرآن کا ٹرانسکرپشن چھاپا ہے، یہاں سے جو چھاپا گیا ہے، اس میں بہت ہی خاص صفت یہ ہے کہ پہلی بار جو لیٹسٹ ٹیکنالوجی ہے، اس طرح چھپا ہے۔</w:t>
      </w:r>
    </w:p>
    <w:p>
      <w:r>
        <w:rPr>
          <w:b/>
        </w:rPr>
        <w:t xml:space="preserve">[16:25] </w:t>
      </w:r>
      <w:r>
        <w:t>woh bohat hi saaf, bohat hi acha latest technology is mein use hui hai jo hamare haan chhapa hai. Quran ka translation, English translation.</w:t>
      </w:r>
    </w:p>
    <w:p>
      <w:pPr>
        <w:jc w:val="right"/>
      </w:pPr>
      <w:r>
        <w:t>وہ بہت ہی صاف، بہت ہی اچھا لیٹسٹ ٹیکنالوجی اس میں یوز ہوئی ہے جو ہمارے ہاں چھپا ہے۔ قرآن کا ٹرانسلیشن، انگلش ٹرانسلیشن۔</w:t>
      </w:r>
    </w:p>
    <w:p>
      <w:r>
        <w:rPr>
          <w:b/>
        </w:rPr>
        <w:t xml:space="preserve">[16:37] </w:t>
      </w:r>
      <w:r>
        <w:t>main batata hoon ke pehli baar aisa hua hai ke latest technology ko Quran ke is mein istemal kiya gaya hai.</w:t>
      </w:r>
    </w:p>
    <w:p>
      <w:pPr>
        <w:jc w:val="right"/>
      </w:pPr>
      <w:r>
        <w:t>میں بتاتا ہوں کہ پہلی بار ایسا ہوا ہے کہ لیٹسٹ ٹیکنالوجی کو قرآن کے اس میں استعمال کیا گیا ہے۔</w:t>
      </w:r>
    </w:p>
    <w:p>
      <w:r>
        <w:rPr>
          <w:b/>
        </w:rPr>
        <w:t xml:space="preserve">[16:44] </w:t>
      </w:r>
      <w:r>
        <w:t>doosri taraf is ke translation jo hai, bohat hi clarity is ke andar hai. jo lady ne kaha ke maine tarjuma padha, mere to Islam mein bilkul sachai sachai dikhai deti hai.</w:t>
      </w:r>
    </w:p>
    <w:p>
      <w:pPr>
        <w:jc w:val="right"/>
      </w:pPr>
      <w:r>
        <w:t>دوسری طرف اس کے ٹرانسلیشن جو ہے، بہت ہی کلیرٹی اس کے اندر ہے۔ جو لیڈی نے کہا کہ میں نے ترجمہ پڑھا، میرے تو اسلام میں بالکل سچائی سچائی دکھائی دیتی ہے۔</w:t>
      </w:r>
    </w:p>
    <w:p>
      <w:r>
        <w:rPr>
          <w:b/>
        </w:rPr>
        <w:t xml:space="preserve">[16:55] </w:t>
      </w:r>
      <w:r>
        <w:t>ab bataiye, yeh Musalman jo hain, in ka aap case mere samne nahi aata.</w:t>
      </w:r>
    </w:p>
    <w:p>
      <w:pPr>
        <w:jc w:val="right"/>
      </w:pPr>
      <w:r>
        <w:t>اب بتائیے، یہ مسلمان جو ہیں، ان کا آپ کیس میرے سامنے نہیں آتا۔</w:t>
      </w:r>
    </w:p>
    <w:p>
      <w:r>
        <w:rPr>
          <w:b/>
        </w:rPr>
        <w:t xml:space="preserve">[17:02] </w:t>
      </w:r>
      <w:r>
        <w:t>to kal mere samne ek baat aayi ke hamara mission jo hai, aur mission is to fold mission. kal mujhe ek nayi difference, difference samajh aayi apne mission ki.</w:t>
      </w:r>
    </w:p>
    <w:p>
      <w:pPr>
        <w:jc w:val="right"/>
      </w:pPr>
      <w:r>
        <w:t>تو کل میرے سامنے ایک بات آئی کہ ہمارا مشن جو ہے، اور مشن از ٹو فولڈ مشن۔ کل مجھے ایک نئی ڈیفرنس، ڈیفرنس سمجھ آئی اپنے مشن کی۔</w:t>
      </w:r>
    </w:p>
    <w:p>
      <w:r>
        <w:rPr>
          <w:b/>
        </w:rPr>
        <w:t xml:space="preserve">[17:16] </w:t>
      </w:r>
      <w:r>
        <w:t>aur mission is to fold mission. woh kya hai?</w:t>
      </w:r>
    </w:p>
    <w:p>
      <w:pPr>
        <w:jc w:val="right"/>
      </w:pPr>
      <w:r>
        <w:t>اور مشن از ٹو فولڈ مشن۔ وہ کیا ہے؟</w:t>
      </w:r>
    </w:p>
    <w:p>
      <w:r>
        <w:rPr>
          <w:b/>
        </w:rPr>
        <w:t xml:space="preserve">[17:23] </w:t>
      </w:r>
      <w:r>
        <w:t>to differentiate God from man and to differentiate Islam from Muslims.</w:t>
      </w:r>
    </w:p>
    <w:p>
      <w:pPr>
        <w:jc w:val="right"/>
      </w:pPr>
      <w:r>
        <w:t>ٹو ڈیفرنشیٹ گاڈ فرام مین اینڈ ٹو ڈیفرنشیٹ اسلام فرام مسلمز۔</w:t>
      </w:r>
    </w:p>
    <w:p>
      <w:r>
        <w:rPr>
          <w:b/>
        </w:rPr>
        <w:t xml:space="preserve">[17:34] </w:t>
      </w:r>
      <w:r>
        <w:t>yani insan ko le kar ke log Khuda par shakk kar rahe hain. aise Musalmanon ko le kar log Islam par shakk kar rahe hain. yeh sari duniya ka problem hai.</w:t>
      </w:r>
    </w:p>
    <w:p>
      <w:pPr>
        <w:jc w:val="right"/>
      </w:pPr>
      <w:r>
        <w:t>یعنی انسان کو لے کر کے لوگ خدا پر شک کر رہے ہیں۔ ایسے مسلمانوں کو لے کر لوگ خدا اسلام پر شک کر رہے ہیں۔ یہ ساری دنیا کا پرابلم ہے۔</w:t>
      </w:r>
    </w:p>
    <w:p>
      <w:r>
        <w:rPr>
          <w:b/>
        </w:rPr>
        <w:t xml:space="preserve">[17:47] </w:t>
      </w:r>
      <w:r>
        <w:t>so aur mission is to fold mission: differentiating God from man and differentiating, differentiating Islam from Muslims.</w:t>
      </w:r>
    </w:p>
    <w:p>
      <w:pPr>
        <w:jc w:val="right"/>
      </w:pPr>
      <w:r>
        <w:t>سو اور مشن از ٹو فولڈ مشن: ڈیفرنشیٹنگ گاڈ فرام مین اینڈ ڈیفرنشیٹنگ، ڈیفرنشیٹنگ اسلام فرام مسلمز۔</w:t>
      </w:r>
    </w:p>
    <w:p>
      <w:r>
        <w:rPr>
          <w:b/>
        </w:rPr>
        <w:t xml:space="preserve">[18:05] </w:t>
      </w:r>
      <w:r>
        <w:t>ab dekhiye ke ek poora state jo hai, Musalmanon ka Islam ke naam par jo banaya gaya tha, woh kya witness kar raha hai?</w:t>
      </w:r>
    </w:p>
    <w:p>
      <w:pPr>
        <w:jc w:val="right"/>
      </w:pPr>
      <w:r>
        <w:t>اب دیکھیے کہ ایک پورا اسٹیٹ جو ہے، مسلمانوں کا اسلام کے نام پر جو بنایا گیا تھا، وہ کیا وٹنس کر رہا ہے؟</w:t>
      </w:r>
    </w:p>
    <w:p>
      <w:r>
        <w:rPr>
          <w:b/>
        </w:rPr>
        <w:t xml:space="preserve">[18:13] </w:t>
      </w:r>
      <w:r>
        <w:t>ke dabao ho to hum maan lenge, peaceful ho to nahi manenge.</w:t>
      </w:r>
    </w:p>
    <w:p>
      <w:pPr>
        <w:jc w:val="right"/>
      </w:pPr>
      <w:r>
        <w:t>کہ دباؤ ہو تو ہم مان لیں گے، پیس فل ہو تو نہیں مانیں گے۔</w:t>
      </w:r>
    </w:p>
    <w:p>
      <w:r>
        <w:rPr>
          <w:b/>
        </w:rPr>
        <w:t xml:space="preserve">[18:19] </w:t>
      </w:r>
      <w:r>
        <w:t>abhi jo maine bataya aap ko ke principle ki zaban mein bolo to hum nahi manne wale hain. haan, dabao padega to maan lenge. yeh hai Islam.</w:t>
      </w:r>
    </w:p>
    <w:p>
      <w:pPr>
        <w:jc w:val="right"/>
      </w:pPr>
      <w:r>
        <w:t>ابھی جو میں نے بتایا آپ کو کہ پرنسپل کی زبان میں بولو تو ہم نہیں ماننے والے ہیں۔ ہاں، دباؤ پڑے گا تو مان لیں گے۔ یہ ہے اسلام۔</w:t>
      </w:r>
    </w:p>
    <w:p>
      <w:r>
        <w:rPr>
          <w:b/>
        </w:rPr>
        <w:t xml:space="preserve">[18:27] </w:t>
      </w:r>
      <w:r>
        <w:t>kya Islam yahi hai? sare Musalmanon ka haal yahi hai. one to all, sare Musalmanon ka haal yahi hai.</w:t>
      </w:r>
    </w:p>
    <w:p>
      <w:pPr>
        <w:jc w:val="right"/>
      </w:pPr>
      <w:r>
        <w:t>کیا اسلام یہی ہے؟ سارے مسلمانوں کا حال یہی ہے۔ ون ٹو آل، سارے مسلمانوں کا حال یہی ہے۔</w:t>
      </w:r>
    </w:p>
    <w:p>
      <w:r>
        <w:rPr>
          <w:b/>
        </w:rPr>
        <w:t xml:space="preserve">[18:36] </w:t>
      </w:r>
      <w:r>
        <w:t>individual ka bhi, community ka bhi, nation nation level par bhi.</w:t>
      </w:r>
    </w:p>
    <w:p>
      <w:pPr>
        <w:jc w:val="right"/>
      </w:pPr>
      <w:r>
        <w:t>انڈیویجول کا بھی، کمیونٹی کا بھی، نیشن نیشن لیول پر بھی۔</w:t>
      </w:r>
    </w:p>
    <w:p>
      <w:r>
        <w:rPr>
          <w:b/>
        </w:rPr>
        <w:t xml:space="preserve">[18:42] </w:t>
      </w:r>
      <w:r>
        <w:t>kuch bhi kehte rahiye, logic ki zaban mein kahiye, Quran ko pesh kijiye, Hadith ko pesh kijiye, manne wale nahi hain. haan, un ka interest kal ho raha ho to maan lenge.</w:t>
      </w:r>
    </w:p>
    <w:p>
      <w:pPr>
        <w:jc w:val="right"/>
      </w:pPr>
      <w:r>
        <w:t>کچھ بھی کہتے رہیے، لاجک کی زبان میں کہیے، قرآن کو پیش کیجئے، حدیث کو پیش کیجئے، ماننے والے نہیں ہیں۔ ہاں، ان کا انٹرسٹ کل ہو رہا ہو تو مان لیں گے۔</w:t>
      </w:r>
    </w:p>
    <w:p>
      <w:r>
        <w:rPr>
          <w:b/>
        </w:rPr>
        <w:t xml:space="preserve">[18:53] </w:t>
      </w:r>
      <w:r>
        <w:t>koi pressure aa jaye to maan lenge.</w:t>
      </w:r>
    </w:p>
    <w:p>
      <w:pPr>
        <w:jc w:val="right"/>
      </w:pPr>
      <w:r>
        <w:t>کوئی پریشر آ جائے تو مان لیں گے۔</w:t>
      </w:r>
    </w:p>
    <w:p>
      <w:r>
        <w:rPr>
          <w:b/>
        </w:rPr>
        <w:t xml:space="preserve">[18:58] </w:t>
      </w:r>
      <w:r>
        <w:t>to is waqt jo hai, surat-e-haal woh yeh hai ke agar aap study karein physical world ki to physical world chala kar bolegi: "yahan Khuda hai, yahan Khuda hai, yahan Khuda hai</w:t>
      </w:r>
    </w:p>
    <w:p>
      <w:pPr>
        <w:jc w:val="right"/>
      </w:pPr>
      <w:r>
        <w:t>تو اس وقت جو ہے، صورتحال وہ یہ ہے کہ اگر آپ اسٹڈی کریں فزیکل ورلڈ کی تو فزیکل ورلڈ چلا کر بولے گی: "یہاں خدا ہے، یہاں خدا ہے، یہاں خدا ہے</w:t>
      </w:r>
    </w:p>
    <w:p>
      <w:r>
        <w:rPr>
          <w:b/>
        </w:rPr>
        <w:t xml:space="preserve">[19:11] </w:t>
      </w:r>
      <w:r>
        <w:t>!" lekin jab aap aate hain insan ki duniya mein, yateem, evil, yateem, burai ke kya Khuda nahi hai?</w:t>
      </w:r>
    </w:p>
    <w:p>
      <w:pPr>
        <w:jc w:val="right"/>
      </w:pPr>
      <w:r>
        <w:t>!" لیکن جب آپ آتے ہیں انسان کی دنیا میں، یتیم، ایول، یتیم، برائی کہ کیا خدا نہیں ہے؟</w:t>
      </w:r>
    </w:p>
    <w:p>
      <w:r>
        <w:rPr>
          <w:b/>
        </w:rPr>
        <w:t xml:space="preserve">[19:21] </w:t>
      </w:r>
      <w:r>
        <w:t>agar khuda all powerful hai to yahan, yahan kyun aisa kar raha hai? khuda</w:t>
      </w:r>
    </w:p>
    <w:p>
      <w:pPr>
        <w:jc w:val="right"/>
      </w:pPr>
      <w:r>
        <w:t>اگر خدا ال پاور فل ہے تو یہاں، یہاں کیوں ایسا کر رہا ہے؟ خدا</w:t>
      </w:r>
    </w:p>
    <w:p>
      <w:r>
        <w:rPr>
          <w:b/>
        </w:rPr>
        <w:t xml:space="preserve">[19:27] </w:t>
      </w:r>
      <w:r>
        <w:t>aisi jab islam ko parhte hain aap to islam aap ko bohat hi saaf suthra religion dikhai deta hai. lekin musalmanon ko jab dekhte hain to kehte hain: "kya yahi hai?" islam jab practice mein aata hai to aise hi ban jata hai.</w:t>
      </w:r>
    </w:p>
    <w:p>
      <w:pPr>
        <w:jc w:val="right"/>
      </w:pPr>
      <w:r>
        <w:t>ایسی جب اسلام کو پڑھتے ہیں آپ تو اسلام آپ کو بہت ہی صاف ستھرا ریلیجن دکھائی دیتا ہے۔ لیکن مسلمانوں کو جب دیکھتے ہیں تو کہتے ہیں: "کیا یہی ہے؟" اسلام جب پریکٹس میں آتا ہے تو ایسے ہی بن جاتا ہے۔</w:t>
      </w:r>
    </w:p>
    <w:p>
      <w:r>
        <w:rPr>
          <w:b/>
        </w:rPr>
        <w:t xml:space="preserve">[19:49] </w:t>
      </w:r>
      <w:r>
        <w:t>ab aap kal dekhiye ke woh nikle hain taliban, woh flogging ko islam samajh bethe hain.</w:t>
      </w:r>
    </w:p>
    <w:p>
      <w:pPr>
        <w:jc w:val="right"/>
      </w:pPr>
      <w:r>
        <w:t>اب آپ کل دیکھیے کہ وہ نکلے ہیں طالبان، وہ فلاگنگ کو اسلام سمجھ بیٹھے ہیں۔</w:t>
      </w:r>
    </w:p>
    <w:p>
      <w:r>
        <w:rPr>
          <w:b/>
        </w:rPr>
        <w:t xml:space="preserve">[19:56] </w:t>
      </w:r>
      <w:r>
        <w:t>yani yeh duniya mein kya kis se pesh kar rahe hain islam ki? ke ghair muslimon par jaziya lagao, un ki flogging karo, kuch jailon ko band karo, un ko kato, un ko gann gann culture chalao.</w:t>
      </w:r>
    </w:p>
    <w:p>
      <w:pPr>
        <w:jc w:val="right"/>
      </w:pPr>
      <w:r>
        <w:t>یعنی یہ دنیا میں کیا کس سے پیش کر رہے ہیں اسلام کی؟ کہ غیر مسلموں پر جزیہ لگاؤ، ان کی فلاگنگ کرو، کچھ جیلوں کو بند کرو، ان کو کاٹو، ان کو گن گن کلچر چلاؤ۔</w:t>
      </w:r>
    </w:p>
    <w:p>
      <w:r>
        <w:rPr>
          <w:b/>
        </w:rPr>
        <w:t xml:space="preserve">[20:10] </w:t>
      </w:r>
      <w:r>
        <w:t>yeh islam hai? yeh yeh to kufr bhi nahi hai, yeh to kufr bhi to badtar hai. yeh yaqeen kijiye, kufr bhi nahi hai. yeh kyun?</w:t>
      </w:r>
    </w:p>
    <w:p>
      <w:pPr>
        <w:jc w:val="right"/>
      </w:pPr>
      <w:r>
        <w:t>یہ اسلام ہے؟ یہ یہ تو کفر بھی نہیں ہے، یہ تو کفر بھی تو بدتر ہے۔ یہ یقین کیجئے، کفر بھی نہیں ہے۔ یہ کیوں؟</w:t>
      </w:r>
    </w:p>
    <w:p>
      <w:r>
        <w:rPr>
          <w:b/>
        </w:rPr>
        <w:t xml:space="preserve">[20:22] </w:t>
      </w:r>
      <w:r>
        <w:t>kufr khara hota hai aql par, islam khara hota hai quran par. is ko samjhiye aap.</w:t>
      </w:r>
    </w:p>
    <w:p>
      <w:pPr>
        <w:jc w:val="right"/>
      </w:pPr>
      <w:r>
        <w:t>کفر کھڑا ہوتا ہے عقل پر، اسلام کھڑا ہوتا ہے قرآن پر۔ اس کو سمجھیے آپ۔</w:t>
      </w:r>
    </w:p>
    <w:p>
      <w:r>
        <w:rPr>
          <w:b/>
        </w:rPr>
        <w:t xml:space="preserve">[20:34] </w:t>
      </w:r>
      <w:r>
        <w:t>yeh jo aaj kal ho raha hai ke flogging ka naam islam, gann culture ka naam islam, maro kato ka naam jihad, yeh islam kya hoga?</w:t>
      </w:r>
    </w:p>
    <w:p>
      <w:pPr>
        <w:jc w:val="right"/>
      </w:pPr>
      <w:r>
        <w:t>یہ جو آج کل ہو رہا ہے کہ فلاگنگ کا نام اسلام، گن کلچر کا نام اسلام، مارو کاٹو کا نام جہاد، یہ اسلام کیا ہوگا؟</w:t>
      </w:r>
    </w:p>
    <w:p>
      <w:r>
        <w:rPr>
          <w:b/>
        </w:rPr>
        <w:t xml:space="preserve">[20:47] </w:t>
      </w:r>
      <w:r>
        <w:t>yeh to kufr bhi nahi hai.</w:t>
      </w:r>
    </w:p>
    <w:p>
      <w:pPr>
        <w:jc w:val="right"/>
      </w:pPr>
      <w:r>
        <w:t>یہ تو کفر بھی نہیں ہے۔</w:t>
      </w:r>
    </w:p>
    <w:p>
      <w:r>
        <w:rPr>
          <w:b/>
        </w:rPr>
        <w:t xml:space="preserve">[20:53] </w:t>
      </w:r>
      <w:r>
        <w:t>kufr ka mazhab jo hai, woh aql par base karta hai aur islam ka jo mazhab hai, woh quran par base karta hai.</w:t>
      </w:r>
    </w:p>
    <w:p>
      <w:pPr>
        <w:jc w:val="right"/>
      </w:pPr>
      <w:r>
        <w:t>کفر کا مذہب جو ہے، وہ عقل پر بیس کرتا ہے اور اسلام کا جو مذہب ہے، وہ قرآن پر بیس کرتا ہے۔</w:t>
      </w:r>
    </w:p>
    <w:p>
      <w:r>
        <w:rPr>
          <w:b/>
        </w:rPr>
        <w:t xml:space="preserve">[21:02] </w:t>
      </w:r>
      <w:r>
        <w:t>to aaj kal yeh do problems sari duniya mein hain: insanon ko dekh kar khuda par shak karna, musalmanon ko dekh kar islam par shak karna.</w:t>
      </w:r>
    </w:p>
    <w:p>
      <w:pPr>
        <w:jc w:val="right"/>
      </w:pPr>
      <w:r>
        <w:t>تو آج کل یہ دو پرابلمز ساری دنیا میں ہیں: انسانوں کو دیکھ کر خدا پر شک کرنا، مسلمانوں کو دیکھ کر اسلام پر شک کرنا۔</w:t>
      </w:r>
    </w:p>
    <w:p>
      <w:r>
        <w:rPr>
          <w:b/>
        </w:rPr>
        <w:t xml:space="preserve">[21:14] </w:t>
      </w:r>
      <w:r>
        <w:t>yeh sara masla is zamane mein,</w:t>
      </w:r>
    </w:p>
    <w:p>
      <w:pPr>
        <w:jc w:val="right"/>
      </w:pPr>
      <w:r>
        <w:t>یہ سارا مسئلہ اس زمانے میں،</w:t>
      </w:r>
    </w:p>
    <w:p>
      <w:r>
        <w:rPr>
          <w:b/>
        </w:rPr>
        <w:t xml:space="preserve">[21:19] </w:t>
      </w:r>
      <w:r>
        <w:t>sara masla is zamane mein yahi hai.</w:t>
      </w:r>
    </w:p>
    <w:p>
      <w:pPr>
        <w:jc w:val="right"/>
      </w:pPr>
      <w:r>
        <w:t>سارا مسئلہ اس زمانے میں یہی ہے۔</w:t>
      </w:r>
    </w:p>
    <w:p>
      <w:r>
        <w:rPr>
          <w:b/>
        </w:rPr>
        <w:t xml:space="preserve">[21:23] </w:t>
      </w:r>
      <w:r>
        <w:t>ek baat mein arz karoon, kal maine yeh baat kahi thi wahan par ke koi scientist, koi bara scientist aisa nahi hai jo atheist raha ho, atheist khuda ka inkar karne wala.</w:t>
      </w:r>
    </w:p>
    <w:p>
      <w:pPr>
        <w:jc w:val="right"/>
      </w:pPr>
      <w:r>
        <w:t>ایک بات میں عرض کروں، کل میں نے یہ بات کہی تھی وہاں پر کہ کوئی سائنٹسٹ، کوئی بڑا سائنٹسٹ ایسا نہیں ہے جو اتھیسٹ رہا ہو، اتھیسٹ خدا کا انکار کرنے والا۔</w:t>
      </w:r>
    </w:p>
    <w:p>
      <w:r>
        <w:rPr>
          <w:b/>
        </w:rPr>
        <w:t xml:space="preserve">[21:39] </w:t>
      </w:r>
      <w:r>
        <w:t>baad ke logon ne is quran science ko high jack kar ke, yani humanist jo kehte hain, humanist unhon ne high jack kar ke science ko is ko atheist bana diya.</w:t>
      </w:r>
    </w:p>
    <w:p>
      <w:pPr>
        <w:jc w:val="right"/>
      </w:pPr>
      <w:r>
        <w:t>بعد کے لوگوں نے اس قرآن سائنس کو ہائی جیک کر کے، یعنی ہیومنسٹ جو کہتے ہیں، ہیومنسٹ انہوں نے ہائی جیک کر کے سائنس کو اس کو اتھیسٹ بنا دیا۔</w:t>
      </w:r>
    </w:p>
    <w:p>
      <w:r>
        <w:rPr>
          <w:b/>
        </w:rPr>
        <w:t xml:space="preserve">[21:52] </w:t>
      </w:r>
      <w:r>
        <w:t>main aap ko do example deta hoon: newton aur aur aur darwin jo top ke scientist jinhon ne ki poori poori civilization pe asar dala.</w:t>
      </w:r>
    </w:p>
    <w:p>
      <w:pPr>
        <w:jc w:val="right"/>
      </w:pPr>
      <w:r>
        <w:t>میں آپ کو دو ایگزامپل دیتا ہوں: نیوٹن اور اور اور ڈارون جو ٹاپ کے سائنٹسٹ جنہوں نے کی پوری پوری سولائزیشن پہ اثر ڈالا۔</w:t>
      </w:r>
    </w:p>
    <w:p>
      <w:r>
        <w:rPr>
          <w:b/>
        </w:rPr>
        <w:t xml:space="preserve">[22:09] </w:t>
      </w:r>
      <w:r>
        <w:t>newton ki death hui thi 1727 mein, yeh 1727.</w:t>
      </w:r>
    </w:p>
    <w:p>
      <w:pPr>
        <w:jc w:val="right"/>
      </w:pPr>
      <w:r>
        <w:t>نیوٹن کی ڈیتھ ہوئی تھی 1727 میں، یہ 1727۔</w:t>
      </w:r>
    </w:p>
    <w:p>
      <w:r>
        <w:rPr>
          <w:b/>
        </w:rPr>
        <w:t xml:space="preserve">[22:19] </w:t>
      </w:r>
      <w:r>
        <w:t>is ke 80 years ke baad, 80 saal ke baad paida hua charles darwin. dono britishz the. newton physicist tha aur darwin naturalist tha.</w:t>
      </w:r>
    </w:p>
    <w:p>
      <w:pPr>
        <w:jc w:val="right"/>
      </w:pPr>
      <w:r>
        <w:t>اس کے 80 ایئرز کے بعد، 80 سال کے بعد پیدا ہوا چارلز ڈارون۔ دونوں برٹشز تھے۔ نیوٹن فزسسٹ تھا اور ڈارون نیچرلسٹ تھا۔</w:t>
      </w:r>
    </w:p>
    <w:p>
      <w:r>
        <w:rPr>
          <w:b/>
        </w:rPr>
        <w:t xml:space="preserve">[22:34] </w:t>
      </w:r>
      <w:r>
        <w:t>dono top ke scientist the. newton se newton ko kaha jata hai ke father of modern science hai. woh is se ek naya, woh chala ek nayi nayi daryaft.</w:t>
      </w:r>
    </w:p>
    <w:p>
      <w:pPr>
        <w:jc w:val="right"/>
      </w:pPr>
      <w:r>
        <w:t>دونوں ٹاپ کے سائنٹسٹ تھے۔ نیوٹن سے نیوٹن کو کہا جاتا ہے کہ فادر آف ماڈرن سائنس ہے۔ وہ اس سے ایک نیا، وہ چلا ایک نئی نئی دریافت۔</w:t>
      </w:r>
    </w:p>
    <w:p>
      <w:r>
        <w:rPr>
          <w:b/>
        </w:rPr>
        <w:t xml:space="preserve">[22:49] </w:t>
      </w:r>
      <w:r>
        <w:t>newton se pehle duniya mein kya tha? superstition. har taraf superstition. yeh jo baatein ho rahi hain hamare is paas, jise barish ho rahi hai, suraj nikal raha hai, chand chamak raha hai, darya beh rahi hai,</w:t>
      </w:r>
    </w:p>
    <w:p>
      <w:pPr>
        <w:jc w:val="right"/>
      </w:pPr>
      <w:r>
        <w:t>نیوٹن سے پہلے دنیا میں کیا تھا؟ سپریسٹیشن۔ ہر طرف سپریسٹیشن۔ یہ جو باتیں ہو رہی ہیں ہمارے اس پاس، جسے بارش ہو رہی ہے، سورج نکل رہا ہے، چاند چمک رہا ہے، دریا بہہ رہی ہے،</w:t>
      </w:r>
    </w:p>
    <w:p>
      <w:r>
        <w:rPr>
          <w:b/>
        </w:rPr>
        <w:t xml:space="preserve">[23:03] </w:t>
      </w:r>
      <w:r>
        <w:t>galla ug raha hai kheton se, un sab ko kya samajhte the? un sab ko superstitions, yani kisi na kisi superstitions jore hue the.</w:t>
      </w:r>
    </w:p>
    <w:p>
      <w:pPr>
        <w:jc w:val="right"/>
      </w:pPr>
      <w:r>
        <w:t>گلہ اگ رہا ہے کھیتوں سے، ان سب کو کیا سمجھتے تھے؟ ان سب کو سپریسٹیشنز، یعنی کسی نہ کسی سپریسٹیشنز جوڑے ہوئے تھے۔</w:t>
      </w:r>
    </w:p>
    <w:p>
      <w:r>
        <w:rPr>
          <w:b/>
        </w:rPr>
        <w:t xml:space="preserve">[23:16] </w:t>
      </w:r>
      <w:r>
        <w:t>woh</w:t>
      </w:r>
    </w:p>
    <w:p>
      <w:pPr>
        <w:jc w:val="right"/>
      </w:pPr>
      <w:r>
        <w:t>وہ</w:t>
      </w:r>
    </w:p>
    <w:p>
      <w:r>
        <w:rPr>
          <w:b/>
        </w:rPr>
        <w:t xml:space="preserve">[23:18] </w:t>
      </w:r>
      <w:r>
        <w:t>har jagah superstition, har jagah superstition, yani mysterious way mein is ko explain karte the, kisi na kisi superstitions jor kar ke.</w:t>
      </w:r>
    </w:p>
    <w:p>
      <w:pPr>
        <w:jc w:val="right"/>
      </w:pPr>
      <w:r>
        <w:t>ہر جگہ سپریسٹیشن، ہر جگہ سپریسٹیشن، یعنی مسٹیریس وے میں اس کو ایکسپلین کرتے تھے، کسی نہ کسی سپریسٹیشنز جوڑ کر کے۔</w:t>
      </w:r>
    </w:p>
    <w:p>
      <w:r>
        <w:rPr>
          <w:b/>
        </w:rPr>
        <w:t xml:space="preserve">[23:31] </w:t>
      </w:r>
      <w:r>
        <w:t>newton ne jo ek naya darwaza khola scientific discovery ka, wahan se insan ko pata chala ke har waqeye ke peechay ek cause hota hai, cause and effect, cause and effect.</w:t>
      </w:r>
    </w:p>
    <w:p>
      <w:pPr>
        <w:jc w:val="right"/>
      </w:pPr>
      <w:r>
        <w:t>نیوٹن نے جو ایک نیا دروازہ کھولا سائنٹیفک ڈسکوری کا، وہاں سے انسان کو پتہ چلا کہ ہر واقعے کے پیچھے ایک کاز ہوتا ہے، کاز اینڈ ایفیکٹ، کاز اینڈ ایفیکٹ۔</w:t>
      </w:r>
    </w:p>
    <w:p>
      <w:r>
        <w:rPr>
          <w:b/>
        </w:rPr>
        <w:t xml:space="preserve">[23:46] </w:t>
      </w:r>
      <w:r>
        <w:t>to science mein is ko kaha gaya principle of causation. principle of causation. yani har event ke pehle ek ka ek cause hota hai, cause and effect se duniya chal rahi hai.</w:t>
      </w:r>
    </w:p>
    <w:p>
      <w:pPr>
        <w:jc w:val="right"/>
      </w:pPr>
      <w:r>
        <w:t>تو سائنس میں اس کو کہا گیا پرنسپل آف کازیشن۔ پرنسپل آف کازیشن۔ یعنی ہر ایونٹ کے پہلے ایک کا ایک کاز ہوتا ہے، کاز اینڈ ایفیکٹ سے دنیا چل رہی ہے۔</w:t>
      </w:r>
    </w:p>
    <w:p>
      <w:r>
        <w:rPr>
          <w:b/>
        </w:rPr>
        <w:t xml:space="preserve">[23:59] </w:t>
      </w:r>
      <w:r>
        <w:t>to yeh yeh kya tha? yeh yeh jo physical world mein jo procedure hai, is ko bataya unhon ne, jo process hai, is ko bataya unhon ne ke physical world mein cause and effect se waqeyat ho rahe hain.</w:t>
      </w:r>
    </w:p>
    <w:p>
      <w:pPr>
        <w:jc w:val="right"/>
      </w:pPr>
      <w:r>
        <w:t>تو یہ یہ کیا تھا؟ یہ یہ جو فزیکل ورلڈ میں جو پروسیجر ہے، اس کو بتایا انہوں نے، جو پراسیس ہے، اس کو بتایا انہوں نے کہ فزیکل ورلڈ میں کاز اینڈ ایفیکٹ سے واقعات ہو رہے ہیں۔</w:t>
      </w:r>
    </w:p>
    <w:p>
      <w:r>
        <w:rPr>
          <w:b/>
        </w:rPr>
        <w:t xml:space="preserve">[24:12] </w:t>
      </w:r>
      <w:r>
        <w:t>lekin atheist ne is ko hijack kar liya.</w:t>
      </w:r>
    </w:p>
    <w:p>
      <w:pPr>
        <w:jc w:val="right"/>
      </w:pPr>
      <w:r>
        <w:t>لیکن اتھیسٹ نے اس کو ہائی جیک کر لیا۔</w:t>
      </w:r>
    </w:p>
    <w:p>
      <w:r>
        <w:rPr>
          <w:b/>
        </w:rPr>
        <w:t xml:space="preserve">[24:16] </w:t>
      </w:r>
      <w:r>
        <w:t>unhon ne kya kaha?</w:t>
      </w:r>
    </w:p>
    <w:p>
      <w:pPr>
        <w:jc w:val="right"/>
      </w:pPr>
      <w:r>
        <w:t>انہوں نے کیا کہا؟</w:t>
      </w:r>
    </w:p>
    <w:p>
      <w:r>
        <w:rPr>
          <w:b/>
        </w:rPr>
        <w:t xml:space="preserve">[24:20] </w:t>
      </w:r>
      <w:r>
        <w:t>unhon ne kaha ke yani science, kisi scientist ne yeh baat nahi ki thi. unhon ne sirf itna kaha ke jo events hotay hain, un ke peechay aik cause hota hai.</w:t>
      </w:r>
    </w:p>
    <w:p>
      <w:pPr>
        <w:jc w:val="right"/>
      </w:pPr>
      <w:r>
        <w:t>انہوں نے کہا کہ یعنی سائنس، کسی سائنٹسٹ نے یہ بات نہیں کی تھی۔ انہوں نے صرف اتنا کہا کہ جو ایونٹس ہوتے ہیں، ان کے پیچھے ایک کاز ہوتا ہے۔</w:t>
      </w:r>
    </w:p>
    <w:p>
      <w:r>
        <w:rPr>
          <w:b/>
        </w:rPr>
        <w:t xml:space="preserve">[24:32] </w:t>
      </w:r>
      <w:r>
        <w:t>bas to yeh aik process hai Khuda ka ke har event ke peechay aik cause. to</w:t>
      </w:r>
    </w:p>
    <w:p>
      <w:pPr>
        <w:jc w:val="right"/>
      </w:pPr>
      <w:r>
        <w:t>بس تو یہ ایک پراسیس ہے خدا کا کہ ہر ایونٹ کے پیچھے ایک کاز۔ تو</w:t>
      </w:r>
    </w:p>
    <w:p>
      <w:r>
        <w:rPr>
          <w:b/>
        </w:rPr>
        <w:t xml:space="preserve">[24:41] </w:t>
      </w:r>
      <w:r>
        <w:t>jo yeh thay humanist thay ya atheist jo thay, unhon ne is ko hijack kar liya. unhon ne kya kaha? "if events are due to natural causes, that are not due to supernatural causes." dekhen, yeh kisi bhi scientist ne nahi kaha tha.</w:t>
      </w:r>
    </w:p>
    <w:p>
      <w:pPr>
        <w:jc w:val="right"/>
      </w:pPr>
      <w:r>
        <w:t>جو یہ تھے ہیومنسٹ تھے یا اتھیسٹ جو تھے، انہوں نے اس کو ہائی جیک کر لیا۔ انہوں نے کیا کہا؟ "اف ایونٹس آر ڈیو ٹو نیچرل کازز، دیٹ آر ناٹ ڈیو ٹو سپر نیچرل کازز۔" دیکھیں، یہ کسی بھی سائنٹسٹ نے نہیں کہا تھا۔</w:t>
      </w:r>
    </w:p>
    <w:p>
      <w:r>
        <w:rPr>
          <w:b/>
        </w:rPr>
        <w:t xml:space="preserve">[24:55] </w:t>
      </w:r>
      <w:r>
        <w:t>yeh</w:t>
      </w:r>
    </w:p>
    <w:p>
      <w:pPr>
        <w:jc w:val="right"/>
      </w:pPr>
      <w:r>
        <w:t>یہ</w:t>
      </w:r>
    </w:p>
    <w:p>
      <w:r>
        <w:rPr>
          <w:b/>
        </w:rPr>
        <w:t xml:space="preserve">[24:58] </w:t>
      </w:r>
      <w:r>
        <w:t>yeh kisi scientist ne yeh baat nahi ki thi ke "if events are due to natural causes, that are not due to supernatural causes." aur phir science ko istemal kiya gaya atheism ke liye.</w:t>
      </w:r>
    </w:p>
    <w:p>
      <w:pPr>
        <w:jc w:val="right"/>
      </w:pPr>
      <w:r>
        <w:t>یہ کسی سائنٹسٹ نے یہ بات نہیں کی تھی کہ "اف ایونٹس آر ڈیو ٹو نیچرل کازز، دیٹ آر ناٹ ڈیو ٹو سپر نیچرل کازز۔" اور پھر سائنس کو استعمال کیا گیا اتھیزم کے لیے۔</w:t>
      </w:r>
    </w:p>
    <w:p>
      <w:r>
        <w:rPr>
          <w:b/>
        </w:rPr>
        <w:t xml:space="preserve">[25:12] </w:t>
      </w:r>
      <w:r>
        <w:t>khud scientiston ne kabhi bhi yeh nahi kaha tha ke Khuda nahi hai, kyunke jis physical world ko woh study karte hain, us mein to har taraf harmony hai, har taraf meaning full activities hain,</w:t>
      </w:r>
    </w:p>
    <w:p>
      <w:pPr>
        <w:jc w:val="right"/>
      </w:pPr>
      <w:r>
        <w:t>خود سائنٹسٹوں نے کبھی بھی یہ نہیں کہا تھا کہ خدا نہیں ہے، کیونکہ جس فزیکل ورلڈ کو وہ اسٹڈی کرتے ہیں، اس میں تو ہر طرف ہارمونی ہے، ہر طرف میننگ فل ایکٹیویٹیز ہیں،</w:t>
      </w:r>
    </w:p>
    <w:p>
      <w:r>
        <w:rPr>
          <w:b/>
        </w:rPr>
        <w:t xml:space="preserve">[25:28] </w:t>
      </w:r>
      <w:r>
        <w:t>har taraf zero defect industry hai, aik kamal darjay ki unity hai, har taraf, har taraf, har taraf aik sense of wah paida hota hai us ko dekh kar.</w:t>
      </w:r>
    </w:p>
    <w:p>
      <w:pPr>
        <w:jc w:val="right"/>
      </w:pPr>
      <w:r>
        <w:t>ہر طرف زیرو ڈیفیکٹ انڈسٹری ہے، ایک کمال درجے کی یونٹی ہے، ہر طرف، ہر طرف، ہر طرف ایک سینس آف واہ پیدا ہوتا ہے اس کو دیکھ کر۔</w:t>
      </w:r>
    </w:p>
    <w:p>
      <w:r>
        <w:rPr>
          <w:b/>
        </w:rPr>
        <w:t xml:space="preserve">[25:40] </w:t>
      </w:r>
      <w:r>
        <w:t>to scientist mante thay ke is ke peechay koi na koi power hai, koi intelligent power, koi controller hai is ke peechay. lekin jo atheist thay, unhon ne hijack kar ke kaha ke "if events are due to natural causes, that are not due to supernatural causes." is ke responsible scientist nahi hain,</w:t>
      </w:r>
    </w:p>
    <w:p>
      <w:pPr>
        <w:jc w:val="right"/>
      </w:pPr>
      <w:r>
        <w:t>تو سائنٹسٹ مانتے تھے کہ اس کے پیچھے کوئی نہ کوئی پاور ہے، کوئی انٹیلیجنٹ پاور، کوئی کنٹرولر ہے اس کے پیچھے۔ لیکن جو اتھیسٹ تھے، انہوں نے ہائی جیک کر کے کہا کہ "اف ایونٹس آر ڈیو ٹو نیچرل کازز، دیٹ آر ناٹ ڈیو ٹو سپر نیچرل کازز۔" اس کے ریسپانسبل سائنٹسٹ نہیں ہیں،</w:t>
      </w:r>
    </w:p>
    <w:p>
      <w:r>
        <w:rPr>
          <w:b/>
        </w:rPr>
        <w:t xml:space="preserve">[26:00] </w:t>
      </w:r>
      <w:r>
        <w:t>is ke responsible doosre log hain,</w:t>
      </w:r>
    </w:p>
    <w:p>
      <w:pPr>
        <w:jc w:val="right"/>
      </w:pPr>
      <w:r>
        <w:t>اس کے ریسپانسبل دوسرے لوگ ہیں،</w:t>
      </w:r>
    </w:p>
    <w:p>
      <w:r>
        <w:rPr>
          <w:b/>
        </w:rPr>
        <w:t xml:space="preserve">[26:05] </w:t>
      </w:r>
      <w:r>
        <w:t>jaisay Huxley, Bertand Russell waghera, John Stuart Mill waghera. yeh mamla Darwin ka hai.</w:t>
      </w:r>
    </w:p>
    <w:p>
      <w:pPr>
        <w:jc w:val="right"/>
      </w:pPr>
      <w:r>
        <w:t>جیسے ہکسلے، باٹن رسل وغیرہ، جان اسٹارٹ مل وغیرہ۔ یہ معاملہ ڈارون کا ہے۔</w:t>
      </w:r>
    </w:p>
    <w:p>
      <w:r>
        <w:rPr>
          <w:b/>
        </w:rPr>
        <w:t xml:space="preserve">[26:15] </w:t>
      </w:r>
      <w:r>
        <w:t>dekhiye, Darwin khud munkir Khuda nahi tha. yaad rakhiye, agarchay aaj sab se ziyada istemal kiya jata hai evolution theory ko inkar Khuda ke liye, lekin Darwin aisa nahi tha.</w:t>
      </w:r>
    </w:p>
    <w:p>
      <w:pPr>
        <w:jc w:val="right"/>
      </w:pPr>
      <w:r>
        <w:t>دیکھیے، ڈارون خود منکر خدا نہیں تھا۔ یاد رکھیے، اگرچہ آج سب سے زیادہ استعمال کیا جاتا ہے ایولوشن تھیوری کو انکار خدا کے لیے، لیکن ڈارون ایسا نہیں تھا۔</w:t>
      </w:r>
    </w:p>
    <w:p>
      <w:r>
        <w:rPr>
          <w:b/>
        </w:rPr>
        <w:t xml:space="preserve">[26:28] </w:t>
      </w:r>
      <w:r>
        <w:t>jo aisa kahe, woh janta nahi hai kuch baaton ko.</w:t>
      </w:r>
    </w:p>
    <w:p>
      <w:pPr>
        <w:jc w:val="right"/>
      </w:pPr>
      <w:r>
        <w:t>جو ایسا کہے، وہ جانتا نہیں ہے کچھ باتوں کو۔</w:t>
      </w:r>
    </w:p>
    <w:p>
      <w:r>
        <w:rPr>
          <w:b/>
        </w:rPr>
        <w:t xml:space="preserve">[26:32] </w:t>
      </w:r>
      <w:r>
        <w:t>is ki kitaab aap parh lijiye: "The Origin of Species". "The Origin of Species". more than once us ne Khuda ka is mein refer kiya hai.</w:t>
      </w:r>
    </w:p>
    <w:p>
      <w:pPr>
        <w:jc w:val="right"/>
      </w:pPr>
      <w:r>
        <w:t>اس کی کتاب آپ پڑھ لیجئے: "دا اوریجن آف اسپیشیز"۔ "دا اوریجن آف اسپیشیز"۔ مور دین ونس اس نے خدا کا اس میں ریفر کیا ہے۔</w:t>
      </w:r>
    </w:p>
    <w:p>
      <w:r>
        <w:rPr>
          <w:b/>
        </w:rPr>
        <w:t xml:space="preserve">[26:41] </w:t>
      </w:r>
      <w:r>
        <w:t>woh kya kehta hai ke Khuda ne aik process chalaya, aik process ko originate kiya, aur phir saaray species duniya mein samne aa gayen, saaray anwaa-e-hayat samne aa gayen.</w:t>
      </w:r>
    </w:p>
    <w:p>
      <w:pPr>
        <w:jc w:val="right"/>
      </w:pPr>
      <w:r>
        <w:t>وہ کیا کہتا ہے کہ خدا نے ایک پراسیس چلایا، ایک پراسیس کو اوریجنیٹ کیا، اور پھر سارے اسپیشیز دنیا میں سامنے آگئیں، سارے انواع حیات سامنے آگئے۔</w:t>
      </w:r>
    </w:p>
    <w:p>
      <w:r>
        <w:rPr>
          <w:b/>
        </w:rPr>
        <w:t xml:space="preserve">[26:57] </w:t>
      </w:r>
      <w:r>
        <w:t>to yeh jo natural process hai, jo natural selection hai, aur jo survival, survival of the fittest hai, us ke nazdeek yeh Khuda ka process hai, nature ka process hai.</w:t>
      </w:r>
    </w:p>
    <w:p>
      <w:pPr>
        <w:jc w:val="right"/>
      </w:pPr>
      <w:r>
        <w:t>تو یہ جو نیچرل پراسیس ہے، جو نیچرل سلیکشن ہے، اور جو سروائیول، سروائیول آف دا فٹسٹ ہے، اس کے نزدیک یہ خدا کا پراسیس ہے، نیچر کا پراسیس ہے۔</w:t>
      </w:r>
    </w:p>
    <w:p>
      <w:r>
        <w:rPr>
          <w:b/>
        </w:rPr>
        <w:t xml:space="preserve">[27:12] </w:t>
      </w:r>
      <w:r>
        <w:t>aisa nahi hai ke bas blind, blind forces, yani blind interplay hai, kuch kisi material, material cheezon ka, aur phir cheezen wajood mein aa rahi hain.</w:t>
      </w:r>
    </w:p>
    <w:p>
      <w:pPr>
        <w:jc w:val="right"/>
      </w:pPr>
      <w:r>
        <w:t>ایسا نہیں ہے کہ بس بلائنڈ، بلائنڈ فورسز، یعنی بلائنڈ انٹرپلے ہے، کچھ کسی مٹیریل، مٹیریل چیزوں کا، اور پھر چیزیں وجود میں آ رہی ہیں۔</w:t>
      </w:r>
    </w:p>
    <w:p>
      <w:r>
        <w:rPr>
          <w:b/>
        </w:rPr>
        <w:t xml:space="preserve">[27:24] </w:t>
      </w:r>
      <w:r>
        <w:t>to na to Newton ya doosre scientist Khuda ke munkir thay, aur na Darwin Khuda ka munkir tha. lekin hijack kiya kis ne?</w:t>
      </w:r>
    </w:p>
    <w:p>
      <w:pPr>
        <w:jc w:val="right"/>
      </w:pPr>
      <w:r>
        <w:t>تو نہ تو نیوٹن یا دوسرے سائنٹسٹ خدا کے منکر تھے، اور نہ ڈارون خدا کا منکر تھا۔ لیکن ہائی جیک کیا کس نے؟</w:t>
      </w:r>
    </w:p>
    <w:p>
      <w:r>
        <w:rPr>
          <w:b/>
        </w:rPr>
        <w:t xml:space="preserve">[27:34] </w:t>
      </w:r>
      <w:r>
        <w:t>yeh un logon ne jo atheist thay ya humanist apne ko kehte hain. humanist ki philosophy batai jati hai, is ka kalma ke "transfer of seed from God to man".</w:t>
      </w:r>
    </w:p>
    <w:p>
      <w:pPr>
        <w:jc w:val="right"/>
      </w:pPr>
      <w:r>
        <w:t>یہ ان لوگوں نے جو اتھیسٹ تھے یا ہیومنسٹ اپنے کو کہتے ہیں۔ ہیومنزٹ کی فلاسفی بتائی جاتی ہے، اس کا کلمہ کہ "ٹرانسفر آف سیڈ فرام گاڈ ٹو مین"۔</w:t>
      </w:r>
    </w:p>
    <w:p>
      <w:r>
        <w:rPr>
          <w:b/>
        </w:rPr>
        <w:t xml:space="preserve">[27:44] </w:t>
      </w:r>
      <w:r>
        <w:t>un logon ne is ko hijack kar ke aisa kiya. to un logon ki wajah se kya hua? duniya mein yeh saari buraiyan aayin,</w:t>
      </w:r>
    </w:p>
    <w:p>
      <w:pPr>
        <w:jc w:val="right"/>
      </w:pPr>
      <w:r>
        <w:t>ان لوگوں نے اس کو ہائی جیک کر کے ایسا کیا۔ تو ان لوگوں کی وجہ سے کیا ہوا؟ دنیا میں یہ ساری برائیاں آئیں،</w:t>
      </w:r>
    </w:p>
    <w:p>
      <w:r>
        <w:rPr>
          <w:b/>
        </w:rPr>
        <w:t xml:space="preserve">[27:51] </w:t>
      </w:r>
      <w:r>
        <w:t>kyunke jab Khuda se kaat diya aap ne insaan ko to accountability khatam ho gayi, accountability khatam ho gayi, responsibility khatam ho gayi,</w:t>
      </w:r>
    </w:p>
    <w:p>
      <w:pPr>
        <w:jc w:val="right"/>
      </w:pPr>
      <w:r>
        <w:t>کیونکہ جب خدا سے کاٹ دیا آپ نے انسان کو تو اکاؤنٹیبلٹی ختم ہوگئی، اکاؤنٹیبلٹی ختم ہوگئی، ریسپانسبیلٹی ختم ہوگئی،</w:t>
      </w:r>
    </w:p>
    <w:p>
      <w:r>
        <w:rPr>
          <w:b/>
        </w:rPr>
        <w:t xml:space="preserve">[28:05] </w:t>
      </w:r>
      <w:r>
        <w:t>aur saari duniya, insani duniya jo hai, faza se bhar gayi. to ab jo log Khuda ke baray mein shakk karte hain, woh insani duniya ko le kar shakk karte hain, physical world ko shakk nahi karte.</w:t>
      </w:r>
    </w:p>
    <w:p>
      <w:pPr>
        <w:jc w:val="right"/>
      </w:pPr>
      <w:r>
        <w:t>اور ساری دنیا، انسانی دنیا جو ہے، فضا سے بھر گئی۔ تو اب جو لوگ خدا کے بارے میں شک کرتے ہیں، وہ انسانی دنیا کو لے کر شک کرتے ہیں، فزیکل ورلڈ کو شک نہیں کرتے۔</w:t>
      </w:r>
    </w:p>
    <w:p>
      <w:r>
        <w:rPr>
          <w:b/>
        </w:rPr>
        <w:t xml:space="preserve">[28:16] </w:t>
      </w:r>
      <w:r>
        <w:t>koi</w:t>
      </w:r>
    </w:p>
    <w:p>
      <w:pPr>
        <w:jc w:val="right"/>
      </w:pPr>
      <w:r>
        <w:t>کوئی</w:t>
      </w:r>
    </w:p>
    <w:p>
      <w:r>
        <w:rPr>
          <w:b/>
        </w:rPr>
        <w:t xml:space="preserve">[28:20] </w:t>
      </w:r>
      <w:r>
        <w:t>isi ko maine kaha ke hamein differentiate karna hai, hamein insaan ko batana hai ke tum differentiate karo Khuda mein aur man mein. Khuda ne insaan ko azadi di hai, azadi dene ki wajah se woh mehsoos karta hai,</w:t>
      </w:r>
    </w:p>
    <w:p>
      <w:pPr>
        <w:jc w:val="right"/>
      </w:pPr>
      <w:r>
        <w:t>اسی کو میں نے کہا کہ ہمیں ڈیفرنشیٹ کرنا ہے، ہمیں انسان کو بتانا ہے کہ تم ڈیفرنشیٹ کرو خدا میں اور مین میں۔ خدا نے انسان کو آزادی دی ہے، آزادی دینے کی وجہ سے وہ محسوس کرتا ہے،</w:t>
      </w:r>
    </w:p>
    <w:p>
      <w:r>
        <w:rPr>
          <w:b/>
        </w:rPr>
        <w:t xml:space="preserve">[28:35] </w:t>
      </w:r>
      <w:r>
        <w:t>yani khuda ki power khatm nahi hogi. wahan par khuda wahan bhi powerful hai, lekin us ne insaan ko azadi di hai, azadi. is liye aaj insaan aisa kar pa raha hai.</w:t>
      </w:r>
    </w:p>
    <w:p>
      <w:pPr>
        <w:jc w:val="right"/>
      </w:pPr>
      <w:r>
        <w:t>یعنی خدا کی پاور ختم نہیں ہوگی۔ وہاں پر خدا وہاں بھی پاور فل ہے، لیکن اس نے انسان کو آزادی دی ہے، آزادی۔ اس لیے آج انسان ایسا کر پا رہا ہے۔</w:t>
      </w:r>
    </w:p>
    <w:p>
      <w:r>
        <w:rPr>
          <w:b/>
        </w:rPr>
        <w:t xml:space="preserve">[28:49] </w:t>
      </w:r>
      <w:r>
        <w:t>to hamein yeh batana hai ke khuda ko samajhne ke liye tum ko janna hai, physical world ko dekhna hai. insaan kya hai?</w:t>
      </w:r>
    </w:p>
    <w:p>
      <w:pPr>
        <w:jc w:val="right"/>
      </w:pPr>
      <w:r>
        <w:t>تو ہمیں یہ بتانا ہے کہ خدا کو سمجھنے کے لیے تم کو جاننا ہے، فزیکل ورلڈ کو دیکھنا ہے۔ انسان کیا ہے؟</w:t>
      </w:r>
    </w:p>
    <w:p>
      <w:r>
        <w:rPr>
          <w:b/>
        </w:rPr>
        <w:t xml:space="preserve">[28:57] </w:t>
      </w:r>
      <w:r>
        <w:t>insaan ka bohat hi tiny part hai poori duniya ka. aap jante hain insaan ki harkat kya hai? ek bada box agar banaya jaye jis ka ek mil lamba aur ek mil chaura ho, sirf ek mil lamba, ek mil chaura, bohat zyada nahi,</w:t>
      </w:r>
    </w:p>
    <w:p>
      <w:pPr>
        <w:jc w:val="right"/>
      </w:pPr>
      <w:r>
        <w:t>انسان کا بہت ہی ٹائنی پارٹ ہے پوری دنیا کا۔ آپ جانتے ہیں انسان کی حرکت کیا ہے؟ ایک بڑا بکس اگر بنایا جائے جس کا ایک میل لمبا اور ایک میل چوڑا ہو، صرف ایک میل لمبا، ایک میل چوڑا، بہت زیادہ نہیں،</w:t>
      </w:r>
    </w:p>
    <w:p>
      <w:r>
        <w:rPr>
          <w:b/>
        </w:rPr>
        <w:t xml:space="preserve">[29:16] </w:t>
      </w:r>
      <w:r>
        <w:t>sirf ek mil lamba aur ek mil chaura, to sare insaan is mein bharay aa sakte hain. aur is ko band kar dein, dabe ko band kar ke agar aap daal dein pacific ocean mein to sab ka khatm, sab ka khata.</w:t>
      </w:r>
    </w:p>
    <w:p>
      <w:pPr>
        <w:jc w:val="right"/>
      </w:pPr>
      <w:r>
        <w:t>صرف ایک میل لمبا اور ایک میل چوڑا، تو سارے انسان اس میں بھرے آ سکتے ہیں۔ اور اس کو بند کر دیں، ڈبے کو بند کر کے اگر آپ ڈال دیں پیسیفک اوشن میں تو سب کا ختم، سب کا خاتمہ۔</w:t>
      </w:r>
    </w:p>
    <w:p>
      <w:r>
        <w:rPr>
          <w:b/>
        </w:rPr>
        <w:t xml:space="preserve">[29:32] </w:t>
      </w:r>
      <w:r>
        <w:t>duniya phir bhi rahe gi, zameen phir bhi rahe gi, solar system phir bhi rahe ga, galaxy phir bhi rahe gi, aur insaan ka koi wajood nahi hoga. ek tiny world hai duniya ka, woh hissa jis mein ke insaan rehte hain,</w:t>
      </w:r>
    </w:p>
    <w:p>
      <w:pPr>
        <w:jc w:val="right"/>
      </w:pPr>
      <w:r>
        <w:t>دنیا پھر بھی رہے گی، زمین پھر بھی رہے گی، سولر سسٹم پھر بھی رہے گا، گلیکسی پھر بھی رہے گی، اور انسان کا کوئی وجود نہیں ہوگا۔ ایک ٹائنی ورلڈ ہے دنیا کا، وہ حصہ جس میں کہ انسان رہتے ہیں،</w:t>
      </w:r>
    </w:p>
    <w:p>
      <w:r>
        <w:rPr>
          <w:b/>
        </w:rPr>
        <w:t xml:space="preserve">[29:47] </w:t>
      </w:r>
      <w:r>
        <w:t>lekin is ke paas printing press hai, is ke paas media hai, is ke paas communication hai.</w:t>
      </w:r>
    </w:p>
    <w:p>
      <w:pPr>
        <w:jc w:val="right"/>
      </w:pPr>
      <w:r>
        <w:t>لیکن اس کے پاس پرنٹنگ پریس ہے، اس کے پاس میڈیا ہے، اس کے پاس کمیونیکیشن ہے۔</w:t>
      </w:r>
    </w:p>
    <w:p>
      <w:r>
        <w:rPr>
          <w:b/>
        </w:rPr>
        <w:t xml:space="preserve">[29:55] </w:t>
      </w:r>
      <w:r>
        <w:t>to insaan ko khuda ne jo azadi di hai, us ki wajah se sara fasaad hai. yeh to hamein kya karna hai? khuda ko, khuda ke existence ko batane ke liye hamein insaan ke samne physical world ko pesh karna hai.</w:t>
      </w:r>
    </w:p>
    <w:p>
      <w:pPr>
        <w:jc w:val="right"/>
      </w:pPr>
      <w:r>
        <w:t>تو انسان کو خدا نے جو آزادی دی ہے، اس کی وجہ سے سارا فساد ہے۔ یہ تو ہمیں کیا کرنا ہے؟ خدا کو، خدا کے ایگزسٹنس کو بتانے کے لیے ہمیں انسان کے سامنے فزیکل ورلڈ کو پیش کرنا ہے۔</w:t>
      </w:r>
    </w:p>
    <w:p>
      <w:r>
        <w:rPr>
          <w:b/>
        </w:rPr>
        <w:t xml:space="preserve">[30:11] </w:t>
      </w:r>
      <w:r>
        <w:t>physical world witness hai is baat ki ke is duniya ka ek khuda hai,</w:t>
      </w:r>
    </w:p>
    <w:p>
      <w:pPr>
        <w:jc w:val="right"/>
      </w:pPr>
      <w:r>
        <w:t>فزیکل ورلڈ وٹنس ہے اس بات کی کہ اس دنیا کا ایک خدا ہے،</w:t>
      </w:r>
    </w:p>
    <w:p>
      <w:r>
        <w:rPr>
          <w:b/>
        </w:rPr>
        <w:t xml:space="preserve">[30:16] </w:t>
      </w:r>
      <w:r>
        <w:t>kyun ke physical world mein jo harmony hai, jo meaningful activities us ke andar hain, bohat hi ba-maani jo kainaat hai, us ko explain karne ke liye hamare paas koi bhi doosri shakal nahi hai ke hum khuda ko manen.</w:t>
      </w:r>
    </w:p>
    <w:p>
      <w:pPr>
        <w:jc w:val="right"/>
      </w:pPr>
      <w:r>
        <w:t>کیونکہ فزیکل ورلڈ میں جو ہارمونی ہے، جو میننگ فل ایکٹیویٹیز اس کے اندر ہیں، بہت ہی بامعنی جو کائنات ہے، اس کو ایکسپلین کرنے کے لیے ہمارے پاس کوئی بھی دوسری شکل نہیں ہے کہ ہم خدا کو مانیں۔</w:t>
      </w:r>
    </w:p>
    <w:p>
      <w:r>
        <w:rPr>
          <w:b/>
        </w:rPr>
        <w:t xml:space="preserve">[30:32] </w:t>
      </w:r>
      <w:r>
        <w:t>insaan ke bare mein jo baat hai ke log dekh kar badakte hain ke "why there are so so much evils in the human world", beshtar log isi mein phanse hue hain.</w:t>
      </w:r>
    </w:p>
    <w:p>
      <w:pPr>
        <w:jc w:val="right"/>
      </w:pPr>
      <w:r>
        <w:t>انسان کے بارے میں جو بات ہے کہ لوگ دیکھ کر بدکتے ہیں کہ "وائی دیر آر سو سو مچ ایولز ان دا ہیومن ورلڈ"، بیشتر لوگ اسی میں پھنسے ہوئے ہیں۔</w:t>
      </w:r>
    </w:p>
    <w:p>
      <w:r>
        <w:rPr>
          <w:b/>
        </w:rPr>
        <w:t xml:space="preserve">[30:45] </w:t>
      </w:r>
      <w:r>
        <w:t>is ka hal sirf ek hai ke hum creation plan of god batayen logon ko.</w:t>
      </w:r>
    </w:p>
    <w:p>
      <w:pPr>
        <w:jc w:val="right"/>
      </w:pPr>
      <w:r>
        <w:t>اس کا حل صرف ایک ہے کہ ہم کریشن پلان آف گاڈ بتائیں لوگوں کو۔</w:t>
      </w:r>
    </w:p>
    <w:p>
      <w:r>
        <w:rPr>
          <w:b/>
        </w:rPr>
        <w:t xml:space="preserve">[30:52] </w:t>
      </w:r>
      <w:r>
        <w:t>creation plan of god isi se explain hogi yeh baat, isi se yeh baat explain hogi, kyun ke log jante nahi ke creation plan of god kya hai,</w:t>
      </w:r>
    </w:p>
    <w:p>
      <w:pPr>
        <w:jc w:val="right"/>
      </w:pPr>
      <w:r>
        <w:t>کریشن پلان آف گاڈ اسی سے ایکسپلین ہوگی یہ بات، اسی سے یہ بات ایکسپلین ہوگی، کیونکہ لوگ جانتے نہیں کہ کریشن پلان آف گاڈ کیا ہے،</w:t>
      </w:r>
    </w:p>
    <w:p>
      <w:r>
        <w:rPr>
          <w:b/>
        </w:rPr>
        <w:t xml:space="preserve">[31:04] </w:t>
      </w:r>
      <w:r>
        <w:t>ke khuda ka yeh plan hai ke insaan ko azadi di aur is ka record banaya ja raha hai. kaun misuse karta hai, kaun theek istemal karta hai azadi ka, isi ki base par kisi ko punishment mile ga, kisi ko reward mile ga.</w:t>
      </w:r>
    </w:p>
    <w:p>
      <w:pPr>
        <w:jc w:val="right"/>
      </w:pPr>
      <w:r>
        <w:t>کہ خدا کا یہ پلان ہے کہ انسان کو آزادی دی اور اس کا ریکارڈ بنایا جا رہا ہے۔ کون مس یوز کرتا ہے، کون ٹھیک استعمال کرتا ہے آزادی کا، اسی کی بیس پر کسی کو پنشمنٹ ملے گا، کسی کو ریوارڈ ملے گا۔</w:t>
      </w:r>
    </w:p>
    <w:p>
      <w:r>
        <w:rPr>
          <w:b/>
        </w:rPr>
        <w:t xml:space="preserve">[31:18] </w:t>
      </w:r>
      <w:r>
        <w:t>to yeh jo creation plan of god hai, is se log be-khabar hain. to woh samajhte hain ke jis tarah solar system jo hai, woh isi yeh insani duniya bhi hai, halanke dono ka mamla alag alag hai.</w:t>
      </w:r>
    </w:p>
    <w:p>
      <w:pPr>
        <w:jc w:val="right"/>
      </w:pPr>
      <w:r>
        <w:t>تو یہ جو کریشن پلانٹ آف گاڈ ہے، اس سے لوگ بے خبر ہیں۔ تو وہ سمجھتے ہیں کہ جس طرح سولر سسٹم جو ہے، وہ اسی یہ انسانی دنیا بھی ہے، حالانکہ دونوں کا معاملہ الگ الگ ہے۔</w:t>
      </w:r>
    </w:p>
    <w:p>
      <w:r>
        <w:rPr>
          <w:b/>
        </w:rPr>
        <w:t xml:space="preserve">[31:32] </w:t>
      </w:r>
      <w:r>
        <w:t>solar system ek galaxy hai, khuda ke direct control mein hai, direct. to wahan par har cheez perfect chal rahi hai, perfect. wahan koi defect nahi.</w:t>
      </w:r>
    </w:p>
    <w:p>
      <w:pPr>
        <w:jc w:val="right"/>
      </w:pPr>
      <w:r>
        <w:t>سولر سسٹم ایک گلیکسی ہے، خدا کے ڈائریکٹ کنٹرول میں ہے، ڈائریکٹ۔ تو وہاں پر ہر چیز پرفیکٹ چل رہی ہے، پرفیکٹ۔ وہاں کوئی ڈیفیکٹ نہیں۔</w:t>
      </w:r>
    </w:p>
    <w:p>
      <w:r>
        <w:rPr>
          <w:b/>
        </w:rPr>
        <w:t xml:space="preserve">[31:42] </w:t>
      </w:r>
      <w:r>
        <w:t>insani duniya mein khuda ne azadi di hai, is azadi ki wajah se insaan misuse karta hai, yeh fasaad barpa karta hai.</w:t>
      </w:r>
    </w:p>
    <w:p>
      <w:pPr>
        <w:jc w:val="right"/>
      </w:pPr>
      <w:r>
        <w:t>انسانی دنیا میں خدا نے آزادی دی ہے، اس آزادی کی وجہ سے انسان مس یوز کرتا ہے، یہ فساد برپا کرتا ہے۔</w:t>
      </w:r>
    </w:p>
    <w:p>
      <w:r>
        <w:rPr>
          <w:b/>
        </w:rPr>
        <w:t xml:space="preserve">[31:53] </w:t>
      </w:r>
      <w:r>
        <w:t>to khuda ko samajhne ke liye aap ko physical world ka study karni hai, aur insaan ka jo mamla hai, us ko explain karne ke liye aap ko batana hai insaan ko creation plan of god.</w:t>
      </w:r>
    </w:p>
    <w:p>
      <w:pPr>
        <w:jc w:val="right"/>
      </w:pPr>
      <w:r>
        <w:t>تو خدا کو سمجھنے کے لیے آپ کو فزیکل ورلڈ کا اسٹڈی کرنی ہے، اور انسان کا جو معاملہ ہے، اس کو ایکسپلین کرنے کے لیے آپ کو بتانا ہے انسان کو کریشن پلانٹ آف گاڈ۔</w:t>
      </w:r>
    </w:p>
    <w:p>
      <w:r>
        <w:rPr>
          <w:b/>
        </w:rPr>
        <w:t xml:space="preserve">[32:08] </w:t>
      </w:r>
      <w:r>
        <w:t>yahi hai ek hi solution is masle ka. ab doosri cheez jo hai, woh musalmanon ki hai. musalmanon ka mamla bhi musalmanon ne islam ko hijack kar rakha hai, yani taliban ne islam ko hijack kar rakha</w:t>
      </w:r>
    </w:p>
    <w:p>
      <w:pPr>
        <w:jc w:val="right"/>
      </w:pPr>
      <w:r>
        <w:t>یہی ہے ایک ہی سلویوشن اس مسئلے کا۔ اب دوسری چیز جو ہے، وہ مسلمانوں کی ہے۔ مسلمانوں کا معاملہ بھی مسلمانوں نے اسلام کو ہائی جیک کر رکھا ہے، یعنی طالبان نے اسلام کو ہائی جیک کر رکھا</w:t>
      </w:r>
    </w:p>
    <w:p>
      <w:r>
        <w:rPr>
          <w:b/>
        </w:rPr>
        <w:t xml:space="preserve">[32:22] </w:t>
      </w:r>
      <w:r>
        <w:t>hai. yeh jo mujahideen hain, so called, unhon ne islam ko hijack kar rakha hai. yeh sare log jo islam ke naam par activities chala rahe hain, unhon ne islam ko hijack kar rakha hai.</w:t>
      </w:r>
    </w:p>
    <w:p>
      <w:pPr>
        <w:jc w:val="right"/>
      </w:pPr>
      <w:r>
        <w:t>ہے۔ یہ جو مجاہدین ہیں، سو کالڈ، انہوں نے اسلام کو ہائی جیک کر رکھا ہے۔ یہ سارے لوگ جو اسلام کے نام پر ایکٹیویٹیز چلا رہے ہیں، انہوں نے اسلام کو ہائی جیک کر رکھا ہے۔</w:t>
      </w:r>
    </w:p>
    <w:p>
      <w:r>
        <w:rPr>
          <w:b/>
        </w:rPr>
        <w:t xml:space="preserve">[32:35] </w:t>
      </w:r>
      <w:r>
        <w:t>islam ko political bana diya hai, islam ko ladai bana diya hai, islam ko jihad bana diya hai, islam ko flogging bana diya hai. yeh islam ko hijack kar rakha hai in logon ne.</w:t>
      </w:r>
    </w:p>
    <w:p>
      <w:pPr>
        <w:jc w:val="right"/>
      </w:pPr>
      <w:r>
        <w:t>اسلام کو پولیٹیکل بنا دیا ہے، اسلام کو لڑائی بنا دیا ہے، اسلام کو جہاد بنا دیا ہے، اسلام کو فلاگنگ بنا دیا ہے۔ یہ اسلام کو ہائی جیک کر رکھا ہے ان لوگوں نے۔</w:t>
      </w:r>
    </w:p>
    <w:p>
      <w:r>
        <w:rPr>
          <w:b/>
        </w:rPr>
        <w:t xml:space="preserve">[32:48] </w:t>
      </w:r>
      <w:r>
        <w:t>to hamein do kaam karna hai.</w:t>
      </w:r>
    </w:p>
    <w:p>
      <w:pPr>
        <w:jc w:val="right"/>
      </w:pPr>
      <w:r>
        <w:t>تو ہمیں دو کام کرنا ہے۔</w:t>
      </w:r>
    </w:p>
    <w:p>
      <w:r>
        <w:rPr>
          <w:b/>
        </w:rPr>
        <w:t xml:space="preserve">[32:52] </w:t>
      </w:r>
      <w:r>
        <w:t>isi ko mein ne kaha ke aur bashar yeh two fold mission.</w:t>
      </w:r>
    </w:p>
    <w:p>
      <w:pPr>
        <w:jc w:val="right"/>
      </w:pPr>
      <w:r>
        <w:t>اسی کو میں نے کہا کہ اور بشر یہ ٹو فولڈ مشن۔</w:t>
      </w:r>
    </w:p>
    <w:p>
      <w:r>
        <w:rPr>
          <w:b/>
        </w:rPr>
        <w:t xml:space="preserve">[33:00] </w:t>
      </w:r>
      <w:r>
        <w:t>hum yeh insaan ko batayen ke khuda alag hai, insaan alag hai. aise hum insaan ko batayen ke islam alag hai, musalman alag hai. yeh hamara mission hai.</w:t>
      </w:r>
    </w:p>
    <w:p>
      <w:pPr>
        <w:jc w:val="right"/>
      </w:pPr>
      <w:r>
        <w:t>ہم یہ انسان کو بتائیں کہ خدا الگ ہے، انسان الگ ہے۔ ایسے ہم انسان کو بتائیں کہ اسلام الگ ہے، مسلمان الگ ہے۔ یہ ہمارا مشن ہے۔</w:t>
      </w:r>
    </w:p>
    <w:p>
      <w:r>
        <w:rPr>
          <w:b/>
        </w:rPr>
        <w:t xml:space="preserve">[33:13] </w:t>
      </w:r>
      <w:r>
        <w:t>musalmanon ko alag kar ke har aadmi, mein ne idhar bar bar mein safar karta hoon, logon se interaction hota hai.</w:t>
      </w:r>
    </w:p>
    <w:p>
      <w:pPr>
        <w:jc w:val="right"/>
      </w:pPr>
      <w:r>
        <w:t>مسلمانوں کو الگ کر کے ہر آدمی، میں نے ادھر بار بار میں سفر کرتا ہوں، لوگوں سے انٹریکشن ہوتا ہے۔</w:t>
      </w:r>
    </w:p>
    <w:p>
      <w:r>
        <w:rPr>
          <w:b/>
        </w:rPr>
        <w:t xml:space="preserve">[33:21] </w:t>
      </w:r>
      <w:r>
        <w:t>musalmanon ko alag kar ke har aadmi islam ki booti ko samajh leta hai. jis se bhi baat hoti hai, agar musalmanon ko alag kar ke us ko islam pesh kiya jaye, foran samajh leta hai woh.</w:t>
      </w:r>
    </w:p>
    <w:p>
      <w:pPr>
        <w:jc w:val="right"/>
      </w:pPr>
      <w:r>
        <w:t>مسلمانوں کو الگ کر کے ہر آدمی اسلام کی بوٹی کو سمجھ لیتا ہے۔ جس سے بھی بات ہوتی ہے، اگر مسلمانوں کو الگ کر کے اس کو اسلام پیش کیا جائے، فوراً سمجھ لیتا ہے وہ۔</w:t>
      </w:r>
    </w:p>
    <w:p>
      <w:r>
        <w:rPr>
          <w:b/>
        </w:rPr>
        <w:t xml:space="preserve">[33:33] </w:t>
      </w:r>
      <w:r>
        <w:t>lekin jab musalmanon ko mila kar dekhta hai to to is ko samajh aata hai ke kya islam yahi batata hai.</w:t>
      </w:r>
    </w:p>
    <w:p>
      <w:pPr>
        <w:jc w:val="right"/>
      </w:pPr>
      <w:r>
        <w:t>لیکن جب مسلمانوں کو ملا کر دیکھتا ہے تو تو اس کو سمجھ آتا ہے کہ کیا اسلام یہی بتاتا ہے۔</w:t>
      </w:r>
    </w:p>
    <w:p>
      <w:r>
        <w:rPr>
          <w:b/>
        </w:rPr>
        <w:t xml:space="preserve">[33:45] </w:t>
      </w:r>
      <w:r>
        <w:t>ek ek ek artikal chhaapa tha, woh london ka jo paper hai, times, is mein islam ke baray mein. to is ka caption kya tha?</w:t>
      </w:r>
    </w:p>
    <w:p>
      <w:pPr>
        <w:jc w:val="right"/>
      </w:pPr>
      <w:r>
        <w:t>ایک ایک ایک آرٹیکل چھپا تھا، وہ لندن کا جو پیپر ہے، ٹائمز، اس میں اسلام کے بارے میں۔ تو اس کا کیپشن کیا تھا؟</w:t>
      </w:r>
    </w:p>
    <w:p>
      <w:r>
        <w:rPr>
          <w:b/>
        </w:rPr>
        <w:t xml:space="preserve">[33:56] </w:t>
      </w:r>
      <w:r>
        <w:t>"a religion that sanctions violence". "a religion that sanctions violence" yani islam jo islam ko bataya tha, us ne ke islam violence ko sanction karta hai, woh ijazat deta hai ke log violence karein.</w:t>
      </w:r>
    </w:p>
    <w:p>
      <w:pPr>
        <w:jc w:val="right"/>
      </w:pPr>
      <w:r>
        <w:t>"ا ریلیجن دیٹ سینکشنز وائلنس"۔ "ا ریلیجن دیٹ سینکشنز وائلنس" یعنی اسلام جو اسلام کو بتایا تھا، اس نے کہ اسلام وائلنس کو سینکشن کرتا ہے، وہ اجازت دیتا ہے کہ لوگ وائلنس کریں۔</w:t>
      </w:r>
    </w:p>
    <w:p>
      <w:r>
        <w:rPr>
          <w:b/>
        </w:rPr>
        <w:t xml:space="preserve">[34:11] </w:t>
      </w:r>
      <w:r>
        <w:t>to musalmanon ne islam ko badnaam kar rakha hai, aur insan ne khuda ko badnaam kar rakha hai.</w:t>
      </w:r>
    </w:p>
    <w:p>
      <w:pPr>
        <w:jc w:val="right"/>
      </w:pPr>
      <w:r>
        <w:t>تو مسلمانوں نے اسلام کو بدنام کر رکھا ہے، اور انسان نے خدا کو بدنام کر رکھا ہے۔</w:t>
      </w:r>
    </w:p>
    <w:p>
      <w:r>
        <w:rPr>
          <w:b/>
        </w:rPr>
        <w:t xml:space="preserve">[34:20] </w:t>
      </w:r>
      <w:r>
        <w:t>yeh hai khulasa ke insan ne khuda ko badnaam kar rakha hai, ya yun kahiye ke insan ne insan ne logon ko khuda se door kar kar rakha hai, aur musalmanon ne logon ko islam se door kar rakha hai.</w:t>
      </w:r>
    </w:p>
    <w:p>
      <w:pPr>
        <w:jc w:val="right"/>
      </w:pPr>
      <w:r>
        <w:t>یہ ہے خلاصہ کہ انسان نے خدا کو بدنام کر رکھا ہے، یا یوں کہیے کہ انسان نے انسان نے لوگوں کو خدا سے دور کر دور کر رکھا ہے، اور مسلمانوں نے لوگوں کو اسلام سے دور کر رکھا ہے۔</w:t>
      </w:r>
    </w:p>
    <w:p>
      <w:r>
        <w:rPr>
          <w:b/>
        </w:rPr>
        <w:t xml:space="preserve">[34:34] </w:t>
      </w:r>
      <w:r>
        <w:t>aaj ke jo situation hai, woh yahi hai ke insan ne logon ko khuda se door kar rakha hai, aur musalmanon ne logon ko islam se door kar rakha hai.</w:t>
      </w:r>
    </w:p>
    <w:p>
      <w:pPr>
        <w:jc w:val="right"/>
      </w:pPr>
      <w:r>
        <w:t>آج کے جو سچوئیشن ہے، وہ یہی ہے کہ انسان نے لوگوں کو خدا سے دور کر رکھا ہے، اور مسلمانوں نے لوگوں کو اسلام سے دور کر رکھا ہے۔</w:t>
      </w:r>
    </w:p>
    <w:p>
      <w:r>
        <w:rPr>
          <w:b/>
        </w:rPr>
        <w:t xml:space="preserve">[34:48] </w:t>
      </w:r>
      <w:r>
        <w:t>yeh hai hamara mission, yeh hai hamara yani is ko samjhiye aap ke aap ko karna kya hai duniya mein, problem kya hai, is ko hamein kis tarah is ko face karna hai.</w:t>
      </w:r>
    </w:p>
    <w:p>
      <w:pPr>
        <w:jc w:val="right"/>
      </w:pPr>
      <w:r>
        <w:t>یہ ہے ہمارا مشن، یہ ہے ہمارا یعنی اس کو سمجھئے آپ کہ آپ کو کرنا کیا ہے دنیا میں، پرابلم کیا ہے، اس کو ہمیں کس طرح اس کو فیس کرنا ہے۔</w:t>
      </w:r>
    </w:p>
    <w:p>
      <w:r>
        <w:rPr>
          <w:b/>
        </w:rPr>
        <w:t xml:space="preserve">[35:02] </w:t>
      </w:r>
      <w:r>
        <w:t>isi ko mein ne kaha ke aur aur mission yeh two fold mission,</w:t>
      </w:r>
    </w:p>
    <w:p>
      <w:pPr>
        <w:jc w:val="right"/>
      </w:pPr>
      <w:r>
        <w:t>اسی کو میں نے کہا کہ اور اور مشن یہ ٹو فولڈ مشن،</w:t>
      </w:r>
    </w:p>
    <w:p>
      <w:r>
        <w:rPr>
          <w:b/>
        </w:rPr>
        <w:t xml:space="preserve">[35:10] </w:t>
      </w:r>
      <w:r>
        <w:t>differentiating god from man, and differentiating islam from muslims. yeh hamara nishana,</w:t>
      </w:r>
    </w:p>
    <w:p>
      <w:pPr>
        <w:jc w:val="right"/>
      </w:pPr>
      <w:r>
        <w:t>ڈیفرنشیٹنگ گاڈ فرام مین، اینڈ ڈیفرنشیٹنگ اسلام فرام مسلمز۔ یہ ہمارا نشانہ،</w:t>
      </w:r>
    </w:p>
    <w:p>
      <w:r>
        <w:rPr>
          <w:b/>
        </w:rPr>
        <w:t xml:space="preserve">[35:24] </w:t>
      </w:r>
      <w:r>
        <w:t>is ko achhi tarah samajh lijie.</w:t>
      </w:r>
    </w:p>
    <w:p>
      <w:pPr>
        <w:jc w:val="right"/>
      </w:pPr>
      <w:r>
        <w:t>اس کو اچھی طرح سمجھ لیجئے۔</w:t>
      </w:r>
    </w:p>
    <w:p>
      <w:r>
        <w:rPr>
          <w:b/>
        </w:rPr>
        <w:t xml:space="preserve">[35:29] </w:t>
      </w:r>
      <w:r>
        <w:t>isi ke liye allah ke fazal se hum ne quran ka ek tarjuma chhapa hai english mein. quran ke bahut sare translation hain, shayad 25 se bhi zyada hain.</w:t>
      </w:r>
    </w:p>
    <w:p>
      <w:pPr>
        <w:jc w:val="right"/>
      </w:pPr>
      <w:r>
        <w:t>اسی کے لیے اللہ کے فضل سے ہم نے قرآن کا ایک ترجمہ چھاپا ہے انگلش میں۔ قرآن کے بہت سارے ٹرانسلیشن ہیں، شاید 25 سے بھی زیادہ ہیں۔</w:t>
      </w:r>
    </w:p>
    <w:p>
      <w:r>
        <w:rPr>
          <w:b/>
        </w:rPr>
        <w:t xml:space="preserve">[35:42] </w:t>
      </w:r>
      <w:r>
        <w:t>sare translation mein kya hai? clarity nahi hai. dekhiye, quran ki sab se badi sifat clarity hai. clarity</w:t>
      </w:r>
    </w:p>
    <w:p>
      <w:pPr>
        <w:jc w:val="right"/>
      </w:pPr>
      <w:r>
        <w:t>سارے ٹرانسلیشن میں کیا ہے؟ کلیرٹی نہیں ہے۔ دیکھیں، قرآن کی سب سے بڑی صفت کلیرٹی ہے۔ کلیرٹی</w:t>
      </w:r>
    </w:p>
    <w:p>
      <w:r>
        <w:rPr>
          <w:b/>
        </w:rPr>
        <w:t xml:space="preserve">[35:53] </w:t>
      </w:r>
      <w:r>
        <w:t>walaqad yasar na al quran li dhikr faal mud takir yani quran mein clarity par excels hai. quran mein clarity par excels hai, lekin aap tarjume bhi parhiye, english tarjume chhapa gaye hain angrezi zaban mein quran ke.</w:t>
      </w:r>
    </w:p>
    <w:p>
      <w:pPr>
        <w:jc w:val="right"/>
      </w:pPr>
      <w:r>
        <w:t>ولقد یسرنا القرآن للذکر فالمدکر یعنی قرآن میں کلیرٹی پار ایکسلا ہے۔ قرآن میں کلیرٹی پار ایکسلا ہے، لیکن آپ ترجمے بھی پڑھیے، انگلش ترجمے چھاپے گئے ہیں انگریزی زبان میں قرآن کے۔</w:t>
      </w:r>
    </w:p>
    <w:p>
      <w:r>
        <w:rPr>
          <w:b/>
        </w:rPr>
        <w:t xml:space="preserve">[36:11] </w:t>
      </w:r>
      <w:r>
        <w:t>wohi cheez is mein yani woh ho gayi hai, yani baqi nahi rahi hai. isi liye log quran ko theek se parh nahi paate.</w:t>
      </w:r>
    </w:p>
    <w:p>
      <w:pPr>
        <w:jc w:val="right"/>
      </w:pPr>
      <w:r>
        <w:t>وہی چیز اس میں یعنی وہ ہو گئی ہے، یعنی باقی نہیں رہی ہے۔ اسی لیے لوگ قرآن کو ٹھیک سے پڑھ نہیں پاتے۔</w:t>
      </w:r>
    </w:p>
    <w:p>
      <w:r>
        <w:rPr>
          <w:b/>
        </w:rPr>
        <w:t xml:space="preserve">[36:21] </w:t>
      </w:r>
      <w:r>
        <w:t>parhte hain to ulajhte hain ya chhod dete hain beech hi mein. aur jo translation hamare haan chhapa hai, is ki report khuda ke fazal se mil rahi hai ke jo parhta hai, woh to parhte chala jata hai, parhte chala jata hai.</w:t>
      </w:r>
    </w:p>
    <w:p>
      <w:pPr>
        <w:jc w:val="right"/>
      </w:pPr>
      <w:r>
        <w:t>پڑھتے ہیں تو الجھتے ہیں یا چھوڑ دیتے ہیں بیچ ہی میں۔ اور جو ٹرانسلیشن ہمارے ہاں چھپا ہے، اس کی رپورٹ خدا کے فضل سے مل رہی ہے کہ جو پڑھتا ہے، وہ تو پڑھتے چلا جاتا ہے، پڑھتے چلا جاتا ہے۔</w:t>
      </w:r>
    </w:p>
    <w:p>
      <w:r>
        <w:rPr>
          <w:b/>
        </w:rPr>
        <w:t xml:space="preserve">[36:34] </w:t>
      </w:r>
      <w:r>
        <w:t>yahan tak ke ek sahab ne mujh se kaha ke bhai quran to samajh mein aata hai. ek sahab ne mujh se kaha ke bhai yeh jo translation hai, is se pehle mein ne kai bar angrezi translation liya tha quran majeed ka, to kuch samajh mein aata tha.</w:t>
      </w:r>
    </w:p>
    <w:p>
      <w:pPr>
        <w:jc w:val="right"/>
      </w:pPr>
      <w:r>
        <w:t>یہاں تک کہ ایک صاحب نے مجھ سے کہا کہ بھئی قرآن تو سمجھ میں آتا ہے۔ ایک صاحب نے مجھ سے کہا کہ بھئی یہ جو ٹرانسلیشن ہے، اس سے پہلے میں نے کئی بار انگریزی ٹرانسلیشن لیا تھا قرآن مجید کا، تو کچھ سمجھ میں آتا تھا۔</w:t>
      </w:r>
    </w:p>
    <w:p>
      <w:r>
        <w:rPr>
          <w:b/>
        </w:rPr>
        <w:t xml:space="preserve">[36:50] </w:t>
      </w:r>
      <w:r>
        <w:t>yeh to maloom hota hai quran samajh mein aane wali kitab hai. yani ek sahab ne yahi yahi kaha bilkul ke is translation ko parh kar maloom hota hai quran to samajh mein aane wali kitab hai.</w:t>
      </w:r>
    </w:p>
    <w:p>
      <w:pPr>
        <w:jc w:val="right"/>
      </w:pPr>
      <w:r>
        <w:t>یہ تو معلوم ہوتا ہے قرآن سمجھ میں آنے والی کتاب ہے۔ یعنی ایک صاحب نے یہی یہی کہا بالکل کہ اس ٹرانسلیشن کو پڑھ کر معلوم ہوتا ہے قرآن تو سمجھ میں آنے والی کتاب ہے۔</w:t>
      </w:r>
    </w:p>
    <w:p>
      <w:r>
        <w:rPr>
          <w:b/>
        </w:rPr>
        <w:t xml:space="preserve">[37:03] </w:t>
      </w:r>
      <w:r>
        <w:t>yeh halat hai.</w:t>
      </w:r>
    </w:p>
    <w:p>
      <w:pPr>
        <w:jc w:val="right"/>
      </w:pPr>
      <w:r>
        <w:t>یہ حالت ہے۔</w:t>
      </w:r>
    </w:p>
    <w:p>
      <w:r>
        <w:rPr>
          <w:b/>
        </w:rPr>
        <w:t xml:space="preserve">[37:07] </w:t>
      </w:r>
      <w:r>
        <w:t>to hamein dekhiye, duniya ko</w:t>
      </w:r>
    </w:p>
    <w:p>
      <w:pPr>
        <w:jc w:val="right"/>
      </w:pPr>
      <w:r>
        <w:t>تو ہمیں دیکھیے، دنیا کو</w:t>
      </w:r>
    </w:p>
    <w:p>
      <w:r>
        <w:rPr>
          <w:b/>
        </w:rPr>
        <w:t xml:space="preserve">[37:14] </w:t>
      </w:r>
      <w:r>
        <w:t>hamein in dono in dono cheezon ko samajh lein ke hamein kya karna hai.</w:t>
      </w:r>
    </w:p>
    <w:p>
      <w:pPr>
        <w:jc w:val="right"/>
      </w:pPr>
      <w:r>
        <w:t>ہمیں ان دونوں ان دونوں چیزوں کو سمجھ لیں کہ ہمیں کیا کرنا ہے۔</w:t>
      </w:r>
    </w:p>
    <w:p>
      <w:r>
        <w:rPr>
          <w:b/>
        </w:rPr>
        <w:t xml:space="preserve">[37:20] </w:t>
      </w:r>
      <w:r>
        <w:t>yani khuda ke baray mein logon ko jo galat fehmiyan hain, insan ko le kar ke ke khuda agar powerful hai, khuda agar aisa hai, khuda agar waisa hai, to phir insani duniya mein burai kyun?</w:t>
      </w:r>
    </w:p>
    <w:p>
      <w:pPr>
        <w:jc w:val="right"/>
      </w:pPr>
      <w:r>
        <w:t>یعنی خدا کے بارے میں لوگوں کو جو غلط فہمیاں ہیں، انسان کو لے کر کے کہ خدا اگر پاور فل ہے، خدا اگر ایسا ہے، خدا اگر ویسا ہے، تو پھر انسانی دنیا میں برائی کیوں؟</w:t>
      </w:r>
    </w:p>
    <w:p>
      <w:r>
        <w:rPr>
          <w:b/>
        </w:rPr>
        <w:t xml:space="preserve">[37:36] </w:t>
      </w:r>
      <w:r>
        <w:t>to is ke liye ek taraf hamein quran ka jo translation hai, is ko duniya bhar mein phaila dena hai, ek ek aadmi tak phaila dena hai taake jo allah ke deen ki jo sahi tasweer hai, sahi picture hai, woh logon ke samne aa jaye.</w:t>
      </w:r>
    </w:p>
    <w:p>
      <w:pPr>
        <w:jc w:val="right"/>
      </w:pPr>
      <w:r>
        <w:t>تو اس کے لیے ایک طرف ہمیں قرآن کا جو ٹرانسلیشن ہے، اس کو دنیا بھر میں پھیلا دینا ہے، ایک ایک آدمی تک پھیلا دینا ہے تاکہ جو اللہ کے دین کی جو صحیح تصویر ہے، صحیح پکچر ہے، وہ لوگوں کے سامنے آ جائے۔</w:t>
      </w:r>
    </w:p>
    <w:p>
      <w:r>
        <w:rPr>
          <w:b/>
        </w:rPr>
        <w:t xml:space="preserve">[37:52] </w:t>
      </w:r>
      <w:r>
        <w:t>aur doosri taraf jo creation plan of god ka jo mamla hai, is se logon ko ba khabar karna hai.</w:t>
      </w:r>
    </w:p>
    <w:p>
      <w:pPr>
        <w:jc w:val="right"/>
      </w:pPr>
      <w:r>
        <w:t>اور دوسری طرف جو کریشن پلانٹ آف گاڈ کا جو معاملہ ہے، اس سے لوگوں کو باخبر کرنا ہے۔</w:t>
      </w:r>
    </w:p>
    <w:p>
      <w:r>
        <w:rPr>
          <w:b/>
        </w:rPr>
        <w:t xml:space="preserve">[38:02] </w:t>
      </w:r>
      <w:r>
        <w:t>aur phir hamein yeh batana hai logon ko ke ke musalman alag hain, islam alag hai. musalmanon ko dekh kar islam ke baray mein rai mat qaim karo.</w:t>
      </w:r>
    </w:p>
    <w:p>
      <w:pPr>
        <w:jc w:val="right"/>
      </w:pPr>
      <w:r>
        <w:t>اور پھر ہمیں یہ بتانا ہے لوگوں کو کہ کہ مسلمان الگ ہیں، اسلام الگ ہے۔ مسلمانوں کو دیکھ کر اسلام کے بارے میں رائے مت قائم کرو۔</w:t>
      </w:r>
    </w:p>
    <w:p>
      <w:r>
        <w:rPr>
          <w:b/>
        </w:rPr>
        <w:t xml:space="preserve">[38:13] </w:t>
      </w:r>
      <w:r>
        <w:t>you have to differentiate between islam and muslims. you have to judge muslims in the light of islamic teachings and not vice versa.</w:t>
      </w:r>
    </w:p>
    <w:p>
      <w:pPr>
        <w:jc w:val="right"/>
      </w:pPr>
      <w:r>
        <w:t>You have to differentiate between Islam and Muslims. You have to judge Muslims in the light of Islamic teachings and not vice versa.</w:t>
      </w:r>
    </w:p>
    <w:p>
      <w:r>
        <w:rPr>
          <w:b/>
        </w:rPr>
        <w:t xml:space="preserve">[38:24] </w:t>
      </w:r>
      <w:r>
        <w:t>yehi par India mein aik aik shehar mein mein gaya, aik baar wahan par aik jalsa tha, sab sab Hindu log thay, wahan par mujhe bulaya gaya tha bolne ke liye.</w:t>
      </w:r>
    </w:p>
    <w:p>
      <w:pPr>
        <w:jc w:val="right"/>
      </w:pPr>
      <w:r>
        <w:t>یہیں پر انڈیا میں ایک ایک شہر میں میں گیا، ایک بار وہاں پر ایک جلسہ تھا، سب سب ہندو لوگ تھے، وہاں پر مجھے بلایا گیا تھا بولنے کے لیے۔</w:t>
      </w:r>
    </w:p>
    <w:p>
      <w:r>
        <w:rPr>
          <w:b/>
        </w:rPr>
        <w:t xml:space="preserve">[38:36] </w:t>
      </w:r>
      <w:r>
        <w:t>to wahan par aik professor thay, shayad Shishagiri naam tha, shayad un ka, wo aaye thay wahan se, US se aaye thay, America mein set hain, wo Shishagiri ya Shishadri ya aisa koi naam tha.</w:t>
      </w:r>
    </w:p>
    <w:p>
      <w:pPr>
        <w:jc w:val="right"/>
      </w:pPr>
      <w:r>
        <w:t>تو وہاں پر ایک پروفیسر تھے، شاید شیشاگری نام تھا، شاید ان کا، وہ آئے تھے وہاں سے، یو ایس سے آئے تھے، امریکہ میں سیٹل ہیں، وہ شیشاگری یا شیشادر یا ایسا کوئی نام تھا۔</w:t>
      </w:r>
    </w:p>
    <w:p>
      <w:r>
        <w:rPr>
          <w:b/>
        </w:rPr>
        <w:t xml:space="preserve">[38:50] </w:t>
      </w:r>
      <w:r>
        <w:t>to wo top ke professor thay, senior professor thay.</w:t>
      </w:r>
    </w:p>
    <w:p>
      <w:pPr>
        <w:jc w:val="right"/>
      </w:pPr>
      <w:r>
        <w:t>تو وہ ٹاپ کے پروفیسر تھے، سینئر پروفیسر تھے۔</w:t>
      </w:r>
    </w:p>
    <w:p>
      <w:r>
        <w:rPr>
          <w:b/>
        </w:rPr>
        <w:t xml:space="preserve">[38:54] </w:t>
      </w:r>
      <w:r>
        <w:t>to mein ne apni taqreer mein yeh baat kahi ke You have to differentiate between Islam and Muslims. You have to judge Muslims in the light of Islamic teachings and not vice versa.</w:t>
      </w:r>
    </w:p>
    <w:p>
      <w:pPr>
        <w:jc w:val="right"/>
      </w:pPr>
      <w:r>
        <w:t>تو میں نے اپنی تقریر میں یہ بات کہی کہ You have to differentiate between Islam and Muslims. You have to judge Muslims in the light of Islamic teachings and not vice versa.</w:t>
      </w:r>
    </w:p>
    <w:p>
      <w:r>
        <w:rPr>
          <w:b/>
        </w:rPr>
        <w:t xml:space="preserve">[39:06] </w:t>
      </w:r>
      <w:r>
        <w:t>to professor sahab khare ho gaye, unhon ne kaha ke Maulana sahab, yeh kya baat keh di aap ne? aaj mujhe samajh mein aaya, mein to andhere mein tha, mein samajhta tha ke jo Musalman hain, wahi Islam hai.</w:t>
      </w:r>
    </w:p>
    <w:p>
      <w:pPr>
        <w:jc w:val="right"/>
      </w:pPr>
      <w:r>
        <w:t>تو پروفیسر صاحب کھڑے ہوگئے، انہوں نے کہا کہ مولانا صاحب، یہ کیا بات کہہ دی آپ نے؟ آج مجھے سمجھ میں آیا، میں تو اندھیرے میں تھا، میں سمجھتا تھا کہ جو مسلمان ہیں، وہی اسلام ہے۔</w:t>
      </w:r>
    </w:p>
    <w:p>
      <w:r>
        <w:rPr>
          <w:b/>
        </w:rPr>
        <w:t xml:space="preserve">[39:25] </w:t>
      </w:r>
      <w:r>
        <w:t>Musalmanon se alag kar ke bataiye logon ko Islam, tab logon ko samajh mein aayega ke Islam kya cheez hai. Islam ki beauty jo hai, Islam ki beauty aik bohat bara scholar thay, wahan ke Egypt ke,</w:t>
      </w:r>
    </w:p>
    <w:p>
      <w:pPr>
        <w:jc w:val="right"/>
      </w:pPr>
      <w:r>
        <w:t>مسلمانوں سے الگ کر کے بتائیے لوگوں کو اسلام، تب لوگوں کو سمجھ میں آئے گا کہ اسلام کیا چیز ہے۔ اسلام کی بیوٹی جو ہے، اسلام کی بیوٹی ایک بہت بڑا اسکالر تھے، وہاں کے ایجپٹ کے،</w:t>
      </w:r>
    </w:p>
    <w:p>
      <w:r>
        <w:rPr>
          <w:b/>
        </w:rPr>
        <w:t xml:space="preserve">[39:41] </w:t>
      </w:r>
      <w:r>
        <w:t>Egypt ke bohat bare scholar thay. to unhon ne yeh baat kahi thi ke Musalman Islam ke liye parda ban gaye hain, parda is zamane mein,</w:t>
      </w:r>
    </w:p>
    <w:p>
      <w:pPr>
        <w:jc w:val="right"/>
      </w:pPr>
      <w:r>
        <w:t>ایجپٹ کے بہت بڑے اسکالر تھے۔ تو انہوں نے یہ بات کہی تھی کہ مسلمان اسلام کے لیے پردہ بن گئے ہیں، پردہ اس زمانے میں،</w:t>
      </w:r>
    </w:p>
    <w:p>
      <w:r>
        <w:rPr>
          <w:b/>
        </w:rPr>
        <w:t xml:space="preserve">[39:54] </w:t>
      </w:r>
      <w:r>
        <w:t>is zamane ke Musalman Islam ke liye parda ban gaye hain, cover ban gaye hain. log Musalmanon ko dekhte hain, Islam ko dekh nahi paate.</w:t>
      </w:r>
    </w:p>
    <w:p>
      <w:pPr>
        <w:jc w:val="right"/>
      </w:pPr>
      <w:r>
        <w:t>اس زمانے کے مسلمان اسلام کے لیے پردہ بن گئے ہیں، کور بن گئے ہیں۔ لوگ مسلمانوں کو دیکھتے ہیں، اسلام کو دیکھ نہیں پاتے۔</w:t>
      </w:r>
    </w:p>
    <w:p>
      <w:r>
        <w:rPr>
          <w:b/>
        </w:rPr>
        <w:t xml:space="preserve">[40:07] </w:t>
      </w:r>
      <w:r>
        <w:t>aise hi insan jo hai, Khuda ke liye parda ban gaya hai. insani duniya mein jo fasad hai, us ki wajah se log us Khuda tak nahi pahunch paate. ab Musalmanon ki duniya mein jo bigaad hai, us ki wajah se log Islam tak nahi pahunch paate.</w:t>
      </w:r>
    </w:p>
    <w:p>
      <w:pPr>
        <w:jc w:val="right"/>
      </w:pPr>
      <w:r>
        <w:t>ایسے ہی انسان جو ہے، خدا کے لیے پردہ بن گیا ہے۔ انسانی دنیا میں جو فساد ہے، اس کی وجہ سے لوگ اس خدا تک نہیں پہنچ پاتے۔ اب مسلمانوں کی دنیا میں جو بگاڑ ہے، اس کی وجہ سے لوگ اسلام تک نہیں پہنچ پاتے۔</w:t>
      </w:r>
    </w:p>
    <w:p>
      <w:r>
        <w:rPr>
          <w:b/>
        </w:rPr>
        <w:t xml:space="preserve">[40:23] </w:t>
      </w:r>
      <w:r>
        <w:t>yeh bohat ziyada, aaj bari, aaj raat ko yeh yeh cheez mujhe bator discovery maloom hui hai. yeh baat, yeh saada baat nahi hai.</w:t>
      </w:r>
    </w:p>
    <w:p>
      <w:pPr>
        <w:jc w:val="right"/>
      </w:pPr>
      <w:r>
        <w:t>یہ بہت زیادہ، آج بڑی، آج رات کو یہ یہ چیز مجھے بطور ڈسکوری معلوم ہوئی ہے۔ یہ بات، یہ سادہ بات نہیں ہے۔</w:t>
      </w:r>
    </w:p>
    <w:p>
      <w:r>
        <w:rPr>
          <w:b/>
        </w:rPr>
        <w:t xml:space="preserve">[40:33] </w:t>
      </w:r>
      <w:r>
        <w:t>is ko aap samjhiye achhe tarike se ke aaj ka jo insan hai, jo bigaad hai aaj ke insanon mein, aap hum se ziyada jante hain, aap TV dekhte hain, aap akhbar padhte hain, aap mein is se interaction aap ka hota hai.</w:t>
      </w:r>
    </w:p>
    <w:p>
      <w:pPr>
        <w:jc w:val="right"/>
      </w:pPr>
      <w:r>
        <w:t>اس کو آپ سمجھئے اچھے طریقے سے کہ آج کا جو انسان ہے، جو بگاڑ ہے آج کے انسانوں میں، آپ ہم سے زیادہ جانتے ہیں، آپ ٹی وی دیکھتے ہیں، آپ اخبار پڑھتے ہیں، آپ میں اس سے انٹریکشن آپ کا ہوتا ہے۔</w:t>
      </w:r>
    </w:p>
    <w:p>
      <w:r>
        <w:rPr>
          <w:b/>
        </w:rPr>
        <w:t xml:space="preserve">[40:50] </w:t>
      </w:r>
      <w:r>
        <w:t>to aaj ka insan bigaad ke aakhri had par pahunch chuka hai.</w:t>
      </w:r>
    </w:p>
    <w:p>
      <w:pPr>
        <w:jc w:val="right"/>
      </w:pPr>
      <w:r>
        <w:t>تو آج کے انسان بگاڑ کے آخری حد پر پہنچ چکا ہے۔</w:t>
      </w:r>
    </w:p>
    <w:p>
      <w:r>
        <w:rPr>
          <w:b/>
        </w:rPr>
        <w:t xml:space="preserve">[40:57] </w:t>
      </w:r>
      <w:r>
        <w:t>pehlay zamane mein jo bigaad tha, us se to ab million time ziyada bigaad aa chuka hai duniya mein. to yeh jo insan hai, yeh Khuda ko, yeh jo insan hai, wo logon ke liye Khuda ko samajhne mein parda ban gaya hai.</w:t>
      </w:r>
    </w:p>
    <w:p>
      <w:pPr>
        <w:jc w:val="right"/>
      </w:pPr>
      <w:r>
        <w:t>پہلے زمانے میں جو بگاڑ تھا، اس سے تو اب ملین ٹائم زیادہ بگاڑ آ چکا ہے دنیا میں۔ تو یہ جو انسان ہے، یہ خدا کو، یہ جو انسان ہے، وہ لوگوں کے لیے خدا کو سمجھنے میں پردہ بن گیا ہے۔</w:t>
      </w:r>
    </w:p>
    <w:p>
      <w:r>
        <w:rPr>
          <w:b/>
        </w:rPr>
        <w:t xml:space="preserve">[41:14] </w:t>
      </w:r>
      <w:r>
        <w:t>in insanon ko log dekhte hain to kehte hain ke agar Khuda hota to unhein check karta,</w:t>
      </w:r>
    </w:p>
    <w:p>
      <w:pPr>
        <w:jc w:val="right"/>
      </w:pPr>
      <w:r>
        <w:t>ان انسانوں کو لوگ دیکھتے ہیں تو کہتے ہیں کہ اگر خدا ہوتا تو انہیں چیک کرتا،</w:t>
      </w:r>
    </w:p>
    <w:p>
      <w:r>
        <w:rPr>
          <w:b/>
        </w:rPr>
        <w:t xml:space="preserve">[41:19] </w:t>
      </w:r>
      <w:r>
        <w:t>to lagta hai ke Khuda hai nahi.</w:t>
      </w:r>
    </w:p>
    <w:p>
      <w:pPr>
        <w:jc w:val="right"/>
      </w:pPr>
      <w:r>
        <w:t>تو لگتا ہے کہ خدا ہے نہیں۔</w:t>
      </w:r>
    </w:p>
    <w:p>
      <w:r>
        <w:rPr>
          <w:b/>
        </w:rPr>
        <w:t xml:space="preserve">[41:23] </w:t>
      </w:r>
      <w:r>
        <w:t>to aaj ke bigde hue insanon ko dekh kar log Khuda ke bare mein galat fehmi parhte hain, aur aaj ke bigde hue Musalmanon ko dekh kar log Islam ke bare mein galat fehmi paray hue hain.</w:t>
      </w:r>
    </w:p>
    <w:p>
      <w:pPr>
        <w:jc w:val="right"/>
      </w:pPr>
      <w:r>
        <w:t>تو آج کے بگڑے ہوئے انسانوں کو دیکھ کر لوگ خدا کے بارے میں غلط فہمی پڑھتے ہیں، اور آج کے بگڑے ہوئے مسلمانوں کو دیکھ کر لوگ اسلام کے بارے میں غلط فہمی پڑے ہوئے ہیں۔</w:t>
      </w:r>
    </w:p>
    <w:p>
      <w:r>
        <w:rPr>
          <w:b/>
        </w:rPr>
        <w:t xml:space="preserve">[41:37] </w:t>
      </w:r>
      <w:r>
        <w:t>ya mein yeh mein kehta hoon aap ko,</w:t>
      </w:r>
    </w:p>
    <w:p>
      <w:pPr>
        <w:jc w:val="right"/>
      </w:pPr>
      <w:r>
        <w:t>یا میں یہ میں کہتا ہوں آپ کو،</w:t>
      </w:r>
    </w:p>
    <w:p>
      <w:r>
        <w:rPr>
          <w:b/>
        </w:rPr>
        <w:t xml:space="preserve">[41:40] </w:t>
      </w:r>
      <w:r>
        <w:t>aaj ke bigde hue insanon ko dekh kar log Khuda ke bare mein</w:t>
      </w:r>
    </w:p>
    <w:p>
      <w:pPr>
        <w:jc w:val="right"/>
      </w:pPr>
      <w:r>
        <w:t>آج کے بگڑے ہوئے انسانوں کو دیکھ کر لوگ خدا کے بارے میں</w:t>
      </w:r>
    </w:p>
    <w:p>
      <w:r>
        <w:rPr>
          <w:b/>
        </w:rPr>
        <w:t xml:space="preserve">[41:49] </w:t>
      </w:r>
      <w:r>
        <w:t>galat fehmi paray hue hain.</w:t>
      </w:r>
    </w:p>
    <w:p>
      <w:pPr>
        <w:jc w:val="right"/>
      </w:pPr>
      <w:r>
        <w:t>غلط فہمی پڑے ہوئے ہیں۔</w:t>
      </w:r>
    </w:p>
    <w:p>
      <w:r>
        <w:rPr>
          <w:b/>
        </w:rPr>
        <w:t xml:space="preserve">[41:54] </w:t>
      </w:r>
      <w:r>
        <w:t>aaj ke bigde hue insanon ko dekh kar log Khuda ke bare mein doubt karne lage hain, aur aaj ke bigde hue insanon ko dekh kar log Islam ki sachai mein shakk karne lage hain.</w:t>
      </w:r>
    </w:p>
    <w:p>
      <w:pPr>
        <w:jc w:val="right"/>
      </w:pPr>
      <w:r>
        <w:t>آج کے بگڑے ہوئے انسانوں کو دیکھ کر لوگ خدا کے بارے میں ڈاؤٹ کرنے لگے ہیں، اور آج کے بگڑے ہوئے انسانوں کو دیکھ کر لوگ اسلام کی سچائی میں شک کرنے لگے ہیں۔</w:t>
      </w:r>
    </w:p>
    <w:p>
      <w:r>
        <w:rPr>
          <w:b/>
        </w:rPr>
        <w:t xml:space="preserve">[42:10] </w:t>
      </w:r>
      <w:r>
        <w:t>yeh hai, yeh hai mission jis ko le kar aap ko aage badhna hai. aap ko Khuda ke upar jo parda pad gaya, us ko bhi hatana hai, aur jo Islam ke upar jo parda pad gaya, us ko bhi hatana hai.</w:t>
      </w:r>
    </w:p>
    <w:p>
      <w:pPr>
        <w:jc w:val="right"/>
      </w:pPr>
      <w:r>
        <w:t>یہ ہے، یہ ہے مشن جس کو لے کر آپ کو آگے بڑھنا ہے۔ آپ کو خدا کے اوپر جو پردہ پڑ گیا، اس کو بھی ہٹانا ہے، اور جو اسلام کے اوپر جو پردہ پڑ گیا، اس کو بھی ہٹانا ہے۔</w:t>
      </w:r>
    </w:p>
    <w:p>
      <w:r>
        <w:rPr>
          <w:b/>
        </w:rPr>
        <w:t xml:space="preserve">[42:24] </w:t>
      </w:r>
      <w:r>
        <w:t>donon ko hatana hai.</w:t>
      </w:r>
    </w:p>
    <w:p>
      <w:pPr>
        <w:jc w:val="right"/>
      </w:pPr>
      <w:r>
        <w:t>دونوں کو ہٹانا ہے۔</w:t>
      </w:r>
    </w:p>
    <w:p>
      <w:r>
        <w:rPr>
          <w:b/>
        </w:rPr>
        <w:t xml:space="preserve">[42:32] </w:t>
      </w:r>
      <w:r>
        <w:t>yehi mission hai aap ka.</w:t>
      </w:r>
    </w:p>
    <w:p>
      <w:pPr>
        <w:jc w:val="right"/>
      </w:pPr>
      <w:r>
        <w:t>یہی مشن ہے آپ کا۔</w:t>
      </w:r>
    </w:p>
    <w:p>
      <w:r>
        <w:rPr>
          <w:b/>
        </w:rPr>
        <w:t xml:space="preserve">[42:37] </w:t>
      </w:r>
      <w:r>
        <w:t>ab mein aksar aik kehta raha hoon, aur abhi bhi kehta hoon ke qayamat bohat qareeb aa chuki hai. hamare darwaze par dastak de rahi hai, wo hamare darwaze par knock kar rahi hai.</w:t>
      </w:r>
    </w:p>
    <w:p>
      <w:pPr>
        <w:jc w:val="right"/>
      </w:pPr>
      <w:r>
        <w:t>اب میں اکثر ایک کہتا رہا ہوں، اور ابھی بھی کہتا ہوں کہ قیامت بہت قریب آ چکی ہے۔ ہمارے دروازے پر دستک دے رہی ہے، وہ ہمارے دروازے پر ناک کر رہی ہے۔</w:t>
      </w:r>
    </w:p>
    <w:p>
      <w:r>
        <w:rPr>
          <w:b/>
        </w:rPr>
        <w:t xml:space="preserve">[42:49] </w:t>
      </w:r>
      <w:r>
        <w:t>woh</w:t>
      </w:r>
    </w:p>
    <w:p>
      <w:pPr>
        <w:jc w:val="right"/>
      </w:pPr>
      <w:r>
        <w:t>وہ</w:t>
      </w:r>
    </w:p>
    <w:p>
      <w:r>
        <w:rPr>
          <w:b/>
        </w:rPr>
        <w:t xml:space="preserve">[42:52] </w:t>
      </w:r>
      <w:r>
        <w:t>ab dekhiye, life support system jab sab sab tabaah ho raha hai, jo life support system dunya mein qaim tha, woh sab bigra chala ja raha hai.</w:t>
      </w:r>
    </w:p>
    <w:p>
      <w:pPr>
        <w:jc w:val="right"/>
      </w:pPr>
      <w:r>
        <w:t>اب دیکھیے، لائف سپورٹ سسٹم جب سب سب تباہ ہو رہا ہے، جو لائف سپورٹ سسٹم دنیا میں قائم تھا، وہ سب بگڑا چلا جا رہا ہے۔</w:t>
      </w:r>
    </w:p>
    <w:p>
      <w:r>
        <w:rPr>
          <w:b/>
        </w:rPr>
        <w:t xml:space="preserve">[43:04] </w:t>
      </w:r>
      <w:r>
        <w:t>kahin aag lag rahi hai, kahin toofan aa raha hai, kahin earthquake aa raha hai, wahan global warming kehte hain, barh gayi hai. yeh sab kya hai?</w:t>
      </w:r>
    </w:p>
    <w:p>
      <w:pPr>
        <w:jc w:val="right"/>
      </w:pPr>
      <w:r>
        <w:t>کہیں آگ لگ رہی ہے، کہیں طوفان آ رہا ہے، کہیں ارتھ کویک آ رہا ہے، وہاں گلوبل وارمنگ کہتے ہیں، بڑھ گئی ہے۔ یہ سب کیا ہے؟</w:t>
      </w:r>
    </w:p>
    <w:p>
      <w:r>
        <w:rPr>
          <w:b/>
        </w:rPr>
        <w:t xml:space="preserve">[43:16] </w:t>
      </w:r>
      <w:r>
        <w:t>yeh is baat ka alarm hai ke qayamat bohat qareeb aa gayi hai. aap ke paas time kahan hai?</w:t>
      </w:r>
    </w:p>
    <w:p>
      <w:pPr>
        <w:jc w:val="right"/>
      </w:pPr>
      <w:r>
        <w:t>یہ اس بات کا الارم ہے کہ قیامت بہت قریب آ گئی ہے۔ آپ کے پاس ٹائم کہاں ہے؟</w:t>
      </w:r>
    </w:p>
    <w:p>
      <w:r>
        <w:rPr>
          <w:b/>
        </w:rPr>
        <w:t xml:space="preserve">[43:26] </w:t>
      </w:r>
      <w:r>
        <w:t>aap ke paas time kahan hai? aap ko insaanon ko batana hai, aap ko musalmanon ko batana hai.</w:t>
      </w:r>
    </w:p>
    <w:p>
      <w:pPr>
        <w:jc w:val="right"/>
      </w:pPr>
      <w:r>
        <w:t>آپ کے پاس ٹائم کہاں ہے؟ آپ کو انسانوں کو بتانا ہے، آپ کو مسلمانوں کو بتانا ہے۔</w:t>
      </w:r>
    </w:p>
    <w:p>
      <w:r>
        <w:rPr>
          <w:b/>
        </w:rPr>
        <w:t xml:space="preserve">[43:33] </w:t>
      </w:r>
      <w:r>
        <w:t>yeh jo two fold mission maine bataya aap ko, isi ke liye apne aap ko laga dena hai, aap ko laga dena hai ke Khuda ke upar se jo jo Khuda ke baray mein jo doubt hai, us ko khatam karna hai.</w:t>
      </w:r>
    </w:p>
    <w:p>
      <w:pPr>
        <w:jc w:val="right"/>
      </w:pPr>
      <w:r>
        <w:t>یہ جو ٹو فولڈ مشن میں نے بتایا آپ کو، اسی کے لیے اپنے آپ کو لگا دینا ہے، آپ کو لگا دینا ہے کہ خدا کے اوپر سے جو جو خدا کے بارے میں جو ڈاؤٹ ہے، اس کو ختم کرنا ہے۔</w:t>
      </w:r>
    </w:p>
    <w:p>
      <w:r>
        <w:rPr>
          <w:b/>
        </w:rPr>
        <w:t xml:space="preserve">[43:48] </w:t>
      </w:r>
      <w:r>
        <w:t>Islam ke baray mein jo doubt hai, us ko khatam karna hai.</w:t>
      </w:r>
    </w:p>
    <w:p>
      <w:pPr>
        <w:jc w:val="right"/>
      </w:pPr>
      <w:r>
        <w:t>اسلام کے بارے میں جو ڈاؤٹ ہے، اس کو ختم کرنا ہے۔</w:t>
      </w:r>
    </w:p>
    <w:p>
      <w:r>
        <w:rPr>
          <w:b/>
        </w:rPr>
        <w:t xml:space="preserve">[43:53] </w:t>
      </w:r>
      <w:r>
        <w:t>yeh hi aap ka mission hai, aur time bohat kam hai, bohat kam hai, bohat kam hai,</w:t>
      </w:r>
    </w:p>
    <w:p>
      <w:pPr>
        <w:jc w:val="right"/>
      </w:pPr>
      <w:r>
        <w:t>یہی آپ کا مشن ہے، اور ٹائم بہت کم ہے، بہت کم ہے، بہت کم ہے،</w:t>
      </w:r>
    </w:p>
    <w:p>
      <w:r>
        <w:rPr>
          <w:b/>
        </w:rPr>
        <w:t xml:space="preserve">[44:04] </w:t>
      </w:r>
      <w:r>
        <w:t>bohat hi kam hai time. dekhiye, Allah taala ki bohat bari yeh blessing hai</w:t>
      </w:r>
    </w:p>
    <w:p>
      <w:pPr>
        <w:jc w:val="right"/>
      </w:pPr>
      <w:r>
        <w:t>بہت ہی کم ہے ٹائم۔ دیکھیے، اللہ تعالی کی بہت بڑی یہ بلیسنگ ہے</w:t>
      </w:r>
    </w:p>
    <w:p>
      <w:r>
        <w:rPr>
          <w:b/>
        </w:rPr>
        <w:t xml:space="preserve">[44:12] </w:t>
      </w:r>
      <w:r>
        <w:t>ke hum logon ko Allah ne tofeeq di ke literature ki satah par sab kuch aa chuka hai. ab sirf phailana hai.</w:t>
      </w:r>
    </w:p>
    <w:p>
      <w:pPr>
        <w:jc w:val="right"/>
      </w:pPr>
      <w:r>
        <w:t>کہ ہم لوگوں کو اللہ نے توفیق دی کہ لٹریچر کی سطح پر سب کچھ آ چکا ہے۔ اب صرف پھیلانا ہے۔</w:t>
      </w:r>
    </w:p>
    <w:p>
      <w:r>
        <w:rPr>
          <w:b/>
        </w:rPr>
        <w:t xml:space="preserve">[44:22] </w:t>
      </w:r>
      <w:r>
        <w:t>yeh bohat bari bless</w:t>
      </w:r>
    </w:p>
    <w:p>
      <w:pPr>
        <w:jc w:val="right"/>
      </w:pPr>
      <w:r>
        <w:t>یہ بہت بڑی بلیس</w:t>
      </w:r>
    </w:p>
    <w:p>
      <w:r>
        <w:rPr>
          <w:b/>
        </w:rPr>
        <w:t xml:space="preserve">[44:24] </w:t>
      </w:r>
      <w:r>
        <w:t>ing hai. main kehta hoon ke yeh yeh jo communication ka zamana aaya hai, hum hamaray beech mein communication ke zamane mein pehli baar aisa hua hai, pehli baar ke woh literature wajood mein aa chuka hai jis ko hamein phailana hai.</w:t>
      </w:r>
    </w:p>
    <w:p>
      <w:pPr>
        <w:jc w:val="right"/>
      </w:pPr>
      <w:r>
        <w:t>نگ ہے۔ میں کہتا ہوں کہ یہ یہ جو جو کمیونیکیشن کا زمانہ آیا ہے، ہم ہمارے بیچ میں کمیونیکیشن کے زمانے میں پہلی بار ایسا ہوا ہے، پہلی بار کہ وہ لٹریچر وجود میں آ چکا ہے جس کو ہمیں پھیلانا ہے۔</w:t>
      </w:r>
    </w:p>
    <w:p>
      <w:r>
        <w:rPr>
          <w:b/>
        </w:rPr>
        <w:t xml:space="preserve">[44:39] </w:t>
      </w:r>
      <w:r>
        <w:t>yani Quran ka English translation bohat hi sahi translation aur bohat hi clarity ke sath chupa hua, aur bohat hi kam qeemat mein woh aa chuka.</w:t>
      </w:r>
    </w:p>
    <w:p>
      <w:pPr>
        <w:jc w:val="right"/>
      </w:pPr>
      <w:r>
        <w:t>یعنی قرآن کا انگلش ٹرانسلیشن بہت ہی صحیح ٹرانسلیشن اور بہت ہی کلیرٹی کے ساتھ چھپا ہوا، اور بہت ہی کم قیمت میں وہ آ چکا۔</w:t>
      </w:r>
    </w:p>
    <w:p>
      <w:r>
        <w:rPr>
          <w:b/>
        </w:rPr>
        <w:t xml:space="preserve">[44:52] </w:t>
      </w:r>
      <w:r>
        <w:t>ab is ko phailana hai.</w:t>
      </w:r>
    </w:p>
    <w:p>
      <w:pPr>
        <w:jc w:val="right"/>
      </w:pPr>
      <w:r>
        <w:t>اب اس کو پھیلانا ہے۔</w:t>
      </w:r>
    </w:p>
    <w:p>
      <w:r>
        <w:rPr>
          <w:b/>
        </w:rPr>
        <w:t xml:space="preserve">[44:55] </w:t>
      </w:r>
      <w:r>
        <w:t>is tarah se creation plant ke baray mein itni sari cheezein chupi hain, woh aap ko phailana hai. to Khuda ke baray mein bhi aur Islam ke baray mein dono ke baray mein aik literature ka aik yani aik poora aik aik toofan hai jo Allah ki tofeeq se yahan se tayyar ho gaya hai.</w:t>
      </w:r>
    </w:p>
    <w:p>
      <w:pPr>
        <w:jc w:val="right"/>
      </w:pPr>
      <w:r>
        <w:t>اس طرح سے کریشن پلانٹ کے بارے میں اتنی ساری چیزیں چھپ چکی ہیں، وہ آپ کو پھیلانا ہے۔ تو خدا کے بارے میں بھی اور اسلام کے بارے میں دونوں کے بارے میں ایک لٹریچر کا ایک یعنی ایک پورا ایک ایک طوفان ہے جو اللہ کی توفیق سے یہاں سے تیار ہو گیا ہے۔</w:t>
      </w:r>
    </w:p>
    <w:p>
      <w:r>
        <w:rPr>
          <w:b/>
        </w:rPr>
        <w:t xml:space="preserve">[45:17] </w:t>
      </w:r>
      <w:r>
        <w:t>bas is is literature ko phailaiye.</w:t>
      </w:r>
    </w:p>
    <w:p>
      <w:pPr>
        <w:jc w:val="right"/>
      </w:pPr>
      <w:r>
        <w:t>بس اس اس لٹریچر کو پھیلائیے۔</w:t>
      </w:r>
    </w:p>
    <w:p>
      <w:r>
        <w:rPr>
          <w:b/>
        </w:rPr>
        <w:t xml:space="preserve">[45:21] </w:t>
      </w:r>
      <w:r>
        <w:t>yeh zaroori nahi ke aap mein se har aadmi speaker bane, writer bane. is ki koi zaroorat nahi hai. har aadmi ko speaker banne ki koi zaroorat nahi.</w:t>
      </w:r>
    </w:p>
    <w:p>
      <w:pPr>
        <w:jc w:val="right"/>
      </w:pPr>
      <w:r>
        <w:t>یہ ضروری نہیں کہ آپ میں سے ہر آدمی سپیکر بنے، رائٹر بنے۔ اس کی کوئی ضرورت نہیں ہے۔ ہر آدمی کو سپیکر بننے کی کوئی ضرورت نہیں۔</w:t>
      </w:r>
    </w:p>
    <w:p>
      <w:r>
        <w:rPr>
          <w:b/>
        </w:rPr>
        <w:t xml:space="preserve">[45:31] </w:t>
      </w:r>
      <w:r>
        <w:t>har aadmi ko writer banne ki koi zaroorat nahi. har aadmi ko phailana hai, phailana hai, phailana hai is literature ko.</w:t>
      </w:r>
    </w:p>
    <w:p>
      <w:pPr>
        <w:jc w:val="right"/>
      </w:pPr>
      <w:r>
        <w:t>ہر آدمی کو رائٹر بننے کی کوئی ضرورت نہیں۔ ہر آدمی کو پھیلانا ہے، پھیلانا ہے، پھیلانا ہے اس لٹریچر کو۔</w:t>
      </w:r>
    </w:p>
    <w:p>
      <w:r>
        <w:rPr>
          <w:b/>
        </w:rPr>
        <w:t xml:space="preserve">[45:42] </w:t>
      </w:r>
      <w:r>
        <w:t>is se pehle maine aap se kaha tha ke har aadmi ke pocket mein, har aadmi ke purse mein, har aadmi ke bag mein yeh literature hona chahiye.</w:t>
      </w:r>
    </w:p>
    <w:p>
      <w:pPr>
        <w:jc w:val="right"/>
      </w:pPr>
      <w:r>
        <w:t>اس سے پہلے میں نے آپ سے کہا تھا کہ ہر آدمی کے پاکٹ میں، ہر آدمی کے پرس میں، ہر آدمی کے بیگ میں یہ لٹریچر ہونا چاہیے۔</w:t>
      </w:r>
    </w:p>
    <w:p>
      <w:r>
        <w:rPr>
          <w:b/>
        </w:rPr>
        <w:t xml:space="preserve">[45:56] </w:t>
      </w:r>
      <w:r>
        <w:t>abhi aik sahib ne mujh se aaj yeh bataya ke aik paise wale aadmi hain, woh lakhon rupay bantay rehtay hain gharibon mein. maine kaha aaj gharib koi bhi nahi hai, sab ko khana mil raha hai.</w:t>
      </w:r>
    </w:p>
    <w:p>
      <w:pPr>
        <w:jc w:val="right"/>
      </w:pPr>
      <w:r>
        <w:t>ابھی ایک صاحب نے مجھ سے آج یہ بتایا کہ ایک پیسے والے آدمی ہیں، وہ لاکھوں روپے بانٹتے رہتے ہیں غریبوں میں۔ میں نے کہا آج غریب کوئی بھی نہیں ہے، سب کو کھانا مل رہا ہے۔</w:t>
      </w:r>
    </w:p>
    <w:p>
      <w:r>
        <w:rPr>
          <w:b/>
        </w:rPr>
        <w:t xml:space="preserve">[46:10] </w:t>
      </w:r>
      <w:r>
        <w:t>ab to bhatkay hue log hain, bhatkay hue log hain, un ke bhatkay hue log hain. un in ke liye intezam kijiye, jo paisa aap kharch kar rahay hain, us ki literature phailaiye.</w:t>
      </w:r>
    </w:p>
    <w:p>
      <w:pPr>
        <w:jc w:val="right"/>
      </w:pPr>
      <w:r>
        <w:t>اب تو بھٹکے ہوئے لوگ ہیں، بھٹکے ہوئے لوگ ہیں، ان کے بھٹکے ہوئے لوگ ہیں۔ ان ان کے لیے انتظام کیجئے، جو پیسہ آپ خرچ کر رہے ہیں، اس کی لٹریچر پھیلائیے۔</w:t>
      </w:r>
    </w:p>
    <w:p>
      <w:r>
        <w:rPr>
          <w:b/>
        </w:rPr>
        <w:t xml:space="preserve">[46:22] </w:t>
      </w:r>
      <w:r>
        <w:t>ab gharib koi nahi raha hai, har aik ko khana mil raha hai.</w:t>
      </w:r>
    </w:p>
    <w:p>
      <w:pPr>
        <w:jc w:val="right"/>
      </w:pPr>
      <w:r>
        <w:t>اب غریب کوئی نہیں رہا ہے، ہر ایک کو کھانا مل رہا ہے۔</w:t>
      </w:r>
    </w:p>
    <w:p>
      <w:r>
        <w:rPr>
          <w:b/>
        </w:rPr>
        <w:t xml:space="preserve">[46:27] </w:t>
      </w:r>
      <w:r>
        <w:t>ab to jis ke paas paisa hai, jis ke paas taqat hai, jis ke paas time hai, woh laga dena chahiye us ko isi aik kaam mein ke is literature ko jo wajood mein aa chuka hai, us ko phailaya jaye.</w:t>
      </w:r>
    </w:p>
    <w:p>
      <w:pPr>
        <w:jc w:val="right"/>
      </w:pPr>
      <w:r>
        <w:t>اب تو جس کے پاس پیسہ ہے، جس کے پاس طاقت ہے، جس کے پاس ٹائم ہے، وہ لگا دینا چاہیے اس کو اسی ایک کام میں کہ اس لٹریچر کو جو وجود میں آ چکا ہے، اس کو پھیلایا جائے۔</w:t>
      </w:r>
    </w:p>
    <w:p>
      <w:r>
        <w:rPr>
          <w:b/>
        </w:rPr>
        <w:t xml:space="preserve">[46:43] </w:t>
      </w:r>
      <w:r>
        <w:t>jab hum parhtay thay madrasay mein to balaghat ki kitab hoti hai, to us mein aik baat batayi gayi thi ke agar aik aadmi,</w:t>
      </w:r>
    </w:p>
    <w:p>
      <w:pPr>
        <w:jc w:val="right"/>
      </w:pPr>
      <w:r>
        <w:t>جب ہم پڑھتے تھے مدرسے میں تو بلاغت کی کتاب ہوتی ہے، تو اس میں ایک بات بتائی گئی تھی کہ اگر ایک آدمی،</w:t>
      </w:r>
    </w:p>
    <w:p>
      <w:r>
        <w:rPr>
          <w:b/>
        </w:rPr>
        <w:t xml:space="preserve">[46:56] </w:t>
      </w:r>
      <w:r>
        <w:t>aik andha aadmi, aik blind aadmi, aik aik andha aadmi chala ja raha hai,</w:t>
      </w:r>
    </w:p>
    <w:p>
      <w:pPr>
        <w:jc w:val="right"/>
      </w:pPr>
      <w:r>
        <w:t>ایک اندھا آدمی، ایک بلائنڈ آدمی، ایک ایک اندھا آدمی چلا جا رہا ہے،</w:t>
      </w:r>
    </w:p>
    <w:p>
      <w:r>
        <w:rPr>
          <w:b/>
        </w:rPr>
        <w:t xml:space="preserve">[47:05] </w:t>
      </w:r>
      <w:r>
        <w:t>yani us mein yeh tha ke kaise mauqa ke lehaz se kaise bola jata hai, kaise warning di jati hai.</w:t>
      </w:r>
    </w:p>
    <w:p>
      <w:pPr>
        <w:jc w:val="right"/>
      </w:pPr>
      <w:r>
        <w:t>یعنی اس میں یہ تھا کہ کیسے موقع کے لحاظ سے کیسے بولا جاتا ہے، کیسے وارننگ دی جاتی ہے۔</w:t>
      </w:r>
    </w:p>
    <w:p>
      <w:r>
        <w:rPr>
          <w:b/>
        </w:rPr>
        <w:t xml:space="preserve">[47:13] </w:t>
      </w:r>
      <w:r>
        <w:t>to is mein tha ke ek andha aadmi hai, woh chala ja raha hai aur saamne ek kunwaan hai, aur abhi yeh dar hai ke abhi ek ek minute mein woh kunwein mein gir jayega, woh kyunke dekh nahin raha hai, woh dekhe baghair chala ja raha hai.</w:t>
      </w:r>
    </w:p>
    <w:p>
      <w:pPr>
        <w:jc w:val="right"/>
      </w:pPr>
      <w:r>
        <w:t>تو اس میں تھا کہ ایک اندھا آدمی ہے، وہ چلا جا رہا ہے اور سامنے ایک کنواں ہے، اور ابھی یہ ڈر ہے کہ ابھی ایک ایک منٹ میں وہ کنویں میں گر جائے گا، وہ کیونکہ دیکھ نہیں رہا ہے، وہ دیکھے بغیر چلا جا رہا ہے۔</w:t>
      </w:r>
    </w:p>
    <w:p>
      <w:r>
        <w:rPr>
          <w:b/>
        </w:rPr>
        <w:t xml:space="preserve">[47:28] </w:t>
      </w:r>
      <w:r>
        <w:t>woh</w:t>
      </w:r>
    </w:p>
    <w:p>
      <w:pPr>
        <w:jc w:val="right"/>
      </w:pPr>
      <w:r>
        <w:t>وہ</w:t>
      </w:r>
    </w:p>
    <w:p>
      <w:r>
        <w:rPr>
          <w:b/>
        </w:rPr>
        <w:t xml:space="preserve">[47:31] </w:t>
      </w:r>
      <w:r>
        <w:t>to is se yeh nahin kaha jayega ke aye hazrat, aye hazrat, aye sheikh, aye sheikh, arey aap jidhar ja rahe hain, idhar to ek kunwaan hai. Yeh sab nahin kaha jayega,</w:t>
      </w:r>
    </w:p>
    <w:p>
      <w:pPr>
        <w:jc w:val="right"/>
      </w:pPr>
      <w:r>
        <w:t>تو اس سے یہ نہیں کہا جائے گا کہ اے حضرت، اے حضرت، اے شیخ، اے شیخ، ارے آپ جدھر جا رہے ہیں، ادھر تو ایک کنواں ہے۔ یہ سب نہیں کہا جائے گا،</w:t>
      </w:r>
    </w:p>
    <w:p>
      <w:r>
        <w:rPr>
          <w:b/>
        </w:rPr>
        <w:t xml:space="preserve">[47:40] </w:t>
      </w:r>
      <w:r>
        <w:t>sirf yeh kaha jayega: "albir, albir, bir" maani kunwaan. Ek hi word bola jayega, sirf "albir, albir" ke tumhare saamne to kunwaan hai.</w:t>
      </w:r>
    </w:p>
    <w:p>
      <w:pPr>
        <w:jc w:val="right"/>
      </w:pPr>
      <w:r>
        <w:t>صرف یہ کہا جائے گا: "البیر، البیر، بیر" معنی کنواں۔ ایک ہی ورڈ بولا جائے گا، صرف "البیر، البیر" کہ تمہارے سامنے تو کنواں ہے۔</w:t>
      </w:r>
    </w:p>
    <w:p>
      <w:r>
        <w:rPr>
          <w:b/>
        </w:rPr>
        <w:t xml:space="preserve">[47:53] </w:t>
      </w:r>
      <w:r>
        <w:t>to ab jo soorat-e-haal hai, ab hamare paas time nahin hai, ab sirf "albir, albir" chalane ka waqt aa gaya hai. Har aadmi chalaye ke "albir, albir, kunwaan, kunwaan, kunwaan" qayamat, qayamat, qayamat.</w:t>
      </w:r>
    </w:p>
    <w:p>
      <w:pPr>
        <w:jc w:val="right"/>
      </w:pPr>
      <w:r>
        <w:t>تو اب جو صورتحال ہے، اب ہمارے پاس ٹائم نہیں ہے، اب صرف "البیر، البیر" چلانے کا وقت آ گیا ہے۔ ہر آدمی چلائے کہ "البیر، البیر، کنواں، کنواں، کنواں" قیامت، قیامت، قیامت۔</w:t>
      </w:r>
    </w:p>
    <w:p>
      <w:r>
        <w:rPr>
          <w:b/>
        </w:rPr>
        <w:t xml:space="preserve">[48:09] </w:t>
      </w:r>
      <w:r>
        <w:t>ab to yahi bolna hai, yahi chalana hai, kuch aur karna nahin hai. Aap ke paas paisa hai to is ka bhi yahi masraf hai, aap ke paas taqat hai to is ka bhi yahi masraf hai, aap ke paas time hai to is ka bhi yahi masraf hai, aap ke paas ilm hai to is ka bhi yahi masraf hai.</w:t>
      </w:r>
    </w:p>
    <w:p>
      <w:pPr>
        <w:jc w:val="right"/>
      </w:pPr>
      <w:r>
        <w:t>اب تو یہی بولنا ہے، یہی چلانا ہے، کچھ اور کرنا نہیں ہے۔ آپ کے پاس پیسہ ہے تو اس کا بھی یہی مصرف ہے، آپ کے پاس طاقت ہے تو اس کا بھی یہی مصرف ہے، آپ کے پاس ٹائم ہے تو اس کا بھی یہی مصرف ہے، آپ کے پاس علم ہے تو اس کا بھی یہی مصرف ہے۔</w:t>
      </w:r>
    </w:p>
    <w:p>
      <w:r>
        <w:rPr>
          <w:b/>
        </w:rPr>
        <w:t xml:space="preserve">[48:28] </w:t>
      </w:r>
      <w:r>
        <w:t>koi doosra kaam karne ka waqt nahin raha. Ab</w:t>
      </w:r>
    </w:p>
    <w:p>
      <w:pPr>
        <w:jc w:val="right"/>
      </w:pPr>
      <w:r>
        <w:t>کوئی دوسرا کام کرنے کا وقت نہیں رہا۔ اب</w:t>
      </w:r>
    </w:p>
    <w:p>
      <w:r>
        <w:rPr>
          <w:b/>
        </w:rPr>
        <w:t xml:space="preserve">[48:34] </w:t>
      </w:r>
      <w:r>
        <w:t>mein to yahi samajhta hoon,</w:t>
      </w:r>
    </w:p>
    <w:p>
      <w:pPr>
        <w:jc w:val="right"/>
      </w:pPr>
      <w:r>
        <w:t>میں تو یہی سمجھتا ہوں،</w:t>
      </w:r>
    </w:p>
    <w:p>
      <w:r>
        <w:rPr>
          <w:b/>
        </w:rPr>
        <w:t xml:space="preserve">[48:39] </w:t>
      </w:r>
      <w:r>
        <w:t>Khuda ne yeh duniya banai thi, is liye nahin ke eternally yeh baqi rahe is tareeqe se. Yeh to aap jante hain, woh eternity nahin banai gayi thi.</w:t>
      </w:r>
    </w:p>
    <w:p>
      <w:pPr>
        <w:jc w:val="right"/>
      </w:pPr>
      <w:r>
        <w:t>خدا نے یہ دنیا بنائی تھی، اس لیے نہیں کہ ایٹرنلی یہ باقی رہے اس طریقے سے۔ یہ تو آپ جانتے ہیں، وہ ایٹرنیٹی نہیں بنائی گئی تھی۔</w:t>
      </w:r>
    </w:p>
    <w:p>
      <w:r>
        <w:rPr>
          <w:b/>
        </w:rPr>
        <w:t xml:space="preserve">[48:47] </w:t>
      </w:r>
      <w:r>
        <w:t>duniya yeh ek muqarrar tha, ek waqt ke is waqt yeh duniya khatm kar di jayegi, phir ek aur duniya banegi. To kabhi nahin, kabhi to khatm hona tha is ko.</w:t>
      </w:r>
    </w:p>
    <w:p>
      <w:pPr>
        <w:jc w:val="right"/>
      </w:pPr>
      <w:r>
        <w:t>دنیا یہ ایک مقرر تھا، ایک وقت کہ اس وقت یہ دنیا ختم کر دی جائے گی، پھر ایک اور دنیا بنے گی۔ تو کبھی نہیں، کبھی تو ختم ہونا تھا اس کو۔</w:t>
      </w:r>
    </w:p>
    <w:p>
      <w:r>
        <w:rPr>
          <w:b/>
        </w:rPr>
        <w:t xml:space="preserve">[48:58] </w:t>
      </w:r>
      <w:r>
        <w:t>ab woh khatm hone ka time aa gaya.</w:t>
      </w:r>
    </w:p>
    <w:p>
      <w:pPr>
        <w:jc w:val="right"/>
      </w:pPr>
      <w:r>
        <w:t>اب وہ ختم ہونے کا ٹائم آ گیا۔</w:t>
      </w:r>
    </w:p>
    <w:p>
      <w:r>
        <w:rPr>
          <w:b/>
        </w:rPr>
        <w:t xml:space="preserve">[49:06] </w:t>
      </w:r>
      <w:r>
        <w:t>abhi to yaani kal parson angrezi akhbar mein scientist logon ka kuch ek aaya tha, woh mere paas aaya, woh akhbar is mein to aisa likha tha ke sirf 20 saal baqi hain, 20 saal, 20 years,</w:t>
      </w:r>
    </w:p>
    <w:p>
      <w:pPr>
        <w:jc w:val="right"/>
      </w:pPr>
      <w:r>
        <w:t>ابھی تو یعنی کل پرسوں انگریزی اخبار میں سائنٹسٹ لوگوں کا کچھ ایک آیا تھا، وہ میرے پاس آیا، وہ اخبار اس میں تو ایسا لکھا تھا کہ صرف 20 سال باقی ہیں، 20 سال، 20 ایئرز،</w:t>
      </w:r>
    </w:p>
    <w:p>
      <w:r>
        <w:rPr>
          <w:b/>
        </w:rPr>
        <w:t xml:space="preserve">[49:27] </w:t>
      </w:r>
      <w:r>
        <w:t>20 years. Bataiye, 20 years kya hote hain?</w:t>
      </w:r>
    </w:p>
    <w:p>
      <w:pPr>
        <w:jc w:val="right"/>
      </w:pPr>
      <w:r>
        <w:t>20 ایئرز۔ بتائیے، 20 ایئرز کیا ہوتے ہیں؟</w:t>
      </w:r>
    </w:p>
    <w:p>
      <w:r>
        <w:rPr>
          <w:b/>
        </w:rPr>
        <w:t xml:space="preserve">[49:33] </w:t>
      </w:r>
      <w:r>
        <w:t>yaani 20 years mein aisa hoga ke life support system sab disturb ho jayega. Yeh zindagi, is duniya banana ek behad difficult kaam pad jayega.</w:t>
      </w:r>
    </w:p>
    <w:p>
      <w:pPr>
        <w:jc w:val="right"/>
      </w:pPr>
      <w:r>
        <w:t>یعنی 20 ایئرز میں ایسا ہوگا کہ لائف سپورٹ سسٹم سب ڈسٹرب ہو جائے گا۔ یہ زندگی، اس دنیا بنانا ایک بے حد ڈیفیکلٹ کام پڑ جائے گا۔</w:t>
      </w:r>
    </w:p>
    <w:p>
      <w:r>
        <w:rPr>
          <w:b/>
        </w:rPr>
        <w:t xml:space="preserve">[49:42] </w:t>
      </w:r>
      <w:r>
        <w:t>yeh bataya tha is mein, itna tabah ho jayega life support system ke duniya mein aap rehne ke qabil nahin rahenge.</w:t>
      </w:r>
    </w:p>
    <w:p>
      <w:pPr>
        <w:jc w:val="right"/>
      </w:pPr>
      <w:r>
        <w:t>یہ بتایا تھا اس میں، اتنا تباہ ہو جائے گا لائف سپورٹ سسٹم کہ دنیا میں آپ رہنے کے قابل نہیں رہیں گے۔</w:t>
      </w:r>
    </w:p>
    <w:p>
      <w:r>
        <w:rPr>
          <w:b/>
        </w:rPr>
        <w:t xml:space="preserve">[49:54] </w:t>
      </w:r>
      <w:r>
        <w:t>to kahan time? Kahan hai? Bataiye, kahan time hai?</w:t>
      </w:r>
    </w:p>
    <w:p>
      <w:pPr>
        <w:jc w:val="right"/>
      </w:pPr>
      <w:r>
        <w:t>تو کہاں ٹائم؟ کہاں ہے؟ بتائیے، کہاں ٹائم ہے؟</w:t>
      </w:r>
    </w:p>
    <w:p>
      <w:r>
        <w:rPr>
          <w:b/>
        </w:rPr>
        <w:t xml:space="preserve">[50:03] </w:t>
      </w:r>
      <w:r>
        <w:t>to achhi tarah yeh samajh lein ke hamein yeh do kaam karna hai, bas koi teesra kaam nahin hai</w:t>
      </w:r>
    </w:p>
    <w:p>
      <w:pPr>
        <w:jc w:val="right"/>
      </w:pPr>
      <w:r>
        <w:t>تو اچھی طرح یہ سمجھ لیں کہ ہمیں یہ دو کام کرنا ہے، بس کوئی تیسرا کام نہیں ہے</w:t>
      </w:r>
    </w:p>
    <w:p>
      <w:r>
        <w:rPr>
          <w:b/>
        </w:rPr>
        <w:t xml:space="preserve">[50:10] </w:t>
      </w:r>
      <w:r>
        <w:t>ke Khuda ke upar jo parda pad gaya hai, us ko hatana. Islam ke upar jo parda pad gaya hai, us ko hatana. Bas yeh hamari zimmedari hai.</w:t>
      </w:r>
    </w:p>
    <w:p>
      <w:pPr>
        <w:jc w:val="right"/>
      </w:pPr>
      <w:r>
        <w:t>کہ خدا کے اوپر جو پردہ پڑ گیا ہے، اس کو ہٹانا۔ اسلام کے اوپر جو پردہ پڑ گیا ہے، اس کو ہٹانا۔ بس یہ ہماری ذمہ داری ہے۔</w:t>
      </w:r>
    </w:p>
    <w:p>
      <w:r>
        <w:rPr>
          <w:b/>
        </w:rPr>
        <w:t xml:space="preserve">[50:29] </w:t>
      </w:r>
      <w:r>
        <w:t>ek baat mein aur arz kar doon</w:t>
      </w:r>
    </w:p>
    <w:p>
      <w:pPr>
        <w:jc w:val="right"/>
      </w:pPr>
      <w:r>
        <w:t>ایک بات میں اور عرض کر دوں</w:t>
      </w:r>
    </w:p>
    <w:p>
      <w:r>
        <w:rPr>
          <w:b/>
        </w:rPr>
        <w:t xml:space="preserve">[50:34] </w:t>
      </w:r>
      <w:r>
        <w:t>ke</w:t>
      </w:r>
    </w:p>
    <w:p>
      <w:pPr>
        <w:jc w:val="right"/>
      </w:pPr>
      <w:r>
        <w:t>کہ</w:t>
      </w:r>
    </w:p>
    <w:p>
      <w:r>
        <w:rPr>
          <w:b/>
        </w:rPr>
        <w:t xml:space="preserve">[50:39] </w:t>
      </w:r>
      <w:r>
        <w:t>sab se badi cheez logic nahin hai, scientific argument nahin hai. Sab se badi cheez jo hai, aap ka perception, aap ka realization.</w:t>
      </w:r>
    </w:p>
    <w:p>
      <w:pPr>
        <w:jc w:val="right"/>
      </w:pPr>
      <w:r>
        <w:t>سب سے بڑی چیز لاجک نہیں ہے، سائنٹیفک ارگیومنٹ نہیں ہے۔ سب سے بڑی چیز جو ہے، آپ کا پرسیپشن، آپ کا ریلائزیشن۔</w:t>
      </w:r>
    </w:p>
    <w:p>
      <w:r>
        <w:rPr>
          <w:b/>
        </w:rPr>
        <w:t xml:space="preserve">[50:52] </w:t>
      </w:r>
      <w:r>
        <w:t>kal jo mein speech meri hui thi, to maine scientific argument diya tha is mein Khuda ke wajood ke liye.</w:t>
      </w:r>
    </w:p>
    <w:p>
      <w:pPr>
        <w:jc w:val="right"/>
      </w:pPr>
      <w:r>
        <w:t>کل جو میں اسپیچ میری ہوئی تھی، تو میں نے سائنٹیفک ارگیومنٹ دیا تھا اس میں خدا کے وجود کے لیے۔</w:t>
      </w:r>
    </w:p>
    <w:p>
      <w:r>
        <w:rPr>
          <w:b/>
        </w:rPr>
        <w:t xml:space="preserve">[51:04] </w:t>
      </w:r>
      <w:r>
        <w:t>to phir maine kaha ke dekhiye, scientific argument jo hai, woh secondary cheez hai. Secon</w:t>
      </w:r>
    </w:p>
    <w:p>
      <w:pPr>
        <w:jc w:val="right"/>
      </w:pPr>
      <w:r>
        <w:t>تو پھر میں نے کہا کہ دیکھیے، سائنٹیفک ارگیومنٹ جو ہے، وہ سیکنڈری چیز ہے۔ سیکن</w:t>
      </w:r>
    </w:p>
    <w:p>
      <w:r>
        <w:rPr>
          <w:b/>
        </w:rPr>
        <w:t xml:space="preserve">[51:12] </w:t>
      </w:r>
      <w:r>
        <w:t>dary cheez hai. Asal cheez hai aap ka apna realization.</w:t>
      </w:r>
    </w:p>
    <w:p>
      <w:pPr>
        <w:jc w:val="right"/>
      </w:pPr>
      <w:r>
        <w:t>ڈری چیز ہے۔ اصل چیز ہے آپ کا اپنا ریلائزیشن۔</w:t>
      </w:r>
    </w:p>
    <w:p>
      <w:r>
        <w:rPr>
          <w:b/>
        </w:rPr>
        <w:t xml:space="preserve">[51:19] </w:t>
      </w:r>
      <w:r>
        <w:t>yeh baatein jo mein kar raha hoon aap se, aap ke dil mein utar jayegi, tabhi aap kuch kar paenge. Warna mein kabhi bhi logic deta raha hoon, kuch aap karne wale hain nahin.</w:t>
      </w:r>
    </w:p>
    <w:p>
      <w:pPr>
        <w:jc w:val="right"/>
      </w:pPr>
      <w:r>
        <w:t>یہ باتیں جو میں کر رہا ہوں آپ سے، آپ کے دل میں اتر جائے گی، تبھی آپ کچھ کر پائیں گے۔ ورنہ میں کبھی بھی لاجک دیتا رہا ہوں، کچھ آپ کرنے والے ہیں نہیں۔</w:t>
      </w:r>
    </w:p>
    <w:p>
      <w:r>
        <w:rPr>
          <w:b/>
        </w:rPr>
        <w:t xml:space="preserve">[51:31] </w:t>
      </w:r>
      <w:r>
        <w:t>logic se kuch bhi nahi hota. logic se aap kisi ko chup kar sakte hain,</w:t>
      </w:r>
    </w:p>
    <w:p>
      <w:pPr>
        <w:jc w:val="right"/>
      </w:pPr>
      <w:r>
        <w:t>لاجک سے کچھ بھی نہیں ہوتا۔ لاجک سے آپ کسی کو چپ کر سکتے ہیں،</w:t>
      </w:r>
    </w:p>
    <w:p>
      <w:r>
        <w:rPr>
          <w:b/>
        </w:rPr>
        <w:t xml:space="preserve">[51:36] </w:t>
      </w:r>
      <w:r>
        <w:t>lekin jo spirit hai, jo karne ka jazba hai, aadmi jo motivate hota hai, woh apne andar ki spirit se motivate hota hai. uski zaroorat hai.</w:t>
      </w:r>
    </w:p>
    <w:p>
      <w:pPr>
        <w:jc w:val="right"/>
      </w:pPr>
      <w:r>
        <w:t>لیکن جو اسپرٹ ہے، جو کرنے کا جذبہ ہے، آدمی جو موٹیویٹ ہوتا ہے، وہ اپنے اندر کی اسپرٹ سے موٹیویٹ ہوتا ہے۔ اس کی ضرورت ہے۔</w:t>
      </w:r>
    </w:p>
    <w:p>
      <w:r>
        <w:rPr>
          <w:b/>
        </w:rPr>
        <w:t xml:space="preserve">[51:50] </w:t>
      </w:r>
      <w:r>
        <w:t>toh main ne kaha tha ke Khuda ko, Khuda par mera jo conviction hai, woh itna zyada hai ke main suraj aur chand ke bare mein shakk kar sakta hoon, lekin Khuda par mujhe shakk nahi hai.</w:t>
      </w:r>
    </w:p>
    <w:p>
      <w:pPr>
        <w:jc w:val="right"/>
      </w:pPr>
      <w:r>
        <w:t>تو میں نے کہا تھا کہ خدا کو، خدا پر میرا جو کنوکشن ہے، وہ اتنا زیادہ ہے کہ میں سورج اور چاند کے بارے میں شک کر سکتا ہوں، لیکن خدا پر مجھے شک نہیں ہے۔</w:t>
      </w:r>
    </w:p>
    <w:p>
      <w:r>
        <w:rPr>
          <w:b/>
        </w:rPr>
        <w:t xml:space="preserve">[52:05] </w:t>
      </w:r>
      <w:r>
        <w:t>toh kyun? is liye nahi ke science kya? science ki mujhe woh mil gayi hai, evidence mil gayi hai. mujhe is liye nahi, apne dil ke andar jo mere jo jo Khuda ki jo jo jo jo marifat hai, uski wajah se aisa hai.</w:t>
      </w:r>
    </w:p>
    <w:p>
      <w:pPr>
        <w:jc w:val="right"/>
      </w:pPr>
      <w:r>
        <w:t>تو کیوں؟ اس لیے نہیں کہ سائنس کیا؟ سائنس کی مجھے وہ مل گئی ہے، ایویڈنس مل گئی ہے۔ مجھے اس لیے نہیں، اپنے دل کے اندر جو میرے جو جو خدا کی جو جو جو جو معرفت ہے، اس کی وجہ سے ایسا ہے۔</w:t>
      </w:r>
    </w:p>
    <w:p>
      <w:r>
        <w:rPr>
          <w:b/>
        </w:rPr>
        <w:t xml:space="preserve">[52:23] </w:t>
      </w:r>
      <w:r>
        <w:t>jaise ke ek ek bachcha hai, apne apne maa ko se liptata hai, woh toh kaha is liye ke usko koi scientific argument mil gaya hai ke scientific argument hai jo bachche ko apni maa ki taraf daudata hai.</w:t>
      </w:r>
    </w:p>
    <w:p>
      <w:pPr>
        <w:jc w:val="right"/>
      </w:pPr>
      <w:r>
        <w:t>جیسے کہ ایک ایک بچہ ہے، اپنے اپنے ماں کو سے لپٹتا ہے، وہ تو کہا اس لیے کہ اس کو کوئی سائنٹیفک ارگیومنٹ مل گیا ہے کہ سائنٹیفک ارگیومنٹ ہے جو بچے کو اپنی ماں کی طرف دوڑاتا ہے۔</w:t>
      </w:r>
    </w:p>
    <w:p>
      <w:r>
        <w:rPr>
          <w:b/>
        </w:rPr>
        <w:t xml:space="preserve">[52:38] </w:t>
      </w:r>
      <w:r>
        <w:t>nahi, uske andar ka jo spirit hai, andar jo pehchan hai, andar se jo bol raha hai, uska poora personality ke yeh meri maa hai, woh usko maa se chimta deta hai.</w:t>
      </w:r>
    </w:p>
    <w:p>
      <w:pPr>
        <w:jc w:val="right"/>
      </w:pPr>
      <w:r>
        <w:t>نہیں، اس کے اندر کا جو اسپرٹ ہے، اندر جو پہچان ہے، اندر سے جو بول رہا ہے، اس کا پورا پرسنیلٹی کہ یہ میری ماں ہے، وہ اس کو ماں سے چمٹا دیتا ہے۔</w:t>
      </w:r>
    </w:p>
    <w:p>
      <w:r>
        <w:rPr>
          <w:b/>
        </w:rPr>
        <w:t xml:space="preserve">[52:54] </w:t>
      </w:r>
      <w:r>
        <w:t>toh Khuda ke bare mein bhi dekhiye, agar aap ke andar Khuda ki marifat aayi hui hai, tabhi aap Khuda par aap ko yaqeen hoga, nahi toh kuch nahi hoga.</w:t>
      </w:r>
    </w:p>
    <w:p>
      <w:pPr>
        <w:jc w:val="right"/>
      </w:pPr>
      <w:r>
        <w:t>تو خدا کے بارے میں بھی دیکھیے، اگر آپ کے اندر خدا کی معرفت آئی ہوئی ہے، تبھی آپ خدا پر آپ کو یقین ہوگا، نہیں تو کچھ نہیں ہوگا۔</w:t>
      </w:r>
    </w:p>
    <w:p>
      <w:r>
        <w:rPr>
          <w:b/>
        </w:rPr>
        <w:t xml:space="preserve">[53:07] </w:t>
      </w:r>
      <w:r>
        <w:t>aise jo mission ki baat jo main kar raha hoon, toh main kitni bhi daleel doon, logic in terms of logic, aap kuch aap ko harkat nahi hone wali hai.</w:t>
      </w:r>
    </w:p>
    <w:p>
      <w:pPr>
        <w:jc w:val="right"/>
      </w:pPr>
      <w:r>
        <w:t>ایسے جو مشن کی بات جو میں کر رہا ہوں، تو میں کتنی بھی دلیل دوں، لاجک ان ٹرم آف لاجک، آپ کچھ آپ کو حرکت نہیں ہونے والی ہے۔</w:t>
      </w:r>
    </w:p>
    <w:p>
      <w:r>
        <w:rPr>
          <w:b/>
        </w:rPr>
        <w:t xml:space="preserve">[53:19] </w:t>
      </w:r>
      <w:r>
        <w:t>aap ke dil mein jab tak utrega nahi, aap mind mein jab tak utrega nahi, aap ki ragon mein jab tak woh terega nahi,</w:t>
      </w:r>
    </w:p>
    <w:p>
      <w:pPr>
        <w:jc w:val="right"/>
      </w:pPr>
      <w:r>
        <w:t>آپ کے دل میں جب تک اترے گا نہیں، آپ مائنڈ میں جب تک اترے گا نہیں، آپ کی رگوں میں جب تک وہ تیرے گا نہیں،</w:t>
      </w:r>
    </w:p>
    <w:p>
      <w:r>
        <w:rPr>
          <w:b/>
        </w:rPr>
        <w:t xml:space="preserve">[53:29] </w:t>
      </w:r>
      <w:r>
        <w:t>jab tak aap ke khoon mein woh woh shamil nahi ho jayega, tab tak koi koi activity aap dikhane wale nahi hain.</w:t>
      </w:r>
    </w:p>
    <w:p>
      <w:pPr>
        <w:jc w:val="right"/>
      </w:pPr>
      <w:r>
        <w:t>جب تک آپ کے خون میں وہ وہ شامل نہیں ہو جائے گا، تب تک کوئی کوئی ایکٹیویٹی آپ دکھانے والے نہیں ہیں۔</w:t>
      </w:r>
    </w:p>
    <w:p>
      <w:r>
        <w:rPr>
          <w:b/>
        </w:rPr>
        <w:t xml:space="preserve">[53:41] </w:t>
      </w:r>
      <w:r>
        <w:t>iske liye dua kijiye, iske liye sochiye, iske liye study kijiye,</w:t>
      </w:r>
    </w:p>
    <w:p>
      <w:pPr>
        <w:jc w:val="right"/>
      </w:pPr>
      <w:r>
        <w:t>اس کے لیے دعا کیجئے، اس کے لیے سوچیے، اس کے لیے اسٹڈی کیجئے،</w:t>
      </w:r>
    </w:p>
    <w:p>
      <w:r>
        <w:rPr>
          <w:b/>
        </w:rPr>
        <w:t xml:space="preserve">[53:53] </w:t>
      </w:r>
      <w:r>
        <w:t>kyunki agli zindagi jo hamare samne bahut jald aane wali hai, wahan yeh ek yeh yeh kaam aayega aur kuch kaam aane wala nahi hai, aur kuch bhi kaam aane wala nahi hai.</w:t>
      </w:r>
    </w:p>
    <w:p>
      <w:pPr>
        <w:jc w:val="right"/>
      </w:pPr>
      <w:r>
        <w:t>کیونکہ اگلی زندگی جو ہمارے سامنے بہت جلد آنے والی ہے، وہاں یہ ایک یہ یہ کام آئے گا اور کچھ کام آنے والا نہیں ہے، اور کچھ بھی کام آنے والا نہیں ہے۔</w:t>
      </w:r>
    </w:p>
    <w:p>
      <w:r>
        <w:rPr>
          <w:b/>
        </w:rPr>
        <w:t xml:space="preserve">[54:05] </w:t>
      </w:r>
      <w:r>
        <w:t>bahut jald woh waqt aane wala hai jab ke hum is duniya ko chhod denge, ek aur duniya mein hum apne aap ko payenge.</w:t>
      </w:r>
    </w:p>
    <w:p>
      <w:pPr>
        <w:jc w:val="right"/>
      </w:pPr>
      <w:r>
        <w:t>بہت جلد وہ وقت آنے والا ہے جب کہ ہم اس دنیا کو چھوڑ دیں گے، ایک اور دنیا میں ہم اپنے آپ کو پائیں گے۔</w:t>
      </w:r>
    </w:p>
    <w:p>
      <w:r>
        <w:rPr>
          <w:b/>
        </w:rPr>
        <w:t xml:space="preserve">[54:13] </w:t>
      </w:r>
      <w:r>
        <w:t>toh main Allah taala se dua karta hoon ke hum hum ko aur aap ko tofeeq de ke hum Allah ki marzi ke mutabiq duniya mein rahein aur jannat mein hamein hissa mile.</w:t>
      </w:r>
    </w:p>
    <w:p>
      <w:pPr>
        <w:jc w:val="right"/>
      </w:pPr>
      <w:r>
        <w:t>تو میں اللہ تعالی سے دعا کرتا ہوں کہ ہم ہم کو اور آپ کو توفیق دے کہ ہم اللہ کی مرضی کے مطابق دنیا میں رہیں اور جنت میں ہمیں حصہ ملے۔</w:t>
      </w:r>
    </w:p>
    <w:p>
      <w:r>
        <w:rPr>
          <w:b/>
        </w:rPr>
        <w:t xml:space="preserve">[54:25] </w:t>
      </w:r>
      <w:r>
        <w:t>aqool qawli haza wastaghfirullaha li walakum ajmaeen</w:t>
      </w:r>
    </w:p>
    <w:p>
      <w:pPr>
        <w:jc w:val="right"/>
      </w:pPr>
      <w:r>
        <w:t>أقول قولي هذا واستغفراللہ لي ولكم اجمعین</w:t>
      </w:r>
    </w:p>
    <w:p>
      <w:r>
        <w:rPr>
          <w:b/>
        </w:rPr>
        <w:t xml:space="preserve">[54:43] </w:t>
      </w:r>
      <w:r>
        <w:t>das question is from doctor naseem siddiqui. how can we remove the curtains between man and god and between muslims and islam?</w:t>
      </w:r>
    </w:p>
    <w:p>
      <w:pPr>
        <w:jc w:val="right"/>
      </w:pPr>
      <w:r>
        <w:t>دس کوئسچن از فرام ڈاکٹر نسیم صدیقی۔ ہاؤ کین وی ریموو دا کرٹنز بٹوین مین اینڈ گاڈ اینڈ بٹوین مسلمز اینڈ اسلام؟</w:t>
      </w:r>
    </w:p>
    <w:p>
      <w:r>
        <w:rPr>
          <w:b/>
        </w:rPr>
        <w:t xml:space="preserve">[55:00] </w:t>
      </w:r>
      <w:r>
        <w:t>dekhiye, yeh subject jo hai, is par main bahut likh chuka hoon. aisa nahi ke khali aaj taqreer kar di hai.</w:t>
      </w:r>
    </w:p>
    <w:p>
      <w:pPr>
        <w:jc w:val="right"/>
      </w:pPr>
      <w:r>
        <w:t>دیکھیں، یہ سبجیکٹ جو ہے، اس پر میں بہت لکھ چکا ہوں۔ ایسا نہیں کہ خالی آج تقریر کر دی ہے۔</w:t>
      </w:r>
    </w:p>
    <w:p>
      <w:r>
        <w:rPr>
          <w:b/>
        </w:rPr>
        <w:t xml:space="preserve">[55:09] </w:t>
      </w:r>
      <w:r>
        <w:t>kam az kam do sau kitabein hain, woh sab direct indirect isi pe ghoomti hain. aap hamari literature padhiye ya yeh jo main ne baatein kahi hain, toh uska detail mein agar aap study karna chahein toh hamari kitabein padhiye, hamari tafsir padhiye, seerat ki kitab padhiye, hadith ki kitab padhiye.</w:t>
      </w:r>
    </w:p>
    <w:p>
      <w:pPr>
        <w:jc w:val="right"/>
      </w:pPr>
      <w:r>
        <w:t>کم از کم دو سو کتابیں ہیں، وہ سب ڈائریکٹ ان ڈائریکٹ اسی پہ گھومتی ہیں۔ آپ ہماری لٹریچر پڑھیے یا یہ جو میں نے باتیں کہی ہیں، تو اس کا ڈیٹیل میں اگر آپ اسٹڈی کرنا چاہیں تو ہماری کتابیں پڑھیے، ہماری تفسیر پڑھیے، سیرت کی کتاب پڑھیے، حدیث کی کتاب پڑھیے۔</w:t>
      </w:r>
    </w:p>
    <w:p>
      <w:r>
        <w:rPr>
          <w:b/>
        </w:rPr>
        <w:t xml:space="preserve">[55:38] </w:t>
      </w:r>
      <w:r>
        <w:t>toh</w:t>
      </w:r>
    </w:p>
    <w:p>
      <w:pPr>
        <w:jc w:val="right"/>
      </w:pPr>
      <w:r>
        <w:t>تو</w:t>
      </w:r>
    </w:p>
    <w:p>
      <w:r>
        <w:rPr>
          <w:b/>
        </w:rPr>
        <w:t xml:space="preserve">[55:39] </w:t>
      </w:r>
      <w:r>
        <w:t>ek taraf toh hamein yeh batana hai jo insaan ke bare mein jo logon ko galat fehmi hoti hai ke insaan kyun fasad karta hai, is liye ke Khuda ne azadi di hai, yaani Khuda ke sanction se nahi ho raha hai.</w:t>
      </w:r>
    </w:p>
    <w:p>
      <w:pPr>
        <w:jc w:val="right"/>
      </w:pPr>
      <w:r>
        <w:t>ایک طرف تو ہمیں یہ بتانا ہے جو انسان کے بارے میں جو لوگوں کو غلط فہمی ہوتی ہے کہ انسان کیوں فساد کرتا ہے، اس لیے کہ خدا نے آزادی دی ہے، یعنی خدا کے سینکشن سے نہیں ہو رہا ہے۔</w:t>
      </w:r>
    </w:p>
    <w:p>
      <w:r>
        <w:rPr>
          <w:b/>
        </w:rPr>
        <w:t xml:space="preserve">[55:52] </w:t>
      </w:r>
      <w:r>
        <w:t>woh</w:t>
      </w:r>
    </w:p>
    <w:p>
      <w:pPr>
        <w:jc w:val="right"/>
      </w:pPr>
      <w:r>
        <w:t>وہ</w:t>
      </w:r>
    </w:p>
    <w:p>
      <w:r>
        <w:rPr>
          <w:b/>
        </w:rPr>
        <w:t xml:space="preserve">[55:55] </w:t>
      </w:r>
      <w:r>
        <w:t>yeh batana padega ke physical world mein chuki azadi nahi hai, toh wahan dekhiye, fasad bhi nahi hai. Quran mein jo hai ek hal min futoor isi ke bare mein hai.</w:t>
      </w:r>
    </w:p>
    <w:p>
      <w:pPr>
        <w:jc w:val="right"/>
      </w:pPr>
      <w:r>
        <w:t>یہ بتانا پڑے گا کہ فزیکل ورلڈ میں چونکہ آزادی نہیں ہے، تو وہاں دیکھیے، فساد بھی نہیں ہے۔ قرآن میں جو ہے ایک حل من فتور اسی کے بارے میں ہے۔</w:t>
      </w:r>
    </w:p>
    <w:p>
      <w:r>
        <w:rPr>
          <w:b/>
        </w:rPr>
        <w:t xml:space="preserve">[56:06] </w:t>
      </w:r>
      <w:r>
        <w:t>woh</w:t>
      </w:r>
    </w:p>
    <w:p>
      <w:pPr>
        <w:jc w:val="right"/>
      </w:pPr>
      <w:r>
        <w:t>وہ</w:t>
      </w:r>
    </w:p>
    <w:p>
      <w:r>
        <w:rPr>
          <w:b/>
        </w:rPr>
        <w:t xml:space="preserve">[56:08] </w:t>
      </w:r>
      <w:r>
        <w:t>Quran mein hai ke dekho, universe ko kahin zara bhi tum ko defect dikhai deta hai. defect yeh challenge ke zaban mein hai Quran mein ke dekho, khoob dekho, khoob dekho, saare universe mein itna bada universe hai, kahin tum ko defect nahi dikhai dega.</w:t>
      </w:r>
    </w:p>
    <w:p>
      <w:pPr>
        <w:jc w:val="right"/>
      </w:pPr>
      <w:r>
        <w:t>قرآن میں ہے کہ دیکھو، یونیورس کو کہیں ذرا بھی تم کو ڈیفیکٹ دکھائی دیتا ہے۔ ڈیفیکٹ یہ چیلنج کے زبان میں ہے قرآن میں کہ دیکھو، خوب دیکھو، خوب دیکھو، سارے یونیورس میں اتنا بڑا یونیورس ہے، کہیں تم کو ڈیفیکٹ نہیں دکھائی دے گا۔</w:t>
      </w:r>
    </w:p>
    <w:p>
      <w:r>
        <w:rPr>
          <w:b/>
        </w:rPr>
        <w:t xml:space="preserve">[56:27] </w:t>
      </w:r>
      <w:r>
        <w:t>aur yeh insaan ke bare mein ke zahir hai fasadalt fil barri wal bahri ma kasabat aydin nas isi ek hi Quran mein do aayatein hain.</w:t>
      </w:r>
    </w:p>
    <w:p>
      <w:pPr>
        <w:jc w:val="right"/>
      </w:pPr>
      <w:r>
        <w:t>اور یہ انسان کے بارے میں کہ ظاہر ہے فَصَالَتْ فِي الْبَرْلِ وَالْبَحْرِ مَا كَثْبَتَ عَيْدِ النَّاسِ یہی ایک ہی قرآن میں دو آیتیں ہیں۔</w:t>
      </w:r>
    </w:p>
    <w:p>
      <w:r>
        <w:rPr>
          <w:b/>
        </w:rPr>
        <w:t xml:space="preserve">[56:36] </w:t>
      </w:r>
      <w:r>
        <w:t>aik taraf physical world ke bare mein quran kehta hai ke dekho, jitna chaho dekho, jitna chaho dekho, lekin tum koi defect nahi pao ge.</w:t>
      </w:r>
    </w:p>
    <w:p>
      <w:pPr>
        <w:jc w:val="right"/>
      </w:pPr>
      <w:r>
        <w:t>ایک طرف فزیکل ورلڈ کے بارے میں قرآن کہتا ہے کہ دیکھو، جتنا چاہو دیکھو، جتنا چاہو دیکھو، لیکن تم کوئی ڈیفیکٹ نہیں پاؤ گے۔</w:t>
      </w:r>
    </w:p>
    <w:p>
      <w:r>
        <w:rPr>
          <w:b/>
        </w:rPr>
        <w:t xml:space="preserve">[56:48] </w:t>
      </w:r>
      <w:r>
        <w:t>aur insan ke bare mein khuda keh raha hai ke zahir hai fasalati fil barri wal bahri ma kasbat aidi al nas to kyun yeh batana hai insan ko, logon ko ke physical world direct tor par khuda ke control mein hai,</w:t>
      </w:r>
    </w:p>
    <w:p>
      <w:pPr>
        <w:jc w:val="right"/>
      </w:pPr>
      <w:r>
        <w:t>اور انسان کے بارے میں خدا کہہ رہا ہے کہ ظاہر ہے فَصَالَتْ فِي الْبَرْلِ وَالْبَحْرِ مَا كَثْبَتَ عَيْدِ النَّاسِ تو کیوں یہ بتانا ہے انسان کو، لوگوں کو کہ فزیکل ورلڈ ڈائریکٹ طور پر خدا کے کنٹرول میں ہے،</w:t>
      </w:r>
    </w:p>
    <w:p>
      <w:r>
        <w:rPr>
          <w:b/>
        </w:rPr>
        <w:t xml:space="preserve">[57:02] </w:t>
      </w:r>
      <w:r>
        <w:t>kyun ke is ko freedom nahi mila hua hai. aur jo insani duniya hai, woh woh azadi di hai Allah taala ne in ko, kyun ke yahan par reward aur punishment ka principle hai.</w:t>
      </w:r>
    </w:p>
    <w:p>
      <w:pPr>
        <w:jc w:val="right"/>
      </w:pPr>
      <w:r>
        <w:t>کیونکہ اس کو فریڈم نہیں ملا ہوا ہے۔ اور جو انسانی دنیا ہے، وہ وہ آزادی دی ہے اللہ تعالی نے ان کو، کیونکہ یہاں پر ریوارڈ اور پنشمنٹ کا پرنسپل ہے۔</w:t>
      </w:r>
    </w:p>
    <w:p>
      <w:r>
        <w:rPr>
          <w:b/>
        </w:rPr>
        <w:t xml:space="preserve">[57:14] </w:t>
      </w:r>
      <w:r>
        <w:t>material world mein ya physical world mein reward aur punishment nahi hai. insan ke liye reward aur punishment hai, is liye yahan azadi di hai.</w:t>
      </w:r>
    </w:p>
    <w:p>
      <w:pPr>
        <w:jc w:val="right"/>
      </w:pPr>
      <w:r>
        <w:t>مٹیریل ورلڈ میں یا فزیکل ورلڈ میں ریوارڈ اور پنشمنٹ نہیں ہے۔ انسان کے لیے ریوارڈ اور پنشمنٹ ہے، اس لیے یہاں آزادی دی ہے۔</w:t>
      </w:r>
    </w:p>
    <w:p>
      <w:r>
        <w:rPr>
          <w:b/>
        </w:rPr>
        <w:t xml:space="preserve">[57:25] </w:t>
      </w:r>
      <w:r>
        <w:t>is azadi ko misuse karne se sari baatein bigadti hain. jahan tak musalmanon ka taluq hai, to hamein batana hai ke ke quran islam ko janna hai to quran ko parho.</w:t>
      </w:r>
    </w:p>
    <w:p>
      <w:pPr>
        <w:jc w:val="right"/>
      </w:pPr>
      <w:r>
        <w:t>اس آزادی کو مس یوز کرنے سے ساری باتیں بگڑتی ہیں۔ جہاں تک مسلمانوں کا تعلق ہے، تو ہمیں بتانا ہے کہ کہ قرآن اسلام کو جاننا ہے تو قرآن کو پڑھو۔</w:t>
      </w:r>
    </w:p>
    <w:p>
      <w:r>
        <w:rPr>
          <w:b/>
        </w:rPr>
        <w:t xml:space="preserve">[57:43] </w:t>
      </w:r>
      <w:r>
        <w:t>musalmanon ko dekh kar mat rai banao ke islam kya hai.</w:t>
      </w:r>
    </w:p>
    <w:p>
      <w:pPr>
        <w:jc w:val="right"/>
      </w:pPr>
      <w:r>
        <w:t>مسلمانوں کو دیکھ کر مت رائے بناؤ کہ اسلام کیا ہے۔</w:t>
      </w:r>
    </w:p>
    <w:p>
      <w:r>
        <w:rPr>
          <w:b/>
        </w:rPr>
        <w:t xml:space="preserve">[57:49] </w:t>
      </w:r>
      <w:r>
        <w:t>jaise mein aik misaal deta hoon aap ko, yeh bataiye sari duniya ko bataiye ke musalman jahan jahan bhi aaj kal larai chhere hue hain jihad ke naam par, woh sab ke sab fasad hai, koi bhi jihad nahi hai.</w:t>
      </w:r>
    </w:p>
    <w:p>
      <w:pPr>
        <w:jc w:val="right"/>
      </w:pPr>
      <w:r>
        <w:t>جیسے میں ایک مثال دیتا ہوں آپ کو، یہ بتائیے ساری دنیا کو بتائیے کہ مسلمان جہاں جہاں بھی آج کل لڑائی چھڑے ہوئے ہیں جہاد کے نام پر، وہ سب کے سب فساد ہے، کوئی بھی جہاد نہیں ہے۔</w:t>
      </w:r>
    </w:p>
    <w:p>
      <w:r>
        <w:rPr>
          <w:b/>
        </w:rPr>
        <w:t xml:space="preserve">[58:02] </w:t>
      </w:r>
      <w:r>
        <w:t>kyun? woh kehte hain ke hum dushman ke khilaf lar rahe hain,</w:t>
      </w:r>
    </w:p>
    <w:p>
      <w:pPr>
        <w:jc w:val="right"/>
      </w:pPr>
      <w:r>
        <w:t>کیوں؟ وہ کہتے ہیں کہ ہم دشمن کے خلاف لڑ رہے ہیں،</w:t>
      </w:r>
    </w:p>
    <w:p>
      <w:r>
        <w:rPr>
          <w:b/>
        </w:rPr>
        <w:t xml:space="preserve">[58:08] </w:t>
      </w:r>
      <w:r>
        <w:t>logon ko dushman declare kar ke un ke sath larai chhere hue hain, aur islam mein dushman ke khilaf larai hai hi nahi. yaad rakhiye, islam differentiates between attacker and enemy</w:t>
      </w:r>
    </w:p>
    <w:p>
      <w:pPr>
        <w:jc w:val="right"/>
      </w:pPr>
      <w:r>
        <w:t>لوگوں کو دشمن ڈیکلیئر کر کے ان کے ساتھ لڑائی چھڑے ہوئے ہیں، اور اسلام میں دشمن کے خلاف لڑائی ہے ہی نہیں۔ یاد رکھیے، اسلام ڈیفرنشیٹس بٹوین اٹیکر اینڈ اینمی</w:t>
      </w:r>
    </w:p>
    <w:p>
      <w:r>
        <w:rPr>
          <w:b/>
        </w:rPr>
        <w:t xml:space="preserve">[58:28] </w:t>
      </w:r>
      <w:r>
        <w:t>ke aik hai woh jo hamla kar de, attack kar de, jo aggression kare, to defense ke tor par aapas mein larne ki ijazat hai.</w:t>
      </w:r>
    </w:p>
    <w:p>
      <w:pPr>
        <w:jc w:val="right"/>
      </w:pPr>
      <w:r>
        <w:t>کہ ایک ہے وہ جو حملہ کر دے، اٹیک کر دے، جو ایگریشن کرے، تو ڈیفنس کے طور پر آپس میں لڑنے کی اجازت ہے۔</w:t>
      </w:r>
    </w:p>
    <w:p>
      <w:r>
        <w:rPr>
          <w:b/>
        </w:rPr>
        <w:t xml:space="preserve">[58:42] </w:t>
      </w:r>
      <w:r>
        <w:t>aur sirf yeh ke aap kisi ko dushman samajh rahe hain, to aap attack nahi kar sakte us ke oopar. bilkul haram hai islam mein ke kisi ko dushman declare kar ke aap attack kar dein us ke oopar.</w:t>
      </w:r>
    </w:p>
    <w:p>
      <w:pPr>
        <w:jc w:val="right"/>
      </w:pPr>
      <w:r>
        <w:t>اور صرف یہ کہ آپ کسی کو دشمن سمجھ رہے ہیں، تو آپ اٹیک نہیں کر سکتے اس کے اوپر۔ بالکل حرام ہے اسلام میں کہ کسی کو دشمن ڈیکلیئر کر کے آپ اٹیک کر دیں اس کے اوپر۔</w:t>
      </w:r>
    </w:p>
    <w:p>
      <w:r>
        <w:rPr>
          <w:b/>
        </w:rPr>
        <w:t xml:space="preserve">[58:57] </w:t>
      </w:r>
      <w:r>
        <w:t>latastabi al hasrati bil husni</w:t>
      </w:r>
    </w:p>
    <w:p>
      <w:pPr>
        <w:jc w:val="right"/>
      </w:pPr>
      <w:r>
        <w:t>لَتَسْتَبِعْ الْحَسْرَةَ بِالْحَسْنِ</w:t>
      </w:r>
    </w:p>
    <w:p>
      <w:r>
        <w:rPr>
          <w:b/>
        </w:rPr>
        <w:t xml:space="preserve">[59:04] </w:t>
      </w:r>
      <w:r>
        <w:t>yani dushman ko dost banao. yani every, yani dushman jo hai, potentially tumhara friend hai.</w:t>
      </w:r>
    </w:p>
    <w:p>
      <w:pPr>
        <w:jc w:val="right"/>
      </w:pPr>
      <w:r>
        <w:t>یعنی دشمن کو دوست بناؤ۔ یعنی ایوری، یعنی دشمن جو ہے، پوٹینشلی تمہارا فرینڈ ہے۔</w:t>
      </w:r>
    </w:p>
    <w:p>
      <w:r>
        <w:rPr>
          <w:b/>
        </w:rPr>
        <w:t xml:space="preserve">[59:13] </w:t>
      </w:r>
      <w:r>
        <w:t>yeh hai islam concept. doosri baat yeh hai ke islam mein yeh bilkul jaiz hi nahi hai ke other deen state koi hathiyar uthaye. al rahil lil imam, hathiyar uthana sirf state ka kaam hai.</w:t>
      </w:r>
    </w:p>
    <w:p>
      <w:pPr>
        <w:jc w:val="right"/>
      </w:pPr>
      <w:r>
        <w:t>یہ ہے اسلام کانسیپٹ۔ دوسری بات یہ ہے کہ اسلام میں یہ بالکل جائز ہی نہیں ہے کہ ادر دین اسٹیٹ کوئی ہتھیار اٹھائے۔ الرحیل للامام، ہتھیار اٹھانا صرف اسٹیٹ کا کام ہے۔</w:t>
      </w:r>
    </w:p>
    <w:p>
      <w:r>
        <w:rPr>
          <w:b/>
        </w:rPr>
        <w:t xml:space="preserve">[59:30] </w:t>
      </w:r>
      <w:r>
        <w:t>aaj kal kya hai? jo hathiyar jo log uthaye hue hain, kahin bhi state nahi hai. duniya mein is waqt 57 muslim states hain, un mein se koi aik bhi state involve nahi hai.</w:t>
      </w:r>
    </w:p>
    <w:p>
      <w:pPr>
        <w:jc w:val="right"/>
      </w:pPr>
      <w:r>
        <w:t>آج کل کیا ہے؟ جو ہتھیار جو لوگ اٹھائے ہوئے ہیں، کہیں بھی اسٹیٹ نہیں ہے۔ دنیا میں اس وقت 57 مسلم اسٹیٹس ہیں، ان میں سے کوئی ایک بھی اسٹیٹ انوالو نہیں ہے۔</w:t>
      </w:r>
    </w:p>
    <w:p>
      <w:r>
        <w:rPr>
          <w:b/>
        </w:rPr>
        <w:t xml:space="preserve">[59:39] </w:t>
      </w:r>
      <w:r>
        <w:t>is mein</w:t>
      </w:r>
    </w:p>
    <w:p>
      <w:pPr>
        <w:jc w:val="right"/>
      </w:pPr>
      <w:r>
        <w:t>اس میں</w:t>
      </w:r>
    </w:p>
    <w:p>
      <w:r>
        <w:rPr>
          <w:b/>
        </w:rPr>
        <w:t xml:space="preserve">[59:42] </w:t>
      </w:r>
      <w:r>
        <w:t>logon ne khud hi khud banai organization aur khud hi khud hathiyar utha ke marne lage, larai karne. state kahan involve hai is mein?</w:t>
      </w:r>
    </w:p>
    <w:p>
      <w:pPr>
        <w:jc w:val="right"/>
      </w:pPr>
      <w:r>
        <w:t>لوگوں نے خود ہی خود بنائی ارگنائزیشن اور خود ہی خود ہتھیار اٹھا کے مارنے لگے، لڑائی کرنے۔ اسٹیٹ کہاں انوالو ہے اس میں؟</w:t>
      </w:r>
    </w:p>
    <w:p>
      <w:r>
        <w:rPr>
          <w:b/>
        </w:rPr>
        <w:t xml:space="preserve">[59:51] </w:t>
      </w:r>
      <w:r>
        <w:t>to do baatein samajh lijiye, kisi ko dushman declare kar ke agar aap larai chhoden to yeh islam mein bilkul jaiz nahi hai, aur khud hi khud aap hathiyar utha rahe hain, tab bhi islam mein jaiz nahi hai.</w:t>
      </w:r>
    </w:p>
    <w:p>
      <w:pPr>
        <w:jc w:val="right"/>
      </w:pPr>
      <w:r>
        <w:t>تو دو باتیں سمجھ لیجئے، کسی کو دشمن ڈیکلیئر کر کے اگر آپ لڑائی چھوڑیں تو یہ اسلام میں بالکل جائز نہیں ہے، اور خود ہی خود آپ ہتھیار اٹھا رہے ہیں، تب بھی اسلام میں جائز نہیں ہے۔</w:t>
      </w:r>
    </w:p>
    <w:p>
      <w:r>
        <w:rPr>
          <w:b/>
        </w:rPr>
        <w:t xml:space="preserve">[1:00:03] </w:t>
      </w:r>
      <w:r>
        <w:t>state aggression ke waqt as a defense hathiyar utha sakti</w:t>
      </w:r>
    </w:p>
    <w:p>
      <w:pPr>
        <w:jc w:val="right"/>
      </w:pPr>
      <w:r>
        <w:t>اسٹیٹ ایگریشن کے وقت ایز اے ڈیفنس ہتھیار اٹھا سکتی</w:t>
      </w:r>
    </w:p>
    <w:p>
      <w:r>
        <w:rPr>
          <w:b/>
        </w:rPr>
        <w:t xml:space="preserve">[1:00:08] </w:t>
      </w:r>
      <w:r>
        <w:t>hai. yeh bataiye logon ko ke jo log kar rahe hain, jo musalman yeh sab kar rahe hain, is ka islam se koi taluq nahi hai.</w:t>
      </w:r>
    </w:p>
    <w:p>
      <w:pPr>
        <w:jc w:val="right"/>
      </w:pPr>
      <w:r>
        <w:t>ہے۔ یہ بتائیے لوگوں کو کہ جو لوگ کر رہے ہیں، جو مسلمان یہ سب کر رہے ہیں، اس کا اسلام سے کوئی تعلق نہیں ہے۔</w:t>
      </w:r>
    </w:p>
    <w:p>
      <w:r>
        <w:rPr>
          <w:b/>
        </w:rPr>
        <w:t xml:space="preserve">[1:00:18] </w:t>
      </w:r>
      <w:r>
        <w:t>mushkil yeh hai ke is waqt jo ho raha hai, sare ulama chup hain. mein akela hoon jo is ke khilaf openly condemn karta hoon. is ko ulama is ko jihad samjhe hue hain, jihad bata diye hue hain.</w:t>
      </w:r>
    </w:p>
    <w:p>
      <w:pPr>
        <w:jc w:val="right"/>
      </w:pPr>
      <w:r>
        <w:t>مشکل یہ ہے کہ اس وقت جو ہو رہا ہے، سارے علماء چپ ہیں۔ میں اکیلا ہوں جو اس کے خلاف اوپنلی کنڈیم کرتا ہوں۔ اس کو علماء اس کو جہاد سمجھے ہوئے ہیں، جہاد بتا دیے ہوئے ہیں۔</w:t>
      </w:r>
    </w:p>
    <w:p>
      <w:r>
        <w:rPr>
          <w:b/>
        </w:rPr>
        <w:t xml:space="preserve">[1:00:33] </w:t>
      </w:r>
      <w:r>
        <w:t>yeh jihad nahi hai, yeh to fasad hai sab ka sab.</w:t>
      </w:r>
    </w:p>
    <w:p>
      <w:pPr>
        <w:jc w:val="right"/>
      </w:pPr>
      <w:r>
        <w:t>یہ جہاد نہیں ہے، یہ تو فساد ہے سب کا سب۔</w:t>
      </w:r>
    </w:p>
    <w:p>
      <w:r>
        <w:rPr>
          <w:b/>
        </w:rPr>
        <w:t xml:space="preserve">[1:00:36] </w:t>
      </w:r>
      <w:r>
        <w:t>to behal hamein jo karna hai, woh yeh hai ke hum musalmanon ke musalman jo hijack kar rakha hai islam ko, woh insan ko batayen.</w:t>
      </w:r>
    </w:p>
    <w:p>
      <w:pPr>
        <w:jc w:val="right"/>
      </w:pPr>
      <w:r>
        <w:t>تو بہرحال ہمیں جو کرنا ہے، وہ یہ ہے کہ ہم مسلمانوں کے مسلمانوں جو ہائی جیک کر رکھا ہے اسلام کو، وہ انسان کو بتائیں۔</w:t>
      </w:r>
    </w:p>
    <w:p>
      <w:r>
        <w:rPr>
          <w:b/>
        </w:rPr>
        <w:t xml:space="preserve">[1:00:49] </w:t>
      </w:r>
      <w:r>
        <w:t>yeh do point jo maine diya hai aap ko, is par aap ko kaam karna hai, aur is ki detail aap janna chahein to hamari literature parhiye aap.</w:t>
      </w:r>
    </w:p>
    <w:p>
      <w:pPr>
        <w:jc w:val="right"/>
      </w:pPr>
      <w:r>
        <w:t>یہ دو پوائنٹ جو میں نے دیا ہے آپ کو، اس پر آپ کو کام کرنا ہے، اور اس کی ڈیٹیل آپ جاننا چاہیں تو ہماری لٹریچر پڑھیے آپ۔</w:t>
      </w:r>
    </w:p>
    <w:p>
      <w:r>
        <w:rPr>
          <w:b/>
        </w:rPr>
        <w:t xml:space="preserve">[1:01:01] </w:t>
      </w:r>
      <w:r>
        <w:t>das question is from qazi muhammad mian</w:t>
      </w:r>
    </w:p>
    <w:p>
      <w:pPr>
        <w:jc w:val="right"/>
      </w:pPr>
      <w:r>
        <w:t>دس کوئسچن از فرام قاضی محمد میاں</w:t>
      </w:r>
    </w:p>
    <w:p>
      <w:r>
        <w:rPr>
          <w:b/>
        </w:rPr>
        <w:t xml:space="preserve">[1:01:06] </w:t>
      </w:r>
      <w:r>
        <w:t>. What is the difference between deen and mazhab?</w:t>
      </w:r>
    </w:p>
    <w:p>
      <w:pPr>
        <w:jc w:val="right"/>
      </w:pPr>
      <w:r>
        <w:t>۔ واٹ از دا ڈیفرنس بٹوین دین اینڈ مذہب؟</w:t>
      </w:r>
    </w:p>
    <w:p>
      <w:r>
        <w:rPr>
          <w:b/>
        </w:rPr>
        <w:t xml:space="preserve">[1:01:15] </w:t>
      </w:r>
      <w:r>
        <w:t>ab dekhen, mazhab to koi well defined term nahin hai. deen to well defined term hai,</w:t>
      </w:r>
    </w:p>
    <w:p>
      <w:pPr>
        <w:jc w:val="right"/>
      </w:pPr>
      <w:r>
        <w:t>اب دیکھیں، مذہب تو کوئی ویل ڈیفائنڈ ٹرم نہیں ہے۔ دین تو ویل ڈیفائنڈ ٹرم ہے،</w:t>
      </w:r>
    </w:p>
    <w:p>
      <w:r>
        <w:rPr>
          <w:b/>
        </w:rPr>
        <w:t xml:space="preserve">[1:01:26] </w:t>
      </w:r>
      <w:r>
        <w:t>baqi general jo istemal hai, us ke lihaz se log deen ko mazhab bolte hain.</w:t>
      </w:r>
    </w:p>
    <w:p>
      <w:pPr>
        <w:jc w:val="right"/>
      </w:pPr>
      <w:r>
        <w:t>باقی جنرل جو استعمال ہے، اس کے لحاظ سے لوگ دین کو مذہب بولتے ہیں۔</w:t>
      </w:r>
    </w:p>
    <w:p>
      <w:r>
        <w:rPr>
          <w:b/>
        </w:rPr>
        <w:t xml:space="preserve">[1:01:37] </w:t>
      </w:r>
      <w:r>
        <w:t>baqi deen jo hai, yeh quranic word hai, mazhab quranic word nahin hai.</w:t>
      </w:r>
    </w:p>
    <w:p>
      <w:pPr>
        <w:jc w:val="right"/>
      </w:pPr>
      <w:r>
        <w:t>باقی دین جو ہے، یہ قرآنی ورڈ ہے، مذہب قرآنی ورڈ نہیں ہے۔</w:t>
      </w:r>
    </w:p>
    <w:p>
      <w:r>
        <w:rPr>
          <w:b/>
        </w:rPr>
        <w:t xml:space="preserve">[1:01:45] </w:t>
      </w:r>
      <w:r>
        <w:t>musalmanon mein jo mazhab ka jo word istemal hota hai, woh fiqhi mazhab ke mani mein istemal hota hai, yani school ke mani mein. musalmanon mein jo istemal hota hai, woh fiqhi school ke bare mein bolte hain.</w:t>
      </w:r>
    </w:p>
    <w:p>
      <w:pPr>
        <w:jc w:val="right"/>
      </w:pPr>
      <w:r>
        <w:t>مسلمانوں میں جو مذہب کا جو ورڈ استعمال ہوتا ہے، وہ فقہی مذہب کے معنی میں استعمال ہوتا ہے، یعنی اسکول کے معنی میں۔ مسلمانوں میں جو استعمال ہوتا ہے، وہ فقہی اسکول کے بارے میں بولتے ہیں۔</w:t>
      </w:r>
    </w:p>
    <w:p>
      <w:r>
        <w:rPr>
          <w:b/>
        </w:rPr>
        <w:t xml:space="preserve">[1:01:57] </w:t>
      </w:r>
      <w:r>
        <w:t>fiqhi mazhab, jaise hanfi school aur shafi school aur hambali school, school of fiqh hai.</w:t>
      </w:r>
    </w:p>
    <w:p>
      <w:pPr>
        <w:jc w:val="right"/>
      </w:pPr>
      <w:r>
        <w:t>فقہی مذہب، جیسے حنفی اسکول اور شافعی اسکول اور حنبلی اسکول، اسکول آف فقہ ہے۔</w:t>
      </w:r>
    </w:p>
    <w:p>
      <w:r>
        <w:rPr>
          <w:b/>
        </w:rPr>
        <w:t xml:space="preserve">[1:02:05] </w:t>
      </w:r>
      <w:r>
        <w:t>to musalmanon mein jo istemal hota hai, woh hanfi, woh fiqhi mazhab ke bare mein istemal hota hai, fiqhi school ke mani mein. baqi general istemal mein mazhab ko main samajhta hoon ke ek tradition ke mani mein lete hain, tradition ke mani mein.</w:t>
      </w:r>
    </w:p>
    <w:p>
      <w:pPr>
        <w:jc w:val="right"/>
      </w:pPr>
      <w:r>
        <w:t>تو مسلمانوں میں جو استعمال ہوتا ہے، وہ حنفی، وہ فقہی مذہب کے بارے میں استعمال ہوتا ہے، فقہی اسکول کے معنی میں۔ باقی جنرل استعمال میں مذہب کو میں سمجھتا ہوں کہ ایک ٹریڈیشن کے معنی میں لیتے ہیں، ٹریڈیشن کے معنی میں۔</w:t>
      </w:r>
    </w:p>
    <w:p>
      <w:r>
        <w:rPr>
          <w:b/>
        </w:rPr>
        <w:t xml:space="preserve">[1:02:23] </w:t>
      </w:r>
      <w:r>
        <w:t>to is ke extended sense mein hum is ko deen ke mani mein bol sakte hain. baqi deen well defined term hai, aur mazhab koi is tarah se well defined term nahin hai.</w:t>
      </w:r>
    </w:p>
    <w:p>
      <w:pPr>
        <w:jc w:val="right"/>
      </w:pPr>
      <w:r>
        <w:t>تو اس کے ایکسٹینڈڈ سینس میں ہم اس کو دین کے معنی میں بول سکتے ہیں۔ باقی دین ویل ڈیفائنڈ ٹرم ہے، اور مذہب کوئی اس طرح سے ویل ڈیفائنڈ ٹرم نہیں ہے۔</w:t>
      </w:r>
    </w:p>
    <w:p>
      <w:r>
        <w:rPr>
          <w:b/>
        </w:rPr>
        <w:t xml:space="preserve">[1:02:36] </w:t>
      </w:r>
      <w:r>
        <w:t>his other question is what is the importance of jaziya in islamic state and non islamic state?</w:t>
      </w:r>
    </w:p>
    <w:p>
      <w:pPr>
        <w:jc w:val="right"/>
      </w:pPr>
      <w:r>
        <w:t>ہز ادر کوئسچن از واٹ از دی امپورٹنس آف جزیہ ان اسلامی اسٹیٹ اینڈ نان اسلامی اسٹیٹ؟</w:t>
      </w:r>
    </w:p>
    <w:p>
      <w:r>
        <w:rPr>
          <w:b/>
        </w:rPr>
        <w:t xml:space="preserve">[1:02:46] </w:t>
      </w:r>
      <w:r>
        <w:t>dekhen, main jaziya ko nahin manta ke hamesha ke liye hai. woh waqti tha, woh</w:t>
      </w:r>
    </w:p>
    <w:p>
      <w:pPr>
        <w:jc w:val="right"/>
      </w:pPr>
      <w:r>
        <w:t>دیکھیں، میں جزیہ کو نہیں مانتا کہ ہمیشہ کے لیے ہے۔ وہ وقتی تھا، وہ</w:t>
      </w:r>
    </w:p>
    <w:p>
      <w:r>
        <w:rPr>
          <w:b/>
        </w:rPr>
        <w:t xml:space="preserve">[1:02:53] </w:t>
      </w:r>
      <w:r>
        <w:t>yeh to ghulami waqti thi. qadeem zamaney mein ghulami thi to islam mein kuch din baqi rahi, woh aur gradual طور par islam mein khatam kiya.</w:t>
      </w:r>
    </w:p>
    <w:p>
      <w:pPr>
        <w:jc w:val="right"/>
      </w:pPr>
      <w:r>
        <w:t>یہ تو غلامی وقتی تھی۔ قدیم زمانے میں غلامی تھی تو اسلام میں کچھ دن باقی رہی، وہ اور گریجول طور پر اسلام میں ختم کیا۔</w:t>
      </w:r>
    </w:p>
    <w:p>
      <w:r>
        <w:rPr>
          <w:b/>
        </w:rPr>
        <w:t xml:space="preserve">[1:03:02] </w:t>
      </w:r>
      <w:r>
        <w:t>is ko</w:t>
      </w:r>
    </w:p>
    <w:p>
      <w:pPr>
        <w:jc w:val="right"/>
      </w:pPr>
      <w:r>
        <w:t>اس کو</w:t>
      </w:r>
    </w:p>
    <w:p>
      <w:r>
        <w:rPr>
          <w:b/>
        </w:rPr>
        <w:t xml:space="preserve">[1:03:04] </w:t>
      </w:r>
      <w:r>
        <w:t>to aisi jaziya ka mamla hai. ab jo hai, taxation ki jo policy hogi islam ki, wohi hogi jo aaj ki duniya mein raij hai. yeh jo kiya hai aaj kal kuch logon ne, is se pehle aurangzeb ne kiya tha, woh bhi galat tha.</w:t>
      </w:r>
    </w:p>
    <w:p>
      <w:pPr>
        <w:jc w:val="right"/>
      </w:pPr>
      <w:r>
        <w:t>تو ایسی جزیہ کا معاملہ ہے۔ اب جو ہے، ٹیکسیشن کی جو پالیسی ہوگی اسلام کی، وہی ہوگی جو آج کی دنیا میں رائج ہے۔ یہ جو کیا ہے آج کل کچھ لوگوں نے، اس سے پہلے اورنگزیب نے کیا تھا، وہ بھی غلط تھا۔</w:t>
      </w:r>
    </w:p>
    <w:p>
      <w:r>
        <w:rPr>
          <w:b/>
        </w:rPr>
        <w:t xml:space="preserve">[1:03:17] </w:t>
      </w:r>
      <w:r>
        <w:t>masla yeh hai ke ulama ne aurangzeb ke feal ko condemn nahin kiya, to woh abhi se chala ja raha hai. woh agar ulama ne condemn kiya hota aurangzeb ke mamle ko, to aaj hum na dekhte ke yeh jo aaj kal khabrein aa rahi hain.</w:t>
      </w:r>
    </w:p>
    <w:p>
      <w:pPr>
        <w:jc w:val="right"/>
      </w:pPr>
      <w:r>
        <w:t>مسئلہ یہ ہے کہ علماء نے اورنگزیب کے فعل کو کنڈم نہیں کیا، تو وہ ابھی سے چلا جا رہا ہے۔ وہ اگر علماء نے کنڈم کیا ہوتا اورنگزیب کے معاملے کو، تو آج ہم نہ دیکھتے کہ یہ جو آج کل خبریں آ رہی ہیں۔</w:t>
      </w:r>
    </w:p>
    <w:p>
      <w:r>
        <w:rPr>
          <w:b/>
        </w:rPr>
        <w:t xml:space="preserve">[1:03:31] </w:t>
      </w:r>
      <w:r>
        <w:t>bas mera jo mutala hai, jo meri study hai, main yeh manta hoon ke jaziya waqti tha, jis tarah slavery waqti thi, ab koi jaziya nahin hai.</w:t>
      </w:r>
    </w:p>
    <w:p>
      <w:pPr>
        <w:jc w:val="right"/>
      </w:pPr>
      <w:r>
        <w:t>بس میرا جو مطالعہ ہے، جو میری سٹڈی ہے، میں یہ مانتا ہوں کہ جزیہ وقتی تھا، جس طرح سلیوری وقتی تھی، اب کوئی جزیہ نہیں ہے۔</w:t>
      </w:r>
    </w:p>
    <w:p>
      <w:r>
        <w:rPr>
          <w:b/>
        </w:rPr>
        <w:t xml:space="preserve">[1:03:41] </w:t>
      </w:r>
      <w:r>
        <w:t>ek hi, ek hi taxation ki ek hi policy hogi, woh muslim ke liye bhi, non muslim ke liye bhi, do policy nahin hogi. this question is from mr nafees shiraz.</w:t>
      </w:r>
    </w:p>
    <w:p>
      <w:pPr>
        <w:jc w:val="right"/>
      </w:pPr>
      <w:r>
        <w:t>ایک ہی، ایک ہی ٹیکسیشن کی ایک ہی پالیسی ہوگی، وہ مسلم کے لیے بھی، نان مسلم کے لیے بھی، دو پالیسی نہیں ہوگی۔ دس کوئسچن از فرام مسٹر نفیس شیراز۔</w:t>
      </w:r>
    </w:p>
    <w:p>
      <w:r>
        <w:rPr>
          <w:b/>
        </w:rPr>
        <w:t xml:space="preserve">[1:03:53] </w:t>
      </w:r>
      <w:r>
        <w:t>ek hai deen daari, doosra hai duniya daari. kya khuda ne do qism ke nizam banaye hain?</w:t>
      </w:r>
    </w:p>
    <w:p>
      <w:pPr>
        <w:jc w:val="right"/>
      </w:pPr>
      <w:r>
        <w:t>ایک ہے دین داری، دوسرا ہے دنیا داری۔ کیا خدا نے دو قسم کے نظام بنائے ہیں؟</w:t>
      </w:r>
    </w:p>
    <w:p>
      <w:r>
        <w:rPr>
          <w:b/>
        </w:rPr>
        <w:t xml:space="preserve">[1:04:01] </w:t>
      </w:r>
      <w:r>
        <w:t>insan deendari follow kare ya dono? yeh dono word jo hai, woh koi, yani quran mein hai ya hadith mein hai, yeh to istemal hai logon ka.</w:t>
      </w:r>
    </w:p>
    <w:p>
      <w:pPr>
        <w:jc w:val="right"/>
      </w:pPr>
      <w:r>
        <w:t>انسان دیداری فالو کرے یا دونوں؟ یہ دونوں ورڈ جو ہے، وہ کوئی، یعنی قرآن میں ہے یا حدیث میں ہے، یہ تو استعمال ہے لوگوں کے۔</w:t>
      </w:r>
    </w:p>
    <w:p>
      <w:r>
        <w:rPr>
          <w:b/>
        </w:rPr>
        <w:t xml:space="preserve">[1:04:16] </w:t>
      </w:r>
      <w:r>
        <w:t>duniya daari aur deen daari dono jo hai, yani koi rawaji words hain, koi quran o hadith mein yeh word nahin aaya hai.</w:t>
      </w:r>
    </w:p>
    <w:p>
      <w:pPr>
        <w:jc w:val="right"/>
      </w:pPr>
      <w:r>
        <w:t>دنیا داری اور دین داری دونوں جو ہے، یعنی کوئی رواجی ورڈز ہیں، کوئی قرآن و حدیث میں یہ ورڈ نہیں آیا ہے۔</w:t>
      </w:r>
    </w:p>
    <w:p>
      <w:r>
        <w:rPr>
          <w:b/>
        </w:rPr>
        <w:t xml:space="preserve">[1:04:26] </w:t>
      </w:r>
      <w:r>
        <w:t>ji haan, is liye agar aap is se quran o hadith ke jo term hain, is mein aap koi sawal karenge to inshallah main is ka jawab doonga.</w:t>
      </w:r>
    </w:p>
    <w:p>
      <w:pPr>
        <w:jc w:val="right"/>
      </w:pPr>
      <w:r>
        <w:t>جی ہاں، اس لیے اگر آپ اس سے قرآن و حدیث کے جو ٹرم ہیں، اس میں آپ کوئی سوال کریں گے تو انشاءاللہ میں اس کا جواب دوں گا۔</w:t>
      </w:r>
    </w:p>
    <w:p>
      <w:r>
        <w:rPr>
          <w:b/>
        </w:rPr>
        <w:t xml:space="preserve">[1:04:36] </w:t>
      </w:r>
      <w:r>
        <w:t>yeh to ab log istemal karte hain, to log jaanen kis kis mani mein bolte hain. woh main to dono lafz theek nahin samajhta. main deen daari ka word bhi theek nahin, main ne dekha duniya daari ka word bhi theek nahin hai.</w:t>
      </w:r>
    </w:p>
    <w:p>
      <w:pPr>
        <w:jc w:val="right"/>
      </w:pPr>
      <w:r>
        <w:t>یہ تو اب لوگ استعمال کرتے ہیں، تو لوگ جانیں کس کس معنی میں بولتے ہیں۔ وہ میں تو دونوں لفظ ٹھیک نہیں سمجھتا۔ میں دین داری کا ورڈ بھی ٹھیک نہیں، میں نے دیکھا دنیا داری کا ورڈ بھی ٹھیک نہیں ہے۔</w:t>
      </w:r>
    </w:p>
    <w:p>
      <w:r>
        <w:rPr>
          <w:b/>
        </w:rPr>
        <w:t xml:space="preserve">[1:04:46] </w:t>
      </w:r>
      <w:r>
        <w:t>main ne dekha</w:t>
      </w:r>
    </w:p>
    <w:p>
      <w:pPr>
        <w:jc w:val="right"/>
      </w:pPr>
      <w:r>
        <w:t>میں نے دیکھا</w:t>
      </w:r>
    </w:p>
    <w:p>
      <w:r>
        <w:rPr>
          <w:b/>
        </w:rPr>
        <w:t xml:space="preserve">[1:04:49] </w:t>
      </w:r>
      <w:r>
        <w:t>to main is sawal ke bare mein bol sakta hoon jo well defined term mein ho. is tarah ka yeh, yeh koi well defined term nahin hai. aam, aam log istemal karte hain is ko.</w:t>
      </w:r>
    </w:p>
    <w:p>
      <w:pPr>
        <w:jc w:val="right"/>
      </w:pPr>
      <w:r>
        <w:t>تو میں اس سوال کے بارے میں بول سکتا ہوں جو ویل ڈیفائنڈ ٹرم میں ہو۔ اس طرح کا یہ، یہ کوئی ویل ڈیفائنڈ ٹرم نہیں ہے۔ عام، عام لوگ استعمال کرتے ہیں اس کو۔</w:t>
      </w:r>
    </w:p>
    <w:p>
      <w:r>
        <w:rPr>
          <w:b/>
        </w:rPr>
        <w:t xml:space="preserve">[1:05:01] </w:t>
      </w:r>
      <w:r>
        <w:t>this question is from dr farida khanam. muslims believe that one who recites kalma will surely find entry into paradise.</w:t>
      </w:r>
    </w:p>
    <w:p>
      <w:pPr>
        <w:jc w:val="right"/>
      </w:pPr>
      <w:r>
        <w:t>دس کوئسچن از فرام ڈاکٹر فریدہ خانم۔ مسلمز بیلیو دیٹ ون ہو ریسائیڈس کلمہ ول شورلی فائنڈ انٹری انٹو پیراڈائز۔</w:t>
      </w:r>
    </w:p>
    <w:p>
      <w:r>
        <w:rPr>
          <w:b/>
        </w:rPr>
        <w:t xml:space="preserve">[1:05:12] </w:t>
      </w:r>
      <w:r>
        <w:t>please comment.</w:t>
      </w:r>
    </w:p>
    <w:p>
      <w:pPr>
        <w:jc w:val="right"/>
      </w:pPr>
      <w:r>
        <w:t>پلیز کمنٹ۔</w:t>
      </w:r>
    </w:p>
    <w:p>
      <w:r>
        <w:rPr>
          <w:b/>
        </w:rPr>
        <w:t xml:space="preserve">[1:05:15] </w:t>
      </w:r>
      <w:r>
        <w:t>dekhen, aisa hai ke bukhari mein ek riwayat hai: man qala la ilaha illallah dakhala al jannah. jis ne kaha ke la ilaha illallah to woh jannat mein jayega.</w:t>
      </w:r>
    </w:p>
    <w:p>
      <w:pPr>
        <w:jc w:val="right"/>
      </w:pPr>
      <w:r>
        <w:t>دیکھیں، ایسا ہے کہ بخاری میں ایک روایت ہے: من قال لا الہ الا اللہ دخل الجنہ۔ جس نے کہا کہ لا الہ الا اللہ تو وہ جنت میں جائے گا۔</w:t>
      </w:r>
    </w:p>
    <w:p>
      <w:r>
        <w:rPr>
          <w:b/>
        </w:rPr>
        <w:t xml:space="preserve">[1:05:29] </w:t>
      </w:r>
      <w:r>
        <w:t>yeh hadith sahih hai, lekin is ka matlab kya hai, woh janna hai. kyunke doosri hadith ek aur hai: man araf Allah illallah dakhala al jannah.</w:t>
      </w:r>
    </w:p>
    <w:p>
      <w:pPr>
        <w:jc w:val="right"/>
      </w:pPr>
      <w:r>
        <w:t>یہ حدیث صحیح ہے، لیکن اس کا مطلب کیا ہے، وہ جاننا ہے۔ کیونکہ دوسری حدیث ایک اور ہے: من عرف اللہ الا اللہ دخل الجنہ۔</w:t>
      </w:r>
    </w:p>
    <w:p>
      <w:r>
        <w:rPr>
          <w:b/>
        </w:rPr>
        <w:t xml:space="preserve">[1:05:40] </w:t>
      </w:r>
      <w:r>
        <w:t>man araf Allah illallah</w:t>
      </w:r>
    </w:p>
    <w:p>
      <w:pPr>
        <w:jc w:val="right"/>
      </w:pPr>
      <w:r>
        <w:t>من عرف اللہ الا اللہ</w:t>
      </w:r>
    </w:p>
    <w:p>
      <w:r>
        <w:rPr>
          <w:b/>
        </w:rPr>
        <w:t xml:space="preserve">[1:05:42] </w:t>
      </w:r>
      <w:r>
        <w:t>dakhala al jannah. ke jis ko discovery ho gayi, jis ko marifat ho gayi, jis ko realize ho gaya ke Allah ke sath koi ilah nahi, woh jayega jannat mein.</w:t>
      </w:r>
    </w:p>
    <w:p>
      <w:pPr>
        <w:jc w:val="right"/>
      </w:pPr>
      <w:r>
        <w:t>دخل الجنہ۔ کہ جس کو ڈسکوری ہو گئی، جس کو معرفت ہو گئی، جس کو ریلائز ہو گیا کہ اللہ کے ساتھ کوئی الہ نہیں، وہ جائے گا جنت میں۔</w:t>
      </w:r>
    </w:p>
    <w:p>
      <w:r>
        <w:rPr>
          <w:b/>
        </w:rPr>
        <w:t xml:space="preserve">[1:05:51] </w:t>
      </w:r>
      <w:r>
        <w:t>to mein yeh manta hoon ke yeh jo bukhari ki riwayat hai, yahan qaul marifat ke mani mein hai. yahan jo qaul hai, woh marifat ke mani mein hai. yani discovery ke darje mein jo islam pa jaye,</w:t>
      </w:r>
    </w:p>
    <w:p>
      <w:pPr>
        <w:jc w:val="right"/>
      </w:pPr>
      <w:r>
        <w:t>تو میں یہ مانتا ہوں کہ یہ جو بخاری کی روایت ہے، یہاں قول معرفت کے معنی میں ہے۔ یہاں جو قول ہے، وہ معرفت کے معنی میں ہے۔ یعنی ڈسکوری کے درجے میں جو اسلام پا جائے،</w:t>
      </w:r>
    </w:p>
    <w:p>
      <w:r>
        <w:rPr>
          <w:b/>
        </w:rPr>
        <w:t xml:space="preserve">[1:06:04] </w:t>
      </w:r>
      <w:r>
        <w:t>discovery ke darje mein jo Allah ko pa jaye, discovery ke darje mein jis ko iman mil jaye, us ke liye jannat hai.</w:t>
      </w:r>
    </w:p>
    <w:p>
      <w:pPr>
        <w:jc w:val="right"/>
      </w:pPr>
      <w:r>
        <w:t>ڈسکوری کے درجے میں جو اللہ کو پا جائے، ڈسکوری کے درجے میں جس کو ایمان مل جائے، اس کے لیے جنت ہے۔</w:t>
      </w:r>
    </w:p>
    <w:p>
      <w:r>
        <w:rPr>
          <w:b/>
        </w:rPr>
        <w:t xml:space="preserve">[1:06:13] </w:t>
      </w:r>
      <w:r>
        <w:t>aap jante hain ke discovery ke darje mein agar milta hai kisi ko koi baat to poori zindagi mein chha jata hai. woh</w:t>
      </w:r>
    </w:p>
    <w:p>
      <w:pPr>
        <w:jc w:val="right"/>
      </w:pPr>
      <w:r>
        <w:t>آپ جانتے ہیں کہ ڈسکوری کے درجے میں اگر ملتا ہے کسی کو کوئی بات تو پوری زندگی میں چھا جاتا ہے۔ وہ</w:t>
      </w:r>
    </w:p>
    <w:p>
      <w:r>
        <w:rPr>
          <w:b/>
        </w:rPr>
        <w:t xml:space="preserve">[1:06:22] </w:t>
      </w:r>
      <w:r>
        <w:t>koi bhi cheez ho, chahe koi bhi cheez ho, agar discovery ke darje mein aap us ko jaan lein to phir woh, woh sirf lip service nahi rehti hai, woh</w:t>
      </w:r>
    </w:p>
    <w:p>
      <w:pPr>
        <w:jc w:val="right"/>
      </w:pPr>
      <w:r>
        <w:t>کوئی بھی چیز ہو، چاہے کوئی بھی چیز ہو، اگر ڈسکوری کے درجے میں آپ اس کو جان لیں تو پھر وہ، وہ صرف لپ سروس نہیں رہتی ہے، وہ</w:t>
      </w:r>
    </w:p>
    <w:p>
      <w:r>
        <w:rPr>
          <w:b/>
        </w:rPr>
        <w:t xml:space="preserve">[1:06:31] </w:t>
      </w:r>
      <w:r>
        <w:t>woh poori rag o jaan mein utar jati hai aap ke. aur us ko aap mazeed samajhna chahein to surah jo woh hai, woh para saat jo hai, waada samoo, waada samoo ke jo shuru ki ayatein hain, us ko padhiye.</w:t>
      </w:r>
    </w:p>
    <w:p>
      <w:pPr>
        <w:jc w:val="right"/>
      </w:pPr>
      <w:r>
        <w:t>وہ پوری رگ و جان میں اتر جاتی ہے آپ کے۔ اور اس کو آپ مزید سمجھنا چاہیں تو سورہ جو وہ ہے، وہ پارہ سات جو ہے، وعدہ سمعو، وعدہ سموع کے جو شروع کی آیتیں ہیں، اس کو پڑھیے۔</w:t>
      </w:r>
    </w:p>
    <w:p>
      <w:r>
        <w:rPr>
          <w:b/>
        </w:rPr>
        <w:t xml:space="preserve">[1:06:47] </w:t>
      </w:r>
      <w:r>
        <w:t>saatwein pare ki wahan par qaul aur marifat dono ka istemal kiya gaya hai, dono ka lafz istemal aya</w:t>
      </w:r>
    </w:p>
    <w:p>
      <w:pPr>
        <w:jc w:val="right"/>
      </w:pPr>
      <w:r>
        <w:t>ساتویں پارے کی وہاں پر قول اور معرفت دونوں کا استعمال کیا گیا ہے، دونوں کا لفظ استعمال آیا</w:t>
      </w:r>
    </w:p>
    <w:p>
      <w:r>
        <w:rPr>
          <w:b/>
        </w:rPr>
        <w:t xml:space="preserve">[1:06:55] </w:t>
      </w:r>
      <w:r>
        <w:t>hai. to wahan qaul ke, qaul ke woh ko ka explanation wahin mil jata hai, isi ek ek hi jagah, ek hi jagah mil jata hai.</w:t>
      </w:r>
    </w:p>
    <w:p>
      <w:pPr>
        <w:jc w:val="right"/>
      </w:pPr>
      <w:r>
        <w:t>ہے۔ تو وہاں قول کے، قول کے وہ کو کا ایکسپلینیشن وہیں مل جاتا ہے، اسی ایک ایک ہی جگہ، ایک ہی جگہ مل جاتا ہے۔</w:t>
      </w:r>
    </w:p>
    <w:p>
      <w:r>
        <w:rPr>
          <w:b/>
        </w:rPr>
        <w:t xml:space="preserve">[1:07:06] </w:t>
      </w:r>
      <w:r>
        <w:t>woh aap us ko ja ke padhiye ga, waada samoo ka jo shuru ki ayatein hain to aap ko mil jayega ke wahan khud hi quran bata raha hai, qaul se murad hai marifat.</w:t>
      </w:r>
    </w:p>
    <w:p>
      <w:pPr>
        <w:jc w:val="right"/>
      </w:pPr>
      <w:r>
        <w:t>وہ آپ اس کو جا کے پڑھیے گا، وعدہ سموع کا جو شروع کی آیتیں ہیں تو آپ کو مل جائے گا کہ وہاں خود ہی قرآن بتا رہا ہے، قول سے مراد ہے معرفت۔</w:t>
      </w:r>
    </w:p>
    <w:p>
      <w:r>
        <w:rPr>
          <w:b/>
        </w:rPr>
        <w:t xml:space="preserve">[1:07:19] </w:t>
      </w:r>
      <w:r>
        <w:t>qaul se murad hai marifat. das question is from mr nafees shiraz.</w:t>
      </w:r>
    </w:p>
    <w:p>
      <w:pPr>
        <w:jc w:val="right"/>
      </w:pPr>
      <w:r>
        <w:t>قول سے مراد ہے معرفت۔ دس کوئسچن از فرام مسٹر نفیس شیراز۔</w:t>
      </w:r>
    </w:p>
    <w:p>
      <w:r>
        <w:rPr>
          <w:b/>
        </w:rPr>
        <w:t xml:space="preserve">[1:07:26] </w:t>
      </w:r>
      <w:r>
        <w:t>mushahida kya hota hai aur murakaba kise kehte hain? kripa is ki tafseeli wajahat farmayen. yeh sab soofiyon ka hai.</w:t>
      </w:r>
    </w:p>
    <w:p>
      <w:pPr>
        <w:jc w:val="right"/>
      </w:pPr>
      <w:r>
        <w:t>مشاہدہ کیا ہوتا ہے اور مراقبہ کسے کہتے ہیں؟ कृپا اس کی تفصیلی وجاہت فرمائیں۔ یہ سب صوفیوں کا ہے۔</w:t>
      </w:r>
    </w:p>
    <w:p>
      <w:r>
        <w:rPr>
          <w:b/>
        </w:rPr>
        <w:t xml:space="preserve">[1:07:35] </w:t>
      </w:r>
      <w:r>
        <w:t>mein to us ko kuch bhi nahi samajhta, na mushahida hai, na murakaba hai. hum in cheezon ko nahi mante.</w:t>
      </w:r>
    </w:p>
    <w:p>
      <w:pPr>
        <w:jc w:val="right"/>
      </w:pPr>
      <w:r>
        <w:t>میں تو اس کو کچھ بھی نہیں سمجھتا، نہ مشاہدہ ہے، نہ مراقبہ ہے۔ ہم ان چیزوں کو نہیں مانتے۔</w:t>
      </w:r>
    </w:p>
    <w:p>
      <w:r>
        <w:rPr>
          <w:b/>
        </w:rPr>
        <w:t xml:space="preserve">[1:07:45] </w:t>
      </w:r>
      <w:r>
        <w:t>das question is from mr michel lemay. molana, what should one think of ibn arabi's philosophy of wahdat al wajood?</w:t>
      </w:r>
    </w:p>
    <w:p>
      <w:pPr>
        <w:jc w:val="right"/>
      </w:pPr>
      <w:r>
        <w:t>دس کوئسچن از فرام مسٹر میشل لیمی۔ مولانا، واٹ شوڈ ون تھنک آف ابن عربس فلاسفی آف وحدت الوجود؟</w:t>
      </w:r>
    </w:p>
    <w:p>
      <w:r>
        <w:rPr>
          <w:b/>
        </w:rPr>
        <w:t xml:space="preserve">[1:07:58] </w:t>
      </w:r>
      <w:r>
        <w:t>hmm,</w:t>
      </w:r>
    </w:p>
    <w:p>
      <w:pPr>
        <w:jc w:val="right"/>
      </w:pPr>
      <w:r>
        <w:t>ہمم،</w:t>
      </w:r>
    </w:p>
    <w:p>
      <w:r>
        <w:rPr>
          <w:b/>
        </w:rPr>
        <w:t xml:space="preserve">[1:08:02] </w:t>
      </w:r>
      <w:r>
        <w:t>dekhen, ibn arabi jo tha, bohat bara alam, bohat bara qabil aadmi tha,</w:t>
      </w:r>
    </w:p>
    <w:p>
      <w:pPr>
        <w:jc w:val="right"/>
      </w:pPr>
      <w:r>
        <w:t>دیکھیں، ابن العربی جو تھا، بہت بڑا عالم، بہت بڑا قابل آدمی تھا،</w:t>
      </w:r>
    </w:p>
    <w:p>
      <w:r>
        <w:rPr>
          <w:b/>
        </w:rPr>
        <w:t xml:space="preserve">[1:08:11] </w:t>
      </w:r>
      <w:r>
        <w:t>aur woh wahdat al wajood ko manta tha. mein to us ko nahi manta.</w:t>
      </w:r>
    </w:p>
    <w:p>
      <w:pPr>
        <w:jc w:val="right"/>
      </w:pPr>
      <w:r>
        <w:t>اور وہ وحدت وجود کو مانتا تھا۔ میں تو اس کو نہیں مانتا۔</w:t>
      </w:r>
    </w:p>
    <w:p>
      <w:r>
        <w:rPr>
          <w:b/>
        </w:rPr>
        <w:t xml:space="preserve">[1:08:21] </w:t>
      </w:r>
      <w:r>
        <w:t>I don't believe in wahdat al wajood.</w:t>
      </w:r>
    </w:p>
    <w:p>
      <w:pPr>
        <w:jc w:val="right"/>
      </w:pPr>
      <w:r>
        <w:t>I don't believe in wحدت وجود.</w:t>
      </w:r>
    </w:p>
    <w:p>
      <w:r>
        <w:rPr>
          <w:b/>
        </w:rPr>
        <w:t xml:space="preserve">[1:08:24] </w:t>
      </w:r>
      <w:r>
        <w:t>The English equivalent to this word is monism. Monism, monism means wahdat al wajood. So there are two different concepts of God:</w:t>
      </w:r>
    </w:p>
    <w:p>
      <w:pPr>
        <w:jc w:val="right"/>
      </w:pPr>
      <w:r>
        <w:t>The English equivalent to this word is monism. Monism, monism means wحدت وجود. So there are two different concepts of God:</w:t>
      </w:r>
    </w:p>
    <w:p>
      <w:r>
        <w:rPr>
          <w:b/>
        </w:rPr>
        <w:t xml:space="preserve">[1:08:38] </w:t>
      </w:r>
      <w:r>
        <w:t>monism and monotheism. Two different concepts of God.</w:t>
      </w:r>
    </w:p>
    <w:p>
      <w:pPr>
        <w:jc w:val="right"/>
      </w:pPr>
      <w:r>
        <w:t>monism and monotheism. Two different concepts of God.</w:t>
      </w:r>
    </w:p>
    <w:p>
      <w:r>
        <w:rPr>
          <w:b/>
        </w:rPr>
        <w:t xml:space="preserve">[1:08:47] </w:t>
      </w:r>
      <w:r>
        <w:t>One is based on monism and the second is based on monotheism.</w:t>
      </w:r>
    </w:p>
    <w:p>
      <w:pPr>
        <w:jc w:val="right"/>
      </w:pPr>
      <w:r>
        <w:t>One is based on monism and the second is based on monotheism.</w:t>
      </w:r>
    </w:p>
    <w:p>
      <w:r>
        <w:rPr>
          <w:b/>
        </w:rPr>
        <w:t xml:space="preserve">[1:08:52] </w:t>
      </w:r>
      <w:r>
        <w:t>So monism means those who believe in monism, they believe in God but in a spirit. God as a spirit.</w:t>
      </w:r>
    </w:p>
    <w:p>
      <w:pPr>
        <w:jc w:val="right"/>
      </w:pPr>
      <w:r>
        <w:t>So monism means those who believe in monism, they believe in God but in a spirit. God as a spirit.</w:t>
      </w:r>
    </w:p>
    <w:p>
      <w:r>
        <w:rPr>
          <w:b/>
        </w:rPr>
        <w:t xml:space="preserve">[1:09:03] </w:t>
      </w:r>
      <w:r>
        <w:t>But those who believe in monotheism, they also believe in God but God as a person. So one group believes in God as a person, and the other group believes in God as a spirit, like gravity.</w:t>
      </w:r>
    </w:p>
    <w:p>
      <w:pPr>
        <w:jc w:val="right"/>
      </w:pPr>
      <w:r>
        <w:t>But those who believe in monotheism, they also believe in God but God as a person. So one group believes in God as a person, and the other group believes in God as a spirit, like gravity.</w:t>
      </w:r>
    </w:p>
    <w:p>
      <w:r>
        <w:rPr>
          <w:b/>
        </w:rPr>
        <w:t xml:space="preserve">[1:09:20] </w:t>
      </w:r>
      <w:r>
        <w:t>As far as myself is concerned, you know, the majority of Sufi people were believers of wahdat-e-wujood, that is monism.</w:t>
      </w:r>
    </w:p>
    <w:p>
      <w:pPr>
        <w:jc w:val="right"/>
      </w:pPr>
      <w:r>
        <w:t>As far as myself is concerned, you know, the majority of Sufi people were believers of wحدت وجود, that is monism.</w:t>
      </w:r>
    </w:p>
    <w:p>
      <w:r>
        <w:rPr>
          <w:b/>
        </w:rPr>
        <w:t xml:space="preserve">[1:09:31] </w:t>
      </w:r>
      <w:r>
        <w:t>But I don't believe it. I think that it is wrong. Only monotheistic concept is right.</w:t>
      </w:r>
    </w:p>
    <w:p>
      <w:pPr>
        <w:jc w:val="right"/>
      </w:pPr>
      <w:r>
        <w:t>But I don't believe it. I think that it is wrong. Only monotheistic concept isright.</w:t>
      </w:r>
    </w:p>
    <w:p>
      <w:r>
        <w:rPr>
          <w:b/>
        </w:rPr>
        <w:t xml:space="preserve">[1:09:39] </w:t>
      </w:r>
      <w:r>
        <w:t>I am a believer in, I believe in monotheism and not monism.</w:t>
      </w:r>
    </w:p>
    <w:p>
      <w:pPr>
        <w:jc w:val="right"/>
      </w:pPr>
      <w:r>
        <w:t>I am a believer in, I believe in monotheism and not monism.</w:t>
      </w:r>
    </w:p>
    <w:p>
      <w:r>
        <w:rPr>
          <w:b/>
        </w:rPr>
        <w:t xml:space="preserve">[1:09:46] </w:t>
      </w:r>
      <w:r>
        <w:t>According to my study, monism is a philosophical concept. It is not a religious concept.</w:t>
      </w:r>
    </w:p>
    <w:p>
      <w:pPr>
        <w:jc w:val="right"/>
      </w:pPr>
      <w:r>
        <w:t>According to my study, monism is a philosophical concept. It is not a religious concept.</w:t>
      </w:r>
    </w:p>
    <w:p>
      <w:r>
        <w:rPr>
          <w:b/>
        </w:rPr>
        <w:t xml:space="preserve">[1:09:55] </w:t>
      </w:r>
      <w:r>
        <w:t>Monism is a, according to my study, monism, that is wahdat-e-wujood, is a philosophical concept. It is not a religious concept.</w:t>
      </w:r>
    </w:p>
    <w:p>
      <w:pPr>
        <w:jc w:val="right"/>
      </w:pPr>
      <w:r>
        <w:t>Monism is a, according to my study, monism, that is wحدت وجود, is a philosophical concept. It is not a religious concept.</w:t>
      </w:r>
    </w:p>
    <w:p>
      <w:r>
        <w:rPr>
          <w:b/>
        </w:rPr>
        <w:t xml:space="preserve">[1:10:07] </w:t>
      </w:r>
      <w:r>
        <w:t>Religious concept is based on monotheism, that is tawhid.</w:t>
      </w:r>
    </w:p>
    <w:p>
      <w:pPr>
        <w:jc w:val="right"/>
      </w:pPr>
      <w:r>
        <w:t>Religious concept is based on monotheism, that is tawhid.</w:t>
      </w:r>
    </w:p>
    <w:p>
      <w:r>
        <w:rPr>
          <w:b/>
        </w:rPr>
        <w:t xml:space="preserve">[1:10:13] </w:t>
      </w:r>
      <w:r>
        <w:t>So there are three religions that believe in monotheism: Christianity, Islam, and Judaism. And Indian religions, you know, mostly believe in monism.</w:t>
      </w:r>
    </w:p>
    <w:p>
      <w:pPr>
        <w:jc w:val="right"/>
      </w:pPr>
      <w:r>
        <w:t>So there are three religions that believe in monotheism: Christianity, Islam, and Judaism. And Indian religions, you know, mostly believe in monism.</w:t>
      </w:r>
    </w:p>
    <w:p>
      <w:r>
        <w:rPr>
          <w:b/>
        </w:rPr>
        <w:t xml:space="preserve">[1:10:28] </w:t>
      </w:r>
      <w:r>
        <w:t>But I think this is not a religious concept. It is a philosophical concept, basically. This question is from Mr.</w:t>
      </w:r>
    </w:p>
    <w:p>
      <w:pPr>
        <w:jc w:val="right"/>
      </w:pPr>
      <w:r>
        <w:t>But I think this is not a religious concept. It is a philosophical concept, basically. This question is from Mr.</w:t>
      </w:r>
    </w:p>
    <w:p>
      <w:r>
        <w:rPr>
          <w:b/>
        </w:rPr>
        <w:t xml:space="preserve">[1:10:38] </w:t>
      </w:r>
      <w:r>
        <w:t>Ghulam Nabi.</w:t>
      </w:r>
    </w:p>
    <w:p>
      <w:pPr>
        <w:jc w:val="right"/>
      </w:pPr>
      <w:r>
        <w:t>Ghulam Nabi.</w:t>
      </w:r>
    </w:p>
    <w:p>
      <w:r>
        <w:rPr>
          <w:b/>
        </w:rPr>
        <w:t xml:space="preserve">[1:10:40] </w:t>
      </w:r>
      <w:r>
        <w:t>Maulana sahib, Is it possible for science to prove each and everything in Islam? What about the terms like intuition, miracle, karamat, ilham, etc.</w:t>
      </w:r>
    </w:p>
    <w:p>
      <w:pPr>
        <w:jc w:val="right"/>
      </w:pPr>
      <w:r>
        <w:t>مولانا صاحب، Is it possible for science to prove each and everything in Islam? What about the terms like intuition, miracle, karamat, ilham, etc.</w:t>
      </w:r>
    </w:p>
    <w:p>
      <w:r>
        <w:rPr>
          <w:b/>
        </w:rPr>
        <w:t xml:space="preserve">[1:10:54] </w:t>
      </w:r>
      <w:r>
        <w:t>Yeh karamat to baseless cheez hai. Karamat is nothing. Karamat, haan, karamat. Ji, dekhen, miracle ka doosra naam hai karamat.</w:t>
      </w:r>
    </w:p>
    <w:p>
      <w:pPr>
        <w:jc w:val="right"/>
      </w:pPr>
      <w:r>
        <w:t>یہ کرامت تو بیسلیس چیز ہے۔ کرامت از نتھنگ۔ کرامت، ہاں، کرامت۔ جی، دیکھیں، میریکلی کا دوسرا نام ہے کرامت۔</w:t>
      </w:r>
    </w:p>
    <w:p>
      <w:r>
        <w:rPr>
          <w:b/>
        </w:rPr>
        <w:t xml:space="preserve">[1:11:04] </w:t>
      </w:r>
      <w:r>
        <w:t>Jab aap bolte hain paighambar ke bare mein to aap miracle bolte hain,</w:t>
      </w:r>
    </w:p>
    <w:p>
      <w:pPr>
        <w:jc w:val="right"/>
      </w:pPr>
      <w:r>
        <w:t>جب آپ بولتے ہیں پیغمبر کے بارے میں تو آپ میریکل بولتے ہیں،</w:t>
      </w:r>
    </w:p>
    <w:p>
      <w:r>
        <w:rPr>
          <w:b/>
        </w:rPr>
        <w:t xml:space="preserve">[1:11:09] </w:t>
      </w:r>
      <w:r>
        <w:t>moajza. Aur jab aam log bolte hain jin ko buzurg samajhte hain log to un ko karamat bolte hain. Magar main is ko bilkul absurd samajhta hoon. Koi karamat nahin.</w:t>
      </w:r>
    </w:p>
    <w:p>
      <w:pPr>
        <w:jc w:val="right"/>
      </w:pPr>
      <w:r>
        <w:t>معجزہ۔ اور جب عام لوگ بولتے ہیں جن کو بزرگ سمجھتے ہیں لوگ تو ان کو کرامت بولتے ہیں۔ مگر میں اس کو بالکل ایبسورڈ سمجھتا ہوں۔ کوئی کرامت نہیں۔</w:t>
      </w:r>
    </w:p>
    <w:p>
      <w:r>
        <w:rPr>
          <w:b/>
        </w:rPr>
        <w:t xml:space="preserve">[1:11:19] </w:t>
      </w:r>
      <w:r>
        <w:t>Karamat is nothing. Miracle bhi sirf kuch paighambaron ke liye diya gaya tha. Rasool Allah ke paas koi miracle nahin tha. To is ke baad aap samajhna chahen to meri kitab parhen.</w:t>
      </w:r>
    </w:p>
    <w:p>
      <w:pPr>
        <w:jc w:val="right"/>
      </w:pPr>
      <w:r>
        <w:t>کرامت از نتھنگ۔ میریکل بھی صرف کچھ پیغمبروں کے لیے دیا گیا تھا۔ رسول اللہ کے پاس کوئی میریکل نہیں تھا۔ تو اس کے بعد آپ سمجھنا چاہیں تو میری کتاب پڑھیں۔</w:t>
      </w:r>
    </w:p>
    <w:p>
      <w:r>
        <w:rPr>
          <w:b/>
        </w:rPr>
        <w:t xml:space="preserve">[1:11:29] </w:t>
      </w:r>
      <w:r>
        <w:t>Aap is ki detail agar janna chahen, aap seerat par meri kitab hai. Maulana, The first part of the question was, is it possible for science to prove each and everything in</w:t>
      </w:r>
    </w:p>
    <w:p>
      <w:pPr>
        <w:jc w:val="right"/>
      </w:pPr>
      <w:r>
        <w:t>آپ اس کی ڈیٹیل اگر جاننا چاہیں، آپ سیرت پر میری کتاب ہے۔ مولانا، The first part of the question was, is it possible for science to prove each and everything in</w:t>
      </w:r>
    </w:p>
    <w:p>
      <w:r>
        <w:rPr>
          <w:b/>
        </w:rPr>
        <w:t xml:space="preserve">[1:11:38] </w:t>
      </w:r>
      <w:r>
        <w:t>Islam? Bhai, science mein proof ka matlab kya hai, woh bhi kal maine bataya tha. Aap shayad aaj nahin aaye the wahan par. Methodology jo science ki hai, woh kya hai, us ko samjhiye.</w:t>
      </w:r>
    </w:p>
    <w:p>
      <w:pPr>
        <w:jc w:val="right"/>
      </w:pPr>
      <w:r>
        <w:t>Islam? بھئی، سائنس میں پروف کا مطلب کیا ہے، وہ بھی کل میں نے بتایا تھا۔ آپ شاید آج نہیں آئے تھے وہاں پر۔ میتھڈالوجی جو سائنس کی ہے، وہ کیا ہے، اس کو سمجھیے۔</w:t>
      </w:r>
    </w:p>
    <w:p>
      <w:r>
        <w:rPr>
          <w:b/>
        </w:rPr>
        <w:t xml:space="preserve">[1:11:47] </w:t>
      </w:r>
      <w:r>
        <w:t>Proof ke maani kya hain? Yani scientifically proof karna kya matlab is ka hai?</w:t>
      </w:r>
    </w:p>
    <w:p>
      <w:pPr>
        <w:jc w:val="right"/>
      </w:pPr>
      <w:r>
        <w:t>پروف کے معنی کیا ہیں؟ یعنی سائنٹیفیکلی پروف کرنا کیا مطلب اس کا ہے؟</w:t>
      </w:r>
    </w:p>
    <w:p>
      <w:r>
        <w:rPr>
          <w:b/>
        </w:rPr>
        <w:t xml:space="preserve">[1:11:56] </w:t>
      </w:r>
      <w:r>
        <w:t>Is ke liye aap ko janna chahiye ke what is the scientific method? To kal shayad aap nahin aaye wahan. Aap, maine is ki batayi thi ke scientific method kya hai.</w:t>
      </w:r>
    </w:p>
    <w:p>
      <w:pPr>
        <w:jc w:val="right"/>
      </w:pPr>
      <w:r>
        <w:t>اس کے لیے آپ کو جاننا چاہیے کہ واٹ از دا سائنٹیفک میتھڈ؟ تو کل شاید آپ نہیں آئے وہاں۔ آپ، میں نے اس کی بتائی تھی کہ سائنٹیفک میتھڈ کیا ہے۔</w:t>
      </w:r>
    </w:p>
    <w:p>
      <w:r>
        <w:rPr>
          <w:b/>
        </w:rPr>
        <w:t xml:space="preserve">[1:12:05] </w:t>
      </w:r>
      <w:r>
        <w:t>To ek hai knowledge of thing, ek knowledge of truth. Dono ka alag alag woh hai. To in se cheezon ko, jo jo scientific method hai, us par aap jaanch sakte hain.</w:t>
      </w:r>
    </w:p>
    <w:p>
      <w:pPr>
        <w:jc w:val="right"/>
      </w:pPr>
      <w:r>
        <w:t>تو ایک ہے نالج آف تھنگ، ایک نالج آف ٹروتھ۔ دونوں کا الگ الگ وہ ہے۔ تو ان سے چیزوں کو، جو جو سائنٹیفک میتھڈ ہے، اس پر آپ جانچ سکتے ہیں۔</w:t>
      </w:r>
    </w:p>
    <w:p>
      <w:r>
        <w:rPr>
          <w:b/>
        </w:rPr>
        <w:t xml:space="preserve">[1:12:16] </w:t>
      </w:r>
      <w:r>
        <w:t>Lekin is ka tareeqa hai. Ab is waqt main detail nahin kar sakta. His second question is, how and when a person can feel that he or she has realized God?</w:t>
      </w:r>
    </w:p>
    <w:p>
      <w:pPr>
        <w:jc w:val="right"/>
      </w:pPr>
      <w:r>
        <w:t>لیکن اس کا طریقہ ہے۔ اب اس وقت میں ڈیٹیل نہیں کر سکتا۔ His second question is, how and when a person can feel that he or she has realized God?</w:t>
      </w:r>
    </w:p>
    <w:p>
      <w:r>
        <w:rPr>
          <w:b/>
        </w:rPr>
        <w:t xml:space="preserve">[1:12:30] </w:t>
      </w:r>
      <w:r>
        <w:t>Is there any stage or any special feeling about it?</w:t>
      </w:r>
    </w:p>
    <w:p>
      <w:pPr>
        <w:jc w:val="right"/>
      </w:pPr>
      <w:r>
        <w:t>Is there any stage or any special feeling about it?</w:t>
      </w:r>
    </w:p>
    <w:p>
      <w:r>
        <w:rPr>
          <w:b/>
        </w:rPr>
        <w:t xml:space="preserve">[1:12:38] </w:t>
      </w:r>
      <w:r>
        <w:t>Dekhen, aap apni maan ko mante honge to kya, yani kisi se poochne jayenge aap ke main jaan gaya apni maan ko? Yeh sawal kyun karte hain log meri samajh mein aata hai.</w:t>
      </w:r>
    </w:p>
    <w:p>
      <w:pPr>
        <w:jc w:val="right"/>
      </w:pPr>
      <w:r>
        <w:t>دیکھیں، آپ اپنی ماں کو مانتے ہوں گے تو کیا، یعنی کسی سے پوچھنے جائیں گے آپ کہ میں جان گیا اپنی ماں کو؟ یہ سوال کیوں کرتے ہیں لوگ میری سمجھ میں آتا ہے۔</w:t>
      </w:r>
    </w:p>
    <w:p>
      <w:r>
        <w:rPr>
          <w:b/>
        </w:rPr>
        <w:t xml:space="preserve">[1:12:50] </w:t>
      </w:r>
      <w:r>
        <w:t>Har aadmi apni maan ke bare mein yaqeen rakhta hai, halanke us ne apni maan ke pait se nikalte hue nahin dekha apne aap ko. Kaun hai jis ne dekha apne aap ko ke main maan ke pait se nikal raha hoon?</w:t>
      </w:r>
    </w:p>
    <w:p>
      <w:pPr>
        <w:jc w:val="right"/>
      </w:pPr>
      <w:r>
        <w:t>ہر آدمی اپنی ماں کے بارے میں یقین رکھتا ہے، حالانکہ اس نے اپنی ماں کے پیٹ سے نکلتے ہوئے نہیں دیکھا اپنے آپ کو۔ کون ہے جس نے دیکھا اپنے آپ کو کہ میں ماں کے پیٹ سے نکل رہا ہوں؟</w:t>
      </w:r>
    </w:p>
    <w:p>
      <w:r>
        <w:rPr>
          <w:b/>
        </w:rPr>
        <w:t xml:space="preserve">[1:13:01] </w:t>
      </w:r>
      <w:r>
        <w:t>Baghair dekhe manta hai woh.</w:t>
      </w:r>
    </w:p>
    <w:p>
      <w:pPr>
        <w:jc w:val="right"/>
      </w:pPr>
      <w:r>
        <w:t>بغیر دیکھے مانتا ہے وہ۔</w:t>
      </w:r>
    </w:p>
    <w:p>
      <w:r>
        <w:rPr>
          <w:b/>
        </w:rPr>
        <w:t xml:space="preserve">[1:13:04] </w:t>
      </w:r>
      <w:r>
        <w:t>To jo yaqeen aap ko apni maan par hota hai, wohi yaqeen Khuda par hota hai. Agar aap is ko discover kar len, maan ko discover kar chuke hain to is liye baghair poochhe hue aap us par aap yaqeen kiye hue hain.</w:t>
      </w:r>
    </w:p>
    <w:p>
      <w:pPr>
        <w:jc w:val="right"/>
      </w:pPr>
      <w:r>
        <w:t>تو جو یقین آپ کو اپنی ماں پر ہوتا ہے، وہی یقین خدا پر ہوتا ہے۔ اگر آپ اس کو ڈسکور کر لیں، ماں کو ڈسکور کر چکے ہیں تو اس لیے بغیر پوچھے ہوئے آپ اس پر آپ یقین کیے ہوئے ہیں۔</w:t>
      </w:r>
    </w:p>
    <w:p>
      <w:r>
        <w:rPr>
          <w:b/>
        </w:rPr>
        <w:t xml:space="preserve">[1:13:19] </w:t>
      </w:r>
      <w:r>
        <w:t>khuda ko discovery koi nahi hui hai to log khuda ke bare mein se sawalat karte hain. jis din maa ki tarah discovery ho jaye gi khuda ki, to phir us ke upar koi sawal bhi nahi kare ga.</w:t>
      </w:r>
    </w:p>
    <w:p>
      <w:pPr>
        <w:jc w:val="right"/>
      </w:pPr>
      <w:r>
        <w:t>خدا کو ڈسکوری کوئی نہیں ہوئی ہے تو لوگ خدا کے بارے میں سے سوالات کرتے ہیں۔ جس دن ماں کی طرح ڈسکوری ہو جائے گی خدا کی، تو پھر اس کے اوپر کوئی سوال بھی نہیں کرے گا۔</w:t>
      </w:r>
    </w:p>
    <w:p>
      <w:r>
        <w:rPr>
          <w:b/>
        </w:rPr>
        <w:t xml:space="preserve">[1:13:33] </w:t>
      </w:r>
      <w:r>
        <w:t>This question is from Mr. Khaled Ansari. A few years ago, Dr. Abdul Karim, who is Dr. Zakir Nayak's father, wrote a letter to Muslims media professionals about his son's mission and urged them to support him as he is clearing the misconceptions about Islam through debate.</w:t>
      </w:r>
    </w:p>
    <w:p>
      <w:pPr>
        <w:jc w:val="right"/>
      </w:pPr>
      <w:r>
        <w:t>This question is from Mr. Khaled Ansari. A few years ago, Dr. Abdul Karim, who is Dr. Zakir Nayak's father, wrote a letter to Muslims media professionals about his son's mission andurged them to support him as he is clearing the misconceptions about Islam through debate.</w:t>
      </w:r>
    </w:p>
    <w:p>
      <w:r>
        <w:rPr>
          <w:b/>
        </w:rPr>
        <w:t xml:space="preserve">[1:13:56] </w:t>
      </w:r>
      <w:r>
        <w:t>He also appreciated Dr. Zakir Nayak's debate method by referring it to munazra incidents that Prophet of Islam himself used on some occasions.</w:t>
      </w:r>
    </w:p>
    <w:p>
      <w:pPr>
        <w:jc w:val="right"/>
      </w:pPr>
      <w:r>
        <w:t>He also appreciated Dr. Zakir Nayak's debate method by referring it to مناظرہ incidents that Prophet of Islam himself used on some occasions.</w:t>
      </w:r>
    </w:p>
    <w:p>
      <w:r>
        <w:rPr>
          <w:b/>
        </w:rPr>
        <w:t xml:space="preserve">[1:14:09] </w:t>
      </w:r>
      <w:r>
        <w:t>Do you think Dr. Zakir Nayak's debate method, which is based on winning and making Hindus, Christians, and Jews speechless, is sanctioned by Islam?</w:t>
      </w:r>
    </w:p>
    <w:p>
      <w:pPr>
        <w:jc w:val="right"/>
      </w:pPr>
      <w:r>
        <w:t>Do you think Dr. Zakir Nayak's debate method, which is based on winning and making Hindus, Christians, and Jews speechless, is sanctioned by Islam?</w:t>
      </w:r>
    </w:p>
    <w:p>
      <w:r>
        <w:rPr>
          <w:b/>
        </w:rPr>
        <w:t xml:space="preserve">[1:14:22] </w:t>
      </w:r>
      <w:r>
        <w:t>dekhen, is mein rasool Allah ka jo reference hai, bilkul galat</w:t>
      </w:r>
    </w:p>
    <w:p>
      <w:pPr>
        <w:jc w:val="right"/>
      </w:pPr>
      <w:r>
        <w:t>دیکھیں، اس میں رسول اللہ کا جو ریفرنس ہے، بالکل غلط</w:t>
      </w:r>
    </w:p>
    <w:p>
      <w:r>
        <w:rPr>
          <w:b/>
        </w:rPr>
        <w:t xml:space="preserve">[1:14:25] </w:t>
      </w:r>
      <w:r>
        <w:t>hai. rasool Allah ne koi munazra nahi kiya. bilkul aisi baat nahi kahani chahiye aadmi ko without any reference.</w:t>
      </w:r>
    </w:p>
    <w:p>
      <w:pPr>
        <w:jc w:val="right"/>
      </w:pPr>
      <w:r>
        <w:t>ہے۔ رسول اللہ نے کوئی مناظرہ نہیں کیا۔ بالکل ایسی بات نہیں کہانی چاہیے آدمی کو without any reference۔</w:t>
      </w:r>
    </w:p>
    <w:p>
      <w:r>
        <w:rPr>
          <w:b/>
        </w:rPr>
        <w:t xml:space="preserve">[1:14:34] </w:t>
      </w:r>
      <w:r>
        <w:t>baqi munazra jo hai, is ko kehte hain debate. debate to there is no room for debate in Islam.</w:t>
      </w:r>
    </w:p>
    <w:p>
      <w:pPr>
        <w:jc w:val="right"/>
      </w:pPr>
      <w:r>
        <w:t>باقی مناظرہ جو ہے، اس کو کہتے ہیں ڈیبیٹ۔ ڈیبیٹ تو there is no room for debate in Islam.</w:t>
      </w:r>
    </w:p>
    <w:p>
      <w:r>
        <w:rPr>
          <w:b/>
        </w:rPr>
        <w:t xml:space="preserve">[1:14:45] </w:t>
      </w:r>
      <w:r>
        <w:t>debate jo hai, Islam mein nahi hai. Islam mein dawat hai. There is a great difference between dawat and debate.</w:t>
      </w:r>
    </w:p>
    <w:p>
      <w:pPr>
        <w:jc w:val="right"/>
      </w:pPr>
      <w:r>
        <w:t>ڈیبیٹ جو ہے، اسلام میں نہیں ہے۔ اسلام میں دعوت ہے۔ There is a great difference between دعوت and ڈیبیٹ۔</w:t>
      </w:r>
    </w:p>
    <w:p>
      <w:r>
        <w:rPr>
          <w:b/>
        </w:rPr>
        <w:t xml:space="preserve">[1:14:54] </w:t>
      </w:r>
      <w:r>
        <w:t>debate to ek ek woh hai, musalmanon ko khush karne ke liye debate hota hai. musalman khush hote hain. Debate means to establish your pride.</w:t>
      </w:r>
    </w:p>
    <w:p>
      <w:pPr>
        <w:jc w:val="right"/>
      </w:pPr>
      <w:r>
        <w:t>ڈیبیٹ تو ایک ایک وہ ہے، مسلمانوں کو خوش کرنے کے لیے ڈیبیٹ ہوتا ہے۔ مسلمان خوش ہوتے ہیں۔ Debate means to establish your pride.</w:t>
      </w:r>
    </w:p>
    <w:p>
      <w:r>
        <w:rPr>
          <w:b/>
        </w:rPr>
        <w:t xml:space="preserve">[1:15:06] </w:t>
      </w:r>
      <w:r>
        <w:t>is liye khoob taliyan bajti hain wahan par.</w:t>
      </w:r>
    </w:p>
    <w:p>
      <w:pPr>
        <w:jc w:val="right"/>
      </w:pPr>
      <w:r>
        <w:t>اس لیے خوب تالیاں بجتی ہیں وہاں پر۔</w:t>
      </w:r>
    </w:p>
    <w:p>
      <w:r>
        <w:rPr>
          <w:b/>
        </w:rPr>
        <w:t xml:space="preserve">[1:15:11] </w:t>
      </w:r>
      <w:r>
        <w:t>ek sahib jo jate the, bohat ziyada is mein to mere pas aye to main ne kaha ke aap yeh bataiye ke wahan taliyan bajti hain. unhon ne kaha ke haan, aap bajate hain.</w:t>
      </w:r>
    </w:p>
    <w:p>
      <w:pPr>
        <w:jc w:val="right"/>
      </w:pPr>
      <w:r>
        <w:t>ایک صاحب جو جاتے تھے، بہت زیادہ اس میں تو میرے پاس آئے تو میں نے کہا کہ آپ یہ بتائیے کہ وہاں تالیاں بجتی ہیں۔ انہوں نے کہا کہ ہاں، آپ بجاتے ہیں۔</w:t>
      </w:r>
    </w:p>
    <w:p>
      <w:r>
        <w:rPr>
          <w:b/>
        </w:rPr>
        <w:t xml:space="preserve">[1:15:20] </w:t>
      </w:r>
      <w:r>
        <w:t>unhon ne kaha haan. to main ne kaha rasool Allah ke haan taliyan bajti th</w:t>
      </w:r>
    </w:p>
    <w:p>
      <w:pPr>
        <w:jc w:val="right"/>
      </w:pPr>
      <w:r>
        <w:t>انہوں نے کہا ہاں۔ تو میں نے کہا رسول اللہ کے ہاں تالیاں بجتی تھ</w:t>
      </w:r>
    </w:p>
    <w:p>
      <w:r>
        <w:rPr>
          <w:b/>
        </w:rPr>
        <w:t xml:space="preserve">[1:15:23] </w:t>
      </w:r>
      <w:r>
        <w:t>in. kaha nahi. to rasool Allah ke hawale kyun dete ho? ek karna ek galat kaam aur rasool Allah ke hawale se karna. is ko apna pride establish karna.</w:t>
      </w:r>
    </w:p>
    <w:p>
      <w:pPr>
        <w:jc w:val="right"/>
      </w:pPr>
      <w:r>
        <w:t>یں۔ کہا نہیں۔ تو رسول اللہ کے حوالے کیوں دیتے ہو؟ ایک کرنا ایک غلط کام اور رسول اللہ کے حوالے سے کرنا۔ اس کو اپنا پرائیڈ اسٹیبلش کرنا۔</w:t>
      </w:r>
    </w:p>
    <w:p>
      <w:r>
        <w:rPr>
          <w:b/>
        </w:rPr>
        <w:t xml:space="preserve">[1:15:34] </w:t>
      </w:r>
      <w:r>
        <w:t>That is not dawah. That is not dawah. yeh to ek business keh sakte hain. kuch bhi keh lijiye aap is ko. dawah to doosre ke gham mein ghulne ka naam hai.</w:t>
      </w:r>
    </w:p>
    <w:p>
      <w:pPr>
        <w:jc w:val="right"/>
      </w:pPr>
      <w:r>
        <w:t>That is not دعویٰ. That is not دعویٰ. یہ تو ایک بزنس کہہ سکتے ہیں۔ کچھ بھی کہہ لیجئے آپ اس کو۔ دعویٰ تو دوسرے کے غم میں گھلنے کا نام ہے۔</w:t>
      </w:r>
    </w:p>
    <w:p>
      <w:r>
        <w:rPr>
          <w:b/>
        </w:rPr>
        <w:t xml:space="preserve">[1:15:44] </w:t>
      </w:r>
      <w:r>
        <w:t>dawah doosron ko jahannum se nikalne ka, yeh tarpne ka naam hai.</w:t>
      </w:r>
    </w:p>
    <w:p>
      <w:pPr>
        <w:jc w:val="right"/>
      </w:pPr>
      <w:r>
        <w:t>دعویٰ دوسروں کو جہنم سے نکالنے کا، یہ تڑپنے کا نام ہے۔</w:t>
      </w:r>
    </w:p>
    <w:p>
      <w:r>
        <w:rPr>
          <w:b/>
        </w:rPr>
        <w:t xml:space="preserve">[1:15:50] </w:t>
      </w:r>
      <w:r>
        <w:t>dawah khuda ke khof se paida hota hai. is mein taliyan bajane ka koi matlab hi nahi hai. aap khuda se dar rahe hain to aap taliyan bajayen ge? aap introspection aye ga aap ke andar to taliyan bajayen ge?</w:t>
      </w:r>
    </w:p>
    <w:p>
      <w:pPr>
        <w:jc w:val="right"/>
      </w:pPr>
      <w:r>
        <w:t>دعویٰ خدا کے خوف سے پیدا ہوتا ہے۔ اس میں تالیاں بجانے کا کوئی مطلب ہی نہیں ہے۔ آپ خدا سے ڈر رہے ہیں تو آپ تالیاں بجائیں گے؟ آپ انٹروسپیکشن آئے گا آپ کے اندر تو تالیاں بجائیں گے؟</w:t>
      </w:r>
    </w:p>
    <w:p>
      <w:r>
        <w:rPr>
          <w:b/>
        </w:rPr>
        <w:t xml:space="preserve">[1:16:01] </w:t>
      </w:r>
      <w:r>
        <w:t>aap</w:t>
      </w:r>
    </w:p>
    <w:p>
      <w:pPr>
        <w:jc w:val="right"/>
      </w:pPr>
      <w:r>
        <w:t>آپ</w:t>
      </w:r>
    </w:p>
    <w:p>
      <w:r>
        <w:rPr>
          <w:b/>
        </w:rPr>
        <w:t xml:space="preserve">[1:16:04] </w:t>
      </w:r>
      <w:r>
        <w:t>jo sachi islami taqreer hoti hai, is cheezon ko dekhen. introspection aata hai, khuda ka khof paida hota hai, jahannum ka dar paida hota hai.</w:t>
      </w:r>
    </w:p>
    <w:p>
      <w:pPr>
        <w:jc w:val="right"/>
      </w:pPr>
      <w:r>
        <w:t>جو سچی اسلامی تقریر ہوتی ہے، اس چیزوں کو دیکھیں۔ انٹروسپیکشن آتا ہے، خدا کا خوف پیدا ہوتا ہے، جہنم کا ڈر پیدا ہوتا ہے۔</w:t>
      </w:r>
    </w:p>
    <w:p>
      <w:r>
        <w:rPr>
          <w:b/>
        </w:rPr>
        <w:t xml:space="preserve">[1:16:15] </w:t>
      </w:r>
      <w:r>
        <w:t>yeh sab baaten accountability ka ehsas aata hai. to wahan taliyan koi bajayen ge? log</w:t>
      </w:r>
    </w:p>
    <w:p>
      <w:pPr>
        <w:jc w:val="right"/>
      </w:pPr>
      <w:r>
        <w:t>یہ سب باتیں اکاؤنٹیبلٹی کا احساس آتا ہے۔ تو وہاں تالیاں کوئی بجائیں گے؟ لوگ</w:t>
      </w:r>
    </w:p>
    <w:p>
      <w:r>
        <w:rPr>
          <w:b/>
        </w:rPr>
        <w:t xml:space="preserve">[1:16:20] </w:t>
      </w:r>
      <w:r>
        <w:t>yeh debate mein hota hai. aisa kuch to main behal jo main ne parha hai Islam ko, to main yeh kahun ga ke Islam mein debate nahi hai.</w:t>
      </w:r>
    </w:p>
    <w:p>
      <w:pPr>
        <w:jc w:val="right"/>
      </w:pPr>
      <w:r>
        <w:t>یہ ڈیبیٹ میں ہوتا ہے۔ ایسا کچھ تو میں بہرحال جو میں نے پڑھا ہے اسلام کو، تو میں یہ کہوں گا کہ اسلام میں ڈیبیٹ نہیں ہے۔</w:t>
      </w:r>
    </w:p>
    <w:p>
      <w:r>
        <w:rPr>
          <w:b/>
        </w:rPr>
        <w:t xml:space="preserve">[1:16:29] </w:t>
      </w:r>
      <w:r>
        <w:t>agarche hamare ulama karte the munazra angrezon ke zamane mein, woh aryon se karte the aur aur qadiyon se karte the.</w:t>
      </w:r>
    </w:p>
    <w:p>
      <w:pPr>
        <w:jc w:val="right"/>
      </w:pPr>
      <w:r>
        <w:t>اگرچہ ہمارے علماء کرتے تھے مناظرہ انگریزوں کے زمانے میں، وہ آریوں سے کرتے تھے اور اور قادیانیوں سے کرتے تھے۔</w:t>
      </w:r>
    </w:p>
    <w:p>
      <w:r>
        <w:rPr>
          <w:b/>
        </w:rPr>
        <w:t xml:space="preserve">[1:16:41] </w:t>
      </w:r>
      <w:r>
        <w:t>lekin main is ko bilkul galat samajhta hoon. ulama karte the, is is ki wajah se woh sahi nahi ho jaye ga.</w:t>
      </w:r>
    </w:p>
    <w:p>
      <w:pPr>
        <w:jc w:val="right"/>
      </w:pPr>
      <w:r>
        <w:t>لیکن میں اس کو بالکل غلط سمجھتا ہوں۔ علماء کرتے تھے، اس اس کی وجہ سے وہ صحیح نہیں ہو جائے گا۔</w:t>
      </w:r>
    </w:p>
    <w:p>
      <w:r>
        <w:rPr>
          <w:b/>
        </w:rPr>
        <w:t xml:space="preserve">[1:16:47] </w:t>
      </w:r>
      <w:r>
        <w:t>main ek latifa bataun ke woh debate kiya cheez hai? ek ek alam ne likha ke</w:t>
      </w:r>
    </w:p>
    <w:p>
      <w:pPr>
        <w:jc w:val="right"/>
      </w:pPr>
      <w:r>
        <w:t>میں ایک لطیفہ بتاؤں کہ وہ ڈیبیٹ کیا چیز ہے؟ ایک ایک عالم نے لکھا کہ</w:t>
      </w:r>
    </w:p>
    <w:p>
      <w:r>
        <w:rPr>
          <w:b/>
        </w:rPr>
        <w:t xml:space="preserve">[1:16:59] </w:t>
      </w:r>
      <w:r>
        <w:t>bohat se dilchasp qisse hain. to is mein se ek qissa yeh hai ke arya mein aur aur ek molana sahib mein munazra mein munazra hua.</w:t>
      </w:r>
    </w:p>
    <w:p>
      <w:pPr>
        <w:jc w:val="right"/>
      </w:pPr>
      <w:r>
        <w:t>بہت سے دلچسپ قصے ہیں۔ تو اس میں سے ایک قصہ یہ ہے کہ آریہ میں اور اور ایک مولانا صاحب میں مناظر میں مناظرہ ہوا۔</w:t>
      </w:r>
    </w:p>
    <w:p>
      <w:r>
        <w:rPr>
          <w:b/>
        </w:rPr>
        <w:t xml:space="preserve">[1:17:09] </w:t>
      </w:r>
      <w:r>
        <w:t>to arya ne kaha, woh arabi janta tha ke bataiye ke yeh bukhari hai ke nahi? unhon ne kaha ke haan, bukhari hai.</w:t>
      </w:r>
    </w:p>
    <w:p>
      <w:pPr>
        <w:jc w:val="right"/>
      </w:pPr>
      <w:r>
        <w:t>تو آریہ نے کہا، وہ عربی جانتا تھا کہ بتائیے کہ یہ بخاری ہے کہ نہیں؟ انہوں نے کہا کہ ہاں، بخاری ہے۔</w:t>
      </w:r>
    </w:p>
    <w:p>
      <w:r>
        <w:rPr>
          <w:b/>
        </w:rPr>
        <w:t xml:space="preserve">[1:17:16] </w:t>
      </w:r>
      <w:r>
        <w:t>maante hain ke haan, maante hain. dekhen, is mein likha hua hai: mun qala la ilaha illallah jo la ilaha kahega, woh jannat mein jayega.</w:t>
      </w:r>
    </w:p>
    <w:p>
      <w:pPr>
        <w:jc w:val="right"/>
      </w:pPr>
      <w:r>
        <w:t>مانتے ہیں کہ ہاں، مانتے ہیں۔ دیکھیں، اس میں لکھا ہوا ہے: من قال لا الہ الا اللہ جو لا الہ کہے گا، وہ جنت میں جائے گا۔</w:t>
      </w:r>
    </w:p>
    <w:p>
      <w:r>
        <w:rPr>
          <w:b/>
        </w:rPr>
        <w:t xml:space="preserve">[1:17:25] </w:t>
      </w:r>
      <w:r>
        <w:t>to Maulana sahib ne kaha ke haan, sahih hai. to phir woh aariyah ne audience ko mukhatib kar ke kaha: suno bhai, main kehta hoon la ilaha illallah.</w:t>
      </w:r>
    </w:p>
    <w:p>
      <w:pPr>
        <w:jc w:val="right"/>
      </w:pPr>
      <w:r>
        <w:t>تو مولانا صاحب نے کہا کہ ہاں، صحیح ہے۔ تو پھر وہ آریہ نے آڈینس کو مخاطب کر کے کہا: سنو بھائی، میں کہتا ہوں لا الہ الا اللہ۔</w:t>
      </w:r>
    </w:p>
    <w:p>
      <w:r>
        <w:rPr>
          <w:b/>
        </w:rPr>
        <w:t xml:space="preserve">[1:17:35] </w:t>
      </w:r>
      <w:r>
        <w:t>ab in ke in ke paas koi jawab nahi raha. to debate mein yahi sab chalta hai. jo zyada hoshiyar hota hai, woh jeet jata hai. yeh debate hoshiyari ka khel hai.</w:t>
      </w:r>
    </w:p>
    <w:p>
      <w:pPr>
        <w:jc w:val="right"/>
      </w:pPr>
      <w:r>
        <w:t>اب ان کے ان کے پاس کوئی جواب نہیں رہا۔ تو ڈیبیٹ میں یہی سب چلتا ہے۔ جو زیادہ ہوشیار ہوتا ہے، وہ جیت جاتا ہے۔ یہ ڈیبیٹ ہوشیاری کا کھیل ہے۔</w:t>
      </w:r>
    </w:p>
    <w:p>
      <w:r>
        <w:rPr>
          <w:b/>
        </w:rPr>
        <w:t xml:space="preserve">[1:17:46] </w:t>
      </w:r>
      <w:r>
        <w:t>main ne dekha aise tamashe. debate hoshiyari ka khel hai. yeh to ek pehlwani hai. jis ke paas zyada kartab hoga, woh jeet jayega. yeh debate jo hai, debate yeh pehlwani hai.</w:t>
      </w:r>
    </w:p>
    <w:p>
      <w:pPr>
        <w:jc w:val="right"/>
      </w:pPr>
      <w:r>
        <w:t>میں نے دیکھا ایسے تماشے۔ ڈیبیٹ ہوشیاری کا کھیل ہے۔ یہ تو ایک پہلوانی ہے۔ جس کے پاس زیادہ کرتب ہوگا، وہ جیت جائے گا۔ یہ ڈیبیٹ جو ہے، ڈیبیٹ یہ پہلوانی ہے۔</w:t>
      </w:r>
    </w:p>
    <w:p>
      <w:r>
        <w:rPr>
          <w:b/>
        </w:rPr>
        <w:t xml:space="preserve">[1:18:00] </w:t>
      </w:r>
      <w:r>
        <w:t>intellectual pehlwani. jis ko zyada kartab aayega, woh jeet jayega. jaise ke main ne misaal di aap ko ke aariyah samaj ka jo aadmi tha, woh zyada kartab aata tha.</w:t>
      </w:r>
    </w:p>
    <w:p>
      <w:pPr>
        <w:jc w:val="right"/>
      </w:pPr>
      <w:r>
        <w:t>انٹلیکچول پہلوانی۔ جس کو زیادہ کرتب آئے گا، وہ جیت جائے گا۔ جیسے کہ میں نے مثال دی آپ کو کہ آریہ سماج کا جو آدمی تھا، وہ زیادہ کرتب آتا تھا۔</w:t>
      </w:r>
    </w:p>
    <w:p>
      <w:r>
        <w:rPr>
          <w:b/>
        </w:rPr>
        <w:t xml:space="preserve">[1:18:09] </w:t>
      </w:r>
      <w:r>
        <w:t>isko to is ne Maulana sahib ko hara diya.</w:t>
      </w:r>
    </w:p>
    <w:p>
      <w:pPr>
        <w:jc w:val="right"/>
      </w:pPr>
      <w:r>
        <w:t>اس کو تو اس نے مولانا صاحب کو ہرا دیا۔</w:t>
      </w:r>
    </w:p>
    <w:p>
      <w:r>
        <w:rPr>
          <w:b/>
        </w:rPr>
        <w:t xml:space="preserve">[1:18:13] </w:t>
      </w:r>
      <w:r>
        <w:t>yeh yeh yeh kartab baazi harana jitana, yeh Islam mein nahi hai. Islam to naam hai dawat ka.</w:t>
      </w:r>
    </w:p>
    <w:p>
      <w:pPr>
        <w:jc w:val="right"/>
      </w:pPr>
      <w:r>
        <w:t>یہ یہ یہ کرتب بازی ہرانا جتانا، یہ اسلام میں نہیں ہے۔ اسلام تو نام ہے دعوت کا۔</w:t>
      </w:r>
    </w:p>
    <w:p>
      <w:r>
        <w:rPr>
          <w:b/>
        </w:rPr>
        <w:t xml:space="preserve">[1:18:21] </w:t>
      </w:r>
      <w:r>
        <w:t>dawat naam hai logon ki khair khwahi ka, logon ke liye tadapne ka. da work bilkul alag cheez hai aur debate bilkul alag cheez hai.</w:t>
      </w:r>
    </w:p>
    <w:p>
      <w:pPr>
        <w:jc w:val="right"/>
      </w:pPr>
      <w:r>
        <w:t>دعوت نام ہے لوگوں کی خیر خواہی کا، لوگوں کے لیے تڑپنے کا۔ دا ورک بالکل الگ چیز ہے اور ڈیبیٹ بالکل الگ چیز ہے۔</w:t>
      </w:r>
    </w:p>
    <w:p>
      <w:r>
        <w:rPr>
          <w:b/>
        </w:rPr>
        <w:t xml:space="preserve">[1:18:32] </w:t>
      </w:r>
      <w:r>
        <w:t>This question is from Dr. Farida Khanum.</w:t>
      </w:r>
    </w:p>
    <w:p>
      <w:pPr>
        <w:jc w:val="right"/>
      </w:pPr>
      <w:r>
        <w:t>This question is from Dr. Farida Khanum.</w:t>
      </w:r>
    </w:p>
    <w:p>
      <w:r>
        <w:rPr>
          <w:b/>
        </w:rPr>
        <w:t xml:space="preserve">[1:18:36] </w:t>
      </w:r>
      <w:r>
        <w:t>How can we convince people that being born in a Muslim family does not guarantee paradise in the hereafter? yeh to Quran mein hadith bilkul wazeh hai:</w:t>
      </w:r>
    </w:p>
    <w:p>
      <w:pPr>
        <w:jc w:val="right"/>
      </w:pPr>
      <w:r>
        <w:t>How can we convince people that being born in a Muslim family does not guarantee paradise in the hereafter? یہ تو قرآن میں حدیث بالکل واضح ہے:</w:t>
      </w:r>
    </w:p>
    <w:p>
      <w:r>
        <w:rPr>
          <w:b/>
        </w:rPr>
        <w:t xml:space="preserve">[1:18:51] </w:t>
      </w:r>
      <w:r>
        <w:t>laisa bi amani kubul al amani al kitabi man ya'mal subhanahu yujzabi bahut si aayatein hain, bahut si hadith hain ke yaani birth se kisi ko iman nahi mil jata.</w:t>
      </w:r>
    </w:p>
    <w:p>
      <w:pPr>
        <w:jc w:val="right"/>
      </w:pPr>
      <w:r>
        <w:t>لَيْسَ بِأَمَانِيَ كُبُلَ الْأَمَانِ الْكِتَابِ مَنْ يَعْمَلْ سُبْحَانَهُۖ یُجْذَبِ بہت سی آیتیں ہیں، بہت سی حدیثیں ہیں کہ یعنی برتھ سے کسی کو ایمان نہیں مل جاتا۔</w:t>
      </w:r>
    </w:p>
    <w:p>
      <w:r>
        <w:rPr>
          <w:b/>
        </w:rPr>
        <w:t xml:space="preserve">[1:19:06] </w:t>
      </w:r>
      <w:r>
        <w:t>iman marifat se milta hai. yaad rakhiye, ek hai accident of birth, ittefaq se aap paida ho gaye kisi family mein.</w:t>
      </w:r>
    </w:p>
    <w:p>
      <w:pPr>
        <w:jc w:val="right"/>
      </w:pPr>
      <w:r>
        <w:t>ایمان معرفت سے ملتا ہے۔ یاد رکھیے، ایک ہے ایکسیڈنٹ آف برتھ، اتفاق سے آپ پیدا ہوگئے کسی فیملی میں۔</w:t>
      </w:r>
    </w:p>
    <w:p>
      <w:r>
        <w:rPr>
          <w:b/>
        </w:rPr>
        <w:t xml:space="preserve">[1:19:15] </w:t>
      </w:r>
      <w:r>
        <w:t>is se aadmi ko Islam nahi milta hai. Islam milta hai marifat se. marifat milta hai, study karta hai aadmi, samajhta hai baaton ko.</w:t>
      </w:r>
    </w:p>
    <w:p>
      <w:pPr>
        <w:jc w:val="right"/>
      </w:pPr>
      <w:r>
        <w:t>اس سے آدمی کو اسلام نہیں ملتا ہے۔ اسلام ملتا ہے معرفت سے۔ معرفت ملتا ہے، اسٹڈی کرتا ہے آدمی، سمجھتا ہے باتوں کو۔</w:t>
      </w:r>
    </w:p>
    <w:p>
      <w:r>
        <w:rPr>
          <w:b/>
        </w:rPr>
        <w:t xml:space="preserve">[1:19:25] </w:t>
      </w:r>
      <w:r>
        <w:t>jab is ki discovery hoti hai to is ke dil mein utarti hai baat.</w:t>
      </w:r>
    </w:p>
    <w:p>
      <w:pPr>
        <w:jc w:val="right"/>
      </w:pPr>
      <w:r>
        <w:t>جب اس کی ڈسکوری ہوتی ہے تو اس کے دل میں اترتی ہے بات۔</w:t>
      </w:r>
    </w:p>
    <w:p>
      <w:r>
        <w:rPr>
          <w:b/>
        </w:rPr>
        <w:t xml:space="preserve">[1:19:30] </w:t>
      </w:r>
      <w:r>
        <w:t>to behal yeh baat Quran hadith mein bahut hi clear hai ke iman milta hai marifat se, magar kahin janam lene se nahi milta Islam.</w:t>
      </w:r>
    </w:p>
    <w:p>
      <w:pPr>
        <w:jc w:val="right"/>
      </w:pPr>
      <w:r>
        <w:t>تو بہرحال یہ بات قرآن حدیث میں بہت ہی کلیئر ہے کہ ایمان ملتا ہے معرفت سے، مگر کہیں جنم لینے سے نہیں ملتا اسلام۔</w:t>
      </w:r>
    </w:p>
    <w:p>
      <w:r>
        <w:rPr>
          <w:b/>
        </w:rPr>
        <w:t xml:space="preserve">[1:19:39] </w:t>
      </w:r>
      <w:r>
        <w:t>yeh to khud sakhta logon ka tareeqa hai aur is par hum ne bahut kuch likha hai. is par koi samajhna chahe to parh sakta hai.</w:t>
      </w:r>
    </w:p>
    <w:p>
      <w:pPr>
        <w:jc w:val="right"/>
      </w:pPr>
      <w:r>
        <w:t>یہ تو خود ساختہ لوگوں کا طریقہ ہے اور اس پر ہم نے بہت کچھ لکھا ہے۔ اس پر کوئی سمجھنا چاہے تو پڑھ سکتا ہے۔</w:t>
      </w:r>
    </w:p>
    <w:p>
      <w:r>
        <w:rPr>
          <w:b/>
        </w:rPr>
        <w:t xml:space="preserve">[1:19:50] </w:t>
      </w:r>
      <w:r>
        <w:t>woh hamari kitaab hai tazkir al Quran mein, parh sakta hai woh jo tafsir hai.</w:t>
      </w:r>
    </w:p>
    <w:p>
      <w:pPr>
        <w:jc w:val="right"/>
      </w:pPr>
      <w:r>
        <w:t>وہ ہماری کتاب ہے تذکر القرآن میں، پڑھ سکتا ہے وہ جو تفسیر ہے۔</w:t>
      </w:r>
    </w:p>
    <w:p>
      <w:r>
        <w:rPr>
          <w:b/>
        </w:rPr>
        <w:t xml:space="preserve">[1:19:57] </w:t>
      </w:r>
      <w:r>
        <w:t>This question is from Miss Razia. What is humanism? How does it support atheism? dekhen, humanism ka jo ek woh hai insaniyat nawazi, woh ek alag cheez hai.</w:t>
      </w:r>
    </w:p>
    <w:p>
      <w:pPr>
        <w:jc w:val="right"/>
      </w:pPr>
      <w:r>
        <w:t>This question is from Miss Razia. What is humanism? How does it support atheism? دیکھیں، ہیومنزم کا جو ایک وہ ہے انسانیت نوازی، وہ ایک الگ چیز ہے۔</w:t>
      </w:r>
    </w:p>
    <w:p>
      <w:r>
        <w:rPr>
          <w:b/>
        </w:rPr>
        <w:t xml:space="preserve">[1:20:13] </w:t>
      </w:r>
      <w:r>
        <w:t>humanism philosophy mein ek term use hota hai, is ke maani main ne kaha</w:t>
      </w:r>
    </w:p>
    <w:p>
      <w:pPr>
        <w:jc w:val="right"/>
      </w:pPr>
      <w:r>
        <w:t>ہیومنزم فلاسفی میں ایک ٹرم یوز ہوتا ہے، اس کے معنی میں نے کہا</w:t>
      </w:r>
    </w:p>
    <w:p>
      <w:r>
        <w:rPr>
          <w:b/>
        </w:rPr>
        <w:t xml:space="preserve">[1:20:19] </w:t>
      </w:r>
      <w:r>
        <w:t>log insaniyat ke maani bhi humanism bolte hain ke logon ka social work karna, logon ke kaam aana, woh woh ek alag cheez hai.</w:t>
      </w:r>
    </w:p>
    <w:p>
      <w:pPr>
        <w:jc w:val="right"/>
      </w:pPr>
      <w:r>
        <w:t>لوگ انسانیت کے معنی بھی ہیومنزم بولتے ہیں کہ لوگوں کا سوشل ورک کرنا، لوگوں کے کام آنا، وہ وہ ایک الگ چیز ہے۔</w:t>
      </w:r>
    </w:p>
    <w:p>
      <w:r>
        <w:rPr>
          <w:b/>
        </w:rPr>
        <w:t xml:space="preserve">[1:20:30] </w:t>
      </w:r>
      <w:r>
        <w:t>yaani welfare ka kaam karna, jis ko kehte hain woh philanthropy ka kaam karna. philanthropy ek alag cheez hai. main jo word term use kiya hai, woh philanthropy ke maani mein nahi hai, woh philosophical sense mein hai.</w:t>
      </w:r>
    </w:p>
    <w:p>
      <w:pPr>
        <w:jc w:val="right"/>
      </w:pPr>
      <w:r>
        <w:t>یعنی ویلفیئر کا کام کرنا، جس کو کہتے ہیں وہ فیلنترافی کا کام کرنا۔ فیلنترافی ایک الگ چیز ہے۔ میں جو ورڈ ٹرم یوز کیا ہے، وہ فیلنترافی کے معنی میں نہیں ہے، وہ فلاسفیکل سینس میں ہے۔</w:t>
      </w:r>
    </w:p>
    <w:p>
      <w:r>
        <w:rPr>
          <w:b/>
        </w:rPr>
        <w:t xml:space="preserve">[1:20:44] </w:t>
      </w:r>
      <w:r>
        <w:t>to is maani humanism jo hai, is ka matlab hota hai transfer of seed from God to man. yaani God ka koi matlab nahi hai, hum khud apne malik hain.</w:t>
      </w:r>
    </w:p>
    <w:p>
      <w:pPr>
        <w:jc w:val="right"/>
      </w:pPr>
      <w:r>
        <w:t>تو اس معنی ہیومنزم جو ہے، اس کا مطلب ہوتا ہے ٹرانسفر آف سیڈ فرام گاڈ ٹو مین۔ یعنی گاڈ کا کوئی مطلب نہیں ہے، ہم خود اپنے مالک ہیں۔</w:t>
      </w:r>
    </w:p>
    <w:p>
      <w:r>
        <w:rPr>
          <w:b/>
        </w:rPr>
        <w:t xml:space="preserve">[1:20:54] </w:t>
      </w:r>
      <w:r>
        <w:t>is par aap kitaab aap parhna chahein to Julian Huxley ki kitaab hai: "Religion Without Revelation". "Religion Without Revelation" yaani ab tak jo mazhab tha, woh revelation base hota tha, yaani ilham aur wahi par.</w:t>
      </w:r>
    </w:p>
    <w:p>
      <w:pPr>
        <w:jc w:val="right"/>
      </w:pPr>
      <w:r>
        <w:t>اس پر آپ کتاب آپ پڑھنا چاہیں تو جولین ہکسل کی کتاب ہے: "ریلیجن ودا آؤٹ ریولیشن"۔ "ریلیجن ودا آؤٹ ریولیشن" یعنی اب تک جو مذہب تھا، وہ ریولیشن بیس ہوتا تھا، یعنی الہام اور وحی پر۔</w:t>
      </w:r>
    </w:p>
    <w:p>
      <w:r>
        <w:rPr>
          <w:b/>
        </w:rPr>
        <w:t xml:space="preserve">[1:21:10] </w:t>
      </w:r>
      <w:r>
        <w:t>ab woh kehte hain ke nahi, hamein koi zaroorat nahi hai.</w:t>
      </w:r>
    </w:p>
    <w:p>
      <w:pPr>
        <w:jc w:val="right"/>
      </w:pPr>
      <w:r>
        <w:t>اب وہ کہتے ہیں کہ نہیں، ہمیں کوئی ضرورت نہیں ہے۔</w:t>
      </w:r>
    </w:p>
    <w:p>
      <w:r>
        <w:rPr>
          <w:b/>
        </w:rPr>
        <w:t xml:space="preserve">[1:21:13] </w:t>
      </w:r>
      <w:r>
        <w:t>hamara apni jo science hai, hamara apna jo janna hai, wahi kaafi hai. ab aur hum ab khud, yaani insan insan made mazhab banayenge, isi par hum chalenge.</w:t>
      </w:r>
    </w:p>
    <w:p>
      <w:pPr>
        <w:jc w:val="right"/>
      </w:pPr>
      <w:r>
        <w:t>ہمارا اپنی جو سائنس ہے، ہمارا اپنا جو جاننا ہے، وہی کافی ہے۔ اب اور ہم اب خود، یعنی انسان انسان میڈ مذہب بنائیں گے، اسی پر ہم چلیں گے۔</w:t>
      </w:r>
    </w:p>
    <w:p>
      <w:r>
        <w:rPr>
          <w:b/>
        </w:rPr>
        <w:t xml:space="preserve">[1:21:27] </w:t>
      </w:r>
      <w:r>
        <w:t>to humans ka matlab hota hai wahi transfer of seed from God to man. to philanthropy wale sense mein hamein bhi log istemal karte hain, lekin woh ek alag cheez hai.</w:t>
      </w:r>
    </w:p>
    <w:p>
      <w:pPr>
        <w:jc w:val="right"/>
      </w:pPr>
      <w:r>
        <w:t>تو ہیومنز کا مطلب ہوتا ہے وہی ٹرانسفر آف سیڈ فرام گاڈ ٹو مین۔ تو فیلنترافی والے سینس میں ہمیں بھی لوگ استعمال کرتے ہیں، لیکن وہ ایک الگ چیز ہے۔</w:t>
      </w:r>
    </w:p>
    <w:p>
      <w:r>
        <w:rPr>
          <w:b/>
        </w:rPr>
        <w:t xml:space="preserve">[1:21:37] </w:t>
      </w:r>
      <w:r>
        <w:t>main jo istemal kiya hai, usko falsafa, falsafa, philosophical term ke aitbar se istemal kiya hai. This question is from Maulana Zikwan Nadvi</w:t>
      </w:r>
    </w:p>
    <w:p>
      <w:pPr>
        <w:jc w:val="right"/>
      </w:pPr>
      <w:r>
        <w:t>میں جو استعمال کیا ہے، اس کو فلسفہ، فلسفہ، فلسفیکل ٹرم کے اعتبار سے استعمال کیا ہے۔ This question is from مولانا زکوان ندوی</w:t>
      </w:r>
    </w:p>
    <w:p>
      <w:r>
        <w:rPr>
          <w:b/>
        </w:rPr>
        <w:t xml:space="preserve">[1:21:48] </w:t>
      </w:r>
      <w:r>
        <w:t>. Maulana, I found that you always live in helplessness. How is it possible, and what is the reason behind this helplessness?</w:t>
      </w:r>
    </w:p>
    <w:p>
      <w:pPr>
        <w:jc w:val="right"/>
      </w:pPr>
      <w:r>
        <w:t>. مولانا، I found that you always live in helplessness. How is it possible, and what is the reason behind this helplessness?</w:t>
      </w:r>
    </w:p>
    <w:p>
      <w:r>
        <w:rPr>
          <w:b/>
        </w:rPr>
        <w:t xml:space="preserve">[1:22:00] </w:t>
      </w:r>
      <w:r>
        <w:t>yeh to bohat mushkil sawal hai. dekhein, fact kya hai aur reality kya hai?</w:t>
      </w:r>
    </w:p>
    <w:p>
      <w:pPr>
        <w:jc w:val="right"/>
      </w:pPr>
      <w:r>
        <w:t>یہ تو بہت مشکل سوال ہے۔ دیکھیں، فیکٹ کیا ہے اور ریلیٹی کیا ہے؟</w:t>
      </w:r>
    </w:p>
    <w:p>
      <w:r>
        <w:rPr>
          <w:b/>
        </w:rPr>
        <w:t xml:space="preserve">[1:22:10] </w:t>
      </w:r>
      <w:r>
        <w:t>fact yeh hai ke insaan, har ek insaan, chahe woh king ho ya koi koi billionaire ho, koi bhi, woh poore poore maani mein helpless hai.</w:t>
      </w:r>
    </w:p>
    <w:p>
      <w:pPr>
        <w:jc w:val="right"/>
      </w:pPr>
      <w:r>
        <w:t>فیکٹ یہ ہے کہ انسان، ہر ایک انسان، چاہے وہ کنگ ہو یا کوئی کوئی بلینئر ہو، کوئی بھی، وہ پورے پورے معنی میں ہیلپ لیس ہے۔</w:t>
      </w:r>
    </w:p>
    <w:p>
      <w:r>
        <w:rPr>
          <w:b/>
        </w:rPr>
        <w:t xml:space="preserve">[1:22:19] </w:t>
      </w:r>
      <w:r>
        <w:t>poore poore maani mein. achaanak uski sehat kharab ho jati hai, achaanak woh mar jata hai, achaanak uska heart fail kar jata hai, achaanak mind stop kar jata hai, achaanak brain hemorrhage hota hai.</w:t>
      </w:r>
    </w:p>
    <w:p>
      <w:pPr>
        <w:jc w:val="right"/>
      </w:pPr>
      <w:r>
        <w:t>پورے پورے معنی میں۔ اچانک اس کی صحت خراب ہو جاتی ہے، اچانک وہ مر جاتا ہے، اچانک اس کا ہارٹ فیل کر جاتا ہے، اچانک مائنڈ سٹاپ کر جاتا ہے، اچانک برین ہیمریج ہوتا ہے۔</w:t>
      </w:r>
    </w:p>
    <w:p>
      <w:r>
        <w:rPr>
          <w:b/>
        </w:rPr>
        <w:t xml:space="preserve">[1:22:35] </w:t>
      </w:r>
      <w:r>
        <w:t>hamare ek sahab the Banaras mein, unko dekh kar main sochta tha ke kitni achhi health hai inki. bilkul jisko kehte hain na Urdu mein surkh o safed, bohat hi shandar unki health thi.</w:t>
      </w:r>
    </w:p>
    <w:p>
      <w:pPr>
        <w:jc w:val="right"/>
      </w:pPr>
      <w:r>
        <w:t>ہمارے ایک صاحب تھے بنارس میں، ان کو دیکھ کر میں سوچتا تھا کہ کتنی اچھی ہیلتھ ہے ان کی۔ بالکل جس کو کہتے ہیں نا اردو میں سرخ و سفید، بہت ہی شاندار ان کی ہیلتھ تھی۔</w:t>
      </w:r>
    </w:p>
    <w:p>
      <w:r>
        <w:rPr>
          <w:b/>
        </w:rPr>
        <w:t xml:space="preserve">[1:22:50] </w:t>
      </w:r>
      <w:r>
        <w:t>surkh o safed lagte the dekh</w:t>
      </w:r>
    </w:p>
    <w:p>
      <w:pPr>
        <w:jc w:val="right"/>
      </w:pPr>
      <w:r>
        <w:t>سرخ و سفید لگتے تھے دیک</w:t>
      </w:r>
    </w:p>
    <w:p>
      <w:r>
        <w:rPr>
          <w:b/>
        </w:rPr>
        <w:t xml:space="preserve">[1:22:52] </w:t>
      </w:r>
      <w:r>
        <w:t>ne mein. to main sochta tha ke ke kaash meri bhi aisi sehat hoti, lekin unko brain hemorrhage hua, achaanak mar gaye. to Khuda kuch insaanon ke andar isko dikhata hai ke tum kitna helpless ho.</w:t>
      </w:r>
    </w:p>
    <w:p>
      <w:pPr>
        <w:jc w:val="right"/>
      </w:pPr>
      <w:r>
        <w:t>ھنے میں۔ تو میں سوچتا تھا کہ کہ کاش میری بھی ایسی صحت ہوتی، لیکن ان کو برین ہیمریج ہوا، اچانک مر گئے۔ تو خدا کچھ انسانوں کے اندر اس کو دکھاتا ہے کہ تم کتنا ہیلپ لیس ہو۔</w:t>
      </w:r>
    </w:p>
    <w:p>
      <w:r>
        <w:rPr>
          <w:b/>
        </w:rPr>
        <w:t xml:space="preserve">[1:23:08] </w:t>
      </w:r>
      <w:r>
        <w:t>in fact to har aadmi helpless hai, har aadmi.</w:t>
      </w:r>
    </w:p>
    <w:p>
      <w:pPr>
        <w:jc w:val="right"/>
      </w:pPr>
      <w:r>
        <w:t>ان فیکٹ تو ہر آدمی ہیلپ لیس ہے، ہر آدمی۔</w:t>
      </w:r>
    </w:p>
    <w:p>
      <w:r>
        <w:rPr>
          <w:b/>
        </w:rPr>
        <w:t xml:space="preserve">[1:23:15] </w:t>
      </w:r>
      <w:r>
        <w:t>aap dekhein jo system hamare andar hai, digestive system ke aap khud chalate hain isko.</w:t>
      </w:r>
    </w:p>
    <w:p>
      <w:pPr>
        <w:jc w:val="right"/>
      </w:pPr>
      <w:r>
        <w:t>آپ دیکھیں جو سسٹم ہمارے اندر ہے، ڈائجسٹو سسٹم کہ آپ خود چلاتے ہیں اس کو۔</w:t>
      </w:r>
    </w:p>
    <w:p>
      <w:r>
        <w:rPr>
          <w:b/>
        </w:rPr>
        <w:t xml:space="preserve">[1:23:22] </w:t>
      </w:r>
      <w:r>
        <w:t>kaun aadmi hai jo keh sakta hai ke main khud apne, jaise ke aap ek industry lagate honge aur chalate honge, waise aap chala rahe hain. wahi to ek automatic system hai, apne aap chalta hai.</w:t>
      </w:r>
    </w:p>
    <w:p>
      <w:pPr>
        <w:jc w:val="right"/>
      </w:pPr>
      <w:r>
        <w:t>کون آدمی ہے جو کہہ سکتا ہے کہ میں خود اپنے، جیسے کہ آپ ایک انڈسٹری لگاتے ہوں گے اور چلاتے ہوں گے، ویسے آپ چلا رہے ہیں۔ وہی تو ایک آٹومیٹک سسٹم ہے، اپنے آپ چلتا ہے۔</w:t>
      </w:r>
    </w:p>
    <w:p>
      <w:r>
        <w:rPr>
          <w:b/>
        </w:rPr>
        <w:t xml:space="preserve">[1:23:35] </w:t>
      </w:r>
      <w:r>
        <w:t>digestive system aise hi dekhiye jo saans ka nizam hai, respiratory system jo hai, kya aap chalate hain?</w:t>
      </w:r>
    </w:p>
    <w:p>
      <w:pPr>
        <w:jc w:val="right"/>
      </w:pPr>
      <w:r>
        <w:t>ڈائجسٹو سسٹم ایسے ہی دیکھیے جو سانس کا نظام ہے، ریسپیریٹری سسٹم جو ہے، کیا آپ چلاتے ہیں؟</w:t>
      </w:r>
    </w:p>
    <w:p>
      <w:r>
        <w:rPr>
          <w:b/>
        </w:rPr>
        <w:t xml:space="preserve">[1:23:43] </w:t>
      </w:r>
      <w:r>
        <w:t>yaani saans inhale karna aur aur aur exhale karna, yaani aap lete hain oxygen, nikalte hain carbon, kya aap khud se chalate hain?</w:t>
      </w:r>
    </w:p>
    <w:p>
      <w:pPr>
        <w:jc w:val="right"/>
      </w:pPr>
      <w:r>
        <w:t>یعنی سانس انہیل کرنا اور اور اور ایکسہیل کرنا، یعنی آپ لیتے ہیں اکسیجن، نکالتے ہیں کاربن، کیا آپ خود سے چلاتے ہیں؟</w:t>
      </w:r>
    </w:p>
    <w:p>
      <w:r>
        <w:rPr>
          <w:b/>
        </w:rPr>
        <w:t xml:space="preserve">[1:23:55] </w:t>
      </w:r>
      <w:r>
        <w:t>yeh to apne aap hota hai. kya jo jo heart, jo aapka heart jo blood ko pump karta hai, kya aap khud se chalate hain?</w:t>
      </w:r>
    </w:p>
    <w:p>
      <w:pPr>
        <w:jc w:val="right"/>
      </w:pPr>
      <w:r>
        <w:t>یہ تو اپنے آپ ہوتا ہے۔ کیا جو جو ہارٹ، جو آپ کا ہارٹ جو بلڈ کو پمپ کرتا ہے، کیا آپ خود سے چلاتے ہیں؟</w:t>
      </w:r>
    </w:p>
    <w:p>
      <w:r>
        <w:rPr>
          <w:b/>
        </w:rPr>
        <w:t xml:space="preserve">[1:24:06] </w:t>
      </w:r>
      <w:r>
        <w:t>woh to apne aap chal raha hai.</w:t>
      </w:r>
    </w:p>
    <w:p>
      <w:pPr>
        <w:jc w:val="right"/>
      </w:pPr>
      <w:r>
        <w:t>وہ تو اپنے آپ چل رہا ہے۔</w:t>
      </w:r>
    </w:p>
    <w:p>
      <w:r>
        <w:rPr>
          <w:b/>
        </w:rPr>
        <w:t xml:space="preserve">[1:24:09] </w:t>
      </w:r>
      <w:r>
        <w:t>to jo jo cheez aap dekhein, woh aapko, yaani aap khud nahi chala rahe hain. woh har jagah helplessness hi ka maamla hai.</w:t>
      </w:r>
    </w:p>
    <w:p>
      <w:pPr>
        <w:jc w:val="right"/>
      </w:pPr>
      <w:r>
        <w:t>تو جو جو چیز آپ دیکھیں، وہ آپ کو، یعنی آپ خود نہیں چلا رہے ہیں۔ وہ ہر جگہ ہیلپ لیسنس ہی کا معاملہ ہے۔</w:t>
      </w:r>
    </w:p>
    <w:p>
      <w:r>
        <w:rPr>
          <w:b/>
        </w:rPr>
        <w:t xml:space="preserve">[1:24:22] </w:t>
      </w:r>
      <w:r>
        <w:t>to to in fact har aadmi hai helpless bilkul, lekin kuch logon ki discovery hoti hai, kuch logon ki discovery nahi hoti. masla yeh hai, mujhe Khuda ke fazl se iski discovery ho gayi hai ke main sach much hi helpless hoon.</w:t>
      </w:r>
    </w:p>
    <w:p>
      <w:pPr>
        <w:jc w:val="right"/>
      </w:pPr>
      <w:r>
        <w:t>تو تو ان فیکٹ ہر آدمی ہے ہیلپ لیس بالکل، لیکن کچھ لوگوں کی ڈسکوری ہوتی ہے، کچھ لوگوں کی ڈسکوری نہیں ہوتی۔ مسئلہ یہ ہے، مجھے خدا کے فضل سے اس کی ڈسکوری ہو گئی ہے کہ میں سچ مچ ہی ہیلپ لیس ہوں۔</w:t>
      </w:r>
    </w:p>
    <w:p>
      <w:r>
        <w:rPr>
          <w:b/>
        </w:rPr>
        <w:t xml:space="preserve">[1:24:38] </w:t>
      </w:r>
      <w:r>
        <w:t>main har waqt yeh sochta hoon ke yeh saans jo hai, Khuda rok de to saans nahi aayegi. mera dil ko Khuda rok de to woh pump nahi karega.</w:t>
      </w:r>
    </w:p>
    <w:p>
      <w:pPr>
        <w:jc w:val="right"/>
      </w:pPr>
      <w:r>
        <w:t>میں ہر وقت یہ سوچتا ہوں کہ یہ سانس جو ہے، خدا روک دے تو سانس نہیں آئے گی۔ میرا دل کو خدا روک دے تو وہ پمپ نہیں کرے گا۔</w:t>
      </w:r>
    </w:p>
    <w:p>
      <w:r>
        <w:rPr>
          <w:b/>
        </w:rPr>
        <w:t xml:space="preserve">[1:24:48] </w:t>
      </w:r>
      <w:r>
        <w:t>mere mind ko Khuda rok de to soch nahi soch payega. woh to fact yahi hai ke har aadmi helpless hai.</w:t>
      </w:r>
    </w:p>
    <w:p>
      <w:pPr>
        <w:jc w:val="right"/>
      </w:pPr>
      <w:r>
        <w:t>میرے مائنڈ کو خدا روک دے تو سوچ نہیں سوچ پائے گا۔ وہ تو فیکٹ یہی ہے کہ ہر آدمی ہیلپ لیس ہے۔</w:t>
      </w:r>
    </w:p>
    <w:p>
      <w:r>
        <w:rPr>
          <w:b/>
        </w:rPr>
        <w:t xml:space="preserve">[1:25:01] </w:t>
      </w:r>
      <w:r>
        <w:t>maine kai top ke logon ko dekha hai, is jo bohat hi brilliant aa</w:t>
      </w:r>
    </w:p>
    <w:p>
      <w:pPr>
        <w:jc w:val="right"/>
      </w:pPr>
      <w:r>
        <w:t>میں نے کئی ٹاپ کے لوگوں کو دیکھا ہے، اس جو بہت ہی بریلینٹ آ</w:t>
      </w:r>
    </w:p>
    <w:p>
      <w:r>
        <w:rPr>
          <w:b/>
        </w:rPr>
        <w:t xml:space="preserve">[1:25:06] </w:t>
      </w:r>
      <w:r>
        <w:t>dmi the, maslan Doctor Raja Krishan, bohat hi brilliant aadmi the. unki memory chali gayi, aakhir yaani jab yaani unki umar mein abhi boodhe nahi hue the, bohat zyada achhe to yaani mujhse kam umar, mujhse kam umar thi unki.</w:t>
      </w:r>
    </w:p>
    <w:p>
      <w:pPr>
        <w:jc w:val="right"/>
      </w:pPr>
      <w:r>
        <w:t>دمی تھے، مثلاً ڈاکٹر راجہ کرشن، بہت ہی بریلینٹ آدمی تھے۔ ان کی میموری چلی گئی، آخر یعنی جب یعنی ان کی عمر میں ابھی بوڑھے نہیں ہوئے تھے، بہت زیادہ اچھے تو یعنی مجھ سے کم عمر، مجھ سے کم عمر تھی ان کی۔</w:t>
      </w:r>
    </w:p>
    <w:p>
      <w:r>
        <w:rPr>
          <w:b/>
        </w:rPr>
        <w:t xml:space="preserve">[1:25:21] </w:t>
      </w:r>
      <w:r>
        <w:t>abhi memory chali gayi to bilkul jaise lagta tha ke aadmi nahi hai, bilkul koi koi aur cheez hai. yeh isi Dilli mein Professor Mujeeb the, bohat hi brilliant aadmi the.</w:t>
      </w:r>
    </w:p>
    <w:p>
      <w:pPr>
        <w:jc w:val="right"/>
      </w:pPr>
      <w:r>
        <w:t>ابھی میموری چلی گئی تو بالکل جیسے لگتا تھا کہ آدمی نہیں ہے، بالکل کوئی کوئی اور چیز ہے۔ یہ اسی دلی میں پروفیسر مجیب تھے، بہت ہی بریلینٹ آدمی تھے۔</w:t>
      </w:r>
    </w:p>
    <w:p>
      <w:r>
        <w:rPr>
          <w:b/>
        </w:rPr>
        <w:t xml:space="preserve">[1:25:33] </w:t>
      </w:r>
      <w:r>
        <w:t>unki memory chali gayi</w:t>
      </w:r>
    </w:p>
    <w:p>
      <w:pPr>
        <w:jc w:val="right"/>
      </w:pPr>
      <w:r>
        <w:t>ان کی میموری چلی گئی</w:t>
      </w:r>
    </w:p>
    <w:p>
      <w:r>
        <w:rPr>
          <w:b/>
        </w:rPr>
        <w:t xml:space="preserve">[1:25:35] </w:t>
      </w:r>
      <w:r>
        <w:t>to kisi ko pehchante nahi the. woh aise kai logon ko maine dekha hai ke achaanak unka maamla bigad gaya to phir woh kuch nahi kar paye.</w:t>
      </w:r>
    </w:p>
    <w:p>
      <w:pPr>
        <w:jc w:val="right"/>
      </w:pPr>
      <w:r>
        <w:t>تو کسی کو پہچانتے نہیں تھے۔ وہ ایسے کئی لوگوں کو میں نے دیکھا ہے کہ اچانک ان کا معاملہ بگڑ گیا تو پھر وہ کچھ نہیں کر پائے۔</w:t>
      </w:r>
    </w:p>
    <w:p>
      <w:r>
        <w:rPr>
          <w:b/>
        </w:rPr>
        <w:t xml:space="preserve">[1:25:43] </w:t>
      </w:r>
      <w:r>
        <w:t>woh toh hamare karne wala khuda hai, hum nahi hain. hamare paas sirf helplessness hi hai aur kuch hai hi nahi hamare paas.</w:t>
      </w:r>
    </w:p>
    <w:p>
      <w:pPr>
        <w:jc w:val="right"/>
      </w:pPr>
      <w:r>
        <w:t>وہ تو ہمارے کرنے والا خدا ہے، ہم نہیں ہیں۔ ہمارے پاس صرف ہیلپ لیسنس ہی ہے اور کچھ ہے ہی نہیں ہمارے پاس۔</w:t>
      </w:r>
    </w:p>
    <w:p>
      <w:r>
        <w:rPr>
          <w:b/>
        </w:rPr>
        <w:t xml:space="preserve">[1:25:56] </w:t>
      </w:r>
      <w:r>
        <w:t>hum khuda ki blessing pe jee rahe hain.</w:t>
      </w:r>
    </w:p>
    <w:p>
      <w:pPr>
        <w:jc w:val="right"/>
      </w:pPr>
      <w:r>
        <w:t>ہم خدا کی بلیسنگ پہ جی رہے ہیں۔</w:t>
      </w:r>
    </w:p>
    <w:p>
      <w:r>
        <w:rPr>
          <w:b/>
        </w:rPr>
        <w:t xml:space="preserve">[1:25:59] </w:t>
      </w:r>
      <w:r>
        <w:t>toh mujh mein aur doosron mein jo difference hai, woh yeh hai ke i have discovered my helplessness. mein apne helplessness ko discover kar rakha hai aur doosre logon ko khabar nahi hai iski.</w:t>
      </w:r>
    </w:p>
    <w:p>
      <w:pPr>
        <w:jc w:val="right"/>
      </w:pPr>
      <w:r>
        <w:t>تو مجھ میں اور دوسروں میں جو ڈیفرنس ہے، وہ یہ ہے کہ آئی ہیو ڈسکورڈ مائی ہیلپ لیسنس۔ میں اپنے ہیلپ لیسنس کو ڈسکور کر رکھا ہے اور دوسرے لوگوں کو خبر نہیں ہے اس کی۔</w:t>
      </w:r>
    </w:p>
    <w:p>
      <w:r>
        <w:rPr>
          <w:b/>
        </w:rPr>
        <w:t xml:space="preserve">[1:26:14] </w:t>
      </w:r>
      <w:r>
        <w:t>aise hi woh animal ki tarah jee rahe hain. animal jo hai, woh kya hai? isko kuch pata nahi ke mein helpless hoon ke nahi helpless hoon, kuch pata nahi isko.</w:t>
      </w:r>
    </w:p>
    <w:p>
      <w:pPr>
        <w:jc w:val="right"/>
      </w:pPr>
      <w:r>
        <w:t>ایسے ہی وہ اینیمل کی طرح جی رہے ہیں۔ اینیمل جو ہے، وہ کیا ہے؟ اس کو کچھ پتہ نہیں کہ میں ہیلپ لیس ہوں کہ نہیں ہیلپ لیس ہوں، کچھ پتہ نہیں اس کو۔</w:t>
      </w:r>
    </w:p>
    <w:p>
      <w:r>
        <w:rPr>
          <w:b/>
        </w:rPr>
        <w:t xml:space="preserve">[1:26:24] </w:t>
      </w:r>
      <w:r>
        <w:t>insan ko mind diya gaya hai, is mind ko use kar ke woh isko discover kar sakta hai.</w:t>
      </w:r>
    </w:p>
    <w:p>
      <w:pPr>
        <w:jc w:val="right"/>
      </w:pPr>
      <w:r>
        <w:t>انسان کو مائنڈ دیا گیا ہے، اس مائنڈ کو یوز کر کے وہ اس کو ڈسکور کر سکتا ہے۔</w:t>
      </w:r>
    </w:p>
    <w:p>
      <w:r>
        <w:rPr>
          <w:b/>
        </w:rPr>
        <w:t xml:space="preserve">[1:26:31] </w:t>
      </w:r>
      <w:r>
        <w:t>toh mein yeh kahunga ke in fact everyone, every human being, man and woman, both are totally helpless.</w:t>
      </w:r>
    </w:p>
    <w:p>
      <w:pPr>
        <w:jc w:val="right"/>
      </w:pPr>
      <w:r>
        <w:t>تو میں یہ کہوں گا کہ ان فیکٹ ایوری ون، ایوری ہیومن بینگ، مین اینڈ وومن، بوتھ آر ٹوٹلی ہیلپ لیس۔</w:t>
      </w:r>
    </w:p>
    <w:p>
      <w:r>
        <w:rPr>
          <w:b/>
        </w:rPr>
        <w:t xml:space="preserve">[1:26:45] </w:t>
      </w:r>
      <w:r>
        <w:t>magar farq kya hai ke mein khuda ki tofeeq se mein isko discover kar liya</w:t>
      </w:r>
    </w:p>
    <w:p>
      <w:pPr>
        <w:jc w:val="right"/>
      </w:pPr>
      <w:r>
        <w:t>مگر فرق کیا ہے کہ میں خدا کی توفیق سے میں اس کو ڈسکور کر لیا</w:t>
      </w:r>
    </w:p>
    <w:p>
      <w:r>
        <w:rPr>
          <w:b/>
        </w:rPr>
        <w:t xml:space="preserve">[1:26:52] </w:t>
      </w:r>
      <w:r>
        <w:t>toh mein apni discovery pe jeeta hoon. doosre log abhi discover nahi kar paye hain, woh samajhte hain ke mein bhi kuch hoon, mein bhi kuch hoon, mein bhi, mein bhi kuch bhi nahi hoon.</w:t>
      </w:r>
    </w:p>
    <w:p>
      <w:pPr>
        <w:jc w:val="right"/>
      </w:pPr>
      <w:r>
        <w:t>تو میں اپنی ڈسکوری پہ جیتا ہوں۔ دوسرے لوگ ابھی ڈسکور نہیں کر پائے ہیں، وہ سمجھتے ہیں کہ میں بھی کچھ ہوں، میں بھی کچھ ہوں، میں بھی، میں بھی کچھ بھی نہیں ہوں۔</w:t>
      </w:r>
    </w:p>
    <w:p>
      <w:r>
        <w:rPr>
          <w:b/>
        </w:rPr>
        <w:t xml:space="preserve">[1:27:02] </w:t>
      </w:r>
      <w:r>
        <w:t>mein ek qissa shayad mein ne bataya hua hai aap ko is se pehle ke mein purane dilli mein raha karta tha.</w:t>
      </w:r>
    </w:p>
    <w:p>
      <w:pPr>
        <w:jc w:val="right"/>
      </w:pPr>
      <w:r>
        <w:t>میں ایک قصہ شاید میں نے بتایا ہوا ہے آپ کو اس سے پہلے کہ میں پرانے دلی میں رہا کرتا تھا۔</w:t>
      </w:r>
    </w:p>
    <w:p>
      <w:r>
        <w:rPr>
          <w:b/>
        </w:rPr>
        <w:t xml:space="preserve">[1:27:11] </w:t>
      </w:r>
      <w:r>
        <w:t>pehle toh wahan ek mulla ji thay, woh hamare paros mein thay, woh bhains ka karobar karte thay, bhains doodh bechte thay.</w:t>
      </w:r>
    </w:p>
    <w:p>
      <w:pPr>
        <w:jc w:val="right"/>
      </w:pPr>
      <w:r>
        <w:t>پہلے تو وہاں ایک ملا جی تھے، وہ ہمارے پڑوس میں تھے، وہ بھینس کا کاروبار کرتے تھے، بھینس دودھ بیچتے تھے۔</w:t>
      </w:r>
    </w:p>
    <w:p>
      <w:r>
        <w:rPr>
          <w:b/>
        </w:rPr>
        <w:t xml:space="preserve">[1:27:22] </w:t>
      </w:r>
      <w:r>
        <w:t>toh unka milna julna tha ek hindu se tha jo lohe ka karobar karta tha purane dilli mein. toh mulla ji ki bhains mar gayi toh mulla ji un se mulaqat hui toh unhon ne kaha ke bhai meri ek bhains mar gayi.</w:t>
      </w:r>
    </w:p>
    <w:p>
      <w:pPr>
        <w:jc w:val="right"/>
      </w:pPr>
      <w:r>
        <w:t>تو ان کا ملنا جلنا تھا ایک ہندو سے تھا جو لوہے کا کاروبار کرتا تھا پرانے دلی میں۔ تو ملا جی کی بھینس مر گئی تو ملا جی ان سے ملاقات ہوئی تو انہوں نے کہا کہ بھئی میری ایک بھینس مر گئی۔</w:t>
      </w:r>
    </w:p>
    <w:p>
      <w:r>
        <w:rPr>
          <w:b/>
        </w:rPr>
        <w:t xml:space="preserve">[1:27:37] </w:t>
      </w:r>
      <w:r>
        <w:t>toh is hindu ne jo lohe ka karobar karta tha, us ne kaha ke mulla ji, tumhara karobar toh saans ka karobar hai, aaya aaya ya na aaya?</w:t>
      </w:r>
    </w:p>
    <w:p>
      <w:pPr>
        <w:jc w:val="right"/>
      </w:pPr>
      <w:r>
        <w:t>تو اس ہندو نے جو لوہے کا کاروبار کرتا تھا، اس نے کہا کہ ملا جی، تمہارا کاروبار تو سانس کا کاروبار ہے، آیا آیا یا نہ آیا؟</w:t>
      </w:r>
    </w:p>
    <w:p>
      <w:r>
        <w:rPr>
          <w:b/>
        </w:rPr>
        <w:t xml:space="preserve">[1:27:51] </w:t>
      </w:r>
      <w:r>
        <w:t>mulla ji, tumhara toh karobar saans ka karobar hai, aaya aaya ya na aaya? toh mein ne kaha ke is aadmi ko pata nahi ke iska apna bhi yahi hai mamla.</w:t>
      </w:r>
    </w:p>
    <w:p>
      <w:pPr>
        <w:jc w:val="right"/>
      </w:pPr>
      <w:r>
        <w:t>ملا جی، تمہارا تو کاروبار سانس کا کاروبار ہے، آیا آیا یا نہ آیا؟ تو میں نے کہا کہ اس آدمی کو پتہ نہیں کہ اس کا اپنا بھی یہی ہے معاملہ۔</w:t>
      </w:r>
    </w:p>
    <w:p>
      <w:r>
        <w:rPr>
          <w:b/>
        </w:rPr>
        <w:t xml:space="preserve">[1:28:01] </w:t>
      </w:r>
      <w:r>
        <w:t>ise use kehna chahiye tha ke mulla ji, mein aur tum kya hain? saans par jee rahe hain, saans aa raha hai toh jee rahe hain, saans na aaye toh nahi jiyenge.</w:t>
      </w:r>
    </w:p>
    <w:p>
      <w:pPr>
        <w:jc w:val="right"/>
      </w:pPr>
      <w:r>
        <w:t>اسے اسے کہنا چاہیے تھا کہ ملا جی، میں اور تم کیا ہیں؟ سانس پر جی رہے ہیں، سانس آ رہا ہے تو جی رہے ہیں، سانس نہ آئے تو نہیں جیئیں گے۔</w:t>
      </w:r>
    </w:p>
    <w:p>
      <w:r>
        <w:rPr>
          <w:b/>
        </w:rPr>
        <w:t xml:space="preserve">[1:28:11] </w:t>
      </w:r>
      <w:r>
        <w:t>toh hum toh hum dono, hum toh mera aur tumhara dono ka karobar yahi hai ke saans aaya aaya ya na aaya. lekin bhains ke bare mein woh aware tha,</w:t>
      </w:r>
    </w:p>
    <w:p>
      <w:pPr>
        <w:jc w:val="right"/>
      </w:pPr>
      <w:r>
        <w:t>تو ہم تو ہم دونوں، ہم تو میرا اور تمہارا دونوں کا کاروبار یہی ہے کہ سانس آیا آیا یا نہ آیا۔ لیکن بھینس کے بارے میں وہ اویئر تھا،</w:t>
      </w:r>
    </w:p>
    <w:p>
      <w:r>
        <w:rPr>
          <w:b/>
        </w:rPr>
        <w:t xml:space="preserve">[1:28:21] </w:t>
      </w:r>
      <w:r>
        <w:t>apne bare mein woh aware nahi tha. woh yeh farq hai. woh aadmi jo hai, bhains ke bare mein janta tha ke saans ka karobar hai. mein khuda ke fazal se janta hoon ke ke yahi yahi mamla mera apna bhi hai, yahi sab ka hai.</w:t>
      </w:r>
    </w:p>
    <w:p>
      <w:pPr>
        <w:jc w:val="right"/>
      </w:pPr>
      <w:r>
        <w:t>اپنے بارے میں وہ اویئر نہیں تھا۔ وہ یہ فرق ہے۔ وہ آدمی جو ہے، بھینس کے بارے میں جانتا تھا کہ سانس کا کاروبار ہے۔ میں خدا کے فضل سے جانتا ہوں کہ کہ یہی یہی معاملہ میرا اپنا بھی ہے، یہی سب کا ہے۔</w:t>
      </w:r>
    </w:p>
    <w:p>
      <w:r>
        <w:rPr>
          <w:b/>
        </w:rPr>
        <w:t xml:space="preserve">[1:28:39] </w:t>
      </w:r>
      <w:r>
        <w:t>abhi hamare ek saathi thay meerut mein, doctor shahzad sahib, un ka death ho gayi sirf 45 age mein, 45</w:t>
      </w:r>
    </w:p>
    <w:p>
      <w:pPr>
        <w:jc w:val="right"/>
      </w:pPr>
      <w:r>
        <w:t>ابھی ہمارے ایک ساتھی تھے میرٹھ میں، ڈاکٹر شہزاد صاحب، ان کا ڈیتھ ہو گئی صرف 45 ایج میں، 45</w:t>
      </w:r>
    </w:p>
    <w:p>
      <w:r>
        <w:rPr>
          <w:b/>
        </w:rPr>
        <w:t xml:space="preserve">[1:28:49] </w:t>
      </w:r>
      <w:r>
        <w:t>yani mujh se bohat chote. toh un ko cancer ho gaya. un ka haal yeh tha, un ka ke na pani pi sakte thay, na khana kha sakte thay.</w:t>
      </w:r>
    </w:p>
    <w:p>
      <w:pPr>
        <w:jc w:val="right"/>
      </w:pPr>
      <w:r>
        <w:t>یعنی مجھ سے بہت چھوٹے۔ تو ان کو کینسر ہو گیا۔ ان کا حال یہ تھا، ان کا کہ نہ پانی پی سکتے تھے، نہ کھانا کھا سکتے تھے۔</w:t>
      </w:r>
    </w:p>
    <w:p>
      <w:r>
        <w:rPr>
          <w:b/>
        </w:rPr>
        <w:t xml:space="preserve">[1:29:00] </w:t>
      </w:r>
      <w:r>
        <w:t>yani glass, ek ek glass pani peena un ke liye bohat hi mushkil tha. toh jo aata tha un ke paas, un ki dekhne ke liye, toh un ko woh kehte thay ke mujhe kya dekhte ho?</w:t>
      </w:r>
    </w:p>
    <w:p>
      <w:pPr>
        <w:jc w:val="right"/>
      </w:pPr>
      <w:r>
        <w:t>یعنی گلاس، ایک ایک گلاس پانی پینا ان کے لیے بہت ہی مشکل تھا۔ تو جو آتا تھا ان کے پاس، ان کی دیکھنے کے لیے، تو ان کو وہ کہتے تھے کہ مجھے کیا دیکھتے ہو؟</w:t>
      </w:r>
    </w:p>
    <w:p>
      <w:r>
        <w:rPr>
          <w:b/>
        </w:rPr>
        <w:t xml:space="preserve">[1:29:11] </w:t>
      </w:r>
      <w:r>
        <w:t>apne aap ko dekho.</w:t>
      </w:r>
    </w:p>
    <w:p>
      <w:pPr>
        <w:jc w:val="right"/>
      </w:pPr>
      <w:r>
        <w:t>اپنے آپ کو دیکھو۔</w:t>
      </w:r>
    </w:p>
    <w:p>
      <w:r>
        <w:rPr>
          <w:b/>
        </w:rPr>
        <w:t xml:space="preserve">[1:29:15] </w:t>
      </w:r>
      <w:r>
        <w:t>yani meri shakal mein khuda tum ko dikha raha hai ke tum kitna zyada aajiz ho, kitna helpless ho ke pani ka glass bhi khuda chahe toh pi sakte hain, nahi nahi nahi pi sakte.</w:t>
      </w:r>
    </w:p>
    <w:p>
      <w:pPr>
        <w:jc w:val="right"/>
      </w:pPr>
      <w:r>
        <w:t>یعنی میری شکل میں خدا تم کو دکھا رہا ہے کہ تم کتنا زیادہ عاجز ہو، کتنا ہیلپ لیس ہو کہ پانی کا گلاس بھی خدا چاہے تو پی سکتے ہیں، نہیں نہیں نہیں پی سکتے۔</w:t>
      </w:r>
    </w:p>
    <w:p>
      <w:r>
        <w:rPr>
          <w:b/>
        </w:rPr>
        <w:t xml:space="preserve">[1:29:28] </w:t>
      </w:r>
      <w:r>
        <w:t>aap roti ka tukra bhi khuda chahe toh kha sakte hain, nahi toh nahi kha sakte. aap</w:t>
      </w:r>
    </w:p>
    <w:p>
      <w:pPr>
        <w:jc w:val="right"/>
      </w:pPr>
      <w:r>
        <w:t>آپ روٹی کا ٹکڑا بھی خدا چاہے تو کھا سکتے ہیں، نہیں تو نہیں کھا سکتے۔ آپ</w:t>
      </w:r>
    </w:p>
    <w:p>
      <w:r>
        <w:rPr>
          <w:b/>
        </w:rPr>
        <w:t xml:space="preserve">[1:29:35] </w:t>
      </w:r>
      <w:r>
        <w:t>toh dekhein, in fact har aadmi helpless hai khuda ke muqable mein. khuda all powerful hai, hum all powerless hain.</w:t>
      </w:r>
    </w:p>
    <w:p>
      <w:pPr>
        <w:jc w:val="right"/>
      </w:pPr>
      <w:r>
        <w:t>تو دیکھیں، ان فیکٹ ہر آدمی ہیلپ لیس ہے خدا کے مقابلے میں۔ خدا ال پاور فل ہے، ہم ال پاور لیس ہیں۔</w:t>
      </w:r>
    </w:p>
    <w:p>
      <w:r>
        <w:rPr>
          <w:b/>
        </w:rPr>
        <w:t xml:space="preserve">[1:29:45] </w:t>
      </w:r>
      <w:r>
        <w:t>yaad rakhiye, in fact jo jo position hai, yani in fact everyone is all powerless and god is all powerful.</w:t>
      </w:r>
    </w:p>
    <w:p>
      <w:pPr>
        <w:jc w:val="right"/>
      </w:pPr>
      <w:r>
        <w:t>یاد رکھیے، ان فیکٹ جو جو پوزیشن ہے، یعنی ان فیکٹ ایوری ون از ال پاور لیس اینڈ گاڈ از ال پاور فل۔</w:t>
      </w:r>
    </w:p>
    <w:p>
      <w:r>
        <w:rPr>
          <w:b/>
        </w:rPr>
        <w:t xml:space="preserve">[1:29:58] </w:t>
      </w:r>
      <w:r>
        <w:t>jo difference kya hai, kuch log is ko jaan lete hain, kuch log nahi jante. bas toh janne aur na janne ka farq hai, yeh yeh reality ka farq nahi hai.</w:t>
      </w:r>
    </w:p>
    <w:p>
      <w:pPr>
        <w:jc w:val="right"/>
      </w:pPr>
      <w:r>
        <w:t>جو ڈیفرنس کیا ہے، کچھ لوگ اس کو جان لیتے ہیں، کچھ لوگ نہیں جانتے۔ بس تو جاننے اور نہ جاننے کا فرق ہے، یہ یہ ریلیٹی کا فرق نہیں ہے۔</w:t>
      </w:r>
    </w:p>
    <w:p>
      <w:r>
        <w:rPr>
          <w:b/>
        </w:rPr>
        <w:t xml:space="preserve">[1:30:11] </w:t>
      </w:r>
      <w:r>
        <w:t>jo reality hai, us mein koi difference nahi hai.</w:t>
      </w:r>
    </w:p>
    <w:p>
      <w:pPr>
        <w:jc w:val="right"/>
      </w:pPr>
      <w:r>
        <w:t>جو ریلیٹی ہے، اس میں کوئی ڈیفرنس نہیں ہے۔</w:t>
      </w:r>
    </w:p>
    <w:p>
      <w:r>
        <w:rPr>
          <w:b/>
        </w:rPr>
        <w:t xml:space="preserve">[1:30:15] </w:t>
      </w:r>
      <w:r>
        <w:t>koi jaan leta hai, koi nahi jaanta. ab mujhe Allah taala ne yeh tofeeq di ke maine is ko discover kar liya. bas yeh farq hai aur kuch nahi.</w:t>
      </w:r>
    </w:p>
    <w:p>
      <w:pPr>
        <w:jc w:val="right"/>
      </w:pPr>
      <w:r>
        <w:t>کوئی جان لیتا ہے، کوئی نہیں جانتا۔ اب مجھے اللہ تعالی نے یہ توفیق دی کہ میں نے اس کو ڈسکور کر لیا۔ بس یہ فرق ہے اور کچھ نہیں۔</w:t>
      </w:r>
    </w:p>
    <w:p>
      <w:r>
        <w:rPr>
          <w:b/>
        </w:rPr>
        <w:t xml:space="preserve">[1:30:25] </w:t>
      </w:r>
      <w:r>
        <w:t>das question is from miss raziya. you mentioned that kufar is based on aql. please elaborate.</w:t>
      </w:r>
    </w:p>
    <w:p>
      <w:pPr>
        <w:jc w:val="right"/>
      </w:pPr>
      <w:r>
        <w:t>دس کوسچن از فرام مس راضیہ۔ یو مینشنڈ دیٹ کفر از بیسڈ ان عقل۔ پلیز الیبوریٹ۔</w:t>
      </w:r>
    </w:p>
    <w:p>
      <w:r>
        <w:rPr>
          <w:b/>
        </w:rPr>
        <w:t xml:space="preserve">[1:30:38] </w:t>
      </w:r>
      <w:r>
        <w:t>yeh maine isi kaha ke jo log Khuda ko nahi mante, tab bhi kisi cheez ko to mante hain. woh aql hoti hai, woh matter hota hai.</w:t>
      </w:r>
    </w:p>
    <w:p>
      <w:pPr>
        <w:jc w:val="right"/>
      </w:pPr>
      <w:r>
        <w:t>یہ میں نے اسی کہا کہ جو لوگ خدا کو نہیں مانتے، تب بھی کسی چیز کو تو مانتے ہیں۔ وہ عقل ہوتی ہے، وہ میٹر ہوتا ہے۔</w:t>
      </w:r>
    </w:p>
    <w:p>
      <w:r>
        <w:rPr>
          <w:b/>
        </w:rPr>
        <w:t xml:space="preserve">[1:30:49] </w:t>
      </w:r>
      <w:r>
        <w:t>woh jaante hain ke hum ek ek ek momin sochega ke bhai Khuda chahega to hoga, nahi to nahi hoga. lekin jo jo Khuda ko nahi manta, woh samjhega ke material jo cheezein hain, un ko mujhe ikhatta karna parega.</w:t>
      </w:r>
    </w:p>
    <w:p>
      <w:pPr>
        <w:jc w:val="right"/>
      </w:pPr>
      <w:r>
        <w:t>وہ جانتے ہیں کہ ہم ایک ایک ایک مومن سوچے گا کہ بھئی خدا چاہے گا تو ہوگا، نہیں تو نہیں ہوگا۔ لیکن جو جو خدا کو نہیں مانتا، وہ سمجھے گا کہ مٹیریل جو چیزیں ہیں، ان کو مجھے اکٹھا کرنا پڑے گا۔</w:t>
      </w:r>
    </w:p>
    <w:p>
      <w:r>
        <w:rPr>
          <w:b/>
        </w:rPr>
        <w:t xml:space="preserve">[1:31:05] </w:t>
      </w:r>
      <w:r>
        <w:t>woh cause and effect par believe karta hoga, woh asbab ko manta hoga, to us ko faraham karega. woh to us ki soch reason based soch hogi.</w:t>
      </w:r>
    </w:p>
    <w:p>
      <w:pPr>
        <w:jc w:val="right"/>
      </w:pPr>
      <w:r>
        <w:t>وہ کاز اینڈ ایفیکٹ پر بیلیو کرتا ہوگا، وہ اسباب کو مانتا ہوگا، تو اس کو فراہم کرے گا۔ وہ تو اس کی سوچ ریزن بیسڈ سوچ ہوگی۔</w:t>
      </w:r>
    </w:p>
    <w:p>
      <w:r>
        <w:rPr>
          <w:b/>
        </w:rPr>
        <w:t xml:space="preserve">[1:31:18] </w:t>
      </w:r>
      <w:r>
        <w:t>momin ki soch God based soch hoti hai, aur jo unbeliever hai, us ki soch reason based soch hoti hai.</w:t>
      </w:r>
    </w:p>
    <w:p>
      <w:pPr>
        <w:jc w:val="right"/>
      </w:pPr>
      <w:r>
        <w:t>مومن کی سوچ گاڈ بیسڈ سوچ ہوتی ہے، اور جو ان بیلیور ہے، اس کی سوچ ریزن بیسڈ سوچ ہوتی ہے۔</w:t>
      </w:r>
    </w:p>
    <w:p>
      <w:r>
        <w:rPr>
          <w:b/>
        </w:rPr>
        <w:t xml:space="preserve">[1:31:28] </w:t>
      </w:r>
      <w:r>
        <w:t>is tarah se maine kaha.</w:t>
      </w:r>
    </w:p>
    <w:p>
      <w:pPr>
        <w:jc w:val="right"/>
      </w:pPr>
      <w:r>
        <w:t>اس طرح سے میں نے کہا۔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