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Human Values</w:t>
      </w:r>
    </w:p>
    <w:p>
      <w:r>
        <w:t>https://youtu.be/Art0kheDD40</w:t>
      </w:r>
    </w:p>
    <w:p>
      <w:r>
        <w:rPr>
          <w:b/>
        </w:rPr>
        <w:t xml:space="preserve">[00:19] </w:t>
      </w:r>
      <w:r>
        <w:t>aaj ke topic ke bare mein kaafi socha maine, to pehli baat mere sir mein yeh aayi ke human value ya called value ka concept har religion mein qareeb qareeb same hai.</w:t>
      </w:r>
    </w:p>
    <w:p>
      <w:pPr>
        <w:jc w:val="right"/>
      </w:pPr>
      <w:r>
        <w:t>۔ آج کے ٹاپک کے بارے میں کافی سوچا میں نے، تو پہلی بات میرے سر میں یہ آئی کہ ہیومن ویلوت یا کالڈ ویلوت کا کانسیپٹ ہر ریلیجن میں قریب قریب سیم ہے۔</w:t>
      </w:r>
    </w:p>
    <w:p>
      <w:r>
        <w:rPr>
          <w:b/>
        </w:rPr>
        <w:t xml:space="preserve">[00:43] </w:t>
      </w:r>
      <w:r>
        <w:t>koi basic difference mujhe</w:t>
      </w:r>
    </w:p>
    <w:p>
      <w:pPr>
        <w:jc w:val="right"/>
      </w:pPr>
      <w:r>
        <w:t>کوئی بیسک ڈفرنس مجھے</w:t>
      </w:r>
    </w:p>
    <w:p>
      <w:r>
        <w:rPr>
          <w:b/>
        </w:rPr>
        <w:t xml:space="preserve">[00:48] </w:t>
      </w:r>
      <w:r>
        <w:t>ek religion aur doosre religion mein nahi milta. jaise dekhein aap, ek bohat hi basic baat hai jo har religion mein hai, Islam mein aur Hinduism mein, Christianity mein,</w:t>
      </w:r>
    </w:p>
    <w:p>
      <w:pPr>
        <w:jc w:val="right"/>
      </w:pPr>
      <w:r>
        <w:t>ایک ریلیجن اور دوسرے ریلیجن میں نہیں ملتا۔ جیسے دیکھیں آپ، ایک بہت ہی بیسک بات ہے جو ہر ریلیجن میں ہے، اسلام میں اور ہندوازم میں، کرسچینٹی میں،</w:t>
      </w:r>
    </w:p>
    <w:p>
      <w:r>
        <w:rPr>
          <w:b/>
        </w:rPr>
        <w:t xml:space="preserve">[01:06] </w:t>
      </w:r>
      <w:r>
        <w:t>ke</w:t>
      </w:r>
    </w:p>
    <w:p>
      <w:pPr>
        <w:jc w:val="right"/>
      </w:pPr>
      <w:r>
        <w:t>کہ</w:t>
      </w:r>
    </w:p>
    <w:p>
      <w:r>
        <w:rPr>
          <w:b/>
        </w:rPr>
        <w:t xml:space="preserve">[01:10] </w:t>
      </w:r>
      <w:r>
        <w:t>jo apne liye tum chahte ho wahi doosron ke liye chaho, aur jo apne liye nahi chahte woh doosron ke liye bhi na chaho. yeh sab mein hai.</w:t>
      </w:r>
    </w:p>
    <w:p>
      <w:pPr>
        <w:jc w:val="right"/>
      </w:pPr>
      <w:r>
        <w:t>جو اپنے لیے تم چاہتے ہو وہی دوسروں کے لیے چاہو، اور جو اپنے لیے نہیں چاہتے وہ دوسروں کے لیے بھی نہ چاہو۔ یہ سب میں ہے۔</w:t>
      </w:r>
    </w:p>
    <w:p>
      <w:r>
        <w:rPr>
          <w:b/>
        </w:rPr>
        <w:t xml:space="preserve">[01:22] </w:t>
      </w:r>
      <w:r>
        <w:t>aise hi dekhein, peace ka concept Hinduism mein shanti ke naam par hai, Islam mein salam ke naam par hai, Christianity mein peace ke naam par hai.</w:t>
      </w:r>
    </w:p>
    <w:p>
      <w:pPr>
        <w:jc w:val="right"/>
      </w:pPr>
      <w:r>
        <w:t>ایسے ہی دیکھیں، پیس کا کانسیپٹ ہندوازم میں شانتی کے نام پر ہے، اسلام میں سلام کے نام پر ہے، کرسچینٹی میں پیس کے نام پر ہے۔</w:t>
      </w:r>
    </w:p>
    <w:p>
      <w:r>
        <w:rPr>
          <w:b/>
        </w:rPr>
        <w:t xml:space="preserve">[01:34] </w:t>
      </w:r>
      <w:r>
        <w:t>hai sab mein.</w:t>
      </w:r>
    </w:p>
    <w:p>
      <w:pPr>
        <w:jc w:val="right"/>
      </w:pPr>
      <w:r>
        <w:t>ہے سب میں۔</w:t>
      </w:r>
    </w:p>
    <w:p>
      <w:r>
        <w:rPr>
          <w:b/>
        </w:rPr>
        <w:t xml:space="preserve">[01:39] </w:t>
      </w:r>
      <w:r>
        <w:t>to peace hai, honesty hai, sachai hai, tolerance hai, justice hai, love hai,</w:t>
      </w:r>
    </w:p>
    <w:p>
      <w:pPr>
        <w:jc w:val="right"/>
      </w:pPr>
      <w:r>
        <w:t>تو پیس ہے، اونسٹلی ہے، سچائی ہے، ٹالرنس ہے، جسٹس ہے، لو ہے،</w:t>
      </w:r>
    </w:p>
    <w:p>
      <w:r>
        <w:rPr>
          <w:b/>
        </w:rPr>
        <w:t xml:space="preserve">[01:55] </w:t>
      </w:r>
      <w:r>
        <w:t>yeh saari cheezein sab mazhabon mein hain.</w:t>
      </w:r>
    </w:p>
    <w:p>
      <w:pPr>
        <w:jc w:val="right"/>
      </w:pPr>
      <w:r>
        <w:t>یہ ساری چیزیں سب مذہبوں میں ہیں۔</w:t>
      </w:r>
    </w:p>
    <w:p>
      <w:r>
        <w:rPr>
          <w:b/>
        </w:rPr>
        <w:t xml:space="preserve">[02:00] </w:t>
      </w:r>
      <w:r>
        <w:t>is par sochte hue mujhe ek baat samajh aayi ke yeh jo state of value hai, bohat important hai kisi bhi society ko acha banane ke liye, better society banane ke liye.</w:t>
      </w:r>
    </w:p>
    <w:p>
      <w:pPr>
        <w:jc w:val="right"/>
      </w:pPr>
      <w:r>
        <w:t>اس پر سوچتے ہوئے مجھے ایک بات سمجھ آئی کہ یہ جو سٹیٹ آف ویلوت ہے، بہت امپورٹنٹ ہے کسی بھی سوسائٹی کو اچھا بنانے کے لیے، بیٹر سوسائٹی بنانے کے لیے۔</w:t>
      </w:r>
    </w:p>
    <w:p>
      <w:r>
        <w:rPr>
          <w:b/>
        </w:rPr>
        <w:t xml:space="preserve">[02:16] </w:t>
      </w:r>
      <w:r>
        <w:t>lekin is ka ek prerequisite hai.</w:t>
      </w:r>
    </w:p>
    <w:p>
      <w:pPr>
        <w:jc w:val="right"/>
      </w:pPr>
      <w:r>
        <w:t>لیکن اس کا ایک پری ریکویزٹ ہے۔</w:t>
      </w:r>
    </w:p>
    <w:p>
      <w:r>
        <w:rPr>
          <w:b/>
        </w:rPr>
        <w:t xml:space="preserve">[02:22] </w:t>
      </w:r>
      <w:r>
        <w:t>yaani kuch aur pehle karna parta hai, tab society mein yeh saari values translate hoti hain. woh kya hai?</w:t>
      </w:r>
    </w:p>
    <w:p>
      <w:pPr>
        <w:jc w:val="right"/>
      </w:pPr>
      <w:r>
        <w:t>یعنی کچھ اور پہلے کرنا پڑتا ہے، تب سوسائٹی میں یہ ساری ویلوتس ٹرانسلیٹ ہوتی ہیں۔ وہ کیا ہے؟</w:t>
      </w:r>
    </w:p>
    <w:p>
      <w:r>
        <w:rPr>
          <w:b/>
        </w:rPr>
        <w:t xml:space="preserve">[02:34] </w:t>
      </w:r>
      <w:r>
        <w:t>dekhein, pehli baat jo mujhe samajh aayi hai woh hai deconditioning.</w:t>
      </w:r>
    </w:p>
    <w:p>
      <w:pPr>
        <w:jc w:val="right"/>
      </w:pPr>
      <w:r>
        <w:t>دیکھیں، پہلی بات جو مجھے سمجھ آئی ہے وہ ہے ڈی کنڈیشننگ۔</w:t>
      </w:r>
    </w:p>
    <w:p>
      <w:r>
        <w:rPr>
          <w:b/>
        </w:rPr>
        <w:t xml:space="preserve">[02:42] </w:t>
      </w:r>
      <w:r>
        <w:t>dekhein, hum aap jaante hain ke jab bhi hum janam lete hain duniya mein, jo kisi parivar mein janam lete hain, kisi society mein hum rehte hain, hum move karte hain kisi institution mein,</w:t>
      </w:r>
    </w:p>
    <w:p>
      <w:pPr>
        <w:jc w:val="right"/>
      </w:pPr>
      <w:r>
        <w:t>دیکھیں، ہم آپ جانتے ہیں کہ جب بھی ہم جنم لیتے ہیں دنیا میں، جو کسی پجوار میں جنم لیتے ہیں، کسی سوسائٹی میں ہم رہتے ہیں، ہم موو کرتے ہیں کسی انسٹیٹیوشن میں،</w:t>
      </w:r>
    </w:p>
    <w:p>
      <w:r>
        <w:rPr>
          <w:b/>
        </w:rPr>
        <w:t xml:space="preserve">[02:58] </w:t>
      </w:r>
      <w:r>
        <w:t>in sab se hum kuch sunte hain, kuch paate hain, woh hamare mind mein baithta rehta hai.</w:t>
      </w:r>
    </w:p>
    <w:p>
      <w:pPr>
        <w:jc w:val="right"/>
      </w:pPr>
      <w:r>
        <w:t>ان سب سے ہم کچھ سنتے ہیں، کچھ پاتے ہیں، وہ ہمارے مال میں بیٹھتا رہتا ہے۔</w:t>
      </w:r>
    </w:p>
    <w:p>
      <w:r>
        <w:rPr>
          <w:b/>
        </w:rPr>
        <w:t xml:space="preserve">[03:06] </w:t>
      </w:r>
      <w:r>
        <w:t>psychological research batati hai ke jo baat memory mein aa gayi woh aa gayi, phir woh nikalti nahi hai. to we are living in a jungle of thought.</w:t>
      </w:r>
    </w:p>
    <w:p>
      <w:pPr>
        <w:jc w:val="right"/>
      </w:pPr>
      <w:r>
        <w:t>سائیکلوجیکل ریسرچ بتاتی ہے کہ جو بات میموری میں آ گئی وہ آ گئی، پھر وہ نکلتی نہیں ہے۔ تو وی آر لیونگ ان اے جنگل آف تھاٹ۔</w:t>
      </w:r>
    </w:p>
    <w:p>
      <w:r>
        <w:rPr>
          <w:b/>
        </w:rPr>
        <w:t xml:space="preserve">[03:19] </w:t>
      </w:r>
      <w:r>
        <w:t>har aadmi. to jo kuch bhi mujhe suna, jo kuch bhi maine parha, woh mere mind mein record ho gaya.</w:t>
      </w:r>
    </w:p>
    <w:p>
      <w:pPr>
        <w:jc w:val="right"/>
      </w:pPr>
      <w:r>
        <w:t>ہر آدمی۔ تو جو کچھ بھی مجھے سنا، جو کچھ بھی میں نے پڑھا، وہ میرے مائنڈ میں ریکارڈ ہو گیا۔</w:t>
      </w:r>
    </w:p>
    <w:p>
      <w:r>
        <w:rPr>
          <w:b/>
        </w:rPr>
        <w:t xml:space="preserve">[03:27] </w:t>
      </w:r>
      <w:r>
        <w:t>to jab tak aap isi karte hain conditioning, to jab tak aap is conditioning ki de conditioning na karein, is waqt tak aap normal tareeqe se soch nahi payenge.</w:t>
      </w:r>
    </w:p>
    <w:p>
      <w:pPr>
        <w:jc w:val="right"/>
      </w:pPr>
      <w:r>
        <w:t>تو جب تک آپ اسی کرتے ہیں کنڈیشننگ، تو جب تک آپ اس کنڈیشننگ کی ڈی کنڈیشننگ نہ کریں، اس وقت تک آپ نارمل طریقے سے سوچ نہیں پائیں گے۔</w:t>
      </w:r>
    </w:p>
    <w:p>
      <w:r>
        <w:rPr>
          <w:b/>
        </w:rPr>
        <w:t xml:space="preserve">[03:45] </w:t>
      </w:r>
      <w:r>
        <w:t>main samajhta hoon ke de conditioning ka matlab hai,</w:t>
      </w:r>
    </w:p>
    <w:p>
      <w:pPr>
        <w:jc w:val="right"/>
      </w:pPr>
      <w:r>
        <w:t>میں سمجھتا ہوں کہ ڈی کنڈیشننگ کا مطلب ہے،</w:t>
      </w:r>
    </w:p>
    <w:p>
      <w:r>
        <w:rPr>
          <w:b/>
        </w:rPr>
        <w:t xml:space="preserve">[03:51] </w:t>
      </w:r>
      <w:r>
        <w:t>yaani sort out karna.</w:t>
      </w:r>
    </w:p>
    <w:p>
      <w:pPr>
        <w:jc w:val="right"/>
      </w:pPr>
      <w:r>
        <w:t>یعنی سارٹ آؤٹ کرنا۔</w:t>
      </w:r>
    </w:p>
    <w:p>
      <w:r>
        <w:rPr>
          <w:b/>
        </w:rPr>
        <w:t xml:space="preserve">[03:54] </w:t>
      </w:r>
      <w:r>
        <w:t>hamare mind mein har qism ke thought bhare hue hain. to jaise ke kala aur safed, neela aur peela, koi cheez ho mili hui aapas mein, to hum sort out karte hain wahan par.</w:t>
      </w:r>
    </w:p>
    <w:p>
      <w:pPr>
        <w:jc w:val="right"/>
      </w:pPr>
      <w:r>
        <w:t>ہمارے مائنڈ میں ہر قسم کے تھاٹ بھرے ہوئے ہیں۔ تو جیسے کہ کالا اور سفید، نیلا اور پیلا، کوئی چیز ہو ملی ہوئی آپس میں، تو ہم سارٹ آؤٹ کرتے ہیں وہاں پر۔</w:t>
      </w:r>
    </w:p>
    <w:p>
      <w:r>
        <w:rPr>
          <w:b/>
        </w:rPr>
        <w:t xml:space="preserve">[04:08] </w:t>
      </w:r>
      <w:r>
        <w:t>kale ko alag karte hain, white ko alag karte hain. aise hi hamein apne mind mein karna padta hai.</w:t>
      </w:r>
    </w:p>
    <w:p>
      <w:pPr>
        <w:jc w:val="right"/>
      </w:pPr>
      <w:r>
        <w:t>کالے کو الگ کرتے ہیں، وائٹ کو الگ کرتے ہیں۔ ایسے ہی ہمیں اپنے مائنڈ میں کرنا پڑتا ہے۔</w:t>
      </w:r>
    </w:p>
    <w:p>
      <w:r>
        <w:rPr>
          <w:b/>
        </w:rPr>
        <w:t xml:space="preserve">[04:16] </w:t>
      </w:r>
      <w:r>
        <w:t>tab ja kar hamari objectivity aati hai. tab ja kar hum justice ke sath soch paate hain. warna hum conditioned thinking mein rehte hain, باعث thinking mein rehte hain.</w:t>
      </w:r>
    </w:p>
    <w:p>
      <w:pPr>
        <w:jc w:val="right"/>
      </w:pPr>
      <w:r>
        <w:t>تب جا کر ہماری آبجیکٹیوٹی آتی ہے۔ تب جا کر ہم جسٹس کے ساتھ سوچ پاتے ہیں۔ ورنہ ہم کنڈیشنڈ تھنکنگ میں رہتے ہیں، باعث تھنکنگ میں رہتے ہیں۔</w:t>
      </w:r>
    </w:p>
    <w:p>
      <w:r>
        <w:rPr>
          <w:b/>
        </w:rPr>
        <w:t xml:space="preserve">[04:30] </w:t>
      </w:r>
      <w:r>
        <w:t>main samajhta hoon ke yeh kaam jab tak nahi hoga, de conditioning ka, tab tak modern values ko hum society mein translate kar payein, aisa mujhe bahut hi dil kar dikhai deta hai.</w:t>
      </w:r>
    </w:p>
    <w:p>
      <w:pPr>
        <w:jc w:val="right"/>
      </w:pPr>
      <w:r>
        <w:t>میں سمجھتا ہوں کہ یہ کام جب تک نہیں ہوگا، ڈی کنڈیشننگ کا، تب تک ماڈرن ویلوتس کو ہم سوسائٹی میں ٹرانسلیٹ کر پائیں، ایسا مجھے بہت ہی دل کر دکھائی دیتا ہے۔</w:t>
      </w:r>
    </w:p>
    <w:p>
      <w:r>
        <w:rPr>
          <w:b/>
        </w:rPr>
        <w:t xml:space="preserve">[04:44] </w:t>
      </w:r>
      <w:r>
        <w:t>doosri baat mujhe yeh samajh aati hai, woh hai logon ke taeen valuing.</w:t>
      </w:r>
    </w:p>
    <w:p>
      <w:pPr>
        <w:jc w:val="right"/>
      </w:pPr>
      <w:r>
        <w:t>دوسری بات مجھے یہ سمجھ آتی ہے، وہ ہے لوگوں کے تئیں ویلوشنگ۔</w:t>
      </w:r>
    </w:p>
    <w:p>
      <w:r>
        <w:rPr>
          <w:b/>
        </w:rPr>
        <w:t xml:space="preserve">[04:54] </w:t>
      </w:r>
      <w:r>
        <w:t>logon ke liye khair khwahi.</w:t>
      </w:r>
    </w:p>
    <w:p>
      <w:pPr>
        <w:jc w:val="right"/>
      </w:pPr>
      <w:r>
        <w:t>لوگوں کے لیے خیر خواہی۔</w:t>
      </w:r>
    </w:p>
    <w:p>
      <w:r>
        <w:rPr>
          <w:b/>
        </w:rPr>
        <w:t xml:space="preserve">[04:57] </w:t>
      </w:r>
      <w:r>
        <w:t>ke aap kyun doosre ke liye acha karein? to koi iska reason chahiye?</w:t>
      </w:r>
    </w:p>
    <w:p>
      <w:pPr>
        <w:jc w:val="right"/>
      </w:pPr>
      <w:r>
        <w:t>کہ آپ کیوں دوسرے کے لیے اچھا کریں؟ تو کوئی اس کا ریزن چاہیے؟</w:t>
      </w:r>
    </w:p>
    <w:p>
      <w:r>
        <w:rPr>
          <w:b/>
        </w:rPr>
        <w:t xml:space="preserve">[05:06] </w:t>
      </w:r>
      <w:r>
        <w:t>jab tak aap jaante hain, ek aadmi jo hai woh. ek man is rational thinking animal. to reason jab tak mein na paoon, jab tak mein is kaam ko kar nahi pata,</w:t>
      </w:r>
    </w:p>
    <w:p>
      <w:pPr>
        <w:jc w:val="right"/>
      </w:pPr>
      <w:r>
        <w:t>جب تک آپ جانتے ہیں، ایک آدمی جو ہے وہ۔ ایک من از ریشنل تھنکنگ اینیمل۔ تو ریزن جب تک میں نہ پاؤں، جب تک میں اس کام کو کر نہیں پاتا،</w:t>
      </w:r>
    </w:p>
    <w:p>
      <w:r>
        <w:rPr>
          <w:b/>
        </w:rPr>
        <w:t xml:space="preserve">[05:21] </w:t>
      </w:r>
      <w:r>
        <w:t>to mein doosron ka influencer kyun banoon? doosron ka khair khwah kyun banoon? is par maine bahut socha.</w:t>
      </w:r>
    </w:p>
    <w:p>
      <w:pPr>
        <w:jc w:val="right"/>
      </w:pPr>
      <w:r>
        <w:t>تو میں دوسروں کا انفلوئنسر کیوں بنوں؟ دوسروں کا خیر خواہ کیوں بنوں؟ اس پر میں نے بہت سوچا۔</w:t>
      </w:r>
    </w:p>
    <w:p>
      <w:r>
        <w:rPr>
          <w:b/>
        </w:rPr>
        <w:t xml:space="preserve">[05:31] </w:t>
      </w:r>
      <w:r>
        <w:t>mere sir mein ek baat yeh aayi ke hamein hum do cheezon ko support se duniya mein jee rahe hain. ek hai natural support, ek hai civilizational support.</w:t>
      </w:r>
    </w:p>
    <w:p>
      <w:pPr>
        <w:jc w:val="right"/>
      </w:pPr>
      <w:r>
        <w:t>میرے سر میں ایک بات یہ آئی کہ ہمیں ہم دو چیزوں کو سپورٹ سے دنیا میں جی رہے ہیں۔ ایک ہے نیچرل سپورٹ، ایک ہے سیورائزیشنل سپورٹ۔</w:t>
      </w:r>
    </w:p>
    <w:p>
      <w:r>
        <w:rPr>
          <w:b/>
        </w:rPr>
        <w:t xml:space="preserve">[05:45] </w:t>
      </w:r>
      <w:r>
        <w:t>natural support kya hai?</w:t>
      </w:r>
    </w:p>
    <w:p>
      <w:pPr>
        <w:jc w:val="right"/>
      </w:pPr>
      <w:r>
        <w:t>نیچرل سپورٹ کیا ہے؟</w:t>
      </w:r>
    </w:p>
    <w:p>
      <w:r>
        <w:rPr>
          <w:b/>
        </w:rPr>
        <w:t xml:space="preserve">[05:48] </w:t>
      </w:r>
      <w:r>
        <w:t>nature hum ko sun light de rahi hai, nature hum ko hawa de rahi hai, oxygen de rahi hai, nature hum ko food de rahi hai, pani de rahi hai.</w:t>
      </w:r>
    </w:p>
    <w:p>
      <w:pPr>
        <w:jc w:val="right"/>
      </w:pPr>
      <w:r>
        <w:t>نیچر ہم کو سن لائٹ دے رہی ہے، نیچر ہم کو ہوا دے رہی ہے، آکسیجن دے رہی ہے، نیچر ہم کو فوڈ دے رہی ہے، پانی دے رہی ہے۔</w:t>
      </w:r>
    </w:p>
    <w:p>
      <w:r>
        <w:rPr>
          <w:b/>
        </w:rPr>
        <w:t xml:space="preserve">[06:00] </w:t>
      </w:r>
      <w:r>
        <w:t>yeh hai natural support. is se hum duniya mein jeete hain.</w:t>
      </w:r>
    </w:p>
    <w:p>
      <w:pPr>
        <w:jc w:val="right"/>
      </w:pPr>
      <w:r>
        <w:t>یہ ہے نیچرل سپورٹ۔ اس سے ہم دنیا میں جیتے ہیں۔</w:t>
      </w:r>
    </w:p>
    <w:p>
      <w:r>
        <w:rPr>
          <w:b/>
        </w:rPr>
        <w:t xml:space="preserve">[06:05] </w:t>
      </w:r>
      <w:r>
        <w:t>doosra hai civilizational support. civilization jo hai, ek lambe process ka naam hai.</w:t>
      </w:r>
    </w:p>
    <w:p>
      <w:pPr>
        <w:jc w:val="right"/>
      </w:pPr>
      <w:r>
        <w:t>دوسرا ہے سیورائزیشنل سپورٹ۔ سیورائزیشن جو ہے، ایک لمبے پروسیس کا نام ہے۔</w:t>
      </w:r>
    </w:p>
    <w:p>
      <w:r>
        <w:rPr>
          <w:b/>
        </w:rPr>
        <w:t xml:space="preserve">[06:15] </w:t>
      </w:r>
      <w:r>
        <w:t>jaise aap dekhein, yeh jo yeh jo glass hai, aap jaante hain ke pehle insan mitti ka bartan banata tha, use pani peeta tha.</w:t>
      </w:r>
    </w:p>
    <w:p>
      <w:pPr>
        <w:jc w:val="right"/>
      </w:pPr>
      <w:r>
        <w:t>جیسے آپ دیکھیں، یہ جو یہ جو گلاس ہے، آپ جانتے ہیں کہ پہلے انسان مٹی کا برتن بناتا تھا، اسے پانی پیتا تھا۔</w:t>
      </w:r>
    </w:p>
    <w:p>
      <w:r>
        <w:rPr>
          <w:b/>
        </w:rPr>
        <w:t xml:space="preserve">[06:27] </w:t>
      </w:r>
      <w:r>
        <w:t>phir lakri ka banaya, use pani peeta tha.</w:t>
      </w:r>
    </w:p>
    <w:p>
      <w:pPr>
        <w:jc w:val="right"/>
      </w:pPr>
      <w:r>
        <w:t>پھر لکڑی کا بنایا، اسے پانی پیتا تھا۔</w:t>
      </w:r>
    </w:p>
    <w:p>
      <w:r>
        <w:rPr>
          <w:b/>
        </w:rPr>
        <w:t xml:space="preserve">[06:31] </w:t>
      </w:r>
      <w:r>
        <w:t>mere bachpan mein aluminium ke protein ke glass hote the. ab aap sheeshe ke glass dekhte hain. insan ka ek lamba, yaani insani human effort ka ek lamba process hai.</w:t>
      </w:r>
    </w:p>
    <w:p>
      <w:pPr>
        <w:jc w:val="right"/>
      </w:pPr>
      <w:r>
        <w:t>میرے بچپن میں ایلومینیم کے پروٹین کے گلاس ہوتے تھے۔ اب آپ شیشے کے گلاس دیکھتے ہیں۔ انسان کا ایک لمبا، یعنی انسانی ہیومن ایفرٹ کا ایک لمبا پروسیس ہے۔</w:t>
      </w:r>
    </w:p>
    <w:p>
      <w:r>
        <w:rPr>
          <w:b/>
        </w:rPr>
        <w:t xml:space="preserve">[06:47] </w:t>
      </w:r>
      <w:r>
        <w:t>is ke nateeje mein ek glass, ek ek loud speaker, ek camera, ek motor car, ek hawa jahaz, sari cheezein hain.</w:t>
      </w:r>
    </w:p>
    <w:p>
      <w:pPr>
        <w:jc w:val="right"/>
      </w:pPr>
      <w:r>
        <w:t>اس کے نتیجے میں ایک گلاس، ایک ایک لاؤڈ سپیکر، ایک کیمرہ، ایک موٹر کار، ایک ہوا جہاز، ساری چیزیں ہیں۔</w:t>
      </w:r>
    </w:p>
    <w:p>
      <w:r>
        <w:rPr>
          <w:b/>
        </w:rPr>
        <w:t xml:space="preserve">[06:58] </w:t>
      </w:r>
      <w:r>
        <w:t>to that is civilizational support. to agar mein yeh sochun ke insan dekho, hazaron saal se mere liye koshish kar raha tha, tab maine jail paayi, tab maine beach paayi, tab maine glass paaya, to insan ke liye mere andar khair khwahi aayi.</w:t>
      </w:r>
    </w:p>
    <w:p>
      <w:pPr>
        <w:jc w:val="right"/>
      </w:pPr>
      <w:r>
        <w:t>تو دیٹ از سیورائزیشنل سپورٹ۔ تو اگر میں یہ سوچوں کہ انسان دیکھو، ہزاروں سال سے میرے لیے کوشش کر رہا تھا، تب میں نے جیل پائی، تب میں نے بیچ پائی، تب میں نے گلاس پایا، تو انسان کے لیے میرے اندر خیر خواہی آئی۔</w:t>
      </w:r>
    </w:p>
    <w:p>
      <w:r>
        <w:rPr>
          <w:b/>
        </w:rPr>
        <w:t xml:space="preserve">[07:15] </w:t>
      </w:r>
      <w:r>
        <w:t>valuing aayi. to natural support jo hai, hum ko hasil, us ko hum sochte hain. to nature ke liye hamare andar achhe khayalat paida hote hain.</w:t>
      </w:r>
    </w:p>
    <w:p>
      <w:pPr>
        <w:jc w:val="right"/>
      </w:pPr>
      <w:r>
        <w:t>ویلوشنگ آئی۔ تو نیچرل سپورٹ جو ہے، ہم کو حاصل، اس کو ہم سوچتے ہیں۔ تو نیچر کے لیے ہمارے اندر اچھے خیالات پیدا ہوتے ہیں۔</w:t>
      </w:r>
    </w:p>
    <w:p>
      <w:r>
        <w:rPr>
          <w:b/>
        </w:rPr>
        <w:t xml:space="preserve">[07:29] </w:t>
      </w:r>
      <w:r>
        <w:t>aise hi jis tarah se civilizational support jo hum ko mila hai, us par hum sochenge. aap jaante hain ke kapda jo hum aap pehente hain, to pehle to aisa kapda insan ke paas nahi hota tha.</w:t>
      </w:r>
    </w:p>
    <w:p>
      <w:pPr>
        <w:jc w:val="right"/>
      </w:pPr>
      <w:r>
        <w:t>ایسے ہی جس طرح سے سیورائزیشنل سپورٹ جو ہم کو ملا ہے، اس پر ہم سوچیں گے۔ آپ جانتے ہیں کہ کپڑا جو ہم آپ پہنتے ہیں، تو پہلے تو ایسا کپڑا انسان کے پاس نہیں ہوتا تھا۔</w:t>
      </w:r>
    </w:p>
    <w:p>
      <w:r>
        <w:rPr>
          <w:b/>
        </w:rPr>
        <w:t xml:space="preserve">[07:43] </w:t>
      </w:r>
      <w:r>
        <w:t>sab se pehle to insan, yaani darakht ke patton se dhakta tha apna body. phir bahut hi mote qism ke rough qism ke kapde banaye us ne.</w:t>
      </w:r>
    </w:p>
    <w:p>
      <w:pPr>
        <w:jc w:val="right"/>
      </w:pPr>
      <w:r>
        <w:t>سب سے پہلے تو انسان، یعنی درخت کے پتوں سے ڈھکتا تھا اپنا باڈی۔ پھر بہت ہی موٹے قسم کے رف قسم کے کپڑے بنائے اس نے۔</w:t>
      </w:r>
    </w:p>
    <w:p>
      <w:r>
        <w:rPr>
          <w:b/>
        </w:rPr>
        <w:t xml:space="preserve">[07:55] </w:t>
      </w:r>
      <w:r>
        <w:t>boht dinon ke baad aise kapre bane. isi ko main kehta hoon saivaraijhanal support. yeh saari humanity jo hai, mere liye lagi hui thi.</w:t>
      </w:r>
    </w:p>
    <w:p>
      <w:pPr>
        <w:jc w:val="right"/>
      </w:pPr>
      <w:r>
        <w:t>بہت دنوں کے بعد ایسے کپڑے بنے۔ اسی کو میں کہتا ہوں سیورائزیشنل سپورٹ۔ یہ ساری ہیومینٹی جو ہے، میرے لیے لگی ہوئی تھی۔</w:t>
      </w:r>
    </w:p>
    <w:p>
      <w:r>
        <w:rPr>
          <w:b/>
        </w:rPr>
        <w:t xml:space="preserve">[08:05] </w:t>
      </w:r>
      <w:r>
        <w:t>har ek. hum hamare aap ke liye ke hamein achhe cheezein milein, comfortfull life mile.</w:t>
      </w:r>
    </w:p>
    <w:p>
      <w:pPr>
        <w:jc w:val="right"/>
      </w:pPr>
      <w:r>
        <w:t>ہر ایک۔ ہم ہمارے آپ کے لیے کہ ہمیں اچھے چیزیں ملیں، کمفرٹ فل لائف ملے۔</w:t>
      </w:r>
    </w:p>
    <w:p>
      <w:r>
        <w:rPr>
          <w:b/>
        </w:rPr>
        <w:t xml:space="preserve">[08:15] </w:t>
      </w:r>
      <w:r>
        <w:t>to jab hum yeh sochenge ke laga ke sab mere benefactor hain saare log,</w:t>
      </w:r>
    </w:p>
    <w:p>
      <w:pPr>
        <w:jc w:val="right"/>
      </w:pPr>
      <w:r>
        <w:t>تو جب ہم یہ سوچیں گے کہ لگا کہ سب میرے پری فیکٹر ہیں سارے لوگ،</w:t>
      </w:r>
    </w:p>
    <w:p>
      <w:r>
        <w:rPr>
          <w:b/>
        </w:rPr>
        <w:t xml:space="preserve">[08:20] </w:t>
      </w:r>
      <w:r>
        <w:t>to main un se kyun na pyar karoon? kyun na main un ka benefactor banun?</w:t>
      </w:r>
    </w:p>
    <w:p>
      <w:pPr>
        <w:jc w:val="right"/>
      </w:pPr>
      <w:r>
        <w:t>تو میں ان سے کیوں نہ پیار کروں؟ کیوں نہ میں ان کا پری فیکٹر بنوں؟</w:t>
      </w:r>
    </w:p>
    <w:p>
      <w:r>
        <w:rPr>
          <w:b/>
        </w:rPr>
        <w:t xml:space="preserve">[08:27] </w:t>
      </w:r>
      <w:r>
        <w:t>is tarah dekhein, positive thinking. positive thinking boht hi zaroori hai. dekhein, hum samaj mein jaate hain, society mein rehte hain, to hum sab log jaante hain in baaton ke bar bar hamein provocative situation samna karta hai.</w:t>
      </w:r>
    </w:p>
    <w:p>
      <w:pPr>
        <w:jc w:val="right"/>
      </w:pPr>
      <w:r>
        <w:t>اس طرح دیکھیں، پازیٹیو تھنکنگ۔ پازیٹیو تھنکنگ بہت ہی ضروری ہے۔ دیکھیں، ہم سماج میں جاتے ہیں، سوسائٹی میں رہتے ہیں، تو ہم سب لوگ جانتے ہیں ان باتوں کے بار بار ہمیں پرووکٹیو سچویشن سامنا کرتا ہے۔</w:t>
      </w:r>
    </w:p>
    <w:p>
      <w:r>
        <w:rPr>
          <w:b/>
        </w:rPr>
        <w:t xml:space="preserve">[08:45] </w:t>
      </w:r>
      <w:r>
        <w:t>koi in ko hamein provoke karta hai, koi in ko hamein ghussa dilata hai,</w:t>
      </w:r>
    </w:p>
    <w:p>
      <w:pPr>
        <w:jc w:val="right"/>
      </w:pPr>
      <w:r>
        <w:t>کوئی ان کو ہمیں پرووکٹ کرتا ہے، کوئی ان کو ہمیں غصہ دلاتا ہے،</w:t>
      </w:r>
    </w:p>
    <w:p>
      <w:r>
        <w:rPr>
          <w:b/>
        </w:rPr>
        <w:t xml:space="preserve">[08:51] </w:t>
      </w:r>
      <w:r>
        <w:t>kahin ke hamein in marked situation mein gir jaate hain. isi wajah se aap dekhein, society mein har aadmi ek jaisa negative thought hota hai.</w:t>
      </w:r>
    </w:p>
    <w:p>
      <w:pPr>
        <w:jc w:val="right"/>
      </w:pPr>
      <w:r>
        <w:t>کہیں کہ ہمیں ان مارٹڈ سچویشن میں گر جاتے ہیں۔ اسی وجہ سے آپ دیکھیں، سوسائٹی میں ہر آدمی ایک جیسا نیگیٹیو تھاٹ ہوتا ہے۔</w:t>
      </w:r>
    </w:p>
    <w:p>
      <w:r>
        <w:rPr>
          <w:b/>
        </w:rPr>
        <w:t xml:space="preserve">[08:59] </w:t>
      </w:r>
      <w:r>
        <w:t>jis ko bhi dekhein, agar woh kuch achhi si baatein kar raha ho, aap us ko scrutiny kijiye, to parodiye andar se niklega ke woh bhi negative thought le hue tha.</w:t>
      </w:r>
    </w:p>
    <w:p>
      <w:pPr>
        <w:jc w:val="right"/>
      </w:pPr>
      <w:r>
        <w:t>جس کو بھی دیکھیں، اگر وہ کچھ اچھی سی باتیں کر رہا ہو، آپ اس کو سکروٹی کیجیے، تو پرودیے اندر سے نکلے گا کہ وہ بھی نیگیٹیو تھاٹ لے ہوئے تھا۔</w:t>
      </w:r>
    </w:p>
    <w:p>
      <w:r>
        <w:rPr>
          <w:b/>
        </w:rPr>
        <w:t xml:space="preserve">[09:13] </w:t>
      </w:r>
      <w:r>
        <w:t>to har aadmi negative thought ke saath jee raha hai.</w:t>
      </w:r>
    </w:p>
    <w:p>
      <w:pPr>
        <w:jc w:val="right"/>
      </w:pPr>
      <w:r>
        <w:t>تو ہر آدمی نیگیٹیو تھاٹ کے ساتھ جی رہا ہے۔</w:t>
      </w:r>
    </w:p>
    <w:p>
      <w:r>
        <w:rPr>
          <w:b/>
        </w:rPr>
        <w:t xml:space="preserve">[09:17] </w:t>
      </w:r>
      <w:r>
        <w:t>isi liye is negativity ko khatam karna parega. tab ja kar positive thinking aayegi.</w:t>
      </w:r>
    </w:p>
    <w:p>
      <w:pPr>
        <w:jc w:val="right"/>
      </w:pPr>
      <w:r>
        <w:t>اسی لیے اس نیگیٹیوٹی کو ختم کرنا پڑے گا۔ تب جا کر پازیٹیو تھنکنگ آئے گی۔</w:t>
      </w:r>
    </w:p>
    <w:p>
      <w:r>
        <w:rPr>
          <w:b/>
        </w:rPr>
        <w:t xml:space="preserve">[09:28] </w:t>
      </w:r>
      <w:r>
        <w:t>jaise main introspection karta rehta hoon, daily apna, daily, taake jitne negative item hain mere mind mein, us ko nikaloon. yeh main pachas baras se kam se kam yeh kar raha hoon, jab se maine samjha hai is baat ko.</w:t>
      </w:r>
    </w:p>
    <w:p>
      <w:pPr>
        <w:jc w:val="right"/>
      </w:pPr>
      <w:r>
        <w:t>جیسے میں انٹراسپیکشن کرتا رہتا ہوں، ڈیلی اپنا، ڈیلی، تاکہ جتنے نیگیٹیو آئٹم ہیں میرے مائنڈ میں، اس کو نکالوں۔ یہ میں پچاس برس سے کم سے کم یہ کر رہا ہوں، جب سے میں نے سمجھا ہے اس بات کو۔</w:t>
      </w:r>
    </w:p>
    <w:p>
      <w:r>
        <w:rPr>
          <w:b/>
        </w:rPr>
        <w:t xml:space="preserve">[09:43] </w:t>
      </w:r>
      <w:r>
        <w:t>to daily mein yeh karta hoon ke apne mind mein jo thousand and thousand negative item hain, us ko nikalta hoon, through introspection.</w:t>
      </w:r>
    </w:p>
    <w:p>
      <w:pPr>
        <w:jc w:val="right"/>
      </w:pPr>
      <w:r>
        <w:t>تو ڈیلی میں یہ کرتا ہوں کہ اپنے مائنڈ میں جو تھاؤزنڈ اینڈ تھاؤزنڈ نیگیٹیو آئٹم ہیں، اس کو نکالتا ہوں، تھرو انٹراسپیکشن۔</w:t>
      </w:r>
    </w:p>
    <w:p>
      <w:r>
        <w:rPr>
          <w:b/>
        </w:rPr>
        <w:t xml:space="preserve">[09:56] </w:t>
      </w:r>
      <w:r>
        <w:t>tab ja kar aati hai positive thinking.</w:t>
      </w:r>
    </w:p>
    <w:p>
      <w:pPr>
        <w:jc w:val="right"/>
      </w:pPr>
      <w:r>
        <w:t>تب جا کر آتی ہے پازیٹیو تھنکنگ۔</w:t>
      </w:r>
    </w:p>
    <w:p>
      <w:r>
        <w:rPr>
          <w:b/>
        </w:rPr>
        <w:t xml:space="preserve">[09:59] </w:t>
      </w:r>
      <w:r>
        <w:t>to jab positive thinking aayegi, tabhi aap ka positive behavior hoga society mein. yeh sab cheezein jab tak na hon, isi ko maine kaha hai prerequisites.</w:t>
      </w:r>
    </w:p>
    <w:p>
      <w:pPr>
        <w:jc w:val="right"/>
      </w:pPr>
      <w:r>
        <w:t>تو جب پازیٹیو تھنکنگ آئے گی، تبھی آپ کا پازیٹیو بیہیویئر ہوگا سوسائٹی میں۔ یہ سب چیزیں جب تک نہ ہوں، اسی کو میں نے کہا ہے پری ریکویزٹس۔</w:t>
      </w:r>
    </w:p>
    <w:p>
      <w:r>
        <w:rPr>
          <w:b/>
        </w:rPr>
        <w:t xml:space="preserve">[10:12] </w:t>
      </w:r>
      <w:r>
        <w:t>yaani modern values ko society mein translate karne ke liye zaroori hai ke pehle aap logon ko prepare karein.</w:t>
      </w:r>
    </w:p>
    <w:p>
      <w:pPr>
        <w:jc w:val="right"/>
      </w:pPr>
      <w:r>
        <w:t>یعنی ماڈرن ویلوتس کو سوسائٹی میں ٹرانسلیٹ کرنے کے لیے ضروری ہے کہ پہلے آپ لوگوں کو پریپیئر کریں۔</w:t>
      </w:r>
    </w:p>
    <w:p>
      <w:r>
        <w:rPr>
          <w:b/>
        </w:rPr>
        <w:t xml:space="preserve">[10:23] </w:t>
      </w:r>
      <w:r>
        <w:t>to is ka is ka matlab kya hua? ke is ka matlab yeh hua ke reform begin from mind.</w:t>
      </w:r>
    </w:p>
    <w:p>
      <w:pPr>
        <w:jc w:val="right"/>
      </w:pPr>
      <w:r>
        <w:t>تو اس کا اس کا مطلب کیا ہوا؟ کہ اس کا مطلب یہ ہوا کہ ریفارم بگن فرام مائنڈ۔</w:t>
      </w:r>
    </w:p>
    <w:p>
      <w:r>
        <w:rPr>
          <w:b/>
        </w:rPr>
        <w:t xml:space="preserve">[10:33] </w:t>
      </w:r>
      <w:r>
        <w:t>mere paas kal parson ek sahab aaye, unhone kaha ke aap shanti aur spirituality ki baatein karte hain, lekin koi practical program to aap ke paas hai nahin.</w:t>
      </w:r>
    </w:p>
    <w:p>
      <w:pPr>
        <w:jc w:val="right"/>
      </w:pPr>
      <w:r>
        <w:t>میرے پاس کل پرسوں ایک صاحب آئے، انہوں نے کہا کہ آپ شانتی اور سپرچوئلٹی کی باتیں کرتے ہیں، لیکن کوئی پریکٹیکل پروگرام تو آپ کے پاس ہے نہیں۔</w:t>
      </w:r>
    </w:p>
    <w:p>
      <w:r>
        <w:rPr>
          <w:b/>
        </w:rPr>
        <w:t xml:space="preserve">[10:44] </w:t>
      </w:r>
      <w:r>
        <w:t>woh practical program samajhte hain ke geer bhaad ikattha ki jaye aur kuch nara jhanda kiya jaye, to samajhte hain ke practical program hai.</w:t>
      </w:r>
    </w:p>
    <w:p>
      <w:pPr>
        <w:jc w:val="right"/>
      </w:pPr>
      <w:r>
        <w:t>وہ پریکٹیکل پروگرام سمجھتے ہیں کہ گیڑ بھاڑ اکٹھا کی جائے اور کچھ نعرہ جھنڈا کیا جائے، تو سمجھتے ہیں کہ پریکٹیکل پروگرام ہے۔</w:t>
      </w:r>
    </w:p>
    <w:p>
      <w:r>
        <w:rPr>
          <w:b/>
        </w:rPr>
        <w:t xml:space="preserve">[10:54] </w:t>
      </w:r>
      <w:r>
        <w:t>to main ne kaha ke aap program ko sirf physical level par jaante hain. physical activities ko aap program sochte hain. intellectual activities is se bada program hai, us ko aap jaante hain.</w:t>
      </w:r>
    </w:p>
    <w:p>
      <w:pPr>
        <w:jc w:val="right"/>
      </w:pPr>
      <w:r>
        <w:t>تو میں نے کہا کہ آپ پروگرام کو صرف فزیکل لیول پر جانتے ہیں۔ فزیکل ایکٹیویٹیز کو آپ پروگرام سوچتے ہیں۔ انٹلیکچوئل ایکٹیویٹیز اس سے بڑا پروگرام ہے، اس کو آپ جانتے ہیں۔</w:t>
      </w:r>
    </w:p>
    <w:p>
      <w:r>
        <w:rPr>
          <w:b/>
        </w:rPr>
        <w:t xml:space="preserve">[11:09] </w:t>
      </w:r>
      <w:r>
        <w:t>to mera mission jo hai, us mein main kya karta hoon? physical level ki activities jo hai, us mein main believe nahin karta. main believe karta hoon intellectual activities mein.</w:t>
      </w:r>
    </w:p>
    <w:p>
      <w:pPr>
        <w:jc w:val="right"/>
      </w:pPr>
      <w:r>
        <w:t>تو میرا مشن جو ہے، اس میں میں کیا کرتا ہوں؟ فزیکل لیول کی ایکٹیویٹیز جو ہے، اس میں میں بیلیو نہیں کرتا۔ میں بیلیو کرتا ہوں انٹلیکچوئل ایکٹیویٹیز میں۔</w:t>
      </w:r>
    </w:p>
    <w:p>
      <w:r>
        <w:rPr>
          <w:b/>
        </w:rPr>
        <w:t xml:space="preserve">[11:20] </w:t>
      </w:r>
      <w:r>
        <w:t>to mera mission jo hai, woh mind ki engineering mein karta hoon. ins human mind ki main engineering karta hoon. yaani art of thinking lata hoon us ke andar.</w:t>
      </w:r>
    </w:p>
    <w:p>
      <w:pPr>
        <w:jc w:val="right"/>
      </w:pPr>
      <w:r>
        <w:t>تو میرا مشن جو ہے، وہ مائنڈ کی انجینئرنگ میں کرتا ہوں۔ انس ہیومن مائنڈ کی میں انجینئرنگ کرتا ہوں۔ یعنی آرٹ آف تھنکنگ لاتا ہوں اس کے اندر۔</w:t>
      </w:r>
    </w:p>
    <w:p>
      <w:r>
        <w:rPr>
          <w:b/>
        </w:rPr>
        <w:t xml:space="preserve">[11:33] </w:t>
      </w:r>
      <w:r>
        <w:t>right thinking kaise hai us ke andar? positive thinking kaise aaye? yeh saari cheezein. to main mind ko banata hoon. to un ki samajh mein nahin aaya ke koi practical program nahin dekha ho.</w:t>
      </w:r>
    </w:p>
    <w:p>
      <w:pPr>
        <w:jc w:val="right"/>
      </w:pPr>
      <w:r>
        <w:t>رائٹ تھنکنگ کیسے ہے اس کے اندر؟ پازیٹیو تھنکنگ کیسے آئے؟ یہ ساری چیزیں۔ تو میں مائنڈ کو بناتا ہوں۔ تو ان کی سمجھ میں نہیں آیا کہ کوئی پریکٹیکل پروگرام نہیں دیکھا ہو۔</w:t>
      </w:r>
    </w:p>
    <w:p>
      <w:r>
        <w:rPr>
          <w:b/>
        </w:rPr>
        <w:t xml:space="preserve">[11:46] </w:t>
      </w:r>
      <w:r>
        <w:t>unhone koi physical activities nahin dekhi unhone.</w:t>
      </w:r>
    </w:p>
    <w:p>
      <w:pPr>
        <w:jc w:val="right"/>
      </w:pPr>
      <w:r>
        <w:t>انہوں نے کوئی فزیکل ایکٹیویٹیز نہیں دیکھی انہوں نے۔</w:t>
      </w:r>
    </w:p>
    <w:p>
      <w:r>
        <w:rPr>
          <w:b/>
        </w:rPr>
        <w:t xml:space="preserve">[11:51] </w:t>
      </w:r>
      <w:r>
        <w:t>to isi liye aap maine un se kaha ke dekhein aap yeh logon ko aap sochte hain ke unhone program chalaya practical. unhone result dekhiye result. to result kuch bhi nahin.</w:t>
      </w:r>
    </w:p>
    <w:p>
      <w:pPr>
        <w:jc w:val="right"/>
      </w:pPr>
      <w:r>
        <w:t>تو اسی لیے آپ میں نے ان سے کہا کہ دیکھیں آپ یہ لوگوں کو آپ سوچتے ہیں کہ انہوں نے پروگرام چلایا پریکٹیکل۔ انہوں نے رزلٹ دیکھیے رزلٹ۔ تو رزلٹ کچھ بھی نہیں۔</w:t>
      </w:r>
    </w:p>
    <w:p>
      <w:r>
        <w:rPr>
          <w:b/>
        </w:rPr>
        <w:t xml:space="preserve">[12:03] </w:t>
      </w:r>
      <w:r>
        <w:t>main ne kaha ke result dikhta hi hai aap. woh khud ek kisi sansta jode hue the.</w:t>
      </w:r>
    </w:p>
    <w:p>
      <w:pPr>
        <w:jc w:val="right"/>
      </w:pPr>
      <w:r>
        <w:t>میں نے کہا کہ رزلٹ دکھتا ہی ہے آپ۔ وہ خود ایک کسی سنسٹا جڑے ہوئے تھے۔</w:t>
      </w:r>
    </w:p>
    <w:p>
      <w:r>
        <w:rPr>
          <w:b/>
        </w:rPr>
        <w:t xml:space="preserve">[12:09] </w:t>
      </w:r>
      <w:r>
        <w:t>mein ne kaha aap is sansata ka koi aadmi mere paas laiye jis ko aap ne banaya hai achay tareeqay say. to aik aadmi bhi woh nahi kar sakay ke mein us ko la sakta hoon aap ke paas.</w:t>
      </w:r>
    </w:p>
    <w:p>
      <w:pPr>
        <w:jc w:val="right"/>
      </w:pPr>
      <w:r>
        <w:t>میں نے کہا آپ اس سنسٹا کا کوئی آدمی میرے پاس لائیے جس کو آپ نے بنایا ہے اچھے طریقے سے۔ تو ایک آدمی بھی وہ نہیں کر سکے کہ میں اس کو لا سکتا ہوں آپ کے پاس۔</w:t>
      </w:r>
    </w:p>
    <w:p>
      <w:r>
        <w:rPr>
          <w:b/>
        </w:rPr>
        <w:t xml:space="preserve">[12:21] </w:t>
      </w:r>
      <w:r>
        <w:t>aur bheer bhaad khoob hai in ke haan. to mein yeh kahoon ga ke reform begin from mind.</w:t>
      </w:r>
    </w:p>
    <w:p>
      <w:pPr>
        <w:jc w:val="right"/>
      </w:pPr>
      <w:r>
        <w:t>اور بھیڑ بھاڑ خوب ہے ان کے ہاں۔ تو میں یہ کہوں گا کہ ریفارم بگن فرام مائنڈ۔</w:t>
      </w:r>
    </w:p>
    <w:p>
      <w:r>
        <w:rPr>
          <w:b/>
        </w:rPr>
        <w:t xml:space="preserve">[12:31] </w:t>
      </w:r>
      <w:r>
        <w:t>mind ki aap engineering karen. mind ke level par logon ki deconditioning karen. mind ke level par aap un ko positive thinker banaen.</w:t>
      </w:r>
    </w:p>
    <w:p>
      <w:pPr>
        <w:jc w:val="right"/>
      </w:pPr>
      <w:r>
        <w:t>مائنڈ کی آپ انجینئرنگ کریں۔ مائنڈ کے لیول پر لوگوں کی ڈی کنڈیشننگ کریں۔ مائنڈ کے لیول پر آپ ان کو پازیٹیو تھنکر بنائیں۔</w:t>
      </w:r>
    </w:p>
    <w:p>
      <w:r>
        <w:rPr>
          <w:b/>
        </w:rPr>
        <w:t xml:space="preserve">[12:42] </w:t>
      </w:r>
      <w:r>
        <w:t>tab yahi baat hai jo islam mein sikhai gayi hai.</w:t>
      </w:r>
    </w:p>
    <w:p>
      <w:pPr>
        <w:jc w:val="right"/>
      </w:pPr>
      <w:r>
        <w:t>تب یہی بات ہے جو اسلام میں سکھائی گئی ہے۔</w:t>
      </w:r>
    </w:p>
    <w:p>
      <w:r>
        <w:rPr>
          <w:b/>
        </w:rPr>
        <w:t xml:space="preserve">[12:47] </w:t>
      </w:r>
      <w:r>
        <w:t>prophet ab islam se kisi ne poocha to unhon ne kaha ke rasool Allah ne kaha ke al-taqwa haan ho. dil ke tawajjuh kar ke aap ne kaha al-taqwa haan ho.</w:t>
      </w:r>
    </w:p>
    <w:p>
      <w:pPr>
        <w:jc w:val="right"/>
      </w:pPr>
      <w:r>
        <w:t>پرافٹ اب اسلام سے کسی نے پوچھا تو انہوں نے کہا کہ رسول اللہ نے کہا کہ التقویٰ ہاں ہو۔ دل کے توجہ کر کے آپ نے کہا التقویٰ ہاں ہو۔</w:t>
      </w:r>
    </w:p>
    <w:p>
      <w:r>
        <w:rPr>
          <w:b/>
        </w:rPr>
        <w:t xml:space="preserve">[13:00] </w:t>
      </w:r>
      <w:r>
        <w:t>yani yahan se shuru hota hai reform ka kaam.</w:t>
      </w:r>
    </w:p>
    <w:p>
      <w:pPr>
        <w:jc w:val="right"/>
      </w:pPr>
      <w:r>
        <w:t>یعنی یہاں سے شروع ہوتا ہے ریفارم کا کام۔</w:t>
      </w:r>
    </w:p>
    <w:p>
      <w:r>
        <w:rPr>
          <w:b/>
        </w:rPr>
        <w:t xml:space="preserve">[13:05] </w:t>
      </w:r>
      <w:r>
        <w:t>aik aur hadith mein hai ke aap ne kaha ke</w:t>
      </w:r>
    </w:p>
    <w:p>
      <w:pPr>
        <w:jc w:val="right"/>
      </w:pPr>
      <w:r>
        <w:t>ایک اور حدیث میں ہے کہ آپ نے کہا کہ</w:t>
      </w:r>
    </w:p>
    <w:p>
      <w:r>
        <w:rPr>
          <w:b/>
        </w:rPr>
        <w:t xml:space="preserve">[13:20] </w:t>
      </w:r>
      <w:r>
        <w:t>ke aadmi ke body mein aik aik tukra hai, woh theek ho jaye to sab theek hai, woh theek na ho to sab bigar jaye ga, aur woh hai dil.</w:t>
      </w:r>
    </w:p>
    <w:p>
      <w:pPr>
        <w:jc w:val="right"/>
      </w:pPr>
      <w:r>
        <w:t>کہ آدمی کے باڈی میں ایک ایک ٹکڑا ہے، وہ ٹھیک ہو جائے تو سب ٹھیک ہے، وہ ٹھیک نہ ہو تو سب بگڑ جائے گا، اور وہ ہے دل۔</w:t>
      </w:r>
    </w:p>
    <w:p>
      <w:r>
        <w:rPr>
          <w:b/>
        </w:rPr>
        <w:t xml:space="preserve">[13:33] </w:t>
      </w:r>
      <w:r>
        <w:t>to dil ka matlab hai, mein us ko mind ke maenay mein leta hoon. yeh aik dictionary expression hai ke dil ka lafz bolte hain, matlab hota hai mind.</w:t>
      </w:r>
    </w:p>
    <w:p>
      <w:pPr>
        <w:jc w:val="right"/>
      </w:pPr>
      <w:r>
        <w:t>تو دل کا مطلب ہے، میں اس کو مائنڈ کے معنی میں لیتا ہوں۔ یہ ایک ڈکٹری ایکسپریشن ہے کہ دل کا لفظ بولتے ہیں، مطلب ہوتا ہے مائنڈ۔</w:t>
      </w:r>
    </w:p>
    <w:p>
      <w:r>
        <w:rPr>
          <w:b/>
        </w:rPr>
        <w:t xml:space="preserve">[13:45] </w:t>
      </w:r>
      <w:r>
        <w:t>to is ka matlab hai ke islam ne jo bataya hai mujhe hai ke aap parhen ge quran ko, hadith ko to aap dekhen ge wahan par honest ko bohat zor diya gaya hai, sachai par bohat ziyada perfect kiya gaya hai,</w:t>
      </w:r>
    </w:p>
    <w:p>
      <w:pPr>
        <w:jc w:val="right"/>
      </w:pPr>
      <w:r>
        <w:t>تو اس کا مطلب ہے کہ اسلام نے جو بتایا ہے مجھے ہے کہ آپ پڑھیں گے قرآن کو، حدیث کو تو آپ دیکھیں گے وہاں پر آنسٹک کو بہت زور دیا گیا ہے، سچائی پر بہت زیادہ پرفیکس کیا گیا ہے،</w:t>
      </w:r>
    </w:p>
    <w:p>
      <w:r>
        <w:rPr>
          <w:b/>
        </w:rPr>
        <w:t xml:space="preserve">[13:58] </w:t>
      </w:r>
      <w:r>
        <w:t>peace ko bohat ziyada kaha gaya hai, intolerance ko bohat ziyada zor diya gaya hai, yeh sari cheezain hain. mohabbat, sachai, honest, justice, sab.</w:t>
      </w:r>
    </w:p>
    <w:p>
      <w:pPr>
        <w:jc w:val="right"/>
      </w:pPr>
      <w:r>
        <w:t>پیس کو بہت زیادہ کہا گیا ہے، ان ٹالرنس کو بہت زیادہ زور دیا گیا ہے، یہ ساری چیزیں ہیں۔ محبت، سچائی، آنسٹک، جسٹس، سب۔</w:t>
      </w:r>
    </w:p>
    <w:p>
      <w:r>
        <w:rPr>
          <w:b/>
        </w:rPr>
        <w:t xml:space="preserve">[14:10] </w:t>
      </w:r>
      <w:r>
        <w:t>lekin aap ne kaha ke jarr jo hai woh yahan par hai. jarr jo hai woh mind mein hai. agar tum mind ko badal pao ge tab sab cheezain badlen gi.</w:t>
      </w:r>
    </w:p>
    <w:p>
      <w:pPr>
        <w:jc w:val="right"/>
      </w:pPr>
      <w:r>
        <w:t>لیکن آپ نے کہا کہ جڑ جو ہے وہ یہاں پر ہے۔ جڑ جو ہے وہ مائنڈ میں ہے۔ اگر تم مائنڈ کو بدل پاؤ گے تب سب چیزیں بدلیں گی۔</w:t>
      </w:r>
    </w:p>
    <w:p>
      <w:r>
        <w:rPr>
          <w:b/>
        </w:rPr>
        <w:t xml:space="preserve">[14:21] </w:t>
      </w:r>
      <w:r>
        <w:t>mind ko nahi badal pao ge to cheezain nahi badlen gi. yeh hai mein ne apni study mein jo mein ne paya hai woh yeh paya hai. to mein aik martaba yahan par delhi mein aik jagah aik meri speech thi to mein ne kaha mujh se woh unhon ne kaha ke aap aik aik book tayyar kijiye modern values par.</w:t>
      </w:r>
    </w:p>
    <w:p>
      <w:pPr>
        <w:jc w:val="right"/>
      </w:pPr>
      <w:r>
        <w:t>مائنڈ کو نہیں بدل پاؤ گے تو چیزیں نہیں بدلیں گی۔ یہ ہے میں نے اپنی اسٹڈی میں جو میں نے پایا ہے وہ یہ پایا ہے۔ تو میں ایک مرتبہ یہاں پر دلی میں ایک جگہ ایک میری سپیچ تھی تو میں نے کہا مجھ سے وہ انہوں نے کہا کہ آپ ایک ایک بک تیار کیجیے ماڈرن ویلوتس پر۔</w:t>
      </w:r>
    </w:p>
    <w:p>
      <w:r>
        <w:rPr>
          <w:b/>
        </w:rPr>
        <w:t xml:space="preserve">[14:43] </w:t>
      </w:r>
      <w:r>
        <w:t>modern values par aik book. to us ko hum chhapen ge aur sab schoolon mein le jayen ge. mein ne kaha modern values par aik book chhap dene se modern values nahi aa jayen gi logon ke paas.</w:t>
      </w:r>
    </w:p>
    <w:p>
      <w:pPr>
        <w:jc w:val="right"/>
      </w:pPr>
      <w:r>
        <w:t>ماڈرن ویلوتس پر ایک بک۔ تو اس کو ہم چھاپیں گے اور سب اسکولوں میں لے جائیں گے۔ میں نے کہا ماڈرن ویلوتس پر ایک بک چھاپ دینے سے ماڈرن ویلوتس نہیں آ جائیں گی لوگوں کے پاس۔</w:t>
      </w:r>
    </w:p>
    <w:p>
      <w:r>
        <w:rPr>
          <w:b/>
        </w:rPr>
        <w:t xml:space="preserve">[15:01] </w:t>
      </w:r>
      <w:r>
        <w:t>is ka naam modern teacher ke naam se woh chhapna chahte thay kitab. mein ne kaha is se yeh yeh aadha kaam hai. is se pehle aik kaam karna pare ga.</w:t>
      </w:r>
    </w:p>
    <w:p>
      <w:pPr>
        <w:jc w:val="right"/>
      </w:pPr>
      <w:r>
        <w:t>اس کا نام ماڈرن ٹیچر کے نام سے وہ چھاپنا چاہتے تھے کتاب۔ میں نے کہا اس سے یہ یہ آدھا کام ہے۔ اس سے پہلے ایک کام کرنا پڑے گا۔</w:t>
      </w:r>
    </w:p>
    <w:p>
      <w:r>
        <w:rPr>
          <w:b/>
        </w:rPr>
        <w:t xml:space="preserve">[15:10] </w:t>
      </w:r>
      <w:r>
        <w:t>woh jo mein ne arz kiya ke prerequisites jo hain woh woh karni parein gi. is mein bachcha parh le ga ke sach bolo. sach kyun boloon? is mein likha aaye ga love your enemy.</w:t>
      </w:r>
    </w:p>
    <w:p>
      <w:pPr>
        <w:jc w:val="right"/>
      </w:pPr>
      <w:r>
        <w:t>وہ جو میں نے عرض کیا کہ پری ریکویزٹس جو ہیں وہ وہ کرنی پڑیں گی۔ اس میں بچہ پڑھ لے گا کہ سچ بولو۔ سچ کیوں بولوں؟ اس میں لکھا آئے گا لو یور اینمی۔</w:t>
      </w:r>
    </w:p>
    <w:p>
      <w:r>
        <w:rPr>
          <w:b/>
        </w:rPr>
        <w:t xml:space="preserve">[15:21] </w:t>
      </w:r>
      <w:r>
        <w:t>to mein enemy se love kyun karoon? to love your enemy aap ne likh diya lekin aap ko is ka us ko reason reason out karna pare ga.</w:t>
      </w:r>
    </w:p>
    <w:p>
      <w:pPr>
        <w:jc w:val="right"/>
      </w:pPr>
      <w:r>
        <w:t>تو میں اینمی سے لو کیوں کروں؟ تو لو یور اینمی آپ نے لکھ دیا لیکن آپ کو اس کا اس کو ریزن ریزن آؤٹ کرنا پڑے گا۔</w:t>
      </w:r>
    </w:p>
    <w:p>
      <w:r>
        <w:rPr>
          <w:b/>
        </w:rPr>
        <w:t xml:space="preserve">[15:30] </w:t>
      </w:r>
      <w:r>
        <w:t>is ka rational basis batana pare ga bachche ko. to mein ne kaha ke dekhiye kisi ko likhen aap love your enemy ko likhen aap.</w:t>
      </w:r>
    </w:p>
    <w:p>
      <w:pPr>
        <w:jc w:val="right"/>
      </w:pPr>
      <w:r>
        <w:t>اس کا ریشنل بیسز بتانا پڑے گا بچے کو۔ تو میں نے کہا کہ دیکھیے کسی کو لکھیں آپ لو یور اینمی کو لکھیں آپ۔</w:t>
      </w:r>
    </w:p>
    <w:p>
      <w:r>
        <w:rPr>
          <w:b/>
        </w:rPr>
        <w:t xml:space="preserve">[15:40] </w:t>
      </w:r>
      <w:r>
        <w:t>to mein jaisay is baat ko spell karta hoon.</w:t>
      </w:r>
    </w:p>
    <w:p>
      <w:pPr>
        <w:jc w:val="right"/>
      </w:pPr>
      <w:r>
        <w:t>تو میں جیسے اس بات کو اسپیل کرتا ہوں۔</w:t>
      </w:r>
    </w:p>
    <w:p>
      <w:r>
        <w:rPr>
          <w:b/>
        </w:rPr>
        <w:t xml:space="preserve">[15:45] </w:t>
      </w:r>
      <w:r>
        <w:t>jaisay ke Isa ne kaha jaisay ke aap jante hain love your enemy. apne dushman se bhi mohabbat karo. ab is ke deep pe jayen.</w:t>
      </w:r>
    </w:p>
    <w:p>
      <w:pPr>
        <w:jc w:val="right"/>
      </w:pPr>
      <w:r>
        <w:t>جیسا کہ عیسیٰ نے کہا جیسا کہ آپ جانتے ہیں لو یور اینمی۔ اپنے دشمن سے بھی محبت کرو۔ اب اس کے ڈیپ پہ جائیں۔</w:t>
      </w:r>
    </w:p>
    <w:p>
      <w:r>
        <w:rPr>
          <w:b/>
        </w:rPr>
        <w:t xml:space="preserve">[15:55] </w:t>
      </w:r>
      <w:r>
        <w:t>is ke deep pe jayen. ke mein apne dushman se kyun mohabbat karoon?</w:t>
      </w:r>
    </w:p>
    <w:p>
      <w:pPr>
        <w:jc w:val="right"/>
      </w:pPr>
      <w:r>
        <w:t>اس کے ڈیپ پہ جائیں۔ کہ میں اپنے دشمن سے کیوں محبت کروں؟</w:t>
      </w:r>
    </w:p>
    <w:p>
      <w:r>
        <w:rPr>
          <w:b/>
        </w:rPr>
        <w:t xml:space="preserve">[16:01] </w:t>
      </w:r>
      <w:r>
        <w:t>to save yourself. is liye ke aap jab dushmani karen ge to aap nafrat karen ge. aap revenge mein chale jayen ge.</w:t>
      </w:r>
    </w:p>
    <w:p>
      <w:pPr>
        <w:jc w:val="right"/>
      </w:pPr>
      <w:r>
        <w:t>ٹو سیو یور سیلف۔ اس لیے کہ آپ جب دشمنی کریں گے تو آپ نفرت کریں گے۔ آپ کریونج میں چلے جائیں گے۔</w:t>
      </w:r>
    </w:p>
    <w:p>
      <w:r>
        <w:rPr>
          <w:b/>
        </w:rPr>
        <w:t xml:space="preserve">[16:10] </w:t>
      </w:r>
      <w:r>
        <w:t>aap intiqam lena chahen ge. to kya hoga? there is destruction.</w:t>
      </w:r>
    </w:p>
    <w:p>
      <w:pPr>
        <w:jc w:val="right"/>
      </w:pPr>
      <w:r>
        <w:t>آپ انتقام لینا چاہیں گے۔ تو کیا ہوگا؟ دیر از ڈسٹریکشن۔</w:t>
      </w:r>
    </w:p>
    <w:p>
      <w:r>
        <w:rPr>
          <w:b/>
        </w:rPr>
        <w:t xml:space="preserve">[16:18] </w:t>
      </w:r>
      <w:r>
        <w:t>destruction. yani apne energy ka destruction, apne time ka destruction. jo kuch kar sakte hain aap ke betterment ke liye</w:t>
      </w:r>
    </w:p>
    <w:p>
      <w:pPr>
        <w:jc w:val="right"/>
      </w:pPr>
      <w:r>
        <w:t>ڈسٹریکشن۔ یعنی اپنے انرجی کا ڈسٹریکشن، اپنے ٹائم کا ڈسٹریکشن۔ جو کچھ کر سکتے ہیں آپ کے بیٹرمنٹ کے لیے</w:t>
      </w:r>
    </w:p>
    <w:p>
      <w:r>
        <w:rPr>
          <w:b/>
        </w:rPr>
        <w:t xml:space="preserve">[16:29] </w:t>
      </w:r>
      <w:r>
        <w:t>us ko aap us ko aap waste karen ge doosre ko destroy karne ke liye. to love your enemy ka matlab yeh hai is mein understood yeh hai ke love yourself.</w:t>
      </w:r>
    </w:p>
    <w:p>
      <w:pPr>
        <w:jc w:val="right"/>
      </w:pPr>
      <w:r>
        <w:t>اس کو آپ اس کو آپ ویسٹ کریں گے دوسرے کو ڈسٹرائے کرنے کے لیے۔ تو لو یور اینمی کا مطلب یہ ہے اس میں انڈرسٹڈ یہ ہے کہ لو یور سیلف۔</w:t>
      </w:r>
    </w:p>
    <w:p>
      <w:r>
        <w:rPr>
          <w:b/>
        </w:rPr>
        <w:t xml:space="preserve">[16:43] </w:t>
      </w:r>
      <w:r>
        <w:t>jo</w:t>
      </w:r>
    </w:p>
    <w:p>
      <w:pPr>
        <w:jc w:val="right"/>
      </w:pPr>
      <w:r>
        <w:t>جو</w:t>
      </w:r>
    </w:p>
    <w:p>
      <w:r>
        <w:rPr>
          <w:b/>
        </w:rPr>
        <w:t xml:space="preserve">[16:44] </w:t>
      </w:r>
      <w:r>
        <w:t>is mein yeh cheez shamil hai. lo your enemy ka matlab hai love yourself. apne aap ko bachane ke liye tum aisa karo ke dushman se mohabbat karo.</w:t>
      </w:r>
    </w:p>
    <w:p>
      <w:pPr>
        <w:jc w:val="right"/>
      </w:pPr>
      <w:r>
        <w:t>اس میں یہ چیز شامل ہے۔ لو یور اینمی کا مطلب ہے لو یور سیلف۔ اپنے آپ کو بچانے کے لیے تم ایسا کرو کہ دشمن سے محبت کرو۔</w:t>
      </w:r>
    </w:p>
    <w:p>
      <w:r>
        <w:rPr>
          <w:b/>
        </w:rPr>
        <w:t xml:space="preserve">[16:57] </w:t>
      </w:r>
      <w:r>
        <w:t>kyunke agar dushman se nafrat karoge to tum apne aap ko destroy karoge. tumhari energy distract ho jayegi. tumhara time jo hai idhar udhar chala jayega.</w:t>
      </w:r>
    </w:p>
    <w:p>
      <w:pPr>
        <w:jc w:val="right"/>
      </w:pPr>
      <w:r>
        <w:t>کیونکہ اگر دشمن سے نفرت کرو گے تو تم اپنے آپ کو ڈسٹرائے کرو گے۔ تمہاری انرجی ڈسٹریکٹ ہو جائے گی۔ تمہارا ٹائم جو ہے ادھر ادھر چلا جائے گا۔</w:t>
      </w:r>
    </w:p>
    <w:p>
      <w:r>
        <w:rPr>
          <w:b/>
        </w:rPr>
        <w:t xml:space="preserve">[17:10] </w:t>
      </w:r>
      <w:r>
        <w:t>to hamare paas time itna zyada kahan hai? hamein apne aap ko educate karna hai. apni zindagi ko banana hai. apne andar sari baatein lani hain.</w:t>
      </w:r>
    </w:p>
    <w:p>
      <w:pPr>
        <w:jc w:val="right"/>
      </w:pPr>
      <w:r>
        <w:t>تو ہمارے پاس ٹائم اتنا زیادہ کہاں ہے؟ ہمیں اپنے آپ کو ایجوکیٹ کرنا ہے۔ اپنی زندگی کو بنانا ہے۔ اپنے اندر ساری باتیں لانی ہیں۔</w:t>
      </w:r>
    </w:p>
    <w:p>
      <w:r>
        <w:rPr>
          <w:b/>
        </w:rPr>
        <w:t xml:space="preserve">[17:23] </w:t>
      </w:r>
      <w:r>
        <w:t>apne apni taraqqi ke liye, apni development ke liye, apni progress ke liye.</w:t>
      </w:r>
    </w:p>
    <w:p>
      <w:pPr>
        <w:jc w:val="right"/>
      </w:pPr>
      <w:r>
        <w:t>اپنے اپنی ترقی کے لیے، اپنی ڈیولپمنٹ کے لیے، اپنی پروگریس کے لیے۔</w:t>
      </w:r>
    </w:p>
    <w:p>
      <w:r>
        <w:rPr>
          <w:b/>
        </w:rPr>
        <w:t xml:space="preserve">[17:28] </w:t>
      </w:r>
      <w:r>
        <w:t>to sach poochhein to hum mein se kisi ko agar is mein hum lag jayen to is ka time nahi hai ke hum doosre ke sath dushmani karen. doosre ke sath hate karen.</w:t>
      </w:r>
    </w:p>
    <w:p>
      <w:pPr>
        <w:jc w:val="right"/>
      </w:pPr>
      <w:r>
        <w:t>تو سچ پوچھیں تو ہم میں سے کسی کو اگر اس میں ہم لگ جائیں تو اس کا ٹائم نہیں ہے کہ ہم دوسرے کے ساتھ دشمنی کریں۔ دوسرے کے ساتھ ہیٹ کریں۔</w:t>
      </w:r>
    </w:p>
    <w:p>
      <w:r>
        <w:rPr>
          <w:b/>
        </w:rPr>
        <w:t xml:space="preserve">[17:41] </w:t>
      </w:r>
      <w:r>
        <w:t>we can afford this lecture. to main apne bare mein keh sakta hoon ke main dhoond dhoond kar, dhoond dhoond kar, dhoond dhoond kar main apne andar se sare negative item nikalun.</w:t>
      </w:r>
    </w:p>
    <w:p>
      <w:pPr>
        <w:jc w:val="right"/>
      </w:pPr>
      <w:r>
        <w:t>وی کین افورڈ دس لیکچر۔ تو میں اپنے بارے میں کہہ سکتا ہوں کہ میں ڈھونڈ ڈھونڈ کر، ڈھونڈ ڈھونڈ کر، ڈھونڈ ڈھونڈ کر میں اپنے اندر سے سارے نیگیٹیو آئٹم نکالے۔</w:t>
      </w:r>
    </w:p>
    <w:p>
      <w:r>
        <w:rPr>
          <w:b/>
        </w:rPr>
        <w:t xml:space="preserve">[17:55] </w:t>
      </w:r>
      <w:r>
        <w:t>abhi kal parson ki baat hai ke main ek negative item chupa hua tha mere mind mein. kisi ke bare mein mujhe negative thought aa gaye the.</w:t>
      </w:r>
    </w:p>
    <w:p>
      <w:pPr>
        <w:jc w:val="right"/>
      </w:pPr>
      <w:r>
        <w:t>ابھی کل پرسوں کی بات ہے کہ میں ایک نیگیٹیو آئٹم چھپا ہوا تھا میرے مائنڈ میں۔ کسی کے بارے میں مجھے نیگیٹیو تھاٹ آ گئے تھے۔</w:t>
      </w:r>
    </w:p>
    <w:p>
      <w:r>
        <w:rPr>
          <w:b/>
        </w:rPr>
        <w:t xml:space="preserve">[18:05] </w:t>
      </w:r>
      <w:r>
        <w:t>kisi ke bare mein. to un ke jab jab un ki jab woh yaad aati thi to woh yaad meri jo hai kuch normal tareeqe se nahi aati thi.</w:t>
      </w:r>
    </w:p>
    <w:p>
      <w:pPr>
        <w:jc w:val="right"/>
      </w:pPr>
      <w:r>
        <w:t>کسی کے بارے میں۔ تو ان کے جب جب ان کی جب وہ یاد آتی تھی تو وہ یاد میری جو ہے کچھ نارمل طریقے سے نہیں آتی تھی۔</w:t>
      </w:r>
    </w:p>
    <w:p>
      <w:r>
        <w:rPr>
          <w:b/>
        </w:rPr>
        <w:t xml:space="preserve">[18:17] </w:t>
      </w:r>
      <w:r>
        <w:t>main samajhta tha ke woh aadmi jo hai theek nahi hai. to ek negative thought mere mind mein un ko le kar chupa hua tha.</w:t>
      </w:r>
    </w:p>
    <w:p>
      <w:pPr>
        <w:jc w:val="right"/>
      </w:pPr>
      <w:r>
        <w:t>میں سمجھتا تھا کہ وہ آدمی جو ہے ٹھیک نہیں ہے۔ تو ایک نیگیٹیو تھاٹ میرے مائنڈ میں ان کو لے کر چھپا ہوا تھا۔</w:t>
      </w:r>
    </w:p>
    <w:p>
      <w:r>
        <w:rPr>
          <w:b/>
        </w:rPr>
        <w:t xml:space="preserve">[18:27] </w:t>
      </w:r>
      <w:r>
        <w:t>to parson ki baat hai ghaliban hamari beti ne hamare pichhle kuch papers the bohat pehle ke us ko parh kar sunaya mujhe.</w:t>
      </w:r>
    </w:p>
    <w:p>
      <w:pPr>
        <w:jc w:val="right"/>
      </w:pPr>
      <w:r>
        <w:t>تو پرسوں کی بات ہے غالباً ہماری بیٹی نے ہمارے پچھلے کچھ پیپرز تھے بہت پہلے کے اس کو پڑھ کر سنایا مجھے۔</w:t>
      </w:r>
    </w:p>
    <w:p>
      <w:r>
        <w:rPr>
          <w:b/>
        </w:rPr>
        <w:t xml:space="preserve">[18:37] </w:t>
      </w:r>
      <w:r>
        <w:t>achanak is mein ek cheez mil gayi ke unhon ne mere sath ek bohat bara kaam kiya tha jis ko main bhool gaya tha us ko. meri zindagi mein un ka ek ek ek role tha jis ko main bhool gaya tha.</w:t>
      </w:r>
    </w:p>
    <w:p>
      <w:pPr>
        <w:jc w:val="right"/>
      </w:pPr>
      <w:r>
        <w:t>اچانک اس میں ایک چیز مل گئی کہ انہوں نے میرے ساتھ ایک بہت بڑا کام کیا تھا جس کو میں بھول گیا تھا اس کو۔ میری زندگی میں ان کا ایک ایک ایک رول تھا جس کو میں بھول گیا تھا۔</w:t>
      </w:r>
    </w:p>
    <w:p>
      <w:r>
        <w:rPr>
          <w:b/>
        </w:rPr>
        <w:t xml:space="preserve">[18:54] </w:t>
      </w:r>
      <w:r>
        <w:t>to main ne kaha oh yeh to bara pre factor hai. jis ko main jis ke bare mein mere mind mein negative thought aa gaye hain woh to bara pre factor hai.</w:t>
      </w:r>
    </w:p>
    <w:p>
      <w:pPr>
        <w:jc w:val="right"/>
      </w:pPr>
      <w:r>
        <w:t>تو میں نے کہا اوہ یہ تو بڑا پری فیکٹر ہے۔ جس کو میں جس کے بارے میں میرے مائنڈ میں نیگیٹیو تھاٹ آ گئے ہیں وہ تو بڑا پری فیکٹر ہے۔</w:t>
      </w:r>
    </w:p>
    <w:p>
      <w:r>
        <w:rPr>
          <w:b/>
        </w:rPr>
        <w:t xml:space="preserve">[19:04] </w:t>
      </w:r>
      <w:r>
        <w:t>woh kaise hai main woh bhi bata doon aap ko. jo purane papers the us mein us mein yeh pata chala mujhe ke main dilli jo aya hoon to June 1967 mein aya hoon.</w:t>
      </w:r>
    </w:p>
    <w:p>
      <w:pPr>
        <w:jc w:val="right"/>
      </w:pPr>
      <w:r>
        <w:t>وہ کیسے ہے میں وہ بھی بتا دوں آپ کو۔ جو پرانے پیپرز تھے اس میں اس میں یہ پتہ چلا مجھے کہ میں دلی جو آیا ہوں تو جون 1967 میں آیا ہوں۔</w:t>
      </w:r>
    </w:p>
    <w:p>
      <w:r>
        <w:rPr>
          <w:b/>
        </w:rPr>
        <w:t xml:space="preserve">[19:18] </w:t>
      </w:r>
      <w:r>
        <w:t>main is pe gaon mein rehta tha gaon mein. June 1967. is paper jo main ne khud likha tha woh bhool gaya tha main is se is mein tha yeh.</w:t>
      </w:r>
    </w:p>
    <w:p>
      <w:pPr>
        <w:jc w:val="right"/>
      </w:pPr>
      <w:r>
        <w:t>میں اس پہ گاؤں میں رہتا تھا گاؤں میں۔ جون 1967۔ اس پیپر جو میں نے خود لکھا تھا وہ بھول گیا تھا میں اس سے اس میں تھا یہ۔</w:t>
      </w:r>
    </w:p>
    <w:p>
      <w:r>
        <w:rPr>
          <w:b/>
        </w:rPr>
        <w:t xml:space="preserve">[19:31] </w:t>
      </w:r>
      <w:r>
        <w:t>wahi mujhe yahan le aaye.</w:t>
      </w:r>
    </w:p>
    <w:p>
      <w:pPr>
        <w:jc w:val="right"/>
      </w:pPr>
      <w:r>
        <w:t>وہی مجھے یہاں لے آئے۔</w:t>
      </w:r>
    </w:p>
    <w:p>
      <w:r>
        <w:rPr>
          <w:b/>
        </w:rPr>
        <w:t xml:space="preserve">[19:34] </w:t>
      </w:r>
      <w:r>
        <w:t>inhi ki wajah se main gaon se nikal kar dilli aya. to main socha ke agar main dilli na aata gaon mein rehta to main apne mission nahi chala sakta.</w:t>
      </w:r>
    </w:p>
    <w:p>
      <w:pPr>
        <w:jc w:val="right"/>
      </w:pPr>
      <w:r>
        <w:t>انہی کی وجہ سے میں گاؤں سے نکل کر دلی آیا۔ تو میں سوچا کہ اگر میں دلی نہ آتا گاؤں میں رہتا تو میں اپنے مشن نہیں چلا سکتا۔</w:t>
      </w:r>
    </w:p>
    <w:p>
      <w:r>
        <w:rPr>
          <w:b/>
        </w:rPr>
        <w:t xml:space="preserve">[19:46] </w:t>
      </w:r>
      <w:r>
        <w:t>gaon se aap ki zawali mein koi mission nahi chala sakte. to main ne kaha oh yeh to bara pre factor hai. koi insaan hai jo main gaon se capital city mein le aaye.</w:t>
      </w:r>
    </w:p>
    <w:p>
      <w:pPr>
        <w:jc w:val="right"/>
      </w:pPr>
      <w:r>
        <w:t>گاؤں سے آپ کی زوالی میں کوئی مشن نہیں چلا سکتے۔ تو میں نے کہا اوہ یہ تو بڑا پری فیکٹر ہے۔ کوئی انسان ہے جو میں گاؤں سے کیپیٹل سٹی میں لے آئے۔</w:t>
      </w:r>
    </w:p>
    <w:p>
      <w:r>
        <w:rPr>
          <w:b/>
        </w:rPr>
        <w:t xml:space="preserve">[20:00] </w:t>
      </w:r>
      <w:r>
        <w:t>to main arz karunga ke yeh jo main ne discovery meri jo hui ke love your enemy ka matlab save yourself.</w:t>
      </w:r>
    </w:p>
    <w:p>
      <w:pPr>
        <w:jc w:val="right"/>
      </w:pPr>
      <w:r>
        <w:t>تو میں عرض کروں گا کہ یہ جو میں نے ڈسکوری میری جو ہوئی کہ لو یور اینمی کا مطلب سیو یور سیلف۔</w:t>
      </w:r>
    </w:p>
    <w:p>
      <w:r>
        <w:rPr>
          <w:b/>
        </w:rPr>
        <w:t xml:space="preserve">[20:11] </w:t>
      </w:r>
      <w:r>
        <w:t>to main toot toot kar toot toot kar apne andar se negative thought nikalta rehta hoon. shayad woh aakhri item ho ya aakhri item na ho jo abhi main ne discover kiya.</w:t>
      </w:r>
    </w:p>
    <w:p>
      <w:pPr>
        <w:jc w:val="right"/>
      </w:pPr>
      <w:r>
        <w:t>تو میں ٹوٹ ٹوٹ کر ٹوٹ ٹوٹ کر اپنے اندر سے نیگیٹیو تھاٹ نکالتا رہتا ہوں۔ شاید وہ آخری آئٹم ہو یا آخری آئٹم نہ ہو جو ابھی میں نے ڈسکور کیا۔</w:t>
      </w:r>
    </w:p>
    <w:p>
      <w:r>
        <w:rPr>
          <w:b/>
        </w:rPr>
        <w:t xml:space="preserve">[20:24] </w:t>
      </w:r>
      <w:r>
        <w:t>is tarah kitne sare item main ne toot toot kar nikale hain. aur jab bhi main koi baat aisi aa jati hai mere janne mein ek second bhi der nahi karta.</w:t>
      </w:r>
    </w:p>
    <w:p>
      <w:pPr>
        <w:jc w:val="right"/>
      </w:pPr>
      <w:r>
        <w:t>اس طرح کتنے سارے آئٹم میں نے ٹوٹ ٹوٹ کر نکالے ہیں۔ اور جب بھی میں کوئی بات ایسی آ جاتی ہے میرے جاننے میں ایک سیکنڈ بھی دیر نہیں کرتا۔</w:t>
      </w:r>
    </w:p>
    <w:p>
      <w:r>
        <w:rPr>
          <w:b/>
        </w:rPr>
        <w:t xml:space="preserve">[20:35] </w:t>
      </w:r>
      <w:r>
        <w:t>isi waqt main us ko nikal pher deta hoon.</w:t>
      </w:r>
    </w:p>
    <w:p>
      <w:pPr>
        <w:jc w:val="right"/>
      </w:pPr>
      <w:r>
        <w:t>اسی وقت میں اس کو نکال پھیر دیتا ہوں۔</w:t>
      </w:r>
    </w:p>
    <w:p>
      <w:r>
        <w:rPr>
          <w:b/>
        </w:rPr>
        <w:t xml:space="preserve">[20:38] </w:t>
      </w:r>
      <w:r>
        <w:t>apni positivity ko baqi rakhen. kyunke dekhiye sare values ka jo main ne woh kiya just banaya.</w:t>
      </w:r>
    </w:p>
    <w:p>
      <w:pPr>
        <w:jc w:val="right"/>
      </w:pPr>
      <w:r>
        <w:t>اپنی پازیٹیوٹی کو باقی رکھیں۔ کیونکہ دیکھیے سارے ویلوز کا جو میں نے وہ کیا جسٹ بنایا۔</w:t>
      </w:r>
    </w:p>
    <w:p>
      <w:r>
        <w:rPr>
          <w:b/>
        </w:rPr>
        <w:t xml:space="preserve">[20:50] </w:t>
      </w:r>
      <w:r>
        <w:t>sare achhe values ke just kya hai positive thinking. ab tolerance kya hai tolerance ke peechhe positive thinking hai.</w:t>
      </w:r>
    </w:p>
    <w:p>
      <w:pPr>
        <w:jc w:val="right"/>
      </w:pPr>
      <w:r>
        <w:t>سارے اچھے ویلوز کے جسٹ کیا ہے پازیٹیو تھنکنگ۔ اب ٹالرنس کیا ہے ٹالرنس کے پیچھے پازیٹیو تھنکنگ ہے۔</w:t>
      </w:r>
    </w:p>
    <w:p>
      <w:r>
        <w:rPr>
          <w:b/>
        </w:rPr>
        <w:t xml:space="preserve">[20:59] </w:t>
      </w:r>
      <w:r>
        <w:t>peace kya hai peace ke peechhe positive thinking hai. justice kya hai justice ke peechhe positive thinking hai. sach bolna kya hai is ke peechhe positive thinking hai.</w:t>
      </w:r>
    </w:p>
    <w:p>
      <w:pPr>
        <w:jc w:val="right"/>
      </w:pPr>
      <w:r>
        <w:t>پیس کیا ہے پیس کے پیچھے پازیٹیو تھنکنگ ہے۔ جسٹس کیا ہے جسٹس کے پیچھے پازیٹیو تھنکنگ ہے۔ سچ بولنا کیا ہے اس کے پیچھے پازیٹیو تھنکنگ ہے۔</w:t>
      </w:r>
    </w:p>
    <w:p>
      <w:r>
        <w:rPr>
          <w:b/>
        </w:rPr>
        <w:t xml:space="preserve">[21:10] </w:t>
      </w:r>
      <w:r>
        <w:t>to mein samajh paya hoon is baat ko ke agar ek bari quality insan ke andar mujhe batana ho to woh hai positive thinking.</w:t>
      </w:r>
    </w:p>
    <w:p>
      <w:pPr>
        <w:jc w:val="right"/>
      </w:pPr>
      <w:r>
        <w:t>تو میں سمجھ پایا ہوں اس بات کو کہ اگر ایک بڑی کوالٹی انسان کے اندر مجھے بتانا ہو تو وہ ہے پازیٹیو تھنکنگ۔</w:t>
      </w:r>
    </w:p>
    <w:p>
      <w:r>
        <w:rPr>
          <w:b/>
        </w:rPr>
        <w:t xml:space="preserve">[21:25] </w:t>
      </w:r>
      <w:r>
        <w:t>positive thinking. jo mein har cheez ko convert karta rehta hoon jaise prophet alehissalam ke paas ek baar ek aadmi aaya.</w:t>
      </w:r>
    </w:p>
    <w:p>
      <w:pPr>
        <w:jc w:val="right"/>
      </w:pPr>
      <w:r>
        <w:t>پازیٹیو تھنکنگ۔ جو میں ہر چیز کو کنورٹ کرتا رہتا ہوں جیسے پرافٹ علیہ السلام کے پاس ایک بار ایک آدمی آیا۔</w:t>
      </w:r>
    </w:p>
    <w:p>
      <w:r>
        <w:rPr>
          <w:b/>
        </w:rPr>
        <w:t xml:space="preserve">[21:33] </w:t>
      </w:r>
      <w:r>
        <w:t>us ne kaha ke o prophet give me a master advice by which i may be able to manage all the affairs of my life.</w:t>
      </w:r>
    </w:p>
    <w:p>
      <w:pPr>
        <w:jc w:val="right"/>
      </w:pPr>
      <w:r>
        <w:t>اس نے کہا کہ او پرافٹ گیو می ا ماسٹر ایڈوائس بائے وچ آئی می بی ایبل ٹو مینج آل دا افیئرز آف مائی لائف۔</w:t>
      </w:r>
    </w:p>
    <w:p>
      <w:r>
        <w:rPr>
          <w:b/>
        </w:rPr>
        <w:t xml:space="preserve">[21:49] </w:t>
      </w:r>
      <w:r>
        <w:t>ilmini kalmat aisha to</w:t>
      </w:r>
    </w:p>
    <w:p>
      <w:pPr>
        <w:jc w:val="right"/>
      </w:pPr>
      <w:r>
        <w:t>علمنی کلمات عائشہ تو</w:t>
      </w:r>
    </w:p>
    <w:p>
      <w:r>
        <w:rPr>
          <w:b/>
        </w:rPr>
        <w:t xml:space="preserve">[21:54] </w:t>
      </w:r>
      <w:r>
        <w:t>aap ne dedh sab bole la taghzab don't be angry ab mein is par sochna shuru kiya maine ke ghussa na karo ka matlab kya hua</w:t>
      </w:r>
    </w:p>
    <w:p>
      <w:pPr>
        <w:jc w:val="right"/>
      </w:pPr>
      <w:r>
        <w:t>آپ نے ڈیڑھ سب بولے لا تغضب ڈونٹ بی اینگری اب میں اس پر سوچنا شروع کیا میں نے کہ غصہ نہ کرو کا مطلب کیا ہوا</w:t>
      </w:r>
    </w:p>
    <w:p>
      <w:r>
        <w:rPr>
          <w:b/>
        </w:rPr>
        <w:t xml:space="preserve">[22:11] </w:t>
      </w:r>
      <w:r>
        <w:t>ghussa na karo ka matlab yeh samajh mein aaya ke positive thinking mein jiyo hamesha positivity mein jiyo</w:t>
      </w:r>
    </w:p>
    <w:p>
      <w:pPr>
        <w:jc w:val="right"/>
      </w:pPr>
      <w:r>
        <w:t>غصہ نہ کرو کا مطلب یہ سمجھ میں آیا کہ پازیٹیو تھنکنگ میں جیو ہمیشہ پازیٹیوٹی میں جیو</w:t>
      </w:r>
    </w:p>
    <w:p>
      <w:r>
        <w:rPr>
          <w:b/>
        </w:rPr>
        <w:t xml:space="preserve">[22:22] </w:t>
      </w:r>
      <w:r>
        <w:t>yani respond positively even in negative situations ghussa na karo ka matlab kya hai aas paas to kuch se kuch cheezein hoti rehti hain kuch na kuch provocation kuch na kuch unwanted situation to hum kaise ghussa na karein</w:t>
      </w:r>
    </w:p>
    <w:p>
      <w:pPr>
        <w:jc w:val="right"/>
      </w:pPr>
      <w:r>
        <w:t>یعنی ریسپانڈ پازیٹیولی ایون ان نیگیٹیو سچویشنز غصہ نہ کرو کا مطلب کیا ہے آس پاس تو کچھ سے کچھ چیزیں ہوتی رہتی ہیں کچھ نہ کچھ پرووکیشن کچھ نہ کچھ انوانٹڈ سچویشن تو ہم کیسے غصہ نہ کریں</w:t>
      </w:r>
    </w:p>
    <w:p>
      <w:r>
        <w:rPr>
          <w:b/>
        </w:rPr>
        <w:t xml:space="preserve">[22:42] </w:t>
      </w:r>
      <w:r>
        <w:t>yeh hai art of conversion art of conversion to ghussa na karo ka matlab maine yeh nikala kyunke mera ek manna yeh hai ke jo bhi jo holy books mein hai jo bhi logon ne bataya hai agar aap us ko convert na kar sakein to aap samajh nahi payenge</w:t>
      </w:r>
    </w:p>
    <w:p>
      <w:pPr>
        <w:jc w:val="right"/>
      </w:pPr>
      <w:r>
        <w:t>یہ ہے آرٹ آف کنورژن آرٹ آف کنورژن تو غصہ نہ کرو کا مطلب میں نے یہ نکالا کیونکہ میرا ایک ماننا یہ ہے کہ جو بھی جو ہولی بکس میں ہے جو بھی لوگوں نے بتایا ہے اگر آپ اس کو کنورٹ نہ کر سکیں تو آپ سمجھ نہیں پائیں گے</w:t>
      </w:r>
    </w:p>
    <w:p>
      <w:r>
        <w:rPr>
          <w:b/>
        </w:rPr>
        <w:t xml:space="preserve">[23:08] </w:t>
      </w:r>
      <w:r>
        <w:t>jaise love your enemy ko jab maine convert kiya love your enemy means save yourself tab mein us ko samajh paya aise hi ghussa na karo ke jab maine convert kiya ke respond positively even in negative situations tab mein us ko samajh paya</w:t>
      </w:r>
    </w:p>
    <w:p>
      <w:pPr>
        <w:jc w:val="right"/>
      </w:pPr>
      <w:r>
        <w:t>جیسے لو یور اینمی کو جب میں نے کنورٹ کیا لو یور اینمی مینز سیو یور سیلف تب میں اس کو سمجھ پایا ایسے ہی غصہ نہ کرو کہ جب میں نے کنورٹ کیا کہ ریسپانڈ پازیٹیولی ایون ان نیگیٹیو سچویشنز تب میں اس کو سمجھ پایا</w:t>
      </w:r>
    </w:p>
    <w:p>
      <w:r>
        <w:rPr>
          <w:b/>
        </w:rPr>
        <w:t xml:space="preserve">[23:28] </w:t>
      </w:r>
      <w:r>
        <w:t>to mein zindagi mein ek yeh bhi maani hai ek baat meri story hai ke jo bhi</w:t>
      </w:r>
    </w:p>
    <w:p>
      <w:pPr>
        <w:jc w:val="right"/>
      </w:pPr>
      <w:r>
        <w:t>تو میں ایک زندگی میں ایک یہ بھی معنی ہے ایک بات میری سٹوری ہے کہ جو بھی</w:t>
      </w:r>
    </w:p>
    <w:p>
      <w:r>
        <w:rPr>
          <w:b/>
        </w:rPr>
        <w:t xml:space="preserve">[23:34] </w:t>
      </w:r>
      <w:r>
        <w:t>hamari kitabon mein likha hua hai agar aap is ka translation jante hain to aap aap sirf 50</w:t>
      </w:r>
    </w:p>
    <w:p>
      <w:pPr>
        <w:jc w:val="right"/>
      </w:pPr>
      <w:r>
        <w:t>ہماری کتابوں میں لکھا ہوا ہے اگر آپ اس کا ٹرانسلیشن جانتے ہیں تو آپ آپ صرف 50</w:t>
      </w:r>
    </w:p>
    <w:p>
      <w:r>
        <w:rPr>
          <w:b/>
        </w:rPr>
        <w:t xml:space="preserve">[23:41] </w:t>
      </w:r>
      <w:r>
        <w:t>percent samjhein is ko aap</w:t>
      </w:r>
    </w:p>
    <w:p>
      <w:pPr>
        <w:jc w:val="right"/>
      </w:pPr>
      <w:r>
        <w:t>پرسنٹ سمجھیں اس کو آپ</w:t>
      </w:r>
    </w:p>
    <w:p>
      <w:r>
        <w:rPr>
          <w:b/>
        </w:rPr>
        <w:t xml:space="preserve">[23:44] </w:t>
      </w:r>
      <w:r>
        <w:t>chahe woh Quran ho chahe woh Gita ho chahe woh Bible ho</w:t>
      </w:r>
    </w:p>
    <w:p>
      <w:pPr>
        <w:jc w:val="right"/>
      </w:pPr>
      <w:r>
        <w:t>چاہے وہ قرآن ہو چاہے وہ گیتا ہو چاہے وہ بائبل ہو</w:t>
      </w:r>
    </w:p>
    <w:p>
      <w:r>
        <w:rPr>
          <w:b/>
        </w:rPr>
        <w:t xml:space="preserve">[23:48] </w:t>
      </w:r>
      <w:r>
        <w:t>agar aap sirf is ke translation ko jante hain agar text ko jante hain text ko to aap</w:t>
      </w:r>
    </w:p>
    <w:p>
      <w:pPr>
        <w:jc w:val="right"/>
      </w:pPr>
      <w:r>
        <w:t>اگر آپ صرف اس کے ٹرانسلیشن کو جانتے ہیں اگر ٹیکسٹ کو جانتے ہیں ٹیکسٹ کو تو آپ</w:t>
      </w:r>
    </w:p>
    <w:p>
      <w:r>
        <w:rPr>
          <w:b/>
        </w:rPr>
        <w:t xml:space="preserve">[23:54] </w:t>
      </w:r>
      <w:r>
        <w:t>ne is ke 50 percent ko paya hai</w:t>
      </w:r>
    </w:p>
    <w:p>
      <w:pPr>
        <w:jc w:val="right"/>
      </w:pPr>
      <w:r>
        <w:t>نے اس کے 50 پرسنٹ کو پایا ہے</w:t>
      </w:r>
    </w:p>
    <w:p>
      <w:r>
        <w:rPr>
          <w:b/>
        </w:rPr>
        <w:t xml:space="preserve">[23:59] </w:t>
      </w:r>
      <w:r>
        <w:t>aap ko apni taraf se ek kuch add karna padta hai woh add karna yeh hai ke aap us ke shabdon ko convert kar sakte hain yani har aadmi dekhiye kuch shabdon se woh familiar hota hai kuch se nahi hota hai woh meri apni ek language hai meri apni thinking hai mera apna ek mindset hai to apne mind ke aitbaar se us ko understandable banane ke liye mujhe shabdon ko convert karna padta hai</w:t>
      </w:r>
    </w:p>
    <w:p>
      <w:pPr>
        <w:jc w:val="right"/>
      </w:pPr>
      <w:r>
        <w:t>آپ کو اپنی طرف سے ایک کچھ ایڈ کرنا پڑتا ہے وہ ایڈ کرنا یہ ہے کہ آپ اس کے शब्दوں کو کنورٹ کر سکتے ہیں یعنی ہر آدمی دیکھیے کچھ शब्दوں سے وہ فیمیلیر ہوتا ہے کچھ سے نہیں ہوتا ہے وہ میری اپنی ایک لینگویج ہے میری اپنی تھنکنگ ہے میرا اپنا ایک مائنڈ سیٹ ہے تو اپنے مائنڈ کے اعتبار سے اس کو انڈرسٹینڈیبل بنانے کے لیے مجھے शब्दوں کو کنورٹ کرنا پڑتا ہے</w:t>
      </w:r>
    </w:p>
    <w:p>
      <w:r>
        <w:rPr>
          <w:b/>
        </w:rPr>
        <w:t xml:space="preserve">[24:28] </w:t>
      </w:r>
      <w:r>
        <w:t>kehne wale ne apne lehaz se kaha hai mujhe apne lehaz se samajhna hai isi ko mein kehta hoon us ko convert karna hai to yeh maine example diya aap ko ke love your enemy ko jab mein samajh paya jab mein yeh nikala is mein se ke love your enemy ka matlab kya hai save yourself save yourself from the set save yourself from negativity</w:t>
      </w:r>
    </w:p>
    <w:p>
      <w:pPr>
        <w:jc w:val="right"/>
      </w:pPr>
      <w:r>
        <w:t>کہنے والے نے اپنے لحاظ سے کہا ہے مجھے اپنے لحاظ سے سمجھنا ہے اسی کو میں کہتا ہوں اس کو کنورٹ کرنا ہے تو یہ میں نے ایگزیمپل دیا آپ کو کہ لو یور اینمی کو جب میں سمجھ پایا جب میں یہ نکالا اس میں سے کہ لو یور اینمی کا مطلب کیا ہے سیو یور سیلف سیو یور سیلف فرام دی سیٹ سیو یور سیلف فرام نیگیٹیوٹی</w:t>
      </w:r>
    </w:p>
    <w:p>
      <w:r>
        <w:rPr>
          <w:b/>
        </w:rPr>
        <w:t xml:space="preserve">[24:56] </w:t>
      </w:r>
      <w:r>
        <w:t>to masla apne ko bachane ka hai masla jo apne ko bachane ka hai aise hi jo prophet ne kaha ke ghussa mat karo don't be angry us ko bhi maine sochte sochte yeh nikala</w:t>
      </w:r>
    </w:p>
    <w:p>
      <w:pPr>
        <w:jc w:val="right"/>
      </w:pPr>
      <w:r>
        <w:t>تو مسئلہ اپنے کو بچانے کا ہے مسئلہ جو اپنے کو بچانے کا ہے ایسے ہی جو پرافٹ نے کہا کہ غصہ مت کرو ڈونٹ بی اینگری اس کو بھی میں نے سوچتے سوچتے یہ نکالا</w:t>
      </w:r>
    </w:p>
    <w:p>
      <w:r>
        <w:rPr>
          <w:b/>
        </w:rPr>
        <w:t xml:space="preserve">[25:11] </w:t>
      </w:r>
      <w:r>
        <w:t>ke is ka matlab yeh hai ke hamesha positivity par qaim raho</w:t>
      </w:r>
    </w:p>
    <w:p>
      <w:pPr>
        <w:jc w:val="right"/>
      </w:pPr>
      <w:r>
        <w:t>کہ اس کا مطلب یہ ہے کہ ہمیشہ پازیٹیوٹی پر قائم رہو</w:t>
      </w:r>
    </w:p>
    <w:p>
      <w:r>
        <w:rPr>
          <w:b/>
        </w:rPr>
        <w:t xml:space="preserve">[25:17] </w:t>
      </w:r>
      <w:r>
        <w:t>yahan tak ke tum negativity ko positive convert karo to aksar mein example kya karta hoon mein aksar</w:t>
      </w:r>
    </w:p>
    <w:p>
      <w:pPr>
        <w:jc w:val="right"/>
      </w:pPr>
      <w:r>
        <w:t>یہاں تک کہ تم نیگیٹیوٹی کو پازیٹیو کنورٹ کرو تو اکثر میں ایگزیمپل کیا کرتا ہوں میں اکثر</w:t>
      </w:r>
    </w:p>
    <w:p>
      <w:r>
        <w:rPr>
          <w:b/>
        </w:rPr>
        <w:t xml:space="preserve">[25:26] </w:t>
      </w:r>
      <w:r>
        <w:t>yeh kaha karta hoon ke nature ne ya Khuda ne</w:t>
      </w:r>
    </w:p>
    <w:p>
      <w:pPr>
        <w:jc w:val="right"/>
      </w:pPr>
      <w:r>
        <w:t>یہ کہا کرتا ہوں کہ نیچر نے یا خدا نے</w:t>
      </w:r>
    </w:p>
    <w:p>
      <w:r>
        <w:rPr>
          <w:b/>
        </w:rPr>
        <w:t xml:space="preserve">[25:32] </w:t>
      </w:r>
      <w:r>
        <w:t>jo values hain jo Khuda ko pasand hain values un ka Khuda ne demonstration de rakha hai is</w:t>
      </w:r>
    </w:p>
    <w:p>
      <w:pPr>
        <w:jc w:val="right"/>
      </w:pPr>
      <w:r>
        <w:t>جو ویلوز ہیں جو خدا کو پسند ہیں ویلوز ان کا خدا نے ڈیمونسٹریشن دے رکھا ہے اس</w:t>
      </w:r>
    </w:p>
    <w:p>
      <w:r>
        <w:rPr>
          <w:b/>
        </w:rPr>
        <w:t xml:space="preserve">[25:38] </w:t>
      </w:r>
      <w:r>
        <w:t>duniya mein demonstration</w:t>
      </w:r>
    </w:p>
    <w:p>
      <w:pPr>
        <w:jc w:val="right"/>
      </w:pPr>
      <w:r>
        <w:t>دنیا میں ڈیمونسٹریشن</w:t>
      </w:r>
    </w:p>
    <w:p>
      <w:r>
        <w:rPr>
          <w:b/>
        </w:rPr>
        <w:t xml:space="preserve">[25:40] </w:t>
      </w:r>
      <w:r>
        <w:t>divine values jo hain un ka demonstration hamein diya gaya hai isi duniya mein</w:t>
      </w:r>
    </w:p>
    <w:p>
      <w:pPr>
        <w:jc w:val="right"/>
      </w:pPr>
      <w:r>
        <w:t>ڈیوائن ویلوز جو ہیں ان کا ڈیمونسٹریشن ہمیں دیا گیا ہے اسی دنیا میں</w:t>
      </w:r>
    </w:p>
    <w:p>
      <w:r>
        <w:rPr>
          <w:b/>
        </w:rPr>
        <w:t xml:space="preserve">[25:46] </w:t>
      </w:r>
      <w:r>
        <w:t>to mein misaal deta hoon sirf gaaye ki cow cow kya hai</w:t>
      </w:r>
    </w:p>
    <w:p>
      <w:pPr>
        <w:jc w:val="right"/>
      </w:pPr>
      <w:r>
        <w:t>تو میں مثال دیتا ہوں صرف گائے کی کاؤ کاؤ کیا ہے</w:t>
      </w:r>
    </w:p>
    <w:p>
      <w:r>
        <w:rPr>
          <w:b/>
        </w:rPr>
        <w:t xml:space="preserve">[25:52] </w:t>
      </w:r>
      <w:r>
        <w:t>jo hum ne bachpan mein parha tha bachpan mein jo jab gaon mein rehte the</w:t>
      </w:r>
    </w:p>
    <w:p>
      <w:pPr>
        <w:jc w:val="right"/>
      </w:pPr>
      <w:r>
        <w:t>جو ہم نے بچپن میں پڑھا تھا بچپن میں جو جب گاؤں میں رہتے تھے</w:t>
      </w:r>
    </w:p>
    <w:p>
      <w:r>
        <w:rPr>
          <w:b/>
        </w:rPr>
        <w:t xml:space="preserve">[25:58] </w:t>
      </w:r>
      <w:r>
        <w:t>gaaye ke baray mein</w:t>
      </w:r>
    </w:p>
    <w:p>
      <w:pPr>
        <w:jc w:val="right"/>
      </w:pPr>
      <w:r>
        <w:t>گائے کے بارے میں</w:t>
      </w:r>
    </w:p>
    <w:p>
      <w:r>
        <w:rPr>
          <w:b/>
        </w:rPr>
        <w:t xml:space="preserve">[26:01] </w:t>
      </w:r>
      <w:r>
        <w:t>rab ka shukar ada kar bhai jis ne aisi gaaye banai kha kar din ke aur dithere doodh</w:t>
      </w:r>
    </w:p>
    <w:p>
      <w:pPr>
        <w:jc w:val="right"/>
      </w:pPr>
      <w:r>
        <w:t>رب کا شکر ادا کر بھائی جس نے ایسی گائے بنائی کھا کر دن کے اور ڈٹھیرے دودھ</w:t>
      </w:r>
    </w:p>
    <w:p>
      <w:r>
        <w:rPr>
          <w:b/>
        </w:rPr>
        <w:t xml:space="preserve">[26:08] </w:t>
      </w:r>
      <w:r>
        <w:t>deti sham sawere ek lambi nazm thi is mein ek line thi</w:t>
      </w:r>
    </w:p>
    <w:p>
      <w:pPr>
        <w:jc w:val="right"/>
      </w:pPr>
      <w:r>
        <w:t>دیتی شام سویرے ایک لمبی نظم تھی اس میں ایک لائن تھی</w:t>
      </w:r>
    </w:p>
    <w:p>
      <w:r>
        <w:rPr>
          <w:b/>
        </w:rPr>
        <w:t xml:space="preserve">[26:14] </w:t>
      </w:r>
      <w:r>
        <w:t>kal jo ghas cheri thi ban mein doodh bani woh gaaye ke than mein is par mein ne</w:t>
      </w:r>
    </w:p>
    <w:p>
      <w:pPr>
        <w:jc w:val="right"/>
      </w:pPr>
      <w:r>
        <w:t>کل جو گھاس چری تھی بن میں دودھ بنی وہ گائے کے تھن میں اس پر میں نے</w:t>
      </w:r>
    </w:p>
    <w:p>
      <w:r>
        <w:rPr>
          <w:b/>
        </w:rPr>
        <w:t xml:space="preserve">[26:21] </w:t>
      </w:r>
      <w:r>
        <w:t>socha kal jo gaaye cheri thi ban mein doodh bani woh gaaye ke than mein is ka matlab</w:t>
      </w:r>
    </w:p>
    <w:p>
      <w:pPr>
        <w:jc w:val="right"/>
      </w:pPr>
      <w:r>
        <w:t>سوچا کل جو گائے چری تھی بن میں دودھ بنی وہ گائے کے تھن میں اس کا مطلب</w:t>
      </w:r>
    </w:p>
    <w:p>
      <w:r>
        <w:rPr>
          <w:b/>
        </w:rPr>
        <w:t xml:space="preserve">[26:29] </w:t>
      </w:r>
      <w:r>
        <w:t>kya hua ke</w:t>
      </w:r>
    </w:p>
    <w:p>
      <w:pPr>
        <w:jc w:val="right"/>
      </w:pPr>
      <w:r>
        <w:t>کیا ہوا کہ</w:t>
      </w:r>
    </w:p>
    <w:p>
      <w:r>
        <w:rPr>
          <w:b/>
        </w:rPr>
        <w:t xml:space="preserve">[26:32] </w:t>
      </w:r>
      <w:r>
        <w:t>cow is a is a industry of conversion</w:t>
      </w:r>
    </w:p>
    <w:p>
      <w:pPr>
        <w:jc w:val="right"/>
      </w:pPr>
      <w:r>
        <w:t>کاؤ از اے از ائی انڈسٹری اف کنورژن</w:t>
      </w:r>
    </w:p>
    <w:p>
      <w:r>
        <w:rPr>
          <w:b/>
        </w:rPr>
        <w:t xml:space="preserve">[26:38] </w:t>
      </w:r>
      <w:r>
        <w:t>cow jo hai woh convert karti hai ghaas ko doodh mein</w:t>
      </w:r>
    </w:p>
    <w:p>
      <w:pPr>
        <w:jc w:val="right"/>
      </w:pPr>
      <w:r>
        <w:t>کاؤ جو ہے وہ کنورٹ کرتی ہے گھاس کو دودھ میں</w:t>
      </w:r>
    </w:p>
    <w:p>
      <w:r>
        <w:rPr>
          <w:b/>
        </w:rPr>
        <w:t xml:space="preserve">[26:44] </w:t>
      </w:r>
      <w:r>
        <w:t>kal jo ghaas cheri thi ban mein doodh bani woh gaaye ke than mein to bahar se bla us ko non milk lekin use convert kar ke us ko milk ghaas kya hai non milk hai</w:t>
      </w:r>
    </w:p>
    <w:p>
      <w:pPr>
        <w:jc w:val="right"/>
      </w:pPr>
      <w:r>
        <w:t>کل جو گھاس چری تھی بن میں دودھ بنی وہ گائے کے تھن میں تو باہر سے بلا اس کو نان ملک لیکن اسے کنورٹ کر کے اس کو ملک گھاس کیا ہے نان ملک ہے</w:t>
      </w:r>
    </w:p>
    <w:p>
      <w:r>
        <w:rPr>
          <w:b/>
        </w:rPr>
        <w:t xml:space="preserve">[27:00] </w:t>
      </w:r>
      <w:r>
        <w:t>koi bhi cheez jo hai woh non milk hai jo bhi khati hai gaaye to gaaye ek divine industry hai jis ke andar ek capacity hai ke woh non milk ko milk mein convert kar sake to yeh mein jab sochte sochte bachpan ko pakda ke khuda demonstration de raha hai ke tum bhi aise hi bolo</w:t>
      </w:r>
    </w:p>
    <w:p>
      <w:pPr>
        <w:jc w:val="right"/>
      </w:pPr>
      <w:r>
        <w:t>کوئی بھی چیز جو ہے وہ نان ملک ہے جو بھی کھاتی ہے گائے تو گائے ایک ڈیوائن انڈسٹری ہے جس کے اندر ایک کیپیسٹی ہے کہ وہ نان ملک کو ملک میں کنورٹ کر سکے تو یہ میں جب سوچتے سوچتے بچپن کو پکڑا کہ خدا ڈیمونسٹریشن دے رہا ہے کہ تم بھی ایسے ہی بولو</w:t>
      </w:r>
    </w:p>
    <w:p>
      <w:r>
        <w:rPr>
          <w:b/>
        </w:rPr>
        <w:t xml:space="preserve">[27:24] </w:t>
      </w:r>
      <w:r>
        <w:t>cow hamare ek teacher hain divine teacher hain ke negativity ko positivity mein convert karo ghussa ko positivity mein convert karo intolerance ko tolerance mein convert karo violence ko peace mein convert karo yeh khuda demonstration de raha hai through cow</w:t>
      </w:r>
    </w:p>
    <w:p>
      <w:pPr>
        <w:jc w:val="right"/>
      </w:pPr>
      <w:r>
        <w:t>کاؤ ہمارے ایک ٹیچر ہیں ڈیوائن ٹیچر ہیں کہ نیگیٹیوٹی کو پازیٹیوٹی میں کنورٹ کرو غصہ کو پازیٹیوٹی میں کنورٹ کرو ان ٹالرنس کو ٹالرنس میں کنورٹ کرو وائیلنس کو پیس میں کنورٹ کرو یہ خدا ڈیمونسٹریشن دے رہا ہے تھرو کاؤ</w:t>
      </w:r>
    </w:p>
    <w:p>
      <w:r>
        <w:rPr>
          <w:b/>
        </w:rPr>
        <w:t xml:space="preserve">[27:50] </w:t>
      </w:r>
      <w:r>
        <w:t>to kal jo ghaas cheri thi ban mein doodh bani woh gaaye ke than mein yeh line hai shayar ki us line ko mein jab mein ne padha tha tab mein nahi samajh paya tha jab mein ne convert kiya us ko us ke shabdon ko badla tab mein us ki gehrai ko samajh paya</w:t>
      </w:r>
    </w:p>
    <w:p>
      <w:pPr>
        <w:jc w:val="right"/>
      </w:pPr>
      <w:r>
        <w:t>تو کل جو گھاس چری تھی بن میں دودھ بنی وہ گائے کے تھن میں یہ لائن ہے شاعر کی اس لائن کو میں جب میں نے پڑھا تھا تب میں نہیں سمجھ پایا تھا جب میں نے کنورٹ کیا اس کو اس کے शब्दوں کو بدلا تب میں اس کی گہرائی کو سمجھ پایا</w:t>
      </w:r>
    </w:p>
    <w:p>
      <w:r>
        <w:rPr>
          <w:b/>
        </w:rPr>
        <w:t xml:space="preserve">[28:10] </w:t>
      </w:r>
      <w:r>
        <w:t>to mein yeh kahunga ke aap koi bhi cheez padhein chahe woh koi divine book ho holy book ho ya aam insan ki book ho agar aap us ke sirf shabdon tak pahunche hain to aap us ke 50 percent tak pahunche hain</w:t>
      </w:r>
    </w:p>
    <w:p>
      <w:pPr>
        <w:jc w:val="right"/>
      </w:pPr>
      <w:r>
        <w:t>تو میں یہ کہوں گا کہ آپ کوئی بھی چیز پڑھیں چاہے وہ کوئی ڈیوائن بک ہو ہولی بک ہو یا عام انسان کی بک ہو اگر آپ اس کے صرف शब्दوں تک پہنچے ہیں تو آپ اس کے 50 پرسنٹ تک پہنچے ہیں</w:t>
      </w:r>
    </w:p>
    <w:p>
      <w:r>
        <w:rPr>
          <w:b/>
        </w:rPr>
        <w:t xml:space="preserve">[28:29] </w:t>
      </w:r>
      <w:r>
        <w:t>to aap ne andar ek capacity dalna hai ke hum use convert kar sakein</w:t>
      </w:r>
    </w:p>
    <w:p>
      <w:pPr>
        <w:jc w:val="right"/>
      </w:pPr>
      <w:r>
        <w:t>تو آپ نے اندر ایک کیپیسٹی ڈالنا ہے کہ ہم اسے کنورٹ کر سکیں</w:t>
      </w:r>
    </w:p>
    <w:p>
      <w:r>
        <w:rPr>
          <w:b/>
        </w:rPr>
        <w:t xml:space="preserve">[28:34] </w:t>
      </w:r>
      <w:r>
        <w:t>convert kar ke hum use zyada understandable banate hain zyada meaningful banate hain yeh maine apni zindagi se paya hai</w:t>
      </w:r>
    </w:p>
    <w:p>
      <w:pPr>
        <w:jc w:val="right"/>
      </w:pPr>
      <w:r>
        <w:t>کنورٹ کر کے ہم اسے زیادہ انڈرسٹینڈیبل بناتے ہیں زیادہ میننگ فل بناتے ہیں یہ میں نے اپنی زندگی سے پایا ہے</w:t>
      </w:r>
    </w:p>
    <w:p>
      <w:r>
        <w:rPr>
          <w:b/>
        </w:rPr>
        <w:t xml:space="preserve">[28:48] </w:t>
      </w:r>
      <w:r>
        <w:t>to moral values ya human values jo hain maine yahan tak samjha hai ke</w:t>
      </w:r>
    </w:p>
    <w:p>
      <w:pPr>
        <w:jc w:val="right"/>
      </w:pPr>
      <w:r>
        <w:t>تو مورل ویلوز یا ہیومن ویلوز جو ہیں میں نے یہاں تک سمجھا ہے کہ</w:t>
      </w:r>
    </w:p>
    <w:p>
      <w:r>
        <w:rPr>
          <w:b/>
        </w:rPr>
        <w:t xml:space="preserve">[28:59] </w:t>
      </w:r>
      <w:r>
        <w:t>sirf doosron ke liye nahin hain woh khud apne liye hain</w:t>
      </w:r>
    </w:p>
    <w:p>
      <w:pPr>
        <w:jc w:val="right"/>
      </w:pPr>
      <w:r>
        <w:t>صرف دوسروں کے لیے نہیں ہیں وہ خود اپنے لیے ہیں</w:t>
      </w:r>
    </w:p>
    <w:p>
      <w:r>
        <w:rPr>
          <w:b/>
        </w:rPr>
        <w:t xml:space="preserve">[29:04] </w:t>
      </w:r>
      <w:r>
        <w:t>is society mein jab hum moral values ko adopt karte hain to hum sirf yeh nahin kuch log de rahe hain hum khud de rahe hain kyun tabhi hum ko society mein peace milta hai tolerance milta hai</w:t>
      </w:r>
    </w:p>
    <w:p>
      <w:pPr>
        <w:jc w:val="right"/>
      </w:pPr>
      <w:r>
        <w:t>اس سوسائٹی میں جب ہم مورل ویلوز کو اڈاپٹ کرتے ہیں تو ہم صرف یہ نہیں کچھ لوگ دے رہے ہیں ہم خود دے رہے ہیں کیوں تبھی ہم کو سوسائٹی میں پیس ملتا ہے ٹالرنس ملتا ہے</w:t>
      </w:r>
    </w:p>
    <w:p>
      <w:r>
        <w:rPr>
          <w:b/>
        </w:rPr>
        <w:t xml:space="preserve">[29:25] </w:t>
      </w:r>
      <w:r>
        <w:t>kyunke moral values ka jo maine arz kiya ke just jo hai woh unka hai ke positivity aap ke andar daalo</w:t>
      </w:r>
    </w:p>
    <w:p>
      <w:pPr>
        <w:jc w:val="right"/>
      </w:pPr>
      <w:r>
        <w:t>کیونکہ مورل ویلوز کا جو میں نے عرض کیا کہ جسٹ جو ہے وہ ان کا ہے کہ پازیٹیوٹی اپ کے اندر ڈالو</w:t>
      </w:r>
    </w:p>
    <w:p>
      <w:r>
        <w:rPr>
          <w:b/>
        </w:rPr>
        <w:t xml:space="preserve">[29:34] </w:t>
      </w:r>
      <w:r>
        <w:t>main samajhta hoon ke duniya aisi hai yahan par ke har waqt aap kisi ko dete hain to kuch lete hain tera Allah saath mein chalta rehta hai society mein aap ne kuch diya saath saath aap ko kuch mila bhi</w:t>
      </w:r>
    </w:p>
    <w:p>
      <w:pPr>
        <w:jc w:val="right"/>
      </w:pPr>
      <w:r>
        <w:t>میں سمجھتا ہوں کہ دنیا ایسی ہے یہاں پر کہ ہر وقت اپ کسی کو دیتے ہیں تو کچھ لیتے ہیں تیرا اللہ ساتھ میں چلتا رہتا ہے سوسائٹی میں اپ نے کچھ دیا ساتھ ساتھ اپ کو کچھ ملا بھی</w:t>
      </w:r>
    </w:p>
    <w:p>
      <w:r>
        <w:rPr>
          <w:b/>
        </w:rPr>
        <w:t xml:space="preserve">[29:54] </w:t>
      </w:r>
      <w:r>
        <w:t>to moral values ko aap ne follow kiya agar to aap ne yeh nahin kaha ke doosron ko diya kuch saath saath khud pe aap ko mila kuch inspiration mila aap ko kuch aap ke andar positivity aayi kuch bade understanding aayi yeh sab baatein aayi</w:t>
      </w:r>
    </w:p>
    <w:p>
      <w:pPr>
        <w:jc w:val="right"/>
      </w:pPr>
      <w:r>
        <w:t>تو مورل ویلوز کو اپ نے فالو کیا اگر تو اپ نے یہ نہیں کہا کہ دوسروں کو دیا کچھ ساتھ ساتھ خود پہ اپ کو ملا کچھ انسپیریشن ملا اپ کو کچھ اپ کے اندر پازیٹیوٹی ائی کچھ بڑے انڈرسٹینڈنگ ائی یہ سب باتیں ائی</w:t>
      </w:r>
    </w:p>
    <w:p>
      <w:r>
        <w:rPr>
          <w:b/>
        </w:rPr>
        <w:t xml:space="preserve">[30:17] </w:t>
      </w:r>
      <w:r>
        <w:t>ek aur hadith mein kehna chahunga</w:t>
      </w:r>
    </w:p>
    <w:p>
      <w:pPr>
        <w:jc w:val="right"/>
      </w:pPr>
      <w:r>
        <w:t>ایک اور حدیث میں کہنا چاہوں گا</w:t>
      </w:r>
    </w:p>
    <w:p>
      <w:r>
        <w:rPr>
          <w:b/>
        </w:rPr>
        <w:t xml:space="preserve">[30:24] </w:t>
      </w:r>
      <w:r>
        <w:t>islam mein dekhiye minimum aur maximum kya hai is ko bataya gaya hai ke society mein aap rahen jab society mein to minimum requirement aur maximum requirement kya hai woh</w:t>
      </w:r>
    </w:p>
    <w:p>
      <w:pPr>
        <w:jc w:val="right"/>
      </w:pPr>
      <w:r>
        <w:t>اسلام میں دیکھیے منیمم اور میکسیمم کیا ہے اس کو بتایا گیا ہے کہ سوسائٹی میں اپ رہیں جب سوسائٹی میں تو منیمم ریکوائرمنٹ اور میکسیمم ریکوائرمنٹ کیا ہے وہ</w:t>
      </w:r>
    </w:p>
    <w:p>
      <w:r>
        <w:rPr>
          <w:b/>
        </w:rPr>
        <w:t xml:space="preserve">[30:38] </w:t>
      </w:r>
      <w:r>
        <w:t>woh ek hadith mein bataya gaya hai ke ilm tanfa fala tazar</w:t>
      </w:r>
    </w:p>
    <w:p>
      <w:pPr>
        <w:jc w:val="right"/>
      </w:pPr>
      <w:r>
        <w:t>وہ ایک حدیث میں بتایا گیا ہے کہ علم تنفہ فلا تضر</w:t>
      </w:r>
    </w:p>
    <w:p>
      <w:r>
        <w:rPr>
          <w:b/>
        </w:rPr>
        <w:t xml:space="preserve">[30:45] </w:t>
      </w:r>
      <w:r>
        <w:t>ilm tanfa fala tazar yani</w:t>
      </w:r>
    </w:p>
    <w:p>
      <w:pPr>
        <w:jc w:val="right"/>
      </w:pPr>
      <w:r>
        <w:t>علم تنفہ فلا تضر یعنی</w:t>
      </w:r>
    </w:p>
    <w:p>
      <w:r>
        <w:rPr>
          <w:b/>
        </w:rPr>
        <w:t xml:space="preserve">[30:49] </w:t>
      </w:r>
      <w:r>
        <w:t>agar tum doosron ko kuch na de sako to unhein kuch nuqsan bhi na pohanchao</w:t>
      </w:r>
    </w:p>
    <w:p>
      <w:pPr>
        <w:jc w:val="right"/>
      </w:pPr>
      <w:r>
        <w:t>اگر تم دوسروں کو کچھ نہ دے سکو تو انہیں کچھ نقصان بھی نہ پہنچاؤ</w:t>
      </w:r>
    </w:p>
    <w:p>
      <w:r>
        <w:rPr>
          <w:b/>
        </w:rPr>
        <w:t xml:space="preserve">[30:58] </w:t>
      </w:r>
      <w:r>
        <w:t>ke doosron ko tumhare paas dene ki kuch jagah nahi hai to kam se kam itna karo tum</w:t>
      </w:r>
    </w:p>
    <w:p>
      <w:pPr>
        <w:jc w:val="right"/>
      </w:pPr>
      <w:r>
        <w:t>کہ دوسروں کو تمہارے پاس دینے کی کچھ جگہ نہیں ہے تو کم سے کم اتنا کرو تم</w:t>
      </w:r>
    </w:p>
    <w:p>
      <w:r>
        <w:rPr>
          <w:b/>
        </w:rPr>
        <w:t xml:space="preserve">[31:04] </w:t>
      </w:r>
      <w:r>
        <w:t>ke doosron ko tum se koi</w:t>
      </w:r>
    </w:p>
    <w:p>
      <w:pPr>
        <w:jc w:val="right"/>
      </w:pPr>
      <w:r>
        <w:t>کہ دوسروں کو تم سے کوئی</w:t>
      </w:r>
    </w:p>
    <w:p>
      <w:r>
        <w:rPr>
          <w:b/>
        </w:rPr>
        <w:t xml:space="preserve">[31:06] </w:t>
      </w:r>
      <w:r>
        <w:t>haath na pohanche</w:t>
      </w:r>
    </w:p>
    <w:p>
      <w:pPr>
        <w:jc w:val="right"/>
      </w:pPr>
      <w:r>
        <w:t>ہاتھ نہ پہنچے</w:t>
      </w:r>
    </w:p>
    <w:p>
      <w:r>
        <w:rPr>
          <w:b/>
        </w:rPr>
        <w:t xml:space="preserve">[31:09] </w:t>
      </w:r>
      <w:r>
        <w:t>is se maine itna nikala hai ke is mein bataya gaya hai ke yani minimum requirement kya hai aur maximum requirement kya hai society ke nahin maximum requirement yeh hai ke aap society mein giver member ban kar rahen dene wale ban kar rahen</w:t>
      </w:r>
    </w:p>
    <w:p>
      <w:pPr>
        <w:jc w:val="right"/>
      </w:pPr>
      <w:r>
        <w:t>اس سے میں نے اتنا نکالا ہے کہ اس میں بتایا گیا ہے کہ یعنی منیمم ریکوائرمنٹ کیا ہے اور میکسیمم ریکوائرمنٹ کیا ہے سوسائٹی کے نہیں میکسیمم ریکوائرمنٹ یہ ہے کہ اپ سوسائٹی میں گیور ممبر بن کر رہیں دینے والے بن کر رہیں</w:t>
      </w:r>
    </w:p>
    <w:p>
      <w:r>
        <w:rPr>
          <w:b/>
        </w:rPr>
        <w:t xml:space="preserve">[31:33] </w:t>
      </w:r>
      <w:r>
        <w:t>maximum requirement yeh hai ke aap jis society mein rehte hain jis samaj mein rehte hain</w:t>
      </w:r>
    </w:p>
    <w:p>
      <w:pPr>
        <w:jc w:val="right"/>
      </w:pPr>
      <w:r>
        <w:t>میکسیمم ریکوائرمنٹ یہ ہے کہ اپ جس سوسائٹی میں رہتے ہیں جس سماج میں رہتے ہیں</w:t>
      </w:r>
    </w:p>
    <w:p>
      <w:r>
        <w:rPr>
          <w:b/>
        </w:rPr>
        <w:t xml:space="preserve">[31:39] </w:t>
      </w:r>
      <w:r>
        <w:t>wahan par aap is ke giver member ban kar rahen giver member ka matlab yeh nahin ke paisa baantein aap meetha bol bolen tab bhi aap ne logon ko kuch diya aap logon ko rasta bataein tab bhi aap ne kuch diya logon ko koi bhi material sense mein ya hard sense mein kuch aap se mila doosron ko to aap ne diya</w:t>
      </w:r>
    </w:p>
    <w:p>
      <w:pPr>
        <w:jc w:val="right"/>
      </w:pPr>
      <w:r>
        <w:t>وہاں پر اپ اس کے گیور ممبر بن کر رہیں گیور ممبر کا مطلب یہ نہیں کہ پیسہ بانٹیں اپ میٹھا بول بولیں تب بھی اپ نے لوگوں کو کچھ دیا اپ لوگوں کو راستہ بتائیں تب بھی اپ نے کچھ دیا لوگوں کو کوئی بھی مٹیریل سینس میں یا ہارڈ سینس میں کچھ اپ سے ملا دوسروں کو تو اپ نے دیا</w:t>
      </w:r>
    </w:p>
    <w:p>
      <w:r>
        <w:rPr>
          <w:b/>
        </w:rPr>
        <w:t xml:space="preserve">[32:03] </w:t>
      </w:r>
      <w:r>
        <w:t>تو maximum requirement یہ ہے کہ آپ سماج میں رہ رہے ہیں اس طرح سے کہ آپ دوسروں</w:t>
      </w:r>
    </w:p>
    <w:p>
      <w:pPr>
        <w:jc w:val="right"/>
      </w:pPr>
      <w:r>
        <w:t>تو میکسیمم ریکوائرمنٹ یہ ہے کہ اپ سماج میں رہ رہے ہیں اس طرح سے کہ اپ دوسروں</w:t>
      </w:r>
    </w:p>
    <w:p>
      <w:r>
        <w:rPr>
          <w:b/>
        </w:rPr>
        <w:t xml:space="preserve">[32:08] </w:t>
      </w:r>
      <w:r>
        <w:t>se aap ko kuch acha mil raha ho</w:t>
      </w:r>
    </w:p>
    <w:p>
      <w:pPr>
        <w:jc w:val="right"/>
      </w:pPr>
      <w:r>
        <w:t>سے اپ کو کچھ اچھا مل رہا ہو</w:t>
      </w:r>
    </w:p>
    <w:p>
      <w:r>
        <w:rPr>
          <w:b/>
        </w:rPr>
        <w:t xml:space="preserve">[32:13] </w:t>
      </w:r>
      <w:r>
        <w:t>hadith mein ata hai ke agar tum doosron ko kuch material sense mein na de sako to kam</w:t>
      </w:r>
    </w:p>
    <w:p>
      <w:pPr>
        <w:jc w:val="right"/>
      </w:pPr>
      <w:r>
        <w:t>حدیث میں اتا ہے کہ اگر تم دوسروں کو کچھ مٹیریل سینس میں نہ دے سکو تو کم</w:t>
      </w:r>
    </w:p>
    <w:p>
      <w:r>
        <w:rPr>
          <w:b/>
        </w:rPr>
        <w:t xml:space="preserve">[32:18] </w:t>
      </w:r>
      <w:r>
        <w:t>se kam meetha bol to bolo meetha bol bolo is se woh bhi dena hai</w:t>
      </w:r>
    </w:p>
    <w:p>
      <w:pPr>
        <w:jc w:val="right"/>
      </w:pPr>
      <w:r>
        <w:t>سے کم میٹھا بول تو بولو میٹھا بول بولو اس سے وہ بھی دینا ہے</w:t>
      </w:r>
    </w:p>
    <w:p>
      <w:r>
        <w:rPr>
          <w:b/>
        </w:rPr>
        <w:t xml:space="preserve">[32:24] </w:t>
      </w:r>
      <w:r>
        <w:t>to yeh hai maximum requirement</w:t>
      </w:r>
    </w:p>
    <w:p>
      <w:pPr>
        <w:jc w:val="right"/>
      </w:pPr>
      <w:r>
        <w:t>تو یہ ہے میکسیمم ریکوائرمنٹ</w:t>
      </w:r>
    </w:p>
    <w:p>
      <w:r>
        <w:rPr>
          <w:b/>
        </w:rPr>
        <w:t xml:space="preserve">[32:27] </w:t>
      </w:r>
      <w:r>
        <w:t>minimum requirement kya hai</w:t>
      </w:r>
    </w:p>
    <w:p>
      <w:pPr>
        <w:jc w:val="right"/>
      </w:pPr>
      <w:r>
        <w:t>منیمم ریکوائرمنٹ کیا ہے</w:t>
      </w:r>
    </w:p>
    <w:p>
      <w:r>
        <w:rPr>
          <w:b/>
        </w:rPr>
        <w:t xml:space="preserve">[32:30] </w:t>
      </w:r>
      <w:r>
        <w:t>harmless ban jao</w:t>
      </w:r>
    </w:p>
    <w:p>
      <w:pPr>
        <w:jc w:val="right"/>
      </w:pPr>
      <w:r>
        <w:t>ہارم لیس بن جاؤ</w:t>
      </w:r>
    </w:p>
    <w:p>
      <w:r>
        <w:rPr>
          <w:b/>
        </w:rPr>
        <w:t xml:space="preserve">[32:35] </w:t>
      </w:r>
      <w:r>
        <w:t>is society mein ek harmless ban kar person ban kar raho yeh minimum requirement hai is ki importance itni zyada hai ke ek hadith mein hai ke wallah la yaman wallah la yaman wallah la yaman allazi la yaman</w:t>
      </w:r>
    </w:p>
    <w:p>
      <w:pPr>
        <w:jc w:val="right"/>
      </w:pPr>
      <w:r>
        <w:t>اس سوسائٹی میں ایک ہارم لیس بن کر پرسن بن کر رہو یہ منیمم ریکوائرمنٹ ہے اس کی امپورٹنس اتنی زیادہ ہے کہ ایک حدیث میں ہے کہ واللہ لایمن واللہ لایمن واللہ لایمن الذی لایمن</w:t>
      </w:r>
    </w:p>
    <w:p>
      <w:r>
        <w:rPr>
          <w:b/>
        </w:rPr>
        <w:t xml:space="preserve">[32:58] </w:t>
      </w:r>
      <w:r>
        <w:t>is ka is ka matlab yeh hai ke he is not a believer he is not a believer he is not a believer who creates problems for other</w:t>
      </w:r>
    </w:p>
    <w:p>
      <w:pPr>
        <w:jc w:val="right"/>
      </w:pPr>
      <w:r>
        <w:t>اس کا اس کا مطلب یہ ہے کہ ہی از ناٹ ا بلیور ہی از ناٹ ا بلیور ہی از ناٹ ا بلیور ہو کریٹس پرابلم فار ادر</w:t>
      </w:r>
    </w:p>
    <w:p>
      <w:r>
        <w:rPr>
          <w:b/>
        </w:rPr>
        <w:t xml:space="preserve">[33:13] </w:t>
      </w:r>
      <w:r>
        <w:t>itni zyada importance hai ke agar ek aadmi apne paros ko apne doosre logon ko aam phal bana hua hai to momin nahin hai aur believer nahin hai itni importance hai</w:t>
      </w:r>
    </w:p>
    <w:p>
      <w:pPr>
        <w:jc w:val="right"/>
      </w:pPr>
      <w:r>
        <w:t>اتنی زیادہ امپورٹنس ہے کہ اگر ایک ادمی اپنے پڑوس کو اپنے دوسرے لوگوں کو عام پھل بنا ہوا ہے تو مومن نہیں ہے اور بلیور نہیں ہے اتنی امپورٹنس ہے</w:t>
      </w:r>
    </w:p>
    <w:p>
      <w:r>
        <w:rPr>
          <w:b/>
        </w:rPr>
        <w:t xml:space="preserve">[33:28] </w:t>
      </w:r>
      <w:r>
        <w:t>to yeh main samajh paya hoon ke ya to aadmi doosron ke liye giver ban kar rahe ya harmless person ban kar rahe yeh kam az kam requirement hai aur zyada requirement hai yeh main samajh paya hoon apne study se aur apne tajurbe se</w:t>
      </w:r>
    </w:p>
    <w:p>
      <w:pPr>
        <w:jc w:val="right"/>
      </w:pPr>
      <w:r>
        <w:t>تو یہ میں سمجھ پایا ہوں کہ یا تو ادمی دوسروں کے لیے گیور بن کر رہے یا ہارم لیس پرسن بن کر رہے یہ کم از کم ریکوائرمنٹ ہے اور زیادہ ریکوائرمنٹ ہے یہ میں سمجھ پایا ہوں اپنے سٹڈی سے اور اپنے تجربے سے</w:t>
      </w:r>
    </w:p>
    <w:p>
      <w:r>
        <w:rPr>
          <w:b/>
        </w:rPr>
        <w:t xml:space="preserve">[33:57] </w:t>
      </w:r>
      <w:r>
        <w:t>Islam small doubt Islam performs propagates allow as any other religion scenario you can see I read some back terrorist organization were around 100 in number throughout the world starting from Italian red shirt and mafia in states</w:t>
      </w:r>
    </w:p>
    <w:p>
      <w:pPr>
        <w:jc w:val="right"/>
      </w:pPr>
      <w:r>
        <w:t>اسلام سمال ڈاؤٹ اسلام پرفارم پروپیگیٹس الاؤ ایز اینی ادر ریلیجن سنریور یو کین سی ائی ریڈ سم بیک ٹیک ٹیررسٹ ارگنائزیشن ویئر اراؤنڈ 100 ان نمبر تھرو اؤٹ دا ورلڈ سٹارٹنگ فرام اٹالین ریڈ شرٹ اینڈ مافیا ان سٹیٹس</w:t>
      </w:r>
    </w:p>
    <w:p>
      <w:r>
        <w:rPr>
          <w:b/>
        </w:rPr>
        <w:t xml:space="preserve">[34:27] </w:t>
      </w:r>
      <w:r>
        <w:t>and were around 35 Muslim countries are there out of 256 Muslim countries but that of you see the terrorist organization the proportion is much more from 30 organization which fight he call it jihad in the name of Islam is not only present scenario but where as you propagate the religion</w:t>
      </w:r>
    </w:p>
    <w:p>
      <w:pPr>
        <w:jc w:val="right"/>
      </w:pPr>
      <w:r>
        <w:t>اینڈ ویئر اراؤنڈ 35 مسلم کنٹریز ار دیر اؤٹ اف 256 مسلم کنٹریز بٹ دیٹ اف یو سی دا ٹیررسٹ ارگنائزیشن دا پروپورشن از مچ مور فرام 30 ارگنائزیشن وچ فائٹ ہی کال اٹ جہاد ان دا نیم اف اسلام از ناٹ اونلی پریزنٹ سینریو بٹ ویئر ایز یو پروپیگیٹ دا ریلیجن</w:t>
      </w:r>
    </w:p>
    <w:p>
      <w:r>
        <w:rPr>
          <w:b/>
        </w:rPr>
        <w:t xml:space="preserve">[34:54] </w:t>
      </w:r>
      <w:r>
        <w:t>and I think Christianity and Muslim they had a neck and neck fight in fighting wars for the spread of religion so what I believe is the present scenario is nothing to the expansion of some historical could you suppose through some light of in case</w:t>
      </w:r>
    </w:p>
    <w:p>
      <w:pPr>
        <w:jc w:val="right"/>
      </w:pPr>
      <w:r>
        <w:t>اینڈ ائی تھنک کرسچینٹی اینڈ مسلم دے ہیڈ ا نیک نیک فائٹ ان فائٹنگ وارز فار دا سپریڈ اف ریلیجن سو واٹ ائی بیلیو از دا پریزنٹ سینریو از نتھنگ ٹو دا ایکسپینشن اف سم ہسٹوریکل کڈ یو سپوز تھرو سم لائف اف ان کیس</w:t>
      </w:r>
    </w:p>
    <w:p>
      <w:r>
        <w:rPr>
          <w:b/>
        </w:rPr>
        <w:t xml:space="preserve">[35:15] </w:t>
      </w:r>
      <w:r>
        <w:t>to is mein hamesha deviation ka chance rehta hai yeh hamara concept hai india ka bahut acha concept hai aap ka bahut acha hai is ka aap class number 51 a padhiye kitni beautiful value likhi hui hain lekin aap society bhi dekhen to sab deviation ho raha hai to aap yeh to nahin kahenge hamari society par blame de ke next constitution ko blame dein aap itna beautiful.</w:t>
      </w:r>
    </w:p>
    <w:p>
      <w:pPr>
        <w:jc w:val="right"/>
      </w:pPr>
      <w:r>
        <w:t>تو اس میں ہمیشہ ڈیوی ایشن کا چانس رہتا ہے یہ ہمارا کانسیپٹ ہے انڈیا کا بہت اچھا کانسیپٹ ہے اپ کا بہت اچھا ہے اس کا اپ کلاس نمبر 51 اے پڑھیے کتنی بیوٹی فل ویلیو لکھی ہوئی ہیں لیکن اپ سوسائٹی بھی دیکھیں تو سب ڈیوی ایشن ہو رہا ہے تو اپ یہ تو نہیں کہیں گے ہماری سوسائٹی پر بلیم دے کے نیکسٹ کانسٹیٹیوشن کو بلیم دیں اپ اتنا بیوٹی فل.</w:t>
      </w:r>
    </w:p>
    <w:p>
      <w:r>
        <w:rPr>
          <w:b/>
        </w:rPr>
        <w:t xml:space="preserve">[35:44] </w:t>
      </w:r>
      <w:r>
        <w:t>woh hai constitution of india mein 51 a sari achi values jo likhi hui hain yeh chahe conception ho ya religion ho to musalmanon ko yani you have to differentiate between islam and muslims</w:t>
      </w:r>
    </w:p>
    <w:p>
      <w:pPr>
        <w:jc w:val="right"/>
      </w:pPr>
      <w:r>
        <w:t>وہ ہے کانسٹیٹیوشن اف انڈیا میں 51 اے ساری اچھی ویلیوز جو لکھی ہوئی ہیں یہ چاہے کانسیپشن ہو یا ریلیجن ہو تو مسلمانوں کو یعنی یو ہیو ٹو ڈیفرنشیٹ بٹوین اسلام اینڈ مسلمز</w:t>
      </w:r>
    </w:p>
    <w:p>
      <w:r>
        <w:rPr>
          <w:b/>
        </w:rPr>
        <w:t xml:space="preserve">[36:01] </w:t>
      </w:r>
      <w:r>
        <w:t>You have to differentiate your society and of India.</w:t>
      </w:r>
    </w:p>
    <w:p>
      <w:pPr>
        <w:jc w:val="right"/>
      </w:pPr>
      <w:r>
        <w:t>یو ہیو ٹو ڈیفرنس یو ہیو ٹو ڈیفرنشیٹ اور سوسائٹی اینڈ اف انڈیا</w:t>
      </w:r>
    </w:p>
    <w:p>
      <w:r>
        <w:rPr>
          <w:b/>
        </w:rPr>
        <w:t xml:space="preserve">[36:07] </w:t>
      </w:r>
      <w:r>
        <w:t>har jagah aisa hi hai to musalman jo kuch karte hain to mein is waqt is par nahi</w:t>
      </w:r>
    </w:p>
    <w:p>
      <w:pPr>
        <w:jc w:val="right"/>
      </w:pPr>
      <w:r>
        <w:t>ہر جگہ ایسا ہی ہے تو مسلمان جو کچھ کرتے ہیں تو میں اس وقت اس پر نہیں</w:t>
      </w:r>
    </w:p>
    <w:p>
      <w:r>
        <w:rPr>
          <w:b/>
        </w:rPr>
        <w:t xml:space="preserve">[36:13] </w:t>
      </w:r>
      <w:r>
        <w:t>bol raha hoon mein musalmanon ko justify nahi karta mein openly kehta hoon ke hum musalman Islam se</w:t>
      </w:r>
    </w:p>
    <w:p>
      <w:pPr>
        <w:jc w:val="right"/>
      </w:pPr>
      <w:r>
        <w:t>بول رہا ہوں میں مسلمانوں کو جسٹیفائی نہیں کرتا میں اوپنلی کہتا ہوں کہ ہم مسلمان اسلام سے</w:t>
      </w:r>
    </w:p>
    <w:p>
      <w:r>
        <w:rPr>
          <w:b/>
        </w:rPr>
        <w:t xml:space="preserve">[36:18] </w:t>
      </w:r>
      <w:r>
        <w:t>hatay hue hain openly isi liye mein un ki hit list par hoon</w:t>
      </w:r>
    </w:p>
    <w:p>
      <w:pPr>
        <w:jc w:val="right"/>
      </w:pPr>
      <w:r>
        <w:t>ہٹے ہوئے ہیں اوپنلی اسی لیے میں ان کی ہٹ لسٹ پر ہوں</w:t>
      </w:r>
    </w:p>
    <w:p>
      <w:r>
        <w:rPr>
          <w:b/>
        </w:rPr>
        <w:t xml:space="preserve">[36:23] </w:t>
      </w:r>
      <w:r>
        <w:t>mein jo kuch kaha is waqt mein ne kaha hai woh ek Islam mein as jo ek ideology</w:t>
      </w:r>
    </w:p>
    <w:p>
      <w:pPr>
        <w:jc w:val="right"/>
      </w:pPr>
      <w:r>
        <w:t>میں جو کچھ کہا اس وقت میں نے کہا ہے وہ ایک اسلام میں ایز جو ایک ائیڈیالوجی</w:t>
      </w:r>
    </w:p>
    <w:p>
      <w:r>
        <w:rPr>
          <w:b/>
        </w:rPr>
        <w:t xml:space="preserve">[36:29] </w:t>
      </w:r>
      <w:r>
        <w:t>hai ek scripture based religion hai is mein kya detail batayi gayi hai bas wahan pe jahan tak</w:t>
      </w:r>
    </w:p>
    <w:p>
      <w:pPr>
        <w:jc w:val="right"/>
      </w:pPr>
      <w:r>
        <w:t>ہے ایک اسکرپچر بیسڈ ریلیجن ہے اس میں کیا ڈیٹیل بتائی گئی ہے بس وہاں پہ جہاں تک</w:t>
      </w:r>
    </w:p>
    <w:p>
      <w:r>
        <w:rPr>
          <w:b/>
        </w:rPr>
        <w:t xml:space="preserve">[36:36] </w:t>
      </w:r>
      <w:r>
        <w:t>musalman jo hain woh debate kiye hue hain Islam se to openly woh condemn karta hoon un ko</w:t>
      </w:r>
    </w:p>
    <w:p>
      <w:pPr>
        <w:jc w:val="right"/>
      </w:pPr>
      <w:r>
        <w:t>مسلمان جو ہیں وہ ڈیبیٹ کیے ہوئے ہیں اسلام سے تو اوپنلی وہ کنڈم کرتا ہوں ان کو</w:t>
      </w:r>
    </w:p>
    <w:p>
      <w:r>
        <w:rPr>
          <w:b/>
        </w:rPr>
        <w:t xml:space="preserve">[36:42] </w:t>
      </w:r>
      <w:r>
        <w:t>openly to is waja se aap kya hai</w:t>
      </w:r>
    </w:p>
    <w:p>
      <w:pPr>
        <w:jc w:val="right"/>
      </w:pPr>
      <w:r>
        <w:t>اوپنلی تو اس وجہ سے اپ کیا ہے</w:t>
      </w:r>
    </w:p>
    <w:p>
      <w:r>
        <w:rPr>
          <w:b/>
        </w:rPr>
        <w:t xml:space="preserve">[36:46] </w:t>
      </w:r>
      <w:r>
        <w:t>yeh is is formula ko aap ko har jagah manna padega chahe woh constitution of india ho chahe hinduism ho ya christianity ho</w:t>
      </w:r>
    </w:p>
    <w:p>
      <w:pPr>
        <w:jc w:val="right"/>
      </w:pPr>
      <w:r>
        <w:t>یہ اس اس فارمولے کو اپ کو ہر جگہ ماننا پڑے گا چاہے وہ کانسٹیٹیوشن اف انڈیا ہو چاہے ہندوازم ہو یا کرسچینٹی ہو</w:t>
      </w:r>
    </w:p>
    <w:p>
      <w:r>
        <w:rPr>
          <w:b/>
        </w:rPr>
        <w:t xml:space="preserve">[36:55] </w:t>
      </w:r>
      <w:r>
        <w:t>society jo hai</w:t>
      </w:r>
    </w:p>
    <w:p>
      <w:pPr>
        <w:jc w:val="right"/>
      </w:pPr>
      <w:r>
        <w:t>سوسائٹی جو ہے</w:t>
      </w:r>
    </w:p>
    <w:p>
      <w:r>
        <w:rPr>
          <w:b/>
        </w:rPr>
        <w:t xml:space="preserve">[36:58] </w:t>
      </w:r>
      <w:r>
        <w:t>is ko aap aur is ki ideology ko barabar nahi kar sakte</w:t>
      </w:r>
    </w:p>
    <w:p>
      <w:pPr>
        <w:jc w:val="right"/>
      </w:pPr>
      <w:r>
        <w:t>اس کو اپ اور اس کی ائیڈیالوجی کو برابر نہیں کر سکتے</w:t>
      </w:r>
    </w:p>
    <w:p>
      <w:r>
        <w:rPr>
          <w:b/>
        </w:rPr>
        <w:t xml:space="preserve">[37:03] </w:t>
      </w:r>
      <w:r>
        <w:t>society jo hai alag cheez hoti hai aur ideology alag cheez hoti hai to jab society ke bare</w:t>
      </w:r>
    </w:p>
    <w:p>
      <w:pPr>
        <w:jc w:val="right"/>
      </w:pPr>
      <w:r>
        <w:t>سوسائٹی جو ہے الگ چیز ہوتی ہے اور ائیڈیالوجی الگ چیز ہوتی ہے تو جب سوسائٹی کے بارے</w:t>
      </w:r>
    </w:p>
    <w:p>
      <w:r>
        <w:rPr>
          <w:b/>
        </w:rPr>
        <w:t xml:space="preserve">[37:08] </w:t>
      </w:r>
      <w:r>
        <w:t>mein bolen to aap society ke bare mein bolenge lekin jab ideology ke bare mein bolen to</w:t>
      </w:r>
    </w:p>
    <w:p>
      <w:pPr>
        <w:jc w:val="right"/>
      </w:pPr>
      <w:r>
        <w:t>میں بولیں تو اپ سوسائٹی کے بارے میں بولیں گے لیکن جب ائیڈیالوجی کے بارے میں بولیں تو</w:t>
      </w:r>
    </w:p>
    <w:p>
      <w:r>
        <w:rPr>
          <w:b/>
        </w:rPr>
        <w:t xml:space="preserve">[37:12] </w:t>
      </w:r>
      <w:r>
        <w:t>aap ideology jo hai is ko batana parega aap ko</w:t>
      </w:r>
    </w:p>
    <w:p>
      <w:pPr>
        <w:jc w:val="right"/>
      </w:pPr>
      <w:r>
        <w:t>اپ ائیڈیالوجی جو ہے اس کو بتانا پڑے گا اپ کو</w:t>
      </w:r>
    </w:p>
    <w:p>
      <w:r>
        <w:rPr>
          <w:b/>
        </w:rPr>
        <w:t xml:space="preserve">[37:16] </w:t>
      </w:r>
      <w:r>
        <w:t>to is waqt musalman jo hain jo uth kar rahi jihad is ko mein khula khula taur par</w:t>
      </w:r>
    </w:p>
    <w:p>
      <w:pPr>
        <w:jc w:val="right"/>
      </w:pPr>
      <w:r>
        <w:t>تو اس وقت مسلمان جو ہیں جو اٹھ کر رہی جہاد اس کو میں کھلا کھلا طور پر</w:t>
      </w:r>
    </w:p>
    <w:p>
      <w:r>
        <w:rPr>
          <w:b/>
        </w:rPr>
        <w:t xml:space="preserve">[37:23] </w:t>
      </w:r>
      <w:r>
        <w:t>kehta hoon ke fasaad hai jihad nahi hai</w:t>
      </w:r>
    </w:p>
    <w:p>
      <w:pPr>
        <w:jc w:val="right"/>
      </w:pPr>
      <w:r>
        <w:t>کہتا ہوں کہ فساد ہے جہاد نہیں ہے</w:t>
      </w:r>
    </w:p>
    <w:p>
      <w:r>
        <w:rPr>
          <w:b/>
        </w:rPr>
        <w:t xml:space="preserve">[37:26] </w:t>
      </w:r>
      <w:r>
        <w:t>kahin bhi is waqt jihad nahi ho raha ya kashmir ne falasteen mein ya afghanistan mein ya iraq</w:t>
      </w:r>
    </w:p>
    <w:p>
      <w:pPr>
        <w:jc w:val="right"/>
      </w:pPr>
      <w:r>
        <w:t>کہیں بھی اس وقت جہاد نہیں ہو رہا یا کاشپیر نے فلسطین میں یا افغانستان میں یا عراق</w:t>
      </w:r>
    </w:p>
    <w:p>
      <w:r>
        <w:rPr>
          <w:b/>
        </w:rPr>
        <w:t xml:space="preserve">[37:32] </w:t>
      </w:r>
      <w:r>
        <w:t>mein kahin bhi sab fasaad ho raha hai is waqt koi aur is ko mein ne books likhi</w:t>
      </w:r>
    </w:p>
    <w:p>
      <w:pPr>
        <w:jc w:val="right"/>
      </w:pPr>
      <w:r>
        <w:t>میں کہیں بھی سب فساد ہو رہا ہے اس وقت کوئی اور اس کو میں نے بکس لکھی</w:t>
      </w:r>
    </w:p>
    <w:p>
      <w:r>
        <w:rPr>
          <w:b/>
        </w:rPr>
        <w:t xml:space="preserve">[37:37] </w:t>
      </w:r>
      <w:r>
        <w:t>hain kai is mein mein ne yani</w:t>
      </w:r>
    </w:p>
    <w:p>
      <w:pPr>
        <w:jc w:val="right"/>
      </w:pPr>
      <w:r>
        <w:t>ہیں کئی اس میں میں نے یعنی</w:t>
      </w:r>
    </w:p>
    <w:p>
      <w:r>
        <w:rPr>
          <w:b/>
        </w:rPr>
        <w:t xml:space="preserve">[37:42] </w:t>
      </w:r>
      <w:r>
        <w:t>is ko poori tarah se references se mein ne is ko establish kiya hai ke yeh jihad nahi</w:t>
      </w:r>
    </w:p>
    <w:p>
      <w:pPr>
        <w:jc w:val="right"/>
      </w:pPr>
      <w:r>
        <w:t>اس کو پوری طریقے سے ریفرنسز سے میں نے اس کو اسٹیبلش کیا ہے کہ یہ جہاد نہیں</w:t>
      </w:r>
    </w:p>
    <w:p>
      <w:r>
        <w:rPr>
          <w:b/>
        </w:rPr>
        <w:t xml:space="preserve">[37:48] </w:t>
      </w:r>
      <w:r>
        <w:t>hai fasaad hai</w:t>
      </w:r>
    </w:p>
    <w:p>
      <w:pPr>
        <w:jc w:val="right"/>
      </w:pPr>
      <w:r>
        <w:t>ہے فساد ہے</w:t>
      </w:r>
    </w:p>
    <w:p>
      <w:r>
        <w:rPr>
          <w:b/>
        </w:rPr>
        <w:t xml:space="preserve">[37:57] </w:t>
      </w:r>
      <w:r>
        <w:t>you know ah imran sahib has been holding our hand from the very beginning and it started by i came to know imran sahib when i was writing an essay on jihad</w:t>
      </w:r>
    </w:p>
    <w:p>
      <w:pPr>
        <w:jc w:val="right"/>
      </w:pPr>
      <w:r>
        <w:t>یو نو اہ عمران صاحب ہیز بین ہولڈنگ اور ہینڈ فرام دا ویری بگننگ اینڈ اٹ سٹارٹڈ بائی ائی کیم ٹو نو عمران صاحب وین ائی واز رائٹنگ این ایسے ان جہاد</w:t>
      </w:r>
    </w:p>
    <w:p>
      <w:r>
        <w:rPr>
          <w:b/>
        </w:rPr>
        <w:t xml:space="preserve">[38:15] </w:t>
      </w:r>
      <w:r>
        <w:t>and in that topic there was a quote from one of the ah one of the muslim authors about prophet muhammad when he said after battle of badr that we are finished with jihad al-askari let us now get down to jihad al-akbar</w:t>
      </w:r>
    </w:p>
    <w:p>
      <w:pPr>
        <w:jc w:val="right"/>
      </w:pPr>
      <w:r>
        <w:t>اینڈ ان دیٹ ٹاپ دیر واز ا کوٹ فرام ون اف دی اہ ون اف دی مسلم اتھرز اباؤٹ پرافٹ محمد وین ہی سیڈ افٹر بیٹل اف بدر دیٹ وی ار فنشڈ ود جہاد العسکر لیٹ اس ناؤ گیٹ ڈاؤن ٹو جہاد الاکبر</w:t>
      </w:r>
    </w:p>
    <w:p>
      <w:r>
        <w:rPr>
          <w:b/>
        </w:rPr>
        <w:t xml:space="preserve">[38:43] </w:t>
      </w:r>
      <w:r>
        <w:t>which means this fighting power is the the other five percent effort. 95 percent is to purify and</w:t>
      </w:r>
    </w:p>
    <w:p>
      <w:pPr>
        <w:jc w:val="right"/>
      </w:pPr>
      <w:r>
        <w:t>وچ مین دیز فائٹنگ پاور از دا دی ادر فائیو پرسنٹ ایفرٹ 95 پرسنٹ از ٹو پیوریفائی اینڈ</w:t>
      </w:r>
    </w:p>
    <w:p>
      <w:r>
        <w:rPr>
          <w:b/>
        </w:rPr>
        <w:t xml:space="preserve">[38:54] </w:t>
      </w:r>
      <w:r>
        <w:t>be a good human being by converting or inner set that is jihad to</w:t>
      </w:r>
    </w:p>
    <w:p>
      <w:pPr>
        <w:jc w:val="right"/>
      </w:pPr>
      <w:r>
        <w:t>بی ا گڈ ہیومن بینگ بائی کنورٹنگ اور انر سیٹ دیٹ از جہاد تو</w:t>
      </w:r>
    </w:p>
    <w:p>
      <w:r>
        <w:rPr>
          <w:b/>
        </w:rPr>
        <w:t xml:space="preserve">[39:02] </w:t>
      </w:r>
      <w:r>
        <w:t>if we understand that true sense of islam and not only us but</w:t>
      </w:r>
    </w:p>
    <w:p>
      <w:pPr>
        <w:jc w:val="right"/>
      </w:pPr>
      <w:r>
        <w:t>اف وی انڈرسٹینڈ دیٹ ٹرو سینس اف اسلام اینڈ ناٹ اونلی اس بٹ</w:t>
      </w:r>
    </w:p>
    <w:p>
      <w:r>
        <w:rPr>
          <w:b/>
        </w:rPr>
        <w:t xml:space="preserve">[39:11] </w:t>
      </w:r>
      <w:r>
        <w:t>some of the others also and but the tragedy with religions is that very soon it is grass</w:t>
      </w:r>
    </w:p>
    <w:p>
      <w:pPr>
        <w:jc w:val="right"/>
      </w:pPr>
      <w:r>
        <w:t>سم اف دی ادرز السو اینڈ بٹ دا ٹریجڈی ود ریلیجنز از دیٹ ویری سون اٹ از گراس</w:t>
      </w:r>
    </w:p>
    <w:p>
      <w:r>
        <w:rPr>
          <w:b/>
        </w:rPr>
        <w:t xml:space="preserve">[39:20] </w:t>
      </w:r>
      <w:r>
        <w:t>and grip</w:t>
      </w:r>
    </w:p>
    <w:p>
      <w:pPr>
        <w:jc w:val="right"/>
      </w:pPr>
      <w:r>
        <w:t>اینڈ گرپ</w:t>
      </w:r>
    </w:p>
    <w:p>
      <w:r>
        <w:rPr>
          <w:b/>
        </w:rPr>
        <w:t xml:space="preserve">[39:21] </w:t>
      </w:r>
      <w:r>
        <w:t>it happens to all the faiths what i call the power brokers and marketing managers of god they want to make sure that our brand is better than yours so that they have a big market share</w:t>
      </w:r>
    </w:p>
    <w:p>
      <w:pPr>
        <w:jc w:val="right"/>
      </w:pPr>
      <w:r>
        <w:t>ٹ اٹس ہیپن ٹو ال دا فیتھس واٹ ائی کال دا پاور بروکرز اینڈ مارکیٹنگ مینیجرز اف گاڈ دے وانٹ ٹو میک شور دیٹ اور برینڈ از بیٹر دین یورز سو دیٹ دے ہیو اے بگ مارکیٹ شیئر</w:t>
      </w:r>
    </w:p>
    <w:p>
      <w:r>
        <w:rPr>
          <w:b/>
        </w:rPr>
        <w:t xml:space="preserve">[39:38] </w:t>
      </w:r>
      <w:r>
        <w:t>but we who are teaching future generation we must be aware of what is true religion what is its role and what is the purpose of education it is to groom persons of character who can understand the value of religion and not misuse it for either capturing power or perpetuities</w:t>
      </w:r>
    </w:p>
    <w:p>
      <w:pPr>
        <w:jc w:val="right"/>
      </w:pPr>
      <w:r>
        <w:t>بٹ وی ہو ار ٹیچنگ فیوچر جنریشن وی مسٹ بی اویئر اف واٹ از ٹرو ریلیجن واٹ از اٹس رول اینڈ واٹ از دا پرپس اف ایجوکیشن اٹ از ٹو گروم پرسنز اف کریکٹر ہو کین انڈرسٹینڈ دا ویلیو اف ریلیجن اینڈ ناٹ مس یوز اٹ فار ایدر کیپچرنگ پاور اور پرپیچویٹیز</w:t>
      </w:r>
    </w:p>
    <w:p>
      <w:r>
        <w:rPr>
          <w:b/>
        </w:rPr>
        <w:t xml:space="preserve">[40:08] </w:t>
      </w:r>
      <w:r>
        <w:t>thank you very much maulana sahib we are very very great for.</w:t>
      </w:r>
    </w:p>
    <w:p>
      <w:pPr>
        <w:jc w:val="right"/>
      </w:pPr>
      <w:r>
        <w:t>تھینک یو ویری مچ مولانا صاحب وی ار ویری ویری گریٹ فار.</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