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Peace in Life June 30, 2008</w:t>
      </w:r>
    </w:p>
    <w:p>
      <w:r>
        <w:t>https://youtu.be/gbbbmsdMHRs</w:t>
      </w:r>
    </w:p>
    <w:p>
      <w:r>
        <w:rPr>
          <w:b/>
        </w:rPr>
        <w:t xml:space="preserve">[00:14] </w:t>
      </w:r>
      <w:r>
        <w:t>bismillah hir rahman nir rahim, wa salla Allahu ala an-nabiyyi al-karim.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[00:37] </w:t>
      </w:r>
      <w:r>
        <w:t>aaj ki jo baat hai,</w:t>
      </w:r>
    </w:p>
    <w:p>
      <w:pPr>
        <w:jc w:val="right"/>
      </w:pPr>
      <w:r>
        <w:t>آج کی جو بات ہے،</w:t>
      </w:r>
    </w:p>
    <w:p>
      <w:r>
        <w:rPr>
          <w:b/>
        </w:rPr>
        <w:t xml:space="preserve">[00:44] </w:t>
      </w:r>
      <w:r>
        <w:t>is ka topic hai "the importance of peace in life".</w:t>
      </w:r>
    </w:p>
    <w:p>
      <w:pPr>
        <w:jc w:val="right"/>
      </w:pPr>
      <w:r>
        <w:t>اس کا ٹاپک ہے "دی امپورٹنس آف پیس ان لائف"۔</w:t>
      </w:r>
    </w:p>
    <w:p>
      <w:r>
        <w:rPr>
          <w:b/>
        </w:rPr>
        <w:t xml:space="preserve">[00:56] </w:t>
      </w:r>
      <w:r>
        <w:t>insani zindagi mein aman ki ahmiyat.</w:t>
      </w:r>
    </w:p>
    <w:p>
      <w:pPr>
        <w:jc w:val="right"/>
      </w:pPr>
      <w:r>
        <w:t>انسانی زندگی میں امن کی اہمیت۔</w:t>
      </w:r>
    </w:p>
    <w:p>
      <w:r>
        <w:rPr>
          <w:b/>
        </w:rPr>
        <w:t xml:space="preserve">[01:02] </w:t>
      </w:r>
      <w:r>
        <w:t>abhi jab main yahan studio mein aaya to jab main yahan enter hua to kisi ne kaha "assalamu alaikum".</w:t>
      </w:r>
    </w:p>
    <w:p>
      <w:pPr>
        <w:jc w:val="right"/>
      </w:pPr>
      <w:r>
        <w:t>ابھی جب میں یہاں اسٹوڈیو میں آیا تو جب میں یہاں انٹر ہوا تو کسی نے کہا "السلام علیکم"۔</w:t>
      </w:r>
    </w:p>
    <w:p>
      <w:r>
        <w:rPr>
          <w:b/>
        </w:rPr>
        <w:t xml:space="preserve">[01:15] </w:t>
      </w:r>
      <w:r>
        <w:t>main ne kaha ke "wa alaikum assalam".</w:t>
      </w:r>
    </w:p>
    <w:p>
      <w:pPr>
        <w:jc w:val="right"/>
      </w:pPr>
      <w:r>
        <w:t>میں نے کہا کہ "وعلیکم السلام"۔</w:t>
      </w:r>
    </w:p>
    <w:p>
      <w:r>
        <w:rPr>
          <w:b/>
        </w:rPr>
        <w:t xml:space="preserve">[01:20] </w:t>
      </w:r>
      <w:r>
        <w:t>is se mere mind mein ek</w:t>
      </w:r>
    </w:p>
    <w:p>
      <w:pPr>
        <w:jc w:val="right"/>
      </w:pPr>
      <w:r>
        <w:t>اس سے میرے مائنڈ میں ایک</w:t>
      </w:r>
    </w:p>
    <w:p>
      <w:r>
        <w:rPr>
          <w:b/>
        </w:rPr>
        <w:t xml:space="preserve">[01:27] </w:t>
      </w:r>
      <w:r>
        <w:t>sawal aa gaya ke yeh kya cheez hai, assalamu alaikum kya cheez hai.</w:t>
      </w:r>
    </w:p>
    <w:p>
      <w:pPr>
        <w:jc w:val="right"/>
      </w:pPr>
      <w:r>
        <w:t>سوال آ گیا کہ یہ کیا چیز ہے، السلام علیکم کیا چیز ہے۔</w:t>
      </w:r>
    </w:p>
    <w:p>
      <w:r>
        <w:rPr>
          <w:b/>
        </w:rPr>
        <w:t xml:space="preserve">[01:35] </w:t>
      </w:r>
      <w:r>
        <w:t>mere soch ne mujhe bataya ke yeh ek culture hai. assalamu alaikum koi rasam nahi, koi ritual nahi,</w:t>
      </w:r>
    </w:p>
    <w:p>
      <w:pPr>
        <w:jc w:val="right"/>
      </w:pPr>
      <w:r>
        <w:t>میرے سوچ نے مجھے بتایا کہ یہ ایک کلچر ہے۔ السلام علیکم کوئی رسم نہیں، کوئی ریچول نہیں،</w:t>
      </w:r>
    </w:p>
    <w:p>
      <w:r>
        <w:rPr>
          <w:b/>
        </w:rPr>
        <w:t xml:space="preserve">[01:55] </w:t>
      </w:r>
      <w:r>
        <w:t>koi formal cheez nahi. yeh ek bohat gehri baat hai, woh hai peace culture.</w:t>
      </w:r>
    </w:p>
    <w:p>
      <w:pPr>
        <w:jc w:val="right"/>
      </w:pPr>
      <w:r>
        <w:t>کوئی فارمل چیز نہیں۔ یہ ایک بہت گہری بات ہے، وہ ہے پیس کلچر۔</w:t>
      </w:r>
    </w:p>
    <w:p>
      <w:r>
        <w:rPr>
          <w:b/>
        </w:rPr>
        <w:t xml:space="preserve">[02:07] </w:t>
      </w:r>
      <w:r>
        <w:t>peace culture. yani islam mein peace ko itna zyada importance di gayi hai.</w:t>
      </w:r>
    </w:p>
    <w:p>
      <w:pPr>
        <w:jc w:val="right"/>
      </w:pPr>
      <w:r>
        <w:t>پیس کلچر۔ یعنی اسلام میں پیس کو اتنا زیادہ امپورٹنس دی گئی ہے۔</w:t>
      </w:r>
    </w:p>
    <w:p>
      <w:r>
        <w:rPr>
          <w:b/>
        </w:rPr>
        <w:t xml:space="preserve">[02:15] </w:t>
      </w:r>
      <w:r>
        <w:t>main sochta hoon ke agar main yeh kahoon ke islam mein peace greatest good ki hesiyat rakhta hai in terms of social good ya summum bonum,</w:t>
      </w:r>
    </w:p>
    <w:p>
      <w:pPr>
        <w:jc w:val="right"/>
      </w:pPr>
      <w:r>
        <w:t>میں سوچتا ہوں کہ اگر میں یہ کہوں کہ اسلام میں پیس گریٹسٹ گڈ کی حیثیت رکھتا ہے ان ٹرم آف سوشل گڈ یا سمم بونم،</w:t>
      </w:r>
    </w:p>
    <w:p>
      <w:r>
        <w:rPr>
          <w:b/>
        </w:rPr>
        <w:t xml:space="preserve">[02:31] </w:t>
      </w:r>
      <w:r>
        <w:t>to yeh bilkul sahi hoga.</w:t>
      </w:r>
    </w:p>
    <w:p>
      <w:pPr>
        <w:jc w:val="right"/>
      </w:pPr>
      <w:r>
        <w:t>تو یہ بالکل صحیح ہوگا۔</w:t>
      </w:r>
    </w:p>
    <w:p>
      <w:r>
        <w:rPr>
          <w:b/>
        </w:rPr>
        <w:t xml:space="preserve">[02:36] </w:t>
      </w:r>
      <w:r>
        <w:t>islam mein peace ko bohat zyada importance diya gaya hai. kyunke</w:t>
      </w:r>
    </w:p>
    <w:p>
      <w:pPr>
        <w:jc w:val="right"/>
      </w:pPr>
      <w:r>
        <w:t>اسلام میں پیس کو بہت زیادہ امپورٹنس دیا گیا ہے۔ کیونکہ</w:t>
      </w:r>
    </w:p>
    <w:p>
      <w:r>
        <w:rPr>
          <w:b/>
        </w:rPr>
        <w:t xml:space="preserve">[02:46] </w:t>
      </w:r>
      <w:r>
        <w:t>society mein jahan hum jeete hain, jahan bohat se log rehte hain, wahan par hamari ek hi option hai, woh hai peace ka option.</w:t>
      </w:r>
    </w:p>
    <w:p>
      <w:pPr>
        <w:jc w:val="right"/>
      </w:pPr>
      <w:r>
        <w:t>سوسائٹی میں جہاں ہم جیتے ہیں، جہاں بہت سے لوگ رہتے ہیں، وہاں پر ہماری ایک ہی آپشن ہے، وہ ہے پیس کا آپشن۔</w:t>
      </w:r>
    </w:p>
    <w:p>
      <w:r>
        <w:rPr>
          <w:b/>
        </w:rPr>
        <w:t xml:space="preserve">[02:57] </w:t>
      </w:r>
      <w:r>
        <w:t>peaceful co-existence. "the only way of existence in a society".</w:t>
      </w:r>
    </w:p>
    <w:p>
      <w:pPr>
        <w:jc w:val="right"/>
      </w:pPr>
      <w:r>
        <w:t>پیس فل کو ایگزسٹنس۔ "اے دا اونلی وے آف ایگزسٹنس ان اے سوسائٹی"۔</w:t>
      </w:r>
    </w:p>
    <w:p>
      <w:r>
        <w:rPr>
          <w:b/>
        </w:rPr>
        <w:t xml:space="preserve">[03:06] </w:t>
      </w:r>
      <w:r>
        <w:t>to yeh ek law of nature hai, sirf islam ki baat nahi hai, yeh ek law of nature hai. islam khud bhi ek religion of nature hai.</w:t>
      </w:r>
    </w:p>
    <w:p>
      <w:pPr>
        <w:jc w:val="right"/>
      </w:pPr>
      <w:r>
        <w:t>تو یہ ایک لاء آف نیچر ہے، صرف اسلام کی بات نہیں ہے، یہ ایک لاء آف نیچر ہے۔ اسلام خود بھی ایک ریلیجن آف نیچر ہے۔</w:t>
      </w:r>
    </w:p>
    <w:p>
      <w:r>
        <w:rPr>
          <w:b/>
        </w:rPr>
        <w:t xml:space="preserve">[03:20] </w:t>
      </w:r>
      <w:r>
        <w:t>to khuda ka jo creation plan hai, is duniya mein jis scheme ke tehat hamein rakha gaya hai, us mein peace jo hai woh summum bonum hai.</w:t>
      </w:r>
    </w:p>
    <w:p>
      <w:pPr>
        <w:jc w:val="right"/>
      </w:pPr>
      <w:r>
        <w:t>تو خدا کا جو کریشن پلان ہے، اس دنیا میں جس اسکیم کے تحت ہمیں رکھا گیا ہے، اس میں پیس جو ہے وہ سمم بونم ہے۔</w:t>
      </w:r>
    </w:p>
    <w:p>
      <w:r>
        <w:rPr>
          <w:b/>
        </w:rPr>
        <w:t xml:space="preserve">[03:33] </w:t>
      </w:r>
      <w:r>
        <w:t>yani practical sense mein.</w:t>
      </w:r>
    </w:p>
    <w:p>
      <w:pPr>
        <w:jc w:val="right"/>
      </w:pPr>
      <w:r>
        <w:t>یعنی پریکٹیکل سینس میں۔</w:t>
      </w:r>
    </w:p>
    <w:p>
      <w:r>
        <w:rPr>
          <w:b/>
        </w:rPr>
        <w:t xml:space="preserve">[03:37] </w:t>
      </w:r>
      <w:r>
        <w:t>agar peace hogi society mein, tab bhi wahan har qism ki positive activities pai jayengi, warna nahin.</w:t>
      </w:r>
    </w:p>
    <w:p>
      <w:pPr>
        <w:jc w:val="right"/>
      </w:pPr>
      <w:r>
        <w:t>اگر پیس ہوگی سوسائٹی میں، تب بھی وہاں ہر قسم کی پازیٹیو ایکٹیویٹیز پائی جائیں گی، ورنہ نہیں۔</w:t>
      </w:r>
    </w:p>
    <w:p>
      <w:r>
        <w:rPr>
          <w:b/>
        </w:rPr>
        <w:t xml:space="preserve">[03:52] </w:t>
      </w:r>
      <w:r>
        <w:t>to yeh hai aaj ki theme, is par main kuch kehna chahta hoon.</w:t>
      </w:r>
    </w:p>
    <w:p>
      <w:pPr>
        <w:jc w:val="right"/>
      </w:pPr>
      <w:r>
        <w:t>تو یہ ہے آج کی تھیم، اس پر میں کچھ کہنا چاہتا ہوں۔</w:t>
      </w:r>
    </w:p>
    <w:p>
      <w:r>
        <w:rPr>
          <w:b/>
        </w:rPr>
        <w:t xml:space="preserve">[04:00] </w:t>
      </w:r>
      <w:r>
        <w:t>ab dekhiye, Islam mein agar Quran ko parhein aap to aap dekhenge ke Assalam bhi Khuda ka ek naam hai.</w:t>
      </w:r>
    </w:p>
    <w:p>
      <w:pPr>
        <w:jc w:val="right"/>
      </w:pPr>
      <w:r>
        <w:t>اب دیکھیے، اسلام میں اگر قرآن کو پڑھیں آپ تو آپ دیکھیں گے کہ السلام بھی خدا کا ایک نام ہے۔</w:t>
      </w:r>
    </w:p>
    <w:p>
      <w:r>
        <w:rPr>
          <w:b/>
        </w:rPr>
        <w:t xml:space="preserve">[04:13] </w:t>
      </w:r>
      <w:r>
        <w:t>Assalam means peace. So Khuda hum self is a peace.</w:t>
      </w:r>
    </w:p>
    <w:p>
      <w:pPr>
        <w:jc w:val="right"/>
      </w:pPr>
      <w:r>
        <w:t>السلام مینز پیس۔ سو خدا ہم سیلف از اے پیس۔</w:t>
      </w:r>
    </w:p>
    <w:p>
      <w:r>
        <w:rPr>
          <w:b/>
        </w:rPr>
        <w:t xml:space="preserve">[04:20] </w:t>
      </w:r>
      <w:r>
        <w:t>Assalam Khuda ke bohat se naam hain, naam matlab uske attributes hain.</w:t>
      </w:r>
    </w:p>
    <w:p>
      <w:pPr>
        <w:jc w:val="right"/>
      </w:pPr>
      <w:r>
        <w:t>السلام خدا کے بہت سے نام ہیں، نام مطلب اس کے ایٹریبیوٹس ہیں۔</w:t>
      </w:r>
    </w:p>
    <w:p>
      <w:r>
        <w:rPr>
          <w:b/>
        </w:rPr>
        <w:t xml:space="preserve">[04:26] </w:t>
      </w:r>
      <w:r>
        <w:t>to bohat se attributes mein ek hai Assalam. Peace, aman, salamati. Ab is se bari aur baat kya ho sakti hai ke Khuda ne khud apni sifat, apni ek attribute ke taur par Quran mein bataya hai ke Khuda ka ek naam Assalam hai.</w:t>
      </w:r>
    </w:p>
    <w:p>
      <w:pPr>
        <w:jc w:val="right"/>
      </w:pPr>
      <w:r>
        <w:t>تو بہت سے ایٹریبیوٹس میں ایک ہے السلام۔ پیس، امن، سلامتی۔ اب اس سے بڑی اور بات کیا ہو سکتی ہے کہ خدا نے خود اپنی صفت، اپنی ایک ایٹریبیوٹ کے طور پر قرآن میں بتایا ہے کہ خدا کا ایک نام السلام ہے۔</w:t>
      </w:r>
    </w:p>
    <w:p>
      <w:r>
        <w:rPr>
          <w:b/>
        </w:rPr>
        <w:t xml:space="preserve">[04:49] </w:t>
      </w:r>
      <w:r>
        <w:t>phir aap dekhiye, Prophet ke bare mein hai ke "Wa ma arsalnaka illa rahmatal lil alamin".</w:t>
      </w:r>
    </w:p>
    <w:p>
      <w:pPr>
        <w:jc w:val="right"/>
      </w:pPr>
      <w:r>
        <w:t>پھر آپ دیکھیے، پرافٹ کے بارے میں ہے کہ "وما ارسلناک الا رحمت اللعالمین"۔</w:t>
      </w:r>
    </w:p>
    <w:p>
      <w:r>
        <w:rPr>
          <w:b/>
        </w:rPr>
        <w:t xml:space="preserve">[05:00] </w:t>
      </w:r>
      <w:r>
        <w:t>It means Prophet of Islam was also Prophet of peace.</w:t>
      </w:r>
    </w:p>
    <w:p>
      <w:pPr>
        <w:jc w:val="right"/>
      </w:pPr>
      <w:r>
        <w:t>اٹ مینز پرافٹ آف اسلام وارسو پرافٹ آف پیس۔</w:t>
      </w:r>
    </w:p>
    <w:p>
      <w:r>
        <w:rPr>
          <w:b/>
        </w:rPr>
        <w:t xml:space="preserve">[05:06] </w:t>
      </w:r>
      <w:r>
        <w:t>Rasool Allah ko Khuda ki taraf se yeh bataya gaya ke tum ko har haal mein peaceful rehna hai. Warna mission chalega nahin.</w:t>
      </w:r>
    </w:p>
    <w:p>
      <w:pPr>
        <w:jc w:val="right"/>
      </w:pPr>
      <w:r>
        <w:t>رسول اللہ کو خدا کی طرف سے یہ بتایا گیا کہ تم کو ہر حال میں پیس فل رہنا ہے۔ ورنہ مشن چلے گا نہیں۔</w:t>
      </w:r>
    </w:p>
    <w:p>
      <w:r>
        <w:rPr>
          <w:b/>
        </w:rPr>
        <w:t xml:space="preserve">[05:20] </w:t>
      </w:r>
      <w:r>
        <w:t>jo mission diya gaya tha Rasool Allah ko, tauheed ka mission, to us ko chalne ke liye asbood condition chahiye.</w:t>
      </w:r>
    </w:p>
    <w:p>
      <w:pPr>
        <w:jc w:val="right"/>
      </w:pPr>
      <w:r>
        <w:t>جو مشن دیا گیا تھا رسول اللہ کو، توحید کا مشن، تو اس کو چلنے کے لیے اسبوط کنڈیشن چاہیے۔</w:t>
      </w:r>
    </w:p>
    <w:p>
      <w:r>
        <w:rPr>
          <w:b/>
        </w:rPr>
        <w:t xml:space="preserve">[05:33] </w:t>
      </w:r>
      <w:r>
        <w:t>cooperative atmosphere chahiye, favorable situation chahiye. To woh peace se hoti hai.</w:t>
      </w:r>
    </w:p>
    <w:p>
      <w:pPr>
        <w:jc w:val="right"/>
      </w:pPr>
      <w:r>
        <w:t>کوآپریٹیو ایٹماسفیئر چاہیے۔ فیوریبل سچویشن چاہیے۔ تو وہ پیس سے ہوتی ہے۔</w:t>
      </w:r>
    </w:p>
    <w:p>
      <w:r>
        <w:rPr>
          <w:b/>
        </w:rPr>
        <w:t xml:space="preserve">[05:43] </w:t>
      </w:r>
      <w:r>
        <w:t>peace nahin to woh muwafiq halaat hi nahin jahan koi mission chalaya ja sake.</w:t>
      </w:r>
    </w:p>
    <w:p>
      <w:pPr>
        <w:jc w:val="right"/>
      </w:pPr>
      <w:r>
        <w:t>پیس نہیں تو وہ موافق حالات ہی نہیں جہاں کوئی مشن چلایا جا سکے۔</w:t>
      </w:r>
    </w:p>
    <w:p>
      <w:r>
        <w:rPr>
          <w:b/>
        </w:rPr>
        <w:t xml:space="preserve">[05:54] </w:t>
      </w:r>
      <w:r>
        <w:t>isi tarah aap dekhiye, Islam ke naqshe mein sab se bari cheez jo hai woh Jannat hai, paradise.</w:t>
      </w:r>
    </w:p>
    <w:p>
      <w:pPr>
        <w:jc w:val="right"/>
      </w:pPr>
      <w:r>
        <w:t>اسی طرح آپ دیکھیے، اسلام کے نقشے میں سب سے بڑی چیز جو ہے وہ جنت ہے، پیراڈائز۔</w:t>
      </w:r>
    </w:p>
    <w:p>
      <w:r>
        <w:rPr>
          <w:b/>
        </w:rPr>
        <w:t xml:space="preserve">[06:04] </w:t>
      </w:r>
      <w:r>
        <w:t>yani kisi insan ka jo goal hona chahiye woh yeh ke us ko Khuda paradise ke liye select kare.</w:t>
      </w:r>
    </w:p>
    <w:p>
      <w:pPr>
        <w:jc w:val="right"/>
      </w:pPr>
      <w:r>
        <w:t>یعنی کسی انسان کا جو گول ہونا چاہیے وہ یہ کہ اس کو خدا پیراڈائز کے لیے سلیکٹ کرے۔</w:t>
      </w:r>
    </w:p>
    <w:p>
      <w:r>
        <w:rPr>
          <w:b/>
        </w:rPr>
        <w:t xml:space="preserve">[06:16] </w:t>
      </w:r>
      <w:r>
        <w:t>to ab paradise kya hai? Quran mein is ko bhi peace kaha gaya. "Wallahu yad'u ila daris-salam". And God call to the home of peace.</w:t>
      </w:r>
    </w:p>
    <w:p>
      <w:pPr>
        <w:jc w:val="right"/>
      </w:pPr>
      <w:r>
        <w:t>تو اب پیراڈائز کیا ہے؟ قرآن میں اس کو بھی پیس کہا گیا۔ "واللہیدعو الی دار السلام"۔ اینڈ گاڈ کال ٹو دا ہوم آف پیس۔</w:t>
      </w:r>
    </w:p>
    <w:p>
      <w:r>
        <w:rPr>
          <w:b/>
        </w:rPr>
        <w:t xml:space="preserve">[06:29] </w:t>
      </w:r>
      <w:r>
        <w:t>Khuda bulata hai tum ko aman ke ghar ki taraf. Jannat ko Khuda ne yahan par aman ka ghar kaha.</w:t>
      </w:r>
    </w:p>
    <w:p>
      <w:pPr>
        <w:jc w:val="right"/>
      </w:pPr>
      <w:r>
        <w:t>خدا بلاتا ہے تم کو امن کے گھر کی طرف۔ جنت کو خدا نے یہاں پر امن کا گھر کہا۔</w:t>
      </w:r>
    </w:p>
    <w:p>
      <w:r>
        <w:rPr>
          <w:b/>
        </w:rPr>
        <w:t xml:space="preserve">[06:40] </w:t>
      </w:r>
      <w:r>
        <w:t>dekhiye, aman yahan par bohat hi wider sense mein hai.</w:t>
      </w:r>
    </w:p>
    <w:p>
      <w:pPr>
        <w:jc w:val="right"/>
      </w:pPr>
      <w:r>
        <w:t>دیکھیے، امن یہاں پر بہت ہی وائیڈر سینس میں ہے۔</w:t>
      </w:r>
    </w:p>
    <w:p>
      <w:r>
        <w:rPr>
          <w:b/>
        </w:rPr>
        <w:t xml:space="preserve">[06:45] </w:t>
      </w:r>
      <w:r>
        <w:t>yani khali yeh nahin ke wahan par violence nahin hoga. Sirf yeh baat nahin hai. Jannat Darus-salam hai, aman ka ghar hai, home of</w:t>
      </w:r>
    </w:p>
    <w:p>
      <w:pPr>
        <w:jc w:val="right"/>
      </w:pPr>
      <w:r>
        <w:t>یعنی خالی یہ نہیں کہ وہاں پر وائیلنس نہیں ہوگا۔ صرف یہ بات نہیں ہے۔ جنت دارالسلام ہے، امن کا گھر ہے، ہوم آف</w:t>
      </w:r>
    </w:p>
    <w:p>
      <w:r>
        <w:rPr>
          <w:b/>
        </w:rPr>
        <w:t xml:space="preserve">[06:58] </w:t>
      </w:r>
      <w:r>
        <w:t>peace hai. Kis sense mein? Wahan violence nahin hoga. Wahan hate nahin hogi.</w:t>
      </w:r>
    </w:p>
    <w:p>
      <w:pPr>
        <w:jc w:val="right"/>
      </w:pPr>
      <w:r>
        <w:t>پیس ہے۔ کس سینس میں؟ وہاں وائیلنس نہیں ہوگا۔ وہاں ہیٹ نہیں ہوگی۔</w:t>
      </w:r>
    </w:p>
    <w:p>
      <w:r>
        <w:rPr>
          <w:b/>
        </w:rPr>
        <w:t xml:space="preserve">[07:08] </w:t>
      </w:r>
      <w:r>
        <w:t>wahan intolerance nahin hoga. Wahan negative thinking nahin hogi. Wahan malice nahin hoga.</w:t>
      </w:r>
    </w:p>
    <w:p>
      <w:pPr>
        <w:jc w:val="right"/>
      </w:pPr>
      <w:r>
        <w:t>وہاں انٹولرنس نہیں ہوگا۔ وہاں نیگیٹیو تھنکنگ نہیں ہوگی۔ وہاں مائلس نہیں ہوگا۔</w:t>
      </w:r>
    </w:p>
    <w:p>
      <w:r>
        <w:rPr>
          <w:b/>
        </w:rPr>
        <w:t xml:space="preserve">[07:20] </w:t>
      </w:r>
      <w:r>
        <w:t>wahan hasad, jalan jaisi cheez nahin pai jayegi. Wahan arrogance nahin hoga. Wahan egoism nahin hoga.</w:t>
      </w:r>
    </w:p>
    <w:p>
      <w:pPr>
        <w:jc w:val="right"/>
      </w:pPr>
      <w:r>
        <w:t>وہاں حسد، جلن جیسی چیز نہیں پائی جائے گی۔ وہاں ارگنز نہیں ہوگا۔ وہاں ایگوئزم نہیں ہوگا۔</w:t>
      </w:r>
    </w:p>
    <w:p>
      <w:r>
        <w:rPr>
          <w:b/>
        </w:rPr>
        <w:t xml:space="preserve">[07:32] </w:t>
      </w:r>
      <w:r>
        <w:t>woh sari cheezein jin ko hum kehte hain negative thought, un mein se koi bhi cheez wahan nahin pai jayegi. Is ko kehte hain home of peace.</w:t>
      </w:r>
    </w:p>
    <w:p>
      <w:pPr>
        <w:jc w:val="right"/>
      </w:pPr>
      <w:r>
        <w:t>وہ ساری چیزیں جن کو ہم کہتے ہیں نیگیٹیو تھاٹ، ان میں سے کوئی بھی چیز وہاں نہیں پائی جائے گی۔ اس کو کہتے ہیں ہوم آف پیس۔</w:t>
      </w:r>
    </w:p>
    <w:p>
      <w:r>
        <w:rPr>
          <w:b/>
        </w:rPr>
        <w:t xml:space="preserve">[07:46] </w:t>
      </w:r>
      <w:r>
        <w:t>to itna bara, itni bari, itni zyada importance hai peace ko ke Khuda ne Jannat ko home of peace keh diya.</w:t>
      </w:r>
    </w:p>
    <w:p>
      <w:pPr>
        <w:jc w:val="right"/>
      </w:pPr>
      <w:r>
        <w:t>تو اتنا بڑا، اتنی بڑی، اتنی زیادہ امپورٹنس ہے پیس کو کہ خدا نے جنت کو ہوم آف پیس کہہ دیا۔</w:t>
      </w:r>
    </w:p>
    <w:p>
      <w:r>
        <w:rPr>
          <w:b/>
        </w:rPr>
        <w:t xml:space="preserve">[07:57] </w:t>
      </w:r>
      <w:r>
        <w:t>"Wallahu yad'u ila daris-salam".</w:t>
      </w:r>
    </w:p>
    <w:p>
      <w:pPr>
        <w:jc w:val="right"/>
      </w:pPr>
      <w:r>
        <w:t>"واللہیدعو الی دار السلام"۔</w:t>
      </w:r>
    </w:p>
    <w:p>
      <w:r>
        <w:rPr>
          <w:b/>
        </w:rPr>
        <w:t xml:space="preserve">[08:06] </w:t>
      </w:r>
      <w:r>
        <w:t>aap ki ek dua thi Rasool Allah ki ke "Allahumma antas-salam wa minkas-salam". Bilkul yani woh salam.</w:t>
      </w:r>
    </w:p>
    <w:p>
      <w:pPr>
        <w:jc w:val="right"/>
      </w:pPr>
      <w:r>
        <w:t>آپ کی ایک دعا تھی رسول اللہ کی کہ "اللہم انت السلام ومنک السلام"۔ بیلک یعنی وہ سلام۔</w:t>
      </w:r>
    </w:p>
    <w:p>
      <w:r>
        <w:rPr>
          <w:b/>
        </w:rPr>
        <w:t xml:space="preserve">[08:16] </w:t>
      </w:r>
      <w:r>
        <w:t>haina rabbana bil salam wa adkhilna darak dar al salam tabarak rabbana wa ta'ala ya dhuljalal wal ikram</w:t>
      </w:r>
    </w:p>
    <w:p>
      <w:pPr>
        <w:jc w:val="right"/>
      </w:pPr>
      <w:r>
        <w:t>"حینا ربنا بالسلام وادخلنا دارک دار السلام تبارک ربنا و تعالی یا ذوالجلال والاکرام"۔</w:t>
      </w:r>
    </w:p>
    <w:p>
      <w:r>
        <w:rPr>
          <w:b/>
        </w:rPr>
        <w:t xml:space="preserve">[08:26] </w:t>
      </w:r>
      <w:r>
        <w:t>yeh profit of islam ki ek dua hai</w:t>
      </w:r>
    </w:p>
    <w:p>
      <w:pPr>
        <w:jc w:val="right"/>
      </w:pPr>
      <w:r>
        <w:t>یہ پرافٹ آف اسلام کی ایک دعا ہے۔</w:t>
      </w:r>
    </w:p>
    <w:p>
      <w:r>
        <w:rPr>
          <w:b/>
        </w:rPr>
        <w:t xml:space="preserve">[08:30] </w:t>
      </w:r>
      <w:r>
        <w:t>is ka matlab yeh hai ke aye khuda, tu peace hai. tujh hi se peace hai.</w:t>
      </w:r>
    </w:p>
    <w:p>
      <w:pPr>
        <w:jc w:val="right"/>
      </w:pPr>
      <w:r>
        <w:t>اس کا مطلب یہ ہے کہ اے خدا، تو پیس ہے۔ تجھ ہی سے پیس ہے۔</w:t>
      </w:r>
    </w:p>
    <w:p>
      <w:r>
        <w:rPr>
          <w:b/>
        </w:rPr>
        <w:t xml:space="preserve">[08:40] </w:t>
      </w:r>
      <w:r>
        <w:t>peace teri taraf lot ti hai.</w:t>
      </w:r>
    </w:p>
    <w:p>
      <w:pPr>
        <w:jc w:val="right"/>
      </w:pPr>
      <w:r>
        <w:t>پیس تیری طرف لوٹتی ہے۔</w:t>
      </w:r>
    </w:p>
    <w:p>
      <w:r>
        <w:rPr>
          <w:b/>
        </w:rPr>
        <w:t xml:space="preserve">[08:47] </w:t>
      </w:r>
      <w:r>
        <w:t>tujh hi se peace milti hai. hum ko peace mein rehne ki tofeeq de.</w:t>
      </w:r>
    </w:p>
    <w:p>
      <w:pPr>
        <w:jc w:val="right"/>
      </w:pPr>
      <w:r>
        <w:t>تجھ ہی سے پیس ملتی ہے۔ ہم کو پیس میں رہنے کی توفیق دے۔</w:t>
      </w:r>
    </w:p>
    <w:p>
      <w:r>
        <w:rPr>
          <w:b/>
        </w:rPr>
        <w:t xml:space="preserve">[08:56] </w:t>
      </w:r>
      <w:r>
        <w:t>is qism ki dua hoti thi aap ki. aur yeh ke aye khuda, hum ko peace wale ghar mein dakhil kar, yani paradise mein.</w:t>
      </w:r>
    </w:p>
    <w:p>
      <w:pPr>
        <w:jc w:val="right"/>
      </w:pPr>
      <w:r>
        <w:t>اس قسم کے کی دعا ہوتی تھی آپ کی۔ اور یہ کہ اے خدا، ہم کو پیس والے گھر میں داخل کر، یعنی پیراڈائز میں۔</w:t>
      </w:r>
    </w:p>
    <w:p>
      <w:r>
        <w:rPr>
          <w:b/>
        </w:rPr>
        <w:t xml:space="preserve">[09:10] </w:t>
      </w:r>
      <w:r>
        <w:t>yeh aap ki dua hoti thi.</w:t>
      </w:r>
    </w:p>
    <w:p>
      <w:pPr>
        <w:jc w:val="right"/>
      </w:pPr>
      <w:r>
        <w:t>یہ آپ کی دعا ہوتی تھی۔</w:t>
      </w:r>
    </w:p>
    <w:p>
      <w:r>
        <w:rPr>
          <w:b/>
        </w:rPr>
        <w:t xml:space="preserve">[09:13] </w:t>
      </w:r>
      <w:r>
        <w:t>agar aap quran ko is nazar se parhein to main yeh keh sakta hoon ke tauheed ke baad, tauheed aur akhirat jo islam ki ideology hai,</w:t>
      </w:r>
    </w:p>
    <w:p>
      <w:pPr>
        <w:jc w:val="right"/>
      </w:pPr>
      <w:r>
        <w:t>اگر آپ قرآن کو اس نظر سے پڑھیں تو میں یہ کہہ سکتا ہوں کہ توحید کے بعد، توحید اور آخرت جو اسلام کی آئیڈیالوجی ہے،</w:t>
      </w:r>
    </w:p>
    <w:p>
      <w:r>
        <w:rPr>
          <w:b/>
        </w:rPr>
        <w:t xml:space="preserve">[09:29] </w:t>
      </w:r>
      <w:r>
        <w:t>tauheed aur akhirat ke baad aap payein ge ke jitni bhi teaching hain quran ki, woh sab direct ya indirect peace par base karti hain.</w:t>
      </w:r>
    </w:p>
    <w:p>
      <w:pPr>
        <w:jc w:val="right"/>
      </w:pPr>
      <w:r>
        <w:t>توحید اور آخرت کے بعد آپ پائیں گے کہ جتنی بھی ٹیچنگ ہیں قرآن کی، وہ سب ڈائریکٹ یا ان ڈائریکٹ پیس پر بیس کرتی ہیں۔</w:t>
      </w:r>
    </w:p>
    <w:p>
      <w:r>
        <w:rPr>
          <w:b/>
        </w:rPr>
        <w:t xml:space="preserve">[09:44] </w:t>
      </w:r>
      <w:r>
        <w:t>peace par base karti hain. jaise aap dekhiye, quran ki pehli verse ko lijiye aap: "alhamdulillah rabb al alameen".</w:t>
      </w:r>
    </w:p>
    <w:p>
      <w:pPr>
        <w:jc w:val="right"/>
      </w:pPr>
      <w:r>
        <w:t>پیس پر بیس کرتی ہیں۔ جیسے آپ دیکھیے، قرآن کی پہلی ورس کو لیجئے آپ: "الحمدللہ رب العالمین"۔</w:t>
      </w:r>
    </w:p>
    <w:p>
      <w:r>
        <w:rPr>
          <w:b/>
        </w:rPr>
        <w:t xml:space="preserve">[09:55] </w:t>
      </w:r>
      <w:r>
        <w:t>yani sari tareef, all praise, sara shukr hai kis ke liye?</w:t>
      </w:r>
    </w:p>
    <w:p>
      <w:pPr>
        <w:jc w:val="right"/>
      </w:pPr>
      <w:r>
        <w:t>یعنی ساری تعریف، ال پریز، سارا شکر ہے کس کے لیے؟</w:t>
      </w:r>
    </w:p>
    <w:p>
      <w:r>
        <w:rPr>
          <w:b/>
        </w:rPr>
        <w:t xml:space="preserve">[10:05] </w:t>
      </w:r>
      <w:r>
        <w:t>rabb al alameen ke liye. yeh zahir hai ke lip service to hai nahi.</w:t>
      </w:r>
    </w:p>
    <w:p>
      <w:pPr>
        <w:jc w:val="right"/>
      </w:pPr>
      <w:r>
        <w:t>رب العالمین کے لیے۔ یہ ظاہر ہے کہ لپ سروس تو ہے نہیں۔</w:t>
      </w:r>
    </w:p>
    <w:p>
      <w:r>
        <w:rPr>
          <w:b/>
        </w:rPr>
        <w:t xml:space="preserve">[10:13] </w:t>
      </w:r>
      <w:r>
        <w:t>yeh to dil ke andar se ek spirit warne ka naam hai. to aap ke dil mein yeh jazbat ke khuda hi qabil tareef hai, khudai hi ka shukr kab aayenge?</w:t>
      </w:r>
    </w:p>
    <w:p>
      <w:pPr>
        <w:jc w:val="right"/>
      </w:pPr>
      <w:r>
        <w:t>یہ تو دل کے اندر سے ایک اسپیٹ ورنے کا نام ہے۔ تو آپ کے دل میں یہ جذبات کہ خدا ہی قابل تعریف ہے، خدائی کا شکر کب آئیں گے؟</w:t>
      </w:r>
    </w:p>
    <w:p>
      <w:r>
        <w:rPr>
          <w:b/>
        </w:rPr>
        <w:t xml:space="preserve">[10:28] </w:t>
      </w:r>
      <w:r>
        <w:t>ab sochiye ke agar aap jee rahe hon complaint mein ke is ne mujhe bura keh diya, is ne mujhe nuqsan pohanchaya,</w:t>
      </w:r>
    </w:p>
    <w:p>
      <w:pPr>
        <w:jc w:val="right"/>
      </w:pPr>
      <w:r>
        <w:t>اب سوچیے کہ اگر آپ جی رہے ہوں کمپلینٹ میں کہ اس نے مجھے برا کہہ دیا، اس نے مجھے نقصان پہنچایا،</w:t>
      </w:r>
    </w:p>
    <w:p>
      <w:r>
        <w:rPr>
          <w:b/>
        </w:rPr>
        <w:t xml:space="preserve">[10:38] </w:t>
      </w:r>
      <w:r>
        <w:t>to agar aap jee rahe hon shikayat mein, complaint mein, doosron ke khilaf hate mein, to aap kabhi bhi</w:t>
      </w:r>
    </w:p>
    <w:p>
      <w:pPr>
        <w:jc w:val="right"/>
      </w:pPr>
      <w:r>
        <w:t>تو اگر آپ جی رہے ہوں شکایت میں، کمپلینٹ میں، دوسروں کے خلاف ہیٹ میں، تو آپ کبھی بھی</w:t>
      </w:r>
    </w:p>
    <w:p>
      <w:r>
        <w:rPr>
          <w:b/>
        </w:rPr>
        <w:t xml:space="preserve">[10:50] </w:t>
      </w:r>
      <w:r>
        <w:t>sahi taur par yeh keh nahi sakte. agar kahenge to woh lip service ke taur par kahenge aap.</w:t>
      </w:r>
    </w:p>
    <w:p>
      <w:pPr>
        <w:jc w:val="right"/>
      </w:pPr>
      <w:r>
        <w:t>صحیح طور پر یہ کہہ نہیں سکتے۔ اگر کہیں گے تو وہ لپ سروس کے طور پر کہیں گے آپ۔</w:t>
      </w:r>
    </w:p>
    <w:p>
      <w:r>
        <w:rPr>
          <w:b/>
        </w:rPr>
        <w:t xml:space="preserve">[11:00] </w:t>
      </w:r>
      <w:r>
        <w:t>jab dil aap ka poori tarah khali hoga in sab baton se ke koi mujhe zulm kar raha hai, koi mujhe conspiracy kar raha hai, kisi ne mujhe nuqsan pohanchaya hai, kisi ne mujhe bura kaha hai,</w:t>
      </w:r>
    </w:p>
    <w:p>
      <w:pPr>
        <w:jc w:val="right"/>
      </w:pPr>
      <w:r>
        <w:t>جب دل آپ کا پوری طرح خالی ہوگا ان سب باتوں سے کہ کوئی مجھے ظلم کر رہا ہے، کوئی مجھے کانسپریسی کر رہا ہے، کسی نے مجھے نقصان پہنچایا ہے، کسی نے مجھے برا کہا ہے،</w:t>
      </w:r>
    </w:p>
    <w:p>
      <w:r>
        <w:rPr>
          <w:b/>
        </w:rPr>
        <w:t xml:space="preserve">[11:13] </w:t>
      </w:r>
      <w:r>
        <w:t>kisi ne meri line chheeni hai, kisi ne mera political role chheen liya hai, kisi ne mujh ko be-izzati kiya hai, kisi ne mere upar attack kar diya hai, yeh sari cheezein is dunya mein hoti hi rehti hain.</w:t>
      </w:r>
    </w:p>
    <w:p>
      <w:pPr>
        <w:jc w:val="right"/>
      </w:pPr>
      <w:r>
        <w:t>کسی نے میری لائن چھینی ہے، کسی نے میرا پولیٹیکل رول چھین لیا ہے، کسی نے مجھ کو بے عزت کیا ہے، کسی نے میرے اوپر اٹیک کر دیا ہے، یہ ساری چیزیں اس دنیا میں ہوتی ہی رہتی ہیں۔</w:t>
      </w:r>
    </w:p>
    <w:p>
      <w:r>
        <w:rPr>
          <w:b/>
        </w:rPr>
        <w:t xml:space="preserve">[11:30] </w:t>
      </w:r>
      <w:r>
        <w:t>adam ke do beton mein aap jante hain ke ladai ho gayi. ek bete ne doosre bete ko maar dala. to violence to pehle hi din se shuru ho gaya.</w:t>
      </w:r>
    </w:p>
    <w:p>
      <w:pPr>
        <w:jc w:val="right"/>
      </w:pPr>
      <w:r>
        <w:t>آدم کے دو بیٹوں میں آپ جانتے ہیں کہ لڑائی ہو گئی۔ ایک بیٹے نے دوسرے بیٹے کو مار ڈالا۔ تو وائیلنس تو پہلے ہی دن سے شروع ہو گیا۔</w:t>
      </w:r>
    </w:p>
    <w:p>
      <w:r>
        <w:rPr>
          <w:b/>
        </w:rPr>
        <w:t xml:space="preserve">[11:43] </w:t>
      </w:r>
      <w:r>
        <w:t>to violence shuru hua aur poori history mein jari raha.</w:t>
      </w:r>
    </w:p>
    <w:p>
      <w:pPr>
        <w:jc w:val="right"/>
      </w:pPr>
      <w:r>
        <w:t>تو وائیلنس شروع ہوا اور پوری ہسٹری میں جاری رہا۔</w:t>
      </w:r>
    </w:p>
    <w:p>
      <w:r>
        <w:rPr>
          <w:b/>
        </w:rPr>
        <w:t xml:space="preserve">[11:49] </w:t>
      </w:r>
      <w:r>
        <w:t>to violence ko le kar ke ya doosron ki hostilities hain, conspiracies hain, enmities hain, un ko le kar ke aap agar hate mein pade hue hon, aap mein jhanjhanahat ho, ghussa ho,</w:t>
      </w:r>
    </w:p>
    <w:p>
      <w:pPr>
        <w:jc w:val="right"/>
      </w:pPr>
      <w:r>
        <w:t>تو وائیلنس کو لے کر کے یا دوسروں کی ہاسٹیلیٹیز ہیں، کانسپریسی ہیں، اینیمیٹی ہیں، ان کو لے کر کے آپ اگر ہیٹ میں پڑے ہوئے ہوں، آپ میں جھنجھلاہٹ ہو، غصہ ہو،</w:t>
      </w:r>
    </w:p>
    <w:p>
      <w:r>
        <w:rPr>
          <w:b/>
        </w:rPr>
        <w:t xml:space="preserve">[12:05] </w:t>
      </w:r>
      <w:r>
        <w:t>complaint ho, protest ho, tab kya hai?</w:t>
      </w:r>
    </w:p>
    <w:p>
      <w:pPr>
        <w:jc w:val="right"/>
      </w:pPr>
      <w:r>
        <w:t>کمپلینٹ ہو، پروٹیسٹ ہو، تب کیا ہے؟</w:t>
      </w:r>
    </w:p>
    <w:p>
      <w:r>
        <w:rPr>
          <w:b/>
        </w:rPr>
        <w:t xml:space="preserve">[12:11] </w:t>
      </w:r>
      <w:r>
        <w:t>matlab ke aap ne woh woh capability hi kho di hai ke aap keh saken ke khudaya tera shukr hai, khudaya teri tareef hai.</w:t>
      </w:r>
    </w:p>
    <w:p>
      <w:pPr>
        <w:jc w:val="right"/>
      </w:pPr>
      <w:r>
        <w:t>مطلب کہ آپ نے وہ وہ کیپیبلٹی ہی کھو دی ہے کہ آپ کہہ سکیں کہ خدایا تیرا شکر ہے، خدایا تیری تعریف ہے۔</w:t>
      </w:r>
    </w:p>
    <w:p>
      <w:r>
        <w:rPr>
          <w:b/>
        </w:rPr>
        <w:t xml:space="preserve">[12:23] </w:t>
      </w:r>
      <w:r>
        <w:t>shikayati zehan ke sath koi shakhs khuda ka shukr ada nahi kar sakta hai. pehle shikayat wala mind khatam hota hai. complaint wala mind khatam hota hai.</w:t>
      </w:r>
    </w:p>
    <w:p>
      <w:pPr>
        <w:jc w:val="right"/>
      </w:pPr>
      <w:r>
        <w:t>شکایتی ذہن کے ساتھ کوئی شخص خدا کا شکر ادا نہیں کر سکتا ہے۔ پہلے شکایت والا مائنڈ ختم ہوتا ہے۔ کمپلینٹ والا مائنڈ ختم ہوتا ہے۔</w:t>
      </w:r>
    </w:p>
    <w:p>
      <w:r>
        <w:rPr>
          <w:b/>
        </w:rPr>
        <w:t xml:space="preserve">[12:36] </w:t>
      </w:r>
      <w:r>
        <w:t>tab ja kar insan ki zuban se sacha hamd niklta hai, sacha hamd. to aap dekhiye ke alhamdulillah rabb al alameen se bhi juda hua hai peace ka concept.</w:t>
      </w:r>
    </w:p>
    <w:p>
      <w:pPr>
        <w:jc w:val="right"/>
      </w:pPr>
      <w:r>
        <w:t>تب جا کر انسان کی زبان سے سچا حمد نکلتا ہے، سچا حمد۔ تو آپ دیکھیے کہ الحمدللہ رب العالمین سے بھی جڑا ہوا ہے پیس کا کانسیپٹ۔</w:t>
      </w:r>
    </w:p>
    <w:p>
      <w:r>
        <w:rPr>
          <w:b/>
        </w:rPr>
        <w:t xml:space="preserve">[12:49] </w:t>
      </w:r>
      <w:r>
        <w:t>aap ko namaz parhna hai. ab dekhen, har taraf shor hangama, maar kaat jari hai. to aap namaz kaise parhenge?</w:t>
      </w:r>
    </w:p>
    <w:p>
      <w:pPr>
        <w:jc w:val="right"/>
      </w:pPr>
      <w:r>
        <w:t>آپ کو نماز پڑھنا ہے۔ اب دیکھیں، ہر طرف شور ہنگامہ، مار کاٹ جاری ہے۔ تو آپ نماز کیسے پڑھیں گے؟</w:t>
      </w:r>
    </w:p>
    <w:p>
      <w:r>
        <w:rPr>
          <w:b/>
        </w:rPr>
        <w:t xml:space="preserve">[12:59] </w:t>
      </w:r>
      <w:r>
        <w:t>aap ke dili mein agar jari hai toofan doosron ke khilaf, ek to yeh ke aas paas idhar udhar koi ladai jhagda ho raha hai,</w:t>
      </w:r>
    </w:p>
    <w:p>
      <w:pPr>
        <w:jc w:val="right"/>
      </w:pPr>
      <w:r>
        <w:t>آپ کے دلی میں اگر جاری ہے طوفان دوسروں کے خلاف، ایک تو یہ کہ اس پاس ادھر ادھر کوئی لڑائی جھگڑا ہو رہا ہے،</w:t>
      </w:r>
    </w:p>
    <w:p>
      <w:r>
        <w:rPr>
          <w:b/>
        </w:rPr>
        <w:t xml:space="preserve">[13:17] </w:t>
      </w:r>
      <w:r>
        <w:t>atmosphere bigad gaya hai, doosra ek aap ke dili mein khud bhari hui hai hate aur violence, shikayat, tab bhi aap namaz kya parhenge?</w:t>
      </w:r>
    </w:p>
    <w:p>
      <w:pPr>
        <w:jc w:val="right"/>
      </w:pPr>
      <w:r>
        <w:t>ایٹمسفیئر بگڑ گیا ہے، دوسرا ایک آپ کے دلی میں خود بھری ہوئی ہے ہیٹ اور وائیلنس، شکایت، تب بھی آپ نماز کیا پڑھیں گے؟</w:t>
      </w:r>
    </w:p>
    <w:p>
      <w:r>
        <w:rPr>
          <w:b/>
        </w:rPr>
        <w:t xml:space="preserve">[13:29] </w:t>
      </w:r>
      <w:r>
        <w:t>aap uth baith kar lenge bas.</w:t>
      </w:r>
    </w:p>
    <w:p>
      <w:pPr>
        <w:jc w:val="right"/>
      </w:pPr>
      <w:r>
        <w:t>آپ اٹھ بیٹھ کر لیں گے بس۔</w:t>
      </w:r>
    </w:p>
    <w:p>
      <w:r>
        <w:rPr>
          <w:b/>
        </w:rPr>
        <w:t xml:space="preserve">[13:36] </w:t>
      </w:r>
      <w:r>
        <w:t>to jitni bhi cheezen hain, yani sirf moral teachings nahi, moral teachings to juri hui hain, peace zahir hai, khuli baat hai. lekin doosri doosri jo cheezen hain, un mein se bhi juda hua hai yeh peace ka concept.</w:t>
      </w:r>
    </w:p>
    <w:p>
      <w:pPr>
        <w:jc w:val="right"/>
      </w:pPr>
      <w:r>
        <w:t>تو جتنی بھی چیزیں ہیں، یعنی صرف مورل ٹیچنگز نہیں، مورل ٹیچنگز تو جڑی ہوئی ہیں، پیس ظاہر ہے، کھلی بات ہے۔ لیکن دوسری دوسری جو چیزیں ہیں، ان میں سے بھی جڑا ہوا ہے یہ پیس کا کانسیپٹ۔</w:t>
      </w:r>
    </w:p>
    <w:p>
      <w:r>
        <w:rPr>
          <w:b/>
        </w:rPr>
        <w:t xml:space="preserve">[13:50] </w:t>
      </w:r>
      <w:r>
        <w:t>isi sense mein main yeh keh raha hoon ke Quran ki tamam teaching directly ya indirectly woh is peace se juri hui hain.</w:t>
      </w:r>
    </w:p>
    <w:p>
      <w:pPr>
        <w:jc w:val="right"/>
      </w:pPr>
      <w:r>
        <w:t>اسی سینس میں میں یہ کہہ رہا ہوں کہ قرآن کی تمام ٹیچنگ ڈائریکٹلی یا ان ڈائریکٹلی وہ اس پیس سے جڑی ہوئی ہیں۔</w:t>
      </w:r>
    </w:p>
    <w:p>
      <w:r>
        <w:rPr>
          <w:b/>
        </w:rPr>
        <w:t xml:space="preserve">[14:02] </w:t>
      </w:r>
      <w:r>
        <w:t>peace nahi to aap Quran ko na samajh sakte, na Quran par amal kar sakte hain. peace ko agar wider wider sense mein len, wider sense mein. to nation case sab isi ke andar aa jata hai.</w:t>
      </w:r>
    </w:p>
    <w:p>
      <w:pPr>
        <w:jc w:val="right"/>
      </w:pPr>
      <w:r>
        <w:t>پیس نہیں تو آپ قرآن کو نہ سمجھ سکتے، نہ قرآن پر عمل کر سکتے ہیں۔ پیس کو اگر وائیڈر وائیڈر سینس میں لیں، وائیڈر سینس میں۔ تو نیشن کیس سب اسی کے اندر آ جاتا ہے۔</w:t>
      </w:r>
    </w:p>
    <w:p>
      <w:r>
        <w:rPr>
          <w:b/>
        </w:rPr>
        <w:t xml:space="preserve">[14:17] </w:t>
      </w:r>
      <w:r>
        <w:t>jaise ke ek ek student hai, us ko exam mein baitha, ab woh us ke number achhe nahi aaye ya woh fail ho gaya.</w:t>
      </w:r>
    </w:p>
    <w:p>
      <w:pPr>
        <w:jc w:val="right"/>
      </w:pPr>
      <w:r>
        <w:t>جیسے کہ ایک ایک سٹوڈنٹ ہے، اس کو ایگزام میں بیٹھا، اب وہ اس کے نمبر اچھے نہیں آئے یا وہ فیل ہو گیا۔</w:t>
      </w:r>
    </w:p>
    <w:p>
      <w:r>
        <w:rPr>
          <w:b/>
        </w:rPr>
        <w:t xml:space="preserve">[14:27] </w:t>
      </w:r>
      <w:r>
        <w:t>ab us ke dil mein aa gaya ke main to fail ho gaya. pressure mein pad gaya, woh shikayat mein pad gaya. woh to us ka matlab kya hua?</w:t>
      </w:r>
    </w:p>
    <w:p>
      <w:pPr>
        <w:jc w:val="right"/>
      </w:pPr>
      <w:r>
        <w:t>اب اس کے دل میں آ گیا کہ میں تو فیل ہو گیا۔ پریشر میں پڑ گیا، وہ شکایت میں پڑ گیا۔ وہ تو اس کا مطلب کیا ہوا؟</w:t>
      </w:r>
    </w:p>
    <w:p>
      <w:r>
        <w:rPr>
          <w:b/>
        </w:rPr>
        <w:t xml:space="preserve">[14:38] </w:t>
      </w:r>
      <w:r>
        <w:t>aage ke liye us ne courage kho di. jo khoya gaya, pichhla kal to khoya gaya,</w:t>
      </w:r>
    </w:p>
    <w:p>
      <w:pPr>
        <w:jc w:val="right"/>
      </w:pPr>
      <w:r>
        <w:t>آگے کے لیے اس نے کرج کھو دی۔ جو کھویا گیا، پچھلا کل تو کھویا گیا،</w:t>
      </w:r>
    </w:p>
    <w:p>
      <w:r>
        <w:rPr>
          <w:b/>
        </w:rPr>
        <w:t xml:space="preserve">[14:47] </w:t>
      </w:r>
      <w:r>
        <w:t>lekin agla kal jo hai, abhi baqi, us ko avail nahi kar sakega.</w:t>
      </w:r>
    </w:p>
    <w:p>
      <w:pPr>
        <w:jc w:val="right"/>
      </w:pPr>
      <w:r>
        <w:t>لیکن اگلا کل جو ہے، ابھی باقی، اس کو اویل نہیں کر سکے گا۔</w:t>
      </w:r>
    </w:p>
    <w:p>
      <w:r>
        <w:rPr>
          <w:b/>
        </w:rPr>
        <w:t xml:space="preserve">[14:55] </w:t>
      </w:r>
      <w:r>
        <w:t>yani first chance us ne kho diya tha, to second chance bhi woh kho dega. kyun? woh us ke dil mein courage nahi hai, positivity nahi hai.</w:t>
      </w:r>
    </w:p>
    <w:p>
      <w:pPr>
        <w:jc w:val="right"/>
      </w:pPr>
      <w:r>
        <w:t>یعنی فرسٹ چانس اس نے کھو دیا تھا، تو سیکنڈ چانس بھی وہ کھو دے گا۔ کیوں؟ وہ اس کے دل میں کرج نہیں ہے، پازیٹیوٹی نہیں ہے۔</w:t>
      </w:r>
    </w:p>
    <w:p>
      <w:r>
        <w:rPr>
          <w:b/>
        </w:rPr>
        <w:t xml:space="preserve">[15:08] </w:t>
      </w:r>
      <w:r>
        <w:t>to first chance bhi khoya gaya aur second chance bhi khoya gaya. is liye ek student ko bhi chahiye ke woh peace mein rahe.</w:t>
      </w:r>
    </w:p>
    <w:p>
      <w:pPr>
        <w:jc w:val="right"/>
      </w:pPr>
      <w:r>
        <w:t>تو فرسٹ چانس بھی کھویا گیا اور سیکنڈ چانس بھی کھویا گیا۔ اس لیے ایک سٹوڈنٹ کو بھی چاہیے کہ وہ پیس میں رہے۔</w:t>
      </w:r>
    </w:p>
    <w:p>
      <w:r>
        <w:rPr>
          <w:b/>
        </w:rPr>
        <w:t xml:space="preserve">[15:16] </w:t>
      </w:r>
      <w:r>
        <w:t>peace ka matlab yahi hai ke irrespective all those situations, all those negative situations, you have to be positive.</w:t>
      </w:r>
    </w:p>
    <w:p>
      <w:pPr>
        <w:jc w:val="right"/>
      </w:pPr>
      <w:r>
        <w:t>پیس کا مطلب یہی ہے کہ ار ریسپیکٹیو ال دوست سچویشنز، ال دوست نیگیٹیو سچویشنز، یو ہیو ٹو بی پازیٹیو۔</w:t>
      </w:r>
    </w:p>
    <w:p>
      <w:r>
        <w:rPr>
          <w:b/>
        </w:rPr>
        <w:t xml:space="preserve">[15:29] </w:t>
      </w:r>
      <w:r>
        <w:t>tab aisa hoga ke agar aap first chance kho dein to second chance ko avail karne ke qabil rahenge. aap second chance ko avail kar paenge.</w:t>
      </w:r>
    </w:p>
    <w:p>
      <w:pPr>
        <w:jc w:val="right"/>
      </w:pPr>
      <w:r>
        <w:t>تب ایسا ہوگا کہ اگر آپ فرسٹ چانس کھو دیں تو سیکنڈ چانس کو اویل کرنے کے قابل رہیں گے۔ آپ سیکنڈ چانس کو اویل کر پائیں گے۔</w:t>
      </w:r>
    </w:p>
    <w:p>
      <w:r>
        <w:rPr>
          <w:b/>
        </w:rPr>
        <w:t xml:space="preserve">[15:40] </w:t>
      </w:r>
      <w:r>
        <w:t>aap</w:t>
      </w:r>
    </w:p>
    <w:p>
      <w:pPr>
        <w:jc w:val="right"/>
      </w:pPr>
      <w:r>
        <w:t>آپ</w:t>
      </w:r>
    </w:p>
    <w:p>
      <w:r>
        <w:rPr>
          <w:b/>
        </w:rPr>
        <w:t xml:space="preserve">[15:43] </w:t>
      </w:r>
      <w:r>
        <w:t>nahi to kuch nahi</w:t>
      </w:r>
    </w:p>
    <w:p>
      <w:pPr>
        <w:jc w:val="right"/>
      </w:pPr>
      <w:r>
        <w:t>نہیں تو کچھ نہیں</w:t>
      </w:r>
    </w:p>
    <w:p>
      <w:r>
        <w:rPr>
          <w:b/>
        </w:rPr>
        <w:t xml:space="preserve">[15:44] </w:t>
      </w:r>
      <w:r>
        <w:t>. aap ko jana hai kahin</w:t>
      </w:r>
    </w:p>
    <w:p>
      <w:pPr>
        <w:jc w:val="right"/>
      </w:pPr>
      <w:r>
        <w:t>۔ آپ کو جانا ہے کہیں</w:t>
      </w:r>
    </w:p>
    <w:p>
      <w:r>
        <w:rPr>
          <w:b/>
        </w:rPr>
        <w:t xml:space="preserve">[15:48] </w:t>
      </w:r>
      <w:r>
        <w:t>train se. ab kisi wajah se aap late ho gaye aur train chhoot gayi. ab aap haaye haaye kiye baithe hain. ab kya hoga?</w:t>
      </w:r>
    </w:p>
    <w:p>
      <w:pPr>
        <w:jc w:val="right"/>
      </w:pPr>
      <w:r>
        <w:t>ٹرین سے۔ اب کسی وجہ سے آپ لیٹ ہو گئے اور ٹرین چھوٹ گئی۔ اب آپ ہائے وائے کیے بیٹھے ہیں۔ اب کیا ہوگا؟</w:t>
      </w:r>
    </w:p>
    <w:p>
      <w:r>
        <w:rPr>
          <w:b/>
        </w:rPr>
        <w:t xml:space="preserve">[16:00] </w:t>
      </w:r>
      <w:r>
        <w:t>to is maane ke aap ne peace kho diya. lekin agar aap haaye haaye mein na paden, gham mein na paden, kahin ke theek, koi baat nahi, pehli train chhoot gayi to kya hai?</w:t>
      </w:r>
    </w:p>
    <w:p>
      <w:pPr>
        <w:jc w:val="right"/>
      </w:pPr>
      <w:r>
        <w:t>تو اس معنی کہ آپ نے پیس کھو دیا۔ لیکن اگر آپ ہائے وائے میں نہ پڑیں، غم میں نہ پڑیں، کہیں کہ ٹھیک، کوئی بات نہیں، پہلی ٹرین چھوٹ گئی تو کیا ہے؟</w:t>
      </w:r>
    </w:p>
    <w:p>
      <w:r>
        <w:rPr>
          <w:b/>
        </w:rPr>
        <w:t xml:space="preserve">[16:10] </w:t>
      </w:r>
      <w:r>
        <w:t>doosri train milegi, teesri train milegi mujhe.</w:t>
      </w:r>
    </w:p>
    <w:p>
      <w:pPr>
        <w:jc w:val="right"/>
      </w:pPr>
      <w:r>
        <w:t>دوسری ٹرین ملے گی، تیسری ٹرین ملے گی مجھے۔</w:t>
      </w:r>
    </w:p>
    <w:p>
      <w:r>
        <w:rPr>
          <w:b/>
        </w:rPr>
        <w:t xml:space="preserve">[16:15] </w:t>
      </w:r>
      <w:r>
        <w:t>to is maane ke aap ne apne peace ko maintain rakha. peace ko aap ne bhang nahi hone diya. to peace ka taluq jo hai zindagi ke saare mamlaat se hai,</w:t>
      </w:r>
    </w:p>
    <w:p>
      <w:pPr>
        <w:jc w:val="right"/>
      </w:pPr>
      <w:r>
        <w:t>تو اس معنی کہ آپ نے اپنے پیس کو مینٹین رکھا۔ پیس کو آپ نے بھنگ نہیں ہونے دیا۔ تو پیس کا تعلق جو ہے زندگی کے سارے معاملات سے ہے،</w:t>
      </w:r>
    </w:p>
    <w:p>
      <w:r>
        <w:rPr>
          <w:b/>
        </w:rPr>
        <w:t xml:space="preserve">[16:28] </w:t>
      </w:r>
      <w:r>
        <w:t>individual ke mamlaat se bhi aur poori community ke mamlaat se, poori nation ke mamlaat se, yahan tak ke super power ke maamle se bhi.</w:t>
      </w:r>
    </w:p>
    <w:p>
      <w:pPr>
        <w:jc w:val="right"/>
      </w:pPr>
      <w:r>
        <w:t>انڈیویجول کے معاملات سے بھی اور پوری کمیونٹی کے معاملات سے، پوری نیشن کے معاملات سے، یہاں تک کہ سپر پاور کے معاملے سے بھی۔</w:t>
      </w:r>
    </w:p>
    <w:p>
      <w:r>
        <w:rPr>
          <w:b/>
        </w:rPr>
        <w:t xml:space="preserve">[16:44] </w:t>
      </w:r>
      <w:r>
        <w:t>peace har ek ko chahiye. aaj ke newspaper mein maine padha ke United States jo hai, America, woh space science mein, yani peeche space science mein, woh secondary position par ja raha hai.</w:t>
      </w:r>
    </w:p>
    <w:p>
      <w:pPr>
        <w:jc w:val="right"/>
      </w:pPr>
      <w:r>
        <w:t>پیس ہر ایک کو چاہیے۔ آج کے نیوز پیپر میں میں نے پڑھا کہ یونائٹڈ اسٹیٹ جو ہے، امریکہ، وہ اسپیس سائنس میں، یعنی پیچھے اسپیس سائنس میں، وہ سیکنڈری پوزیشن پر جا رہا ہے۔</w:t>
      </w:r>
    </w:p>
    <w:p>
      <w:r>
        <w:rPr>
          <w:b/>
        </w:rPr>
        <w:t xml:space="preserve">[17:06] </w:t>
      </w:r>
      <w:r>
        <w:t>aap jante hain ke bahut dinon se America jo tha, space science mein number ek par tha. aaj ke newspaper maine padha ke woh secondary position mein ja raha hai.</w:t>
      </w:r>
    </w:p>
    <w:p>
      <w:pPr>
        <w:jc w:val="right"/>
      </w:pPr>
      <w:r>
        <w:t>آپ جانتے ہیں کہ بہت دنوں سے امریکہ جو تھا، اسپیس سائنس میں نمبر ایک پر تھا۔ آج کے نیوز پیپر میں نے پڑھا کہ وہ سیکنڈری پوزیشن میں جا رہا ہے۔</w:t>
      </w:r>
    </w:p>
    <w:p>
      <w:r>
        <w:rPr>
          <w:b/>
        </w:rPr>
        <w:t xml:space="preserve">[17:22] </w:t>
      </w:r>
      <w:r>
        <w:t>aur russia aur china aage badh rahe hain.</w:t>
      </w:r>
    </w:p>
    <w:p>
      <w:pPr>
        <w:jc w:val="right"/>
      </w:pPr>
      <w:r>
        <w:t>اور رشیا اور چائنہ آگے بڑھ رہے ہیں۔</w:t>
      </w:r>
    </w:p>
    <w:p>
      <w:r>
        <w:rPr>
          <w:b/>
        </w:rPr>
        <w:t xml:space="preserve">[17:25] </w:t>
      </w:r>
      <w:r>
        <w:t>yeh kyun? is mein bataya gaya tha ke is liye ke iraq war mein jo america uljha, jis mein is ke five trillion dollar kharch kara liye, is ne five trillion dollar.</w:t>
      </w:r>
    </w:p>
    <w:p>
      <w:pPr>
        <w:jc w:val="right"/>
      </w:pPr>
      <w:r>
        <w:t>یہ کیوں؟ اس میں بتایا گیا تھا کہ اس لیے کہ عراق وار میں جو امریکہ الجھا، جس میں اس کے فائیو ٹریلین ڈالر خرچ کرا لیے، اس نے فائیو ٹریلین ڈالر۔</w:t>
      </w:r>
    </w:p>
    <w:p>
      <w:r>
        <w:rPr>
          <w:b/>
        </w:rPr>
        <w:t xml:space="preserve">[17:41] </w:t>
      </w:r>
      <w:r>
        <w:t>it was a five trillion dollar war. aur abhi bhi iraq ki ladai khatam nahi hui. daily wahan american maare ja rahe hain.</w:t>
      </w:r>
    </w:p>
    <w:p>
      <w:pPr>
        <w:jc w:val="right"/>
      </w:pPr>
      <w:r>
        <w:t>اٹ واز ا فائیو ٹریلین ڈالر وار۔ اور ابھی بھی عراق کی لڑائی ختم نہیں ہوئی۔ ڈیلی وہاں امریکن مارے جا رہے ہیں۔</w:t>
      </w:r>
    </w:p>
    <w:p>
      <w:r>
        <w:rPr>
          <w:b/>
        </w:rPr>
        <w:t xml:space="preserve">[17:51] </w:t>
      </w:r>
      <w:r>
        <w:t>daily wahan par in ko dollar kharch karna pad raha hai.</w:t>
      </w:r>
    </w:p>
    <w:p>
      <w:pPr>
        <w:jc w:val="right"/>
      </w:pPr>
      <w:r>
        <w:t>ڈیلی وہاں پر ان کو ڈالر خرچ کرنا پڑ رہا ہے۔</w:t>
      </w:r>
    </w:p>
    <w:p>
      <w:r>
        <w:rPr>
          <w:b/>
        </w:rPr>
        <w:t xml:space="preserve">[17:54] </w:t>
      </w:r>
      <w:r>
        <w:t>result kuch nahi mil raha hai. natija kya hua? is mein likha tha ke space research mein in ki funding bohat kam ho gayi.</w:t>
      </w:r>
    </w:p>
    <w:p>
      <w:pPr>
        <w:jc w:val="right"/>
      </w:pPr>
      <w:r>
        <w:t>رزلٹ کچھ نہیں مل رہا ہے۔ نتیجہ کیا ہوا؟ اس میں لکھا تھا کہ اسپیس ریسرچ میں ان کی فنڈنگ بہت کم ہو گئی۔</w:t>
      </w:r>
    </w:p>
    <w:p>
      <w:r>
        <w:rPr>
          <w:b/>
        </w:rPr>
        <w:t xml:space="preserve">[18:06] </w:t>
      </w:r>
      <w:r>
        <w:t>pehlay jitni funding karta tha america space research mein, ab itni nahi kar pa raha hai. itne problem barh gaye, economic problem.</w:t>
      </w:r>
    </w:p>
    <w:p>
      <w:pPr>
        <w:jc w:val="right"/>
      </w:pPr>
      <w:r>
        <w:t>پہلے جتنی فنڈنگ کرتا تھا امریکہ اسپیس ریسرچ میں، اب اتنی نہیں کر پا رہا ہے۔ اتنے پرابلم بڑھ گئے، اکنامک پرابلم۔</w:t>
      </w:r>
    </w:p>
    <w:p>
      <w:r>
        <w:rPr>
          <w:b/>
        </w:rPr>
        <w:t xml:space="preserve">[18:16] </w:t>
      </w:r>
      <w:r>
        <w:t>to is ka andesha paida ho gaya hai ke america jo hai, space science mein secondary position pe chala jayega. yeh kyun hua aisa?</w:t>
      </w:r>
    </w:p>
    <w:p>
      <w:pPr>
        <w:jc w:val="right"/>
      </w:pPr>
      <w:r>
        <w:t>تو اس کا اندیشہ پیدا ہو گیا ہے کہ امریکہ جو ہے، اسپیس سائنس میں سیکنڈری پوزیشن پہ چلا جائے گا۔ یہ کیوں ہوا ایسا؟</w:t>
      </w:r>
    </w:p>
    <w:p>
      <w:r>
        <w:rPr>
          <w:b/>
        </w:rPr>
        <w:t xml:space="preserve">[18:27] </w:t>
      </w:r>
      <w:r>
        <w:t>ke america peace par na reh saka. yani is ko kuch shikayat hui saddam hussain se, jo us waqt iraq ke president thay.</w:t>
      </w:r>
    </w:p>
    <w:p>
      <w:pPr>
        <w:jc w:val="right"/>
      </w:pPr>
      <w:r>
        <w:t>کہ امریکہ پیس پر نہ رہ سکا۔ یعنی اس کو کچھ شکایت ہوئی صدام حسین سے، جو اس وقت عراق کے پریزیڈنٹ تھے۔</w:t>
      </w:r>
    </w:p>
    <w:p>
      <w:r>
        <w:rPr>
          <w:b/>
        </w:rPr>
        <w:t xml:space="preserve">[18:41] </w:t>
      </w:r>
      <w:r>
        <w:t>to theek hai, shikayat hui. to shikayat ko peaceful negotiation se solve karna chahiye, war se nahi.</w:t>
      </w:r>
    </w:p>
    <w:p>
      <w:pPr>
        <w:jc w:val="right"/>
      </w:pPr>
      <w:r>
        <w:t>تو ٹھیک ہے، شکایت ہوئی۔ تو شکایت کو پیس فل نیگوشی ایشن سے سالو کرنا چاہیے، وار سے نہیں۔</w:t>
      </w:r>
    </w:p>
    <w:p>
      <w:r>
        <w:rPr>
          <w:b/>
        </w:rPr>
        <w:t xml:space="preserve">[18:52] </w:t>
      </w:r>
      <w:r>
        <w:t>to saddam hussain se ya kisi aur se agar shikayat hui to agar america sirf peaceful negotiation karta, parman baat cheet karta to is ki sari taqat intact rehti.</w:t>
      </w:r>
    </w:p>
    <w:p>
      <w:pPr>
        <w:jc w:val="right"/>
      </w:pPr>
      <w:r>
        <w:t>تو صدام حسین سے یا کسی اور سے اگر شکایت ہوئی تو اگر امریکہ صرف پیس فل نیگوشی ایشن کرتا، پرامن بات چیت کرتا تو اس کی ساری طاقت انٹیکٹ رہتی۔</w:t>
      </w:r>
    </w:p>
    <w:p>
      <w:r>
        <w:rPr>
          <w:b/>
        </w:rPr>
        <w:t xml:space="preserve">[19:09] </w:t>
      </w:r>
      <w:r>
        <w:t>lekin woh jump kar ke kood pada war mein. yani negotiation table ko chhod kar ke war mein jump karna pada.</w:t>
      </w:r>
    </w:p>
    <w:p>
      <w:pPr>
        <w:jc w:val="right"/>
      </w:pPr>
      <w:r>
        <w:t>لیکن وہ جمپ کر کے کود پڑا وار میں۔ یعنی نیگوشی ایشن ٹیبل کو چھوڑ کر کے وار میں جمپ کرنا پڑا۔</w:t>
      </w:r>
    </w:p>
    <w:p>
      <w:r>
        <w:rPr>
          <w:b/>
        </w:rPr>
        <w:t xml:space="preserve">[19:21] </w:t>
      </w:r>
      <w:r>
        <w:t>ladai mein kood gaya. to kya hua? five trillion dollar is ke kharch hue. abhi bhi kharch hue chale ja rahe hain.</w:t>
      </w:r>
    </w:p>
    <w:p>
      <w:pPr>
        <w:jc w:val="right"/>
      </w:pPr>
      <w:r>
        <w:t>لڑائی میں کود گیا۔ تو کیا ہوا؟ فائیو ٹریلین ڈالر اس کے خرچ ہوئے۔ ابھی بھی خرچ ہوئے چلے جا رہے ہیں۔</w:t>
      </w:r>
    </w:p>
    <w:p>
      <w:r>
        <w:rPr>
          <w:b/>
        </w:rPr>
        <w:t xml:space="preserve">[19:31] </w:t>
      </w:r>
      <w:r>
        <w:t>aur abhi tak koi door door ka koi dikhai nahi parta ke wahan is ko kuch jeet hone wali hai.</w:t>
      </w:r>
    </w:p>
    <w:p>
      <w:pPr>
        <w:jc w:val="right"/>
      </w:pPr>
      <w:r>
        <w:t>اور ابھی تک کوئی دور دور کا کوئی دکھائی نہیں پڑتا کہ وہاں اس کو کچھ جیت ہونے والی ہے۔</w:t>
      </w:r>
    </w:p>
    <w:p>
      <w:r>
        <w:rPr>
          <w:b/>
        </w:rPr>
        <w:t xml:space="preserve">[19:39] </w:t>
      </w:r>
      <w:r>
        <w:t>to aap jante hain ke resources to limited hote hain. har ek ke unlimited resource to kisi ke paas nahi hota hai. to america ki funding jo thi pehle space science mein, woh kam ho gayi.</w:t>
      </w:r>
    </w:p>
    <w:p>
      <w:pPr>
        <w:jc w:val="right"/>
      </w:pPr>
      <w:r>
        <w:t>تو آپ جانتے ہیں کہ ریسورسز تو لمیٹڈ ہوتے ہیں۔ ہر ایک کے ان لمیٹڈ ریسورس تو کسی کے پاس نہیں ہوتا ہے۔ تو امریکہ کی فنڈنگ جو تھی پہلے اسپیس سائنس میں، وہ کم ہو گئی۔</w:t>
      </w:r>
    </w:p>
    <w:p>
      <w:r>
        <w:rPr>
          <w:b/>
        </w:rPr>
        <w:t xml:space="preserve">[19:55] </w:t>
      </w:r>
      <w:r>
        <w:t>to peaceful behavior ko maintain na karne ki yeh price deni padi america ko.</w:t>
      </w:r>
    </w:p>
    <w:p>
      <w:pPr>
        <w:jc w:val="right"/>
      </w:pPr>
      <w:r>
        <w:t>تو پیس فل بیہیویئر کو مینٹین نہ کرنے کی یہ پرائز دینی پڑی امریکہ کو۔</w:t>
      </w:r>
    </w:p>
    <w:p>
      <w:r>
        <w:rPr>
          <w:b/>
        </w:rPr>
        <w:t xml:space="preserve">[20:05] </w:t>
      </w:r>
      <w:r>
        <w:t>to koi bhi afford nahi kar sakta ke peace se bahar jaye.</w:t>
      </w:r>
    </w:p>
    <w:p>
      <w:pPr>
        <w:jc w:val="right"/>
      </w:pPr>
      <w:r>
        <w:t>تو کوئی بھی افورڈ نہیں کر سکتا کہ پیس سے باہر جائے۔</w:t>
      </w:r>
    </w:p>
    <w:p>
      <w:r>
        <w:rPr>
          <w:b/>
        </w:rPr>
        <w:t xml:space="preserve">[20:11] </w:t>
      </w:r>
      <w:r>
        <w:t>you have to maintain peace at any cost, in every situation, no excuse what so ever.</w:t>
      </w:r>
    </w:p>
    <w:p>
      <w:pPr>
        <w:jc w:val="right"/>
      </w:pPr>
      <w:r>
        <w:t>یو ہیو ٹو مینٹین پیس ایٹ اینی کاسٹ، ان ایوری سچویشن، نو ایکسکیوز واٹس سو ایور۔</w:t>
      </w:r>
    </w:p>
    <w:p>
      <w:r>
        <w:rPr>
          <w:b/>
        </w:rPr>
        <w:t xml:space="preserve">[20:24] </w:t>
      </w:r>
      <w:r>
        <w:t>kuch bhi idhar ho to aap ko is idhar ko nahi rehna hai. peace par to qaim hi rehna hai, chahe kuch bhi hota rahe.</w:t>
      </w:r>
    </w:p>
    <w:p>
      <w:pPr>
        <w:jc w:val="right"/>
      </w:pPr>
      <w:r>
        <w:t>کچھ بھی ادھر ہو تو آپ کو اس ادھر کو نہیں رہنا ہے۔ پیس پر تو قائم ہی رہنا ہے، چاہے کچھ بھی ہوتا رہے۔</w:t>
      </w:r>
    </w:p>
    <w:p>
      <w:r>
        <w:rPr>
          <w:b/>
        </w:rPr>
        <w:t xml:space="preserve">[20:36] </w:t>
      </w:r>
      <w:r>
        <w:t>to kya hoga? dekhen, peace par qaim rehne ka faida kya hota hai?</w:t>
      </w:r>
    </w:p>
    <w:p>
      <w:pPr>
        <w:jc w:val="right"/>
      </w:pPr>
      <w:r>
        <w:t>تو کیا ہوگا؟ دیکھیں، پیس پر قائم رہنے کا فائدہ کیا ہوتا ہے؟</w:t>
      </w:r>
    </w:p>
    <w:p>
      <w:r>
        <w:rPr>
          <w:b/>
        </w:rPr>
        <w:t xml:space="preserve">[20:41] </w:t>
      </w:r>
      <w:r>
        <w:t>aap ki energy intact rehti hai. aur sab se bara jo kaam hai ke opportunity ko avail karna.</w:t>
      </w:r>
    </w:p>
    <w:p>
      <w:pPr>
        <w:jc w:val="right"/>
      </w:pPr>
      <w:r>
        <w:t>آپ کی انرجی انٹیکٹ رہتی ہے۔ اور سب سے بڑا جو کام ہے کہ اپرچونیٹی کو اویل کرنا۔</w:t>
      </w:r>
    </w:p>
    <w:p>
      <w:r>
        <w:rPr>
          <w:b/>
        </w:rPr>
        <w:t xml:space="preserve">[20:51] </w:t>
      </w:r>
      <w:r>
        <w:t>to aap opportunity ko avail karne ka jo process hai, woh continue rehta hai.</w:t>
      </w:r>
    </w:p>
    <w:p>
      <w:pPr>
        <w:jc w:val="right"/>
      </w:pPr>
      <w:r>
        <w:t>تو آپ اپرچونیٹی کو اویل کرنے کا جو پراسیس ہے، وہ کنٹینیو رہتا ہے۔</w:t>
      </w:r>
    </w:p>
    <w:p>
      <w:r>
        <w:rPr>
          <w:b/>
        </w:rPr>
        <w:t xml:space="preserve">[20:59] </w:t>
      </w:r>
      <w:r>
        <w:t>yaad rakhiye, sab se bara faida peace ko maintain karne ka yeh hai ke opportunity ko avail karne ka process chalta rahe.</w:t>
      </w:r>
    </w:p>
    <w:p>
      <w:pPr>
        <w:jc w:val="right"/>
      </w:pPr>
      <w:r>
        <w:t>یاد رکھیے، سب سے بڑا فائدہ پیس کو مینٹین کرنے کا یہ ہے کہ اپرچونیٹی کو اویل کرنے کا پراسیس چلتا رہے۔</w:t>
      </w:r>
    </w:p>
    <w:p>
      <w:r>
        <w:rPr>
          <w:b/>
        </w:rPr>
        <w:t xml:space="preserve">[21:11] </w:t>
      </w:r>
      <w:r>
        <w:t>har jaise america hai, agar woh peace ko maintain karta to opportunity ko avail karne ka jo process tha, chalta rehta.</w:t>
      </w:r>
    </w:p>
    <w:p>
      <w:pPr>
        <w:jc w:val="right"/>
      </w:pPr>
      <w:r>
        <w:t>ہر جیسے امریکہ ہے، اگر وہ پیس کو مینٹین کرتا تو اپرچونیٹی کو اویل کرنے کا جو پراسیس تھا، چلتا رہتا۔</w:t>
      </w:r>
    </w:p>
    <w:p>
      <w:r>
        <w:rPr>
          <w:b/>
        </w:rPr>
        <w:t xml:space="preserve">[21:20] </w:t>
      </w:r>
      <w:r>
        <w:t>woh space mein nai nai cheezen is ko discover karni theen. woh opportunity thi is ki ke opportunity ke space ki cheezon ko discover kar ke woh apni leadership ko maintain kare.</w:t>
      </w:r>
    </w:p>
    <w:p>
      <w:pPr>
        <w:jc w:val="right"/>
      </w:pPr>
      <w:r>
        <w:t>وہ اسپیس میں نئی نئی چیزیں اس کو ڈسکور کرنی تھیں۔ وہ اپرچونیٹی تھی اس کی کہ اپرچونیٹی کہ اسپیس کی چیزوں کو ڈسکور کر کے وہ اپنی لیڈرشپ کو مینٹین کرے۔</w:t>
      </w:r>
    </w:p>
    <w:p>
      <w:r>
        <w:rPr>
          <w:b/>
        </w:rPr>
        <w:t xml:space="preserve">[21:37] </w:t>
      </w:r>
      <w:r>
        <w:t>to peace ka sab se bara faida jo hota hai, woh yeh hota hai ke aap is position mein ho jatay hain ke us waqt ke yani kisi bhi given situation mein yaad rakhiye, hamesha opportunities baqi rehti hain.</w:t>
      </w:r>
    </w:p>
    <w:p>
      <w:pPr>
        <w:jc w:val="right"/>
      </w:pPr>
      <w:r>
        <w:t>تو پیس کا سب سے بڑا فائدہ جو ہوتا ہے، وہ یہ ہوتا ہے کہ آپ اس پوزیشن میں ہو جاتے ہیں کہ اس وقت کہ یعنی کسی بھی گیون سچویشن میں یاد رکھیے، ہمیشہ اپرچونیٹیز باقی رہتی ہیں۔</w:t>
      </w:r>
    </w:p>
    <w:p>
      <w:r>
        <w:rPr>
          <w:b/>
        </w:rPr>
        <w:t xml:space="preserve">[21:58] </w:t>
      </w:r>
      <w:r>
        <w:t>kabhi aisa nahi ho sakta ke opportunities maujood na hon.</w:t>
      </w:r>
    </w:p>
    <w:p>
      <w:pPr>
        <w:jc w:val="right"/>
      </w:pPr>
      <w:r>
        <w:t>کبھی ایسا نہیں ہو سکتا کہ اپرچونیٹیز موجود نہ ہوں۔</w:t>
      </w:r>
    </w:p>
    <w:p>
      <w:r>
        <w:rPr>
          <w:b/>
        </w:rPr>
        <w:t xml:space="preserve">[22:06] </w:t>
      </w:r>
      <w:r>
        <w:t>to jab aap war ka option lete hain to to kya hota hai? opportunities ko avail karna jo hai, wo stop ho jata hai, band ho jata hai.</w:t>
      </w:r>
    </w:p>
    <w:p>
      <w:pPr>
        <w:jc w:val="right"/>
      </w:pPr>
      <w:r>
        <w:t>تو جب آپ وار کا اپشن لیتے ہیں تو تو کیا ہوتا ہے؟ اپرچونیٹیز کو اویل کرنا جو ہے، وہ سٹاپ ہو جاتا ہے، بند ہو جاتا ہے۔</w:t>
      </w:r>
    </w:p>
    <w:p>
      <w:r>
        <w:rPr>
          <w:b/>
        </w:rPr>
        <w:t xml:space="preserve">[22:17] </w:t>
      </w:r>
      <w:r>
        <w:t>aur jab peace ka option lete hain to opportunities ko avail karne ka process chalta rehta hai.</w:t>
      </w:r>
    </w:p>
    <w:p>
      <w:pPr>
        <w:jc w:val="right"/>
      </w:pPr>
      <w:r>
        <w:t>اور جب پیس کا اپشن لیتے ہیں تو اپرچونیٹیز کو اویل کرنے کا پراسیس چلتا رہتا ہے۔</w:t>
      </w:r>
    </w:p>
    <w:p>
      <w:r>
        <w:rPr>
          <w:b/>
        </w:rPr>
        <w:t xml:space="preserve">[22:25] </w:t>
      </w:r>
      <w:r>
        <w:t>isi liye hadith mein hai ke "in Allah yuti al-rifq ma la yuti al-rifq". God grants to non-violence what he does not grant to violence.</w:t>
      </w:r>
    </w:p>
    <w:p>
      <w:pPr>
        <w:jc w:val="right"/>
      </w:pPr>
      <w:r>
        <w:t>اسی لیے حدیث میں ہے کہ "ان اللہ یوتی الرفق مولا یوتی الرفق"۔ گاڈ گرانٹس ٹو نان وائیلنس واٹ ہی ڈز ناٹ گرانٹ ٹو وائیلنس۔</w:t>
      </w:r>
    </w:p>
    <w:p>
      <w:r>
        <w:rPr>
          <w:b/>
        </w:rPr>
        <w:t xml:space="preserve">[22:41] </w:t>
      </w:r>
      <w:r>
        <w:t>yani Khuda aman par wo cheez deta hai jo wo tashaddud par nahi deta. Yani aap aman behavior par qaim rahen,</w:t>
      </w:r>
    </w:p>
    <w:p>
      <w:pPr>
        <w:jc w:val="right"/>
      </w:pPr>
      <w:r>
        <w:t>یعنی خدا امن پر وہ چیز دیتا ہے جو وہ تشدد پر نہیں دیتا۔ یعنی آپ پرامن بیہیویئر پر قائم رہیں،</w:t>
      </w:r>
    </w:p>
    <w:p>
      <w:r>
        <w:rPr>
          <w:b/>
        </w:rPr>
        <w:t xml:space="preserve">[22:55] </w:t>
      </w:r>
      <w:r>
        <w:t>is se wo faida milega aap ko jo tashaddud ke behavior par jane se aap ko nahi milega.</w:t>
      </w:r>
    </w:p>
    <w:p>
      <w:pPr>
        <w:jc w:val="right"/>
      </w:pPr>
      <w:r>
        <w:t>اس سے وہ فائدہ ملے گا آپ کو جو تشدد کے بیہیویئر پر جانے سے آپ کو نہیں ملے گا۔</w:t>
      </w:r>
    </w:p>
    <w:p>
      <w:r>
        <w:rPr>
          <w:b/>
        </w:rPr>
        <w:t xml:space="preserve">[23:04] </w:t>
      </w:r>
      <w:r>
        <w:t>God grants to non-violence what he does not grant to violence. isi liye kaha gaya hai.</w:t>
      </w:r>
    </w:p>
    <w:p>
      <w:pPr>
        <w:jc w:val="right"/>
      </w:pPr>
      <w:r>
        <w:t>گاڈ گرانٹس ٹو نان وائیلنس واٹ ہی ڈز ناٹ گرانٹ ٹو وائیلنس۔ اسی لیے کہا گیا ہے۔</w:t>
      </w:r>
    </w:p>
    <w:p>
      <w:r>
        <w:rPr>
          <w:b/>
        </w:rPr>
        <w:t xml:space="preserve">[23:12] </w:t>
      </w:r>
      <w:r>
        <w:t>is ka matlab yahi hai ke jab aap peaceful rahenge to aap is position mein honge ke opportunities ko avail kar saken.</w:t>
      </w:r>
    </w:p>
    <w:p>
      <w:pPr>
        <w:jc w:val="right"/>
      </w:pPr>
      <w:r>
        <w:t>اس کا مطلب یہی ہے کہ جب آپ پیس فل رہیں گے تو آپ اس پوزیشن میں ہوں گے کہ اپرچونیٹیز کو اویل کر سکیں۔</w:t>
      </w:r>
    </w:p>
    <w:p>
      <w:r>
        <w:rPr>
          <w:b/>
        </w:rPr>
        <w:t xml:space="preserve">[23:25] </w:t>
      </w:r>
      <w:r>
        <w:t>aur jab aap ne violence ka option liya to is ka matlab kya hoga? ke aap ke haan opportunities ko avail karne ka jo process hai,</w:t>
      </w:r>
    </w:p>
    <w:p>
      <w:pPr>
        <w:jc w:val="right"/>
      </w:pPr>
      <w:r>
        <w:t>اور جب آپ نے وائیلنس کا اپشن لیا تو اس کا مطلب کیا ہوگا؟ کہ آپ کے ہاں اپرچونیٹیز کو اویل کرنے کا جو پراسیس ہے،</w:t>
      </w:r>
    </w:p>
    <w:p>
      <w:r>
        <w:rPr>
          <w:b/>
        </w:rPr>
        <w:t xml:space="preserve">[23:38] </w:t>
      </w:r>
      <w:r>
        <w:t>wohi ruk gaya.</w:t>
      </w:r>
    </w:p>
    <w:p>
      <w:pPr>
        <w:jc w:val="right"/>
      </w:pPr>
      <w:r>
        <w:t>وہی رک گیا۔</w:t>
      </w:r>
    </w:p>
    <w:p>
      <w:r>
        <w:rPr>
          <w:b/>
        </w:rPr>
        <w:t xml:space="preserve">[23:41] </w:t>
      </w:r>
      <w:r>
        <w:t>to sab se bara yaad rakhiye, ye dunya mein sab se bara nuqsan yahi hai ke koi aadmi apne ko is position mein na rakhe ke wo opportunities ko avail na kar sake.</w:t>
      </w:r>
    </w:p>
    <w:p>
      <w:pPr>
        <w:jc w:val="right"/>
      </w:pPr>
      <w:r>
        <w:t>تو سب سے بڑا یاد رکھیے، یہ دنیا میں سب سے بڑا نقصان یہی ہے کہ کوئی آدمی اپنے کو اس پوزیشن میں نہ رکھے کہ وہ اپرچونیٹیز کو اویل نہ کر سکے۔</w:t>
      </w:r>
    </w:p>
    <w:p>
      <w:r>
        <w:rPr>
          <w:b/>
        </w:rPr>
        <w:t xml:space="preserve">[23:55] </w:t>
      </w:r>
      <w:r>
        <w:t>to yaad rakhiye, violence, larai, ghussa, nafrat, intiqam aur jitni bhi negative cheezen hain is qism ki,</w:t>
      </w:r>
    </w:p>
    <w:p>
      <w:pPr>
        <w:jc w:val="right"/>
      </w:pPr>
      <w:r>
        <w:t>تو یاد رکھیے، وائیلنس، لڑائی، غصہ، نفرت، انتقام اور جتنی بھی نیگیٹیو چیزیں ہیں اس قسم کی،</w:t>
      </w:r>
    </w:p>
    <w:p>
      <w:r>
        <w:rPr>
          <w:b/>
        </w:rPr>
        <w:t xml:space="preserve">[24:11] </w:t>
      </w:r>
      <w:r>
        <w:t>in sab ka ye nuqsan hota hai ke aap</w:t>
      </w:r>
    </w:p>
    <w:p>
      <w:pPr>
        <w:jc w:val="right"/>
      </w:pPr>
      <w:r>
        <w:t>ان سب کا یہ نقصان ہوتا ہے کہ آپ</w:t>
      </w:r>
    </w:p>
    <w:p>
      <w:r>
        <w:rPr>
          <w:b/>
        </w:rPr>
        <w:t xml:space="preserve">[24:17] </w:t>
      </w:r>
      <w:r>
        <w:t>jo opportunities hain, un ko avail nahi kar paate.</w:t>
      </w:r>
    </w:p>
    <w:p>
      <w:pPr>
        <w:jc w:val="right"/>
      </w:pPr>
      <w:r>
        <w:t>جو اپرچونیٹیز ہیں، ان کو اویل نہیں کر پاتے۔</w:t>
      </w:r>
    </w:p>
    <w:p>
      <w:r>
        <w:rPr>
          <w:b/>
        </w:rPr>
        <w:t xml:space="preserve">[24:25] </w:t>
      </w:r>
      <w:r>
        <w:t>sab se bara nuqsan ye hota hai. aur yaad rakhiye, aaj jo aap opportunity thi aap ke liye, agar aap ne is ko avail nahi kiya to kal dobara wo opportunity aap ke paas nahi aane wali hai.</w:t>
      </w:r>
    </w:p>
    <w:p>
      <w:pPr>
        <w:jc w:val="right"/>
      </w:pPr>
      <w:r>
        <w:t>سب سے بڑا نقصان یہ ہوتا ہے۔ اور یاد رکھیے، آج جو آپ اپرچونیٹی تھی آپ کے لیے، اگر آپ نے اس کو اویل نہیں کیا تو کل دوبارہ وہ اپرچونیٹی آپ کے پاس نہیں آنے والی ہے۔</w:t>
      </w:r>
    </w:p>
    <w:p>
      <w:r>
        <w:rPr>
          <w:b/>
        </w:rPr>
        <w:t xml:space="preserve">[24:41] </w:t>
      </w:r>
      <w:r>
        <w:t>aaj ka din aaj ke liye hai, kal ke liye nahi hai. agar aap aaj ka din ko kho den to kal ka din jo aayega, wo aaj ko le kar nahi aayega, aaj ke baghair aayega.</w:t>
      </w:r>
    </w:p>
    <w:p>
      <w:pPr>
        <w:jc w:val="right"/>
      </w:pPr>
      <w:r>
        <w:t>آج کا دن آج کے لیے ہے، کل کے لیے نہیں ہے۔ اگر آپ آج کا دن کو کھو دیں تو کل کا دن جو آئے گا، وہ آج کو لے کر نہیں آئے گا، آج کے بغیر آئے گا۔</w:t>
      </w:r>
    </w:p>
    <w:p>
      <w:r>
        <w:rPr>
          <w:b/>
        </w:rPr>
        <w:t xml:space="preserve">[24:57] </w:t>
      </w:r>
      <w:r>
        <w:t>bohat hi zyada sochne ki baat hai. yani aaj ka din agar aap ne kho diya to kal ka din jo aayega, wo aaj ke din ko le kar nahi aayega, wo aaj ke din ke baghair aayega.</w:t>
      </w:r>
    </w:p>
    <w:p>
      <w:pPr>
        <w:jc w:val="right"/>
      </w:pPr>
      <w:r>
        <w:t>بہت ہی زیادہ سوچنے کی بات ہے۔ یعنی آج کا دن اگر آپ نے کھو دیا تو کل کا دن جو آئے گا، وہ آج کے دن کو لے کر نہیں آئے گا، وہ آج کے دن کے بغیر آئے گا۔</w:t>
      </w:r>
    </w:p>
    <w:p>
      <w:r>
        <w:rPr>
          <w:b/>
        </w:rPr>
        <w:t xml:space="preserve">[25:09] </w:t>
      </w:r>
      <w:r>
        <w:t>wo aap sochiye ke agar hum aaj ko kho diya to kabhi bhi nahi milne wala hai. wo</w:t>
      </w:r>
    </w:p>
    <w:p>
      <w:pPr>
        <w:jc w:val="right"/>
      </w:pPr>
      <w:r>
        <w:t>وہ آپ سوچیے کہ اگر ہم آج کو کھو دیا تو کبھی بھی نہیں ملنے والا ہے۔ وہ</w:t>
      </w:r>
    </w:p>
    <w:p>
      <w:r>
        <w:rPr>
          <w:b/>
        </w:rPr>
        <w:t xml:space="preserve">[25:19] </w:t>
      </w:r>
      <w:r>
        <w:t>yani aaj jo opportunity ko avail karne ka jo kaam mein kar sakta tha, us ko mein nahi kar saka. to phir sari life khatm ho jayegi aur dobara mein is position mein nahi hounga ke aaj wali kami ko, aaj wale nuqsan ko phir mein poora kar sakun.</w:t>
      </w:r>
    </w:p>
    <w:p>
      <w:pPr>
        <w:jc w:val="right"/>
      </w:pPr>
      <w:r>
        <w:t>یعنی آج جو اپرچونیٹی کو اویل کرنے کا جو کام میں کر سکتا تھا، اس کو میں نہیں کر سکا۔ تو پھر ساری لائف ختم ہو جائے گی اور دوبارہ میں اس پوزیشن میں نہیں ہوں گا کہ آج والی کمی کو، آج والے نقصان کو پھر میں پورا کر سکوں۔</w:t>
      </w:r>
    </w:p>
    <w:p>
      <w:r>
        <w:rPr>
          <w:b/>
        </w:rPr>
        <w:t xml:space="preserve">[25:42] </w:t>
      </w:r>
      <w:r>
        <w:t>jo khoya, wo khoya gaya hamesha ke liye.</w:t>
      </w:r>
    </w:p>
    <w:p>
      <w:pPr>
        <w:jc w:val="right"/>
      </w:pPr>
      <w:r>
        <w:t>جو کھویا، وہ کھویا گیا ہمیشہ کے لیے۔</w:t>
      </w:r>
    </w:p>
    <w:p>
      <w:r>
        <w:rPr>
          <w:b/>
        </w:rPr>
        <w:t xml:space="preserve">[25:45] </w:t>
      </w:r>
      <w:r>
        <w:t>forever. yahan mein ek baat add karna chahunga, wo ye ke peace ki importance itni zyada hai, itni zyada hai, itni zyada hai ke shayad is se zyada importance kisi aur cheez ki nahi.</w:t>
      </w:r>
    </w:p>
    <w:p>
      <w:pPr>
        <w:jc w:val="right"/>
      </w:pPr>
      <w:r>
        <w:t>فار ایور۔ یہاں میں ایک بات ایڈ کرنا چاہوں گا، وہ یہ کہ پیس کی امپورٹنس اتنی زیادہ ہے، اتنی زیادہ ہے، اتنی زیادہ ہے کہ شاید اس سے زیادہ امپورٹنس کسی اور چیز کی نہیں۔</w:t>
      </w:r>
    </w:p>
    <w:p>
      <w:r>
        <w:rPr>
          <w:b/>
        </w:rPr>
        <w:t xml:space="preserve">[26:03] </w:t>
      </w:r>
      <w:r>
        <w:t>is ka ek proof ye hai ke agar aap apni free will se apne option, khud apne yani free option se choice len peace ka,</w:t>
      </w:r>
    </w:p>
    <w:p>
      <w:pPr>
        <w:jc w:val="right"/>
      </w:pPr>
      <w:r>
        <w:t>اس کا ایک پروف یہ ہے کہ اگر آپ اپنی فری ول سے اپنے اپشن، خود اپنے یعنی فری اپشن سے چوائس لیں پیس کا،</w:t>
      </w:r>
    </w:p>
    <w:p>
      <w:r>
        <w:rPr>
          <w:b/>
        </w:rPr>
        <w:t xml:space="preserve">[26:21] </w:t>
      </w:r>
      <w:r>
        <w:t>khud aap soch kar ke azadi ke sath peace ka option len, tab bhi faida hai. aur agar compulsively aap ne peace ko, peace ka option liya ho, tab bhi faida hai.</w:t>
      </w:r>
    </w:p>
    <w:p>
      <w:pPr>
        <w:jc w:val="right"/>
      </w:pPr>
      <w:r>
        <w:t>خود آپ سوچ کر کے آزادی کے ساتھ پیس کا اپشن لیں، تب بھی فائدہ ہے۔ اور اگر کمپلسولی آپ نے پیس کو، پیس کا اپشن لیا ہو، تب بھی فائدہ ہے۔</w:t>
      </w:r>
    </w:p>
    <w:p>
      <w:r>
        <w:rPr>
          <w:b/>
        </w:rPr>
        <w:t xml:space="preserve">[26:40] </w:t>
      </w:r>
      <w:r>
        <w:t>peace aisi ajeeb ghareeb cheez hai ke agar aap khud se is ka option len, tab bhi faida hai. aur compulsively agar aap ko option lena para ho, tab bhi is ka faida hai.</w:t>
      </w:r>
    </w:p>
    <w:p>
      <w:pPr>
        <w:jc w:val="right"/>
      </w:pPr>
      <w:r>
        <w:t>پیس ایسی عجیب غریب چیز ہے کہ اگر آپ خود سے اس کا اپشن لیں، تب بھی فائدہ ہے۔ اور کمپلسولی اگر آپ کو اپشن لینا پڑا ہو، تب بھی اس کا فائدہ ہے۔</w:t>
      </w:r>
    </w:p>
    <w:p>
      <w:r>
        <w:rPr>
          <w:b/>
        </w:rPr>
        <w:t xml:space="preserve">[26:54] </w:t>
      </w:r>
      <w:r>
        <w:t>har haal mein ye bari ajeeb sifat hai peace mein. mein aap ko dono ka example</w:t>
      </w:r>
    </w:p>
    <w:p>
      <w:pPr>
        <w:jc w:val="right"/>
      </w:pPr>
      <w:r>
        <w:t>ہر حال میں یہ بڑی عجیب صفت ہے پیس میں۔ میں آپ کو دونوں کا ایگز</w:t>
      </w:r>
    </w:p>
    <w:p>
      <w:r>
        <w:rPr>
          <w:b/>
        </w:rPr>
        <w:t xml:space="preserve">[27:00] </w:t>
      </w:r>
      <w:r>
        <w:t>ampl deta hoon. profit alaihi assalam ki zindagi mein aik waqia hua, us ko kehte hain hudaybiya. hudaybiya</w:t>
      </w:r>
    </w:p>
    <w:p>
      <w:pPr>
        <w:jc w:val="right"/>
      </w:pPr>
      <w:r>
        <w:t>امپل دیتا ہوں۔ پرافٹ علیہ السلام کی زندگی میں ایک واقعہ ہوا، اس کو کہتے ہیں حدیبیہ۔ حدیبیہ</w:t>
      </w:r>
    </w:p>
    <w:p>
      <w:r>
        <w:rPr>
          <w:b/>
        </w:rPr>
        <w:t xml:space="preserve">[27:13] </w:t>
      </w:r>
      <w:r>
        <w:t>to hudaybiya mein yeh tha ke rasool Allah ka samna hua jo aap ka jo hostile group tha, us se yani makkah walay jo log thay, us waqt woh aap ka hostile, hostile ban gaye thay.</w:t>
      </w:r>
    </w:p>
    <w:p>
      <w:pPr>
        <w:jc w:val="right"/>
      </w:pPr>
      <w:r>
        <w:t>تو حدیبیہ میں یہ تھا کہ رسول اللہ کا سامنا ہوا جو آپ کا جو ہوسٹائل گروپ تھا، اس سے یعنی مکہ والے جو لوگ تھے، اس وقت وہ آپ کا ہوسٹائل، ہوسٹائل بن گئے تھے۔</w:t>
      </w:r>
    </w:p>
    <w:p>
      <w:r>
        <w:rPr>
          <w:b/>
        </w:rPr>
        <w:t xml:space="preserve">[27:30] </w:t>
      </w:r>
      <w:r>
        <w:t>to yeh jo hostile group tha, woh chahta tha aap se larna. aap chahte thay larnay, larai ko avoid karen.</w:t>
      </w:r>
    </w:p>
    <w:p>
      <w:pPr>
        <w:jc w:val="right"/>
      </w:pPr>
      <w:r>
        <w:t>تو یہ جو ہوسٹائل گروپ تھا، وہ چاہتا تھا آپ سے لڑنا۔ آپ چاہتے تھے لڑنے، لڑائی کو اوائڈ کریں۔</w:t>
      </w:r>
    </w:p>
    <w:p>
      <w:r>
        <w:rPr>
          <w:b/>
        </w:rPr>
        <w:t xml:space="preserve">[27:41] </w:t>
      </w:r>
      <w:r>
        <w:t>lekin itni situation itni ziyada bigri hui thi ke war ko avoid karne ke liye aap ko aik bhari prize deni pari.</w:t>
      </w:r>
    </w:p>
    <w:p>
      <w:pPr>
        <w:jc w:val="right"/>
      </w:pPr>
      <w:r>
        <w:t>لیکن اتنی سچویشن اتنی زیادہ بگڑی ہوئی تھی کہ وار کو اوائڈ کرنے کے لیے آپ کو ایک بھاری پرائز دینی پڑی۔</w:t>
      </w:r>
    </w:p>
    <w:p>
      <w:r>
        <w:rPr>
          <w:b/>
        </w:rPr>
        <w:t xml:space="preserve">[27:52] </w:t>
      </w:r>
      <w:r>
        <w:t>prize yeh deni pari aap ko ke other party ke ke unilateral conditions ko manna para aap ko.</w:t>
      </w:r>
    </w:p>
    <w:p>
      <w:pPr>
        <w:jc w:val="right"/>
      </w:pPr>
      <w:r>
        <w:t>پرائز یہ دینی پڑی آپ کو کہ ادر پارٹی کے کہ ان لیٹرل کنڈیشنز کو ماننا پڑا آپ کو۔</w:t>
      </w:r>
    </w:p>
    <w:p>
      <w:r>
        <w:rPr>
          <w:b/>
        </w:rPr>
        <w:t xml:space="preserve">[28:07] </w:t>
      </w:r>
      <w:r>
        <w:t>unilateral condition par aap ne un se peace treaty kiya tha hudaybiya ke mauqay par.</w:t>
      </w:r>
    </w:p>
    <w:p>
      <w:pPr>
        <w:jc w:val="right"/>
      </w:pPr>
      <w:r>
        <w:t>ان لیٹرل کنڈیشن پر آپ نے ان سے پیس ٹریٹی کیا تھا حدیبیہ کے موقع پر۔</w:t>
      </w:r>
    </w:p>
    <w:p>
      <w:r>
        <w:rPr>
          <w:b/>
        </w:rPr>
        <w:t xml:space="preserve">[28:16] </w:t>
      </w:r>
      <w:r>
        <w:t>to yeh aap ne apni choice se aisa kiya, apni azadana intekhab ke tehat aap ne aisa kiya, jis mein koi compulsion nahi tha doosre ka.</w:t>
      </w:r>
    </w:p>
    <w:p>
      <w:pPr>
        <w:jc w:val="right"/>
      </w:pPr>
      <w:r>
        <w:t>تو یہ آپ نے اپنی چوائس سے ایسا کیا، اپنی آزادانہ انتخاب کے تحت آپ نے ایسا کیا، جس میں کوئی کمپریشن نہیں تھا دوسرے کا۔</w:t>
      </w:r>
    </w:p>
    <w:p>
      <w:r>
        <w:rPr>
          <w:b/>
        </w:rPr>
        <w:t xml:space="preserve">[28:27] </w:t>
      </w:r>
      <w:r>
        <w:t>aap ne khud socha ke is waqt yahi mere liye acha hai ke main kisi na kisi tarah se larai ko avoid karoon, chahe mujhe un ki condition ko manna paray.</w:t>
      </w:r>
    </w:p>
    <w:p>
      <w:pPr>
        <w:jc w:val="right"/>
      </w:pPr>
      <w:r>
        <w:t>آپ نے خود سوچا کہ اس وقت یہی میرے لیے اچھا ہے کہ میں کسی نہ کسی طرح سے لڑائی کو اوائڈ کروں، چاہے مجھے ان کی کنڈیشن کو ماننا پڑے۔</w:t>
      </w:r>
    </w:p>
    <w:p>
      <w:r>
        <w:rPr>
          <w:b/>
        </w:rPr>
        <w:t xml:space="preserve">[28:42] </w:t>
      </w:r>
      <w:r>
        <w:t>yani hostile group ki condition ko manna paray mujhe, tab bhi mujhe peace ko maintain karna chahiye. yeh aap ne soch kar ke yeh faisla kiya.</w:t>
      </w:r>
    </w:p>
    <w:p>
      <w:pPr>
        <w:jc w:val="right"/>
      </w:pPr>
      <w:r>
        <w:t>یعنی ہوسٹائل گروپ کی کنڈیشن کو ماننا پڑے مجھے، تب بھی مجھے پیس کو مینٹین کرنا چاہیے۔ یہ آپ نے سوچ کر کے یہ فیصلہ کیا۔</w:t>
      </w:r>
    </w:p>
    <w:p>
      <w:r>
        <w:rPr>
          <w:b/>
        </w:rPr>
        <w:t xml:space="preserve">[28:52] </w:t>
      </w:r>
      <w:r>
        <w:t>chunaancha peace treaty hua, yani hudaybiya agreement hua. us ko aap parhiye kitabon mein. hudaybiya agreement basically no war pact tha ke hamare aur aap ke darmiyan larai nahi hogi.</w:t>
      </w:r>
    </w:p>
    <w:p>
      <w:pPr>
        <w:jc w:val="right"/>
      </w:pPr>
      <w:r>
        <w:t>چنانچہ پیس ٹریٹی ہوا، یعنی حدیبیہ ایگریمنٹ ہوا۔ اس کو آپ پڑھیے کتابوں میں۔ حدیبیہ ایگریمنٹ بیسیکلی نو وار پیکٹ تھا کہ ہمارے اور آپ کے درمیان لڑائی نہیں ہوگی۔</w:t>
      </w:r>
    </w:p>
    <w:p>
      <w:r>
        <w:rPr>
          <w:b/>
        </w:rPr>
        <w:t xml:space="preserve">[29:10] </w:t>
      </w:r>
      <w:r>
        <w:t>hudaybiya se pehle dono ke dono aik doosre ke khilaf at war thay. hudaybiya se pehle yani migration ke baad aur hudaybiya tak ka jo period hai, hijrat ke baad se le kar hudaybiya tak ka jo period hai,</w:t>
      </w:r>
    </w:p>
    <w:p>
      <w:pPr>
        <w:jc w:val="right"/>
      </w:pPr>
      <w:r>
        <w:t>حدیبیہ سے پہلے دونوں کے دونوں ایک دوسرے کے خلاف ایٹ وار تھے۔ حدیبیہ سے پہلے یعنی مائیگریشن کے بعد اور حدیبیہ تک کا جو پیریڈ ہے، ہجرت کے بعد سے لے کر حدیبیہ تک کا جو پیریڈ ہے،</w:t>
      </w:r>
    </w:p>
    <w:p>
      <w:r>
        <w:rPr>
          <w:b/>
        </w:rPr>
        <w:t xml:space="preserve">[29:27] </w:t>
      </w:r>
      <w:r>
        <w:t>is mein rasool Allah aur doosra jo group tha, dono at war thay.</w:t>
      </w:r>
    </w:p>
    <w:p>
      <w:pPr>
        <w:jc w:val="right"/>
      </w:pPr>
      <w:r>
        <w:t>اس میں رسول اللہ اور دوسرا جو گروپ تھا، دونوں ایٹ وار تھے۔</w:t>
      </w:r>
    </w:p>
    <w:p>
      <w:r>
        <w:rPr>
          <w:b/>
        </w:rPr>
        <w:t xml:space="preserve">[29:35] </w:t>
      </w:r>
      <w:r>
        <w:t>to hudaybiya ke mauqay par aap ne chaha ke yeh khatam ho, war ki situation khatam ho, peace ki situation aa jaye.</w:t>
      </w:r>
    </w:p>
    <w:p>
      <w:pPr>
        <w:jc w:val="right"/>
      </w:pPr>
      <w:r>
        <w:t>تو حدیبیہ کے موقع پر آپ نے چاہا کہ یہ ختم ہو، وار کی سچویشن ختم ہو، پیس کی سچویشن آ جائے۔</w:t>
      </w:r>
    </w:p>
    <w:p>
      <w:r>
        <w:rPr>
          <w:b/>
        </w:rPr>
        <w:t xml:space="preserve">[29:50] </w:t>
      </w:r>
      <w:r>
        <w:t>magar unhon ne insist kiya ke aap ko yeh aur yeh aur yeh condition bandhni pare gi. inhi ki apni, inhi condition. misaal ke tor par aik mein misaal deta hoon ke kya condition thi un ki,</w:t>
      </w:r>
    </w:p>
    <w:p>
      <w:pPr>
        <w:jc w:val="right"/>
      </w:pPr>
      <w:r>
        <w:t>مگر انہوں نے انسسٹ کیا کہ آپ کو یہ اور یہ اور یہ کنڈیشن باندھنی پڑے گی۔ انہی کی اپنی، انہی کنڈیشن۔ مثال کے طور پر ایک میں مثال دیتا ہوں کہ کیا کنڈیشن تھی ان کی،</w:t>
      </w:r>
    </w:p>
    <w:p>
      <w:r>
        <w:rPr>
          <w:b/>
        </w:rPr>
        <w:t xml:space="preserve">[30:05] </w:t>
      </w:r>
      <w:r>
        <w:t>kis qism ki. sab ki sab aisi hi thi. aap ka aadmi agar hamein mil jaye to hum makkah mein band kar denge us ko. hamara aadmi koi mil jaye aap ko to aap ko lotana paray ga.</w:t>
      </w:r>
    </w:p>
    <w:p>
      <w:pPr>
        <w:jc w:val="right"/>
      </w:pPr>
      <w:r>
        <w:t>کس قسم کی۔ سب کی سب ایسی ہی تھی۔ آپ کا آدمی اگر ہمیں مل جائے تو ہم مکے میں بند کر دیں گے اس کو۔ ہمارا آدمی کوئی مل جائے آپ کو تو آپ کو لوٹانا پڑے گا۔</w:t>
      </w:r>
    </w:p>
    <w:p>
      <w:r>
        <w:rPr>
          <w:b/>
        </w:rPr>
        <w:t xml:space="preserve">[30:17] </w:t>
      </w:r>
      <w:r>
        <w:t>ab dekhiye, kitni yeh unilateral condition thi. yeh isi tarah ki unilateral condition par unhon ne is ka insist kiya.</w:t>
      </w:r>
    </w:p>
    <w:p>
      <w:pPr>
        <w:jc w:val="right"/>
      </w:pPr>
      <w:r>
        <w:t>اب دیکھیے، کتنی یہ ان لیٹرل کنڈیشن تھی۔ یہ اسی طرح کی ان لیٹرل کنڈیشن پر انہوں نے اس کا انسسٹ کیا۔</w:t>
      </w:r>
    </w:p>
    <w:p>
      <w:r>
        <w:rPr>
          <w:b/>
        </w:rPr>
        <w:t xml:space="preserve">[30:30] </w:t>
      </w:r>
      <w:r>
        <w:t>aap ne un ki sari conditions ko maan liya,</w:t>
      </w:r>
    </w:p>
    <w:p>
      <w:pPr>
        <w:jc w:val="right"/>
      </w:pPr>
      <w:r>
        <w:t>آپ نے ان کی ساری کنڈیشنز کو مان لیا،</w:t>
      </w:r>
    </w:p>
    <w:p>
      <w:r>
        <w:rPr>
          <w:b/>
        </w:rPr>
        <w:t xml:space="preserve">[30:34] </w:t>
      </w:r>
      <w:r>
        <w:t>sirf is liye ke 10, das saal ka no war pact un se karna tha aap ko. yahan tak ke ajeeb baat hai ke jab woh likha ja raha tha,</w:t>
      </w:r>
    </w:p>
    <w:p>
      <w:pPr>
        <w:jc w:val="right"/>
      </w:pPr>
      <w:r>
        <w:t>صرف اس لیے کہ 10، دس سال کا نو وار پیکٹ ان سے کرنا تھا آپ کو۔ یہاں تک کہ عجیب بات ہے کہ جب وہ لکھا جا رہا تھا،</w:t>
      </w:r>
    </w:p>
    <w:p>
      <w:r>
        <w:rPr>
          <w:b/>
        </w:rPr>
        <w:t xml:space="preserve">[30:49] </w:t>
      </w:r>
      <w:r>
        <w:t>yani agreement paper pe likha ja raha tha ke is par likha gaya ke Muhammad Rasool Allah, un ki party ka naam likha gaya, idhar ka naam likha gaya Muhammad Rasool Allah.</w:t>
      </w:r>
    </w:p>
    <w:p>
      <w:pPr>
        <w:jc w:val="right"/>
      </w:pPr>
      <w:r>
        <w:t>یعنی ایگریمنٹ پیپر پہ لکھا جا رہا تھا کہ اس پر لکھا گیا کہ محمد رسول اللہ، ان کی پارٹی کا نام لکھا گیا، ادھر کا نام لکھا گیا محمد رسول اللہ۔</w:t>
      </w:r>
    </w:p>
    <w:p>
      <w:r>
        <w:rPr>
          <w:b/>
        </w:rPr>
        <w:t xml:space="preserve">[31:07] </w:t>
      </w:r>
      <w:r>
        <w:t>to unhon ne kaha ke hum ko rasool mante, hum to aap ko rasool mante nahi. aap ne kyun likh diya</w:t>
      </w:r>
    </w:p>
    <w:p>
      <w:pPr>
        <w:jc w:val="right"/>
      </w:pPr>
      <w:r>
        <w:t>تو انہوں نے کہا کہ ہم کو رسول مانتے، ہم تو آپ کو رسول مانتے نہیں۔ آپ نے کیوں لکھ دیا</w:t>
      </w:r>
    </w:p>
    <w:p>
      <w:r>
        <w:rPr>
          <w:b/>
        </w:rPr>
        <w:t xml:space="preserve">[31:13] </w:t>
      </w:r>
      <w:r>
        <w:t>Rasool Allah? kyun likh diya aap ne? aap likhiye Muhammad bin Abdullah, yani simply apna naam likhiye. bas Hazrat Ali likh rahe thay.</w:t>
      </w:r>
    </w:p>
    <w:p>
      <w:pPr>
        <w:jc w:val="right"/>
      </w:pPr>
      <w:r>
        <w:t>رسول اللہ؟ کیوں لکھ دیا آپ نے؟ آپ لکھیے محمد بن عبداللہ، یعنی سمپلی اپنا نام لکھیے۔ بس حضرت علی لکھ رہے تھے۔</w:t>
      </w:r>
    </w:p>
    <w:p>
      <w:r>
        <w:rPr>
          <w:b/>
        </w:rPr>
        <w:t xml:space="preserve">[31:24] </w:t>
      </w:r>
      <w:r>
        <w:t>Hazrat Ali jo thay, woh agreement ko likh rahe thay. to unhon ne likh diya Muhammad Rasool Allah. unhon ne kaha ke nahi, aap mitaiye Rasool Allah ko, mitaiye aap likhiye Muhammad bin Abdullah.</w:t>
      </w:r>
    </w:p>
    <w:p>
      <w:pPr>
        <w:jc w:val="right"/>
      </w:pPr>
      <w:r>
        <w:t>حضرت علی جو تھے، وہ ایگریمنٹ کو لکھ رہے تھے۔ تو انہوں نے لکھ دیا محمد رسول اللہ۔ انہوں نے کہا کہ نہیں، آپ مٹائیے رسول اللہ کو، مٹائیے آپ لکھیے محمد بن عبداللہ۔</w:t>
      </w:r>
    </w:p>
    <w:p>
      <w:r>
        <w:rPr>
          <w:b/>
        </w:rPr>
        <w:t xml:space="preserve">[31:38] </w:t>
      </w:r>
      <w:r>
        <w:t>ab bataiye ke aap ki yahi asal thi aap ki hesiyat ke aap Rasool Allah thay, aap Khuda ke prophet thay.</w:t>
      </w:r>
    </w:p>
    <w:p>
      <w:pPr>
        <w:jc w:val="right"/>
      </w:pPr>
      <w:r>
        <w:t>اب بتائیے کہ آپ کی یہی اصل تھی آپ کی حیثیت کہ آپ رسول اللہ تھے، آپ خدا کے پرافٹ تھے۔</w:t>
      </w:r>
    </w:p>
    <w:p>
      <w:r>
        <w:rPr>
          <w:b/>
        </w:rPr>
        <w:t xml:space="preserve">[31:48] </w:t>
      </w:r>
      <w:r>
        <w:t>us ko bhi mita diya aap ne ke chalo bhai mita dete hain paper par. paper ke bahir to meri position wahi hai, magar paper pe tum kehte ho to hum mita dete hain.</w:t>
      </w:r>
    </w:p>
    <w:p>
      <w:pPr>
        <w:jc w:val="right"/>
      </w:pPr>
      <w:r>
        <w:t>اس کو بھی مٹا دیا آپ نے کہ چلو بھئی مٹا دیتے ہیں پیپر پر۔ پیپر کے باہر تو میری پوزیشن وہی ہے، مگر پیپر پہ تم کہتے ہو تو ہم مٹا دیتے ہیں۔</w:t>
      </w:r>
    </w:p>
    <w:p>
      <w:r>
        <w:rPr>
          <w:b/>
        </w:rPr>
        <w:t xml:space="preserve">[32:04] </w:t>
      </w:r>
      <w:r>
        <w:t>is tarah se unilateral condition par aap ne hudaybiya agreement kiya. yeh tha peace agreement by choice.</w:t>
      </w:r>
    </w:p>
    <w:p>
      <w:pPr>
        <w:jc w:val="right"/>
      </w:pPr>
      <w:r>
        <w:t>اس طرح سے ان لیٹرل کنڈیشن پر آپ نے حدیبیہ ایگریمنٹ کیا۔ یہ تھا پیس ایگریمنٹ بائی چوائس۔</w:t>
      </w:r>
    </w:p>
    <w:p>
      <w:r>
        <w:rPr>
          <w:b/>
        </w:rPr>
        <w:t xml:space="preserve">[32:17] </w:t>
      </w:r>
      <w:r>
        <w:t>yeh rasool Allah ke liye tha peace agreement by choice.</w:t>
      </w:r>
    </w:p>
    <w:p>
      <w:pPr>
        <w:jc w:val="right"/>
      </w:pPr>
      <w:r>
        <w:t>یہ رسول اللہ کے لیے تھا پیس ایگریمنٹ بائی چوائس۔</w:t>
      </w:r>
    </w:p>
    <w:p>
      <w:r>
        <w:rPr>
          <w:b/>
        </w:rPr>
        <w:t xml:space="preserve">[32:24] </w:t>
      </w:r>
      <w:r>
        <w:t>is ka itna faida hua ke do saal ke andar andar itne saare log Islam mein dakhil ho gaye ke us waqt thay kul dedh hazar aadmi, dedh hazar aur do saal ke andar 10 tha ho gaye.</w:t>
      </w:r>
    </w:p>
    <w:p>
      <w:pPr>
        <w:jc w:val="right"/>
      </w:pPr>
      <w:r>
        <w:t>اس کا اتنا فائدہ ہوا کہ دو سال کے اندر اندر اتنے سارے لوگ اسلام میں داخل ہو گئے کہ اس وقت تھے کل ڈیڑھ ہزار آدمی، ڈیڑھ ہزار اور دو سال کے اندر 10 تھا ہو گئے۔</w:t>
      </w:r>
    </w:p>
    <w:p>
      <w:r>
        <w:rPr>
          <w:b/>
        </w:rPr>
        <w:t xml:space="preserve">[32:40] </w:t>
      </w:r>
      <w:r>
        <w:t>to number itna barh gaya ke number hi kafi ho gaya aap ko jeetne ke liye</w:t>
      </w:r>
    </w:p>
    <w:p>
      <w:pPr>
        <w:jc w:val="right"/>
      </w:pPr>
      <w:r>
        <w:t>تو نمبر اتنا بڑھ گیا کہ نمبر ہی کافی ہو گیا آپ کو جیتنے کے لیے</w:t>
      </w:r>
    </w:p>
    <w:p>
      <w:r>
        <w:rPr>
          <w:b/>
        </w:rPr>
        <w:t xml:space="preserve">[32:49] </w:t>
      </w:r>
      <w:r>
        <w:t>baghair larai ke.</w:t>
      </w:r>
    </w:p>
    <w:p>
      <w:pPr>
        <w:jc w:val="right"/>
      </w:pPr>
      <w:r>
        <w:t>بغیر لڑائی کے۔</w:t>
      </w:r>
    </w:p>
    <w:p>
      <w:r>
        <w:rPr>
          <w:b/>
        </w:rPr>
        <w:t xml:space="preserve">[32:53] </w:t>
      </w:r>
      <w:r>
        <w:t>baghair larai ke. ab dekhiye, yeh to tha peace by choice ka yani result.</w:t>
      </w:r>
    </w:p>
    <w:p>
      <w:pPr>
        <w:jc w:val="right"/>
      </w:pPr>
      <w:r>
        <w:t>بغیر لڑائی کے۔ اب دیکھیے، یہ تو تھا پیس بائی چوائس کا یعنی رزلٹ۔</w:t>
      </w:r>
    </w:p>
    <w:p>
      <w:r>
        <w:rPr>
          <w:b/>
        </w:rPr>
        <w:t xml:space="preserve">[33:06] </w:t>
      </w:r>
      <w:r>
        <w:t>peace by choice. ab peace by compression ki misaal lijiye. aap</w:t>
      </w:r>
    </w:p>
    <w:p>
      <w:pPr>
        <w:jc w:val="right"/>
      </w:pPr>
      <w:r>
        <w:t>پیس بائی چوائس۔ اب پیس بائی کمپریشن کی مثال لیجئے۔ آپ</w:t>
      </w:r>
    </w:p>
    <w:p>
      <w:r>
        <w:rPr>
          <w:b/>
        </w:rPr>
        <w:t xml:space="preserve">[33:13] </w:t>
      </w:r>
      <w:r>
        <w:t>thirteen century mein aap jante hain ke tatariyon ne attack kiya. us waqt ummat khilafat thi aur bohat bara raqba tha.</w:t>
      </w:r>
    </w:p>
    <w:p>
      <w:pPr>
        <w:jc w:val="right"/>
      </w:pPr>
      <w:r>
        <w:t>تھرٹین سینچری میں آپ جانتے ہیں کہ تاتاریوں نے اٹیک کیا۔ اس وقت امیت خلیفت تھی اور بہت بڑا رقبہ تھا۔</w:t>
      </w:r>
    </w:p>
    <w:p>
      <w:r>
        <w:rPr>
          <w:b/>
        </w:rPr>
        <w:t xml:space="preserve">[33:29] </w:t>
      </w:r>
      <w:r>
        <w:t>bohat saare mulk thay woh</w:t>
      </w:r>
    </w:p>
    <w:p>
      <w:pPr>
        <w:jc w:val="right"/>
      </w:pPr>
      <w:r>
        <w:t>بہت سارے ملک تھے وہ</w:t>
      </w:r>
    </w:p>
    <w:p>
      <w:r>
        <w:rPr>
          <w:b/>
        </w:rPr>
        <w:t xml:space="preserve">[33:33] </w:t>
      </w:r>
      <w:r>
        <w:t>Asia aur Africa ke. to us waqt Baghdad jo tha, woh rajdhani tha, Baghdad capital tha.</w:t>
      </w:r>
    </w:p>
    <w:p>
      <w:pPr>
        <w:jc w:val="right"/>
      </w:pPr>
      <w:r>
        <w:t>ایشیا اور افریقہ کے۔ تو اس وقت بغداد جو تھا، وہ راجدھانی تھا، بغداد کیپیٹل تھا۔</w:t>
      </w:r>
    </w:p>
    <w:p>
      <w:r>
        <w:rPr>
          <w:b/>
        </w:rPr>
        <w:t xml:space="preserve">[33:43] </w:t>
      </w:r>
      <w:r>
        <w:t>to unhon ne attack kiya. barah hazar ke bohat hi wahshi qism ke log thay, woh bohat maar kaat wale log thay, woh aur unhon ne sara yahan se Surqan se le kar ke Surqan se le kar ke Baghdad tak sab tabah kar diya.</w:t>
      </w:r>
    </w:p>
    <w:p>
      <w:pPr>
        <w:jc w:val="right"/>
      </w:pPr>
      <w:r>
        <w:t>تو انہوں نے اٹیک کیا۔ بارہ ہزار کے بہت ہی وحشی قسم کے لوگ تھے، وہ بہت مار کاٹ والے لوگ تھے، وہ اور انہوں نے سارا یہاں سے سورقن سے لے کر کے سورقن سے لے کر کے بغداد تک سب تباہ کر دیا۔</w:t>
      </w:r>
    </w:p>
    <w:p>
      <w:r>
        <w:rPr>
          <w:b/>
        </w:rPr>
        <w:t xml:space="preserve">[34:05] </w:t>
      </w:r>
      <w:r>
        <w:t>ab usman ko bohat ziyada defeat hui.</w:t>
      </w:r>
    </w:p>
    <w:p>
      <w:pPr>
        <w:jc w:val="right"/>
      </w:pPr>
      <w:r>
        <w:t>اب عثمان کو بہت زیادہ ڈیفیٹ ہوئی۔</w:t>
      </w:r>
    </w:p>
    <w:p>
      <w:r>
        <w:rPr>
          <w:b/>
        </w:rPr>
        <w:t xml:space="preserve">[34:10] </w:t>
      </w:r>
      <w:r>
        <w:t>itni defeat hui ke zaban mein kaha jaane laga ke "if you are told to be truthful" yani yeh ek saying ban gayi ke agar yeh kaha jaye ke tatari,</w:t>
      </w:r>
    </w:p>
    <w:p>
      <w:pPr>
        <w:jc w:val="right"/>
      </w:pPr>
      <w:r>
        <w:t>اتنی ڈیفیٹ ہوئی کہ زبان میں کہا جانے لگا کہ "اذا قیل لک ان تصدق" یعنی یہ ایک سینگ بن گئی کہ اگر یہ کہا جائے کہ تاتاری،</w:t>
      </w:r>
    </w:p>
    <w:p>
      <w:r>
        <w:rPr>
          <w:b/>
        </w:rPr>
        <w:t xml:space="preserve">[34:28] </w:t>
      </w:r>
      <w:r>
        <w:t>tatariyon ki defeat hui hogi to manna mat kyunke woh un ko defeat nahi de sakte hum log. yahan tak baat ho gayi thi.</w:t>
      </w:r>
    </w:p>
    <w:p>
      <w:pPr>
        <w:jc w:val="right"/>
      </w:pPr>
      <w:r>
        <w:t>تاتاریوں کی ڈیفیٹ ہوئی ہوگی تو ماننا مت کیونکہ وہ ان کو ڈیفیٹ نہیں دے سکتے ہم لوگ۔ یہاں تک بات ہو گئی تھی۔</w:t>
      </w:r>
    </w:p>
    <w:p>
      <w:r>
        <w:rPr>
          <w:b/>
        </w:rPr>
        <w:t xml:space="preserve">[34:37] </w:t>
      </w:r>
      <w:r>
        <w:t>to musalman majboor ho gaye ke peace by compression ka tareeqa ikhtiyar karein. bhai, lar sakte nahi thay to chup chap ho ke baith jana pada unhein.</w:t>
      </w:r>
    </w:p>
    <w:p>
      <w:pPr>
        <w:jc w:val="right"/>
      </w:pPr>
      <w:r>
        <w:t>تو مسلمان مجبور ہو گئے کہ پیس بائی کمپریشن کا طریقہ اختیار کریں۔ بھئی، لڑ سکتے نہیں تھے تو چپ چاپ ہو کے بیٹھ جانا پڑا انہیں۔</w:t>
      </w:r>
    </w:p>
    <w:p>
      <w:r>
        <w:rPr>
          <w:b/>
        </w:rPr>
        <w:t xml:space="preserve">[34:51] </w:t>
      </w:r>
      <w:r>
        <w:t>that was a peace by compression. yani un ke waqt tatariyon ke darmiyan larai bhirayi band ho gayi, interaction barh gaya kyunke rehte thay isi mein muslim bastiyon mein.</w:t>
      </w:r>
    </w:p>
    <w:p>
      <w:pPr>
        <w:jc w:val="right"/>
      </w:pPr>
      <w:r>
        <w:t>دیٹ واز ا پیس بائی کمپریشن۔ یعنی ان کے وقت تاتاریوں کے درمیان لڑائی بھڑائی بند ہو گئی، انٹریکشن بڑھ گیا کیونکہ رہتے تھے اسی میں مسلم بستیوں میں۔</w:t>
      </w:r>
    </w:p>
    <w:p>
      <w:r>
        <w:rPr>
          <w:b/>
        </w:rPr>
        <w:t xml:space="preserve">[35:06] </w:t>
      </w:r>
      <w:r>
        <w:t>interaction yani peaceful, yani larai to nahi hui lekin by compression peace qaim ho gaya. peaceful interaction shuru ho gaya, peaceful negotiation hone laga, peaceful dialogue hone laga.</w:t>
      </w:r>
    </w:p>
    <w:p>
      <w:pPr>
        <w:jc w:val="right"/>
      </w:pPr>
      <w:r>
        <w:t>انٹریکشن یعنی پیس فل، یعنی لڑائی تو نہیں ہوئی لیکن بائی کمپریشن پیس قائم ہو گیا۔ پیس فل انٹریکشن شروع ہو گیا، پیس فل نیگوشی ایشن ہونے لگا، پیس فل ڈائیلاگ ہونے لگا۔</w:t>
      </w:r>
    </w:p>
    <w:p>
      <w:r>
        <w:rPr>
          <w:b/>
        </w:rPr>
        <w:t xml:space="preserve">[35:23] </w:t>
      </w:r>
      <w:r>
        <w:t>jaise misaal ke taur par ek musalman ne pani ka glass liya aur "Bismillah-ir-Rahman-ir-Rahim" keh kar us ko peene laga.</w:t>
      </w:r>
    </w:p>
    <w:p>
      <w:pPr>
        <w:jc w:val="right"/>
      </w:pPr>
      <w:r>
        <w:t>جیسے مثال کے طور پر ایک مسلمان نے پانی کا گلاس لیا اور "بسم اللہ الرحمن الرحیم" کہہ کر اس کو پینے لگا۔</w:t>
      </w:r>
    </w:p>
    <w:p>
      <w:r>
        <w:rPr>
          <w:b/>
        </w:rPr>
        <w:t xml:space="preserve">[35:34] </w:t>
      </w:r>
      <w:r>
        <w:t>ab woh woh log jo thay, woh yeh sab jante nahi thay is culture ko. unhon ne poocha ke bhai, yeh "Bismillah-ir-Rahman-ir-Rahim" kya cheez hai? tum ne parha kyun?</w:t>
      </w:r>
    </w:p>
    <w:p>
      <w:pPr>
        <w:jc w:val="right"/>
      </w:pPr>
      <w:r>
        <w:t>اب وہ وہ لوگ جو تھے، وہ یہ سب جانتے نہیں تھے اس کلچر کو۔ انہوں نے پوچھا کہ بھئی، یہ "بسم اللہ الرحمن الرحیم" کیا چیز ہے؟ تم نے پڑھا کیوں؟</w:t>
      </w:r>
    </w:p>
    <w:p>
      <w:r>
        <w:rPr>
          <w:b/>
        </w:rPr>
        <w:t xml:space="preserve">[35:43] </w:t>
      </w:r>
      <w:r>
        <w:t>tum ne kaha "Bismillah-ir-Rahman-ir-Rahim". ab us ne bataya ke is ka yeh matlab hai, is ka yeh matlab hai. to interaction ke through apne aap dawah work hone l</w:t>
      </w:r>
    </w:p>
    <w:p>
      <w:pPr>
        <w:jc w:val="right"/>
      </w:pPr>
      <w:r>
        <w:t>تم نے کہا "بسم اللہ الرحمن الرحیم"۔ اب اس نے بتایا کہ اس کا یہ مطلب ہے، اس کا یہ مطلب ہے۔ تو انٹریکشن کے تھرو اپنے آپ دعویٰ ورک ہونے ل</w:t>
      </w:r>
    </w:p>
    <w:p>
      <w:r>
        <w:rPr>
          <w:b/>
        </w:rPr>
        <w:t xml:space="preserve">[35:59] </w:t>
      </w:r>
      <w:r>
        <w:t>ga. ab dekhiye ke wahan tha peace by option, is ka faida mila. wahan bhi dawah work hua yani peace by option ka jo mahaul tha wahan par Makka Madine mein, wahan bhi dawah work hua.</w:t>
      </w:r>
    </w:p>
    <w:p>
      <w:pPr>
        <w:jc w:val="right"/>
      </w:pPr>
      <w:r>
        <w:t>گا۔ اب دیکھیے کہ وہاں تھا پیس بائی اپشن، اس کا فائدہ ملا۔ وہاں بھی دعویٰ ورک ہوا یعنی پیس بائی اپشن کا جو ماحول تھا وہاں پر مکہ مدینے میں، وہاں بھی دعویٰ ورک ہوا۔</w:t>
      </w:r>
    </w:p>
    <w:p>
      <w:r>
        <w:rPr>
          <w:b/>
        </w:rPr>
        <w:t xml:space="preserve">[36:17] </w:t>
      </w:r>
      <w:r>
        <w:t>dawah work se log dedh hazar se barh kar 10 tha ho gaye do saal mein. yahan bhi dawah work hua,</w:t>
      </w:r>
    </w:p>
    <w:p>
      <w:pPr>
        <w:jc w:val="right"/>
      </w:pPr>
      <w:r>
        <w:t>دعویٰ ورک سے لوگ ڈیڑھ ہزار سے بڑھ کر 10 تھا ہو گئے دو سال میں۔ یہاں بھی دعویٰ ورک ہوا،</w:t>
      </w:r>
    </w:p>
    <w:p>
      <w:r>
        <w:rPr>
          <w:b/>
        </w:rPr>
        <w:t xml:space="preserve">[36:25] </w:t>
      </w:r>
      <w:r>
        <w:t>peace peace by compression. larai nahi hai, violence nahi hai, takrao nahi hai, talwarein nahi chal rahi hain.</w:t>
      </w:r>
    </w:p>
    <w:p>
      <w:pPr>
        <w:jc w:val="right"/>
      </w:pPr>
      <w:r>
        <w:t>پیس پیس بائی کمپریشن۔ لڑائی نہیں ہے، وائلیس نہیں ہے، ٹکراؤ نہیں ہے، تلواریں نہیں چل رہی ہیں۔</w:t>
      </w:r>
    </w:p>
    <w:p>
      <w:r>
        <w:rPr>
          <w:b/>
        </w:rPr>
        <w:t xml:space="preserve">[36:34] </w:t>
      </w:r>
      <w:r>
        <w:t>to kya hai, milenge aapas mein, baat cheet karenge, interaction karenge, dialogue karenge. woh hone laga.</w:t>
      </w:r>
    </w:p>
    <w:p>
      <w:pPr>
        <w:jc w:val="right"/>
      </w:pPr>
      <w:r>
        <w:t>تو کیا ہے، ملیں گے آپس میں، بات چیت کریں گے، انٹریکشن کریں گے، ڈائیلاگ کریں گے۔ وہ ہونے لگا۔</w:t>
      </w:r>
    </w:p>
    <w:p>
      <w:r>
        <w:rPr>
          <w:b/>
        </w:rPr>
        <w:t xml:space="preserve">[36:44] </w:t>
      </w:r>
      <w:r>
        <w:t>natija kya hua ke</w:t>
      </w:r>
    </w:p>
    <w:p>
      <w:pPr>
        <w:jc w:val="right"/>
      </w:pPr>
      <w:r>
        <w:t>نتیجہ کیا ہوا کہ</w:t>
      </w:r>
    </w:p>
    <w:p>
      <w:r>
        <w:rPr>
          <w:b/>
        </w:rPr>
        <w:t xml:space="preserve">[36:48] </w:t>
      </w:r>
      <w:r>
        <w:t>tatariyon ki majority jo hai, Islam mein aa gayi. majority yeh</w:t>
      </w:r>
    </w:p>
    <w:p>
      <w:pPr>
        <w:jc w:val="right"/>
      </w:pPr>
      <w:r>
        <w:t>تاتاریوں کی میجورٹی جو ہے، اسلام میں آ گئی۔ میجورٹی یہ</w:t>
      </w:r>
    </w:p>
    <w:p>
      <w:r>
        <w:rPr>
          <w:b/>
        </w:rPr>
        <w:t xml:space="preserve">[36:55] </w:t>
      </w:r>
      <w:r>
        <w:t>aan tak ke jo prince aur king thay, woh bhi islam mein aa gaye. to majority un ki islam mein aa gayi.</w:t>
      </w:r>
    </w:p>
    <w:p>
      <w:pPr>
        <w:jc w:val="right"/>
      </w:pPr>
      <w:r>
        <w:t>اں تک کہ جو پرنس اور کنگ تھے، وہ بھی اسلام میں آ گئے۔ تو میجورٹی ان کی اسلام میں آ گئی۔</w:t>
      </w:r>
    </w:p>
    <w:p>
      <w:r>
        <w:rPr>
          <w:b/>
        </w:rPr>
        <w:t xml:space="preserve">[37:06] </w:t>
      </w:r>
      <w:r>
        <w:t>ab woh yaani isi ko kisi ne kaha hai ke woh</w:t>
      </w:r>
    </w:p>
    <w:p>
      <w:pPr>
        <w:jc w:val="right"/>
      </w:pPr>
      <w:r>
        <w:t>اب وہ یعنی اسی کو کسی نے کہا ہے کہ وہ</w:t>
      </w:r>
    </w:p>
    <w:p>
      <w:r>
        <w:rPr>
          <w:b/>
        </w:rPr>
        <w:t xml:space="preserve">[37:16] </w:t>
      </w:r>
      <w:r>
        <w:t>kisi ne kaha hai ke jahan islam ki talwar fail ho gayi thi, wahan islam ka religion jo hai, us ne logon ko conquer kar diya.</w:t>
      </w:r>
    </w:p>
    <w:p>
      <w:pPr>
        <w:jc w:val="right"/>
      </w:pPr>
      <w:r>
        <w:t>کسی نے کہا ہے کہ جہاں اسلام کی تلوار فیل ہو گئی تھی، وہاں اسلام کا ریلیجن جو ہے، اس نے لوگوں کو کانکر کر دیا۔</w:t>
      </w:r>
    </w:p>
    <w:p>
      <w:r>
        <w:rPr>
          <w:b/>
        </w:rPr>
        <w:t xml:space="preserve">[37:32] </w:t>
      </w:r>
      <w:r>
        <w:t>The religion of Muslims have conquered where their arms have failed.</w:t>
      </w:r>
    </w:p>
    <w:p>
      <w:pPr>
        <w:jc w:val="right"/>
      </w:pPr>
      <w:r>
        <w:t>دا ریلیجن آف مسلمز ہیو کانکرڈ ویر دیر ارمز ہیو فیلڈ۔</w:t>
      </w:r>
    </w:p>
    <w:p>
      <w:r>
        <w:rPr>
          <w:b/>
        </w:rPr>
        <w:t xml:space="preserve">[37:40] </w:t>
      </w:r>
      <w:r>
        <w:t>The religion of Muslims have conquered where their arms had failed. To do misalein maine dein: ek tha peace by option ka, doosra peace by compression ka.</w:t>
      </w:r>
    </w:p>
    <w:p>
      <w:pPr>
        <w:jc w:val="right"/>
      </w:pPr>
      <w:r>
        <w:t>دا ریلیجن آف مسلمز ہیو کانکرڈ ویر دیر ارمز ہیڈ فیلڈ۔ تو دو مثالیں میں نے دیں: ایک تھا پیس بائی اپشن کا، دوسرا پیس بائی کمپریشن کا۔</w:t>
      </w:r>
    </w:p>
    <w:p>
      <w:r>
        <w:rPr>
          <w:b/>
        </w:rPr>
        <w:t xml:space="preserve">[37:58] </w:t>
      </w:r>
      <w:r>
        <w:t>to jis tarah se misaal ke taur par</w:t>
      </w:r>
    </w:p>
    <w:p>
      <w:pPr>
        <w:jc w:val="right"/>
      </w:pPr>
      <w:r>
        <w:t>تو جس طرح سے مثال کے طور پر</w:t>
      </w:r>
    </w:p>
    <w:p>
      <w:r>
        <w:rPr>
          <w:b/>
        </w:rPr>
        <w:t xml:space="preserve">[38:03] </w:t>
      </w:r>
      <w:r>
        <w:t>pani hai, agar koi aadmi pani na piye to us ko dehydration ho jayega. aap jante hain, body mein pani kami ho jayegi kyunke body mein to more than 80 percent pani hai.</w:t>
      </w:r>
    </w:p>
    <w:p>
      <w:pPr>
        <w:jc w:val="right"/>
      </w:pPr>
      <w:r>
        <w:t>پانی ہے، اگر کوئی آدمی پانی نہ پیئے تو اس کو ڈی ہائیڈریشن ہو جائے گا۔ آپ جانتے ہیں، باڈی میں پانی کمی ہو جائے گی کیونکہ باڈی میں تو مور دین 80 پرسنٹ پانی ہے۔</w:t>
      </w:r>
    </w:p>
    <w:p>
      <w:r>
        <w:rPr>
          <w:b/>
        </w:rPr>
        <w:t xml:space="preserve">[38:17] </w:t>
      </w:r>
      <w:r>
        <w:t>ab koi pani na piye kisi wajah se to dehydration ho jayega, bimar pad jayega. to</w:t>
      </w:r>
    </w:p>
    <w:p>
      <w:pPr>
        <w:jc w:val="right"/>
      </w:pPr>
      <w:r>
        <w:t>اب کوئی پانی نہ پیئے کسی وجہ سے تو ڈی ہائیڈریشن ہو جائے گا، بیمار پڑ جائے گا۔ تو</w:t>
      </w:r>
    </w:p>
    <w:p>
      <w:r>
        <w:rPr>
          <w:b/>
        </w:rPr>
        <w:t xml:space="preserve">[38:25] </w:t>
      </w:r>
      <w:r>
        <w:t>hospital mein us ko compulsorily pani us ko nalki ke zariye dala jata hai. yeh to pani mein pee raha hoon by option, lekin aap hospital mein ja kar dekhein to us aadmi ko bed pe leta dete hain aur aur nalki laga dete hain aur pani utarte hain us ke body mein.</w:t>
      </w:r>
    </w:p>
    <w:p>
      <w:pPr>
        <w:jc w:val="right"/>
      </w:pPr>
      <w:r>
        <w:t>ہاسپٹل میں اس کو کمپلسولی پانی اس کو نلکی کے ذریعے ڈالا جاتا ہے۔ یہ تو پانی میں پی رہا ہوں بائی اپشن، لیکن آپ ہاسپٹل میں جا کر دیکھیں تو اس آدمی کو بیڈ پہ لٹا دیتے ہیں اور اور نلکی لگا دیتے ہیں اور پانی اتارتے ہیں اس کے باڈی میں۔</w:t>
      </w:r>
    </w:p>
    <w:p>
      <w:r>
        <w:rPr>
          <w:b/>
        </w:rPr>
        <w:t xml:space="preserve">[38:50] </w:t>
      </w:r>
      <w:r>
        <w:t>to woh gaya ke by by by compression us ko pani pilaya jata hai aur yeh mein pee raha hoon by option. faida dono ka milta hai.</w:t>
      </w:r>
    </w:p>
    <w:p>
      <w:pPr>
        <w:jc w:val="right"/>
      </w:pPr>
      <w:r>
        <w:t>تو وہ گیا کہ بائے بائے بائے کمپریشن اس کو پانی پلایا جاتا ہے اور یہ میں پی رہا ہوں بائی اپشن۔ فائدہ دونوں کا ملتا ہے۔</w:t>
      </w:r>
    </w:p>
    <w:p>
      <w:r>
        <w:rPr>
          <w:b/>
        </w:rPr>
        <w:t xml:space="preserve">[39:01] </w:t>
      </w:r>
      <w:r>
        <w:t>by option pani piya aap ne, tab bhi faida hai aur by compression aap ke pani aap ki body mein dala gaya, tab bhi faida hai.</w:t>
      </w:r>
    </w:p>
    <w:p>
      <w:pPr>
        <w:jc w:val="right"/>
      </w:pPr>
      <w:r>
        <w:t>بائی اپشن پانی پیا آپ نے، تب بھی فائدہ ہے اور بائی کمپریشن آپ کے پانی آپ کی باڈی میں ڈالا گیا، تب بھی فائدہ ہے۔</w:t>
      </w:r>
    </w:p>
    <w:p>
      <w:r>
        <w:rPr>
          <w:b/>
        </w:rPr>
        <w:t xml:space="preserve">[39:10] </w:t>
      </w:r>
      <w:r>
        <w:t>aise hi muamla peace ka hai. peace itna zyada ach</w:t>
      </w:r>
    </w:p>
    <w:p>
      <w:pPr>
        <w:jc w:val="right"/>
      </w:pPr>
      <w:r>
        <w:t>ایسے ہی معاملہ پیس کا ہے۔ پیس اتنا زیادہ اچ</w:t>
      </w:r>
    </w:p>
    <w:p>
      <w:r>
        <w:rPr>
          <w:b/>
        </w:rPr>
        <w:t xml:space="preserve">[39:17] </w:t>
      </w:r>
      <w:r>
        <w:t>hi cheez hai, peace itna bada good hai ke kaise bhi peace aa jaye society mein to uska faida hi faida hoga,</w:t>
      </w:r>
    </w:p>
    <w:p>
      <w:pPr>
        <w:jc w:val="right"/>
      </w:pPr>
      <w:r>
        <w:t>ھی چیز ہے، پیس اتنا بڑا گڈ ہے کہ کیسے بھی پیس آ جائے سوسائٹی میں تو اس کا فائدہ ہی فائدہ ہوگا،</w:t>
      </w:r>
    </w:p>
    <w:p>
      <w:r>
        <w:rPr>
          <w:b/>
        </w:rPr>
        <w:t xml:space="preserve">[39:31] </w:t>
      </w:r>
      <w:r>
        <w:t>faida hi faida hoga. lekin peace ka word jo bol raha hoon mein, to kisi ne definition di hai peace ki ke absence of war.</w:t>
      </w:r>
    </w:p>
    <w:p>
      <w:pPr>
        <w:jc w:val="right"/>
      </w:pPr>
      <w:r>
        <w:t>فائدہ ہی فائدہ ہوگا۔ لیکن پیس کا ورڈ جو بول رہا ہوں میں، تو کسی نے ڈیفینیشن دی ہے پیس کی کہ ایبسنس آف وار۔</w:t>
      </w:r>
    </w:p>
    <w:p>
      <w:r>
        <w:rPr>
          <w:b/>
        </w:rPr>
        <w:t xml:space="preserve">[39:40] </w:t>
      </w:r>
      <w:r>
        <w:t>peace means absence of violence.</w:t>
      </w:r>
    </w:p>
    <w:p>
      <w:pPr>
        <w:jc w:val="right"/>
      </w:pPr>
      <w:r>
        <w:t>پیس مینز ایبسنس آف وائلنس۔</w:t>
      </w:r>
    </w:p>
    <w:p>
      <w:r>
        <w:rPr>
          <w:b/>
        </w:rPr>
        <w:t xml:space="preserve">[39:45] </w:t>
      </w:r>
      <w:r>
        <w:t>peace means absence of violence. yeh peace ki bohat hi yaani limited definition hai.</w:t>
      </w:r>
    </w:p>
    <w:p>
      <w:pPr>
        <w:jc w:val="right"/>
      </w:pPr>
      <w:r>
        <w:t>پیس مینز ایبسنس آف وائلنس۔ یہ پیس کی بہت ہی یعنی لمیٹڈ ڈیفینیشن ہے۔</w:t>
      </w:r>
    </w:p>
    <w:p>
      <w:r>
        <w:rPr>
          <w:b/>
        </w:rPr>
        <w:t xml:space="preserve">[39:56] </w:t>
      </w:r>
      <w:r>
        <w:t>dekhiye, peace jo hai, sab se pehle is ka taluq hota hai aap ke dil se, aap ke mind se.</w:t>
      </w:r>
    </w:p>
    <w:p>
      <w:pPr>
        <w:jc w:val="right"/>
      </w:pPr>
      <w:r>
        <w:t>دیکھیے، پیس جو ہے، سب سے پہلے اس کا تعلق ہوتا ہے آپ کے دل سے، آپ کے مائنڈ سے۔</w:t>
      </w:r>
    </w:p>
    <w:p>
      <w:r>
        <w:rPr>
          <w:b/>
        </w:rPr>
        <w:t xml:space="preserve">[40:05] </w:t>
      </w:r>
      <w:r>
        <w:t>unesco mein is ka jo hai motto us mein hai ke "war begins from mind, violence begins from mind".</w:t>
      </w:r>
    </w:p>
    <w:p>
      <w:pPr>
        <w:jc w:val="right"/>
      </w:pPr>
      <w:r>
        <w:t>یونیسکو میں اس کا جو ہے موٹو اس میں ہے کہ "وار بگنز فرام مائنڈ، وائلنس بگنز فرام مائنڈ"۔</w:t>
      </w:r>
    </w:p>
    <w:p>
      <w:r>
        <w:rPr>
          <w:b/>
        </w:rPr>
        <w:t xml:space="preserve">[40:15] </w:t>
      </w:r>
      <w:r>
        <w:t>to ek woh violence hai jo bahar hota hai, battlefield mein hota hai, ek aur violence hai jo mere dil mein hota hai.</w:t>
      </w:r>
    </w:p>
    <w:p>
      <w:pPr>
        <w:jc w:val="right"/>
      </w:pPr>
      <w:r>
        <w:t>تو ایک وہ وائلنس ہے جو باہر ہوتا ہے، بیٹل فیلڈ میں ہوتا ہے، ایک اور وائلنس ہے جو میرے دل میں ہوتا ہے۔</w:t>
      </w:r>
    </w:p>
    <w:p>
      <w:r>
        <w:rPr>
          <w:b/>
        </w:rPr>
        <w:t xml:space="preserve">[40:27] </w:t>
      </w:r>
      <w:r>
        <w:t>donon in equally woh hain, nuksan wali cheezein hain, donon ke donon.</w:t>
      </w:r>
    </w:p>
    <w:p>
      <w:pPr>
        <w:jc w:val="right"/>
      </w:pPr>
      <w:r>
        <w:t>دونوں ان ایکولی وہ ہیں، نقصان والی چیزیں ہیں، دونوں کے دونوں۔</w:t>
      </w:r>
    </w:p>
    <w:p>
      <w:r>
        <w:rPr>
          <w:b/>
        </w:rPr>
        <w:t xml:space="preserve">[40:43] </w:t>
      </w:r>
      <w:r>
        <w:t>yaani violence sirf yahi nahi ke bahar hamare bahar larai ho rahi hai, violence yeh bhi hai ke mere dil mein negative thought bhar gaye, complain bhar gaya, protest bhar gaya, intolerance bhar gaya.</w:t>
      </w:r>
    </w:p>
    <w:p>
      <w:pPr>
        <w:jc w:val="right"/>
      </w:pPr>
      <w:r>
        <w:t>یعنی وائلنس صرف یہی نہیں کہ باہر ہمارے باہر لڑائی ہو رہی ہے، وائلنس یہ بھی ہے کہ میرے دل میں نیگیٹیو تھاٹ بھر گئے، کمپلین بھر گیا، پروٹیسٹ بھر گیا، انٹولرنس بھر گیا۔</w:t>
      </w:r>
    </w:p>
    <w:p>
      <w:r>
        <w:rPr>
          <w:b/>
        </w:rPr>
        <w:t xml:space="preserve">[40:57] </w:t>
      </w:r>
      <w:r>
        <w:t>woh bhi wahi cheez hai. to complete to mein peace ka word jo hai, mein bohat hi comprehensive sense mein bol raha hoon,</w:t>
      </w:r>
    </w:p>
    <w:p>
      <w:pPr>
        <w:jc w:val="right"/>
      </w:pPr>
      <w:r>
        <w:t>وہ بھی وہی چیز ہے۔ تو کمپلیٹ تو میں پیس کا ورڈ جو ہے، میں بہت ہی کمپریحسو سینس میں بول رہا ہوں،</w:t>
      </w:r>
    </w:p>
    <w:p>
      <w:r>
        <w:rPr>
          <w:b/>
        </w:rPr>
        <w:t xml:space="preserve">[41:11] </w:t>
      </w:r>
      <w:r>
        <w:t>sirf absence of war ke sense mein nahi bol raha hoon. to is qism ka peace, jo peace ka mein arz kar raha hoon, is sense mein peace kahin ho, kahin woh prevail kare.</w:t>
      </w:r>
    </w:p>
    <w:p>
      <w:pPr>
        <w:jc w:val="right"/>
      </w:pPr>
      <w:r>
        <w:t>صرف ایبسنس آف وار کے سینس میں نہیں بول رہا ہوں۔ تو اس قسم کا پیس، جو پیس کا میں عرض کر رہا ہوں، اس سینس میں پیس کہیں ہو، کہیں وہ پریویل کرے۔</w:t>
      </w:r>
    </w:p>
    <w:p>
      <w:r>
        <w:rPr>
          <w:b/>
        </w:rPr>
        <w:t xml:space="preserve">[41:28] </w:t>
      </w:r>
      <w:r>
        <w:t>to chahe jaise bhi peace aayi ho, haar kar aayi ho, jeet kar aayi ho, compulsorily aayi ho, by option aayi ho, kisi bhi tareeqe se peace agar aa gaya hai to uska faida hi faida hai.</w:t>
      </w:r>
    </w:p>
    <w:p>
      <w:pPr>
        <w:jc w:val="right"/>
      </w:pPr>
      <w:r>
        <w:t>تو چاہے جیسے بھی پیس آئی ہو، ہار کر آئی ہو، جیت کر آئی ہو، کمپلسولی آئی ہو، بائی اپشن آئی ہو، کسی بھی طریقے سے پیس اگر آ گیا ہے تو اس کا فائدہ ہی فائدہ ہے۔</w:t>
      </w:r>
    </w:p>
    <w:p>
      <w:r>
        <w:rPr>
          <w:b/>
        </w:rPr>
        <w:t xml:space="preserve">[41:43] </w:t>
      </w:r>
      <w:r>
        <w:t>har haal mein is ka faida hai. jahan peace rahegi, wahan education badhegi, constructive activities wahan badhengi.</w:t>
      </w:r>
    </w:p>
    <w:p>
      <w:pPr>
        <w:jc w:val="right"/>
      </w:pPr>
      <w:r>
        <w:t>ہر حال میں اس کا فائدہ ہے۔ جہاں پیس رہے گی، وہاں ایجوکیشن بڑھے گی، کنسٹرکٹیو ایکٹیویٹیز وہاں بڑھیں گی۔</w:t>
      </w:r>
    </w:p>
    <w:p>
      <w:r>
        <w:rPr>
          <w:b/>
        </w:rPr>
        <w:t xml:space="preserve">[41:55] </w:t>
      </w:r>
      <w:r>
        <w:t>jo bachay hain, jo naujawan log hain, woh apnay kaam mein lagen gay, apna job karein gay, parhay likhay ga. logon ke andar positive thinking aye gi,</w:t>
      </w:r>
    </w:p>
    <w:p>
      <w:pPr>
        <w:jc w:val="right"/>
      </w:pPr>
      <w:r>
        <w:t>جو بچے ہیں، جو نوجوان لوگ ہیں، وہ اپنے کام میں لگیں گے، اپنا جاب کریں گے، پڑھے لکھیں گے۔ لوگوں کے اندر پازیٹیو تھنکنگ آئے گی،</w:t>
      </w:r>
    </w:p>
    <w:p>
      <w:r>
        <w:rPr>
          <w:b/>
        </w:rPr>
        <w:t xml:space="preserve">[42:09] </w:t>
      </w:r>
      <w:r>
        <w:t>opportunities ko talash karein gay. dekhein, jis mind mein violence bhara hua ho, hate bhara hua ho, to woh opportunity ko nahi talash karta, woh to apni enemy ko talash kare ga.</w:t>
      </w:r>
    </w:p>
    <w:p>
      <w:pPr>
        <w:jc w:val="right"/>
      </w:pPr>
      <w:r>
        <w:t>اپرچونیٹیز کو تلاش کریں گے۔ دیکھیں، جس مائنڈ میں وائلنس بھرا ہوا ہو، ہیٹ بھرا ہوا ہو، تو وہ اپرچونیٹی کو نہیں تلاش کرتا، وہ تو اپنی انمی کو تلاش کرے گا۔</w:t>
      </w:r>
    </w:p>
    <w:p>
      <w:r>
        <w:rPr>
          <w:b/>
        </w:rPr>
        <w:t xml:space="preserve">[42:24] </w:t>
      </w:r>
      <w:r>
        <w:t>enemy hai, us ko maro.</w:t>
      </w:r>
    </w:p>
    <w:p>
      <w:pPr>
        <w:jc w:val="right"/>
      </w:pPr>
      <w:r>
        <w:t>انمی ہے، اس کو مارو۔</w:t>
      </w:r>
    </w:p>
    <w:p>
      <w:r>
        <w:rPr>
          <w:b/>
        </w:rPr>
        <w:t xml:space="preserve">[42:28] </w:t>
      </w:r>
      <w:r>
        <w:t>opportunity ko talash karne ka kaam wahi kare ga jis ke mind mein hate na ho, violence na ho. to kitna bara faiday ki cheez hai peace ke aap ke mind mein agar peace hai to aap normal hon gay.</w:t>
      </w:r>
    </w:p>
    <w:p>
      <w:pPr>
        <w:jc w:val="right"/>
      </w:pPr>
      <w:r>
        <w:t>اپرچونیٹی کو تلاش کرنے کا کام وہی کرے گا جس کے مائنڈ میں ہیٹ نہ ہو، وائلنس نہ ہو۔ تو کتنا بڑا فائدے کی چیز ہے پیس کہ آپ کے مائنڈ میں اگر پیس ہے تو آپ نارمل ہوں گے۔</w:t>
      </w:r>
    </w:p>
    <w:p>
      <w:r>
        <w:rPr>
          <w:b/>
        </w:rPr>
        <w:t xml:space="preserve">[42:49] </w:t>
      </w:r>
      <w:r>
        <w:t>jab normal aap hon gay to aas paas dekhein gay kon si opportunity hai, us ko mein avail karoon, kaise mein aagay barhoon. dekhiye, aik aik aik nature ki baat mein arz karoon.</w:t>
      </w:r>
    </w:p>
    <w:p>
      <w:pPr>
        <w:jc w:val="right"/>
      </w:pPr>
      <w:r>
        <w:t>جب نارمل آپ ہوں گے تو اس پاس دیکھیں گے کون سی اپرچونیٹی ہے، اس کو میں اویل کروں، کیسے میں آگے بڑھوں۔ دیکھیے، ایک ایک ایک نیچر کی بات میں عرض کروں۔</w:t>
      </w:r>
    </w:p>
    <w:p>
      <w:r>
        <w:rPr>
          <w:b/>
        </w:rPr>
        <w:t xml:space="preserve">[43:01] </w:t>
      </w:r>
      <w:r>
        <w:t>nature har aadmi ka nature jo hai, woh chahta hai aagay barhna, taraqqi karna. yeh insaan ke nature mein inter woven hai.</w:t>
      </w:r>
    </w:p>
    <w:p>
      <w:pPr>
        <w:jc w:val="right"/>
      </w:pPr>
      <w:r>
        <w:t>نیچر ہر آدمی کا نیچر جو ہے، وہ چاہتا ہے آگے بڑھنا، ترقی کرنا۔ یہ انسان کے نیچر میں انٹر وون ہے۔</w:t>
      </w:r>
    </w:p>
    <w:p>
      <w:r>
        <w:rPr>
          <w:b/>
        </w:rPr>
        <w:t xml:space="preserve">[43:13] </w:t>
      </w:r>
      <w:r>
        <w:t>yaad rakhiye, insaan ke nature mein yeh cheez inter woven hai, wahi aagay barhna chahiye. mujhe taraqqi karna chahiye, mujhe progress karna chahiye.</w:t>
      </w:r>
    </w:p>
    <w:p>
      <w:pPr>
        <w:jc w:val="right"/>
      </w:pPr>
      <w:r>
        <w:t>یاد رکھیے، انسان کے نیچر میں یہ چیز انٹر وون ہے، وہی آگے بڑھنا چاہیے۔ مجھے ترقی کرنا چاہیے، مجھے پروگریس کرنا چاہیے۔</w:t>
      </w:r>
    </w:p>
    <w:p>
      <w:r>
        <w:rPr>
          <w:b/>
        </w:rPr>
        <w:t xml:space="preserve">[43:26] </w:t>
      </w:r>
      <w:r>
        <w:t>it is part of nature of every human being. to jab yeh nature mein hai, zahir hai ke aadmi dhoonde ga opportunity ko.</w:t>
      </w:r>
    </w:p>
    <w:p>
      <w:pPr>
        <w:jc w:val="right"/>
      </w:pPr>
      <w:r>
        <w:t>اٹ از پارٹ آف نیچر آف ایوری ہیومن بینگ۔ تو جب یہ نیچر میں ہے، ظاہر ہے کہ آدمی ڈھونڈے گا اپرچونیٹی کو۔</w:t>
      </w:r>
    </w:p>
    <w:p>
      <w:r>
        <w:rPr>
          <w:b/>
        </w:rPr>
        <w:t xml:space="preserve">[43:38] </w:t>
      </w:r>
      <w:r>
        <w:t>yani is ke liye kuch motivate karna nahi hai, us ko apnay aap hi dhoonde ga. woh</w:t>
      </w:r>
    </w:p>
    <w:p>
      <w:pPr>
        <w:jc w:val="right"/>
      </w:pPr>
      <w:r>
        <w:t>یعنی اس کے لیے کچھ موٹیویٹ کرنا نہیں ہے، اس کو اپنے آپ ہی ڈھونڈے گا۔ وہ</w:t>
      </w:r>
    </w:p>
    <w:p>
      <w:r>
        <w:rPr>
          <w:b/>
        </w:rPr>
        <w:t xml:space="preserve">[43:46] </w:t>
      </w:r>
      <w:r>
        <w:t>aap ko kehne ki zaroorat nahi hai, woh khud hi dhoonde ga. lekin agar is ka mind negative ho gaya hai to nahi dhoonde ga.</w:t>
      </w:r>
    </w:p>
    <w:p>
      <w:pPr>
        <w:jc w:val="right"/>
      </w:pPr>
      <w:r>
        <w:t>آپ کو کہنے کی ضرورت نہیں ہے، وہ خود ہی ڈھونڈے گا۔ لیکن اگر اس کا مائنڈ نیگیٹیو ہو گیا ہے تو نہیں ڈھونڈے گا۔</w:t>
      </w:r>
    </w:p>
    <w:p>
      <w:r>
        <w:rPr>
          <w:b/>
        </w:rPr>
        <w:t xml:space="preserve">[43:56] </w:t>
      </w:r>
      <w:r>
        <w:t>phir woh, phir to is ka direction badal gaya.</w:t>
      </w:r>
    </w:p>
    <w:p>
      <w:pPr>
        <w:jc w:val="right"/>
      </w:pPr>
      <w:r>
        <w:t>پھر وہ، پھر تو اس کا ڈائریکشن بدل گیا۔</w:t>
      </w:r>
    </w:p>
    <w:p>
      <w:r>
        <w:rPr>
          <w:b/>
        </w:rPr>
        <w:t xml:space="preserve">[44:03] </w:t>
      </w:r>
      <w:r>
        <w:t>agar kisi ka mind negative ho jaye, us ke mind mein ghussa bhar jaye, hate bhar jaye, is ka matlab kya hai?</w:t>
      </w:r>
    </w:p>
    <w:p>
      <w:pPr>
        <w:jc w:val="right"/>
      </w:pPr>
      <w:r>
        <w:t>اگر کسی کا مائنڈ نیگیٹیو ہو جائے، اس کے مائنڈ میں غصہ بھر جائے، ہیٹ بھر جائے، اس کا مطلب کیا ہے؟</w:t>
      </w:r>
    </w:p>
    <w:p>
      <w:r>
        <w:rPr>
          <w:b/>
        </w:rPr>
        <w:t xml:space="preserve">[44:12] </w:t>
      </w:r>
      <w:r>
        <w:t>is ka focus hi badal gaya hai.</w:t>
      </w:r>
    </w:p>
    <w:p>
      <w:pPr>
        <w:jc w:val="right"/>
      </w:pPr>
      <w:r>
        <w:t>اس کا فوکس ہی بدل گیا ہے۔</w:t>
      </w:r>
    </w:p>
    <w:p>
      <w:r>
        <w:rPr>
          <w:b/>
        </w:rPr>
        <w:t xml:space="preserve">[44:16] </w:t>
      </w:r>
      <w:r>
        <w:t>to woh kuch nahi dhoonde ga siwaye is ke ke woh us ko kill kare. agar woh physically kill nahi kar sakta hai to usi ko bura bhala kahe ga, us ki character assassination kare ga.</w:t>
      </w:r>
    </w:p>
    <w:p>
      <w:pPr>
        <w:jc w:val="right"/>
      </w:pPr>
      <w:r>
        <w:t>تو وہ کچھ نہیں ڈھونڈے گا سوائے اس کے کہ وہ اس کو کل کرے۔ اگر وہ فزیکلی کل نہیں کر سکتا ہے تو اسی کو برا بھلا کہے گا، اس کی کریکٹر اسیسینیشن کرے گا۔</w:t>
      </w:r>
    </w:p>
    <w:p>
      <w:r>
        <w:rPr>
          <w:b/>
        </w:rPr>
        <w:t xml:space="preserve">[44:27] </w:t>
      </w:r>
      <w:r>
        <w:t>yani physical assassination agar nahi possible hai.</w:t>
      </w:r>
    </w:p>
    <w:p>
      <w:pPr>
        <w:jc w:val="right"/>
      </w:pPr>
      <w:r>
        <w:t>یعنی فزیکل اسیسینیشن اگر نہیں پاسیبل ہے۔</w:t>
      </w:r>
    </w:p>
    <w:p>
      <w:r>
        <w:rPr>
          <w:b/>
        </w:rPr>
        <w:t xml:space="preserve">[44:31] </w:t>
      </w:r>
      <w:r>
        <w:t>agar apni jis ko enemy suppose kar liya us ne, to agar woh physical assassination nahi kar pa raha hai to character assassination kare ga, us ka kirdaar kashi kare ga.</w:t>
      </w:r>
    </w:p>
    <w:p>
      <w:pPr>
        <w:jc w:val="right"/>
      </w:pPr>
      <w:r>
        <w:t>اگر اپنی جس کو انمی سپوز کر لیا اس نے، تو اگر وہ فزیکل اسیسینیشن نہیں کر پا رہا ہے تو کریکٹر اسیسینیشن کرے گا، اس کا کردار کشی کرے گا۔</w:t>
      </w:r>
    </w:p>
    <w:p>
      <w:r>
        <w:rPr>
          <w:b/>
        </w:rPr>
        <w:t xml:space="preserve">[44:45] </w:t>
      </w:r>
      <w:r>
        <w:t>us ki to aap batayein, us ko, us ko, us ke paas kahan yeh time hai ke woh dhoonde opportunities ko?</w:t>
      </w:r>
    </w:p>
    <w:p>
      <w:pPr>
        <w:jc w:val="right"/>
      </w:pPr>
      <w:r>
        <w:t>اس کی تو آپ بتائیں، اس کو، اس کو، اس کے پاس کہاں یہ ٹائم ہے کہ وہ ڈھونڈے اپرچونیٹیز کو؟</w:t>
      </w:r>
    </w:p>
    <w:p>
      <w:r>
        <w:rPr>
          <w:b/>
        </w:rPr>
        <w:t xml:space="preserve">[44:58] </w:t>
      </w:r>
      <w:r>
        <w:t>yani abundantly hon gi opportunities us ke aas paas, lekin woh unaware rahe ga, be khabar rahe ga.</w:t>
      </w:r>
    </w:p>
    <w:p>
      <w:pPr>
        <w:jc w:val="right"/>
      </w:pPr>
      <w:r>
        <w:t>یعنی ابینڈنٹلی ہوں گی اپرچونیٹیز اس کے اس پاس، لیکن وہ ان ایور رہے گا، بے خبر رہے گا۔</w:t>
      </w:r>
    </w:p>
    <w:p>
      <w:r>
        <w:rPr>
          <w:b/>
        </w:rPr>
        <w:t xml:space="preserve">[45:07] </w:t>
      </w:r>
      <w:r>
        <w:t>is se peace ke is importance ko ziyada,</w:t>
      </w:r>
    </w:p>
    <w:p>
      <w:pPr>
        <w:jc w:val="right"/>
      </w:pPr>
      <w:r>
        <w:t>اس سے پیس کے اس امپورٹنس کو زیادہ،</w:t>
      </w:r>
    </w:p>
    <w:p>
      <w:r>
        <w:rPr>
          <w:b/>
        </w:rPr>
        <w:t xml:space="preserve">[45:15] </w:t>
      </w:r>
      <w:r>
        <w:t>yani gehrai ke sath liya hai sufi logon ne. sufi culture kya tha? peace culture tha.</w:t>
      </w:r>
    </w:p>
    <w:p>
      <w:pPr>
        <w:jc w:val="right"/>
      </w:pPr>
      <w:r>
        <w:t>یعنی گہرائی کے ساتھ لیا ہے صوفی لوگوں نے۔ صوفی کلچر کیا تھا؟ پیس کلچر تھا۔</w:t>
      </w:r>
    </w:p>
    <w:p>
      <w:r>
        <w:rPr>
          <w:b/>
        </w:rPr>
        <w:t xml:space="preserve">[45:25] </w:t>
      </w:r>
      <w:r>
        <w:t>aap jante hain ke jitna kaam sufi logon ne kiya hai, utna kaam king ne nahi kiya.</w:t>
      </w:r>
    </w:p>
    <w:p>
      <w:pPr>
        <w:jc w:val="right"/>
      </w:pPr>
      <w:r>
        <w:t>آپ جانتے ہیں کہ جتنا کام صوفی لوگوں نے کیا ہے، اتنا کام کنگ نے نہیں کیا۔</w:t>
      </w:r>
    </w:p>
    <w:p>
      <w:r>
        <w:rPr>
          <w:b/>
        </w:rPr>
        <w:t xml:space="preserve">[45:35] </w:t>
      </w:r>
      <w:r>
        <w:t>king ne nahi kiya jitna kaam sufi logon ne kiya hai. to sufi culture kya tha? peace culture tha.</w:t>
      </w:r>
    </w:p>
    <w:p>
      <w:pPr>
        <w:jc w:val="right"/>
      </w:pPr>
      <w:r>
        <w:t>کنگ نے نہیں کیا جتنا کام صوفی لوگوں نے کیا ہے۔ تو صوفی کلچر کیا تھا؟ پیس کلچر تھا۔</w:t>
      </w:r>
    </w:p>
    <w:p>
      <w:r>
        <w:rPr>
          <w:b/>
        </w:rPr>
        <w:t xml:space="preserve">[45:46] </w:t>
      </w:r>
      <w:r>
        <w:t>sufiyon ka yeh aap jante hain ke un ka yeh jo formula tha, woh yeh tha: sulah kul.</w:t>
      </w:r>
    </w:p>
    <w:p>
      <w:pPr>
        <w:jc w:val="right"/>
      </w:pPr>
      <w:r>
        <w:t>صوفیوں کا یہ آپ جانتے ہیں کہ ان کا یہ جو فارمولا تھا، وہ یہ تھا: صلح کل۔</w:t>
      </w:r>
    </w:p>
    <w:p>
      <w:r>
        <w:rPr>
          <w:b/>
        </w:rPr>
        <w:t xml:space="preserve">[45:53] </w:t>
      </w:r>
      <w:r>
        <w:t>yeh formula derive kiya tha unhon ne Quran se. Quran mein hai: "Al-sulhu khayrun, peace is the best, al-sulhu khayrun means peace is the best".</w:t>
      </w:r>
    </w:p>
    <w:p>
      <w:pPr>
        <w:jc w:val="right"/>
      </w:pPr>
      <w:r>
        <w:t>یہ فارمولا ڈرائیو کیا تھا انہوں نے قرآن سے۔ قرآن میں ہے: "الصلح خیر، پیس از دا بیسٹ، الصلح خیر مینز پیس از دا بیسٹ"۔</w:t>
      </w:r>
    </w:p>
    <w:p>
      <w:r>
        <w:rPr>
          <w:b/>
        </w:rPr>
        <w:t xml:space="preserve">[46:09] </w:t>
      </w:r>
      <w:r>
        <w:t>is se unhon ne banaya sulah kul, yani peace with all, peace with all.</w:t>
      </w:r>
    </w:p>
    <w:p>
      <w:pPr>
        <w:jc w:val="right"/>
      </w:pPr>
      <w:r>
        <w:t>اس سے انہوں نے بنایا صلح کل، یعنی پیس ود ال، پیس ود ال۔</w:t>
      </w:r>
    </w:p>
    <w:p>
      <w:r>
        <w:rPr>
          <w:b/>
        </w:rPr>
        <w:t xml:space="preserve">[46:23] </w:t>
      </w:r>
      <w:r>
        <w:t>isi ko, yani aik woh,</w:t>
      </w:r>
    </w:p>
    <w:p>
      <w:pPr>
        <w:jc w:val="right"/>
      </w:pPr>
      <w:r>
        <w:t>اسی کو، یعنی ایک وہ،</w:t>
      </w:r>
    </w:p>
    <w:p>
      <w:r>
        <w:rPr>
          <w:b/>
        </w:rPr>
        <w:t xml:space="preserve">[46:30] </w:t>
      </w:r>
      <w:r>
        <w:t>kisi ne bare maeni mein le kar ke, kabhi aap jante hain, kisi cheez ko bare maeni mein le kar ke, us ko ultay tareeqay se kaha jata hai. to soofiyon ka mazak uranay ke liye kisi ne kaha tha ke "bamuslim Allah Allah, babramn Ram Ram".</w:t>
      </w:r>
    </w:p>
    <w:p>
      <w:pPr>
        <w:jc w:val="right"/>
      </w:pPr>
      <w:r>
        <w:t>کسی نے برے معنی میں لے کر کے، کبھی آپ جانتے ہیں، کسی چیز کو برے معنی میں لے کر کے، اس کو الٹے طریقے سے کہا جاتا ہے۔ تو صوفیوں کا مذاق اڑانے کے لیے کسی نے کہا تھا کہ "بامسلم اللہ اللہ، بابرامن رام رام"۔</w:t>
      </w:r>
    </w:p>
    <w:p>
      <w:r>
        <w:rPr>
          <w:b/>
        </w:rPr>
        <w:t xml:space="preserve">[46:46] </w:t>
      </w:r>
      <w:r>
        <w:t>yeh log jo hain, musalman se Allah Allah karte hain aur baraman se Ram Ram karte hain. aisa tha nahi, aisa tha nahi.</w:t>
      </w:r>
    </w:p>
    <w:p>
      <w:pPr>
        <w:jc w:val="right"/>
      </w:pPr>
      <w:r>
        <w:t>یہ لوگ جو ہیں، مسلمان سے اللہ اللہ کرتے ہیں اور برامن سے رام رام کرتے ہیں۔ ایسا تھا نہیں، ایسا تھا نہیں۔</w:t>
      </w:r>
    </w:p>
    <w:p>
      <w:r>
        <w:rPr>
          <w:b/>
        </w:rPr>
        <w:t xml:space="preserve">[46:53] </w:t>
      </w:r>
      <w:r>
        <w:t>bas sirf yeh tha ke woh dono se un ka acha meil milap hota tha. sab se woh peace ke sath rehte the, sab se woh normal tareeqay se rehte the.</w:t>
      </w:r>
    </w:p>
    <w:p>
      <w:pPr>
        <w:jc w:val="right"/>
      </w:pPr>
      <w:r>
        <w:t>بس صرف یہ تھا کہ وہ دونوں سے ان کا اچھا میل ملاپ ہوتا تھا۔ سب سے وہ پیس کے ساتھ رہتے تھے، سب سے وہ نارمل طریقے سے رہتے تھے۔</w:t>
      </w:r>
    </w:p>
    <w:p>
      <w:r>
        <w:rPr>
          <w:b/>
        </w:rPr>
        <w:t xml:space="preserve">[47:05] </w:t>
      </w:r>
      <w:r>
        <w:t>baat yeh thi ke sab se rehte the woh normal tareeqay se.</w:t>
      </w:r>
    </w:p>
    <w:p>
      <w:pPr>
        <w:jc w:val="right"/>
      </w:pPr>
      <w:r>
        <w:t>بات یہ تھی کہ سب سے رہتے تھے وہ نارمل طریقے سے۔</w:t>
      </w:r>
    </w:p>
    <w:p>
      <w:r>
        <w:rPr>
          <w:b/>
        </w:rPr>
        <w:t xml:space="preserve">[47:10] </w:t>
      </w:r>
      <w:r>
        <w:t>to us ko kisi ne keh diya, yani aik aik aik bura, aik bura woh naam laga kar ke ke "babramn Allah Allah, bam muslim Allah Allah, babramn Ram Ram".</w:t>
      </w:r>
    </w:p>
    <w:p>
      <w:pPr>
        <w:jc w:val="right"/>
      </w:pPr>
      <w:r>
        <w:t>تو اس کو کسی نے کہہ دیا، یعنی ایک ایک ایک برا، ایک برا وہ نام لگا کر کے کہ "بابرامن اللہ اللہ، بام بامسلم اللہ اللہ، بابرامن رام رام"۔</w:t>
      </w:r>
    </w:p>
    <w:p>
      <w:r>
        <w:rPr>
          <w:b/>
        </w:rPr>
        <w:t xml:space="preserve">[47:24] </w:t>
      </w:r>
      <w:r>
        <w:t>aisa tha, kisi ko, us soofi aisa nahi tha. lekin soofiyon ko, yani bura naam denay ke liye, unhon ne kuch kuch logon ne aisa kiya.</w:t>
      </w:r>
    </w:p>
    <w:p>
      <w:pPr>
        <w:jc w:val="right"/>
      </w:pPr>
      <w:r>
        <w:t>ایسا تھا، کسی کو، اس صوفی ایسا نہیں تھا۔ لیکن صوفیوں کو، یعنی برا نام دینے کے لیے، انہوں نے کچھ کچھ لوگوں نے ایسا کیا۔</w:t>
      </w:r>
    </w:p>
    <w:p>
      <w:r>
        <w:rPr>
          <w:b/>
        </w:rPr>
        <w:t xml:space="preserve">[47:35] </w:t>
      </w:r>
      <w:r>
        <w:t>to sab se un ka manna kiya tha</w:t>
      </w:r>
    </w:p>
    <w:p>
      <w:pPr>
        <w:jc w:val="right"/>
      </w:pPr>
      <w:r>
        <w:t>تو سب سے ان کا ماننا کیا تھا</w:t>
      </w:r>
    </w:p>
    <w:p>
      <w:r>
        <w:rPr>
          <w:b/>
        </w:rPr>
        <w:t xml:space="preserve">[47:39] </w:t>
      </w:r>
      <w:r>
        <w:t>ke dushman se bhi, dushman ko bhi dost rakho. dost to tumhara dost hai hi, dushman ko bhi apna dost samjho. tum</w:t>
      </w:r>
    </w:p>
    <w:p>
      <w:pPr>
        <w:jc w:val="right"/>
      </w:pPr>
      <w:r>
        <w:t>کہ دشمن سے بھی، دشمن کو بھی دوست رکھو۔ دوست تو تمہارا دوست ہے ہی، دشمن کو بھی اپنا دوست سمجھو۔ تم</w:t>
      </w:r>
    </w:p>
    <w:p>
      <w:r>
        <w:rPr>
          <w:b/>
        </w:rPr>
        <w:t xml:space="preserve">[47:50] </w:t>
      </w:r>
      <w:r>
        <w:t>sab ko aap apna samjho.</w:t>
      </w:r>
    </w:p>
    <w:p>
      <w:pPr>
        <w:jc w:val="right"/>
      </w:pPr>
      <w:r>
        <w:t>سب کو آپ اپنا سمجھو۔</w:t>
      </w:r>
    </w:p>
    <w:p>
      <w:r>
        <w:rPr>
          <w:b/>
        </w:rPr>
        <w:t xml:space="preserve">[47:56] </w:t>
      </w:r>
      <w:r>
        <w:t>kisi soofi ne kaha tha ke "maan kas se sikandar o dara na khadayin,</w:t>
      </w:r>
    </w:p>
    <w:p>
      <w:pPr>
        <w:jc w:val="right"/>
      </w:pPr>
      <w:r>
        <w:t>کسی صوفی نے کہا تھا کہ "ماں کس سے سکندر و دارا نہ خادائیں،</w:t>
      </w:r>
    </w:p>
    <w:p>
      <w:r>
        <w:rPr>
          <w:b/>
        </w:rPr>
        <w:t xml:space="preserve">[48:05] </w:t>
      </w:r>
      <w:r>
        <w:t>azma wajood hikayat mehr o wafa o purs". yani "we don't know the stories of kings,</w:t>
      </w:r>
    </w:p>
    <w:p>
      <w:pPr>
        <w:jc w:val="right"/>
      </w:pPr>
      <w:r>
        <w:t>ازما وجود حکایت مہر و وفا و پرس"۔ یعنی "وی ڈونٹ نو دا سٹوریز آف کنگز،</w:t>
      </w:r>
    </w:p>
    <w:p>
      <w:r>
        <w:rPr>
          <w:b/>
        </w:rPr>
        <w:t xml:space="preserve">[48:17] </w:t>
      </w:r>
      <w:r>
        <w:t>we don't know the stories of kings, we know only the stories of love". hum to pyar ki baatein jante hain, hamein badshahon ki baaton ka pata nahi.</w:t>
      </w:r>
    </w:p>
    <w:p>
      <w:pPr>
        <w:jc w:val="right"/>
      </w:pPr>
      <w:r>
        <w:t>وی ڈونٹ نو دا سٹوریز آف کنگز، وی نو اونلی دا سٹوریز آف لو"۔ ہم تو پیار کی باتیں جانتے ہیں، ہمیں بادشاہوں کی باتوں کا پتہ نہیں۔</w:t>
      </w:r>
    </w:p>
    <w:p>
      <w:r>
        <w:rPr>
          <w:b/>
        </w:rPr>
        <w:t xml:space="preserve">[48:32] </w:t>
      </w:r>
      <w:r>
        <w:t>badshah waris karte hain, badshah larai chherte hain, badshah kisi ko dushman declare karte hain. to yeh hamara tareeqa nahi hai, hamara tareeqa hai ke sab hamara apna hai, sab hamara dost hai.</w:t>
      </w:r>
    </w:p>
    <w:p>
      <w:pPr>
        <w:jc w:val="right"/>
      </w:pPr>
      <w:r>
        <w:t>بادشاہ وارث کرتے ہیں، بادشاہ لڑائی چھیڑتے ہیں، بادشاہ کسی کو دشمن ڈیکلیئر کرتے ہیں۔ تو یہ ہمارا طریقہ نہیں ہے، ہمارا طریقہ ہے کہ سب ہمارا اپنا ہے، سب ہمارا دوست ہے۔</w:t>
      </w:r>
    </w:p>
    <w:p>
      <w:r>
        <w:rPr>
          <w:b/>
        </w:rPr>
        <w:t xml:space="preserve">[48:47] </w:t>
      </w:r>
      <w:r>
        <w:t>yeh kaha tha unhon ne.</w:t>
      </w:r>
    </w:p>
    <w:p>
      <w:pPr>
        <w:jc w:val="right"/>
      </w:pPr>
      <w:r>
        <w:t>یہ کہا تھا انہوں نے۔</w:t>
      </w:r>
    </w:p>
    <w:p>
      <w:r>
        <w:rPr>
          <w:b/>
        </w:rPr>
        <w:t xml:space="preserve">[48:51] </w:t>
      </w:r>
      <w:r>
        <w:t>to soofi culture means peace culture, aman culture, shanti culture. ab mein samajhta hoon ke spirit of Islam yahi hai.</w:t>
      </w:r>
    </w:p>
    <w:p>
      <w:pPr>
        <w:jc w:val="right"/>
      </w:pPr>
      <w:r>
        <w:t>تو صوفی کلچر مینز پیس کلچر، امن کلچر، شانتی کلچر۔ اب میں سمجھتا ہوں کہ اسپرٹ آف اسلام یہی ہے۔</w:t>
      </w:r>
    </w:p>
    <w:p>
      <w:r>
        <w:rPr>
          <w:b/>
        </w:rPr>
        <w:t xml:space="preserve">[49:04] </w:t>
      </w:r>
      <w:r>
        <w:t>agar mein yeh kahoon to yeh galat nahi hoga ke Islam ka jo basic teaching hai, woh do cheezon par base karti hai.</w:t>
      </w:r>
    </w:p>
    <w:p>
      <w:pPr>
        <w:jc w:val="right"/>
      </w:pPr>
      <w:r>
        <w:t>اگر میں یہ کہوں تو یہ غلط نہیں ہوگا کہ اسلام کا جو بیسک ٹیچنگ ہے، وہ دو چیزوں پر بیس کرتی ہے۔</w:t>
      </w:r>
    </w:p>
    <w:p>
      <w:r>
        <w:rPr>
          <w:b/>
        </w:rPr>
        <w:t xml:space="preserve">[49:17] </w:t>
      </w:r>
      <w:r>
        <w:t>basically do point par base karti hai: tauheed aur peace. yani oneness of God, aik to yeh hai, doosra aik peaceful tareeqay se logon ke beech mein rehna.</w:t>
      </w:r>
    </w:p>
    <w:p>
      <w:pPr>
        <w:jc w:val="right"/>
      </w:pPr>
      <w:r>
        <w:t>بیسکلی دو پوائنٹ پر بیس کرتی ہے: توحید اور پیس۔ یعنی وننس آف گاڈ، ایک تو یہ ہے، دوسرا ایک پیس فل طریقے سے لوگوں کے بیچ میں رہنا۔</w:t>
      </w:r>
    </w:p>
    <w:p>
      <w:r>
        <w:rPr>
          <w:b/>
        </w:rPr>
        <w:t xml:space="preserve">[49:33] </w:t>
      </w:r>
      <w:r>
        <w:t>tauheed aur aman,</w:t>
      </w:r>
    </w:p>
    <w:p>
      <w:pPr>
        <w:jc w:val="right"/>
      </w:pPr>
      <w:r>
        <w:t>توحید اور امن،</w:t>
      </w:r>
    </w:p>
    <w:p>
      <w:r>
        <w:rPr>
          <w:b/>
        </w:rPr>
        <w:t xml:space="preserve">[49:37] </w:t>
      </w:r>
      <w:r>
        <w:t>yani in terms of ideology, tauheed, in terms of social behavior, peace. yeh hai Islam ka khulasa, yeh Islam ka just hai, yeh Islam ka khulasa hai.</w:t>
      </w:r>
    </w:p>
    <w:p>
      <w:pPr>
        <w:jc w:val="right"/>
      </w:pPr>
      <w:r>
        <w:t>یعنی ان ٹرم آف ائیڈالوجی، توحید، ان ٹرم آف سوشل بیہیویئر، پیس۔ یہ ہے اسلام کا خلاصہ، یہ اسلام کا جسٹ ہے، یہ اسلام کا خلاصہ ہے۔</w:t>
      </w:r>
    </w:p>
    <w:p>
      <w:r>
        <w:rPr>
          <w:b/>
        </w:rPr>
        <w:t xml:space="preserve">[49:57] </w:t>
      </w:r>
      <w:r>
        <w:t>ise mein aap sochiye, agar ghor kijiye to baqi sari cheezein isi mein aa jati hain, sab cheez isi mein aa jati hain,</w:t>
      </w:r>
    </w:p>
    <w:p>
      <w:pPr>
        <w:jc w:val="right"/>
      </w:pPr>
      <w:r>
        <w:t>اسے میں آپ سوچیے، اگر غور کیجئے تو باقی ساری چیزیں اسی میں آ جاتی ہیں، سب چیز اسی میں آ جاتی ہیں،</w:t>
      </w:r>
    </w:p>
    <w:p>
      <w:r>
        <w:rPr>
          <w:b/>
        </w:rPr>
        <w:t xml:space="preserve">[50:07] </w:t>
      </w:r>
      <w:r>
        <w:t>koi cheez is se chhoot ti nahi hai, koi cheez is se chhoot ti nahi hai. yani Islam ka aik hissa woh hai jo sab ka sab tauheed ke andar mein aa gaya,</w:t>
      </w:r>
    </w:p>
    <w:p>
      <w:pPr>
        <w:jc w:val="right"/>
      </w:pPr>
      <w:r>
        <w:t>کوئی چیز اس سے چھوٹتی نہیں ہے، کوئی چیز اس سے چھوٹتی نہیں ہے۔ یعنی اسلام کا ایک حصہ وہ ہے جو سب کا سب توحید کے اندر میں آ گیا،</w:t>
      </w:r>
    </w:p>
    <w:p>
      <w:r>
        <w:rPr>
          <w:b/>
        </w:rPr>
        <w:t xml:space="preserve">[50:20] </w:t>
      </w:r>
      <w:r>
        <w:t>Islam ka doosra hissa woh hai jo sab ka sab peace ke andar mein aa gaya.</w:t>
      </w:r>
    </w:p>
    <w:p>
      <w:pPr>
        <w:jc w:val="right"/>
      </w:pPr>
      <w:r>
        <w:t>اسلام کا دوسرا حصہ وہ ہے جو سب کا سب پیس کے اندر میں آ گیا۔</w:t>
      </w:r>
    </w:p>
    <w:p>
      <w:r>
        <w:rPr>
          <w:b/>
        </w:rPr>
        <w:t xml:space="preserve">[50:25] </w:t>
      </w:r>
      <w:r>
        <w:t>to jo aadmi sachi spirit ke sath dil se, whole heartedly, in do point ko maan le, yeh two point formula is ko maan le,</w:t>
      </w:r>
    </w:p>
    <w:p>
      <w:pPr>
        <w:jc w:val="right"/>
      </w:pPr>
      <w:r>
        <w:t>تو جو آدمی سچی اسپرٹ کے ساتھ دل سے، ہول ہارٹڈلی، ان دو پوائنٹ کو مان لے، یہ ٹو پوائنٹ فارمولا اس کو مان لے،</w:t>
      </w:r>
    </w:p>
    <w:p>
      <w:r>
        <w:rPr>
          <w:b/>
        </w:rPr>
        <w:t xml:space="preserve">[50:39] </w:t>
      </w:r>
      <w:r>
        <w:t>is ka matlab hai ke us ne sare Islam ko maan liya, sare Islam ko us ne maan liya. koi bhi baat phir us se chhoot ti nahi rahe gi, koi baat us se chhoot ti nahi rahe gi.</w:t>
      </w:r>
    </w:p>
    <w:p>
      <w:pPr>
        <w:jc w:val="right"/>
      </w:pPr>
      <w:r>
        <w:t>اس کا مطلب ہے کہ اس نے سارے اسلام کو مان لیا، سارے اسلام کو اس نے مان لیا۔ کوئی بھی بات پھر اس سے چھوٹی نہیں رہے گی، کوئی بات اس سے چھوٹی نہیں رہے گی۔</w:t>
      </w:r>
    </w:p>
    <w:p>
      <w:r>
        <w:rPr>
          <w:b/>
        </w:rPr>
        <w:t xml:space="preserve">[50:54] </w:t>
      </w:r>
      <w:r>
        <w:t>lekin sachi spirit ke sath mein keh raha hoon, sachi spirit ke sath ke koi baat aisi nahi rahegi jo is mein,</w:t>
      </w:r>
    </w:p>
    <w:p>
      <w:pPr>
        <w:jc w:val="right"/>
      </w:pPr>
      <w:r>
        <w:t>لیکن سچی اسپرٹ کے ساتھ میں کہہ رہا ہوں، سچی اسپرٹ کے ساتھ کہ کوئی بات ایسی نہیں رہے گی جو اس میں،</w:t>
      </w:r>
    </w:p>
    <w:p>
      <w:r>
        <w:rPr>
          <w:b/>
        </w:rPr>
        <w:t xml:space="preserve">[51:08] </w:t>
      </w:r>
      <w:r>
        <w:t>yani included na ho.</w:t>
      </w:r>
    </w:p>
    <w:p>
      <w:pPr>
        <w:jc w:val="right"/>
      </w:pPr>
      <w:r>
        <w:t>یعنی انکلوڈڈ نہ ہو۔</w:t>
      </w:r>
    </w:p>
    <w:p>
      <w:r>
        <w:rPr>
          <w:b/>
        </w:rPr>
        <w:t xml:space="preserve">[51:16] </w:t>
      </w:r>
      <w:r>
        <w:t>is mein mein yeh bhi add karunga ke ek hamara do concern hain:</w:t>
      </w:r>
    </w:p>
    <w:p>
      <w:pPr>
        <w:jc w:val="right"/>
      </w:pPr>
      <w:r>
        <w:t>اس میں میں یہ بھی ایڈ کروں گا کہ ایک ہمارا دو کنسرن ہیں:</w:t>
      </w:r>
    </w:p>
    <w:p>
      <w:r>
        <w:rPr>
          <w:b/>
        </w:rPr>
        <w:t xml:space="preserve">[51:23] </w:t>
      </w:r>
      <w:r>
        <w:t>ek yeh hai ke dunya mein hum jo hamari economic activities hain, woh smoothly chalti rahein, doosra yeh ke da'wa work smoothly chalta rahe.</w:t>
      </w:r>
    </w:p>
    <w:p>
      <w:pPr>
        <w:jc w:val="right"/>
      </w:pPr>
      <w:r>
        <w:t>ایک یہ ہے کہ دنیا میں ہم جو ہماری جی اکنامک ایکٹیویٹیز ہیں، وہ اسمووتھلی چلتی رہیں، دوسرا یہ کہ داؤ ورک اسمووتھلی چلتا رہے۔</w:t>
      </w:r>
    </w:p>
    <w:p>
      <w:r>
        <w:rPr>
          <w:b/>
        </w:rPr>
        <w:t xml:space="preserve">[51:36] </w:t>
      </w:r>
      <w:r>
        <w:t>do do hamare concern hain is dunya mein: economic activities chalti rahein smoothly aur doosre da'wa work chalta rahe smoothly.</w:t>
      </w:r>
    </w:p>
    <w:p>
      <w:pPr>
        <w:jc w:val="right"/>
      </w:pPr>
      <w:r>
        <w:t>دو دو ہمارے کنسرن ہیں اس دنیا میں: اکنامک ایکٹیویٹیز چلتی رہیں اسمووتھلی اور دوسرے داؤ ورک چلتا رہے اسمووتھلی۔</w:t>
      </w:r>
    </w:p>
    <w:p>
      <w:r>
        <w:rPr>
          <w:b/>
        </w:rPr>
        <w:t xml:space="preserve">[51:48] </w:t>
      </w:r>
      <w:r>
        <w:t>economic activities se kya hota hai</w:t>
      </w:r>
    </w:p>
    <w:p>
      <w:pPr>
        <w:jc w:val="right"/>
      </w:pPr>
      <w:r>
        <w:t>اکنامک ایکٹیویٹیز سے کیا ہوتا ہے</w:t>
      </w:r>
    </w:p>
    <w:p>
      <w:r>
        <w:rPr>
          <w:b/>
        </w:rPr>
        <w:t xml:space="preserve">[51:51] </w:t>
      </w:r>
      <w:r>
        <w:t>? hamari jo material need hai, woh poori hoti hai, hamari jo maadi zarooraten hain, woh poori hoti hain. aur da'wa activities se kya hota hai?</w:t>
      </w:r>
    </w:p>
    <w:p>
      <w:pPr>
        <w:jc w:val="right"/>
      </w:pPr>
      <w:r>
        <w:t>؟ ہماری جو مٹیریل نیڈ ہے، وہ پوری ہوتی ہے، ہماری جو مادی ضرورتیں ہیں، وہ پوری ہوتی ہیں۔ اور دعویٰ ایکٹیویٹیز سے کیا ہوتا ہے؟</w:t>
      </w:r>
    </w:p>
    <w:p>
      <w:r>
        <w:rPr>
          <w:b/>
        </w:rPr>
        <w:t xml:space="preserve">[52:03] </w:t>
      </w:r>
      <w:r>
        <w:t>ke Khuda ki taraf se jo hamara hamari responsibility hai, woh hum poora kar paate hain.</w:t>
      </w:r>
    </w:p>
    <w:p>
      <w:pPr>
        <w:jc w:val="right"/>
      </w:pPr>
      <w:r>
        <w:t>کہ خدا کی طرف سے جو ہمارا ہماری ریسپانسبیلٹی ہے، وہ ہم پورا کر پاتے ہیں۔</w:t>
      </w:r>
    </w:p>
    <w:p>
      <w:r>
        <w:rPr>
          <w:b/>
        </w:rPr>
        <w:t xml:space="preserve">[52:13] </w:t>
      </w:r>
      <w:r>
        <w:t>Khuda ki taraf se jo hum par duty dali gayi hai, duty us ko hum poora kar paate hain. to dono ke liye peace chahiye, economic activities ke liye bhi peace chahiye aur da'wa activities ke liye bhi peace chahiye.</w:t>
      </w:r>
    </w:p>
    <w:p>
      <w:pPr>
        <w:jc w:val="right"/>
      </w:pPr>
      <w:r>
        <w:t>خدا کی طرف سے جو ہم پر ڈیوٹی ڈالی گئی ہے، ڈیوٹی اس کو ہم پورا کر پاتے ہیں۔ تو دونوں کے لیے پیس چاہیے، اکنامک ایکٹیویٹیز کے لیے بھی پیس چاہیے اور دعویٰ ایکٹیویٹیز کے لیے بھی پیس چاہیے۔</w:t>
      </w:r>
    </w:p>
    <w:p>
      <w:r>
        <w:rPr>
          <w:b/>
        </w:rPr>
        <w:t xml:space="preserve">[52:37] </w:t>
      </w:r>
      <w:r>
        <w:t>peace ke baghair na yeh kaam hoga, na woh kaam hoga.</w:t>
      </w:r>
    </w:p>
    <w:p>
      <w:pPr>
        <w:jc w:val="right"/>
      </w:pPr>
      <w:r>
        <w:t>پیس کے بغیر نہ یہ کام ہوگا، نہ وہ کام ہوگا۔</w:t>
      </w:r>
    </w:p>
    <w:p>
      <w:r>
        <w:rPr>
          <w:b/>
        </w:rPr>
        <w:t xml:space="preserve">[52:45] </w:t>
      </w:r>
      <w:r>
        <w:t>lekin yaad rakhiye, is dunya mein koi bhi cheez</w:t>
      </w:r>
    </w:p>
    <w:p>
      <w:pPr>
        <w:jc w:val="right"/>
      </w:pPr>
      <w:r>
        <w:t>لیکن یاد رکھیے، اس دنیا میں کوئی بھی چیز</w:t>
      </w:r>
    </w:p>
    <w:p>
      <w:r>
        <w:rPr>
          <w:b/>
        </w:rPr>
        <w:t xml:space="preserve">[52:51] </w:t>
      </w:r>
      <w:r>
        <w:t>price diye baghair nahi milti, chahe ek sui ho, chahe ek motor car ho, chahe ek jhonpdi ho ya ek bari building ho, kuch bhi, kuch bhi, kuch bhi jo aap chahte hain,</w:t>
      </w:r>
    </w:p>
    <w:p>
      <w:pPr>
        <w:jc w:val="right"/>
      </w:pPr>
      <w:r>
        <w:t>پرائس دیے بغیر نہیں ملتی، چاہے ایک سوئی ہو، چاہے ایک موٹر کار ہو، چاہے ایک جھونپڑی ہو یا ایک بڑی بلڈنگ ہو، کچھ بھی، کچھ بھی، کچھ بھی جو آپ چاہتے ہیں،</w:t>
      </w:r>
    </w:p>
    <w:p>
      <w:r>
        <w:rPr>
          <w:b/>
        </w:rPr>
        <w:t xml:space="preserve">[53:10] </w:t>
      </w:r>
      <w:r>
        <w:t>uski price deni padti hai.</w:t>
      </w:r>
    </w:p>
    <w:p>
      <w:pPr>
        <w:jc w:val="right"/>
      </w:pPr>
      <w:r>
        <w:t>اس کی پرائس دینی پڑتی ہے۔</w:t>
      </w:r>
    </w:p>
    <w:p>
      <w:r>
        <w:rPr>
          <w:b/>
        </w:rPr>
        <w:t xml:space="preserve">[53:15] </w:t>
      </w:r>
      <w:r>
        <w:t>price nahi denge to woh cheez milegi bhi nahi aap ko. ab aap dekhiye, yeh do point maine bataye, is par sochiye. economic activities kab chalengi?</w:t>
      </w:r>
    </w:p>
    <w:p>
      <w:pPr>
        <w:jc w:val="right"/>
      </w:pPr>
      <w:r>
        <w:t>پرائس نہیں دیں گے تو وہ چیز ملے گی بھی نہیں آپ کو۔ اب آپ دیکھیے، یہ دو پوائنٹ میں نے بتائے، اس پر سوچیے۔ اکنامک ایکٹیویٹیز کب چلیں گی؟</w:t>
      </w:r>
    </w:p>
    <w:p>
      <w:r>
        <w:rPr>
          <w:b/>
        </w:rPr>
        <w:t xml:space="preserve">[53:30] </w:t>
      </w:r>
      <w:r>
        <w:t>jab aap uski price dene par tayyar hon. price kya hai? kisi bhi excuse ko le kar ke violent na banna.</w:t>
      </w:r>
    </w:p>
    <w:p>
      <w:pPr>
        <w:jc w:val="right"/>
      </w:pPr>
      <w:r>
        <w:t>جب آپ اس کی پرائس دینے پر تیار ہوں۔ پرائس کیا ہے؟ کسی بھی ایکسکیوز کو لے کر کے وائلنٹ نہ بننا۔</w:t>
      </w:r>
    </w:p>
    <w:p>
      <w:r>
        <w:rPr>
          <w:b/>
        </w:rPr>
        <w:t xml:space="preserve">[53:41] </w:t>
      </w:r>
      <w:r>
        <w:t>jaise kai jagah aisa hua, kamre right ho gaye,</w:t>
      </w:r>
    </w:p>
    <w:p>
      <w:pPr>
        <w:jc w:val="right"/>
      </w:pPr>
      <w:r>
        <w:t>جیسے کئی جگہ ایسا ہوا، کمرے رائٹ ہو گئے،</w:t>
      </w:r>
    </w:p>
    <w:p>
      <w:r>
        <w:rPr>
          <w:b/>
        </w:rPr>
        <w:t xml:space="preserve">[53:45] </w:t>
      </w:r>
      <w:r>
        <w:t>ab koi baat hui, us ko le kar ke log ladne ke liye khade ho gaye. ab wahan right hua, maare kaate gaye, police aayi aur 144 wahan laga waghera.</w:t>
      </w:r>
    </w:p>
    <w:p>
      <w:pPr>
        <w:jc w:val="right"/>
      </w:pPr>
      <w:r>
        <w:t>اب کوئی بات ہوئی، اس کو لے کر کے لوگ لڑنے کے لیے کھڑے ہوگئے۔ اب وہاں رائٹ ہوا، مارے کاٹے گئے، پولیس آئی اور 144 وہاں لگا وغیرہ۔</w:t>
      </w:r>
    </w:p>
    <w:p>
      <w:r>
        <w:rPr>
          <w:b/>
        </w:rPr>
        <w:t xml:space="preserve">[54:06] </w:t>
      </w:r>
      <w:r>
        <w:t>to kya hua? economic activities jo hain, woh sab tabah ho gayeen.</w:t>
      </w:r>
    </w:p>
    <w:p>
      <w:pPr>
        <w:jc w:val="right"/>
      </w:pPr>
      <w:r>
        <w:t>تو کیا ہوا؟ اکنامک ایکٹیویٹیز جو ہیں، وہ سب تباہ ہو گئیں۔</w:t>
      </w:r>
    </w:p>
    <w:p>
      <w:r>
        <w:rPr>
          <w:b/>
        </w:rPr>
        <w:t xml:space="preserve">[54:14] </w:t>
      </w:r>
      <w:r>
        <w:t>aise peace agar na ho to da'wa activities nahi chalengi, kyunke da'wa activities hoti hain do ke beech mein: da'i aur mad'u.</w:t>
      </w:r>
    </w:p>
    <w:p>
      <w:pPr>
        <w:jc w:val="right"/>
      </w:pPr>
      <w:r>
        <w:t>ایسے پیس اگر نہ ہو تو دعویٰ ایکٹیویٹیز نہیں چلیں گی، کیونکہ دعویٰ ایکٹیویٹیز ہوتی ہیں دو کے بیچ میں: داعی اور مدعو۔</w:t>
      </w:r>
    </w:p>
    <w:p>
      <w:r>
        <w:rPr>
          <w:b/>
        </w:rPr>
        <w:t xml:space="preserve">[54:26] </w:t>
      </w:r>
      <w:r>
        <w:t>to da'i aur mad'u ke beech mein agar normal taluq ho, tabhi to aap kuch kahenge aur woh sune ga.</w:t>
      </w:r>
    </w:p>
    <w:p>
      <w:pPr>
        <w:jc w:val="right"/>
      </w:pPr>
      <w:r>
        <w:t>تو داعی اور مدعو کے بیچ میں اگر نارمل تعلق ہو، تبھی تو آپ کچھ کہیں گے اور وہ سنے گا۔</w:t>
      </w:r>
    </w:p>
    <w:p>
      <w:r>
        <w:rPr>
          <w:b/>
        </w:rPr>
        <w:t xml:space="preserve">[54:36] </w:t>
      </w:r>
      <w:r>
        <w:t>da'i aur mad'u ke beech mein agar violence ho raha ho, hate ka mahaul ho aur line ke liye jhagda ho, material cheezon ke liye jhagda ho, to da'wa kahan chalegi?</w:t>
      </w:r>
    </w:p>
    <w:p>
      <w:pPr>
        <w:jc w:val="right"/>
      </w:pPr>
      <w:r>
        <w:t>داعی اور مدعو کے بیچ میں اگر وائلنس ہو رہا ہو، ہیٹ کا ماحول ہو اور لائن کے لیے جھگڑا ہو، مٹیریل چیزوں کے لیے جھگڑا ہو، تو دعوت کہاں چلے گی؟</w:t>
      </w:r>
    </w:p>
    <w:p>
      <w:r>
        <w:rPr>
          <w:b/>
        </w:rPr>
        <w:t xml:space="preserve">[54:49] </w:t>
      </w:r>
      <w:r>
        <w:t>na koi sunane wala hoga, na sunne wala hoga. to economic development ke liye bhi aap ko chahiye peace aur da'wa process ke liye bhi aap ko chahiye peace.</w:t>
      </w:r>
    </w:p>
    <w:p>
      <w:pPr>
        <w:jc w:val="right"/>
      </w:pPr>
      <w:r>
        <w:t>نہ کوئی سنانے والا ہوگا، نہ سننے والا ہوگا۔ تو اکنامک ڈیولپمنٹ کے لیے بھی آپ کو چاہیے پیس اور دعویٰ پراسیس کے لیے بھی آپ کو چاہیے پیس۔</w:t>
      </w:r>
    </w:p>
    <w:p>
      <w:r>
        <w:rPr>
          <w:b/>
        </w:rPr>
        <w:t xml:space="preserve">[55:04] </w:t>
      </w:r>
      <w:r>
        <w:t>yeh do basic cheezein hain: economic development aur da'wa work,</w:t>
      </w:r>
    </w:p>
    <w:p>
      <w:pPr>
        <w:jc w:val="right"/>
      </w:pPr>
      <w:r>
        <w:t>یہ دو بیسک چیزیں ہیں: اکنامک ڈیولپمنٹ اور دعویٰ ورک،</w:t>
      </w:r>
    </w:p>
    <w:p>
      <w:r>
        <w:rPr>
          <w:b/>
        </w:rPr>
        <w:t xml:space="preserve">[55:14] </w:t>
      </w:r>
      <w:r>
        <w:t>aur dono ke liye chahiye peace, peaceful mahaul. to is wajah se kisi bhi price ko de kar ke, kisi bhi qeemat par humein peace ko maintain karna hai, peace ko bahar rakhna hai,</w:t>
      </w:r>
    </w:p>
    <w:p>
      <w:pPr>
        <w:jc w:val="right"/>
      </w:pPr>
      <w:r>
        <w:t>اور دونوں کے لیے چاہیے پیس، پیس فل ماحول۔ تو اس وجہ سے کسی بھی پرائس کو دے کر کے، کسی بھی قیمت پر ہمیں پیس کو مینٹین کرنا ہے، پیس کو باہر رکھنا ہے،</w:t>
      </w:r>
    </w:p>
    <w:p>
      <w:r>
        <w:rPr>
          <w:b/>
        </w:rPr>
        <w:t xml:space="preserve">[55:34] </w:t>
      </w:r>
      <w:r>
        <w:t>koi bhi excuse nahi lena hai is ke liye. kyunke dunya dekhiye, excuse de kar hi to baat bigadti hai.</w:t>
      </w:r>
    </w:p>
    <w:p>
      <w:pPr>
        <w:jc w:val="right"/>
      </w:pPr>
      <w:r>
        <w:t>کوئی بھی ایکسکیوز نہیں لینا ہے اس کے لیے۔ کیونکہ دنیا دیکھیے، ایکسکیوز دے کر ہی تو بات بگڑتی ہے۔</w:t>
      </w:r>
    </w:p>
    <w:p>
      <w:r>
        <w:rPr>
          <w:b/>
        </w:rPr>
        <w:t xml:space="preserve">[55:47] </w:t>
      </w:r>
      <w:r>
        <w:t>to is mamle mein hamara formula yeh hona chahiye ke "if you have a good excuse, don't use it."</w:t>
      </w:r>
    </w:p>
    <w:p>
      <w:pPr>
        <w:jc w:val="right"/>
      </w:pPr>
      <w:r>
        <w:t>تو اس معاملے میں ہمارا فارمولا یہ ہونا چاہیے کہ "اف یو ہیو ا گڈ ایکسکیوز، ڈونٹ یوز اٹ۔</w:t>
      </w:r>
    </w:p>
    <w:p>
      <w:r>
        <w:rPr>
          <w:b/>
        </w:rPr>
        <w:t xml:space="preserve">[55:56] </w:t>
      </w:r>
      <w:r>
        <w:t>if you have a good excuse, don't use it."</w:t>
      </w:r>
    </w:p>
    <w:p>
      <w:pPr>
        <w:jc w:val="right"/>
      </w:pPr>
      <w:r>
        <w:t>اف یو ہیو ا گڈ ایکسکیوز، ڈونٹ یوز اٹ۔"</w:t>
      </w:r>
    </w:p>
    <w:p>
      <w:r>
        <w:rPr>
          <w:b/>
        </w:rPr>
        <w:t xml:space="preserve">[56:05] </w:t>
      </w:r>
      <w:r>
        <w:t>to mein yahi kahunga ke is dunya mein chahe maadi taraqqi ka mamla ho ya deen ki zimmedariyon ko ada karne ka mamla ho, dono pehlu se aap ko yeh karna hai ke peace ko kisi haal mein na chhoden,</w:t>
      </w:r>
    </w:p>
    <w:p>
      <w:pPr>
        <w:jc w:val="right"/>
      </w:pPr>
      <w:r>
        <w:t>تو میں یہی کہوں گا کہ اس دنیا میں چاہے مادی ترقی کا معاملہ ہو یا دین کی ذمہ داریوں کو ادا کرنے کا معاملہ ہو، دونوں پہلو سے آپ کو یہ کرنا ہے کہ پیس کو کسی حال میں نہ چھوڑیں،</w:t>
      </w:r>
    </w:p>
    <w:p>
      <w:r>
        <w:rPr>
          <w:b/>
        </w:rPr>
        <w:t xml:space="preserve">[56:28] </w:t>
      </w:r>
      <w:r>
        <w:t>har qeemat par peace ko maintain karen.</w:t>
      </w:r>
    </w:p>
    <w:p>
      <w:pPr>
        <w:jc w:val="right"/>
      </w:pPr>
      <w:r>
        <w:t>ہر قیمت پر پیس کو مینٹین کریں۔</w:t>
      </w:r>
    </w:p>
    <w:p>
      <w:r>
        <w:rPr>
          <w:b/>
        </w:rPr>
        <w:t xml:space="preserve">[56:34] </w:t>
      </w:r>
      <w:r>
        <w:t>yahi hai is dunya mein kamyabi ka tareeqa. aqool qooli haza, wa astaghfirullah li walakum ajmaeen.</w:t>
      </w:r>
    </w:p>
    <w:p>
      <w:pPr>
        <w:jc w:val="right"/>
      </w:pPr>
      <w:r>
        <w:t>یہی ہے اس دنیا میں کامیابی کا طریقہ۔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