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Thought of The Day February 08, 2009</w:t>
      </w:r>
    </w:p>
    <w:p>
      <w:r>
        <w:t>https://youtu.be/tn8PNm6y2mg</w:t>
      </w:r>
    </w:p>
    <w:p>
      <w:r>
        <w:rPr>
          <w:b/>
        </w:rPr>
        <w:t xml:space="preserve">[00:14] </w:t>
      </w:r>
      <w:r>
        <w:t>bismillah hir rahman nir rahim, wa salla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 al uqdata min lisani, yafqahu qawli.</w:t>
      </w:r>
    </w:p>
    <w:p>
      <w:pPr>
        <w:jc w:val="right"/>
      </w:pPr>
      <w:r>
        <w:t>واحل العقدۃ من لسانی، یفقہ قولی۔</w:t>
      </w:r>
    </w:p>
    <w:p>
      <w:r>
        <w:rPr>
          <w:b/>
        </w:rPr>
        <w:t xml:space="preserve">[00:42] </w:t>
      </w:r>
      <w:r>
        <w:t>mera yeh tareeqa hai ke sunday ko jab mein yahan aata hoon bolne ke liye to sab se pehle mein is din ka english paper dekhta hoon.</w:t>
      </w:r>
    </w:p>
    <w:p>
      <w:pPr>
        <w:jc w:val="right"/>
      </w:pPr>
      <w:r>
        <w:t>میرا یہ طریقہ ہے کہ سنڈے کو جب میں یہاں آتا ہوں بولنے کے لیے تو سب سے پہلے میں اس دن کا انگلش پیپر دیکھتا ہوں۔</w:t>
      </w:r>
    </w:p>
    <w:p>
      <w:r>
        <w:rPr>
          <w:b/>
        </w:rPr>
        <w:t xml:space="preserve">[01:01] </w:t>
      </w:r>
      <w:r>
        <w:t>aksar aisa hota hai ke is din ke english paper se mujhe koi aisi baat milti hai jis ko le kar mein yahan kuch kahoon.</w:t>
      </w:r>
    </w:p>
    <w:p>
      <w:pPr>
        <w:jc w:val="right"/>
      </w:pPr>
      <w:r>
        <w:t>اکثر ایسا ہوتا ہے کہ اس دن کے انگلش پیپر سے مجھے کوئی ایسی بات ملتی ہے جس کو لے کر میں یہاں کچھ کہوں۔</w:t>
      </w:r>
    </w:p>
    <w:p>
      <w:r>
        <w:rPr>
          <w:b/>
        </w:rPr>
        <w:t xml:space="preserve">[01:15] </w:t>
      </w:r>
      <w:r>
        <w:t>is liye aaj ki talk ke liye jo title hai woh hai "thought of the day".</w:t>
      </w:r>
    </w:p>
    <w:p>
      <w:pPr>
        <w:jc w:val="right"/>
      </w:pPr>
      <w:r>
        <w:t>اس لیے آج کی ٹاک کے لیے جو ٹائٹل ہے وہ ہے "تھاٹ آف دا ڈے"۔</w:t>
      </w:r>
    </w:p>
    <w:p>
      <w:r>
        <w:rPr>
          <w:b/>
        </w:rPr>
        <w:t xml:space="preserve">[01:24] </w:t>
      </w:r>
      <w:r>
        <w:t>aaj ki aaj ki talk jo hai is ke liye "thought of the day" title hai.</w:t>
      </w:r>
    </w:p>
    <w:p>
      <w:pPr>
        <w:jc w:val="right"/>
      </w:pPr>
      <w:r>
        <w:t>آج کی آج کی ٹاک جو ہے اس کے لیے "تھاٹ آف دا ڈے" ٹائٹل ہے۔</w:t>
      </w:r>
    </w:p>
    <w:p>
      <w:r>
        <w:rPr>
          <w:b/>
        </w:rPr>
        <w:t xml:space="preserve">[01:33] </w:t>
      </w:r>
      <w:r>
        <w:t>aaj jo paper hai english paper,</w:t>
      </w:r>
    </w:p>
    <w:p>
      <w:pPr>
        <w:jc w:val="right"/>
      </w:pPr>
      <w:r>
        <w:t>آج جو پیپر ہے انگلش پیپر،</w:t>
      </w:r>
    </w:p>
    <w:p>
      <w:r>
        <w:rPr>
          <w:b/>
        </w:rPr>
        <w:t xml:space="preserve">[01:38] </w:t>
      </w:r>
      <w:r>
        <w:t>is mein aap ne dekha hoga ke ek bohat hi</w:t>
      </w:r>
    </w:p>
    <w:p>
      <w:pPr>
        <w:jc w:val="right"/>
      </w:pPr>
      <w:r>
        <w:t>اس میں آپ نے دیکھا ہوگا کہ ایک بہت ہی</w:t>
      </w:r>
    </w:p>
    <w:p>
      <w:r>
        <w:rPr>
          <w:b/>
        </w:rPr>
        <w:t xml:space="preserve">[01:49] </w:t>
      </w:r>
      <w:r>
        <w:t>bheeyanak news hai australia ke bare mein. "unchaged wild fire in Australia".</w:t>
      </w:r>
    </w:p>
    <w:p>
      <w:pPr>
        <w:jc w:val="right"/>
      </w:pPr>
      <w:r>
        <w:t>بھیانک نیوز ہے آسٹریلیا کے بارے میں۔ "انچگڈ وائلڈ فائر ان آسٹریلیا"۔</w:t>
      </w:r>
    </w:p>
    <w:p>
      <w:r>
        <w:rPr>
          <w:b/>
        </w:rPr>
        <w:t xml:space="preserve">[02:01] </w:t>
      </w:r>
      <w:r>
        <w:t>"unchaged wild fire in Australia". australia mein is waqt bohat</w:t>
      </w:r>
    </w:p>
    <w:p>
      <w:pPr>
        <w:jc w:val="right"/>
      </w:pPr>
      <w:r>
        <w:t>"انچگڈ وائلڈ فائر ان آسٹریلیا"۔ آسٹریلیا میں اس وقت بہت</w:t>
      </w:r>
    </w:p>
    <w:p>
      <w:r>
        <w:rPr>
          <w:b/>
        </w:rPr>
        <w:t xml:space="preserve">[02:13] </w:t>
      </w:r>
      <w:r>
        <w:t>australia ke jangalon mein bohat bari aag lagi hui hai jo victoria state hai is ke area mein.</w:t>
      </w:r>
    </w:p>
    <w:p>
      <w:pPr>
        <w:jc w:val="right"/>
      </w:pPr>
      <w:r>
        <w:t>آسٹریلیا کے جنگلوں میں بہت بڑی آگ لگی ہوئی ہے جو وکٹوریا اسٹیٹ ہے اس کے ایریا میں۔</w:t>
      </w:r>
    </w:p>
    <w:p>
      <w:r>
        <w:rPr>
          <w:b/>
        </w:rPr>
        <w:t xml:space="preserve">[02:23] </w:t>
      </w:r>
      <w:r>
        <w:t>is mein thirty thousand</w:t>
      </w:r>
    </w:p>
    <w:p>
      <w:pPr>
        <w:jc w:val="right"/>
      </w:pPr>
      <w:r>
        <w:t>اس میں تھرٹی تھاؤزنڈ</w:t>
      </w:r>
    </w:p>
    <w:p>
      <w:r>
        <w:rPr>
          <w:b/>
        </w:rPr>
        <w:t xml:space="preserve">[02:30] </w:t>
      </w:r>
      <w:r>
        <w:t>log lage hue hain bujhane ke liye, aur abhi tak woh is par kuch control nahi hua hai.</w:t>
      </w:r>
    </w:p>
    <w:p>
      <w:pPr>
        <w:jc w:val="right"/>
      </w:pPr>
      <w:r>
        <w:t>لوگ لگے ہوئے ہیں بجھانے کے لیے، اور ابھی تک وہ اس پر کچھ کنٹرول نہیں ہوا ہے۔</w:t>
      </w:r>
    </w:p>
    <w:p>
      <w:r>
        <w:rPr>
          <w:b/>
        </w:rPr>
        <w:t xml:space="preserve">[02:42] </w:t>
      </w:r>
      <w:r>
        <w:t>yani neeche se log pani phenk rahe hain, upar se helicopter aate hain pani se bhare hue, woh upar se pani ki baarish karte hain, tab bhi aag phail rahi hai.</w:t>
      </w:r>
    </w:p>
    <w:p>
      <w:pPr>
        <w:jc w:val="right"/>
      </w:pPr>
      <w:r>
        <w:t>یعنی نیچے سے لوگ پانی پھینک رہے ہیں، اوپر سے ہیلی کاپٹر آتے ہیں پانی سے بھرے ہوئے، وہ اوپر سے پانی کی بارش کرتے ہیں، تب بھی آگ پھیل رہی ہے۔</w:t>
      </w:r>
    </w:p>
    <w:p>
      <w:r>
        <w:rPr>
          <w:b/>
        </w:rPr>
        <w:t xml:space="preserve">[02:55] </w:t>
      </w:r>
      <w:r>
        <w:t>bari anokhi baat hai.</w:t>
      </w:r>
    </w:p>
    <w:p>
      <w:pPr>
        <w:jc w:val="right"/>
      </w:pPr>
      <w:r>
        <w:t>بڑی انوکھی بات ہے۔</w:t>
      </w:r>
    </w:p>
    <w:p>
      <w:r>
        <w:rPr>
          <w:b/>
        </w:rPr>
        <w:t xml:space="preserve">[03:00] </w:t>
      </w:r>
      <w:r>
        <w:t>pani se lade hue helicopter aate hain upar se, woh upar se pani gira rahe hain jaise baarish barti hai, aur neeche se pani daal rahe hain.</w:t>
      </w:r>
    </w:p>
    <w:p>
      <w:pPr>
        <w:jc w:val="right"/>
      </w:pPr>
      <w:r>
        <w:t>پانی سے لدے ہوئے ہیلی کاپٹر آتے ہیں اوپر سے، وہ اوپر سے پانی گرا رہے ہیں جیسے بارش برستی ہے، اور نیچے سے پانی ڈال رہے ہیں۔</w:t>
      </w:r>
    </w:p>
    <w:p>
      <w:r>
        <w:rPr>
          <w:b/>
        </w:rPr>
        <w:t xml:space="preserve">[03:10] </w:t>
      </w:r>
      <w:r>
        <w:t>thirty thousand log, phir bhi woh check nahi ho rahi hai. to is mein likha hai ke "unchaged wild fire in Australia".</w:t>
      </w:r>
    </w:p>
    <w:p>
      <w:pPr>
        <w:jc w:val="right"/>
      </w:pPr>
      <w:r>
        <w:t>تھرٹی تھاؤزنڈ لوگ، پھر بھی وہ چیک نہیں ہو رہی ہے۔ تو اس میں لکھا ہے کہ "انچگڈ وائلڈ فائر ان آسٹریلیا"۔</w:t>
      </w:r>
    </w:p>
    <w:p>
      <w:r>
        <w:rPr>
          <w:b/>
        </w:rPr>
        <w:t xml:space="preserve">[03:21] </w:t>
      </w:r>
      <w:r>
        <w:t>is tarah ki news aaj kal aap bohat dekhte honge media mein.</w:t>
      </w:r>
    </w:p>
    <w:p>
      <w:pPr>
        <w:jc w:val="right"/>
      </w:pPr>
      <w:r>
        <w:t>اس طرح کی نیوز آج کل آپ بہت دیکھتے ہوں گے میڈیا میں۔</w:t>
      </w:r>
    </w:p>
    <w:p>
      <w:r>
        <w:rPr>
          <w:b/>
        </w:rPr>
        <w:t xml:space="preserve">[03:26] </w:t>
      </w:r>
      <w:r>
        <w:t>kahin aag lag rahi hai, kahin earthquake aa raha hai, kahin flood aa raha hai, kahin kuch aur ho raha hai.</w:t>
      </w:r>
    </w:p>
    <w:p>
      <w:pPr>
        <w:jc w:val="right"/>
      </w:pPr>
      <w:r>
        <w:t>کہیں آگ لگ رہی ہے، کہیں ارتھ کویک آ رہا ہے، کہیں فلڈ آ رہا ہے، کہیں کچھ اور ہو رہا ہے۔</w:t>
      </w:r>
    </w:p>
    <w:p>
      <w:r>
        <w:rPr>
          <w:b/>
        </w:rPr>
        <w:t xml:space="preserve">[03:38] </w:t>
      </w:r>
      <w:r>
        <w:t>to is ko log simply kehte hain ke "ecological change". bas yeh ecological change nahi hai, yeh divine warning hai.</w:t>
      </w:r>
    </w:p>
    <w:p>
      <w:pPr>
        <w:jc w:val="right"/>
      </w:pPr>
      <w:r>
        <w:t>تو اس کو لوگ سمپلی کہتے ہیں کہ "ایکلوجیکل چینج"۔ بس یہ ایکلوجیکل چینج نہیں ہے، یہ ڈیوائن وارننگ ہے۔</w:t>
      </w:r>
    </w:p>
    <w:p>
      <w:r>
        <w:rPr>
          <w:b/>
        </w:rPr>
        <w:t xml:space="preserve">[03:55] </w:t>
      </w:r>
      <w:r>
        <w:t>divine warning. aap quran ko parhein. quran jo ke book of god hai, preserved book of god.</w:t>
      </w:r>
    </w:p>
    <w:p>
      <w:pPr>
        <w:jc w:val="right"/>
      </w:pPr>
      <w:r>
        <w:t>ڈیوائن وارننگ۔ آپ قرآن کو پڑھیں۔ قرآن جو کہ بک آف گاڈ ہے، پریزروڈ بک آف گاڈ۔</w:t>
      </w:r>
    </w:p>
    <w:p>
      <w:r>
        <w:rPr>
          <w:b/>
        </w:rPr>
        <w:t xml:space="preserve">[04:07] </w:t>
      </w:r>
      <w:r>
        <w:t>book of god to bohat aayi hain dunya mein, lekin preserve isi language mein koi nahi hai siwaye quran ke. to quran jo hai isi language mein aaj tak preserve hai.</w:t>
      </w:r>
    </w:p>
    <w:p>
      <w:pPr>
        <w:jc w:val="right"/>
      </w:pPr>
      <w:r>
        <w:t>بک آف گاڈ تو بہت سی آئی ہیں دنیا میں، لیکن پریزرو اسی لینگویج میں کوئی نہیں ہے سوائے قرآن کے۔ تو قرآن جو ہے اسی لینگویج میں آج تک پریزرو ہے۔</w:t>
      </w:r>
    </w:p>
    <w:p>
      <w:r>
        <w:rPr>
          <w:b/>
        </w:rPr>
        <w:t xml:space="preserve">[04:21] </w:t>
      </w:r>
      <w:r>
        <w:t>is mein</w:t>
      </w:r>
    </w:p>
    <w:p>
      <w:pPr>
        <w:jc w:val="right"/>
      </w:pPr>
      <w:r>
        <w:t>اس میں</w:t>
      </w:r>
    </w:p>
    <w:p>
      <w:r>
        <w:rPr>
          <w:b/>
        </w:rPr>
        <w:t xml:space="preserve">[04:24] </w:t>
      </w:r>
      <w:r>
        <w:t>bar bar yeh kaha gaya hai ke yeh dunya jo hai ek din khatam ho jayegi. to is mein ek chapter hai, is mein hai ke "aazifat al-raza'ah".</w:t>
      </w:r>
    </w:p>
    <w:p>
      <w:pPr>
        <w:jc w:val="right"/>
      </w:pPr>
      <w:r>
        <w:t>بار بار یہ کہا گیا ہے کہ یہ دنیا جو ہے ایک دن ختم ہو جائے گی۔ تو اس میں ایک چیپٹر ہے، اس میں ہے کہ "عجفت اللازفہ"۔</w:t>
      </w:r>
    </w:p>
    <w:p>
      <w:r>
        <w:rPr>
          <w:b/>
        </w:rPr>
        <w:t xml:space="preserve">[04:41] </w:t>
      </w:r>
      <w:r>
        <w:t>"aazifat al-raza'ah" ka matlab hai "the end was to come has come".</w:t>
      </w:r>
    </w:p>
    <w:p>
      <w:pPr>
        <w:jc w:val="right"/>
      </w:pPr>
      <w:r>
        <w:t>"عجفت اللازفہ" کا مطلب ہے "دا اور دیٹ واز ٹو کم ہیز کم"۔</w:t>
      </w:r>
    </w:p>
    <w:p>
      <w:r>
        <w:rPr>
          <w:b/>
        </w:rPr>
        <w:t xml:space="preserve">[04:53] </w:t>
      </w:r>
      <w:r>
        <w:t>jo waqt aanay wala tha woh aa chuka.</w:t>
      </w:r>
    </w:p>
    <w:p>
      <w:pPr>
        <w:jc w:val="right"/>
      </w:pPr>
      <w:r>
        <w:t>جو وقت آنے والا تھا وہ آ چکا۔</w:t>
      </w:r>
    </w:p>
    <w:p>
      <w:r>
        <w:rPr>
          <w:b/>
        </w:rPr>
        <w:t xml:space="preserve">[04:58] </w:t>
      </w:r>
      <w:r>
        <w:t>"aazifat al-raza'ah". "laysa laha min dunillahi kashifah". "the end was to come has come".</w:t>
      </w:r>
    </w:p>
    <w:p>
      <w:pPr>
        <w:jc w:val="right"/>
      </w:pPr>
      <w:r>
        <w:t>"عجفت اللازفہ"۔ "لیس الہ من دون اللہ کاشفہ"۔ "دا اور واز ٹو کم ہیز کم"۔</w:t>
      </w:r>
    </w:p>
    <w:p>
      <w:r>
        <w:rPr>
          <w:b/>
        </w:rPr>
        <w:t xml:space="preserve">[05:11] </w:t>
      </w:r>
      <w:r>
        <w:t>to yeh simple baat nahi hai, ecological change ki baat nahi hai,</w:t>
      </w:r>
    </w:p>
    <w:p>
      <w:pPr>
        <w:jc w:val="right"/>
      </w:pPr>
      <w:r>
        <w:t>تو یہ سمپل بات نہیں ہے، ایکلوجیکل چینج کی بات نہیں ہے،</w:t>
      </w:r>
    </w:p>
    <w:p>
      <w:r>
        <w:rPr>
          <w:b/>
        </w:rPr>
        <w:t xml:space="preserve">[05:18] </w:t>
      </w:r>
      <w:r>
        <w:t>climate change ki baat nahi hai. yeh yeh divine alarm hai ke aadmi tayari kar le, tayari kar le.</w:t>
      </w:r>
    </w:p>
    <w:p>
      <w:pPr>
        <w:jc w:val="right"/>
      </w:pPr>
      <w:r>
        <w:t>کلائمیٹ چینج کی بات نہیں ہے۔ یہ یہ ڈیوائن الارم ہے کہ آدمی تیاری کر لے، تیاری کر لے۔</w:t>
      </w:r>
    </w:p>
    <w:p>
      <w:r>
        <w:rPr>
          <w:b/>
        </w:rPr>
        <w:t xml:space="preserve">[05:35] </w:t>
      </w:r>
      <w:r>
        <w:t>ab zyada waqt nahi hai.</w:t>
      </w:r>
    </w:p>
    <w:p>
      <w:pPr>
        <w:jc w:val="right"/>
      </w:pPr>
      <w:r>
        <w:t>اب زیادہ وقت نہیں ہے۔</w:t>
      </w:r>
    </w:p>
    <w:p>
      <w:r>
        <w:rPr>
          <w:b/>
        </w:rPr>
        <w:t xml:space="preserve">[05:41] </w:t>
      </w:r>
      <w:r>
        <w:t>yeh dunya jo shuru hui bohat pehle,</w:t>
      </w:r>
    </w:p>
    <w:p>
      <w:pPr>
        <w:jc w:val="right"/>
      </w:pPr>
      <w:r>
        <w:t>یہ دنیا جو شروع ہوئی بہت پہلے،</w:t>
      </w:r>
    </w:p>
    <w:p>
      <w:r>
        <w:rPr>
          <w:b/>
        </w:rPr>
        <w:t xml:space="preserve">[05:48] </w:t>
      </w:r>
      <w:r>
        <w:t>kaha jata hai ke big bang ka jo waqea hua woh to 15 billion saal pehle tha.</w:t>
      </w:r>
    </w:p>
    <w:p>
      <w:pPr>
        <w:jc w:val="right"/>
      </w:pPr>
      <w:r>
        <w:t>کہا جاتا ہے کہ بگ بینگ کا جو واقعہ ہوا وہ تو 15 بلین سال پہلے تھا۔</w:t>
      </w:r>
    </w:p>
    <w:p>
      <w:r>
        <w:rPr>
          <w:b/>
        </w:rPr>
        <w:t xml:space="preserve">[05:57] </w:t>
      </w:r>
      <w:r>
        <w:t>phir dheere dheere dheere hamari zameen bani,</w:t>
      </w:r>
    </w:p>
    <w:p>
      <w:pPr>
        <w:jc w:val="right"/>
      </w:pPr>
      <w:r>
        <w:t>پھر دھیرے دھیرے دھیرے ہماری زمین بنی،</w:t>
      </w:r>
    </w:p>
    <w:p>
      <w:r>
        <w:rPr>
          <w:b/>
        </w:rPr>
        <w:t xml:space="preserve">[06:02] </w:t>
      </w:r>
      <w:r>
        <w:t>aur hamari is earth par jo planet earth hai, wahan par pani aur sabza aur saare woh cheezein jis ko hum kehte hain life support system, woh sab yahan hua.</w:t>
      </w:r>
    </w:p>
    <w:p>
      <w:pPr>
        <w:jc w:val="right"/>
      </w:pPr>
      <w:r>
        <w:t>اور ہماری اس ارتھ پر جو پلینٹ ارتھ ہے، وہاں پر پانی اور سبزہ اور سارے وہ چیزیں جس کو ہم کہتے ہیں لائف سپورٹ سسٹم، وہ سب یہاں ہوا۔</w:t>
      </w:r>
    </w:p>
    <w:p>
      <w:r>
        <w:rPr>
          <w:b/>
        </w:rPr>
        <w:t xml:space="preserve">[06:15] </w:t>
      </w:r>
      <w:r>
        <w:t>phir insaan yahan par settle hua. to woh</w:t>
      </w:r>
    </w:p>
    <w:p>
      <w:pPr>
        <w:jc w:val="right"/>
      </w:pPr>
      <w:r>
        <w:t>پھر انسان یہاں پر سیٹل ہوا۔ تو وہ</w:t>
      </w:r>
    </w:p>
    <w:p>
      <w:r>
        <w:rPr>
          <w:b/>
        </w:rPr>
        <w:t xml:space="preserve">[06:22] </w:t>
      </w:r>
      <w:r>
        <w:t>eternal tor par nahi tha.</w:t>
      </w:r>
    </w:p>
    <w:p>
      <w:pPr>
        <w:jc w:val="right"/>
      </w:pPr>
      <w:r>
        <w:t>ایٹرنل طور پر نہیں تھا۔</w:t>
      </w:r>
    </w:p>
    <w:p>
      <w:r>
        <w:rPr>
          <w:b/>
        </w:rPr>
        <w:t xml:space="preserve">[06:25] </w:t>
      </w:r>
      <w:r>
        <w:t>dekhein, is se pehle science mein newton ke zamane mein law of entropy discover hua. law of entropy jo tha, is ka matlab yeh tha ke dunya dheere dheere thandi ho jayegi,</w:t>
      </w:r>
    </w:p>
    <w:p>
      <w:pPr>
        <w:jc w:val="right"/>
      </w:pPr>
      <w:r>
        <w:t>دیکھیں، اس سے پہلے سائنس میں نیوٹن کے زمانے میں لاء آف انٹراپی ڈسکور ہوا۔ لاء آف انٹراپی جو تھا، اس کا مطلب یہ تھا کہ دنیا دھیرے دھیرے ٹھنڈی ہو جائے گی،</w:t>
      </w:r>
    </w:p>
    <w:p>
      <w:r>
        <w:rPr>
          <w:b/>
        </w:rPr>
        <w:t xml:space="preserve">[06:44] </w:t>
      </w:r>
      <w:r>
        <w:t>heat nahi rahegi. jaise hamara sun hai, dheere dheere woh apni temperature kam ho raha hai, kam ho raha hai, kam ho raha hai.</w:t>
      </w:r>
    </w:p>
    <w:p>
      <w:pPr>
        <w:jc w:val="right"/>
      </w:pPr>
      <w:r>
        <w:t>ہیٹ نہیں رہے گی۔ جیسے ہمارا سن ہے، دھیرے دھیرے وہ اپنی ٹمپریچر کم ہو رہا ہے، کم ہو رہا ہے، کم ہو رہا ہے۔</w:t>
      </w:r>
    </w:p>
    <w:p>
      <w:r>
        <w:rPr>
          <w:b/>
        </w:rPr>
        <w:t xml:space="preserve">[06:53] </w:t>
      </w:r>
      <w:r>
        <w:t>to death to bohat pehle janta tha insaan, lekin us waqt samajhte thay ke yeh cold death hogi. newton ke zamane mein yeh samjha jata tha ke death to aanay wali hai,</w:t>
      </w:r>
    </w:p>
    <w:p>
      <w:pPr>
        <w:jc w:val="right"/>
      </w:pPr>
      <w:r>
        <w:t>تو ڈیتھ تو بہت پہلے جانتا تھا انسان، لیکن اس وقت سمجھتے تھے کہ یہ کولڈ ڈیتھ ہوگی۔ نیوٹن کے زمانے میں یہ سمجھا جاتا تھا کہ ڈیتھ تو آنے والی ہے،</w:t>
      </w:r>
    </w:p>
    <w:p>
      <w:r>
        <w:rPr>
          <w:b/>
        </w:rPr>
        <w:t xml:space="preserve">[07:07] </w:t>
      </w:r>
      <w:r>
        <w:t>lekin woh cold death hogi. yaani dunya thandi ho jayegi, thandi ho jayegi, thandi ho jayegi. to ab zindagi nahi rahegi, khatam, sab kuch khatam ho jayega.</w:t>
      </w:r>
    </w:p>
    <w:p>
      <w:pPr>
        <w:jc w:val="right"/>
      </w:pPr>
      <w:r>
        <w:t>لیکن وہ کولڈ ڈیتھ ہوگی۔ یعنی دنیا ٹھنڈی ہو جائے گی، ٹھنڈی ہو جائے گی، ٹھنڈی ہو جائے گی۔ تو اب زندگی نہیں رہے گی، ختم، سب کچھ ختم ہو جائے گا۔</w:t>
      </w:r>
    </w:p>
    <w:p>
      <w:r>
        <w:rPr>
          <w:b/>
        </w:rPr>
        <w:t xml:space="preserve">[07:18] </w:t>
      </w:r>
      <w:r>
        <w:t>to newton ke zamane mein law of entropy ki discovery ke baad scientist logon ne yeh samjha tha ke cold death aanay wali hai, aur bohat der, abhi bohat door hai woh.</w:t>
      </w:r>
    </w:p>
    <w:p>
      <w:pPr>
        <w:jc w:val="right"/>
      </w:pPr>
      <w:r>
        <w:t>تو نیوٹن کے زمانے میں لاء آف انٹراپی کی ڈسکوری کے بعد سائنٹسٹ لوگوں نے یہ سمجھا تھا کہ کولڈ ڈیتھ آنے والی ہے، اور بہت دیر، ابھی بہت دور ہے وہ۔</w:t>
      </w:r>
    </w:p>
    <w:p>
      <w:r>
        <w:rPr>
          <w:b/>
        </w:rPr>
        <w:t xml:space="preserve">[07:33] </w:t>
      </w:r>
      <w:r>
        <w:t>lekin ab aap dekhein, yeh jo global warming hai, is ne mamle ko badal diya.</w:t>
      </w:r>
    </w:p>
    <w:p>
      <w:pPr>
        <w:jc w:val="right"/>
      </w:pPr>
      <w:r>
        <w:t>لیکن اب آپ دیکھیں، یہ جو گلوبل وارمنگ ہے، اس نے معاملے کو بدل دیا۔</w:t>
      </w:r>
    </w:p>
    <w:p>
      <w:r>
        <w:rPr>
          <w:b/>
        </w:rPr>
        <w:t xml:space="preserve">[07:44] </w:t>
      </w:r>
      <w:r>
        <w:t>ab hamare haan kya hai?</w:t>
      </w:r>
    </w:p>
    <w:p>
      <w:pPr>
        <w:jc w:val="right"/>
      </w:pPr>
      <w:r>
        <w:t>اب ہمارے ہاں کیا ہے؟</w:t>
      </w:r>
    </w:p>
    <w:p>
      <w:r>
        <w:rPr>
          <w:b/>
        </w:rPr>
        <w:t xml:space="preserve">[07:48] </w:t>
      </w:r>
      <w:r>
        <w:t>barh rahi hai temperature, barh raha hai. yeh jo aag lag rahi hai idhar udhar, isi ki wajah se lag rahi hai aag ke atmosphere mein garmi barh gayi hai. aag kyun lag rahi hai?</w:t>
      </w:r>
    </w:p>
    <w:p>
      <w:pPr>
        <w:jc w:val="right"/>
      </w:pPr>
      <w:r>
        <w:t>بڑھ رہی ہے ٹمپریچر، بڑھ رہا ہے۔ یہ جو آگ لگ رہی ہے ادھر ادھر، اسی کی وجہ سے لگ رہی ہے آگ کہ ایٹمسفیئر میں گرمی بڑھ گئی ہے۔ آگ کیوں لگ رہی ہے؟</w:t>
      </w:r>
    </w:p>
    <w:p>
      <w:r>
        <w:rPr>
          <w:b/>
        </w:rPr>
        <w:t xml:space="preserve">[08:01] </w:t>
      </w:r>
      <w:r>
        <w:t>jagah jagah aag lag rahi hai. aap jante hain, is se pehle california mein aag lagi, bohat dinon se chalti rahi. woh ab australia mein lagi hai, idhar udhar. to temperature barh gaya atmosphere ka, is wajah se aag bohat aasani se aag lag jati hai.</w:t>
      </w:r>
    </w:p>
    <w:p>
      <w:pPr>
        <w:jc w:val="right"/>
      </w:pPr>
      <w:r>
        <w:t>جگہ جگہ آگ لگ رہی ہے۔ آپ جانتے ہیں، اس سے پہلے کیلیفورنیا میں آگ لگی، بہت دنوں سے چلتی رہی۔ وہ اب آسٹریلیا میں لگی ہے، ادھر ادھر۔ تو ٹمپریچر بڑھ گیا ایٹمسفیئر کا، اس وجہ سے آگ بہت آسانی سے آگ لگ جاتی ہے۔</w:t>
      </w:r>
    </w:p>
    <w:p>
      <w:r>
        <w:rPr>
          <w:b/>
        </w:rPr>
        <w:t xml:space="preserve">[08:15] </w:t>
      </w:r>
      <w:r>
        <w:t>lag jati hai to phir bujhti nahin.</w:t>
      </w:r>
    </w:p>
    <w:p>
      <w:pPr>
        <w:jc w:val="right"/>
      </w:pPr>
      <w:r>
        <w:t>لگ جاتی ہے تو پھر بجھتی نہیں۔</w:t>
      </w:r>
    </w:p>
    <w:p>
      <w:r>
        <w:rPr>
          <w:b/>
        </w:rPr>
        <w:t xml:space="preserve">[08:20] </w:t>
      </w:r>
      <w:r>
        <w:t>to science dan pehle yeh samajhte the newton ke zamane mein aur is ke baad tak ke duniya hamesha ke liye to nahin hai, lekin is ko hogi cold death.</w:t>
      </w:r>
    </w:p>
    <w:p>
      <w:pPr>
        <w:jc w:val="right"/>
      </w:pPr>
      <w:r>
        <w:t>تو سائنس دان پہلے یہ سمجھتے تھے نیوٹن کے زمانے میں اور اس کے بعد تک کہ دنیا ہمیشہ کے لیے تو نہیں ہے، لیکن اس کو ہوگی کولڈ ڈیتھ۔</w:t>
      </w:r>
    </w:p>
    <w:p>
      <w:r>
        <w:rPr>
          <w:b/>
        </w:rPr>
        <w:t xml:space="preserve">[08:35] </w:t>
      </w:r>
      <w:r>
        <w:t>thandi ho kar khatm ho jayegi, energy nahin rahegi, heat nahin rahegi, garmi nahin rahegi. lekin ab maloom hua ke woh heat death hai, yani garmi ki sabab se duniya khatm ho rahi hai.</w:t>
      </w:r>
    </w:p>
    <w:p>
      <w:pPr>
        <w:jc w:val="right"/>
      </w:pPr>
      <w:r>
        <w:t>ٹھنڈی ہو کر ختم ہو جائے گی، انرجی نہیں رہے گی، ہیٹ نہیں رہے گی، گرمی نہیں رہے گی۔ لیکن اب معلوم ہوا کہ وہ ہیٹ ڈیتھ ہے، یعنی گرمی کی سبب سے دنیا ختم ہو رہی ہے۔</w:t>
      </w:r>
    </w:p>
    <w:p>
      <w:r>
        <w:rPr>
          <w:b/>
        </w:rPr>
        <w:t xml:space="preserve">[08:51] </w:t>
      </w:r>
      <w:r>
        <w:t>to yeh sirf religious prediction nahin hai, yeh scientific fact hai. end of history jo hai, philosophy mein bhi ek chapter, ek ek chapter aata hai, end of history.</w:t>
      </w:r>
    </w:p>
    <w:p>
      <w:pPr>
        <w:jc w:val="right"/>
      </w:pPr>
      <w:r>
        <w:t>تو یہ صرف ریلیجس پریڈکشن نہیں ہے، یہ سائنٹیفک فیکٹ ہے۔ اینڈ آف ہسٹری جو ہے، فلاسفی میں بھی ایک چیپٹر، ایک ایک چیپٹر آتا ہے، اینڈ آف ہسٹری۔</w:t>
      </w:r>
    </w:p>
    <w:p>
      <w:r>
        <w:rPr>
          <w:b/>
        </w:rPr>
        <w:t xml:space="preserve">[09:06] </w:t>
      </w:r>
      <w:r>
        <w:t>to philosophy mein mana jata hai ke end of history hone wala hai. science mein mana jata hai ke duniya ka end hone wala hai. to woh end shuru ho gaya.</w:t>
      </w:r>
    </w:p>
    <w:p>
      <w:pPr>
        <w:jc w:val="right"/>
      </w:pPr>
      <w:r>
        <w:t>تو فلاسفی میں مانا جاتا ہے کہ اینڈ آف ہسٹری ہونے والا ہے۔ سائنس میں مانا جاتا ہے کہ دنیا کا اینڈ ہونے والا ہے۔ تو وہ اینڈ شروع ہو گیا۔</w:t>
      </w:r>
    </w:p>
    <w:p>
      <w:r>
        <w:rPr>
          <w:b/>
        </w:rPr>
        <w:t xml:space="preserve">[09:19] </w:t>
      </w:r>
      <w:r>
        <w:t>yeh beginning of the end ka mamla hai. yeh to bahut zyada sochna hai hamein, bahut zyada sochna hai.</w:t>
      </w:r>
    </w:p>
    <w:p>
      <w:pPr>
        <w:jc w:val="right"/>
      </w:pPr>
      <w:r>
        <w:t>یہ بگننگ آف دا اینڈ کا معاملہ ہے۔ یہ تو بہت زیادہ سوچنا ہے ہمیں، بہت زیادہ سوچنا ہے۔</w:t>
      </w:r>
    </w:p>
    <w:p>
      <w:r>
        <w:rPr>
          <w:b/>
        </w:rPr>
        <w:t xml:space="preserve">[09:31] </w:t>
      </w:r>
      <w:r>
        <w:t>to aaj jab maine yeh parha, is mein paper mein "unchanged wildfire in australia" yeh sab baatein mujhe yaad agayin.</w:t>
      </w:r>
    </w:p>
    <w:p>
      <w:pPr>
        <w:jc w:val="right"/>
      </w:pPr>
      <w:r>
        <w:t>تو آج جب میں نے یہ پڑھا، اس میں پیپر میں "انچگڈ وائلڈ فائر ان آسٹریلیا" یہ سب باتیں مجھے یاد آگئیں۔</w:t>
      </w:r>
    </w:p>
    <w:p>
      <w:r>
        <w:rPr>
          <w:b/>
        </w:rPr>
        <w:t xml:space="preserve">[09:44] </w:t>
      </w:r>
      <w:r>
        <w:t>to maine socha ke aaj main isi ke bare mein aap ko kuch kahoon.</w:t>
      </w:r>
    </w:p>
    <w:p>
      <w:pPr>
        <w:jc w:val="right"/>
      </w:pPr>
      <w:r>
        <w:t>تو میں نے سوچا کہ آج میں اسی کے بارے میں آپ کو کچھ کہوں۔</w:t>
      </w:r>
    </w:p>
    <w:p>
      <w:r>
        <w:rPr>
          <w:b/>
        </w:rPr>
        <w:t xml:space="preserve">[09:53] </w:t>
      </w:r>
      <w:r>
        <w:t>dekhein, yeh simple baat nahin hai. abhi chand din pehle paper mein aaya tha ek bahut hi alarming report, bahut hi alarming report thi.</w:t>
      </w:r>
    </w:p>
    <w:p>
      <w:pPr>
        <w:jc w:val="right"/>
      </w:pPr>
      <w:r>
        <w:t>دیکھیں، یہ سمپل بات نہیں ہے۔ ابھی چند دن پہلے پیپر میں آیا تھا ایک بہت ہی الارمنگ رپورٹ، بہت ہی الارمنگ رپورٹ تھی۔</w:t>
      </w:r>
    </w:p>
    <w:p>
      <w:r>
        <w:rPr>
          <w:b/>
        </w:rPr>
        <w:t xml:space="preserve">[10:09] </w:t>
      </w:r>
      <w:r>
        <w:t>yeh mere samne woh paper hai, aap dekh sakte hain is ko.</w:t>
      </w:r>
    </w:p>
    <w:p>
      <w:pPr>
        <w:jc w:val="right"/>
      </w:pPr>
      <w:r>
        <w:t>یہ میرے سامنے وہ پیپر ہے، آپ دیکھ سکتے ہیں اس کو۔</w:t>
      </w:r>
    </w:p>
    <w:p>
      <w:r>
        <w:rPr>
          <w:b/>
        </w:rPr>
        <w:t xml:space="preserve">[10:15] </w:t>
      </w:r>
      <w:r>
        <w:t>yeh hai ke weightlessness jo hai, woh kya cheez hai?</w:t>
      </w:r>
    </w:p>
    <w:p>
      <w:pPr>
        <w:jc w:val="right"/>
      </w:pPr>
      <w:r>
        <w:t>یہ ہے کہ ویٹ لیسنس جو ہے، وہ کیا چیز ہے؟</w:t>
      </w:r>
    </w:p>
    <w:p>
      <w:r>
        <w:rPr>
          <w:b/>
        </w:rPr>
        <w:t xml:space="preserve">[10:21] </w:t>
      </w:r>
      <w:r>
        <w:t>be-wazni kya cheez hai?</w:t>
      </w:r>
    </w:p>
    <w:p>
      <w:pPr>
        <w:jc w:val="right"/>
      </w:pPr>
      <w:r>
        <w:t>بے وزنی کیا چیز ہے؟</w:t>
      </w:r>
    </w:p>
    <w:p>
      <w:r>
        <w:rPr>
          <w:b/>
        </w:rPr>
        <w:t xml:space="preserve">[10:27] </w:t>
      </w:r>
      <w:r>
        <w:t>aap jante hain ke second world war ke baad duniya mein space yeh aaya,</w:t>
      </w:r>
    </w:p>
    <w:p>
      <w:pPr>
        <w:jc w:val="right"/>
      </w:pPr>
      <w:r>
        <w:t>آپ جانتے ہیں کہ سیکنڈ ورلڈ وار کے بعد دنیا میں اسپیس یہ آیا،</w:t>
      </w:r>
    </w:p>
    <w:p>
      <w:r>
        <w:rPr>
          <w:b/>
        </w:rPr>
        <w:t xml:space="preserve">[10:36] </w:t>
      </w:r>
      <w:r>
        <w:t>second world war ke baad.</w:t>
      </w:r>
    </w:p>
    <w:p>
      <w:pPr>
        <w:jc w:val="right"/>
      </w:pPr>
      <w:r>
        <w:t>سیکنڈ ورلڈ وار کے بعد۔</w:t>
      </w:r>
    </w:p>
    <w:p>
      <w:r>
        <w:rPr>
          <w:b/>
        </w:rPr>
        <w:t xml:space="preserve">[10:38] </w:t>
      </w:r>
      <w:r>
        <w:t>to yeh jo</w:t>
      </w:r>
    </w:p>
    <w:p>
      <w:pPr>
        <w:jc w:val="right"/>
      </w:pPr>
      <w:r>
        <w:t>تو یہ جو</w:t>
      </w:r>
    </w:p>
    <w:p>
      <w:r>
        <w:rPr>
          <w:b/>
        </w:rPr>
        <w:t xml:space="preserve">[10:41] </w:t>
      </w:r>
      <w:r>
        <w:t>science danon ne kaha tha ke dunya bohat din tak hamare sath nahi degi,</w:t>
      </w:r>
    </w:p>
    <w:p>
      <w:pPr>
        <w:jc w:val="right"/>
      </w:pPr>
      <w:r>
        <w:t>سائنس دانوں نے کہا تھا کہ دنیا بہت دن تک ہمارے ساتھ نہیں دے گی،</w:t>
      </w:r>
    </w:p>
    <w:p>
      <w:r>
        <w:rPr>
          <w:b/>
        </w:rPr>
        <w:t xml:space="preserve">[10:48] </w:t>
      </w:r>
      <w:r>
        <w:t>to bohat bare</w:t>
      </w:r>
    </w:p>
    <w:p>
      <w:pPr>
        <w:jc w:val="right"/>
      </w:pPr>
      <w:r>
        <w:t>تو بہت بڑے</w:t>
      </w:r>
    </w:p>
    <w:p>
      <w:r>
        <w:rPr>
          <w:b/>
        </w:rPr>
        <w:t xml:space="preserve">[10:51] </w:t>
      </w:r>
      <w:r>
        <w:t>peymane par ek khoj shuru hui ke space mein doosra planet earth ja nikala jaye, pata kiya jaye</w:t>
      </w:r>
    </w:p>
    <w:p>
      <w:pPr>
        <w:jc w:val="right"/>
      </w:pPr>
      <w:r>
        <w:t>پیمانے پر ایک کھوج شروع ہوئی کہ اسپیس میں دوسرا پلینٹ ارتھ جا نکالا جائے، پتہ کیا جائے</w:t>
      </w:r>
    </w:p>
    <w:p>
      <w:r>
        <w:rPr>
          <w:b/>
        </w:rPr>
        <w:t xml:space="preserve">[11:01] </w:t>
      </w:r>
      <w:r>
        <w:t>ke jab yeh dunya hamein chhodni paregi, hum khatm ho jayenge, to us waqt kya hamare</w:t>
      </w:r>
    </w:p>
    <w:p>
      <w:pPr>
        <w:jc w:val="right"/>
      </w:pPr>
      <w:r>
        <w:t>کہ جب یہ دنیا ہمیں چھوڑنی پڑے گی، ہم ختم ہو جائیں گے، تو اس وقت کیا ہمارے</w:t>
      </w:r>
    </w:p>
    <w:p>
      <w:r>
        <w:rPr>
          <w:b/>
        </w:rPr>
        <w:t xml:space="preserve">[11:07] </w:t>
      </w:r>
      <w:r>
        <w:t>pas koi aur planet hai universe mein jahan hum ja saken?</w:t>
      </w:r>
    </w:p>
    <w:p>
      <w:pPr>
        <w:jc w:val="right"/>
      </w:pPr>
      <w:r>
        <w:t>پاس کوئی اور پلینٹ ہے یونیورس میں جہاں ہم جا سکیں؟</w:t>
      </w:r>
    </w:p>
    <w:p>
      <w:r>
        <w:rPr>
          <w:b/>
        </w:rPr>
        <w:t xml:space="preserve">[11:12] </w:t>
      </w:r>
      <w:r>
        <w:t>is par train train train dollar kharch kiye gaye, aur space mein bahut zyada khoji sayare bheje gaye.</w:t>
      </w:r>
    </w:p>
    <w:p>
      <w:pPr>
        <w:jc w:val="right"/>
      </w:pPr>
      <w:r>
        <w:t>اس پر ٹرین ٹرین ٹرین ڈالر خرچ کیے گئے، اور اسپیس میں بہت زیادہ کھوجی سیارے بھیجے گئے۔</w:t>
      </w:r>
    </w:p>
    <w:p>
      <w:r>
        <w:rPr>
          <w:b/>
        </w:rPr>
        <w:t xml:space="preserve">[11:23] </w:t>
      </w:r>
      <w:r>
        <w:t>lekin aap jante hain ke yeh mamla kya hai? pehli baat to yeh hai ke aaj tak koi bhi planet itni badi universe hai, aisa discover nahin hua jahan par pani ho, sabza ho, life support system ho.</w:t>
      </w:r>
    </w:p>
    <w:p>
      <w:pPr>
        <w:jc w:val="right"/>
      </w:pPr>
      <w:r>
        <w:t>لیکن آپ جانتے ہیں کہ یہ معاملہ کیا ہے؟ پہلی بات تو یہ ہے کہ آج تک کوئی بھی پلینٹ اتنی بڑی یونیورس ہے، ایسا ڈسکور نہیں ہوا جہاں پر پانی ہو، سبزہ ہو، لائف سپورٹ سسٹم ہو۔</w:t>
      </w:r>
    </w:p>
    <w:p>
      <w:r>
        <w:rPr>
          <w:b/>
        </w:rPr>
        <w:t xml:space="preserve">[11:38] </w:t>
      </w:r>
      <w:r>
        <w:t>to aaj bhi scientific discovery ke mutabiq</w:t>
      </w:r>
    </w:p>
    <w:p>
      <w:pPr>
        <w:jc w:val="right"/>
      </w:pPr>
      <w:r>
        <w:t>تو آج بھی سائنٹیفک ڈسکوری کے مطابق</w:t>
      </w:r>
    </w:p>
    <w:p>
      <w:r>
        <w:rPr>
          <w:b/>
        </w:rPr>
        <w:t xml:space="preserve">[11:42] </w:t>
      </w:r>
      <w:r>
        <w:t>hamara planet earth jo hai, woh ek rare exception hai throughout pure pure universe mein. bahut hi badi universe hai,</w:t>
      </w:r>
    </w:p>
    <w:p>
      <w:pPr>
        <w:jc w:val="right"/>
      </w:pPr>
      <w:r>
        <w:t>ہمارا پلینٹ ارتھ جو ہے، وہ ایک ریئر ایکسیپشن ہے تھرو آؤٹ پورے پورے یونیورس میں۔ بہت ہی بڑی یونیورس ہے،</w:t>
      </w:r>
    </w:p>
    <w:p>
      <w:r>
        <w:rPr>
          <w:b/>
        </w:rPr>
        <w:t xml:space="preserve">[11:56] </w:t>
      </w:r>
      <w:r>
        <w:t>is mein ek rare exception hai hamara planet earth jahan par life support system hai, jahan zindagi reh sakti hai.</w:t>
      </w:r>
    </w:p>
    <w:p>
      <w:pPr>
        <w:jc w:val="right"/>
      </w:pPr>
      <w:r>
        <w:t>اس میں ایک ریئر ایکسیپشن ہے ہمارا پلینٹ ارتھ جہاں پر لائف سپورٹ سسٹم ہے، جہاں زندگی رہ سکتی ہے۔</w:t>
      </w:r>
    </w:p>
    <w:p>
      <w:r>
        <w:rPr>
          <w:b/>
        </w:rPr>
        <w:t xml:space="preserve">[12:05] </w:t>
      </w:r>
      <w:r>
        <w:t>mars ke bare mein logon ko kisi gas ki wajah se, kisi discovery ki wajah se nahin, yeh khayal hai ke wahan shayad pani hai. mars jo hai, mars, mars, is ko urdu mein mareekh kehte hain, lekin yeh bhi sirf ek ek ek gas hai bas.</w:t>
      </w:r>
    </w:p>
    <w:p>
      <w:pPr>
        <w:jc w:val="right"/>
      </w:pPr>
      <w:r>
        <w:t>مارس کے بارے میں لوگوں کو کسی گیس کی وجہ سے، کسی ڈسکوری کی وجہ سے نہیں، یہ خیال ہے کہ وہاں شاید پانی ہے۔ مارس جو ہے، ایم اے آر ایس، مارس، اس کو اردو میں مریخ کہتے ہیں، لیکن یہ بھی صرف ایک ایک ایک گیس ہے بس۔</w:t>
      </w:r>
    </w:p>
    <w:p>
      <w:r>
        <w:rPr>
          <w:b/>
        </w:rPr>
        <w:t xml:space="preserve">[12:24] </w:t>
      </w:r>
      <w:r>
        <w:t>aur mars ka mamla aap jante hain kya hai?</w:t>
      </w:r>
    </w:p>
    <w:p>
      <w:pPr>
        <w:jc w:val="right"/>
      </w:pPr>
      <w:r>
        <w:t>اور مارس کا معاملہ آپ جانتے ہیں کیا ہے؟</w:t>
      </w:r>
    </w:p>
    <w:p>
      <w:r>
        <w:rPr>
          <w:b/>
        </w:rPr>
        <w:t xml:space="preserve">[12:28] </w:t>
      </w:r>
      <w:r>
        <w:t>space journey jo hum karte hain, jaise hum chale gaye chand par, to chand par jana asan hai, aur jagah jana to bahut hi mushkil kaam hai. koi bahut door hain sab, chand jaisa nahin hai mars.</w:t>
      </w:r>
    </w:p>
    <w:p>
      <w:pPr>
        <w:jc w:val="right"/>
      </w:pPr>
      <w:r>
        <w:t>اسپیس جرنی جو ہم کرتے ہیں، جیسے ہم چلے گئے چاند پر، تو چاند پر جانا آسان ہے، اور جگہ جانا تو بہت ہی مشکل کام ہے۔ کوئی بہت دور ہیں سب، چاند جیسا نہیں ہے مارس۔</w:t>
      </w:r>
    </w:p>
    <w:p>
      <w:r>
        <w:rPr>
          <w:b/>
        </w:rPr>
        <w:t xml:space="preserve">[12:41] </w:t>
      </w:r>
      <w:r>
        <w:t>agar hum ek aisa space craft banayein jis par hum safar karein, to zameen se mars tak pahunchne mein hamein lagega ek saal pura, ek saal se bhi zyada.</w:t>
      </w:r>
    </w:p>
    <w:p>
      <w:pPr>
        <w:jc w:val="right"/>
      </w:pPr>
      <w:r>
        <w:t>اگر ہم ایک ایسا اسپیس کرافٹ بنائیں جس پر ہم سفر کریں، تو زمین سے مارس تک پہنچنے میں ہمیں لگے گا ایک سال پورا، ایک سال سے بھی زیادہ۔</w:t>
      </w:r>
    </w:p>
    <w:p>
      <w:r>
        <w:rPr>
          <w:b/>
        </w:rPr>
        <w:t xml:space="preserve">[12:55] </w:t>
      </w:r>
      <w:r>
        <w:t>pahunchne mein sirf lagega</w:t>
      </w:r>
    </w:p>
    <w:p>
      <w:pPr>
        <w:jc w:val="right"/>
      </w:pPr>
      <w:r>
        <w:t>پہنچنے میں صرف لگے گا</w:t>
      </w:r>
    </w:p>
    <w:p>
      <w:r>
        <w:rPr>
          <w:b/>
        </w:rPr>
        <w:t xml:space="preserve">[12:58] </w:t>
      </w:r>
      <w:r>
        <w:t>ek se saal zyada bhi lag sakta hai, wapsi bhi ek saal. yeh do saal to aane jaane mein kharch ho jayega. aap jante hain kya hoga?</w:t>
      </w:r>
    </w:p>
    <w:p>
      <w:pPr>
        <w:jc w:val="right"/>
      </w:pPr>
      <w:r>
        <w:t>ایک سے سال زیادہ بھی لگ سکتا ہے، واپسی بھی ایک سال۔ یہ دو سال تو آنے جانے میں خرچ ہو جائے گا۔ آپ جانتے ہیں کیا ہوگا؟</w:t>
      </w:r>
    </w:p>
    <w:p>
      <w:r>
        <w:rPr>
          <w:b/>
        </w:rPr>
        <w:t xml:space="preserve">[13:08] </w:t>
      </w:r>
      <w:r>
        <w:t>ek saal ke safar mein insaan hi khatm ho jayega. yeh pata chala hai, yeh aaya hai jo kyunke ek saal insaan ko weightlessness ke is mein rehna padega, be-wazni mein.</w:t>
      </w:r>
    </w:p>
    <w:p>
      <w:pPr>
        <w:jc w:val="right"/>
      </w:pPr>
      <w:r>
        <w:t>ایک سال کے سفر میں انسان ہی ختم ہو جائے گا۔ یہ پتہ چلا ہے، یہ آیا ہے جو کیونکہ ایک سال انسان کو ویٹ لیسنس کے اس میں رہنا پڑے گا، بے وزنی میں۔</w:t>
      </w:r>
    </w:p>
    <w:p>
      <w:r>
        <w:rPr>
          <w:b/>
        </w:rPr>
        <w:t xml:space="preserve">[13:22] </w:t>
      </w:r>
      <w:r>
        <w:t>woh jante hain kya hai?</w:t>
      </w:r>
    </w:p>
    <w:p>
      <w:pPr>
        <w:jc w:val="right"/>
      </w:pPr>
      <w:r>
        <w:t>وہ جانتے ہیں کیا ہے؟</w:t>
      </w:r>
    </w:p>
    <w:p>
      <w:r>
        <w:rPr>
          <w:b/>
        </w:rPr>
        <w:t xml:space="preserve">[13:25] </w:t>
      </w:r>
      <w:r>
        <w:t>abhi jo research aayi hai ke jo log aap jante hain ke space mein woh banaya gaya hai, space station, space station banaya gaya hai, is mein jate hain, lot'te hain log.</w:t>
      </w:r>
    </w:p>
    <w:p>
      <w:pPr>
        <w:jc w:val="right"/>
      </w:pPr>
      <w:r>
        <w:t>ابھی جو ریسرچ آئی ہے کہ جو لوگ آپ جانتے ہیں کہ اسپیس میں وہ بنایا گیا ہے، اسپیس اسٹیشن، اسپیس اسٹیشن بنایا گیا ہے، اس میں جاتے ہیں، لوٹتے ہیں لوگ۔</w:t>
      </w:r>
    </w:p>
    <w:p>
      <w:r>
        <w:rPr>
          <w:b/>
        </w:rPr>
        <w:t xml:space="preserve">[13:42] </w:t>
      </w:r>
      <w:r>
        <w:t>woh toh bohat hi qareeb hai. toh jo astronauts wahan gaye aur wahan chaar mahine se chhe mahine tak rahe, unka survey kiya gaya.</w:t>
      </w:r>
    </w:p>
    <w:p>
      <w:pPr>
        <w:jc w:val="right"/>
      </w:pPr>
      <w:r>
        <w:t>وہ تو بہت ہی قریب ہے۔ تو جو ایسٹروناٹس وہاں گئے اور وہاں چار مہینے سے چھ مہینے تک رہے، ان کا سروے کیا گیا۔</w:t>
      </w:r>
    </w:p>
    <w:p>
      <w:r>
        <w:rPr>
          <w:b/>
        </w:rPr>
        <w:t xml:space="preserve">[13:55] </w:t>
      </w:r>
      <w:r>
        <w:t>maloom hua ke bohat hi dangerous hai yeh yeh kaam. unki bone jo hai, unka degeneration ho jata hai, unka.</w:t>
      </w:r>
    </w:p>
    <w:p>
      <w:pPr>
        <w:jc w:val="right"/>
      </w:pPr>
      <w:r>
        <w:t>معلوم ہوا کہ بہت ہی ڈینجرس ہے یہ یہ کام۔ ان کی بون جو ہے، ان کا ڈی جنریشن ہو جاتا ہے، ان کا۔</w:t>
      </w:r>
    </w:p>
    <w:p>
      <w:r>
        <w:rPr>
          <w:b/>
        </w:rPr>
        <w:t xml:space="preserve">[14:04] </w:t>
      </w:r>
      <w:r>
        <w:t>ab bohat saare unke andar kamiyaan ho jati hain. jab wahan se lot'te hain toh woh hamare tareeqe se rehne qabil nahi hote. duniya mein har din unhein do ghante bohat hi special qism ki exercise karni padti hai, dawaiyan leni padti hain, sirf jeene ke liye,</w:t>
      </w:r>
    </w:p>
    <w:p>
      <w:pPr>
        <w:jc w:val="right"/>
      </w:pPr>
      <w:r>
        <w:t>اب بہت سارے ان کے اندر کمیاں ہو جاتی ہیں۔ جب وہاں سے لوٹتے ہیں تو وہ ہمارے طریقے سے رہنے قابل نہیں ہوتے۔ دنیا میں ہر دن انہیں دو گھنٹہ بہت ہی اسپیشل قسم کی ایکسرسائز کرنی پڑتی ہے، دوائیں لینی پڑتی ہیں، صرف جینے کے لیے،</w:t>
      </w:r>
    </w:p>
    <w:p>
      <w:r>
        <w:rPr>
          <w:b/>
        </w:rPr>
        <w:t xml:space="preserve">[14:21] </w:t>
      </w:r>
      <w:r>
        <w:t>kaam karne ke liye nahi. hum aap kaam kar rahe hain is ke liye nahi.</w:t>
      </w:r>
    </w:p>
    <w:p>
      <w:pPr>
        <w:jc w:val="right"/>
      </w:pPr>
      <w:r>
        <w:t>کام کرنے کے لیے نہیں۔ ہم آپ کام کر رہے ہیں اس کے لیے نہیں۔</w:t>
      </w:r>
    </w:p>
    <w:p>
      <w:r>
        <w:rPr>
          <w:b/>
        </w:rPr>
        <w:t xml:space="preserve">[14:26] </w:t>
      </w:r>
      <w:r>
        <w:t>wahan jo lot'te hain space station se, koi saada baat nahi hai. weightlessness jo hai, is ko insaan bardasht nahi kar sakta.</w:t>
      </w:r>
    </w:p>
    <w:p>
      <w:pPr>
        <w:jc w:val="right"/>
      </w:pPr>
      <w:r>
        <w:t>وہاں جو لوٹتے ہیں اسپیس اسٹیشن سے، کوئی سادہ بات نہیں ہے۔ ویٹ لیسنس جو ہے، اس کو انسان برداشت نہیں کر سکتا۔</w:t>
      </w:r>
    </w:p>
    <w:p>
      <w:r>
        <w:rPr>
          <w:b/>
        </w:rPr>
        <w:t xml:space="preserve">[14:36] </w:t>
      </w:r>
      <w:r>
        <w:t>be-wazni saari body jo hai, effect ho jati hai.</w:t>
      </w:r>
    </w:p>
    <w:p>
      <w:pPr>
        <w:jc w:val="right"/>
      </w:pPr>
      <w:r>
        <w:t>بے وزنی ساری باڈی جو ہے، ایفیکٹ ہو جاتی ہے۔</w:t>
      </w:r>
    </w:p>
    <w:p>
      <w:r>
        <w:rPr>
          <w:b/>
        </w:rPr>
        <w:t xml:space="preserve">[14:43] </w:t>
      </w:r>
      <w:r>
        <w:t>ab bone ka mamla yeh hai ke bone mein degeneration hota hai, kai chemicals nahi le pata hai insaan. woh is waqt</w:t>
      </w:r>
    </w:p>
    <w:p>
      <w:pPr>
        <w:jc w:val="right"/>
      </w:pPr>
      <w:r>
        <w:t>اب بون کا معاملہ یہ ہے کہ بون میں ڈی جنریشن ہوتا ہے، کئی کیمیکلز نہیں لے پاتا ہے انسان۔ وہ اس وقت</w:t>
      </w:r>
    </w:p>
    <w:p>
      <w:r>
        <w:rPr>
          <w:b/>
        </w:rPr>
        <w:t xml:space="preserve">[14:52] </w:t>
      </w:r>
      <w:r>
        <w:t>toh aadmi chhe mahine ko afford nahi kar sakta hai, toh ek saal kahan se afford karega? woh jab zameen se chal kar pahunchega Mars tak, tab tak woh woh khud bhi khatm ho chuka hoga, jabke abhi pata nahi hai ke Mars mein kuch hai.</w:t>
      </w:r>
    </w:p>
    <w:p>
      <w:pPr>
        <w:jc w:val="right"/>
      </w:pPr>
      <w:r>
        <w:t>تو آدمی چھ مہینے کو افورڈ نہیں کر سکتا ہے، تو ایک سال کہاں سے افورڈ کرے گا؟ وہ جب زمین سے چل کر پہنچے گا مارس تک، تب تک وہ وہ خود بھی ختم ہو چکا ہوگا، جبکہ ابھی پتہ نہیں ہے کہ مارس میں کچھ ہے۔</w:t>
      </w:r>
    </w:p>
    <w:p>
      <w:r>
        <w:rPr>
          <w:b/>
        </w:rPr>
        <w:t xml:space="preserve">[15:10] </w:t>
      </w:r>
      <w:r>
        <w:t>toh yeh weightlessness ke bare mein jo report aayi hai, woh yeh batati hai ke zameen ke siwa hamare paas koi doosri jagah nahi hai jahan hum ja kar abad ho saken.</w:t>
      </w:r>
    </w:p>
    <w:p>
      <w:pPr>
        <w:jc w:val="right"/>
      </w:pPr>
      <w:r>
        <w:t>تو یہ ویٹ لیسنس کے بارے میں جو رپورٹ آئی ہے، وہ یہ بتاتی ہے کہ زمین کے سوا ہمارے پاس کوئی دوسری جگہ نہیں ہے جہاں ہم جا کر آباد ہو سکیں۔</w:t>
      </w:r>
    </w:p>
    <w:p>
      <w:r>
        <w:rPr>
          <w:b/>
        </w:rPr>
        <w:t xml:space="preserve">[15:22] </w:t>
      </w:r>
      <w:r>
        <w:t>aur zameen ka haal kya hai? zameen ka haal yeh hai ke woh bilkul life support system bhi tabaah ho raha hai.</w:t>
      </w:r>
    </w:p>
    <w:p>
      <w:pPr>
        <w:jc w:val="right"/>
      </w:pPr>
      <w:r>
        <w:t>اور زمین کا حال کیا ہے؟ زمین کا حال یہ ہے کہ وہ بالکل لائف سپورٹ سسٹم بھی تباہ ہو رہا ہے۔</w:t>
      </w:r>
    </w:p>
    <w:p>
      <w:r>
        <w:rPr>
          <w:b/>
        </w:rPr>
        <w:t xml:space="preserve">[15:32] </w:t>
      </w:r>
      <w:r>
        <w:t>yahan pe</w:t>
      </w:r>
    </w:p>
    <w:p>
      <w:pPr>
        <w:jc w:val="right"/>
      </w:pPr>
      <w:r>
        <w:t>یہاں پہ</w:t>
      </w:r>
    </w:p>
    <w:p>
      <w:r>
        <w:rPr>
          <w:b/>
        </w:rPr>
        <w:t xml:space="preserve">[15:36] </w:t>
      </w:r>
      <w:r>
        <w:t>abhi jo ek report aayi hai, is mein bataya gaya hai ke</w:t>
      </w:r>
    </w:p>
    <w:p>
      <w:pPr>
        <w:jc w:val="right"/>
      </w:pPr>
      <w:r>
        <w:t>ابھی جو ایک رپورٹ آئی ہے، اس میں بتایا گیا ہے کہ</w:t>
      </w:r>
    </w:p>
    <w:p>
      <w:r>
        <w:rPr>
          <w:b/>
        </w:rPr>
        <w:t xml:space="preserve">[15:45] </w:t>
      </w:r>
      <w:r>
        <w:t>bohat hi alarming report, bohat hi alarming report, is mein bataya gaya hai ke Antarctica jo hai, woh melt ho raha hai aur collapse hone wala hai.</w:t>
      </w:r>
    </w:p>
    <w:p>
      <w:pPr>
        <w:jc w:val="right"/>
      </w:pPr>
      <w:r>
        <w:t>بہت ہی الارمنگ رپورٹ، بہت ہی الارمنگ رپورٹ، اس میں بتایا گیا ہے کہ انٹارکٹکا جو ہے، وہ میلٹ ہو رہا ہے اور کولیپس ہونے والا ہے۔</w:t>
      </w:r>
    </w:p>
    <w:p>
      <w:r>
        <w:rPr>
          <w:b/>
        </w:rPr>
        <w:t xml:space="preserve">[16:02] </w:t>
      </w:r>
      <w:r>
        <w:t>Antarctica ice ice sheet is about to collapse. Antarctica jo hai, woh barf ka samandar, woh barf ka barf, woh hai continent hai,</w:t>
      </w:r>
    </w:p>
    <w:p>
      <w:pPr>
        <w:jc w:val="right"/>
      </w:pPr>
      <w:r>
        <w:t>انٹارکٹکا آئس آئس سیٹ از اباؤٹ ٹو کولیپس۔ انٹارکٹکا جو ہے، وہ برف کا سمندر، وہ برف کا برف، وہ ہے کانٹیننٹ ہے،</w:t>
      </w:r>
    </w:p>
    <w:p>
      <w:r>
        <w:rPr>
          <w:b/>
        </w:rPr>
        <w:t xml:space="preserve">[16:19] </w:t>
      </w:r>
      <w:r>
        <w:t>yani no lakh square mile mein phaila hua hai. woh aur woh jo global warming hui hui hai, us ki wajah se melt ho raha hai, melt ho raha hai, aur bohat zyada dar hai ke woh collapse kar jaye aur aur ocean mein chala jaye,</w:t>
      </w:r>
    </w:p>
    <w:p>
      <w:pPr>
        <w:jc w:val="right"/>
      </w:pPr>
      <w:r>
        <w:t>یعنی لو نو لاکھ سکوئر مائل میں پھیلا ہوا ہے۔ وہ اور وہ جو گلوبل وارمنگ ہوئی ہوئی ہے، اس کی وجہ سے میلٹ ہو رہا ہے، میلٹ ہو رہا ہے، اور بہت زیادہ ڈر ہے کہ وہ کولیپس کر جائے اور اور اوشن میں چلا جائے،</w:t>
      </w:r>
    </w:p>
    <w:p>
      <w:r>
        <w:rPr>
          <w:b/>
        </w:rPr>
        <w:t xml:space="preserve">[16:38] </w:t>
      </w:r>
      <w:r>
        <w:t>pighalta hua. aur jante hain kya hoga? is ke baad saari duniya mein ek ek naya zamana aa jayega,</w:t>
      </w:r>
    </w:p>
    <w:p>
      <w:pPr>
        <w:jc w:val="right"/>
      </w:pPr>
      <w:r>
        <w:t>پگھلتا ہوا۔ اور جانتے ہیں کیا ہوگا؟ اس کے بعد ساری دنیا میں ایک ایک نیا زمانہ آ جائے گا،</w:t>
      </w:r>
    </w:p>
    <w:p>
      <w:r>
        <w:rPr>
          <w:b/>
        </w:rPr>
        <w:t xml:space="preserve">[16:47] </w:t>
      </w:r>
      <w:r>
        <w:t>yani ocean jo hai, samandar jo hain, un ka level badh jayega,</w:t>
      </w:r>
    </w:p>
    <w:p>
      <w:pPr>
        <w:jc w:val="right"/>
      </w:pPr>
      <w:r>
        <w:t>یعنی اوشن جو ہے، سمندر جو ہیں، ان کا لیول بڑھ جائے گا،</w:t>
      </w:r>
    </w:p>
    <w:p>
      <w:r>
        <w:rPr>
          <w:b/>
        </w:rPr>
        <w:t xml:space="preserve">[16:54] </w:t>
      </w:r>
      <w:r>
        <w:t>dangerously badh jayega un ka level.</w:t>
      </w:r>
    </w:p>
    <w:p>
      <w:pPr>
        <w:jc w:val="right"/>
      </w:pPr>
      <w:r>
        <w:t>ڈینجرسلی بڑھ جائے گا ان کا لیول۔</w:t>
      </w:r>
    </w:p>
    <w:p>
      <w:r>
        <w:rPr>
          <w:b/>
        </w:rPr>
        <w:t xml:space="preserve">[16:59] </w:t>
      </w:r>
      <w:r>
        <w:t>aur sab se bada jo danger aaya samne, woh yeh hai ke Earth ke rotation mein change aa jayega. bilkul hila dene wali baat hai.</w:t>
      </w:r>
    </w:p>
    <w:p>
      <w:pPr>
        <w:jc w:val="right"/>
      </w:pPr>
      <w:r>
        <w:t>اور سب سے بڑا جو ڈینجر آیا سامنے، وہ یہ ہے کہ ارتھ کے روٹیشن میں چینج آ جائے گا۔ بالکل ہلا دینے والی بات ہے۔</w:t>
      </w:r>
    </w:p>
    <w:p>
      <w:r>
        <w:rPr>
          <w:b/>
        </w:rPr>
        <w:t xml:space="preserve">[17:10] </w:t>
      </w:r>
      <w:r>
        <w:t>Earth ka jo rotation hai, itna zyada perfect rotation jo hota hai, hum nihayat aaram se baithe hue hain, na koi hilna hai, na dalna hai, yeh sab khatm ho jayega.</w:t>
      </w:r>
    </w:p>
    <w:p>
      <w:pPr>
        <w:jc w:val="right"/>
      </w:pPr>
      <w:r>
        <w:t>ارتھ کا جو روٹیشن ہے، اتنا زیادہ پرفیکٹ روٹیشن جو ہوتا ہے، ہم نہایت آرام سے بیٹھے ہوئے ہیں، نہ کوئی ہلنا ہے، نہ ڈلنا ہے، یہ سب ختم ہو جائے گا۔</w:t>
      </w:r>
    </w:p>
    <w:p>
      <w:r>
        <w:rPr>
          <w:b/>
        </w:rPr>
        <w:t xml:space="preserve">[17:22] </w:t>
      </w:r>
      <w:r>
        <w:t>Earth ka jo yeh bohat hi dangerous report aayi hai ke Earth ka rotation jo hai, is mein change aa jayega. yeh aisa hi hai jaise ke aap dekhte hain hawai hawai jahaz mein kya</w:t>
      </w:r>
    </w:p>
    <w:p>
      <w:pPr>
        <w:jc w:val="right"/>
      </w:pPr>
      <w:r>
        <w:t>ارتھ کا جو یہ بہت ہی ڈینجرس رپورٹ آئی ہے کہ ارتھ کا روٹیشن جو ہے، اس میں چینج آ جائے گا۔ یہ ایسا ہی ہے جیسے کہ آپ دیکھتے ہیں ہوائی ہوائی جہاز میں کیا</w:t>
      </w:r>
    </w:p>
    <w:p>
      <w:r>
        <w:rPr>
          <w:b/>
        </w:rPr>
        <w:t xml:space="preserve">[17:34] </w:t>
      </w:r>
      <w:r>
        <w:t>hota hai. jab aap airplane par safar karte hain toh kai baar aisa hota hai ke is ko is mein neeche upar aane lagta hai. is ko kehte hain up draft, down draft, yani aviation ki ek term hai up draft, down draft.</w:t>
      </w:r>
    </w:p>
    <w:p>
      <w:pPr>
        <w:jc w:val="right"/>
      </w:pPr>
      <w:r>
        <w:t>ہوتا ہے۔ جب آپ ایروپلین پر سفر کرتے ہیں تو کئی بار ایسا ہوتا ہے کہ اس کو اس میں نیچے اوپر آنے لگتا ہے۔ اس کو کہتے ہیں اپ ڈرافٹ، ڈاؤن ڈرافٹ، یعنی ایوی ایشن کی ایک ٹرم ہے اپ ڈرافٹ، ڈاؤن ڈرافٹ۔</w:t>
      </w:r>
    </w:p>
    <w:p>
      <w:r>
        <w:rPr>
          <w:b/>
        </w:rPr>
        <w:t xml:space="preserve">[17:50] </w:t>
      </w:r>
      <w:r>
        <w:t>jahaz jo hai, achaanak neeche aata hai, oopar jaata hai kyunke hawa ka dabaao jo hai, yeh hawa ke dabaao par depend karta hai. hawai jahaz ka safar hawa ke dabaao ghaṭta baṛhta hai to is mein hilta hai.</w:t>
      </w:r>
    </w:p>
    <w:p>
      <w:pPr>
        <w:jc w:val="right"/>
      </w:pPr>
      <w:r>
        <w:t>جہاز جو ہے، اچانک نیچے آتا ہے، اوپر جاتا ہے کیونکہ ہوا کا دباؤ جو ہے، یہ ہوا کے دباؤ پر ڈیپینڈ کرتا ہے۔ ہوائی جہاز کا سفر ہوا کے دباؤ گھٹتا بڑھتا ہے تو اس میں ہلتا ہے۔</w:t>
      </w:r>
    </w:p>
    <w:p>
      <w:r>
        <w:rPr>
          <w:b/>
        </w:rPr>
        <w:t xml:space="preserve">[18:02] </w:t>
      </w:r>
      <w:r>
        <w:t>woh</w:t>
      </w:r>
    </w:p>
    <w:p>
      <w:pPr>
        <w:jc w:val="right"/>
      </w:pPr>
      <w:r>
        <w:t>وہ</w:t>
      </w:r>
    </w:p>
    <w:p>
      <w:r>
        <w:rPr>
          <w:b/>
        </w:rPr>
        <w:t xml:space="preserve">[18:03] </w:t>
      </w:r>
      <w:r>
        <w:t>is se up draft, down draft paida hota hai. zara neeche aa gaya, oopar aa gaya, neeche aa gaya, oopar aa gaya. is waqt aap ne dekha hoga ke passenger ka kya haal hota hai.</w:t>
      </w:r>
    </w:p>
    <w:p>
      <w:pPr>
        <w:jc w:val="right"/>
      </w:pPr>
      <w:r>
        <w:t>اس سے اپ ڈرافٹ، ڈاؤن ڈرافٹ پیدا ہوتا ہے۔ ذرا نیچے آ گیا، اوپر آ گیا، نیچے آ گیا، اوپر آ گیا۔ اس وقت آپ نے دیکھا ہوگا کہ پیسنجر کا کیا حال ہوتا ہے۔</w:t>
      </w:r>
    </w:p>
    <w:p>
      <w:r>
        <w:rPr>
          <w:b/>
        </w:rPr>
        <w:t xml:space="preserve">[18:14] </w:t>
      </w:r>
      <w:r>
        <w:t>jahan jahaz mein musafir hote hain, lagta hai ke aap gaye ke tab gaye. aap sochiye, is is waqt ko sochiye jahan hawai zameen mein up draft, down draft hone lage, jahan hawai zameen pe countryon se earth earthquake aane lage.</w:t>
      </w:r>
    </w:p>
    <w:p>
      <w:pPr>
        <w:jc w:val="right"/>
      </w:pPr>
      <w:r>
        <w:t>جہاں جہاز میں مسافر ہوتے ہیں، لگتا ہے کہ آپ گئے کہ تب گئے۔ آپ سوچیے، اس اس وقت کو سوچیے جہاں ہوائی زمین میں اپ ڈرافٹ، ڈاؤن ڈرافٹ ہونے لگے، جہاں ہوائی زمین پہ کنٹریوں سے ارتھ ارتھ کویک آنے لگے۔</w:t>
      </w:r>
    </w:p>
    <w:p>
      <w:r>
        <w:rPr>
          <w:b/>
        </w:rPr>
        <w:t xml:space="preserve">[18:31] </w:t>
      </w:r>
      <w:r>
        <w:t>kya hoga?</w:t>
      </w:r>
    </w:p>
    <w:p>
      <w:pPr>
        <w:jc w:val="right"/>
      </w:pPr>
      <w:r>
        <w:t>کیا ہوگا؟</w:t>
      </w:r>
    </w:p>
    <w:p>
      <w:r>
        <w:rPr>
          <w:b/>
        </w:rPr>
        <w:t xml:space="preserve">[18:34] </w:t>
      </w:r>
      <w:r>
        <w:t>yeh scientific report hai, koi bhi ise dekh sakta hai ke antarctica, antarctica jo hai, woh melt ho kar, melt ho kar ke ab woh phisal raha hai,</w:t>
      </w:r>
    </w:p>
    <w:p>
      <w:pPr>
        <w:jc w:val="right"/>
      </w:pPr>
      <w:r>
        <w:t>یہ سائنٹیفک رپورٹ ہے، کوئی بھی اسے دیکھ سکتا ہے کہ انٹارکٹکا، انٹارکٹکا جو ہے، وہ میلٹ ہو کر، میلٹ ہو کر کے اب وہ پھسل رہا ہے،</w:t>
      </w:r>
    </w:p>
    <w:p>
      <w:r>
        <w:rPr>
          <w:b/>
        </w:rPr>
        <w:t xml:space="preserve">[18:49] </w:t>
      </w:r>
      <w:r>
        <w:t>collapse kar raha hai aur ocean mein milne wala hai. aur disappear ho jayega, woh dhire dhire</w:t>
      </w:r>
    </w:p>
    <w:p>
      <w:pPr>
        <w:jc w:val="right"/>
      </w:pPr>
      <w:r>
        <w:t>کولیپس کر رہا ہے اور اوشن میں ملنے والا ہے۔ اور ڈس اپیئر ہو جائے گا، وہ دھیرے دھیرے</w:t>
      </w:r>
    </w:p>
    <w:p>
      <w:r>
        <w:rPr>
          <w:b/>
        </w:rPr>
        <w:t xml:space="preserve">[18:57] </w:t>
      </w:r>
      <w:r>
        <w:t>samundaron ke level baṛh jayega. aur woh jo balance rakh, is ki wajah se woh woh balancing factor hai zameen ke liye. zameen par jo aap baithe hain, itne aaraam se baithe hue hain, chalte phirte hain, isi liye hai woh ke Khuda ne ab balance qaim kar rakha hai.</w:t>
      </w:r>
    </w:p>
    <w:p>
      <w:pPr>
        <w:jc w:val="right"/>
      </w:pPr>
      <w:r>
        <w:t>سمندروں کے لیول بڑھ جائے گا۔ اور وہ جو بیلنس رکھ، اس کی وجہ سے وہ وہ بیلنسنگ فیکٹر ہے زمین کے لیے۔ زمین پر جو آپ بیٹھے ہیں، اتنے آرام سے بیٹھے ہوئے ہیں، چلتے پھرتے ہیں، اسی لیے ہے وہ کہ خدا نے اب بیلنس قائم کر رکھا ہے۔</w:t>
      </w:r>
    </w:p>
    <w:p>
      <w:r>
        <w:rPr>
          <w:b/>
        </w:rPr>
        <w:t xml:space="preserve">[19:16] </w:t>
      </w:r>
      <w:r>
        <w:t>pahaadon ka balance aur yeh jo barf ka jo pahaaṛ hai, is ka balance do qism ke pahaaṛ hain:</w:t>
      </w:r>
    </w:p>
    <w:p>
      <w:pPr>
        <w:jc w:val="right"/>
      </w:pPr>
      <w:r>
        <w:t>پہاڑوں کا بیلنس اور یہ جو برف کا جو پہاڑ ہے، اس کا بیلنس دو قسم کے پہاڑ ہیں:</w:t>
      </w:r>
    </w:p>
    <w:p>
      <w:r>
        <w:rPr>
          <w:b/>
        </w:rPr>
        <w:t xml:space="preserve">[19:24] </w:t>
      </w:r>
      <w:r>
        <w:t>ek barf ka pahaaṛ jis ko hum antarctica kehte hain aur doosra yeh himalaya pahaaṛ. aur doosre pahaaṛ jo patthar ke pahaaṛ hote hain, yeh sab balance qaim kiye hue hain.</w:t>
      </w:r>
    </w:p>
    <w:p>
      <w:pPr>
        <w:jc w:val="right"/>
      </w:pPr>
      <w:r>
        <w:t>ایک برف کا پہاڑ جس کو ہم انٹارکٹکا کہتے ہیں اور دوسرا یہ ہمالیہ پہاڑ۔ اور دوسرے پہاڑ جو پتھر کے پہاڑ ہوتے ہیں، یہ سب بیلنس قائم کیے ہوئے ہیں۔</w:t>
      </w:r>
    </w:p>
    <w:p>
      <w:r>
        <w:rPr>
          <w:b/>
        </w:rPr>
        <w:t xml:space="preserve">[19:37] </w:t>
      </w:r>
      <w:r>
        <w:t>aap sochiye zara, yeh jo report aayi hai ke rotation mein change aa jayega, kya haal hoga hamara?</w:t>
      </w:r>
    </w:p>
    <w:p>
      <w:pPr>
        <w:jc w:val="right"/>
      </w:pPr>
      <w:r>
        <w:t>آپ سوچیے ذرا، یہ جو رپورٹ آئی ہے کہ روٹیشن میں چینج آ جائے گا، کیا حال ہوگا ہمارا؟</w:t>
      </w:r>
    </w:p>
    <w:p>
      <w:r>
        <w:rPr>
          <w:b/>
        </w:rPr>
        <w:t xml:space="preserve">[19:47] </w:t>
      </w:r>
      <w:r>
        <w:t>yaani continuous agar earthquake aa jaye, hilne lage to abhi to aap kya karenge?</w:t>
      </w:r>
    </w:p>
    <w:p>
      <w:pPr>
        <w:jc w:val="right"/>
      </w:pPr>
      <w:r>
        <w:t>یعنی کنٹینیوس اگر ارتھ کویک آ جائے، ہلنے لگے تو ابھی تو آپ کیا کریں گے؟</w:t>
      </w:r>
    </w:p>
    <w:p>
      <w:r>
        <w:rPr>
          <w:b/>
        </w:rPr>
        <w:t xml:space="preserve">[19:54] </w:t>
      </w:r>
      <w:r>
        <w:t>ya hawai jahaz ki tarah up draft, down draft hone laga to aap kya karenge? yeh sab baatein bohat zyada sochne ki hain, bohat zyada sochne ki hain.</w:t>
      </w:r>
    </w:p>
    <w:p>
      <w:pPr>
        <w:jc w:val="right"/>
      </w:pPr>
      <w:r>
        <w:t>یا ہوائی جہاز کی طرح اپ ڈرافٹ، ڈاؤن ڈرافٹ ہونے لگا تو آپ کیا کریں گے؟ یہ سب باتیں بہت زیادہ سوچنے کی ہیں، بہت زیادہ سوچنے کی ہیں۔</w:t>
      </w:r>
    </w:p>
    <w:p>
      <w:r>
        <w:rPr>
          <w:b/>
        </w:rPr>
        <w:t xml:space="preserve">[20:09] </w:t>
      </w:r>
      <w:r>
        <w:t>to jo quran mein kaha gaya tha ke aatifat al aatifa daur that was to come, has come, aane wala waqt aa chuka,</w:t>
      </w:r>
    </w:p>
    <w:p>
      <w:pPr>
        <w:jc w:val="right"/>
      </w:pPr>
      <w:r>
        <w:t>تو جو قرآن میں کہا گیا تھا کہ عاطفۃ العاطفہ داور دیٹ واز ٹو کم، ہیز کم، آنے والا وقت آ چکا،</w:t>
      </w:r>
    </w:p>
    <w:p>
      <w:r>
        <w:rPr>
          <w:b/>
        </w:rPr>
        <w:t xml:space="preserve">[20:23] </w:t>
      </w:r>
      <w:r>
        <w:t>ab jaago, ab jaag jao.</w:t>
      </w:r>
    </w:p>
    <w:p>
      <w:pPr>
        <w:jc w:val="right"/>
      </w:pPr>
      <w:r>
        <w:t>اب جاگو، اب جاگ جاؤ۔</w:t>
      </w:r>
    </w:p>
    <w:p>
      <w:r>
        <w:rPr>
          <w:b/>
        </w:rPr>
        <w:t xml:space="preserve">[20:29] </w:t>
      </w:r>
      <w:r>
        <w:t>yahan mein aap ko yeh arz karna chahta hoon ke hamein kis line par sochna hai?</w:t>
      </w:r>
    </w:p>
    <w:p>
      <w:pPr>
        <w:jc w:val="right"/>
      </w:pPr>
      <w:r>
        <w:t>یہاں میں آپ کو یہ عرض کرنا چاہتا ہوں کہ ہمیں کس لائن پر سوچنا ہے؟</w:t>
      </w:r>
    </w:p>
    <w:p>
      <w:r>
        <w:rPr>
          <w:b/>
        </w:rPr>
        <w:t xml:space="preserve">[20:39] </w:t>
      </w:r>
      <w:r>
        <w:t>hamari sochne ki line kya honi chahiye?</w:t>
      </w:r>
    </w:p>
    <w:p>
      <w:pPr>
        <w:jc w:val="right"/>
      </w:pPr>
      <w:r>
        <w:t>ہماری سوچنے کی لائن کیا ہونی چاہیے؟</w:t>
      </w:r>
    </w:p>
    <w:p>
      <w:r>
        <w:rPr>
          <w:b/>
        </w:rPr>
        <w:t xml:space="preserve">[20:44] </w:t>
      </w:r>
      <w:r>
        <w:t>yeh jo jhaṭka hai, yeh jo alarm hai, yeh jo warning hai, is ke baad hamein kya sochna chahiye?</w:t>
      </w:r>
    </w:p>
    <w:p>
      <w:pPr>
        <w:jc w:val="right"/>
      </w:pPr>
      <w:r>
        <w:t>یہ جو جھٹکا ہے، یہ جو الارم ہے، یہ جو وارننگ ہے، اس کے بعد ہمیں کیا سوچنا چاہیے؟</w:t>
      </w:r>
    </w:p>
    <w:p>
      <w:r>
        <w:rPr>
          <w:b/>
        </w:rPr>
        <w:t xml:space="preserve">[20:55] </w:t>
      </w:r>
      <w:r>
        <w:t>ek</w:t>
      </w:r>
    </w:p>
    <w:p>
      <w:pPr>
        <w:jc w:val="right"/>
      </w:pPr>
      <w:r>
        <w:t>ایک</w:t>
      </w:r>
    </w:p>
    <w:p>
      <w:r>
        <w:rPr>
          <w:b/>
        </w:rPr>
        <w:t xml:space="preserve">[20:56] </w:t>
      </w:r>
      <w:r>
        <w:t>ek tha professor diamond, psychology ka professor, is ne ek kaha tha, bohat hi gehri baat: "the greatest problem of people is their failure to identify the problem." sab se bara problem yeh hai ke hum problem ka ke identify mein ghalati kar jayein.</w:t>
      </w:r>
    </w:p>
    <w:p>
      <w:pPr>
        <w:jc w:val="right"/>
      </w:pPr>
      <w:r>
        <w:t>ایک تھا پروفیسر ڈائمنڈ، سائیکالوجی کا پروفیسر، اس نے ایک کہا تھا، بہت ہی گہری بات: "دا گریٹسٹ پرابلم آف پیپل از دیر فیلیر ٹو آئیڈینٹیفائی دا پرابلم۔" سب سے بڑا پرابلم یہ ہے کہ ہم پرابلم کا کہ آئیڈینٹیفائی میں غلطی کر جائیں۔</w:t>
      </w:r>
    </w:p>
    <w:p>
      <w:r>
        <w:rPr>
          <w:b/>
        </w:rPr>
        <w:t xml:space="preserve">[21:25] </w:t>
      </w:r>
      <w:r>
        <w:t>ab jo yeh alarming situation aa rahi hai,</w:t>
      </w:r>
    </w:p>
    <w:p>
      <w:pPr>
        <w:jc w:val="right"/>
      </w:pPr>
      <w:r>
        <w:t>اب جو یہ الارمنگ سچوئیشن آ رہی ہے،</w:t>
      </w:r>
    </w:p>
    <w:p>
      <w:r>
        <w:rPr>
          <w:b/>
        </w:rPr>
        <w:t xml:space="preserve">[21:30] </w:t>
      </w:r>
      <w:r>
        <w:t>is ko hamein identify karna hai ke hai kya? kya maamla hai? kis direction mein sochein? hum to us ne kaha ke sab se bara problem yeh hai ke log problem hi ko nahi samajh paate, us ko identify karne mein ghalati karte hain.</w:t>
      </w:r>
    </w:p>
    <w:p>
      <w:pPr>
        <w:jc w:val="right"/>
      </w:pPr>
      <w:r>
        <w:t>اس کو ہمیں آئیڈینٹیفائی کرنا ہے کہ ہے کیا؟ کیا معاملہ ہے؟ کس ڈائریکشن میں سوچیں؟ ہم تو اس نے کہا کہ سب سے بڑا پرابلم یہ ہے کہ لوگ پرابلم ہی کو نہیں سمجھ پاتے، اس کو آئیڈینٹیفائی کرنے میں غلطی کرتے ہیں۔</w:t>
      </w:r>
    </w:p>
    <w:p>
      <w:r>
        <w:rPr>
          <w:b/>
        </w:rPr>
        <w:t xml:space="preserve">[21:50] </w:t>
      </w:r>
      <w:r>
        <w:t>to mein is waqt yeh batana chahta hoon ke yeh situation hai jis ko sari dunya ki scientific committee bata rahi hai. ab yeh dekhein, yeh religious belief ki baat nahi hai.</w:t>
      </w:r>
    </w:p>
    <w:p>
      <w:pPr>
        <w:jc w:val="right"/>
      </w:pPr>
      <w:r>
        <w:t>تو میں اس وقت یہ بتانا چاہتا ہوں کہ یہ سچوئیشن ہے جس کو ساری دنیا کی سائنٹیفک کمیٹی بتا رہی ہے۔ اب یہ دیکھیں، یہ ریلیجیس بیلیف کی بات نہیں ہے۔</w:t>
      </w:r>
    </w:p>
    <w:p>
      <w:r>
        <w:rPr>
          <w:b/>
        </w:rPr>
        <w:t xml:space="preserve">[22:00] </w:t>
      </w:r>
      <w:r>
        <w:t>yeh ab se pehle qayamat jo hai, religious belief ki baat hua karti thi. doomsday jo hai, jis ko hum kehte hain doomsday, ab se pehle religious belief ki baat hua karti thi.</w:t>
      </w:r>
    </w:p>
    <w:p>
      <w:pPr>
        <w:jc w:val="right"/>
      </w:pPr>
      <w:r>
        <w:t>یہ اب سے پہلے قیامت جو ہے، ریلیجیس بیلیف کی بات ہوا کرتی تھی۔ ڈومز ڈے جو ہے، جس کو ہم کہتے ہیں ڈومز ڈے، اب سے پہلے ریلیجیس بیلیف کی بات ہوا کرتی تھی۔</w:t>
      </w:r>
    </w:p>
    <w:p>
      <w:r>
        <w:rPr>
          <w:b/>
        </w:rPr>
        <w:t xml:space="preserve">[22:18] </w:t>
      </w:r>
      <w:r>
        <w:t>ab to scientific fact ban gaya hai,</w:t>
      </w:r>
    </w:p>
    <w:p>
      <w:pPr>
        <w:jc w:val="right"/>
      </w:pPr>
      <w:r>
        <w:t>اب تو سائنٹیفک فیکٹ بن گیا ہے،</w:t>
      </w:r>
    </w:p>
    <w:p>
      <w:r>
        <w:rPr>
          <w:b/>
        </w:rPr>
        <w:t xml:space="preserve">[22:23] </w:t>
      </w:r>
      <w:r>
        <w:t>scientific fact ke dunya ka end aane wala hai, dunya ek bade earthquake ka samna hone wala hai. sab kuch jo life support system hai, woh sab disturb hone wala hai,</w:t>
      </w:r>
    </w:p>
    <w:p>
      <w:pPr>
        <w:jc w:val="right"/>
      </w:pPr>
      <w:r>
        <w:t>سائنٹیفک فیکٹ کہ دنیا کا اینڈ آنے والا ہے، دنیا ایک بڑے ارتھ کویکس کا سامنا ہونے والا ہے۔ سب کچھ جو لائف سپورٹ سسٹم ہے، وہ سب ڈسٹرب ہونے والا ہے،</w:t>
      </w:r>
    </w:p>
    <w:p>
      <w:r>
        <w:rPr>
          <w:b/>
        </w:rPr>
        <w:t xml:space="preserve">[22:39] </w:t>
      </w:r>
      <w:r>
        <w:t>aur is planet earth ke siwa koi space mein jagah nahi hai jahan aap ja saken. kahan jayenge?</w:t>
      </w:r>
    </w:p>
    <w:p>
      <w:pPr>
        <w:jc w:val="right"/>
      </w:pPr>
      <w:r>
        <w:t>اور اس پلینٹ ارتھ کے سوا کوئی اسپیس میں جگہ نہیں ہے جہاں آپ جا سکیں۔ کہاں جائیں گے؟</w:t>
      </w:r>
    </w:p>
    <w:p>
      <w:r>
        <w:rPr>
          <w:b/>
        </w:rPr>
        <w:t xml:space="preserve">[22:46] </w:t>
      </w:r>
      <w:r>
        <w:t>aap jante hain kya hai? space mein bahut badi space hai, bahut hi badi space hai. hamari jo galaxy hai, jis ka ek chota sa hissa hai, hamara planet poora solar system jo hai,</w:t>
      </w:r>
    </w:p>
    <w:p>
      <w:pPr>
        <w:jc w:val="right"/>
      </w:pPr>
      <w:r>
        <w:t>آپ جانتے ہیں کیا ہے؟ اسپیس میں بہت بڑی اسپیس ہے، بہت ہی بڑی اسپیس ہے۔ ہماری جو گلیکسی ہے، جس کا ایک چھوٹا سا حصہ ہے، ہمارا پلینٹ پورا سولر سسٹم جو ہے،</w:t>
      </w:r>
    </w:p>
    <w:p>
      <w:r>
        <w:rPr>
          <w:b/>
        </w:rPr>
        <w:t xml:space="preserve">[23:00] </w:t>
      </w:r>
      <w:r>
        <w:t>jo milky way, us ko hum kehte hain galaxy, us ka bhi bahut ek tiny part hai, woh aur us ke andar do billion bade bade stars hain jo suraj se bhi zyada bade hain.</w:t>
      </w:r>
    </w:p>
    <w:p>
      <w:pPr>
        <w:jc w:val="right"/>
      </w:pPr>
      <w:r>
        <w:t>جو ملکی وے، اس کو ہم کہتے ہیں گلیکسی، اس کا بھی بہت ایک ٹائنی پارٹ ہے، وہ اور اس کے اندر دو بلین بڑے بڑے سٹارز ہیں جو سورج سے بھی زیادہ بڑے ہیں۔</w:t>
      </w:r>
    </w:p>
    <w:p>
      <w:r>
        <w:rPr>
          <w:b/>
        </w:rPr>
        <w:t xml:space="preserve">[23:12] </w:t>
      </w:r>
      <w:r>
        <w:t>aur aisi hundred billion galaxy hain sari space mein,</w:t>
      </w:r>
    </w:p>
    <w:p>
      <w:pPr>
        <w:jc w:val="right"/>
      </w:pPr>
      <w:r>
        <w:t>اور ایسی ہنڈرڈ بلین گلیکسی ہیں ساری اسپیس میں،</w:t>
      </w:r>
    </w:p>
    <w:p>
      <w:r>
        <w:rPr>
          <w:b/>
        </w:rPr>
        <w:t xml:space="preserve">[23:21] </w:t>
      </w:r>
      <w:r>
        <w:t>aur sari itni badi universe mein ek hi planet earth hai jahan hum reh saken, jahan saans lene ke liye oxygen ho, jahan peene ke liye pani ho.</w:t>
      </w:r>
    </w:p>
    <w:p>
      <w:pPr>
        <w:jc w:val="right"/>
      </w:pPr>
      <w:r>
        <w:t>اور ساری اتنی بڑی یونیورس میں ایک ہی پلینٹ ارتھ ہے جہاں ہم رہ سکیں، جہاں سانس لینے کے لیے اکسیجن ہو، جہاں پینے کے لیے پانی ہو۔</w:t>
      </w:r>
    </w:p>
    <w:p>
      <w:r>
        <w:rPr>
          <w:b/>
        </w:rPr>
        <w:t xml:space="preserve">[23:32] </w:t>
      </w:r>
      <w:r>
        <w:t>abhi hamare ek saathi the meerut mein, doctor shahzad ali, parson un ka death ho gaya. un ki age thi sirf 45, 45 mein age ho gayi.</w:t>
      </w:r>
    </w:p>
    <w:p>
      <w:pPr>
        <w:jc w:val="right"/>
      </w:pPr>
      <w:r>
        <w:t>ابھی ہمارے ایک ساتھی تھے میرٹھ میں، ڈاکٹر شہزاد علی، پرسوں ان کا ڈیتھ ہو گئی۔ ان کی ایج تھی صرف 45، 45 میں ایج ہو گئی۔</w:t>
      </w:r>
    </w:p>
    <w:p>
      <w:r>
        <w:rPr>
          <w:b/>
        </w:rPr>
        <w:t xml:space="preserve">[23:47] </w:t>
      </w:r>
      <w:r>
        <w:t>to un ko liver cancer tha, liver cancer tha un ko. abhi parson un ki death hui hai,</w:t>
      </w:r>
    </w:p>
    <w:p>
      <w:pPr>
        <w:jc w:val="right"/>
      </w:pPr>
      <w:r>
        <w:t>تو ان کو لیور کینسر تھا، لیور کینسر تھا ان کو۔ ابھی پرسوں ان کی ڈیتھ ہوئی ہے،</w:t>
      </w:r>
    </w:p>
    <w:p>
      <w:r>
        <w:rPr>
          <w:b/>
        </w:rPr>
        <w:t xml:space="preserve">[23:57] </w:t>
      </w:r>
      <w:r>
        <w:t>to woh pani nahi pi sakte the, khana nahi kha sakte the.</w:t>
      </w:r>
    </w:p>
    <w:p>
      <w:pPr>
        <w:jc w:val="right"/>
      </w:pPr>
      <w:r>
        <w:t>تو وہ پانی نہیں پی سکتے تھے، کھانا نہیں کھا سکتے تھے۔</w:t>
      </w:r>
    </w:p>
    <w:p>
      <w:r>
        <w:rPr>
          <w:b/>
        </w:rPr>
        <w:t xml:space="preserve">[24:03] </w:t>
      </w:r>
      <w:r>
        <w:t>yani 25 din tak aise rahe, kuch bhi nahi le sake, woh yahan tak ke sookh kar haddi ho gaye. woh un ka wazan tha 85 kilo, ho gaya 15 kilo.</w:t>
      </w:r>
    </w:p>
    <w:p>
      <w:pPr>
        <w:jc w:val="right"/>
      </w:pPr>
      <w:r>
        <w:t>یعنی 25 دن تک ایسے رہے، کچھ بھی نہیں لے سکے، وہ یہاں تک کہ سوکھ کر ہڈی ہو گئے۔ وہ ان کا وزن تھا 85 کلو، ہو گیا 15 کلو۔</w:t>
      </w:r>
    </w:p>
    <w:p>
      <w:r>
        <w:rPr>
          <w:b/>
        </w:rPr>
        <w:t xml:space="preserve">[24:15] </w:t>
      </w:r>
      <w:r>
        <w:t>to woh jo aadat thi, un ke paas ek hi baat kehte the, woh koi complain nahi, koi aah wah nahi, kuch bhi nahi.</w:t>
      </w:r>
    </w:p>
    <w:p>
      <w:pPr>
        <w:jc w:val="right"/>
      </w:pPr>
      <w:r>
        <w:t>تو وہ جو عادت تھی، ان کے پاس ایک ہی بات کہتے تھے، وہ کوئی کمپلین نہیں، کوئی آہ واہ نہیں، کچھ بھی نہیں۔</w:t>
      </w:r>
    </w:p>
    <w:p>
      <w:r>
        <w:rPr>
          <w:b/>
        </w:rPr>
        <w:t xml:space="preserve">[24:25] </w:t>
      </w:r>
      <w:r>
        <w:t>kehte the ke bhai dekho, khair shukr karo ke tum pani pi sakte ho, main pani nahi pi sakta.</w:t>
      </w:r>
    </w:p>
    <w:p>
      <w:pPr>
        <w:jc w:val="right"/>
      </w:pPr>
      <w:r>
        <w:t>کہتے تھے کہ بھئی دیکھو، خیر شکر کرو کہ تم پانی پی سکتے ہو، میں پانی نہیں پی سکتا۔</w:t>
      </w:r>
    </w:p>
    <w:p>
      <w:r>
        <w:rPr>
          <w:b/>
        </w:rPr>
        <w:t xml:space="preserve">[24:33] </w:t>
      </w:r>
      <w:r>
        <w:t>shukr karo ke tum khana kha sakte ho, main khana nahi kha sakta.</w:t>
      </w:r>
    </w:p>
    <w:p>
      <w:pPr>
        <w:jc w:val="right"/>
      </w:pPr>
      <w:r>
        <w:t>شکر کرو کہ تم کھانا کھا سکتے ہو، میں کھانا نہیں کھا سکتا۔</w:t>
      </w:r>
    </w:p>
    <w:p>
      <w:r>
        <w:rPr>
          <w:b/>
        </w:rPr>
        <w:t xml:space="preserve">[24:41] </w:t>
      </w:r>
      <w:r>
        <w:t>aap ko pata hoga ke liver cancer kitni kharab cheez hai, is mein aadmi pani nahi pi sakta, khana nahi kha sakta.</w:t>
      </w:r>
    </w:p>
    <w:p>
      <w:pPr>
        <w:jc w:val="right"/>
      </w:pPr>
      <w:r>
        <w:t>آپ کو پتہ ہوگا کہ لیور کینسر کتنی خراب چیز ہے، اس میں آدمی پانی نہیں پی سکتا، کھانا نہیں کھا سکتا۔</w:t>
      </w:r>
    </w:p>
    <w:p>
      <w:r>
        <w:rPr>
          <w:b/>
        </w:rPr>
        <w:t xml:space="preserve">[24:50] </w:t>
      </w:r>
      <w:r>
        <w:t>to yeh poore poore poore sare hi dunya walon ka hi haal hone wala hai. aaj ek insaan ka hua hai, sab ka hone wala hai.</w:t>
      </w:r>
    </w:p>
    <w:p>
      <w:pPr>
        <w:jc w:val="right"/>
      </w:pPr>
      <w:r>
        <w:t>تو یہ پورے پورے پورے سارے ہی دنیا والوں کا ہی حال ہونے والا ہے۔ آج ایک انسان کا ہوا ہے، سب کا ہونے والا ہے۔</w:t>
      </w:r>
    </w:p>
    <w:p>
      <w:r>
        <w:rPr>
          <w:b/>
        </w:rPr>
        <w:t xml:space="preserve">[25:00] </w:t>
      </w:r>
      <w:r>
        <w:t>yeh scientific fact hai,</w:t>
      </w:r>
    </w:p>
    <w:p>
      <w:pPr>
        <w:jc w:val="right"/>
      </w:pPr>
      <w:r>
        <w:t>یہ سائنٹیفک فیکٹ ہے،</w:t>
      </w:r>
    </w:p>
    <w:p>
      <w:r>
        <w:rPr>
          <w:b/>
        </w:rPr>
        <w:t xml:space="preserve">[25:03] </w:t>
      </w:r>
      <w:r>
        <w:t>hum ek hi dunya ki taraf badh rahe hain, jahan na oxygen hoga, jis se hum saans len, jahan na pani hoga, jahan hum pani peen, jahan na khana hoga, jis se hum bhook mitayen, kuch bhi nahi hoga.</w:t>
      </w:r>
    </w:p>
    <w:p>
      <w:pPr>
        <w:jc w:val="right"/>
      </w:pPr>
      <w:r>
        <w:t>ہم ایک ہی دنیا کی طرف بڑھ رہے ہیں، جہاں نہ اکسیجن ہوگا، جس سے ہم سانس لیں، جہاں نہ پانی ہوگا، جہاں ہم پانی پیئیں، جہاں نہ کھانا ہوگا، جس سے ہم بھوک مٹائیں، کچھ بھی نہیں ہوگا۔</w:t>
      </w:r>
    </w:p>
    <w:p>
      <w:r>
        <w:rPr>
          <w:b/>
        </w:rPr>
        <w:t xml:space="preserve">[25:17] </w:t>
      </w:r>
      <w:r>
        <w:t>aap dekhen, aag lag rahi hai, hum bujha nahi paate is ko. pehle zamane mein, hamare bachpan mein aag lagi thi hamare gaon mein, to hum log balti mein pani le kar jate the wahan bujhane ke liye, aur bujh gayi.</w:t>
      </w:r>
    </w:p>
    <w:p>
      <w:pPr>
        <w:jc w:val="right"/>
      </w:pPr>
      <w:r>
        <w:t>آپ دیکھیں، آگ لگ رہی ہے، ہم بجھا نہیں پاتے اس کو۔ پہلے زمانے میں، ہمارے بچپن میں آگ لگی تھی ہمارے گاؤں میں، تو ہم لوگ بالٹی میں پانی لے کر جاتے تھے وہاں بجھانے کے لیے، اور بجھ گئی۔</w:t>
      </w:r>
    </w:p>
    <w:p>
      <w:r>
        <w:rPr>
          <w:b/>
        </w:rPr>
        <w:t xml:space="preserve">[25:29] </w:t>
      </w:r>
      <w:r>
        <w:t>woh mere bachpan ki baat hai,</w:t>
      </w:r>
    </w:p>
    <w:p>
      <w:pPr>
        <w:jc w:val="right"/>
      </w:pPr>
      <w:r>
        <w:t>وہ میرے بچپن کی بات ہے،</w:t>
      </w:r>
    </w:p>
    <w:p>
      <w:r>
        <w:rPr>
          <w:b/>
        </w:rPr>
        <w:t xml:space="preserve">[25:32] </w:t>
      </w:r>
      <w:r>
        <w:t>mere gaon mein ek ghar mein aag lagi to hum log balti le ke gaye the pani bujhane ke liye. ab fire brigade bane pani bujhane ke liye, wahan to helicopter se pani dala ja raha hai, tab bhi nahi bujh rahi hai.</w:t>
      </w:r>
    </w:p>
    <w:p>
      <w:pPr>
        <w:jc w:val="right"/>
      </w:pPr>
      <w:r>
        <w:t>میرے گاؤں میں ایک گھر میں آگ لگی تو ہم لوگ بالٹی لے کے گئے تھے پانی بجھانے کے لیے۔ اب فائر بریگیڈ بنے پانی بجھانے کے لیے، وہاں تو ہیلی کاپٹرز پانی ڈالا جا رہا ہے، تب بھی نہیں بجھ رہی ہے۔</w:t>
      </w:r>
    </w:p>
    <w:p>
      <w:r>
        <w:rPr>
          <w:b/>
        </w:rPr>
        <w:t xml:space="preserve">[25:49] </w:t>
      </w:r>
      <w:r>
        <w:t>to aag lag rahi hai, earthquake aa rahe hain, flood aa raha hai, itni garmi badh gayi hai. yeh kya hai</w:t>
      </w:r>
    </w:p>
    <w:p>
      <w:pPr>
        <w:jc w:val="right"/>
      </w:pPr>
      <w:r>
        <w:t>تو آگ لگ رہی ہے، ارتھ کویک آ رہے ہیں، فلڈ آ رہا ہے، اتنی گرمی بڑھ گئی ہے۔ یہ کیا ہے</w:t>
      </w:r>
    </w:p>
    <w:p>
      <w:r>
        <w:rPr>
          <w:b/>
        </w:rPr>
        <w:t xml:space="preserve">[26:00] </w:t>
      </w:r>
      <w:r>
        <w:t>? yeh advance warning hai, yeh ke jo waqt, jo time aane wala hai, is time ke liye tayyar ho jao.</w:t>
      </w:r>
    </w:p>
    <w:p>
      <w:pPr>
        <w:jc w:val="right"/>
      </w:pPr>
      <w:r>
        <w:t>؟ یہ ایڈوانس وارننگ ہے، یہ کہ جو وقت، جو ٹائم آنے والا ہے، اس ٹائم کے لیے تیار ہو جاؤ۔</w:t>
      </w:r>
    </w:p>
    <w:p>
      <w:r>
        <w:rPr>
          <w:b/>
        </w:rPr>
        <w:t xml:space="preserve">[26:10] </w:t>
      </w:r>
      <w:r>
        <w:t>to aane wala tha, aa chuka, bahut paas aa chuka. to main jo chahta hoon ke aap jab is baat ko sochen, woh yeh hai ke ab hamara direction, direction of thinking kya ho?</w:t>
      </w:r>
    </w:p>
    <w:p>
      <w:pPr>
        <w:jc w:val="right"/>
      </w:pPr>
      <w:r>
        <w:t>تو آنے والا تھا، آ چکا، بہت پاس آ چکا۔ تو میں جو چاہتا ہوں کہ آپ جب اس بات کو سوچیں، وہ یہ ہے کہ اب ہمارا ڈائریکشن، ڈائریکشن آف تھنکنگ کیا ہو؟</w:t>
      </w:r>
    </w:p>
    <w:p>
      <w:r>
        <w:rPr>
          <w:b/>
        </w:rPr>
        <w:t xml:space="preserve">[26:26] </w:t>
      </w:r>
      <w:r>
        <w:t>kis rukh par sochen?</w:t>
      </w:r>
    </w:p>
    <w:p>
      <w:pPr>
        <w:jc w:val="right"/>
      </w:pPr>
      <w:r>
        <w:t>کس رخ پر سوچیں؟</w:t>
      </w:r>
    </w:p>
    <w:p>
      <w:r>
        <w:rPr>
          <w:b/>
        </w:rPr>
        <w:t xml:space="preserve">[26:32] </w:t>
      </w:r>
      <w:r>
        <w:t>sochne ka direction kya ho? to yahan main aap ko kehna chahunga ke maine taqreeban sare cheezon ko padha, yani maine philosophy ko padha, science ko padha,</w:t>
      </w:r>
    </w:p>
    <w:p>
      <w:pPr>
        <w:jc w:val="right"/>
      </w:pPr>
      <w:r>
        <w:t>سوچنے کا ڈائریکشن کیا ہو؟ تو یہاں میں آپ کو کہنا چاہوں گا کہ میں نے تقریباً سارے چیزوں کو پڑھا، یعنی میں نے فلاسفی کو پڑھا، سائنس کو پڑھا،</w:t>
      </w:r>
    </w:p>
    <w:p>
      <w:r>
        <w:rPr>
          <w:b/>
        </w:rPr>
        <w:t xml:space="preserve">[26:46] </w:t>
      </w:r>
      <w:r>
        <w:t>religion ko parha, sari zindagi parhta hi raha hoon. Main kuch aur kaam nahi kiya. Main is poori 20 century mein shayad do aadmi aise hain jinhone poori zindagi parhte rahe, khali aur kuch kaam nahi kiya.</w:t>
      </w:r>
    </w:p>
    <w:p>
      <w:pPr>
        <w:jc w:val="right"/>
      </w:pPr>
      <w:r>
        <w:t>ریلیجن کو پڑھا، ساری زندگی پڑھتا ہی رہا ہوں۔ میں کچھ اور کام نہیں کیا۔ میں اس پوری 20 سینچری میں شاید دو آدمی ایسے ہیں جنہوں نے پوری زندگی پڑھتے رہے، خالی اور کچھ کام نہیں کیا۔</w:t>
      </w:r>
    </w:p>
    <w:p>
      <w:r>
        <w:rPr>
          <w:b/>
        </w:rPr>
        <w:t xml:space="preserve">[27:00] </w:t>
      </w:r>
      <w:r>
        <w:t>Ek tha Burton Russell, British philosopher. Bachpan se jab parhna shuru kiya to parhta hi raha, 80 saal tak parhta hi raha.</w:t>
      </w:r>
    </w:p>
    <w:p>
      <w:pPr>
        <w:jc w:val="right"/>
      </w:pPr>
      <w:r>
        <w:t>ایک تھا برٹن ڈرسل، برٹش فلاسفر۔ بچپن سے جب پڑھنا شروع کیا تو پڑھتا ہی رہا، 80 سال تک پڑھتا ہی رہا۔</w:t>
      </w:r>
    </w:p>
    <w:p>
      <w:r>
        <w:rPr>
          <w:b/>
        </w:rPr>
        <w:t xml:space="preserve">[27:11] </w:t>
      </w:r>
      <w:r>
        <w:t>Woh shayad main doosra insaan hoon, yeh bachpan se parhna shuru kiya to aakhir tak parhta hi raha. Mujhe koi teesra aadmi nahi maloom hai jitna itna parha ho,</w:t>
      </w:r>
    </w:p>
    <w:p>
      <w:pPr>
        <w:jc w:val="right"/>
      </w:pPr>
      <w:r>
        <w:t>وہ شاید میں دوسرا انسان ہوں، یہ بچپن سے پڑھنا شروع کیا تو آخر تک پڑھتا ہی رہا۔ مجھے کوئی تیسرا آدمی نہیں معلوم ہے جتنا اتنا پڑھا ہو،</w:t>
      </w:r>
    </w:p>
    <w:p>
      <w:r>
        <w:rPr>
          <w:b/>
        </w:rPr>
        <w:t xml:space="preserve">[27:23] </w:t>
      </w:r>
      <w:r>
        <w:t>Yaani secular world mein, Burton Russell, religious world mein. Main sari zindagi parhne mein bata diya, kuch aur kiya hi nahi, kuch bhi nahi kiya.</w:t>
      </w:r>
    </w:p>
    <w:p>
      <w:pPr>
        <w:jc w:val="right"/>
      </w:pPr>
      <w:r>
        <w:t>یعنی سیکولر ورلڈ میں، برٹن ڈرسل، ریلیجیس ورلڈ میں۔ میں ساری زندگی پڑھنے میں بتا دیا، کچھ اور کیا ہی نہیں، کچھ بھی نہیں کیا۔</w:t>
      </w:r>
    </w:p>
    <w:p>
      <w:r>
        <w:rPr>
          <w:b/>
        </w:rPr>
        <w:t xml:space="preserve">[27:35] </w:t>
      </w:r>
      <w:r>
        <w:t>Maine mere bhai ne meri shadi kar di aur biwi us ke saath mujhe 63 saal mere saath rahi. Aap ko taajjub hoga ke 63 saal mein maine un ka ek jora kapra bhi nahi banwaya.</w:t>
      </w:r>
    </w:p>
    <w:p>
      <w:pPr>
        <w:jc w:val="right"/>
      </w:pPr>
      <w:r>
        <w:t>میں نے میرے بھائی نے میری شادی کر دی اور بیوی اس کے ساتھ مجھے 63 سال میرے ساتھ رہی۔ آپ کو تعجب ہوگا کہ 63 سال میں میں نے ان کا ایک جوڑا کپڑا بھی نہیں بنوایا۔</w:t>
      </w:r>
    </w:p>
    <w:p>
      <w:r>
        <w:rPr>
          <w:b/>
        </w:rPr>
        <w:t xml:space="preserve">[27:47] </w:t>
      </w:r>
      <w:r>
        <w:t>63 saal beet gaye, maine un ko ek jora kapra nahi banaya.</w:t>
      </w:r>
    </w:p>
    <w:p>
      <w:pPr>
        <w:jc w:val="right"/>
      </w:pPr>
      <w:r>
        <w:t>63 سال بیت گئے، میں نے ان کو ایک جوڑا کپڑا نہیں بنایا۔</w:t>
      </w:r>
    </w:p>
    <w:p>
      <w:r>
        <w:rPr>
          <w:b/>
        </w:rPr>
        <w:t xml:space="preserve">[27:53] </w:t>
      </w:r>
      <w:r>
        <w:t>Bachon ke liye main kabhi khilona nahi laya, bachon ko main ne toffee la kar nahi diya kabhi, kabhi bachon ko god nahi liya. Maine kyun?</w:t>
      </w:r>
    </w:p>
    <w:p>
      <w:pPr>
        <w:jc w:val="right"/>
      </w:pPr>
      <w:r>
        <w:t>بچوں کے لیے میں کبھی کھلونا نہیں لایا، بچوں کو میں نے ٹافی لا کر نہیں دیا کبھی، کبھی بچوں کو گود نہیں لیا۔ میں نے کیوں؟</w:t>
      </w:r>
    </w:p>
    <w:p>
      <w:r>
        <w:rPr>
          <w:b/>
        </w:rPr>
        <w:t xml:space="preserve">[28:02] </w:t>
      </w:r>
      <w:r>
        <w:t>Mere paas fursat nahi thi parhne ke siwa, parhne ke siwa mere paas koi time hi nahi tha. Main parhta to rastay mein chalta, jab chalta to rastay mein kitaab mere haath pe hoti thi.</w:t>
      </w:r>
    </w:p>
    <w:p>
      <w:pPr>
        <w:jc w:val="right"/>
      </w:pPr>
      <w:r>
        <w:t>میرے پاس فرصت نہیں تھی پڑھنے کے سوا، پڑھنے کے سوا میرے پاس کوئی ٹائم ہی نہیں تھا۔ میں پڑھتا تو راستے میں چلتا، جب چلتا تو راستے میں کتاب میرے ہاتھ پہ ہوتی تھی۔</w:t>
      </w:r>
    </w:p>
    <w:p>
      <w:r>
        <w:rPr>
          <w:b/>
        </w:rPr>
        <w:t xml:space="preserve">[28:15] </w:t>
      </w:r>
      <w:r>
        <w:t>Meri maa kehti thi ke yeh shakhs jo hai, accident mein mar jaye ga, kisi din</w:t>
      </w:r>
    </w:p>
    <w:p>
      <w:pPr>
        <w:jc w:val="right"/>
      </w:pPr>
      <w:r>
        <w:t>میری ماں کہتی تھی کہ یہ شخص جو ہے، ایکسیڈنٹ میں مر جائے گا، کسی دن</w:t>
      </w:r>
    </w:p>
    <w:p>
      <w:r>
        <w:rPr>
          <w:b/>
        </w:rPr>
        <w:t xml:space="preserve">[28:20] </w:t>
      </w:r>
      <w:r>
        <w:t>Kitaab parh raha hai aur takra jaye kisi gaari se, woh mar jaye ga road par.</w:t>
      </w:r>
    </w:p>
    <w:p>
      <w:pPr>
        <w:jc w:val="right"/>
      </w:pPr>
      <w:r>
        <w:t>کتاب پڑھ رہا ہے اور ٹکرا جائے کسی گاڑی سے، وہ مر جائے گا روڈ پر۔</w:t>
      </w:r>
    </w:p>
    <w:p>
      <w:r>
        <w:rPr>
          <w:b/>
        </w:rPr>
        <w:t xml:space="preserve">[28:27] </w:t>
      </w:r>
      <w:r>
        <w:t>To main keh sakta hoon ke poore 20 century mein do hi aadmi aise hain jinhone bohat zyada parha hai: ek secular philosopher, Burton Russell, aur shayad doosra insaan main hoon.</w:t>
      </w:r>
    </w:p>
    <w:p>
      <w:pPr>
        <w:jc w:val="right"/>
      </w:pPr>
      <w:r>
        <w:t>تو میں کہہ سکتا ہوں کہ پورے 20 سینچری میں دو ہی آدمی ایسے ہیں جنہوں نے بہت زیادہ پڑھا ہے: ایک سیکولر فلاسفر، برٹن ڈرسل، اور شاید دوسرا انسان میں ہوں۔</w:t>
      </w:r>
    </w:p>
    <w:p>
      <w:r>
        <w:rPr>
          <w:b/>
        </w:rPr>
        <w:t xml:space="preserve">[28:41] </w:t>
      </w:r>
      <w:r>
        <w:t>In sari study ke baad main aap ko batata hoon ke kya cheez sochna chahiye, yaani</w:t>
      </w:r>
    </w:p>
    <w:p>
      <w:pPr>
        <w:jc w:val="right"/>
      </w:pPr>
      <w:r>
        <w:t>ان ساری اسٹڈی کے بعد میں آپ کو بتاتا ہوں کہ کیا چیز سوچنا چاہیے، یعنی</w:t>
      </w:r>
    </w:p>
    <w:p>
      <w:r>
        <w:rPr>
          <w:b/>
        </w:rPr>
        <w:t xml:space="preserve">[28:49] </w:t>
      </w:r>
      <w:r>
        <w:t>Sochne ki line kya ho. Woh yeh hai ke hum yeh sochen ke what was the creation plan of God?</w:t>
      </w:r>
    </w:p>
    <w:p>
      <w:pPr>
        <w:jc w:val="right"/>
      </w:pPr>
      <w:r>
        <w:t>سوچنے کی لائن کیا ہو۔ وہ یہ ہے کہ ہم یہ سوچیں کہ واٹ واز دا کریشن پلان آف گاڈ؟</w:t>
      </w:r>
    </w:p>
    <w:p>
      <w:r>
        <w:rPr>
          <w:b/>
        </w:rPr>
        <w:t xml:space="preserve">[29:01] </w:t>
      </w:r>
      <w:r>
        <w:t>Jis Khuda ne paida kiya, us Khuda ka creation plan kya tha? Kis liye paida kiya?</w:t>
      </w:r>
    </w:p>
    <w:p>
      <w:pPr>
        <w:jc w:val="right"/>
      </w:pPr>
      <w:r>
        <w:t>جس خدا نے پیدا کیا، اس خدا کا کریشن پلان کیا تھا؟ کس لیے پیدا کیا؟</w:t>
      </w:r>
    </w:p>
    <w:p>
      <w:r>
        <w:rPr>
          <w:b/>
        </w:rPr>
        <w:t xml:space="preserve">[29:11] </w:t>
      </w:r>
      <w:r>
        <w:t>Humein kyun paida kiya? Zameen kyun banai?</w:t>
      </w:r>
    </w:p>
    <w:p>
      <w:pPr>
        <w:jc w:val="right"/>
      </w:pPr>
      <w:r>
        <w:t>ہمیں کیوں پیدا کیا؟ زمین کیوں بنائی؟</w:t>
      </w:r>
    </w:p>
    <w:p>
      <w:r>
        <w:rPr>
          <w:b/>
        </w:rPr>
        <w:t xml:space="preserve">[29:16] </w:t>
      </w:r>
      <w:r>
        <w:t>Life support system yahan kyun qaim kiya?</w:t>
      </w:r>
    </w:p>
    <w:p>
      <w:pPr>
        <w:jc w:val="right"/>
      </w:pPr>
      <w:r>
        <w:t>لائف سپورٹ سسٹم یہاں کیوں قائم کیا؟</w:t>
      </w:r>
    </w:p>
    <w:p>
      <w:r>
        <w:rPr>
          <w:b/>
        </w:rPr>
        <w:t xml:space="preserve">[29:19] </w:t>
      </w:r>
      <w:r>
        <w:t>Kya matlab tha paida karne ka? Sab se bara jo sawal hai sochne ka, woh yeh hai:</w:t>
      </w:r>
    </w:p>
    <w:p>
      <w:pPr>
        <w:jc w:val="right"/>
      </w:pPr>
      <w:r>
        <w:t>کیا مطلب تھا پیدا کرنے کا؟ سب سے بڑا جو سوال ہے سوچنے کا، وہ یہ ہے:</w:t>
      </w:r>
    </w:p>
    <w:p>
      <w:r>
        <w:rPr>
          <w:b/>
        </w:rPr>
        <w:t xml:space="preserve">[29:29] </w:t>
      </w:r>
      <w:r>
        <w:t>Sari zindagi ki jo study meri hai, is se study ne mujhe yahan pohanchaya hai.</w:t>
      </w:r>
    </w:p>
    <w:p>
      <w:pPr>
        <w:jc w:val="right"/>
      </w:pPr>
      <w:r>
        <w:t>ساری زندگی کی جو اسٹڈی میری ہے، اس سے اسٹڈی نے مجھے یہاں پہنچایا ہے۔</w:t>
      </w:r>
    </w:p>
    <w:p>
      <w:r>
        <w:rPr>
          <w:b/>
        </w:rPr>
        <w:t xml:space="preserve">[29:36] </w:t>
      </w:r>
      <w:r>
        <w:t>Burton Russell to kahin nahi pohancha, is liye us ko kaha jata hai ke he was a philosopher of no philosophy. Sari study ke baad bhi Burton Russell ko koi cheez mili nahi.</w:t>
      </w:r>
    </w:p>
    <w:p>
      <w:pPr>
        <w:jc w:val="right"/>
      </w:pPr>
      <w:r>
        <w:t>برٹن ڈرسل تو کہیں نہیں پہنچا، اس لیے اس کو کہا جاتا ہے کہ ہی واز ا فلاسفر آف نو فلاسفی۔ ساری اسٹڈی کے بعد بھی برٹن ڈرسل کو کوئی چیز ملی نہیں۔</w:t>
      </w:r>
    </w:p>
    <w:p>
      <w:r>
        <w:rPr>
          <w:b/>
        </w:rPr>
        <w:t xml:space="preserve">[29:49] </w:t>
      </w:r>
      <w:r>
        <w:t>Sari zindagi woh parhta raha, parhta raha, parhta raha, lekin Burton Russell ko kuch bhi nahi mila. To us ke baray mein jo us ki jo life likhi gayi hai, us mein kaha gaya hai ke woh he was a philosopher of no philosophy.</w:t>
      </w:r>
    </w:p>
    <w:p>
      <w:pPr>
        <w:jc w:val="right"/>
      </w:pPr>
      <w:r>
        <w:t>ساری زندگی وہ پڑھتا رہا، پڑھتا رہا، پڑھتا رہا، لیکن برٹن ڈرسل کو کچھ بھی نہیں ملا۔ تو اس کے بارے میں جو اس کی جو لائف لکھی گئی ہے، اس میں کہا گیا ہے کہ وہ ہی واز ا فلاسفر آف نو فلاسفی۔</w:t>
      </w:r>
    </w:p>
    <w:p>
      <w:r>
        <w:rPr>
          <w:b/>
        </w:rPr>
        <w:t xml:space="preserve">[30:04] </w:t>
      </w:r>
      <w:r>
        <w:t>Main Khuda hafiz keh sakta hoon ke ke meri ek philosophy hai, meri ek discovery hai, main ne kuch cheezon ko daryaft kiya hai, khud apne study se daryaft kiya hai.</w:t>
      </w:r>
    </w:p>
    <w:p>
      <w:pPr>
        <w:jc w:val="right"/>
      </w:pPr>
      <w:r>
        <w:t>میں خدا حافظ کہہ سکتا ہوں کہ کہ میری ایک فلاسفی ہے، میری ایک ڈسکوری ہے، میں نے کچھ چیزوں کو دریافت کیا ہے، خود اپنے اسٹڈی سے دریافت کیا ہے۔</w:t>
      </w:r>
    </w:p>
    <w:p>
      <w:r>
        <w:rPr>
          <w:b/>
        </w:rPr>
        <w:t xml:space="preserve">[30:15] </w:t>
      </w:r>
      <w:r>
        <w:t>Yeh nahi ke maine kuch sun liya to maan liya.</w:t>
      </w:r>
    </w:p>
    <w:p>
      <w:pPr>
        <w:jc w:val="right"/>
      </w:pPr>
      <w:r>
        <w:t>یہ نہیں کہ میں نے کچھ سن لیا تو مان لیا۔</w:t>
      </w:r>
    </w:p>
    <w:p>
      <w:r>
        <w:rPr>
          <w:b/>
        </w:rPr>
        <w:t xml:space="preserve">[30:22] </w:t>
      </w:r>
      <w:r>
        <w:t>Aur woh kya hai? Woh yahi hai ke sab se bara jo sawal hai, woh kya hai? Khuda ne mujhe kyun banaya?</w:t>
      </w:r>
    </w:p>
    <w:p>
      <w:pPr>
        <w:jc w:val="right"/>
      </w:pPr>
      <w:r>
        <w:t>اور وہ کیا ہے؟ وہ یہی ہے کہ سب سے بڑا جو سوال ہے، وہ کیا ہے؟ خدا نے مجھے کیوں بنایا؟</w:t>
      </w:r>
    </w:p>
    <w:p>
      <w:r>
        <w:rPr>
          <w:b/>
        </w:rPr>
        <w:t xml:space="preserve">[30:33] </w:t>
      </w:r>
      <w:r>
        <w:t>Aap dekhen, insaan kaisi ajeeb ghareeb cheez hai. Insaan insaan sochta hai, chalta hai, bolta hai. Aisa koi bhi nahi, koi star ke paas yeh sab baatein nahi hain.</w:t>
      </w:r>
    </w:p>
    <w:p>
      <w:pPr>
        <w:jc w:val="right"/>
      </w:pPr>
      <w:r>
        <w:t>آپ دیکھیں، انسان کیسی عجیب غریب چیز ہے۔ انسان انسان سوچتا ہے، چلتا ہے، بولتا ہے۔ ایسا کوئی بھی نہیں، کوئی اسٹار کے پاس یہ سب باتیں نہیں ہیں۔</w:t>
      </w:r>
    </w:p>
    <w:p>
      <w:r>
        <w:rPr>
          <w:b/>
        </w:rPr>
        <w:t xml:space="preserve">[30:49] </w:t>
      </w:r>
      <w:r>
        <w:t>Kisi star ke paas bas mein nahi hai ke is tarah ka ek ek ek meeting kare, jis mein ek aadmi bol raha hai, doosre sun rahe hain. Sari duniya ke animal aisa nahi kar sakte.</w:t>
      </w:r>
    </w:p>
    <w:p>
      <w:pPr>
        <w:jc w:val="right"/>
      </w:pPr>
      <w:r>
        <w:t>کسی اسٹار کے پاس بس میں نہیں ہے کہ اس طرح کا ایک ایک ایک میٹنگ کرے، جس میں ایک آدمی بول رہا ہے، دوسرے سن رہے ہیں۔ ساری دنیا کے اینیمل ایسا نہیں کر سکتے۔</w:t>
      </w:r>
    </w:p>
    <w:p>
      <w:r>
        <w:rPr>
          <w:b/>
        </w:rPr>
        <w:t xml:space="preserve">[31:00] </w:t>
      </w:r>
      <w:r>
        <w:t>sari dunya ke mountain, sari dunya ke ocean, sari dunya ke stars, sara jo animal world hai, aisa ek meeting nahi kar sakta hai.</w:t>
      </w:r>
    </w:p>
    <w:p>
      <w:pPr>
        <w:jc w:val="right"/>
      </w:pPr>
      <w:r>
        <w:t>ساری دنیا کے ماؤنٹین، ساری دنیا کے اوشن، ساری دنیا کے اسٹارز، سارا جو اینیمل ورلڈ ہے، ایسا ایک میٹنگ نہیں کر سکتا ہے۔</w:t>
      </w:r>
    </w:p>
    <w:p>
      <w:r>
        <w:rPr>
          <w:b/>
        </w:rPr>
        <w:t xml:space="preserve">[31:10] </w:t>
      </w:r>
      <w:r>
        <w:t>wo kyunke unke paas yeh sab capacity nahi hai, yeh sab salahiyat nahi hai, yeh sirf insan hai jo yeh kar sakta hai.</w:t>
      </w:r>
    </w:p>
    <w:p>
      <w:pPr>
        <w:jc w:val="right"/>
      </w:pPr>
      <w:r>
        <w:t>وہ کیونکہ ان کے پاس یہ سب کیپیسٹی نہیں ہے، یہ سب صلاحیت نہیں ہے، یہ صرف انسان ہے جو یہ کر سکتا ہے۔</w:t>
      </w:r>
    </w:p>
    <w:p>
      <w:r>
        <w:rPr>
          <w:b/>
        </w:rPr>
        <w:t xml:space="preserve">[31:21] </w:t>
      </w:r>
      <w:r>
        <w:t>to ek special creation tha insan ko banana.</w:t>
      </w:r>
    </w:p>
    <w:p>
      <w:pPr>
        <w:jc w:val="right"/>
      </w:pPr>
      <w:r>
        <w:t>تو ایک اسپیشل کریشن تھا انسان کو بنانا۔</w:t>
      </w:r>
    </w:p>
    <w:p>
      <w:r>
        <w:rPr>
          <w:b/>
        </w:rPr>
        <w:t xml:space="preserve">[31:27] </w:t>
      </w:r>
      <w:r>
        <w:t>Darwin ne logon ko dhoke mein dala. Aaj aaj hi aap dekhiye, ek article aaya hai, aaj hi Times mein, Angrezi akhbar mein, aap is ko padhiye ke yeh sab ek ek illusion tha, illusion jisko unhone samajh liya ke science hai, evolution theory.</w:t>
      </w:r>
    </w:p>
    <w:p>
      <w:pPr>
        <w:jc w:val="right"/>
      </w:pPr>
      <w:r>
        <w:t>ڈارون نے لوگوں کو دھوکے میں ڈالا۔ آج آج ہی آپ دیکھیے، ایک آرٹیکل آیا ہے، آج ہی ٹائمز میں، انگریزی اخبار میں، آپ اس کو پڑھیے کہ یہ سب ایک ایک الیوژن تھا، الیوژن جس کو انہوں نے سمجھ لیا کہ سائنس ہے، ایولوشن تھیوری۔</w:t>
      </w:r>
    </w:p>
    <w:p>
      <w:r>
        <w:rPr>
          <w:b/>
        </w:rPr>
        <w:t xml:space="preserve">[31:47] </w:t>
      </w:r>
      <w:r>
        <w:t>evolution theory kuch bhi nahi tha, siwaye illusion ke.</w:t>
      </w:r>
    </w:p>
    <w:p>
      <w:pPr>
        <w:jc w:val="right"/>
      </w:pPr>
      <w:r>
        <w:t>ایولوشن تھیوری کچھ بھی نہیں تھا، سوائے الیوژن کے۔</w:t>
      </w:r>
    </w:p>
    <w:p>
      <w:r>
        <w:rPr>
          <w:b/>
        </w:rPr>
        <w:t xml:space="preserve">[31:53] </w:t>
      </w:r>
      <w:r>
        <w:t>to khair, wo ek doosra subject hai, is mein mein nahi ja raha hoon. mein sirf yeh kehna chahta hoon ke sab se zyada jo sochne ki baat hai, wo yeh hai ke khuda ne mujhe kyun banaya?</w:t>
      </w:r>
    </w:p>
    <w:p>
      <w:pPr>
        <w:jc w:val="right"/>
      </w:pPr>
      <w:r>
        <w:t>تو خیر، وہ ایک دوسرا سبجیکٹ ہے، اس میں میں نہیں جا رہا ہوں۔ میں صرف یہ کہنا چاہتا ہوں کہ سب سے زیادہ جو سوچنے کی بات ہے، وہ یہ ہے کہ خدا نے مجھے کیوں بنایا؟</w:t>
      </w:r>
    </w:p>
    <w:p>
      <w:r>
        <w:rPr>
          <w:b/>
        </w:rPr>
        <w:t xml:space="preserve">[32:08] </w:t>
      </w:r>
      <w:r>
        <w:t>is mein clue hum ko kahan milta hai? ek taraf yeh hai ke aap ko freedom mili hui hai, kisi ko freedom nahi hai. aap jante hain, material world jo hai, wo govern hoti hai law of nature se,</w:t>
      </w:r>
    </w:p>
    <w:p>
      <w:pPr>
        <w:jc w:val="right"/>
      </w:pPr>
      <w:r>
        <w:t>اس میں کلو ہم کو کہاں ملتا ہے؟ ایک طرف یہ ہے کہ آپ کو فریڈم ملی ہوئی ہے، کسی کو فریڈم نہیں ہے۔ آپ جانتے ہیں، مٹیریل ورلڈ جو ہے، وہ گورن ہوتی ہے لاء آف نیچر سے،</w:t>
      </w:r>
    </w:p>
    <w:p>
      <w:r>
        <w:rPr>
          <w:b/>
        </w:rPr>
        <w:t xml:space="preserve">[32:21] </w:t>
      </w:r>
      <w:r>
        <w:t>animal world govern hota hai instinct se. insan sirf hai jisko azadi di gayi hai, azadi. lekin sath sath kya hai?</w:t>
      </w:r>
    </w:p>
    <w:p>
      <w:pPr>
        <w:jc w:val="right"/>
      </w:pPr>
      <w:r>
        <w:t>اینیمل ورلڈ گورن ہوتا ہے انسٹنکٹ سے۔ انسان صرف ہے جس کو آزادی دی گئی ہے، آزادی۔ لیکن ساتھ ساتھ کیا ہے؟</w:t>
      </w:r>
    </w:p>
    <w:p>
      <w:r>
        <w:rPr>
          <w:b/>
        </w:rPr>
        <w:t xml:space="preserve">[32:31] </w:t>
      </w:r>
      <w:r>
        <w:t>insan ko consciousness diya gaya hai, thinking capacity di gayi hai. sahi o galat ka bare mein soch sakta hai insan.</w:t>
      </w:r>
    </w:p>
    <w:p>
      <w:pPr>
        <w:jc w:val="right"/>
      </w:pPr>
      <w:r>
        <w:t>انسان کو کانشیس دیا گیا ہے، تھنکنگ کیپیسٹی دی گئی ہے۔ صحیح و غلط کا بارے میں سوچ سکتا ہے انسان۔</w:t>
      </w:r>
    </w:p>
    <w:p>
      <w:r>
        <w:rPr>
          <w:b/>
        </w:rPr>
        <w:t xml:space="preserve">[32:42] </w:t>
      </w:r>
      <w:r>
        <w:t>ek taraf freedom mere paas hai, doosri taraf mere paas wo mind hai jab soch sakoon ke kya sahi hai, kya galat hai.</w:t>
      </w:r>
    </w:p>
    <w:p>
      <w:pPr>
        <w:jc w:val="right"/>
      </w:pPr>
      <w:r>
        <w:t>ایک طرف فریڈم میرے پاس ہے، دوسری طرف میرے پاس وہ مائنڈ ہے جب سوچ سکوں کہ کیا صحیح ہے، کیا غلط ہے۔</w:t>
      </w:r>
    </w:p>
    <w:p>
      <w:r>
        <w:rPr>
          <w:b/>
        </w:rPr>
        <w:t xml:space="preserve">[32:51] </w:t>
      </w:r>
      <w:r>
        <w:t>yani wo kya hai jo proper use of freedom hai, wo kya hai jo misuse of freedom hai. to ek taraf Allah taala ne freedom diya mujh ko, aur doosri taraf mind bhi diya.</w:t>
      </w:r>
    </w:p>
    <w:p>
      <w:pPr>
        <w:jc w:val="right"/>
      </w:pPr>
      <w:r>
        <w:t>یعنی وہ کیا ہے جو پراپر یوز آف فریڈم ہے، وہ کیا ہے جو مس یوز آف فریڈم ہے۔ تو ایک طرف اللہ تعالی نے فریڈم دیا مجھ کو، اور دوسری طرف مائنڈ بھی دیا۔</w:t>
      </w:r>
    </w:p>
    <w:p>
      <w:r>
        <w:rPr>
          <w:b/>
        </w:rPr>
        <w:t xml:space="preserve">[33:04] </w:t>
      </w:r>
      <w:r>
        <w:t>isi se aap samajh sakte hain ke kya mamla hai</w:t>
      </w:r>
    </w:p>
    <w:p>
      <w:pPr>
        <w:jc w:val="right"/>
      </w:pPr>
      <w:r>
        <w:t>اسی سے آپ سمجھ سکتے ہیں کہ کیا معاملہ ہے</w:t>
      </w:r>
    </w:p>
    <w:p>
      <w:r>
        <w:rPr>
          <w:b/>
        </w:rPr>
        <w:t xml:space="preserve">[33:07] </w:t>
      </w:r>
      <w:r>
        <w:t>ke khuda ne insan ko banaya,</w:t>
      </w:r>
    </w:p>
    <w:p>
      <w:pPr>
        <w:jc w:val="right"/>
      </w:pPr>
      <w:r>
        <w:t>کہ خدا نے انسان کو بنایا،</w:t>
      </w:r>
    </w:p>
    <w:p>
      <w:r>
        <w:rPr>
          <w:b/>
        </w:rPr>
        <w:t xml:space="preserve">[33:13] </w:t>
      </w:r>
      <w:r>
        <w:t>is liye</w:t>
      </w:r>
    </w:p>
    <w:p>
      <w:pPr>
        <w:jc w:val="right"/>
      </w:pPr>
      <w:r>
        <w:t>اس لیے</w:t>
      </w:r>
    </w:p>
    <w:p>
      <w:r>
        <w:rPr>
          <w:b/>
        </w:rPr>
        <w:t xml:space="preserve">[33:17] </w:t>
      </w:r>
      <w:r>
        <w:t>is liye banaya hai ke wo wo wo aala insan ko select karne ke liye. jo yeh yeh dunya to khuda ne banai thi ke yeh khatam hone ke liye,</w:t>
      </w:r>
    </w:p>
    <w:p>
      <w:pPr>
        <w:jc w:val="right"/>
      </w:pPr>
      <w:r>
        <w:t>اس لیے بنایا ہے کہ وہ وہ وہ اعلیٰ انسان کو سلیکٹ کرنے کے لیے۔ جو یہ یہ دنیا تو خدا نے بنائی تھی کہ یہ ختم ہونے کے لیے،</w:t>
      </w:r>
    </w:p>
    <w:p>
      <w:r>
        <w:rPr>
          <w:b/>
        </w:rPr>
        <w:t xml:space="preserve">[33:29] </w:t>
      </w:r>
      <w:r>
        <w:t>lekin ek aur dunya banai khuda ne, jo jo eternal dunya, isi dunya ka doosra jo counterpart hai, jis ko hum paradise kehte hain, wahan yeh sari cheezein hongi.</w:t>
      </w:r>
    </w:p>
    <w:p>
      <w:pPr>
        <w:jc w:val="right"/>
      </w:pPr>
      <w:r>
        <w:t>لیکن ایک اور دنیا بنائی خدا نے، جو جو ایٹرنل دنیا، اسی دنیا کا دوسرا جو کاؤنٹر پارٹ ہے، جس کو ہم پیراڈائز کہتے ہیں، وہاں یہ ساری چیزیں ہوں گی۔</w:t>
      </w:r>
    </w:p>
    <w:p>
      <w:r>
        <w:rPr>
          <w:b/>
        </w:rPr>
        <w:t xml:space="preserve">[33:45] </w:t>
      </w:r>
      <w:r>
        <w:t>lekin wahan par eternity hogi,</w:t>
      </w:r>
    </w:p>
    <w:p>
      <w:pPr>
        <w:jc w:val="right"/>
      </w:pPr>
      <w:r>
        <w:t>لیکن وہاں پر ایٹرنیٹی ہوگی،</w:t>
      </w:r>
    </w:p>
    <w:p>
      <w:r>
        <w:rPr>
          <w:b/>
        </w:rPr>
        <w:t xml:space="preserve">[33:48] </w:t>
      </w:r>
      <w:r>
        <w:t>yani wahan par hum enjoy kar sakenge. wahan par humein yeh sara sara cheez hai jo yahan par hai, wo wahan par maujood hongi, lekin wahan par fear nahi hoga, wahan par limitations nahi hongi, wahan par disadvantage nahi hoga,</w:t>
      </w:r>
    </w:p>
    <w:p>
      <w:pPr>
        <w:jc w:val="right"/>
      </w:pPr>
      <w:r>
        <w:t>یعنی وہاں پر ہم انجوائے کر سکیں گے۔ وہاں پر ہمیں یہ سارا سارا چیز ہے جو یہاں پر ہے، وہ وہاں پر موجود ہوں گی، لیکن وہاں پر فیئر نہیں ہوگا، وہاں پر لیمیٹیشنز نہیں ہوں گی، وہاں پر ڈس ایڈوانٹیج نہیں ہوگا،</w:t>
      </w:r>
    </w:p>
    <w:p>
      <w:r>
        <w:rPr>
          <w:b/>
        </w:rPr>
        <w:t xml:space="preserve">[34:03] </w:t>
      </w:r>
      <w:r>
        <w:t>wahan par death nahi hogi. is better world mein basane ke liye select karna</w:t>
      </w:r>
    </w:p>
    <w:p>
      <w:pPr>
        <w:jc w:val="right"/>
      </w:pPr>
      <w:r>
        <w:t>وہاں پر ڈیتھ نہیں ہوگی۔ اس بیٹر ورلڈ میں بسانے کے لیے سلیکٹ کرنا</w:t>
      </w:r>
    </w:p>
    <w:p>
      <w:r>
        <w:rPr>
          <w:b/>
        </w:rPr>
        <w:t xml:space="preserve">[34:13] </w:t>
      </w:r>
      <w:r>
        <w:t>to yeh dunya jo banai gayi, yeh isi ka ek namuna tha, yani isi ka ek wo hai.</w:t>
      </w:r>
    </w:p>
    <w:p>
      <w:pPr>
        <w:jc w:val="right"/>
      </w:pPr>
      <w:r>
        <w:t>تو یہ دنیا جو بنائی گئی، یہ اسی کا ایک نمونہ تھا، یعنی اسی کا ایک وہ ہے۔</w:t>
      </w:r>
    </w:p>
    <w:p>
      <w:r>
        <w:rPr>
          <w:b/>
        </w:rPr>
        <w:t xml:space="preserve">[34:25] </w:t>
      </w:r>
      <w:r>
        <w:t>ideal world yeh hai, aisi dunya jo ideal world nahi hai, khatam hone wali hai. wo perfect hai ya imperfect?</w:t>
      </w:r>
    </w:p>
    <w:p>
      <w:pPr>
        <w:jc w:val="right"/>
      </w:pPr>
      <w:r>
        <w:t>آئیڈیل ورلڈ یہ ہے، ایسی دنیا جو آئیڈیل ورلڈ نہیں ہے، ختم ہونے والی ہے۔ وہ پرفیکٹ ہے یا امپرفیکٹ؟</w:t>
      </w:r>
    </w:p>
    <w:p>
      <w:r>
        <w:rPr>
          <w:b/>
        </w:rPr>
        <w:t xml:space="preserve">[34:34] </w:t>
      </w:r>
      <w:r>
        <w:t>to</w:t>
      </w:r>
    </w:p>
    <w:p>
      <w:pPr>
        <w:jc w:val="right"/>
      </w:pPr>
      <w:r>
        <w:t>تو</w:t>
      </w:r>
    </w:p>
    <w:p>
      <w:r>
        <w:rPr>
          <w:b/>
        </w:rPr>
        <w:t xml:space="preserve">[34:35] </w:t>
      </w:r>
      <w:r>
        <w:t>aaj hum imperfect world mein rakhe gaye taake yahan par agar hum</w:t>
      </w:r>
    </w:p>
    <w:p>
      <w:pPr>
        <w:jc w:val="right"/>
      </w:pPr>
      <w:r>
        <w:t>آج ہم امپرفیکٹ ورلڈ میں رکھے گئے تاکہ یہاں پر اگر ہم</w:t>
      </w:r>
    </w:p>
    <w:p>
      <w:r>
        <w:rPr>
          <w:b/>
        </w:rPr>
        <w:t xml:space="preserve">[34:43] </w:t>
      </w:r>
      <w:r>
        <w:t>qualify kar sakein to perfect world mein humein basaya jaye. yeh hai is ki map god, yeh hai grace plan of god.</w:t>
      </w:r>
    </w:p>
    <w:p>
      <w:pPr>
        <w:jc w:val="right"/>
      </w:pPr>
      <w:r>
        <w:t>کوالیفائی کر سکیں تو پرفیکٹ ورلڈ میں ہمیں بسایا جائے۔ یہ ہے اس کی ماپ گاڈ، یہ ہے کریسی پلان آف گاڈ۔</w:t>
      </w:r>
    </w:p>
    <w:p>
      <w:r>
        <w:rPr>
          <w:b/>
        </w:rPr>
        <w:t xml:space="preserve">[34:54] </w:t>
      </w:r>
      <w:r>
        <w:t>yeh bhi scientific theory hai. science mein yeh maan liya gaya hai ke is dunya mein jitni cheezein hain, sab sab pair ke roop mein hain.</w:t>
      </w:r>
    </w:p>
    <w:p>
      <w:pPr>
        <w:jc w:val="right"/>
      </w:pPr>
      <w:r>
        <w:t>یہ بھی سائنٹیفک تھیوری ہے۔ سائنس میں یہ مان لیا گیا ہے کہ اس دنیا میں جتنی چیزیں ہیں، سب سب پیئر کے روپ میں ہیں۔</w:t>
      </w:r>
    </w:p>
    <w:p>
      <w:r>
        <w:rPr>
          <w:b/>
        </w:rPr>
        <w:t xml:space="preserve">[35:03] </w:t>
      </w:r>
      <w:r>
        <w:t>pair</w:t>
      </w:r>
    </w:p>
    <w:p>
      <w:pPr>
        <w:jc w:val="right"/>
      </w:pPr>
      <w:r>
        <w:t>پیئر</w:t>
      </w:r>
    </w:p>
    <w:p>
      <w:r>
        <w:rPr>
          <w:b/>
        </w:rPr>
        <w:t xml:space="preserve">[35:04] </w:t>
      </w:r>
      <w:r>
        <w:t>aap jante hain, har jagah pair hai, atom mein pair hai, stars mein pair hai, animal mein pair hai, plant mein pair hai, insan mein pair hai.</w:t>
      </w:r>
    </w:p>
    <w:p>
      <w:pPr>
        <w:jc w:val="right"/>
      </w:pPr>
      <w:r>
        <w:t>آپ جانتے ہیں، ہر جگہ پیئر ہے، ایٹم میں پیئر ہے، اسٹارز میں پیئر ہے، اینیمل میں پیئر ہے، پلانٹ میں پیئر ہے، انسان میں پیئر ہے۔</w:t>
      </w:r>
    </w:p>
    <w:p>
      <w:r>
        <w:rPr>
          <w:b/>
        </w:rPr>
        <w:t xml:space="preserve">[35:16] </w:t>
      </w:r>
      <w:r>
        <w:t>ab yeh maan liya gaya hai ke is dunya ka bhi ek pair hai,</w:t>
      </w:r>
    </w:p>
    <w:p>
      <w:pPr>
        <w:jc w:val="right"/>
      </w:pPr>
      <w:r>
        <w:t>اب یہ مان لیا گیا ہے کہ اس دنیا کا بھی ایک پیئر ہے،</w:t>
      </w:r>
    </w:p>
    <w:p>
      <w:r>
        <w:rPr>
          <w:b/>
        </w:rPr>
        <w:t xml:space="preserve">[35:21] </w:t>
      </w:r>
      <w:r>
        <w:t>yani ek hai negative world, ek hai positive world. yeh dunya pair ke roop mein hai, yeh yeh scientific theory hai.</w:t>
      </w:r>
    </w:p>
    <w:p>
      <w:pPr>
        <w:jc w:val="right"/>
      </w:pPr>
      <w:r>
        <w:t>یعنی ایک ہے نیگیٹیو ورلڈ، ایک ہے پازیٹیو ورلڈ۔ یہ دنیا پیئر کے روپ میں ہے، یہ یہ سائنٹیفک تھیوری ہے۔</w:t>
      </w:r>
    </w:p>
    <w:p>
      <w:r>
        <w:rPr>
          <w:b/>
        </w:rPr>
        <w:t xml:space="preserve">[35:34] </w:t>
      </w:r>
      <w:r>
        <w:t>yeh aise hi ek dunya aur maujood hai, ek positive world hai, ek ek negative world hai. to isi ko mein keh raha hoon ke Khuda ne hamein yeh jo dunya ek jore ke roop mein jo dunya banai thi,</w:t>
      </w:r>
    </w:p>
    <w:p>
      <w:pPr>
        <w:jc w:val="right"/>
      </w:pPr>
      <w:r>
        <w:t>یہ ایسے ہی ایک دنیا اور موجود ہے، ایک پازیٹیو ورلڈ ہے، ایک ایک نیگیٹیو ورلڈ ہے۔ تو اسی کو میں کہہ رہا ہوں کہ خدا نے ہمیں یہ جو دنیا ایک جوڑے کے روپ میں جو دنیا بنائی تھی،</w:t>
      </w:r>
    </w:p>
    <w:p>
      <w:r>
        <w:rPr>
          <w:b/>
        </w:rPr>
        <w:t xml:space="preserve">[35:50] </w:t>
      </w:r>
      <w:r>
        <w:t>ke pair world jo banaya tha Khuda ne, to is ka jo imperfect model tha, us mein hamein rakha.</w:t>
      </w:r>
    </w:p>
    <w:p>
      <w:pPr>
        <w:jc w:val="right"/>
      </w:pPr>
      <w:r>
        <w:t>کہ پیئر ورلڈ جو بنایا تھا خدا نے، تو اس کا جو امپرفیکٹ ماڈل تھا، اس میں ہمیں رکھا۔</w:t>
      </w:r>
    </w:p>
    <w:p>
      <w:r>
        <w:rPr>
          <w:b/>
        </w:rPr>
        <w:t xml:space="preserve">[36:00] </w:t>
      </w:r>
      <w:r>
        <w:t>perfect model jo hai, us mein hamein in logon ko jagah mile ke jo select kiya ja sake. yahan to sab ko jagah mili, sab ko, kyunke yahan test tha.</w:t>
      </w:r>
    </w:p>
    <w:p>
      <w:pPr>
        <w:jc w:val="right"/>
      </w:pPr>
      <w:r>
        <w:t>پرفیکٹ ماڈل جو ہے، اس میں ہمیں ان لوگوں کو جگہ ملے کہ جو سلیکٹ کیا جا سکے۔ یہاں تو سب کو جگہ ملی، سب کو، کیونکہ یہاں ٹیسٹ تھا۔</w:t>
      </w:r>
    </w:p>
    <w:p>
      <w:r>
        <w:rPr>
          <w:b/>
        </w:rPr>
        <w:t xml:space="preserve">[36:13] </w:t>
      </w:r>
      <w:r>
        <w:t>imperfect dunya jo hai, woh test ke liye rakhi Khuda ne, aur perfect dunya jo hai, wahan par reward jis ko milega, jo select kiya jayega, us ko basaya jayega.</w:t>
      </w:r>
    </w:p>
    <w:p>
      <w:pPr>
        <w:jc w:val="right"/>
      </w:pPr>
      <w:r>
        <w:t>امپرفیکٹ دنیا جو ہے، وہ ٹیسٹ کے لیے رکھی خدا نے، اور پرفیکٹ دنیا جو ہے، وہاں پر ریوارڈ جس کو ملے گا، جو سلیکٹ کیا جائے گا، اس کو بسایا جائے گا۔</w:t>
      </w:r>
    </w:p>
    <w:p>
      <w:r>
        <w:rPr>
          <w:b/>
        </w:rPr>
        <w:t xml:space="preserve">[36:21] </w:t>
      </w:r>
      <w:r>
        <w:t>wahan par ab dekhen ke kya hai, yani woh basis kya hai jis par select kiya jayega. woh yahi hai ke azadi ko aap ne proper use kiya ke misuse kiya.</w:t>
      </w:r>
    </w:p>
    <w:p>
      <w:pPr>
        <w:jc w:val="right"/>
      </w:pPr>
      <w:r>
        <w:t>وہاں پر اب دیکھیں کہ کیا ہے، یعنی وہ بیسس کیا ہے جس پر سلیکٹ کیا جائے گا۔ وہ یہی ہے کہ آزادی کو آپ نے پراپر یوز کیا کہ مس یوز کیا۔</w:t>
      </w:r>
    </w:p>
    <w:p>
      <w:r>
        <w:rPr>
          <w:b/>
        </w:rPr>
        <w:t xml:space="preserve">[36:35] </w:t>
      </w:r>
      <w:r>
        <w:t>yeh hai</w:t>
      </w:r>
    </w:p>
    <w:p>
      <w:pPr>
        <w:jc w:val="right"/>
      </w:pPr>
      <w:r>
        <w:t>یہ ہے</w:t>
      </w:r>
    </w:p>
    <w:p>
      <w:r>
        <w:rPr>
          <w:b/>
        </w:rPr>
        <w:t xml:space="preserve">[36:39] </w:t>
      </w:r>
      <w:r>
        <w:t>jo azadi di gayi hai, us ko aap ne sahi istemal kiya ya galat istemal kiya.</w:t>
      </w:r>
    </w:p>
    <w:p>
      <w:pPr>
        <w:jc w:val="right"/>
      </w:pPr>
      <w:r>
        <w:t>جو آزادی دی گئی ہے، اس کو آپ نے صحیح استعمال کیا یا غلط استعمال کیا۔</w:t>
      </w:r>
    </w:p>
    <w:p>
      <w:r>
        <w:rPr>
          <w:b/>
        </w:rPr>
        <w:t xml:space="preserve">[36:47] </w:t>
      </w:r>
      <w:r>
        <w:t>dekhen, yeh ek to model values ke aitbar se hai ke aap jhoot nahi bole, sach bole,</w:t>
      </w:r>
    </w:p>
    <w:p>
      <w:pPr>
        <w:jc w:val="right"/>
      </w:pPr>
      <w:r>
        <w:t>دیکھیں، یہ ایک تو ماڈل ویلیوز کے اعتبار سے ہے کہ آپ جھوٹ نہیں بولے، سچ بولے،</w:t>
      </w:r>
    </w:p>
    <w:p>
      <w:r>
        <w:rPr>
          <w:b/>
        </w:rPr>
        <w:t xml:space="preserve">[36:57] </w:t>
      </w:r>
      <w:r>
        <w:t>aur sari model values. aur isi mein yeh bhi shamil hai ke sachai aap ke samne aayi to aap ne surrender kar diya sachai ko.</w:t>
      </w:r>
    </w:p>
    <w:p>
      <w:pPr>
        <w:jc w:val="right"/>
      </w:pPr>
      <w:r>
        <w:t>اور ساری ماڈل ویلیوز۔ اور اسی میں یہ بھی شامل ہے کہ سچائی آپ کے سامنے آئی تو آپ نے سرینڈر کر دیا سچائی کو۔</w:t>
      </w:r>
    </w:p>
    <w:p>
      <w:r>
        <w:rPr>
          <w:b/>
        </w:rPr>
        <w:t xml:space="preserve">[37:06] </w:t>
      </w:r>
      <w:r>
        <w:t>jab sachai jo hai, woh God ko represent karti kar rahi hoti hai, isi mein yeh bhi hai. yani proper use yeh hai ke sachai aayi to aap ne surrender kar diya, maan liya us ko, acknowledge kiya us ko.</w:t>
      </w:r>
    </w:p>
    <w:p>
      <w:pPr>
        <w:jc w:val="right"/>
      </w:pPr>
      <w:r>
        <w:t>جب سچائی جو ہے، وہ گاڈ کو ریپریزنٹ کرتی کر رہی ہوتی ہے، اسی میں یہ بھی ہے۔ یعنی پراپر یوز یہ ہے کہ سچائی آئی تو آپ نے سرینڈر کر دیا، مان لیا اس کو، اکنالج کیا اس کو۔</w:t>
      </w:r>
    </w:p>
    <w:p>
      <w:r>
        <w:rPr>
          <w:b/>
        </w:rPr>
        <w:t xml:space="preserve">[37:20] </w:t>
      </w:r>
      <w:r>
        <w:t>aur</w:t>
      </w:r>
    </w:p>
    <w:p>
      <w:pPr>
        <w:jc w:val="right"/>
      </w:pPr>
      <w:r>
        <w:t>اور</w:t>
      </w:r>
    </w:p>
    <w:p>
      <w:r>
        <w:rPr>
          <w:b/>
        </w:rPr>
        <w:t xml:space="preserve">[37:24] </w:t>
      </w:r>
      <w:r>
        <w:t>misuse kiya hai ke sachai aayi to aap ne to nahi mana, bar side kar diya us ko.</w:t>
      </w:r>
    </w:p>
    <w:p>
      <w:pPr>
        <w:jc w:val="right"/>
      </w:pPr>
      <w:r>
        <w:t>مس یوز کیا ہے کہ سچائی آئی تو آپ نے تو نہیں مانا، برس سائیڈ کر دیا اس کو۔</w:t>
      </w:r>
    </w:p>
    <w:p>
      <w:r>
        <w:rPr>
          <w:b/>
        </w:rPr>
        <w:t xml:space="preserve">[37:33] </w:t>
      </w:r>
      <w:r>
        <w:t>isi mein yeh bhi shamil hai.</w:t>
      </w:r>
    </w:p>
    <w:p>
      <w:pPr>
        <w:jc w:val="right"/>
      </w:pPr>
      <w:r>
        <w:t>اسی میں یہ بھی شامل ہے۔</w:t>
      </w:r>
    </w:p>
    <w:p>
      <w:r>
        <w:rPr>
          <w:b/>
        </w:rPr>
        <w:t xml:space="preserve">[37:36] </w:t>
      </w:r>
      <w:r>
        <w:t>to freedom jo di gayi hai, us ka ek hai proper use, ek hai us ka ek misuse. misuse yeh hai ke aap kisi ko marne par tul jayen.</w:t>
      </w:r>
    </w:p>
    <w:p>
      <w:pPr>
        <w:jc w:val="right"/>
      </w:pPr>
      <w:r>
        <w:t>تو فریڈم جو دی گئی ہے، اس کا ایک ہے پراپر یوز، ایک ہے اس کا ایک مس یوز۔ مس یوز یہ ہے کہ آپ کسی کو مارنے پر تل جائیں۔</w:t>
      </w:r>
    </w:p>
    <w:p>
      <w:r>
        <w:rPr>
          <w:b/>
        </w:rPr>
        <w:t xml:space="preserve">[37:46] </w:t>
      </w:r>
      <w:r>
        <w:t>aaj ke sare musalman jo yahi kar rahe hain, sare musalman jo hai, woh misuse kar rahe hain freedom ko. mein khul ke khul kar yahi kehta hoon, musalman koi safe side mein nahi hai.</w:t>
      </w:r>
    </w:p>
    <w:p>
      <w:pPr>
        <w:jc w:val="right"/>
      </w:pPr>
      <w:r>
        <w:t>آج کے سارے مسلمان جو یہی کر رہے ہیں، سارے مسلمان جو ہے، وہ مس یوز کر رہے ہیں فریڈم کو۔ میں کھل کے کھل کر یہی کہتا ہوں، مسلمان کوئی سیف سائیڈ میں نہیں ہے۔</w:t>
      </w:r>
    </w:p>
    <w:p>
      <w:r>
        <w:rPr>
          <w:b/>
        </w:rPr>
        <w:t xml:space="preserve">[38:00] </w:t>
      </w:r>
      <w:r>
        <w:t>koi agar yeh samjhe ke musalman safe side mein hai to us se bada, yani koi false, koi cheez nahi hogi. yeh false hit hai, yeh gene aaye is is soch mein ke musalman safe side mein hai, ya us se doosre log waise musalman hain, koi farq nahi hai.</w:t>
      </w:r>
    </w:p>
    <w:p>
      <w:pPr>
        <w:jc w:val="right"/>
      </w:pPr>
      <w:r>
        <w:t>کوئی اگر یہ سمجھے کہ مسلمان سیف سائیڈ میں ہے تو اس سے بڑا، یعنی کوئی فالس، کوئی چیز نہیں ہوگی۔ یہ فالس ہٹ ہے، یہ جین آئے اس اس سوچ میں کہ مسلمان سیف سائیڈ میں ہے، یا اس سے دوسرے لوگ ویسے مسلمان ہیں، کوئی فرق نہیں ہے۔</w:t>
      </w:r>
    </w:p>
    <w:p>
      <w:r>
        <w:rPr>
          <w:b/>
        </w:rPr>
        <w:t xml:space="preserve">[38:21] </w:t>
      </w:r>
      <w:r>
        <w:t>koi dunya mein safe side mein nahi hai,</w:t>
      </w:r>
    </w:p>
    <w:p>
      <w:pPr>
        <w:jc w:val="right"/>
      </w:pPr>
      <w:r>
        <w:t>کوئی دنیا میں سیف سائیڈ میں نہیں ہے،</w:t>
      </w:r>
    </w:p>
    <w:p>
      <w:r>
        <w:rPr>
          <w:b/>
        </w:rPr>
        <w:t xml:space="preserve">[38:25] </w:t>
      </w:r>
      <w:r>
        <w:t>sab ke sab log ek hi test par hain ke jab unhone apni apni freedom ko jo di gayi thi, woh misuse kiya ya us ko proper use kiya.</w:t>
      </w:r>
    </w:p>
    <w:p>
      <w:pPr>
        <w:jc w:val="right"/>
      </w:pPr>
      <w:r>
        <w:t>سب کے سب لوگ ایک ہی ٹیسٹ پر ہیں کہ جب انہوں نے اپنی اپنی فریڈم کو جو دی گئی تھی، وہ مس یوز کیا یا اس کو پراپر یوز کیا۔</w:t>
      </w:r>
    </w:p>
    <w:p>
      <w:r>
        <w:rPr>
          <w:b/>
        </w:rPr>
        <w:t xml:space="preserve">[38:36] </w:t>
      </w:r>
      <w:r>
        <w:t>us ka</w:t>
      </w:r>
    </w:p>
    <w:p>
      <w:pPr>
        <w:jc w:val="right"/>
      </w:pPr>
      <w:r>
        <w:t>اس کا</w:t>
      </w:r>
    </w:p>
    <w:p>
      <w:r>
        <w:rPr>
          <w:b/>
        </w:rPr>
        <w:t xml:space="preserve">[38:38] </w:t>
      </w:r>
      <w:r>
        <w:t>to sachai ko maan lena, doosre insanon par zulm na karna, kisi ko na satana, jhoot na bolna,</w:t>
      </w:r>
    </w:p>
    <w:p>
      <w:pPr>
        <w:jc w:val="right"/>
      </w:pPr>
      <w:r>
        <w:t>تو سچائی کو مان لینا، دوسرے انسانوں پر ظلم نہ کرنا، کسی کو نہ ستانا، جھوٹ نہ بولنا،</w:t>
      </w:r>
    </w:p>
    <w:p>
      <w:r>
        <w:rPr>
          <w:b/>
        </w:rPr>
        <w:t xml:space="preserve">[38:51] </w:t>
      </w:r>
      <w:r>
        <w:t>doosron ko exploit na karna,</w:t>
      </w:r>
    </w:p>
    <w:p>
      <w:pPr>
        <w:jc w:val="right"/>
      </w:pPr>
      <w:r>
        <w:t>دوسروں کو ایکسپلائٹ نہ کرنا،</w:t>
      </w:r>
    </w:p>
    <w:p>
      <w:r>
        <w:rPr>
          <w:b/>
        </w:rPr>
        <w:t xml:space="preserve">[38:55] </w:t>
      </w:r>
      <w:r>
        <w:t>aazaadi ko anarki na banana, yeh saari cheezein jo hain, hamari consciousness mein rakhi hui hain.</w:t>
      </w:r>
    </w:p>
    <w:p>
      <w:pPr>
        <w:jc w:val="right"/>
      </w:pPr>
      <w:r>
        <w:t>آزادی کو انارکی نہ بنانا، یہ ساری چیزیں جو ہیں، ہماری کانشیس میں رکھی ہوئی ہیں۔</w:t>
      </w:r>
    </w:p>
    <w:p>
      <w:r>
        <w:rPr>
          <w:b/>
        </w:rPr>
        <w:t xml:space="preserve">[39:04] </w:t>
      </w:r>
      <w:r>
        <w:t>hamari consciousness mein, hamare nature mein rakhi hui hain. to hamara khud hamara apna mind bata bata raha hota hai ke kya hai proper use, kya hai misuse.</w:t>
      </w:r>
    </w:p>
    <w:p>
      <w:pPr>
        <w:jc w:val="right"/>
      </w:pPr>
      <w:r>
        <w:t>ہماری کانشیس میں، ہمارے نیچر میں رکھی ہوئی ہیں۔ تو ہمارا خود ہمارا اپنا مائنڈ بتا بتا رہا ہوتا ہے کہ کیا ہے پراپر یوز، کیا ہے مس یوز۔</w:t>
      </w:r>
    </w:p>
    <w:p>
      <w:r>
        <w:rPr>
          <w:b/>
        </w:rPr>
        <w:t xml:space="preserve">[39:19] </w:t>
      </w:r>
      <w:r>
        <w:t>yeh hai woh test jis par insan hai is duniya mein. to yeh poori history jo thi, poori history isi isi test par chal rahi hai.</w:t>
      </w:r>
    </w:p>
    <w:p>
      <w:pPr>
        <w:jc w:val="right"/>
      </w:pPr>
      <w:r>
        <w:t>یہ ہے وہ ٹیسٹ جس پر انسان ہے اس دنیا میں۔ تو یہ پوری ہسٹری جو تھی، پوری ہسٹری اسی اسی ٹیسٹ پر چل رہی ہے۔</w:t>
      </w:r>
    </w:p>
    <w:p>
      <w:r>
        <w:rPr>
          <w:b/>
        </w:rPr>
        <w:t xml:space="preserve">[39:31] </w:t>
      </w:r>
      <w:r>
        <w:t>ek limited period ke liye duniya mein insan ko rakha jata hai, 50 saal, 70 saal, 80 saal.</w:t>
      </w:r>
    </w:p>
    <w:p>
      <w:pPr>
        <w:jc w:val="right"/>
      </w:pPr>
      <w:r>
        <w:t>ایک لمیٹڈ پیریڈ کے لیے دنیا میں انسان کو رکھا جاتا ہے، 50 سال، 70 سال، 80 سال۔</w:t>
      </w:r>
    </w:p>
    <w:p>
      <w:r>
        <w:rPr>
          <w:b/>
        </w:rPr>
        <w:t xml:space="preserve">[39:38] </w:t>
      </w:r>
      <w:r>
        <w:t>ek limited period hai, bas iske baad yahan se lekar ke jo jo log jo hain, yani qualify karenge, woh to jo maine kaha ke yeh yeh world pair world hai, to iska jo perfect jo model hai, wahan woh basa diye jayenge.</w:t>
      </w:r>
    </w:p>
    <w:p>
      <w:pPr>
        <w:jc w:val="right"/>
      </w:pPr>
      <w:r>
        <w:t>ایک لمیٹڈ پیریڈ ہے، بس اس کے بعد یہاں سے لے کر کے جو جو لوگ جو ہیں، یعنی کوالیفائی کریں گے، وہ تو جو میں نے کہا کہ یہ یہ ورلڈ پیئر ورلڈ ہے، تو اس کا جو پرفیکٹ جو ماڈل ہے، وہاں وہ بسا دیے جائیں گے۔</w:t>
      </w:r>
    </w:p>
    <w:p>
      <w:r>
        <w:rPr>
          <w:b/>
        </w:rPr>
        <w:t xml:space="preserve">[40:02] </w:t>
      </w:r>
      <w:r>
        <w:t>aur jo select nahi honge, unko yani ek</w:t>
      </w:r>
    </w:p>
    <w:p>
      <w:pPr>
        <w:jc w:val="right"/>
      </w:pPr>
      <w:r>
        <w:t>اور جو سلیکٹ نہیں ہوں گے، ان کو یعنی ایک</w:t>
      </w:r>
    </w:p>
    <w:p>
      <w:r>
        <w:rPr>
          <w:b/>
        </w:rPr>
        <w:t xml:space="preserve">[40:09] </w:t>
      </w:r>
      <w:r>
        <w:t>yeh kaha jaye ke kooday khane mein daal diya jaye ga,</w:t>
      </w:r>
    </w:p>
    <w:p>
      <w:pPr>
        <w:jc w:val="right"/>
      </w:pPr>
      <w:r>
        <w:t>یہ کہا جائے کہ کوڑے خانے میں ڈال دیا جائے گا،</w:t>
      </w:r>
    </w:p>
    <w:p>
      <w:r>
        <w:rPr>
          <w:b/>
        </w:rPr>
        <w:t xml:space="preserve">[40:14] </w:t>
      </w:r>
      <w:r>
        <w:t>dustbin, yani universal dustbin ek hai, is universal dustbin mein daal diya jaye ga unko.</w:t>
      </w:r>
    </w:p>
    <w:p>
      <w:pPr>
        <w:jc w:val="right"/>
      </w:pPr>
      <w:r>
        <w:t>ڈسٹ بن، یعنی یونیورسل ڈسٹ بن ایک ہے، اس یونیورسل ڈسٹ بن میں ڈال دیا جائے گا ان کو۔</w:t>
      </w:r>
    </w:p>
    <w:p>
      <w:r>
        <w:rPr>
          <w:b/>
        </w:rPr>
        <w:t xml:space="preserve">[40:23] </w:t>
      </w:r>
      <w:r>
        <w:t>yeh hai sochne ki baat. ab woh waqt aa gaya hai jab ke history ka khatma hone wala hai, jab ke yeh duniya par sara balance toot jane wala hai.</w:t>
      </w:r>
    </w:p>
    <w:p>
      <w:pPr>
        <w:jc w:val="right"/>
      </w:pPr>
      <w:r>
        <w:t>یہ ہے سوچنے کی بات۔ اب وہ وقت آ گیا ہے جب کہ ہسٹری کا خاتمہ ہونے والا ہے، جب کہ یہ دنیا پر سارا بیلنس ٹوٹ جانے والا ہے۔</w:t>
      </w:r>
    </w:p>
    <w:p>
      <w:r>
        <w:rPr>
          <w:b/>
        </w:rPr>
        <w:t xml:space="preserve">[40:35] </w:t>
      </w:r>
      <w:r>
        <w:t>life support system jo tha, woh sab bikhhar jane wala hai.</w:t>
      </w:r>
    </w:p>
    <w:p>
      <w:pPr>
        <w:jc w:val="right"/>
      </w:pPr>
      <w:r>
        <w:t>لائف سپورٹ سسٹم جو تھا، وہ سب بکھر جانے والا ہے۔</w:t>
      </w:r>
    </w:p>
    <w:p>
      <w:r>
        <w:rPr>
          <w:b/>
        </w:rPr>
        <w:t xml:space="preserve">[40:40] </w:t>
      </w:r>
      <w:r>
        <w:t>isi report mein bataya gaya hai ke woh is Australia ke bare mein ke woh inferno ban raha hai, woh ilaaqa, woh area jis area mein aag lagi hui hai, woh inferno ban raha hai.</w:t>
      </w:r>
    </w:p>
    <w:p>
      <w:pPr>
        <w:jc w:val="right"/>
      </w:pPr>
      <w:r>
        <w:t>اسی رپورٹ میں بتایا گیا ہے کہ وہ اس آسٹریلیا کے بارے میں کہ وہ انفرنو بن رہا ہے، وہ علاقہ، وہ ایریا جس ایریا میں آگ لگی ہوئی ہے، وہ انفرنو بن رہا ہے۔</w:t>
      </w:r>
    </w:p>
    <w:p>
      <w:r>
        <w:rPr>
          <w:b/>
        </w:rPr>
        <w:t xml:space="preserve">[40:52] </w:t>
      </w:r>
      <w:r>
        <w:t>is se aap samajh lijiye ke kya hone ja raha hai. to hum jo itne aaram se yahan pe the, to yeh jo mila tha hum ko, yeh blessing ke taur par nahi mila tha.</w:t>
      </w:r>
    </w:p>
    <w:p>
      <w:pPr>
        <w:jc w:val="right"/>
      </w:pPr>
      <w:r>
        <w:t>اس سے آپ سمجھ لیجئے کہ کیا ہونے جا رہا ہے۔ تو ہم جو اتنے آرام سے یہاں پہ تھے، تو یہ جو ملا تھا ہم کو، یہ بلیسنگ کے طور پر نہیں ملا تھا۔</w:t>
      </w:r>
    </w:p>
    <w:p>
      <w:r>
        <w:rPr>
          <w:b/>
        </w:rPr>
        <w:t xml:space="preserve">[41:04] </w:t>
      </w:r>
      <w:r>
        <w:t>ek bohat bari bhool hai, ek aadmi samajhta hai ke blessing hai.</w:t>
      </w:r>
    </w:p>
    <w:p>
      <w:pPr>
        <w:jc w:val="right"/>
      </w:pPr>
      <w:r>
        <w:t>ایک بہت بڑی بھول ہے، ایک آدمی سمجھتا ہے کہ بلیسنگ ہے۔</w:t>
      </w:r>
    </w:p>
    <w:p>
      <w:r>
        <w:rPr>
          <w:b/>
        </w:rPr>
        <w:t xml:space="preserve">[41:07] </w:t>
      </w:r>
      <w:r>
        <w:t>aap ke paas agar aap agar yani smart body hai, aap ke paas aap ke paas health hai, aap ke paas job hai, aap ke paas building hai, aap ke paas bank balance hai, to yeh blessing nahi hai.</w:t>
      </w:r>
    </w:p>
    <w:p>
      <w:pPr>
        <w:jc w:val="right"/>
      </w:pPr>
      <w:r>
        <w:t>آپ کے پاس اگر آپ اگر یعنی اسمارٹ باڈی ہے، آپ کے پاس آپ کے پاس ہیلتھ ہے، آپ کے پاس جاب ہے، آپ کے پاس بلڈنگ ہے، آپ کے پاس بینک بیلنس ہے، تو یہ بلیسنگ نہیں ہے۔</w:t>
      </w:r>
    </w:p>
    <w:p>
      <w:r>
        <w:rPr>
          <w:b/>
        </w:rPr>
        <w:t xml:space="preserve">[41:23] </w:t>
      </w:r>
      <w:r>
        <w:t>yaad rakhiye, yeh sab test papers hain. inhi mein kar ke aap ko Khuda dekh raha hai ke aap ne freedom ko misuse kiya ya proper use kiya.</w:t>
      </w:r>
    </w:p>
    <w:p>
      <w:pPr>
        <w:jc w:val="right"/>
      </w:pPr>
      <w:r>
        <w:t>یاد رکھیے، یہ سب ٹیسٹ پیپرز ہیں۔ انہی میں کر کے آپ کو خدا دیکھ رہا ہے کہ آپ نے فریڈم کو مس یوز کیا یا پراپر یوز کیا۔</w:t>
      </w:r>
    </w:p>
    <w:p>
      <w:r>
        <w:rPr>
          <w:b/>
        </w:rPr>
        <w:t xml:space="preserve">[41:37] </w:t>
      </w:r>
      <w:r>
        <w:t>to insan ki ghalati yeh thi, aur abhi bhi isi ghalati pe insan hai ke in sab cheezon ko is ne blessing samajh liya. kuch bhi blessing nahi hai yahan par.</w:t>
      </w:r>
    </w:p>
    <w:p>
      <w:pPr>
        <w:jc w:val="right"/>
      </w:pPr>
      <w:r>
        <w:t>تو انسان کی غلطی یہ تھی، اور ابھی بھی اسی غلطی پہ انسان ہے کہ ان سب چیزوں کو اس نے بلیسنگ سمجھ لیا۔ کچھ بھی بلیسنگ نہیں ہے یہاں پر۔</w:t>
      </w:r>
    </w:p>
    <w:p>
      <w:r>
        <w:rPr>
          <w:b/>
        </w:rPr>
        <w:t xml:space="preserve">[41:48] </w:t>
      </w:r>
      <w:r>
        <w:t>isi liye ek temporary period ke liye aap istemal kar paate hain, iske baad sab kuch chhod ke chale aate hain. sab kuch chhod ke chale gaye.</w:t>
      </w:r>
    </w:p>
    <w:p>
      <w:pPr>
        <w:jc w:val="right"/>
      </w:pPr>
      <w:r>
        <w:t>اسی لیے ایک ٹیمپریری پیریڈ کے لیے آپ استعمال کر پاتے ہیں، اس کے بعد سب کچھ چھوڑ کے چلے آتے ہیں۔ سب کچھ چھوڑ کے چلے گئے۔</w:t>
      </w:r>
    </w:p>
    <w:p>
      <w:r>
        <w:rPr>
          <w:b/>
        </w:rPr>
        <w:t xml:space="preserve">[41:59] </w:t>
      </w:r>
      <w:r>
        <w:t>maine jitni padha hai, is mein ek bohat hi striking mujhe mila hai, ek quotation. is ko main is se pehle bana kar chuka hoon yahan par, aaj phir dohrata hoon ke bohat hi zyada yani mujhe hit karta hai yeh ke ek America ka ek ek bohat bara baldi aadmi, bohat paise wala aadmi,</w:t>
      </w:r>
    </w:p>
    <w:p>
      <w:pPr>
        <w:jc w:val="right"/>
      </w:pPr>
      <w:r>
        <w:t>میں نے جتنی پڑھا ہے، اس میں ایک بہت ہی سٹرائیکنگ مجھے ملا ہے، ایک کوٹیشن۔ اس کو میں اس سے پہلے بنا کر چکا ہوں یہاں پر، آج پھر دہراتا ہوں کہ بہت ہی زیادہ یعنی مجھے ہٹ کرتا ہے یہ کہ ایک امریکہ کا ایک ایک بہت بڑا بلدی آدمی، بہت پیسے والا آدمی،</w:t>
      </w:r>
    </w:p>
    <w:p>
      <w:r>
        <w:rPr>
          <w:b/>
        </w:rPr>
        <w:t xml:space="preserve">[42:20] </w:t>
      </w:r>
      <w:r>
        <w:t>boorhha ho chuka tha woh, aur woh marne wala tha. kyunke aadmi jo bhi aaya hai, duniya marta hai,</w:t>
      </w:r>
    </w:p>
    <w:p>
      <w:pPr>
        <w:jc w:val="right"/>
      </w:pPr>
      <w:r>
        <w:t>بوڑھا ہو چکا تھا وہ، اور وہ مرنے والا تھا۔ کیونکہ آدمی جو بھی آیا ہے، دنیا مرتا ہے،</w:t>
      </w:r>
    </w:p>
    <w:p>
      <w:r>
        <w:rPr>
          <w:b/>
        </w:rPr>
        <w:t xml:space="preserve">[42:28] </w:t>
      </w:r>
      <w:r>
        <w:t>koi cheez aap ko maut se bachti nahi. sab kuch chhod ke chala jana parta hai. to Billy Graham, jahan aap missionary hain, wahan ka, us ko bulaya us ne.</w:t>
      </w:r>
    </w:p>
    <w:p>
      <w:pPr>
        <w:jc w:val="right"/>
      </w:pPr>
      <w:r>
        <w:t>کوئی چیز آپ کو موت سے بچاتی نہیں۔ سب کچھ چھوڑ کے چلا جانا پڑتا ہے۔ تو بلی گرہم، جہاں آپ مشنری ہیں، وہاں کا، اس کو بلایا اس نے۔</w:t>
      </w:r>
    </w:p>
    <w:p>
      <w:r>
        <w:rPr>
          <w:b/>
        </w:rPr>
        <w:t xml:space="preserve">[42:40] </w:t>
      </w:r>
      <w:r>
        <w:t>ab to shayad woh bimar, boorhha hoga, ho chuka hai. to</w:t>
      </w:r>
    </w:p>
    <w:p>
      <w:pPr>
        <w:jc w:val="right"/>
      </w:pPr>
      <w:r>
        <w:t>اب تو شاید وہ بیمار، بوڑھا ہوگا، ہو چکا ہے۔ تو</w:t>
      </w:r>
    </w:p>
    <w:p>
      <w:r>
        <w:rPr>
          <w:b/>
        </w:rPr>
        <w:t xml:space="preserve">[42:48] </w:t>
      </w:r>
      <w:r>
        <w:t>woh woh pohancha ke jahan bhi ho, tum foran mere paas aao. woh gaya wahan par, to dono aamne saamne baithe.</w:t>
      </w:r>
    </w:p>
    <w:p>
      <w:pPr>
        <w:jc w:val="right"/>
      </w:pPr>
      <w:r>
        <w:t>وہ وہ پہنچا کہ جہاں بھی ہو، تم فوراً میرے پاس آؤ۔ وہ گیا وہاں پر، تو دونوں آمنے سامنے بیٹھے۔</w:t>
      </w:r>
    </w:p>
    <w:p>
      <w:r>
        <w:rPr>
          <w:b/>
        </w:rPr>
        <w:t xml:space="preserve">[42:55] </w:t>
      </w:r>
      <w:r>
        <w:t>to is aadmi ne, woh jo baldi aadmi hai, billionaire, jo boorhha ho chuka tha, is ne jo kaha, woh itna zabardast mujhe kisi aur aur ka nahi mila hai.</w:t>
      </w:r>
    </w:p>
    <w:p>
      <w:pPr>
        <w:jc w:val="right"/>
      </w:pPr>
      <w:r>
        <w:t>تو اس آدمی نے، وہ جو بلدی آدمی ہے، بلینیئر، جو بوڑھا ہو چکا تھا، اس نے جو کہا، وہ اتنا زبردست مجھے کسی اور اور کا نہیں ملا ہے۔</w:t>
      </w:r>
    </w:p>
    <w:p>
      <w:r>
        <w:rPr>
          <w:b/>
        </w:rPr>
        <w:t xml:space="preserve">[43:09] </w:t>
      </w:r>
      <w:r>
        <w:t>koi religious aadmi kabhi itna acha nahi mila hai, halanke woh secular aadmi tha. is ne kaha ke "you see, I am an old man."</w:t>
      </w:r>
    </w:p>
    <w:p>
      <w:pPr>
        <w:jc w:val="right"/>
      </w:pPr>
      <w:r>
        <w:t>کوئی ریلیجس آدمی کبھی اتنا اچھا نہیں ملا ہے، حالانکہ وہ سیکولر آدمی تھا۔ اس نے کہا کہ "یو سی، آئی ایم این اولڈ مین۔"</w:t>
      </w:r>
    </w:p>
    <w:p>
      <w:r>
        <w:rPr>
          <w:b/>
        </w:rPr>
        <w:t xml:space="preserve">[43:22] </w:t>
      </w:r>
      <w:r>
        <w:t>"you see, I am an old man."</w:t>
      </w:r>
    </w:p>
    <w:p>
      <w:pPr>
        <w:jc w:val="right"/>
      </w:pPr>
      <w:r>
        <w:t>"یو سی، آئی ایم این اولڈ مین۔"</w:t>
      </w:r>
    </w:p>
    <w:p>
      <w:r>
        <w:rPr>
          <w:b/>
        </w:rPr>
        <w:t xml:space="preserve">[43:27] </w:t>
      </w:r>
      <w:r>
        <w:t>"life has lost all meaning." "I am going to take a fateful leap into the unknown." zara is ko sochiye, is ke shabdon ko sochiye.</w:t>
      </w:r>
    </w:p>
    <w:p>
      <w:pPr>
        <w:jc w:val="right"/>
      </w:pPr>
      <w:r>
        <w:t>"لائف ہیز لاسٹ ال میننگ۔" "آئی ایم گوئنگ ٹو ٹیک ا فیٹ فل لیپ انٹو دا ان نون۔" ذرا اس کو سوچیے، اس کے शब्दوں کو سوچیے۔</w:t>
      </w:r>
    </w:p>
    <w:p>
      <w:r>
        <w:rPr>
          <w:b/>
        </w:rPr>
        <w:t xml:space="preserve">[43:39] </w:t>
      </w:r>
      <w:r>
        <w:t>"I am going to take a fateful leap into the unknown." "Young man, can you give me a ray of hope?"</w:t>
      </w:r>
    </w:p>
    <w:p>
      <w:pPr>
        <w:jc w:val="right"/>
      </w:pPr>
      <w:r>
        <w:t>"آئی ایم گوئنگ ٹو ٹیک ا فیٹ فل لیپ انٹو دا ان نون۔" "ینگ مین، کین یو گیو می ا ری اف ہوپ؟"</w:t>
      </w:r>
    </w:p>
    <w:p>
      <w:r>
        <w:rPr>
          <w:b/>
        </w:rPr>
        <w:t xml:space="preserve">[43:51] </w:t>
      </w:r>
      <w:r>
        <w:t>to yeh sab ka mamla hai. hum mein se har aadmi jo hai, ek unknown world mein jump karne wala hai.</w:t>
      </w:r>
    </w:p>
    <w:p>
      <w:pPr>
        <w:jc w:val="right"/>
      </w:pPr>
      <w:r>
        <w:t>تو یہ سب کا معاملہ ہے۔ ہم میں سے ہر آدمی جو ہے، ایک ان نون ورلڈ میں جمپ کرنے والا ہے۔</w:t>
      </w:r>
    </w:p>
    <w:p>
      <w:r>
        <w:rPr>
          <w:b/>
        </w:rPr>
        <w:t xml:space="preserve">[43:58] </w:t>
      </w:r>
      <w:r>
        <w:t>is ki tayari karna, is ke liye apne aap ko prepare karna, isi ke liye yeh sara jo ho raha hai duniya mein, ecological system toot raha hai, global warming aa rahi hai.</w:t>
      </w:r>
    </w:p>
    <w:p>
      <w:pPr>
        <w:jc w:val="right"/>
      </w:pPr>
      <w:r>
        <w:t>اس کی تیاری کرنا، اس کے لیے اپنے آپ کو پریپیئر کرنا، اسی کے لیے یہ سارا جو ہو رہا ہے دنیا میں، ایکلوجیکل سسٹم ٹوٹ رہا ہے، گلوبل وارمنگ آ رہی ہے۔</w:t>
      </w:r>
    </w:p>
    <w:p>
      <w:r>
        <w:rPr>
          <w:b/>
        </w:rPr>
        <w:t xml:space="preserve">[44:12] </w:t>
      </w:r>
      <w:r>
        <w:t>kya kya ho raha hai? yeh sab isi ke isi ke liye hai ke aap aap ko jhatka diya ja raha hai ke "socho, socho, socho, socho."</w:t>
      </w:r>
    </w:p>
    <w:p>
      <w:pPr>
        <w:jc w:val="right"/>
      </w:pPr>
      <w:r>
        <w:t>کیا کیا ہو رہا ہے؟ یہ سب اسی کے اسی کے لیے ہے کہ آپ آپ کو چھٹکا دیا جا رہا ہے کہ "سوچو، سوچو، سوچو، سوچو۔"</w:t>
      </w:r>
    </w:p>
    <w:p>
      <w:r>
        <w:rPr>
          <w:b/>
        </w:rPr>
        <w:t xml:space="preserve">[44:25] </w:t>
      </w:r>
      <w:r>
        <w:t>to ek ek ek ek second ko bhi humein khone ka time ab nahi reh gaya hai.</w:t>
      </w:r>
    </w:p>
    <w:p>
      <w:pPr>
        <w:jc w:val="right"/>
      </w:pPr>
      <w:r>
        <w:t>تو ایک ایک ایک ایک سیکنڈ کو بھی ہمیں کھونے کا ٹائم اب نہیں رہ گیا ہے۔</w:t>
      </w:r>
    </w:p>
    <w:p>
      <w:r>
        <w:rPr>
          <w:b/>
        </w:rPr>
        <w:t xml:space="preserve">[44:35] </w:t>
      </w:r>
      <w:r>
        <w:t>Australia ke is hisse mein jahan log bohat uthaat se rehte the, bohat aaram se rehte the, aur bohat hi beautiful wahan par scene tha, nature tha.</w:t>
      </w:r>
    </w:p>
    <w:p>
      <w:pPr>
        <w:jc w:val="right"/>
      </w:pPr>
      <w:r>
        <w:t>آسٹریلیا کے اس حصے میں جہاں لوگ بہت اٹھاٹ سے رہتے تھے، بہت آرام سے رہتے تھے، اور بہت ہی بیوٹی فل وہاں پر سین تھا، نیچر تھا۔</w:t>
      </w:r>
    </w:p>
    <w:p>
      <w:r>
        <w:rPr>
          <w:b/>
        </w:rPr>
        <w:t xml:space="preserve">[44:44] </w:t>
      </w:r>
      <w:r>
        <w:t>wahan par jo aag lagi hui hai, is ko aaya hai ke ab inferno ban gaya hai, woh area inferno ban raha hai.</w:t>
      </w:r>
    </w:p>
    <w:p>
      <w:pPr>
        <w:jc w:val="right"/>
      </w:pPr>
      <w:r>
        <w:t>وہاں پر جو آگ لگی ہوئی ہے، اس کو آیا ہے کہ اب انفرنو بن گیا ہے، وہ ایریا انفرنو بن رہا ہے۔</w:t>
      </w:r>
    </w:p>
    <w:p>
      <w:r>
        <w:rPr>
          <w:b/>
        </w:rPr>
        <w:t xml:space="preserve">[44:53] </w:t>
      </w:r>
      <w:r>
        <w:t>yeh sari sari duniya ko yahi hone wala hai.</w:t>
      </w:r>
    </w:p>
    <w:p>
      <w:pPr>
        <w:jc w:val="right"/>
      </w:pPr>
      <w:r>
        <w:t>یہ ساری ساری دنیا کو یہی ہونے والا ہے۔</w:t>
      </w:r>
    </w:p>
    <w:p>
      <w:r>
        <w:rPr>
          <w:b/>
        </w:rPr>
        <w:t xml:space="preserve">[44:58] </w:t>
      </w:r>
      <w:r>
        <w:t>to hum sab ko bohat jald, bohat hi seriously lena chahiye is baat ko. bohat hi seriously lena chahiye is baat ko, aur sochna chahiye ke kya waqai yahi baat hai ke "creation plan of God" yahi tha Khuda ka?</w:t>
      </w:r>
    </w:p>
    <w:p>
      <w:pPr>
        <w:jc w:val="right"/>
      </w:pPr>
      <w:r>
        <w:t>تو ہم سب کو بہت جلد، بہت ہی سیریسلی لینا چاہیے اس بات کو۔ بہت ہی سیریسلی لینا چاہیے اس بات کو، اور سوچنا چاہیے کہ کیا واقعی یہی بات ہے کہ "کریشن پلانٹ آف گاڈ" یہی تھا خدا کا؟</w:t>
      </w:r>
    </w:p>
    <w:p>
      <w:r>
        <w:rPr>
          <w:b/>
        </w:rPr>
        <w:t xml:space="preserve">[45:19] </w:t>
      </w:r>
      <w:r>
        <w:t>yeh yeh cheez janne ke liye humein raat din ek kar dena chahiye ke kya waqai yahi tha Khuda ka "creation plan"? agar yahi tha to humein koi option nahi hai is ke siwa ke hum is ki tayari mein lag jayein.</w:t>
      </w:r>
    </w:p>
    <w:p>
      <w:pPr>
        <w:jc w:val="right"/>
      </w:pPr>
      <w:r>
        <w:t>یہ یہ چیز جاننے کے لیے ہمیں رات دن ایک کر دینا چاہیے کہ کیا واقعی یہی تھا خدا کا "کریشن پلان"؟ اگر یہی تھا تو ہمیں کوئی آپشن نہیں ہے اس کے سوا کہ ہم اس کی تیاری میں لگ جائیں۔</w:t>
      </w:r>
    </w:p>
    <w:p>
      <w:r>
        <w:rPr>
          <w:b/>
        </w:rPr>
        <w:t xml:space="preserve">[45:37] </w:t>
      </w:r>
      <w:r>
        <w:t>aur tayari ka sab se pehla starting point kya hai? hum yeh jaanein ke yeh sab jo tha, yeh sab test papers tha.</w:t>
      </w:r>
    </w:p>
    <w:p>
      <w:pPr>
        <w:jc w:val="right"/>
      </w:pPr>
      <w:r>
        <w:t>اور تیاری کا سب سے پہلا سٹارٹنگ پوائنٹ کیا ہے؟ ہم یہ جانیں کہ یہ سب جو تھا، یہ سب ٹیسٹ پیپرز تھا۔</w:t>
      </w:r>
    </w:p>
    <w:p>
      <w:r>
        <w:rPr>
          <w:b/>
        </w:rPr>
        <w:t xml:space="preserve">[45:45] </w:t>
      </w:r>
      <w:r>
        <w:t>hamara job, hamara paisa, hamari building, hamari car, hamari family, family bhi test paper hai, hamari health.</w:t>
      </w:r>
    </w:p>
    <w:p>
      <w:pPr>
        <w:jc w:val="right"/>
      </w:pPr>
      <w:r>
        <w:t>ہمارا جاب، ہمارا پیسہ، ہماری بلڈنگ، ہماری کار، ہماری فیملی، فیملی بھی ٹیسٹ پیپر ہے، ہماری ہیلتھ۔</w:t>
      </w:r>
    </w:p>
    <w:p>
      <w:r>
        <w:rPr>
          <w:b/>
        </w:rPr>
        <w:t xml:space="preserve">[45:56] </w:t>
      </w:r>
      <w:r>
        <w:t>to yeh hai, this is the starting point. pehli cheez jo aap ko discover karna hai, woh yeh hai ke aap ko jo kuch mila hua hai, aur yeh planet Earth, yeh life support system, yeh koi bhi blessing nahi hai,</w:t>
      </w:r>
    </w:p>
    <w:p>
      <w:pPr>
        <w:jc w:val="right"/>
      </w:pPr>
      <w:r>
        <w:t>تو یہ ہے، دس از دا سٹارٹنگ پوائنٹ۔ پہلی چیز جو آپ کو ڈسکور کرنا ہے، وہ یہ ہے کہ آپ کو جو کچھ ملا ہوا ہے، اور یہ پلینٹ ارتھ، یہ لائف سپورٹ سسٹم، یہ کوئی بھی بلیسنگ نہیں ہے،</w:t>
      </w:r>
    </w:p>
    <w:p>
      <w:r>
        <w:rPr>
          <w:b/>
        </w:rPr>
        <w:t xml:space="preserve">[46:09] </w:t>
      </w:r>
      <w:r>
        <w:t>sab test paper hai.</w:t>
      </w:r>
    </w:p>
    <w:p>
      <w:pPr>
        <w:jc w:val="right"/>
      </w:pPr>
      <w:r>
        <w:t>سب ٹیسٹ پیپر ہے۔</w:t>
      </w:r>
    </w:p>
    <w:p>
      <w:r>
        <w:rPr>
          <w:b/>
        </w:rPr>
        <w:t xml:space="preserve">[46:14] </w:t>
      </w:r>
      <w:r>
        <w:t>yeh jaise examination hall mein hota hai, aap jante hain ke wahan par saare student ekhatta hain, aur sab likh rahe hain, question ko solve kar rahe hain.</w:t>
      </w:r>
    </w:p>
    <w:p>
      <w:pPr>
        <w:jc w:val="right"/>
      </w:pPr>
      <w:r>
        <w:t>یہ جیسے ایگزیمپشن ہال میں ہوتا ہے، آپ جانتے ہیں کہ وہاں پر سارے اسٹوڈنٹ اکٹھا ہیں، اور سب لکھ رہے ہیں، کوئسچن کو سالو کر رہے ہیں۔</w:t>
      </w:r>
    </w:p>
    <w:p>
      <w:r>
        <w:rPr>
          <w:b/>
        </w:rPr>
        <w:t xml:space="preserve">[46:25] </w:t>
      </w:r>
      <w:r>
        <w:t>woh lekin aap jante hain ke bohat hi bohat hi limited time hota hai wahan par. aisa nahi ke jab tak subah se aap ne likhte raho,</w:t>
      </w:r>
    </w:p>
    <w:p>
      <w:pPr>
        <w:jc w:val="right"/>
      </w:pPr>
      <w:r>
        <w:t>وہ لیکن آپ جانتے ہیں کہ بہت ہی بہت ہی لمیٹڈ ٹائم ہوتا ہے وہاں پر۔ ایسا نہیں کہ جب تک صبح سے آپ نے لکھتے رہو،</w:t>
      </w:r>
    </w:p>
    <w:p>
      <w:r>
        <w:rPr>
          <w:b/>
        </w:rPr>
        <w:t xml:space="preserve">[46:36] </w:t>
      </w:r>
      <w:r>
        <w:t>to jaise hi time poora ho jata hai, wahan par announce kiya jata hai ke "stop writing, stop writing, the time is over."</w:t>
      </w:r>
    </w:p>
    <w:p>
      <w:pPr>
        <w:jc w:val="right"/>
      </w:pPr>
      <w:r>
        <w:t>تو جیسے ہی ٹائم پورا ہو جاتا ہے، وہاں پر اناؤنس کیا جاتا ہے کہ "اسٹاپ رائٹنگ، اسٹاپ رائٹنگ، دا ٹائم از اوور۔"</w:t>
      </w:r>
    </w:p>
    <w:p>
      <w:r>
        <w:rPr>
          <w:b/>
        </w:rPr>
        <w:t xml:space="preserve">[46:51] </w:t>
      </w:r>
      <w:r>
        <w:t>ab mein har shakhs ne kahin na kahin parha hai, aur jante hain ke aisa hota hai. wahan par announce karne wala announce karta hai "stop writing, the time is over."</w:t>
      </w:r>
    </w:p>
    <w:p>
      <w:pPr>
        <w:jc w:val="right"/>
      </w:pPr>
      <w:r>
        <w:t>اب میں ہر شخص نے کہیں نہ کہیں پڑھا ہے، اور جانتے ہیں کہ ایسا ہوتا ہے۔ وہاں پر اناؤنس کرنے والا اناؤنس کرتا ہے "اسٹاپ رائٹنگ، دا ٹائم از اوور۔"</w:t>
      </w:r>
    </w:p>
    <w:p>
      <w:r>
        <w:rPr>
          <w:b/>
        </w:rPr>
        <w:t xml:space="preserve">[47:02] </w:t>
      </w:r>
      <w:r>
        <w:t>yeh jo is waqt ho raha hai, global warming, yeh sab yahi hai. yeh sab jo scientist, scientific community jo is ko bata rahi hai, sirf ecological change ke taur par bata rahi hai, woh nahi, aisa nahi hai.</w:t>
      </w:r>
    </w:p>
    <w:p>
      <w:pPr>
        <w:jc w:val="right"/>
      </w:pPr>
      <w:r>
        <w:t>یہ جو اس وقت ہو رہا ہے، گلوبل وارمنگ، یہ سب یہی ہے۔ یہ سب جو سائنٹسٹ، سائنٹیفک کمیونٹی جو اس کو بتا رہی ہے، صرف ایکلوجیکل چینج کے طور پر بتا رہی ہے، وہ نہیں، ایسا نہیں ہے۔</w:t>
      </w:r>
    </w:p>
    <w:p>
      <w:r>
        <w:rPr>
          <w:b/>
        </w:rPr>
        <w:t xml:space="preserve">[47:16] </w:t>
      </w:r>
      <w:r>
        <w:t>woh</w:t>
      </w:r>
    </w:p>
    <w:p>
      <w:pPr>
        <w:jc w:val="right"/>
      </w:pPr>
      <w:r>
        <w:t>وہ</w:t>
      </w:r>
    </w:p>
    <w:p>
      <w:r>
        <w:rPr>
          <w:b/>
        </w:rPr>
        <w:t xml:space="preserve">[47:19] </w:t>
      </w:r>
      <w:r>
        <w:t>woh God ki language hai, Khuda ki zuban hai. woh woh keh rahi hai ke "stop, stop writing, stop all, all, all, do activities,</w:t>
      </w:r>
    </w:p>
    <w:p>
      <w:pPr>
        <w:jc w:val="right"/>
      </w:pPr>
      <w:r>
        <w:t>وہ گاڈ کی لینگویج ہے، خدا کی زبان ہے۔ وہ وہ کہہ رہی ہے کہ "اسٹاپ، اسٹاپ رائٹنگ، اسٹاپ ال، ال، ال، دو ایکٹیویٹیز،</w:t>
      </w:r>
    </w:p>
    <w:p>
      <w:r>
        <w:rPr>
          <w:b/>
        </w:rPr>
        <w:t xml:space="preserve">[47:32] </w:t>
      </w:r>
      <w:r>
        <w:t>the time is over, the time khatam ho gaya."</w:t>
      </w:r>
    </w:p>
    <w:p>
      <w:pPr>
        <w:jc w:val="right"/>
      </w:pPr>
      <w:r>
        <w:t>دا ٹائم از اوور، دا ٹائم ختم ہو گیا۔"</w:t>
      </w:r>
    </w:p>
    <w:p>
      <w:r>
        <w:rPr>
          <w:b/>
        </w:rPr>
        <w:t xml:space="preserve">[47:39] </w:t>
      </w:r>
      <w:r>
        <w:t>to aakhri yeh yeh yeh ek final call hai Khuda ki taraf se.</w:t>
      </w:r>
    </w:p>
    <w:p>
      <w:pPr>
        <w:jc w:val="right"/>
      </w:pPr>
      <w:r>
        <w:t>تو آخری یہ یہ یہ ایک فائنل کال ہے خدا کی طرف سے۔</w:t>
      </w:r>
    </w:p>
    <w:p>
      <w:r>
        <w:rPr>
          <w:b/>
        </w:rPr>
        <w:t xml:space="preserve">[47:47] </w:t>
      </w:r>
      <w:r>
        <w:t>final call hai ke jaldi se hum sochein, jaldi se hum jaanein, jaldi se apne ko prepare karein, jaldi se apna reassess karein, jaldi se apni zindagi mein revise karein,</w:t>
      </w:r>
    </w:p>
    <w:p>
      <w:pPr>
        <w:jc w:val="right"/>
      </w:pPr>
      <w:r>
        <w:t>فائنل کال ہے کہ جلدی سے ہم سوچیں، جلدی سے ہم جانیں، جلدی سے اپنے کو پریپیئر کریں، جلدی سے اپنا ری اسیس کریں، جلدی سے اپنی زندگی میں ریوائز کریں،</w:t>
      </w:r>
    </w:p>
    <w:p>
      <w:r>
        <w:rPr>
          <w:b/>
        </w:rPr>
        <w:t xml:space="preserve">[48:02] </w:t>
      </w:r>
      <w:r>
        <w:t>jaldi se hum apna daily thinking laen.</w:t>
      </w:r>
    </w:p>
    <w:p>
      <w:pPr>
        <w:jc w:val="right"/>
      </w:pPr>
      <w:r>
        <w:t>جلدی سے ہم اپنا ڈیلی تھنکنگ لائیں۔</w:t>
      </w:r>
    </w:p>
    <w:p>
      <w:r>
        <w:rPr>
          <w:b/>
        </w:rPr>
        <w:t xml:space="preserve">[48:10] </w:t>
      </w:r>
      <w:r>
        <w:t>aur is se pehle ke jab, yaani</w:t>
      </w:r>
    </w:p>
    <w:p>
      <w:pPr>
        <w:jc w:val="right"/>
      </w:pPr>
      <w:r>
        <w:t>اور اس سے پہلے کہ جب، یعنی</w:t>
      </w:r>
    </w:p>
    <w:p>
      <w:r>
        <w:rPr>
          <w:b/>
        </w:rPr>
        <w:t xml:space="preserve">[48:18] </w:t>
      </w:r>
      <w:r>
        <w:t>jaisa ke aap jante hain ke ek exemption hall mein kya hota hai,</w:t>
      </w:r>
    </w:p>
    <w:p>
      <w:pPr>
        <w:jc w:val="right"/>
      </w:pPr>
      <w:r>
        <w:t>جیسا کہ آپ جانتے ہیں کہ ایک ایگزیمپشن ہال میں کیا ہوتا ہے،</w:t>
      </w:r>
    </w:p>
    <w:p>
      <w:r>
        <w:rPr>
          <w:b/>
        </w:rPr>
        <w:t xml:space="preserve">[48:21] </w:t>
      </w:r>
      <w:r>
        <w:t>jaise hi time khatam hua, light bujha di jaati hai ke "niklo, niklo, niklo, yahan se pankha band, light band," aur is par tala laga diya jata hai.</w:t>
      </w:r>
    </w:p>
    <w:p>
      <w:pPr>
        <w:jc w:val="right"/>
      </w:pPr>
      <w:r>
        <w:t>جیسے ہی ٹائم ختم ہوا، لائٹ بجھا دی جاتی ہے کہ "نکلو، نکلو، نکلو، یہاں سے پنکھا بند، لائٹ بند،" اور اس پر تالا لگا دیا جاتا ہے۔</w:t>
      </w:r>
    </w:p>
    <w:p>
      <w:r>
        <w:rPr>
          <w:b/>
        </w:rPr>
        <w:t xml:space="preserve">[48:30] </w:t>
      </w:r>
      <w:r>
        <w:t>wahan darwaza band, wahi hone wala hai.</w:t>
      </w:r>
    </w:p>
    <w:p>
      <w:pPr>
        <w:jc w:val="right"/>
      </w:pPr>
      <w:r>
        <w:t>وہاں دروازہ بند، وہی ہونے والا ہے۔</w:t>
      </w:r>
    </w:p>
    <w:p>
      <w:r>
        <w:rPr>
          <w:b/>
        </w:rPr>
        <w:t xml:space="preserve">[48:37] </w:t>
      </w:r>
      <w:r>
        <w:t>da time is over, nature ki zuban se kaha ja raha hai.</w:t>
      </w:r>
    </w:p>
    <w:p>
      <w:pPr>
        <w:jc w:val="right"/>
      </w:pPr>
      <w:r>
        <w:t>دا ٹائم از اوور، نیچر کی زبان سے کہا جا رہا ہے۔</w:t>
      </w:r>
    </w:p>
    <w:p>
      <w:r>
        <w:rPr>
          <w:b/>
        </w:rPr>
        <w:t xml:space="preserve">[48:45] </w:t>
      </w:r>
      <w:r>
        <w:t>to yeh sochne ki baat hai.</w:t>
      </w:r>
    </w:p>
    <w:p>
      <w:pPr>
        <w:jc w:val="right"/>
      </w:pPr>
      <w:r>
        <w:t>تو یہ سوچنے کی بات ہے۔</w:t>
      </w:r>
    </w:p>
    <w:p>
      <w:r>
        <w:rPr>
          <w:b/>
        </w:rPr>
        <w:t xml:space="preserve">[48:52] </w:t>
      </w:r>
      <w:r>
        <w:t>itna bara insan ne itna bara crime kiya hai ke poori history guzar gayi, bohat thode log nikle jo sochein ke mera creator kaun hai?</w:t>
      </w:r>
    </w:p>
    <w:p>
      <w:pPr>
        <w:jc w:val="right"/>
      </w:pPr>
      <w:r>
        <w:t>اتنا بڑا انسان نے اتنا بڑا کرائم کیا ہے کہ پوری ہسٹری گزر گئی، بہت تھوڑے لوگ نکلے جو سوچیں کہ میرا کریٹر کون ہے؟</w:t>
      </w:r>
    </w:p>
    <w:p>
      <w:r>
        <w:rPr>
          <w:b/>
        </w:rPr>
        <w:t xml:space="preserve">[49:05] </w:t>
      </w:r>
      <w:r>
        <w:t>kaun hai jo is ko aag supply kar raha hai? kaun hai jis ne mere mere liye itna pani ka samandar bahar rakha hai? kaun hai jis ne mujh ko har khane ki cheezein de raha hai?</w:t>
      </w:r>
    </w:p>
    <w:p>
      <w:pPr>
        <w:jc w:val="right"/>
      </w:pPr>
      <w:r>
        <w:t>کون ہے جو اس کو آگ سپلائی کر رہا ہے؟ کون ہے جس نے میرے میرے لیے اتنا پانی کا سمندر باہر رکھا ہے؟ کون ہے جس نے مجھ کو ہر کھانے کی چیزیں دے رہا ہے؟</w:t>
      </w:r>
    </w:p>
    <w:p>
      <w:r>
        <w:rPr>
          <w:b/>
        </w:rPr>
        <w:t xml:space="preserve">[49:18] </w:t>
      </w:r>
      <w:r>
        <w:t>woh kaun hai jis ne life support system yahan bana rakha hai mere liye? aur phir is ko aage surrender kar dena.</w:t>
      </w:r>
    </w:p>
    <w:p>
      <w:pPr>
        <w:jc w:val="right"/>
      </w:pPr>
      <w:r>
        <w:t>وہ کون ہے جس نے لائف سپورٹ سسٹم یہاں بنا رکھا ہے میرے لیے؟ اور پھر اس کو آگے سرینڈر کر دینا۔</w:t>
      </w:r>
    </w:p>
    <w:p>
      <w:r>
        <w:rPr>
          <w:b/>
        </w:rPr>
        <w:t xml:space="preserve">[49:28] </w:t>
      </w:r>
      <w:r>
        <w:t>poori history guzar gayi, lekin logon ne acknowledge nahi kiya apne creator ko. yaad rakhiye, pehla jo hamara jo tha, yaani pehli responsibility, woh tha apne creator ko acknowledge karna in da true sense of da word.</w:t>
      </w:r>
    </w:p>
    <w:p>
      <w:pPr>
        <w:jc w:val="right"/>
      </w:pPr>
      <w:r>
        <w:t>پوری ہسٹری گزر گئی، لیکن لوگوں نے ایکنالج نہیں کیا اپنے کریٹر کو۔ یاد رکھیے، پہلا جو ہمارا جو تھا، یعنی پہلی رسپانسبیلٹی، وہ تھا اپنے کریٹر کو ایکنالج کرنا ان دا ٹرو سینس آف دا ورڈ۔</w:t>
      </w:r>
    </w:p>
    <w:p>
      <w:r>
        <w:rPr>
          <w:b/>
        </w:rPr>
        <w:t xml:space="preserve">[49:47] </w:t>
      </w:r>
      <w:r>
        <w:t>yahi nahi hua.</w:t>
      </w:r>
    </w:p>
    <w:p>
      <w:pPr>
        <w:jc w:val="right"/>
      </w:pPr>
      <w:r>
        <w:t>یہی نہیں ہوا۔</w:t>
      </w:r>
    </w:p>
    <w:p>
      <w:r>
        <w:rPr>
          <w:b/>
        </w:rPr>
        <w:t xml:space="preserve">[49:51] </w:t>
      </w:r>
      <w:r>
        <w:t>aise log paida hue jinho ne keh diya ke bas jo aise hi ho gaya hai, accidently ho gaya, kuch accidently hum paida hogaye, accidently zameen ban gayi.</w:t>
      </w:r>
    </w:p>
    <w:p>
      <w:pPr>
        <w:jc w:val="right"/>
      </w:pPr>
      <w:r>
        <w:t>ایسے لوگ پیدا ہوئے جنہوں نے کہہ دیا کہ بس جو ایسے ہی ہو گیا ہے، ایکسیڈنٹلی ہو گیا، کچھ ایکسیڈنٹلی ہم پیدا ہوگئے، ایکسیڈنٹلی زمین بن گئی۔</w:t>
      </w:r>
    </w:p>
    <w:p>
      <w:r>
        <w:rPr>
          <w:b/>
        </w:rPr>
        <w:t xml:space="preserve">[50:04] </w:t>
      </w:r>
      <w:r>
        <w:t>khuda ne is ko bhi khatam kar diya. jaise Darwin theory jo thi, khud science se woh khatam ho gayi.</w:t>
      </w:r>
    </w:p>
    <w:p>
      <w:pPr>
        <w:jc w:val="right"/>
      </w:pPr>
      <w:r>
        <w:t>خدا نے اس کو بھی ختم کر دیا۔ جیسے ڈارون تھیوری جو تھی، خود سائنس سے وہ ختم ہوگئی۔</w:t>
      </w:r>
    </w:p>
    <w:p>
      <w:r>
        <w:rPr>
          <w:b/>
        </w:rPr>
        <w:t xml:space="preserve">[50:12] </w:t>
      </w:r>
      <w:r>
        <w:t>Darwin ne jo bataya tha evolution theory mein, to jo process us ne bataya tha, aise molecule banega, aise living cell banega. to maloom hua ke is ko banne ke liye trillion year bhi, trillion year bhi nakafi hai, aur zameen ki hoti hai, age hi nahi hai.</w:t>
      </w:r>
    </w:p>
    <w:p>
      <w:pPr>
        <w:jc w:val="right"/>
      </w:pPr>
      <w:r>
        <w:t>ڈارون نے جو بتایا تھا ایولوشن تھیوری میں، تو جو پروسیس اس نے بتایا تھا، ایسے مالیکیول بنے گا، ایسے لیونگ سیل بنیں گے۔ تو معلوم ہوا کہ اس کو بننے کے لیے ٹریلین ایئر بھی، ٹریلین ایئر بھی ناکافی ہے، اور زمین کی ہوتی ہے، ایج ہی نہیں ہے۔</w:t>
      </w:r>
    </w:p>
    <w:p>
      <w:r>
        <w:rPr>
          <w:b/>
        </w:rPr>
        <w:t xml:space="preserve">[50:28] </w:t>
      </w:r>
      <w:r>
        <w:t>yeh zameen jo hai, itni itni is ki umar hi itni nahi hai ke yahan par woh process jari ho, aur insan bane, aur animal bane, aur darakht bane. woh hai hi nahi, woh age bohat hi kam hai.</w:t>
      </w:r>
    </w:p>
    <w:p>
      <w:pPr>
        <w:jc w:val="right"/>
      </w:pPr>
      <w:r>
        <w:t>یہ زمین جو ہے، اتنی اتنی اس کی عمر ہی اتنی نہیں ہے کہ یہاں پر وہ پروسیس جاری ہو، اور انسان بنے، اور اینیمل بنے، اور درخت بنے۔ وہ ہے ہی نہیں، وہ ایج بہت ہی کم ہے۔</w:t>
      </w:r>
    </w:p>
    <w:p>
      <w:r>
        <w:rPr>
          <w:b/>
        </w:rPr>
        <w:t xml:space="preserve">[50:38] </w:t>
      </w:r>
      <w:r>
        <w:t>is se age</w:t>
      </w:r>
    </w:p>
    <w:p>
      <w:pPr>
        <w:jc w:val="right"/>
      </w:pPr>
      <w:r>
        <w:t>اس سے ایج</w:t>
      </w:r>
    </w:p>
    <w:p>
      <w:r>
        <w:rPr>
          <w:b/>
        </w:rPr>
        <w:t xml:space="preserve">[50:40] </w:t>
      </w:r>
      <w:r>
        <w:t>jo age darkar hai insan jaise makhlooq ko banne ke liye, is ke muqable mein bohat hi kam age hai zameen ki.</w:t>
      </w:r>
    </w:p>
    <w:p>
      <w:pPr>
        <w:jc w:val="right"/>
      </w:pPr>
      <w:r>
        <w:t>جو ایج درکار ہے انسان جیسے مخلوق کو بننے کے لیے، اس کے مقابلے میں بہت ہی کم ایج ہے زمین کی۔</w:t>
      </w:r>
    </w:p>
    <w:p>
      <w:r>
        <w:rPr>
          <w:b/>
        </w:rPr>
        <w:t xml:space="preserve">[50:51] </w:t>
      </w:r>
      <w:r>
        <w:t>to is ke baad ek naya nazariya nikla, panspermia. panspermia ko kehte hain ke kahin aur zameen se bahar life paida hui, wahan se urr kar yahan aa gayi.</w:t>
      </w:r>
    </w:p>
    <w:p>
      <w:pPr>
        <w:jc w:val="right"/>
      </w:pPr>
      <w:r>
        <w:t>تو اس کے بعد ایک نیا نظریہ نکلا، پینس پرمیا۔ پینس پرمیا کو کہتے ہیں کہ کہیں اور زمین سے باہر لائف پیدا ہوئی، وہاں سے اڑ کر یہاں آ گئی۔</w:t>
      </w:r>
    </w:p>
    <w:p>
      <w:r>
        <w:rPr>
          <w:b/>
        </w:rPr>
        <w:t xml:space="preserve">[51:01] </w:t>
      </w:r>
      <w:r>
        <w:t>woh bhi galat sabit ho gaya ke woh kahin hai hi nahi, koi doosra planet jahan zameen paida ho.</w:t>
      </w:r>
    </w:p>
    <w:p>
      <w:pPr>
        <w:jc w:val="right"/>
      </w:pPr>
      <w:r>
        <w:t>وہ بھی غلط ثابت ہو گیا کہ وہ کہیں ہے ہی نہیں، کوئی دوسرا پلینٹ جہاں زمین پیدا ہو۔</w:t>
      </w:r>
    </w:p>
    <w:p>
      <w:r>
        <w:rPr>
          <w:b/>
        </w:rPr>
        <w:t xml:space="preserve">[51:10] </w:t>
      </w:r>
      <w:r>
        <w:t>to false hood mein jeeta raha hai insan, false hood mein</w:t>
      </w:r>
    </w:p>
    <w:p>
      <w:pPr>
        <w:jc w:val="right"/>
      </w:pPr>
      <w:r>
        <w:t>تو فالس ہڈ میں جیتا رہا ہے انسان، فالس ہڈ میں</w:t>
      </w:r>
    </w:p>
    <w:p>
      <w:r>
        <w:rPr>
          <w:b/>
        </w:rPr>
        <w:t xml:space="preserve">[51:16] </w:t>
      </w:r>
      <w:r>
        <w:t>ke kisi banane wale ke baghair ban gaya hai, aur jo kuch hai, jo yeh to secular log yeh samajhte rahe ke yeh banane wale ke baghair ban gaya hai.</w:t>
      </w:r>
    </w:p>
    <w:p>
      <w:pPr>
        <w:jc w:val="right"/>
      </w:pPr>
      <w:r>
        <w:t>کہ کسی بنانے والے کے بغیر بن گیا ہے، اور جو کچھ ہے، جو یہ تو سیکولر لوگ یہ سمجھتے رہے کہ یہ بنانے والے کے بغیر بن گیا ہے۔</w:t>
      </w:r>
    </w:p>
    <w:p>
      <w:r>
        <w:rPr>
          <w:b/>
        </w:rPr>
        <w:t xml:space="preserve">[51:26] </w:t>
      </w:r>
      <w:r>
        <w:t>humein kya karna hai? hum responsible nahi kisi ke aage.</w:t>
      </w:r>
    </w:p>
    <w:p>
      <w:pPr>
        <w:jc w:val="right"/>
      </w:pPr>
      <w:r>
        <w:t>ہمیں کیا کرنا ہے؟ ہم رسپانسبل نہیں کسی کے آگے۔</w:t>
      </w:r>
    </w:p>
    <w:p>
      <w:r>
        <w:rPr>
          <w:b/>
        </w:rPr>
        <w:t xml:space="preserve">[51:31] </w:t>
      </w:r>
      <w:r>
        <w:t>secular logon ka yeh fallacy yeh thi ke unhone aise, yaani aise aise theory banayi, baseless qism ki, jo unhein samjha rahi thi ke apne aap accidently sab kuch ho gaya hai.</w:t>
      </w:r>
    </w:p>
    <w:p>
      <w:pPr>
        <w:jc w:val="right"/>
      </w:pPr>
      <w:r>
        <w:t>سیکولر لوگوں کا یہ فیلسی یہ تھی کہ انہوں نے ایسے، یعنی ایسے ایسے تھیوری بنائی، بیسلیس قسم کی، جو انہیں سمجھا رہی تھی کہ اپنے آپ ایکسیڈنٹلی سب کچھ ہو گیا ہے۔</w:t>
      </w:r>
    </w:p>
    <w:p>
      <w:r>
        <w:rPr>
          <w:b/>
        </w:rPr>
        <w:t xml:space="preserve">[51:50] </w:t>
      </w:r>
      <w:r>
        <w:t>halanke science ne prove kar diya ke accidently kuch bhi nahi hua hai. aur jo jo religious log hain, unhone kya samajh liya? unhone samajh liya ke sab kuch hamare</w:t>
      </w:r>
    </w:p>
    <w:p>
      <w:pPr>
        <w:jc w:val="right"/>
      </w:pPr>
      <w:r>
        <w:t>حالانکہ سائنس نے پروف کر دیا کہ ایکسیڈنٹلی کچھ بھی نہیں ہوا ہے۔ اور جو جو جیلیجس لوگ ہیں، انہوں نے کیا سمجھ لیا؟ انہوں نے سمجھ لیا کہ سب کچھ ہمارے</w:t>
      </w:r>
    </w:p>
    <w:p>
      <w:r>
        <w:rPr>
          <w:b/>
        </w:rPr>
        <w:t xml:space="preserve">[51:59] </w:t>
      </w:r>
      <w:r>
        <w:t>liye khuda, hum hum khuda ke blessed log hain. Yeh bhi jhoot, woh bhi jhoot. Yani secular log is falsehood mein jeete rahe ke jo kuch hua, woh by chance hua hai, accidently hua hai.</w:t>
      </w:r>
    </w:p>
    <w:p>
      <w:pPr>
        <w:jc w:val="right"/>
      </w:pPr>
      <w:r>
        <w:t>لیے خدا، ہم ہم خدا کے بلیسڈ لوگ ہیں۔ یہ بھی جھوٹ، وہ بھی جھوٹ۔ یعنی سیکولر لوگ اس فالس ہڈ میں جیتے رہے کہ جو کچھ ہوا، وہ بائی چانس ہوا ہے، ایکسیڈنٹلی ہوا ہے۔</w:t>
      </w:r>
    </w:p>
    <w:p>
      <w:r>
        <w:rPr>
          <w:b/>
        </w:rPr>
        <w:t xml:space="preserve">[52:14] </w:t>
      </w:r>
      <w:r>
        <w:t>Is falsehood mein jeete rahe, aur religious log is mein jeete rahe, is falsehood mein ke khuda hamara khuda hai, jannat hamari jannat hai, paighambar hamara paighambar hai, to hum hamari to sab likha hua hai.</w:t>
      </w:r>
    </w:p>
    <w:p>
      <w:pPr>
        <w:jc w:val="right"/>
      </w:pPr>
      <w:r>
        <w:t>اس فالس ہڈ میں جیتے رہے، اور ریلیجس لوگ اس میں جیتے رہے، اس فالس ہڈ میں کہ خدا ہمارا خدا ہے، جنت ہماری جنت ہے، پیغمبر ہمارا پیغمبر ہے، تو ہم ہماری تو سب لکھا ہوا ہے۔</w:t>
      </w:r>
    </w:p>
    <w:p>
      <w:r>
        <w:rPr>
          <w:b/>
        </w:rPr>
        <w:t xml:space="preserve">[52:27] </w:t>
      </w:r>
      <w:r>
        <w:t>Yeh super jhoot hai. Ji</w:t>
      </w:r>
    </w:p>
    <w:p>
      <w:pPr>
        <w:jc w:val="right"/>
      </w:pPr>
      <w:r>
        <w:t>یہ سپر جھوٹ ہے۔ جی</w:t>
      </w:r>
    </w:p>
    <w:p>
      <w:r>
        <w:rPr>
          <w:b/>
        </w:rPr>
        <w:t xml:space="preserve">[52:30] </w:t>
      </w:r>
      <w:r>
        <w:t>To dono group, group secular group aur religious group, dono jo hain, falsehood mein jeeta raha. Haalankeh Quran mein hai ke "Laisa lil insaani illa ma sa".</w:t>
      </w:r>
    </w:p>
    <w:p>
      <w:pPr>
        <w:jc w:val="right"/>
      </w:pPr>
      <w:r>
        <w:t>تو دونوں گروپ، گروپ سیکولر گروپ اور ریلیجس گروپ، دونوں جو ہیں، فالس ہڈ میں جیتا رہا۔ حالانکہ قرآن میں ہے کہ "لیس الانسان الا ماسا"۔</w:t>
      </w:r>
    </w:p>
    <w:p>
      <w:r>
        <w:rPr>
          <w:b/>
        </w:rPr>
        <w:t xml:space="preserve">[52:43] </w:t>
      </w:r>
      <w:r>
        <w:t>Yeh jo qualify karega apne apne apni zindagi ke, us ke jo qualify karega, wahi jayega paradise mein.</w:t>
      </w:r>
    </w:p>
    <w:p>
      <w:pPr>
        <w:jc w:val="right"/>
      </w:pPr>
      <w:r>
        <w:t>یہ جو کوالیفائی کرے گا اپنے اپنے اپنی زندگی کے، اس کے جو کوالیفائی کرے گا، وہی جائے گا پیراڈائز میں۔</w:t>
      </w:r>
    </w:p>
    <w:p>
      <w:r>
        <w:rPr>
          <w:b/>
        </w:rPr>
        <w:t xml:space="preserve">[52:56] </w:t>
      </w:r>
      <w:r>
        <w:t>Jo qualify nahi karega, us ko paradise nahi milne wali hai.</w:t>
      </w:r>
    </w:p>
    <w:p>
      <w:pPr>
        <w:jc w:val="right"/>
      </w:pPr>
      <w:r>
        <w:t>جو کوالیفائی نہیں کرے گا، اس کو پیراڈائز نہیں ملنے والی ہے۔</w:t>
      </w:r>
    </w:p>
    <w:p>
      <w:r>
        <w:rPr>
          <w:b/>
        </w:rPr>
        <w:t xml:space="preserve">[53:06] </w:t>
      </w:r>
      <w:r>
        <w:t>Is tarah se poori poori history guzar gayi, aur bohat thode log nikle jo seriously is masle ko lein, aur sochein, aur soch ke apne aap ko fix karein,</w:t>
      </w:r>
    </w:p>
    <w:p>
      <w:pPr>
        <w:jc w:val="right"/>
      </w:pPr>
      <w:r>
        <w:t>اس طرح سے پوری پوری ہسٹری گزر گئی، اور بہت تھوڑے لوگ نکلے جو سیریسلی اس مسئلے کو لیں، اور سوچیں، اور سوچ کے اپنے آپ کو فک کریں،</w:t>
      </w:r>
    </w:p>
    <w:p>
      <w:r>
        <w:rPr>
          <w:b/>
        </w:rPr>
        <w:t xml:space="preserve">[53:22] </w:t>
      </w:r>
      <w:r>
        <w:t>Apne aap ko, yani misuse of freedom se bachate hue, woh apne freedom ko properly use karein, aur aur is raaste par chalein jo creator ne un ke liye bataya tha.</w:t>
      </w:r>
    </w:p>
    <w:p>
      <w:pPr>
        <w:jc w:val="right"/>
      </w:pPr>
      <w:r>
        <w:t>اپنے آپ کو، یعنی مس یوز آف فریڈم سے بچاتے ہوئے، وہ اپنے فریڈم کو پراپرلی یوز کریں، اور اور اس راستے پر چلیں جو کریٹر نے ان کے لیے بتایا تھا۔</w:t>
      </w:r>
    </w:p>
    <w:p>
      <w:r>
        <w:rPr>
          <w:b/>
        </w:rPr>
        <w:t xml:space="preserve">[53:41] </w:t>
      </w:r>
      <w:r>
        <w:t>Lekin ab to aakhri waqt aa gaya.</w:t>
      </w:r>
    </w:p>
    <w:p>
      <w:pPr>
        <w:jc w:val="right"/>
      </w:pPr>
      <w:r>
        <w:t>لیکن اب تو آخری وقت آ گیا۔</w:t>
      </w:r>
    </w:p>
    <w:p>
      <w:r>
        <w:rPr>
          <w:b/>
        </w:rPr>
        <w:t xml:space="preserve">[53:45] </w:t>
      </w:r>
      <w:r>
        <w:t>Ab ab agar nahi jaage to hum kab jaagein ge? Bataiye,</w:t>
      </w:r>
    </w:p>
    <w:p>
      <w:pPr>
        <w:jc w:val="right"/>
      </w:pPr>
      <w:r>
        <w:t>اب اب اگر نہیں جاگے تو ہم کب جاگیں گے؟ بتائیے،</w:t>
      </w:r>
    </w:p>
    <w:p>
      <w:r>
        <w:rPr>
          <w:b/>
        </w:rPr>
        <w:t xml:space="preserve">[53:51] </w:t>
      </w:r>
      <w:r>
        <w:t>Ab na jaage to kab jaagein ge?</w:t>
      </w:r>
    </w:p>
    <w:p>
      <w:pPr>
        <w:jc w:val="right"/>
      </w:pPr>
      <w:r>
        <w:t>اب نہ جاگے تو کب جاگیں گے؟</w:t>
      </w:r>
    </w:p>
    <w:p>
      <w:r>
        <w:rPr>
          <w:b/>
        </w:rPr>
        <w:t xml:space="preserve">[53:59] </w:t>
      </w:r>
      <w:r>
        <w:t>To hamara mission jo hai, woh sach poochhein to yahi hai ke aap logon ko batayein ke "What is the creation plan of God".</w:t>
      </w:r>
    </w:p>
    <w:p>
      <w:pPr>
        <w:jc w:val="right"/>
      </w:pPr>
      <w:r>
        <w:t>تو ہمارا مشن جو ہے، وہ سچ پوچھیں تو یہی ہے کہ آپ لوگوں کو بتائیں کہ "واٹ از دا کریشن پلانٹ آف گاڈ"۔</w:t>
      </w:r>
    </w:p>
    <w:p>
      <w:r>
        <w:rPr>
          <w:b/>
        </w:rPr>
        <w:t xml:space="preserve">[54:13] </w:t>
      </w:r>
      <w:r>
        <w:t>Hamara mission yahi hai, yeh batana ke insaan is duniya mein kyun aaya hai,</w:t>
      </w:r>
    </w:p>
    <w:p>
      <w:pPr>
        <w:jc w:val="right"/>
      </w:pPr>
      <w:r>
        <w:t>ہمارا مشن یہی ہے، یہ بتانا کہ انسان اس دنیا میں کیوں آیا ہے،</w:t>
      </w:r>
    </w:p>
    <w:p>
      <w:r>
        <w:rPr>
          <w:b/>
        </w:rPr>
        <w:t xml:space="preserve">[54:21] </w:t>
      </w:r>
      <w:r>
        <w:t>Khuda is se kya chahta hai, khuda ki scheme kya hai, us ko batana. Aur jaisa ke main arz kiya, yahi hai ke is duniya mein insaan ko basaya gaya hai ek limited period ke liye,</w:t>
      </w:r>
    </w:p>
    <w:p>
      <w:pPr>
        <w:jc w:val="right"/>
      </w:pPr>
      <w:r>
        <w:t>خدا اس سے کیا چاہتا ہے، خدا کی اسکیم کیا ہے، اس کو بتانا۔ اور جیسا کہ میں عرض کیا، یہی ہے کہ اس دنیا میں انسان کو بسایا گیا ہے ایک لمیٹڈ پیریڈ کے لیے،</w:t>
      </w:r>
    </w:p>
    <w:p>
      <w:r>
        <w:rPr>
          <w:b/>
        </w:rPr>
        <w:t xml:space="preserve">[54:40] </w:t>
      </w:r>
      <w:r>
        <w:t>As a test. Jo kuch bhi hamein milta hai, woh sab test hota hai. Hamara test kis baat ka</w:t>
      </w:r>
    </w:p>
    <w:p>
      <w:pPr>
        <w:jc w:val="right"/>
      </w:pPr>
      <w:r>
        <w:t>ایز اے ٹیسٹ۔ جو کچھ بھی ہمیں ملتا ہے، وہ سب ٹیسٹ ہوتا ہے۔ ہمارا ٹیسٹ کس بات کا</w:t>
      </w:r>
    </w:p>
    <w:p>
      <w:r>
        <w:rPr>
          <w:b/>
        </w:rPr>
        <w:t xml:space="preserve">[54:48] </w:t>
      </w:r>
      <w:r>
        <w:t>? Test is baat ka ke hum dene wale ko acknowledge karte hain ke nahi, sachai ke aage hum jhukte hain ke nahi,</w:t>
      </w:r>
    </w:p>
    <w:p>
      <w:pPr>
        <w:jc w:val="right"/>
      </w:pPr>
      <w:r>
        <w:t>؟ ٹیسٹ اس بات کا کہ ہم دینے والے کو ایکنالج کرتے ہیں کہ نہیں، سچائی کے آگے ہم جھکتے ہیں کہ نہیں،</w:t>
      </w:r>
    </w:p>
    <w:p>
      <w:r>
        <w:rPr>
          <w:b/>
        </w:rPr>
        <w:t xml:space="preserve">[54:58] </w:t>
      </w:r>
      <w:r>
        <w:t>Apne conscience ko hum follow karte hain ke nahi, hum apni azaadi ko proper tareeqe se use karte hain ke nahi,</w:t>
      </w:r>
    </w:p>
    <w:p>
      <w:pPr>
        <w:jc w:val="right"/>
      </w:pPr>
      <w:r>
        <w:t>اپنے کانشیس کو ہم فالو کرتے ہیں کہ نہیں، ہم اپنی آزادی کو پراپر طریقے سے یوز کرتے ہیں کہ نہیں،</w:t>
      </w:r>
    </w:p>
    <w:p>
      <w:r>
        <w:rPr>
          <w:b/>
        </w:rPr>
        <w:t xml:space="preserve">[55:11] </w:t>
      </w:r>
      <w:r>
        <w:t>Apne andar hum spiritual personality banate hain ke nahi,</w:t>
      </w:r>
    </w:p>
    <w:p>
      <w:pPr>
        <w:jc w:val="right"/>
      </w:pPr>
      <w:r>
        <w:t>اپنے اندر ہم اسپیریچول پرسنیلٹی بناتے ہیں کہ نہیں،</w:t>
      </w:r>
    </w:p>
    <w:p>
      <w:r>
        <w:rPr>
          <w:b/>
        </w:rPr>
        <w:t xml:space="preserve">[55:16] </w:t>
      </w:r>
      <w:r>
        <w:t>Apne apne mind ko positive mind banate hain ke nahi. Isi ka isi ka test hai. To jo log is test par qualify karein, un ko khuda select karega.</w:t>
      </w:r>
    </w:p>
    <w:p>
      <w:pPr>
        <w:jc w:val="right"/>
      </w:pPr>
      <w:r>
        <w:t>اپنے اپنے مائنڈ کو پازیٹیو مائنڈ بناتے ہیں کہ نہیں۔ اسی کا اسی کا ٹیسٹ ہے۔ تو جو لوگ اس ٹیسٹ پر کوالیفائی کریں، ان کو خدا سلیکٹ کرے گا۔</w:t>
      </w:r>
    </w:p>
    <w:p>
      <w:r>
        <w:rPr>
          <w:b/>
        </w:rPr>
        <w:t xml:space="preserve">[55:32] </w:t>
      </w:r>
      <w:r>
        <w:t>To yeh selecting ground hai.</w:t>
      </w:r>
    </w:p>
    <w:p>
      <w:pPr>
        <w:jc w:val="right"/>
      </w:pPr>
      <w:r>
        <w:t>تو یہ سلیکٹنگ گراؤنڈ ہے۔</w:t>
      </w:r>
    </w:p>
    <w:p>
      <w:r>
        <w:rPr>
          <w:b/>
        </w:rPr>
        <w:t xml:space="preserve">[55:34] </w:t>
      </w:r>
      <w:r>
        <w:t>Yeh yeh duniya jo selecting ground hai, yahan select kiya ja raha hai, aur jo log qualify karein ge, sahi maano mein, un ko khuda chun le ga.</w:t>
      </w:r>
    </w:p>
    <w:p>
      <w:pPr>
        <w:jc w:val="right"/>
      </w:pPr>
      <w:r>
        <w:t>یہ یہ دنیا جو سلیکٹنگ گراؤنڈ ہے، یہاں سلیکٹ کیا جا رہا ہے، اور جو لوگ کوالیفائی کریں گے، صحیح معنوں میں، ان کو خدا چن لے گا۔</w:t>
      </w:r>
    </w:p>
    <w:p>
      <w:r>
        <w:rPr>
          <w:b/>
        </w:rPr>
        <w:t xml:space="preserve">[55:46] </w:t>
      </w:r>
      <w:r>
        <w:t>Aur phir un ko, jaisa ke maine arz kiya, ke yeh world ek perfect world hai. Yeh yeh imperfect hai, doosra perfect hai. To perfect world mein hamein rehne ke liye,</w:t>
      </w:r>
    </w:p>
    <w:p>
      <w:pPr>
        <w:jc w:val="right"/>
      </w:pPr>
      <w:r>
        <w:t>اور پھر ان کو، جیسا کہ میں نے عرض کیا، کہ یہ ورلڈ ایک پیئر ورلڈ ہے۔ یہ یہ امپرفیکٹ ہے، دوسرا پرفیکٹ ہے۔ تو پرفیکٹ ورلڈ میں ہمیں رہنے کے لیے،</w:t>
      </w:r>
    </w:p>
    <w:p>
      <w:r>
        <w:rPr>
          <w:b/>
        </w:rPr>
        <w:t xml:space="preserve">[56:00] </w:t>
      </w:r>
      <w:r>
        <w:t>Basne ke liye chance diya jayega,</w:t>
      </w:r>
    </w:p>
    <w:p>
      <w:pPr>
        <w:jc w:val="right"/>
      </w:pPr>
      <w:r>
        <w:t>بسنے کے لیے چانس دیا جائے گا،</w:t>
      </w:r>
    </w:p>
    <w:p>
      <w:r>
        <w:rPr>
          <w:b/>
        </w:rPr>
        <w:t xml:space="preserve">[56:03] </w:t>
      </w:r>
      <w:r>
        <w:t>Jahan happiness hai, jahan fulfillment hai, jahan eternity hai, jahan disease nahi hai, jahan accident nahi hai, jahan koi limitations nahi hain, jahan koi disadvantage nahi hai.</w:t>
      </w:r>
    </w:p>
    <w:p>
      <w:pPr>
        <w:jc w:val="right"/>
      </w:pPr>
      <w:r>
        <w:t>جہاں ہیپینس ہے، جہاں فلفلمنٹ ہے، جہاں ایٹرنیٹی ہے، جہاں ڈیزیز نہیں ہے، جہاں ایکسیڈنٹ نہیں ہے، جہاں کوئی لیمیٹیشنز نہیں ہیں، جہاں کوئی ڈس ایڈوانٹیج نہیں ہے۔</w:t>
      </w:r>
    </w:p>
    <w:p>
      <w:r>
        <w:rPr>
          <w:b/>
        </w:rPr>
        <w:t xml:space="preserve">[56:22] </w:t>
      </w:r>
      <w:r>
        <w:t>To yeh waqt aa chuka, aadhut lazafa, jo aane wala waqt tha, woh aa chuka.</w:t>
      </w:r>
    </w:p>
    <w:p>
      <w:pPr>
        <w:jc w:val="right"/>
      </w:pPr>
      <w:r>
        <w:t>تو یہ وقت آ چکا، عادفت اللازفہ، جو آنے والا وقت تھا، وہ آ چکا۔</w:t>
      </w:r>
    </w:p>
    <w:p>
      <w:r>
        <w:rPr>
          <w:b/>
        </w:rPr>
        <w:t xml:space="preserve">[56:31] </w:t>
      </w:r>
      <w:r>
        <w:t>ab aakhri aakhri waqt hai ke hum hosh mein aaein aur sochein.</w:t>
      </w:r>
    </w:p>
    <w:p>
      <w:pPr>
        <w:jc w:val="right"/>
      </w:pPr>
      <w:r>
        <w:t>اب آخری آخری وقت ہے کہ ہم ہوش میں آئیں اور سوچیں۔</w:t>
      </w:r>
    </w:p>
    <w:p>
      <w:r>
        <w:rPr>
          <w:b/>
        </w:rPr>
        <w:t xml:space="preserve">[56:39] </w:t>
      </w:r>
      <w:r>
        <w:t>is waqt mein jis baat ko zor dena chahta hoon, woh yeh hai ke hum rethinking hamare andar aani chahiye. rethinking,</w:t>
      </w:r>
    </w:p>
    <w:p>
      <w:pPr>
        <w:jc w:val="right"/>
      </w:pPr>
      <w:r>
        <w:t>اس وقت میں جس بات کو زور دینا چاہتا ہوں، وہ یہ ہے کہ ہم ری تھنکنگ ہمارے اندر آنی چاہیے۔ ری تھنکنگ،</w:t>
      </w:r>
    </w:p>
    <w:p>
      <w:r>
        <w:rPr>
          <w:b/>
        </w:rPr>
        <w:t xml:space="preserve">[56:50] </w:t>
      </w:r>
      <w:r>
        <w:t>humein introspection karna chahiye, humein apna correction karna chahiye, humein revise karna chahiye, humein reassess karna chahiye.</w:t>
      </w:r>
    </w:p>
    <w:p>
      <w:pPr>
        <w:jc w:val="right"/>
      </w:pPr>
      <w:r>
        <w:t>ہمیں انٹروسپیکشن کرنا چاہیے، ہمیں اپنا کریکشن کرنا چاہیے، ہمیں ریوائز کرنا چاہیے، ہمیں ری اسیس کرنا چاہیے۔</w:t>
      </w:r>
    </w:p>
    <w:p>
      <w:r>
        <w:rPr>
          <w:b/>
        </w:rPr>
        <w:t xml:space="preserve">[57:00] </w:t>
      </w:r>
      <w:r>
        <w:t>toh starting point jo hai, woh rethinking hai.</w:t>
      </w:r>
    </w:p>
    <w:p>
      <w:pPr>
        <w:jc w:val="right"/>
      </w:pPr>
      <w:r>
        <w:t>تو اسٹارٹنگ پوائنٹ جو ہے، وہ ری تھنکنگ ہے۔</w:t>
      </w:r>
    </w:p>
    <w:p>
      <w:r>
        <w:rPr>
          <w:b/>
        </w:rPr>
        <w:t xml:space="preserve">[57:07] </w:t>
      </w:r>
      <w:r>
        <w:t>hum falsehood mein nahin jee sakte. falsehood hamare kaam aane wale nahin hain. yaani jis ko kehte hain ostrich habit.</w:t>
      </w:r>
    </w:p>
    <w:p>
      <w:pPr>
        <w:jc w:val="right"/>
      </w:pPr>
      <w:r>
        <w:t>ہم فالس ہڈ میں نہیں جی سکتے۔ فالس ہڈ ہمارے کام آنے والے نہیں ہیں۔ یعنی جس کو کہتے ہیں اسٹچ ہیبٹ۔</w:t>
      </w:r>
    </w:p>
    <w:p>
      <w:r>
        <w:rPr>
          <w:b/>
        </w:rPr>
        <w:t xml:space="preserve">[57:17] </w:t>
      </w:r>
      <w:r>
        <w:t>ostrich habit agar hamari ho toh us ko hamare kaam aane wale nahin hain. jaise ostrich, jo jis ko kehte hain shutr murgh, jo kaha jata hai, jab dekhta hai ke storm aa raha hai toh apna aankh band kar leta hai.</w:t>
      </w:r>
    </w:p>
    <w:p>
      <w:pPr>
        <w:jc w:val="right"/>
      </w:pPr>
      <w:r>
        <w:t>اسٹچ ہیبٹ اگر ہماری ہو تو اس کو ہمارے کام آنے والے نہیں ہیں۔ جیسے اسٹچ، جو جس کو کہتے ہیں شتر بک، جو کہا جاتا ہے، جب دیکھتا ہے کہ سٹارم آ رہا ہے تو اپنا آنکھ بند کر لیتا ہے۔</w:t>
      </w:r>
    </w:p>
    <w:p>
      <w:r>
        <w:rPr>
          <w:b/>
        </w:rPr>
        <w:t xml:space="preserve">[57:29] </w:t>
      </w:r>
      <w:r>
        <w:t>lekin phir bhi storm aayega. yeh storm toh phir bhi aayega. toh ostrich like behavior kisi ke kaam aane wala nahin hai.</w:t>
      </w:r>
    </w:p>
    <w:p>
      <w:pPr>
        <w:jc w:val="right"/>
      </w:pPr>
      <w:r>
        <w:t>لیکن پھر بھی سٹارم آئے گا۔ یہ سٹارم تو پھر بھی آئے گا۔ تو اسٹچ لائک بیہیویئر کسی کے کام آنے والا نہیں ہے۔</w:t>
      </w:r>
    </w:p>
    <w:p>
      <w:r>
        <w:rPr>
          <w:b/>
        </w:rPr>
        <w:t xml:space="preserve">[57:45] </w:t>
      </w:r>
      <w:r>
        <w:t>humein sochna padega, humein decision lena padega, humein apne liye direction chunna padega,</w:t>
      </w:r>
    </w:p>
    <w:p>
      <w:pPr>
        <w:jc w:val="right"/>
      </w:pPr>
      <w:r>
        <w:t>ہمیں سوچنا پڑے گا، ہمیں ڈیسیژن لینا پڑے گا، ہمیں اپنے لیے ڈائرسن چننا پڑے گا،</w:t>
      </w:r>
    </w:p>
    <w:p>
      <w:r>
        <w:rPr>
          <w:b/>
        </w:rPr>
        <w:t xml:space="preserve">[57:57] </w:t>
      </w:r>
      <w:r>
        <w:t>humein apni manzil ko pehchanna hoga, humein apne past, apne present aur apne future ko phir se discover karna hoga.</w:t>
      </w:r>
    </w:p>
    <w:p>
      <w:pPr>
        <w:jc w:val="right"/>
      </w:pPr>
      <w:r>
        <w:t>ہمیں اپنی منزل کو پہچاننا ہوگا، ہمیں اپنے پاسٹ، اپنے پریزنٹ اور اپنے فیوچر کو پھر سے ڈسکور کرنا ہوگا۔</w:t>
      </w:r>
    </w:p>
    <w:p>
      <w:r>
        <w:rPr>
          <w:b/>
        </w:rPr>
        <w:t xml:space="preserve">[58:09] </w:t>
      </w:r>
      <w:r>
        <w:t>aur yeh sochiye ke kya hone wala hai.</w:t>
      </w:r>
    </w:p>
    <w:p>
      <w:pPr>
        <w:jc w:val="right"/>
      </w:pPr>
      <w:r>
        <w:t>اور یہ سوچیے کہ کیا ہونے والا ہے۔</w:t>
      </w:r>
    </w:p>
    <w:p>
      <w:r>
        <w:rPr>
          <w:b/>
        </w:rPr>
        <w:t xml:space="preserve">[58:13] </w:t>
      </w:r>
      <w:r>
        <w:t>hum afford nahin kar sakte woh jo hone wala hai, us ko hum afford nahin kar sakte. Hazrat Masih ne kaha tha Bible mein yeh hai ke abad tak rona aur daant peesna hoga.</w:t>
      </w:r>
    </w:p>
    <w:p>
      <w:pPr>
        <w:jc w:val="right"/>
      </w:pPr>
      <w:r>
        <w:t>ہم افورڈ نہیں کر سکتے وہ جو ہونے والا ہے، اس کو ہم افورڈ نہیں کر سکتے۔ حضرت مسیح نے کہا تھا بائبل میں یہ ہے کہ ابد تک رونا اور دانت پیسنا ہوگا۔</w:t>
      </w:r>
    </w:p>
    <w:p>
      <w:r>
        <w:rPr>
          <w:b/>
        </w:rPr>
        <w:t xml:space="preserve">[58:27] </w:t>
      </w:r>
      <w:r>
        <w:t>yaani jo log hoshiyar nahin hue, un ke liye bataya unhone ke unhein abad tak rona aur daant peesna hoga. toh is is result se bachne ke liye humein aaj hi se koshish karna chahiye.</w:t>
      </w:r>
    </w:p>
    <w:p>
      <w:pPr>
        <w:jc w:val="right"/>
      </w:pPr>
      <w:r>
        <w:t>یعنی جو لوگ ہوشیار نہیں ہوئے، ان کے لیے بتایا انہوں نے کہ انہیں ابد تک رونا اور دانت پیسنا ہوگا۔ تو اس اس رزلٹ سے بچنے کے لیے ہمیں آج ہی سے کوشش کرنا چاہیے۔</w:t>
      </w:r>
    </w:p>
    <w:p>
      <w:r>
        <w:rPr>
          <w:b/>
        </w:rPr>
        <w:t xml:space="preserve">[58:42] </w:t>
      </w:r>
      <w:r>
        <w:t>woh koshish kya hai</w:t>
      </w:r>
    </w:p>
    <w:p>
      <w:pPr>
        <w:jc w:val="right"/>
      </w:pPr>
      <w:r>
        <w:t>وہ کوشش کیا ہے</w:t>
      </w:r>
    </w:p>
    <w:p>
      <w:r>
        <w:rPr>
          <w:b/>
        </w:rPr>
        <w:t xml:space="preserve">[58:43] </w:t>
      </w:r>
      <w:r>
        <w:t>? rethinking, reassessment, revision, phir se apna direction banana, baaton ko phir se samajhne ki koshish karna.</w:t>
      </w:r>
    </w:p>
    <w:p>
      <w:pPr>
        <w:jc w:val="right"/>
      </w:pPr>
      <w:r>
        <w:t>؟ ری تھنکنگ، ری اسیسمنٹ، ریویژن، پھر سے اپنا ڈائریکشن بنانا، باتوں کو پھر سے سمجھنے کی کوشش کرنا۔</w:t>
      </w:r>
    </w:p>
    <w:p>
      <w:r>
        <w:rPr>
          <w:b/>
        </w:rPr>
        <w:t xml:space="preserve">[59:00] </w:t>
      </w:r>
      <w:r>
        <w:t>yahi hai starting point.</w:t>
      </w:r>
    </w:p>
    <w:p>
      <w:pPr>
        <w:jc w:val="right"/>
      </w:pPr>
      <w:r>
        <w:t>یہی ہے اسٹارٹنگ پوائنٹ۔</w:t>
      </w:r>
    </w:p>
    <w:p>
      <w:r>
        <w:rPr>
          <w:b/>
        </w:rPr>
        <w:t xml:space="preserve">[59:06] </w:t>
      </w:r>
      <w:r>
        <w:t>maine Khuda ke paas yahi kiya hai zindagi par, aur wahi mein aap logon ko dawat deta hoon.</w:t>
      </w:r>
    </w:p>
    <w:p>
      <w:pPr>
        <w:jc w:val="right"/>
      </w:pPr>
      <w:r>
        <w:t>میں نے خدا کے پاس یہی کیا ہے زندگی پر، اور وہی میں آپ لوگوں کو دعوت دیتا ہوں۔</w:t>
      </w:r>
    </w:p>
    <w:p>
      <w:r>
        <w:rPr>
          <w:b/>
        </w:rPr>
        <w:t xml:space="preserve">[59:13] </w:t>
      </w:r>
      <w:r>
        <w:t>meri dua hai ke Allah taala mujh ko aur aap ko sahi rasta dikhaye. Allah taala hamari madad farmaye. Allah taala hum ko sahi maano mein apni blessing de.</w:t>
      </w:r>
    </w:p>
    <w:p>
      <w:pPr>
        <w:jc w:val="right"/>
      </w:pPr>
      <w:r>
        <w:t>میری دعا ہے کہ اللہ تعالی مجھ کو اور آپ کو صحیح راستہ دکھائے۔ اللہ تعالی ہماری مدد فرمائے۔ اللہ تعالی ہم کو صحیح معنوں میں اپنی بلیسنگ دے۔</w:t>
      </w:r>
    </w:p>
    <w:p>
      <w:r>
        <w:rPr>
          <w:b/>
        </w:rPr>
        <w:t xml:space="preserve">[59:26] </w:t>
      </w:r>
      <w:r>
        <w:t>aqool qawli haza wastaghfirullaha li walakum ajmaeen.</w:t>
      </w:r>
    </w:p>
    <w:p>
      <w:pPr>
        <w:jc w:val="right"/>
      </w:pPr>
      <w:r>
        <w:t>اقول قولیھذا واستغفراللہ لی ولکم اجمعین۔</w:t>
      </w:r>
    </w:p>
    <w:p>
      <w:r>
        <w:rPr>
          <w:b/>
        </w:rPr>
        <w:t xml:space="preserve">[59:43] </w:t>
      </w:r>
      <w:r>
        <w:t>Mr Ramesh, men apparently use logic to understand everything in life, but they are unable to use the same logic behind the existence of God and life hereafter.</w:t>
      </w:r>
    </w:p>
    <w:p>
      <w:pPr>
        <w:jc w:val="right"/>
      </w:pPr>
      <w:r>
        <w:t>مسٹر رامش، مین اپیرنٹلی یوز لاجک ٹو انڈرسٹینڈ ایوری تھنگ ان لائف، بٹ دے آر ان ایبل ٹو یوز دا سیم لاجک بیہائنڈ دی ایگزسٹنس آف گاڈ اینڈ لائف ہیر افٹر۔</w:t>
      </w:r>
    </w:p>
    <w:p>
      <w:r>
        <w:rPr>
          <w:b/>
        </w:rPr>
        <w:t xml:space="preserve">[59:58] </w:t>
      </w:r>
      <w:r>
        <w:t>why is this so?</w:t>
      </w:r>
    </w:p>
    <w:p>
      <w:pPr>
        <w:jc w:val="right"/>
      </w:pPr>
      <w:r>
        <w:t>وائی از دس سو؟</w:t>
      </w:r>
    </w:p>
    <w:p>
      <w:r>
        <w:rPr>
          <w:b/>
        </w:rPr>
        <w:t xml:space="preserve">[1:00:05] </w:t>
      </w:r>
      <w:r>
        <w:t>yeh waqai bohat hi serious problem hai</w:t>
      </w:r>
    </w:p>
    <w:p>
      <w:pPr>
        <w:jc w:val="right"/>
      </w:pPr>
      <w:r>
        <w:t>یہ واقعی بہت ہی سیریس پرابلم ہے</w:t>
      </w:r>
    </w:p>
    <w:p>
      <w:r>
        <w:rPr>
          <w:b/>
        </w:rPr>
        <w:t xml:space="preserve">[1:00:11] </w:t>
      </w:r>
      <w:r>
        <w:t>ke har aadmi contradiction mein jee raha hai,</w:t>
      </w:r>
    </w:p>
    <w:p>
      <w:pPr>
        <w:jc w:val="right"/>
      </w:pPr>
      <w:r>
        <w:t>کہ ہر آدمی کنٹراڈکشن میں جی رہا ہے،</w:t>
      </w:r>
    </w:p>
    <w:p>
      <w:r>
        <w:rPr>
          <w:b/>
        </w:rPr>
        <w:t xml:space="preserve">[1:00:21] </w:t>
      </w:r>
      <w:r>
        <w:t>aur is ka jo meri samajh mein aata hai, woh yeh hai ke log sirf immediate gain ko jaante hain.</w:t>
      </w:r>
    </w:p>
    <w:p>
      <w:pPr>
        <w:jc w:val="right"/>
      </w:pPr>
      <w:r>
        <w:t>اور اس کا جو میری سمجھ میں آتا ہے، وہ یہ ہے کہ لوگ صرف امیڈیٹ گین کو جانتے ہیں۔</w:t>
      </w:r>
    </w:p>
    <w:p>
      <w:r>
        <w:rPr>
          <w:b/>
        </w:rPr>
        <w:t xml:space="preserve">[1:00:31] </w:t>
      </w:r>
      <w:r>
        <w:t>jo baat immediate se aage hai, us ko pakad nahin paate.</w:t>
      </w:r>
    </w:p>
    <w:p>
      <w:pPr>
        <w:jc w:val="right"/>
      </w:pPr>
      <w:r>
        <w:t>جو بات امیڈیٹ سے آگے ہے، اس کو پکڑ نہیں پاتے۔</w:t>
      </w:r>
    </w:p>
    <w:p>
      <w:r>
        <w:rPr>
          <w:b/>
        </w:rPr>
        <w:t xml:space="preserve">[1:00:41] </w:t>
      </w:r>
      <w:r>
        <w:t>toh yeh animal level hai zindagi ka. har animal ka kaha ke immediate ko jaanta hai, woh jo saamne us ke hai, usi ko jaane ga.</w:t>
      </w:r>
    </w:p>
    <w:p>
      <w:pPr>
        <w:jc w:val="right"/>
      </w:pPr>
      <w:r>
        <w:t>تو یہ اینیمل لیول ہے زندگی کا۔ ہر اینیمل کا کہا کہ امیڈیٹ کو جانتا ہے، وہ جو سامنے اس کے ہے، اسی کو جانے گا۔</w:t>
      </w:r>
    </w:p>
    <w:p>
      <w:r>
        <w:rPr>
          <w:b/>
        </w:rPr>
        <w:t xml:space="preserve">[1:00:49] </w:t>
      </w:r>
      <w:r>
        <w:t>woh aagay ka is ko pata nahin.</w:t>
      </w:r>
    </w:p>
    <w:p>
      <w:pPr>
        <w:jc w:val="right"/>
      </w:pPr>
      <w:r>
        <w:t>وہ آگے کا اس کو پتہ نہیں۔</w:t>
      </w:r>
    </w:p>
    <w:p>
      <w:r>
        <w:rPr>
          <w:b/>
        </w:rPr>
        <w:t xml:space="preserve">[1:00:55] </w:t>
      </w:r>
      <w:r>
        <w:t>yehin par insaan ki pakar hai, kyunkay insaan animal ko jo samajh di gayi hai, woh immediacy ko jaan sakta hai. woh jaise woh janay ga today ko, tomorrow ko nahin janay ga.</w:t>
      </w:r>
    </w:p>
    <w:p>
      <w:pPr>
        <w:jc w:val="right"/>
      </w:pPr>
      <w:r>
        <w:t>یہیں پر انسان کی پکڑ ہے، کیونکہ انسان اینیمل کو جو سمجھ دی گئی ہے، وہ امیڈیٹی کو جان سکتا ہے۔ وہ جیسے وہ جانے گا ٹوڈے کو، ٹومارو کو نہیں جانے گا۔</w:t>
      </w:r>
    </w:p>
    <w:p>
      <w:r>
        <w:rPr>
          <w:b/>
        </w:rPr>
        <w:t xml:space="preserve">[1:01:10] </w:t>
      </w:r>
      <w:r>
        <w:t>insaan ko jo samajh di gayi hai, woh today aur tomorrow dono ko jaan sakta hai. toh immediate mein jo paray rehtay hain log, toh</w:t>
      </w:r>
    </w:p>
    <w:p>
      <w:pPr>
        <w:jc w:val="right"/>
      </w:pPr>
      <w:r>
        <w:t>انسان کو جو سمجھ دی گئی ہے، وہ ٹوڈے اور ٹومارو دونوں کو جان سکتا ہے۔ تو امیڈیٹ میں جو پڑے رہتے ہیں لوگ، تو</w:t>
      </w:r>
    </w:p>
    <w:p>
      <w:r>
        <w:rPr>
          <w:b/>
        </w:rPr>
        <w:t xml:space="preserve">[1:01:24] </w:t>
      </w:r>
      <w:r>
        <w:t>yeh goya animal level par paray hue hain. woh yahan mein yeh kahoon ga ke har insaan ke saath</w:t>
      </w:r>
    </w:p>
    <w:p>
      <w:pPr>
        <w:jc w:val="right"/>
      </w:pPr>
      <w:r>
        <w:t>یہ گویا اینیمل لیول پر پڑے ہوئے ہیں۔ وہ یہاں میں یہ کہوں گا کہ ہر انسان کے ساتھ</w:t>
      </w:r>
    </w:p>
    <w:p>
      <w:r>
        <w:rPr>
          <w:b/>
        </w:rPr>
        <w:t xml:space="preserve">[1:01:34] </w:t>
      </w:r>
      <w:r>
        <w:t>do permanent advisor hain, angel aur satan.</w:t>
      </w:r>
    </w:p>
    <w:p>
      <w:pPr>
        <w:jc w:val="right"/>
      </w:pPr>
      <w:r>
        <w:t>دو پرماننٹ ایڈوائزر ہیں، اینجل اور سیٹن۔</w:t>
      </w:r>
    </w:p>
    <w:p>
      <w:r>
        <w:rPr>
          <w:b/>
        </w:rPr>
        <w:t xml:space="preserve">[1:01:42] </w:t>
      </w:r>
      <w:r>
        <w:t>24 ghantay is ke saath rehtay hain.</w:t>
      </w:r>
    </w:p>
    <w:p>
      <w:pPr>
        <w:jc w:val="right"/>
      </w:pPr>
      <w:r>
        <w:t>24 گھنٹے اس کے ساتھ رہتے ہیں۔</w:t>
      </w:r>
    </w:p>
    <w:p>
      <w:r>
        <w:rPr>
          <w:b/>
        </w:rPr>
        <w:t xml:space="preserve">[1:01:47] </w:t>
      </w:r>
      <w:r>
        <w:t>yeh koi fiction nahin hai, yeh yeh bilkul jo waqea hai, woh arz kar raha hoon. har insaan, chahe woh aurat ho ya mard, har aik ke saath do advisor 24 ghantay hain:</w:t>
      </w:r>
    </w:p>
    <w:p>
      <w:pPr>
        <w:jc w:val="right"/>
      </w:pPr>
      <w:r>
        <w:t>یہ کوئی فکشن نہیں ہے، یہ یہ بالکل جو واقعہ ہے، وہ عرض کر رہا ہوں۔ ہر انسان، چاہے وہ عورت ہو یا مرد، ہر ایک کے ساتھ دو ایڈوائزر 24 گھنٹے ہیں:</w:t>
      </w:r>
    </w:p>
    <w:p>
      <w:r>
        <w:rPr>
          <w:b/>
        </w:rPr>
        <w:t xml:space="preserve">[1:02:03] </w:t>
      </w:r>
      <w:r>
        <w:t>satan aur angel. angel ka entry point hai conscious, aur satan ka entry point hai ego.</w:t>
      </w:r>
    </w:p>
    <w:p>
      <w:pPr>
        <w:jc w:val="right"/>
      </w:pPr>
      <w:r>
        <w:t>سیٹن اور اینجل۔ اینجل کا انٹری پوائنٹ ہے کانشیس، اور سیٹن کا انٹری پوائنٹ ہے ایگو۔</w:t>
      </w:r>
    </w:p>
    <w:p>
      <w:r>
        <w:rPr>
          <w:b/>
        </w:rPr>
        <w:t xml:space="preserve">[1:02:16] </w:t>
      </w:r>
      <w:r>
        <w:t>har waqt aadmi ko bohat ziyada conscious rehna hai, conscious, kyunkay foran sikhata hai.</w:t>
      </w:r>
    </w:p>
    <w:p>
      <w:pPr>
        <w:jc w:val="right"/>
      </w:pPr>
      <w:r>
        <w:t>ہر وقت آدمی کو بہت زیادہ کاشس رہنا ہے، کاشس، کیونکہ فوراً سکھاتا ہے۔</w:t>
      </w:r>
    </w:p>
    <w:p>
      <w:r>
        <w:rPr>
          <w:b/>
        </w:rPr>
        <w:t xml:space="preserve">[1:02:24] </w:t>
      </w:r>
      <w:r>
        <w:t>jaise abhi kai baar aisa hua ke mujhe India mein jata hoon, idhar udhar phir musalman shikayatein kartay hain, complaint hamare saath description hota hai, hamare saath yeh hota hai, woh hota hai.</w:t>
      </w:r>
    </w:p>
    <w:p>
      <w:pPr>
        <w:jc w:val="right"/>
      </w:pPr>
      <w:r>
        <w:t>جیسے ابھی کئی بار ایسا ہوا کہ مجھے انڈیا میں جاتا ہوں، ادھر ادھر پھر مسلمان شکایتیں کرتے ہیں، کمپلینٹ ہمارے ساتھ ڈسکرپشن ہوتا ہے، ہمارے ساتھ یہ ہوتا ہے، وہ ہوتا ہے۔</w:t>
      </w:r>
    </w:p>
    <w:p>
      <w:r>
        <w:rPr>
          <w:b/>
        </w:rPr>
        <w:t xml:space="preserve">[1:02:39] </w:t>
      </w:r>
      <w:r>
        <w:t>toh mein hamesha, mein ne yeh kiya hai ke poochta hoon un se bari bari gathering mein ke aik aadmi bataye ke 1947 se pehle jab yahan present rule nahin tha,</w:t>
      </w:r>
    </w:p>
    <w:p>
      <w:pPr>
        <w:jc w:val="right"/>
      </w:pPr>
      <w:r>
        <w:t>تو میں ہمیشہ، میں نے یہ کیا ہے کہ پوچھتا ہوں ان سے بڑی بڑی گیدرنگ میں کہ ایک آدمی بتائے کہ 1947 سے پہلے جب یہاں پریزنٹ رول نہیں تھا،</w:t>
      </w:r>
    </w:p>
    <w:p>
      <w:r>
        <w:rPr>
          <w:b/>
        </w:rPr>
        <w:t xml:space="preserve">[1:02:53] </w:t>
      </w:r>
      <w:r>
        <w:t>tab aap ke baap dada ziyada achhay tareeqay se rehtay thay, ziyada achhi zindagi mili hui thi. un ko aap ko kharab zindagi hai aaj kal naye system mein.</w:t>
      </w:r>
    </w:p>
    <w:p>
      <w:pPr>
        <w:jc w:val="right"/>
      </w:pPr>
      <w:r>
        <w:t>تب آپ کے باپ دادا زیادہ اچھے طریقے سے رہتے تھے، زیادہ اچھی زندگی ملی ہوئی تھی۔ ان کو آپ کو خراب زندگی ہے آج کل نئے سسٹم میں۔</w:t>
      </w:r>
    </w:p>
    <w:p>
      <w:r>
        <w:rPr>
          <w:b/>
        </w:rPr>
        <w:t xml:space="preserve">[1:03:04] </w:t>
      </w:r>
      <w:r>
        <w:t>yaqeen kijiye, saaray India mein mujhe aik aadmi nahin mila, including Kashmir.</w:t>
      </w:r>
    </w:p>
    <w:p>
      <w:pPr>
        <w:jc w:val="right"/>
      </w:pPr>
      <w:r>
        <w:t>یقین کیجئے، سارے انڈیا میں مجھے ایک آدمی نہیں ملا، انکلوڈنگ کاشمیر۔</w:t>
      </w:r>
    </w:p>
    <w:p>
      <w:r>
        <w:rPr>
          <w:b/>
        </w:rPr>
        <w:t xml:space="preserve">[1:03:09] </w:t>
      </w:r>
      <w:r>
        <w:t>toh mein ne kaha, aap jhoot pe jeetay hain, aap log. toh satan jo hai, aap ke andar ghus gaya hai aur negative advice advice deta rehta hai.</w:t>
      </w:r>
    </w:p>
    <w:p>
      <w:pPr>
        <w:jc w:val="right"/>
      </w:pPr>
      <w:r>
        <w:t>تو میں نے کہا، آپ جھوٹ پہ جیتے ہیں، آپ لوگ۔ تو سیٹن جو ہے، آپ کے اندر گھس گیا ہے اور نیگیٹیو ایڈوائس ایڈوائس دیتا رہتا ہے۔</w:t>
      </w:r>
    </w:p>
    <w:p>
      <w:r>
        <w:rPr>
          <w:b/>
        </w:rPr>
        <w:t xml:space="preserve">[1:03:18] </w:t>
      </w:r>
      <w:r>
        <w:t>woh aur aap jo point of entry angel ka hai, woh band kar rakha hai aap ne.</w:t>
      </w:r>
    </w:p>
    <w:p>
      <w:pPr>
        <w:jc w:val="right"/>
      </w:pPr>
      <w:r>
        <w:t>وہ اور آپ جو پوائنٹ آف انٹری اینجل کا ہے، وہ بند کر رکھا ہے آپ نے۔</w:t>
      </w:r>
    </w:p>
    <w:p>
      <w:r>
        <w:rPr>
          <w:b/>
        </w:rPr>
        <w:t xml:space="preserve">[1:03:26] </w:t>
      </w:r>
      <w:r>
        <w:t>har aadmi ka hai, yeh mein arz karta hoon ke shayad hi koi exception ho. har aadmi ne yeh kiya hai ke satan ka jo point of entry hai, usay khol rakha hai.</w:t>
      </w:r>
    </w:p>
    <w:p>
      <w:pPr>
        <w:jc w:val="right"/>
      </w:pPr>
      <w:r>
        <w:t>ہر آدمی کا ہے، یہ میں عرض کرتا ہوں کہ شاید ہی کوئی ایکسیپشن ہو۔ ہر آدمی نے یہ کیا ہے کہ سیٹن کا جو پوائنٹ آف انٹری ہے، اسے کھول رکھا ہے۔</w:t>
      </w:r>
    </w:p>
    <w:p>
      <w:r>
        <w:rPr>
          <w:b/>
        </w:rPr>
        <w:t xml:space="preserve">[1:03:35] </w:t>
      </w:r>
      <w:r>
        <w:t>woh dhara dhar us ko advice de kar aadmi ke andar negative thought aata rehta hai, aur jo angel ka point of entry hai, idhar ghusnay nahin deta us ko.</w:t>
      </w:r>
    </w:p>
    <w:p>
      <w:pPr>
        <w:jc w:val="right"/>
      </w:pPr>
      <w:r>
        <w:t>وہ دھڑا دھڑ اس کو ایڈوائس دے کر آدمی کے اندر نیگیٹیو تھاٹ آتا رہتا ہے، اور جو اینجل کا پوائنٹ آف انٹری ہے، ادھر گھسنے نہیں دیتا اس کو۔</w:t>
      </w:r>
    </w:p>
    <w:p>
      <w:r>
        <w:rPr>
          <w:b/>
        </w:rPr>
        <w:t xml:space="preserve">[1:03:46] </w:t>
      </w:r>
      <w:r>
        <w:t>toh is nateeje ka healthy advice insaan ko nahin milti, aur evil advice har insaan ko mil rahi hai.</w:t>
      </w:r>
    </w:p>
    <w:p>
      <w:pPr>
        <w:jc w:val="right"/>
      </w:pPr>
      <w:r>
        <w:t>تو اس نتیجے کا ہیلدی ایڈوائس انسان کو نہیں ملتی، اور ایول ایڈوائس ہر انسان کو مل رہی ہے۔</w:t>
      </w:r>
    </w:p>
    <w:p>
      <w:r>
        <w:rPr>
          <w:b/>
        </w:rPr>
        <w:t xml:space="preserve">[1:03:57] </w:t>
      </w:r>
      <w:r>
        <w:t>healthy advice jo nahin milti, kyunkay woh bhi le ke chalay, angel se ho, aur angel ko toh aanay nahin de raha hai woh.</w:t>
      </w:r>
    </w:p>
    <w:p>
      <w:pPr>
        <w:jc w:val="right"/>
      </w:pPr>
      <w:r>
        <w:t>ہیلدی ایڈوائس جو نہیں ملتی، کیونکہ وہ بھی لے کے چلے، اینجل سے ہو، اور اینجل کو تو آنے نہیں دے رہا ہے وہ۔</w:t>
      </w:r>
    </w:p>
    <w:p>
      <w:r>
        <w:rPr>
          <w:b/>
        </w:rPr>
        <w:t xml:space="preserve">[1:04:07] </w:t>
      </w:r>
      <w:r>
        <w:t>aur jo evil advice woh mil rahi hai.</w:t>
      </w:r>
    </w:p>
    <w:p>
      <w:pPr>
        <w:jc w:val="right"/>
      </w:pPr>
      <w:r>
        <w:t>اور جو ایول ایڈوائس وہ مل رہی ہے۔</w:t>
      </w:r>
    </w:p>
    <w:p>
      <w:r>
        <w:rPr>
          <w:b/>
        </w:rPr>
        <w:t xml:space="preserve">[1:04:11] </w:t>
      </w:r>
      <w:r>
        <w:t>mein bhi Adam Garh gaya tha, aik sahib mujh se milnay ke liye aaye. wahan par aik shehar, mein ne aik shehar ke bahar aik jagah thi, wahan par toh khoob achha achha kapra pehnay hue aur car par baith kar aaye,</w:t>
      </w:r>
    </w:p>
    <w:p>
      <w:pPr>
        <w:jc w:val="right"/>
      </w:pPr>
      <w:r>
        <w:t>میں بھی آدم گڑھ گیا تھا، ایک صاحب مجھ سے ملنے کے لیے آئے۔ وہاں پر ایک شہر، میں نے ایک شہر کے باہر ایک جگہ تھی، وہاں پر تو خوب اچھا اچھا کپڑا پہنے ہوئے اور کار پر بیٹھ کر آئے،</w:t>
      </w:r>
    </w:p>
    <w:p>
      <w:r>
        <w:rPr>
          <w:b/>
        </w:rPr>
        <w:t xml:space="preserve">[1:04:27] </w:t>
      </w:r>
      <w:r>
        <w:t>aur khoob tandrust dekhnay mein thay. toh mein ne baat shuru ki, bataiye kuch apna experience bataiye.</w:t>
      </w:r>
    </w:p>
    <w:p>
      <w:pPr>
        <w:jc w:val="right"/>
      </w:pPr>
      <w:r>
        <w:t>اور خوب تندرست دیکھنے میں تھے۔ تو میں نے بات شروع کی، بتائیے کچھ اپنا ایکسپیرینس بتائیے۔</w:t>
      </w:r>
    </w:p>
    <w:p>
      <w:r>
        <w:rPr>
          <w:b/>
        </w:rPr>
        <w:t xml:space="preserve">[1:04:36] </w:t>
      </w:r>
      <w:r>
        <w:t>toh foran lagay complaint karnay, hamare saath description hota hai, hamare saath aisa hota hai, waisa hota hai. mein hairaan tha, mein ne kaha ke aap aap khud itnay achhi halat mein rehay hain, har rehay hain toh reh rehay hain.</w:t>
      </w:r>
    </w:p>
    <w:p>
      <w:pPr>
        <w:jc w:val="right"/>
      </w:pPr>
      <w:r>
        <w:t>تو فوراً لگے کمپلینٹ کرنے، ہمارے ساتھ ڈسکرپشن ہوتا ہے، ہمارے ساتھ ایسا ہوتا ہے، ویسا ہوتا ہے۔ میں حیران تھا، میں نے کہا کہ آپ آپ خود اتنے اچھی حالت میں رہے ہیں، ہر رہے ہیں تو رہ رہے ہیں۔</w:t>
      </w:r>
    </w:p>
    <w:p>
      <w:r>
        <w:rPr>
          <w:b/>
        </w:rPr>
        <w:t xml:space="preserve">[1:04:49] </w:t>
      </w:r>
      <w:r>
        <w:t>woh kaun hai jis ke saath bura sulook ho raha hai? toh apnay ko minus kar ke kyun sochtay hain aap? yani aap ke paas car hai, building hai, achha kapra hai, mobile hai, telephone hai, health hai, khatay peetay hain, bachay parh rehay hain achhay schoolon mein.</w:t>
      </w:r>
    </w:p>
    <w:p>
      <w:pPr>
        <w:jc w:val="right"/>
      </w:pPr>
      <w:r>
        <w:t>وہ کون ہے جس کے ساتھ برا سلوک ہو رہا ہے؟ تو اپنے کو مائنس کر کے کیوں سوچتے ہیں آپ؟ یعنی آپ کے پاس کار ہے، بلڈنگ ہے، اچھا کپڑا ہے، موبائل ہے، ٹیلی فون ہے، ہیلتھ ہے، کھاتے پیتے ہیں، بچے پڑھ رہے ہیں اچھے اسکولوں میں۔</w:t>
      </w:r>
    </w:p>
    <w:p>
      <w:r>
        <w:rPr>
          <w:b/>
        </w:rPr>
        <w:t xml:space="preserve">[1:05:06] </w:t>
      </w:r>
      <w:r>
        <w:t>toh apnay ko minus kar ke kyun sochtay hain aap?</w:t>
      </w:r>
    </w:p>
    <w:p>
      <w:pPr>
        <w:jc w:val="right"/>
      </w:pPr>
      <w:r>
        <w:t>تو اپنے کو مائنس کر کے کیوں سوچتے ہیں آپ؟</w:t>
      </w:r>
    </w:p>
    <w:p>
      <w:r>
        <w:rPr>
          <w:b/>
        </w:rPr>
        <w:t xml:space="preserve">[1:05:10] </w:t>
      </w:r>
      <w:r>
        <w:t>to yeh kya hai? setan ne har ek mein, har ek ke andar dakhil ho ho kar ke is ko negative thinking ki taraf daal rakha hai, aur angel jo positive think lana chahte hain, is ko bhula rakha hai.</w:t>
      </w:r>
    </w:p>
    <w:p>
      <w:pPr>
        <w:jc w:val="right"/>
      </w:pPr>
      <w:r>
        <w:t>تو یہ کیا ہے؟ سیٹن نے ہر ایک میں، ہر ایک کے اندر داخل ہو ہو کر کے اس کو نیگیٹیو تھنکنگ کی طرف ڈال رکھا ہے، اور اینجل جو پازیٹیو تھنک لانا چاہتے ہیں، اس کو بھلا رکھا ہے۔</w:t>
      </w:r>
    </w:p>
    <w:p>
      <w:r>
        <w:rPr>
          <w:b/>
        </w:rPr>
        <w:t xml:space="preserve">[1:05:25] </w:t>
      </w:r>
      <w:r>
        <w:t>jaise main hoon, main is is India mein rehta hoon.</w:t>
      </w:r>
    </w:p>
    <w:p>
      <w:pPr>
        <w:jc w:val="right"/>
      </w:pPr>
      <w:r>
        <w:t>جیسے میں ہوں، میں اس اس انڈیا میں رہتا ہوں۔</w:t>
      </w:r>
    </w:p>
    <w:p>
      <w:r>
        <w:rPr>
          <w:b/>
        </w:rPr>
        <w:t xml:space="preserve">[1:05:28] </w:t>
      </w:r>
      <w:r>
        <w:t>main openly bar bar kehta hoon ke dunya mein 57 muslim countries hain, lekin mere liye jo India itna acha hai, woh koi country aisa acha nahi hai.</w:t>
      </w:r>
    </w:p>
    <w:p>
      <w:pPr>
        <w:jc w:val="right"/>
      </w:pPr>
      <w:r>
        <w:t>میں اوپنلی بار بار کہتا ہوں کہ دنیا میں 57 مسلم کنٹریز ہیں، لیکن میرے لیے جو انڈیا اتنا اچھا ہے، وہ کوئی کنٹری ایسا اچھا نہیں ہے۔</w:t>
      </w:r>
    </w:p>
    <w:p>
      <w:r>
        <w:rPr>
          <w:b/>
        </w:rPr>
        <w:t xml:space="preserve">[1:05:39] </w:t>
      </w:r>
      <w:r>
        <w:t>57 muslim countries mein jana pasand nahi karta, India mein mujhe rehna hai. main pehli bar jab gaya tha America to wahan par mujhe unhon ne arrest kar liya tha airport par.</w:t>
      </w:r>
    </w:p>
    <w:p>
      <w:pPr>
        <w:jc w:val="right"/>
      </w:pPr>
      <w:r>
        <w:t>57 مسلم کنٹریز میں جانا پسند نہیں کرتا، انڈیا میں مجھے رہنا ہے۔ میں پہلی بار جب گیا تھا امریکہ تو وہاں پر مجھے انہوں نے اریسٹ کر لیا تھا ایئرپورٹ پر۔</w:t>
      </w:r>
    </w:p>
    <w:p>
      <w:r>
        <w:rPr>
          <w:b/>
        </w:rPr>
        <w:t xml:space="preserve">[1:05:50] </w:t>
      </w:r>
      <w:r>
        <w:t>samajhte thay ke main terrorist kahoon, dadi dekh kar ke. to woh le gaya mujhe police station.</w:t>
      </w:r>
    </w:p>
    <w:p>
      <w:pPr>
        <w:jc w:val="right"/>
      </w:pPr>
      <w:r>
        <w:t>سمجھتے تھے کہ میں ٹیررسٹ کہوں، داڑھی دیکھ کر کے۔ تو وہ لے گیا مجھے پولیس اسٹیشن۔</w:t>
      </w:r>
    </w:p>
    <w:p>
      <w:r>
        <w:rPr>
          <w:b/>
        </w:rPr>
        <w:t xml:space="preserve">[1:05:58] </w:t>
      </w:r>
      <w:r>
        <w:t>to main ne un se kaha ke aap samajhte hain ke main yahan reh jaunga? mujhe rehna nahi hai, aap mujhe, main mujhe India wapas jana hai.</w:t>
      </w:r>
    </w:p>
    <w:p>
      <w:pPr>
        <w:jc w:val="right"/>
      </w:pPr>
      <w:r>
        <w:t>تو میں نے ان سے کہا کہ آپ سمجھتے ہیں کہ میں یہاں رہ جاؤں گا؟ مجھے رہنا نہیں ہے، آپ مجھے، میں مجھے انڈیا واپس جانا ہے۔</w:t>
      </w:r>
    </w:p>
    <w:p>
      <w:r>
        <w:rPr>
          <w:b/>
        </w:rPr>
        <w:t xml:space="preserve">[1:06:10] </w:t>
      </w:r>
      <w:r>
        <w:t>mujhe aap president of America banayein, tab bhi mujhe nahi rehna hai, aap ke mulk mein nahi rehna hai.</w:t>
      </w:r>
    </w:p>
    <w:p>
      <w:pPr>
        <w:jc w:val="right"/>
      </w:pPr>
      <w:r>
        <w:t>مجھے آپ پریزیڈنٹ آف امریکہ بنائیں، تب بھی مجھے نہیں رہنا ہے، آپ کے દેશ میں نہیں رہنا ہے۔</w:t>
      </w:r>
    </w:p>
    <w:p>
      <w:r>
        <w:rPr>
          <w:b/>
        </w:rPr>
        <w:t xml:space="preserve">[1:06:17] </w:t>
      </w:r>
      <w:r>
        <w:t>main is type ka aadmi hoon jaise ke mother teresa ne kaha tha jab gayi thi wahan par America, nobel prize paane ke baad ke main aik ameer mulk se ghareeb mulk mein aayi hoon.</w:t>
      </w:r>
    </w:p>
    <w:p>
      <w:pPr>
        <w:jc w:val="right"/>
      </w:pPr>
      <w:r>
        <w:t>میں اس ٹائپ کا آدمی ہوں جیسے کہ مدر ٹیسا نے کہا تھا جب گئی تھی وہاں پر امریکہ، نوبل پرائز پانے کے بعد کہ میں ایک امیر ದೇಶ سے غریب देश میں آئی ہوں۔</w:t>
      </w:r>
    </w:p>
    <w:p>
      <w:r>
        <w:rPr>
          <w:b/>
        </w:rPr>
        <w:t xml:space="preserve">[1:06:29] </w:t>
      </w:r>
      <w:r>
        <w:t>to main is type ka aadmi hoon, mujhe apna India dunya ka sab se acha mulk dikhai parta hai. to kyun main hamesha cheezon ko positive angle se dekhta hoon, aur log kya, woh cheezon ko negative angle se dekhte hain?</w:t>
      </w:r>
    </w:p>
    <w:p>
      <w:pPr>
        <w:jc w:val="right"/>
      </w:pPr>
      <w:r>
        <w:t>تو میں اس ٹائپ کا آدمی ہوں، مجھے اپنا انڈیا دنیا کا سب سے اچھا کنٹری دکھائی پڑتا ہے۔ تو کیوں میں ہمیشہ چیزوں کو پازیٹیو اینگل سے دیکھتا ہوں، اور لوگ کیا، وہ چیزوں کو نیگیٹیو اینگل سے دیکھتے ہیں؟</w:t>
      </w:r>
    </w:p>
    <w:p>
      <w:r>
        <w:rPr>
          <w:b/>
        </w:rPr>
        <w:t xml:space="preserve">[1:06:46] </w:t>
      </w:r>
      <w:r>
        <w:t>logon ne apna advisor bana rakha hai setan ko, aur Khuda ke fazl se mera mera advisor jo hai, angel hai. yeh sab ka haal hai, sab ka haal hai, sab ka haal hai, chahe mister ho ya molvi ho, lajjes ho ya secular ho, dadi wala ho ya be dadi wala ho, sab ka yahi haal hai.</w:t>
      </w:r>
    </w:p>
    <w:p>
      <w:pPr>
        <w:jc w:val="right"/>
      </w:pPr>
      <w:r>
        <w:t>لوگوں نے اپنا ایڈوائزر بنا رکھا ہے سیٹن کو، اور خدا کے فضل سے میرا میرا ایڈوائزر جو ہے، اینجل ہے۔ یہ سب کا حال ہے، سب کا حال ہے، سب کا حال ہے، چاہے مسٹر ہو یا مولوی ہو، للجس ہو یا سیکولر ہو، داڑھی والا ہو یا بے داڑھی والا ہو، سب کا یہی حال ہے۔</w:t>
      </w:r>
    </w:p>
    <w:p>
      <w:r>
        <w:rPr>
          <w:b/>
        </w:rPr>
        <w:t xml:space="preserve">[1:07:06] </w:t>
      </w:r>
      <w:r>
        <w:t>to main yahi kahunga ke har ek chahiye ke apna introspection kare, reassess kare, rethinking kare, phir se apni re planning kare.</w:t>
      </w:r>
    </w:p>
    <w:p>
      <w:pPr>
        <w:jc w:val="right"/>
      </w:pPr>
      <w:r>
        <w:t>تو میں یہی کہوں گا کہ ہر ایک چاہیے کہ اپنا انٹروسپیکشن کرے، ری اسیس کرے، ری تھنکنگ کرے، پھر سے اپنی ری پلاننگ کرے۔</w:t>
      </w:r>
    </w:p>
    <w:p>
      <w:r>
        <w:rPr>
          <w:b/>
        </w:rPr>
        <w:t xml:space="preserve">[1:07:17] </w:t>
      </w:r>
      <w:r>
        <w:t>har ek ko yeh karna hai.</w:t>
      </w:r>
    </w:p>
    <w:p>
      <w:pPr>
        <w:jc w:val="right"/>
      </w:pPr>
      <w:r>
        <w:t>ہر ایک کو یہ کرنا ہے۔</w:t>
      </w:r>
    </w:p>
    <w:p>
      <w:r>
        <w:rPr>
          <w:b/>
        </w:rPr>
        <w:t xml:space="preserve">[1:07:23] </w:t>
      </w:r>
      <w:r>
        <w:t>das question is from mister mushafiq sultan. what is the wisdom behind the present arrangement of the Quran?</w:t>
      </w:r>
    </w:p>
    <w:p>
      <w:pPr>
        <w:jc w:val="right"/>
      </w:pPr>
      <w:r>
        <w:t>دس کوئسچن از فرام مسٹر مشافق سلطان۔ واٹ از دا وزڈم بیہائنڈ دی پریزنٹ ارینجمنٹ آف دا قرآن؟</w:t>
      </w:r>
    </w:p>
    <w:p>
      <w:r>
        <w:rPr>
          <w:b/>
        </w:rPr>
        <w:t xml:space="preserve">[1:07:32] </w:t>
      </w:r>
      <w:r>
        <w:t>as</w:t>
      </w:r>
    </w:p>
    <w:p>
      <w:pPr>
        <w:jc w:val="right"/>
      </w:pPr>
      <w:r>
        <w:t>ایز</w:t>
      </w:r>
    </w:p>
    <w:p>
      <w:r>
        <w:rPr>
          <w:b/>
        </w:rPr>
        <w:t xml:space="preserve">[1:07:33] </w:t>
      </w:r>
      <w:r>
        <w:t>we know that the revelation of the Quran was in a different order. yeh bhi setan ne logon ke dimagh utha rakha hai.</w:t>
      </w:r>
    </w:p>
    <w:p>
      <w:pPr>
        <w:jc w:val="right"/>
      </w:pPr>
      <w:r>
        <w:t>وی نو دیٹ دا ریولیشن آف دا قرآن واز ان ا ڈفرنٹ آرڈر۔ یہ بھی سیٹن نے لوگوں کے دماغ اٹھا رکھا ہے۔</w:t>
      </w:r>
    </w:p>
    <w:p>
      <w:r>
        <w:rPr>
          <w:b/>
        </w:rPr>
        <w:t xml:space="preserve">[1:07:44] </w:t>
      </w:r>
      <w:r>
        <w:t>aik sahib, main kahin gaya tha bahar, aik question kiya to main ne kaha yahi yahi mila aap ko is Quran mein, aur kuch nahi mila aap ko.</w:t>
      </w:r>
    </w:p>
    <w:p>
      <w:pPr>
        <w:jc w:val="right"/>
      </w:pPr>
      <w:r>
        <w:t>ایک صاحب، میں کہیں گیا تھا باہر، ایک کوئسچن کیا تو میں نے کہا یہی یہی ملا آپ کو اس قرآن میں، اور کچھ نہیں ملا آپ کو۔</w:t>
      </w:r>
    </w:p>
    <w:p>
      <w:r>
        <w:rPr>
          <w:b/>
        </w:rPr>
        <w:t xml:space="preserve">[1:07:56] </w:t>
      </w:r>
      <w:r>
        <w:t>is qism ke technical question jo hain, is ki koi importance nahi hoti.</w:t>
      </w:r>
    </w:p>
    <w:p>
      <w:pPr>
        <w:jc w:val="right"/>
      </w:pPr>
      <w:r>
        <w:t>اس قسم کے ٹیکنیکل کوئسچن جو ہیں، اس کی کوئی امپورٹنس نہیں ہوتی۔</w:t>
      </w:r>
    </w:p>
    <w:p>
      <w:r>
        <w:rPr>
          <w:b/>
        </w:rPr>
        <w:t xml:space="preserve">[1:08:01] </w:t>
      </w:r>
      <w:r>
        <w:t>yeh sab technical questions hain. importance yeh hai ke is ka message kya hai, is ki spirit kya hai, is ko janne ki koshish karo, is ka message kya hai. to main ne un se kaha ke sab se pehli baat jo sochna chahiye aap ko ke Quran start yahan hota hai, Alhamdulillah Rabbil Alameen.</w:t>
      </w:r>
    </w:p>
    <w:p>
      <w:pPr>
        <w:jc w:val="right"/>
      </w:pPr>
      <w:r>
        <w:t>یہ سب ٹیکنیکل کوئسچنز ہیں۔ امپورٹنس یہ ہے کہ اس کا میسج کیا ہے، اس کی سپرٹ کیا ہے، اس کو جاننے کی کوشش کرو، اس کا میسج کیا ہے۔ تو میں نے ان سے کہا کہ سب سے پہلی بات جو سوچنا چاہیے آپ کو کہ قرآن سٹارٹ یہاں ہوتا ہے، الحمدللہ رب العالمین۔</w:t>
      </w:r>
    </w:p>
    <w:p>
      <w:r>
        <w:rPr>
          <w:b/>
        </w:rPr>
        <w:t xml:space="preserve">[1:08:19] </w:t>
      </w:r>
      <w:r>
        <w:t>is ki meaning kya hai, is ki gehrai kya hai? be order yeh ho ya woh, is se kya farq parta hai? main khud writer hoon,</w:t>
      </w:r>
    </w:p>
    <w:p>
      <w:pPr>
        <w:jc w:val="right"/>
      </w:pPr>
      <w:r>
        <w:t>اس کی میننگ کیا ہے، اس کی گہرائی کیا ہے؟ بے آرڈر یہ ہو یا وہ، اس سے کیا فرق پڑتا ہے؟ میں خود رائٹر ہوں،</w:t>
      </w:r>
    </w:p>
    <w:p>
      <w:r>
        <w:rPr>
          <w:b/>
        </w:rPr>
        <w:t xml:space="preserve">[1:08:29] </w:t>
      </w:r>
      <w:r>
        <w:t>main ne hazaron ka lakhon likha hai, to main article likhta rehta hoon. phir jab arrange karta hoon to is ka arrange badal jata hai, is ka arrangement badal jata hai.</w:t>
      </w:r>
    </w:p>
    <w:p>
      <w:pPr>
        <w:jc w:val="right"/>
      </w:pPr>
      <w:r>
        <w:t>میں نے ہزاروں کا لاکھوں لکھا ہے، تو میں آرٹیکل لکھتا رہتا ہوں۔ پھر جب ارینج کرتا ہوں تو اس کا ارینج بدل جاتا ہے، اس کا ارینجمنٹ بدل جاتا ہے۔</w:t>
      </w:r>
    </w:p>
    <w:p>
      <w:r>
        <w:rPr>
          <w:b/>
        </w:rPr>
        <w:t xml:space="preserve">[1:08:42] </w:t>
      </w:r>
      <w:r>
        <w:t>main khud aisa karta hoon. jitni meri books hain, sab books aisa hai ke bilkul orderly wahin likhi gayi hain. kabhi aisa hua ke akhir wala likha, woh upar jo jo jo chapter akhir mein likha, woh pehle rakhna pada.</w:t>
      </w:r>
    </w:p>
    <w:p>
      <w:pPr>
        <w:jc w:val="right"/>
      </w:pPr>
      <w:r>
        <w:t>میں خود ایسا کرتا ہوں۔ جتنی میری بکس ہیں، سب بکس ایسا ہے کہ بالکل آرڈرلی وہیں لکھی گئی ہیں۔ کبھی ایسا ہوا کہ آخر والا لکھا، وہ اوپر جو جو جو چیپٹر آخر میں لکھا، وہ پہلے رکھنا پڑا۔</w:t>
      </w:r>
    </w:p>
    <w:p>
      <w:r>
        <w:rPr>
          <w:b/>
        </w:rPr>
        <w:t xml:space="preserve">[1:08:55] </w:t>
      </w:r>
      <w:r>
        <w:t>jo pehle likha tha, woh baad ko rakhna pada.</w:t>
      </w:r>
    </w:p>
    <w:p>
      <w:pPr>
        <w:jc w:val="right"/>
      </w:pPr>
      <w:r>
        <w:t>جو پہلے لکھا تھا، وہ بعد کو رکھنا پڑا۔</w:t>
      </w:r>
    </w:p>
    <w:p>
      <w:r>
        <w:rPr>
          <w:b/>
        </w:rPr>
        <w:t xml:space="preserve">[1:08:58] </w:t>
      </w:r>
      <w:r>
        <w:t>yeh writer ka apna choice hai. to aap is mein is is question kyun uthate hain? yeh to writer ka apna choice hai.</w:t>
      </w:r>
    </w:p>
    <w:p>
      <w:pPr>
        <w:jc w:val="right"/>
      </w:pPr>
      <w:r>
        <w:t>یہ ہاتھر کا اپنا چوائس ہے۔ تو آپ اس میں اس اس کوئسچن کیوں اٹھاتے ہیں؟ یہ تو ہاتھر کا اپنا چوائس ہے۔</w:t>
      </w:r>
    </w:p>
    <w:p>
      <w:r>
        <w:rPr>
          <w:b/>
        </w:rPr>
        <w:t xml:space="preserve">[1:09:08] </w:t>
      </w:r>
      <w:r>
        <w:t>main khud yahi karta hoon. meri har kitab mein aisa hi hai ke aisa nahi ke main a se shuru kiya to z tak pahuncha, wohi chhap diya. kabhi z chapter baad ko jo likha tha, woh shuru mein kar dena pada, a chapter ko akhir mein kar dena pada.</w:t>
      </w:r>
    </w:p>
    <w:p>
      <w:pPr>
        <w:jc w:val="right"/>
      </w:pPr>
      <w:r>
        <w:t>میں خود یہی کرتا ہوں۔ میری ہر کتاب میں ایسا ہی ہے کہ ایسا نہیں کہ میں اے سے شروع کیا تو زیڈ تک پہنچا، وہی چھاپ دیا۔ کبھی زیڈ چیپٹر بعد کو جو لکھا تھا، وہ شروع میں کر دینا پڑا، اے چیپٹر کو آخر میں کر دینا پڑا۔</w:t>
      </w:r>
    </w:p>
    <w:p>
      <w:r>
        <w:rPr>
          <w:b/>
        </w:rPr>
        <w:t xml:space="preserve">[1:09:22] </w:t>
      </w:r>
      <w:r>
        <w:t>yeh writer ka choice hai.</w:t>
      </w:r>
    </w:p>
    <w:p>
      <w:pPr>
        <w:jc w:val="right"/>
      </w:pPr>
      <w:r>
        <w:t>یہ رائٹر کا چوائس ہے۔</w:t>
      </w:r>
    </w:p>
    <w:p>
      <w:r>
        <w:rPr>
          <w:b/>
        </w:rPr>
        <w:t xml:space="preserve">[1:09:25] </w:t>
      </w:r>
      <w:r>
        <w:t>to jo aap jo tarteeb hai, woh khud khuda ke kahani ke mutabiq hai. yani jibril ne jo kaha tha, wahi sahih hai. yeh ek myth hai, yeh ke ke yeh musalmanon ne baat ko aisa kar liya.</w:t>
      </w:r>
    </w:p>
    <w:p>
      <w:pPr>
        <w:jc w:val="right"/>
      </w:pPr>
      <w:r>
        <w:t>تو جو آپ جو ترتیب ہے، وہ خود خدا کے کہانی کے مطابق ہے۔ یعنی جبرائیل نے جو کہا تھا، وہی صحیح ہے۔ یہ ایک متھ ہے، یہ کہ کہ یہ مسلمانوں نے بات کو ایسا کر لیا۔</w:t>
      </w:r>
    </w:p>
    <w:p>
      <w:r>
        <w:rPr>
          <w:b/>
        </w:rPr>
        <w:t xml:space="preserve">[1:09:40] </w:t>
      </w:r>
      <w:r>
        <w:t>bilkul yeh jhoot baat hai. jis khuda ki taraf se jibril jo late the, revelation, unhi ne is ko, unhon ne is order mein bataya.</w:t>
      </w:r>
    </w:p>
    <w:p>
      <w:pPr>
        <w:jc w:val="right"/>
      </w:pPr>
      <w:r>
        <w:t>بالکل یہ جھوٹ بات ہے۔ جس خدا کی طرف سے جبرائیل جو لاتے تھے، ریولیشن، انہی نے اس کو، انہوں نے اس آرڈر میں بتایا۔</w:t>
      </w:r>
    </w:p>
    <w:p>
      <w:r>
        <w:rPr>
          <w:b/>
        </w:rPr>
        <w:t xml:space="preserve">[1:09:52] </w:t>
      </w:r>
      <w:r>
        <w:t>jo ab jo order hai, woh jibril ko pata hai, woh order hai. to writer apne choice ko istemal karta hai, to is mein aap ko, aap ko yani kya is mein aapati kya hai?</w:t>
      </w:r>
    </w:p>
    <w:p>
      <w:pPr>
        <w:jc w:val="right"/>
      </w:pPr>
      <w:r>
        <w:t>جو اب جو آرڈر ہے، وہ جبرائیل کو پتہ ہے، وہ آرڈر ہے۔ تو رائٹر اپنے چوائس کو استعمال کرتا ہے، تو اس میں آپ کو، آپ کو یعنی کیا اس میں آپتی کیا ہے؟</w:t>
      </w:r>
    </w:p>
    <w:p>
      <w:r>
        <w:rPr>
          <w:b/>
        </w:rPr>
        <w:t xml:space="preserve">[1:10:02] </w:t>
      </w:r>
      <w:r>
        <w:t>aap ko yeh to mein bhi karta hoon. yeh sab bilkul yani unnecessary questions hain.</w:t>
      </w:r>
    </w:p>
    <w:p>
      <w:pPr>
        <w:jc w:val="right"/>
      </w:pPr>
      <w:r>
        <w:t>آپ کو یہ تو میں بھی کرتا ہوں۔ یہ سب بالکل یعنی ان نیسیسری کوئسچنز ہیں۔</w:t>
      </w:r>
    </w:p>
    <w:p>
      <w:r>
        <w:rPr>
          <w:b/>
        </w:rPr>
        <w:t xml:space="preserve">[1:10:11] </w:t>
      </w:r>
      <w:r>
        <w:t>yeh sab das question is from doctor muslima siddiqui. there are two kinds of people</w:t>
      </w:r>
    </w:p>
    <w:p>
      <w:pPr>
        <w:jc w:val="right"/>
      </w:pPr>
      <w:r>
        <w:t>یہ سب دس کوئسچن از فرام ڈاکٹر مسلمہ صدیقی۔ دیر آر ٹو کائنڈز آف پیپل</w:t>
      </w:r>
    </w:p>
    <w:p>
      <w:r>
        <w:rPr>
          <w:b/>
        </w:rPr>
        <w:t xml:space="preserve">[1:10:20] </w:t>
      </w:r>
      <w:r>
        <w:t>. one kind is of those who possess knowledge of truth, but they do not surrender to the truth, while the other kind is of those who have no knowledge.</w:t>
      </w:r>
    </w:p>
    <w:p>
      <w:pPr>
        <w:jc w:val="right"/>
      </w:pPr>
      <w:r>
        <w:t>۔ ون کائنڈ از آف دوز ہو پوزیس نالج آف ٹروتھ، بٹ دے ڈو ناٹ سرینڈر ٹو دا ٹروتھ، وائل دی ادر کائنڈ از آف دوز ہو ہیو نو نالج۔</w:t>
      </w:r>
    </w:p>
    <w:p>
      <w:r>
        <w:rPr>
          <w:b/>
        </w:rPr>
        <w:t xml:space="preserve">[1:10:33] </w:t>
      </w:r>
      <w:r>
        <w:t>are both kinds of people equally responsible for their refusal or failure to surrender to the truth?</w:t>
      </w:r>
    </w:p>
    <w:p>
      <w:pPr>
        <w:jc w:val="right"/>
      </w:pPr>
      <w:r>
        <w:t>آر بوتھ کائنڈز آف پیپل ایکولی ریسپانسبل فار دیر ریفیوزل اور فیلیر ٹو سرینڈر ٹو دا ٹروتھ؟</w:t>
      </w:r>
    </w:p>
    <w:p>
      <w:r>
        <w:rPr>
          <w:b/>
        </w:rPr>
        <w:t xml:space="preserve">[1:10:43] </w:t>
      </w:r>
      <w:r>
        <w:t>haan, dekhen yeh ek bohat bare scholar the, un se aise hi question kiya gaya tha. to</w:t>
      </w:r>
    </w:p>
    <w:p>
      <w:pPr>
        <w:jc w:val="right"/>
      </w:pPr>
      <w:r>
        <w:t>ہاں، دیکھیں یہ ایک بہت بڑے اسکالر تھے، ان سے ایسے ہی کوئسچن کیا گیا تھا۔ تو</w:t>
      </w:r>
    </w:p>
    <w:p>
      <w:r>
        <w:rPr>
          <w:b/>
        </w:rPr>
        <w:t xml:space="preserve">[1:10:52] </w:t>
      </w:r>
      <w:r>
        <w:t>unhon ne jo kaha tha, woh mein samajhta hoon ke bohat theek kaha tha. unhon ne un ki jo wording thi, woh yeh thi ke jaisi tablegh, waisa mawakhza.</w:t>
      </w:r>
    </w:p>
    <w:p>
      <w:pPr>
        <w:jc w:val="right"/>
      </w:pPr>
      <w:r>
        <w:t>انہوں نے جو کہا تھا، وہ میں سمجھتا ہوں کہ بہت ٹھیک کہا تھا۔ انہوں نے ان کی جو ورڈنگ تھی، وہ یہ تھی کہ جیسی تبلیغ، ویسا مواخذہ۔</w:t>
      </w:r>
    </w:p>
    <w:p>
      <w:r>
        <w:rPr>
          <w:b/>
        </w:rPr>
        <w:t xml:space="preserve">[1:11:03] </w:t>
      </w:r>
      <w:r>
        <w:t>yeh wording thi un ki: jaisi tablegh, waisa mawakhza. is ka matlab yeh hai ke jitna aadmi janta tha, us ke hisab se us ki responsibility hai.</w:t>
      </w:r>
    </w:p>
    <w:p>
      <w:pPr>
        <w:jc w:val="right"/>
      </w:pPr>
      <w:r>
        <w:t>یہ ورڈنگ تھی ان کی: جیسی تبلیغ، ویسا مواخذہ۔ اس کا مطلب یہ ہے کہ جتنا آدمی جانتا تھا، اس کے حساب سے اس کی ریسپانسبیلٹی ہے۔</w:t>
      </w:r>
    </w:p>
    <w:p>
      <w:r>
        <w:rPr>
          <w:b/>
        </w:rPr>
        <w:t xml:space="preserve">[1:11:15] </w:t>
      </w:r>
      <w:r>
        <w:t>jitna janta tha aadmi, jaan kar na manna asal yeh crime hai. khuda ke nazdeek</w:t>
      </w:r>
    </w:p>
    <w:p>
      <w:pPr>
        <w:jc w:val="right"/>
      </w:pPr>
      <w:r>
        <w:t>جتنا جانتا تھا آدمی، جان کر نہ ماننا اصل یہ کرائم ہے۔ خدا کے نزدیک</w:t>
      </w:r>
    </w:p>
    <w:p>
      <w:r>
        <w:rPr>
          <w:b/>
        </w:rPr>
        <w:t xml:space="preserve">[1:11:21] </w:t>
      </w:r>
      <w:r>
        <w:t>anjane mein aadmi na manay to woh crime nahi hai.</w:t>
      </w:r>
    </w:p>
    <w:p>
      <w:pPr>
        <w:jc w:val="right"/>
      </w:pPr>
      <w:r>
        <w:t>انجانے میں آدمی نہ مانے تو وہ کرائم نہیں ہے۔</w:t>
      </w:r>
    </w:p>
    <w:p>
      <w:r>
        <w:rPr>
          <w:b/>
        </w:rPr>
        <w:t xml:space="preserve">[1:11:27] </w:t>
      </w:r>
      <w:r>
        <w:t>yeh matlab tha un ka ke ek hai ke aap jannay aur jaan kar ke aap is ko phir bhi na manay. to wahi woh cheez hai jo khuda ka pakra jayega.</w:t>
      </w:r>
    </w:p>
    <w:p>
      <w:pPr>
        <w:jc w:val="right"/>
      </w:pPr>
      <w:r>
        <w:t>یہ مطلب تھا ان کا کہ ایک ہے کہ آپ جانیں اور جان کر کے آپ اس کو پھر بھی نہ مانیں۔ تو وہی وہ چیز ہے جو خدا کا پکڑا جائے گا۔</w:t>
      </w:r>
    </w:p>
    <w:p>
      <w:r>
        <w:rPr>
          <w:b/>
        </w:rPr>
        <w:t xml:space="preserve">[1:11:37] </w:t>
      </w:r>
      <w:r>
        <w:t>aadmi, aadmi janta hi nahi ho, kuch just like animal hai, woh to anjane mein kuch kar deta hai. to is ke sath khuda doosra muamla karega.</w:t>
      </w:r>
    </w:p>
    <w:p>
      <w:pPr>
        <w:jc w:val="right"/>
      </w:pPr>
      <w:r>
        <w:t>آدمی، آدمی جانتا ہی نہیں ہو، کچھ جسٹ لائک اینیمل ہے، وہ تو انجانے میں کچھ کر دیتا ہے۔ تو اس کے ساتھ خدا دوسرا معاملہ کرے گا۔</w:t>
      </w:r>
    </w:p>
    <w:p>
      <w:r>
        <w:rPr>
          <w:b/>
        </w:rPr>
        <w:t xml:space="preserve">[1:11:48] </w:t>
      </w:r>
      <w:r>
        <w:t>is</w:t>
      </w:r>
    </w:p>
    <w:p>
      <w:pPr>
        <w:jc w:val="right"/>
      </w:pPr>
      <w:r>
        <w:t>اس</w:t>
      </w:r>
    </w:p>
    <w:p>
      <w:r>
        <w:rPr>
          <w:b/>
        </w:rPr>
        <w:t xml:space="preserve">[1:11:49] </w:t>
      </w:r>
      <w:r>
        <w:t>logon ki responsibility ek nahi ho sakti hai.</w:t>
      </w:r>
    </w:p>
    <w:p>
      <w:pPr>
        <w:jc w:val="right"/>
      </w:pPr>
      <w:r>
        <w:t>لوگوں کی ریسپانسبیلٹی ایک نہیں ہو سکتی ہے۔</w:t>
      </w:r>
    </w:p>
    <w:p>
      <w:r>
        <w:rPr>
          <w:b/>
        </w:rPr>
        <w:t xml:space="preserve">[1:11:54] </w:t>
      </w:r>
      <w:r>
        <w:t>to yeh baat jo unhon ne kahi thi, us ko mein theek samajhta hoon.</w:t>
      </w:r>
    </w:p>
    <w:p>
      <w:pPr>
        <w:jc w:val="right"/>
      </w:pPr>
      <w:r>
        <w:t>تو یہ بات جو انہوں نے کہی تھی، اس کو میں ٹھیک سمجھتا ہوں۔</w:t>
      </w:r>
    </w:p>
    <w:p>
      <w:r>
        <w:rPr>
          <w:b/>
        </w:rPr>
        <w:t xml:space="preserve">[1:11:59] </w:t>
      </w:r>
      <w:r>
        <w:t>das question is from mr khalid ansari. there is a tradition amongst muslims to ask their acquaintances and elderly people to do dua for their betterment of their life or getting rid of some problems.</w:t>
      </w:r>
    </w:p>
    <w:p>
      <w:pPr>
        <w:jc w:val="right"/>
      </w:pPr>
      <w:r>
        <w:t>دس کوئسچن از فرام مسٹر خالد انصاری۔ دیر از ا ٹریڈیشن امنگز مسلمز ٹو اسک دیر ایکونٹنسز اینڈ ایلڈرلی پیپل ٹو ڈو دعا فار دیر بیٹرمنٹ آف دیر لائف اور گیٹنگ ریڈ آف سم پرابلمز۔</w:t>
      </w:r>
    </w:p>
    <w:p>
      <w:r>
        <w:rPr>
          <w:b/>
        </w:rPr>
        <w:t xml:space="preserve">[1:12:19] </w:t>
      </w:r>
      <w:r>
        <w:t>whats the correct perspective in this regard, especially when god has opened a direct channel of praying to him and doing dua for betterment?</w:t>
      </w:r>
    </w:p>
    <w:p>
      <w:pPr>
        <w:jc w:val="right"/>
      </w:pPr>
      <w:r>
        <w:t>واٹس دی کریکٹ پرسپیکٹو ان دس ریگارڈ، اسپیشلی وین گاڈ ہیز اوپنڈ ا ڈائریکٹ چینل آف پرینگ ٹو ہم اینڈ ڈوئنگ دعا فار بیٹرمنٹ؟</w:t>
      </w:r>
    </w:p>
    <w:p>
      <w:r>
        <w:rPr>
          <w:b/>
        </w:rPr>
        <w:t xml:space="preserve">[1:12:30] </w:t>
      </w:r>
      <w:r>
        <w:t>dekhen, dua ke muamle mein mein arz karoon</w:t>
      </w:r>
    </w:p>
    <w:p>
      <w:pPr>
        <w:jc w:val="right"/>
      </w:pPr>
      <w:r>
        <w:t>دیکھیں، دعا کے معاملے میں میں عرض کروں</w:t>
      </w:r>
    </w:p>
    <w:p>
      <w:r>
        <w:rPr>
          <w:b/>
        </w:rPr>
        <w:t xml:space="preserve">[1:12:36] </w:t>
      </w:r>
      <w:r>
        <w:t>ke quran mein hai ke</w:t>
      </w:r>
    </w:p>
    <w:p>
      <w:pPr>
        <w:jc w:val="right"/>
      </w:pPr>
      <w:r>
        <w:t>کہ قرآن میں ہے کہ</w:t>
      </w:r>
    </w:p>
    <w:p>
      <w:r>
        <w:rPr>
          <w:b/>
        </w:rPr>
        <w:t xml:space="preserve">[1:12:54] </w:t>
      </w:r>
      <w:r>
        <w:t>dua jo hai, bande aur insan ka muamla hai, yeh teesre ka muamla nahi hai.</w:t>
      </w:r>
    </w:p>
    <w:p>
      <w:pPr>
        <w:jc w:val="right"/>
      </w:pPr>
      <w:r>
        <w:t>دعا جو ہے، بندے اور انسان کا معاملہ ہے، یہ تیسرے کا معاملہ نہیں ہے۔</w:t>
      </w:r>
    </w:p>
    <w:p>
      <w:r>
        <w:rPr>
          <w:b/>
        </w:rPr>
        <w:t xml:space="preserve">[1:13:04] </w:t>
      </w:r>
      <w:r>
        <w:t>aaj kal riwaj hai ke kahin jayen, kisi aalim ke haan, buzurg ke haan, hazrat mere liye dua kijiye. there is absurd, kisi ke dua karne se nahi kuch milne wala hai, kisi ko kuch bhi nahi.</w:t>
      </w:r>
    </w:p>
    <w:p>
      <w:pPr>
        <w:jc w:val="right"/>
      </w:pPr>
      <w:r>
        <w:t>آج کل رواج ہے کہ کہیں جائیں، کسی عالم کے ہاں، بزرگ کے ہاں، حضرت میرے لیے دعا کیجئے۔ دیر از ایبسٹرڈ، کسی کے دعا کرنے سے نہیں کچھ ملنے والا ہے، کسی کو کچھ بھی نہیں۔</w:t>
      </w:r>
    </w:p>
    <w:p>
      <w:r>
        <w:rPr>
          <w:b/>
        </w:rPr>
        <w:t xml:space="preserve">[1:13:18] </w:t>
      </w:r>
      <w:r>
        <w:t>one percent bhi is ka koi faida nahi hai. log bare bare, yani isi mein buzurg bane hue hain, bohat se log un ke haan log dua karwane ke liye atay hain ke jao hazrat se dua karwa lo.</w:t>
      </w:r>
    </w:p>
    <w:p>
      <w:pPr>
        <w:jc w:val="right"/>
      </w:pPr>
      <w:r>
        <w:t>ون پرسنٹ بھی اس کا کوئی فائدہ نہیں ہے۔ لوگ بڑے بڑے، یعنی اسی میں بزرگ بنے ہوئے ہیں، بہت سے لوگ ان کے ہاں لوگ دعا کروانے کے لیے آتے ہیں کہ جاؤ حضرت سے دعا کروا لو۔</w:t>
      </w:r>
    </w:p>
    <w:p>
      <w:r>
        <w:rPr>
          <w:b/>
        </w:rPr>
        <w:t xml:space="preserve">[1:13:30] </w:t>
      </w:r>
      <w:r>
        <w:t>yeh bilkul yeh sab falsehood mein jeena hai.</w:t>
      </w:r>
    </w:p>
    <w:p>
      <w:pPr>
        <w:jc w:val="right"/>
      </w:pPr>
      <w:r>
        <w:t>یہ بالکل یہ سب فالس ہڈ میں جینا ہے۔</w:t>
      </w:r>
    </w:p>
    <w:p>
      <w:r>
        <w:rPr>
          <w:b/>
        </w:rPr>
        <w:t xml:space="preserve">[1:13:34] </w:t>
      </w:r>
      <w:r>
        <w:t>yeh sab false hood mein jeena hai. yaad rakhein, kisi ke dua se kuch hone wala nahi hai. mein ab batata hoon aap ko, Hazrat Nuh peghambar thay, unhon ne dua ki apne bete ke liye, kuch bhi nahi hua,</w:t>
      </w:r>
    </w:p>
    <w:p>
      <w:pPr>
        <w:jc w:val="right"/>
      </w:pPr>
      <w:r>
        <w:t>یہ سب فالس ہڈ میں جینا ہے۔ یاد رکھیں، کسی کے دعا سے کچھ ہونے والا نہیں ہے۔ میں اب بتاتا ہوں آپ کو، حضرت نوح پیغمبر تھے، انہوں نے دعا کی اپنے بیٹے کے لیے، کچھ بھی نہیں ہوا،</w:t>
      </w:r>
    </w:p>
    <w:p>
      <w:r>
        <w:rPr>
          <w:b/>
        </w:rPr>
        <w:t xml:space="preserve">[1:13:48] </w:t>
      </w:r>
      <w:r>
        <w:t>kyunke bete ke andar koi, bete ke andar kuch tha hi nahi. kuch woh is mein kuch chahat thi nahi. is ke andar Hazrat Ibrahim ne apne baap ke liye dua kiya, phir bhi kuch nahi hua, kyunke baap baap chahta nahi tha.</w:t>
      </w:r>
    </w:p>
    <w:p>
      <w:pPr>
        <w:jc w:val="right"/>
      </w:pPr>
      <w:r>
        <w:t>کیونکہ بیٹے کے اندر کوئی، بیٹے کے اندر کچھ تھا ہی نہیں۔ کچھ وہ اس میں کچھ چاہت تھی نہیں۔ اس کے اندر حضرت ابراہیم نے اپنے باپ کے لیے دعا کیا، پھر بھی کچھ نہیں ہوا، کیونکہ باپ باپ چاہتا نہیں تھا۔</w:t>
      </w:r>
    </w:p>
    <w:p>
      <w:r>
        <w:rPr>
          <w:b/>
        </w:rPr>
        <w:t xml:space="preserve">[1:14:01] </w:t>
      </w:r>
      <w:r>
        <w:t>kuch Rasool Allah ne apne chacha ke liye dua kiya, aur kuch bhi nahi hua, kyunke chacha ke liye talab nahi thi. chacha ke andar</w:t>
      </w:r>
    </w:p>
    <w:p>
      <w:pPr>
        <w:jc w:val="right"/>
      </w:pPr>
      <w:r>
        <w:t>کچھ رسول اللہ نے اپنے چچا کے لیے دعا کیا، اور کچھ بھی نہیں ہوا، کیونکہ چچا کے لیے طلب نہیں تھی۔ چچا کے اندر</w:t>
      </w:r>
    </w:p>
    <w:p>
      <w:r>
        <w:rPr>
          <w:b/>
        </w:rPr>
        <w:t xml:space="preserve">[1:14:13] </w:t>
      </w:r>
      <w:r>
        <w:t>yeh bilkul absurd baat hai ke aap jayein kahin se safar kar ke aur kahin Hazrat mere liye dua ki jiye. bilkul false hood mein jeena hai. yeh dua bande ka aur Khuda ka direct communion hai, direct muamla hai.</w:t>
      </w:r>
    </w:p>
    <w:p>
      <w:pPr>
        <w:jc w:val="right"/>
      </w:pPr>
      <w:r>
        <w:t>یہ بالکل ایبسٹرڈ بات ہے کہ آپ جائیں کہیں سے سفر کر کے اور کہیں حضرت میرے لیے دعا کیجئے۔ بالکل فالس ہڈ میں جینا ہے۔ یہ دعا بندے کا اور خدا کا ڈائریکٹ کمیونین ہے، ڈائریکٹ معاملہ ہے۔</w:t>
      </w:r>
    </w:p>
    <w:p>
      <w:r>
        <w:rPr>
          <w:b/>
        </w:rPr>
        <w:t xml:space="preserve">[1:14:30] </w:t>
      </w:r>
      <w:r>
        <w:t>har aadmi ko wohi milega jo use khud Khuda se manga ho. yaad rakhiye, har aadmi ko wohi milega jo use khud Khuda se manga</w:t>
      </w:r>
    </w:p>
    <w:p>
      <w:pPr>
        <w:jc w:val="right"/>
      </w:pPr>
      <w:r>
        <w:t>ہر آدمی کو وہی ملے گا جو اسے خود خدا سے مانگا ہو۔ یاد رکھیے، ہر آدمی کو وہی ملے گا جو اسے خود خدا سے مانگا</w:t>
      </w:r>
    </w:p>
    <w:p>
      <w:r>
        <w:rPr>
          <w:b/>
        </w:rPr>
        <w:t xml:space="preserve">[1:14:40] </w:t>
      </w:r>
      <w:r>
        <w:t>ho. kisi aur ki dua se kisi ko kuch milne wala nahi hai, na dunya mein, na akhirat mein, na dunya mein, na akhirat mein.</w:t>
      </w:r>
    </w:p>
    <w:p>
      <w:pPr>
        <w:jc w:val="right"/>
      </w:pPr>
      <w:r>
        <w:t>ہو۔ کسی اور کی دعا سے کسی کو کچھ ملنے والا نہیں ہے، نہ دنیا میں، نہ آخرت میں، نہ دنیا میں، نہ آخرت میں۔</w:t>
      </w:r>
    </w:p>
    <w:p>
      <w:r>
        <w:rPr>
          <w:b/>
        </w:rPr>
        <w:t xml:space="preserve">[1:14:50] </w:t>
      </w:r>
      <w:r>
        <w:t>toh mein is ko bilkul hi absurd samajhta hoon, baseless samajhta hoon, un Islamic samajhta hoon ke aap yeh aqeedah rakhein ke kisi buzurg ke ki dua se hamein kuch mil jayega.</w:t>
      </w:r>
    </w:p>
    <w:p>
      <w:pPr>
        <w:jc w:val="right"/>
      </w:pPr>
      <w:r>
        <w:t>تو میں اس کو بالکل ہی ایبسٹرڈ سمجھتا ہوں، بیسلیس سمجھتا ہوں، ان اسلامک سمجھتا ہوں کہ آپ یہ عقیدہ رکھیں کہ کسی بزرگ کے کی دعا سے ہمیں کچھ مل جائے گا۔</w:t>
      </w:r>
    </w:p>
    <w:p>
      <w:r>
        <w:rPr>
          <w:b/>
        </w:rPr>
        <w:t xml:space="preserve">[1:15:01] </w:t>
      </w:r>
      <w:r>
        <w:t>hamein nahi. har aadmi ko chahiye ke woh khud Khuda se darkhwast kare,</w:t>
      </w:r>
    </w:p>
    <w:p>
      <w:pPr>
        <w:jc w:val="right"/>
      </w:pPr>
      <w:r>
        <w:t>ہمیں نہیں۔ ہر آدمی کو چاہیے کہ وہ خود خدا سے درخواست کرے،</w:t>
      </w:r>
    </w:p>
    <w:p>
      <w:r>
        <w:rPr>
          <w:b/>
        </w:rPr>
        <w:t xml:space="preserve">[1:15:11] </w:t>
      </w:r>
      <w:r>
        <w:t>khud Khuda se mange, Khuda se direct apna, yani apna rabt qaim kare.</w:t>
      </w:r>
    </w:p>
    <w:p>
      <w:pPr>
        <w:jc w:val="right"/>
      </w:pPr>
      <w:r>
        <w:t>خود خدا سے مانگے، خدا سے ڈائریکٹ اپنا، یعنی اپنا ربط قائم کرے۔</w:t>
      </w:r>
    </w:p>
    <w:p>
      <w:r>
        <w:rPr>
          <w:b/>
        </w:rPr>
        <w:t xml:space="preserve">[1:15:23] </w:t>
      </w:r>
      <w:r>
        <w:t>is tarah se kisi ko jo milna hai, milega ke beech mein koi wasta de kar ke kisi buzurg ka ya kisi dargah ka. yeh sab bilkul log dargahon mein jate hain isi ke liye.</w:t>
      </w:r>
    </w:p>
    <w:p>
      <w:pPr>
        <w:jc w:val="right"/>
      </w:pPr>
      <w:r>
        <w:t>اس طرح سے کسی کو جو ملنا ہے، ملے گا کہ بیچ میں کوئی واسطہ دے کر کے کسی بزرگ کا یا کسی درگاہ کا۔ یہ سب بالکل لوگ درگاہوں میں جاتے ہیں اسی کے لیے۔</w:t>
      </w:r>
    </w:p>
    <w:p>
      <w:r>
        <w:rPr>
          <w:b/>
        </w:rPr>
        <w:t xml:space="preserve">[1:15:36] </w:t>
      </w:r>
      <w:r>
        <w:t>ek sahib mujhe mile toh</w:t>
      </w:r>
    </w:p>
    <w:p>
      <w:pPr>
        <w:jc w:val="right"/>
      </w:pPr>
      <w:r>
        <w:t>ایک صاحب مجھے ملے تو</w:t>
      </w:r>
    </w:p>
    <w:p>
      <w:r>
        <w:rPr>
          <w:b/>
        </w:rPr>
        <w:t xml:space="preserve">[1:15:43] </w:t>
      </w:r>
      <w:r>
        <w:t>woh aaye thay Pakistan se, toh mujhe mulaqat un ki hui train mein. woh Ajmer gaye thay, toh unhon ne kaha ke darkhwast laga di hai.</w:t>
      </w:r>
    </w:p>
    <w:p>
      <w:pPr>
        <w:jc w:val="right"/>
      </w:pPr>
      <w:r>
        <w:t>وہ آئے تھے پاکستان سے، تو مجھے ملاقات ان کی ہوئی ٹرین میں۔ وہ اجمیر گئے تھے، تو انہوں نے کہا کہ درخواست لگا دی ہے۔</w:t>
      </w:r>
    </w:p>
    <w:p>
      <w:r>
        <w:rPr>
          <w:b/>
        </w:rPr>
        <w:t xml:space="preserve">[1:15:56] </w:t>
      </w:r>
      <w:r>
        <w:t>matlab Ajmer gaye, wahan par jo mutawalli waghera honge, un ko kuch paisa use diya ke bhai yeh baat jo hai Hazrat tak pahuncha do,</w:t>
      </w:r>
    </w:p>
    <w:p>
      <w:pPr>
        <w:jc w:val="right"/>
      </w:pPr>
      <w:r>
        <w:t>مطلب اجمیر گئے، وہاں پر جو متولی وغیرہ ہوں گے، ان کو کچھ پیسہ اسے دیا کہ بھئی یہ بات جو ہے حضرت تک پہنچا دو،</w:t>
      </w:r>
    </w:p>
    <w:p>
      <w:r>
        <w:rPr>
          <w:b/>
        </w:rPr>
        <w:t xml:space="preserve">[1:16:05] </w:t>
      </w:r>
      <w:r>
        <w:t>yani qabr mein jo hadiyan hain, un hadiyon tak pahuncha do. toh un ka, un ke jab mujhe yaad hai ab tak un ki wording, darkhwast toh laga di hai.</w:t>
      </w:r>
    </w:p>
    <w:p>
      <w:pPr>
        <w:jc w:val="right"/>
      </w:pPr>
      <w:r>
        <w:t>یعنی قبر میں جو ہڈیاں ہیں، ان ہڈیوں تک پہنچا دو۔ تو ان کا، ان کے جب مجھے یاد ہے اب تک ان کی ورڈنگ، درخواست تو لگا دی ہے۔</w:t>
      </w:r>
    </w:p>
    <w:p>
      <w:r>
        <w:rPr>
          <w:b/>
        </w:rPr>
        <w:t xml:space="preserve">[1:16:16] </w:t>
      </w:r>
      <w:r>
        <w:t>toh un ka kya tha? un ki kuch larkiyan theen, shadi karne ka masla tha. shadi mein der ho rahi thi, toh ja kar kaha unhon ne un se ke bhai hamari larkiyon ko shadi ka masla hai, Hazrat se keh do ke shadi karwa dein.</w:t>
      </w:r>
    </w:p>
    <w:p>
      <w:pPr>
        <w:jc w:val="right"/>
      </w:pPr>
      <w:r>
        <w:t>تو ان کا کیا تھا؟ ان کی کچھ لڑکیاں تھیں، شادی کرنے کا مسئلہ تھا۔ شادی میں دیر ہو رہی تھی، تو جا کر کہا انہوں نے ان سے کہ بھئی ہماری لڑکیوں کو شادی کا مسئلہ ہے، حضرت سے کہہ دو کہ شادی کروا دیں۔</w:t>
      </w:r>
    </w:p>
    <w:p>
      <w:r>
        <w:rPr>
          <w:b/>
        </w:rPr>
        <w:t xml:space="preserve">[1:16:29] </w:t>
      </w:r>
      <w:r>
        <w:t>koi paisa use diya, us us jo wahan par hota hai aadmi.</w:t>
      </w:r>
    </w:p>
    <w:p>
      <w:pPr>
        <w:jc w:val="right"/>
      </w:pPr>
      <w:r>
        <w:t>کوئی پیسہ اسے دیا، اس اس جو وہاں پر ہوتا ہے آدمی۔</w:t>
      </w:r>
    </w:p>
    <w:p>
      <w:r>
        <w:rPr>
          <w:b/>
        </w:rPr>
        <w:t xml:space="preserve">[1:16:33] </w:t>
      </w:r>
      <w:r>
        <w:t>toh mujh se kaha unhon ne ke Hazrat ke darkhwast laga di hai. yeh bilkul laoo baat hai, absurd baat hai, bilkul yeh false hood mein jeena hai, kuch nahi.</w:t>
      </w:r>
    </w:p>
    <w:p>
      <w:pPr>
        <w:jc w:val="right"/>
      </w:pPr>
      <w:r>
        <w:t>تو مجھ سے کہا انہوں نے کہ حضرت کہ درخواست لگا دی ہے۔ یہ بالکل لاؤ بات ہے، ایبسٹرڈ بات ہے، بالکل یہ فالس ہڈ میں جینا ہے، کچھ نہیں۔</w:t>
      </w:r>
    </w:p>
    <w:p>
      <w:r>
        <w:rPr>
          <w:b/>
        </w:rPr>
        <w:t xml:space="preserve">[1:16:46] </w:t>
      </w:r>
      <w:r>
        <w:t>koi Hazrat, koi buzurg, hatta ke peghambar bhi kisi aur ke liye dua kare aur woh ho jaye, aisa nahi ho sakta hai. aap ko khud karni padegi, aap ko khud Khuda se direct bolna padega.</w:t>
      </w:r>
    </w:p>
    <w:p>
      <w:pPr>
        <w:jc w:val="right"/>
      </w:pPr>
      <w:r>
        <w:t>کوئی حضرت، کوئی بزرگ، حتی کہ پیغمبر بھی کسی اور کے لیے دعا کرے اور وہ ہو جائے، ایسا نہیں ہو سکتا ہے۔ آپ کو خود کرنی پڑے گی، آپ کو خود خدا سے ڈائریکٹ بولنا پڑے گا۔</w:t>
      </w:r>
    </w:p>
    <w:p>
      <w:r>
        <w:rPr>
          <w:b/>
        </w:rPr>
        <w:t xml:space="preserve">[1:17:00] </w:t>
      </w:r>
      <w:r>
        <w:t>woh jitna aap ke andar hoga, usi ke hisab se Khuda aap ko dega, according to your own capacity. is mein mujhe zara bhi shaq nahi hai ke yeh bilkul false hood mein jeena hai, is ki koi haqeeqat nahi hai.</w:t>
      </w:r>
    </w:p>
    <w:p>
      <w:pPr>
        <w:jc w:val="right"/>
      </w:pPr>
      <w:r>
        <w:t>وہ جتنا آپ کے اندر ہوگا، اسی کے حساب سے خدا آپ کو دے گا، اکنڈ ٹو یور اون کیپیسٹی۔ اس میں مجھے ذرا بھی شک نہیں ہے کہ یہ بالکل فالس ہڈ میں جینا ہے، اس کی کوئی حقیقت نہیں ہے۔</w:t>
      </w:r>
    </w:p>
    <w:p>
      <w:r>
        <w:rPr>
          <w:b/>
        </w:rPr>
        <w:t xml:space="preserve">[1:17:16] </w:t>
      </w:r>
      <w:r>
        <w:t>Maulana, I had a question in mind regarding the dua. if a believer does dua for somebody who is sincerely trying to discover truth, will in that case doing dua h</w:t>
      </w:r>
    </w:p>
    <w:p>
      <w:pPr>
        <w:jc w:val="right"/>
      </w:pPr>
      <w:r>
        <w:t>مولانا، آئی ہیڈ ا کوئسچن ان مائنڈ ریگارڈنگ دا دعا۔ اف ا بیلیور ڈز دعا فار سم بڈی ہو از سنسیرلی ٹرائنگ ٹو ڈسکور ٹروتھ، ول ان دیٹ کیس ڈوئنگ دعا ہ</w:t>
      </w:r>
    </w:p>
    <w:p>
      <w:r>
        <w:rPr>
          <w:b/>
        </w:rPr>
        <w:t xml:space="preserve">[1:17:29] </w:t>
      </w:r>
      <w:r>
        <w:t>help? haan, tab help karegi. yeh theek kaha aap ne. agar woh aadmi ke andar kuch chingari hai, woh khud yani woh waqai recipient hai, us ke andar khud kuch hai, tab toh dua kaam karegi.</w:t>
      </w:r>
    </w:p>
    <w:p>
      <w:pPr>
        <w:jc w:val="right"/>
      </w:pPr>
      <w:r>
        <w:t>یلپ؟ ہاں، تب ہیلپ کرے گی۔ یہ ٹھیک کہا آپ نے۔ اگر وہ آدمی کے اندر کچھ چنگاری ہے، وہ خود یعنی وہ واقعی ریسیپینٹ ہے، اس کے اندر خود کچھ ہے، تب تو دعا کام کرے گی۔</w:t>
      </w:r>
    </w:p>
    <w:p>
      <w:r>
        <w:rPr>
          <w:b/>
        </w:rPr>
        <w:t xml:space="preserve">[1:17:42] </w:t>
      </w:r>
      <w:r>
        <w:t>yeh mein manta hoon, mein khud is ka tajruba hai. mujhe khud tajruba hai ke bohat se logon ke liye mein ne dua ki aur waqatan woh dua qabool hui.</w:t>
      </w:r>
    </w:p>
    <w:p>
      <w:pPr>
        <w:jc w:val="right"/>
      </w:pPr>
      <w:r>
        <w:t>یہ میں مانتا ہوں، میں خود اس کا تجربہ ہے۔ مجھے خود تجربہ ہے کہ بہت سے لوگوں کے لیے میں نے دعا کی اور واقعتا وہ دعا قبول ہوئی۔</w:t>
      </w:r>
    </w:p>
    <w:p>
      <w:r>
        <w:rPr>
          <w:b/>
        </w:rPr>
        <w:t xml:space="preserve">[1:17:51] </w:t>
      </w:r>
      <w:r>
        <w:t>lekin woh is is aadmi ke andar chingari thi, us ke andar kuch tha, is aadmi ke andar tab qabool hui. mujhe khud bar bar tajruba hua hai ke mein bohat se logon ke liye mein ne dua ki aur dua qabool hui.</w:t>
      </w:r>
    </w:p>
    <w:p>
      <w:pPr>
        <w:jc w:val="right"/>
      </w:pPr>
      <w:r>
        <w:t>لیکن وہ اس اس آدمی کے اندر چنگاری تھی، اس کے اندر کچھ تھا، اس آدمی کے اندر تب قبول ہوئی۔ مجھے خود بار بار تجربہ ہوا ہے کہ میں بہت سے لوگوں کے لیے میں نے دعا کی اور دعا قبول ہوئی۔</w:t>
      </w:r>
    </w:p>
    <w:p>
      <w:r>
        <w:rPr>
          <w:b/>
        </w:rPr>
        <w:t xml:space="preserve">[1:18:03] </w:t>
      </w:r>
      <w:r>
        <w:t>lekin woh woh log thay jo jin ke dilon mein chingari thi. kuch ek sarkash aadmi hai jo hai, us ke liye aap kuch bhi kehte rahein, kuch hone wala nahi.</w:t>
      </w:r>
    </w:p>
    <w:p>
      <w:pPr>
        <w:jc w:val="right"/>
      </w:pPr>
      <w:r>
        <w:t>لیکن وہ وہ لوگ تھے جو جن کے دلوں میں چنگاری تھی۔ کچھ ایک سرکش آدمی ہے جو ہے، اس کے لیے آپ کچھ بھی کہتے رہیں، کچھ ہونے والا نہیں۔</w:t>
      </w:r>
    </w:p>
    <w:p>
      <w:r>
        <w:rPr>
          <w:b/>
        </w:rPr>
        <w:t xml:space="preserve">[1:18:15] </w:t>
      </w:r>
      <w:r>
        <w:t>jab is ka apne andar kuch hai nahi, toh kuch nahi hone wala hai.</w:t>
      </w:r>
    </w:p>
    <w:p>
      <w:pPr>
        <w:jc w:val="right"/>
      </w:pPr>
      <w:r>
        <w:t>جب اس کا اپنے اندر کچھ ہے نہیں، تو کچھ نہیں ہونے والا ہے۔</w:t>
      </w:r>
    </w:p>
    <w:p>
      <w:r>
        <w:rPr>
          <w:b/>
        </w:rPr>
        <w:t xml:space="preserve">[1:18:22] </w:t>
      </w:r>
      <w:r>
        <w:t>This question is from Dr. Fareeda Khanum. Why is it that the majority of the people do not realize the fact that they are being misled by Satan?</w:t>
      </w:r>
    </w:p>
    <w:p>
      <w:pPr>
        <w:jc w:val="right"/>
      </w:pPr>
      <w:r>
        <w:t>دس کوئسچن از فرام ڈاکٹر فریدہ خانم۔ وائی از اٹ دیٹ دا میجورٹی اف دا پیپل ڈو ناٹ ریلائز دا فیکٹ دیٹ دے آر بینگ مس لیڈ بائے سیٹن؟</w:t>
      </w:r>
    </w:p>
    <w:p>
      <w:r>
        <w:rPr>
          <w:b/>
        </w:rPr>
        <w:t xml:space="preserve">[1:18:37] </w:t>
      </w:r>
      <w:r>
        <w:t>quraan mein is ke lie aaya hai ke zain al shaitan aamaal.</w:t>
      </w:r>
    </w:p>
    <w:p>
      <w:pPr>
        <w:jc w:val="right"/>
      </w:pPr>
      <w:r>
        <w:t>قرآن میں اس کے لیے آیا ہے کہ زین الشیطان اعمال۔</w:t>
      </w:r>
    </w:p>
    <w:p>
      <w:r>
        <w:rPr>
          <w:b/>
        </w:rPr>
        <w:t xml:space="preserve">[1:18:42] </w:t>
      </w:r>
      <w:r>
        <w:t>yaani shaitan jo hai, beautify kar ke paish karta hai. yaani shaitan ye to nahin kehta ke ae ae ae, aadmi jhoot bol. ye nahin kehta ke jhoot bol.</w:t>
      </w:r>
    </w:p>
    <w:p>
      <w:pPr>
        <w:jc w:val="right"/>
      </w:pPr>
      <w:r>
        <w:t>یعنی شیطان جو ہے، بیوٹیفائی کر کے پیش کرتا ہے۔ یعنی شیطان یہ تو نہیں کہتا کہ اے اے اے، آدمی جھوٹ بول۔ یہ نہیں کہتا کہ جھوٹ بول۔</w:t>
      </w:r>
    </w:p>
    <w:p>
      <w:r>
        <w:rPr>
          <w:b/>
        </w:rPr>
        <w:t xml:space="preserve">[1:18:52] </w:t>
      </w:r>
      <w:r>
        <w:t>nahin, wo us ko beautify karta hai. is tarah kehta hai ke aadmi samjhe ke ye to theek, ye to theek baat hai. saare duniya mein hi ho raha hai ke beautify kar rakha hai.</w:t>
      </w:r>
    </w:p>
    <w:p>
      <w:pPr>
        <w:jc w:val="right"/>
      </w:pPr>
      <w:r>
        <w:t>نہیں، وہ اس کو بیوٹیفائی کرتا ہے۔ اس طرح کہتا ہے کہ آدمی سمجھے کہ یہ تو ٹھیک، یہ تو ٹھیک بات ہے۔ سارے دنیا میں ہی ہو رہا ہے کہ بیوٹیفائی کر رکھا ہے۔</w:t>
      </w:r>
    </w:p>
    <w:p>
      <w:r>
        <w:rPr>
          <w:b/>
        </w:rPr>
        <w:t xml:space="preserve">[1:19:07] </w:t>
      </w:r>
      <w:r>
        <w:t>jaise kahin bhi dekh lijie, indiya mein, kashmeer mein, paakistaan mein, amreeka mein, kahin bhi jaie, aap log shaitan ne beautify kar rakha hai.</w:t>
      </w:r>
    </w:p>
    <w:p>
      <w:pPr>
        <w:jc w:val="right"/>
      </w:pPr>
      <w:r>
        <w:t>جیسے کہیں بھی دیکھ لیجئے، انڈیا میں، کشمیر میں، پاکستان میں، امریکہ میں، کہیں بھی جائیے، آپ لوگ شیطان نے بیوٹیفائی کر رکھا ہے۔</w:t>
      </w:r>
    </w:p>
    <w:p>
      <w:r>
        <w:rPr>
          <w:b/>
        </w:rPr>
        <w:t xml:space="preserve">[1:19:17] </w:t>
      </w:r>
      <w:r>
        <w:t>kisi cheez ko jo haqeeqat mein yaani kuch hai nahin is ke andar. to ye shaitan ka jo hai tareeqa, is ko kehte hain quraan mein tazeen.</w:t>
      </w:r>
    </w:p>
    <w:p>
      <w:pPr>
        <w:jc w:val="right"/>
      </w:pPr>
      <w:r>
        <w:t>کسی چیز کو جو حقیقت میں یعنی کچھ ہے نہیں اس کے اندر۔ تو یہ شیطان کا جو ہے طریقہ، اس کو کہتے ہیں قرآن میں تزین۔</w:t>
      </w:r>
    </w:p>
    <w:p>
      <w:r>
        <w:rPr>
          <w:b/>
        </w:rPr>
        <w:t xml:space="preserve">[1:19:28] </w:t>
      </w:r>
      <w:r>
        <w:t>tazeen maani kisi baat ko bohat hi achhe, achha bana kar paish karna.</w:t>
      </w:r>
    </w:p>
    <w:p>
      <w:pPr>
        <w:jc w:val="right"/>
      </w:pPr>
      <w:r>
        <w:t>تزین معنی کسی بات کو بہت ہی اچھے، اچھا بنا کر پیش کرنا۔</w:t>
      </w:r>
    </w:p>
    <w:p>
      <w:r>
        <w:rPr>
          <w:b/>
        </w:rPr>
        <w:t xml:space="preserve">[1:19:37] </w:t>
      </w:r>
      <w:r>
        <w:t>is se aadmi frame mein aa jata hai. is lie main kehta hoon ke aap ko, aap ko cheezon ko analyze karna jaanna chaie. scrutiny kijiie, analyze kijiie.</w:t>
      </w:r>
    </w:p>
    <w:p>
      <w:pPr>
        <w:jc w:val="right"/>
      </w:pPr>
      <w:r>
        <w:t>اس سے آدمی فریم میں آ جاتا ہے۔ اس لیے میں کہتا ہوں کہ آپ کو، آپ کو چیزوں کو اینالائز کرنا جاننا چاہیے۔ اسکرٹنی کیجئے، اینالائز کیجئے۔</w:t>
      </w:r>
    </w:p>
    <w:p>
      <w:r>
        <w:rPr>
          <w:b/>
        </w:rPr>
        <w:t xml:space="preserve">[1:19:47] </w:t>
      </w:r>
      <w:r>
        <w:t>meri aadat hai khuda ke fazal se bachpan se ke main scrutiny karta hoon. har baat ki scrutiny poochta hoon, logon se mashwara karta hoon. ye jo mashwara jo hai, bohat important hai ke do aadmi jab discussion karte hain aapas mein to baat khul jati hai.</w:t>
      </w:r>
    </w:p>
    <w:p>
      <w:pPr>
        <w:jc w:val="right"/>
      </w:pPr>
      <w:r>
        <w:t>میری عادت ہے خدا کے فضل سے بچپن سے کہ میں اسکرٹنی کرتا ہوں۔ ہر بات کی اسکرٹنی پوچھتا ہوں، لوگوں سے مشورہ کرتا ہوں۔ یہ جو مشورہ جو ہے، بہت امپورٹنٹ ہے کہ دو آدمی جب ڈسکشن کرتے ہیں آپس میں تو بات کھل جاتی ہے۔</w:t>
      </w:r>
    </w:p>
    <w:p>
      <w:r>
        <w:rPr>
          <w:b/>
        </w:rPr>
        <w:t xml:space="preserve">[1:20:01] </w:t>
      </w:r>
      <w:r>
        <w:t>yaani mujhe shaitan ne farz kijie ke ek ek baat ko center bana kar</w:t>
      </w:r>
    </w:p>
    <w:p>
      <w:pPr>
        <w:jc w:val="right"/>
      </w:pPr>
      <w:r>
        <w:t>یعنی مجھے شیطان نے فرض کیجئے کہ ایک ایک بات کو سنتر بنا کر</w:t>
      </w:r>
    </w:p>
    <w:p>
      <w:r>
        <w:rPr>
          <w:b/>
        </w:rPr>
        <w:t xml:space="preserve">[1:20:06] </w:t>
      </w:r>
      <w:r>
        <w:t>paish kiya. main kisi se discussion karoon ga to wo kuch wo bolega, to baat khul jaie gi ke ab ye yahan yahan main bhool mein pada hua tha sitan ki wajah se.</w:t>
      </w:r>
    </w:p>
    <w:p>
      <w:pPr>
        <w:jc w:val="right"/>
      </w:pPr>
      <w:r>
        <w:t>پیش کیا۔ میں کسی سے ڈسکشن کروں گا تو وہ کچھ وہ بولے گا، تو بات کھل جائے گی کہ اب یہ یہاں یہاں میں بھول میں پڑا ہوا تھا سیٹن کی وجہ سے۔</w:t>
      </w:r>
    </w:p>
    <w:p>
      <w:r>
        <w:rPr>
          <w:b/>
        </w:rPr>
        <w:t xml:space="preserve">[1:20:17] </w:t>
      </w:r>
      <w:r>
        <w:t>to hamein hamesha sochna chaie, discussion karna chaie, doosron se counseling karna chaie taake hum shaitan ke is yaani ye jo is ka art hai beautification ka, is se bach saken.</w:t>
      </w:r>
    </w:p>
    <w:p>
      <w:pPr>
        <w:jc w:val="right"/>
      </w:pPr>
      <w:r>
        <w:t>تو ہمیں ہمیشہ سوچنا چاہیے، ڈسکشن کرنا چاہیے، دوسروں سے کونسلنگ کرنا چاہیے تاکہ ہم شیطان کے اس یعنی یہ جو اس کا آرٹ ہے بیوٹیفیکیشن کا، اس سے بچ سکیں۔</w:t>
      </w:r>
    </w:p>
    <w:p>
      <w:r>
        <w:rPr>
          <w:b/>
        </w:rPr>
        <w:t xml:space="preserve">[1:20:35] </w:t>
      </w:r>
      <w:r>
        <w:t>yaani falsehood ko wo sach bana kar dikhata hai ke ye to aap har waqt dekh sakte hain. is ki har family mein, har society mein, har mulk mein is ki misaal ke ek ek baat jo sahi nahin thi, us ko beautify kar ke paish kiya.</w:t>
      </w:r>
    </w:p>
    <w:p>
      <w:pPr>
        <w:jc w:val="right"/>
      </w:pPr>
      <w:r>
        <w:t>یعنی فالس ہڈ کو وہ سچ بنا کر دکھاتا ہے کہ یہ تو آپ ہر وقت دیکھ سکتے ہیں۔ اس کی ہر فیملی میں، ہر سوسائٹی میں، ہر ملک میں اس کی مثال کہ ایک ایک بات جو صحیح نہیں تھی، اس کو بیوٹیفائی کر کے پیش کیا۔</w:t>
      </w:r>
    </w:p>
    <w:p>
      <w:r>
        <w:rPr>
          <w:b/>
        </w:rPr>
        <w:t xml:space="preserve">[1:20:51] </w:t>
      </w:r>
      <w:r>
        <w:t>to is se bachne ka tareeqa yehi hai ke hum hamesha yaani hamesha sochte rahen, soch soch kar ke, soch soch kar ke is ko sort out karte rahen.</w:t>
      </w:r>
    </w:p>
    <w:p>
      <w:pPr>
        <w:jc w:val="right"/>
      </w:pPr>
      <w:r>
        <w:t>تو اس سے بچنے کا طریقہ یہی ہے کہ ہم ہمیشہ یعنی ہمیشہ سوچتے رہیں، سوچ سوچ کر کے، سوچ سوچ کر کے اس کو سورٹ آؤٹ کرتے رہیں۔</w:t>
      </w:r>
    </w:p>
    <w:p>
      <w:r>
        <w:rPr>
          <w:b/>
        </w:rPr>
        <w:t xml:space="preserve">[1:21:04] </w:t>
      </w:r>
      <w:r>
        <w:t>This question is from Maulana Zikwan Nadvi. Some days before you said that I am always living in ehsaas mahroomi, in spite of all material things.</w:t>
      </w:r>
    </w:p>
    <w:p>
      <w:pPr>
        <w:jc w:val="right"/>
      </w:pPr>
      <w:r>
        <w:t>دس کوئسچن از فرام مولانا زکوان ندوی۔ سم ڈیز بیفور یو سیڈ دیٹ آئی ایم الویز لیونگ ان احساس محرومی، ان سپائٹ آف آل مٹیریل تھنگز۔</w:t>
      </w:r>
    </w:p>
    <w:p>
      <w:r>
        <w:rPr>
          <w:b/>
        </w:rPr>
        <w:t xml:space="preserve">[1:21:17] </w:t>
      </w:r>
      <w:r>
        <w:t>waat is da secret af dis feeling? kaaindli explain.</w:t>
      </w:r>
    </w:p>
    <w:p>
      <w:pPr>
        <w:jc w:val="right"/>
      </w:pPr>
      <w:r>
        <w:t>واٹ از دا سیکرٹ آف دس فیلنگ؟ کائنڈلی ایکسپلین۔</w:t>
      </w:r>
    </w:p>
    <w:p>
      <w:r>
        <w:rPr>
          <w:b/>
        </w:rPr>
        <w:t xml:space="preserve">[1:21:27] </w:t>
      </w:r>
      <w:r>
        <w:t>dekhen, basic baat ye hai ke aap ye sochen ke jo kuch aap ko mila hua hai, wo kaise mila.</w:t>
      </w:r>
    </w:p>
    <w:p>
      <w:pPr>
        <w:jc w:val="right"/>
      </w:pPr>
      <w:r>
        <w:t>دیکھیں، بیسک بات یہ ہے کہ آپ یہ سوچیں کہ جو کچھ آپ کو ملا ہوا ہے، وہ کیسے ملا۔</w:t>
      </w:r>
    </w:p>
    <w:p>
      <w:r>
        <w:rPr>
          <w:b/>
        </w:rPr>
        <w:t xml:space="preserve">[1:21:37] </w:t>
      </w:r>
      <w:r>
        <w:t>jaise main saans le raha hoon to oxygen mujhe mil raha hai. kya main ne isi industry ko lagaya hai jo industry oxygen supply karti hai?</w:t>
      </w:r>
    </w:p>
    <w:p>
      <w:pPr>
        <w:jc w:val="right"/>
      </w:pPr>
      <w:r>
        <w:t>جیسے میں سانس لے رہا ہوں تو اکسیجن مجھے مل رہا ہے۔ کیا میں نے اسی انڈسٹری کو لگایا ہے جو انڈسٹری اکسیجن سپلائی کرتی ہے؟</w:t>
      </w:r>
    </w:p>
    <w:p>
      <w:r>
        <w:rPr>
          <w:b/>
        </w:rPr>
        <w:t xml:space="preserve">[1:21:47] </w:t>
      </w:r>
      <w:r>
        <w:t>main paani peeta hoon to kya main ne wo universal industry lagai hai jis se paani ban kar ke mujhe pahunch raha hai?</w:t>
      </w:r>
    </w:p>
    <w:p>
      <w:pPr>
        <w:jc w:val="right"/>
      </w:pPr>
      <w:r>
        <w:t>میں پانی پیتا ہوں تو کیا میں نے وہ یونیورسل انڈسٹری لگائی ہے جس سے پانی بن کر کے مجھے پہنچ رہا ہے؟</w:t>
      </w:r>
    </w:p>
    <w:p>
      <w:r>
        <w:rPr>
          <w:b/>
        </w:rPr>
        <w:t xml:space="preserve">[1:21:57] </w:t>
      </w:r>
      <w:r>
        <w:t>aisi har cheez, har cheez, har cheez. to main recipient har jagah paata hoon apne aap ko. har jagah giver koi aur hai, main sirf recipient hoon.</w:t>
      </w:r>
    </w:p>
    <w:p>
      <w:pPr>
        <w:jc w:val="right"/>
      </w:pPr>
      <w:r>
        <w:t>ایسی ہر چیز، ہر چیز، ہر چیز۔ تو میں ریسیپینٹ ہر جگہ پاتا ہوں اپنے آپ کو۔ ہر جگہ گیور کوئی اور ہے، میں صرف ریسیپینٹ ہوں۔</w:t>
      </w:r>
    </w:p>
    <w:p>
      <w:r>
        <w:rPr>
          <w:b/>
        </w:rPr>
        <w:t xml:space="preserve">[1:22:08] </w:t>
      </w:r>
      <w:r>
        <w:t>to log choonke sochte nahin, na sochte, wo samajhte hain ke main ne khud apne muscle power se kamaya hai, apni aql se kamaya hai. haalanke hamara kuch hissa is mein nahin hota, saare factors doosre hote hain.</w:t>
      </w:r>
    </w:p>
    <w:p>
      <w:pPr>
        <w:jc w:val="right"/>
      </w:pPr>
      <w:r>
        <w:t>تو لوگ چونکہ سوچتے نہیں، نہ سوچتے، وہ سمجھتے ہیں کہ میں نے خود اپنے مسل پاور سے کمایا ہے، اپنی عقل سے کمایا ہے۔ حالانکہ ہمارا کچھ حصہ اس میں نہیں ہوتا، سارے فیکٹرز دوسرے ہوتے ہیں۔</w:t>
      </w:r>
    </w:p>
    <w:p>
      <w:r>
        <w:rPr>
          <w:b/>
        </w:rPr>
        <w:t xml:space="preserve">[1:22:24] </w:t>
      </w:r>
      <w:r>
        <w:t>jaise ke main ne arz kiya ke abhi ab glass ka paani hai,</w:t>
      </w:r>
    </w:p>
    <w:p>
      <w:pPr>
        <w:jc w:val="right"/>
      </w:pPr>
      <w:r>
        <w:t>جیسے کہ میں نے عرض کیا کہ ابھی اب گلاس کا پانی ہے،</w:t>
      </w:r>
    </w:p>
    <w:p>
      <w:r>
        <w:rPr>
          <w:b/>
        </w:rPr>
        <w:t xml:space="preserve">[1:22:27] </w:t>
      </w:r>
      <w:r>
        <w:t>abhi hum chahen to ab poora glass paani pee jaen, lekin daktar shahzad ali sahib to ek glass paani nahin pee sakte the liver cancer ki wajah se.</w:t>
      </w:r>
    </w:p>
    <w:p>
      <w:pPr>
        <w:jc w:val="right"/>
      </w:pPr>
      <w:r>
        <w:t>ابھی ہم چاہیں تو اب پورا گلاس پانی پی جائیں، لیکن ڈاکٹر شہزاد علی صاحب تو ایک گلاس پانی نہیں پی سکتے تھے لیور کینسر کی وجہ سے۔</w:t>
      </w:r>
    </w:p>
    <w:p>
      <w:r>
        <w:rPr>
          <w:b/>
        </w:rPr>
        <w:t xml:space="preserve">[1:22:38] </w:t>
      </w:r>
      <w:r>
        <w:t>to wo kis lie aisa kiya jata hai? taake aap sochen ke paani peena bhi apne bas mein nahin hai.</w:t>
      </w:r>
    </w:p>
    <w:p>
      <w:pPr>
        <w:jc w:val="right"/>
      </w:pPr>
      <w:r>
        <w:t>تو وہ کس لیے ایسا کیا جاتا ہے؟ تاکہ آپ سوچیں کہ پانی پینا بھی اپنے بس میں نہیں ہے۔</w:t>
      </w:r>
    </w:p>
    <w:p>
      <w:r>
        <w:rPr>
          <w:b/>
        </w:rPr>
        <w:t xml:space="preserve">[1:22:46] </w:t>
      </w:r>
      <w:r>
        <w:t>paani peena bhi apne bas mein nahin hai.</w:t>
      </w:r>
    </w:p>
    <w:p>
      <w:pPr>
        <w:jc w:val="right"/>
      </w:pPr>
      <w:r>
        <w:t>پانی پینا بھی اپنے بس میں نہیں ہے۔</w:t>
      </w:r>
    </w:p>
    <w:p>
      <w:r>
        <w:rPr>
          <w:b/>
        </w:rPr>
        <w:t xml:space="preserve">[1:22:50] </w:t>
      </w:r>
      <w:r>
        <w:t>to woh saare factors jo hain, woh saara jo jo jo jis ki wajah se main zinda hoon, us par socha, socha, socha.</w:t>
      </w:r>
    </w:p>
    <w:p>
      <w:pPr>
        <w:jc w:val="right"/>
      </w:pPr>
      <w:r>
        <w:t>تو وہ سارے فیکٹرز جو ہیں، وہ سارا جو جو جو جس کی وجہ سے میں زندہ ہوں، اس پر سوچا، سوچا، سوچا۔</w:t>
      </w:r>
    </w:p>
    <w:p>
      <w:r>
        <w:rPr>
          <w:b/>
        </w:rPr>
        <w:t xml:space="preserve">[1:23:00] </w:t>
      </w:r>
      <w:r>
        <w:t>aage to maloom hua ke ab main sirf recipient hoon, dene wala koi aur hai. main recipient par hoon, har jagah main apne ko recipient par paata hoon.</w:t>
      </w:r>
    </w:p>
    <w:p>
      <w:pPr>
        <w:jc w:val="right"/>
      </w:pPr>
      <w:r>
        <w:t>آگے تو معلوم ہوا کہ اب میں صرف ریسیپینٹ ہوں، دینے والا کوئی اور ہے۔ میں ریسیونٹ پر ہوں، ہر جگہ میں اپنے کو ریسیونٹ پر پاتا ہوں۔</w:t>
      </w:r>
    </w:p>
    <w:p>
      <w:r>
        <w:rPr>
          <w:b/>
        </w:rPr>
        <w:t xml:space="preserve">[1:23:10] </w:t>
      </w:r>
      <w:r>
        <w:t>recipient par</w:t>
      </w:r>
    </w:p>
    <w:p>
      <w:pPr>
        <w:jc w:val="right"/>
      </w:pPr>
      <w:r>
        <w:t>ریسیونٹ پر</w:t>
      </w:r>
    </w:p>
    <w:p>
      <w:r>
        <w:rPr>
          <w:b/>
        </w:rPr>
        <w:t xml:space="preserve">[1:23:13] </w:t>
      </w:r>
      <w:r>
        <w:t>aap bhi agar sochenge, sochenge, sochenge to le ke har jagah main recipient par hoon, sirf paane wala main hoon. giver to koi doosra hai.</w:t>
      </w:r>
    </w:p>
    <w:p>
      <w:pPr>
        <w:jc w:val="right"/>
      </w:pPr>
      <w:r>
        <w:t>آپ بھی اگر سوچیں گے، سوچیں گے، سوچیں گے تو لے کے ہر جگہ میں ریسیونٹ پر ہوں، صرف پانے والا میں ہوں۔ گیور تو کوئی دوسرا ہے۔</w:t>
      </w:r>
    </w:p>
    <w:p>
      <w:r>
        <w:rPr>
          <w:b/>
        </w:rPr>
        <w:t xml:space="preserve">[1:23:23] </w:t>
      </w:r>
      <w:r>
        <w:t>to har aadmi sach much recipient bhi par hai, har aadmi. lekin na sochne ki wajah se samajhta hai ke main khud kuch kar raha hoon,</w:t>
      </w:r>
    </w:p>
    <w:p>
      <w:pPr>
        <w:jc w:val="right"/>
      </w:pPr>
      <w:r>
        <w:t>تو ہر آدمی سچ مچ ریسیونٹ بھی پر ہے، ہر آدمی۔ لیکن نہ سوچنے کی وجہ سے سمجھتا ہے کہ میں خود کچھ کر رہا ہوں،</w:t>
      </w:r>
    </w:p>
    <w:p>
      <w:r>
        <w:rPr>
          <w:b/>
        </w:rPr>
        <w:t xml:space="preserve">[1:23:32] </w:t>
      </w:r>
      <w:r>
        <w:t>khud aap kuch bhi nahi kar rahe.</w:t>
      </w:r>
    </w:p>
    <w:p>
      <w:pPr>
        <w:jc w:val="right"/>
      </w:pPr>
      <w:r>
        <w:t>خود آپ کچھ بھی نہیں کر رہے۔</w:t>
      </w:r>
    </w:p>
    <w:p>
      <w:r>
        <w:rPr>
          <w:b/>
        </w:rPr>
        <w:t xml:space="preserve">[1:23:35] </w:t>
      </w:r>
      <w:r>
        <w:t>ek qissa mujhe bataya tha ek sahib ne jo ek bulda ji the purani dilli mein, jab main rehta tha to ab un ki death ho chuki hai.</w:t>
      </w:r>
    </w:p>
    <w:p>
      <w:pPr>
        <w:jc w:val="right"/>
      </w:pPr>
      <w:r>
        <w:t>ایک قصہ مجھے بتایا تھا ایک صاحب نے جو ایک بلڈا جی تھے پرانی دلی میں، جب میں رہتا تھا تو اب ان کی ڈیتھ ہو چکی ہے۔</w:t>
      </w:r>
    </w:p>
    <w:p>
      <w:r>
        <w:rPr>
          <w:b/>
        </w:rPr>
        <w:t xml:space="preserve">[1:23:46] </w:t>
      </w:r>
      <w:r>
        <w:t>to woh bhains paalte the, bhains. to un ki dosti se ek ek ek dukandar se, ek baniya jo lohe ka, lohe ka karobar tha, us ka us aadmi ka lohe ka, un ka to bhains ka.</w:t>
      </w:r>
    </w:p>
    <w:p>
      <w:pPr>
        <w:jc w:val="right"/>
      </w:pPr>
      <w:r>
        <w:t>تو وہ بھینس پالتے تھے، بھینس۔ تو ان کی دوستی سے ایک ایک ایک دکاندار سے، ایک بنیا جو لوہے کا، لوہے کا کاروبار تھا، اس کا اس آدمی کا لوہے کا، ان کا تو بھینس کا۔</w:t>
      </w:r>
    </w:p>
    <w:p>
      <w:r>
        <w:rPr>
          <w:b/>
        </w:rPr>
        <w:t xml:space="preserve">[1:24:00] </w:t>
      </w:r>
      <w:r>
        <w:t>to ek baar mile woh us apne dost se, us ne kaha ke bhai hamari ek bhains mar gayi.</w:t>
      </w:r>
    </w:p>
    <w:p>
      <w:pPr>
        <w:jc w:val="right"/>
      </w:pPr>
      <w:r>
        <w:t>تو ایک بار ملے وہ اس اپنے دوست سے، اس نے کہا کہ بھئی ہماری ایک بھینس مر گئی۔</w:t>
      </w:r>
    </w:p>
    <w:p>
      <w:r>
        <w:rPr>
          <w:b/>
        </w:rPr>
        <w:t xml:space="preserve">[1:24:06] </w:t>
      </w:r>
      <w:r>
        <w:t>to us ne kaha ke bulda ji, wahan karobar to saans ka karobar hai. aaya aaya na aaya, main bhains jab tak saans le rahi hai, zinda hai, saans band to bhains bhi khatm ho gayi.</w:t>
      </w:r>
    </w:p>
    <w:p>
      <w:pPr>
        <w:jc w:val="right"/>
      </w:pPr>
      <w:r>
        <w:t>تو اس نے کہا کہ ملڈا جی، وہاں کاروبار تو سانس کا کاروبار ہے۔ ایا ایا نہ ایا، میں بھینس جب تک سانس لے رہی ہے، زندہ ہے، سانس بند تو بھینس بھی ختم ہو گئی۔</w:t>
      </w:r>
    </w:p>
    <w:p>
      <w:r>
        <w:rPr>
          <w:b/>
        </w:rPr>
        <w:t xml:space="preserve">[1:24:19] </w:t>
      </w:r>
      <w:r>
        <w:t>to us ne kaha ke matlab samajhta hai ke hamara karobar to lohe ka karobar hai. to us ne kaha bulda ji, tumhara karobar to saans ka karobar hai.</w:t>
      </w:r>
    </w:p>
    <w:p>
      <w:pPr>
        <w:jc w:val="right"/>
      </w:pPr>
      <w:r>
        <w:t>تو اس نے کہا کہ مطلب سمجھتا ہے کہ ہمارا کاروبار تو لوہے کا کاروبار ہے۔ تو اس نے کہا ملڈا جی، تمہارا کاروبار تو سانس کا کاروبار ہے۔</w:t>
      </w:r>
    </w:p>
    <w:p>
      <w:r>
        <w:rPr>
          <w:b/>
        </w:rPr>
        <w:t xml:space="preserve">[1:24:28] </w:t>
      </w:r>
      <w:r>
        <w:t>aaya aaya na aaya.</w:t>
      </w:r>
    </w:p>
    <w:p>
      <w:pPr>
        <w:jc w:val="right"/>
      </w:pPr>
      <w:r>
        <w:t>ایا ایا نہ ایا۔</w:t>
      </w:r>
    </w:p>
    <w:p>
      <w:r>
        <w:rPr>
          <w:b/>
        </w:rPr>
        <w:t xml:space="preserve">[1:24:30] </w:t>
      </w:r>
      <w:r>
        <w:t>to main ne socha ke main ne kaha ke is aadmi ko apna dikhai nahi pada, bulda ji ka dikhai pada. is ka apna bhi mamla yahi ke woh woh kehna chahiye tha us ko ke bulda ji, mera aur tumhara mamla to saans ka mamla hai.</w:t>
      </w:r>
    </w:p>
    <w:p>
      <w:pPr>
        <w:jc w:val="right"/>
      </w:pPr>
      <w:r>
        <w:t>تو میں نے سوچا کہ میں نے کہا کہ اس آدمی کو اپنا دکھائی نہیں پڑا، ملڈا جی کا دکھائی پڑا۔ اس کا اپنا بھی معاملہ یہی کہ وہ وہ کہنا چاہیے تھا اس کو کہ ملڈا جی، میرا اور تمہارا معاملہ تو سانس کا معاملہ ہے۔</w:t>
      </w:r>
    </w:p>
    <w:p>
      <w:r>
        <w:rPr>
          <w:b/>
        </w:rPr>
        <w:t xml:space="preserve">[1:24:44] </w:t>
      </w:r>
      <w:r>
        <w:t>aaya aaya na aaya, jab tak saans aa rahi hai, zinda hoon main. yeh main hi mar gaya, tum bhi mar gaye. agar woh samajhdaar hota, agar is ka mind jo hai active hota,</w:t>
      </w:r>
    </w:p>
    <w:p>
      <w:pPr>
        <w:jc w:val="right"/>
      </w:pPr>
      <w:r>
        <w:t>ایا ایا نہ ایا، جب تک سانس آ رہی ہے، زندہ ہوں میں۔ یہ میں ہی مر گیا، تم بھی مر گئے۔ اگر وہ سمجھدار ہوتا، اگر اس کا مائنڈ جو ہے ایکٹیو ہوتا،</w:t>
      </w:r>
    </w:p>
    <w:p>
      <w:r>
        <w:rPr>
          <w:b/>
        </w:rPr>
        <w:t xml:space="preserve">[1:24:57] </w:t>
      </w:r>
      <w:r>
        <w:t>us ko gehri samajh hoti to woh kehta ke bulda ji, mera tumhara dono ka mamla wahi hai, hum dono saans ka mamla hai. aaya aaya na aaya.</w:t>
      </w:r>
    </w:p>
    <w:p>
      <w:pPr>
        <w:jc w:val="right"/>
      </w:pPr>
      <w:r>
        <w:t>اس کو گہری سمجھ ہوتی تو وہ کہتا کہ ملڈا جی، میرا تمہارا دونوں کا معاملہ وہی ہے، ہم دونوں سانس کا معاملہ ہے۔ ایا ایا نہ ایا۔</w:t>
      </w:r>
    </w:p>
    <w:p>
      <w:r>
        <w:rPr>
          <w:b/>
        </w:rPr>
        <w:t xml:space="preserve">[1:25:07] </w:t>
      </w:r>
      <w:r>
        <w:t>to sir, unawareness saara masla paida karti hai. unawareness to chunchke main bohat zyada sochta hoon, to har cheez ke bare mein yahi discovery meri rehti hai ke main to recipient par hoon, giver to koi doosra hai.</w:t>
      </w:r>
    </w:p>
    <w:p>
      <w:pPr>
        <w:jc w:val="right"/>
      </w:pPr>
      <w:r>
        <w:t>تو سر، ان اویرنس سارا مسئلہ پیدا کرتی ہے۔ ان اویرنس تو چونکہ میں بہت زیادہ سوچتا ہوں، تو ہر چیز کے بارے میں یہی ڈسکوری میری رہتی ہے کہ میں تو ریسیونٹ پر ہوں، گیور تو کوئی دوسرا ہے۔</w:t>
      </w:r>
    </w:p>
    <w:p>
      <w:r>
        <w:rPr>
          <w:b/>
        </w:rPr>
        <w:t xml:space="preserve">[1:25:23] </w:t>
      </w:r>
      <w:r>
        <w:t>isi se mujhe ehsaas rehta hai barabar.</w:t>
      </w:r>
    </w:p>
    <w:p>
      <w:pPr>
        <w:jc w:val="right"/>
      </w:pPr>
      <w:r>
        <w:t>اسی سے مجھے احساس رہتا ہے برابر۔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