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Itikaf (Intellectual Seclusion) April 16, 2023</w:t>
      </w:r>
    </w:p>
    <w:p>
      <w:r>
        <w:t>https://youtu.be/Yci8zFmfCU4</w:t>
      </w:r>
    </w:p>
    <w:p>
      <w:r>
        <w:rPr>
          <w:b/>
        </w:rPr>
        <w:t xml:space="preserve">[00:11] </w:t>
      </w:r>
      <w:r>
        <w:t>Assalamu Alaikum wa Rahmatullahi. Jaisa keh hum log jantay hain, yeh Ramzan ka mahina hai, aur Ramzan ki ayat jo Quran mein bayan ki gayi hai, to us ko bayan kartay huay Allah Ta'ala nay yeh kaha hai keh ta'keh tum log muttaqi ban jao.</w:t>
      </w:r>
    </w:p>
    <w:p>
      <w:pPr>
        <w:jc w:val="right"/>
      </w:pPr>
      <w:r>
        <w:t>السلامعلیکمورحمۃاللہ ۔ جیساکہ ہملوگجانتےہیں،یہ رمضانکامہینہہے، اور رمضان کی آیتجوقرآنمیںبیان کیگئیہے، تو اسکو بیان کرتے ہوئےاللہ تعالیٰنےیہکہاہے کہتاکہتملوگ مت قی بنجاؤ ۔</w:t>
      </w:r>
    </w:p>
    <w:p>
      <w:r>
        <w:rPr>
          <w:b/>
        </w:rPr>
        <w:t xml:space="preserve">[00:29] </w:t>
      </w:r>
      <w:r>
        <w:t>Ramzan mein is kay mukhtalif tareeqay hain jis kay zariye say taqwa hasil kiya ja sakta hai, is mein say aik Itikaf hai. To aaj hum is program ki shuruat kartay hain</w:t>
      </w:r>
    </w:p>
    <w:p>
      <w:pPr>
        <w:jc w:val="right"/>
      </w:pPr>
      <w:r>
        <w:t>رمضانمیںاسکےمختلف طریقےہیں جسکےذریعےسے تقویٰ حاصل کیاجاسکتاہے، اسمیںسےایک اعتکافہے۔ توآجہم اس پروگرامکیشروعاتکرتے ہیں</w:t>
      </w:r>
    </w:p>
    <w:p>
      <w:r>
        <w:rPr>
          <w:b/>
        </w:rPr>
        <w:t xml:space="preserve">[00:41] </w:t>
      </w:r>
      <w:r>
        <w:t>Doctor Fareeda Khanam, yani aap say sawal karkay keh Itikaf ka matlab kya hai, ah, us kay baray mein thora bataein hum ko.</w:t>
      </w:r>
    </w:p>
    <w:p>
      <w:pPr>
        <w:jc w:val="right"/>
      </w:pPr>
      <w:r>
        <w:t>ڈاکٹر فریدہخانم، یعنی آپسے سوال کرکے کہ اعت کاف کامطلب کیاہے، اہ،اسکےبارےمیںتھوڑا بت ائیںہمکو۔</w:t>
      </w:r>
    </w:p>
    <w:p>
      <w:r>
        <w:rPr>
          <w:b/>
        </w:rPr>
        <w:t xml:space="preserve">[00:54] </w:t>
      </w:r>
      <w:r>
        <w:t>Dekhiye, Itikaf kay literal ma'ani hain rukna aur theharna, yani har insaan apnay aik mahol mein rehta hai, apnay ghar mein rehta hai, apnay business mein rehta hai.</w:t>
      </w:r>
    </w:p>
    <w:p>
      <w:pPr>
        <w:jc w:val="right"/>
      </w:pPr>
      <w:r>
        <w:t>دیکھیے،اعت کافکے لٹرل معنیہیں سکل وجن، یعنی ہرانسان اپنےایک ماحولمیںرہتاہے،اپنےگھرمیںرہتاہے،اپنے بزنسمیںرہتاہے۔</w:t>
      </w:r>
    </w:p>
    <w:p>
      <w:r>
        <w:rPr>
          <w:b/>
        </w:rPr>
        <w:t xml:space="preserve">[01:05] </w:t>
      </w:r>
      <w:r>
        <w:t>To rozay kay zamanay mein ibadat waghaira ziyada ki jati hai,</w:t>
      </w:r>
    </w:p>
    <w:p>
      <w:pPr>
        <w:jc w:val="right"/>
      </w:pPr>
      <w:r>
        <w:t>تو روز ےکےزمان ےمیں عبادتوغیرہ زیادہ کیجاتیہے،</w:t>
      </w:r>
    </w:p>
    <w:p>
      <w:r>
        <w:rPr>
          <w:b/>
        </w:rPr>
        <w:t xml:space="preserve">[01:11] </w:t>
      </w:r>
      <w:r>
        <w:t>doosray mahinon say ziyada. To jab rozay ka aakhri din aata hai, jis ko kehtay hain teesra ashra, to is mein Itikaf bhi kiya jata hai.</w:t>
      </w:r>
    </w:p>
    <w:p>
      <w:pPr>
        <w:jc w:val="right"/>
      </w:pPr>
      <w:r>
        <w:t>دوسرےمہینوںسےزیادہ ۔ توجب روزےکا آخریدن آتاہے، جسکو کہتےہیں تیسرا عشر ہ، تو اسمیں اعتکافبھیکیاجاتاہے۔</w:t>
      </w:r>
    </w:p>
    <w:p>
      <w:r>
        <w:rPr>
          <w:b/>
        </w:rPr>
        <w:t xml:space="preserve">[01:22] </w:t>
      </w:r>
      <w:r>
        <w:t>To Itikaf mein aisa kartay hain keh woh masjid mein kartay hain aur wahan par sirf ibadat kartay hain aur sirf zaroori cheez khana peena, bas. Aur koi, woh koi doosra kaam nahi kartay hain wahan par,</w:t>
      </w:r>
    </w:p>
    <w:p>
      <w:pPr>
        <w:jc w:val="right"/>
      </w:pPr>
      <w:r>
        <w:t>تو اعت کافمیں ایسا کرتے ہیںکہوہ مسجدمیں کرتے ہیں اور وہاںپر صرف عبادتکرتے ہیں اور صرف ضروریچیز کھاناپینا، بس۔اور کوئی ،وہکوئیدوسراکام نہیں کرتے ہیںوہاںپر ،</w:t>
      </w:r>
    </w:p>
    <w:p>
      <w:r>
        <w:rPr>
          <w:b/>
        </w:rPr>
        <w:t xml:space="preserve">[01:38] </w:t>
      </w:r>
      <w:r>
        <w:t>na kisi unnecessary work kay liye bahar nikaltay hain. To yeh hai Itikaf. To Itikaf aisa nahi hai keh kuch Islam mein hi Itikaf hai, balkeh doosray mazahib mein bhi hai.</w:t>
      </w:r>
    </w:p>
    <w:p>
      <w:pPr>
        <w:jc w:val="right"/>
      </w:pPr>
      <w:r>
        <w:t>نہکسی اننیسیسری ورککےلیے باہرنکلتےہیں۔ تو یہہے اعت کاف ۔ تو اعت کافایسانہیں ہےکہکچھ اسلام میں ہیاعت کافہے، بلکہ دوسرے مذاہبمیںبھیہے۔</w:t>
      </w:r>
    </w:p>
    <w:p>
      <w:r>
        <w:rPr>
          <w:b/>
        </w:rPr>
        <w:t xml:space="preserve">[01:51] </w:t>
      </w:r>
      <w:r>
        <w:t>Aur hum Quran say hum maloom kar, maloom hota hai keh Hazrat Maryam (AS) bhi Itikaf ki position mein rehti theen, Hekal mein.</w:t>
      </w:r>
    </w:p>
    <w:p>
      <w:pPr>
        <w:jc w:val="right"/>
      </w:pPr>
      <w:r>
        <w:t>اور ہمقرآنسےہممعلوم کر ،معلومہوتاہے کہحضرت مریمعلیہالسلام بھی اعت کاف کی پوزیشنمیںرہتیتھیں، ہیکلمیں ۔</w:t>
      </w:r>
    </w:p>
    <w:p>
      <w:r>
        <w:rPr>
          <w:b/>
        </w:rPr>
        <w:t xml:space="preserve">[02:01] </w:t>
      </w:r>
      <w:r>
        <w:t>Hekal kay nigran wohi Hazrat Zakariya (AS) thay.</w:t>
      </w:r>
    </w:p>
    <w:p>
      <w:pPr>
        <w:jc w:val="right"/>
      </w:pPr>
      <w:r>
        <w:t>ہیکلکے نگراںجوہیںحضرت زکریاتھے۔</w:t>
      </w:r>
    </w:p>
    <w:p>
      <w:r>
        <w:rPr>
          <w:b/>
        </w:rPr>
        <w:t xml:space="preserve">[02:04] </w:t>
      </w:r>
      <w:r>
        <w:t>To, ah, Maryam (AS) ki maa nay woh kiya tha, niyat ki thi keh agar mera beta hoga to main us ko Hekal kay nazar karoon gi.</w:t>
      </w:r>
    </w:p>
    <w:p>
      <w:pPr>
        <w:jc w:val="right"/>
      </w:pPr>
      <w:r>
        <w:t>تو، اہ ،مریمعلیہالسلامکی ماںنے وہ کیا تھا، نیتکیتھی کہاگر میرابیٹا ہوگاتومیںاسکو ہیکلکینظر کروںگی۔</w:t>
      </w:r>
    </w:p>
    <w:p>
      <w:r>
        <w:rPr>
          <w:b/>
        </w:rPr>
        <w:t xml:space="preserve">[02:16] </w:t>
      </w:r>
      <w:r>
        <w:t>to beta nahin, beti hui. to phir inko chuki niyat kar chuki theen, woh to unhon ne chuki woh unke mam, shayad mam wohi thay, ah, uncle thay, woh Hazrat Zakariya, to unke under mein unhon ne inko hi wahan par kar diya.</w:t>
      </w:r>
    </w:p>
    <w:p>
      <w:pPr>
        <w:jc w:val="right"/>
      </w:pPr>
      <w:r>
        <w:t>تو بیٹا نہیں،بیٹیہوئی۔توپھرانکو چونکہنیتکرچکیتھیں، وہ تو انہوں نے چونکہوہ انکے مام،شایدماموہیتھے، اہ، انکل تھے،وہ حضرت زکریا، تو انکےانڈرمیںانہوںنے انکوہی وہاںپر کردیا ۔</w:t>
      </w:r>
    </w:p>
    <w:p>
      <w:r>
        <w:rPr>
          <w:b/>
        </w:rPr>
        <w:t xml:space="preserve">[02:32] </w:t>
      </w:r>
      <w:r>
        <w:t>to woh mustaqil itkaf mein rehti theen aur wahan inko ibadat, ziyada tar ibadat hi hoti thi wahan par. aur jab Hazrat Zakariya unke paas aate to Quran mein aaya hai ke wajadaha indahu rizqan, unke paas rizq paate.</w:t>
      </w:r>
    </w:p>
    <w:p>
      <w:pPr>
        <w:jc w:val="right"/>
      </w:pPr>
      <w:r>
        <w:t>تو وہ مست قل اعت کافمیںرہتیتھیںاوروہاںانکو عبادت ،زیادہ تر عبادتہیہوتیتھیوہاںپر ۔ اور جب حضرتزکریاانکےپاس آتے تو قرآنمیںآیاہےکہوجد ہ عند ہرزقہ، انکےپاس رزقربپاتے۔</w:t>
      </w:r>
    </w:p>
    <w:p>
      <w:r>
        <w:rPr>
          <w:b/>
        </w:rPr>
        <w:t xml:space="preserve">[02:49] </w:t>
      </w:r>
      <w:r>
        <w:t>to yeh rizq bahut sare log samajhte hain ke yeh kuch khane peene ki cheez jannat se aa</w:t>
      </w:r>
    </w:p>
    <w:p>
      <w:pPr>
        <w:jc w:val="right"/>
      </w:pPr>
      <w:r>
        <w:t>تو یہ رزقرب بہت سارےلوگسمجھتےہیںکہ یہکچھکھانےپینےکیچیز جنتسےآ</w:t>
      </w:r>
    </w:p>
    <w:p>
      <w:r>
        <w:rPr>
          <w:b/>
        </w:rPr>
        <w:t xml:space="preserve">[02:55] </w:t>
      </w:r>
      <w:r>
        <w:t>ti thi. to Maulana Sahab ne likha hai aisa nahin tha, balkeh woh spiritual food hota tha ke inko hikmat ki baatein Allah Ta'ala unko batate thay.</w:t>
      </w:r>
    </w:p>
    <w:p>
      <w:pPr>
        <w:jc w:val="right"/>
      </w:pPr>
      <w:r>
        <w:t>تیتھی۔ تو مول اناصاحبنےلکھاہےایسانہیںتھا،بلکہ وہ سپرچول فوڈہوتاتھا کہانکو حکمتکیباتیں اللہتعالیٰانکوبتاتےتھے۔</w:t>
      </w:r>
    </w:p>
    <w:p>
      <w:r>
        <w:rPr>
          <w:b/>
        </w:rPr>
        <w:t xml:space="preserve">[03:06] </w:t>
      </w:r>
      <w:r>
        <w:t>to yeh tha kyunke jitna zyada aap concentration mein jayenge aur is mein concentration ki halat mein ibadat karenge to itna hi aapko, ah, spiritual food milega.</w:t>
      </w:r>
    </w:p>
    <w:p>
      <w:pPr>
        <w:jc w:val="right"/>
      </w:pPr>
      <w:r>
        <w:t>تو یہ تھا کیونکہجتنا زیادہ آپ کنسنٹریشن میں جائیںگے اور اسمیں کنسنٹریشنکیحالتمیں عبادتکریںگےتو اتناہیآپکو، اہ، سپرچول فوڈملےگا۔</w:t>
      </w:r>
    </w:p>
    <w:p>
      <w:r>
        <w:rPr>
          <w:b/>
        </w:rPr>
        <w:t xml:space="preserve">[03:19] </w:t>
      </w:r>
      <w:r>
        <w:t>to is liye is yeh itkaf kiya jata hai.</w:t>
      </w:r>
    </w:p>
    <w:p>
      <w:pPr>
        <w:jc w:val="right"/>
      </w:pPr>
      <w:r>
        <w:t>تواس لیے اس یہ اعت کافکیاجاتاہے۔</w:t>
      </w:r>
    </w:p>
    <w:p>
      <w:r>
        <w:rPr>
          <w:b/>
        </w:rPr>
        <w:t xml:space="preserve">[03:23] </w:t>
      </w:r>
      <w:r>
        <w:t>to itkaf mein yehi kiya jata hai ke Quran ki baat ki tilawat ki jati hai, usko uski study ki jati hai, uske upar tadabbur o tafakkur kiya jata hai, ghaur o fikr kiya jata hai.</w:t>
      </w:r>
    </w:p>
    <w:p>
      <w:pPr>
        <w:jc w:val="right"/>
      </w:pPr>
      <w:r>
        <w:t>تو اعت کافمیںیہیکیاجاتاہےکہ قرآن کی بات کی تلاوتکیجاتیہے،اسکو اسکی اسٹڈیکیجاتیہے، اسکےاوپر تد براورتف کر کیا جاتا ہے، غوروفکرکیاجاتاہے۔</w:t>
      </w:r>
    </w:p>
    <w:p>
      <w:r>
        <w:rPr>
          <w:b/>
        </w:rPr>
        <w:t xml:space="preserve">[03:36] </w:t>
      </w:r>
      <w:r>
        <w:t>to itkaf ki bhi waise do sooraten hain: ek to wahi jismani itkaf ke aap masjid mein chale jate hain, apne ghar se alag ho jate hain, aur ek Maulana ne likha hai ke fikri itkaf, yani intellectual seclusion.</w:t>
      </w:r>
    </w:p>
    <w:p>
      <w:pPr>
        <w:jc w:val="right"/>
      </w:pPr>
      <w:r>
        <w:t>تو اعت کافکیبھیویسےدو صورت یںہیں:ایکتووہیجسمانی اعتکاف کہآپ مسجدمیںچلےجاتےہیں، اپنےگھرسےالگہوجاتےہیں، اور ایک مول انانےلکھاہےکہفکریاعتکاف، یعنی انٹلیکچولسکلوجن۔</w:t>
      </w:r>
    </w:p>
    <w:p>
      <w:r>
        <w:rPr>
          <w:b/>
        </w:rPr>
        <w:t xml:space="preserve">[03:50] </w:t>
      </w:r>
      <w:r>
        <w:t>to woh jo jate hain masjid mein, woh isi liye jate hain ke woh zyada se zyada ghaur o fikr kar saken. to yeh usko aap rohani itkaf bhi keh sakte hain aur fikri itkaf bhi keh sakte hain.</w:t>
      </w:r>
    </w:p>
    <w:p>
      <w:pPr>
        <w:jc w:val="right"/>
      </w:pPr>
      <w:r>
        <w:t>تو وہجو جاتےہیں مسجدمیں،وہاسیلیےجاتےہیں کہوہ زیادہ سےزیادہ غوروفکرکرسکیں۔ تو یہ اسکوآپ روحانی اعتکافبھیکہہسکتےہیںاور فکریاعتکافبھیکہہسکتےہیں۔</w:t>
      </w:r>
    </w:p>
    <w:p>
      <w:r>
        <w:rPr>
          <w:b/>
        </w:rPr>
        <w:t xml:space="preserve">[04:05] </w:t>
      </w:r>
      <w:r>
        <w:t>to ek rozedarana zindagi guzarne ke liye wahan par yeh Rasool Allah Sal Allahu Alaihi Wasallam har saal itkaf karte thay.</w:t>
      </w:r>
    </w:p>
    <w:p>
      <w:pPr>
        <w:jc w:val="right"/>
      </w:pPr>
      <w:r>
        <w:t>تو ایک روز ےدارانہزندگی گزارنےکےلیے وہاںپر یہ رسولاللہصلیاللہعلیہوسلم ہرسال اعت کافکرتے تھے۔</w:t>
      </w:r>
    </w:p>
    <w:p>
      <w:r>
        <w:rPr>
          <w:b/>
        </w:rPr>
        <w:t xml:space="preserve">[04:15] </w:t>
      </w:r>
      <w:r>
        <w:t>to is liye musalman bhi har saal itkaf karte hain jin se ho sakta hai. to wahan par jate hain aur woh tarah tarah ke is mein ibadat karte hain, nafl namazen padhte hain.</w:t>
      </w:r>
    </w:p>
    <w:p>
      <w:pPr>
        <w:jc w:val="right"/>
      </w:pPr>
      <w:r>
        <w:t>تو اس لیے مسلمان بھیہرسال اعت کاف کرتے ہیں جن سےہوسکتاہے۔ تووہاںپر جاتےہیںاور وہ طرح طرح کے اسمیں عبادت کرتے ہیں،نفلنمازیںپڑھتےہیں۔</w:t>
      </w:r>
    </w:p>
    <w:p>
      <w:r>
        <w:rPr>
          <w:b/>
        </w:rPr>
        <w:t xml:space="preserve">[04:27] </w:t>
      </w:r>
      <w:r>
        <w:t>to wahan par ek to insan worldli activities se door rehta hai. to iske bare mein hadith aaya hai ke woh gunahon se itkaf karte hain, yani gunahon se rukte hain.</w:t>
      </w:r>
    </w:p>
    <w:p>
      <w:pPr>
        <w:jc w:val="right"/>
      </w:pPr>
      <w:r>
        <w:t>تو وہاںپر ایکتو انسان ورلڈلیایکٹیویٹیزسےدوررہتاہے۔ تو اسکے بارےمیںحدیث آیاہےکہوہ گناہوںسے اعت کافکرتےہیں،یعنی گناہوںسےرکتےہیں۔</w:t>
      </w:r>
    </w:p>
    <w:p>
      <w:r>
        <w:rPr>
          <w:b/>
        </w:rPr>
        <w:t xml:space="preserve">[04:39] </w:t>
      </w:r>
      <w:r>
        <w:t>to is tarike se woh rehte hain das din, maximum das din nahin, aur kam din bhi itkaf kiya jata hai. to roze ki bharpoor spirit wahan par inko hasil hoti hai.</w:t>
      </w:r>
    </w:p>
    <w:p>
      <w:pPr>
        <w:jc w:val="right"/>
      </w:pPr>
      <w:r>
        <w:t>تو اسطریقےسےوہ رہتےہیں د سدن، میکسیممدسدنہیں، اورکم دنبھی اعتکاف کیاجاتا ہے۔ تو روز ےکیبھرپور سپرٹ وہاںپر انکو حاصل ہوتیہے۔</w:t>
      </w:r>
    </w:p>
    <w:p>
      <w:r>
        <w:rPr>
          <w:b/>
        </w:rPr>
        <w:t xml:space="preserve">[04:51] </w:t>
      </w:r>
      <w:r>
        <w:t>aur jab ek bar inko yeh training ho jati hai rozedarana zindagi ki, to phir yeh baad mein bhi continue rehti hai.</w:t>
      </w:r>
    </w:p>
    <w:p>
      <w:pPr>
        <w:jc w:val="right"/>
      </w:pPr>
      <w:r>
        <w:t>اور جب ایک بار انکو یہٹریننگہوجاتیہے روز ےدارانہزندگی کی، تو پھریہ بعدمیںبھی کنٹینیورہتیہے۔</w:t>
      </w:r>
    </w:p>
    <w:p>
      <w:r>
        <w:rPr>
          <w:b/>
        </w:rPr>
        <w:t xml:space="preserve">[05:03] </w:t>
      </w:r>
      <w:r>
        <w:t>aap a, agar hum yeh itkaf ke bare mein agar kuch kehna chahein to yeh keh sakte hain ke roze mein kya hota hai ke roze ke andar insan khane peene se aur doosri cheezon se ruk jata hai.</w:t>
      </w:r>
    </w:p>
    <w:p>
      <w:pPr>
        <w:jc w:val="right"/>
      </w:pPr>
      <w:r>
        <w:t>آپ ا،اگرہم یہ اعت کافکےبارےمیںاگرکچھکہناچاہیںتویہکہہسکتےہیںکہ روز ہ میں کیاہوتاہے کہروزہکےاندر انسان کھانےپینےسے اور دوسریچیزوںسےرکجاتاہے۔</w:t>
      </w:r>
    </w:p>
    <w:p>
      <w:r>
        <w:rPr>
          <w:b/>
        </w:rPr>
        <w:t xml:space="preserve">[05:14] </w:t>
      </w:r>
      <w:r>
        <w:t>to hum yeh keh sakte hain aap ke itkaf jo hai ke aadmi jo duniya ke andar jo masroofiyat hoti hain, us se rukna hai, us is se roza rakhna hai. woh yeh hum keh sakte hain das din ke liye hota hai.</w:t>
      </w:r>
    </w:p>
    <w:p>
      <w:pPr>
        <w:jc w:val="right"/>
      </w:pPr>
      <w:r>
        <w:t>توہمیہکہہسکتےہیںآپاکہ اعت کافجوہےکہ آدمیجودنیا کےاندرجومصروف یات ہوتیہیں،اسسےرکناہے، اس اسسےروز ہرکھناہے۔وہ یہہمکہہسکتےہیںدسدنکےلیے ہوتاہے۔</w:t>
      </w:r>
    </w:p>
    <w:p>
      <w:r>
        <w:rPr>
          <w:b/>
        </w:rPr>
        <w:t xml:space="preserve">[05:26] </w:t>
      </w:r>
      <w:r>
        <w:t>sahaba karam ke bare mein aata hai ke woh ek cheez zyada karte thay, woh kehte thay ek doosre sahaba se ke aao hum kuch der ke liye iman layen. to yeh goya Allah Ta'ala ke sath iman lana, Allah Ta'ala ke sath munajat karna, yeh hum keh sakte hain isko.</w:t>
      </w:r>
    </w:p>
    <w:p>
      <w:pPr>
        <w:jc w:val="right"/>
      </w:pPr>
      <w:r>
        <w:t>صحابہکرامکےبارےمیںآتاہے کہوہ ایکچیز بہتزیادہ کرتے تھے،وہ کہتےتھے ایکدوسرےصحابہسےکہآؤہمکچھدیرکےلیےایمانلائیں۔ تویہگویااللہتعالیٰکےساتھ ایمانلانا،اللہتعالیٰکےساتھ من اجاتکرنا،یہہمکہہسکتےہیںاسکو۔</w:t>
      </w:r>
    </w:p>
    <w:p>
      <w:r>
        <w:rPr>
          <w:b/>
        </w:rPr>
        <w:t xml:space="preserve">[05:40] </w:t>
      </w:r>
      <w:r>
        <w:t>to yeh jaise yeh naam aata hai, is mein Abu Dardah ka naam aata hai, Abdullah Ibn Rawahah ka naam aata hai, Mu'adh ibn Jabal ka naam aata hai ke yeh log karte thay, woh bolte thay aao hum kuch der ke liye iman layen.</w:t>
      </w:r>
    </w:p>
    <w:p>
      <w:pPr>
        <w:jc w:val="right"/>
      </w:pPr>
      <w:r>
        <w:t>تو یہ جیسے یہ نام آتاہے،اسمیںابودردہکانامآتاہے، عبداللہابن رواحہکانامآتاہے، معاذبنجبلکانامآتاہےکہیہلوگکرتے تھے،وہبولتےتھے آؤہمکچھدیرکےلیےایمانلائیں۔</w:t>
      </w:r>
    </w:p>
    <w:p>
      <w:r>
        <w:rPr>
          <w:b/>
        </w:rPr>
        <w:t xml:space="preserve">[05:53] </w:t>
      </w:r>
      <w:r>
        <w:t>to yeh goya Allah Ta'ala ke sath munajat karne ka ek rasta hai. to iske baad, ah, aap se main yeh sawal karna chahta hoon ke ek to Islam mein itkaf hota</w:t>
      </w:r>
    </w:p>
    <w:p>
      <w:pPr>
        <w:jc w:val="right"/>
      </w:pPr>
      <w:r>
        <w:t>تو یہگویااللہتعالیٰکےساتھ مناجاتکرنے کا ایک راستہہے۔ تو اسکےبعد، اہ،آپ سے میں یہسوالکرناچاہتاہوں کہ ایکتواسلام میںاعت کافہوتا</w:t>
      </w:r>
    </w:p>
    <w:p>
      <w:r>
        <w:rPr>
          <w:b/>
        </w:rPr>
        <w:t xml:space="preserve">[06:05] </w:t>
      </w:r>
      <w:r>
        <w:t>hai, doosra yeh ke hum jante hain rehbaniyat kehe ya jisko sanyasi banna kaha jata hai. to yeh rehbaniyat kya cheez hai, itkaf aur is mein koi farq hai?</w:t>
      </w:r>
    </w:p>
    <w:p>
      <w:pPr>
        <w:jc w:val="right"/>
      </w:pPr>
      <w:r>
        <w:t>ہے، دوسرایہکہہمجانتےہیں رہ بانیتایکہےیاجسکو سنیاسی بنناکہاجاتا ہے۔ تویہ رہبانیتکیاچیزہے، اعت کافاوراسمیں کوئی فرقہے؟</w:t>
      </w:r>
    </w:p>
    <w:p>
      <w:r>
        <w:rPr>
          <w:b/>
        </w:rPr>
        <w:t xml:space="preserve">[06:16] </w:t>
      </w:r>
      <w:r>
        <w:t>haan, bahut zyada farq hai kyunke rehbaniyat isi ko kehte hain jisko hum monastism kehte hain. to yeh rehbaniyat jo hai, woh duniya se mustaqil taur par kinara kashi ikhtiyar karna hai, duniya ko chhod dena hai.</w:t>
      </w:r>
    </w:p>
    <w:p>
      <w:pPr>
        <w:jc w:val="right"/>
      </w:pPr>
      <w:r>
        <w:t>ہاں،بہت زیادہ فرقہےکیونکہرہبانیت اسیکوکہتےہیںجسکوہمموناسٹیسزمکہتےہیں۔ تو یہ رہ بانیت جوہے،وہ دنیا سے مست قل طور پرکنارہکشیاختیارکرناہے،دنیا کو چھوڑدیناہے۔</w:t>
      </w:r>
    </w:p>
    <w:p>
      <w:r>
        <w:rPr>
          <w:b/>
        </w:rPr>
        <w:t xml:space="preserve">[06:30] </w:t>
      </w:r>
      <w:r>
        <w:t>to Islam se pehle yehi tha aur ab bhi sufiyon ne aisa kiya hai ke unhon ne goshah nasheeni mustaqil taur par ikhtiyar ki.</w:t>
      </w:r>
    </w:p>
    <w:p>
      <w:pPr>
        <w:jc w:val="right"/>
      </w:pPr>
      <w:r>
        <w:t>تو اسلام سےپہلے یہیتھا اور اببھی صوفیاء نے ایسا کیاہے کہانہوںنےگوشہنش ینی مستقل طورپر اختیارکی۔</w:t>
      </w:r>
    </w:p>
    <w:p>
      <w:r>
        <w:rPr>
          <w:b/>
        </w:rPr>
        <w:t xml:space="preserve">[06:39] </w:t>
      </w:r>
      <w:r>
        <w:t>to is tarike se yeh Islam mein, ah, Islam se pehle ye tradition chali aa rahi thi aur har mazhab mein tha. aap dekhte hain Hindu mazhab mein sadhu hain, Buddhism mein monk hain aur Christianity mein nun</w:t>
      </w:r>
    </w:p>
    <w:p>
      <w:pPr>
        <w:jc w:val="right"/>
      </w:pPr>
      <w:r>
        <w:t>تو اسطریقےسے یہ اصلمیں، اہ، اسلام سے پہلے یہٹریڈیشنچلیآرہیتھی اور ہر مذہبمیںتھا۔ آپدیکھتےہیں ہندو مذہبمیںسادھوہیں، بدھزممیں مان کس ہیں اور کرسچنزمیں ہ رمی</w:t>
      </w:r>
    </w:p>
    <w:p>
      <w:r>
        <w:rPr>
          <w:b/>
        </w:rPr>
        <w:t xml:space="preserve">[06:57] </w:t>
      </w:r>
      <w:r>
        <w:t>hain. to yeh log jangalon mein, pahadon mein wahan rehte hain, din raat mujahide karte hain, riyazat karte hain. Islam mein in logon ka yeh soch thi ke yeh jo hamari jism hai, jiske tamam desires hain, to isi wajah se hum spiritual enlightenment tak nahin pahunch pate hain.</w:t>
      </w:r>
    </w:p>
    <w:p>
      <w:pPr>
        <w:jc w:val="right"/>
      </w:pPr>
      <w:r>
        <w:t>ٹسہیں۔ تو یہلوگ جنگ لوںمیں،پہاڑوںمیں وہاںرہتےہیں،دن رات مجاہدےکرتےہیں،ریاضتکرتے ہیں۔ اصلمیں انلوگوںکا یہ سوچتھی کہ یہ جو ہماری جسمہے، جسکےتمام ڈیزائرزہیں، تو اسیکیوجہ سےہم سپرچ ولانلائٹنمنٹتکنہیں پہنچپاتےہیں۔</w:t>
      </w:r>
    </w:p>
    <w:p>
      <w:r>
        <w:rPr>
          <w:b/>
        </w:rPr>
        <w:t xml:space="preserve">[07:18] </w:t>
      </w:r>
      <w:r>
        <w:t>to humko har pleasures ko deny karna hai, abstinence ki zindagi guzarna hai.</w:t>
      </w:r>
    </w:p>
    <w:p>
      <w:pPr>
        <w:jc w:val="right"/>
      </w:pPr>
      <w:r>
        <w:t>تو ہمکو ہر پلیژرزکو ڈینائیکرناہے، ایبسٹیننسکیزندگی گزارناہے۔</w:t>
      </w:r>
    </w:p>
    <w:p>
      <w:r>
        <w:rPr>
          <w:b/>
        </w:rPr>
        <w:t xml:space="preserve">[07:25] </w:t>
      </w:r>
      <w:r>
        <w:t>to jab jism woh hai pak ho jayega desires se, tabhi humko spiritual enlightenment milega. to yeh kahin kahin bohat hi extreme form mein paya jata hai, jaise jainism mein aur buddhism mein.</w:t>
      </w:r>
    </w:p>
    <w:p>
      <w:pPr>
        <w:jc w:val="right"/>
      </w:pPr>
      <w:r>
        <w:t>توجب جسمجوہے پاکہوجائےگاڈیزائرسے، تبھیہمکو سپرچولانلائٹنمنٹملےگا۔ تو یہ کہیںکہیںبہتہی ایکسٹریمفارممیںپایاجاتاہے،جیسے جینزممیںاوربدھزممیں۔</w:t>
      </w:r>
    </w:p>
    <w:p>
      <w:r>
        <w:rPr>
          <w:b/>
        </w:rPr>
        <w:t xml:space="preserve">[07:37] </w:t>
      </w:r>
      <w:r>
        <w:t>to woh log bilkul hi jungla pahad mein chale jate hain. lekin islam mein kya hai ke, ah, moderation hai,</w:t>
      </w:r>
    </w:p>
    <w:p>
      <w:pPr>
        <w:jc w:val="right"/>
      </w:pPr>
      <w:r>
        <w:t>تووہلوگبالکل ہیجنگ لپہاڑمیںچلےجاتےہیں۔ لیکن اسلام میںکیاہے کہ، اہ، ماڈریشنہے،</w:t>
      </w:r>
    </w:p>
    <w:p>
      <w:r>
        <w:rPr>
          <w:b/>
        </w:rPr>
        <w:t xml:space="preserve">[07:46] </w:t>
      </w:r>
      <w:r>
        <w:t>waqti tor par aap dunya darana zindagi se alag hokar Khuda ki ibadat karte hain, ghore o fikr karte hain spiritual baaton mein.</w:t>
      </w:r>
    </w:p>
    <w:p>
      <w:pPr>
        <w:jc w:val="right"/>
      </w:pPr>
      <w:r>
        <w:t>وق تیطورپر آپ دنیا دار انہزندگی سےالگہوکر خداکیعبادتکرتے ہیں،غوروفکرکرتے ہیں سپرچ ولباتوںمیں۔</w:t>
      </w:r>
    </w:p>
    <w:p>
      <w:r>
        <w:rPr>
          <w:b/>
        </w:rPr>
        <w:t xml:space="preserve">[07:56] </w:t>
      </w:r>
      <w:r>
        <w:t>phir uske baad phir aap dunya mein wapas aa jate hain. Islam mein baat kya hai ke Islam ke mutabiq insan halat test mein hai.</w:t>
      </w:r>
    </w:p>
    <w:p>
      <w:pPr>
        <w:jc w:val="right"/>
      </w:pPr>
      <w:r>
        <w:t>پھراسکےبعد پھرآپ دنیا میں واپسآجاتےہیں۔ اصلمیں باتکیاہےکہ اسلام کے مط ابق انسان حالت ٹیسٹ میںہے۔</w:t>
      </w:r>
    </w:p>
    <w:p>
      <w:r>
        <w:rPr>
          <w:b/>
        </w:rPr>
        <w:t xml:space="preserve">[08:05] </w:t>
      </w:r>
      <w:r>
        <w:t>agar woh mustaqil tor par jungla pahad chala jayega to uska test hi nahi hoga, kyunke test to hota hai jab jab hum doosre logon ke darmiyan rehte hain.</w:t>
      </w:r>
    </w:p>
    <w:p>
      <w:pPr>
        <w:jc w:val="right"/>
      </w:pPr>
      <w:r>
        <w:t>اگر وہ مست قل طورپرجنگ لپہاڑچلاجائےگا تو اسکا ٹیسٹ ہینہیںہوگا،کیونکہٹیسٹ توہوتاہےجب جبہمدوسرےلوگوںکےدرمیانرہتےہیں۔</w:t>
      </w:r>
    </w:p>
    <w:p>
      <w:r>
        <w:rPr>
          <w:b/>
        </w:rPr>
        <w:t xml:space="preserve">[08:14] </w:t>
      </w:r>
      <w:r>
        <w:t>kisi ne humein kuch bura keh diya hai, kisi ne humein provoke kar diya hai, kisi ne humein ghussa dila diya hai, to</w:t>
      </w:r>
    </w:p>
    <w:p>
      <w:pPr>
        <w:jc w:val="right"/>
      </w:pPr>
      <w:r>
        <w:t>کسی نےہمیںکچھبراکہہدیاہے،کسی نےہمیں پرو وککردیاہے،کسی نےہمیںغصہدلادیاہے، تو</w:t>
      </w:r>
    </w:p>
    <w:p>
      <w:r>
        <w:rPr>
          <w:b/>
        </w:rPr>
        <w:t xml:space="preserve">[08:20] </w:t>
      </w:r>
      <w:r>
        <w:t>phir hamara response kya hota hai? to yeh sab wahan hota hi nahi, wahan to din raat baithe kar ibadat karna hai. to lekin doosre mazahib mein kya tha ke, ah, apne punarjanm ka concept hai.</w:t>
      </w:r>
    </w:p>
    <w:p>
      <w:pPr>
        <w:jc w:val="right"/>
      </w:pPr>
      <w:r>
        <w:t>پھرہمارارسپانسکیاہوتاہے؟ تو یہسب وہاںہوتاہینہیں،وہاںتودنراتبیٹھکےعبادتکرناہے۔ تو لیکن دوسرےمذاہبمیںکیا تھاکہ، اہ، ابپنرجنمکا کانسیپٹہے۔</w:t>
      </w:r>
    </w:p>
    <w:p>
      <w:r>
        <w:rPr>
          <w:b/>
        </w:rPr>
        <w:t xml:space="preserve">[08:33] </w:t>
      </w:r>
      <w:r>
        <w:t>to woh kehte hain ke jab tak hum apni desires ko khatam nahi kar denge, tab tak humko punarjanm se chhutkara nahi milega.</w:t>
      </w:r>
    </w:p>
    <w:p>
      <w:pPr>
        <w:jc w:val="right"/>
      </w:pPr>
      <w:r>
        <w:t>تووہکہتےہیں کہ جب تک ہم اپنی ڈیزائرزکوختمنہیںکردیںگے،تبتکہمکو پنرجنمسےچھٹکارا نہیںملےگا۔</w:t>
      </w:r>
    </w:p>
    <w:p>
      <w:r>
        <w:rPr>
          <w:b/>
        </w:rPr>
        <w:t xml:space="preserve">[08:42] </w:t>
      </w:r>
      <w:r>
        <w:t>aur buddhism mein to khaas tareeqe se yeh bohat hi main unki philosophy hai ke yahi jo desires hain, yahi doosra body marne ke baad doosra body le kar aati hain.</w:t>
      </w:r>
    </w:p>
    <w:p>
      <w:pPr>
        <w:jc w:val="right"/>
      </w:pPr>
      <w:r>
        <w:t>اور بدھزممیںتوخاص طریقےسے یہبہتہی مینانکیفلاس فیہے کہ یہیجوہیں جو ڈیزائرزہیں،یہی دوسرا باڈی مرنےکےبعد دوسرا باڈیلےکرآتیہیں۔</w:t>
      </w:r>
    </w:p>
    <w:p>
      <w:r>
        <w:rPr>
          <w:b/>
        </w:rPr>
        <w:t xml:space="preserve">[08:57] </w:t>
      </w:r>
      <w:r>
        <w:t>to humein isko khatam karna hai, tabhi humein salvation ya mukti ya moksha jo bhi hai, woh milega. to is wajah se woh log jo hain, ek bada tabqa unka rehbaniyat ka tareeqa isne ikhtiyar kiya hai.</w:t>
      </w:r>
    </w:p>
    <w:p>
      <w:pPr>
        <w:jc w:val="right"/>
      </w:pPr>
      <w:r>
        <w:t>تو ہمیں اسکو ختمکرناہے، تبھیہمیں سالویشنیا مکھتییا موکشجوبھیہے،وہملےگا۔ تو اسوجہ سےوہلوگجوہیں، ایکبڑا طبقہانکا رہبانیتکاطریقہ اسنےاختیارکیا ہے۔</w:t>
      </w:r>
    </w:p>
    <w:p>
      <w:r>
        <w:rPr>
          <w:b/>
        </w:rPr>
        <w:t xml:space="preserve">[09:12] </w:t>
      </w:r>
      <w:r>
        <w:t>ismein jo Quran ki ayat aayi hai rehbaniyat ke ta'alluq se, Surah Hadid ayat number 27, 27 mein hai aur</w:t>
      </w:r>
    </w:p>
    <w:p>
      <w:pPr>
        <w:jc w:val="right"/>
      </w:pPr>
      <w:r>
        <w:t>اسمیں میں جو قرآنکیآیتآئیہےرہبانیتکےتعلقسے،سورہ الحدیدآیتنمبر 2 7،2 7 میںہے اور</w:t>
      </w:r>
    </w:p>
    <w:p>
      <w:r>
        <w:rPr>
          <w:b/>
        </w:rPr>
        <w:t xml:space="preserve">[09:27] </w:t>
      </w:r>
      <w:r>
        <w:t>ke rehbaniyat ko unhone khud se ijad kar liya, humne un par yeh cheez lazim nahi ki thi. haan, unhone Allah Ta'ala ki raza paane ke liye isko kiya, magar uski woh poori tareeqe se riayat nahi kar sake.</w:t>
      </w:r>
    </w:p>
    <w:p>
      <w:pPr>
        <w:jc w:val="right"/>
      </w:pPr>
      <w:r>
        <w:t>کہرہبانیتکوانہوںنےخود سےایجادکرلیا،ہمنےانپر یہچیز لازمنہیں کیتھی۔ ہاں،انہوںنےاللہ تعالیٰکیرضاپانےکےلیےاسکوکیا ،مگر اسکی وہپوریطریقےسے رعایتنہیں کرسکے۔</w:t>
      </w:r>
    </w:p>
    <w:p>
      <w:r>
        <w:rPr>
          <w:b/>
        </w:rPr>
        <w:t xml:space="preserve">[09:39] </w:t>
      </w:r>
      <w:r>
        <w:t>to ismein do cheezein hain: ek to yeh hai ke yeh cheez khud insan ne apni taraf se ki thi aur itkaf mein hota hai ke Allah Ta'ala ki taraf se hai. doosri cheez woh yeh hai ke ab isko poori tareeqe se iska haq bhi ada nahi kar paye, kyunke insan ke nature ke khilaf hai. insan das din, paanch din kya hai, dunya se alag reh sakta hai, magar poori zindagi dunya se alag rehna yeh cheez nahi ho sakti.</w:t>
      </w:r>
    </w:p>
    <w:p>
      <w:pPr>
        <w:jc w:val="right"/>
      </w:pPr>
      <w:r>
        <w:t>تواسمیں دوچیزیںہیں:ایکتویہہےکہ یہچیزخود انساننے اپنیطرف سےکیتھی اور اعت کافمیںہوتاہےکہاللہ تعالیٰکیطرفسےہے۔ دوسریچیز وہیہہےکہ اباسکوپوریطریقےسےاسکاحق بھیادانہیںکرپائے،کیونکہانسان کےنیچرکےخلاف ہے۔انساندسدن،پانچدنکیاہے،دنیا سےالگرہسکتاہے، مگر پوری زندگی دنیا سےالگرہنایہچیزنہیں ہوسکتی۔</w:t>
      </w:r>
    </w:p>
    <w:p>
      <w:r>
        <w:rPr>
          <w:b/>
        </w:rPr>
        <w:t xml:space="preserve">[10:00] </w:t>
      </w:r>
      <w:r>
        <w:t>insan ke bare mein aata hai ke woh kya hai, ah, tamadduni insan hai ke doosre insan ke baghair nahi reh sakta.</w:t>
      </w:r>
    </w:p>
    <w:p>
      <w:pPr>
        <w:jc w:val="right"/>
      </w:pPr>
      <w:r>
        <w:t>انسانکےبارےمیں آتاہےکہوہکیاہے، اہ، تمدنیانسانہے کہ دوسرےانسانکےبغیرنہیںرہسکتا۔</w:t>
      </w:r>
    </w:p>
    <w:p>
      <w:r>
        <w:rPr>
          <w:b/>
        </w:rPr>
        <w:t xml:space="preserve">[10:08] </w:t>
      </w:r>
      <w:r>
        <w:t>is</w:t>
      </w:r>
    </w:p>
    <w:p>
      <w:pPr>
        <w:jc w:val="right"/>
      </w:pPr>
      <w:r>
        <w:t>اس</w:t>
      </w:r>
    </w:p>
    <w:p>
      <w:r>
        <w:rPr>
          <w:b/>
        </w:rPr>
        <w:t xml:space="preserve">[10:09] </w:t>
      </w:r>
      <w:r>
        <w:t>ko koi chahiye jiske saath woh apni baat share kare, koi chahiye jiske saath woh apna mel jol kare. yeh cheezein zaroori hain iske liye.</w:t>
      </w:r>
    </w:p>
    <w:p>
      <w:pPr>
        <w:jc w:val="right"/>
      </w:pPr>
      <w:r>
        <w:t>کو کوئیچاہیےجسکےساتھوہاپنیباتشیئرکرے، کوئیچاہیےجسکےساتھ وہ اپنا میل جولکرے۔ یہچیزیںضروریہیںاسکےلیے۔</w:t>
      </w:r>
    </w:p>
    <w:p>
      <w:r>
        <w:rPr>
          <w:b/>
        </w:rPr>
        <w:t xml:space="preserve">[10:17] </w:t>
      </w:r>
      <w:r>
        <w:t>is liye hum dekhte hain ke koi insan ko agar boycott kar diya jaye to woh zinda, woh pareshan ho jata hai. ah, jail mein bhi hum dekhte hain ke agar kisi ko rakh diya jaye ke tanhai ka uske liye saza ho to uske liye sab se badi saza hoti hai.</w:t>
      </w:r>
    </w:p>
    <w:p>
      <w:pPr>
        <w:jc w:val="right"/>
      </w:pPr>
      <w:r>
        <w:t>اسلیےہمدیکھتےہیںکہکوئیانسانکواگر بائیکاٹکردیا جائےتووہزند ہ ،وہ پریشانہوجاتاہے۔ اہ،جیلمیںبھیہمدیکھتےہیںکہاگرکسی کورکھدیاجائےکہتنہائیکا اسکیسزاہوتواسکےلیےسبسےبڑیسزاہوتیہے۔</w:t>
      </w:r>
    </w:p>
    <w:p>
      <w:r>
        <w:rPr>
          <w:b/>
        </w:rPr>
        <w:t xml:space="preserve">[10:29] </w:t>
      </w:r>
      <w:r>
        <w:t>to yeh apne aap mein kya hota hai? rehbaniyat woh hoti hai, jo Islam ke ilawa hai ke aap apne aap ko tanhai mein rakh dete hain. to is wajah se is se mana kiya gaya, kyunke aadmi iski riayat nahi kar pata. bohat saari doosri galtiyan bhi aa jati hain.</w:t>
      </w:r>
    </w:p>
    <w:p>
      <w:pPr>
        <w:jc w:val="right"/>
      </w:pPr>
      <w:r>
        <w:t>تو یہ اپنےآپمیںکیاہوتاہے؟رہبانیتجوہوتیہے،جواسلام کےعلاوہہے کہآپ اپنےآپکو تنہائیمیںرکھدیتےہیں۔ تو اس وجہ سے اسسےمنعکیاگیا،کیونکہآدمیاسکیرعایتنہیںکرپاتا۔بہتساریدوسریغلطیاںبھیآجاتیہیں۔</w:t>
      </w:r>
    </w:p>
    <w:p>
      <w:r>
        <w:rPr>
          <w:b/>
        </w:rPr>
        <w:t xml:space="preserve">[10:43] </w:t>
      </w:r>
      <w:r>
        <w:t>haan, ab itkaf mein kya hota hai ke aadmi chand din ke liye hota hai, kyunke yeh zaroori bhi hai. kyunke insan agar poori, ah, har waqt insan insani karta rahe, tanhai iske liye na ho, na soche, hisab nahi kare to kya phir apne aap ko durust nahi kar sakta?</w:t>
      </w:r>
    </w:p>
    <w:p>
      <w:pPr>
        <w:jc w:val="right"/>
      </w:pPr>
      <w:r>
        <w:t>ہاں،اب اعت کافمیںکیاہوتاہےکہآدمیچنددنکےلیےہوتاہے،کیونکہیہضروریبھیہے۔کیونکہ انساناگر پوری، اہ، ہروقت انسان انسانی کرتارہے،تنہائیاسکےلیےنہہو،نہسوچے،احتسابنہیںکرےتوکیاپھراپنےآپکو درستنہیںکرسکتا؟</w:t>
      </w:r>
    </w:p>
    <w:p>
      <w:r>
        <w:rPr>
          <w:b/>
        </w:rPr>
        <w:t xml:space="preserve">[10:58] </w:t>
      </w:r>
      <w:r>
        <w:t>is wajah se mere khayal se lagta hai ke Allah Ta'ala ne aisa kiya ke chalo tumhare liye kuch din hisab bhi ho jismein tum socho.</w:t>
      </w:r>
    </w:p>
    <w:p>
      <w:pPr>
        <w:jc w:val="right"/>
      </w:pPr>
      <w:r>
        <w:t>اس وجہ سے میرےخیالسےلگتاہےکہاللہتعالیٰنےایساکیا کہچلوتمہارےلیےکچھدنایسابھیہوجسمیںتمسوچو۔</w:t>
      </w:r>
    </w:p>
    <w:p>
      <w:r>
        <w:rPr>
          <w:b/>
        </w:rPr>
        <w:t xml:space="preserve">[11:04] </w:t>
      </w:r>
      <w:r>
        <w:t>ah, hadith bhi aati hai, Allah ke Rasool Sallallahu Alaihi Wasallam ki hadith hai ke insan momin ke liye teen apni zindagi ke teen lamhon mein woh taqseem kare. ismein se ek yeh hai ke Allah Ta'ala ke, ah, Allah Ta'ala ki jo nishaniyan hain, Allah Ta'ala ki jo takhleeqat hain, ismein ghore o fikr kare. to woh itkaf mein samajhta hoon uski ek aala qism hai, Allah Ta'ala ki</w:t>
      </w:r>
    </w:p>
    <w:p>
      <w:pPr>
        <w:jc w:val="right"/>
      </w:pPr>
      <w:r>
        <w:t>اہ، حدیثبھیآتیہے،اللہکےرسولصلیاللہعلیہوسلمکیحدیثہےکہانسان مومنکےلیے تین اپنی زندگی کےتینلمحوںمیںوہ تقسیمکرے۔اسمیںسےایکیہہےکہاللہتعالیٰکے، اہ، اللہتعالیٰکیجونش انیاںہیں،اللہ تعالیٰکیجوتخلیقات ہیں،اسمیںغوروفکرکرے۔تووہ اعتکافمیںسمجھتاہوںاسکیایک اعلیٰقسم ہے، اللہ تعالیٰکی</w:t>
      </w:r>
    </w:p>
    <w:p>
      <w:r>
        <w:rPr>
          <w:b/>
        </w:rPr>
        <w:t xml:space="preserve">[11:24] </w:t>
      </w:r>
      <w:r>
        <w:t>takhleeqat mein ghore o fikr karne ke liye.</w:t>
      </w:r>
    </w:p>
    <w:p>
      <w:pPr>
        <w:jc w:val="right"/>
      </w:pPr>
      <w:r>
        <w:t>تخلیقاتمیںغوروفکرکرنے کےلیے۔</w:t>
      </w:r>
    </w:p>
    <w:p>
      <w:r>
        <w:rPr>
          <w:b/>
        </w:rPr>
        <w:t xml:space="preserve">[11:27] </w:t>
      </w:r>
      <w:r>
        <w:t>to ab is ta'alluq se main aap se agla sawal yeh karta hoon ke, ah, Islam mein to rehbaniyat nahi hai, lekin kya rehbaniyat jaisa koi aur cheez bhi hai ?</w:t>
      </w:r>
    </w:p>
    <w:p>
      <w:pPr>
        <w:jc w:val="right"/>
      </w:pPr>
      <w:r>
        <w:t>تو اب اس تعلقسے میں آپ سےاگلاسوالیہ کرتاہوں کہ، اہ،اسلام میں تو رہبانیتنہیںہے،لیکن کیا رہبانیتجیسےکوئیاورچیزبھیہے ؟</w:t>
      </w:r>
    </w:p>
    <w:p>
      <w:r>
        <w:rPr>
          <w:b/>
        </w:rPr>
        <w:t xml:space="preserve">[11:37] </w:t>
      </w:r>
      <w:r>
        <w:t>rehbaniyat ki shakal kya ho sakti hai? agar hum rehbaniyat kahein to woh sahi bataya aapne, yeh to extremism hai, lekin rehbaniyat nahi hai, lekin taqwa hai.</w:t>
      </w:r>
    </w:p>
    <w:p>
      <w:pPr>
        <w:jc w:val="right"/>
      </w:pPr>
      <w:r>
        <w:t>رہبانیتکیشکلکیاہوسکتیہے؟اگرہمرہبانیتکہیںتو وہ صحیحبتایاآپنے، یہتو ایکسٹریمزمہے، لیکن رہبانیتنہیںہے،لیکن تق ویٰہے۔</w:t>
      </w:r>
    </w:p>
    <w:p>
      <w:r>
        <w:rPr>
          <w:b/>
        </w:rPr>
        <w:t xml:space="preserve">[11:50] </w:t>
      </w:r>
      <w:r>
        <w:t>Khuda se dar kar zindagi guzarna</w:t>
      </w:r>
    </w:p>
    <w:p>
      <w:pPr>
        <w:jc w:val="right"/>
      </w:pPr>
      <w:r>
        <w:t>خداسےڈرکرزندگی گزار نا</w:t>
      </w:r>
    </w:p>
    <w:p>
      <w:r>
        <w:rPr>
          <w:b/>
        </w:rPr>
        <w:t xml:space="preserve">[11:52] </w:t>
      </w:r>
      <w:r>
        <w:t>yehi islam ki rehbaniyat hai ke har kaam jo hum karein, ismein hamein har waqt Khuda ki yaad aati rahe. Khuda ki marzi ke mutabiq hum zindagi guzarein.</w:t>
      </w:r>
    </w:p>
    <w:p>
      <w:pPr>
        <w:jc w:val="right"/>
      </w:pPr>
      <w:r>
        <w:t>یہی اسلام کیرہبانیتہےکہہرکام جوہمکریں، اسمیںہمیں ہروقت خداکییادآتیرہے۔ خداکیمرضیکےمطابق ہمزندگی گزاریں۔</w:t>
      </w:r>
    </w:p>
    <w:p>
      <w:r>
        <w:rPr>
          <w:b/>
        </w:rPr>
        <w:t xml:space="preserve">[12:02] </w:t>
      </w:r>
      <w:r>
        <w:t>to kyunke Allah ta'ala ne sari cheezein di hain duniya mein, to usko istemal karne ke liye diya hai na? to hum usko istemal karein jaiz tareeqe se, do's and don'ts ko follow karein aur uske liye Khuda ka shukr ada karein, kyunke khush-shukri hi in cheezon ka aik naljam</w:t>
      </w:r>
    </w:p>
    <w:p>
      <w:pPr>
        <w:jc w:val="right"/>
      </w:pPr>
      <w:r>
        <w:t>تو کیونکہ اللہ تعالیٰنے ساریچیزیں دیہیںدنیا میں، تواسکو استعمال کرنے کےلیےدیاہےنا؟ توہماسکواستعمال کریں جائزطریقےسے، ڈوزاینڈڈونٹسکوفالوکریں اور اسکےلیے خداکا شکراداکریں، کیونکہ خوششکرہی انچیزوں کا ایکنالجم</w:t>
      </w:r>
    </w:p>
    <w:p>
      <w:r>
        <w:rPr>
          <w:b/>
        </w:rPr>
        <w:t xml:space="preserve">[12:21] </w:t>
      </w:r>
      <w:r>
        <w:t>nat hai. to hamein sab cheezon ka istemal karna hai jo Allah ne hamare liye jo forbidden nahin hai, un sab cheezon ka istemal karna hai aur Allah ki yaad karte rehna hai,</w:t>
      </w:r>
    </w:p>
    <w:p>
      <w:pPr>
        <w:jc w:val="right"/>
      </w:pPr>
      <w:r>
        <w:t>نٹ ہے۔ توہمیں سبچیزوںکا استعمال کرناہے جو اللہ نےہمارےلیے جو فاربیڈننہیںہے،انسبچیزوںکااستعمال کرناہے اور اللہ کییادکرتے رہناہے،</w:t>
      </w:r>
    </w:p>
    <w:p>
      <w:r>
        <w:rPr>
          <w:b/>
        </w:rPr>
        <w:t xml:space="preserve">[12:34] </w:t>
      </w:r>
      <w:r>
        <w:t>Khuda ki hamd karte rehna hai.</w:t>
      </w:r>
    </w:p>
    <w:p>
      <w:pPr>
        <w:jc w:val="right"/>
      </w:pPr>
      <w:r>
        <w:t>خداکیحمد کرتے رہناہے۔</w:t>
      </w:r>
    </w:p>
    <w:p>
      <w:r>
        <w:rPr>
          <w:b/>
        </w:rPr>
        <w:t xml:space="preserve">[12:36] </w:t>
      </w:r>
      <w:r>
        <w:t>to iski aik bohat achhi misaal Nizamuddin Auliya ne di thi ke hamein is duniya mein rehna hai, lekin murghabi ki tarah, jaise murghabi paani mein jaati hai to phir paani se nikalti hai, lekin uske par pe paani nahin rehta.</w:t>
      </w:r>
    </w:p>
    <w:p>
      <w:pPr>
        <w:jc w:val="right"/>
      </w:pPr>
      <w:r>
        <w:t>تواسکیایکبہتاچھیمثال نظام الدیناول یاءنےدیاتھا کہہمیںاسیدنیا میںرہناہے، لیکن مرغابیکیطرح،جیسےمرغابی پانیمیں جاتیہے تو پھرپانیسےنکلتیہے، لیکن اسکےپر پہپانینہیںرہتا۔</w:t>
      </w:r>
    </w:p>
    <w:p>
      <w:r>
        <w:rPr>
          <w:b/>
        </w:rPr>
        <w:t xml:space="preserve">[12:52] </w:t>
      </w:r>
      <w:r>
        <w:t>to hum is duniya mein rahein, lekin duniya mein mulawwis na hon. to duniya mein rahein, zaroorat ka saamaan apne liye lein aur baqi cheezein jo hain, woh hum baqi waqt jo hai, hum Khuda ke liye istemal karein,</w:t>
      </w:r>
    </w:p>
    <w:p>
      <w:pPr>
        <w:jc w:val="right"/>
      </w:pPr>
      <w:r>
        <w:t>توہماسدنیا میںرہیں،لیکن دنیا میں ملوثنہہوں۔ تودنیا میںرہیں،ضرورتکا ساماناپنے لیے لیں اور باقیچیزیںجوہیں،وہ ہم باقیوقت جوہے،ہمخداکےلیے استعمال کریں،</w:t>
      </w:r>
    </w:p>
    <w:p>
      <w:r>
        <w:rPr>
          <w:b/>
        </w:rPr>
        <w:t xml:space="preserve">[13:06] </w:t>
      </w:r>
      <w:r>
        <w:t>Khuda ke kaam karein. jo bhi achhe kaam hain, woh sab rewardable acts hain islam mein. lekin rehbaniyat aati ki</w:t>
      </w:r>
    </w:p>
    <w:p>
      <w:pPr>
        <w:jc w:val="right"/>
      </w:pPr>
      <w:r>
        <w:t>خداکے کام کریں۔ جوبھیاچھےکام ہیں،وہسب ریوارڈیبلایکٹہیںاسلام میں ۔ لیکن رہبانیت آتیکی</w:t>
      </w:r>
    </w:p>
    <w:p>
      <w:r>
        <w:rPr>
          <w:b/>
        </w:rPr>
        <w:t xml:space="preserve">[13:14] </w:t>
      </w:r>
      <w:r>
        <w:t>se hai? woh uske liye aik hadith hai jo bohat hi clear karti hai ke aik baar Rasool Allah (SAW) masjid-e-Nabawi mein nahin thay, to kuch kuch log aaye, shayad chaar log aaye, aapko yaad hoga, chaar log, teen log aaye.</w:t>
      </w:r>
    </w:p>
    <w:p>
      <w:pPr>
        <w:jc w:val="right"/>
      </w:pPr>
      <w:r>
        <w:t>سےہے؟وہ اسکےلیےایک حدیث ہے جو بہت ہی کلیئر کرتیہے کہایکبار رسولاللہ صلیاللہعلیہوسلممسجد نبویمیںنہیںتھے، تو کچھ کچھلوگ آئے، شاید چارلوگ آئے، آپکویادہوگا،چارلوگ ، تینلوگآئے۔</w:t>
      </w:r>
    </w:p>
    <w:p>
      <w:r>
        <w:rPr>
          <w:b/>
        </w:rPr>
        <w:t xml:space="preserve">[13:34] </w:t>
      </w:r>
      <w:r>
        <w:t>to unhon ne kaha, aapke azwaj se poochha ke Rasool Allah ki ibadat kya hoti thi?</w:t>
      </w:r>
    </w:p>
    <w:p>
      <w:pPr>
        <w:jc w:val="right"/>
      </w:pPr>
      <w:r>
        <w:t>تو انہوںنے کہا، آپکےازواج سےپوچھاکہ رسولاللہ کی عبادت کیا ہوتیتھی ؟</w:t>
      </w:r>
    </w:p>
    <w:p>
      <w:r>
        <w:rPr>
          <w:b/>
        </w:rPr>
        <w:t xml:space="preserve">[13:41] </w:t>
      </w:r>
      <w:r>
        <w:t>to unhon ne jaise jaise aap ibadat karte thay, waise waise bata diya. to un logon ko woh kam laga. unhon ne kaha ke woh theek hai, woh nabbi hain, unki to ibadat mein jo quality hoti hai, jo spirit hoti hai, woh hamare andar ho nahin sakti.</w:t>
      </w:r>
    </w:p>
    <w:p>
      <w:pPr>
        <w:jc w:val="right"/>
      </w:pPr>
      <w:r>
        <w:t>تو انہوںنے جیسےجیسےآپ عبادت کرتے تھے،ویسےویسےبتادیا ۔ تو انلوگوںکو وہ کملگا۔ انہوںنےکہاکہ وہٹھیکہے،وہنبیہیں،انکیتو عبادتمیں جو کوالٹیہوتیہے، جو سپرٹہوتیہے،وہہمارےاندرہونہیںسکتی۔</w:t>
      </w:r>
    </w:p>
    <w:p>
      <w:r>
        <w:rPr>
          <w:b/>
        </w:rPr>
        <w:t xml:space="preserve">[13:57] </w:t>
      </w:r>
      <w:r>
        <w:t>unke liye itna hi kaafi hai, lekin hamein aur zyada ibadat karni hogi. to kisi ne kaha, mein hamesha roz roza rakhunga.</w:t>
      </w:r>
    </w:p>
    <w:p>
      <w:pPr>
        <w:jc w:val="right"/>
      </w:pPr>
      <w:r>
        <w:t>انکےلیے اتناہیکافیہے، لیکن ہمیں اور زیادہ عبادتکرنیہوگی۔ تو کسی نےکہا،میںہمیشہروزہرکھوںگا۔</w:t>
      </w:r>
    </w:p>
    <w:p>
      <w:r>
        <w:rPr>
          <w:b/>
        </w:rPr>
        <w:t xml:space="preserve">[14:05] </w:t>
      </w:r>
      <w:r>
        <w:t>kisi ne kaha, mein hamesha, ah, yaad hai aapko? bataiye to raat bhar tahajjud ki namaz padhunga, raat bhar namaz padhunga. aur aik sahab ne yeh kaha tha ke mein kabhi nikah nahin karunga, nikah nahin karo</w:t>
      </w:r>
    </w:p>
    <w:p>
      <w:pPr>
        <w:jc w:val="right"/>
      </w:pPr>
      <w:r>
        <w:t>کسی نےکہا،میں ہمیشہ، اہ، یادہےآپکو ؟ بتائیےتور اتبھر تہجدکینمازپڑھوںگا، راتبھرنمازپڑھوںگا۔اور ایکصاحبنےیہکہاتھاکہمیںکبھینکاحنہیںکروںگا،نکاحنہیںکرو</w:t>
      </w:r>
    </w:p>
    <w:p>
      <w:r>
        <w:rPr>
          <w:b/>
        </w:rPr>
        <w:t xml:space="preserve">[14:20] </w:t>
      </w:r>
      <w:r>
        <w:t>nga. to jab Rasool Allah (SAW) ko pata chala to aap ko bohat zyada, aap bohat ghussa hue.</w:t>
      </w:r>
    </w:p>
    <w:p>
      <w:pPr>
        <w:jc w:val="right"/>
      </w:pPr>
      <w:r>
        <w:t>ںگا۔ توجب رسولاللہصلیاللہعلیہوسلمکوپتہچلا تو آپ کو بہت زیادہ ،آپبہت غصہہوئے۔</w:t>
      </w:r>
    </w:p>
    <w:p>
      <w:r>
        <w:rPr>
          <w:b/>
        </w:rPr>
        <w:t xml:space="preserve">[14:29] </w:t>
      </w:r>
      <w:r>
        <w:t>aur usi waqt jab bohat koi bari serious matter hota tha to aap logon ko masjid-e-Nabawi mein bulate thay aur usi waqt unko address karte thay.</w:t>
      </w:r>
    </w:p>
    <w:p>
      <w:pPr>
        <w:jc w:val="right"/>
      </w:pPr>
      <w:r>
        <w:t>اور اسیوقت جببہت کوئیبڑی سیریس میٹرہوتاتھا توآپ لوگوںکو مسجد نبویمیںبلاتےتھےاوراسیوقتانکو ایڈریسکرتے تھے۔</w:t>
      </w:r>
    </w:p>
    <w:p>
      <w:r>
        <w:rPr>
          <w:b/>
        </w:rPr>
        <w:t xml:space="preserve">[14:38] </w:t>
      </w:r>
      <w:r>
        <w:t>to aap ne logon ko bulaya aur unko address kiya ke dekho, jo mein karta hoon, yehi sunnat hai, isi par tumhein amal karna hai. aur agar tum koi doosra kaam karoge to woh bid'at hai aur falaan is ummati, woh mere mein se nahin hai.</w:t>
      </w:r>
    </w:p>
    <w:p>
      <w:pPr>
        <w:jc w:val="right"/>
      </w:pPr>
      <w:r>
        <w:t>تو آپ نے لوگوںکو بلایا اورانکوایڈریسکیا کہدیکھو، جو میں کرتاہوں،یہیسن تہے، اسیپر تمہیںعملکرناہے۔ اور اگر تم کوئیدوسرا کامکروگےتووہبد عتہےاور فلائے سمنی، وہمیرےمیںسےنہیںہے۔</w:t>
      </w:r>
    </w:p>
    <w:p>
      <w:r>
        <w:rPr>
          <w:b/>
        </w:rPr>
        <w:t xml:space="preserve">[14:53] </w:t>
      </w:r>
      <w:r>
        <w:t>to hamein Rasool Allah (SAW) ke tareeqe par chalna hai, lekin kuch cheezein Rasool Allah ke liye khaas theen. matlab aap bohat zyada raat ko, raat ko ibadat karte thay, woh har har insaan ke liye nahin,</w:t>
      </w:r>
    </w:p>
    <w:p>
      <w:pPr>
        <w:jc w:val="right"/>
      </w:pPr>
      <w:r>
        <w:t>تو ہمیں رسولاللہصلیاللہعلیہوسلمکے طریقےپرچلناہے،لیکن کچھچیزیں رسولاللہ کےلیے خاص تھیں۔ مطلبآپبہت زیادہ راتکو،راتکوعبادتکرتے تھے، وہ ہر ہرانسانکےلیے نہیں،</w:t>
      </w:r>
    </w:p>
    <w:p>
      <w:r>
        <w:rPr>
          <w:b/>
        </w:rPr>
        <w:t xml:space="preserve">[15:07] </w:t>
      </w:r>
      <w:r>
        <w:t>jo lekin jo kar sakta hai, woh kar, woh kare. lekin haan, jo hum aapne bataya hum logon ko karne ke liye, hamein isi par rehna hai, isimein sawab hai, usi ke andar rehna hai, usi ke andar rehna hai, woh hamari had hai.</w:t>
      </w:r>
    </w:p>
    <w:p>
      <w:pPr>
        <w:jc w:val="right"/>
      </w:pPr>
      <w:r>
        <w:t>جولیکن جوکرسکتاہے،وہکر ،وہ کرے۔ لیکن ہاں،جو ہمآپنے بت ایا ہملوگوںکو کرنے کےلیے، ہمیںاسیپررہ ناہے، اسیمیں ثوابہے، اسیکےاندررہناہے، اسیکےاندررہناہے،وہہماری حد ہے۔</w:t>
      </w:r>
    </w:p>
    <w:p>
      <w:r>
        <w:rPr>
          <w:b/>
        </w:rPr>
        <w:t xml:space="preserve">[15:24] </w:t>
      </w:r>
      <w:r>
        <w:t>ah, aap aap ne bohat achhi baat yaad dilai. mujhe aik ayat yaad aa rahi hai rehbaniyat islam mein, kya uske talluq se ke duniya ke andar rehte hue</w:t>
      </w:r>
    </w:p>
    <w:p>
      <w:pPr>
        <w:jc w:val="right"/>
      </w:pPr>
      <w:r>
        <w:t>اہ، آپآپ نےبہتاچھیبات یاددلائی۔مجھےایکآیتیادآرہیہے رہبانیت اسلام میں،کیااسکے تعلقسےکہدنیا کےاندررہتےہوئے</w:t>
      </w:r>
    </w:p>
    <w:p>
      <w:r>
        <w:rPr>
          <w:b/>
        </w:rPr>
        <w:t xml:space="preserve">[15:33] </w:t>
      </w:r>
      <w:r>
        <w:t>hi Surah Noor mein aik ayat hai: "rijalun la yul'heehim tijaratun wa la bai'un 'an dhikrillahi" ke woh aise log hain ke unko ghaflat mein nahin dalti hai tijarat aur unka khareed-o-farokht Allah ke zikr se.</w:t>
      </w:r>
    </w:p>
    <w:p>
      <w:pPr>
        <w:jc w:val="right"/>
      </w:pPr>
      <w:r>
        <w:t>ہی سورہنورمیںایکآیتہے: "رج ال اللہ تج ارت ولا بیع عنذکراللہ" کہ وہ ایسےلوگہیںکہانکو غفلتمیںنہیںڈالتیہےتج ارتاور انکاخریدوفروختاللہ کےذکرسے۔</w:t>
      </w:r>
    </w:p>
    <w:p>
      <w:r>
        <w:rPr>
          <w:b/>
        </w:rPr>
        <w:t xml:space="preserve">[15:46] </w:t>
      </w:r>
      <w:r>
        <w:t>to duniya ke andar rehte hue apne aap ko agar hum Allah ke zikr mein mashghool rakhte hain, yaad mein zikr ka matlab subhan Allah, subhan Allah kehna nahin, Allah ta'ala ki yaad mein, jiski wajah se hamare andar imaan andari aaye, taqwa aaye, to kya hai? yehi cheez, ah,</w:t>
      </w:r>
    </w:p>
    <w:p>
      <w:pPr>
        <w:jc w:val="right"/>
      </w:pPr>
      <w:r>
        <w:t>تو دنیا کےاندررہتےہوئے اپنےآپ کو اگر ہم اللہ کےذکرمیںمشغولرکھتےہیں،یادمیںذکرکامطلب سبحاناللہ،سبحاناللہکہنانہیں،اللہ تعالیٰکییادمیں، جسکیوجہ سےہمارےاندرایم انداری آئے،تقویٰآئے،تو کیاہے؟یہیچیز، اہ،</w:t>
      </w:r>
    </w:p>
    <w:p>
      <w:r>
        <w:rPr>
          <w:b/>
        </w:rPr>
        <w:t xml:space="preserve">[16:01] </w:t>
      </w:r>
      <w:r>
        <w:t>matloob hai islam mein. aur isi ko Allah ke Rasool (SAW) ne yeh kaha tha: "laysal ghina 'an kathratil 'aradi walakin al-ghina 'anan-nafs" ke maal daari jo hai, maal ki ziyadati nahin</w:t>
      </w:r>
    </w:p>
    <w:p>
      <w:pPr>
        <w:jc w:val="right"/>
      </w:pPr>
      <w:r>
        <w:t>مطلوبہے اسلام میں ۔اور اسیکو اللہ کےرسولصلیاللہعلیہوسلمنےیہکہاتھا:"لیسالغنا عنکثرتالعرض ولكن الغنا غنالنفس" کہ مال داریجوہے، مال کیزیادتینہیں</w:t>
      </w:r>
    </w:p>
    <w:p>
      <w:r>
        <w:rPr>
          <w:b/>
        </w:rPr>
        <w:t xml:space="preserve">[16:12] </w:t>
      </w:r>
      <w:r>
        <w:t>hai. maal daari yeh hai ke aapke dil ke andar zuhd aa jaye, taqwa aa jaye, yeh maal daari hai. to yehi matloob hai. aur baqi jo rehbaniyat ki baat hai, to kai Sahaba ne poochha tha Allah ke Rasool (SAW) se ke mein rehbaniyat ikhtiyar karna chahta hoon.</w:t>
      </w:r>
    </w:p>
    <w:p>
      <w:pPr>
        <w:jc w:val="right"/>
      </w:pPr>
      <w:r>
        <w:t>ہے۔ مال دارییہہےکہآپکےدل کےاندر زہدآجائے،تقویٰآجائے،یہمالداریہے۔ تو یہیمطلوبہے۔ اور باقیجو رہبانیتکیباتہے،تو کئیصحابہنےپوچھاتھااللہکےرسولصلیاللہعلیہوسلمسےکہمیں رہبانیت اختیارکرناچاہتاہوں۔</w:t>
      </w:r>
    </w:p>
    <w:p>
      <w:r>
        <w:rPr>
          <w:b/>
        </w:rPr>
        <w:t xml:space="preserve">[16:25] </w:t>
      </w:r>
      <w:r>
        <w:t>to Allah ke Rasool (SAW) ne aik Sahabi ko yeh kaha tha ke,</w:t>
      </w:r>
    </w:p>
    <w:p>
      <w:pPr>
        <w:jc w:val="right"/>
      </w:pPr>
      <w:r>
        <w:t>تو اللہ کےرسولصلیاللہعلیہوسلمنےایکصحابہکویہکہاتھاکہ،</w:t>
      </w:r>
    </w:p>
    <w:p>
      <w:r>
        <w:rPr>
          <w:b/>
        </w:rPr>
        <w:t xml:space="preserve">[16:31] </w:t>
      </w:r>
      <w:r>
        <w:t>ah, rehbaniyat ka jo bol rahe hain, to tum par jihad lazim hai. jihad ka matlab da'wat ka kaam lazim hai, yehi rehbaniyat hai islam ka.</w:t>
      </w:r>
    </w:p>
    <w:p>
      <w:pPr>
        <w:jc w:val="right"/>
      </w:pPr>
      <w:r>
        <w:t>اہ، رہ بانیت کاجوبول رہےہیں،توتمپرجہادلازمہے۔ جہادکامطلب دعوتکاکاملازمہے،یہیرہبانیتہےاسلام کا ۔</w:t>
      </w:r>
    </w:p>
    <w:p>
      <w:r>
        <w:rPr>
          <w:b/>
        </w:rPr>
        <w:t xml:space="preserve">[16:40] </w:t>
      </w:r>
      <w:r>
        <w:t>aur ek sahabi ko yeh kehte thay jo usman bin mazoon thay ke meri ummat ki rehbaniyat kiya hai? ke masajid mein baithna, namaz ka intezar karna, hajj o umrah karna, aur doosre neki ke kaam karna, yeh rehbaniyat hai.</w:t>
      </w:r>
    </w:p>
    <w:p>
      <w:pPr>
        <w:jc w:val="right"/>
      </w:pPr>
      <w:r>
        <w:t>اور ایک صحابیکویہکہاتھاجو عثمان بن مزعونتھےکہ میریامتکیرہ بانیتکیاہے؟ کہ مساجدمیںبیٹھنا،نمازکاانتظارکرنا،حجعمرہکرنا،اوردوسرےنیکیکےکامکرنا،یہ رہبانیتہے۔</w:t>
      </w:r>
    </w:p>
    <w:p>
      <w:r>
        <w:rPr>
          <w:b/>
        </w:rPr>
        <w:t xml:space="preserve">[16:52] </w:t>
      </w:r>
      <w:r>
        <w:t>to, ah, mein samajhta hoon ke yeh bilkul clear hai ke hamare liye jo rehbaniyat hai, woh yeh hai ke hum neki ke kaam mein aage barhein, dunya ko tark karein. dunya ko tark karne ka matlab dunya ko apna primary concern na banayein aur akhirat ko apna primary concern banayein, yeh rehbaniyat hai.</w:t>
      </w:r>
    </w:p>
    <w:p>
      <w:pPr>
        <w:jc w:val="right"/>
      </w:pPr>
      <w:r>
        <w:t>تو، اہ ،میں سمجھتاہوںکہیہبالکل کلیئرہے کہ ہمارےلیے جو رہبانیتہے،وہیہہےکہہمنیکیکےکاممیںآگےبڑھیں،دنیا کو ترک کریں۔دنیا کوترککرنے کامطلبدنیا کو اپنا پرائمریکنسرننہبنائیں اور آخرتکواپناپرائمریکنسرنبنائیں،یہرہبانیتہے۔</w:t>
      </w:r>
    </w:p>
    <w:p>
      <w:r>
        <w:rPr>
          <w:b/>
        </w:rPr>
        <w:t xml:space="preserve">[17:10] </w:t>
      </w:r>
      <w:r>
        <w:t>ab mein aap se sawal karunga, Allah ke rasool sallallahu alaihi wasallam ko jo nabuwwat mili thi, us se pehle woh ghar e hira jaya karte thay, yeh bhi ek qism ka ehtikaf tha, keh lijiye.</w:t>
      </w:r>
    </w:p>
    <w:p>
      <w:pPr>
        <w:jc w:val="right"/>
      </w:pPr>
      <w:r>
        <w:t>اب میں آپ سے سوالکروںگا، اللہ کےرسولصلیاللہعلیہوسلمکوجونبوتملی تھی،اسسےپہلے وہغارحراجایاکرتے تھے،یہبھیایکقسمکا اعتکافتھا، کہہلیجئے۔</w:t>
      </w:r>
    </w:p>
    <w:p>
      <w:r>
        <w:rPr>
          <w:b/>
        </w:rPr>
        <w:t xml:space="preserve">[17:20] </w:t>
      </w:r>
      <w:r>
        <w:t>to is par kuch aap batayein hamein. asal mein bohat log kehte hain ke ghar e hira to rehbaniyat hai, lekin unko yeh samajhna chahiye ke ghar e hira mein jo aap jate thay, woh qabl az Islam jate thay.</w:t>
      </w:r>
    </w:p>
    <w:p>
      <w:pPr>
        <w:jc w:val="right"/>
      </w:pPr>
      <w:r>
        <w:t>تو اسپرکچھآپبتائیےہمیں۔ اصلمیںبہتلوگ کہتےہیںکہ غارحرابھیتورہبانیتہے، لیکن انکویہسمجھناچاہیےکہغارحرامیںجوآپ جاتےتھے،وہ قبل ازاسلام جاتےتھے۔</w:t>
      </w:r>
    </w:p>
    <w:p>
      <w:r>
        <w:rPr>
          <w:b/>
        </w:rPr>
        <w:t xml:space="preserve">[17:35] </w:t>
      </w:r>
      <w:r>
        <w:t>to asal mein wahan Arab mein bohat sare log thay, hunafa kahe jatay thay, truth seeker. to woh log wahan par jo Hazrat Ibrahim alaihi salam ka deen tha, woh jo hai, log bhool chuke thay.</w:t>
      </w:r>
    </w:p>
    <w:p>
      <w:pPr>
        <w:jc w:val="right"/>
      </w:pPr>
      <w:r>
        <w:t>تو اصلمیں وہاںعربمیںبہت سارےلوگ تھے،حنفاء کہےجاتےتھے،ٹروتھسیکر۔ تو وہ لوگ وہاںپرجو حضرتابراہیمعلیہالسلام کادینتھا، وہ جو ہے، لوگ بھولچکےتھے۔</w:t>
      </w:r>
    </w:p>
    <w:p>
      <w:r>
        <w:rPr>
          <w:b/>
        </w:rPr>
        <w:t xml:space="preserve">[17:48] </w:t>
      </w:r>
      <w:r>
        <w:t>to ab log jo hain, jo sanjeeda log thay, woh janna chahte thay ke Khuda ka deen kiya hai. to aise log jo hain, bohat zyada talash mein rehte thay ke kahin se sacha deen mil jaye.</w:t>
      </w:r>
    </w:p>
    <w:p>
      <w:pPr>
        <w:jc w:val="right"/>
      </w:pPr>
      <w:r>
        <w:t>تو اب لوگ جوہیں،جو سنجیدہلوگ تھے، وہ جانناچاہتےتھےکہخداکادینکیا ہے۔ تو ایسےلوگجوہیں،بہت زیادہ تلاشمیںرہتےتھے کہکہیںسےسچادینملجائے۔</w:t>
      </w:r>
    </w:p>
    <w:p>
      <w:r>
        <w:rPr>
          <w:b/>
        </w:rPr>
        <w:t xml:space="preserve">[18:00] </w:t>
      </w:r>
      <w:r>
        <w:t>to yeh woh log thay jo jangalon pahadon mein chale jatay thay.</w:t>
      </w:r>
    </w:p>
    <w:p>
      <w:pPr>
        <w:jc w:val="right"/>
      </w:pPr>
      <w:r>
        <w:t>تو یہ یلوگ تھےجوجنگ لوںپہاڑوںمیںچلےجاتےتھے۔</w:t>
      </w:r>
    </w:p>
    <w:p>
      <w:r>
        <w:rPr>
          <w:b/>
        </w:rPr>
        <w:t xml:space="preserve">[18:04] </w:t>
      </w:r>
      <w:r>
        <w:t>to wahan janglat to thay nahi, pahadon mein chale jatay thay. chuki wahan par pehle se yehudi aur isai rehte thay aur unke andar rehbaniyat thi, to bohat sare hermit, aap jab tareekh padhte hain to aapko dekhte hain, bohat sare hermits wahan par thay.</w:t>
      </w:r>
    </w:p>
    <w:p>
      <w:pPr>
        <w:jc w:val="right"/>
      </w:pPr>
      <w:r>
        <w:t>تووہاںجنگلتوتھے نہیں،پہاڑوںمیںچلےجاتےتھے۔ چونکہ وہاںپر پہلے سے یہ ودیاور عیسائیرہتےتھے اور انکےاندر رہبانیتتھی، توبہتسارےہرمیٹ،آپجب تاریخ پڑھتےہیںتوآپکو دیکھتےہیں، بہت سارےہرمیٹسوہاںپرتھے۔</w:t>
      </w:r>
    </w:p>
    <w:p>
      <w:r>
        <w:rPr>
          <w:b/>
        </w:rPr>
        <w:t xml:space="preserve">[18:22] </w:t>
      </w:r>
      <w:r>
        <w:t>kai logon se aisa milaat bhi hui thi Rasool Allah sallallahu alaihi wasallam ki. to is tradition ke tehat aap bhi ghar e hira mein gaye aur wahan par aapne ghaur o fikr kiya</w:t>
      </w:r>
    </w:p>
    <w:p>
      <w:pPr>
        <w:jc w:val="right"/>
      </w:pPr>
      <w:r>
        <w:t>کئیلوگوںسےایسیملاقاتبھیہوئیتھیرسولاللہصلیاللہعلیہوسلمکی۔ تو اس ٹریڈیشن کے تحت آپ بھی غارحرامیںگئےاور وہاںپرآپنے غوروفکرکیا</w:t>
      </w:r>
    </w:p>
    <w:p>
      <w:r>
        <w:rPr>
          <w:b/>
        </w:rPr>
        <w:t xml:space="preserve">[18:33] </w:t>
      </w:r>
      <w:r>
        <w:t>, wahan par meditation nahi kiya. sufi log to meditation karte hain, matlab kuch alfaaz hotay hain, usi ko bar bar bar bar padhte rehte hain, badi badi tasbeeh hoti hai, to woh meditation hota hai, alfaaz ka wird.</w:t>
      </w:r>
    </w:p>
    <w:p>
      <w:pPr>
        <w:jc w:val="right"/>
      </w:pPr>
      <w:r>
        <w:t>،وہاںپر میڈیٹیشننہیںکیا۔ صوفیلوگتومیڈیٹیشن کرتے ہیں، مطلبکچھ الفاظ ہوتےہیں،اسیکو باربار بار بار پڑھتےرہتےہیں،بڑیبڑیتسبیحہوتیہے،تووہ میڈیٹیشنہوتاہے، الفاظ کاورد۔</w:t>
      </w:r>
    </w:p>
    <w:p>
      <w:r>
        <w:rPr>
          <w:b/>
        </w:rPr>
        <w:t xml:space="preserve">[18:46] </w:t>
      </w:r>
      <w:r>
        <w:t>lekin aap contemplation karte thay, yani dunya ko kisne banaya, insan ki zindagi ka maqsad kiya hai, insan marne ke baad kahan jata hai, yeh sari cheezein aap contemplation mein rehte thay.</w:t>
      </w:r>
    </w:p>
    <w:p>
      <w:pPr>
        <w:jc w:val="right"/>
      </w:pPr>
      <w:r>
        <w:t>لیکن آپ کنٹمپلیشنکرتے تھے، یعنی دنیا کوکسنےبنایا، انسان کیزندگی کامقصدکیاہے، انسان مرنےکےبعد کہاںجاتا ہے، یہ ساریچیزیںآپ کنٹمپلیشن میںرہتےتھے۔</w:t>
      </w:r>
    </w:p>
    <w:p>
      <w:r>
        <w:rPr>
          <w:b/>
        </w:rPr>
        <w:t xml:space="preserve">[19:00] </w:t>
      </w:r>
      <w:r>
        <w:t>aur kai kai din wahan rehte thay, jab aapka khana pani ka, sat hota tha, pani khatam ho jata tha, phir ghar aate thay, phir woh le kar wapas chale jatay thay.</w:t>
      </w:r>
    </w:p>
    <w:p>
      <w:pPr>
        <w:jc w:val="right"/>
      </w:pPr>
      <w:r>
        <w:t>اورکئیکئیدن وہاںرہتےتھے،جبآپکا کھاناپانیکیا ،ست وہوتاتھا،پانی ختمہوجاتا تھا،پھرگھرآتےتھے، پھر وہ لےکرواپسچلےجاتےتھے۔</w:t>
      </w:r>
    </w:p>
    <w:p>
      <w:r>
        <w:rPr>
          <w:b/>
        </w:rPr>
        <w:t xml:space="preserve">[19:10] </w:t>
      </w:r>
      <w:r>
        <w:t>to isi ko Quran mein aaya hai ke "wa wajadaka zalan fahada" to humne tum ko talash e haq mein sar gardan paya, to humne tum ko hidayat di.</w:t>
      </w:r>
    </w:p>
    <w:p>
      <w:pPr>
        <w:jc w:val="right"/>
      </w:pPr>
      <w:r>
        <w:t>تو اسیکو قرآنمیںآیاہے کہ"و َوَجَدَكَذَالًا فَهَدَى" توہمنےتم کو تلاش حق میںسر گرداںپایا، توہمنےتمکو ہدایت دی۔</w:t>
      </w:r>
    </w:p>
    <w:p>
      <w:r>
        <w:rPr>
          <w:b/>
        </w:rPr>
        <w:t xml:space="preserve">[19:20] </w:t>
      </w:r>
      <w:r>
        <w:t>matlab yeh har insan ko chahiye ke insan sachai ki talash</w:t>
      </w:r>
    </w:p>
    <w:p>
      <w:pPr>
        <w:jc w:val="right"/>
      </w:pPr>
      <w:r>
        <w:t>مطلب یہ ہرانسان کوچاہیےکہ انسان سچائیکیتلاش</w:t>
      </w:r>
    </w:p>
    <w:p>
      <w:r>
        <w:rPr>
          <w:b/>
        </w:rPr>
        <w:t xml:space="preserve">[19:25] </w:t>
      </w:r>
      <w:r>
        <w:t>kare, kyunke aam taur par jis mahol mein bhi woh rehta hai, woh conditioning ka case hi hota hai. to isko sachai ki talash karke sachai ko discover karna hai.</w:t>
      </w:r>
    </w:p>
    <w:p>
      <w:pPr>
        <w:jc w:val="right"/>
      </w:pPr>
      <w:r>
        <w:t>کرے، کیونکہ عامطور پر جس ماحولمیںبھیوہرہتاہے، وہ کنڈیشننگ کاکیسہیہوتاہے۔ تو اسکو سچائیکیتلاشکرکےسچائیکو ڈسکورکرناہے۔</w:t>
      </w:r>
    </w:p>
    <w:p>
      <w:r>
        <w:rPr>
          <w:b/>
        </w:rPr>
        <w:t xml:space="preserve">[19:36] </w:t>
      </w:r>
      <w:r>
        <w:t>to yeh iske liye ek precedent hai ke Rasool Allah sallallahu alaihi wasallam sachai ke mutalashi thay. aur aap dekhiye ke jab wahan par Ramzan mein jab Quran ka nazool hua, uske baad ghaliban aap ghar e hira nahi gaye hain.</w:t>
      </w:r>
    </w:p>
    <w:p>
      <w:pPr>
        <w:jc w:val="right"/>
      </w:pPr>
      <w:r>
        <w:t>تو یہ اسکےلیے ایک پریسیڈنٹہے کہرسولاللہ صلیاللہعلیہوسلم سچائیکے مت لاشی تھے۔ اور آپ دیکھیےکہجب وہاںپر رمضانمیں جب قرآنکا نزولہوا، اسکےبعد غالباً آپ غارحرانہیںگئےہیں۔</w:t>
      </w:r>
    </w:p>
    <w:p>
      <w:r>
        <w:rPr>
          <w:b/>
        </w:rPr>
        <w:t xml:space="preserve">[19:53] </w:t>
      </w:r>
      <w:r>
        <w:t>to iska matlab woh qabl az qabl az Islam ka waqia hai, kab baad az Islam ka waqia nahi hai. sahih hai.</w:t>
      </w:r>
    </w:p>
    <w:p>
      <w:pPr>
        <w:jc w:val="right"/>
      </w:pPr>
      <w:r>
        <w:t>تو اسکامطلب وہ قبل از قبل ازاسلام کا واقعہہے، کب بعد ازاسلام کاواقعہنہیںہے۔ صحیحہے۔</w:t>
      </w:r>
    </w:p>
    <w:p>
      <w:r>
        <w:rPr>
          <w:b/>
        </w:rPr>
        <w:t xml:space="preserve">[20:03] </w:t>
      </w:r>
      <w:r>
        <w:t>ah, aap jahan tak maine seerat ki kitabon ko dekha to ismein ah yeh aata hai ke Allah ke Rasool sallallahu alaihi wasallam ko sab se pehle jo Hazrat Aisha ki hadees hai ke ache khwab aate thay aur woh bilkul sahih sabit hota tha.</w:t>
      </w:r>
    </w:p>
    <w:p>
      <w:pPr>
        <w:jc w:val="right"/>
      </w:pPr>
      <w:r>
        <w:t>اہ، آپاجہاںتکمیںنے سیرتکیکتاب وںکودیکھا تواسمیں اہ یہآتاہےکہاللہ کےرسولصلیاللہعلیہوسلمکوسبسےپہلے جوحضرتعائشہکیحدیثہےکہایکسچےخوابآتےتھے اور وہ بالکل صحیحثابتہوتاتھا۔</w:t>
      </w:r>
    </w:p>
    <w:p>
      <w:r>
        <w:rPr>
          <w:b/>
        </w:rPr>
        <w:t xml:space="preserve">[20:18] </w:t>
      </w:r>
      <w:r>
        <w:t>iske baad aap ko kiya, khalwat nishini jisko kehte hain, yani distraction se door rehna, woh cheez aap ki aap ki adat banne lagi thi. aur aap jatay thay ghar e hira mein, jatay thay, kai kai raat rehte thay wahan par.</w:t>
      </w:r>
    </w:p>
    <w:p>
      <w:pPr>
        <w:jc w:val="right"/>
      </w:pPr>
      <w:r>
        <w:t>اسکےبعد آپ کو کیا ،خلوت نشینیجسکوکہتےہیں،یعنیڈسٹرکشنسےدوررہنا،وہچیزآپکے آپ کی عادت بننےلگیتھی۔ اور آپ جاتےتھےغ ارمیں،جاتےتھے،کئیکئیراتتکرہتےتھےوہاںپر۔</w:t>
      </w:r>
    </w:p>
    <w:p>
      <w:r>
        <w:rPr>
          <w:b/>
        </w:rPr>
        <w:t xml:space="preserve">[20:30] </w:t>
      </w:r>
      <w:r>
        <w:t>to aisa mein samajhta hoon ke aadmi jo sachai ki talash mein hota hai, jo aapne ayat bayan ki "wa wajadaka zalan fahada" sachai ki talash mein rehta hai, to uski tabiyat kahin lagti nahi hai.</w:t>
      </w:r>
    </w:p>
    <w:p>
      <w:pPr>
        <w:jc w:val="right"/>
      </w:pPr>
      <w:r>
        <w:t>تو ایسامیں سمجھتاہوںکہآدمیجوسچائیکیتلاشمیںہوتاہے،جوآپنےآیت بیانکی"وَوَجَدَكَذَال ًافَهَدَى"سچائیکیتلاشمیںرہتاہے،تواسکیطبیعتکہیںلگتینہیںہے۔</w:t>
      </w:r>
    </w:p>
    <w:p>
      <w:r>
        <w:rPr>
          <w:b/>
        </w:rPr>
        <w:t xml:space="preserve">[20:40] </w:t>
      </w:r>
      <w:r>
        <w:t>isko aur doosri cheez chahiye hoti hai, distraction se woh door hona chahta hai. to isi buniyad par Allah ke Rasool sallallahu alaihi wasallam ne ah, Allah ke Rasool sallallahu alaihi wasallam ko ghaliban woh cheez hui hogi ke mujhe yeh cheez tabiyat nahi lagti, to hum ja kar wahan par baithte hain, shayad wahan par kuch milay.</w:t>
      </w:r>
    </w:p>
    <w:p>
      <w:pPr>
        <w:jc w:val="right"/>
      </w:pPr>
      <w:r>
        <w:t>اسکو اور دوسریچیزچاہیےہوتیہے، ڈسٹرکشنسےوہدورہوناچاہتاہے۔ تو اسیبنیادپراللہ کےرسولصلیاللہعلیہوسلمنے اہ ،اللہ کےرسولصلیاللہعلیہوسلمکوغالباً وہچیزہوئی ہوگیکہمجھےیہچیز طبیعتنہیںلگتی،توہمجاکےوہاںپربیٹھتےہیں،شایدوہاںپرکچھملے۔</w:t>
      </w:r>
    </w:p>
    <w:p>
      <w:r>
        <w:rPr>
          <w:b/>
        </w:rPr>
        <w:t xml:space="preserve">[20:56] </w:t>
      </w:r>
      <w:r>
        <w:t>is buniyad par aisa kiya hoga? to ab ah, mein aap se yeh poochna chahta hoon, iska chunke hamari baat chal rahi hai ehtikaf ke talluq se, to ehtikaf ki condition kiya hai?</w:t>
      </w:r>
    </w:p>
    <w:p>
      <w:pPr>
        <w:jc w:val="right"/>
      </w:pPr>
      <w:r>
        <w:t>اسبنی ادپرایساکیاہوگا؟ تو اب اہ ،میں آپسےیہپوچھناچاہتاہوں،اسکا چونکہہماریباتچلرہیہے اعتکافکےتعلقسے، تو اعت کافکیکنڈیشنکیا ہے؟</w:t>
      </w:r>
    </w:p>
    <w:p>
      <w:r>
        <w:rPr>
          <w:b/>
        </w:rPr>
        <w:t xml:space="preserve">[21:07] </w:t>
      </w:r>
      <w:r>
        <w:t>kaise ehtikaf karein? to ismein kiya kiya cheez</w:t>
      </w:r>
    </w:p>
    <w:p>
      <w:pPr>
        <w:jc w:val="right"/>
      </w:pPr>
      <w:r>
        <w:t>کیسے اعتکافکریں؟تواسمیںکیا کیاچیز</w:t>
      </w:r>
    </w:p>
    <w:p>
      <w:r>
        <w:rPr>
          <w:b/>
        </w:rPr>
        <w:t xml:space="preserve">[21:10] </w:t>
      </w:r>
      <w:r>
        <w:t>karni chahiye? is par hamein kuch batayein aap. ehtikaf masjid mein kiya jata hai aur asal mein in sab baton mein bohat ikhtilafat bhi hain.</w:t>
      </w:r>
    </w:p>
    <w:p>
      <w:pPr>
        <w:jc w:val="right"/>
      </w:pPr>
      <w:r>
        <w:t>کرنیچاہیے ؟ اسپرہمیںکچھبت ائیںآپ ۔ اعت کاف مسجدمیںکیا جاتا ہے اور اصلمیں انسب باتوںمیںبہت اخت لافاتبھیہیں۔</w:t>
      </w:r>
    </w:p>
    <w:p>
      <w:r>
        <w:rPr>
          <w:b/>
        </w:rPr>
        <w:t xml:space="preserve">[21:22] </w:t>
      </w:r>
      <w:r>
        <w:t>hamare yahan char fiqah hain to ismein ikhtilafat hain, lekin jo jumhoor ki rai hai, woh yeh hai ke aisi masjid mein karein jis jahan namaz ba jamat hoti ho.</w:t>
      </w:r>
    </w:p>
    <w:p>
      <w:pPr>
        <w:jc w:val="right"/>
      </w:pPr>
      <w:r>
        <w:t>ہمارےہاں چار فقہہیںتو اسمیںاخت لافات ہیں، لیکن جو جمہورکیرائےہے،وہیہہےکہ ایسی مسجدمیںکریںجس جہاں نماز با جماعتہوتیہے۔</w:t>
      </w:r>
    </w:p>
    <w:p>
      <w:r>
        <w:rPr>
          <w:b/>
        </w:rPr>
        <w:t xml:space="preserve">[21:33] </w:t>
      </w:r>
      <w:r>
        <w:t>tu agar humko das din ka itikaf karna hai to hum 21 we Ramzan, 21 we raat ko suraj ghuroob hone se pehle itikaf ki niyat se hum masjid mein dakhil ho jayen gay.</w:t>
      </w:r>
    </w:p>
    <w:p>
      <w:pPr>
        <w:jc w:val="right"/>
      </w:pPr>
      <w:r>
        <w:t>تواگر ہمکو دسدنکااعتکافکرناہےتوہماک یس ویں رمضان، اکیس ویں راتکو سورجغروبہونےسےپہلے اعتکافکینیتسےہممسجدمیںداخلہوجائیںگے۔</w:t>
      </w:r>
    </w:p>
    <w:p>
      <w:r>
        <w:rPr>
          <w:b/>
        </w:rPr>
        <w:t xml:space="preserve">[21:45] </w:t>
      </w:r>
      <w:r>
        <w:t>phir 29 ya 30, jo bhi aakhri rozah ho, phir hum aakhri rozay ko Eid ka chand hone ke baad masjid se niklen gay.</w:t>
      </w:r>
    </w:p>
    <w:p>
      <w:pPr>
        <w:jc w:val="right"/>
      </w:pPr>
      <w:r>
        <w:t>پھر 29 یا30،جوبھیآخریروزہہو ، پھرہم آخریروزےکو عیدکاچاندہونےکےبعد مسجدسےنکلیںگے۔</w:t>
      </w:r>
    </w:p>
    <w:p>
      <w:r>
        <w:rPr>
          <w:b/>
        </w:rPr>
        <w:t xml:space="preserve">[21:55] </w:t>
      </w:r>
      <w:r>
        <w:t>to masjid se nikal sakte hain. Waise yeh koi zaroori kaam nahi ho to masjid se nahi nikalna hai, lekin koi zaroori kaam ho to ghar ja sakte hain aur sirf apna kaam kar ke ghar se wapas aa jayen.</w:t>
      </w:r>
    </w:p>
    <w:p>
      <w:pPr>
        <w:jc w:val="right"/>
      </w:pPr>
      <w:r>
        <w:t>تو مسجدسے نکل سکتےہیں۔ویسے یہ کوئیضروری کامنہیں ہوتومسجدسےنہیںنکلناہے، لیکن کوئیضروری کام ہوتو گھرجاسکتےہیںاورصرف اپناکام کرکے گھرسے واپسآجائیں۔</w:t>
      </w:r>
    </w:p>
    <w:p>
      <w:r>
        <w:rPr>
          <w:b/>
        </w:rPr>
        <w:t xml:space="preserve">[22:08] </w:t>
      </w:r>
      <w:r>
        <w:t>to ek baar aisa hua ke Abdullah bin Abbas ke paas ek aadmi aaya jo bohat pareshan lag raha tha. To us waqt aap halat itikaf mein thay,</w:t>
      </w:r>
    </w:p>
    <w:p>
      <w:pPr>
        <w:jc w:val="right"/>
      </w:pPr>
      <w:r>
        <w:t>توایکبارایساہوا کہ عبداللہابن عباس کےپاسایک آدمیآیاجوبہت پریشان لگرہاتھا۔ تو اس وقت آپ حالت اعتکافمیںتھے،</w:t>
      </w:r>
    </w:p>
    <w:p>
      <w:r>
        <w:rPr>
          <w:b/>
        </w:rPr>
        <w:t xml:space="preserve">[22:20] </w:t>
      </w:r>
      <w:r>
        <w:t>to woh maqrooz tha aur jo jis se qarz liya tha, woh bohat demand kar raha tha. To woh pareshan tha, us ke paas dene ke liye tha nahi.</w:t>
      </w:r>
    </w:p>
    <w:p>
      <w:pPr>
        <w:jc w:val="right"/>
      </w:pPr>
      <w:r>
        <w:t>تو وہ مقروضتھااور جو جس سےقرضلیاتھا،وہبہت ڈیمانڈکررہاتھا۔تووہپریشانتھا،اسکےپاس دینےکےلیے تھا نہیں۔</w:t>
      </w:r>
    </w:p>
    <w:p>
      <w:r>
        <w:rPr>
          <w:b/>
        </w:rPr>
        <w:t xml:space="preserve">[22:30] </w:t>
      </w:r>
      <w:r>
        <w:t>to Abdullah bin Abbas se us ne kaha. To Abdullah bin Abbas masjid se uth kar jaane lagay. To us aadmi ne poocha ke aap to itikaf ki halat mein hain, to aap kaise ja sakte hain?</w:t>
      </w:r>
    </w:p>
    <w:p>
      <w:pPr>
        <w:jc w:val="right"/>
      </w:pPr>
      <w:r>
        <w:t>تو عبداللہابن عباسسےاسنےکہا۔تو عبداللہابنعباس مسجدسےاٹھکر جانےلگے۔تواسآدمینےپوچھا کہآپتو اعتکافکیحالتمیںہیں،توآپ کیسےجاسکتےہیں؟</w:t>
      </w:r>
    </w:p>
    <w:p>
      <w:r>
        <w:rPr>
          <w:b/>
        </w:rPr>
        <w:t xml:space="preserve">[22:41] </w:t>
      </w:r>
      <w:r>
        <w:t>to us waqt aap ne Abdullah bin Abbas ne ek hadith sunai kaha apne bhai ki hajat poori karna das saal ke itikaf ke barabar hai.</w:t>
      </w:r>
    </w:p>
    <w:p>
      <w:pPr>
        <w:jc w:val="right"/>
      </w:pPr>
      <w:r>
        <w:t>تو اسوقت آپ نے عبداللہابنعباسنےایکحدیثسن ائی کہاپنے بھائی کی حاجت پوریکرنا دسسال کے اعتکافکےبرابرہے۔</w:t>
      </w:r>
    </w:p>
    <w:p>
      <w:r>
        <w:rPr>
          <w:b/>
        </w:rPr>
        <w:t xml:space="preserve">[22:51] </w:t>
      </w:r>
      <w:r>
        <w:t>to matlab yeh bhi ek koi bhi bohat zaroori kaam hai, to ja sakte hain aur woh kaam kar ke phir wapas aa jayen aur Juma ki namaz bhi parhne ja sakte hain.</w:t>
      </w:r>
    </w:p>
    <w:p>
      <w:pPr>
        <w:jc w:val="right"/>
      </w:pPr>
      <w:r>
        <w:t>تومطلب یہبھی ایککوئیبھی بہت ضروری کامہے،توجاسکتےہیں اور وہ کامکرکےپھرواپس آجائیں اور جمعہکینمازبھیپڑھنےجاسکتےہیں۔</w:t>
      </w:r>
    </w:p>
    <w:p>
      <w:r>
        <w:rPr>
          <w:b/>
        </w:rPr>
        <w:t xml:space="preserve">[23:03] </w:t>
      </w:r>
      <w:r>
        <w:t>baqi aur doosri activities jo hain, to woh is mein nahi hain.</w:t>
      </w:r>
    </w:p>
    <w:p>
      <w:pPr>
        <w:jc w:val="right"/>
      </w:pPr>
      <w:r>
        <w:t>باقیاور دوس ری ایکٹیویٹیزجوہیں، تو وہ اسمیںنہیں ہیں۔</w:t>
      </w:r>
    </w:p>
    <w:p>
      <w:r>
        <w:rPr>
          <w:b/>
        </w:rPr>
        <w:t xml:space="preserve">[23:08] </w:t>
      </w:r>
      <w:r>
        <w:t>to ibadat ka jo form hai, is mein to adjustment hai, lekin ibadat ki rooh barqarar rahe gi. Yani aap kahin jayen, us waqt bhi aap Khuda ko yaad karte rahen.</w:t>
      </w:r>
    </w:p>
    <w:p>
      <w:pPr>
        <w:jc w:val="right"/>
      </w:pPr>
      <w:r>
        <w:t>تو عبادت کاجو فارمہے، اسمیںتو ایڈجسٹمنٹہے، لیکن عبادت کیروح برقراررہےگی۔یعنی آپ کہیں جائیں،اسوقتبھیآپخداکویادکرتے رہیں۔</w:t>
      </w:r>
    </w:p>
    <w:p>
      <w:r>
        <w:rPr>
          <w:b/>
        </w:rPr>
        <w:t xml:space="preserve">[23:20] </w:t>
      </w:r>
      <w:r>
        <w:t>to is tareeqay se aap ka jo roohani itikaf hoga, woh aap ka continue rahe ga. Aur Rasool Allah (SAW) bhi ghar jaate thay zaroorat se.</w:t>
      </w:r>
    </w:p>
    <w:p>
      <w:pPr>
        <w:jc w:val="right"/>
      </w:pPr>
      <w:r>
        <w:t>تو اسطریقےسےآپکاجو روحانی اعت کافہوگا،وہآپکا کنٹینیورہےگا۔ اور رسولاللہ صلیاللہعلیہوسلمبھی گھرجاتےتھےضرورتسے ۔</w:t>
      </w:r>
    </w:p>
    <w:p>
      <w:r>
        <w:rPr>
          <w:b/>
        </w:rPr>
        <w:t xml:space="preserve">[23:31] </w:t>
      </w:r>
      <w:r>
        <w:t>ek baar aap ke paas Hazrat Safia, aap ki wife, aapse milne aayen to thori dair baithein, phir aap kharay hue aur un ko Masjid Nabwi ke us darwazay tak pohanchaya jidhar se un ka ghar qareeb parta tha.</w:t>
      </w:r>
    </w:p>
    <w:p>
      <w:pPr>
        <w:jc w:val="right"/>
      </w:pPr>
      <w:r>
        <w:t>ایکبارآپ کےپاس حضرت صفیہ،آپکی وائف،آپسےملنےآئیںتو تھوڑیدیربیٹھیں،پھرآپ کھڑےہوئے اور انکو مسجد نبویکےاسدروازےتکپہنچایا جدھرسے انکا گھر قریبپڑتاتھا۔</w:t>
      </w:r>
    </w:p>
    <w:p>
      <w:r>
        <w:rPr>
          <w:b/>
        </w:rPr>
        <w:t xml:space="preserve">[23:47] </w:t>
      </w:r>
      <w:r>
        <w:t>to aur khana peena, sona, yeh sab masjid mein karna hai. To yehi hai itikaf ki sharaait.</w:t>
      </w:r>
    </w:p>
    <w:p>
      <w:pPr>
        <w:jc w:val="right"/>
      </w:pPr>
      <w:r>
        <w:t>تو اورکھاناپینا،سونا، یہسب مسجدمیںکرناہے۔ تویہیہے اعتکافکیشرائط۔</w:t>
      </w:r>
    </w:p>
    <w:p>
      <w:r>
        <w:rPr>
          <w:b/>
        </w:rPr>
        <w:t xml:space="preserve">[23:59] </w:t>
      </w:r>
      <w:r>
        <w:t>bilkul sahi baat</w:t>
      </w:r>
    </w:p>
    <w:p>
      <w:pPr>
        <w:jc w:val="right"/>
      </w:pPr>
      <w:r>
        <w:t>بال کلصحیحبات</w:t>
      </w:r>
    </w:p>
    <w:p>
      <w:r>
        <w:rPr>
          <w:b/>
        </w:rPr>
        <w:t xml:space="preserve">[24:00] </w:t>
      </w:r>
      <w:r>
        <w:t>kaha aap ne. Itikaf ke baray mein jo ek aur aham cheez jo hoti hai, aur do cheezen main add karunga. Ek cheez to yeh niyat hoti hai. Aadmi niyat kare, baghair niyat ke ja kar baithe ga to nahi hoga. Islam mein koi bhi cheez jo hoti hai, jaise isi wajah se Imam Bukhari ne sab se pehli hadith jo bayan ki hai, "Innamal a'malu binniyat" ke amal ka daromadar niyat par hai. Hamari intention rahe gi, usi hisab se hum ko yeh kiya jaye ga, sawab diya jaye ga.</w:t>
      </w:r>
    </w:p>
    <w:p>
      <w:pPr>
        <w:jc w:val="right"/>
      </w:pPr>
      <w:r>
        <w:t>کہاآپنے۔ اعت کافکےبارےمیںجو ایکاور اہمچیزجوہوتیہے، اور دوچیزیںمیںایڈکروںگا۔ایکچیزتویہکہنیتہوتیہے۔ آدمینیتکرے،بغیرنیتکےجاکربیٹھےگاتونہیںہوگا۔اسلاممیںکوئیبھیچیزجوہوتیہے،جیسے اسیوجہسےامامبخارینےسبسےپہلیحدیثجوبیانکیہے، "إنعمل أعمال بالنيات" کہعمل کاداروم دارنیتپرہے۔ہماریانٹینشنرہےگی،اسیحسابسےہمکویہکیاجائےگا، ثوابدیاجائےگا۔</w:t>
      </w:r>
    </w:p>
    <w:p>
      <w:r>
        <w:rPr>
          <w:b/>
        </w:rPr>
        <w:t xml:space="preserve">[24:24] </w:t>
      </w:r>
      <w:r>
        <w:t>to niyat zaroori hai. Aur doosri cheez jo yeh hai ke Imam Nawawi ne likha hai apni kitab mein ke agar kisi ke liye waqt nahi hai to woh ek lamhe ke liye bhi niyat kar ke masjid mein ja kar baithe aur niyat kar le ke main itikaf kar raha hoon, to woh uska itikaf gina jaye ga.</w:t>
      </w:r>
    </w:p>
    <w:p>
      <w:pPr>
        <w:jc w:val="right"/>
      </w:pPr>
      <w:r>
        <w:t>تو نیت ضروریہے۔اوردوسریچیز جو یہہے کہ امامنووینےلکھاہےاپنیکتاب میں کہ اگر کسی کےلیےوقت نہیں ہے تو وہ ایک لمحےکےلیےبھینیتکرکےمسجدمیںجاکربیٹھےاور نیتکرلےکہمیںاعت کافکررہاہوں،تووہ اسکااعتکافگناجائےگا۔</w:t>
      </w:r>
    </w:p>
    <w:p>
      <w:r>
        <w:rPr>
          <w:b/>
        </w:rPr>
        <w:t xml:space="preserve">[24:42] </w:t>
      </w:r>
      <w:r>
        <w:t>to insaan bhi kar sakta hai, kaam karne wala hai, koi time mila us ko to woh apna niyat kar le paanch minute ke liye ya jamaat mein gaya hai ke main itikaf ki niyat se ja raha hoon, to jamaat bhi ho jaye gi us ki aur uska itikaf bhi ho jaye ga.</w:t>
      </w:r>
    </w:p>
    <w:p>
      <w:pPr>
        <w:jc w:val="right"/>
      </w:pPr>
      <w:r>
        <w:t>تو انسانیہبھیکرسکتاہے، کامکرنے والاہے، کوئیٹائمملااسکوتووہ اپنا نیتکرلےپانچمنٹکےلیے یاجماعتمیںگیاہےکہمیںاعتکافکینیتسےجارہاہوں،تو جماعتبھیہوجائےگیاسکیاور اسکا اعتکافبھیہوجائےگا۔</w:t>
      </w:r>
    </w:p>
    <w:p>
      <w:r>
        <w:rPr>
          <w:b/>
        </w:rPr>
        <w:t xml:space="preserve">[24:55] </w:t>
      </w:r>
      <w:r>
        <w:t>Imam Nawawi aisa kehte hain. Baqi is ke ilawa fuqaha ka yeh bhi kehna hai ke tamyiz yani aqalmand hona chahiye. Insaan ko itikaf kar raha hai ja kar to aadmi aqalmand ho, thora samajhdaar ho, woh ja kar itikaf kare kyun ke na samajh aadmi rahe ga, wahan par bheer rehti hai to wahan par kuch doosri baaten bhi kar sakta hai.</w:t>
      </w:r>
    </w:p>
    <w:p>
      <w:pPr>
        <w:jc w:val="right"/>
      </w:pPr>
      <w:r>
        <w:t>امامنوویایساکہتےہیں۔ باقیاسکےعلاوہ فقہاءکایہبھیکہناہےکہتمیزیعنیعقلمندہوناچاہیے۔انسانکو اعتکافکررہاہےجاکرتوآدمیعقلمندہو،تھوڑاسمجھدارہو،وہجاکراعتکافکرے کیونکہ ناسمجھآدمیرہےگا،وہاںپر بھیڑرہتیہےتووہاںپرکچھدوسریباتیںبھیکرسکتاہے۔</w:t>
      </w:r>
    </w:p>
    <w:p>
      <w:r>
        <w:rPr>
          <w:b/>
        </w:rPr>
        <w:t xml:space="preserve">[25:12] </w:t>
      </w:r>
      <w:r>
        <w:t>to is ke baad aap a, main aap se a a Rasool Allah ke itikaf ke talluq se kuch poochna chahta hoon ke Rasool Allah ka itikaf ka tareeqa kya tha?</w:t>
      </w:r>
    </w:p>
    <w:p>
      <w:pPr>
        <w:jc w:val="right"/>
      </w:pPr>
      <w:r>
        <w:t>تو اسکےبعد آپ ا، میں آپ سے اہ اہ رسولاللہکےاعتکافکےتعلقسےکچھپوچھناچاہتاہوں کہرسولاللہ کااعتکافکاطریقہکیا تھا ؟</w:t>
      </w:r>
    </w:p>
    <w:p>
      <w:r>
        <w:rPr>
          <w:b/>
        </w:rPr>
        <w:t xml:space="preserve">[25:23] </w:t>
      </w:r>
      <w:r>
        <w:t>kya karte thay itikaf mein? To Rasool Allah (SAW) har saal itikaf karte thay. To aap ne das din ka bhi itikaf kiya hai, bees din ka bhi itikaf kiya hai, aur har ashray mein itikaf kiya hai.</w:t>
      </w:r>
    </w:p>
    <w:p>
      <w:pPr>
        <w:jc w:val="right"/>
      </w:pPr>
      <w:r>
        <w:t>کیا کرتے تھےاعتکافمیں ؟ تو رسولاللہ صلیاللہعلیہوسلم ہرسال اعتکافکرتے تھے۔ تو آپ نے دسدنکابھیاعت کافکیاہے، بیسدنکابھیاعتکافکیاہے، اور ہر عشرےمیںاعت کافکیاہے۔</w:t>
      </w:r>
    </w:p>
    <w:p>
      <w:r>
        <w:rPr>
          <w:b/>
        </w:rPr>
        <w:t xml:space="preserve">[25:39] </w:t>
      </w:r>
      <w:r>
        <w:t>to</w:t>
      </w:r>
    </w:p>
    <w:p>
      <w:pPr>
        <w:jc w:val="right"/>
      </w:pPr>
      <w:r>
        <w:t>تو</w:t>
      </w:r>
    </w:p>
    <w:p>
      <w:r>
        <w:rPr>
          <w:b/>
        </w:rPr>
        <w:t xml:space="preserve">[25:40] </w:t>
      </w:r>
      <w:r>
        <w:t>asal mein itikaf ka maqsad jo hai, woh Shab e Qadr ki talash hai. To is liye itikaf kiya karte thay kyun ke itne different opinions hain. Koi kehta hai ke saal bhar mein kabhi bhi aa sakti hai Shab e Qadr, koi kehta hai Ramzan ke mahine mein kabhi bhi aa sakti hai.</w:t>
      </w:r>
    </w:p>
    <w:p>
      <w:pPr>
        <w:jc w:val="right"/>
      </w:pPr>
      <w:r>
        <w:t>اصلمیں اعت کاف کا مقصد جوہے، وہ شب قدر کیتلاشہے۔ تو اسلیے اعت کافکیا کرتے تھےکیونکہاتنے ڈفرنٹ اوپینینزہیں۔کوئیکہتاہےکہسال بھرمیں کبھیبھی آ سکتیہےشب قدر،کوئیکہتاہےرمضانکے مہینےمیںکبھیبھیآسکتیہے۔</w:t>
      </w:r>
    </w:p>
    <w:p>
      <w:r>
        <w:rPr>
          <w:b/>
        </w:rPr>
        <w:t xml:space="preserve">[25:58] </w:t>
      </w:r>
      <w:r>
        <w:t>to is liye aap bhi a karte thay itikaf isi maqsad ke liye.</w:t>
      </w:r>
    </w:p>
    <w:p>
      <w:pPr>
        <w:jc w:val="right"/>
      </w:pPr>
      <w:r>
        <w:t>تو اس لیے آپ بھی اہ کرتے تھے اعت کاف اسیمقصدکےلیے۔</w:t>
      </w:r>
    </w:p>
    <w:p>
      <w:r>
        <w:rPr>
          <w:b/>
        </w:rPr>
        <w:t xml:space="preserve">[26:05] </w:t>
      </w:r>
      <w:r>
        <w:t>to phir aap ne baad mein aisa hua ke farishtay ne aap ko bataya ke Shab e Qadr aakhri ashray mein hai.</w:t>
      </w:r>
    </w:p>
    <w:p>
      <w:pPr>
        <w:jc w:val="right"/>
      </w:pPr>
      <w:r>
        <w:t>تو پھرآپنے بعدمیں ایساہوا کہ فرشتےنےآپکوبت ایا کہ شب قدر آخریعشر ےمیںہے۔</w:t>
      </w:r>
    </w:p>
    <w:p>
      <w:r>
        <w:rPr>
          <w:b/>
        </w:rPr>
        <w:t xml:space="preserve">[26:15] </w:t>
      </w:r>
      <w:r>
        <w:t>to phir aap aakhri ashray mein hi itikaf karne lagay. To aap raat ko jaagte, aap lambi lambi namaz parhte thay, is mein Quran ki tilawat karte thay.</w:t>
      </w:r>
    </w:p>
    <w:p>
      <w:pPr>
        <w:jc w:val="right"/>
      </w:pPr>
      <w:r>
        <w:t>توپھرآپ آخریعشرےمیںہیاعتکافکرنے لگے۔ توآپ راتکو جاگتے،آپ لمبیلمبینمازپڑھتےتھے،اسمیں قرآنکی تلاوتکرتے تھے۔</w:t>
      </w:r>
    </w:p>
    <w:p>
      <w:r>
        <w:rPr>
          <w:b/>
        </w:rPr>
        <w:t xml:space="preserve">[26:25] </w:t>
      </w:r>
      <w:r>
        <w:t>aap ke quran ki tilawat aise nahi hoti thi jaise aaj tilawat ki jati hai,</w:t>
      </w:r>
    </w:p>
    <w:p>
      <w:pPr>
        <w:jc w:val="right"/>
      </w:pPr>
      <w:r>
        <w:t>آپ کےقرآنکیتلاوت ایسےنہیںہوتاتھاجیسےآجتلاوتکیجاتیہے،</w:t>
      </w:r>
    </w:p>
    <w:p>
      <w:r>
        <w:rPr>
          <w:b/>
        </w:rPr>
        <w:t xml:space="preserve">[26:30] </w:t>
      </w:r>
      <w:r>
        <w:t>balkay poore usko uski study karte thay, is par sochte thay, ghaoro fikr karkay tilawat karte thay. to is tareeqay say aap nafl namazein bhi parhte thay, quran bhi parhte thay, aur namaz parhte thay, aur jaag kay, aur phir jaagna aur ghaoro fikr karna, khuda ki yaad karna, khuda ki takhleeqat mein ghaor karna, yeh sab ibadat hai. islam is a natural religion.</w:t>
      </w:r>
    </w:p>
    <w:p>
      <w:pPr>
        <w:jc w:val="right"/>
      </w:pPr>
      <w:r>
        <w:t>بلکہ پورے اسکو اسکیاسٹڈی کرتے تھے،اسپرسوچتےتھے،غوروفکرکرکرکے تلاوتکرتے تھے۔ تو اسطریقےسے آپ نفلنمازیںبھیپڑھتےتھے،قرآنبھیپڑھتےتھے، اور نمازپڑھتےتھے،اور جاگکے، اورپھر جاگنااور غوروفکرکرنا،خداکییاد کرنا، خداکی تخلیقات میںغورکرنا،یہسب عبادتہے۔اسلام از انیچرلریلیجن۔</w:t>
      </w:r>
    </w:p>
    <w:p>
      <w:r>
        <w:rPr>
          <w:b/>
        </w:rPr>
        <w:t xml:space="preserve">[26:56] </w:t>
      </w:r>
      <w:r>
        <w:t>har cheez jo hum achay niyat say, achay maqsad say karein gay, woh sab rewardable act hai islam mein. to yeh hota tha rasool allah (saw) kay aitkaf.</w:t>
      </w:r>
    </w:p>
    <w:p>
      <w:pPr>
        <w:jc w:val="right"/>
      </w:pPr>
      <w:r>
        <w:t>ہرچیز جوہم اچھے نیتسے،اچھےمقصدسےکریںگے، وہ سب ریوارڈیبل ایکٹہےاسلاممیں ۔ تو یہ ہوتاتھارسولاللہصلیاللہعلیہوسلمکے اعتکاف۔</w:t>
      </w:r>
    </w:p>
    <w:p>
      <w:r>
        <w:rPr>
          <w:b/>
        </w:rPr>
        <w:t xml:space="preserve">[27:07] </w:t>
      </w:r>
      <w:r>
        <w:t>ghar jatay thay bohat, lekin bohat zaroori koi aik kaam hota tha, tabhi ghar jatay thay.</w:t>
      </w:r>
    </w:p>
    <w:p>
      <w:pPr>
        <w:jc w:val="right"/>
      </w:pPr>
      <w:r>
        <w:t>گھرجاتےتھےبہت، لیکن بہت ضروریکوئیکامہوتاتھا،تبھیگھرجاتےتھے۔</w:t>
      </w:r>
    </w:p>
    <w:p>
      <w:r>
        <w:rPr>
          <w:b/>
        </w:rPr>
        <w:t xml:space="preserve">[27:13] </w:t>
      </w:r>
      <w:r>
        <w:t>rasool allah kay aitkaf kay baray mein aata hai kay allah kay rasool (saw) ko aap choonkay masjid mein rehte thay, woh arab ki garmi hoti thi, to kabhi zaroorat hoti jaise sir waghera dhalnay ki, to woh bhi masjid kay andar say, choonkay masjid aisi thi kay charon taraf say samajh lijiye ghar tha, aur darmiyan mein masjid thi, aur uska sahan tha, to masjid mein say apnay sir ko apnay kisi biwi kay ghar mein karte thay, sir dhalwa do, to yeh sab bhi karte thay.</w:t>
      </w:r>
    </w:p>
    <w:p>
      <w:pPr>
        <w:jc w:val="right"/>
      </w:pPr>
      <w:r>
        <w:t>رسولاللہ کےاعتکافکےبارےمیںآتاہےکہاللہ کےرسولصلیاللہعلیہوسلمکو آپ چونکہمسجدمیںرہتےتھے،وہعرب کی گرمیہوتیتھی، تو کبھیضرورتہوتی جیسے سر وغیرہدھلنےکی،تووہبھی مسجدکےاندرسے،چونکہمسجدایسیتھیکہچاروںطرفسے سمجھلیجئے گھرتھا،اور درمیانمیںمسجدتھی،اوراسکاصحنتھا، تو مسجدمیں سے اپنے سر کو اپنیکسی بیویکےگھرمیںکرتے تھے،سردھلدو،تویہسببھیگیاکرتے تھے۔</w:t>
      </w:r>
    </w:p>
    <w:p>
      <w:r>
        <w:rPr>
          <w:b/>
        </w:rPr>
        <w:t xml:space="preserve">[27:41] </w:t>
      </w:r>
      <w:r>
        <w:t>to woh aap nay jo kah ahay natural religion hai, woh yahi cheez batati hai. yahan par mein allah kay rasool (saw) kay aitkaf kay taaluq say aik hadith hai, us say mein samajhnay ki koshish karunga. usko aik hadith hai: allah kay rasool (saw) nay kaha</w:t>
      </w:r>
    </w:p>
    <w:p>
      <w:pPr>
        <w:jc w:val="right"/>
      </w:pPr>
      <w:r>
        <w:t>تو وہ آپنےجوکہاکہنیچرلریلیجنہے،وہ یہیچیز بت اتیہے۔ یہاںپرمیں اللہ کےرسولصلیاللہعلیہوسلمکےاعتکافکےتعلقسے ایکحدیثہے، اسسےمیں ہمسمجھنےکیکوششکریںگے۔اسکو ایکحدیثہے:اللہ کےرسولصلیاللہعلیہوسلمنےکہ</w:t>
      </w:r>
    </w:p>
    <w:p>
      <w:r>
        <w:rPr>
          <w:b/>
        </w:rPr>
        <w:t xml:space="preserve">[27:57] </w:t>
      </w:r>
      <w:r>
        <w:t>kahay aaqil kay oopar, yani aaqil momin kay oopar, jab tak uski aql maghloob na ho jaye, uskay liye teen, uski din kay teen pehlu honay chahiye, teen pehlu hona chahiye.</w:t>
      </w:r>
    </w:p>
    <w:p>
      <w:pPr>
        <w:jc w:val="right"/>
      </w:pPr>
      <w:r>
        <w:t>اکہ عاقلکےاوپر،یعنی عاقلمومنکےاوپر،جبتک اسکیعقل مغلوبنہہوجائے،اسکےلیے تین ،اسکی دن کےتینایامہونےچاہیے، تین پہلوہوناچاہیے۔</w:t>
      </w:r>
    </w:p>
    <w:p>
      <w:r>
        <w:rPr>
          <w:b/>
        </w:rPr>
        <w:t xml:space="preserve">[28:08] </w:t>
      </w:r>
      <w:r>
        <w:t>aik waqt woh ho jismay woh apnay rab say sargoshi karay, aik waqt mein woh apnay nafs ka muhasba karay, aik waqt woh ho jismay woh allah ta'ala ki takhleeqat mein ghaoro fikr karay, aur aik waqt woh ho jismay woh apnay khanay peenay ki cheezon kay taaluq say yaks ho jaye.</w:t>
      </w:r>
    </w:p>
    <w:p>
      <w:pPr>
        <w:jc w:val="right"/>
      </w:pPr>
      <w:r>
        <w:t>ایک وقت وہہوجسمیںوہاپنے ربسےسرگوشیکرے، ایکوقت میں وہ اپنے نفس کامحاسبہکرے، ایکوقت وہہوجسمیںوہ اللہ تعالیکیتخلیقاتمیں غوروفکرکرے، اور ایک وقت وہہو جس میںوہ اپنے کھانے پینےکیچیزوں کےتعلقسے یکسوہوجائے۔</w:t>
      </w:r>
    </w:p>
    <w:p>
      <w:r>
        <w:rPr>
          <w:b/>
        </w:rPr>
        <w:t xml:space="preserve">[28:25] </w:t>
      </w:r>
      <w:r>
        <w:t>to aitkaf kiya hota hai? yeh teen cheezein hoti hain. pehli teen cheezein, yani allah ta'ala kay saath sargoshi karna, apna muhasba karna. aitkaf bohat aham cheez hai muhasba karnay kay liye, aur allah ta'ala ki takhleeqat mein ghaoro fikr karna. bas yeh karte hain kay jo aadmi kaam waghera karta hai, woh us say ruk jata hai is time mein.</w:t>
      </w:r>
    </w:p>
    <w:p>
      <w:pPr>
        <w:jc w:val="right"/>
      </w:pPr>
      <w:r>
        <w:t>تو اعت کافکیاہوتاہے؟یہتینچیزیںہوتیہیں۔پہلیتینچیزیں،یعنیاللہ تعالیکےساتھ سرگوشیکرنا،اپنا محاسبہکرنا۔ اعتکاف بہت اہمچیزہے محاسبہکرنےکےلیے، اور اللہ تعالیکیتخلیقاتمیںغوروفکرکرنا۔بسیہکرتے ہیںکہ جو آدمی کام وغیرہکرتاہے،وہ اسسےرکجاتا ہےاسٹائممیں۔</w:t>
      </w:r>
    </w:p>
    <w:p>
      <w:r>
        <w:rPr>
          <w:b/>
        </w:rPr>
        <w:t xml:space="preserve">[28:43] </w:t>
      </w:r>
      <w:r>
        <w:t>yeh hum keh saktay hain, yeh hadith say yeh cheez maloom hoti hai. allah kay rasool (saw) bhi yeh hi karte thay kay andar das dinon kay andar hadith mein aata hai kay jitni ibadat karte thay, aur</w:t>
      </w:r>
    </w:p>
    <w:p>
      <w:pPr>
        <w:jc w:val="right"/>
      </w:pPr>
      <w:r>
        <w:t>یہہمکہہسکتےہیں،یہحدیثسےیہچیزمعلومہوتیہے۔اللہکےرسولصلیاللہعلیہوسلمبھییہیکرتےتھےکہاندسدنوںکےاندرح دیث میںآتاہےکہجتنیعبادتکرتے تھے،اور</w:t>
      </w:r>
    </w:p>
    <w:p>
      <w:r>
        <w:rPr>
          <w:b/>
        </w:rPr>
        <w:t xml:space="preserve">[28:53] </w:t>
      </w:r>
      <w:r>
        <w:t>jibreel kay saath mutala karte thay, quran ka mutala karte thay, sochte thay is par. to yeh cheezein agar hum karte hain to mein samajhta hoon kay allah kay rasool (saw) kay jaisa aitkaf hamara hoga.</w:t>
      </w:r>
    </w:p>
    <w:p>
      <w:pPr>
        <w:jc w:val="right"/>
      </w:pPr>
      <w:r>
        <w:t>جبرائیلکےساتھ مطالعہکرتےتھے،قرآنکا مطالعہکرتے تھے،سوچتےتھےاسپر ۔تو یہچیزیںاگر ہمکرتے ہیںتو میںسمجھتاہوںکہاللہکےرسولصلیاللہعلیہوسلمکے جیسااعتکافہماراہوگا۔</w:t>
      </w:r>
    </w:p>
    <w:p>
      <w:r>
        <w:rPr>
          <w:b/>
        </w:rPr>
        <w:t xml:space="preserve">[29:07] </w:t>
      </w:r>
      <w:r>
        <w:t>ab yahan par kuch cheezein jo kuch comments aaye hain, woh mein parhna chahunga. aur doctor rajat malhotra ka aik sawal bhi hai aitkaf ko lay kar.</w:t>
      </w:r>
    </w:p>
    <w:p>
      <w:pPr>
        <w:jc w:val="right"/>
      </w:pPr>
      <w:r>
        <w:t>اب یہاںپرکچھچیزیںجو کچھ کمنٹسآئےہیں،وہمیںپڑھناچاہوںگا۔ اور ڈاکٹررجتملحوترہکاایکسوالبھیہے اعتکافکولےکر۔</w:t>
      </w:r>
    </w:p>
    <w:p>
      <w:r>
        <w:rPr>
          <w:b/>
        </w:rPr>
        <w:t xml:space="preserve">[29:17] </w:t>
      </w:r>
      <w:r>
        <w:t>aap please tell us what is the reward of doing itkaf?</w:t>
      </w:r>
    </w:p>
    <w:p>
      <w:pPr>
        <w:jc w:val="right"/>
      </w:pPr>
      <w:r>
        <w:t>آپ ا،پلیزٹیلاسواٹازداریوارڈاف ڈوئنگاعت کاف؟</w:t>
      </w:r>
    </w:p>
    <w:p>
      <w:r>
        <w:rPr>
          <w:b/>
        </w:rPr>
        <w:t xml:space="preserve">[29:23] </w:t>
      </w:r>
      <w:r>
        <w:t>sab say bara reward hai kay shab qadar ki tilawat mein aitkaf kiya jata hai. to shab qadar mil jaye to us say bara reward koi nahi hai. shab qadar aik hazar mahinay ki ibadat kay barabar hai na?</w:t>
      </w:r>
    </w:p>
    <w:p>
      <w:pPr>
        <w:jc w:val="right"/>
      </w:pPr>
      <w:r>
        <w:t>سبسےبڑاریوارڈہےکہ شب قدر کیتلاشمیں اعت کافکیاجاتا ہے۔ تو شب قدر ملجائےتواسسےبڑاریوارڈکوئینہیںہے۔شب قدر ایکہزار مہینےکیعبادتکےبرابرہےنا؟</w:t>
      </w:r>
    </w:p>
    <w:p>
      <w:r>
        <w:rPr>
          <w:b/>
        </w:rPr>
        <w:t xml:space="preserve">[29:36] </w:t>
      </w:r>
      <w:r>
        <w:t>to mein nay usko kiya tha, to 83 years hum ibadat karein, tab woh itna hum barabar hoga.</w:t>
      </w:r>
    </w:p>
    <w:p>
      <w:pPr>
        <w:jc w:val="right"/>
      </w:pPr>
      <w:r>
        <w:t>تومیںنےاسکوکیا تھا،تو 8 3 ایئرز ہمعبادتکریں، تب وہ اتنا ہم برابرہوگا۔</w:t>
      </w:r>
    </w:p>
    <w:p>
      <w:r>
        <w:rPr>
          <w:b/>
        </w:rPr>
        <w:t xml:space="preserve">[29:44] </w:t>
      </w:r>
      <w:r>
        <w:t>to itni bari raat hai, ab wahan choonkay concentration rehta hai na, to hum mehsoos kar saktay hain kay aaj shab qadar hai.</w:t>
      </w:r>
    </w:p>
    <w:p>
      <w:pPr>
        <w:jc w:val="right"/>
      </w:pPr>
      <w:r>
        <w:t>تو اتنیبڑی راتہے، ابوہاں چونکہکنسنٹریشنرہتاہےنا، تو ہم محسوسکرسکتےہیںکہآجشب قدر ہے۔</w:t>
      </w:r>
    </w:p>
    <w:p>
      <w:r>
        <w:rPr>
          <w:b/>
        </w:rPr>
        <w:t xml:space="preserve">[29:54] </w:t>
      </w:r>
      <w:r>
        <w:t>aur agar aadmi sota rahay to usko ehsas bhi nahi hoga. to yahi sab say bara. aur doosra yeh kay jab quran ki itni serious andaaz mein concentration kay saath hum study karein gay to hum ko bohat sari baatein discover hongi.</w:t>
      </w:r>
    </w:p>
    <w:p>
      <w:pPr>
        <w:jc w:val="right"/>
      </w:pPr>
      <w:r>
        <w:t>اوراگر آدمی سوتارہےتواسکو احساسبھینہیںہوگا۔ تو یہی سبسےبڑا۔ اوردوسرایہکہجب قرآنکی اتنی سیریس اندازمیں کنسنٹریشنکےساتھ ہم اسٹڈیکریںگےتوہمکوبہت ساریباتیں ڈسکورہوںگی۔</w:t>
      </w:r>
    </w:p>
    <w:p>
      <w:r>
        <w:rPr>
          <w:b/>
        </w:rPr>
        <w:t xml:space="preserve">[30:08] </w:t>
      </w:r>
      <w:r>
        <w:t>to hamari roohaniyat hamari barhegi.</w:t>
      </w:r>
    </w:p>
    <w:p>
      <w:pPr>
        <w:jc w:val="right"/>
      </w:pPr>
      <w:r>
        <w:t>توہماری روحانیتہماریبڑھےگی۔</w:t>
      </w:r>
    </w:p>
    <w:p>
      <w:r>
        <w:rPr>
          <w:b/>
        </w:rPr>
        <w:t xml:space="preserve">[30:13] </w:t>
      </w:r>
      <w:r>
        <w:t>mujhe do baatein is mein add karni hain. aik to yeh kay kisi sahabi nay yeh kaha: jaise tum apnay jaagnay kay time mein allah ta'ala say sawab ki umeed karte ho, waise mein sonay kay time mein bhi allah ta'ala say sawab ki umeed karta hoon.</w:t>
      </w:r>
    </w:p>
    <w:p>
      <w:pPr>
        <w:jc w:val="right"/>
      </w:pPr>
      <w:r>
        <w:t>مجھے دوباتیںاسمیںایڈکرناہیں۔ ایکتویہ کہکسی صحابینےیہکہا:جیسےتم اپنے جاگنےکےٹائممیںاللہ تعالیسےثوابکیامیدکرتےہو ،ویسےمیں سونےکےٹائممیںبھیاللہتعالی سےثوابکیامیدکرتاہوں۔</w:t>
      </w:r>
    </w:p>
    <w:p>
      <w:r>
        <w:rPr>
          <w:b/>
        </w:rPr>
        <w:t xml:space="preserve">[30:27] </w:t>
      </w:r>
      <w:r>
        <w:t>aitkaf mein aadmi sota hai ya jaagta hai, woh allah ta'ala kay kay say</w:t>
      </w:r>
    </w:p>
    <w:p>
      <w:pPr>
        <w:jc w:val="right"/>
      </w:pPr>
      <w:r>
        <w:t>اعت کافمیںآدمیسوتاہے یاجاگتاہے،وہاللہتعالیکے کےسے</w:t>
      </w:r>
    </w:p>
    <w:p>
      <w:r>
        <w:rPr>
          <w:b/>
        </w:rPr>
        <w:t xml:space="preserve">[30:31] </w:t>
      </w:r>
      <w:r>
        <w:t>qurbat kay liye hi woh karta hai. to is mein woh cheez zyada barh jati hai. uski doosri cheez yeh hai kay jaise hum jantay hain, sab say bari cheez insan kay liye jannat mein jana hai. aur jannat ki bhi sab say bari nemat jo insan kay liye hai kay wahan par allah ta'ala ki raza aur uska deedaar usko milay ga.</w:t>
      </w:r>
    </w:p>
    <w:p>
      <w:pPr>
        <w:jc w:val="right"/>
      </w:pPr>
      <w:r>
        <w:t>قربتکےلیےہیوہکرتاہے۔ تواسمیںوہچیززیادہ بڑھجاتیہے۔اسکی دوس ریچیزیہہےکہ جیساہمجانتےہیں،سبسےبڑیچیز انسانکےلیے جنتمیںجاناہے۔اور جنتکیبھیسبسےبڑینعمتجوانسانکےلیےہےکہوہاںپراللہ تعالیکیرضااوراسکادیداراسکوملےگا۔</w:t>
      </w:r>
    </w:p>
    <w:p>
      <w:r>
        <w:rPr>
          <w:b/>
        </w:rPr>
        <w:t xml:space="preserve">[30:46] </w:t>
      </w:r>
      <w:r>
        <w:t>us say barh kar koi doosri nemat nahi hai jannat mein. to aitkaf mein hota kiya hai? insan</w:t>
      </w:r>
    </w:p>
    <w:p>
      <w:pPr>
        <w:jc w:val="right"/>
      </w:pPr>
      <w:r>
        <w:t>اسسےبڑھکرکوئی دوسرینعمتنہیںہےجنتمیں ۔ تو اعت کافمیںہوتاکیاہے؟انسان</w:t>
      </w:r>
    </w:p>
    <w:p>
      <w:r>
        <w:rPr>
          <w:b/>
        </w:rPr>
        <w:t xml:space="preserve">[30:51] </w:t>
      </w:r>
      <w:r>
        <w:t>sargoshi karta hai khuda say. dunya kay aitbaar say goya samajh lijiye kay woh allah ta'ala ka deedaar karna, allah ta'ala say baat karna hua. woh to us say bara nemat nahi ho sakti insan kay liye kay das din woh apnay liye nikale kay mujhe khuda say baat karna, sargoshi karna hai.</w:t>
      </w:r>
    </w:p>
    <w:p>
      <w:pPr>
        <w:jc w:val="right"/>
      </w:pPr>
      <w:r>
        <w:t>سرگوشیکرتاہےخداسے ۔ دنیا کےاعتبارسےگویاسمجھلیجئےکہوہاللہتعالیکادیدارکرنا،اللہتعالیسےباتکرناہوا۔وہ تو اسسےبڑینعمتنہیںہوسکتیانسانکےلیے کہ دسدن وہاپنےلیےنکالےکہمجھےخداسےباتکرنا،سرگوشیکرناہے۔</w:t>
      </w:r>
    </w:p>
    <w:p>
      <w:r>
        <w:rPr>
          <w:b/>
        </w:rPr>
        <w:t xml:space="preserve">[31:04] </w:t>
      </w:r>
      <w:r>
        <w:t>ab iska reward kiya hoga hadith mein to yeh cheez clear nahi, lekin us say hum samajh saktay hain kay allah ta'ala say baat karnay ka woh time hota hai. to hum usko samajh saktay hain.</w:t>
      </w:r>
    </w:p>
    <w:p>
      <w:pPr>
        <w:jc w:val="right"/>
      </w:pPr>
      <w:r>
        <w:t>اباسکاریوارڈکیاہوگاحدیثمیںتویہچیزکلیئرنہیں،لیکن اسسےہمسمجھسکتےہیںکہاللہتعالیسےباتکرنے کا وہٹائمہوتاہے۔ تو ہماسکوسمجھسکتےہیں۔</w:t>
      </w:r>
    </w:p>
    <w:p>
      <w:r>
        <w:rPr>
          <w:b/>
        </w:rPr>
        <w:t xml:space="preserve">[31:13] </w:t>
      </w:r>
      <w:r>
        <w:t>acha, aitkaf kay taaluq say doctor naghma siddiqui nay gurgaon say aik comment diya hai, bohat hi acha hai kay "very important discussion on aitkaf: connecting with allah for sometime".</w:t>
      </w:r>
    </w:p>
    <w:p>
      <w:pPr>
        <w:jc w:val="right"/>
      </w:pPr>
      <w:r>
        <w:t>اچھا، اعتکافکےتعلقسے ڈاکٹر نغمہصدی قینے گڑگاؤںسے ایککمنٹدیاہے،بہتہیاچھاہےکہ"ویریامپورٹنٹڈسکشنان اعتکاف: کنیکٹنگوداللہ فار سمٹائم"۔</w:t>
      </w:r>
    </w:p>
    <w:p>
      <w:r>
        <w:rPr>
          <w:b/>
        </w:rPr>
        <w:t xml:space="preserve">[31:28] </w:t>
      </w:r>
      <w:r>
        <w:t>muhammad amjad qadri ne likha hai: "das azad beshta opportunity: itikaf to connect to Allah subhanahu wa ta'ala, separating himself from dam materialistic world and its needs".</w:t>
      </w:r>
    </w:p>
    <w:p>
      <w:pPr>
        <w:jc w:val="right"/>
      </w:pPr>
      <w:r>
        <w:t>محمد امجد قادرینےلکھاہے: "دسازدابیسٹاپرچونیٹی:اعتکاف ٹوکنیکٹوداللہ سبحانہوتعالی، سیپریٹنگہمسیلف فرامدامٹیریلسٹکورلڈاینڈاٹس نیڈز"۔</w:t>
      </w:r>
    </w:p>
    <w:p>
      <w:r>
        <w:rPr>
          <w:b/>
        </w:rPr>
        <w:t xml:space="preserve">[31:41] </w:t>
      </w:r>
      <w:r>
        <w:t>yahan par ek sawal yeh uthta hai ke itikaf jo masjid mein hota hai, woh toh mard karte hain. Auraton ke itikaf ke talluq se kya Islam mein bataya gaya hai?</w:t>
      </w:r>
    </w:p>
    <w:p>
      <w:pPr>
        <w:jc w:val="right"/>
      </w:pPr>
      <w:r>
        <w:t>یہاںپر ایک سوال یہاٹھتاہےکہاعتکاف جو مسجدمیںہوتاہے،وہتومرد کرتےہیں۔ عورتوںکےاعتکافکےتعلقسےکیا اسلام میںبتایاگیاہے؟</w:t>
      </w:r>
    </w:p>
    <w:p>
      <w:r>
        <w:rPr>
          <w:b/>
        </w:rPr>
        <w:t xml:space="preserve">[31:53] </w:t>
      </w:r>
      <w:r>
        <w:t>asal mein is sawal par ikhtilaf hai ke auraton ke itikaf ke liye kya sharaait hain. Itikaf kehte hain masjid mein hona chahiye kyun ke masjid ka jo mahol hota hai, woh spiritual mahol hota hai.</w:t>
      </w:r>
    </w:p>
    <w:p>
      <w:pPr>
        <w:jc w:val="right"/>
      </w:pPr>
      <w:r>
        <w:t>اصلمیںاسسوال پر اخت لاف ہے کہ عورتوںکےاعتکافکےلیےکیا شرائطہیں۔ اعت کاف کہتےہیں مسجد میںہوناچاہیےکیونکہمسجد کاجو ماحولہوتاہے،وہ سپریچولماحولہوتاہے۔</w:t>
      </w:r>
    </w:p>
    <w:p>
      <w:r>
        <w:rPr>
          <w:b/>
        </w:rPr>
        <w:t xml:space="preserve">[32:07] </w:t>
      </w:r>
      <w:r>
        <w:t>toh ab auratein jo hain, masjid mein jaana bahut saari auraton ke liye toh mushkil hai. Auraton ke ghar ki zimmedariyan hoti hain, chhote bachche hote</w:t>
      </w:r>
    </w:p>
    <w:p>
      <w:pPr>
        <w:jc w:val="right"/>
      </w:pPr>
      <w:r>
        <w:t>تو اب عورتیںجوہیں، مسجدمیںجانابہت ساریعورتوںکےلیےتومشکلہے۔ ع ورتوںکےگھرکیذمہداریاںہوتیہیں،چھوٹےبچےہوتے</w:t>
      </w:r>
    </w:p>
    <w:p>
      <w:r>
        <w:rPr>
          <w:b/>
        </w:rPr>
        <w:t xml:space="preserve">[32:16] </w:t>
      </w:r>
      <w:r>
        <w:t>hain. Phir auraton ko ab unke shohar se, unka wali ho toh uski ijazat se hi woh nikal sakti hain. Kyun ke mustaqil ghar mein nahin rahenge toh unke absence mein ghar mein koi problem na paida ho jaye.</w:t>
      </w:r>
    </w:p>
    <w:p>
      <w:pPr>
        <w:jc w:val="right"/>
      </w:pPr>
      <w:r>
        <w:t>ہیں۔ پھرعورتوںکو ابانکے شوہرسے،ان کا ولیہو تو اسکیاجازتسےہیوہ نکل سکتیہیں۔ کیونکہمست قل گھرمیںنہرہیںگےتوانکے ایبسنسمیں گھر میںکوئیپرابلم نہپیدا ہوجائے۔</w:t>
      </w:r>
    </w:p>
    <w:p>
      <w:r>
        <w:rPr>
          <w:b/>
        </w:rPr>
        <w:t xml:space="preserve">[32:31] </w:t>
      </w:r>
      <w:r>
        <w:t>toh yeh masail hain auraton ke saath. Lekin auratein bhi jis tarah har mamle mein auratein jo hain barabar ka shareek hoti hain, namaz mein, roze mein, hajj mein, zakat mein, har cheez mein, toh itikaf mein bhi hona chahiye.</w:t>
      </w:r>
    </w:p>
    <w:p>
      <w:pPr>
        <w:jc w:val="right"/>
      </w:pPr>
      <w:r>
        <w:t>تو یہ مس ائلہیں ع ورتوںکےساتھ۔لیکن عورتیں بھی جس طرح ہرمعاملےمیںعورتیں جوہیںبر ابر کا کیشریکہوتیہیں، نمازمیں،روز ےمیں،حجمیں،زکوۃمیں،ہرچیزمیں ،تو اعتکافمیںبھیہوناچاہیے۔</w:t>
      </w:r>
    </w:p>
    <w:p>
      <w:r>
        <w:rPr>
          <w:b/>
        </w:rPr>
        <w:t xml:space="preserve">[32:46] </w:t>
      </w:r>
      <w:r>
        <w:t>toh Hanafi maslak ke mutabiq jo hai, auratein jo hain ghar mein ibadat kar sakti hain, itikaf ki ibadat kar sakti hain. Toh ghar mein aisa hota hai, aksar jo bade ghar hote hain, toh ismein ek hissa makhsoos kar diya jata hai namaz ke liye.</w:t>
      </w:r>
    </w:p>
    <w:p>
      <w:pPr>
        <w:jc w:val="right"/>
      </w:pPr>
      <w:r>
        <w:t>تو حنفیمسلککےمطابق جوہے، عورتیںجوہیںگھرمیں عبادتکر سکتیہیں،اعتکافکیعبادتکرسکتیہیں۔ تو گھرمیںایساہوتاہے،اکثرجوبڑےگھرہوتےہیں، تواسمیں ایک حص ہ مخصوصکردیاجاتاہے نمازکےلیے۔</w:t>
      </w:r>
    </w:p>
    <w:p>
      <w:r>
        <w:rPr>
          <w:b/>
        </w:rPr>
        <w:t xml:space="preserve">[33:02] </w:t>
      </w:r>
      <w:r>
        <w:t>toh unhone kaha khaas taur par is hisse mein woh itikaf kar sakti hain. Matlab hai phir bhi kuch alag jagah chahiye itikaf karne ke liye.</w:t>
      </w:r>
    </w:p>
    <w:p>
      <w:pPr>
        <w:jc w:val="right"/>
      </w:pPr>
      <w:r>
        <w:t>تو انہوں نےکہاخاصطورپر اسحصےمیں وہ اعت کافکرسکتیہیں۔ مطلبہےپھربھیکچھالگجگہچاہیے اعت کافکرنےکےلیے۔</w:t>
      </w:r>
    </w:p>
    <w:p>
      <w:r>
        <w:rPr>
          <w:b/>
        </w:rPr>
        <w:t xml:space="preserve">[33:11] </w:t>
      </w:r>
      <w:r>
        <w:t>agar wohi par hoga aur logon ki aawazein aati rahengi,</w:t>
      </w:r>
    </w:p>
    <w:p>
      <w:pPr>
        <w:jc w:val="right"/>
      </w:pPr>
      <w:r>
        <w:t>اگر وہیںپرہوگااورلوگوںکیآوازیںآتیرہیںگی،</w:t>
      </w:r>
    </w:p>
    <w:p>
      <w:r>
        <w:rPr>
          <w:b/>
        </w:rPr>
        <w:t xml:space="preserve">[33:15] </w:t>
      </w:r>
      <w:r>
        <w:t>doosri activities chalti rahengi, toh woh concentration ka process woh hai na, woh sar anjam nahin ho sakega. Toh Rasool Allah sallallahu alaihi wa sallam ki jo wifes thin, unhone ghar mein itikaf nahin kiya hai, lekin baad mein aap ki wafat ke baad masjid mein unhone itikaf kiya hai aap ki ijazat se.</w:t>
      </w:r>
    </w:p>
    <w:p>
      <w:pPr>
        <w:jc w:val="right"/>
      </w:pPr>
      <w:r>
        <w:t>دوس ریایکٹیویٹیزچلتیرہیںگی،تووہ کنسنٹریشنکا پرپسجوہےنا،وہسرونہیںہوسکےگا۔ تو رسولاللہ صلیاللہعلیہوسلمکیجووائفزتھیں،انہوںنے گھرمیں اعتکافنہیں کیاہے،لیکن بعد میں آپ کیوفاتکےبعد مسجدمیںانہوںنے اعتکافکیاہے آپکی اجازتسے ۔</w:t>
      </w:r>
    </w:p>
    <w:p>
      <w:r>
        <w:rPr>
          <w:b/>
        </w:rPr>
        <w:t xml:space="preserve">[33:37] </w:t>
      </w:r>
      <w:r>
        <w:t>toh ab chunke India mein kaafi itikaf, hum yahan par Hanafi fiqh ke mutabiq auratein itikaf karti hain gharon mein, toh woh sahulat ke aitbar se kar sakti hain. Agar inko masjid mein jaane ki sahulat hai, masjid unke liye safe bhi hona chahiye, qareeb bhi hona chahiye, wahan par sahulat hai, toh masjid mein jaake kar sakti hain, nahin toh ghar mein kar sakti hain.</w:t>
      </w:r>
    </w:p>
    <w:p>
      <w:pPr>
        <w:jc w:val="right"/>
      </w:pPr>
      <w:r>
        <w:t>تو اب چونکہانڈیامیںکافی اعت کاف ،ہم یہاںپر حنفی فقہکےمطابق ع ورتیںاعتکافکرتیہیں گھروںمیں، تو وہ سہولتکےاعتبار سےکرسکتیہیں۔اگر انکو مسجدمیںجانےکیسہولتہے،مسجد انکےلیے سیفبھیہوناچاہیے، قریببھیہوناچاہیے، وہاںپر سہولتہے،تومسجدمیںجاکےکرسکتیہیں، نہیں تو گھرمیںکرسکتیہیں۔</w:t>
      </w:r>
    </w:p>
    <w:p>
      <w:r>
        <w:rPr>
          <w:b/>
        </w:rPr>
        <w:t xml:space="preserve">[34:02] </w:t>
      </w:r>
      <w:r>
        <w:t>bilkul sahi kaha aap ne.</w:t>
      </w:r>
    </w:p>
    <w:p>
      <w:pPr>
        <w:jc w:val="right"/>
      </w:pPr>
      <w:r>
        <w:t>بالکلصحیحکہاآپنے ۔</w:t>
      </w:r>
    </w:p>
    <w:p>
      <w:r>
        <w:rPr>
          <w:b/>
        </w:rPr>
        <w:t xml:space="preserve">[34:05] </w:t>
      </w:r>
      <w:r>
        <w:t>agar hum Quran o Hadees ka mutala karte hain toh aisa koi clear cut yeh nahin aata hai ke auraton ko masjid mein hi itikaf karna chahiye. Yeh bilkul clear baat hai.</w:t>
      </w:r>
    </w:p>
    <w:p>
      <w:pPr>
        <w:jc w:val="right"/>
      </w:pPr>
      <w:r>
        <w:t>اگر ہمقرآنوحدیثکامطالعہکرتے ہیںتوایساکوئیکلی ئرکٹ یہنہیں آتاہےکہعورتوںکومسجدمیںہیاعتکافکرناچاہیے۔یہبالکلکلی ئرباتہے۔</w:t>
      </w:r>
    </w:p>
    <w:p>
      <w:r>
        <w:rPr>
          <w:b/>
        </w:rPr>
        <w:t xml:space="preserve">[34:14] </w:t>
      </w:r>
      <w:r>
        <w:t>is liye hum kuch riwayatein aisi bhi dekhte hain jo aap ne bataya ghar mein itikaf karne ki. Hazrat Aisha ke talluq se aata hai, Abdul Razzaq ki riwayat hai, Musannaf Abdul Razzaq mein hai ke unhone Ghar e Hira aur Sabir, yeh do pahad hain Makka mein,</w:t>
      </w:r>
    </w:p>
    <w:p>
      <w:pPr>
        <w:jc w:val="right"/>
      </w:pPr>
      <w:r>
        <w:t>اسلیےہمکچھروایتیںایسیبھیدیکھتےہیں جو آپ نےبتایاگھرمیںاعتکافکرنے کی۔ حضرت عائشہکےتعلقسےآتاہے،عبدال رزاقکیروایتہے،مص نفعبدالرزاقمیںہے کہ انہوں نے غار حرااورصبیر،یہدو پہاڑہیں مکہمیں،</w:t>
      </w:r>
    </w:p>
    <w:p>
      <w:r>
        <w:rPr>
          <w:b/>
        </w:rPr>
        <w:t xml:space="preserve">[34:29] </w:t>
      </w:r>
      <w:r>
        <w:t>iske darmiyan unhone itikaf kiya tha. Aur sharahain likhte hain is hadees ke aage ke yahan par koi masjid nahin thi, wahan par unhone itikaf kiya tha. Achha, Ibrahim Nakhi se poocha gaya tha ke koi aurat apne ghar ki masjid mein itikaf kar sakti hai? Toh unhone kaha haan, kar sakti hai.</w:t>
      </w:r>
    </w:p>
    <w:p>
      <w:pPr>
        <w:jc w:val="right"/>
      </w:pPr>
      <w:r>
        <w:t>اسکےدرمیانانہوںنےاعت کافکیاتھا۔اور شارحینلکھتےہیںاسحدیثکےآگےکہیہاںپرکوئیمسجدنہیں تھی، وہاںپرانہوںنےاعتکافکیاتھا۔ اچھا، ابراہیم نخی سےپوچھاگیاتھا کہ کوئی عورت اپنے گھرکی مسجدمیں اعتکاف کرسکتیہے؟توانہوںنےکہاہاں،کرسکتیہے۔</w:t>
      </w:r>
    </w:p>
    <w:p>
      <w:r>
        <w:rPr>
          <w:b/>
        </w:rPr>
        <w:t xml:space="preserve">[34:49] </w:t>
      </w:r>
      <w:r>
        <w:t>aur aise hi balkeh iske aage Shabi'i wagera yeh kehte hain ke mard bhi apne ghar ki masjid mein itikaf kar sakta hai. Toh woh jo aap ne yeh kaha ke ek muayyan jagah honi chahiye, Allah ke Rasool sallallahu alaihi wa sallam ne is par ubhara hai ke aadmi ke liye apne ghar ke andar jo ek muayyan jagah honi chahiye, jismein woh ibadat kare, toh us wahan par baith kar woh itikaf kar sakti hai. Aur main samajhta hoon ke aaj ke halaat ke aitbar se</w:t>
      </w:r>
    </w:p>
    <w:p>
      <w:pPr>
        <w:jc w:val="right"/>
      </w:pPr>
      <w:r>
        <w:t>اور ایسےہیبلکہ اسکےآگےشعابیوغیرہیہکہتےہیںکہمرد بھیاپنےگھرکیمسجدمیں اعتکافکرسکتاہے۔ تو وہ جوآپ نےیہکہاکہایک متعینجگہہونیچاہیے،اللہکےرسولصلیاللہعلیہوسلمنےاسپرابھاراہےکہآدمیکےلیےاپنےگھرکےاندرجو ایک متعینجگہہونیچاہیے، جسمیںوہ عبادتکرے،تواس وہاںپربیٹھکروہ اعتکافکرسکتیہے۔اورمیںسمجھتاہوںکہآجکےحالات کےاعتبارسے</w:t>
      </w:r>
    </w:p>
    <w:p>
      <w:r>
        <w:rPr>
          <w:b/>
        </w:rPr>
        <w:t xml:space="preserve">[35:11] </w:t>
      </w:r>
      <w:r>
        <w:t>ke waqti taur par masjid jaana namaz ke liye paanch time, yeh kya hai? Yeh theek hai, lekin agar muayyan taur par musalsal rahe toh woh safety itni nahin rehti hai.</w:t>
      </w:r>
    </w:p>
    <w:p>
      <w:pPr>
        <w:jc w:val="right"/>
      </w:pPr>
      <w:r>
        <w:t>کہ وق تیطورپرمسجدجانانمازکےلیےپانچٹائم،یہکیاہے؟یہٹھیکہے،لیکن اگر متعینطورپر مسلسلرکےتو وہ سیفٹیاتنینہیںرہتیہے۔</w:t>
      </w:r>
    </w:p>
    <w:p>
      <w:r>
        <w:rPr>
          <w:b/>
        </w:rPr>
        <w:t xml:space="preserve">[35:21] </w:t>
      </w:r>
      <w:r>
        <w:t>aur phir auraton ke doosre masail bhi rehte hain. Toh woh ghar mein ek muayyan jagah ho, wahan par woh kar sakti hai.</w:t>
      </w:r>
    </w:p>
    <w:p>
      <w:pPr>
        <w:jc w:val="right"/>
      </w:pPr>
      <w:r>
        <w:t>اور پھرعورتوںکےدوسرےمسائلبھیرہتےہیں۔تو وہ گھرمیں ایک متعینجگہہو، وہاںپروہکرسکتیہے۔</w:t>
      </w:r>
    </w:p>
    <w:p>
      <w:r>
        <w:rPr>
          <w:b/>
        </w:rPr>
        <w:t xml:space="preserve">[35:31] </w:t>
      </w:r>
      <w:r>
        <w:t>iske baad main aap se yeh sawal karunga, itikaf ki baat chal hi rahi hai, aur aap ne yeh kaha ke itikaf ka maqsad yeh hota hai ke aadmi Lailat ul Qadr ya Shab e Qadr talash kare.</w:t>
      </w:r>
    </w:p>
    <w:p>
      <w:pPr>
        <w:jc w:val="right"/>
      </w:pPr>
      <w:r>
        <w:t>اسکےبعد میں آپسے یہسوال کروںگا،اعتکافکیباتچلرہیہے،اورآپنےیہ کہا کہ اعت کافکا مقصدیہہوتاہےکہ آدمی لیلۃ القدریاشب قدر تلاشکرے۔</w:t>
      </w:r>
    </w:p>
    <w:p>
      <w:r>
        <w:rPr>
          <w:b/>
        </w:rPr>
        <w:t xml:space="preserve">[35:41] </w:t>
      </w:r>
      <w:r>
        <w:t>toh is par hamein kuch bataein.</w:t>
      </w:r>
    </w:p>
    <w:p>
      <w:pPr>
        <w:jc w:val="right"/>
      </w:pPr>
      <w:r>
        <w:t>تواسپر ہمیںکچھبت ائیں۔</w:t>
      </w:r>
    </w:p>
    <w:p>
      <w:r>
        <w:rPr>
          <w:b/>
        </w:rPr>
        <w:t xml:space="preserve">[35:47] </w:t>
      </w:r>
      <w:r>
        <w:t>asal mein yeh baat Hazrat Jibrael ne bata di thi ke Ramzan ke aakhri ashre mein hai Lailat ul Qadr, aur Quran ka nazool bhi hua tha Ramzan ki hi kisi tareekh mein.</w:t>
      </w:r>
    </w:p>
    <w:p>
      <w:pPr>
        <w:jc w:val="right"/>
      </w:pPr>
      <w:r>
        <w:t>اصلمیںیہبات حضرت جبرائیلنےبتادیتھیکہ رمضان کےآخری عشر ےمیں ہے لیلۃ القدر ،اور قرآن کانزولبھیہوا تھا رمضانکیہیکسی تاریخ میں ۔</w:t>
      </w:r>
    </w:p>
    <w:p>
      <w:r>
        <w:rPr>
          <w:b/>
        </w:rPr>
        <w:t xml:space="preserve">[36:04] </w:t>
      </w:r>
      <w:r>
        <w:t>toh yeh tareekh bahut aham hai Lailat ul Qadr ki, kyun ke isko night of destiny kehte hain. Tamam Allah Ta'ala ke faisle jo hain is duniya ke bare mein, woh is raat ko hote hain. Aur khaas baat yeh hai ke is raat ko bahut farishte utarte hain.</w:t>
      </w:r>
    </w:p>
    <w:p>
      <w:pPr>
        <w:jc w:val="right"/>
      </w:pPr>
      <w:r>
        <w:t>تو یہ تاریخ بہت اہمہے لیلۃ القدر کی،کیونکہاسکو نائٹآف ڈیسٹ نی</w:t>
      </w:r>
    </w:p>
    <w:p>
      <w:r>
        <w:rPr>
          <w:b/>
        </w:rPr>
        <w:t xml:space="preserve">[36:10] </w:t>
      </w:r>
      <w:r>
        <w:t>toh ek poora mahol spiritualize ho jata hai yahan ka. Toh isi liye yeh raat jo kehte hain ke ek hazar, kehte hain nahin, yeh toh Quran mein hi aaya hai ke ek hazar mahine se zyada afzal afzal hai.</w:t>
      </w:r>
    </w:p>
    <w:p>
      <w:pPr>
        <w:jc w:val="right"/>
      </w:pPr>
      <w:r>
        <w:t>کہتےہیں۔ تمام اللہ تعالی کےفیصلےجوہیں اسدنیا کے بارےمیں،وہ اسیراتکوہوتےہیں۔ اور خاص باتیہہےکہاسراتکو بہت فرشتےاترتےہیں۔</w:t>
      </w:r>
    </w:p>
    <w:p>
      <w:r>
        <w:rPr>
          <w:b/>
        </w:rPr>
        <w:t xml:space="preserve">[36:21] </w:t>
      </w:r>
      <w:r>
        <w:t>toh asal mein iska background yeh hai ke ek yeh wadi tha, Shaimoon,</w:t>
      </w:r>
    </w:p>
    <w:p>
      <w:pPr>
        <w:jc w:val="right"/>
      </w:pPr>
      <w:r>
        <w:t>تو ایک پورا ماحول سپریچ ولائزہوجاتاہےیہاںکا ۔ تو اسیلیے یہراتجو کہتےہیںکہایک ہزار ،کہتےہیںنہیں،یہتوقرآنمیںہیآیاہے کہایک ہزار مہینےسےزیادہ افضلافضلہے۔</w:t>
      </w:r>
    </w:p>
    <w:p>
      <w:r>
        <w:rPr>
          <w:b/>
        </w:rPr>
        <w:t xml:space="preserve">[36:34] </w:t>
      </w:r>
      <w:r>
        <w:t>uske baad mein aap se yeh sawal karunga, itikaf ki baat chal hi rahi hai, aur aap ne yeh kaha ke itikaf ka maqsad yeh hota hai ke aadmi Lailat ul Qadr ya Shab e Qadr talash kare.</w:t>
      </w:r>
    </w:p>
    <w:p>
      <w:pPr>
        <w:jc w:val="right"/>
      </w:pPr>
      <w:r>
        <w:t>تواصلمیںاسکا بیکگراؤنڈیہہےکہ ایک یہ ودی تھا، شمعون،</w:t>
      </w:r>
    </w:p>
    <w:p>
      <w:r>
        <w:rPr>
          <w:b/>
        </w:rPr>
        <w:t xml:space="preserve">[36:40] </w:t>
      </w:r>
      <w:r>
        <w:t>woh bohat ziyada ibadat usne ki thi. to logon ko rashk aata tha ke usne itni ziyada ibadat ki hai, shayad ek hazar mahine ibadat kar chuka tha. woh pehle zamanay mein logon ki umar bhi bohat lambi lambi hoti thi.</w:t>
      </w:r>
    </w:p>
    <w:p>
      <w:pPr>
        <w:jc w:val="right"/>
      </w:pPr>
      <w:r>
        <w:t>وہبہت زیادہ عبادتاسنےکیتھی۔ تو لوگوںکو رشک آتاتھاکہاسنےاتنیزیادہ عبادتکیہے، شایدایکہزار مہینےعبادتکرچکاتھا۔وہ پہلے زمان ےمیںلوگوںکی عمر بھیبہت لمبیلمبیہوتیتھی۔</w:t>
      </w:r>
    </w:p>
    <w:p>
      <w:r>
        <w:rPr>
          <w:b/>
        </w:rPr>
        <w:t xml:space="preserve">[36:54] </w:t>
      </w:r>
      <w:r>
        <w:t>to sahaba ko rishk hua ke hum log doosre kamon mein bazeed thay. bohat saray wahan par kaam thay jisko karna parta tha, mission ke kaam.</w:t>
      </w:r>
    </w:p>
    <w:p>
      <w:pPr>
        <w:jc w:val="right"/>
      </w:pPr>
      <w:r>
        <w:t>تو صحابہکورشکہواکہہملوگ دوسرے کام وںمیں بزیرہتےہیں۔ بہت سارےوہاںپر کام تھےجسکوکرناپڑتاتھا،مشنکےکام۔</w:t>
      </w:r>
    </w:p>
    <w:p>
      <w:r>
        <w:rPr>
          <w:b/>
        </w:rPr>
        <w:t xml:space="preserve">[37:04] </w:t>
      </w:r>
      <w:r>
        <w:t>to hum itna ibadat nahi kar paate, aur itni itni sabki woh bhen nahi hoti umar bhi. to jab yeh surat utri, iske baad hi jab sahaba ne yeh sawal kiya Rasool Allah (SAW) se, to iske baad yeh surat utri ke hum ne tum ko ek aisi raat de di hai jo hazar mahine ki ibadat se afzal hai.</w:t>
      </w:r>
    </w:p>
    <w:p>
      <w:pPr>
        <w:jc w:val="right"/>
      </w:pPr>
      <w:r>
        <w:t>توہم اتناعبادتنہیںکرپاتے،اور اتنی اتنی سبکیوہبھینہیںہوتی عمربھی ۔ توجب یہ سورت ات ری، اسکےبعد ہیجب صحابہ نے یہسوال کیا رسولاللہصلیاللہعلیہوسلمسے ،تواسکےبعد یہسورت اتری کہہمنےتم کوایکایسی راتدےدیہےجو ہزارمہینےکیعبادتسے افضلہے۔</w:t>
      </w:r>
    </w:p>
    <w:p>
      <w:r>
        <w:rPr>
          <w:b/>
        </w:rPr>
        <w:t xml:space="preserve">[37:25] </w:t>
      </w:r>
      <w:r>
        <w:t>to sahaba bohat ziyada khush hue. iska tarjuma yeh hai: hum ne isko utara hai, yeh chapter 97</w:t>
      </w:r>
    </w:p>
    <w:p>
      <w:pPr>
        <w:jc w:val="right"/>
      </w:pPr>
      <w:r>
        <w:t>تو صحابہ بہت زیادہ خوش ہوئے۔ اسکاترجمہیہہے: ہمنے اسکو اتاراہے،یہ چیپٹر 9 7</w:t>
      </w:r>
    </w:p>
    <w:p>
      <w:r>
        <w:rPr>
          <w:b/>
        </w:rPr>
        <w:t xml:space="preserve">[37:33] </w:t>
      </w:r>
      <w:r>
        <w:t>, hum ne isko utara hai Shab e Qadr mein. aur tum kya jano Shab e Qadr kya hai? Shab e Qadr hazar mahinon se behtar hai.</w:t>
      </w:r>
    </w:p>
    <w:p>
      <w:pPr>
        <w:jc w:val="right"/>
      </w:pPr>
      <w:r>
        <w:t>،ہمنےاسکو اتاراہے شب قدر میں۔ اور تم کیا جانو شب قدر کیاہے؟ شب قدر ہزار مہینوںسے بہترہے۔</w:t>
      </w:r>
    </w:p>
    <w:p>
      <w:r>
        <w:rPr>
          <w:b/>
        </w:rPr>
        <w:t xml:space="preserve">[37:43] </w:t>
      </w:r>
      <w:r>
        <w:t>farishtay is mein apne Rab ki ijazat se utarte hain, har hukum le kar. aur woh raat jo hai salamti hai subah ke nikalne tak.</w:t>
      </w:r>
    </w:p>
    <w:p>
      <w:pPr>
        <w:jc w:val="right"/>
      </w:pPr>
      <w:r>
        <w:t>فرشتےاسمیں اپنے ربکیاجازتسے اترتےہیں، ہر حکم لےکر ۔ اور وہ راتجوہے سلام تیہے صبحکےنکلنےتک ۔</w:t>
      </w:r>
    </w:p>
    <w:p>
      <w:r>
        <w:rPr>
          <w:b/>
        </w:rPr>
        <w:t xml:space="preserve">[37:52] </w:t>
      </w:r>
      <w:r>
        <w:t>acha, raat jo hai jab tak ajalan nahi ho jata na, tab tak woh raat is mein ibadat hum kar sakte hain.</w:t>
      </w:r>
    </w:p>
    <w:p>
      <w:pPr>
        <w:jc w:val="right"/>
      </w:pPr>
      <w:r>
        <w:t>اچھا، رات جوہے جب تک اج الانہیںہوجاتا نا،تبتک وہ رات اسمیں عبادتہمکرسکتےہیں۔</w:t>
      </w:r>
    </w:p>
    <w:p>
      <w:r>
        <w:rPr>
          <w:b/>
        </w:rPr>
        <w:t xml:space="preserve">[38:02] </w:t>
      </w:r>
      <w:r>
        <w:t>to is mein ek aur baat hai, is mein ke jab Rasool Allah (SAW) ko maloom hua ke is raat ko itkaf hai, is raat ko Lailat ul Qadr hai, to aap masjid se bahar nikle ke doosron jo sahaba ko bata</w:t>
      </w:r>
    </w:p>
    <w:p>
      <w:pPr>
        <w:jc w:val="right"/>
      </w:pPr>
      <w:r>
        <w:t>تواسمیں ایکاور بات ہے، اسمیں کہجب رسولاللہصلیاللہعلیہوسلم کو معلوم ہوا کہ اس راتکو اعتکافہے، اسراتکو لیلۃ القدرہے، تو آپ مسجدسےباہرنکلے کہ دوسروں جو صحابہکوبتاد</w:t>
      </w:r>
    </w:p>
    <w:p>
      <w:r>
        <w:rPr>
          <w:b/>
        </w:rPr>
        <w:t xml:space="preserve">[38:19] </w:t>
      </w:r>
      <w:r>
        <w:t>ein. lekin aap ne dekha ke do log jhagda kar rahay thay, to aap ne kaha ke woh ilm mujhe diya gaya tha ke aaj ya aaj ya matlab kis din kis raat ko yeh Lailat ul Qadr hai. to aur do log jhagda kar rahay thay, to woh ilm mujh se utha liya gaya.</w:t>
      </w:r>
    </w:p>
    <w:p>
      <w:pPr>
        <w:jc w:val="right"/>
      </w:pPr>
      <w:r>
        <w:t>یں۔ لیکن آپ نے دیکھا کہ دولوگ جھگڑاکررہےتھے، تو آپ نے کہاکہ وہ علم مجھےدیا گیاتھاکہآج یا آج یا مطلب کسدن ک سراتکو یہلیلۃ القدرہے۔تو اوردو لوگوںجھگڑاکررہےتھے،تووہعلم مجھسےاٹھالیاگیا۔</w:t>
      </w:r>
    </w:p>
    <w:p>
      <w:r>
        <w:rPr>
          <w:b/>
        </w:rPr>
        <w:t xml:space="preserve">[38:39] </w:t>
      </w:r>
      <w:r>
        <w:t>to is mein ek aur important baat hai ke jhagda karna yani hatred hai, revenge hai, negativity hai, yeh sab itni bari evil hain ke aai hui nemat jo hai woh chali jati hai.</w:t>
      </w:r>
    </w:p>
    <w:p>
      <w:pPr>
        <w:jc w:val="right"/>
      </w:pPr>
      <w:r>
        <w:t>تواسمیںایکاور امپورٹنٹبات ہے کہ جھگڑاکرنایعنی ہیٹریڈہے، ری ونجہے، نیگیٹیوٹیہے، یہسب اتنی بڑی ایولہیں کہ آئیہوئی نعمتجوہےوہ چلیجاتیہے۔</w:t>
      </w:r>
    </w:p>
    <w:p>
      <w:r>
        <w:rPr>
          <w:b/>
        </w:rPr>
        <w:t xml:space="preserve">[38:54] </w:t>
      </w:r>
      <w:r>
        <w:t>to hum ko har haal mein positive rehna hai, kyun ke agar hum ko Ramzan ki barkaton aur rehmaton mein share karna hai to humein positive rehna paray ga.</w:t>
      </w:r>
    </w:p>
    <w:p>
      <w:pPr>
        <w:jc w:val="right"/>
      </w:pPr>
      <w:r>
        <w:t>توہمکو ہرحالتمیں پازیٹیورہناہے، کیونکہاگر ہمکو رمضانکی برکتوںاوررحمتوں میںشیئرکرناہےتو ہمیں پازیٹیورہناپڑےگا۔</w:t>
      </w:r>
    </w:p>
    <w:p>
      <w:r>
        <w:rPr>
          <w:b/>
        </w:rPr>
        <w:t xml:space="preserve">[39:05] </w:t>
      </w:r>
      <w:r>
        <w:t>is hadith se pata chalta hai,</w:t>
      </w:r>
    </w:p>
    <w:p>
      <w:pPr>
        <w:jc w:val="right"/>
      </w:pPr>
      <w:r>
        <w:t>اس حدیثسےپتہچلتاہے،</w:t>
      </w:r>
    </w:p>
    <w:p>
      <w:r>
        <w:rPr>
          <w:b/>
        </w:rPr>
        <w:t xml:space="preserve">[39:07] </w:t>
      </w:r>
      <w:r>
        <w:t>kyun ke Ramzan mein woh is raat ko bohat bari tadad mein farishtay aate hain. ab farishtay to sab se ziyada positive hain, to woh unke woh jo mahol ko spiritualize karte hain, to is mahol se tabhi humein faida hoga jab hum bhi woh ho jayein, positive ho jayein, bilkul total sense mein.</w:t>
      </w:r>
    </w:p>
    <w:p>
      <w:pPr>
        <w:jc w:val="right"/>
      </w:pPr>
      <w:r>
        <w:t>کیونکہ رمضانمیں وہ اس راتکو بہت بڑی تعداد میں فرشتےآتےہیں۔ ابفرشتےتو سبسےزیادہ پازیٹیوہیں، تو وہ انکے وہجو ماحولکو سپریچ ولائز کرتےہیں، تو اس ماحولسےتبھیہمیںفائدہہوگاجبہمبھی وہہوجائیں،پازیٹیوہوجائیں،بالکل ٹوٹل سینسمیں۔</w:t>
      </w:r>
    </w:p>
    <w:p>
      <w:r>
        <w:rPr>
          <w:b/>
        </w:rPr>
        <w:t xml:space="preserve">[39:31] </w:t>
      </w:r>
      <w:r>
        <w:t>to majority ka yehi view hai ke sataisween shab ko hai, lekin phir bhi Rasool Allah (SAW) ki hadith hai ke 21, 23, 25, 27 aur 29 ko humein is ko dhoondhna hai.</w:t>
      </w:r>
    </w:p>
    <w:p>
      <w:pPr>
        <w:jc w:val="right"/>
      </w:pPr>
      <w:r>
        <w:t>تو میجورٹیکایہی ویوہےکہ ست ائیسویں شبکوہے،لیکن پھربھی رسولاللہصلیاللہعلیہوسلمکیحدیثہےکہ 21 ،23،25 ، 27 اور 2 9 کو ہمیں اسکو ڈھونڈناہے۔</w:t>
      </w:r>
    </w:p>
    <w:p>
      <w:r>
        <w:rPr>
          <w:b/>
        </w:rPr>
        <w:t xml:space="preserve">[39:46] </w:t>
      </w:r>
      <w:r>
        <w:t>to ziyada tar 27 ya 29 ko hoti hai, kabhi 25 ko bhi hoti hai. to agar humein yeh raat mil jaye aur hum is ko achi tarah se poori ikhlas niyat ke sath is ki ibadat kar sakein,</w:t>
      </w:r>
    </w:p>
    <w:p>
      <w:pPr>
        <w:jc w:val="right"/>
      </w:pPr>
      <w:r>
        <w:t>تو زیادہ تر 27 یا 29کو ہوتیہے، کبھی25کوبھیہوتیہے۔ تو اگر ہمیںیہ رات ملجائےاورہماسکو اچھیطریقےسے پوریاخلاص نیتکےساتھ اسکیعبادتکرسکیں،</w:t>
      </w:r>
    </w:p>
    <w:p>
      <w:r>
        <w:rPr>
          <w:b/>
        </w:rPr>
        <w:t xml:space="preserve">[40:00] </w:t>
      </w:r>
      <w:r>
        <w:t>to is mein ibadat kar sakein, to hamare tamam gunah maaf ho jate hain. itni ahmiyat hai is raat ki. kehte hain ke is is raat mein jo shakhs is raat se mehroom reh gaya, goya woh tamam bhalai se mehroom reh gaya.</w:t>
      </w:r>
    </w:p>
    <w:p>
      <w:pPr>
        <w:jc w:val="right"/>
      </w:pPr>
      <w:r>
        <w:t>تواسمیں عبادتکرسکیں،توہمارےتمام گناہمعافہوجاتےہیں۔اتنی اہمیتہےاسراتکی۔ کہتےہیں کہ اس اس رات میں جو شخص اسراتسے محرومرہگیا، گویاوہتمام بھلائیسےمحرومرہگیا۔</w:t>
      </w:r>
    </w:p>
    <w:p>
      <w:r>
        <w:rPr>
          <w:b/>
        </w:rPr>
        <w:t xml:space="preserve">[40:16] </w:t>
      </w:r>
      <w:r>
        <w:t>to ek bar Hazrat Aisha ne poocha Rasool Allah (SAW) se kaha agar mein yeh raat paoon to kya dua karoon? ab aap us dua se samajh sakte hain ke Allah se mangne ki kya sab se bari cheez hai.</w:t>
      </w:r>
    </w:p>
    <w:p>
      <w:pPr>
        <w:jc w:val="right"/>
      </w:pPr>
      <w:r>
        <w:t>توایکبار حضرت عائشہنےپوچھارسولاللہ صلیاللہعلیہوسلمسے کہاگر میںیہرات پاؤںتوکیا دعاکروں ؟ ابآپاسدعاسےسمجھسکتےہیںکہاللہ سے مانگنےکیکیا سبسےبڑیچیز ہے۔</w:t>
      </w:r>
    </w:p>
    <w:p>
      <w:r>
        <w:rPr>
          <w:b/>
        </w:rPr>
        <w:t xml:space="preserve">[40:29] </w:t>
      </w:r>
      <w:r>
        <w:t>to aap ne kaha: Allah se maghfirat mango. to yeh dua batai: Allahumma inna ka afuwwun tuhibbul afwa fa'fu anni.</w:t>
      </w:r>
    </w:p>
    <w:p>
      <w:pPr>
        <w:jc w:val="right"/>
      </w:pPr>
      <w:r>
        <w:t>توآپنےکہا: اللہ سے مغفرتمانگو ۔ تو یہدعابتائی:اللہ ان کاف ون تح ب العفو فاعفوانی۔</w:t>
      </w:r>
    </w:p>
    <w:p>
      <w:r>
        <w:rPr>
          <w:b/>
        </w:rPr>
        <w:t xml:space="preserve">[40:39] </w:t>
      </w:r>
      <w:r>
        <w:t>Aye Allah! beshak tu maaf karne wala hai, tu maaf ko pasand karta hai, pas tu mujhe maaf kar. to Khuda se mangne ki jo sab se bari cheez hai, woh maghfirat hai.</w:t>
      </w:r>
    </w:p>
    <w:p>
      <w:pPr>
        <w:jc w:val="right"/>
      </w:pPr>
      <w:r>
        <w:t>اےاللہ !بےشک تو معافکرنے والاہے، تو معافیکوپسند کرتاہے، پستومجھےمعافکر ۔ تو خداسے مانگنےکیجوسبسےبڑیچیزہے،وہ مغفرتہے۔</w:t>
      </w:r>
    </w:p>
    <w:p>
      <w:r>
        <w:rPr>
          <w:b/>
        </w:rPr>
        <w:t xml:space="preserve">[40:51] </w:t>
      </w:r>
      <w:r>
        <w:t>maghfirat ka matlab bakhshish hai, bakhshish ka matlab jannat hai. ab is se bara aur to koi cheez ho nahi sakti.</w:t>
      </w:r>
    </w:p>
    <w:p>
      <w:pPr>
        <w:jc w:val="right"/>
      </w:pPr>
      <w:r>
        <w:t>مغفرتکامطلب بخش شہے،بخش شکامطلب جنتہے۔ اباسسےبڑیاورتوکوئیچیزہونہیںسکتی۔</w:t>
      </w:r>
    </w:p>
    <w:p>
      <w:r>
        <w:rPr>
          <w:b/>
        </w:rPr>
        <w:t xml:space="preserve">[41:00] </w:t>
      </w:r>
      <w:r>
        <w:t>Hazrat Aisha (RA) ki ek aur hadith aati hai jo mein yahan par add karna chahunga, woh yeh kehti hain ke jab mujhe maloom ho jaye ke yeh raat Shab e Qadr ki raat hai, to mein afiyat ke ilawa koi doosri dua nahi mangoon.</w:t>
      </w:r>
    </w:p>
    <w:p>
      <w:pPr>
        <w:jc w:val="right"/>
      </w:pPr>
      <w:r>
        <w:t>حضرت عائشہرضیاللہ عنہکیایکاورحدیثآتیہے جومیںیہاںپرایڈکرناچاہوںگا،وہیہکہتیہیںکہجبمجھےمعلومہوجائےکہ یہ رات شب قدر کیراتہے،تومیں عافیتکےعلاوہکوئیدوسری دعانہیںمانگوں۔</w:t>
      </w:r>
    </w:p>
    <w:p>
      <w:r>
        <w:rPr>
          <w:b/>
        </w:rPr>
        <w:t xml:space="preserve">[41:13] </w:t>
      </w:r>
      <w:r>
        <w:t>aur yahan par afw ka lafz aaya, is se relate karke jo Quran mein aaya, aur aap ne jo baat batai</w:t>
      </w:r>
    </w:p>
    <w:p>
      <w:pPr>
        <w:jc w:val="right"/>
      </w:pPr>
      <w:r>
        <w:t>اور یہاںپر عفوکالفظآیا،اسسےریلیٹکرکےجو قرآنمیںآیا،اورآپنےجو باتبت ائی</w:t>
      </w:r>
    </w:p>
    <w:p>
      <w:r>
        <w:rPr>
          <w:b/>
        </w:rPr>
        <w:t xml:space="preserve">[41:20] </w:t>
      </w:r>
      <w:r>
        <w:t>hadith ke hawale se ke jhagda kar rahay thay, to woh kya hai? woh mutayyan raat jo thi, ilm diya gaya to utha liya gaya. relate karke mein yahan par ek baat jo samajh mein aati hai, woh yeh hai ke afiyat ka matlab aman bhi hota hai. Allah ke Rasool (SAW) ne kaha tha ke Allah ta'ala se afiyat mango, dushman se ladai mat mango.</w:t>
      </w:r>
    </w:p>
    <w:p>
      <w:pPr>
        <w:jc w:val="right"/>
      </w:pPr>
      <w:r>
        <w:t>حدیثکےحوالےسےکہجھگڑاکررہےتھے،تووہکیاہے؟وہمتعین راتجوتھی،علم دیاگیاتواٹھالیاگیا۔ ریلیٹکرکےمیںیہاںپرایکباتجو سمجھمیںآتیہے، وہیہہےکہ عافیت کامطلب امنبھیہوتاہے۔اللہ کےرسولصلیاللہعلیہوسلمنےکہاتھاکہاللہ تعالیسےعافیت مانگو ، دشمنسےلڑائیمتمانگو ۔</w:t>
      </w:r>
    </w:p>
    <w:p>
      <w:r>
        <w:rPr>
          <w:b/>
        </w:rPr>
        <w:t xml:space="preserve">[41:36] </w:t>
      </w:r>
      <w:r>
        <w:t>to</w:t>
      </w:r>
    </w:p>
    <w:p>
      <w:pPr>
        <w:jc w:val="right"/>
      </w:pPr>
      <w:r>
        <w:t>تو</w:t>
      </w:r>
    </w:p>
    <w:p>
      <w:r>
        <w:rPr>
          <w:b/>
        </w:rPr>
        <w:t xml:space="preserve">[41:38] </w:t>
      </w:r>
      <w:r>
        <w:t>dua mangne ka dono matlab hai ke Allah ta'ala se maghfirat bhi ho, aur hum aise tayyar zehan ho jayein ke hum aman ke sath rahein, doosron ko aman ke sath rehne dein. yeh cheez bhi is ke andar aa jati hai ke Allah ta'ala humein to maghfirat ke sath rakh, aur samajh ke andar aman pasand insan banakar rakh. yeh dono dua is ke andar aa jati hai.</w:t>
      </w:r>
    </w:p>
    <w:p>
      <w:pPr>
        <w:jc w:val="right"/>
      </w:pPr>
      <w:r>
        <w:t>دعامانگنےکادونوںمطلبہےکہاللہتعالیسےمغفرتبھیہو،اورہم ایسےتیار ذہنہوجائیں کہ ہم امنکےساتھ رہیں،دوسروںکو امنکےساتھرہ نےدیں۔یہچیزبھی اسکےاندرآجاتیہےکہاللہتعالیہمیں تو مغفرتکےساتھ رکھ ،اور سماجکےاندرامنپسندانسان بناکررکھ۔یہدونوںدعااسکےاندرآجاتیہے۔</w:t>
      </w:r>
    </w:p>
    <w:p>
      <w:r>
        <w:rPr>
          <w:b/>
        </w:rPr>
        <w:t xml:space="preserve">[41:56] </w:t>
      </w:r>
      <w:r>
        <w:t>to</w:t>
      </w:r>
    </w:p>
    <w:p>
      <w:pPr>
        <w:jc w:val="right"/>
      </w:pPr>
      <w:r>
        <w:t>تو</w:t>
      </w:r>
    </w:p>
    <w:p>
      <w:r>
        <w:rPr>
          <w:b/>
        </w:rPr>
        <w:t xml:space="preserve">[41:59] </w:t>
      </w:r>
      <w:r>
        <w:t>iske baad mein ek sawal karunga jo doctor asti mulhotra ne kiya hai. sawal : molana you said that we should have a spiritual corner in our home.</w:t>
      </w:r>
    </w:p>
    <w:p>
      <w:pPr>
        <w:jc w:val="right"/>
      </w:pPr>
      <w:r>
        <w:t>اسکےبعد میں ایک سوال کروںگاجو ڈاکٹر است وتی ملھوترانےکیاہے۔سوال : مول انایوزٹوسے دیٹ ویشوڈہیو اےسپریچولکار نران اور ہوم۔</w:t>
      </w:r>
    </w:p>
    <w:p>
      <w:r>
        <w:rPr>
          <w:b/>
        </w:rPr>
        <w:t xml:space="preserve">[42:09] </w:t>
      </w:r>
      <w:r>
        <w:t>can you say that those corners should be used for it kaaf or our home? is Ramadan a period of training? so those spiritual corners for it kaaf for the entire life?</w:t>
      </w:r>
    </w:p>
    <w:p>
      <w:pPr>
        <w:jc w:val="right"/>
      </w:pPr>
      <w:r>
        <w:t>کینویسےدیٹدوز کارنرشوڈبییوزڈ فار اعت کاف اناورہومایزرمضان ازاپیریڈافٹریننگ؟ سو دوز سپریچولکارنرفار اعت کاف فار داانٹائرلائف؟</w:t>
      </w:r>
    </w:p>
    <w:p>
      <w:r>
        <w:rPr>
          <w:b/>
        </w:rPr>
        <w:t xml:space="preserve">[42:24] </w:t>
      </w:r>
      <w:r>
        <w:t>isse achhi kya baat hai? jitna zyada waqt guzarein ibadat mein, ibadat ka matlab formal ibadat, informal ibadat dono.</w:t>
      </w:r>
    </w:p>
    <w:p>
      <w:pPr>
        <w:jc w:val="right"/>
      </w:pPr>
      <w:r>
        <w:t>اسسےاچھیکیاباتہے؟ جتنازیادہ وقت گزار یں عبادتمیں، عبادت کامطلب فار مل عبادت، انفارمل عبادتدونوں۔</w:t>
      </w:r>
    </w:p>
    <w:p>
      <w:r>
        <w:rPr>
          <w:b/>
        </w:rPr>
        <w:t xml:space="preserve">[42:34] </w:t>
      </w:r>
      <w:r>
        <w:t>to</w:t>
      </w:r>
    </w:p>
    <w:p>
      <w:pPr>
        <w:jc w:val="right"/>
      </w:pPr>
      <w:r>
        <w:t>تو</w:t>
      </w:r>
    </w:p>
    <w:p>
      <w:r>
        <w:rPr>
          <w:b/>
        </w:rPr>
        <w:t xml:space="preserve">[42:35] </w:t>
      </w:r>
      <w:r>
        <w:t>hamari zindagi ka yeh maqsad hi hai jo hamare jo pachas time ki namaz farz hui thi, to uska matlab yeh tha na ke woh Quran mein aaya hai: wa ma khalaqtul jinna wal insa illa li ya'budun.</w:t>
      </w:r>
    </w:p>
    <w:p>
      <w:pPr>
        <w:jc w:val="right"/>
      </w:pPr>
      <w:r>
        <w:t>ہماریزندگی کایہیمقصدہیہے جوہمارے جو پچاسٹائمکی نماز فرضہوئیتھی،تواسکامطلب یہیتھانا کہوہ قرآنمیںآیاہے:وماخلقت الجنوال انس الا لیعبد ون۔</w:t>
      </w:r>
    </w:p>
    <w:p>
      <w:r>
        <w:rPr>
          <w:b/>
        </w:rPr>
        <w:t xml:space="preserve">[42:47] </w:t>
      </w:r>
      <w:r>
        <w:t>insan paida hi hua hai Allah ki ibadat karne ke liye, lekin insan ki kuch zarooraten hain. main as a social animal, jaise aap ne kaha, to is zaroorat ke lehaz se hum ko koshish di gayi hai ke dunya ke bhi kaam kar lein.</w:t>
      </w:r>
    </w:p>
    <w:p>
      <w:pPr>
        <w:jc w:val="right"/>
      </w:pPr>
      <w:r>
        <w:t>انسان پیدا ہیہواہےاللہ کیعبادتکرنےکےلیے ،لیکن انسان کیکچھ ضرورتیںہیں۔ مینازاسوشل اینیمل،جیسےآپنےکہا، تو اسضرورت کےلحاظسےہمکو کن سیشندیاگیاہے کہہمدنیا کےبھیکامکرلیں۔</w:t>
      </w:r>
    </w:p>
    <w:p>
      <w:r>
        <w:rPr>
          <w:b/>
        </w:rPr>
        <w:t xml:space="preserve">[43:01] </w:t>
      </w:r>
      <w:r>
        <w:t>to</w:t>
      </w:r>
    </w:p>
    <w:p>
      <w:pPr>
        <w:jc w:val="right"/>
      </w:pPr>
      <w:r>
        <w:t>تو</w:t>
      </w:r>
    </w:p>
    <w:p>
      <w:r>
        <w:rPr>
          <w:b/>
        </w:rPr>
        <w:t xml:space="preserve">[43:02] </w:t>
      </w:r>
      <w:r>
        <w:t>jitna zyada ibadat kar sakein, kuch ibadat hoti hai formal, kuch informal. matlab hum Khuda ki yaad karein, Khuda ki marzi ke mutabiq har kaam karein.</w:t>
      </w:r>
    </w:p>
    <w:p>
      <w:pPr>
        <w:jc w:val="right"/>
      </w:pPr>
      <w:r>
        <w:t>جتنازیادہ عبادتکرسکیں، کچھعبادت ہوتیہے فار مل،کچھ انفارمل۔مطلب ہم خداکییادکریں، خداکیمرضیکےمطابق ہرکامکریں۔</w:t>
      </w:r>
    </w:p>
    <w:p>
      <w:r>
        <w:rPr>
          <w:b/>
        </w:rPr>
        <w:t xml:space="preserve">[43:13] </w:t>
      </w:r>
      <w:r>
        <w:t>Islam mein to koi bhi aap nek kaam karein to woh ek rewardable act hota hai.</w:t>
      </w:r>
    </w:p>
    <w:p>
      <w:pPr>
        <w:jc w:val="right"/>
      </w:pPr>
      <w:r>
        <w:t>اسلام میںتو کوئیبھیآپ نیککامکریں تو وہ ایک ریوارڈیبل ایکٹہوتاہے۔</w:t>
      </w:r>
    </w:p>
    <w:p>
      <w:r>
        <w:rPr>
          <w:b/>
        </w:rPr>
        <w:t xml:space="preserve">[43:19] </w:t>
      </w:r>
      <w:r>
        <w:t>to poori zindagi hamari ibadat hi hai. agar hum dos and donts ko follow karein, Khuda ki guidance jo hamein mili hai Quran ki shakal mein aur Sunnat ki shakal mein, usko follow karein to hamari poori zindagi hi ibadat hai.</w:t>
      </w:r>
    </w:p>
    <w:p>
      <w:pPr>
        <w:jc w:val="right"/>
      </w:pPr>
      <w:r>
        <w:t>تو پوری زندگی ہ ماری عبادتہیہے۔اگرہم ڈوزاینڈڈونٹسکوفالوکریں،خداکی گائیڈنس جو ہمیںملی ہے قرآنکیشکلمیںاورسنتکیشکلمیں،اسکو فالوکریں توہماریپوریزندگی ہی عبادتہے۔</w:t>
      </w:r>
    </w:p>
    <w:p>
      <w:r>
        <w:rPr>
          <w:b/>
        </w:rPr>
        <w:t xml:space="preserve">[43:36] </w:t>
      </w:r>
      <w:r>
        <w:t>yeh ispar ke spiritual corner par mujhe ek hadith yaad aa rahi hai, ek sahabi ka waqea hai, sahabi ka waqea hai. unhone Allah ke Rasool (SAW) se aakar yeh kaha tha: Allah ke Rasool! maine socha hai ke main apne ghar mein ek jagah muqarrar karoon jahan main ibadat kiya karoon. to aap chaliye, wahan par namaz padh kar mere liye usko anugrahit kar dijiye.</w:t>
      </w:r>
    </w:p>
    <w:p>
      <w:pPr>
        <w:jc w:val="right"/>
      </w:pPr>
      <w:r>
        <w:t>یہ اسپر کہ سپریچولکارنرپرمجھےایکحدیثیادآرہیہے،ایکصحابی کا واقع ہ،صحابیہکاواقعہہے۔ انہوںنےاللہ کےرسولصلیاللہعلیہوسلمسےآکریہکہاتھا:اللہ کےرسول !میںنےسوچاہےکہمیںاپنےگھرمیںایکجگہ مخصوصکروںجہاںمیں عبادتکیاکروں۔توآپچلیے،وہاںپرنمازپڑھکےمیرےلیےاسکو اناگریٹکردیجئے۔</w:t>
      </w:r>
    </w:p>
    <w:p>
      <w:r>
        <w:rPr>
          <w:b/>
        </w:rPr>
        <w:t xml:space="preserve">[43:54] </w:t>
      </w:r>
      <w:r>
        <w:t>to Rasool Allah (SAW) ne isi masjid ko anugrahit kiya hai, to koi aisa masla nahi, bilkul hona chahiye. aadmi ke har ghar mein ek corner hona chahiye jahan par woh ibadat kare,</w:t>
      </w:r>
    </w:p>
    <w:p>
      <w:pPr>
        <w:jc w:val="right"/>
      </w:pPr>
      <w:r>
        <w:t>تورسولاللہصلیاللہعلیہوسلمنےایسیمسجدکواناگریٹکیاہے،توکوئیایسامسئلہنہیں،بالکلہوناچاہیے۔ آدمیکےہرگھرمیں ایک کارنرہوناچاہیےجہاںپروہعبادتکرے،</w:t>
      </w:r>
    </w:p>
    <w:p>
      <w:r>
        <w:rPr>
          <w:b/>
        </w:rPr>
        <w:t xml:space="preserve">[44:04] </w:t>
      </w:r>
      <w:r>
        <w:t>soche, tadabbur o tafakkur kare. aisa corner hona chahiye. Allah ke Rasool (SAW) se yeh cheez sabit hoti hai. achha, ismein agar ek jagah hoti hai na to wohan dil zyada lagta hai, concentration zyada hota hai.</w:t>
      </w:r>
    </w:p>
    <w:p>
      <w:pPr>
        <w:jc w:val="right"/>
      </w:pPr>
      <w:r>
        <w:t>سوچے،تد بروتفکرکرے۔ایساکارنرہوناچاہیے۔ اللہ کےرسولصلیاللہعلیہوسلمسےیہچیزثابتہوتیہے۔ اچھا، اسمیںاگر ایک جگہہوتیہےناتووہاںدل زیادہ لگتاہے، کنس نٹریشنزیادہ ہوتاہے۔</w:t>
      </w:r>
    </w:p>
    <w:p>
      <w:r>
        <w:rPr>
          <w:b/>
        </w:rPr>
        <w:t xml:space="preserve">[44:17] </w:t>
      </w:r>
      <w:r>
        <w:t>yani ke agar hum mukhtalif jagahon par idhar udhar namaz padhte rahein, Quran padhte rahein to ek jagah baithein ge to woh zyada achha hota hai, zyada dil lagta hai. ismein ek mahaul ban jata hai, wahan pe sahi hai.</w:t>
      </w:r>
    </w:p>
    <w:p>
      <w:pPr>
        <w:jc w:val="right"/>
      </w:pPr>
      <w:r>
        <w:t>یعنیکہاگرہممختلف جگہوںپرادھرادھرنمازپڑھتےرہیں، قرآنپڑھتےرہیںتوایکجگہبیٹھیںگےتووہ زیادہ اچھاہوتاہے،زیادہ دللگتاہے۔اسمیں ایک ماحولبنجاتا ہے،وہاںپہ صحیحہے۔</w:t>
      </w:r>
    </w:p>
    <w:p>
      <w:r>
        <w:rPr>
          <w:b/>
        </w:rPr>
        <w:t xml:space="preserve">[44:31] </w:t>
      </w:r>
      <w:r>
        <w:t>ab main aapse ek sawal yeh karunga, chuki ab Ramadan ke baad Eid aati hai, to usse pehle ki raat ko hadith mein Lailatul Ja'izah kaha gaya hai.</w:t>
      </w:r>
    </w:p>
    <w:p>
      <w:pPr>
        <w:jc w:val="right"/>
      </w:pPr>
      <w:r>
        <w:t>اب میںآپسےایکسوال یہکروںگا،چونکہاب رمضانکےبعد عیدآتیہے، تو اسسےپہلے کیراتکوحدیثمیں لیلۃ الجائزہکہاگیاہے۔</w:t>
      </w:r>
    </w:p>
    <w:p>
      <w:r>
        <w:rPr>
          <w:b/>
        </w:rPr>
        <w:t xml:space="preserve">[44:42] </w:t>
      </w:r>
      <w:r>
        <w:t>to ispar aap kuch hamein bataein. Lailatul Ja'izah to bahut hi important raat hai. sari jo mahine mein jo ibadat ki jaati hai, roze rakhe jaate hain, us sab ka reward milta hai.</w:t>
      </w:r>
    </w:p>
    <w:p>
      <w:pPr>
        <w:jc w:val="right"/>
      </w:pPr>
      <w:r>
        <w:t>تو اسپرآپکچھہمیںبت ائیں۔ لیلۃ الجائزہتوبہت ہی امپورٹنٹ راتہے۔ ساری جو مہینےمیں جو عبادتکیجاتیہے، روز ےرکھےجاتےہیں،اسسبکاریوارڈملتاہے۔</w:t>
      </w:r>
    </w:p>
    <w:p>
      <w:r>
        <w:rPr>
          <w:b/>
        </w:rPr>
        <w:t xml:space="preserve">[44:55] </w:t>
      </w:r>
      <w:r>
        <w:t>lekin Musalman bahut kam log samajhte hain ke yeh important raat hai,</w:t>
      </w:r>
    </w:p>
    <w:p>
      <w:pPr>
        <w:jc w:val="right"/>
      </w:pPr>
      <w:r>
        <w:t>لیکن مس لمان بہت کملوگ سمجھتےہیں کہیہامپورٹنٹ راتہے،</w:t>
      </w:r>
    </w:p>
    <w:p>
      <w:r>
        <w:rPr>
          <w:b/>
        </w:rPr>
        <w:t xml:space="preserve">[45:00] </w:t>
      </w:r>
      <w:r>
        <w:t>kyunki is raat ko sab ka reward milta hai, sab ki maghfirat hoti hai. to yeh maghfirat ki raat hai. to yeh raat Shab e Qadr nahi hai, yeh Lailatul Ja'izah hai, yani reward ki night of reward.</w:t>
      </w:r>
    </w:p>
    <w:p>
      <w:pPr>
        <w:jc w:val="right"/>
      </w:pPr>
      <w:r>
        <w:t>کیونکہ اسیراتکو سب کاریوارڈملتاہے، سبکیمغفرتہوتیہے۔ تو یہ مغفرتکیراتہے۔ تو یہ رات شب قدر نہیںہے، یہ لیلۃ الجائزہہے،یعنی ریوارڈ کی نائٹآفریوارڈ۔</w:t>
      </w:r>
    </w:p>
    <w:p>
      <w:r>
        <w:rPr>
          <w:b/>
        </w:rPr>
        <w:t xml:space="preserve">[45:15] </w:t>
      </w:r>
      <w:r>
        <w:t>to yeh raat jo hai zyada tar to shopping mein guzarti hai, khane peene, khane pakane mein guzarti hai. to isi tarah duniyavi activities mein yeh raat guzarti hai.</w:t>
      </w:r>
    </w:p>
    <w:p>
      <w:pPr>
        <w:jc w:val="right"/>
      </w:pPr>
      <w:r>
        <w:t>تو یہ رات جوہےزیادہ تر تو شاپنگمیںگزرتیہے، کھانےپینے، کھانےپکانےمیںگزرتیہے۔ تو اسیطرح دنیا وی ایکٹیویٹیزمیںیہراتگزرتیہے۔</w:t>
      </w:r>
    </w:p>
    <w:p>
      <w:r>
        <w:rPr>
          <w:b/>
        </w:rPr>
        <w:t xml:space="preserve">[45:26] </w:t>
      </w:r>
      <w:r>
        <w:t>to yeh raat bahut zyada important hai. aap logon ko yeh baat samajhna chahiye.</w:t>
      </w:r>
    </w:p>
    <w:p>
      <w:pPr>
        <w:jc w:val="right"/>
      </w:pPr>
      <w:r>
        <w:t>تو یہراتبہت زیادہ امپورٹنٹہے۔آپلوگوںکویہباتسمجھناچاہیے۔</w:t>
      </w:r>
    </w:p>
    <w:p>
      <w:r>
        <w:rPr>
          <w:b/>
        </w:rPr>
        <w:t xml:space="preserve">[45:30] </w:t>
      </w:r>
      <w:r>
        <w:t>to yeh dua aur ibadat ki raat hai, na ke ghaflat ki raat. to yeh raat mein khaas taur par apna muhasiba karein, apne jo aap ne mahine bhar jo aap ne lessons seekhe hain, jo aap ne spiritual lessons seekhe hain, to uske mutabiq ek nayi zindagi banana hai. kyunki ek mahine ki training bahut</w:t>
      </w:r>
    </w:p>
    <w:p>
      <w:pPr>
        <w:jc w:val="right"/>
      </w:pPr>
      <w:r>
        <w:t>تو یہ دعااورعبادتکیراتہے،نہکہغفلتکیرات۔ تویہ رات میںخاص طورپر اپنا محاسبہکریں، اپنےجو آپنے مہینےبھرجوآپنے لیسنز سیکھےہیں، جوآپ نے سپریچول لیسنز سیکھےہیں،تواسکےمط ابق ایکنئیزندگی بن اناہے۔کیونکہایکمہینےکیٹریننگبہت</w:t>
      </w:r>
    </w:p>
    <w:p>
      <w:r>
        <w:rPr>
          <w:b/>
        </w:rPr>
        <w:t xml:space="preserve">[45:49] </w:t>
      </w:r>
      <w:r>
        <w:t>hoti hai. to ek mahine ki jo training le kar aap nikle hain, to uske mutabiq ek nayi zindagi apni banayein taake woh zyada se zyada Khuda ki marzi ke mutabiq ho.</w:t>
      </w:r>
    </w:p>
    <w:p>
      <w:pPr>
        <w:jc w:val="right"/>
      </w:pPr>
      <w:r>
        <w:t>ہوتیہے۔ تو ایکمہینےکیجو ٹریننگلےکرآپ نکلےہیں، تو اسکےمط ابق ایک نئیزندگی اپنی بن ائیں تاکہوہزیادہ سےزیادہ خداکیمرضیکےمطابق ہو ۔</w:t>
      </w:r>
    </w:p>
    <w:p>
      <w:r>
        <w:rPr>
          <w:b/>
        </w:rPr>
        <w:t xml:space="preserve">[46:01] </w:t>
      </w:r>
      <w:r>
        <w:t>kyunki yeh ek mahine ki ibadat bilkul ikhlas niyat ke saath jo hai, bahut zyada Allah Ta'ala ki nazar mein bahut qeemti hai.</w:t>
      </w:r>
    </w:p>
    <w:p>
      <w:pPr>
        <w:jc w:val="right"/>
      </w:pPr>
      <w:r>
        <w:t>کیونکہ یہ ایکمہینےکیعبادت بالکل اخلاص نیتکےساتھ جوہے،بہت زیادہ اللہ تعالیکینظر میںبہت قیمتیہے۔</w:t>
      </w:r>
    </w:p>
    <w:p>
      <w:r>
        <w:rPr>
          <w:b/>
        </w:rPr>
        <w:t xml:space="preserve">[46:12] </w:t>
      </w:r>
      <w:r>
        <w:t>to Allah Ta'ala ne kaha ke ek hadith hai lambi ke Allah Ta'ala ne kaha: "maine tum logon ko bakhsh diya, tumhare sayyi'aat ko hasanaat mein tabdeel kar diya." to yeh bahut badi baat hai, kyunki humne har aadmi se kuch na kuch galat kaam ho jata hai. ai</w:t>
      </w:r>
    </w:p>
    <w:p>
      <w:pPr>
        <w:jc w:val="right"/>
      </w:pPr>
      <w:r>
        <w:t>تواللہ تعالینے کہا کہ ایکحدیثہےلمبی کہ اللہ تعالینےکہا:"میںنےتم لوگوںکوبخش دیا، تمہارے سی ئاتکو حسناتمیں تبدیلکردیا۔" تویہبہتبڑیباتہے،کیونکہہمنے ہ مہرآدمیسےکچھنہکچھ غلطکام ہوجاتا ہے۔ای</w:t>
      </w:r>
    </w:p>
    <w:p>
      <w:r>
        <w:rPr>
          <w:b/>
        </w:rPr>
        <w:t xml:space="preserve">[46:29] </w:t>
      </w:r>
      <w:r>
        <w:t>saat woh hain nahin keh insaan koi farishta nahin hai. to agar hum achhe kaam karein to hamari jo buraiyan hain, woh bhi hasnaat mein badal jayengi.</w:t>
      </w:r>
    </w:p>
    <w:p>
      <w:pPr>
        <w:jc w:val="right"/>
      </w:pPr>
      <w:r>
        <w:t>ساتوہےنہیںکہانسانکوئیفرشتہنہیںہے۔ تو اگر ہماچھےکام کریں تو ہماریجو سی ئاتہیں،وہبھی حسناتمیںبدلجائیںگی۔</w:t>
      </w:r>
    </w:p>
    <w:p>
      <w:r>
        <w:rPr>
          <w:b/>
        </w:rPr>
        <w:t xml:space="preserve">[46:40] </w:t>
      </w:r>
      <w:r>
        <w:t>to is liye humein is ka bohat zyada is baat ka khayal rakhna hai, is ka ehsaas karna hai. aur eid ul fitr jo hai, woh is ko manane ke chakkar mein apna night off reward ka woh na khod dein, is ka reward na khod dein.</w:t>
      </w:r>
    </w:p>
    <w:p>
      <w:pPr>
        <w:jc w:val="right"/>
      </w:pPr>
      <w:r>
        <w:t>تو اس لیےہمیں اسکا بہت زیادہ اسباتکاخیالرکھناہے، اسکا احساسکرناہے۔ اور عید الفطر جوہے،وہ اسکو من انے کے چکرمیں اپنا نائٹآفریوارڈکا وہ نہکھودیں، اسکاریوارڈنہکھودیں۔</w:t>
      </w:r>
    </w:p>
    <w:p>
      <w:r>
        <w:rPr>
          <w:b/>
        </w:rPr>
        <w:t xml:space="preserve">[47:02] </w:t>
      </w:r>
      <w:r>
        <w:t>ek tabai ka qaul hai,</w:t>
      </w:r>
    </w:p>
    <w:p>
      <w:pPr>
        <w:jc w:val="right"/>
      </w:pPr>
      <w:r>
        <w:t>ایک تابعیکاقولہے،</w:t>
      </w:r>
    </w:p>
    <w:p>
      <w:r>
        <w:rPr>
          <w:b/>
        </w:rPr>
        <w:t xml:space="preserve">[47:05] </w:t>
      </w:r>
      <w:r>
        <w:t>woh unhon ne Abdullah bin Aamir ke qaul par unhon ne izafa kiya tha. Abdullah bin Aamir ne kaha tha: "yom ul fitr yom ul jawaz keh eid ul fitr ka din woh hota hai, inaam ka din hota hai." to is par unhon ne Salman bin Al Hajjaj tabai, woh kehte hain: "unzur ma wada'at fi yadayk min hu.</w:t>
      </w:r>
    </w:p>
    <w:p>
      <w:pPr>
        <w:jc w:val="right"/>
      </w:pPr>
      <w:r>
        <w:t>وہ انہوںنے عبداللہبنعامر کے قولپرانہوںنےاضافہکیاتھا۔عبداللہبنعامرنےکہاتھا:"یومالفطریومالجوائز کہ عید الفطرکادنجوہوتاہے، انعامکادنہوتاہے۔"تواسپرانہوںنے سلمان بن الحجاجتابعی،وہکہتےہیں: "انظر ما وضعت فی یدکمنہ۔</w:t>
      </w:r>
    </w:p>
    <w:p>
      <w:r>
        <w:rPr>
          <w:b/>
        </w:rPr>
        <w:t xml:space="preserve">[47:21] </w:t>
      </w:r>
      <w:r>
        <w:t>" to ghore karo, tumhare haath mein is mein se kya rakha ja raha hai. to yeh bohat aadmi ko jo roz har khara hai, eid ka din aata hai, aik arsa hota hai is se pehle keh is mein aadmi soche, ghor o fikr kare keh hum ne kitna is mein kaam kiya hai taake saal bhar hamare liye woh cheez kiya kaam aa sake.</w:t>
      </w:r>
    </w:p>
    <w:p>
      <w:pPr>
        <w:jc w:val="right"/>
      </w:pPr>
      <w:r>
        <w:t>"تو غورکرو،تمہارےہاتھمیںاسمیںسےکیا رکھاجارہاہے۔ تو یہ بہت آدمیکوجو روز ہرکھرہاہے، عیدکادنآتاہے،ایکراتہوتیہے اسسےپہلے کہاسمیںآدمیسوچے،غوروفکرکرےکہہمنےکتنااسمیں کامکیاہے تاکہ سال بھرہمارےلیےوہچیزکیا کام آسکے۔</w:t>
      </w:r>
    </w:p>
    <w:p>
      <w:r>
        <w:rPr>
          <w:b/>
        </w:rPr>
        <w:t xml:space="preserve">[47:36] </w:t>
      </w:r>
      <w:r>
        <w:t>to yeh bohat hi ghor o fikr karne ki cheez hai. ab aakhir mein sawal mein aapse karne ja raha hoon, woh eid ke talluq se hai. eid ki haqeeqat kiya hai ?</w:t>
      </w:r>
    </w:p>
    <w:p>
      <w:pPr>
        <w:jc w:val="right"/>
      </w:pPr>
      <w:r>
        <w:t>تو یہبہتہیغوروفکرکرنےکیچیزہے۔ اب آخریسوالمیںآپسے کرنے جارہاہوں،وہعیدکےتعلقسےہے۔ عیدکیحقیقتکیاہے ؟</w:t>
      </w:r>
    </w:p>
    <w:p>
      <w:r>
        <w:rPr>
          <w:b/>
        </w:rPr>
        <w:t xml:space="preserve">[47:49] </w:t>
      </w:r>
      <w:r>
        <w:t>asal mein har qaum mein aise tehwaar hote hain jo ijtimai taur par log manate hain. is ko to musalmanon ke paas aisa kuch tha nahin makka mein.</w:t>
      </w:r>
    </w:p>
    <w:p>
      <w:pPr>
        <w:jc w:val="right"/>
      </w:pPr>
      <w:r>
        <w:t>اصلمیںہرقوممیں ایسےتہوارہوتےہیں جو اجتماعیطورپرلوگ مناتےہیں۔اسکو تو مسلمانوںکےپاسایساکچھ تھانہیںمکہمیں۔</w:t>
      </w:r>
    </w:p>
    <w:p>
      <w:r>
        <w:rPr>
          <w:b/>
        </w:rPr>
        <w:t xml:space="preserve">[48:01] </w:t>
      </w:r>
      <w:r>
        <w:t>to jab Rasool Allah sal Allah aleh wasallam Madina gaye aur wahan aik ijtimaiyat qaim hui, to wahan dekha aap ne keh wahan par do tehwaar hote thay.</w:t>
      </w:r>
    </w:p>
    <w:p>
      <w:pPr>
        <w:jc w:val="right"/>
      </w:pPr>
      <w:r>
        <w:t>توجب رسولاللہصلیاللہعلیہوسلم مدینہگئےاوروہاںایک اجتماع یت قائمہوئی ، تو وہاںدیکھاآپنےکہوہاںپر دو تہوارہوتےتھے۔</w:t>
      </w:r>
    </w:p>
    <w:p>
      <w:r>
        <w:rPr>
          <w:b/>
        </w:rPr>
        <w:t xml:space="preserve">[48:13] </w:t>
      </w:r>
      <w:r>
        <w:t>ab woh is mein zyada tar khel kood, tafreeh, shaa'ri ki mehfilein, yeh sab hoti theen, nansense किस्म ki baatein. to Rasool Allah sal Allah aleh wasallam ne in do tehwaaron ko matlab samajh lijiye Islamize kiya,</w:t>
      </w:r>
    </w:p>
    <w:p>
      <w:pPr>
        <w:jc w:val="right"/>
      </w:pPr>
      <w:r>
        <w:t>اب وہاسمیںزیادہ تر کھیل کود،تفریح، شاع ریکیمحفلیں، یہیسبہوتیتھیں،نانسیریسقسم کیباتیں۔ تو رسولاللہصلیاللہعلیہوسلمنے ان دو تہواروںکو مطلبسمجھلیجئےاسلام ائز کیا،</w:t>
      </w:r>
    </w:p>
    <w:p>
      <w:r>
        <w:rPr>
          <w:b/>
        </w:rPr>
        <w:t xml:space="preserve">[48:28] </w:t>
      </w:r>
      <w:r>
        <w:t>kyun ke to sanjeeda tafreeh hona chahiye. aur koi bhi tehwaar bhi ho to woh Khuda ki ibadat se shuru ho, jaise eid ki namaz hoti hai, wahan par Khuda ko yaad karte hain, phir is ke baad logon se mulaqat karte hain.</w:t>
      </w:r>
    </w:p>
    <w:p>
      <w:pPr>
        <w:jc w:val="right"/>
      </w:pPr>
      <w:r>
        <w:t>کیونکہتو سنجیدہ تفریحہوناچاہیے۔ اور کوئیبھی تہواربھیہوتووہ خداکی عبادتسےشروع ہو،جیسےعیدکینمازہوتیہے، وہاںپرخداکویادکرتے ہیں،پھراسکےبعد لوگوںسے ملاقاتکرتے ہیں۔</w:t>
      </w:r>
    </w:p>
    <w:p>
      <w:r>
        <w:rPr>
          <w:b/>
        </w:rPr>
        <w:t xml:space="preserve">[48:42] </w:t>
      </w:r>
      <w:r>
        <w:t>to yeh kisi bhi society mein mil jul bhi bohat zyada important hota hai. to yeh jo tehwaar hote hain, is mein logon se milna julna hota hai aur bohat hi achhe mahaul mein hota hai.</w:t>
      </w:r>
    </w:p>
    <w:p>
      <w:pPr>
        <w:jc w:val="right"/>
      </w:pPr>
      <w:r>
        <w:t>تو یہ کسی بھی سوسائٹیمیں میل جولبھیبہتزیادہ امپورٹنٹہوتاہے۔ تو یہجو تہوارہوتےہیں، اسیمیں لوگوںسےملناجلناہوتاہے اور بہت ہیاچھے ماحولمیںہوتاہے۔</w:t>
      </w:r>
    </w:p>
    <w:p>
      <w:r>
        <w:rPr>
          <w:b/>
        </w:rPr>
        <w:t xml:space="preserve">[48:55] </w:t>
      </w:r>
      <w:r>
        <w:t>to</w:t>
      </w:r>
    </w:p>
    <w:p>
      <w:pPr>
        <w:jc w:val="right"/>
      </w:pPr>
      <w:r>
        <w:t>تو</w:t>
      </w:r>
    </w:p>
    <w:p>
      <w:r>
        <w:rPr>
          <w:b/>
        </w:rPr>
        <w:t xml:space="preserve">[48:56] </w:t>
      </w:r>
      <w:r>
        <w:t>yeh kyun ke mahine bhar ka rozay daarana zindagi hoti hai, is mein bohat sari pabandiyan hoti</w:t>
      </w:r>
    </w:p>
    <w:p>
      <w:pPr>
        <w:jc w:val="right"/>
      </w:pPr>
      <w:r>
        <w:t>یہ چونکہ مہینےبھرکا روز ہدارانہجوزندگی ہوتیہے، اسمیںبہتساریپابندیاںہوت</w:t>
      </w:r>
    </w:p>
    <w:p>
      <w:r>
        <w:rPr>
          <w:b/>
        </w:rPr>
        <w:t xml:space="preserve">[49:03] </w:t>
      </w:r>
      <w:r>
        <w:t>hain. to woh pabandiyan khatm hoti hain to log bohat zyada khush hote hain aur meetha banate hain, sewaiyan banate hain yahan par, aur phir logon mein sweets distribute karte hain.</w:t>
      </w:r>
    </w:p>
    <w:p>
      <w:pPr>
        <w:jc w:val="right"/>
      </w:pPr>
      <w:r>
        <w:t>یہیں۔ تو وہپابندیاں ختمہوتیہیںتولوگ بہتزیادہ خوشہوتےہیں اور میٹھا بناتےہیں،سو یاںبناتےہیںیہاںپر ، اور پھرلوگوںمیں سویٹسڈسٹریبیوٹکرتےہیں۔</w:t>
      </w:r>
    </w:p>
    <w:p>
      <w:r>
        <w:rPr>
          <w:b/>
        </w:rPr>
        <w:t xml:space="preserve">[49:16] </w:t>
      </w:r>
      <w:r>
        <w:t>to rozay ke baad jo yeh din aata hai, in eid ka din, is ko hum baahmi talluqaat ka din bana dein, milap ka din bana dein taake society mein peace qaim ho.</w:t>
      </w:r>
    </w:p>
    <w:p>
      <w:pPr>
        <w:jc w:val="right"/>
      </w:pPr>
      <w:r>
        <w:t>تو روز ے کےبعد جو یہدن آتاہے، ان عیدکادن ، اسکوہم باہمیتعلقات کادنبنادیں،میل ملاپکادنبنادیں تاکہ سوسائٹیمیں پیسقائمہو ۔</w:t>
      </w:r>
    </w:p>
    <w:p>
      <w:r>
        <w:rPr>
          <w:b/>
        </w:rPr>
        <w:t xml:space="preserve">[49:27] </w:t>
      </w:r>
      <w:r>
        <w:t>aur eid ke eid ke din yeh bhi hota hai keh agar kisi se woh ho gaya, kuch dushmani ho gayi hai, kuch baat cheet nahin chal rahi hai, to eid ke din log is se</w:t>
      </w:r>
    </w:p>
    <w:p>
      <w:pPr>
        <w:jc w:val="right"/>
      </w:pPr>
      <w:r>
        <w:t>اور عید کے عیدکےدنیہبھیہوتاہےکہاگر کسی سے وہ ہوگیا، کچھ دشمنیہوگئیہے،کچھباتچیتنہیں چلرہیہے، تو عیدکےدنلوگ اسسےم</w:t>
      </w:r>
    </w:p>
    <w:p>
      <w:r>
        <w:rPr>
          <w:b/>
        </w:rPr>
        <w:t xml:space="preserve">[49:40] </w:t>
      </w:r>
      <w:r>
        <w:t>milte hain, woh dushmani khatm kar dete hain. to kehte hain keh woh eid ka din woh hai, is ka bhi woh ho jata hai, is ka bhi woh hai keh har tarah ki negativity eid ke din khatm kar dete hain.</w:t>
      </w:r>
    </w:p>
    <w:p>
      <w:pPr>
        <w:jc w:val="right"/>
      </w:pPr>
      <w:r>
        <w:t>لتےہیں، وہ دشمنیختمکردیتےہیں۔ تو کہتےہیںکہوہ عیدکادنجوہے، اسکابھی وہہوجاتاہے، اس اسکابھیوہہےکہ ہرطرح کی نیگیٹیوٹی عیدکےدنختمکردیتےہیں۔</w:t>
      </w:r>
    </w:p>
    <w:p>
      <w:r>
        <w:rPr>
          <w:b/>
        </w:rPr>
        <w:t xml:space="preserve">[49:54] </w:t>
      </w:r>
      <w:r>
        <w:t>kyun ke jo khushi ka din hota hai na, to is khushi ke din mein yeh bhi ho jata hai. to yeh bhi bohat achha kaam hai. lekin eid mein sab tehzeeb khushi honi chahiye, sanjeeda tafreeh honi chahiye.</w:t>
      </w:r>
    </w:p>
    <w:p>
      <w:pPr>
        <w:jc w:val="right"/>
      </w:pPr>
      <w:r>
        <w:t>کیونکہجوخوشیکادنہوتاہےنا، تو اسخوشیکےدنمیں یہبھیہوجاتا ہے۔تویہبھیبہتاچھاکامہے۔ تولیکن عیدمیں سب مہذبخوشیہونیچاہیے، سنجیدہتفریحہوناچاہیے۔</w:t>
      </w:r>
    </w:p>
    <w:p>
      <w:r>
        <w:rPr>
          <w:b/>
        </w:rPr>
        <w:t xml:space="preserve">[50:07] </w:t>
      </w:r>
      <w:r>
        <w:t>to</w:t>
      </w:r>
    </w:p>
    <w:p>
      <w:pPr>
        <w:jc w:val="right"/>
      </w:pPr>
      <w:r>
        <w:t>تو</w:t>
      </w:r>
    </w:p>
    <w:p>
      <w:r>
        <w:rPr>
          <w:b/>
        </w:rPr>
        <w:t xml:space="preserve">[50:08] </w:t>
      </w:r>
      <w:r>
        <w:t>eid aik buzurg ne kaha hai keh eid us ki hai jo aakhirat ke liye taqwa ka zad e raah ikhtiyar kare. matlab hum agar eid mana rahe hain to is ko bhi Khuda ki yaad, is mein bhi Khuda ki yaad karein, koi aisa ghalat kaam na karein jo Khuda ko napasand ho.</w:t>
      </w:r>
    </w:p>
    <w:p>
      <w:pPr>
        <w:jc w:val="right"/>
      </w:pPr>
      <w:r>
        <w:t>عید ایک بزرگ نےکہاہےکہعیداسکیہےجو آخرتکےلیے تقویٰکازاد راہاختیارکرے۔ مطلب ہماگر عید منارہےہیں تو اسکوبھی خداکی یاد، اسمیںبھیخداکییادکریں،کوئیایساغلطکام نہکریں جو خداکوناپسندہو ۔</w:t>
      </w:r>
    </w:p>
    <w:p>
      <w:r>
        <w:rPr>
          <w:b/>
        </w:rPr>
        <w:t xml:space="preserve">[50:27] </w:t>
      </w:r>
      <w:r>
        <w:t>to is ko mein conclude karungi aik buzurg ki aik baat se. to Maulana ne naqal kiya hai apni kitaab "Sawaam Ramadan" mein</w:t>
      </w:r>
    </w:p>
    <w:p>
      <w:pPr>
        <w:jc w:val="right"/>
      </w:pPr>
      <w:r>
        <w:t>تو اسکومیں کنکلوڈکروںگی ایک بزرگ کیایکباتسے ۔ تومول انانےنقلکیاہےاپنی کتاب "سوم رمضان"میں</w:t>
      </w:r>
    </w:p>
    <w:p>
      <w:r>
        <w:rPr>
          <w:b/>
        </w:rPr>
        <w:t xml:space="preserve">[50:36] </w:t>
      </w:r>
      <w:r>
        <w:t>keh jis tarah rozah mehaz bhook pyas ka naam nahin hai, isi tarah eid mehaz khel tamashe ka naam nahin hai. rozay ka mahina Allah se qurbat hasil karne ki khusoosi tarbiyat ka mahina hai.</w:t>
      </w:r>
    </w:p>
    <w:p>
      <w:pPr>
        <w:jc w:val="right"/>
      </w:pPr>
      <w:r>
        <w:t>کہجسطرح روز ہ محضبھوکپیاسکانامنہیں ہے، اسیطرح عید محض کھیل تماشےکانامنہیںہے۔ روز ےکامہینہ اللہ سے قربت حاصل کرنے کی خصوصیتربیتکامہینہہے۔</w:t>
      </w:r>
    </w:p>
    <w:p>
      <w:r>
        <w:rPr>
          <w:b/>
        </w:rPr>
        <w:t xml:space="preserve">[50:51] </w:t>
      </w:r>
      <w:r>
        <w:t>aik buzurg se poocha gaya keh eid kis din hai ? unhon ne jawab diya: "jis din mein bakhsh diya jaaun.</w:t>
      </w:r>
    </w:p>
    <w:p>
      <w:pPr>
        <w:jc w:val="right"/>
      </w:pPr>
      <w:r>
        <w:t>ایک بزرگ سےپوچھاگیا کہ عیدکسدنہے ؟ انہوں نےجوابدیا:"جسدن میں بخش دیا جاؤں۔</w:t>
      </w:r>
    </w:p>
    <w:p>
      <w:r>
        <w:rPr>
          <w:b/>
        </w:rPr>
        <w:t xml:space="preserve">[50:57] </w:t>
      </w:r>
      <w:r>
        <w:t>" eid us ki nahin hai jo naya kapda pehne, balkeh eid us ki hai jis ki itaa'at, obedience ki spirit barh jaye, jis ke gunah bakhsh diye jayen.</w:t>
      </w:r>
    </w:p>
    <w:p>
      <w:pPr>
        <w:jc w:val="right"/>
      </w:pPr>
      <w:r>
        <w:t>" عید اسکینہیں ہے جو نیاکپڑاپہنے ، بلکہ عیداسکیہے جسکی اط اعت، اوبیڈینس کی سپرٹبڑھجائے، جسکے گناہ بخش دیےجائیں۔</w:t>
      </w:r>
    </w:p>
    <w:p>
      <w:r>
        <w:rPr>
          <w:b/>
        </w:rPr>
        <w:t xml:space="preserve">[51:09] </w:t>
      </w:r>
      <w:r>
        <w:t>eid ki raat mein insaanon ko nijat aur maghfirat ki jati hai. to jo is ko paaye, paale, usi ki eid hai, warna woh Khuda ki rehmat se door hai.</w:t>
      </w:r>
    </w:p>
    <w:p>
      <w:pPr>
        <w:jc w:val="right"/>
      </w:pPr>
      <w:r>
        <w:t>عیدکیراتمیں انسانوںکو نجات اور مغفرتعطاکیجاتیہے۔ تو جو اسکو پائے ،پالے،اسیکیعیدہے، ورنہوہخداکیرحمتسےدور ہے۔</w:t>
      </w:r>
    </w:p>
    <w:p>
      <w:r>
        <w:rPr>
          <w:b/>
        </w:rPr>
        <w:t xml:space="preserve">[51:21] </w:t>
      </w:r>
      <w:r>
        <w:t>to humko bohat ziyada dua kerna chahiye ke Allah hamare roze ko qabool farmaye aur hamari maghfirat farmaye. bilkul sahi kaha aap ne ke eid ke ta'alluq se hum ko sochna chahiye ke hum ne kiya is ke liye kiya hai ramzan bhar.</w:t>
      </w:r>
    </w:p>
    <w:p>
      <w:pPr>
        <w:jc w:val="right"/>
      </w:pPr>
      <w:r>
        <w:t>توہمکوبہت زیادہ دعاکرناچاہیےکہاللہ ہمارےروز وںکوقبول فرمائے اور ہماری مغفرتفرمائے۔ بالکل صحیحکہاآپ نے کہ عیدکےتعلقسےہمکو سوچناچاہیےکہہمنےکیا اسکےلیےکیاہےرمضانبھرمیں۔</w:t>
      </w:r>
    </w:p>
    <w:p>
      <w:r>
        <w:rPr>
          <w:b/>
        </w:rPr>
        <w:t xml:space="preserve">[51:39] </w:t>
      </w:r>
      <w:r>
        <w:t>to isi per hum apni baat khatam karte hain ke Allah ta'ala humein ramzan ko is ki poori spirit ke sath, poori pabandi ke sath ada kerne ki tofeeq ata farmaye.</w:t>
      </w:r>
    </w:p>
    <w:p>
      <w:pPr>
        <w:jc w:val="right"/>
      </w:pPr>
      <w:r>
        <w:t>تو اسیپرہماپنیبات ختم کرتےہیںکہاللہ تعالیہمیں رمضانکو اسکیپوری سپرٹکےساتھ، پوری پابندیکےساتھ اداکرنے کیتوفیقعطافرمائے۔</w:t>
      </w:r>
    </w:p>
    <w:p>
      <w:r>
        <w:rPr>
          <w:b/>
        </w:rPr>
        <w:t xml:space="preserve">[51:50] </w:t>
      </w:r>
      <w:r>
        <w:t>aur eid ke mein jo sawab milta hai, jisko is ne jaiz kaha ya jaiz kaha hai, to is ko poori tareeqe se humein ata farmaye. aur aakhir mein is ko hamare liye zakheera banaye.</w:t>
      </w:r>
    </w:p>
    <w:p>
      <w:pPr>
        <w:jc w:val="right"/>
      </w:pPr>
      <w:r>
        <w:t>اور عیدکے میںجو ثوابملتاہے،جسکواسنے جائزہکہایا جوائز کہاہے، تو اسکو پوریطریقےسےہمیں عطافرمائے۔اور آخرتمیں اسکوہمارےلیے ذخیرہبنائے۔</w:t>
      </w:r>
    </w:p>
    <w:p>
      <w:r>
        <w:rPr>
          <w:b/>
        </w:rPr>
        <w:t xml:space="preserve">[52:03] </w:t>
      </w:r>
      <w:r>
        <w:t>dunya ke andar jo hum ne aik training li hai, man of principle banne ki, dunya ke andar humein man of principle ki hesiyat se rakhe aur aakhir mein humein apne qareeb rakhe.</w:t>
      </w:r>
    </w:p>
    <w:p>
      <w:pPr>
        <w:jc w:val="right"/>
      </w:pPr>
      <w:r>
        <w:t>دنیا کےاندر جو ہمنےایکٹریننگلیہے، مین آفپرنسپلبننےکی، دنیا کےاندرہمیںمینآفپرنسپلکیحیثیتسےرکھےاور آخرتمیںہمیں اپنے قریبرکھے۔</w:t>
      </w:r>
    </w:p>
    <w:p>
      <w:r>
        <w:rPr>
          <w:b/>
        </w:rPr>
        <w:t xml:space="preserve">[52:13] </w:t>
      </w:r>
      <w:r>
        <w:t>ameen. isi per aaj ka yeh session khatam hota hai. Allah ta'ala hum tamam logon ko is se ziyada se ziyada faida uthane ki tofeeq ata farmaye. assalam o alaikum wa rehmatullah.</w:t>
      </w:r>
    </w:p>
    <w:p>
      <w:pPr>
        <w:jc w:val="right"/>
      </w:pPr>
      <w:r>
        <w:t>آمین ۔ اسیپرآجکایہسیشنختمہوتاہے۔ اللہ تعالیہمتمام لوگوںکو اسسےزیادہ سےزیادہ فائدہاٹھانےکیتوفیقعطافرمائے۔ السلامعلیکم ورحمۃاللہ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