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Art of Thinking January 28, 2024</w:t>
      </w:r>
    </w:p>
    <w:p>
      <w:r>
        <w:t>https://youtu.be/lpUsTrs0ulo</w:t>
      </w:r>
    </w:p>
    <w:p>
      <w:r>
        <w:rPr>
          <w:b/>
        </w:rPr>
        <w:t xml:space="preserve">[00:11] </w:t>
      </w:r>
      <w:r>
        <w:t>Assalam o Alaikum. Today we will have a conversation on the subject "Art of Thinking" with Professor Farida Khanum. Thinking, as we know, occurs at the level of mind.</w:t>
      </w:r>
    </w:p>
    <w:p>
      <w:pPr>
        <w:jc w:val="right"/>
      </w:pPr>
      <w:r>
        <w:t>السلام علیکم۔ Today we will have a conversation on the subject "Art of Thinking" with Professor Farida Khanum. Thinking, as we know, occurs at the level of mind.</w:t>
      </w:r>
    </w:p>
    <w:p>
      <w:r>
        <w:rPr>
          <w:b/>
        </w:rPr>
        <w:t xml:space="preserve">[00:23] </w:t>
      </w:r>
      <w:r>
        <w:t>Thinking is the means for one's intellectual development. It is through right thinking that one is able to convert one's minus point into a plus point.</w:t>
      </w:r>
    </w:p>
    <w:p>
      <w:pPr>
        <w:jc w:val="right"/>
      </w:pPr>
      <w:r>
        <w:t>Thinking is the means for one's intellectual development. It is throughright thinking that one is able to convert one's minus point into a plus point.</w:t>
      </w:r>
    </w:p>
    <w:p>
      <w:r>
        <w:rPr>
          <w:b/>
        </w:rPr>
        <w:t xml:space="preserve">[00:34] </w:t>
      </w:r>
      <w:r>
        <w:t>We can say that right thinking is another name for positive thinking. So</w:t>
      </w:r>
    </w:p>
    <w:p>
      <w:pPr>
        <w:jc w:val="right"/>
      </w:pPr>
      <w:r>
        <w:t>We can say thatright thinking is another name for positive thinking. So</w:t>
      </w:r>
    </w:p>
    <w:p>
      <w:r>
        <w:rPr>
          <w:b/>
        </w:rPr>
        <w:t xml:space="preserve">[00:40] </w:t>
      </w:r>
      <w:r>
        <w:t>today we will discuss how to develop the art of thinking, why is it important, and more. To chaliye isi mauzu par charcha karte hain Farida Khanum ke saath. Assalam o Alaikum Apa, kaise hain aap?</w:t>
      </w:r>
    </w:p>
    <w:p>
      <w:pPr>
        <w:jc w:val="right"/>
      </w:pPr>
      <w:r>
        <w:t>today we will discuss how to develop the art of thinking, why is it important, and more. तो चलिए इसी मौजू पर चर्चा करते हैं फरीदा खानम के साथ। अस्सलाम वालेकुम आपा, कैसे हैं आप?</w:t>
      </w:r>
    </w:p>
    <w:p>
      <w:r>
        <w:rPr>
          <w:b/>
        </w:rPr>
        <w:t xml:space="preserve">[00:52] </w:t>
      </w:r>
      <w:r>
        <w:t>Walaikum Assalam. Sab khairiyat, aap bhi theek hain? Jee Apa, Alhamdulillah. Apa, sabse pehla sawal to subject par hi hai ke art of thinking kise kehte hain, iske bare mein aap hum sabko batayein.</w:t>
      </w:r>
    </w:p>
    <w:p>
      <w:pPr>
        <w:jc w:val="right"/>
      </w:pPr>
      <w:r>
        <w:t>وعلیکم السلام۔ سب خیریت، آپ بھی ٹھیک ہیں؟ जी आपा, अल्हम्दुलिल्लाह। आपा, सबसे पहला सवाल तो सब्जेक्ट पर ही है कि आर्ट ऑफ थिंकिंग किसे कहते हैं, इसके बारे में आप हम सबको बताएं।</w:t>
      </w:r>
    </w:p>
    <w:p>
      <w:r>
        <w:rPr>
          <w:b/>
        </w:rPr>
        <w:t xml:space="preserve">[01:08] </w:t>
      </w:r>
      <w:r>
        <w:t>Art of thinking jo hai, bahut kam logon ko aata hai. Isi liye Maulana Sahab ne bahut zyada is par likha hai.</w:t>
      </w:r>
    </w:p>
    <w:p>
      <w:pPr>
        <w:jc w:val="right"/>
      </w:pPr>
      <w:r>
        <w:t>آرت آف تھنکنگ جو ہے، بہت کم لوگوں کو آتا ہے۔ اسی لیے مولانا صاحب نے بہت زیادہ اس پر لکھا ہے۔</w:t>
      </w:r>
    </w:p>
    <w:p>
      <w:r>
        <w:rPr>
          <w:b/>
        </w:rPr>
        <w:t xml:space="preserve">[01:19] </w:t>
      </w:r>
      <w:r>
        <w:t>Poore poore articles hain, lambe lambe, aur baqi ek ek page, do do page jo irsaala mein aate rahe hain, to art of thinking par likha hai kyunke unko bahut zyada tajurba hota tha.</w:t>
      </w:r>
    </w:p>
    <w:p>
      <w:pPr>
        <w:jc w:val="right"/>
      </w:pPr>
      <w:r>
        <w:t>پورے پورے آرٹیکلز ہیں، لمبے لمبے، اور باقی ایک ایک پیج، دو دو پیج جو ارسالہ میں آتے رہے ہیں، تو آرت آف تھنکنگ پر لکھا ہے کیونکہ ان کو بہت زیادہ تجربہ ہوتا تھا۔</w:t>
      </w:r>
    </w:p>
    <w:p>
      <w:r>
        <w:rPr>
          <w:b/>
        </w:rPr>
        <w:t xml:space="preserve">[01:32] </w:t>
      </w:r>
      <w:r>
        <w:t>Jisko hum keh sakte hain sawal deegar, jawab deegar</w:t>
      </w:r>
    </w:p>
    <w:p>
      <w:pPr>
        <w:jc w:val="right"/>
      </w:pPr>
      <w:r>
        <w:t>جس کو ہم کہہ سکتے ہیں سوال دیگر، جواب دیگر</w:t>
      </w:r>
    </w:p>
    <w:p>
      <w:r>
        <w:rPr>
          <w:b/>
        </w:rPr>
        <w:t xml:space="preserve">[01:35] </w:t>
      </w:r>
      <w:r>
        <w:t>ke hum sawal kuch karte hain, log jawab kuch dete hain. To is wajah se is par unhon ne kaafi likha hai. Aaj hum ek kitaab bhi ek tayyar hui hai, "The Art of Clear Thinking" par.</w:t>
      </w:r>
    </w:p>
    <w:p>
      <w:pPr>
        <w:jc w:val="right"/>
      </w:pPr>
      <w:r>
        <w:t>۔ کہ ہم سوال کچھ کرتے ہیں، لوگ جواب کچھ دیتے ہیں۔ تو اس وجہ سے اس پر انہوں نے کافی لکھا ہے۔ آج ہم ایک کتاب بھی ایک تیار ہوئی ہے، "دا آرٹ آف کلیئر تھنکنگ" پر۔</w:t>
      </w:r>
    </w:p>
    <w:p>
      <w:r>
        <w:rPr>
          <w:b/>
        </w:rPr>
        <w:t xml:space="preserve">[01:49] </w:t>
      </w:r>
      <w:r>
        <w:t>To chunke dekhen, man is a thinking animal kahenge, man is a rational animal sochta hai, lekin sochne ka sahi tareeqa usko maloom nahin.</w:t>
      </w:r>
    </w:p>
    <w:p>
      <w:pPr>
        <w:jc w:val="right"/>
      </w:pPr>
      <w:r>
        <w:t>تو چونکہ دیکھیں، man is a thinking animal کہیں گے، man is a rational animal سوچتا ہے، لیکن سوچنے کا صحیح طریقہ اس کو معلوم نہیں۔</w:t>
      </w:r>
    </w:p>
    <w:p>
      <w:r>
        <w:rPr>
          <w:b/>
        </w:rPr>
        <w:t xml:space="preserve">[02:01] </w:t>
      </w:r>
      <w:r>
        <w:t>Aur jab tak ke insaan sahi soch na sake, jisko right thinking ya positive thinking keh sakte hain, tab tak woh uski soch usko kisi nateeje par nahin pahunchati.</w:t>
      </w:r>
    </w:p>
    <w:p>
      <w:pPr>
        <w:jc w:val="right"/>
      </w:pPr>
      <w:r>
        <w:t>اور جب تک کہ انسان صحیح سوچ نہ سکے، جس کو رائٹ تھنکنگ یا پازیٹیو تھنکنگ کہہ سکتے ہیں، تب تک وہ اس کی سوچ اس کو کسی نتیجے پر نہیں پہنچاتی۔</w:t>
      </w:r>
    </w:p>
    <w:p>
      <w:r>
        <w:rPr>
          <w:b/>
        </w:rPr>
        <w:t xml:space="preserve">[02:15] </w:t>
      </w:r>
      <w:r>
        <w:t>Yeh sochna hi hai jo insaan ko animal level se utha kar insaan ke level par pahunchati hai. Kyunke animals to governed by their instinct hote hain, unko sochne ki koi zaroorat nahin</w:t>
      </w:r>
    </w:p>
    <w:p>
      <w:pPr>
        <w:jc w:val="right"/>
      </w:pPr>
      <w:r>
        <w:t>یہ سوچنا ہی ہے جو انسان کو اینیمل لیول سے اٹھا کر انسان کے لیول پر پہنچاتی ہے۔ کیونکہ اینیملز تو گورنڈ بائی دیر انسٹنکٹ ہوتے ہیں، ان کو سوچنے کی کوئی ضرورت نہیں</w:t>
      </w:r>
    </w:p>
    <w:p>
      <w:r>
        <w:rPr>
          <w:b/>
        </w:rPr>
        <w:t xml:space="preserve">[02:30] </w:t>
      </w:r>
      <w:r>
        <w:t>hoti. Unke jo kuch hai instinct mein, usi ke mutabiq woh kaam karte hain. Lekin insaan ko Allah Ta'ala ne yeh sabse khaas capability di hai thinking ki, to isi wajah se insaan ko ashraful makhlooqat kaha gaya.</w:t>
      </w:r>
    </w:p>
    <w:p>
      <w:pPr>
        <w:jc w:val="right"/>
      </w:pPr>
      <w:r>
        <w:t>ہوتی۔ ان کے جو کچھ ہے انسٹنکٹ میں، اسی کے مطابق وہ کام کرتے ہیں۔ لیکن انسان کو اللہ تعالی نے یہ سب سے خاص کیپیبلٹی دی ہے تھنکنگ کی، تو اسی وجہ سے انسان کو اشرف المخلوقات کہا گیا۔</w:t>
      </w:r>
    </w:p>
    <w:p>
      <w:r>
        <w:rPr>
          <w:b/>
        </w:rPr>
        <w:t xml:space="preserve">[02:49] </w:t>
      </w:r>
      <w:r>
        <w:t>To isne bahut bade bade kaam na sirf deeni mamlaat mein balki dunyavi mamlaat mein bhi, jo bhi badi badi discoveries hui hain, woh thinking ke sabab se hui hain.</w:t>
      </w:r>
    </w:p>
    <w:p>
      <w:pPr>
        <w:jc w:val="right"/>
      </w:pPr>
      <w:r>
        <w:t>تو اس نے بہت بڑے بڑے کام نہ صرف دینی معاملات میں بلکہ دنیاوی معاملات میں بھی، جو بھی بڑی بڑی ڈسکوریز ہوئی ہیں، وہ تھنکنگ کے سبب سے ہوئی ہیں۔</w:t>
      </w:r>
    </w:p>
    <w:p>
      <w:r>
        <w:rPr>
          <w:b/>
        </w:rPr>
        <w:t xml:space="preserve">[03:02] </w:t>
      </w:r>
      <w:r>
        <w:t>To thinking se hi hum apna intellectual development karte hain, apna spiritual development karte hain. Is silsile mein main ek Abu Zar Ghaffari ki ek misaal doongi aap ko</w:t>
      </w:r>
    </w:p>
    <w:p>
      <w:pPr>
        <w:jc w:val="right"/>
      </w:pPr>
      <w:r>
        <w:t>تو تھنکنگ سے ہی ہم اپنا انٹلیکچول ڈیویلپمنٹ کرتے ہیں، اپنا سپریچول ڈیویلپمنٹ کرتے ہیں۔ اس سلسلے میں میں ایک ابوذر غفاری کی کی ایک مثال دوں گی آپ کو</w:t>
      </w:r>
    </w:p>
    <w:p>
      <w:r>
        <w:rPr>
          <w:b/>
        </w:rPr>
        <w:t xml:space="preserve">[03:15] </w:t>
      </w:r>
      <w:r>
        <w:t>ke jab unke inteqal ke baad kuch log Abu Zar Ghaffari ki ahliya ke paas gaye ke unki khaas ibaadat kya thi.</w:t>
      </w:r>
    </w:p>
    <w:p>
      <w:pPr>
        <w:jc w:val="right"/>
      </w:pPr>
      <w:r>
        <w:t>کہ جب ان کے انتقال کے بعد کچھ لوگ ابوذر غفاری کی اہلیہ کے پاس گئے کہ ان کی خاص عبادت کیا تھی۔</w:t>
      </w:r>
    </w:p>
    <w:p>
      <w:r>
        <w:rPr>
          <w:b/>
        </w:rPr>
        <w:t xml:space="preserve">[03:25] </w:t>
      </w:r>
      <w:r>
        <w:t>To unki ahliya ne kaha ke unka khaas ibaadat ya unka khaas amal yeh tha ke al-tafakkur wal-i'tibar. Woh din bhar akele baithe tanhai mein sochte rehte the aur is se ibret pakadte the.</w:t>
      </w:r>
    </w:p>
    <w:p>
      <w:pPr>
        <w:jc w:val="right"/>
      </w:pPr>
      <w:r>
        <w:t>تو ان کی اہلیہ نے کہا کہ ان کا خاص عبادت یا ان کا خاص عمل یہ تھا کہ التفکر والاعتبار۔ وہ دن بھر اکیلے بیٹھے تنہائی میں سوچتے رہتے تھے اور اس سے عبرت پکڑتے تھے۔</w:t>
      </w:r>
    </w:p>
    <w:p>
      <w:r>
        <w:rPr>
          <w:b/>
        </w:rPr>
        <w:t xml:space="preserve">[03:40] </w:t>
      </w:r>
      <w:r>
        <w:t>To</w:t>
      </w:r>
    </w:p>
    <w:p>
      <w:pPr>
        <w:jc w:val="right"/>
      </w:pPr>
      <w:r>
        <w:t>تو</w:t>
      </w:r>
    </w:p>
    <w:p>
      <w:r>
        <w:rPr>
          <w:b/>
        </w:rPr>
        <w:t xml:space="preserve">[03:41] </w:t>
      </w:r>
      <w:r>
        <w:t>yeh sochna, yeh nahin hai ke jo jo bade bade scientists hote hain, wahi sochte hain, balki yeh deeni jo haqeeqatein hain, to woh bhi sochne se hi maloom hoti hain.</w:t>
      </w:r>
    </w:p>
    <w:p>
      <w:pPr>
        <w:jc w:val="right"/>
      </w:pPr>
      <w:r>
        <w:t>یہ سوچنا، یہ نہیں ہے کہ جو جو بڑے بڑے سائنٹسٹ ہوتے ہیں، وہی سوچتے ہیں، بلکہ یہ دینی جو حقیقتیں ہیں، تو وہ بھی سوچنے سے ہی معلوم ہوتی ہیں۔</w:t>
      </w:r>
    </w:p>
    <w:p>
      <w:r>
        <w:rPr>
          <w:b/>
        </w:rPr>
        <w:t xml:space="preserve">[03:54] </w:t>
      </w:r>
      <w:r>
        <w:t>Jo bhi gehri haqeeqatein hain, jo marifat jisko hum keh sakte hain,</w:t>
      </w:r>
    </w:p>
    <w:p>
      <w:pPr>
        <w:jc w:val="right"/>
      </w:pPr>
      <w:r>
        <w:t>جو بھی گہری حقیقتیں ہیں، جو معرفت جس کو ہم کہہ سکتے ہیں،</w:t>
      </w:r>
    </w:p>
    <w:p>
      <w:r>
        <w:rPr>
          <w:b/>
        </w:rPr>
        <w:t xml:space="preserve">[03:59] </w:t>
      </w:r>
      <w:r>
        <w:t>jaise Abdullah ibn Abbas ne kaha ke jab Quran mein woh aayat utri ke maine jin o ins ko apni ibaadat ke liye paida kiya hai, Abdullah ibn Abbas ne iski tashreeh ki ke Khuda ki marifat haasil karne ke liye.</w:t>
      </w:r>
    </w:p>
    <w:p>
      <w:pPr>
        <w:jc w:val="right"/>
      </w:pPr>
      <w:r>
        <w:t>جیسے عبداللہ ابن عباس نے کہا کہ جب قرآن میں وہ آیت اتری کہ میں نے جن و انس کو اپنی عبادت کے لیے پیدا کیا ہے، عبداللہ ابن عباس نے اس کی تشریح کی کہ خدا کی معرفت حاصل کرنے کے لیے۔</w:t>
      </w:r>
    </w:p>
    <w:p>
      <w:r>
        <w:rPr>
          <w:b/>
        </w:rPr>
        <w:t xml:space="preserve">[04:15] </w:t>
      </w:r>
      <w:r>
        <w:t>to yeh bhi unhon ne kitna socha hoga jab un ko yeh baat samajh mein aayi hogi. to yeh sochna jo hai, yeh zaroori hai har insaan ko, aur soch sahi soch honi chahiye,</w:t>
      </w:r>
    </w:p>
    <w:p>
      <w:pPr>
        <w:jc w:val="right"/>
      </w:pPr>
      <w:r>
        <w:t>تو یہ بھی انہوں نے کتنا سوچا ہوگا جب ان کو یہ بات سمجھ میں آئی ہوگی۔ تو یہ سوچنا جو ہے، یہ ضروری ہے ہر انسان کو، اور سوچ صحیح سوچ ہونی چاہیے،</w:t>
      </w:r>
    </w:p>
    <w:p>
      <w:r>
        <w:rPr>
          <w:b/>
        </w:rPr>
        <w:t xml:space="preserve">[04:28] </w:t>
      </w:r>
      <w:r>
        <w:t>positive thinking honi chahiye. biases se oopar insaan ko uth jana chahiye. to is tabhi woh jo hai, woh sahi soch kar payega.</w:t>
      </w:r>
    </w:p>
    <w:p>
      <w:pPr>
        <w:jc w:val="right"/>
      </w:pPr>
      <w:r>
        <w:t>پازیٹیو تھنکنگ ہونی چاہیے۔ بائسز سے اوپر انسان کو اٹھ جانا چاہیے۔ تو اس تبھی وہ جو ہے، وہ صحیح سوچ کر پائے گا۔</w:t>
      </w:r>
    </w:p>
    <w:p>
      <w:r>
        <w:rPr>
          <w:b/>
        </w:rPr>
        <w:t xml:space="preserve">[04:41] </w:t>
      </w:r>
      <w:r>
        <w:t>to is ke liye insaan hamein apne aap ko tayyar karna padega, shaoori satah par apne aap ko tayyar karna padega, warna hum sahi soch nahi sakte.</w:t>
      </w:r>
    </w:p>
    <w:p>
      <w:pPr>
        <w:jc w:val="right"/>
      </w:pPr>
      <w:r>
        <w:t>تو اس کے لیے انسان ہمیں اپنے آپ کو تیار کرنا پڑے گا، شعوری سطح پر اپنے آپ کو تیار کرنا پڑے گا، ورنہ ہم صحیح سوچ نہیں سکتے۔</w:t>
      </w:r>
    </w:p>
    <w:p>
      <w:r>
        <w:rPr>
          <w:b/>
        </w:rPr>
        <w:t xml:space="preserve">[04:52] </w:t>
      </w:r>
      <w:r>
        <w:t>kyun ke hum confused state of mind rehta hai, hum</w:t>
      </w:r>
    </w:p>
    <w:p>
      <w:pPr>
        <w:jc w:val="right"/>
      </w:pPr>
      <w:r>
        <w:t>کیونکہ ہم کنفیوزڈ اسٹیٹ آف مائنڈ رہتا ہے، ہم</w:t>
      </w:r>
    </w:p>
    <w:p>
      <w:r>
        <w:rPr>
          <w:b/>
        </w:rPr>
        <w:t xml:space="preserve">[04:56] </w:t>
      </w:r>
      <w:r>
        <w:t>samajh nahi sakte, samajh nahi paate ke kya sahi hai, kya galat hai, bas kuch bhi bol dete hain. yeh Maulana sahib kehte the ke sirf ek baar aisa hua ke woh kahin bahar ke safar mein un ko ek jo mila, woh bara scholar tha.</w:t>
      </w:r>
    </w:p>
    <w:p>
      <w:pPr>
        <w:jc w:val="right"/>
      </w:pPr>
      <w:r>
        <w:t>سمجھ نہیں سکتے، سمجھ نہیں پاتے کہ کیا صحیح ہے، کیا غلط ہے، بس کچھ بھی بول دیتے ہیں۔ یہ مولانا صاحب کہتے تھے کہ صرف ایک بار ایسا ہوا کہ وہ کہیں باہر کے سفر میں ان کو ایک جو ملا، وہ بڑا اسکالر تھا۔</w:t>
      </w:r>
    </w:p>
    <w:p>
      <w:r>
        <w:rPr>
          <w:b/>
        </w:rPr>
        <w:t xml:space="preserve">[05:11] </w:t>
      </w:r>
      <w:r>
        <w:t>to jab bhi Maulana sahib se baat cheet hui is ki, to jab bhi Maulana sahib koi question is se poochte, to woh foran jawab nahi dena shuru kar deta.</w:t>
      </w:r>
    </w:p>
    <w:p>
      <w:pPr>
        <w:jc w:val="right"/>
      </w:pPr>
      <w:r>
        <w:t>تو جب بھی مولانا صاحب سے بات چیت ہوئی اس کی، تو جب بھی مولانا صاحب کوئی کوئسچن اس سے پوچھتے، تو وہ فوراً جواب نہیں دینا شروع کر دیتا۔</w:t>
      </w:r>
    </w:p>
    <w:p>
      <w:r>
        <w:rPr>
          <w:b/>
        </w:rPr>
        <w:t xml:space="preserve">[05:21] </w:t>
      </w:r>
      <w:r>
        <w:t>jaise hum logon ko aadat hoti hai,</w:t>
      </w:r>
    </w:p>
    <w:p>
      <w:pPr>
        <w:jc w:val="right"/>
      </w:pPr>
      <w:r>
        <w:t>جیسے ہم لوگوں کو عادت ہوتی ہے،</w:t>
      </w:r>
    </w:p>
    <w:p>
      <w:r>
        <w:rPr>
          <w:b/>
        </w:rPr>
        <w:t xml:space="preserve">[05:24] </w:t>
      </w:r>
      <w:r>
        <w:t>aadat sunne se poora poori baat sunne se pehle hi hum jawab dena shuru kar dete hain. to is ne jo hai, pehle woh likh ke sawal kaghaz par dikhata tha ke dekhiye, aap ka yahi sawal hai, phir uska jawab deta tha.</w:t>
      </w:r>
    </w:p>
    <w:p>
      <w:pPr>
        <w:jc w:val="right"/>
      </w:pPr>
      <w:r>
        <w:t>عادت سننے سے پورا پوری بات سننے سے پہلے ہی ہم جواب دینا شروع کر دیتے ہیں۔ تو اس نے جو ہے، پہلے وہ لکھ کے سوال کاغذ پر دکھاتا تھا کہ دیکھیے، آپ کا یہی سوال ہے، پھر اس کا جواب دیتا تھا۔</w:t>
      </w:r>
    </w:p>
    <w:p>
      <w:r>
        <w:rPr>
          <w:b/>
        </w:rPr>
        <w:t xml:space="preserve">[05:40] </w:t>
      </w:r>
      <w:r>
        <w:t>to kitna zyada woh serious hote hain yeh log. to hamein bhi har achi baat doosron se hamein learn karna chahiye.</w:t>
      </w:r>
    </w:p>
    <w:p>
      <w:pPr>
        <w:jc w:val="right"/>
      </w:pPr>
      <w:r>
        <w:t>تو کتنا زیادہ وہ سیریس ہوتے ہیں یہ لوگ۔ تو ہمیں بھی ہر اچھی بات دوسروں سے ہمیں لرن کرنا چاہیے۔</w:t>
      </w:r>
    </w:p>
    <w:p>
      <w:r>
        <w:rPr>
          <w:b/>
        </w:rPr>
        <w:t xml:space="preserve">[05:51] </w:t>
      </w:r>
      <w:r>
        <w:t>kyun ke ek doosre se learning karne se hi hamara jo hai, intellectual development hota hai. to khaas tor par yeh art of thinking agar hum ko aa jaye to hum har mamle mein, chahe woh deen ka mamla ho ya dunya ka mamla ho, hum kamyabi tak puhanch sakte hain.</w:t>
      </w:r>
    </w:p>
    <w:p>
      <w:pPr>
        <w:jc w:val="right"/>
      </w:pPr>
      <w:r>
        <w:t>کیونکہ ایک دوسرے سے لرننگ کرنے سے ہی ہمارا جو ہے، انٹلیکچول ڈیویلپمنٹ ہوتا ہے۔ تو خاص طور پر یہ آرٹ آف تھنکنگ اگر ہم کو آ جائے تو ہم ہر معاملے میں، چاہے وہ دین کا معاملہ ہو یا دنیا کا معاملہ ہو، ہم کامیابی تک پہنچ سکتے ہیں۔</w:t>
      </w:r>
    </w:p>
    <w:p>
      <w:r>
        <w:rPr>
          <w:b/>
        </w:rPr>
        <w:t xml:space="preserve">[06:09] </w:t>
      </w:r>
      <w:r>
        <w:t>ji apa, aap ne sahi farmaya, art of thinking is very important, in fact it is critically important to move ahead in life.</w:t>
      </w:r>
    </w:p>
    <w:p>
      <w:pPr>
        <w:jc w:val="right"/>
      </w:pPr>
      <w:r>
        <w:t>जी आपा, आपने सही फरमाया, आर्ट ऑफ थिंकिंग इज वेरी इंपॉर्टेंट, इनफैक्ट इट इज क्रिटिकली इंपॉर्टेंट टू मूव अहेड इन लाइफ।</w:t>
      </w:r>
    </w:p>
    <w:p>
      <w:r>
        <w:rPr>
          <w:b/>
        </w:rPr>
        <w:t xml:space="preserve">[06:18] </w:t>
      </w:r>
      <w:r>
        <w:t>right thinking, apa, hum keh sakte hain ke leads us to progress and development, and wrong thinking takes us in the opposite direction. to bohat zyada zaroori hai ke hamara jo success aur failure hai, woh is par depend karta hai ke hamara level of thinking kaisa hai. jaise aap ne abhi bataya,</w:t>
      </w:r>
    </w:p>
    <w:p>
      <w:pPr>
        <w:jc w:val="right"/>
      </w:pPr>
      <w:r>
        <w:t>राइट थिंकिंग, आपा, हम कह सकते हैं कि लीड्स अस टू प्रोग्रेस एंड डेवलपमेंट, एंड रॉन्ग थिंकिंग टेक्स अस इन द अपोजिट डायरेक्शन। तो बहुत ज्यादा जरूरी है कि हमारा जो सक्सेस और फेलियर है, वो इस पर डिपेंड करता है कि हमारा लेवल ऑफ थिंकिंग कैसा है। जैसे आपने अभी बताया,</w:t>
      </w:r>
    </w:p>
    <w:p>
      <w:r>
        <w:rPr>
          <w:b/>
        </w:rPr>
        <w:t xml:space="preserve">[06:36] </w:t>
      </w:r>
      <w:r>
        <w:t>apa, importance of thinking is liye bohat zaroori ho jati hai. to main chahunga ke aap is ko thora aur achay se waz karein, that kyun important hai thinking hamari zi</w:t>
      </w:r>
    </w:p>
    <w:p>
      <w:pPr>
        <w:jc w:val="right"/>
      </w:pPr>
      <w:r>
        <w:t>आपा, इंपॉर्टेंस ऑफ थिंकिंग इसलिए बहुत जरूरी हो जाती है। तो मैं चाहूंगा कि आप इसको थोड़ा और अच्छे से वाज करें, दैट क्यों इंपॉर्टेंट है थिंकिंग हमारी जि</w:t>
      </w:r>
    </w:p>
    <w:p>
      <w:r>
        <w:rPr>
          <w:b/>
        </w:rPr>
        <w:t xml:space="preserve">[06:47] </w:t>
      </w:r>
      <w:r>
        <w:t>indagi mein, is ke bare mein batayein. asal mein agar hum think nahi karein ge, kyun ke tamam haqiqatein jo hain, woh hidden hain.</w:t>
      </w:r>
    </w:p>
    <w:p>
      <w:pPr>
        <w:jc w:val="right"/>
      </w:pPr>
      <w:r>
        <w:t>ंदगी में, इसके बारे में बताएं। اصل میں اگر ہم تھنک نہیں کریں گے، کیونکہ تمام حقیقتیں جو ہیں، وہ ہڈن ہیں۔</w:t>
      </w:r>
    </w:p>
    <w:p>
      <w:r>
        <w:rPr>
          <w:b/>
        </w:rPr>
        <w:t xml:space="preserve">[06:57] </w:t>
      </w:r>
      <w:r>
        <w:t>samne jo cheez hai, woh bohat kam hai. bilkul jaise black hole hai, poora hidden hai, aisi haqiqatein bhi hidden hain.</w:t>
      </w:r>
    </w:p>
    <w:p>
      <w:pPr>
        <w:jc w:val="right"/>
      </w:pPr>
      <w:r>
        <w:t>سامنے جو چیز ہے، وہ بہت کم ہے۔ بالکل جیسے بلیک ہول ہے، پورا ہڈن ہے، ایسی حقیقتیں بھی ہڈن ہیں۔</w:t>
      </w:r>
    </w:p>
    <w:p>
      <w:r>
        <w:rPr>
          <w:b/>
        </w:rPr>
        <w:t xml:space="preserve">[07:06] </w:t>
      </w:r>
      <w:r>
        <w:t>jab tak hum is par gehrai se ghor o fikr nahi karein ge, tab tak hamein woh baatein samajh mein hi nahi aati</w:t>
      </w:r>
    </w:p>
    <w:p>
      <w:pPr>
        <w:jc w:val="right"/>
      </w:pPr>
      <w:r>
        <w:t>جب تک ہم اس پر گہرائی سے غور و فکر نہیں کریں گے، تب تک ہمیں وہ باتیں سمجھ میں ہی نہیں آتی</w:t>
      </w:r>
    </w:p>
    <w:p>
      <w:r>
        <w:rPr>
          <w:b/>
        </w:rPr>
        <w:t xml:space="preserve">[07:13] </w:t>
      </w:r>
      <w:r>
        <w:t>۔ har cheez Allah ne potential ke roop mein diya hai. to mind ki jo capacity hai, woh bhi potential ke roop mein hai.</w:t>
      </w:r>
    </w:p>
    <w:p>
      <w:pPr>
        <w:jc w:val="right"/>
      </w:pPr>
      <w:r>
        <w:t>۔ ہر چیز اللہ نے پوٹینشل کے روپ میں دیا ہے۔ تو مائنڈ کی جو کپیسٹی ہے، وہ بھی پوٹینشل کے روپ میں ہے۔</w:t>
      </w:r>
    </w:p>
    <w:p>
      <w:r>
        <w:rPr>
          <w:b/>
        </w:rPr>
        <w:t xml:space="preserve">[07:21] </w:t>
      </w:r>
      <w:r>
        <w:t>to is potential ko hamein actualize karna hai, aur woh thinking ke hi zariye hoga. main sirf ek do misaal aap logon ko samne rakhti hoon ke jaise Newton ne gravity, gravitational pull ko discover kiya,</w:t>
      </w:r>
    </w:p>
    <w:p>
      <w:pPr>
        <w:jc w:val="right"/>
      </w:pPr>
      <w:r>
        <w:t>تو اس پوٹینشل کو ہمیں ایکچولائز کرنا ہے، اور وہ تھنکنگ کے ہی ذریعے ہوگا۔ میں صرف ایک دو مثال آپ لوگوں کو سامنے رکھتی ہوں کہ جیسے نیوٹن نے گریویٹی، گریویٹیشنل پل کو ڈسکور کیا،</w:t>
      </w:r>
    </w:p>
    <w:p>
      <w:r>
        <w:rPr>
          <w:b/>
        </w:rPr>
        <w:t xml:space="preserve">[07:38] </w:t>
      </w:r>
      <w:r>
        <w:t>jab ke hazaron baras se log dekh rahe the ke koi bhi cheez oopar se girti hai to neeche aati hai, oopar nahi chali jati.</w:t>
      </w:r>
    </w:p>
    <w:p>
      <w:pPr>
        <w:jc w:val="right"/>
      </w:pPr>
      <w:r>
        <w:t>جبکہ ہزاروں برس سے لوگ دیکھ رہے تھے کہ کوئی بھی چیز اوپر سے گرتی ہے تو نیچے آتی ہے، اوپر نہیں چلی جاتی۔</w:t>
      </w:r>
    </w:p>
    <w:p>
      <w:r>
        <w:rPr>
          <w:b/>
        </w:rPr>
        <w:t xml:space="preserve">[07:47] </w:t>
      </w:r>
      <w:r>
        <w:t>phal girta hai to neeche girta hai, oopar nahi chala jata. lekin koi sochta nahi tha. We take everything for grant</w:t>
      </w:r>
    </w:p>
    <w:p>
      <w:pPr>
        <w:jc w:val="right"/>
      </w:pPr>
      <w:r>
        <w:t>پھل گرتا ہے تو نیچے گرتا ہے، اوپر نہیں چلا جاتا۔ لیکن کوئی سوچتا نہیں تھا۔ We take everything for grant</w:t>
      </w:r>
    </w:p>
    <w:p>
      <w:r>
        <w:rPr>
          <w:b/>
        </w:rPr>
        <w:t xml:space="preserve">[07:56] </w:t>
      </w:r>
      <w:r>
        <w:t>ed to koi sochta nahi tha. to itni bari haqiqat samajh mein nahi aayi ke hamare jo sare planets hain, sari jo bodies hain, woh is mein gravity hai, wahi ek doosre ko apne مدار par rakhe hue hain.</w:t>
      </w:r>
    </w:p>
    <w:p>
      <w:pPr>
        <w:jc w:val="right"/>
      </w:pPr>
      <w:r>
        <w:t>ed تو کوئی سوچتا نہیں تھا۔ تو اتنی بڑی حقیقت سمجھ میں نہیں آئی کہ ہمارے جو سارے پلینٹس ہیں، ساری جو باڈیز ہیں، وہ اس میں گریویٹی ہے، وہی ایک دوسرے کو اپنے مدار پر رکھے ہوئے ہیں۔</w:t>
      </w:r>
    </w:p>
    <w:p>
      <w:r>
        <w:rPr>
          <w:b/>
        </w:rPr>
        <w:t xml:space="preserve">[08:13] </w:t>
      </w:r>
      <w:r>
        <w:t>to Newton jo hai, woh bohat zyada gehrai se sochta tha. to isi liye us ko wool gather kaha jane lag</w:t>
      </w:r>
    </w:p>
    <w:p>
      <w:pPr>
        <w:jc w:val="right"/>
      </w:pPr>
      <w:r>
        <w:t>تو نیوٹن جو ہے، وہ بہت زیادہ گہرائی سے سوچتا تھا۔ تو اسی لیے اس کو وول گیدرر کہا جانے لگ</w:t>
      </w:r>
    </w:p>
    <w:p>
      <w:r>
        <w:rPr>
          <w:b/>
        </w:rPr>
        <w:t xml:space="preserve">[08:21] </w:t>
      </w:r>
      <w:r>
        <w:t>a tha. wool gather kehte hain us shakhs ko jo absent minded hota hai. to aise logon ko koi ahmiyat nahi deta.</w:t>
      </w:r>
    </w:p>
    <w:p>
      <w:pPr>
        <w:jc w:val="right"/>
      </w:pPr>
      <w:r>
        <w:t>ا تھا۔ وول گیدرر کہتے ہیں اس شخص کو جو ایبسنٹ مائنڈڈ ہوتا ہے۔ تو ایسے لوگوں کو کوئی اہمیت نہیں دیتا۔</w:t>
      </w:r>
    </w:p>
    <w:p>
      <w:r>
        <w:rPr>
          <w:b/>
        </w:rPr>
        <w:t xml:space="preserve">[08:30] </w:t>
      </w:r>
      <w:r>
        <w:t>samajhte hain yeh bekar aadmi hai, us ko kuch karna nahi hai, to yeh baitha hai khali idhar udhar. bas woh baitha nahi rehta tha, woh soch raha hota tha. to kyun ke jo bohat zyada mind focused jab tak hum nahi karein ge, to jab tak us ko baatein samajh mein gehrai se koi cheez aa nahi</w:t>
      </w:r>
    </w:p>
    <w:p>
      <w:pPr>
        <w:jc w:val="right"/>
      </w:pPr>
      <w:r>
        <w:t>سمجھتے ہیں یہ بیکار آدمی ہے، اس کو کچھ کرنا نہیں ہے، تو یہ بیٹھا ہے خالی ادھر ادھر۔ بس وہ بیٹھا نہیں رہتا تھا، وہ سوچ رہا ہوتا تھا۔ تو کیونکہ جو بہت زیادہ مائنڈ فوکسڈ جب تک ہم نہیں کریں گے، تو جب تک اس کو باتیں سمجھ میں گہرائی سے کوئی چیز آ نہیں</w:t>
      </w:r>
    </w:p>
    <w:p>
      <w:r>
        <w:rPr>
          <w:b/>
        </w:rPr>
        <w:t xml:space="preserve">[08:49] </w:t>
      </w:r>
      <w:r>
        <w:t>sakti. to jab us ne dekha seb ko ke seb oopar se gira phal mein, peir mein se, to woh neeche gir gaya.</w:t>
      </w:r>
    </w:p>
    <w:p>
      <w:pPr>
        <w:jc w:val="right"/>
      </w:pPr>
      <w:r>
        <w:t>سکتی۔ تو جب اس نے دیکھا سیب کو کہ سیب اوپر سے گرا پھل میں، پیڑ میں سے، تو وہ نیچے گر گیا۔</w:t>
      </w:r>
    </w:p>
    <w:p>
      <w:r>
        <w:rPr>
          <w:b/>
        </w:rPr>
        <w:t xml:space="preserve">[08:58] </w:t>
      </w:r>
      <w:r>
        <w:t>to woh is par bhi sochne lag gaya ke yeh neeche kyun gira, ooper kyun nahi chala gaya. phir us ko itni gehri haqeeqat samajh mein aayi ke gravitational pull ki.</w:t>
      </w:r>
    </w:p>
    <w:p>
      <w:pPr>
        <w:jc w:val="right"/>
      </w:pPr>
      <w:r>
        <w:t>تو وہ اس پر بھی سوچنے لگ گیا کہ یہ نیچے کیوں گرا، اوپر کیوں نہیں چلا گیا۔ پھر اس کو اتنی گہری حقیقت سمجھ میں آئی کہ گریویٹیشنل پل کی۔</w:t>
      </w:r>
    </w:p>
    <w:p>
      <w:r>
        <w:rPr>
          <w:b/>
        </w:rPr>
        <w:t xml:space="preserve">[09:11] </w:t>
      </w:r>
      <w:r>
        <w:t>aise hi Maulana sahib har baat pe sochte thay. ji, koi bhi baat hoti thi, us par sochte thay. to hum logon ko samajh</w:t>
      </w:r>
    </w:p>
    <w:p>
      <w:pPr>
        <w:jc w:val="right"/>
      </w:pPr>
      <w:r>
        <w:t>ایسے ہی مولانا صاحب ہر بات پہ سوچتے تھے۔ جی، کوئی بھی بات ہوتی تھی، اس پر سوچتے تھے۔ تو ہم لوگوں کو سمجھ</w:t>
      </w:r>
    </w:p>
    <w:p>
      <w:r>
        <w:rPr>
          <w:b/>
        </w:rPr>
        <w:t xml:space="preserve">[09:18] </w:t>
      </w:r>
      <w:r>
        <w:t>mein nahi aata tha. hum log samajhte hain ke yeh to hamein maloom hi hai, is pe kya soch rahe hain. kehte thay woh har baat pe sochte thay, choti choti baat pe bhi.</w:t>
      </w:r>
    </w:p>
    <w:p>
      <w:pPr>
        <w:jc w:val="right"/>
      </w:pPr>
      <w:r>
        <w:t>میں نہیں آتا تھا۔ ہم لوگ سمجھتے ہیں کہ یہ تو ہمیں معلوم ہی ہے، اس پہ کیا سوچ رہے ہیں۔ کہتے تھے وہ ہر بات پہ سوچتے تھے، چھوٹی چھوٹی بات پہ بھی۔</w:t>
      </w:r>
    </w:p>
    <w:p>
      <w:r>
        <w:rPr>
          <w:b/>
        </w:rPr>
        <w:t xml:space="preserve">[09:29] </w:t>
      </w:r>
      <w:r>
        <w:t>to ek baar zeher bhi kha liya tha ke zeher nuqsan karta hai. is ko samajhne ke liye zeher bhi kha liya tha, experience ke taur par.</w:t>
      </w:r>
    </w:p>
    <w:p>
      <w:pPr>
        <w:jc w:val="right"/>
      </w:pPr>
      <w:r>
        <w:t>تو ایک بار زہر بھی کھا لیا تھا کہ زہر نقصان کرتا ہے۔ اس کو سمجھنے کے لیے زہر بھی کھا لیا تھا، ایکسپیرینس کے طور پر۔</w:t>
      </w:r>
    </w:p>
    <w:p>
      <w:r>
        <w:rPr>
          <w:b/>
        </w:rPr>
        <w:t xml:space="preserve">[09:39] </w:t>
      </w:r>
      <w:r>
        <w:t>haan ji, to har baat sochte thay. isi wajah se itni bari bari baatein samajh mein aayin.</w:t>
      </w:r>
    </w:p>
    <w:p>
      <w:pPr>
        <w:jc w:val="right"/>
      </w:pPr>
      <w:r>
        <w:t>ہاں جی، تو ہر بات سوچتے تھے۔ اسی وجہ سے اتنی بڑی بڑی باتیں سمجھ میں آئیں۔</w:t>
      </w:r>
    </w:p>
    <w:p>
      <w:r>
        <w:rPr>
          <w:b/>
        </w:rPr>
        <w:t xml:space="preserve">[09:46] </w:t>
      </w:r>
      <w:r>
        <w:t>to is tareeqe se hamein bhi adat dalni chahiye har baat ko, har baat ko sochne ki. hum log aam taur par sochte nahi hain, aadi ho jate hain ke yeh to aisa hota hi rehta hai.</w:t>
      </w:r>
    </w:p>
    <w:p>
      <w:pPr>
        <w:jc w:val="right"/>
      </w:pPr>
      <w:r>
        <w:t>تو اس طریقے سے ہمیں بھی عادت ڈالنی چاہیے ہر بات کو، ہر بات کو سوچنے کی۔ ہم لوگ عام طور پر سوچتے نہیں ہیں، عادی ہو جاتے ہیں کہ یہ تو ایسا ہوتا ہی رہتا ہے۔</w:t>
      </w:r>
    </w:p>
    <w:p>
      <w:r>
        <w:rPr>
          <w:b/>
        </w:rPr>
        <w:t xml:space="preserve">[09:58] </w:t>
      </w:r>
      <w:r>
        <w:t>to is wajah se sochte nahi hain. to ek aur misaal mein jo doongi ke jaise ek baar kya hua, log pehle samajhte thay ke zameen jo hai, chapti hai, flat hai.</w:t>
      </w:r>
    </w:p>
    <w:p>
      <w:pPr>
        <w:jc w:val="right"/>
      </w:pPr>
      <w:r>
        <w:t>تو اس وجہ سے سوچتے نہیں ہیں۔ تو ایک اور مثال میں جو دوں گی کہ جیسے ایک بار کیا ہوا، لوگ پہلے سمجھتے تھے کہ زمین جو ہے، چپٹی ہے، فلیٹ ہے۔</w:t>
      </w:r>
    </w:p>
    <w:p>
      <w:r>
        <w:rPr>
          <w:b/>
        </w:rPr>
        <w:t xml:space="preserve">[10:11] </w:t>
      </w:r>
      <w:r>
        <w:t>ji, to yehi nahi maloom tha ke zameen gol hai.</w:t>
      </w:r>
    </w:p>
    <w:p>
      <w:pPr>
        <w:jc w:val="right"/>
      </w:pPr>
      <w:r>
        <w:t>جی، تو یہی نہیں معلوم تھا کہ زمین گول ہے۔</w:t>
      </w:r>
    </w:p>
    <w:p>
      <w:r>
        <w:rPr>
          <w:b/>
        </w:rPr>
        <w:t xml:space="preserve">[10:15] </w:t>
      </w:r>
      <w:r>
        <w:t>to ek baar ek aadmi jo bohat hi gehra, gehri soch wala tha, woh sahil ke kinare baitha hua tha. to us ne dekha ek woh aa raha tha, samandari jahaz aa raha tha.</w:t>
      </w:r>
    </w:p>
    <w:p>
      <w:pPr>
        <w:jc w:val="right"/>
      </w:pPr>
      <w:r>
        <w:t>تو ایک بار ایک آدمی جو بہت ہی گہرا، گہری سوچ والا تھا، وہ ساحل کے کنارے بیٹھا ہوا تھا۔ تو اس نے دیکھا ایک وہ آ رہا تھا، سمندری جہاز آ رہا تھا۔</w:t>
      </w:r>
    </w:p>
    <w:p>
      <w:r>
        <w:rPr>
          <w:b/>
        </w:rPr>
        <w:t xml:space="preserve">[10:28] </w:t>
      </w:r>
      <w:r>
        <w:t>us mein mastoor yani mast ooper ooncha sa laga hua hota hai na. ji, to woh thora thora sa nazar aaya, pehle thora nazar aaya, phir thora nazar aaya, dheere dheere dheere dheere ja ke poora jahaz nazar aane lag</w:t>
      </w:r>
    </w:p>
    <w:p>
      <w:pPr>
        <w:jc w:val="right"/>
      </w:pPr>
      <w:r>
        <w:t>اس میں مستور یعنی ماسٹ اوپر اونچا سا لگا ہوا ہوتا ہے نا۔ جی، تو وہ تھوڑا تھوڑا سا نظر آیا، پہلے تھوڑا نظر آیا، پھر تھوڑا نظر آیا، دھیرے دھیرے دھیرے دھیرے جا کے پورا جہاز نظر آنے لگ</w:t>
      </w:r>
    </w:p>
    <w:p>
      <w:r>
        <w:rPr>
          <w:b/>
        </w:rPr>
        <w:t xml:space="preserve">[10:44] </w:t>
      </w:r>
      <w:r>
        <w:t>a. to woh sochne laga ke agar zameen flat hoti to poora nazar aata, chahe pehle chota nazar aata, baad mein poora nazar aata.</w:t>
      </w:r>
    </w:p>
    <w:p>
      <w:pPr>
        <w:jc w:val="right"/>
      </w:pPr>
      <w:r>
        <w:t>ا۔ تو وہ سوچنے لگا کہ اگر زمین فلیٹ ہوتی تو پورا نظر آتا، چاہے پہلے چھوٹا نظر آتا، بعد میں پورا نظر آتا۔</w:t>
      </w:r>
    </w:p>
    <w:p>
      <w:r>
        <w:rPr>
          <w:b/>
        </w:rPr>
        <w:t xml:space="preserve">[10:54] </w:t>
      </w:r>
      <w:r>
        <w:t>to yeh aisa kyun hai? to us ne soch ke itni bari baat discover ki ke zameen jo hai, woh gol hai.</w:t>
      </w:r>
    </w:p>
    <w:p>
      <w:pPr>
        <w:jc w:val="right"/>
      </w:pPr>
      <w:r>
        <w:t>تو یہ ایسا کیوں ہے؟ تو اس نے سوچ کے اتنی بڑی بات ڈسکور کی کہ زمین جو ہے، وہ گول ہے۔</w:t>
      </w:r>
    </w:p>
    <w:p>
      <w:r>
        <w:rPr>
          <w:b/>
        </w:rPr>
        <w:t xml:space="preserve">[11:04] </w:t>
      </w:r>
      <w:r>
        <w:t>to is tareeqe se hamein</w:t>
      </w:r>
    </w:p>
    <w:p>
      <w:pPr>
        <w:jc w:val="right"/>
      </w:pPr>
      <w:r>
        <w:t>تو اس طریقے سے ہمیں</w:t>
      </w:r>
    </w:p>
    <w:p>
      <w:r>
        <w:rPr>
          <w:b/>
        </w:rPr>
        <w:t xml:space="preserve">[11:09] </w:t>
      </w:r>
      <w:r>
        <w:t>har baat ko hamein sochna chahiye.</w:t>
      </w:r>
    </w:p>
    <w:p>
      <w:pPr>
        <w:jc w:val="right"/>
      </w:pPr>
      <w:r>
        <w:t>ہر بات کو ہمیں سوچنا چاہیے۔</w:t>
      </w:r>
    </w:p>
    <w:p>
      <w:r>
        <w:rPr>
          <w:b/>
        </w:rPr>
        <w:t xml:space="preserve">[11:11] </w:t>
      </w:r>
      <w:r>
        <w:t>sochne hi se tamam baatein jo hain, maloom hoti hain. aur hum koi bhi jo hai, hum planning jo hum karte hain, woh bhi soch ke karte hain.</w:t>
      </w:r>
    </w:p>
    <w:p>
      <w:pPr>
        <w:jc w:val="right"/>
      </w:pPr>
      <w:r>
        <w:t>سوچنے ہی سے تمام باتیں جو ہیں، معلوم ہوتی ہیں۔ اور ہم کوئی بھی جو ہے، ہم پلاننگ جو ہم کرتے ہیں، وہ بھی سوچ کے کرتے ہیں۔</w:t>
      </w:r>
    </w:p>
    <w:p>
      <w:r>
        <w:rPr>
          <w:b/>
        </w:rPr>
        <w:t xml:space="preserve">[11:22] </w:t>
      </w:r>
      <w:r>
        <w:t>ek planning fail ho gayi to hum replanning karte hain, woh bhi soch ke karte hain. bohat hi gehri soch. to kyunke is dunya mein opportunities bohat zyada hain,</w:t>
      </w:r>
    </w:p>
    <w:p>
      <w:pPr>
        <w:jc w:val="right"/>
      </w:pPr>
      <w:r>
        <w:t>ایک پلاننگ فیل ہو گئی تو ہم ری پلاننگ کرتے ہیں، وہ بھی سوچ کے کرتے ہیں۔ بہت ہی گہری سوچ۔ تو کیونکہ اس دنیا میں اپرچونیٹیز بہت زیادہ ہیں،</w:t>
      </w:r>
    </w:p>
    <w:p>
      <w:r>
        <w:rPr>
          <w:b/>
        </w:rPr>
        <w:t xml:space="preserve">[11:36] </w:t>
      </w:r>
      <w:r>
        <w:t>lekin hum sochte nahi. is wajah se hum in opportunities ko avail nahi kar paate. to is wajah se hamein chahiye ke hum har baat par sochen, har baat par ghor karen, aur hamesha koi na koi naya rasta hamein nazar aa jayega.</w:t>
      </w:r>
    </w:p>
    <w:p>
      <w:pPr>
        <w:jc w:val="right"/>
      </w:pPr>
      <w:r>
        <w:t>لیکن ہم سوچتے نہیں۔ اس وجہ سے ہم ان اپرچونیٹیز کو اویل نہیں کر پاتے۔ تو اس وجہ سے ہمیں چاہیے کہ ہم ہر بات پر سوچیں، ہر بات پر غور کریں، اور ہمیشہ کوئی نہ کوئی نیا راستہ ہمیں نظر آ جائے گا۔</w:t>
      </w:r>
    </w:p>
    <w:p>
      <w:r>
        <w:rPr>
          <w:b/>
        </w:rPr>
        <w:t xml:space="preserve">[11:55] </w:t>
      </w:r>
      <w:r>
        <w:t>sochne se nahi sochenge to phir baat ko hum, koi bhi baat ko hum gehrai se samajh nahi sakte. ji,</w:t>
      </w:r>
    </w:p>
    <w:p>
      <w:pPr>
        <w:jc w:val="right"/>
      </w:pPr>
      <w:r>
        <w:t>سوچنے سے نہیں سوچیں گے تو پھر بات کو ہم، کوئی بھی بات کو ہم گہرائی سے سمجھ نہیں سکتے۔ जी,</w:t>
      </w:r>
    </w:p>
    <w:p>
      <w:r>
        <w:rPr>
          <w:b/>
        </w:rPr>
        <w:t xml:space="preserve">[12:04] </w:t>
      </w:r>
      <w:r>
        <w:t>apa, jaise aap ne abhi bataya ke sahi soch hona, gehrai se sochna, without any biases, all of this is very important. lekin aksar, apa, hum dekhte hain ke most of the times people become a victim of faulty thinking, and that is generalization. they tend to gener</w:t>
      </w:r>
    </w:p>
    <w:p>
      <w:pPr>
        <w:jc w:val="right"/>
      </w:pPr>
      <w:r>
        <w:t>आपा, जैसे आपने अभी बताया कि सही सोच होना, गहराई से सोचना, विदाउट एनी बायसेस, ऑल ऑफ दिस इज वेरी इंपॉर्टेंट। लेकिन अक्सर, आपा, हम देखते हैं कि मोस्ट ऑफ द टाइम्स पीपल बिकम अ विक्टिम ऑफ फॉल्टी थिंकिंग, एंड दैट इज जनरलाइजेशन। दे टेंड टू जनर</w:t>
      </w:r>
    </w:p>
    <w:p>
      <w:r>
        <w:rPr>
          <w:b/>
        </w:rPr>
        <w:t xml:space="preserve">[12:24] </w:t>
      </w:r>
      <w:r>
        <w:t>alize things. ek example hoga ya ek situation hogi, to us ko woh poore subject ko lekar generalize kar dete hain, without actually giving much consideration to evidence or to the real fact. to ye jo generalization wali problem hai,</w:t>
      </w:r>
    </w:p>
    <w:p>
      <w:pPr>
        <w:jc w:val="right"/>
      </w:pPr>
      <w:r>
        <w:t>लाइज थिंग्स। एक एग्जांपल होगा या एक सिचुएशन होगी, तो उसको वो पूरे सब्जेक्ट को लेकर जनरलाइज कर देते हैं, विदाउट एक्चुअली गिविंग मच कंसीडरेशन टू एविडेंस और टू द रियल फैक्ट। तो ये जो जनरलाइजेशन वाली प्रॉब्लम है,</w:t>
      </w:r>
    </w:p>
    <w:p>
      <w:r>
        <w:rPr>
          <w:b/>
        </w:rPr>
        <w:t xml:space="preserve">[12:41] </w:t>
      </w:r>
      <w:r>
        <w:t>apa, is ko aap kaise samhayenge? kyunke ye bohat important hai aur ek rukawat hai art of thinking ki development ke liye. is ke baray mein bataye, apa.</w:t>
      </w:r>
    </w:p>
    <w:p>
      <w:pPr>
        <w:jc w:val="right"/>
      </w:pPr>
      <w:r>
        <w:t>आपा, इसको आप कैसे समझाएंगे? क्योंकि ये बहुत इंपॉर्टेंट है और एक रुकावट है आर्ट ऑफ थिंकिंग की डेवलपमेंट के लिए। इसके बारे में बताएं, आपा।</w:t>
      </w:r>
    </w:p>
    <w:p>
      <w:r>
        <w:rPr>
          <w:b/>
        </w:rPr>
        <w:t xml:space="preserve">[12:52] </w:t>
      </w:r>
      <w:r>
        <w:t>yeh generalization jis ko urdu mein ta'meem kehte hain, yeh to bohat aam hai. har aadmi generalize karta hai. to yeh jo hai,</w:t>
      </w:r>
    </w:p>
    <w:p>
      <w:pPr>
        <w:jc w:val="right"/>
      </w:pPr>
      <w:r>
        <w:t>یہ جنرلائزیشن جس کو اردو میں تعمیم کہتے ہیں، یہ تو بہت عام ہے۔ ہر آدمی جنرلائز کرتا ہے۔ تو یہ جو ہے،</w:t>
      </w:r>
    </w:p>
    <w:p>
      <w:r>
        <w:rPr>
          <w:b/>
        </w:rPr>
        <w:t xml:space="preserve">[13:04] </w:t>
      </w:r>
      <w:r>
        <w:t>misal ke taur par hum kahin jatay hain, chand logon se milte hain. ek town hai, hum chand logon se milte hain, woh log bohat hospitable hain aur hamein bohat achay tareeqay se welcome karte hain.</w:t>
      </w:r>
    </w:p>
    <w:p>
      <w:pPr>
        <w:jc w:val="right"/>
      </w:pPr>
      <w:r>
        <w:t>مثال کے طور پر ہم کہیں جاتے ہیں، چند لوگوں سے ملتے ہیں۔ ایک ٹاؤن ہے، ہم چند لوگوں سے ملتے ہیں، وہ لوگ بہت ہاسپٹل ہاسپیٹیبل ہیں اور ہمیں بہت اچھے طریقے سے ویلکم کرتے ہیں۔</w:t>
      </w:r>
    </w:p>
    <w:p>
      <w:r>
        <w:rPr>
          <w:b/>
        </w:rPr>
        <w:t xml:space="preserve">[13:18] </w:t>
      </w:r>
      <w:r>
        <w:t>to hum kahain ge ke wahan ke is town ke log bohat achay hain aur ho sakta hai ke sab log achay na hon. to khair, agar kisi ka positive baat ke liye hum generalize karen to is mein koi harj nahi hai.</w:t>
      </w:r>
    </w:p>
    <w:p>
      <w:pPr>
        <w:jc w:val="right"/>
      </w:pPr>
      <w:r>
        <w:t>تو ہم کہیں گے کہ وہاں کے اس ٹاؤن کے لوگ بہت اچھے ہیں اور ہو سکتا ہے کہ سب لوگ اچھے نہ ہوں۔ تو خیر، اگر کسی کا پازیٹیو بات کے لیے ہم جنرلائز کریں تو اس میں کوئی حرج نہیں ہے۔</w:t>
      </w:r>
    </w:p>
    <w:p>
      <w:r>
        <w:rPr>
          <w:b/>
        </w:rPr>
        <w:t xml:space="preserve">[13:33] </w:t>
      </w:r>
      <w:r>
        <w:t>lekin farz karen wahan par hamein ek ghalat aadmi mil gaya, phir hum kahain ke saare hi log wahan ke ghalat hotay hain, evil hotay hain, to woh woh ghalat hai aur woh gunah mein aata hai.</w:t>
      </w:r>
    </w:p>
    <w:p>
      <w:pPr>
        <w:jc w:val="right"/>
      </w:pPr>
      <w:r>
        <w:t>لیکن فرض کریں وہاں پر ہمیں ایک غلط آدمی مل گیا، پھر ہم کہیں کہ سارے ہی لوگ وہاں کے غلط ہوتے ہیں، ایول ہوتے ہیں، تو وہ وہ غلط ہے اور وہ گناہ میں آتا ہے۔</w:t>
      </w:r>
    </w:p>
    <w:p>
      <w:r>
        <w:rPr>
          <w:b/>
        </w:rPr>
        <w:t xml:space="preserve">[13:45] </w:t>
      </w:r>
      <w:r>
        <w:t>to positive baat ko generalize karne mein is mein kam se kam gunah to nahi milega. to ye ghalati itni aam hai, itni aam hai ke aap kisi ko bhi dekh sakte hain, zara si humne koi baat dekhi, phir foran hum us ko generalize karna shuru kar dete hain ke ye log to aise hi hote hain.</w:t>
      </w:r>
    </w:p>
    <w:p>
      <w:pPr>
        <w:jc w:val="right"/>
      </w:pPr>
      <w:r>
        <w:t>تو پازیٹیو بات کو جنرلائز کرنے میں اس میں کم سے کم گناہ تو نہیں ملے گا۔ تو یہ غلطی اتنی عام ہے، اتنی عام ہے کہ آپ کسی کو بھی دیکھ سکتے ہیں، ذرا سی ہم نے کوئی بات دیکھی، پھر فوراً ہم اس کو جنرلائز کرنا شروع کر دیتے ہیں کہ یہ لوگ تو ایسے ہی ہوتے ہیں۔</w:t>
      </w:r>
    </w:p>
    <w:p>
      <w:r>
        <w:rPr>
          <w:b/>
        </w:rPr>
        <w:t xml:space="preserve">[14:05] </w:t>
      </w:r>
      <w:r>
        <w:t>ek baar mein ek dentist ke haan baithi hui thi,</w:t>
      </w:r>
    </w:p>
    <w:p>
      <w:pPr>
        <w:jc w:val="right"/>
      </w:pPr>
      <w:r>
        <w:t>ایک بار میں ایک ڈینٹسٹ کے ہاں بیٹھی ہوئی تھی،</w:t>
      </w:r>
    </w:p>
    <w:p>
      <w:r>
        <w:rPr>
          <w:b/>
        </w:rPr>
        <w:t xml:space="preserve">[14:10] </w:t>
      </w:r>
      <w:r>
        <w:t>wahan wahan par ek ek criminal ki baatein us par aa rahi theen TV par.</w:t>
      </w:r>
    </w:p>
    <w:p>
      <w:pPr>
        <w:jc w:val="right"/>
      </w:pPr>
      <w:r>
        <w:t>وہاں وہاں پر ایک ایک کریمنل کی باتیں اس پر آ رہی تھیں ٹی وی پر۔</w:t>
      </w:r>
    </w:p>
    <w:p>
      <w:r>
        <w:rPr>
          <w:b/>
        </w:rPr>
        <w:t xml:space="preserve">[14:19] </w:t>
      </w:r>
      <w:r>
        <w:t>ji, to criminal jis community ka tha, to kuch aurtein kehne lageen, "is community ke to saare hi log bekaar hote hain, loyal nahi hote hain, kisi ke nahi hote hain." is tarah se kehne lageen.</w:t>
      </w:r>
    </w:p>
    <w:p>
      <w:pPr>
        <w:jc w:val="right"/>
      </w:pPr>
      <w:r>
        <w:t>جی، تو کریمنل جس کمیونٹی کا تھا، تو کچھ عورتیں کہنے لگیں، "اس کمیونٹی کے تو سارے ہی لوگ بیکار ہوتے ہیں، لائل نہیں ہوتے ہیں، کسی کے نہیں ہوتے ہیں۔" اس طرح سے کہنے لگیں۔</w:t>
      </w:r>
    </w:p>
    <w:p>
      <w:r>
        <w:rPr>
          <w:b/>
        </w:rPr>
        <w:t xml:space="preserve">[14:33] </w:t>
      </w:r>
      <w:r>
        <w:t>to wo to wo jo counter pe jo aurtein baithi theen, unhone kaha, "aisa nahi hai, har group mein, har community mein aise log hote hain." to wo unhone ye nahi farq kiya ke wo criminal hai.</w:t>
      </w:r>
    </w:p>
    <w:p>
      <w:pPr>
        <w:jc w:val="right"/>
      </w:pPr>
      <w:r>
        <w:t>تو وہ تو وہ جو کاؤنٹر پہ جو عورتیں بیٹھی تھیں، انہوں نے کہا، "ایسا نہیں ہے، ہر گروپ میں، ہر کمیونٹی میں ایسے لوگ ہوتے ہیں۔" تو وہ انہوں نے یہ نہیں فرق کیا کہ وہ کریمنل ہے۔</w:t>
      </w:r>
    </w:p>
    <w:p>
      <w:r>
        <w:rPr>
          <w:b/>
        </w:rPr>
        <w:t xml:space="preserve">[14:45] </w:t>
      </w:r>
      <w:r>
        <w:t>criminal to kisi bhi group mein, kisi bhi community mein hota hai. ab criminal se hum ye nahi keh sakte ke is mazhab wala ya is community wala saare hi kharab hote hain.</w:t>
      </w:r>
    </w:p>
    <w:p>
      <w:pPr>
        <w:jc w:val="right"/>
      </w:pPr>
      <w:r>
        <w:t>کریمنل تو کسی بھی گروپ میں، کسی بھی کمیونٹی میں ہوتا ہے۔ اب کریمنل سے ہم یہ نہیں کہہ سکتے کہ اس مذہب والا یا اس کمیونٹی والا سارے ہی خراب ہوتے ہیں۔</w:t>
      </w:r>
    </w:p>
    <w:p>
      <w:r>
        <w:rPr>
          <w:b/>
        </w:rPr>
        <w:t xml:space="preserve">[14:57] </w:t>
      </w:r>
      <w:r>
        <w:t>to is tarah ki baat bilkul aam hai,</w:t>
      </w:r>
    </w:p>
    <w:p>
      <w:pPr>
        <w:jc w:val="right"/>
      </w:pPr>
      <w:r>
        <w:t>تو اس طریقے کی بات بالکل عام ہے،</w:t>
      </w:r>
    </w:p>
    <w:p>
      <w:r>
        <w:rPr>
          <w:b/>
        </w:rPr>
        <w:t xml:space="preserve">[15:00] </w:t>
      </w:r>
      <w:r>
        <w:t>lekin hamein apni thinking ko train karna padega. is par kitabein hoti hain. ek Maulana sahab ne ek kitaab sab ko parhne ke liye kaha tha, "The Art of Clear Thinking".</w:t>
      </w:r>
    </w:p>
    <w:p>
      <w:pPr>
        <w:jc w:val="right"/>
      </w:pPr>
      <w:r>
        <w:t>لیکن ہمیں اپنی تھنکنگ کو ٹرین کرنا پڑے گا۔ اس پر کتابیں ہوتی ہیں۔ ایک مولانا صاحب نے ایک کتاب سب کو پڑھنے کے لیے کہا تھا، "دی آرٹ آف کلیئر تھنکنگ"۔</w:t>
      </w:r>
    </w:p>
    <w:p>
      <w:r>
        <w:rPr>
          <w:b/>
        </w:rPr>
        <w:t xml:space="preserve">[15:13] </w:t>
      </w:r>
      <w:r>
        <w:t>yehi kitaab thi. ji ji, to by E. A. Mander. haan, by E. A. Mander. to ye kitaab parhne ko kaha tha kyunke hamein apni thinking ko bhi train karna padega, tabhi hum in baaton ko samjhenge aur is par amal kar paayenge.</w:t>
      </w:r>
    </w:p>
    <w:p>
      <w:pPr>
        <w:jc w:val="right"/>
      </w:pPr>
      <w:r>
        <w:t>یہی کتاب تھی۔ جی جی، تو بائی ای اے مینڈر۔ ہاں، بائی ای اے مینڈر۔ تو یہ کتاب پڑھنے کو کہا تھا کیونکہ ہمیں اپنی تھنکنگ کو بھی ٹرین کرنا پڑے گا، تبھی ہم ان باتوں کو سمجھیں گے اور اس پر عمل کر پائیں گے۔</w:t>
      </w:r>
    </w:p>
    <w:p>
      <w:r>
        <w:rPr>
          <w:b/>
        </w:rPr>
        <w:t xml:space="preserve">[15:30] </w:t>
      </w:r>
      <w:r>
        <w:t>to aam taur par aisa hota hai ke ye to bilkul ek general baat hai ke kuch log hamari good book mein hote hain, to hamein unki har baat achhi lagti hai, aur kuch log hamari good book mein jo nahi hote hain, unki har baat kharab lagti hai.</w:t>
      </w:r>
    </w:p>
    <w:p>
      <w:pPr>
        <w:jc w:val="right"/>
      </w:pPr>
      <w:r>
        <w:t>تو عام طور پر ایسا ہوتا ہے کہ یہ تو بالکل ایک جنرل بات ہے کہ کچھ لوگ ہماری گڈ بک میں ہوتے ہیں، تو ہمیں ان کی ہر بات اچھی لگتی ہے، اور کچھ لوگ ہماری گڈ بک میں جو نہیں ہوتے ہیں، ان کی ہر بات خراب لگتی ہے۔</w:t>
      </w:r>
    </w:p>
    <w:p>
      <w:r>
        <w:rPr>
          <w:b/>
        </w:rPr>
        <w:t xml:space="preserve">[15:45] </w:t>
      </w:r>
      <w:r>
        <w:t>ji, to ye bilkul aam hai. to hamein har baat par ghor o fikr karna hai. ghor o fikr karenge na, tab hamein samajh mein aayega ke hamari ye soch ghalat hai.</w:t>
      </w:r>
    </w:p>
    <w:p>
      <w:pPr>
        <w:jc w:val="right"/>
      </w:pPr>
      <w:r>
        <w:t>جی، تو یہ بالکل عام ہے۔ تو ہمیں ہر بات پر غور و فکر کرنا ہے۔ غور و فکر کریں گے نا، تب ہمیں سمجھ میں آئے گا کہ ہماری یہ سوچ غلط ہے۔</w:t>
      </w:r>
    </w:p>
    <w:p>
      <w:r>
        <w:rPr>
          <w:b/>
        </w:rPr>
        <w:t xml:space="preserve">[15:58] </w:t>
      </w:r>
      <w:r>
        <w:t>to ek Quran ki misaal de rahi hoon. ab Quran mein 99 feesad se zyada jo verses hain, wo aman o insaniyat, Khuda ka khauf, Khuda se mohabbat, is se related hain.</w:t>
      </w:r>
    </w:p>
    <w:p>
      <w:pPr>
        <w:jc w:val="right"/>
      </w:pPr>
      <w:r>
        <w:t>تو ایک قرآن کی مثال دے رہی ہوں۔ اب قرآن میں 99 فیصد سے زیادہ جو ورسز ہیں، وہ امن و انسانیت، خدا کا خوف، خدا سے محبت، اس سے ریلیٹڈ ہیں۔</w:t>
      </w:r>
    </w:p>
    <w:p>
      <w:r>
        <w:rPr>
          <w:b/>
        </w:rPr>
        <w:t xml:space="preserve">[16:14] </w:t>
      </w:r>
      <w:r>
        <w:t>ek feesad se bhi kam, sirf 40 verses aisi hain jo jang ke mauqe par utri hain. to is mein jangi baatein hain.</w:t>
      </w:r>
    </w:p>
    <w:p>
      <w:pPr>
        <w:jc w:val="right"/>
      </w:pPr>
      <w:r>
        <w:t>ایک فیصد سے بھی کم، صرف 40 ورسز ایسی ہیں جو جنگ کے موقع پر اتری ہیں۔ تو اس میں جنگی باتیں ہیں۔</w:t>
      </w:r>
    </w:p>
    <w:p>
      <w:r>
        <w:rPr>
          <w:b/>
        </w:rPr>
        <w:t xml:space="preserve">[16:24] </w:t>
      </w:r>
      <w:r>
        <w:t>to is ko sirf le kar ke log kehte hain ke Quran to book of violence hai. to ye bilkul ghalat ho jata hai ke wo khaas jang ke mauqe par wo aayatein reveal hui theen.</w:t>
      </w:r>
    </w:p>
    <w:p>
      <w:pPr>
        <w:jc w:val="right"/>
      </w:pPr>
      <w:r>
        <w:t>تو اس کو صرف لے کر کے لوگ کہتے ہیں کہ قرآن تو بک آف وائیلنس ہے۔ تو یہ بالکل غلط ہو جاتا ہے کہ وہ خاص جنگ کے موقع پر وہ آیتیں ریویل ہوئی تھیں۔</w:t>
      </w:r>
    </w:p>
    <w:p>
      <w:r>
        <w:rPr>
          <w:b/>
        </w:rPr>
        <w:t xml:space="preserve">[16:38] </w:t>
      </w:r>
      <w:r>
        <w:t>wo generally, wo general taur par is ko apply karne ka koi matlab hi nahi</w:t>
      </w:r>
    </w:p>
    <w:p>
      <w:pPr>
        <w:jc w:val="right"/>
      </w:pPr>
      <w:r>
        <w:t>وہ جنرلی، وہ جنرل طور پر اس کو اپلائی کرنے کا کوئی مطلب ہی نہیں</w:t>
      </w:r>
    </w:p>
    <w:p>
      <w:r>
        <w:rPr>
          <w:b/>
        </w:rPr>
        <w:t xml:space="preserve">[16:46] </w:t>
      </w:r>
      <w:r>
        <w:t>hai. to kyunke jang ke mauqe par to har har nation mein, har country mein is ke alag qanoon hote hain, aur aam halaat ke jo hain, wo alag qanoon hote hain.</w:t>
      </w:r>
    </w:p>
    <w:p>
      <w:pPr>
        <w:jc w:val="right"/>
      </w:pPr>
      <w:r>
        <w:t>ہے۔ تو کیونکہ جنگ کے موقع پر تو ہر ہر نیشن میں، ہر کنٹری میں اس کے الگ قانون ہوتے ہیں، اور عام حالات کے جو ہیں، وہ الگ قانون ہوتے ہیں۔</w:t>
      </w:r>
    </w:p>
    <w:p>
      <w:r>
        <w:rPr>
          <w:b/>
        </w:rPr>
        <w:t xml:space="preserve">[16:58] </w:t>
      </w:r>
      <w:r>
        <w:t>to wo difaa ke liye har jagah ye hota hai ke difaa jab hamare upar koi aggression, physical aggression ho jaye, to hum difaa kar sakte hain.</w:t>
      </w:r>
    </w:p>
    <w:p>
      <w:pPr>
        <w:jc w:val="right"/>
      </w:pPr>
      <w:r>
        <w:t>تو وہ دفاع کے لیے ہر جگہ یہ ہوتا ہے کہ دفاع جب ہمارے اوپر کوئی ایگریشن، فزیکل ایگریشن ہو جائے، تو ہم دفاع کر سکتے ہیں۔</w:t>
      </w:r>
    </w:p>
    <w:p>
      <w:r>
        <w:rPr>
          <w:b/>
        </w:rPr>
        <w:t xml:space="preserve">[17:09] </w:t>
      </w:r>
      <w:r>
        <w:t>to ye cheez jo hai, ye mere khayal mein ye sabhi ke andar paayi jaati hai, generalization</w:t>
      </w:r>
    </w:p>
    <w:p>
      <w:pPr>
        <w:jc w:val="right"/>
      </w:pPr>
      <w:r>
        <w:t>تو یہ چیز جو ہے، یہ میرے خیال میں یہ سبھی کے اندر پائی جاتی ہے، جنرلائزیشن</w:t>
      </w:r>
    </w:p>
    <w:p>
      <w:r>
        <w:rPr>
          <w:b/>
        </w:rPr>
        <w:t xml:space="preserve">[17:16] </w:t>
      </w:r>
      <w:r>
        <w:t>. ji, to is ko hamein sochna chahiye, is par ghor karna chahiye ke agar hum sochenge, soch soch ke agar hum is par apni apni kami ko door karenge, to ye door ho jayega.</w:t>
      </w:r>
    </w:p>
    <w:p>
      <w:pPr>
        <w:jc w:val="right"/>
      </w:pPr>
      <w:r>
        <w:t>۔ جی، تو اس کو ہمیں سوچنا چاہیے، اس پر غور کرنا چاہیے کہ اگر ہم سوچیں گے، سوچ سوچ کے اگر ہم اس پر اپنی اپنی کمی کو دور کریں گے، تو یہ دور ہو جائے گا۔</w:t>
      </w:r>
    </w:p>
    <w:p>
      <w:r>
        <w:rPr>
          <w:b/>
        </w:rPr>
        <w:t xml:space="preserve">[17:30] </w:t>
      </w:r>
      <w:r>
        <w:t>sochne ki zaroorat hai bas. ji, apa, ek aur actually rukawat hai. jaise aapne generalization ko bade achhe se samjhaya.</w:t>
      </w:r>
    </w:p>
    <w:p>
      <w:pPr>
        <w:jc w:val="right"/>
      </w:pPr>
      <w:r>
        <w:t>سوچنے کی ضرورت ہے بس۔ जी, आपा, एक और एक्चुअली रुकावट है। जैसे आपने जनरलाइजेशन को बड़े अच्छे से समझाया।</w:t>
      </w:r>
    </w:p>
    <w:p>
      <w:r>
        <w:rPr>
          <w:b/>
        </w:rPr>
        <w:t xml:space="preserve">[17:39] </w:t>
      </w:r>
      <w:r>
        <w:t>ek aur problem hai jiski wajah se it prevents people from developing art of thinking. aur Maulana Wahiduddin Khan sahab usko dichotomous thinking kehte the ke aksar log do option mein cheezon ko dekhte hain: yes aur no, black aur white. They fail to understand that there is always a third option which is available.</w:t>
      </w:r>
    </w:p>
    <w:p>
      <w:pPr>
        <w:jc w:val="right"/>
      </w:pPr>
      <w:r>
        <w:t>एक और प्रॉब्लम है जिसकी वजह से इट प्रिवेंट्स पीपल फ्रॉम डेवलपिंग आर्ट ऑफ थिंकिंग। और मौलाना वहीदुद्दीन खान साहब उसको डाइकोटमस थिंकिंग कहते थे कि अक्सर लोग दो ऑप्शन में चीजों को देखते हैं: यस और नो, ब्लैक और वाइट। They fail to understand that there is always a third option which is available.</w:t>
      </w:r>
    </w:p>
    <w:p>
      <w:r>
        <w:rPr>
          <w:b/>
        </w:rPr>
        <w:t xml:space="preserve">[17:59] </w:t>
      </w:r>
      <w:r>
        <w:t>Now, failing to explore that third option often leads people to depression, tension, suicide, stress. to</w:t>
      </w:r>
    </w:p>
    <w:p>
      <w:pPr>
        <w:jc w:val="right"/>
      </w:pPr>
      <w:r>
        <w:t>Now, failing to explore that third option often leads people to depression, tension, suicide, stress. तो</w:t>
      </w:r>
    </w:p>
    <w:p>
      <w:r>
        <w:rPr>
          <w:b/>
        </w:rPr>
        <w:t xml:space="preserve">[18:08] </w:t>
      </w:r>
      <w:r>
        <w:t>apa, ye dichotomous thinking jo hai, ye bhi ek bahut badi rukawat hai. main chahunga is ke bare mein bhi aap hum sab ko thoda sa guidance dein. dichotomous thinking ko Urdu mein kehte hain sanai tarz-e-fikr, yaani do qismi soch.</w:t>
      </w:r>
    </w:p>
    <w:p>
      <w:pPr>
        <w:jc w:val="right"/>
      </w:pPr>
      <w:r>
        <w:t>आपा, यह डाइकोटमस थिंकिंग जो है, यह भी एक बहुत बड़ी रुकावट है। मैं चाहूंगा इसके बारे में भी आप हम सबको थोड़ा सा गाइडेंस दें। ڈائیکاٹمس تھنکنگ کو اردو میں کہتے ہیں ثنائی طرز فکر، یعنی دو قسمی سوچ۔</w:t>
      </w:r>
    </w:p>
    <w:p>
      <w:r>
        <w:rPr>
          <w:b/>
        </w:rPr>
        <w:t xml:space="preserve">[18:28] </w:t>
      </w:r>
      <w:r>
        <w:t>to ye aam, ye bhi aam wo hai,</w:t>
      </w:r>
    </w:p>
    <w:p>
      <w:pPr>
        <w:jc w:val="right"/>
      </w:pPr>
      <w:r>
        <w:t>تو یہ عام، یہ بھی عام وہ ہے،</w:t>
      </w:r>
    </w:p>
    <w:p>
      <w:r>
        <w:rPr>
          <w:b/>
        </w:rPr>
        <w:t xml:space="preserve">[18:34] </w:t>
      </w:r>
      <w:r>
        <w:t>logon mein bahut aam hai kyunke log bas black and white ke is mein perspective mein cheezon ko dekhte hain. to koi ya to koi good to good, achha to achha hi hai, bura to bura hi hai.</w:t>
      </w:r>
    </w:p>
    <w:p>
      <w:pPr>
        <w:jc w:val="right"/>
      </w:pPr>
      <w:r>
        <w:t>لوگوں میں بہت عام ہے کیونکہ لوگ بس بلیک اینڈ وائٹ کے اس میں پرسپیکٹو میں چیزوں کو دیکھتے ہیں۔ تو کوئی یا تو کوئی گڈ تو گڈ، اچھا تو اچھا ہی ہے، برا تو برا ہی ہے۔</w:t>
      </w:r>
    </w:p>
    <w:p>
      <w:r>
        <w:rPr>
          <w:b/>
        </w:rPr>
        <w:t xml:space="preserve">[18:48] </w:t>
      </w:r>
      <w:r>
        <w:t>ji, koi saint aur sinner jis ko kehte hain, to koi to bilkul hi is ko itna zyada woh kar dete hain, ooncha utha dete hain, kisi ko ek dum hi neeche gira dete hain.</w:t>
      </w:r>
    </w:p>
    <w:p>
      <w:pPr>
        <w:jc w:val="right"/>
      </w:pPr>
      <w:r>
        <w:t>جی، کوئی سینٹ اور سنر جس کو کہتے ہیں، تو کوئی تو بالکل ہی اس کو اتنا زیادہ وہ کر دیتے ہیں، اونچا اٹھا دیتے ہیں، کسی کو ایک دم ہی نیچے گرا دیتے ہیں۔</w:t>
      </w:r>
    </w:p>
    <w:p>
      <w:r>
        <w:rPr>
          <w:b/>
        </w:rPr>
        <w:t xml:space="preserve">[19:00] </w:t>
      </w:r>
      <w:r>
        <w:t>halankey aisa hota nahin</w:t>
      </w:r>
    </w:p>
    <w:p>
      <w:pPr>
        <w:jc w:val="right"/>
      </w:pPr>
      <w:r>
        <w:t>حالانکہ ایسا ہوتا نہیں</w:t>
      </w:r>
    </w:p>
    <w:p>
      <w:r>
        <w:rPr>
          <w:b/>
        </w:rPr>
        <w:t xml:space="preserve">[19:01] </w:t>
      </w:r>
      <w:r>
        <w:t>har aadmi mein kuch minus hotey hain, kuch plus hotey hain. to yeh hamare dekhne ka woh farq hai. misaal ke taur par jab yeh bohat aam misaal di jati hai ke ab jaise glass mein yeh aadha glass pani hai, to koi kahega ke aadha glass khali hai, koi kahega aadha glass bhara hua hai.</w:t>
      </w:r>
    </w:p>
    <w:p>
      <w:pPr>
        <w:jc w:val="right"/>
      </w:pPr>
      <w:r>
        <w:t>۔ ہر آدمی میں کچھ مائنس ہوتے ہیں، کچھ پلس ہوتے ہیں۔ تو یہ ہمارے دیکھنے کا وہ فرق ہے۔ مثال کے طور پر جب یہ بہت عام مثال دی جاتی ہے کہ اب جیسے گلاس میں یہ آدھا گلاس پانی ہے، تو کوئی کہے گا کہ آدھا گلاس خالی ہے، کوئی کہے گا آدھا گلاس بھرا ہوا ہے۔</w:t>
      </w:r>
    </w:p>
    <w:p>
      <w:r>
        <w:rPr>
          <w:b/>
        </w:rPr>
        <w:t xml:space="preserve">[19:21] </w:t>
      </w:r>
      <w:r>
        <w:t>to yeh halankey dono ki baat sahi hai, har aadmi mein kuch minus hota hai, kuch plus hota hai.</w:t>
      </w:r>
    </w:p>
    <w:p>
      <w:pPr>
        <w:jc w:val="right"/>
      </w:pPr>
      <w:r>
        <w:t>تو یہ حالانکہ دونوں کی بات صحیح ہے، ہر آدمی میں کچھ مائنس ہوتا ہے، کچھ پلس ہوتا ہے۔</w:t>
      </w:r>
    </w:p>
    <w:p>
      <w:r>
        <w:rPr>
          <w:b/>
        </w:rPr>
        <w:t xml:space="preserve">[19:28] </w:t>
      </w:r>
      <w:r>
        <w:t>to agar hum aur zyada gehrai se dekhen aur hamare andar ek woh hona chahiye, sympathetic andaaz hona chahiye hamara ke hum har aadmi ko is se dekhen jaise ke woh hamara bohat hi apna apna aadmi hota hai.</w:t>
      </w:r>
    </w:p>
    <w:p>
      <w:pPr>
        <w:jc w:val="right"/>
      </w:pPr>
      <w:r>
        <w:t>تو اگر ہم اور زیادہ گہرائی سے دیکھیں اور ہمارے اندر ایک وہ ہونا چاہیے، سمپیتھٹک انداز ہونا چاہیے ہمارا کہ ہم ہر آدمی کو اس سے دیکھیں جیسے کہ وہ ہمارا بہت ہی اپنا اپنا آدمی ہوتا ہے۔</w:t>
      </w:r>
    </w:p>
    <w:p>
      <w:r>
        <w:rPr>
          <w:b/>
        </w:rPr>
        <w:t xml:space="preserve">[19:47] </w:t>
      </w:r>
      <w:r>
        <w:t>to is ko hum bohat achhe alfaaz mein yaad karte hain, is ko is ki is ki khoobiyon ko bayan karte hain.</w:t>
      </w:r>
    </w:p>
    <w:p>
      <w:pPr>
        <w:jc w:val="right"/>
      </w:pPr>
      <w:r>
        <w:t>تو اس کو ہم بہت اچھے الفاظ میں یاد کرتے ہیں، اس کو اس کی اس کی خوبیوں کو بیان کرتے ہیں۔</w:t>
      </w:r>
    </w:p>
    <w:p>
      <w:r>
        <w:rPr>
          <w:b/>
        </w:rPr>
        <w:t xml:space="preserve">[19:55] </w:t>
      </w:r>
      <w:r>
        <w:t>lekin jis ko hum kuch doosra samajhte hain, jaise other log kehte hain, to is ko hum bure alfaaz mein bayan karte hain.</w:t>
      </w:r>
    </w:p>
    <w:p>
      <w:pPr>
        <w:jc w:val="right"/>
      </w:pPr>
      <w:r>
        <w:t>لیکن جس کو ہم کچھ دوسرا سمجھتے ہیں، جیسے ادر لوگ کہتے ہیں، تو اس کو ہم برے الفاظ میں بیان کرتے ہیں۔</w:t>
      </w:r>
    </w:p>
    <w:p>
      <w:r>
        <w:rPr>
          <w:b/>
        </w:rPr>
        <w:t xml:space="preserve">[20:05] </w:t>
      </w:r>
      <w:r>
        <w:t>is ki burai hi nazar aati hai kyunke aam taur par log negative hotey hain. to negative hone ki wajah se doosre logon ki hamein burai nazar aati</w:t>
      </w:r>
    </w:p>
    <w:p>
      <w:pPr>
        <w:jc w:val="right"/>
      </w:pPr>
      <w:r>
        <w:t>اس کی برائی ہی نظر آتی ہے کیونکہ عام طور پر لوگ نیگیٹیو ہوتے ہیں۔ تو نیگیٹیو ہونے کی وجہ سے دوسرے لوگوں کی ہمیں برائی نظر آتی</w:t>
      </w:r>
    </w:p>
    <w:p>
      <w:r>
        <w:rPr>
          <w:b/>
        </w:rPr>
        <w:t xml:space="preserve">[20:17] </w:t>
      </w:r>
      <w:r>
        <w:t>hai. to yeh hamein is ko baat ko gehrai se samajhna hai ke ek teesri mumkin soorat bhi hai, aur woh hai ke is ko koi bhi masla hai, to is ko hum nazar andaaz karen.</w:t>
      </w:r>
    </w:p>
    <w:p>
      <w:pPr>
        <w:jc w:val="right"/>
      </w:pPr>
      <w:r>
        <w:t>ہے۔ تو یہ ہمیں اس کو بات کو گہرائی سے سمجھنا ہے کہ ایک تیسری ممکن صورت بھی ہے، اور وہ ہے کہ اس کو کوئی بھی مسئلہ ہے، تو اس کو ہم نظر انداز کریں۔</w:t>
      </w:r>
    </w:p>
    <w:p>
      <w:r>
        <w:rPr>
          <w:b/>
        </w:rPr>
        <w:t xml:space="preserve">[20:30] </w:t>
      </w:r>
      <w:r>
        <w:t>to yeh nahin samjhen ke bas ya to ek ya yeh masla jo hai, kabhi khatam hone wala nahin hai, masla hal hone wala nahin hai. to wahan hum hamein a'iraz karna, tolerate karna, nazar andaaz karna, yeh masle ka hal hota hai.</w:t>
      </w:r>
    </w:p>
    <w:p>
      <w:pPr>
        <w:jc w:val="right"/>
      </w:pPr>
      <w:r>
        <w:t>تو یہ نہیں سمجھیں کہ بس یا تو ایک یا یہ مسئلہ جو ہے، کبھی ختم ہونے والا نہیں ہے، مسئلہ حل ہونے والا نہیں ہے۔ تو وہاں ہم ہمیں اعراض کرنا، ٹالریٹ کرنا، نظر انداز کرنا، یہ مسئلے کا حل ہوتا ہے۔</w:t>
      </w:r>
    </w:p>
    <w:p>
      <w:r>
        <w:rPr>
          <w:b/>
        </w:rPr>
        <w:t xml:space="preserve">[20:48] </w:t>
      </w:r>
      <w:r>
        <w:t>to is mein Maulana ne bohat likha hai. jaise misaal ke taur par jab procession nikalta hai to to usually aisa hota hai ke nare lagte hain.</w:t>
      </w:r>
    </w:p>
    <w:p>
      <w:pPr>
        <w:jc w:val="right"/>
      </w:pPr>
      <w:r>
        <w:t>تو اس میں مولانا نے بہت لکھا ہے۔ جیسے مثال کے طور پر جب پروسیشن نکلتا ہے تو تو یوزلی ایسا ہوتا ہے کہ نعرے لگتے ہیں۔</w:t>
      </w:r>
    </w:p>
    <w:p>
      <w:r>
        <w:rPr>
          <w:b/>
        </w:rPr>
        <w:t xml:space="preserve">[20:59] </w:t>
      </w:r>
      <w:r>
        <w:t>ab agar woh procession kisi ibadatgah se guzar raha hai to woh un ko bura lagta hai ke hamari ibadatgah ke samne aise aise nare laga rahe hain.</w:t>
      </w:r>
    </w:p>
    <w:p>
      <w:pPr>
        <w:jc w:val="right"/>
      </w:pPr>
      <w:r>
        <w:t>اب اگر وہ پروسیشن کسی عبادت گاہ سے گزر رہا ہے تو وہ ان کو برا لگتا ہے کہ ہماری عبادت گاہ کے سامنے ایسے ایسے نعرے لگا رہے ہیں۔</w:t>
      </w:r>
    </w:p>
    <w:p>
      <w:r>
        <w:rPr>
          <w:b/>
        </w:rPr>
        <w:t xml:space="preserve">[21:09] </w:t>
      </w:r>
      <w:r>
        <w:t>to ab woh samajhte hain black and white term mein sochne wale ke ya to is ko hum gawara karen ya is ko band karo</w:t>
      </w:r>
    </w:p>
    <w:p>
      <w:pPr>
        <w:jc w:val="right"/>
      </w:pPr>
      <w:r>
        <w:t>تو اب وہ سمجھتے ہیں بلیک اینڈ وائٹ ٹرم میں سوچنے والے کہ یا تو اس کو ہم گوارا کریں یا اس کو بند کرو</w:t>
      </w:r>
    </w:p>
    <w:p>
      <w:r>
        <w:rPr>
          <w:b/>
        </w:rPr>
        <w:t xml:space="preserve">[21:18] </w:t>
      </w:r>
      <w:r>
        <w:t>ain. to unhein dono hi galat lagta hai, gawara kyun karen? aur to woh band karwane ki koshish karte hain. to un ko band karwana hi jo hai, woh bahaduri nazar aati hai.</w:t>
      </w:r>
    </w:p>
    <w:p>
      <w:pPr>
        <w:jc w:val="right"/>
      </w:pPr>
      <w:r>
        <w:t>ائیں۔ تو انہیں دونوں ہی غلط لگتا ہے، گوارا کیوں کریں؟ اور تو وہ بند کروانے کی کوشش کرتے ہیں۔ تو ان کو بند کروانا ہی جو ہے، وہ بہادری نظر آتی ہے۔</w:t>
      </w:r>
    </w:p>
    <w:p>
      <w:r>
        <w:rPr>
          <w:b/>
        </w:rPr>
        <w:t xml:space="preserve">[21:28] </w:t>
      </w:r>
      <w:r>
        <w:t>halankey dono hi option galat hota hai. un ko sirf woh is is se a'iraz karna hai. ek bohat zabardast qissa tha wahan ka, nagpur ka.</w:t>
      </w:r>
    </w:p>
    <w:p>
      <w:pPr>
        <w:jc w:val="right"/>
      </w:pPr>
      <w:r>
        <w:t>حالانکہ دونوں ہی آپشن غلط ہوتا ہے۔ ان کو صرف وہ اس اس سے اعراض کرنا ہے۔ ایک بہت زبردست قصہ تھا وہاں کا، ناگپور کا۔</w:t>
      </w:r>
    </w:p>
    <w:p>
      <w:r>
        <w:rPr>
          <w:b/>
        </w:rPr>
        <w:t xml:space="preserve">[21:42] </w:t>
      </w:r>
      <w:r>
        <w:t>nagpur mein ganesh chaturthi ka bohat bada juloos nikalne wala tha.</w:t>
      </w:r>
    </w:p>
    <w:p>
      <w:pPr>
        <w:jc w:val="right"/>
      </w:pPr>
      <w:r>
        <w:t>ناگپور میں گنیش چتورتی کا بہت بڑا جلوس نکلنے والا تھا۔</w:t>
      </w:r>
    </w:p>
    <w:p>
      <w:r>
        <w:rPr>
          <w:b/>
        </w:rPr>
        <w:t xml:space="preserve">[21:48] </w:t>
      </w:r>
      <w:r>
        <w:t>to rastay mein woh masjid par rahi thi. ab bilkul poora log daray hue thay ke ab woh nare lagen ge, phir hamare youth jo hain, woh react karen ge, retaliate karen ge, aur phir fasad hoga.</w:t>
      </w:r>
    </w:p>
    <w:p>
      <w:pPr>
        <w:jc w:val="right"/>
      </w:pPr>
      <w:r>
        <w:t>تو راستے میں وہ مسجد پڑ رہی تھی۔ اب بالکل پورا لوگ ڈرے ہوئے تھے کہ اب وہ نعرے لگیں گے، پھر ہمارے یوتھ جو ہیں، وہ ری ایکٹ کریں گے، ریٹیلیٹ کریں گے، اور پھر فساد ہوگا۔</w:t>
      </w:r>
    </w:p>
    <w:p>
      <w:r>
        <w:rPr>
          <w:b/>
        </w:rPr>
        <w:t xml:space="preserve">[22:02] </w:t>
      </w:r>
      <w:r>
        <w:t>to is zamane mein tipu sultan ke ek great great grand son thay, ahmed sultan. ji, to woh Maulana ke pas aate thay.</w:t>
      </w:r>
    </w:p>
    <w:p>
      <w:pPr>
        <w:jc w:val="right"/>
      </w:pPr>
      <w:r>
        <w:t>تو اس زمانے میں ٹیپو سلطان کے ایک گریٹ گریٹ گرینڈ سن تھے، احمد سلطان۔ جی، تو وہ مولانا کے پاس آتے تھے۔</w:t>
      </w:r>
    </w:p>
    <w:p>
      <w:r>
        <w:rPr>
          <w:b/>
        </w:rPr>
        <w:t xml:space="preserve">[22:11] </w:t>
      </w:r>
      <w:r>
        <w:t>to woh kafi unhon ne kitaben waghera parhi theen. to unhon ne kya kiya</w:t>
      </w:r>
    </w:p>
    <w:p>
      <w:pPr>
        <w:jc w:val="right"/>
      </w:pPr>
      <w:r>
        <w:t>تو وہ کافی انہوں نے کتابیں وغیرہ پڑھی تھیں۔ تو انہوں نے کیا کیا</w:t>
      </w:r>
    </w:p>
    <w:p>
      <w:r>
        <w:rPr>
          <w:b/>
        </w:rPr>
        <w:t xml:space="preserve">[22:16] </w:t>
      </w:r>
      <w:r>
        <w:t>ke is masjid ke imam se mile aur unhon ne kaha ke aap das haar manga lijiyey. jab woh juloos yahan se guzre ga to us ke aage aage to leader hota hai.</w:t>
      </w:r>
    </w:p>
    <w:p>
      <w:pPr>
        <w:jc w:val="right"/>
      </w:pPr>
      <w:r>
        <w:t>کہ اس مسجد کے امام سے ملے اور انہوں نے کہا کہ آپ دس ہار منگا لیجئے۔ جب وہ جلوس یہاں سے گزرے گا تو اس کے آگے آگے تو لیڈر ہوتا ہے۔</w:t>
      </w:r>
    </w:p>
    <w:p>
      <w:r>
        <w:rPr>
          <w:b/>
        </w:rPr>
        <w:t xml:space="preserve">[22:28] </w:t>
      </w:r>
      <w:r>
        <w:t>to aap leader ke gale mein woh haar dali, un se gale mili, aur baat khatam ho jayegi.</w:t>
      </w:r>
    </w:p>
    <w:p>
      <w:pPr>
        <w:jc w:val="right"/>
      </w:pPr>
      <w:r>
        <w:t>تو آپ لیڈر کے گلے میں وہ ہار ڈالی، ان سے گلے ملی، اور بات ختم ہو جائے گی۔</w:t>
      </w:r>
    </w:p>
    <w:p>
      <w:r>
        <w:rPr>
          <w:b/>
        </w:rPr>
        <w:t xml:space="preserve">[22:35] </w:t>
      </w:r>
      <w:r>
        <w:t>to literally aise hi hua. ji, ke woh baat khatam ho gayi, log gale milne lagay. aur agar woh is ko rokte ke tum route badlo, tum nara na lagao, to phir jhagda shuru ho jata.</w:t>
      </w:r>
    </w:p>
    <w:p>
      <w:pPr>
        <w:jc w:val="right"/>
      </w:pPr>
      <w:r>
        <w:t>تو لٹرلی ایسے ہی ہوا۔ جی، کہ وہ بات ختم ہوگئی، لوگ گلے ملنے لگے۔ اور اگر وہ اس کو روکتے کہ تم روٹ بدلو، تم نعرہ نہ لگاؤ، تو پھر جھگڑا شروع ہو جاتا۔</w:t>
      </w:r>
    </w:p>
    <w:p>
      <w:r>
        <w:rPr>
          <w:b/>
        </w:rPr>
        <w:t xml:space="preserve">[22:47] </w:t>
      </w:r>
      <w:r>
        <w:t>to wohi hai ke jo think think there must be a better way to hamesha ek third option hota hai.</w:t>
      </w:r>
    </w:p>
    <w:p>
      <w:pPr>
        <w:jc w:val="right"/>
      </w:pPr>
      <w:r>
        <w:t>تو وہی ہے کہ جو think think there must be a better way تو ہمیشہ ایک تھرڈ آپشن ہوتا ہے۔</w:t>
      </w:r>
    </w:p>
    <w:p>
      <w:r>
        <w:rPr>
          <w:b/>
        </w:rPr>
        <w:t xml:space="preserve">[22:57] </w:t>
      </w:r>
      <w:r>
        <w:t>to yeh sari cheezen jo hain, hamein balkey jo Maulana ki kitaben hain, is ko bar bar parhne ki zarurat hai.</w:t>
      </w:r>
    </w:p>
    <w:p>
      <w:pPr>
        <w:jc w:val="right"/>
      </w:pPr>
      <w:r>
        <w:t>تو یہ ساری چیزیں جو ہیں، ہمیں بلکہ جو مولانا کی کتابیں ہیں، اس کو بار بار پڑھنے کی ضرورت ہے۔</w:t>
      </w:r>
    </w:p>
    <w:p>
      <w:r>
        <w:rPr>
          <w:b/>
        </w:rPr>
        <w:t xml:space="preserve">[23:05] </w:t>
      </w:r>
      <w:r>
        <w:t>kyunke unhon ne jo kuch bhi likha hai, woh bilkul real waqiat hain. woh har jagah jate thay aur un ko jo observation un ka hota tha, aur log aate thay, woh jo baaten batate thay, usi ki base par likhte thay.</w:t>
      </w:r>
    </w:p>
    <w:p>
      <w:pPr>
        <w:jc w:val="right"/>
      </w:pPr>
      <w:r>
        <w:t>کیونکہ انہوں نے جو کچھ بھی لکھا ہے، وہ بالکل ریل واقعات ہیں۔ وہ ہر جگہ جاتے تھے اور ان کو جو ابزرویشن ان کا ہوتا تھا، اور لوگ آتے تھے، وہ جو باتیں بتاتے تھے، اسی کی بیس پر لکھتے تھے۔</w:t>
      </w:r>
    </w:p>
    <w:p>
      <w:r>
        <w:rPr>
          <w:b/>
        </w:rPr>
        <w:t xml:space="preserve">[23:22] </w:t>
      </w:r>
      <w:r>
        <w:t>kahin bhi koi kahani, qissa wali baatein nahin hain. to is liye bohat aasani se is ko hum samajh sakte hain aur is ko hum apni zindagi mein apply kar sakte hain.</w:t>
      </w:r>
    </w:p>
    <w:p>
      <w:pPr>
        <w:jc w:val="right"/>
      </w:pPr>
      <w:r>
        <w:t>کہیں بھی کوئی کہانی، قصہ والی باتیں نہیں ہیں۔ تو اس لیے بہت آسانی سے اس کو ہم سمجھ سکتے ہیں اور اس کو ہم اپنی زندگیوں میں اپلائی کر سکتے ہیں۔</w:t>
      </w:r>
    </w:p>
    <w:p>
      <w:r>
        <w:rPr>
          <w:b/>
        </w:rPr>
        <w:t xml:space="preserve">[23:33] </w:t>
      </w:r>
      <w:r>
        <w:t>to aise to bohat sare waqiat hain. main main sirf chand waqiat aise liye hain. maine ek baar ek company ke ek manager the aur ek director the.</w:t>
      </w:r>
    </w:p>
    <w:p>
      <w:pPr>
        <w:jc w:val="right"/>
      </w:pPr>
      <w:r>
        <w:t>تو ایسے تو بہت سارے واقعات ہیں۔ میں میں صرف چند واقعات ایسے لیے ہیں۔ میں نے ایک بار ایک کمپنی کے ایک مینیجر تھے اور ایک ڈائریکٹر تھے۔</w:t>
      </w:r>
    </w:p>
    <w:p>
      <w:r>
        <w:rPr>
          <w:b/>
        </w:rPr>
        <w:t xml:space="preserve">[23:47] </w:t>
      </w:r>
      <w:r>
        <w:t>to dono mein jhagda ho gaya,</w:t>
      </w:r>
    </w:p>
    <w:p>
      <w:pPr>
        <w:jc w:val="right"/>
      </w:pPr>
      <w:r>
        <w:t>تو دونوں میں جھگڑا ہو گیا،</w:t>
      </w:r>
    </w:p>
    <w:p>
      <w:r>
        <w:rPr>
          <w:b/>
        </w:rPr>
        <w:t xml:space="preserve">[23:50] </w:t>
      </w:r>
      <w:r>
        <w:t>zabardast jhagda hua. yahan tak ke manager ne kaha ke main to khudkushi kar loon ga. aur main abba ke janne wale the, to khudkushi kar loon ga.</w:t>
      </w:r>
    </w:p>
    <w:p>
      <w:pPr>
        <w:jc w:val="right"/>
      </w:pPr>
      <w:r>
        <w:t>زبردست جھگڑا ہوا۔ یہاں تک کہ مینیجر نے کہا کہ میں تو خودکشی کر لوں گا۔ اور میں ابا کے جاننے والے تھے، تو خودکشی کر لوں گا۔</w:t>
      </w:r>
    </w:p>
    <w:p>
      <w:r>
        <w:rPr>
          <w:b/>
        </w:rPr>
        <w:t xml:space="preserve">[24:01] </w:t>
      </w:r>
      <w:r>
        <w:t>wo aaye to Maulana ne kaha, "khudkushi karne ki kya zaroorat hai? tum itne achhe, tumhare andar itni zabardast salahiyat hai, tum wo chhod do wahan, is company ko, aur chale jao kahin Dubai, Dubai chale jao, bahar chale jao.</w:t>
      </w:r>
    </w:p>
    <w:p>
      <w:pPr>
        <w:jc w:val="right"/>
      </w:pPr>
      <w:r>
        <w:t>وہ آئے تو مولانا نے کہا، "خودکشی کرنے کی کیا ضرورت ہے؟ تم اتنے اچھے، تمہارے اندر اتنی زبردست صلاحیت ہے، تم وہ چھوڑ دو وہاں، اس کمپنی کو، اور چلے جاؤ کہیں دبئی، دبئی چلے جاؤ، باہر چلے جاؤ۔</w:t>
      </w:r>
    </w:p>
    <w:p>
      <w:r>
        <w:rPr>
          <w:b/>
        </w:rPr>
        <w:t xml:space="preserve">[24:18] </w:t>
      </w:r>
      <w:r>
        <w:t>" to wo chale gaye Dubai aur wahan un ko zabardast kamyabi hui. pehle ke muqable mein bhi wo bohat zyada kamyab hue.</w:t>
      </w:r>
    </w:p>
    <w:p>
      <w:pPr>
        <w:jc w:val="right"/>
      </w:pPr>
      <w:r>
        <w:t>" تو وہ چلے گئے دبئی اور وہاں ان کو زبردست کامیابی ہوئی۔ پہلے کے مقابلے میں بھی وہ بہت زیادہ کامیاب ہوئے۔</w:t>
      </w:r>
    </w:p>
    <w:p>
      <w:r>
        <w:rPr>
          <w:b/>
        </w:rPr>
        <w:t xml:space="preserve">[24:26] </w:t>
      </w:r>
      <w:r>
        <w:t>ji, to ye jo hai, yahi hota hai leader ka, reformer ka role ke aise mauqe par logon ko rehnumai de ke third option bhi hota hai.</w:t>
      </w:r>
    </w:p>
    <w:p>
      <w:pPr>
        <w:jc w:val="right"/>
      </w:pPr>
      <w:r>
        <w:t>جی، تو یہ جو ہے، یہی ہوتا ہے لیڈر کا، ریفارمر کا رول کہ ایسے موقع پر لوگوں کو رہنمائی دے کہ تھرڈ آپشن بھی ہوتا ہے۔</w:t>
      </w:r>
    </w:p>
    <w:p>
      <w:r>
        <w:rPr>
          <w:b/>
        </w:rPr>
        <w:t xml:space="preserve">[24:38] </w:t>
      </w:r>
      <w:r>
        <w:t>kyun ke us waqt insan bohat zyada emotional ho jata hai, to wo zyada soch nahin pata. to</w:t>
      </w:r>
    </w:p>
    <w:p>
      <w:pPr>
        <w:jc w:val="right"/>
      </w:pPr>
      <w:r>
        <w:t>کیونکہ اس وقت انسان بہت زیادہ ایموشنل ہو جاتا ہے، تو وہ زیادہ سوچ نہیں پاتا۔ تو</w:t>
      </w:r>
    </w:p>
    <w:p>
      <w:r>
        <w:rPr>
          <w:b/>
        </w:rPr>
        <w:t xml:space="preserve">[24:46] </w:t>
      </w:r>
      <w:r>
        <w:t>aise mauqe par agar</w:t>
      </w:r>
    </w:p>
    <w:p>
      <w:pPr>
        <w:jc w:val="right"/>
      </w:pPr>
      <w:r>
        <w:t>ایسے موقع پر اگر</w:t>
      </w:r>
    </w:p>
    <w:p>
      <w:r>
        <w:rPr>
          <w:b/>
        </w:rPr>
        <w:t xml:space="preserve">[24:51] </w:t>
      </w:r>
      <w:r>
        <w:t>koi sahi rehnumai de de to bilkul wo bilkul khudkushi karne ke liye tayyar the. ji, aur baad mein wo itna zabardast un ko kamyabi hasil hui.</w:t>
      </w:r>
    </w:p>
    <w:p>
      <w:pPr>
        <w:jc w:val="right"/>
      </w:pPr>
      <w:r>
        <w:t>کوئی صحیح رہنمائی دے دے تو بالکل وہ بالکل خودکشی کرنے کے لیے تیار تھے۔ جی، اور بعد میں وہ اتنا زبردست ان کو کامیابی حاصل ہوئی۔</w:t>
      </w:r>
    </w:p>
    <w:p>
      <w:r>
        <w:rPr>
          <w:b/>
        </w:rPr>
        <w:t xml:space="preserve">[25:01] </w:t>
      </w:r>
      <w:r>
        <w:t>to ye hai dichotomous thinking. aur is se logon ko agar aur detail mein un ko padhna, wo to Maulana ki bohat sari kitabon mein ye</w:t>
      </w:r>
    </w:p>
    <w:p>
      <w:pPr>
        <w:jc w:val="right"/>
      </w:pPr>
      <w:r>
        <w:t>تو یہ ہے ڈائیکاٹمس تھنکنگ۔ اور اس سے لوگوں کو اگر اور ڈیٹیل میں ان کو پڑھنا، وہ تو مولانا کی بہت ساری کتابوں میں یہ</w:t>
      </w:r>
    </w:p>
    <w:p>
      <w:r>
        <w:rPr>
          <w:b/>
        </w:rPr>
        <w:t xml:space="preserve">[25:13] </w:t>
      </w:r>
      <w:r>
        <w:t>ye jo hai topic deal kiya gaya hai, is ko padh ke wo samajh sakte hain. ji jazak Allah aap. apa, agla sawal lene se pehle kuch comments padhna chahoon ga.</w:t>
      </w:r>
    </w:p>
    <w:p>
      <w:pPr>
        <w:jc w:val="right"/>
      </w:pPr>
      <w:r>
        <w:t>یہ جو ہے ٹاپک ڈیل کیا گیا ہے، اس کو پڑھ کے وہ سمجھ سکتے ہیں۔ جی جزاک اللہ آپا۔ آپا، اگلا سوال لینے سے پہلے کچھ کمنٹس پڑھنا چاہوں گا۔</w:t>
      </w:r>
    </w:p>
    <w:p>
      <w:r>
        <w:rPr>
          <w:b/>
        </w:rPr>
        <w:t xml:space="preserve">[25:23] </w:t>
      </w:r>
      <w:r>
        <w:t>ek sawal bhi aaya hai. comments mein pehle padhna chahoon ga. ye comment bheja hai Dr. Aslam Khan sahib ne Saharanpur se.</w:t>
      </w:r>
    </w:p>
    <w:p>
      <w:pPr>
        <w:jc w:val="right"/>
      </w:pPr>
      <w:r>
        <w:t>ایک سوال بھی آیا ہے۔ کمنٹس میں پہلے پڑھنا چاہوں گا۔ یہ کمنٹ بھیجا ہے ڈاکٹر اسلم خان صاحب نے سارن پور سے۔</w:t>
      </w:r>
    </w:p>
    <w:p>
      <w:r>
        <w:rPr>
          <w:b/>
        </w:rPr>
        <w:t xml:space="preserve">[25:31] </w:t>
      </w:r>
      <w:r>
        <w:t>unhon ne likha hai: "Maulana Wahiduddin Khan sahib told us that the art of thinking involves cultivating critical and creative thinking skills, considering diverse perspectives and approaching problems with curiosity and an open mind.</w:t>
      </w:r>
    </w:p>
    <w:p>
      <w:pPr>
        <w:jc w:val="right"/>
      </w:pPr>
      <w:r>
        <w:t>انہوں نے لکھا ہے: "مولانا وحد الدین خان صاحب ٹولڈ اس دیٹ دی آرٹ آف تھنکنگ انوالوز کلٹیویٹنگ کریٹیکل اینڈ کریٹیو تھنکنگ سکلز، کنسیڈرنگ ڈائیورس پرسپیکٹوز اینڈ اپروچنگ پرابلمز ود کریوسٹی اینڈ این اوپن مائنڈ۔</w:t>
      </w:r>
    </w:p>
    <w:p>
      <w:r>
        <w:rPr>
          <w:b/>
        </w:rPr>
        <w:t xml:space="preserve">[25:46] </w:t>
      </w:r>
      <w:r>
        <w:t>It's about refining one's mental processes to make sound decisions and solve complex problems effectively."</w:t>
      </w:r>
    </w:p>
    <w:p>
      <w:pPr>
        <w:jc w:val="right"/>
      </w:pPr>
      <w:r>
        <w:t>اٹس اباؤٹ ریفائننگ ونز مینٹل پروسیسز ٹو میک ساؤنڈ ڈیسیژنز اینڈ سالو کمپلیکس پرابلمز ایفیکٹول</w:t>
      </w:r>
    </w:p>
    <w:p>
      <w:r>
        <w:rPr>
          <w:b/>
        </w:rPr>
        <w:t xml:space="preserve">[25:55] </w:t>
      </w:r>
      <w:r>
        <w:t>Maulana Iqbal Umri ne Chennai se likha hai: "Quran mein qaul Siddiq jis ko kaha gaya hai, wo yahi hai ke right thinking ikhtiyar karein." Aaj ka topic Maulana ka aisa topic hai jis ki zaroorat sare insano ko hai.</w:t>
      </w:r>
    </w:p>
    <w:p>
      <w:pPr>
        <w:jc w:val="right"/>
      </w:pPr>
      <w:r>
        <w:t>ی۔" مولانا اقبال عمری نے چنئی سے لکھا ہے: "قرآن میں قول صدیق جس کو کہا گیا ہے، وہ یہی ہے کہ رائٹ تھنکنگ اختیار کریں۔" آج کا ٹاپک مولانا کا ایسا ٹاپک ہے جس کی ضرورت سارے انسانوں کو ہے۔</w:t>
      </w:r>
    </w:p>
    <w:p>
      <w:r>
        <w:rPr>
          <w:b/>
        </w:rPr>
        <w:t xml:space="preserve">[26:11] </w:t>
      </w:r>
      <w:r>
        <w:t>Jazak Allah apa. Miss Fareeda Kamran ne Pakistan se likha hai: "Jazak Allah very constructive talk to personality development.</w:t>
      </w:r>
    </w:p>
    <w:p>
      <w:pPr>
        <w:jc w:val="right"/>
      </w:pPr>
      <w:r>
        <w:t>جزاک اللہ آپا۔ مس فریدہ کامران نے پاکستان سے لکھا ہے: "جزاک اللہ ویری کنسٹرکٹو ٹاک ٹو پرسنیلٹی ڈیولپمنٹ۔</w:t>
      </w:r>
    </w:p>
    <w:p>
      <w:r>
        <w:rPr>
          <w:b/>
        </w:rPr>
        <w:t xml:space="preserve">[26:20] </w:t>
      </w:r>
      <w:r>
        <w:t>May Allah bless you all."</w:t>
      </w:r>
    </w:p>
    <w:p>
      <w:pPr>
        <w:jc w:val="right"/>
      </w:pPr>
      <w:r>
        <w:t>می اللہ بلیس یو آل۔"</w:t>
      </w:r>
    </w:p>
    <w:p>
      <w:r>
        <w:rPr>
          <w:b/>
        </w:rPr>
        <w:t xml:space="preserve">[26:22] </w:t>
      </w:r>
      <w:r>
        <w:t>Miss Bushra Patauli Hyderabad Pakistan se apa. Un ka comment bhi hai aur ek sawal bhi hai. Un ka comment ye hai: "Unhon ne likha hai some phenomena we watch throughout our life, for example our politicians and elites who are exploiting the weak and the poor." Un ka phir sawal hai apa ke how can we think positive for such a negative situation which is very obvious in our institutions</w:t>
      </w:r>
    </w:p>
    <w:p>
      <w:pPr>
        <w:jc w:val="right"/>
      </w:pPr>
      <w:r>
        <w:t>مس بشرا پٹولی حیدرآباد پاکستان سے آپا۔ ان کا کمنٹ بھی ہے اور ایک سوال بھی ہے۔ ان کا کمنٹ یہ ہے: "انہوں نے لکھا ہے سم فیناومینا وی واچ تھرو آؤٹ اور لائف، فار ایگزامپل اور پولیٹیشنز اینڈ ایلیٹس ہو آر ایکسپلائٹنگ دا ویک اینڈ دا پور۔" ان کا پھر سوال ہے آپا کہ how can we think positive for such a negative situation which is very obvious in our institu</w:t>
      </w:r>
    </w:p>
    <w:p>
      <w:r>
        <w:rPr>
          <w:b/>
        </w:rPr>
        <w:t xml:space="preserve">[26:51] </w:t>
      </w:r>
      <w:r>
        <w:t>institutions is ke bare mein batayein. Maulana yahi kehte the ke result dekhna chahiye. Ji, hamara har action result oriented hona chahiye.</w:t>
      </w:r>
    </w:p>
    <w:p>
      <w:pPr>
        <w:jc w:val="right"/>
      </w:pPr>
      <w:r>
        <w:t>tions اس کے بارے میں بتائیں۔ مولانا یہی کہتے تھے کہ رزلٹ دیکھنا چاہیے۔ جی، ہمارا ہر ایکشن رزلٹ اورینٹڈ ہونا چاہیے۔</w:t>
      </w:r>
    </w:p>
    <w:p>
      <w:r>
        <w:rPr>
          <w:b/>
        </w:rPr>
        <w:t xml:space="preserve">[27:02] </w:t>
      </w:r>
      <w:r>
        <w:t>to ye to sare tajrube mujhe bhi ho chuke hain. Ji, ke ye sab hota hai institutions mein. log ek doosre ke khilaf hote hain aur tarah tarah se pareshan karte hain.</w:t>
      </w:r>
    </w:p>
    <w:p>
      <w:pPr>
        <w:jc w:val="right"/>
      </w:pPr>
      <w:r>
        <w:t>تو یہ تو سارے تجربے مجھے بھی ہو چکے ہیں۔ جی، کہ یہ سب ہوتا ہے انسٹیٹیوشنز میں۔ لوگ ایک دوسرے کے خلاف ہوتے ہیں اور طرح طرح سے پریشان کرتے ہیں۔</w:t>
      </w:r>
    </w:p>
    <w:p>
      <w:r>
        <w:rPr>
          <w:b/>
        </w:rPr>
        <w:t xml:space="preserve">[27:14] </w:t>
      </w:r>
      <w:r>
        <w:t>to wahan par humein</w:t>
      </w:r>
    </w:p>
    <w:p>
      <w:pPr>
        <w:jc w:val="right"/>
      </w:pPr>
      <w:r>
        <w:t>تو وہاں پر ہمیں</w:t>
      </w:r>
    </w:p>
    <w:p>
      <w:r>
        <w:rPr>
          <w:b/>
        </w:rPr>
        <w:t xml:space="preserve">[27:19] </w:t>
      </w:r>
      <w:r>
        <w:t>positive planning karna chahiye.</w:t>
      </w:r>
    </w:p>
    <w:p>
      <w:pPr>
        <w:jc w:val="right"/>
      </w:pPr>
      <w:r>
        <w:t>پازیٹیو پلاننگ کرنا چاہیے۔</w:t>
      </w:r>
    </w:p>
    <w:p>
      <w:r>
        <w:rPr>
          <w:b/>
        </w:rPr>
        <w:t xml:space="preserve">[27:23] </w:t>
      </w:r>
      <w:r>
        <w:t>to hum agar isi waqt, agar hum foran baghair soche samjhe jawab dene lag jayen ge na, to wo baat aur badhti hai. Ji, balkeh soch samajh ke agar hum kaam karein to humein koi achha is ka solution samajh mein aa jata hai.</w:t>
      </w:r>
    </w:p>
    <w:p>
      <w:pPr>
        <w:jc w:val="right"/>
      </w:pPr>
      <w:r>
        <w:t>تو ہم اگر اسی وقت، اگر ہم فوراً بغیر سوچے سمجھے جواب دینے لگ جائیں گے نا، تو وہ بات اور بڑھتی ہے۔ جی، بلکہ سوچ سمجھ کے اگر ہم کام کریں تو ہمیں کوئی اچھا اس کا سلویوشن سمجھ میں آ جاتا ہے۔</w:t>
      </w:r>
    </w:p>
    <w:p>
      <w:r>
        <w:rPr>
          <w:b/>
        </w:rPr>
        <w:t xml:space="preserve">[27:38] </w:t>
      </w:r>
      <w:r>
        <w:t>hum kisi khaas mauqe par is ki madad kar dein to wo, wo, wo bhi bohat kaam aata hai. aur, aur ye mere sath to bohat bar bar hua hai.</w:t>
      </w:r>
    </w:p>
    <w:p>
      <w:pPr>
        <w:jc w:val="right"/>
      </w:pPr>
      <w:r>
        <w:t>ہم کسی خاص موقع پر اس کی مدد کر دیں تو وہ، وہ، وہ بھی بہت کام آتا ہے۔ اور، اور یہ میرے ساتھ تو بہت بار بار ہوا ہے۔</w:t>
      </w:r>
    </w:p>
    <w:p>
      <w:r>
        <w:rPr>
          <w:b/>
        </w:rPr>
        <w:t xml:space="preserve">[27:49] </w:t>
      </w:r>
      <w:r>
        <w:t>bahut sakht sakht logon ne kuch keh diya lekin foran maine jawab nahi diya. baad mein woh log ko khud hi agar hum jawab na dein na, to baad mein khud hi unko realize hota hai.</w:t>
      </w:r>
    </w:p>
    <w:p>
      <w:pPr>
        <w:jc w:val="right"/>
      </w:pPr>
      <w:r>
        <w:t>بہت سخت سخت لوگوں نے کچھ کہہ دیا لیکن فوراً میں نے جواب نہیں دیا۔ بعد میں وہ لوگ کو خود ہی اگر ہم جواب نہ دیں نا، تو بعد میں خود ہی ان کو ریلائز ہوتا ہے۔</w:t>
      </w:r>
    </w:p>
    <w:p>
      <w:r>
        <w:rPr>
          <w:b/>
        </w:rPr>
        <w:t xml:space="preserve">[28:01] </w:t>
      </w:r>
      <w:r>
        <w:t>kyunke har insan ke andar to consciousness hai aur woh consciousness jo hai, woh jab awaken hota hai to usko khud ehsaas ho jata hai ke ghalti uski thi.</w:t>
      </w:r>
    </w:p>
    <w:p>
      <w:pPr>
        <w:jc w:val="right"/>
      </w:pPr>
      <w:r>
        <w:t>کیونکہ ہر انسان کے اندر تو کانشیس ہے اور وہ کانشیس جو ہے، وہ جب اویکن ہوتا ہے تو اس کو خود احساس ہو جاتا ہے کہ غلطی اس کی تھی۔</w:t>
      </w:r>
    </w:p>
    <w:p>
      <w:r>
        <w:rPr>
          <w:b/>
        </w:rPr>
        <w:t xml:space="preserve">[28:13] </w:t>
      </w:r>
      <w:r>
        <w:t>ji, hamari ghalti nahi thi.</w:t>
      </w:r>
    </w:p>
    <w:p>
      <w:pPr>
        <w:jc w:val="right"/>
      </w:pPr>
      <w:r>
        <w:t>جی، ہماری غلطی نہیں تھی۔</w:t>
      </w:r>
    </w:p>
    <w:p>
      <w:r>
        <w:rPr>
          <w:b/>
        </w:rPr>
        <w:t xml:space="preserve">[28:15] </w:t>
      </w:r>
      <w:r>
        <w:t>to woh asal mein kya hai ke jaisa mauqa ho, usi waise hi samajhna padega kya mauqa hai. ji, wahan usko kis tareeqe se hal kiya jaye.</w:t>
      </w:r>
    </w:p>
    <w:p>
      <w:pPr>
        <w:jc w:val="right"/>
      </w:pPr>
      <w:r>
        <w:t>تو وہ اصل میں کیا ہے کہ جیسا موقع ہو، اسی ویسے ہی سمجھنا پڑے گا کیا موقع ہے۔ جی، وہاں اس کو کس طریقے سے حل کیا جائے۔</w:t>
      </w:r>
    </w:p>
    <w:p>
      <w:r>
        <w:rPr>
          <w:b/>
        </w:rPr>
        <w:t xml:space="preserve">[28:25] </w:t>
      </w:r>
      <w:r>
        <w:t>ji, to to is tareeqe se hum, hum, main kai baar hum koi khaas madad kar diya. kisi ko koi kitaab chahiye, kisi ko aur koi cheez chahiye to hum acche taalluqaat bhi bana ke rakhna chahiye</w:t>
      </w:r>
    </w:p>
    <w:p>
      <w:pPr>
        <w:jc w:val="right"/>
      </w:pPr>
      <w:r>
        <w:t>جی، تو تو اس طریقے سے ہم، ہم، میں کئی بار ہم کوئی خاص مدد کر دیا۔ کسی کو کوئی کتاب چاہیے، کسی کو اور کوئی چیز چاہیے تو ہم اچھے تعلقات بھی بنا کے رکھنا چاہیے</w:t>
      </w:r>
    </w:p>
    <w:p>
      <w:r>
        <w:rPr>
          <w:b/>
        </w:rPr>
        <w:t xml:space="preserve">[28:38] </w:t>
      </w:r>
      <w:r>
        <w:t>ek doosre se. jaise hum, jaise hum apne ghar walon ki madad karte hain, waise hi jahan hum kaam karte hain, wahan par hamara saara time wahan guzarta hai.</w:t>
      </w:r>
    </w:p>
    <w:p>
      <w:pPr>
        <w:jc w:val="right"/>
      </w:pPr>
      <w:r>
        <w:t>ایک دوسرے سے۔ جیسے ہم، جیسے ہم اپنے گھر والوں کی مدد کرتے ہیں، ویسے ہی جہاں ہم کام کرتے ہیں، وہاں پر ہمارا سارا ٹائم وہاں گزرتا ہے۔</w:t>
      </w:r>
    </w:p>
    <w:p>
      <w:r>
        <w:rPr>
          <w:b/>
        </w:rPr>
        <w:t xml:space="preserve">[28:47] </w:t>
      </w:r>
      <w:r>
        <w:t>to wahan bhi hamein ek doosre ki madad karna chahiye. students hain, unko humne kitaabein dete hain, hum unko har tarah se hum madad karte hain unki.</w:t>
      </w:r>
    </w:p>
    <w:p>
      <w:pPr>
        <w:jc w:val="right"/>
      </w:pPr>
      <w:r>
        <w:t>تو وہاں بھی ہمیں ایک دوسرے کی مدد کرنا چاہیے۔ سٹوڈنٹس ہیں، ان کو ہم نے کتابیں دیتے ہیں، ہم ان کو ہر طرح سے ہم مدد کرتے ہیں ان کی۔</w:t>
      </w:r>
    </w:p>
    <w:p>
      <w:r>
        <w:rPr>
          <w:b/>
        </w:rPr>
        <w:t xml:space="preserve">[28:56] </w:t>
      </w:r>
      <w:r>
        <w:t>to woh sab hamare, hum, hamein bahut zyada hamara khayal rakhte hain. woh bhi to yeh do tarafah hog</w:t>
      </w:r>
    </w:p>
    <w:p>
      <w:pPr>
        <w:jc w:val="right"/>
      </w:pPr>
      <w:r>
        <w:t>تو وہ سب ہمارے، ہم، ہمیں بہت زیادہ ہمارا خیال رکھتے ہیں۔ وہ بھی تو یہ دو طرفہ ہوگ</w:t>
      </w:r>
    </w:p>
    <w:p>
      <w:r>
        <w:rPr>
          <w:b/>
        </w:rPr>
        <w:t xml:space="preserve">[29:05] </w:t>
      </w:r>
      <w:r>
        <w:t>a. agar hum chahein ke sirf hamari log, hum, hum se log acche tareeqe se rahein aur hum unke liye kuch na karein to yeh, yeh possible nahi hai, practical nahi hai.</w:t>
      </w:r>
    </w:p>
    <w:p>
      <w:pPr>
        <w:jc w:val="right"/>
      </w:pPr>
      <w:r>
        <w:t>ا۔ اگر ہم چاہیں کہ صرف ہماری لوگ، ہم، ہم سے لوگ اچھے طریقے سے رہیں اور ہم ان کے لیے کچھ نہ کریں تو یہ، یہ پاسیبل نہیں ہے، پریکٹیکل نہیں ہے۔</w:t>
      </w:r>
    </w:p>
    <w:p>
      <w:r>
        <w:rPr>
          <w:b/>
        </w:rPr>
        <w:t xml:space="preserve">[29:15] </w:t>
      </w:r>
      <w:r>
        <w:t>ji, aur apa ek cheez aur bhi hai ke Maulana sahib aisi situations ko le ke yeh bhi kaha karte the ke aap apne ko negativity se b</w:t>
      </w:r>
    </w:p>
    <w:p>
      <w:pPr>
        <w:jc w:val="right"/>
      </w:pPr>
      <w:r>
        <w:t>جی، اور آپا ایک چیز اور بھی ہے کہ مولانا صاحب ایسی سچویشنز کو لے کے یہ بھی کہا کرتے تھے کہ آپ اپنے کو نیگیٹیوٹی سے ب</w:t>
      </w:r>
    </w:p>
    <w:p>
      <w:r>
        <w:rPr>
          <w:b/>
        </w:rPr>
        <w:t xml:space="preserve">[29:25] </w:t>
      </w:r>
      <w:r>
        <w:t>achaiye. matlab jaise agar saamne wala corrupt hai, evil hai to we have to understand that this is because of the creation plan of God ke Khuda ne sab ko ek freedom di hai.</w:t>
      </w:r>
    </w:p>
    <w:p>
      <w:pPr>
        <w:jc w:val="right"/>
      </w:pPr>
      <w:r>
        <w:t>چائیے۔ مطلب جیسے اگر سامنے والا کرپٹ ہے، ایول ہے تو we have to understand that this is because of the creation plan of God کہ خدا نے سب کو ایک فریڈم دی ہے۔</w:t>
      </w:r>
    </w:p>
    <w:p>
      <w:r>
        <w:rPr>
          <w:b/>
        </w:rPr>
        <w:t xml:space="preserve">[29:36] </w:t>
      </w:r>
      <w:r>
        <w:t>Now some people will definitely misuse their freedom and there will be some people who will use their freedom rightly. to jab aap aisi situation dekhte hain to aap frustration mein ya hopeless ness mein ya negativity mein na parein.</w:t>
      </w:r>
    </w:p>
    <w:p>
      <w:pPr>
        <w:jc w:val="right"/>
      </w:pPr>
      <w:r>
        <w:t>Now some people will definitely misuse their freedom and there will be some people who will use their freedomrightly. تو جب آپ ایسی سچویشن دیکھتے ہیں تو آپ فرسٹریشن میں یا ہوپ لیسنس میں یا نیگیٹیوٹی میں نہ پڑیں۔</w:t>
      </w:r>
    </w:p>
    <w:p>
      <w:r>
        <w:rPr>
          <w:b/>
        </w:rPr>
        <w:t xml:space="preserve">[29:51] </w:t>
      </w:r>
      <w:r>
        <w:t>aap apne aap ko b</w:t>
      </w:r>
    </w:p>
    <w:p>
      <w:pPr>
        <w:jc w:val="right"/>
      </w:pPr>
      <w:r>
        <w:t>آپ اپنے آپ کو ب</w:t>
      </w:r>
    </w:p>
    <w:p>
      <w:r>
        <w:rPr>
          <w:b/>
        </w:rPr>
        <w:t xml:space="preserve">[29:52] </w:t>
      </w:r>
      <w:r>
        <w:t>achaiye. to woh bahut insist karte the ke save yourself and we can at least lead our lives with the highest ethical conduct, good behavior, good speech, good words.</w:t>
      </w:r>
    </w:p>
    <w:p>
      <w:pPr>
        <w:jc w:val="right"/>
      </w:pPr>
      <w:r>
        <w:t>چائیے۔ تو وہ بہت انسسٹ کرتے تھے کہ save yourself and we can at least lead our lives with the highest ethical conduct, good behavior, good speech, good words.</w:t>
      </w:r>
    </w:p>
    <w:p>
      <w:r>
        <w:rPr>
          <w:b/>
        </w:rPr>
        <w:t xml:space="preserve">[30:04] </w:t>
      </w:r>
      <w:r>
        <w:t>hazrat Aisha bhi apa kehti thi ke prophet hamesha emphasize karte the good words ko ke woh kaha karte the ke if you speak good words then it is sealed till the day of judgment.</w:t>
      </w:r>
    </w:p>
    <w:p>
      <w:pPr>
        <w:jc w:val="right"/>
      </w:pPr>
      <w:r>
        <w:t>حضرت عائشہ بھی آپا کہتی تھیں کہ پرافٹ ہمیشہ ایمفسائز کرتے تھے گڈ ورڈز کو کہ وہ کہا کرتے تھے کہ if you speak good words then it is sealed till the day of judgment.</w:t>
      </w:r>
    </w:p>
    <w:p>
      <w:r>
        <w:rPr>
          <w:b/>
        </w:rPr>
        <w:t xml:space="preserve">[30:16] </w:t>
      </w:r>
      <w:r>
        <w:t>to yeh situations to aayengi</w:t>
      </w:r>
    </w:p>
    <w:p>
      <w:pPr>
        <w:jc w:val="right"/>
      </w:pPr>
      <w:r>
        <w:t>تو یہ سچویشنز تو آئیں گی</w:t>
      </w:r>
    </w:p>
    <w:p>
      <w:r>
        <w:rPr>
          <w:b/>
        </w:rPr>
        <w:t xml:space="preserve">[30:19] </w:t>
      </w:r>
      <w:r>
        <w:t>aayengi. hamein bas yeh dekhna hai ke hum apne aap ko kaise bachayein aisi negativity se aur aisi situation se. ye maine bahut dekha hai. ji, ke jo log jo hain, jo is is ko solution unke paas, jis ke paas nahi hai, yeh baat creation plan wali baat nahi samajhte hain.</w:t>
      </w:r>
    </w:p>
    <w:p>
      <w:pPr>
        <w:jc w:val="right"/>
      </w:pPr>
      <w:r>
        <w:t>آئیں گی۔ ہمیں بس یہ دیکھنا ہے کہ ہم اپنے آپ کو کیسے بچائیں ایسی نیگیٹیوٹی سے اور ایسی سچویشن سے۔ ये मैंने बहुत देखा है। جی، کہ جو لوگ جو ہیں، جو اس اس کو سلویوشن ان کے پاس، جس کے پاس نہیں ہے، یہ بات کریشن پلان والی بات نہیں سمجھتے ہیں۔</w:t>
      </w:r>
    </w:p>
    <w:p>
      <w:r>
        <w:rPr>
          <w:b/>
        </w:rPr>
        <w:t xml:space="preserve">[30:38] </w:t>
      </w:r>
      <w:r>
        <w:t>ji, to woh bhid jaate hain. haan,</w:t>
      </w:r>
    </w:p>
    <w:p>
      <w:pPr>
        <w:jc w:val="right"/>
      </w:pPr>
      <w:r>
        <w:t>जी, तो वो भिड़ जाते हैं। ہاں،</w:t>
      </w:r>
    </w:p>
    <w:p>
      <w:r>
        <w:rPr>
          <w:b/>
        </w:rPr>
        <w:t xml:space="preserve">[30:40] </w:t>
      </w:r>
      <w:r>
        <w:t>to ek sahiba to itna zyada tension mein rehti thi, itna zyada tension mein rehti thi ke baqayda bimar ho gayi aur bahut jald unka inteqal ho gaya.</w:t>
      </w:r>
    </w:p>
    <w:p>
      <w:pPr>
        <w:jc w:val="right"/>
      </w:pPr>
      <w:r>
        <w:t>تو ایک صاحبہ تو اتنا زیادہ ٹینشن میں رہتی تھیں، اتنا زیادہ ٹینشن میں رہتی تھیں کہ باقاعدہ بیمار ہو گئیں اور بہت جلد ان کا انتقال ہو گیا۔</w:t>
      </w:r>
    </w:p>
    <w:p>
      <w:r>
        <w:rPr>
          <w:b/>
        </w:rPr>
        <w:t xml:space="preserve">[30:51] </w:t>
      </w:r>
      <w:r>
        <w:t>wo tension mein itna zyada unko rehta tha. to main to tension mein rehti hi nahi thi. main sochti thi ke yeh to creation plan jo Maulana ne bata diya hai na, us se saare masle hal ho jaate hain.</w:t>
      </w:r>
    </w:p>
    <w:p>
      <w:pPr>
        <w:jc w:val="right"/>
      </w:pPr>
      <w:r>
        <w:t>वो टेंशन में इतना ज्यादा उनको रहता था। تو میں تو ٹینشن میں رہتی ہی نہیں تھی۔ मैं सोचती थी कि ये तो کریشن پلان جو مولانا نے بتا دیا ہے نا، اس سے سارے مسئلے حل ہو جاتے ہیں۔</w:t>
      </w:r>
    </w:p>
    <w:p>
      <w:r>
        <w:rPr>
          <w:b/>
        </w:rPr>
        <w:t xml:space="preserve">[31:03] </w:t>
      </w:r>
      <w:r>
        <w:t>ji, ke unki azaadi Allah taala ne di hai aur woh azaadi ka misuse kar rahe</w:t>
      </w:r>
    </w:p>
    <w:p>
      <w:pPr>
        <w:jc w:val="right"/>
      </w:pPr>
      <w:r>
        <w:t>जी, कि उनकी आजादी اللہ تعالی نے दी है और वो आजादी का मिसयूज कर रहे</w:t>
      </w:r>
    </w:p>
    <w:p>
      <w:r>
        <w:rPr>
          <w:b/>
        </w:rPr>
        <w:t xml:space="preserve">[31:08] </w:t>
      </w:r>
      <w:r>
        <w:t>hain. to hum jo hai un un ko kyun blame dein? accha, apa is mein ek hikmat yeh bhi hai. Maulana sahib kehte the ke is liye bhi negativity mein nahi padna chahiye.</w:t>
      </w:r>
    </w:p>
    <w:p>
      <w:pPr>
        <w:jc w:val="right"/>
      </w:pPr>
      <w:r>
        <w:t>हैं। تو ہم جو ہے ان ان کو کیوں بلیم دیں؟ اچھا، آپا اس میں ایک حکمت یہ بھی ہے۔ مولانا صاحب کہتے تھے کہ اس لیے بھی نیگیٹیوٹی میں نہیں پڑنا چاہیے۔</w:t>
      </w:r>
    </w:p>
    <w:p>
      <w:r>
        <w:rPr>
          <w:b/>
        </w:rPr>
        <w:t xml:space="preserve">[31:20] </w:t>
      </w:r>
      <w:r>
        <w:t>wo kehte the ke main ek iota of negativity bardasht nahi kar sakta. kyunke jaise hi aap ke andar negativity aayi, aap ke andar se creativity exit kar gayi.</w:t>
      </w:r>
    </w:p>
    <w:p>
      <w:pPr>
        <w:jc w:val="right"/>
      </w:pPr>
      <w:r>
        <w:t>وہ کہتے تھے کہ میں ایک آئیوٹ آف نیگیٹیوٹی برداشت نہیں کر سکتا۔ کیونکہ جیسے ہی آپ کے اندر نیگیٹیوٹی آئی، آپ کے اندر سے کریٹیوٹی ایگزٹ کر گئی۔</w:t>
      </w:r>
    </w:p>
    <w:p>
      <w:r>
        <w:rPr>
          <w:b/>
        </w:rPr>
        <w:t xml:space="preserve">[31:32] </w:t>
      </w:r>
      <w:r>
        <w:t>And a creative mind can only work to its full potential when it is always positive.</w:t>
      </w:r>
    </w:p>
    <w:p>
      <w:pPr>
        <w:jc w:val="right"/>
      </w:pPr>
      <w:r>
        <w:t>And a creative mind can only work to its full potential when it is always positive.</w:t>
      </w:r>
    </w:p>
    <w:p>
      <w:r>
        <w:rPr>
          <w:b/>
        </w:rPr>
        <w:t xml:space="preserve">[31:38] </w:t>
      </w:r>
      <w:r>
        <w:t>So he used to say that do not allow negativity or doubt enter your mind and spoil your thought process.</w:t>
      </w:r>
    </w:p>
    <w:p>
      <w:pPr>
        <w:jc w:val="right"/>
      </w:pPr>
      <w:r>
        <w:t>So he used to say that ڈو ناٹ الاؤ نیگیٹیوٹی اور ڈاؤٹ انٹر یور مائنڈ اینڈ سپوائل یور تھاٹ پروسیس۔</w:t>
      </w:r>
    </w:p>
    <w:p>
      <w:r>
        <w:rPr>
          <w:b/>
        </w:rPr>
        <w:t xml:space="preserve">[31:47] </w:t>
      </w:r>
      <w:r>
        <w:t>to yeh bhi aik bohat important aspect hai aap ka. aur yeh bhi kehte thay ke agar hum negative hue to jitni dair hum negative rahengay, utni dair hum Khuda ka shukr ada nahi kar rahay hain. to woh kehte thay ke mein shukr ka erosion aik lamhay ke liye bhi bardasht nahi kar sakta.</w:t>
      </w:r>
    </w:p>
    <w:p>
      <w:pPr>
        <w:jc w:val="right"/>
      </w:pPr>
      <w:r>
        <w:t>تو یہ بھی ایک بہت امپورٹنٹ ایسپیکٹ ہے آپا۔ और ये भी कहते थे कि अगर हम नेगेटिव हुए तो जितनी देर हम नेगेटिव रहेंगे, उतनी देर हम खुदा का शुक्र अदा नहीं कर रहे हैं। تو وہ کہتے تھے کہ میں شکر کا ایروژن ایک لمحے کے لیے بھی برداشت نہیں کر سکتا۔</w:t>
      </w:r>
    </w:p>
    <w:p>
      <w:r>
        <w:rPr>
          <w:b/>
        </w:rPr>
        <w:t xml:space="preserve">[32:06] </w:t>
      </w:r>
      <w:r>
        <w:t>ab negative honge to shukr kaise ada karengay? to hum to ghassay mein rahengay. ji, to yeh bhi hai. ji, jazak Allah aap ka. apa jaise aap ne generalization ke baray mein bataya, dichotomous thinking ke baray mein bataya, hum dekhte hain ke zindagi mein har mor pe there is a decision that needs to be taken.</w:t>
      </w:r>
    </w:p>
    <w:p>
      <w:pPr>
        <w:jc w:val="right"/>
      </w:pPr>
      <w:r>
        <w:t>अब नेगेटिव होंगे तो शुक्र कैसे अदा करेंगे? تو ہم تو غصے میں رہیں گے۔ जी, तो ये भी है। جی، جزاک اللہ آپا۔ آپا جیسے آپ نے جنرلائزیشن کے بارے میں بتایا، ڈائیکاٹمس تھنکنگ کے بارے میں بتایا، ہم دیکھتے ہیں کہ زندگی میں ہر موڑ پہ there is a decision that needs to be taken.</w:t>
      </w:r>
    </w:p>
    <w:p>
      <w:r>
        <w:rPr>
          <w:b/>
        </w:rPr>
        <w:t xml:space="preserve">[32:24] </w:t>
      </w:r>
      <w:r>
        <w:t>there are problems, there are challenges, difficulties. at the same time, a person is required to view things analytically and crit</w:t>
      </w:r>
    </w:p>
    <w:p>
      <w:pPr>
        <w:jc w:val="right"/>
      </w:pPr>
      <w:r>
        <w:t>There are problems, there are challenges, difficulties. At the same time, a person is required to view things analytically and crit</w:t>
      </w:r>
    </w:p>
    <w:p>
      <w:r>
        <w:rPr>
          <w:b/>
        </w:rPr>
        <w:t xml:space="preserve">[32:34] </w:t>
      </w:r>
      <w:r>
        <w:t>ically. lekin yeh tabhi ho sakta hai jab sound thinking us ke andar ho. sound thinking is very, very important. to apa, mein chahunga ke aap is ke baray mein bhi hamein batayein kaise develop kar sakte hain sound thinking aur why is it important to have sound thinking?</w:t>
      </w:r>
    </w:p>
    <w:p>
      <w:pPr>
        <w:jc w:val="right"/>
      </w:pPr>
      <w:r>
        <w:t>ically. لیکن یہ تبھی ہو سکتا ہے جب ساؤنڈ تھنکنگ اس کے اندر ہو۔ ساؤنڈ تھنکنگ is very, very important. تو آپا، میں چاہوں گا کہ آپ اس کے بارے میں بھی ہمیں بتائیں کیسے ڈویلپ کر سکتے ہیں ساؤنڈ تھنکنگ اور why is it important to have sound thinking?</w:t>
      </w:r>
    </w:p>
    <w:p>
      <w:r>
        <w:rPr>
          <w:b/>
        </w:rPr>
        <w:t xml:space="preserve">[32:55] </w:t>
      </w:r>
      <w:r>
        <w:t>hum logon ko to Maulana ne itni zyada hammering ki ke jaise hum koi baat karte to hota hai na ke aadmi jo poori baat nahi batata hai ke daant par jaye gi, to is pe bhi bohat bohat naraz hotay thay.</w:t>
      </w:r>
    </w:p>
    <w:p>
      <w:pPr>
        <w:jc w:val="right"/>
      </w:pPr>
      <w:r>
        <w:t>ہم لوگوں کو تو مولانا نے اتنی زیادہ ہیمرنگ کی کہ جیسے ہم کوئی بات کرتے تو ہوتا ہے نا کہ آدمی جو پوری بات نہیں بتاتا ہے کہ ڈانٹ پڑ جائے گی، تو اس پہ بھی بہت بہت ناراض ہوتے تھے۔</w:t>
      </w:r>
    </w:p>
    <w:p>
      <w:r>
        <w:rPr>
          <w:b/>
        </w:rPr>
        <w:t xml:space="preserve">[33:13] </w:t>
      </w:r>
      <w:r>
        <w:t>kehte thay yeh indirect jhoot hai. baat poori hai as it is batao. to as it is thinking.</w:t>
      </w:r>
    </w:p>
    <w:p>
      <w:pPr>
        <w:jc w:val="right"/>
      </w:pPr>
      <w:r>
        <w:t>کہتے تھے یہ ان ڈائریکٹ جھوٹ ہے۔ بات پوری ہے ایز اٹ از بتاؤ۔ تو ایز اٹ از تھنکنگ۔</w:t>
      </w:r>
    </w:p>
    <w:p>
      <w:r>
        <w:rPr>
          <w:b/>
        </w:rPr>
        <w:t xml:space="preserve">[33:20] </w:t>
      </w:r>
      <w:r>
        <w:t>to is wajah se nahi to hum bhi nahi samajhte thay ke yeh as it is thinking kya hai, sound thinking kya hai. to lekin itna hum log darte thay ke as it is baat kahein warna woh itna zyada is mein question kar kar ke baat ko finally woh pakar hi letay thay.</w:t>
      </w:r>
    </w:p>
    <w:p>
      <w:pPr>
        <w:jc w:val="right"/>
      </w:pPr>
      <w:r>
        <w:t>تو اس وجہ سے نہیں تو ہم بھی نہیں سمجھتے تھے کہ یہ ایز اٹ از تھنکنگ کیا ہے، ساؤنڈ تھنکنگ کیا ہے۔ تو لیکن اتنا ہم لوگ ڈرتے تھے کہ ایز اٹ از بات کہیں ورنہ وہ اتنا زیادہ اس میں کوئسچن کر کر کے بات کو فائنلی وہ پکڑ ہی لیتے تھے۔</w:t>
      </w:r>
    </w:p>
    <w:p>
      <w:r>
        <w:rPr>
          <w:b/>
        </w:rPr>
        <w:t xml:space="preserve">[33:37] </w:t>
      </w:r>
      <w:r>
        <w:t>agar hamare chupane se baat chupti nahi thi. ji, ji, scrutiny karte thay. haan, ji.</w:t>
      </w:r>
    </w:p>
    <w:p>
      <w:pPr>
        <w:jc w:val="right"/>
      </w:pPr>
      <w:r>
        <w:t>اگر ہمارے چھپانے سے بات چھپتی نہیں تھی۔ जी, जी, स्क्रूटनी करते थे। ہاں، جی۔</w:t>
      </w:r>
    </w:p>
    <w:p>
      <w:r>
        <w:rPr>
          <w:b/>
        </w:rPr>
        <w:t xml:space="preserve">[33:42] </w:t>
      </w:r>
      <w:r>
        <w:t>to phir woh jo hai is ki wajah se hum logon ko samajh mein aya ke kya cheez sochna kya cheez hota hai, kaise sochein, relevant aur irrelevant kya cheez hai.</w:t>
      </w:r>
    </w:p>
    <w:p>
      <w:pPr>
        <w:jc w:val="right"/>
      </w:pPr>
      <w:r>
        <w:t>तो फिर وہ جو ہے اس کی وجہ سے ہم لوگوں کو سمجھ میں آیا کہ کیا چیز سوچنا کیا چیز ہوتا ہے، کیسے سوچیں، ریلیونٹ اور ارریلیونٹ کیا چیز ہے۔</w:t>
      </w:r>
    </w:p>
    <w:p>
      <w:r>
        <w:rPr>
          <w:b/>
        </w:rPr>
        <w:t xml:space="preserve">[33:54] </w:t>
      </w:r>
      <w:r>
        <w:t>ab hum kuch sawal kuch kiya hai, jawab kuch aur de rahay hain. kyunke hum relevant aur irrelevant ka farq nahi samajhte hain.</w:t>
      </w:r>
    </w:p>
    <w:p>
      <w:pPr>
        <w:jc w:val="right"/>
      </w:pPr>
      <w:r>
        <w:t>अब हम कुछ سوال کچھ کیا ہے، جواب کچھ اور دے رہے ہیں۔ کیونکہ ہم ریلیونٹ اور ارریلیونٹ کا فرق نہیں سمجھتے ہیں۔</w:t>
      </w:r>
    </w:p>
    <w:p>
      <w:r>
        <w:rPr>
          <w:b/>
        </w:rPr>
        <w:t xml:space="preserve">[34:02] </w:t>
      </w:r>
      <w:r>
        <w:t>to misal ke tor par jaise kuch log kehte hain ke ab Quran utra hai, pandrah sau saal ho gaya, to ab naya zamana aa gaya, ab halaat badal gaye, to ab aik naya mazhab hona chahiye.</w:t>
      </w:r>
    </w:p>
    <w:p>
      <w:pPr>
        <w:jc w:val="right"/>
      </w:pPr>
      <w:r>
        <w:t>تو مثال کے طور پر جیسے کچھ لوگ کہتے ہیں کہ اب قرآن اترا ہے، پندرہ سو سال ہو گیا، تو اب نیا زمانہ آ گیا، اب حالات بدل گئے، تو اب ایک نیا مذہب ہونا چاہیے۔</w:t>
      </w:r>
    </w:p>
    <w:p>
      <w:r>
        <w:rPr>
          <w:b/>
        </w:rPr>
        <w:t xml:space="preserve">[34:18] </w:t>
      </w:r>
      <w:r>
        <w:t>to is mein yeh is mein woh masla hai ke relevant aur irrelevant ka farq log nahi samajhte. kyunke Quran to book of principles hain, book of values hain.</w:t>
      </w:r>
    </w:p>
    <w:p>
      <w:pPr>
        <w:jc w:val="right"/>
      </w:pPr>
      <w:r>
        <w:t>تو اس میں یہ اس میں وہ مسئلہ ہے کہ ریلیونٹ اور ارریلیونٹ کا فرق لوگ نہیں سمجھتے۔ کیونکہ قرآن تو بک آف پرنسپلز ہیں، بک آف ویلیوز ہیں۔</w:t>
      </w:r>
    </w:p>
    <w:p>
      <w:r>
        <w:rPr>
          <w:b/>
        </w:rPr>
        <w:t xml:space="preserve">[34:31] </w:t>
      </w:r>
      <w:r>
        <w:t>ab misal ke tor par Khuda aik hai, to woh jo hazaron saal bhi ho jayengay to Khuda to aik hi rahega. to is mein koi naye mazhab ki zaroorat nahi hai.</w:t>
      </w:r>
    </w:p>
    <w:p>
      <w:pPr>
        <w:jc w:val="right"/>
      </w:pPr>
      <w:r>
        <w:t>اب مثال کے طور پر خدا ایک ہے، تو وہ جو ہزاروں سال بھی ہو جائیں گے تو خدا تو ایک ہی رہے گا۔ تو اس میں کوئی نئے مذہب کی ضرورت نہیں ہے۔</w:t>
      </w:r>
    </w:p>
    <w:p>
      <w:r>
        <w:rPr>
          <w:b/>
        </w:rPr>
        <w:t xml:space="preserve">[34:40] </w:t>
      </w:r>
      <w:r>
        <w:t>aur jo waqti tor par jo kuch cheezein jo badalti hain zamanay ke lehaz se, us ke liye Islam mein ijtihad hai.</w:t>
      </w:r>
    </w:p>
    <w:p>
      <w:pPr>
        <w:jc w:val="right"/>
      </w:pPr>
      <w:r>
        <w:t>اور جو وقتی طور پر جو کچھ چیزیں جو بدلتی ہیں زمانے کے لحاظ سے، اس کے لیے اسلام میں اجتہاد ہے۔</w:t>
      </w:r>
    </w:p>
    <w:p>
      <w:r>
        <w:rPr>
          <w:b/>
        </w:rPr>
        <w:t xml:space="preserve">[34:49] </w:t>
      </w:r>
      <w:r>
        <w:t>ijtihad ke zariye se hum in in usoolon ko le kar ke ab naye halaat ke mutabiq is ko hum apply kar sakte hain.</w:t>
      </w:r>
    </w:p>
    <w:p>
      <w:pPr>
        <w:jc w:val="right"/>
      </w:pPr>
      <w:r>
        <w:t>اجتہاد کے ذریعے سے ہم ان ان اصولوں کو لے کر کے اب نئے حالات کے مطابق اس کو ہم اپلائی کر سکتے ہیں۔</w:t>
      </w:r>
    </w:p>
    <w:p>
      <w:r>
        <w:rPr>
          <w:b/>
        </w:rPr>
        <w:t xml:space="preserve">[34:59] </w:t>
      </w:r>
      <w:r>
        <w:t>to misal ke tor par ab Quran mein aya hai ke oont haj karne ke liye log oont par ayein, oont par safar karein.</w:t>
      </w:r>
    </w:p>
    <w:p>
      <w:pPr>
        <w:jc w:val="right"/>
      </w:pPr>
      <w:r>
        <w:t>تو مثال کے طور پر اب قرآن میں آیا ہے کہ اونٹ حج کرنے کے لیے لوگ اونٹ پر آئیں، اونٹ پر سفر کریں۔</w:t>
      </w:r>
    </w:p>
    <w:p>
      <w:r>
        <w:rPr>
          <w:b/>
        </w:rPr>
        <w:t xml:space="preserve">[35:07] </w:t>
      </w:r>
      <w:r>
        <w:t>to ab zamana badal gaya, ab log kahengay oont pe kaise safar karein? itnay door door se log jo hain oont pe kaise jayengay?</w:t>
      </w:r>
    </w:p>
    <w:p>
      <w:pPr>
        <w:jc w:val="right"/>
      </w:pPr>
      <w:r>
        <w:t>تو اب زمانہ بدل گیا، اب لوگ کہیں گے اونٹ پہ کیسے سفر کریں؟ اتنے دور دور سے لوگ جو ہیں اونٹ پہ کیسے جائیں گے؟</w:t>
      </w:r>
    </w:p>
    <w:p>
      <w:r>
        <w:rPr>
          <w:b/>
        </w:rPr>
        <w:t xml:space="preserve">[35:16] </w:t>
      </w:r>
      <w:r>
        <w:t>to is ke liye hai. to is bhai isi tarah ke har mamlaat mein ijtihad hai ke ab jo zamana badal gaya hai, pehle pani ke jahaz se safar kiya jata tha, ab hawai jahaz se safar kiya jata hai.</w:t>
      </w:r>
    </w:p>
    <w:p>
      <w:pPr>
        <w:jc w:val="right"/>
      </w:pPr>
      <w:r>
        <w:t>تو اس کے لیے ہے۔ تو اس بھائی اسی طرح کے ہر معاملات میں اجتہاد ہے کہ اب جو زمانہ بدل گیا ہے، پہلے پانی کے جہاز سے سفر کیا جاتا تھا، اب ہوائی جہاز سے سفر کیا جاتا ہے۔</w:t>
      </w:r>
    </w:p>
    <w:p>
      <w:r>
        <w:rPr>
          <w:b/>
        </w:rPr>
        <w:t xml:space="preserve">[35:30] </w:t>
      </w:r>
      <w:r>
        <w:t>to isi tarike se jaise jaraab hai, pehle zamanay mein chamray ke jaraab hotay thay, us pe masah kiya jata tha.</w:t>
      </w:r>
    </w:p>
    <w:p>
      <w:pPr>
        <w:jc w:val="right"/>
      </w:pPr>
      <w:r>
        <w:t>تو اسی طریقے سے جیسے جراب ہے، پہلے زمانے میں چمڑے کے جراب ہوتے تھے، اس پہ مسح کیا جاتا تھا۔</w:t>
      </w:r>
    </w:p>
    <w:p>
      <w:r>
        <w:rPr>
          <w:b/>
        </w:rPr>
        <w:t xml:space="preserve">[35:39] </w:t>
      </w:r>
      <w:r>
        <w:t>to woh wuzu ke tarike se kaam hota tha ke baar baar paon na dhona paray. to ab woh naye shauks</w:t>
      </w:r>
    </w:p>
    <w:p>
      <w:pPr>
        <w:jc w:val="right"/>
      </w:pPr>
      <w:r>
        <w:t>تو وہ وضو کے طریقے سے کام ہوتا تھا کہ بار بار پاؤں نہ دھونا پڑے۔ تو اب وہ نئے شوقس</w:t>
      </w:r>
    </w:p>
    <w:p>
      <w:r>
        <w:rPr>
          <w:b/>
        </w:rPr>
        <w:t xml:space="preserve">[35:45] </w:t>
      </w:r>
      <w:r>
        <w:t>aaye, to ab is par is ijtihad ke zariye se unhon ne kaha yeh bhi theek hai, is pe bhi masah kiya ja sakta hai. to is tarike se choti choti batein, jaise qaid hai, qaid hai, ab pehle to qaid tha nahi, to ab larkiyan jo hain sath mein larkiyon bachon ke parh sakti hain ke nahi, yeh jo hai yeh sari choti choti cheezein hain, is par ijtihad hota hai.</w:t>
      </w:r>
    </w:p>
    <w:p>
      <w:pPr>
        <w:jc w:val="right"/>
      </w:pPr>
      <w:r>
        <w:t>آئے، تو اب اس پر اس اجتہاد کے ذریعے سے انہوں نے کہا یہ بھی ٹھیک ہے، اس پہ بھی مسح کیا جا سکتا ہے۔ تو اس طریقے سے چھوٹی چھوٹی باتیں، جیسے کوئیڈ ہے، کوئیڈ ہے، اب پہلے تو کوئیڈ تھا نہیں، تو اب لڑکیاں جو ہیں ساتھ میں لڑکیوں بچوں کے پڑھ سکتی ہیں کہ نہیں، یہ جو ہے یہ ساری چھوٹی چھوٹی چیزیں ہیں، اس پر اجتہاد ہوتا ہے۔</w:t>
      </w:r>
    </w:p>
    <w:p>
      <w:r>
        <w:rPr>
          <w:b/>
        </w:rPr>
        <w:t xml:space="preserve">[36:09] </w:t>
      </w:r>
      <w:r>
        <w:t>aur har zamanay mein ulma aur fuqaha hotay hain, woh ijtihad karte</w:t>
      </w:r>
    </w:p>
    <w:p>
      <w:pPr>
        <w:jc w:val="right"/>
      </w:pPr>
      <w:r>
        <w:t>اور ہر زمانے میں علماء اور فقہاء ہوتے ہیں، وہ اجتہاد کرتے</w:t>
      </w:r>
    </w:p>
    <w:p>
      <w:r>
        <w:rPr>
          <w:b/>
        </w:rPr>
        <w:t xml:space="preserve">[36:13] </w:t>
      </w:r>
      <w:r>
        <w:t>hain zamanay tabdeeli ke lehaz se. lekin jo moti moti batein hain, woh sari akhirat hai, Khuda ka khauf hai, Khuda se mohabbat hai, yeh sari cheezein to hamesha wahi rahengay, kitna bhi zamana badal jaye.</w:t>
      </w:r>
    </w:p>
    <w:p>
      <w:pPr>
        <w:jc w:val="right"/>
      </w:pPr>
      <w:r>
        <w:t>ہیں زمانی تبدیلی کے لحاظ سے۔ لیکن جو موٹی موٹی باتیں ہیں، وہ ساری آخرت ہے، خدا کا خوف ہے، خدا سے محبت ہے، یہ ساری چیزیں تو ہمیشہ وہی رہیں گی، کتنا بھی زمانہ بدل جائے۔</w:t>
      </w:r>
    </w:p>
    <w:p>
      <w:r>
        <w:rPr>
          <w:b/>
        </w:rPr>
        <w:t xml:space="preserve">[36:29] </w:t>
      </w:r>
      <w:r>
        <w:t>to yeh hai asal cheez. ab woh relevant aur irrelevant ka farq na samajhne se bohat baray baray nuqsanat uthate hain log</w:t>
      </w:r>
    </w:p>
    <w:p>
      <w:pPr>
        <w:jc w:val="right"/>
      </w:pPr>
      <w:r>
        <w:t>تو یہ ہے اصل چیز۔ اب وہ ریلیونٹ اور ارریلیونٹ کا فرق نہ سمجھنے سے بہت بڑے بڑے نقصانات اٹھاتے ہیں لوگ</w:t>
      </w:r>
    </w:p>
    <w:p>
      <w:r>
        <w:rPr>
          <w:b/>
        </w:rPr>
        <w:t xml:space="preserve">[36:39] </w:t>
      </w:r>
      <w:r>
        <w:t>۔ misal ke tor par yeh jo partition hua, to yahan par kuch masail thay, masail hamesha har jagah hotay hain. to unhon ne samjha ke land ko divide kar liya jaye ga, to sare masail khatam ho jayengay.</w:t>
      </w:r>
    </w:p>
    <w:p>
      <w:pPr>
        <w:jc w:val="right"/>
      </w:pPr>
      <w:r>
        <w:t>۔ مثال کے طور پر یہ جو پارٹیشن ہوا، تو یہاں پر کچھ مسائل تھے، مسائل ہمیشہ ہر جگہ ہوتے ہیں۔ تو انہوں نے سمجھا کہ لینڈ کو ڈیوائیڈ کر لیا جائے گا، تو سارے مسائل ختم ہو جائیں گے۔</w:t>
      </w:r>
    </w:p>
    <w:p>
      <w:r>
        <w:rPr>
          <w:b/>
        </w:rPr>
        <w:t xml:space="preserve">[36:53] </w:t>
      </w:r>
      <w:r>
        <w:t>is hindu ek taraf ho jayenge, musalman ek taraf ho jayenge. to lekin woh masail aur zyada badh gaye. kyunke is tarike se masail thodi land se thodi masla hal hot</w:t>
      </w:r>
    </w:p>
    <w:p>
      <w:pPr>
        <w:jc w:val="right"/>
      </w:pPr>
      <w:r>
        <w:t>اس ہندو ایک طرف ہو جائیں گے، مسلمان ایک طرف ہو جائیں گے۔ تو لیکن وہ مسائل اور زیادہ بڑھ گئے۔ کیونکہ اس طریقے سے مسائل تھوڑی لینڈ سے تھوڑی مسئلہ حل ہوت</w:t>
      </w:r>
    </w:p>
    <w:p>
      <w:r>
        <w:rPr>
          <w:b/>
        </w:rPr>
        <w:t xml:space="preserve">[37:03] </w:t>
      </w:r>
      <w:r>
        <w:t>a hai. masla to jab hum individuals ko tayyar karen, unki islaah karen, unke andar yeh mizaj paida karen ke adjustment ka mizaj paida karen, tab masla hal hota hai.</w:t>
      </w:r>
    </w:p>
    <w:p>
      <w:pPr>
        <w:jc w:val="right"/>
      </w:pPr>
      <w:r>
        <w:t>ا ہے۔ مسئلہ تو جب ہم انڈیویجولز کو تیار کریں، ان کی اصلاح کریں، ان کے اندر یہ مزاج پیدا کریں کہ ایڈجسٹمنٹ کا مزاج پیدا کریں، تب مسئلہ حل ہوتا ہے۔</w:t>
      </w:r>
    </w:p>
    <w:p>
      <w:r>
        <w:rPr>
          <w:b/>
        </w:rPr>
        <w:t xml:space="preserve">[37:19] </w:t>
      </w:r>
      <w:r>
        <w:t>to isi wajah se ke koi masla hal nahi hua aur masle badhte hi chale gaye.</w:t>
      </w:r>
    </w:p>
    <w:p>
      <w:pPr>
        <w:jc w:val="right"/>
      </w:pPr>
      <w:r>
        <w:t>تو اسی وجہ سے کہ کوئی مسئلہ حل نہیں ہوا اور مسئلے بڑھتے ہی چلے گئے۔</w:t>
      </w:r>
    </w:p>
    <w:p>
      <w:r>
        <w:rPr>
          <w:b/>
        </w:rPr>
        <w:t xml:space="preserve">[37:26] </w:t>
      </w:r>
      <w:r>
        <w:t>to yeh jo hai bahut zyada zaroori hai ke hum apni soch ko sahi soch, sound soch, as it is soch, yeh hum develop karen aur is par zyada se zyada is par kaam karen.</w:t>
      </w:r>
    </w:p>
    <w:p>
      <w:pPr>
        <w:jc w:val="right"/>
      </w:pPr>
      <w:r>
        <w:t>تو یہ جو ہے بہت زیادہ ضروری ہے کہ ہم اپنی سوچ کو صحیح سوچ، ساؤنڈ سوچ، ایز اٹ از سوچ، یہ ہم ڈیویلپ کریں اور اس پر زیادہ سے زیادہ اس پر کام کریں۔</w:t>
      </w:r>
    </w:p>
    <w:p>
      <w:r>
        <w:rPr>
          <w:b/>
        </w:rPr>
        <w:t xml:space="preserve">[37:41] </w:t>
      </w:r>
      <w:r>
        <w:t>kyunke yeh khud se nahi hota, is par kaam karna padega, is par mehnat karni padegi. is par jo hamare paas jo mazameen hain, usko</w:t>
      </w:r>
    </w:p>
    <w:p>
      <w:pPr>
        <w:jc w:val="right"/>
      </w:pPr>
      <w:r>
        <w:t>کیونکہ یہ خود سے نہیں ہوتا، اس پر کام کرنا پڑے گا، اس پر محنت کرنی پڑے گی۔ اس پر جو ہمارے پاس جو مضامین ہیں، اس کو</w:t>
      </w:r>
    </w:p>
    <w:p>
      <w:r>
        <w:rPr>
          <w:b/>
        </w:rPr>
        <w:t xml:space="preserve">[37:53] </w:t>
      </w:r>
      <w:r>
        <w:t>padhna padega. bahut sari kitabein hain English mein clear thinking par, usko padhna padega, tabhi hum baaton ko gehrai se samajh sakte hain.</w:t>
      </w:r>
    </w:p>
    <w:p>
      <w:pPr>
        <w:jc w:val="right"/>
      </w:pPr>
      <w:r>
        <w:t>پڑھنا پڑے گا۔ بہت ساری کتابیں ہیں انگلش میں کلیئر تھنکنگ پر، اس کو پڑھنا پڑے گا، تبھی ہم باتوں کو گہرائی سے سمجھ سکتے ہیں۔</w:t>
      </w:r>
    </w:p>
    <w:p>
      <w:r>
        <w:rPr>
          <w:b/>
        </w:rPr>
        <w:t xml:space="preserve">[38:03] </w:t>
      </w:r>
      <w:r>
        <w:t>ji, apa kuch comments padhna chahunga. yeh comment bheja hai Muhammad Asif Khan sahab ne Kanpur se, unhone likha hai: "Allah ke zikr se dilon ko sukoon milta hai.</w:t>
      </w:r>
    </w:p>
    <w:p>
      <w:pPr>
        <w:jc w:val="right"/>
      </w:pPr>
      <w:r>
        <w:t>جی، آپا کچھ کمنٹس پڑھنا چاہوں گا۔ یہ کمنٹ بھیجا ہے محمد آصف خان صاحب نے کانپور سے، انہوں نے لکھا ہے: "اللہ کے ذکر سے دلوں کو سکون ملتا ہے۔</w:t>
      </w:r>
    </w:p>
    <w:p>
      <w:r>
        <w:rPr>
          <w:b/>
        </w:rPr>
        <w:t xml:space="preserve">[38:15] </w:t>
      </w:r>
      <w:r>
        <w:t>jab hum Allah ki takhleeq mein ghore o fikr karte hain to dilon ko sukoon milta hai."</w:t>
      </w:r>
    </w:p>
    <w:p>
      <w:pPr>
        <w:jc w:val="right"/>
      </w:pPr>
      <w:r>
        <w:t>جب ہم اللہ کی تخلیق میں غور و فکر کرتے ہیں تو دلوں کو سکون ملتا ہے۔"</w:t>
      </w:r>
    </w:p>
    <w:p>
      <w:r>
        <w:rPr>
          <w:b/>
        </w:rPr>
        <w:t xml:space="preserve">[38:22] </w:t>
      </w:r>
      <w:r>
        <w:t>mujhe thinking ki importance ka andaza is baat se bahut hua. very effective topic, jazak Allah. Shah Hussain sahab ne Kashmir se likha hai: "Great conversation, Maulana sahab wud always lead us to act of right thinking</w:t>
      </w:r>
    </w:p>
    <w:p>
      <w:pPr>
        <w:jc w:val="right"/>
      </w:pPr>
      <w:r>
        <w:t>مجھے تھنکنگ کی امپورٹنس کا اندازہ اس بات سے بہت ہوا۔ ویری ایفیکٹیو ٹاپک، جزاک اللہ۔ شاہ حسین صاحب نے کشمیر سے لکھا ہے: "گریٹ کانورسیشن، مولانا صاحب وڈ آلویز لیڈ اس ٹو ایکٹ آف رائٹ تھنکنگ</w:t>
      </w:r>
    </w:p>
    <w:p>
      <w:r>
        <w:rPr>
          <w:b/>
        </w:rPr>
        <w:t xml:space="preserve">[38:39] </w:t>
      </w:r>
      <w:r>
        <w:t>". Rohit Kumar ji ne Amritsar se likha hai: "Respected Apa ji and all CPS members, hum jaise—" achha, inka sawal hai apa yeh ke hum jaise naujawan bachchon ko kya karna chahiye?</w:t>
      </w:r>
    </w:p>
    <w:p>
      <w:pPr>
        <w:jc w:val="right"/>
      </w:pPr>
      <w:r>
        <w:t>۔" روہت کمار جی نے امرتسر سے لکھا ہے: "رسپیکٹڈ آپا جی اینڈ آل سی پی ایس ممبرز، ہم جیسے—" اچھا، ان کا سوال ہے آپا یہ کہ ہم جیسے نوجوان بچوں کو کیا کرنا چاہیے؟</w:t>
      </w:r>
    </w:p>
    <w:p>
      <w:r>
        <w:rPr>
          <w:b/>
        </w:rPr>
        <w:t xml:space="preserve">[38:53] </w:t>
      </w:r>
      <w:r>
        <w:t>please humein Maulana sahab ki kuch naseehat kardi jiye.</w:t>
      </w:r>
    </w:p>
    <w:p>
      <w:pPr>
        <w:jc w:val="right"/>
      </w:pPr>
      <w:r>
        <w:t>پلیز ہمیں مولانا صاحب کی کچھ نصیحت کر دیجیے۔</w:t>
      </w:r>
    </w:p>
    <w:p>
      <w:r>
        <w:rPr>
          <w:b/>
        </w:rPr>
        <w:t xml:space="preserve">[39:00] </w:t>
      </w:r>
      <w:r>
        <w:t>aap hi kar dijiye.</w:t>
      </w:r>
    </w:p>
    <w:p>
      <w:pPr>
        <w:jc w:val="right"/>
      </w:pPr>
      <w:r>
        <w:t>आप ही कर दीजिए।</w:t>
      </w:r>
    </w:p>
    <w:p>
      <w:r>
        <w:rPr>
          <w:b/>
        </w:rPr>
        <w:t xml:space="preserve">[39:02] </w:t>
      </w:r>
      <w:r>
        <w:t>apa woh basically youth ke point of view se keh rahe hain. to Maulana to hamesha is baat pe hi emphasize karte the ke always remain positive and aap apni study badhaiye.</w:t>
      </w:r>
    </w:p>
    <w:p>
      <w:pPr>
        <w:jc w:val="right"/>
      </w:pPr>
      <w:r>
        <w:t>آپا وہ بیسکلی یوتھ کے پوائنٹ آف ویو سے کہہ رہے ہیں۔ تو مولانا تو ہمیشہ اس بات پہ ہی ایمفسائز کرتے تھے کہ آلویز ریمین پوزیٹیو اینڈ آپ اپنی سٹڈی بڑھائیے۔</w:t>
      </w:r>
    </w:p>
    <w:p>
      <w:r>
        <w:rPr>
          <w:b/>
        </w:rPr>
        <w:t xml:space="preserve">[39:15] </w:t>
      </w:r>
      <w:r>
        <w:t>study pe bahut emphasize karte the kyunke isi se ek zehan khulta hai. a person is able to look at different aspects to a same such</w:t>
      </w:r>
    </w:p>
    <w:p>
      <w:pPr>
        <w:jc w:val="right"/>
      </w:pPr>
      <w:r>
        <w:t>سٹڈی پہ بہت ایمفسائز کرتے تھے کیونکہ اسی سے ایک ذہن کھلتا ہے۔ اے پرسن از ایبل ٹو لوک ایٹ ڈفرنٹ ایسپیکٹس ٹو ا سیم سچ</w:t>
      </w:r>
    </w:p>
    <w:p>
      <w:r>
        <w:rPr>
          <w:b/>
        </w:rPr>
        <w:t xml:space="preserve">[39:27] </w:t>
      </w:r>
      <w:r>
        <w:t>situation. to intellectual development jo hai, Maulana kehte the ke isko apni prime jo hai target apna banaiye.</w:t>
      </w:r>
    </w:p>
    <w:p>
      <w:pPr>
        <w:jc w:val="right"/>
      </w:pPr>
      <w:r>
        <w:t>ویشن۔ تو انٹلیکچول ڈیویلپمنٹ جو ہے، مولانا کہتے تھے کہ اس کو اپنی پرائم جو ہے ٹارگٹ اپنا بنائیے۔</w:t>
      </w:r>
    </w:p>
    <w:p>
      <w:r>
        <w:rPr>
          <w:b/>
        </w:rPr>
        <w:t xml:space="preserve">[39:35] </w:t>
      </w:r>
      <w:r>
        <w:t>to isi cheez ko apa emphasize bahut karte the. agar aap is pe kuch add karna chahein. apna time bilkul waste na karen. ji, zyada tar log apna time waste karte hain.</w:t>
      </w:r>
    </w:p>
    <w:p>
      <w:pPr>
        <w:jc w:val="right"/>
      </w:pPr>
      <w:r>
        <w:t>تو اسی چیز کو آپا ایمفسائز بہت کرتے تھے۔ اگر آپ اس پہ کچھ ایڈ کرنا چاہیں۔ अपना टाइम बिल्कुल वेस्ट ना करें। جی، زیادہ تر لوگ اپنا ٹائم ویسٹ کرتے ہیں۔</w:t>
      </w:r>
    </w:p>
    <w:p>
      <w:r>
        <w:rPr>
          <w:b/>
        </w:rPr>
        <w:t xml:space="preserve">[39:49] </w:t>
      </w:r>
      <w:r>
        <w:t>kuch ghar mein waste karte hain, idhar udhar ki baatein karne, irrelevant baatein karna, phir doston mein waste karte hain. Maulana bahut zyada khilaf the doston ke.</w:t>
      </w:r>
    </w:p>
    <w:p>
      <w:pPr>
        <w:jc w:val="right"/>
      </w:pPr>
      <w:r>
        <w:t>کچھ گھر میں ویسٹ کرتے ہیں، ادھر ادھر کی باتیں کرنے، ارریلیونٹ باتیں کرنا، پھر دوستوں میں ویسٹ کرتے ہیں۔ مولانا بہت زیادہ خلاف تھے دوستوں کے۔</w:t>
      </w:r>
    </w:p>
    <w:p>
      <w:r>
        <w:rPr>
          <w:b/>
        </w:rPr>
        <w:t xml:space="preserve">[39:58] </w:t>
      </w:r>
      <w:r>
        <w:t>to jo bhi time bache, jo bhi koi business hai, kar raha hai, koi job kar raha hai, koi student hai, to jo bhi time bache, usko sahi sahi istemal karen.</w:t>
      </w:r>
    </w:p>
    <w:p>
      <w:pPr>
        <w:jc w:val="right"/>
      </w:pPr>
      <w:r>
        <w:t>تو جو بھی ٹائم بچے، جو بھی کوئی بزنس ہے، کر رہا ہے، کوئی جاب کر رہا ہے، کوئی سٹوڈنٹ ہے، تو جو بھی ٹائم بچے، اس کو صحیح صحیح استعمال کریں۔</w:t>
      </w:r>
    </w:p>
    <w:p>
      <w:r>
        <w:rPr>
          <w:b/>
        </w:rPr>
        <w:t xml:space="preserve">[40:08] </w:t>
      </w:r>
      <w:r>
        <w:t>acchi kitabein padhen aur apne aise logon se milen jin jo log inko kuch sahi rehnumai dein.</w:t>
      </w:r>
    </w:p>
    <w:p>
      <w:pPr>
        <w:jc w:val="right"/>
      </w:pPr>
      <w:r>
        <w:t>اچھی کتابیں پڑھیں اور اپنے ایسے لوگوں سے ملیں جن جو لوگ ان کو کچھ صحیح رہنمائی دیں۔</w:t>
      </w:r>
    </w:p>
    <w:p>
      <w:r>
        <w:rPr>
          <w:b/>
        </w:rPr>
        <w:t xml:space="preserve">[40:17] </w:t>
      </w:r>
      <w:r>
        <w:t>guide achha inke paas hona chahiye. to yahi apne aap ko tayyar karen. tayyar karenge to mauqe to bahut zyada hain. aur aur isko koi koi bhi achha kaam karen aaj kal jis se inko dilchaspi hai, inko social work se dilchaspi hai, social work karen.</w:t>
      </w:r>
    </w:p>
    <w:p>
      <w:pPr>
        <w:jc w:val="right"/>
      </w:pPr>
      <w:r>
        <w:t>گائیڈ اچھا ان کے پاس ہونا چاہیے۔ تو یہی اپنے آپ کو تیار کریں۔ تیار کریں گے تو مواقع تو بہت زیادہ ہیں۔ اور اور اس کو کوئی کوئی بھی اچھا کام کریں آج کل جس سے ان کو دلچسپی ہے، ان کو سوشل ورک سے دلچسپی ہے، سوشل ورک کریں۔</w:t>
      </w:r>
    </w:p>
    <w:p>
      <w:r>
        <w:rPr>
          <w:b/>
        </w:rPr>
        <w:t xml:space="preserve">[40:34] </w:t>
      </w:r>
      <w:r>
        <w:t>kuch bhi achha kaam karen, apne time ko ka sahi istemal karen. bal</w:t>
      </w:r>
    </w:p>
    <w:p>
      <w:pPr>
        <w:jc w:val="right"/>
      </w:pPr>
      <w:r>
        <w:t>کچھ بھی اچھا کام کریں، اپنے ٹائم کو کا صحیح استعمال کریں۔ بال</w:t>
      </w:r>
    </w:p>
    <w:p>
      <w:r>
        <w:rPr>
          <w:b/>
        </w:rPr>
        <w:t xml:space="preserve">[40:39] </w:t>
      </w:r>
      <w:r>
        <w:t>kal. I think apa yeh bahut important guidance di aapne. kyunke time is very precious aur insan jis tarike se apna samay bitayega, woh waisa hi ban jayega.</w:t>
      </w:r>
    </w:p>
    <w:p>
      <w:pPr>
        <w:jc w:val="right"/>
      </w:pPr>
      <w:r>
        <w:t>کل۔ आई थिंक आपا ये बहुत इंपॉर्टेंट गाइडेंस दी आपने। کیونکہ ٹائم از ویری پریشیس اور انسان جس طریقے سے اپنا سمے بتائے گا، وہ ویسا ہی بن جائے گا۔</w:t>
      </w:r>
    </w:p>
    <w:p>
      <w:r>
        <w:rPr>
          <w:b/>
        </w:rPr>
        <w:t xml:space="preserve">[40:50] </w:t>
      </w:r>
      <w:r>
        <w:t>to Maulana se jab log poochte the ke kya picture dekh sakte hain, kya entertainment kar sakte hain, to woh yeh kehte the ke ise aap haram halal ka masla mat banayen.</w:t>
      </w:r>
    </w:p>
    <w:p>
      <w:pPr>
        <w:jc w:val="right"/>
      </w:pPr>
      <w:r>
        <w:t>تو مولانا سے جب لوگ پوچھتے تھے کہ کیا پکچر دیکھ سکتے ہیں، کیا انٹرٹینمنٹ کر سکتے ہیں، تو وہ یہ کہتے تھے کہ اسے آپ حرام حلال کا مسئلہ مت بنائیں۔</w:t>
      </w:r>
    </w:p>
    <w:p>
      <w:r>
        <w:rPr>
          <w:b/>
        </w:rPr>
        <w:t xml:space="preserve">[41:00] </w:t>
      </w:r>
      <w:r>
        <w:t>aap ise yeh dekhen ke aap is time mein kya apna intellectual development kar sakte hain ya phir aap sirf entertainment karna chahenge.</w:t>
      </w:r>
    </w:p>
    <w:p>
      <w:pPr>
        <w:jc w:val="right"/>
      </w:pPr>
      <w:r>
        <w:t>آپ اسے یہ دیکھیں کہ آپ اس ٹائم میں کیا اپنا انٹلیکچول ڈیویلپمنٹ کر سکتے ہیں یا پھر آپ صرف انٹرٹینمنٹ کرنا چاہیں گے۔</w:t>
      </w:r>
    </w:p>
    <w:p>
      <w:r>
        <w:rPr>
          <w:b/>
        </w:rPr>
        <w:t xml:space="preserve">[41:07] </w:t>
      </w:r>
      <w:r>
        <w:t>to aaj kal to jaise mobile phone mein sab log gum ho jate hain, to woh bhi wastage of time hai. It's the biggest time stealer. to yeh bahut achha aap ne kaha.</w:t>
      </w:r>
    </w:p>
    <w:p>
      <w:pPr>
        <w:jc w:val="right"/>
      </w:pPr>
      <w:r>
        <w:t>تو آج کل تو جیسے موبائل فون میں سب لوگ گم ہو جاتے ہیں، تو وہ بھی ویسٹیج آف ٹائم ہے۔ It's the biggest ٹائم سٹیلر۔ تو یہ بہت اچھا آپ نے کہا۔</w:t>
      </w:r>
    </w:p>
    <w:p>
      <w:r>
        <w:rPr>
          <w:b/>
        </w:rPr>
        <w:t xml:space="preserve">[41:17] </w:t>
      </w:r>
      <w:r>
        <w:t>time jo hai, us ko constructive cheez pe, khaas kar apnay zehn ko bananay mein agar hum lagayein, to woh zyada long term mein humain benefit de ga.</w:t>
      </w:r>
    </w:p>
    <w:p>
      <w:pPr>
        <w:jc w:val="right"/>
      </w:pPr>
      <w:r>
        <w:t>ٹائم جو ہے، اس کو کنسٹرکٹو چیز پہ، خاص کر اپنے ذہن کو بنانے میں اگر ہم لگائیں، تو وہ زیادہ لانگ ٹرم میں ہمیں بینیفٹ دے گا۔</w:t>
      </w:r>
    </w:p>
    <w:p>
      <w:r>
        <w:rPr>
          <w:b/>
        </w:rPr>
        <w:t xml:space="preserve">[41:31] </w:t>
      </w:r>
      <w:r>
        <w:t>Riaz Bhatt sahib ka bhi Srinagar se comment hai, unhon ne likha hai: "Thought and actions have a common origin, that is feeling. So one should start with feeling good, because feeling positive in every state is a godly feeling." Ins Ahmed sahib, unhon ne apnay location nahi likha hai, unhon ne likha hai: "Respect to all human beings, love to each other."</w:t>
      </w:r>
    </w:p>
    <w:p>
      <w:pPr>
        <w:jc w:val="right"/>
      </w:pPr>
      <w:r>
        <w:t>ریاض بھٹ صاحب کا بھی سری نگر سے کمنٹ ہے، انہوں نے لکھا ہے: "Thought and actions have a common origin, that is feeling. So one should start with feeling good, because feeling positive in every state is a godly feeling." انس احمد صاحب، انہوں نے اپنے لوکیشن نہیں لکھا ہے، انہوں نے لکھا ہے: "Respect to all human beings, love to each other."</w:t>
      </w:r>
    </w:p>
    <w:p>
      <w:r>
        <w:rPr>
          <w:b/>
        </w:rPr>
        <w:t xml:space="preserve">[41:54] </w:t>
      </w:r>
      <w:r>
        <w:t>Miss Carothlin ne Srinagar se likha hai: "The process of positive, unbiased, critical thinking and learning from the experience of others is the essence of intellectual development.</w:t>
      </w:r>
    </w:p>
    <w:p>
      <w:pPr>
        <w:jc w:val="right"/>
      </w:pPr>
      <w:r>
        <w:t>مس کروتلین نے سری نگر سے لکھا ہے: "The process of positive, unbiased, critical thinking and learning from the experience of others is the essence of intellectual development.</w:t>
      </w:r>
    </w:p>
    <w:p>
      <w:r>
        <w:rPr>
          <w:b/>
        </w:rPr>
        <w:t xml:space="preserve">[42:06] </w:t>
      </w:r>
      <w:r>
        <w:t>This art of thinking led Newton to discover the law of gravity and brought a revolution." Professor Najma Siddiqui ne Dubai se likha hai: "Jazakallah, it is such an important topic being discussed very nicely."</w:t>
      </w:r>
    </w:p>
    <w:p>
      <w:pPr>
        <w:jc w:val="right"/>
      </w:pPr>
      <w:r>
        <w:t>This art of thinking led Newton to discover the law of gravity and brought a revolution." پروفیسر نجمہ صدیقی نے دبئی سے لکھا ہے: "Jazakallah, it is such an important topic being discussed very nicely."</w:t>
      </w:r>
    </w:p>
    <w:p>
      <w:r>
        <w:rPr>
          <w:b/>
        </w:rPr>
        <w:t xml:space="preserve">[42:22] </w:t>
      </w:r>
      <w:r>
        <w:t>Faiz Qadri sahib ne Coimbatore se likha hai: "Merciless self-hammering Maulana hi ne humein sikhai jo ain Quran aur Sunnat ke mutabiq hai." Dr. Aslam Khan sahib ne Saharanpur se likha hai: "Agar hum kisi maslay mein haq par hain lekin haq par amal karne se result oriented yani fasad paida ho raha hai, to aisay haq par amal na karein.</w:t>
      </w:r>
    </w:p>
    <w:p>
      <w:pPr>
        <w:jc w:val="right"/>
      </w:pPr>
      <w:r>
        <w:t>فیض قادری صاحب نے کوئمبٹور سے لکھا ہے: "Mercieless self-hammering مولانا ہی نے ہمیں سکھائی جو عین قرآن اور سنت کے مطابق ہے۔" ڈاکٹر اسلم خان صاحب نے سارن پور سے لکھا ہے: "اگر ہم کسی مسئلے میں حق پر ہیں لیکن حق پر عمل کرنے سے رزلٹ اورینٹڈ یعنی فساد پیدا ہو رہا ہے، تو ایسے حق پر عمل نہ کریں۔</w:t>
      </w:r>
    </w:p>
    <w:p>
      <w:r>
        <w:rPr>
          <w:b/>
        </w:rPr>
        <w:t xml:space="preserve">[42:47] </w:t>
      </w:r>
      <w:r>
        <w:t>Yehi Quran ki pasandeeda ideology hai. Lekin aaj ke Muslims in fact ko nahi jantay jabkay Rasool Allah ne isi tareeqay ko apnaya." Apa aik martaba mein ne Maulana se hi suna tha, unhon ne kaha ke bara acha saying tha ke "A foolish man also does what a wise man does, but after a lot of damage."</w:t>
      </w:r>
    </w:p>
    <w:p>
      <w:pPr>
        <w:jc w:val="right"/>
      </w:pPr>
      <w:r>
        <w:t>یہی قرآن کی پسندیدہ آئیڈیالوجی ہے۔ لیکن آج کے مسلمز ان اس فیکٹ کو نہیں جانتے جبکہ رسول اللہ نے اسی طریقے کو اپنایا۔" آپا ایک مرتبہ میں نے مولانا سے ہی سنا تھا، انہوں نے کہا کہ بڑا اچھا سینگ تھا کہ "A foolish man also does what a wise man does, but after a lot of damage."</w:t>
      </w:r>
    </w:p>
    <w:p>
      <w:r>
        <w:rPr>
          <w:b/>
        </w:rPr>
        <w:t xml:space="preserve">[43:14] </w:t>
      </w:r>
      <w:r>
        <w:t>To aik foolish, aik foolish insan jo hai, woh hamesha apnay action ko dekhta hai. "But a wise man not only looks at his action, but also looks at its consequences, its result." To Maulana hamesha yeh William Ralph ka jo quote hai, us ko batatay thay ke "A wise man is one who sees the relative value of things." To apa yeh bohat important hai, yeh jo quote</w:t>
      </w:r>
    </w:p>
    <w:p>
      <w:pPr>
        <w:jc w:val="right"/>
      </w:pPr>
      <w:r>
        <w:t>تو ایک فولش، ایک فولش انسان جو ہے، وہ ہمیشہ اپنے ایکشن کو دیکھتا ہے۔ "But a wise man not only looks at his action, but also looks at its consequences, its result." تو مولانا ہمیشہ یہ ولیم رالف کا جو کوٹ ہے، اس کو بتاتے تھے کہ "A wise man is one who sees the relative value of things." تو آپا یہ بہت امپورٹنٹ ہے، یہ جو کوٹ</w:t>
      </w:r>
    </w:p>
    <w:p>
      <w:r>
        <w:rPr>
          <w:b/>
        </w:rPr>
        <w:t xml:space="preserve">[43:42] </w:t>
      </w:r>
      <w:r>
        <w:t>hai. Mein chahoon ga is ke baray mein bhi aap hum sab ko wazeh karein. Haan, ye bohat zyada ye cheez important hai, relative value. Kyunke jo real value hai ya absolute value hai, to woh to bohat hi kam aisa hota hai ke humain real value jo hai har cheez ki mil</w:t>
      </w:r>
    </w:p>
    <w:p>
      <w:pPr>
        <w:jc w:val="right"/>
      </w:pPr>
      <w:r>
        <w:t>ہے۔ میں چاہوں گا اس کے بارے میں بھی آپ ہم سب کو واضح کریں۔ हाँ, ये बहुत ज्यादा ये चीज़ इंपॉर्टेंट है, रिलेटिव वैल्यू। کیونکہ جو ریئل ویلیو ہے یا ایبسولیوٹ ویلیو ہے، تو وہ تو بہت ہی کم ایسا ہوتا ہے کہ ہمیں ریئل ویلیو جو ہے ہر چیز کی مل</w:t>
      </w:r>
    </w:p>
    <w:p>
      <w:r>
        <w:rPr>
          <w:b/>
        </w:rPr>
        <w:t xml:space="preserve">[44:03] </w:t>
      </w:r>
      <w:r>
        <w:t>jaye. Kyunke aam taur par kya hota hai, jis ko Maulana indirect benefit bhi kehtay thay, ke direct benefit kam hota hai, indirect benefit bohat zyada hota hai, lekin log us ko samajh nahi patay. To is ka mein is se us waqt sirf Sulah Hudaibiyah ki misaal doon gi</w:t>
      </w:r>
    </w:p>
    <w:p>
      <w:pPr>
        <w:jc w:val="right"/>
      </w:pPr>
      <w:r>
        <w:t>جائے۔ क्योंकि आमतौर पर क्या होता है, जिसको मौलाना इनडायरेक्ट बेनिफिट भी कहते थे, कि डायरेक्ट बेनिफिट कम होता है, इनडायरेक्ट बेनिफिट बहुत ज्यादा होता है, लेकिन लोग उसको समझ नहीं पाते हैं। تو اس کا میں اس سے اس وقت صرف صلح حدیبیہ کی مثال دوں گی</w:t>
      </w:r>
    </w:p>
    <w:p>
      <w:r>
        <w:rPr>
          <w:b/>
        </w:rPr>
        <w:t xml:space="preserve">[44:22] </w:t>
      </w:r>
      <w:r>
        <w:t>ke Sulah Hudaibiyah ki jo misaal, woh jo Rasool Allah Salallahu Alaihi Wasallam ne sulah ki, dab kar ke tamam un ke enemy ki sharaait ko accept kar ke, to ab Sahaba ke bhi kisi kisi bhi Sahabi ko samajh mein nahi aa raha tha.</w:t>
      </w:r>
    </w:p>
    <w:p>
      <w:pPr>
        <w:jc w:val="right"/>
      </w:pPr>
      <w:r>
        <w:t>کہ صلح حدیبیہ کی جو مثال، وہ جو رسول اللہ صلی اللہ علیہ وسلم نے صلح کی، دب کر کے تمام ان کے اینمی کی شرائط کو ایکسیپٹ کر کے، تو اب صحابہ کے بھی کسی کسی بھی صحابی کو سمجھ میں نہیں آ رہا تھا۔</w:t>
      </w:r>
    </w:p>
    <w:p>
      <w:r>
        <w:rPr>
          <w:b/>
        </w:rPr>
        <w:t xml:space="preserve">[44:40] </w:t>
      </w:r>
      <w:r>
        <w:t>Sab Sahabi bohat zyada ghamgeen thay ke itna zillat amaiz muahida hua hai. Matlab hai ke Hazrat Umar, Hazrat Abu Bakr jaisay Sahabi bhi sab pareshan thay.</w:t>
      </w:r>
    </w:p>
    <w:p>
      <w:pPr>
        <w:jc w:val="right"/>
      </w:pPr>
      <w:r>
        <w:t>سب صحابی بہت زیادہ غمگین تھے کہ اتنا ذلت آمیز معاہدہ ہوا ہے۔ مطلب ہے کہ حضرت عمر، حضرت ابوبکر جیسے صحابی بھی سب پریشان تھے۔</w:t>
      </w:r>
    </w:p>
    <w:p>
      <w:r>
        <w:rPr>
          <w:b/>
        </w:rPr>
        <w:t xml:space="preserve">[44:53] </w:t>
      </w:r>
      <w:r>
        <w:t>Lekin woh jo us ka woh tha, jo hidden aspect tha, jis ko hum kahain ge relative value jo tha, woh Rasool Allah Salallahu Alaihi Wasallam ko angels ne bataya ya aap ko khud aap ne samjha.</w:t>
      </w:r>
    </w:p>
    <w:p>
      <w:pPr>
        <w:jc w:val="right"/>
      </w:pPr>
      <w:r>
        <w:t>لیکن وہ جو اس کا وہ تھا، جو ہڈن ایسپیکٹ تھا، جس کو ہم کہیں گے ریلیٹو ویلیو جو تھا، وہ رسول اللہ صلی اللہ علیہ وسلم کو کو اینجلز نے بتایا یا آپ کو خود آپ نے سمجھا۔</w:t>
      </w:r>
    </w:p>
    <w:p>
      <w:r>
        <w:rPr>
          <w:b/>
        </w:rPr>
        <w:t xml:space="preserve">[45:07] </w:t>
      </w:r>
      <w:r>
        <w:t>Beharhaal to woh jo hidden aspect tha, woh zabardast tha kyunke jab muahida ho jaye ga aur aman qaim ho jaye ga, saray jo hain bahami takrao khatam ho jaye ga, jang-i halaat khatam ho jayein ge</w:t>
      </w:r>
    </w:p>
    <w:p>
      <w:pPr>
        <w:jc w:val="right"/>
      </w:pPr>
      <w:r>
        <w:t>بہرحال تو وہ جو ہڈن ایسپیکٹ تھا، وہ زبردست تھا کیونکہ جب معاہدہ ہو جائے گا اور امن قائم ہو جائے گا، سارے جو ہیں باہمی ٹکراؤ ختم ہو جائے گا، جنگی حالات ختم ہو جائیں گے</w:t>
      </w:r>
    </w:p>
    <w:p>
      <w:r>
        <w:rPr>
          <w:b/>
        </w:rPr>
        <w:t xml:space="preserve">[45:24] </w:t>
      </w:r>
      <w:r>
        <w:t>, log aik doosray se milnay lagen ge to zabardast jo hai is ka faida hoga. Jo paigham Rasool Allah Salallahu Alaihi Wasallam, jo paigham phailanay mein jo itni rukawatein aa rahi theen, to woh sari rukawatein khatam ho jayein gi.</w:t>
      </w:r>
    </w:p>
    <w:p>
      <w:pPr>
        <w:jc w:val="right"/>
      </w:pPr>
      <w:r>
        <w:t>، لوگ ایک دوسرے سے ملنے لگیں گے تو زبردست جو ہے اس کا فائدہ ہوگا۔ جو پیغام رسول اللہ صلی اللہ علیہ وسلم، جو پیغام پھیلانے میں جو اتنی رکاوٹیں آ رہی تھیں، تو وہ ساری رکاوٹیں ختم ہو جائیں گی۔</w:t>
      </w:r>
    </w:p>
    <w:p>
      <w:r>
        <w:rPr>
          <w:b/>
        </w:rPr>
        <w:t xml:space="preserve">[45:40] </w:t>
      </w:r>
      <w:r>
        <w:t>To isi wajah se Quran mein aaya ke Allah ne woh baat jani jo tum ne nahi jani, Surah Al-Fatah mein ke us ke baad achaanak saray pooray Arab mein achaanak jo hai woh Rasool Allah Salallahu Alaihi Wasallam ka paigham phunch gaya, sari dushmaniayn khatam ho gaein.</w:t>
      </w:r>
    </w:p>
    <w:p>
      <w:pPr>
        <w:jc w:val="right"/>
      </w:pPr>
      <w:r>
        <w:t>تو اسی وجہ سے قرآن میں آیا کہ اللہ نے وہ بات جانی جو تم نے نہیں جانی، سورہ الفتح میں کہ اس کے بعد اچانک سارے پورے عرب میں اچانک جو ہے وہ رسول اللہ صلی اللہ علیہ وسلم کا پیغام پہنچ گیا، ساری دشمنیاں ختم ہوگئیں۔</w:t>
      </w:r>
    </w:p>
    <w:p>
      <w:r>
        <w:rPr>
          <w:b/>
        </w:rPr>
        <w:t xml:space="preserve">[46:02] </w:t>
      </w:r>
      <w:r>
        <w:t>To</w:t>
      </w:r>
    </w:p>
    <w:p>
      <w:pPr>
        <w:jc w:val="right"/>
      </w:pPr>
      <w:r>
        <w:t>تو</w:t>
      </w:r>
    </w:p>
    <w:p>
      <w:r>
        <w:rPr>
          <w:b/>
        </w:rPr>
        <w:t xml:space="preserve">[46:03] </w:t>
      </w:r>
      <w:r>
        <w:t>isi par woh hai ke Hazrat Umar ne kaha hai ke aqalmand woh nahi hai jo shar ke muqablay mein khair ko janay.</w:t>
      </w:r>
    </w:p>
    <w:p>
      <w:pPr>
        <w:jc w:val="right"/>
      </w:pPr>
      <w:r>
        <w:t>اسی پر وہ ہے کہ حضرت عمر نے کہا ہے کہ عقلمند وہ نہیں ہے جو شر کے مقابلے میں خیر کو جانے۔</w:t>
      </w:r>
    </w:p>
    <w:p>
      <w:r>
        <w:rPr>
          <w:b/>
        </w:rPr>
        <w:t xml:space="preserve">[46:12] </w:t>
      </w:r>
      <w:r>
        <w:t>To hamesha hi shar aur khair dono hota hai. Haan, aqalmand woh hai jo lesser evil ko janay, do shar mein se kon shar kam hai, woh janay.</w:t>
      </w:r>
    </w:p>
    <w:p>
      <w:pPr>
        <w:jc w:val="right"/>
      </w:pPr>
      <w:r>
        <w:t>تو ہمیشہ ہی شر اور خیر دونوں ہوتا ہے۔ ہاں، عقلمند وہ ہے جو لیسر ایول کو جانے، دو شر میں سے کون شر کم ہے، وہ جانے۔</w:t>
      </w:r>
    </w:p>
    <w:p>
      <w:r>
        <w:rPr>
          <w:b/>
        </w:rPr>
        <w:t xml:space="preserve">[46:23] </w:t>
      </w:r>
      <w:r>
        <w:t>Matlab aik tha ke un ki sari dushmani ki sari conditions ko accept karna aur doosra tha ke tamam jo hai halaat normalize, normalize ho jayein aur paigham phochanay mein sari jo hain rastay khul jayein.</w:t>
      </w:r>
    </w:p>
    <w:p>
      <w:pPr>
        <w:jc w:val="right"/>
      </w:pPr>
      <w:r>
        <w:t>مطلب ایک تھا کہ ان کی ساری دشمن کی ساری کنڈیشنز کو ایکسیپٹ کرنا اور دوسرا تھا کہ تمام جو ہے حالات نارملائز، نارملائز ہو جائیں اور پیغام پہنچانے میں ساری جو ہیں راستے کھل جائیں۔</w:t>
      </w:r>
    </w:p>
    <w:p>
      <w:r>
        <w:rPr>
          <w:b/>
        </w:rPr>
        <w:t xml:space="preserve">[46:40] </w:t>
      </w:r>
      <w:r>
        <w:t>To woh zyada behtar tha ya yeh zyada behtar hai. To</w:t>
      </w:r>
    </w:p>
    <w:p>
      <w:pPr>
        <w:jc w:val="right"/>
      </w:pPr>
      <w:r>
        <w:t>تو وہ زیادہ بہتر تھا یا یہ زیادہ بہتر ہے۔ تو</w:t>
      </w:r>
    </w:p>
    <w:p>
      <w:r>
        <w:rPr>
          <w:b/>
        </w:rPr>
        <w:t xml:space="preserve">[46:44] </w:t>
      </w:r>
      <w:r>
        <w:t>yeh jo hai agar hum sirf aik baat ko yeh rakhein ke hamara har action jo hai woh result oriented hona chahiye aur sochien, agar hum gehrai se to humain samajh mein aa jata hai ke hum aisa karein ge to is ka result yeh hoga, aisa karein ge to is ka result yeh hoga.</w:t>
      </w:r>
    </w:p>
    <w:p>
      <w:pPr>
        <w:jc w:val="right"/>
      </w:pPr>
      <w:r>
        <w:t>یہ جو ہے اگر ہم صرف ایک بات کو یہ رکھیں کہ ہمارا ہر ایکشن جو ہے وہ رزلٹ اورینٹڈ ہونا چاہیے اور سوچیں، اگر ہم گہرائی سے تو ہمیں سمجھ میں آ جاتا ہے کہ ہم ایسا کریں گے تو اس کا رزلٹ یہ ہوگا، ایسا کریں گے تو اس کا رزلٹ یہ ہوگا۔</w:t>
      </w:r>
    </w:p>
    <w:p>
      <w:r>
        <w:rPr>
          <w:b/>
        </w:rPr>
        <w:t xml:space="preserve">[47:04] </w:t>
      </w:r>
      <w:r>
        <w:t>Sirf sochne ka dair hai,</w:t>
      </w:r>
    </w:p>
    <w:p>
      <w:pPr>
        <w:jc w:val="right"/>
      </w:pPr>
      <w:r>
        <w:t>صرف سوچنے کا دیر ہے،</w:t>
      </w:r>
    </w:p>
    <w:p>
      <w:r>
        <w:rPr>
          <w:b/>
        </w:rPr>
        <w:t xml:space="preserve">[47:06] </w:t>
      </w:r>
      <w:r>
        <w:t>chunki hum sochtay nahi hain, is wajah se humain samajh mein nahi aata. Kyunke Allah Tala ne har aik ko itni aqal di hai ke agar woh sochay to us ki samajh mein aa jati hai baat.</w:t>
      </w:r>
    </w:p>
    <w:p>
      <w:pPr>
        <w:jc w:val="right"/>
      </w:pPr>
      <w:r>
        <w:t>چونکہ ہم سوچتے نہیں ہیں، اس وجہ سے ہمیں سمجھ میں نہیں آتا۔ کیونکہ اللہ تعالی نے ہر ایک کو اتنی عقل دی ہے کہ اگر وہ سوچے تو اس کی سمجھ میں آ جاتی ہے بات۔</w:t>
      </w:r>
    </w:p>
    <w:p>
      <w:r>
        <w:rPr>
          <w:b/>
        </w:rPr>
        <w:t xml:space="preserve">[47:17] </w:t>
      </w:r>
      <w:r>
        <w:t>To humain chahiye ke har qadam uthanay se pehlay hum sochien aur soch samajh kar faisla karein.</w:t>
      </w:r>
    </w:p>
    <w:p>
      <w:pPr>
        <w:jc w:val="right"/>
      </w:pPr>
      <w:r>
        <w:t>تو ہمیں چاہیے کہ ہر قدم اٹھانے سے پہلے ہم سوچیں اور سوچ سوچ سمجھ کر فیصلہ کریں۔</w:t>
      </w:r>
    </w:p>
    <w:p>
      <w:r>
        <w:rPr>
          <w:b/>
        </w:rPr>
        <w:t xml:space="preserve">[47:28] </w:t>
      </w:r>
      <w:r>
        <w:t>To</w:t>
      </w:r>
    </w:p>
    <w:p>
      <w:pPr>
        <w:jc w:val="right"/>
      </w:pPr>
      <w:r>
        <w:t>تو</w:t>
      </w:r>
    </w:p>
    <w:p>
      <w:r>
        <w:rPr>
          <w:b/>
        </w:rPr>
        <w:t xml:space="preserve">[47:29] </w:t>
      </w:r>
      <w:r>
        <w:t>yeh jo hai bohat aasani se hamein woh samajh mein aa jaye ga ke kya step sahi hai, kya step galat hai. Ji, apa yeh comment bheja hai Miss Zahida Abroo ne Sindh Hyderabad se.</w:t>
      </w:r>
    </w:p>
    <w:p>
      <w:pPr>
        <w:jc w:val="right"/>
      </w:pPr>
      <w:r>
        <w:t>یہ جو ہے بہت آسانی سے ہمیں وہ سمجھ میں آ جائے گا کہ کیا اسٹیپ صحیح ہے، کیا اسٹیپ غلط ہے۔ جی، آپا یہ کمنٹ بھیجا ہے مس زاہدہ ابرو نے سندھ حیدرآباد سے۔</w:t>
      </w:r>
    </w:p>
    <w:p>
      <w:r>
        <w:rPr>
          <w:b/>
        </w:rPr>
        <w:t xml:space="preserve">[47:45] </w:t>
      </w:r>
      <w:r>
        <w:t>Unhon ne likha hai: "This is the first time I'm listening to your talk. It is an intellectual and a wonderful talk."</w:t>
      </w:r>
    </w:p>
    <w:p>
      <w:pPr>
        <w:jc w:val="right"/>
      </w:pPr>
      <w:r>
        <w:t>انہوں نے لکھا ہے: "This is the first time I'm listening to your talk. It is an intellectual and a wonderful talk."</w:t>
      </w:r>
    </w:p>
    <w:p>
      <w:r>
        <w:rPr>
          <w:b/>
        </w:rPr>
        <w:t xml:space="preserve">[47:53] </w:t>
      </w:r>
      <w:r>
        <w:t>Zubair Bhatt sahib jo Kashmir se hain, unhon ne sawal bheja hai: "Where can I get Maulana's literature?" To Zubair bhai, aap Maulana ki kitabein goodwordbooks.com se khareed sakte hain, aur agar aap download kar ke parhna chahte hain to aap cpsglobal.org pe login karein.</w:t>
      </w:r>
    </w:p>
    <w:p>
      <w:pPr>
        <w:jc w:val="right"/>
      </w:pPr>
      <w:r>
        <w:t>زبیر بھٹ صاحب جو کشمیر سے ہیں، انہوں نے سوال بھیجا ہے: "Where can I get مولانا's literature?" تو زبیر بھائی، آپ مولانا کی کتابیں goodwordbooks.com سے خرید سکتے ہیں، اور اگر آپ ڈاؤن لوڈ کر کے پڑھنا چاہتے ہیں تو آپ cpsglobal.org پہ لاگ ان کریں۔</w:t>
      </w:r>
    </w:p>
    <w:p>
      <w:r>
        <w:rPr>
          <w:b/>
        </w:rPr>
        <w:t xml:space="preserve">[48:11] </w:t>
      </w:r>
      <w:r>
        <w:t>Wahan se aap ko Maulana sahib ki tamam kitabein hasil ho jayengi.</w:t>
      </w:r>
    </w:p>
    <w:p>
      <w:pPr>
        <w:jc w:val="right"/>
      </w:pPr>
      <w:r>
        <w:t>وہاں سے آپ کو مولانا صاحب کی تمام کتابیں حاصل ہو جائیں گی۔</w:t>
      </w:r>
    </w:p>
    <w:p>
      <w:r>
        <w:rPr>
          <w:b/>
        </w:rPr>
        <w:t xml:space="preserve">[48:16] </w:t>
      </w:r>
      <w:r>
        <w:t>Apa, aap ne abhi bohat sahi baat kahi ke sirf sochne ki dair hai, aur aksar kya hota hai ke log sochte hi nahi hain.</w:t>
      </w:r>
    </w:p>
    <w:p>
      <w:pPr>
        <w:jc w:val="right"/>
      </w:pPr>
      <w:r>
        <w:t>آپا، آپ نے ابھی بہت صحیح بات کہی کہ صرف سوچنے کی دیر ہے، اور اکثر کیا ہوتا ہے کہ لوگ سوچتے ہی نہیں ہیں۔</w:t>
      </w:r>
    </w:p>
    <w:p>
      <w:r>
        <w:rPr>
          <w:b/>
        </w:rPr>
        <w:t xml:space="preserve">[48:25] </w:t>
      </w:r>
      <w:r>
        <w:t>Aaj ka poora jo topic hai, aap ne bare achhe se explain kiya ke why there is an importance of thinking, what is the art of thinking. Lekin apa, hum log jab interactions karte hain, aur aksar log Maulana ke paas bhi advice ke liye aate the, aur kai mayoos, mayoosi mein aate the, lekin bohat khush ho ke jate the.</w:t>
      </w:r>
    </w:p>
    <w:p>
      <w:pPr>
        <w:jc w:val="right"/>
      </w:pPr>
      <w:r>
        <w:t>آج کا پورا جو ٹاپک ہے، آپ نے بڑے اچھے سے ایکسپلین کیا کہ why there is an importance of thinking, what is the art of thinking. لیکن آپا، ہم لوگ جب انٹریکشنز کرتے ہیں، اور اکثر لوگ مولانا کے پاس بھی ایڈوائس کے لیے آتے تھے، اور کئی مایوس، مایوسی میں آتے تھے، لیکن بہت خوش ہو کے جاتے تھے۔</w:t>
      </w:r>
    </w:p>
    <w:p>
      <w:r>
        <w:rPr>
          <w:b/>
        </w:rPr>
        <w:t xml:space="preserve">[48:46] </w:t>
      </w:r>
      <w:r>
        <w:t>Aksar in logon ka yeh hota tha sawal ke: "Meri zindagi ka yeh ek ek aim tha, mein ne woh chance gawa diya." Ya phir woh kuch plan kar rahe the, woh materialize nahi hua.</w:t>
      </w:r>
    </w:p>
    <w:p>
      <w:pPr>
        <w:jc w:val="right"/>
      </w:pPr>
      <w:r>
        <w:t>اکثر ان لوگوں کا یہ ہوتا تھا سوال کہ: "میری زندگی کا یہ ایک ایک ایم تھا، میں نے وہ چانس گوا دیا۔" یا پھر وہ کچھ پلان کر رہے تھے، وہ مٹیریلائز نہیں ہوا۔</w:t>
      </w:r>
    </w:p>
    <w:p>
      <w:r>
        <w:rPr>
          <w:b/>
        </w:rPr>
        <w:t xml:space="preserve">[48:59] </w:t>
      </w:r>
      <w:r>
        <w:t>To log aksar jo hai first chance ko bohat zyada importance dete the, aur Maulana kehte the ke there is always a second chance.</w:t>
      </w:r>
    </w:p>
    <w:p>
      <w:pPr>
        <w:jc w:val="right"/>
      </w:pPr>
      <w:r>
        <w:t>تو لوگ اکثر جو ہے فرسٹ چانس کو بہت زیادہ امپورٹنس دیتے تھے، اور مولانا کہتے تھے کہ there is always a second chance.</w:t>
      </w:r>
    </w:p>
    <w:p>
      <w:r>
        <w:rPr>
          <w:b/>
        </w:rPr>
        <w:t xml:space="preserve">[49:09] </w:t>
      </w:r>
      <w:r>
        <w:t>To woh hope bhar ke har ek ko wapas lotate the.</w:t>
      </w:r>
    </w:p>
    <w:p>
      <w:pPr>
        <w:jc w:val="right"/>
      </w:pPr>
      <w:r>
        <w:t>تو وہ ہوپ بھر کے ہر ایک کو واپس لوٹاتے تھے۔</w:t>
      </w:r>
    </w:p>
    <w:p>
      <w:r>
        <w:rPr>
          <w:b/>
        </w:rPr>
        <w:t xml:space="preserve">[49:13] </w:t>
      </w:r>
      <w:r>
        <w:t>Jaise aap ne abhi woh use bhi kiya jumla: "Think, think, think. There must be a better way." To apa, second chance ki kya ahmiyat hai, is ke bare mein bhi aap hum sab ko batayein, kyunke yeh ek bohat hi important cheez is liye bhi hai ke log aksar apne aap ko depression mein daal dete hain after having missed the first chance of their life.</w:t>
      </w:r>
    </w:p>
    <w:p>
      <w:pPr>
        <w:jc w:val="right"/>
      </w:pPr>
      <w:r>
        <w:t>جیسے آپ نے ابھی وہ یوز بھی کیا جملہ: "Think, think, think. There must be a better way." تو آپا، سیکنڈ چانس کی کیا اہمیت ہے، اس کے بارے میں بھی آپ ہم سب کو بتائیں، کیونکہ یہ ایک بہت ہی امپورٹنٹ چیز اس لیے بھی ہے کہ لوگ اکثر اپنے آپ کو ڈپریشن میں ڈال دیتے ہیں after having missed the first chance of their life.</w:t>
      </w:r>
    </w:p>
    <w:p>
      <w:r>
        <w:rPr>
          <w:b/>
        </w:rPr>
        <w:t xml:space="preserve">[49:39] </w:t>
      </w:r>
      <w:r>
        <w:t>Yeh to bohat hi aam hai ke zyada tar log first chance jo hai woh miss kar dete hain, matlab tayyar nahi hote hain, un ki tayyari poori nahi hoti hai.</w:t>
      </w:r>
    </w:p>
    <w:p>
      <w:pPr>
        <w:jc w:val="right"/>
      </w:pPr>
      <w:r>
        <w:t>یہ تو بہت ہی عام ہے کہ زیادہ تر لوگ فرسٹ چانس جو ہے وہ مس کر دیتے ہیں، مطلب تیار نہیں ہوتے ہیں، ان کی تیاری پوری نہیں ہوتی ہے۔</w:t>
      </w:r>
    </w:p>
    <w:p>
      <w:r>
        <w:rPr>
          <w:b/>
        </w:rPr>
        <w:t xml:space="preserve">[49:52] </w:t>
      </w:r>
      <w:r>
        <w:t>To woh kai baar woh woh ho jate hain, bohat zyada mayoos ho jate hain. To kai baar khudkushi karne tak ko sochne lagte hain.</w:t>
      </w:r>
    </w:p>
    <w:p>
      <w:pPr>
        <w:jc w:val="right"/>
      </w:pPr>
      <w:r>
        <w:t>تو وہ کئی بار وہ وہ ہو جاتے ہیں، بہت زیادہ مایوس ہو جاتے ہیں۔ تو کئی بار خودکشی کرنے تک کو سوچنے لگتے ہیں۔</w:t>
      </w:r>
    </w:p>
    <w:p>
      <w:r>
        <w:rPr>
          <w:b/>
        </w:rPr>
        <w:t xml:space="preserve">[50:01] </w:t>
      </w:r>
      <w:r>
        <w:t>Ji, ek baar ek aise hi student tha, woh us ne bohat mehnat ki lekin woh fail ho gaya.</w:t>
      </w:r>
    </w:p>
    <w:p>
      <w:pPr>
        <w:jc w:val="right"/>
      </w:pPr>
      <w:r>
        <w:t>جی، ایک بار ایک ایسے ہی سٹوڈنٹ تھا، وہ اس نے بہت محنت کی لیکن وہ فیل ہو گیا۔</w:t>
      </w:r>
    </w:p>
    <w:p>
      <w:r>
        <w:rPr>
          <w:b/>
        </w:rPr>
        <w:t xml:space="preserve">[50:07] </w:t>
      </w:r>
      <w:r>
        <w:t>Ab woh ghar se hi nikal ke bhag gaya ke ab mein ghar wapas nahi jaunga. To phir us ne dekha ek jagah kuwein par pani, ghara le kar log aate the, pani nikalte the.</w:t>
      </w:r>
    </w:p>
    <w:p>
      <w:pPr>
        <w:jc w:val="right"/>
      </w:pPr>
      <w:r>
        <w:t>اب وہ گھر سے ہی نکل کے بھاگ گیا کہ اب میں گھر واپس نہیں جاؤں گا۔ تو پھر اس نے دیکھا ایک جگہ کنویں پر پانی، گھڑا لے کر لوگ آتے تھے، پانی نکالتے تھے۔</w:t>
      </w:r>
    </w:p>
    <w:p>
      <w:r>
        <w:rPr>
          <w:b/>
        </w:rPr>
        <w:t xml:space="preserve">[50:21] </w:t>
      </w:r>
      <w:r>
        <w:t>To woh kuwein ka jo pathar par jo ghara rakhte the, to woh pathar par nishan pad gaya tha ghare rakhne ka gol sa.</w:t>
      </w:r>
    </w:p>
    <w:p>
      <w:pPr>
        <w:jc w:val="right"/>
      </w:pPr>
      <w:r>
        <w:t>تو وہ کنویں کا جو پتھر پر جو گھڑا رکھتے تھے، تو وہ پتھر پر نشان پڑ گیا تھا گھڑے رکھنے کا گول سا۔</w:t>
      </w:r>
    </w:p>
    <w:p>
      <w:r>
        <w:rPr>
          <w:b/>
        </w:rPr>
        <w:t xml:space="preserve">[50:30] </w:t>
      </w:r>
      <w:r>
        <w:t>To us ne socha ke kitna is mein, kitne logon ne is mein pani nikala hoga jo pathar mein nishan pad gaya.</w:t>
      </w:r>
    </w:p>
    <w:p>
      <w:pPr>
        <w:jc w:val="right"/>
      </w:pPr>
      <w:r>
        <w:t>تو اس نے سوچا کہ کتنا اس میں، کتنے لوگوں نے اس میں پانی نکالا ہوگا جو پتھر میں نشان پڑ گیا۔</w:t>
      </w:r>
    </w:p>
    <w:p>
      <w:r>
        <w:rPr>
          <w:b/>
        </w:rPr>
        <w:t xml:space="preserve">[50:39] </w:t>
      </w:r>
      <w:r>
        <w:t>To us se us ko ek matlab us ne rethink kiya ke mein bhi isi tarike se mehnat karun aur mehnat kar ke dobara imtehan doon. To us ne khoob wapas ghar gaya aur khoob mehnat ki aur us ne top kiya.</w:t>
      </w:r>
    </w:p>
    <w:p>
      <w:pPr>
        <w:jc w:val="right"/>
      </w:pPr>
      <w:r>
        <w:t>تو اس سے اس کو ایک مطلب اس نے ری تھنک کیا کہ میں بھی اسی طریقے سے محنت کروں اور محنت کر کے دوبارہ امتحان دوں۔ تو اس نے خوب واپس گھر گیا اور خوب محنت کی اور اس نے ٹاپ کیا۔</w:t>
      </w:r>
    </w:p>
    <w:p>
      <w:r>
        <w:rPr>
          <w:b/>
        </w:rPr>
        <w:t xml:space="preserve">[50:53] </w:t>
      </w:r>
      <w:r>
        <w:t>Ji, to aise bohat sare waqe</w:t>
      </w:r>
    </w:p>
    <w:p>
      <w:pPr>
        <w:jc w:val="right"/>
      </w:pPr>
      <w:r>
        <w:t>جی، تو ایسے بہت سارے واقع</w:t>
      </w:r>
    </w:p>
    <w:p>
      <w:r>
        <w:rPr>
          <w:b/>
        </w:rPr>
        <w:t xml:space="preserve">[50:55] </w:t>
      </w:r>
      <w:r>
        <w:t>aat. To yeh aise to yeh to waqea jo hai is mein raaz-e-hayat wali kitab mein yeh cheezein hain bar bar. Yeh is tarike ke waqeyat hote rehte the.</w:t>
      </w:r>
    </w:p>
    <w:p>
      <w:pPr>
        <w:jc w:val="right"/>
      </w:pPr>
      <w:r>
        <w:t>ات۔ تو یہ ایسے تو یہ تو واقعہ جو ہے اس میں راز حیات والی کتاب میں یہ چیزیں ہیں بار بار۔ یہ اس طریقے کے واقعات ہوتے رہتے تھے۔</w:t>
      </w:r>
    </w:p>
    <w:p>
      <w:r>
        <w:rPr>
          <w:b/>
        </w:rPr>
        <w:t xml:space="preserve">[51:06] </w:t>
      </w:r>
      <w:r>
        <w:t>Abhi abhi mein ne jo ek waqea bataya tha ek engineer ka ke woh khudkushi karna cha rahe the, to un ko Maulana ne samjhaya ke dekhiye agar mali ek peed ko kahin se ukhadta hai to us ko aur behtar jagah lagane ke liye ukhadta hai.</w:t>
      </w:r>
    </w:p>
    <w:p>
      <w:pPr>
        <w:jc w:val="right"/>
      </w:pPr>
      <w:r>
        <w:t>ابھی ابھی میں نے جو ایک واقعہ بتایا تھا ایک انجینئر کا کہ وہ خودکشی کرنا چاہ رہے تھے، تو ان کو مولانا نے سمجھایا کہ دیکھیے اگر مالی ایک پیڑ کو کہیں سے اکھاڑتا ہے تو اس کو اور بہتر جگہ لگانے کے لیے اکھاڑتا ہے۔</w:t>
      </w:r>
    </w:p>
    <w:p>
      <w:r>
        <w:rPr>
          <w:b/>
        </w:rPr>
        <w:t xml:space="preserve">[51:23] </w:t>
      </w:r>
      <w:r>
        <w:t>Us ko</w:t>
      </w:r>
    </w:p>
    <w:p>
      <w:pPr>
        <w:jc w:val="right"/>
      </w:pPr>
      <w:r>
        <w:t>اس کو</w:t>
      </w:r>
    </w:p>
    <w:p>
      <w:r>
        <w:rPr>
          <w:b/>
        </w:rPr>
        <w:t xml:space="preserve">[51:24] </w:t>
      </w:r>
      <w:r>
        <w:t>To aap wahan chale chale jaiye aur koi doosri jagah, doosre maqam par aap mehnat kijiye. To wahan unhon ne bohat zyada zabardast kamyabi hasil ki.</w:t>
      </w:r>
    </w:p>
    <w:p>
      <w:pPr>
        <w:jc w:val="right"/>
      </w:pPr>
      <w:r>
        <w:t>تو آپ وہاں چلے چلے جائیے اور کوئی دوسری جگہ، دوسرے مقام پر آپ محنت کیجئے۔ تو وہاں انہوں نے بہت زیادہ زبردست کامیابی حاصل کی۔</w:t>
      </w:r>
    </w:p>
    <w:p>
      <w:r>
        <w:rPr>
          <w:b/>
        </w:rPr>
        <w:t xml:space="preserve">[51:35] </w:t>
      </w:r>
      <w:r>
        <w:t>To aise bohat sare waqeyat hain is ke liye, woh is mein raaz-e-hayat mein dekh sakte hain. Ji ji mashallah, apa aaj ka aakhri sawal kyunke humein aaj ek book bhi release karni hai.</w:t>
      </w:r>
    </w:p>
    <w:p>
      <w:pPr>
        <w:jc w:val="right"/>
      </w:pPr>
      <w:r>
        <w:t>تو ایسے بہت سارے واقعات ہیں اس کے لیے، وہ اس میں راز حیات میں دیکھ سکتے ہیں۔ جی جی ماشاءاللہ، آپا آج کا آخری سوال کیونکہ ہمیں آج ایک بک بھی ریلیز کرنی ہے۔</w:t>
      </w:r>
    </w:p>
    <w:p>
      <w:r>
        <w:rPr>
          <w:b/>
        </w:rPr>
        <w:t xml:space="preserve">[51:48] </w:t>
      </w:r>
      <w:r>
        <w:t>Aaj ke topic se to apa aur conversation se mujhe yahi laga ke everything depends on thinking.</w:t>
      </w:r>
    </w:p>
    <w:p>
      <w:pPr>
        <w:jc w:val="right"/>
      </w:pPr>
      <w:r>
        <w:t>آج کے ٹاپک سے تو آپا اور کنورسیشن سے مجھے یہی لگا کہ everything depends on thinking.</w:t>
      </w:r>
    </w:p>
    <w:p>
      <w:r>
        <w:rPr>
          <w:b/>
        </w:rPr>
        <w:t xml:space="preserve">[51:54] </w:t>
      </w:r>
      <w:r>
        <w:t>If there is wrong thinking, then even an easy thing will become difficult. And when a person is having the right thinking, then even a difficult thing will become easy.</w:t>
      </w:r>
    </w:p>
    <w:p>
      <w:pPr>
        <w:jc w:val="right"/>
      </w:pPr>
      <w:r>
        <w:t>If there is wrong thinking, then even an easy thing will become difficult. And when a person is having theright thinking, then even a difficult thing will become easy.</w:t>
      </w:r>
    </w:p>
    <w:p>
      <w:r>
        <w:rPr>
          <w:b/>
        </w:rPr>
        <w:t xml:space="preserve">[52:05] </w:t>
      </w:r>
      <w:r>
        <w:t>to apa, balanced way of thinking jo hai wo bohat important ho jata hai. hum sab ko apne andar aik balanced way of thinking develop karni chahiye.</w:t>
      </w:r>
    </w:p>
    <w:p>
      <w:pPr>
        <w:jc w:val="right"/>
      </w:pPr>
      <w:r>
        <w:t>تو آپا، balanced way of thinking جو ہے وہ بہت important ہو جاتا ہے۔ ہم سب کو اپنے اندر ایک balanced way of thinking develop کرنی چاہیے۔</w:t>
      </w:r>
    </w:p>
    <w:p>
      <w:r>
        <w:rPr>
          <w:b/>
        </w:rPr>
        <w:t xml:space="preserve">[52:14] </w:t>
      </w:r>
      <w:r>
        <w:t>to apa, is ke bare mein aap batayein aur isi par hum aaj ka session bhi khatam karein ge.</w:t>
      </w:r>
    </w:p>
    <w:p>
      <w:pPr>
        <w:jc w:val="right"/>
      </w:pPr>
      <w:r>
        <w:t>تو آپا، اس کے بارے میں آپ بتائیں اور اسی پر ہم آج کا سیشن بھی ختم کریں گے۔</w:t>
      </w:r>
    </w:p>
    <w:p>
      <w:r>
        <w:rPr>
          <w:b/>
        </w:rPr>
        <w:t xml:space="preserve">[52:22] </w:t>
      </w:r>
      <w:r>
        <w:t>balanced way of thinking, sound thinking, yeh bhi related hi hai. ji, to bohat mushkil ho jata hai kyunke bohat baar logon ko bohat sari cheezein jo hai na, wo prestige issue bana lete hain. ab wo prestige issue banne ki wajah se unko samajh mein nahi aata hum peechay kaise hatein. to is mein aik do misaal se main is ko wazeh karungi.</w:t>
      </w:r>
    </w:p>
    <w:p>
      <w:pPr>
        <w:jc w:val="right"/>
      </w:pPr>
      <w:r>
        <w:t>बैलेंस्ड वे ऑफ थिंकिंग, साउंड थिंकिंग, यह भी रिलेटेड ही है। जी, तो बहुत मुश्किल हो जाता है क्योंकि बहुत बार लोगों को बहुत सारी चीजें जो है ना, वो प्रेस्टीज इशू बना लेते हैं। अब वो प्रेस्टीज इशू बनने की वजह से उनको समझ में नहीं आता हम पीछे कैसे हटें। तो इसमें एक दो मिसाल से मैं इसको واضح करूंगी।</w:t>
      </w:r>
    </w:p>
    <w:p>
      <w:r>
        <w:rPr>
          <w:b/>
        </w:rPr>
        <w:t xml:space="preserve">[52:48] </w:t>
      </w:r>
      <w:r>
        <w:t>jab misaal jo hai america aur japan ki, jo second world war mein ji, zabardast jang hui. aur aur japan jo hai, japan, germany aur italy waghera, yeh log haar gaye thay. to america ne pehli baar japan par atom bomb dala aur do industrial cities, hiroshima aur nagasaki, dono tabah ho gaye.</w:t>
      </w:r>
    </w:p>
    <w:p>
      <w:pPr>
        <w:jc w:val="right"/>
      </w:pPr>
      <w:r>
        <w:t>जब मिसाल जो है अमेरिका और जापान की, जो सेकंड वर्ल्ड वॉर में जी, जबरदस्त जंग हुई। और और जापान जो है, जापान, जर्मनी और इटली वगैरह, यह लोग हार गए थे। तो अमेरिका ने पहली बार जापान पर एटम बम डाला और दो इंडस्ट्रियल सिटीज, हिरोशिमा और नागासाकी, दोनों तबाह हो गए।</w:t>
      </w:r>
    </w:p>
    <w:p>
      <w:r>
        <w:rPr>
          <w:b/>
        </w:rPr>
        <w:t xml:space="preserve">[53:16] </w:t>
      </w:r>
      <w:r>
        <w:t>ab awam unke bohat gussa ho gaye, bohat zyada. unhone kaha, "ab hum intiqam lein ge." lekin agar hamare paas achay leaders hon to awam ko samjha sakte hain. lekin jab leader hi emotional ho jata hai, phir koi cheez unko samjha nahi sakti. to wahan par unki khushkismati thi ke unke paas achay leaders thay.</w:t>
      </w:r>
    </w:p>
    <w:p>
      <w:pPr>
        <w:jc w:val="right"/>
      </w:pPr>
      <w:r>
        <w:t>अब आवाम उनके बहुत गुस्सा हो गए, बहुत ज्यादा। उन्होंने कहा, "अब हम انتقام लेंगे।" लेकिन अगर हमारे पास अच्छे लीडर हो तो आवाम को समझा सकते हैं। लेकिन जब लीडर ही इमोशनल हो जाता है, फिर कोई चीज उनको समझा नहीं सकती। तो वहां पर उनकी खुशकिस्मती थी कि उनके पास अच्छे लीडर्स थे।</w:t>
      </w:r>
    </w:p>
    <w:p>
      <w:r>
        <w:rPr>
          <w:b/>
        </w:rPr>
        <w:t xml:space="preserve">[53:40] </w:t>
      </w:r>
      <w:r>
        <w:t>to awam to bohat zyada naraz hue, lekin leaders ne kaha ke nahi, "hum jo hai, ab ab intiqam hum nahi lein ge. hum koi badla nahi lein ge. hum apni apni constructive activity shuru karein ge, taleem mein, industry mein aagay barhein ge aur is ka jo hai,</w:t>
      </w:r>
    </w:p>
    <w:p>
      <w:pPr>
        <w:jc w:val="right"/>
      </w:pPr>
      <w:r>
        <w:t>तो आवाम तो बहुत ज्यादा नाराज हुए, लेकिन लीडरों ने कहा कि नहीं, "हम जो है, अब अब انتقام हम नहीं लेंगे। हम कोई बदला नहीं लेंगे। हम अपनी अपनी कंस्ट्रक्टिव एक्टिविटी शुरू करेंगे, तालीम में, इंडस्ट्री में आगे बढ़ेंगे और इसका जो है,</w:t>
      </w:r>
    </w:p>
    <w:p>
      <w:r>
        <w:rPr>
          <w:b/>
        </w:rPr>
        <w:t xml:space="preserve">[54:03] </w:t>
      </w:r>
      <w:r>
        <w:t>is ke liye sakht mehnat karein ge."</w:t>
      </w:r>
    </w:p>
    <w:p>
      <w:pPr>
        <w:jc w:val="right"/>
      </w:pPr>
      <w:r>
        <w:t>इसके लिए सख्त मेहनत करेंगे।"</w:t>
      </w:r>
    </w:p>
    <w:p>
      <w:r>
        <w:rPr>
          <w:b/>
        </w:rPr>
        <w:t xml:space="preserve">[54:05] </w:t>
      </w:r>
      <w:r>
        <w:t>to unhone awam ko yeh samjhaya ke 1941 mein hum ne bhi america ka ka jo pearl harbor mein us ki jo bahri faujein theen, us ko hum ne tabah kiya tha. to yeh barabar sarabar ho gaya. samjhane ke liye tha, woh to choti baat thi, yeh to bohat bari baat thi. lekin unhone samjhaya ke ab barabar ho gaya, ab hum jo hai,</w:t>
      </w:r>
    </w:p>
    <w:p>
      <w:pPr>
        <w:jc w:val="right"/>
      </w:pPr>
      <w:r>
        <w:t>तो उन्होंने आवाम को यह समझाया कि 1941 में हमने भी अमेरिका का का जो पर्ल हार्बर में उसकी जो बहरी फौजें थीं, उसको हमने तबाह किया था। तो यह बराबर सराबर हो गया। समझाने के लिए था, वह तो छोटी बात थी, यह तो बहुत बड़ी बात थी। लेकिन उन्होंने समझाया कि अब बराबर हो गया, अब हम जो है,</w:t>
      </w:r>
    </w:p>
    <w:p>
      <w:r>
        <w:rPr>
          <w:b/>
        </w:rPr>
        <w:t xml:space="preserve">[54:27] </w:t>
      </w:r>
      <w:r>
        <w:t>mehnat karein ge. aur zabardast unhone mehnat ki 30 saal tak,</w:t>
      </w:r>
    </w:p>
    <w:p>
      <w:pPr>
        <w:jc w:val="right"/>
      </w:pPr>
      <w:r>
        <w:t>मेहनत करेंगे। और जबरदस्त उन्होंने मेहनत की 30 साल तक,</w:t>
      </w:r>
    </w:p>
    <w:p>
      <w:r>
        <w:rPr>
          <w:b/>
        </w:rPr>
        <w:t xml:space="preserve">[54:33] </w:t>
      </w:r>
      <w:r>
        <w:t>yahan tak ke woh industrial super power ban gaya. to us mein jo khaas role tha, woh hiro hito ka tha, jo japanese ruler tha. us waqt radio par hi hota tha elaan. to unhone radio par aakar awam ko address kiya aur kaha ke "We have to bear the unbearable.</w:t>
      </w:r>
    </w:p>
    <w:p>
      <w:pPr>
        <w:jc w:val="right"/>
      </w:pPr>
      <w:r>
        <w:t>यहां तक कि वह इंडस्ट्रियल सुपर पावर बन गया। तो उसमें जो खास रोल था, वह हीरो हीटो का था, जो जापानीज रूलर था। उस वक्त रेडियो पर ही होता था ऐलान। तो उन्होंने रेडियो पर आकर आवाम को एड्रेस किया और कहा कि "We have to bear the unbearable.</w:t>
      </w:r>
    </w:p>
    <w:p>
      <w:r>
        <w:rPr>
          <w:b/>
        </w:rPr>
        <w:t xml:space="preserve">[54:53] </w:t>
      </w:r>
      <w:r>
        <w:t>We have to suffer the unsufreable." to unhone kaha ke hum is ko bardasht karein ge</w:t>
      </w:r>
    </w:p>
    <w:p>
      <w:pPr>
        <w:jc w:val="right"/>
      </w:pPr>
      <w:r>
        <w:t>We have to suffer the unsufreable." तो उन्होंने कहा कि हम इसको बर्दाश्त करेंगे</w:t>
      </w:r>
    </w:p>
    <w:p>
      <w:r>
        <w:rPr>
          <w:b/>
        </w:rPr>
        <w:t xml:space="preserve">[54:59] </w:t>
      </w:r>
      <w:r>
        <w:t>, is ko hum intiqam ke jazba ko khatam kar rahe hain aur hum poori mehnat karein ge education mein. to education par unhone itni mehnat ki ke bilkul jo ministeron ka jo level hota tha, standard, un ki tankhwahon ka, har cheez ka, har facility ka, woh sab unhone apne teachers ko diya.</w:t>
      </w:r>
    </w:p>
    <w:p>
      <w:pPr>
        <w:jc w:val="right"/>
      </w:pPr>
      <w:r>
        <w:t>, इसको हम انتقام के जज्बा को खत्म कर रहे हैं और हम पूरी मेहनत करेंगे एजुकेशन में। तो एजुकेशन पर उन्होंने इतनी मेहनत की कि बिल्कुल जो मिनिस्टरों का जो लेवल होता था, स्टैंडर्ड, उनकी तनख्वाहों का, हर चीज का, हर फैसिलिटी का, वह सब उन्होंने अपने टीचर्स को दिया।</w:t>
      </w:r>
    </w:p>
    <w:p>
      <w:r>
        <w:rPr>
          <w:b/>
        </w:rPr>
        <w:t xml:space="preserve">[55:20] </w:t>
      </w:r>
      <w:r>
        <w:t>to is tarah se unhone bohat jald jo hai, woh itnay baray, itni zyada tarraqi kar li ke woh america par hi chha gaye. un ke saaray saman jo hai, woh america ke bazaron mein bhare hue hotay thay.</w:t>
      </w:r>
    </w:p>
    <w:p>
      <w:pPr>
        <w:jc w:val="right"/>
      </w:pPr>
      <w:r>
        <w:t>तो इस तरीके से उन्होंने बहुत जल्द जो है, वह इतने बड़े, इतनी ज्यादा तरक्की कर ली कि वह अमेरिका पर ही छा गए। उनके सारे सामान जो है, वह अमेरिका के बाजारों में भरे हुए होते थे।</w:t>
      </w:r>
    </w:p>
    <w:p>
      <w:r>
        <w:rPr>
          <w:b/>
        </w:rPr>
        <w:t xml:space="preserve">[55:36] </w:t>
      </w:r>
      <w:r>
        <w:t>to log jo hai, aam taur par kya hai ke log apni jo ziyadati karte hain, woh to unko, woh to bhula dete hain aur doosron ki ziyadati ko baar baar yaad karte hain aur us ko yaad rakhte hain. is wajah se woh balanced way of thinking un ki nahi hoti. to is wajah se woh hamesha jo hai, tabaahi ka sabab banta hai. yeh cheez ke doosron ki ziyadati ko yaad rakho aur apni ziyadati ko bhula</w:t>
      </w:r>
    </w:p>
    <w:p>
      <w:pPr>
        <w:jc w:val="right"/>
      </w:pPr>
      <w:r>
        <w:t>तो लोग जो है, आमतौर पर क्या है कि लोग अपनी जो ज्यादती करते हैं, वह तो उनको, वह तो भुला देते हैं और दूसरों की ज्यादती को बार-बार याद करते हैं और उसको याद रखते हैं। इस वजह से वह बैलेंस्ड वे ऑफ थिंकिंग उनकी नहीं होती। तो इस वजह से वह हमेशा जो है, तबाही का सबब बनता है। यह चीज कि दूसरों की ज्यादती को याद रखो और अपनी ज्यादती को भुला</w:t>
      </w:r>
    </w:p>
    <w:p>
      <w:r>
        <w:rPr>
          <w:b/>
        </w:rPr>
        <w:t xml:space="preserve">[56:04] </w:t>
      </w:r>
      <w:r>
        <w:t>do. to yahi tabaahi ka sabab hai. to humein jo hai, hamesha sochna chahiye ke hamari bhi to kuch ghalti hai, jo doosre ne jo react kiya hai, retaliate kiya hai, to us mein hamari bhi ghalti hai. to is tarah se hum apne aap ko aur apne apne logon ko thanda kar sakte hain.</w:t>
      </w:r>
    </w:p>
    <w:p>
      <w:pPr>
        <w:jc w:val="right"/>
      </w:pPr>
      <w:r>
        <w:t>दो। तो यही तबाही का सबब है। तो हमें जो है, हमेशा सोचना चाहिए कि हमारी भी तो कुछ गलती है, जो दूसरे ने जो रिएक्ट किया है, रिटेलिएट किया है, तो उसमें हमारी भी गलती है। तो इस तरीके से हम अपने आप को और अपने अपने लोगों को ठंडा कर सकते हैं।</w:t>
      </w:r>
    </w:p>
    <w:p>
      <w:r>
        <w:rPr>
          <w:b/>
        </w:rPr>
        <w:t xml:space="preserve">[56:25] </w:t>
      </w:r>
      <w:r>
        <w:t>ab dekhiye ke jagah jagah musalmanon mein kai mulkon mein laraiyan ho rahi hain, lekin woh apni ghalti ko mante nahi hain. ab jaise wahan par falasteen mein, israel mein to jang shuru ki arbon ne, us ko apni ghalti nahi mante</w:t>
      </w:r>
    </w:p>
    <w:p>
      <w:pPr>
        <w:jc w:val="right"/>
      </w:pPr>
      <w:r>
        <w:t>अब देखिए कि जगह-जगह मुसलमानों में कई मुल्कों में लड़ाइयां हो रही हैं, लेकिन वह अपनी गलती को मानते नहीं हैं। अब जैसे वहां पर फलस्तीन में, इजराइल में तो जंग शुरू की अरबों ने, उसको अपनी गलती नहीं मानते</w:t>
      </w:r>
    </w:p>
    <w:p>
      <w:r>
        <w:rPr>
          <w:b/>
        </w:rPr>
        <w:t xml:space="preserve">[56:44] </w:t>
      </w:r>
      <w:r>
        <w:t>। agar apni ghalti maan lete, to sulah kar lete. lekin woh apni ghalti na manne ki wajah se woh musalsal jo hai, woh tabaahi par tabaahi ho rahi hai aur koi maslay ka koi hal nazar nahi aata. to yeh sab cheezein jo hain, hum ko bohat zyada gehrai se samajhne ki zaroorat hai.</w:t>
      </w:r>
    </w:p>
    <w:p>
      <w:pPr>
        <w:jc w:val="right"/>
      </w:pPr>
      <w:r>
        <w:t>। अगर अपनी गलती मान लेते, तो सुलह कर लेते। लेकिन वह अपनी गलती ना मानने की वजह से वह मुसलसल जो है, वह तबाही पर तबाही हो रही है और कोई मसले का कोई हल नजर नहीं आता। तो यह सब चीजें जो हैं, हमको बहुत ज्यादा गहराई से समझने की जरूरत है।</w:t>
      </w:r>
    </w:p>
    <w:p>
      <w:r>
        <w:rPr>
          <w:b/>
        </w:rPr>
        <w:t xml:space="preserve">[57:05] </w:t>
      </w:r>
      <w:r>
        <w:t>jazak Allah apa. bohat achay se aap ne aaj ke topic ko wazeh kiya. and i am sure we need to watch this video again and again to understand what art of thinking is.</w:t>
      </w:r>
    </w:p>
    <w:p>
      <w:pPr>
        <w:jc w:val="right"/>
      </w:pPr>
      <w:r>
        <w:t>جزاک اللہ آپا۔ بہت اچھے سے آپ نے آج کے ٹاپک کو واضح کیا۔ اینڈ آئی ایم شور وی نیڈ ٹو واچ دس ویڈیو اگین اینڈ اگین ٹو انڈرسٹینڈ واٹ آرٹ آف تھنکنگ از۔</w:t>
      </w:r>
    </w:p>
    <w:p>
      <w:r>
        <w:rPr>
          <w:b/>
        </w:rPr>
        <w:t xml:space="preserve">[57:18] </w:t>
      </w:r>
      <w:r>
        <w:t>so we will end today session, but before that we will be also launching the new book of Maulana Wahiduddin Khan sahib.</w:t>
      </w:r>
    </w:p>
    <w:p>
      <w:pPr>
        <w:jc w:val="right"/>
      </w:pPr>
      <w:r>
        <w:t>سو وی ویل اینڈ ٹوڈے سیشن، بٹ بیفور دیٹ وی ویل بی السو لانچنگ دا نیو بک آف مولانا وحید الدین خان صاحب۔</w:t>
      </w:r>
    </w:p>
    <w:p>
      <w:r>
        <w:rPr>
          <w:b/>
        </w:rPr>
        <w:t xml:space="preserve">[57:30] </w:t>
      </w:r>
      <w:r>
        <w:t>and this book is on today's title only "the art of clear thinking".</w:t>
      </w:r>
    </w:p>
    <w:p>
      <w:pPr>
        <w:jc w:val="right"/>
      </w:pPr>
      <w:r>
        <w:t>اینڈ دس بک از ان ٹوڈے ٹائٹل اونلی "دی آرٹ آف کلیئر تھنکنگ"۔</w:t>
      </w:r>
    </w:p>
    <w:p>
      <w:r>
        <w:rPr>
          <w:b/>
        </w:rPr>
        <w:t xml:space="preserve">[57:37] </w:t>
      </w:r>
      <w:r>
        <w:t>yeh jo book hai, is ko translate kiya hai professor farida khanum ne. and this book is an english translation of a chapter of masail ejtihad.</w:t>
      </w:r>
    </w:p>
    <w:p>
      <w:pPr>
        <w:jc w:val="right"/>
      </w:pPr>
      <w:r>
        <w:t>یہ جو بک ہے، اس کو ٹرانسلیٹ کیا ہے پروفیسر فریدہ خانم نے۔ اینڈ دس بک از این انگلش ٹرانسلیشن آف ا چیپٹر آف مسائل اجتہاد۔</w:t>
      </w:r>
    </w:p>
    <w:p>
      <w:r>
        <w:rPr>
          <w:b/>
        </w:rPr>
        <w:t xml:space="preserve">[57:52] </w:t>
      </w:r>
      <w:r>
        <w:t>is mein aik chapter hai "fun tafkeer". isi ka translation, english translation professor farida khanum ne kiya hai with the title "the art of clear thinking"</w:t>
      </w:r>
    </w:p>
    <w:p>
      <w:pPr>
        <w:jc w:val="right"/>
      </w:pPr>
      <w:r>
        <w:t>اس میں ایک چیپٹر ہے "فن تفکیر"۔ اسی کا ٹرانسلیشن، انگلش ٹرانسلیشن پروفیسر فریدہ خانم نے کیا ہے ود دی ٹائٹل "دی آرٹ آف کلیئر تھنکنگ"</w:t>
      </w:r>
    </w:p>
    <w:p>
      <w:r>
        <w:rPr>
          <w:b/>
        </w:rPr>
        <w:t xml:space="preserve">[58:04] </w:t>
      </w:r>
      <w:r>
        <w:t>। so right thinking is positive thinking, aur aaj ka jo subject tha, woh isi par tha. this book is available for download from cps website www.cpsglobal.org.</w:t>
      </w:r>
    </w:p>
    <w:p>
      <w:pPr>
        <w:jc w:val="right"/>
      </w:pPr>
      <w:r>
        <w:t>۔ سو رائٹ تھنکنگ از پوزیٹیو تھنکنگ، اور آج کا جو سبجیکٹ تھا، وہ اسی پر تھا۔ دس بک از اویلیبل فار ڈاؤن لوڈ فرام سی پی ایس ویب سائٹ www.cpsglobal.org۔</w:t>
      </w:r>
    </w:p>
    <w:p>
      <w:r>
        <w:rPr>
          <w:b/>
        </w:rPr>
        <w:t xml:space="preserve">[58:19] </w:t>
      </w:r>
      <w:r>
        <w:t>and i would sincerely urge everyone ke aap is kitab ko na kewal baar baar parhiye, but aap is ko share bhi kijiye.</w:t>
      </w:r>
    </w:p>
    <w:p>
      <w:pPr>
        <w:jc w:val="right"/>
      </w:pPr>
      <w:r>
        <w:t>اینڈ آئی وڈ سنسرلی ارج ایوری ون کہ آپ کس اس کتاب کو نہ کےवल بار بار پڑھیے، بٹ آپ اس کو شیئر بھی کیجئے۔</w:t>
      </w:r>
    </w:p>
    <w:p>
      <w:r>
        <w:rPr>
          <w:b/>
        </w:rPr>
        <w:t xml:space="preserve">[58:29] </w:t>
      </w:r>
      <w:r>
        <w:t>kyunke thinking is everyth</w:t>
      </w:r>
    </w:p>
    <w:p>
      <w:pPr>
        <w:jc w:val="right"/>
      </w:pPr>
      <w:r>
        <w:t>کیونکہ تھنکنگ از ایوری تھ</w:t>
      </w:r>
    </w:p>
    <w:p>
      <w:r>
        <w:rPr>
          <w:b/>
        </w:rPr>
        <w:t xml:space="preserve">[58:31] </w:t>
      </w:r>
      <w:r>
        <w:t>If we are having the positive thinking, then we can do anything in life. We can make difficult task easy, and it is the key to success.</w:t>
      </w:r>
    </w:p>
    <w:p>
      <w:pPr>
        <w:jc w:val="right"/>
      </w:pPr>
      <w:r>
        <w:t>نگ۔ اف وی آر ہیونگ دا پوزیٹیو تھنکنگ، دین وی کین ڈو اینی تھنگ ان لائف۔ وی کین میک ڈیفیکلٹ ٹاسک ایزی، اینڈ اٹ از دا کی ٹو سکسیس۔</w:t>
      </w:r>
    </w:p>
    <w:p>
      <w:r>
        <w:rPr>
          <w:b/>
        </w:rPr>
        <w:t xml:space="preserve">[58:43] </w:t>
      </w:r>
      <w:r>
        <w:t>so i will request doctor saniya husnain khan sahib to launch this new book today.</w:t>
      </w:r>
    </w:p>
    <w:p>
      <w:pPr>
        <w:jc w:val="right"/>
      </w:pPr>
      <w:r>
        <w:t>سو آئی ویل ریکویسٹ ڈاکٹر سانیہ حسنین خان صاحب ٹو لانچ دس نیو بک ٹوڈے۔</w:t>
      </w:r>
    </w:p>
    <w:p>
      <w:r>
        <w:rPr>
          <w:b/>
        </w:rPr>
        <w:t xml:space="preserve">[58:54] </w:t>
      </w:r>
      <w:r>
        <w:t>bismillah hir rahman nir rahim rab ishrah li sadri wa yassir li amri wah lul uqdatan min lisani yafqahu qawli aaj jaisa aap ne kaha ke topic bhi yahi tha.</w:t>
      </w:r>
    </w:p>
    <w:p>
      <w:pPr>
        <w:jc w:val="right"/>
      </w:pPr>
      <w:r>
        <w:t>بسم اللہ الرحمن الرحیم رب اشرح لی صدری ویسر لی امری واحل العقدۃ من لسانی یفقہ قولی آج جیسا آپ نے کہا کہ ٹاپک بھی یہی تھا۔</w:t>
      </w:r>
    </w:p>
    <w:p>
      <w:r>
        <w:rPr>
          <w:b/>
        </w:rPr>
        <w:t xml:space="preserve">[59:06] </w:t>
      </w:r>
      <w:r>
        <w:t>apa ka bohat acha talk aur lecture tha jis mein bohat baatein nai pata chalin, aur Maulana ki khas jo positive thinking pe jo hamesha Maulana is pe zor dete the, us ki bhi kai baatein aap ne is mein lin.</w:t>
      </w:r>
    </w:p>
    <w:p>
      <w:pPr>
        <w:jc w:val="right"/>
      </w:pPr>
      <w:r>
        <w:t>آپا کا بہت اچھا ٹاک اور لیکچر تھا جس میں بہت باتیں نئی پتہ چلیں، اور مولانا کی خاص جو پوزیٹیو تھنکنگ پہ جو ہمیشہ مولانا اس پہ زور دیتے تھے، اس کی بھی کئی باتیں آپ نے اس میں لیں۔</w:t>
      </w:r>
    </w:p>
    <w:p>
      <w:r>
        <w:rPr>
          <w:b/>
        </w:rPr>
        <w:t xml:space="preserve">[59:25] </w:t>
      </w:r>
      <w:r>
        <w:t>to yeh bohat ahem kitab hai.</w:t>
      </w:r>
    </w:p>
    <w:p>
      <w:pPr>
        <w:jc w:val="right"/>
      </w:pPr>
      <w:r>
        <w:t>تو یہ بہت اہم کتاب ہے۔</w:t>
      </w:r>
    </w:p>
    <w:p>
      <w:r>
        <w:rPr>
          <w:b/>
        </w:rPr>
        <w:t xml:space="preserve">[59:30] </w:t>
      </w:r>
      <w:r>
        <w:t>abhi farhad sahib ne mujhe aik Maulana ka aik clip, aik aik aik iqtibaas bheja jo mein pehle parhna chahunga.</w:t>
      </w:r>
    </w:p>
    <w:p>
      <w:pPr>
        <w:jc w:val="right"/>
      </w:pPr>
      <w:r>
        <w:t>ابھی فرحاد صاحب نے مجھے ایک مولانا کا ایک کلپ، ایک ایک ایک اقتباس بھیجا جو میں پہلے پڑھنا چاہوں گا۔</w:t>
      </w:r>
    </w:p>
    <w:p>
      <w:r>
        <w:rPr>
          <w:b/>
        </w:rPr>
        <w:t xml:space="preserve">[59:41] </w:t>
      </w:r>
      <w:r>
        <w:t>ji, jo bohat hi wazeh tor pe is subject ko pe is mein yeh hai ke logon ko fikri taqat dena, un ke andar muamla fehmi ki salahiyat paida kar</w:t>
      </w:r>
    </w:p>
    <w:p>
      <w:pPr>
        <w:jc w:val="right"/>
      </w:pPr>
      <w:r>
        <w:t>جی، جو بہت ہی واضح طور پہ اس سبجیکٹ کو پہ اس میں یہ ہے کہ لوگوں کو فکری طاقت دینا، ان کے اندر معاملہ فہمی کی صلاحیت پیدا کر</w:t>
      </w:r>
    </w:p>
    <w:p>
      <w:r>
        <w:rPr>
          <w:b/>
        </w:rPr>
        <w:t xml:space="preserve">[59:56] </w:t>
      </w:r>
      <w:r>
        <w:t>na, un ke andar art of thinking paida karna, un ko is qabil banana ke woh aik cheez aur doosri cheez ke farq ko samjhein, woh durust mansooba bandi ke sath apna kaam kar sakein.</w:t>
      </w:r>
    </w:p>
    <w:p>
      <w:pPr>
        <w:jc w:val="right"/>
      </w:pPr>
      <w:r>
        <w:t>نا، ان کے اندر آرٹ آف تھنکنگ پیدا کرنا، ان کو اس قابل بنانا کہ وہ ایک چیز اور دوسری چیز کے فرق کو سمجھیں، وہ درست منصوبہ بندی کے ساتھ اپنا کام کر سکیں۔</w:t>
      </w:r>
    </w:p>
    <w:p>
      <w:r>
        <w:rPr>
          <w:b/>
        </w:rPr>
        <w:t xml:space="preserve">[1:00:09] </w:t>
      </w:r>
      <w:r>
        <w:t>logon ko educate karna, formal education ke maano mein bhi aur informal education ke maano mein bhi. logon ke andar sab se zyada kami yeh hai ke woh yeh nahi jante ke sahi tarz-e-fikr kya hai aur ghalat tarz-e-fikr</w:t>
      </w:r>
    </w:p>
    <w:p>
      <w:pPr>
        <w:jc w:val="right"/>
      </w:pPr>
      <w:r>
        <w:t>لوگوں کو ایجوکیٹ کرنا، فارمل ایجوکیشن کے معنوں میں بھی اور انفارمل ایجوکیشن کے معنوں میں بھی۔ لوگوں کے اندر سب سے زیادہ کمی یہ ہے کہ وہ یہ نہیں جانتے کہ صحیح طرز فکر کیا ہے اور غلط طرز فکر</w:t>
      </w:r>
    </w:p>
    <w:p>
      <w:r>
        <w:rPr>
          <w:b/>
        </w:rPr>
        <w:t xml:space="preserve">[1:00:25] </w:t>
      </w:r>
      <w:r>
        <w:t>kya hai. isi ka yeh nateeja hai ke aam taur pe log shikayat ki nafsiyat mein jeete hain. woh apni ghalat soch aur apne ghalat amal ki qeemat ada karte hain aur samajhte hain ke doosre logon ki saazish aur zulm ki bana par logon ka yeh haal hai.</w:t>
      </w:r>
    </w:p>
    <w:p>
      <w:pPr>
        <w:jc w:val="right"/>
      </w:pPr>
      <w:r>
        <w:t>کیا ہے۔ اسی کا یہ نتیجہ ہے کہ عام طور پر لوگ شکایت کی نفسیات میں جیتے ہیں۔ وہ اپنی غلط سوچ اور اپنے غلط عمل کی قیمت ادا کرتے ہیں اور سمجھتے ہیں کہ دوسرے لوگوں کی سازش اور ظلم کی بنا پر لوگوں کا یہ حال ہے۔</w:t>
      </w:r>
    </w:p>
    <w:p>
      <w:r>
        <w:rPr>
          <w:b/>
        </w:rPr>
        <w:t xml:space="preserve">[1:00:43] </w:t>
      </w:r>
      <w:r>
        <w:t>aur jahan chup rehna chahiye, wahan bolte hain, aur jahan iqdamm karna chahiye, wahan chhalang laga dete hain.</w:t>
      </w:r>
    </w:p>
    <w:p>
      <w:pPr>
        <w:jc w:val="right"/>
      </w:pPr>
      <w:r>
        <w:t>اور جہاں چپ رہنا چاہیے، وہاں بولتے ہیں، اور جہاں اقدام کرنا چاہیے، وہاں چھلانگ لگا دیتے ہیں۔</w:t>
      </w:r>
    </w:p>
    <w:p>
      <w:r>
        <w:rPr>
          <w:b/>
        </w:rPr>
        <w:t xml:space="preserve">[1:00:51] </w:t>
      </w:r>
      <w:r>
        <w:t>jahan adjustment karna chahiye, wahan ladne ke liye khade ho jate hain. jin logon se dosti ka taluq qaim karna chahiye, un ko woh apna dushman samajhte hain aur khud sakhta tor par doosron ko apna ghair samajh lete hain.</w:t>
      </w:r>
    </w:p>
    <w:p>
      <w:pPr>
        <w:jc w:val="right"/>
      </w:pPr>
      <w:r>
        <w:t>جہاں ایڈجسٹمنٹ کرنا چاہیے، وہاں لڑنے کے لیے کھڑے ہو جاتے ہیں۔ جن لوگوں سے دوستانہ تعلق قائم کرنا چاہیے، ان کو وہ اپنا دشمن سمجھتے ہیں اور خود ساختہ طور پر دوسروں کو اپنا غیر سمجھ لیتے ہیں۔</w:t>
      </w:r>
    </w:p>
    <w:p>
      <w:r>
        <w:rPr>
          <w:b/>
        </w:rPr>
        <w:t xml:space="preserve">[1:01:08] </w:t>
      </w:r>
      <w:r>
        <w:t>halankeh is duniya mein har shakhs apna hai, koi bhi kisi ke liye ghair nahi. is bana par log sabr aur tahammul ki ahmiyat ko nahi samajh</w:t>
      </w:r>
    </w:p>
    <w:p>
      <w:pPr>
        <w:jc w:val="right"/>
      </w:pPr>
      <w:r>
        <w:t>حالانکہ اس دنیا میں ہر شخص اپنا ہے، کوئی بھی کسی کے لیے غیر نہیں۔ اس بنا پر لوگ صبر اور تحمل کی اہمیت کو نہیں سمجھ</w:t>
      </w:r>
    </w:p>
    <w:p>
      <w:r>
        <w:rPr>
          <w:b/>
        </w:rPr>
        <w:t xml:space="preserve">[1:01:18] </w:t>
      </w:r>
      <w:r>
        <w:t>te. halankeh is duniya mein kamyab kamyabi ka sab se zyada kargar formula wahi hai jisko sabr aur tahammul kaha jata hai.</w:t>
      </w:r>
    </w:p>
    <w:p>
      <w:pPr>
        <w:jc w:val="right"/>
      </w:pPr>
      <w:r>
        <w:t>تے۔ حالانکہ اس دنیا میں کامیاب کامیابی کا سب سے زیادہ کارگر فارمولا وہی ہے جس کو صبر اور تحمل کہا جاتا ہے۔</w:t>
      </w:r>
    </w:p>
    <w:p>
      <w:r>
        <w:rPr>
          <w:b/>
        </w:rPr>
        <w:t xml:space="preserve">[1:01:28] </w:t>
      </w:r>
      <w:r>
        <w:t>masha Allah, to yeh bare achhe tareeqe se Maulana ki jo thinking thi, khas taur se is subject pe, us ko summarize kiya hai is chote se aik paragraph mein.</w:t>
      </w:r>
    </w:p>
    <w:p>
      <w:pPr>
        <w:jc w:val="right"/>
      </w:pPr>
      <w:r>
        <w:t>ماشاءاللہ، تو یہ بڑے اچھی طریقے سے مولانا کی جو تھنکنگ تھی، خاص طور سے اس سبجیکٹ پہ، اس کو سمرائز کیا ہے اس چھوٹے سے ایک پیراگراف میں۔</w:t>
      </w:r>
    </w:p>
    <w:p>
      <w:r>
        <w:rPr>
          <w:b/>
        </w:rPr>
        <w:t xml:space="preserve">[1:01:41] </w:t>
      </w:r>
      <w:r>
        <w:t>aur yeh kitab bari ahem hai. masail-e-ijtihad aik Maulana ki ahem kitab</w:t>
      </w:r>
    </w:p>
    <w:p>
      <w:pPr>
        <w:jc w:val="right"/>
      </w:pPr>
      <w:r>
        <w:t>اور یہ کتاب بڑی اہم ہے۔ مسائل اجتہاد ایک مولانا کی اہم کتاب</w:t>
      </w:r>
    </w:p>
    <w:p>
      <w:r>
        <w:rPr>
          <w:b/>
        </w:rPr>
        <w:t xml:space="preserve">[1:01:47] </w:t>
      </w:r>
      <w:r>
        <w:t>hai. is ka yeh aik article hai "fun-e-tafkir". is ka translation hai yeh "the art of clear thinking", aur apa ne is ka translation kiya hai.</w:t>
      </w:r>
    </w:p>
    <w:p>
      <w:pPr>
        <w:jc w:val="right"/>
      </w:pPr>
      <w:r>
        <w:t>ہے۔ اس کا یہ ایک آرٹیکل ہے "فن تفکیر"۔ اس کا ٹرانسلیشن ہے یہ "دی آرٹ آف کلیئر تھنکنگ"، اور آپا نے اس کا ٹرانسلیشن کیا ہے۔</w:t>
      </w:r>
    </w:p>
    <w:p>
      <w:r>
        <w:rPr>
          <w:b/>
        </w:rPr>
        <w:t xml:space="preserve">[1:01:58] </w:t>
      </w:r>
      <w:r>
        <w:t>aur jaisa apa ne bhi yeh is baat ko aaj liya ke jo bhi aaj kal negative thinking aur negative soch aur violence, khas taur se muslim hazraat kar rahe hain, jahan jahan bhi un ko mauqa mil raha hai, woh isi wajah se hai ke woh gehri soch un ke andar nahi hai.</w:t>
      </w:r>
    </w:p>
    <w:p>
      <w:pPr>
        <w:jc w:val="right"/>
      </w:pPr>
      <w:r>
        <w:t>اور جیسا آپا نے بھی یہ اس بات کو آج لیا کہ جو بھی آج کل نیگیٹیو تھنکنگ اور نیگیٹیو سوچ اور وائیلنس، خاص طور سے مسلم حضرات کر رہے ہیں، جہاں جہاں بھی ان کو موقع مل رہا ہے، وہ اسی وجہ سے ہے کہ وہ گہری سوچ ان کے اندر نہیں ہے۔</w:t>
      </w:r>
    </w:p>
    <w:p>
      <w:r>
        <w:rPr>
          <w:b/>
        </w:rPr>
        <w:t xml:space="preserve">[1:02:22] </w:t>
      </w:r>
      <w:r>
        <w:t>aur khas taur se yeh soch nahi hai ke hum jis ke khilaf lad rahe hain, woh hamara mad'u hai,</w:t>
      </w:r>
    </w:p>
    <w:p>
      <w:pPr>
        <w:jc w:val="right"/>
      </w:pPr>
      <w:r>
        <w:t>اور خاص طور سے یہ سوچ نہیں ہے کہ ہم جس کے خلاف لڑ رہے ہیں، وہ ہمارا مدعو ہے،</w:t>
      </w:r>
    </w:p>
    <w:p>
      <w:r>
        <w:rPr>
          <w:b/>
        </w:rPr>
        <w:t xml:space="preserve">[1:02:29] </w:t>
      </w:r>
      <w:r>
        <w:t>us ko humein paigham pahunchana hai. ji, to agar hum us ko paigham pahunchana chahte hain to hum kaise lad ke us ko paigham pahunchayenge? bilkul.</w:t>
      </w:r>
    </w:p>
    <w:p>
      <w:pPr>
        <w:jc w:val="right"/>
      </w:pPr>
      <w:r>
        <w:t>اس کو ہمیں پیغام پہنچانا ہے۔ جی، تو اگر ہم اس کو پیغام پہنچانا چاہتے ہیں تو ہم کیسے لڑ کے اس کو پیغام پہنچائیں گے؟ بالکل۔</w:t>
      </w:r>
    </w:p>
    <w:p>
      <w:r>
        <w:rPr>
          <w:b/>
        </w:rPr>
        <w:t xml:space="preserve">[1:02:38] </w:t>
      </w:r>
      <w:r>
        <w:t>to is liye yeh kitab bohat ahem hai, aur mein chahunga ke log is ko padhein aur is se faida uthayein. aur Allah taala jaza-e-khair de jin logon ne is ki translation aur publishing mein hissa liya.</w:t>
      </w:r>
    </w:p>
    <w:p>
      <w:pPr>
        <w:jc w:val="right"/>
      </w:pPr>
      <w:r>
        <w:t>تو اس لیے یہ کتاب بہت اہم ہے، اور میں چاہوں گا کہ لوگ اس کو پڑھیں اور اس سے فائدہ اٹھائیں۔ اور اللہ تعالی جزائے خیر دے جن لوگوں نے اس کی ٹرانسلیشن اور پبلشنگ میں حصہ لیا۔</w:t>
      </w:r>
    </w:p>
    <w:p>
      <w:r>
        <w:rPr>
          <w:b/>
        </w:rPr>
        <w:t xml:space="preserve">[1:02:50] </w:t>
      </w:r>
      <w:r>
        <w:t>wa akhiru da'wana anil hamdulillahi rabbil alamin thank you doctor sahib. so we will end today's session. we will be back next Sunday at 10:30 a</w:t>
      </w:r>
    </w:p>
    <w:p>
      <w:pPr>
        <w:jc w:val="right"/>
      </w:pPr>
      <w:r>
        <w:t>واخر دعوانا الحمدللہ رب العالمین تھینک یو ڈاکٹر صاحب۔ سو وی ویل اینڈ ٹوڈے سیشن۔ وی بی بیک نیکسٹ سنڈے ایٹ 10:30 اے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