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Role of Islam in History April 5, 2009</w:t>
      </w:r>
    </w:p>
    <w:p>
      <w:r>
        <w:t>https://youtu.be/_chXIaKrOH8</w:t>
      </w:r>
    </w:p>
    <w:p>
      <w:r>
        <w:rPr>
          <w:b/>
        </w:rPr>
        <w:t xml:space="preserve">[00:27] </w:t>
      </w:r>
      <w:r>
        <w:t>wah lul uqdatan min lisani yafqahu qawli.</w:t>
      </w:r>
    </w:p>
    <w:p>
      <w:pPr>
        <w:jc w:val="right"/>
      </w:pPr>
      <w:r>
        <w:t>واحل العقدۃ من لسانی یفقہ قولی۔</w:t>
      </w:r>
    </w:p>
    <w:p>
      <w:r>
        <w:rPr>
          <w:b/>
        </w:rPr>
        <w:t xml:space="preserve">[00:35] </w:t>
      </w:r>
      <w:r>
        <w:t>aaj ki</w:t>
      </w:r>
    </w:p>
    <w:p>
      <w:pPr>
        <w:jc w:val="right"/>
      </w:pPr>
      <w:r>
        <w:t>آج کی</w:t>
      </w:r>
    </w:p>
    <w:p>
      <w:r>
        <w:rPr>
          <w:b/>
        </w:rPr>
        <w:t xml:space="preserve">[00:39] </w:t>
      </w:r>
      <w:r>
        <w:t>talk ki jo theme hai woh hai "role of Islam in history".</w:t>
      </w:r>
    </w:p>
    <w:p>
      <w:pPr>
        <w:jc w:val="right"/>
      </w:pPr>
      <w:r>
        <w:t>ٹاک کی جو تھیم ہے وہ ہے "رول آف اسلام ان ہسٹری"۔</w:t>
      </w:r>
    </w:p>
    <w:p>
      <w:r>
        <w:rPr>
          <w:b/>
        </w:rPr>
        <w:t xml:space="preserve">[00:49] </w:t>
      </w:r>
      <w:r>
        <w:t>tareekh mein islam ka role.</w:t>
      </w:r>
    </w:p>
    <w:p>
      <w:pPr>
        <w:jc w:val="right"/>
      </w:pPr>
      <w:r>
        <w:t>تاریخ میں اسلام کا رول۔</w:t>
      </w:r>
    </w:p>
    <w:p>
      <w:r>
        <w:rPr>
          <w:b/>
        </w:rPr>
        <w:t xml:space="preserve">[00:57] </w:t>
      </w:r>
      <w:r>
        <w:t>is par bohat kitabein likhi gayi hain, yaani muslim scholars ne bhi likhi hain aur non muslim scholars ne bhi.</w:t>
      </w:r>
    </w:p>
    <w:p>
      <w:pPr>
        <w:jc w:val="right"/>
      </w:pPr>
      <w:r>
        <w:t>اس پر بہت کتابیں لکھی گئی ہیں، یعنی مسلم اسکالرز نے بھی لکھی ہیں اور نان مسلم اسکالرز نے بھی۔</w:t>
      </w:r>
    </w:p>
    <w:p>
      <w:r>
        <w:rPr>
          <w:b/>
        </w:rPr>
        <w:t xml:space="preserve">[01:09] </w:t>
      </w:r>
      <w:r>
        <w:t>lekin maine jahan tak parha hai, muslim scholars ki kitabein sirf praise hoti hain, is mein scientific analysis nahi hota.</w:t>
      </w:r>
    </w:p>
    <w:p>
      <w:pPr>
        <w:jc w:val="right"/>
      </w:pPr>
      <w:r>
        <w:t>لیکن میں نے جہاں تک پڑھا ہے، مسلم اسکالرز کی کتابیں صرف پریز ہوتی ہیں، اس میں سائنٹیفک انالیسز نہیں ہوتا۔</w:t>
      </w:r>
    </w:p>
    <w:p>
      <w:r>
        <w:rPr>
          <w:b/>
        </w:rPr>
        <w:t xml:space="preserve">[01:21] </w:t>
      </w:r>
      <w:r>
        <w:t>to is ko parh kar musalman to khush ho jatay hain, lekin wo aaj ka jo modern mind hai, jo scientific mind hai, wo address nahi hota.</w:t>
      </w:r>
    </w:p>
    <w:p>
      <w:pPr>
        <w:jc w:val="right"/>
      </w:pPr>
      <w:r>
        <w:t>تو اس کو پڑھ کر مسلمان تو خوش ہو جاتے ہیں، لیکن وہ آج کا جو ماڈرن مائنڈ ہے، جو سائنٹیفک مائنڈ ہے، وہ ایڈریس نہیں ہوتا۔</w:t>
      </w:r>
    </w:p>
    <w:p>
      <w:r>
        <w:rPr>
          <w:b/>
        </w:rPr>
        <w:t xml:space="preserve">[01:33] </w:t>
      </w:r>
      <w:r>
        <w:t>albata jo non muslim se jo kitabein likhi hain, wo mujh ko zyada, yaani scientific maloom hoti hain.</w:t>
      </w:r>
    </w:p>
    <w:p>
      <w:pPr>
        <w:jc w:val="right"/>
      </w:pPr>
      <w:r>
        <w:t>البتہ جو نان مسلم سے جو کتابیں لکھی ہیں، وہ مجھ کو زیادہ، یعنی سائنٹیفک معلوم ہوتی ہیں۔</w:t>
      </w:r>
    </w:p>
    <w:p>
      <w:r>
        <w:rPr>
          <w:b/>
        </w:rPr>
        <w:t xml:space="preserve">[01:47] </w:t>
      </w:r>
      <w:r>
        <w:t>to India ke ek scholar thay, un ka naam tha B.N. Roy. wo ek Bengali thay, Roy, R.O.Y., B.N. Roy.</w:t>
      </w:r>
    </w:p>
    <w:p>
      <w:pPr>
        <w:jc w:val="right"/>
      </w:pPr>
      <w:r>
        <w:t>تو انڈیا کے ایک اسکالر تھے، ان کا نام تھا بی این رائے۔ وہ ایک بنگالی تھے، رائے، آر او وائی، بی این رائے۔</w:t>
      </w:r>
    </w:p>
    <w:p>
      <w:r>
        <w:rPr>
          <w:b/>
        </w:rPr>
        <w:t xml:space="preserve">[01:59] </w:t>
      </w:r>
      <w:r>
        <w:t>to agarchay wo religious aadmi nahi thay, history ke aadmi thay,</w:t>
      </w:r>
    </w:p>
    <w:p>
      <w:pPr>
        <w:jc w:val="right"/>
      </w:pPr>
      <w:r>
        <w:t>تو اگرچہ وہ ریلیجیس آدمی نہیں تھے، ہسٹری کے آدمی تھے،</w:t>
      </w:r>
    </w:p>
    <w:p>
      <w:r>
        <w:rPr>
          <w:b/>
        </w:rPr>
        <w:t xml:space="preserve">[02:07] </w:t>
      </w:r>
      <w:r>
        <w:t>lekin unhon ne kitab likhi is subject par. is kitab ka title yeh tha "The Historical Role of Islam".</w:t>
      </w:r>
    </w:p>
    <w:p>
      <w:pPr>
        <w:jc w:val="right"/>
      </w:pPr>
      <w:r>
        <w:t>لیکن انہوں نے کتاب لکھی اس سبجیکٹ پر۔ اس کتاب کا ٹائٹل یہ تھا "دا ہسٹاریکل رول آف اسلام"۔</w:t>
      </w:r>
    </w:p>
    <w:p>
      <w:r>
        <w:rPr>
          <w:b/>
        </w:rPr>
        <w:t xml:space="preserve">[02:23] </w:t>
      </w:r>
      <w:r>
        <w:t>is tarah aur bohat si aur kitabein likhi hain.</w:t>
      </w:r>
    </w:p>
    <w:p>
      <w:pPr>
        <w:jc w:val="right"/>
      </w:pPr>
      <w:r>
        <w:t>اس طرح اور بہت سی اور کتابیں لکھی ہیں۔</w:t>
      </w:r>
    </w:p>
    <w:p>
      <w:r>
        <w:rPr>
          <w:b/>
        </w:rPr>
        <w:t xml:space="preserve">[02:27] </w:t>
      </w:r>
      <w:r>
        <w:t>to Dr. Roy ne apni kitab mein</w:t>
      </w:r>
    </w:p>
    <w:p>
      <w:pPr>
        <w:jc w:val="right"/>
      </w:pPr>
      <w:r>
        <w:t>تو ڈاکٹر رائے نے اپنی کتاب میں</w:t>
      </w:r>
    </w:p>
    <w:p>
      <w:r>
        <w:rPr>
          <w:b/>
        </w:rPr>
        <w:t xml:space="preserve">[02:35] </w:t>
      </w:r>
      <w:r>
        <w:t>yeh likha hai Islam ke baray mein, bohat zyada is ko unhon ne acknowledge kiya hai, aur yeh likha hai ke Islam jo history mein jo change laya,</w:t>
      </w:r>
    </w:p>
    <w:p>
      <w:pPr>
        <w:jc w:val="right"/>
      </w:pPr>
      <w:r>
        <w:t>یہ لکھا ہے اسلام کے بارے میں، بہت زیادہ اس کو انہوں نے ایکنالج کیا ہے، اور یہ لکھا ہے کہ اسلام جو ہسٹری میں جو چینج لایا،</w:t>
      </w:r>
    </w:p>
    <w:p>
      <w:r>
        <w:rPr>
          <w:b/>
        </w:rPr>
        <w:t xml:space="preserve">[02:54] </w:t>
      </w:r>
      <w:r>
        <w:t>"that was most breakless of all breakless".</w:t>
      </w:r>
    </w:p>
    <w:p>
      <w:pPr>
        <w:jc w:val="right"/>
      </w:pPr>
      <w:r>
        <w:t>"دیٹ واز موسٹ بریکلس آف آل بریکلز"۔</w:t>
      </w:r>
    </w:p>
    <w:p>
      <w:r>
        <w:rPr>
          <w:b/>
        </w:rPr>
        <w:t xml:space="preserve">[03:03] </w:t>
      </w:r>
      <w:r>
        <w:t>wo tamam moajzon mein sab se zyada bara moajza tha.</w:t>
      </w:r>
    </w:p>
    <w:p>
      <w:pPr>
        <w:jc w:val="right"/>
      </w:pPr>
      <w:r>
        <w:t>وہ تمام معجزوں میں سب سے زیادہ بڑا معجزہ تھا۔</w:t>
      </w:r>
    </w:p>
    <w:p>
      <w:r>
        <w:rPr>
          <w:b/>
        </w:rPr>
        <w:t xml:space="preserve">[03:10] </w:t>
      </w:r>
      <w:r>
        <w:t>isi tarah se France ka ek historian tha, Henry Brien. is ki do kitabein khaas tor par Islam ke baray mein hain.</w:t>
      </w:r>
    </w:p>
    <w:p>
      <w:pPr>
        <w:jc w:val="right"/>
      </w:pPr>
      <w:r>
        <w:t>اسی طرح سے فرانس کا ایک ہسٹورین تھا، ہنری برین۔ اس کی دو کتابیں خاص طور پر اسلام کے بارے میں ہیں۔</w:t>
      </w:r>
    </w:p>
    <w:p>
      <w:r>
        <w:rPr>
          <w:b/>
        </w:rPr>
        <w:t xml:space="preserve">[03:23] </w:t>
      </w:r>
      <w:r>
        <w:t>to us ne likha hai ke</w:t>
      </w:r>
    </w:p>
    <w:p>
      <w:pPr>
        <w:jc w:val="right"/>
      </w:pPr>
      <w:r>
        <w:t>تو اس نے لکھا ہے کہ</w:t>
      </w:r>
    </w:p>
    <w:p>
      <w:r>
        <w:rPr>
          <w:b/>
        </w:rPr>
        <w:t xml:space="preserve">[03:28] </w:t>
      </w:r>
      <w:r>
        <w:t>"The advent of Islam changed the course of human history".</w:t>
      </w:r>
    </w:p>
    <w:p>
      <w:pPr>
        <w:jc w:val="right"/>
      </w:pPr>
      <w:r>
        <w:t>"دا ایڈونٹ آف اسلام چینج دا کورس آف ہیومن ہسٹری"۔</w:t>
      </w:r>
    </w:p>
    <w:p>
      <w:r>
        <w:rPr>
          <w:b/>
        </w:rPr>
        <w:t xml:space="preserve">[03:34] </w:t>
      </w:r>
      <w:r>
        <w:t>Islam changed the course of human history. The traditional order of history was overthrown.</w:t>
      </w:r>
    </w:p>
    <w:p>
      <w:pPr>
        <w:jc w:val="right"/>
      </w:pPr>
      <w:r>
        <w:t>اسلام چینج دا کورس آف ہیومن ہسٹری۔ دا ٹریڈیشنل آرڈر آف ہسٹری واز اوور تھرون۔</w:t>
      </w:r>
    </w:p>
    <w:p>
      <w:r>
        <w:rPr>
          <w:b/>
        </w:rPr>
        <w:t xml:space="preserve">[03:44] </w:t>
      </w:r>
      <w:r>
        <w:t>to is tarah ke ki bohat si kitabein likhi gayi hain.</w:t>
      </w:r>
    </w:p>
    <w:p>
      <w:pPr>
        <w:jc w:val="right"/>
      </w:pPr>
      <w:r>
        <w:t>تو اس طرح کے کی بہت سی کتابیں لکھی گئی ہیں۔</w:t>
      </w:r>
    </w:p>
    <w:p>
      <w:r>
        <w:rPr>
          <w:b/>
        </w:rPr>
        <w:t xml:space="preserve">[03:51] </w:t>
      </w:r>
      <w:r>
        <w:t>to is waqt mein is ke baray mein kuch arz karna chahta hoon.</w:t>
      </w:r>
    </w:p>
    <w:p>
      <w:pPr>
        <w:jc w:val="right"/>
      </w:pPr>
      <w:r>
        <w:t>تو اس وقت میں اس کے بارے میں کچھ عرض کرنا چاہتا ہوں۔</w:t>
      </w:r>
    </w:p>
    <w:p>
      <w:r>
        <w:rPr>
          <w:b/>
        </w:rPr>
        <w:t xml:space="preserve">[04:01] </w:t>
      </w:r>
      <w:r>
        <w:t>Payamber Islam Muhammad bin Abdullah bin Abdul Muttalib Sallallahu Alaihi Wasallam</w:t>
      </w:r>
    </w:p>
    <w:p>
      <w:pPr>
        <w:jc w:val="right"/>
      </w:pPr>
      <w:r>
        <w:t>پیغمبر اسلام محمد بن عبداللہ بن عبدالمطلب صلی اللہ علیہ وسلم</w:t>
      </w:r>
    </w:p>
    <w:p>
      <w:r>
        <w:rPr>
          <w:b/>
        </w:rPr>
        <w:t xml:space="preserve">[04:08] </w:t>
      </w:r>
      <w:r>
        <w:t>570 A.D. mein paida huay.</w:t>
      </w:r>
    </w:p>
    <w:p>
      <w:pPr>
        <w:jc w:val="right"/>
      </w:pPr>
      <w:r>
        <w:t>570 اے ڈی میں پیدا ہوئے۔</w:t>
      </w:r>
    </w:p>
    <w:p>
      <w:r>
        <w:rPr>
          <w:b/>
        </w:rPr>
        <w:t xml:space="preserve">[04:12] </w:t>
      </w:r>
      <w:r>
        <w:t>40 saal baad 610 mein aap ko prophet banaya Allah Ta'ala ne, aur</w:t>
      </w:r>
    </w:p>
    <w:p>
      <w:pPr>
        <w:jc w:val="right"/>
      </w:pPr>
      <w:r>
        <w:t>40 سال بعد 610 میں آپ کو پرافٹ بنایا اللہ تعالی نے، اور</w:t>
      </w:r>
    </w:p>
    <w:p>
      <w:r>
        <w:rPr>
          <w:b/>
        </w:rPr>
        <w:t xml:space="preserve">[04:24] </w:t>
      </w:r>
      <w:r>
        <w:t>23 saal as a prophet kaam karne ke baad 632 mein aap ki death hui Madinah mein.</w:t>
      </w:r>
    </w:p>
    <w:p>
      <w:pPr>
        <w:jc w:val="right"/>
      </w:pPr>
      <w:r>
        <w:t>23 سال ایز اے پرافٹ کام کرنے کے بعد 632 میں آپ کی ڈیتھ ہوئی مدینہ میں۔</w:t>
      </w:r>
    </w:p>
    <w:p>
      <w:r>
        <w:rPr>
          <w:b/>
        </w:rPr>
        <w:t xml:space="preserve">[04:37] </w:t>
      </w:r>
      <w:r>
        <w:t>to aap is ko aam tor par Makkah period aur Madinah period mein banta jata hai.</w:t>
      </w:r>
    </w:p>
    <w:p>
      <w:pPr>
        <w:jc w:val="right"/>
      </w:pPr>
      <w:r>
        <w:t>تو آپ اس کو عام طور پر مکہ پیریڈ اور مدینہ پیریڈ میں بانٹا جاتا ہے۔</w:t>
      </w:r>
    </w:p>
    <w:p>
      <w:r>
        <w:rPr>
          <w:b/>
        </w:rPr>
        <w:t xml:space="preserve">[04:49] </w:t>
      </w:r>
      <w:r>
        <w:t>13 saal aap Makkah mein rahay aur 10 saal Madinah mein. lekin is moamlay mein bohat zyada</w:t>
      </w:r>
    </w:p>
    <w:p>
      <w:pPr>
        <w:jc w:val="right"/>
      </w:pPr>
      <w:r>
        <w:t>13 سال آپ مکہ میں رہے اور 10 سال مدینہ میں۔ لیکن اس معاملے میں بہت زیادہ</w:t>
      </w:r>
    </w:p>
    <w:p>
      <w:r>
        <w:rPr>
          <w:b/>
        </w:rPr>
        <w:t xml:space="preserve">[05:02] </w:t>
      </w:r>
      <w:r>
        <w:t>mis andarstainding hai.</w:t>
      </w:r>
    </w:p>
    <w:p>
      <w:pPr>
        <w:jc w:val="right"/>
      </w:pPr>
      <w:r>
        <w:t>مس انڈرسٹینڈنگ ہے۔</w:t>
      </w:r>
    </w:p>
    <w:p>
      <w:r>
        <w:rPr>
          <w:b/>
        </w:rPr>
        <w:t xml:space="preserve">[05:05] </w:t>
      </w:r>
      <w:r>
        <w:t>musalman, musalmanon ne jo kitabein likhi hain, us mein yeh picture dikhate hain woh ke 10 saal ke 13 saal jo makka mein thay, woh zulm ke saal thay.</w:t>
      </w:r>
    </w:p>
    <w:p>
      <w:pPr>
        <w:jc w:val="right"/>
      </w:pPr>
      <w:r>
        <w:t>مسلمان، مسلمانوں نے جو کتابیں لکھی ہیں، اس میں یہ پکچر دکھاتے ہیں وہ کہ 10 سال کے 13 سال جو مکہ میں تھے، وہ ظلم کے سال تھے۔</w:t>
      </w:r>
    </w:p>
    <w:p>
      <w:r>
        <w:rPr>
          <w:b/>
        </w:rPr>
        <w:t xml:space="preserve">[05:21] </w:t>
      </w:r>
      <w:r>
        <w:t>log zulm karte thay, aur phir jab aap migrate kar ke madina pahunche to wahan iqtidaar qaim ho gaya. to woh iqtidaar ka zamana bana, hukoomat bani.</w:t>
      </w:r>
    </w:p>
    <w:p>
      <w:pPr>
        <w:jc w:val="right"/>
      </w:pPr>
      <w:r>
        <w:t>لوگ ظلم کرتے تھے، اور پھر جب آپ مائیگریٹ کر کے مدینہ پہنچے تو وہاں اقتدار قائم ہو گیا۔ تو وہ اقتدار کا زمانہ بنا، حکومت بنی۔</w:t>
      </w:r>
    </w:p>
    <w:p>
      <w:r>
        <w:rPr>
          <w:b/>
        </w:rPr>
        <w:t xml:space="preserve">[05:35] </w:t>
      </w:r>
      <w:r>
        <w:t>lekin yeh sahi nahi hai. sahi baat jo hai woh yeh hai ke makka period jo tha, woh dekhein islam ka jo nishana hai, isi ko logon ne bohat galat bana rakha hai.</w:t>
      </w:r>
    </w:p>
    <w:p>
      <w:pPr>
        <w:jc w:val="right"/>
      </w:pPr>
      <w:r>
        <w:t>لیکن یہ صحیح نہیں ہے۔ صحیح بات جو ہے وہ یہ ہے کہ مکہ پیریڈ جو تھا، وہ دیکھیں اسلام کا جو نشانہ ہے، اسی کو لوگوں نے بہت غلط بنا رکھا ہے۔</w:t>
      </w:r>
    </w:p>
    <w:p>
      <w:r>
        <w:rPr>
          <w:b/>
        </w:rPr>
        <w:t xml:space="preserve">[05:52] </w:t>
      </w:r>
      <w:r>
        <w:t>muslim scholars ne khaas tor par</w:t>
      </w:r>
    </w:p>
    <w:p>
      <w:pPr>
        <w:jc w:val="right"/>
      </w:pPr>
      <w:r>
        <w:t>مسلم اسکالرز نے خاص طور پر</w:t>
      </w:r>
    </w:p>
    <w:p>
      <w:r>
        <w:rPr>
          <w:b/>
        </w:rPr>
        <w:t xml:space="preserve">[05:55] </w:t>
      </w:r>
      <w:r>
        <w:t>islam ka nishana politics hai nahi.</w:t>
      </w:r>
    </w:p>
    <w:p>
      <w:pPr>
        <w:jc w:val="right"/>
      </w:pPr>
      <w:r>
        <w:t>اسلام کا نشانہ پولیٹکس ہے نہیں۔</w:t>
      </w:r>
    </w:p>
    <w:p>
      <w:r>
        <w:rPr>
          <w:b/>
        </w:rPr>
        <w:t xml:space="preserve">[06:00] </w:t>
      </w:r>
      <w:r>
        <w:t>yeh absolutely wrong hai yeh kehna ke islam ka nishana politics hai, khilafat hai, hukoomat hai. yeh completely wrong hai.</w:t>
      </w:r>
    </w:p>
    <w:p>
      <w:pPr>
        <w:jc w:val="right"/>
      </w:pPr>
      <w:r>
        <w:t>یہ ایبسولیوٹلی رونگ ہے یہ کہنا کہ اسلام کا نشانہ پولیٹکس ہے، خلافت ہے، حکومت ہے۔ یہ کمپلیٹلی رونگ ہے۔</w:t>
      </w:r>
    </w:p>
    <w:p>
      <w:r>
        <w:rPr>
          <w:b/>
        </w:rPr>
        <w:t xml:space="preserve">[06:11] </w:t>
      </w:r>
      <w:r>
        <w:t>islam ka jo nishana hai, woh insaan hai. aap quran ko parhein to aap quran mein paayenge bar bar "aiya insan, aiya insan".</w:t>
      </w:r>
    </w:p>
    <w:p>
      <w:pPr>
        <w:jc w:val="right"/>
      </w:pPr>
      <w:r>
        <w:t>اسلام کا جو نشانہ ہے، وہ انسان ہے۔ آپ قرآن کو پڑھیں تو آپ قرآن میں پائیں گے بار بار "ایہا الانسان، ایہا الانسان"۔</w:t>
      </w:r>
    </w:p>
    <w:p>
      <w:r>
        <w:rPr>
          <w:b/>
        </w:rPr>
        <w:t xml:space="preserve">[06:23] </w:t>
      </w:r>
      <w:r>
        <w:t>to islam, islam ka nishana insaan hai. insaan ke andar change lana, insaan ke mind mein change lana.</w:t>
      </w:r>
    </w:p>
    <w:p>
      <w:pPr>
        <w:jc w:val="right"/>
      </w:pPr>
      <w:r>
        <w:t>تو اسلام، اسلام کا نشانہ انسان ہے۔ انسان کے اندر چینج لانا، انسان کے مائنڈ میں چینج لانا۔</w:t>
      </w:r>
    </w:p>
    <w:p>
      <w:r>
        <w:rPr>
          <w:b/>
        </w:rPr>
        <w:t xml:space="preserve">[06:35] </w:t>
      </w:r>
      <w:r>
        <w:t>mein jahan tak samjha hai, aur maine kafi detail ke sath islam ko parha hai, to it was two point formula.</w:t>
      </w:r>
    </w:p>
    <w:p>
      <w:pPr>
        <w:jc w:val="right"/>
      </w:pPr>
      <w:r>
        <w:t>میں جہاں تک سمجھا ہے، اور میں نے کافی ڈیٹیل کے ساتھ اسلام کو پڑھا ہے، تو اٹ واز ٹو پوائنٹ فارمولا۔</w:t>
      </w:r>
    </w:p>
    <w:p>
      <w:r>
        <w:rPr>
          <w:b/>
        </w:rPr>
        <w:t xml:space="preserve">[06:48] </w:t>
      </w:r>
      <w:r>
        <w:t>yani islam ka jo formula tha, us ke do basic point thay.</w:t>
      </w:r>
    </w:p>
    <w:p>
      <w:pPr>
        <w:jc w:val="right"/>
      </w:pPr>
      <w:r>
        <w:t>یعنی اسلام کا جو فارمولا تھا، اس کے دو بیسک پوائنٹ تھے۔</w:t>
      </w:r>
    </w:p>
    <w:p>
      <w:r>
        <w:rPr>
          <w:b/>
        </w:rPr>
        <w:t xml:space="preserve">[06:56] </w:t>
      </w:r>
      <w:r>
        <w:t>pehla change in mind ya change in personality. doosra status quoism in system.</w:t>
      </w:r>
    </w:p>
    <w:p>
      <w:pPr>
        <w:jc w:val="right"/>
      </w:pPr>
      <w:r>
        <w:t>پہلا چینج ان مائنڈ یا چینج ان پرسنیلٹی۔ دوسرا اسٹیٹس کوئزم ان سسٹم۔</w:t>
      </w:r>
    </w:p>
    <w:p>
      <w:r>
        <w:rPr>
          <w:b/>
        </w:rPr>
        <w:t xml:space="preserve">[07:11] </w:t>
      </w:r>
      <w:r>
        <w:t>status quoism in political system.</w:t>
      </w:r>
    </w:p>
    <w:p>
      <w:pPr>
        <w:jc w:val="right"/>
      </w:pPr>
      <w:r>
        <w:t>اسٹیٹس کوئزم ان پولیٹیکل سسٹم۔</w:t>
      </w:r>
    </w:p>
    <w:p>
      <w:r>
        <w:rPr>
          <w:b/>
        </w:rPr>
        <w:t xml:space="preserve">[07:18] </w:t>
      </w:r>
      <w:r>
        <w:t>insaan ke andar change lane ki koshish karna, insaan ke mind mein ek nayi soch lana, insaan ke andar ek nayi ideology paida karna.</w:t>
      </w:r>
    </w:p>
    <w:p>
      <w:pPr>
        <w:jc w:val="right"/>
      </w:pPr>
      <w:r>
        <w:t>انسان کے اندر چینج لانے کی کوشش کرنا، انسان کے مائنڈ میں ایک نئی سوچ لانا، انسان کے اندر ایک نئی آئیڈیالوجی پیدا کرنا۔</w:t>
      </w:r>
    </w:p>
    <w:p>
      <w:r>
        <w:rPr>
          <w:b/>
        </w:rPr>
        <w:t xml:space="preserve">[07:33] </w:t>
      </w:r>
      <w:r>
        <w:t>teesri ko mein keh raha hoon ke change in mind ya change in personality. aur jahan tak taluq hai system ka ya politics ka, us mein islam ka formula hai status quoism.</w:t>
      </w:r>
    </w:p>
    <w:p>
      <w:pPr>
        <w:jc w:val="right"/>
      </w:pPr>
      <w:r>
        <w:t>تیسری کو میں کہہ رہا ہوں کہ چینج ان مائنڈ یا چینج ان پرسنیلٹی۔ اور جہاں تک تعلق ہے سسٹم کا یا پولیٹکس کا، اس میں اسلام کا فارمولا ہے اسٹیٹس کوئزم۔</w:t>
      </w:r>
    </w:p>
    <w:p>
      <w:r>
        <w:rPr>
          <w:b/>
        </w:rPr>
        <w:t xml:space="preserve">[07:47] </w:t>
      </w:r>
      <w:r>
        <w:t>jo hai, us ko maan lena.</w:t>
      </w:r>
    </w:p>
    <w:p>
      <w:pPr>
        <w:jc w:val="right"/>
      </w:pPr>
      <w:r>
        <w:t>جو ہے، اس کو مان لینا۔</w:t>
      </w:r>
    </w:p>
    <w:p>
      <w:r>
        <w:rPr>
          <w:b/>
        </w:rPr>
        <w:t xml:space="preserve">[07:51] </w:t>
      </w:r>
      <w:r>
        <w:t>jo hai, us ko maan lena.</w:t>
      </w:r>
    </w:p>
    <w:p>
      <w:pPr>
        <w:jc w:val="right"/>
      </w:pPr>
      <w:r>
        <w:t>جو ہے، اس کو مان لینا۔</w:t>
      </w:r>
    </w:p>
    <w:p>
      <w:r>
        <w:rPr>
          <w:b/>
        </w:rPr>
        <w:t xml:space="preserve">[07:56] </w:t>
      </w:r>
      <w:r>
        <w:t>aur rasool Allah ko jo kamyabi hui, woh isi formula ki wajah se hui</w:t>
      </w:r>
    </w:p>
    <w:p>
      <w:pPr>
        <w:jc w:val="right"/>
      </w:pPr>
      <w:r>
        <w:t>اور رسول اللہ کو جو کامیابی ہوئی، وہ اسی فارمولے کی وجہ سے ہوئی</w:t>
      </w:r>
    </w:p>
    <w:p>
      <w:r>
        <w:rPr>
          <w:b/>
        </w:rPr>
        <w:t xml:space="preserve">[08:01] </w:t>
      </w:r>
      <w:r>
        <w:t>. ek courantalist, ek ek western scholar ne likha hai ek prophet ke bare mein ke</w:t>
      </w:r>
    </w:p>
    <w:p>
      <w:pPr>
        <w:jc w:val="right"/>
      </w:pPr>
      <w:r>
        <w:t>۔ ایک کورینٹلسٹ، ایک ایک ویسٹرن اسکالرز نے لکھا ہے ایک پرافٹ کے بارے میں کہ</w:t>
      </w:r>
    </w:p>
    <w:p>
      <w:r>
        <w:rPr>
          <w:b/>
        </w:rPr>
        <w:t xml:space="preserve">[08:13] </w:t>
      </w:r>
      <w:r>
        <w:t>us ne jo study ki aur us par jo samjha, to us ne likha hai ke</w:t>
      </w:r>
    </w:p>
    <w:p>
      <w:pPr>
        <w:jc w:val="right"/>
      </w:pPr>
      <w:r>
        <w:t>اس نے جو اسٹڈی کی اور اس پر جو سمجھا، تو اس نے لکھا ہے کہ</w:t>
      </w:r>
    </w:p>
    <w:p>
      <w:r>
        <w:rPr>
          <w:b/>
        </w:rPr>
        <w:t xml:space="preserve">[08:27] </w:t>
      </w:r>
      <w:r>
        <w:t>he faced adversity with the determination to duck success out of failure.</w:t>
      </w:r>
    </w:p>
    <w:p>
      <w:pPr>
        <w:jc w:val="right"/>
      </w:pPr>
      <w:r>
        <w:t>ہی فیسڈ ایڈورسٹی ود دا ڈیٹرمینیشن ٹو ڈک سکسیس آؤٹ آف فیلیر۔</w:t>
      </w:r>
    </w:p>
    <w:p>
      <w:r>
        <w:rPr>
          <w:b/>
        </w:rPr>
        <w:t xml:space="preserve">[08:35] </w:t>
      </w:r>
      <w:r>
        <w:t>yani mushkil ka muqabla aap ne is tarah kiya ke is nakami se kamyabi ko nichorein. lekin woh clear nahi kar saka ke kaise aisa hua.</w:t>
      </w:r>
    </w:p>
    <w:p>
      <w:pPr>
        <w:jc w:val="right"/>
      </w:pPr>
      <w:r>
        <w:t>یعنی مشکل کا مقابلہ آپ نے اس طرح کیا کہ اس ناکامی سے کامیابی کو نچوڑیں۔ لیکن وہ کلیئر نہیں کر سکا کہ کیسے ایسا ہوا۔</w:t>
      </w:r>
    </w:p>
    <w:p>
      <w:r>
        <w:rPr>
          <w:b/>
        </w:rPr>
        <w:t xml:space="preserve">[08:48] </w:t>
      </w:r>
      <w:r>
        <w:t>ya doctor Michael Hart ne jo kitab likhi hai "the hundred", us mein poori history mein jo sab se zyada successful log thay, us mein top par rakhna us ne prophet of Islam ko.</w:t>
      </w:r>
    </w:p>
    <w:p>
      <w:pPr>
        <w:jc w:val="right"/>
      </w:pPr>
      <w:r>
        <w:t>یا ڈاکٹر مائیکل ہارٹ نے جو کتاب لکھی ہے "دا ہنڈرڈ"، اس میں پوری ہسٹری میں جو سب سے زیادہ سکسیس فل لوگ تھے، اس میں ٹاپ پر رکھنا اس نے پرافٹ آف اسلام کو۔</w:t>
      </w:r>
    </w:p>
    <w:p>
      <w:r>
        <w:rPr>
          <w:b/>
        </w:rPr>
        <w:t xml:space="preserve">[09:02] </w:t>
      </w:r>
      <w:r>
        <w:t>lekin woh bhi nahi bata saka ke aakhir woh kya formula tha aap ka. what was secret of his success? woh yahi tha ke aap ne</w:t>
      </w:r>
    </w:p>
    <w:p>
      <w:pPr>
        <w:jc w:val="right"/>
      </w:pPr>
      <w:r>
        <w:t>لیکن وہ بھی نہیں بتا سکا کہ آخر وہ کیا فارمولا تھا آپ کا۔ واٹ واز سیکرٹ آف ہز سکسیس؟ وہ یہی تھا کہ آپ نے</w:t>
      </w:r>
    </w:p>
    <w:p>
      <w:r>
        <w:rPr>
          <w:b/>
        </w:rPr>
        <w:t xml:space="preserve">[09:16] </w:t>
      </w:r>
      <w:r>
        <w:t>politics ko chhod diya as it is. jo hai, woh hai. jo hai, theek hai. jo hai, theek hai. aur jo change lane ki koshish ki, change woh tha mind insaan ka.</w:t>
      </w:r>
    </w:p>
    <w:p>
      <w:pPr>
        <w:jc w:val="right"/>
      </w:pPr>
      <w:r>
        <w:t>پولیٹکس کو چھوڑ دیا ایز اٹ از۔ جو ہے، وہ ہے۔ جو ہے، ٹھیک ہے۔ جو ہے، ٹھیک ہے۔ اور جو چینج لانے کی کوشش کی، چینج وہ تھا مائنڈ انسان کا۔</w:t>
      </w:r>
    </w:p>
    <w:p>
      <w:r>
        <w:rPr>
          <w:b/>
        </w:rPr>
        <w:t xml:space="preserve">[09:29] </w:t>
      </w:r>
      <w:r>
        <w:t>isi ko mein keh raha hoon ke change in personality and status quizm in political system. dekhen, jab profit madina mein thay,</w:t>
      </w:r>
    </w:p>
    <w:p>
      <w:pPr>
        <w:jc w:val="right"/>
      </w:pPr>
      <w:r>
        <w:t>اسی کو میں کہہ رہا ہوں کہ چینج ان پرسنیلٹی اینڈ اسٹیٹس کوئزم ان پولیٹیکل سسٹم۔ دیکھیں، جب پرافٹ مدین مکہ میں تھے،</w:t>
      </w:r>
    </w:p>
    <w:p>
      <w:r>
        <w:rPr>
          <w:b/>
        </w:rPr>
        <w:t xml:space="preserve">[09:43] </w:t>
      </w:r>
      <w:r>
        <w:t>aap parhen ge kitab ko to len ge profit aik bohat personality wale aadmi thay. leadership ki qualities bohat zabardast theen un ke andar. business kar ke dikhaya to unhon ne kaha achay business man bhi hain.</w:t>
      </w:r>
    </w:p>
    <w:p>
      <w:pPr>
        <w:jc w:val="right"/>
      </w:pPr>
      <w:r>
        <w:t>آپ پڑھیں گے کتاب کو تو لیں گے پرافٹ ایک بہت پرسنیلٹی والے آدمی تھے۔ لیڈرشپ کی کوالٹیز بہت زبردست تھیں ان کے اندر۔ بزنس کر کے دکھایا تو انہوں نے کہا اچھے بزنس مین بھی ہیں۔</w:t>
      </w:r>
    </w:p>
    <w:p>
      <w:r>
        <w:rPr>
          <w:b/>
        </w:rPr>
        <w:t xml:space="preserve">[09:55] </w:t>
      </w:r>
      <w:r>
        <w:t>woh</w:t>
      </w:r>
    </w:p>
    <w:p>
      <w:pPr>
        <w:jc w:val="right"/>
      </w:pPr>
      <w:r>
        <w:t>وہ</w:t>
      </w:r>
    </w:p>
    <w:p>
      <w:r>
        <w:rPr>
          <w:b/>
        </w:rPr>
        <w:t xml:space="preserve">[09:57] </w:t>
      </w:r>
      <w:r>
        <w:t>moral values bohat ziyada un ke andar theen. itna ziyada hai ke wahan par makkah mein log jo aap ke saathi nahi banay thay, tab bhi woh keh dete thay "al-ameen".</w:t>
      </w:r>
    </w:p>
    <w:p>
      <w:pPr>
        <w:jc w:val="right"/>
      </w:pPr>
      <w:r>
        <w:t>مورل ویلیوز بہت زیادہ ان کے اندر تھیں۔ اتنا زیادہ ہے کہ وہاں پر مکہ میں لوگ جو آپ کے ساتھی نہیں بنے تھے، تب بھی وہ کہہ دیتے تھے "المین"۔</w:t>
      </w:r>
    </w:p>
    <w:p>
      <w:r>
        <w:rPr>
          <w:b/>
        </w:rPr>
        <w:t xml:space="preserve">[10:08] </w:t>
      </w:r>
      <w:r>
        <w:t>honest person. yani makkah mein pehlay hi</w:t>
      </w:r>
    </w:p>
    <w:p>
      <w:pPr>
        <w:jc w:val="right"/>
      </w:pPr>
      <w:r>
        <w:t>آنسٹ پرسن۔ یعنی مکہ میں پہلے ہی</w:t>
      </w:r>
    </w:p>
    <w:p>
      <w:r>
        <w:rPr>
          <w:b/>
        </w:rPr>
        <w:t xml:space="preserve">[10:14] </w:t>
      </w:r>
      <w:r>
        <w:t>log un ko honest kehne lagay thay. "al-ameen". "al-ameen". to itni sari qualities aap ke andar theen to in logon ne samjha ke yeh aadmi hamara acha leader ban sakta hai.</w:t>
      </w:r>
    </w:p>
    <w:p>
      <w:pPr>
        <w:jc w:val="right"/>
      </w:pPr>
      <w:r>
        <w:t>لوگ ان کو آنسٹ کہنے لگے تھے۔ "المین"۔ "المین"۔ تو اتنی ساری کوالٹیز آپ کے اندر تھیں تو ان لوگوں نے سمجھا کہ یہ آدمی ہمارا اچھا لیڈر بن سکتا ہے۔</w:t>
      </w:r>
    </w:p>
    <w:p>
      <w:r>
        <w:rPr>
          <w:b/>
        </w:rPr>
        <w:t xml:space="preserve">[10:25] </w:t>
      </w:r>
      <w:r>
        <w:t>political leader.</w:t>
      </w:r>
    </w:p>
    <w:p>
      <w:pPr>
        <w:jc w:val="right"/>
      </w:pPr>
      <w:r>
        <w:t>پولیٹیکل لیڈر۔</w:t>
      </w:r>
    </w:p>
    <w:p>
      <w:r>
        <w:rPr>
          <w:b/>
        </w:rPr>
        <w:t xml:space="preserve">[10:29] </w:t>
      </w:r>
      <w:r>
        <w:t>aur kai baatein aisi hui theen jaisay aik martaba un ko jhagra hua bohat ziyada is is par larnay ki tayyar ke kaaba gir gaya tha, phir unhon ne reconstruct, reconstruct kiya us ko, rebuild kiya.</w:t>
      </w:r>
    </w:p>
    <w:p>
      <w:pPr>
        <w:jc w:val="right"/>
      </w:pPr>
      <w:r>
        <w:t>اور کئی باتیں ایسی ہوئی تھیں جیسے ایک مرتبہ ان کو جھگڑا ہوا بہت زیادہ اس اس پر لڑنے کی تیار کہ کعبہ گر گیا تھا، پھر انہوں نے ریکنسٹرکٹ، ریکنسٹرکٹ کیا اس کو، ری بلڈ کیا۔</w:t>
      </w:r>
    </w:p>
    <w:p>
      <w:r>
        <w:rPr>
          <w:b/>
        </w:rPr>
        <w:t xml:space="preserve">[10:44] </w:t>
      </w:r>
      <w:r>
        <w:t>to us ka jo pathar tha, black stone, hajar-e-aswad, to us ko utha kar rakhna tha.</w:t>
      </w:r>
    </w:p>
    <w:p>
      <w:pPr>
        <w:jc w:val="right"/>
      </w:pPr>
      <w:r>
        <w:t>تو اس کا جو پتھر تھا، بلیک اسٹون، حجر اسود، تو اس کو اٹھا کر رکھنا تھا۔</w:t>
      </w:r>
    </w:p>
    <w:p>
      <w:r>
        <w:rPr>
          <w:b/>
        </w:rPr>
        <w:t xml:space="preserve">[10:53] </w:t>
      </w:r>
      <w:r>
        <w:t>to woh log us ko bohat secret samajhte thay.</w:t>
      </w:r>
    </w:p>
    <w:p>
      <w:pPr>
        <w:jc w:val="right"/>
      </w:pPr>
      <w:r>
        <w:t>تو وہ لوگ اس کو بہت سیکرٹ سمجھتے تھے۔</w:t>
      </w:r>
    </w:p>
    <w:p>
      <w:r>
        <w:rPr>
          <w:b/>
        </w:rPr>
        <w:t xml:space="preserve">[10:56] </w:t>
      </w:r>
      <w:r>
        <w:t>to kaun rakhe? jo utha kar rakhe ga, us ka bohat bara blessing us ke liye ho gi. yeh to bara jhagra khara ho gaya.</w:t>
      </w:r>
    </w:p>
    <w:p>
      <w:pPr>
        <w:jc w:val="right"/>
      </w:pPr>
      <w:r>
        <w:t>تو کون رکھے؟ جو اٹھا کر رکھے گا، اس کا بہت بڑا بلیسنگ اس کے لیے ہوگی۔ یہ تو بڑا جھگڑا کھڑا ہو گیا۔</w:t>
      </w:r>
    </w:p>
    <w:p>
      <w:r>
        <w:rPr>
          <w:b/>
        </w:rPr>
        <w:t xml:space="preserve">[11:07] </w:t>
      </w:r>
      <w:r>
        <w:t>din bhar nahi tay hua ke kaun utha kar us ko rakhe wahan par. aur aur aur jo us ka building to tayyar ho gayi. to us ne yeh hua tay ke bhai kal morning mein jo sab se pehle aaye,</w:t>
      </w:r>
    </w:p>
    <w:p>
      <w:pPr>
        <w:jc w:val="right"/>
      </w:pPr>
      <w:r>
        <w:t>دن بھر نہیں طے ہوا کہ کون اٹھا کر اس کو رکھے وہاں پر۔ اور اور اور جو اس کا بلڈنگ تو تیار ہو گئی۔ تو اس نے یہ ہوا طے کہ بھئی کل مارننگ میں جو سب سے پہلے آئے،</w:t>
      </w:r>
    </w:p>
    <w:p>
      <w:r>
        <w:rPr>
          <w:b/>
        </w:rPr>
        <w:t xml:space="preserve">[11:21] </w:t>
      </w:r>
      <w:r>
        <w:t>us se rakhwaya jaye ga.</w:t>
      </w:r>
    </w:p>
    <w:p>
      <w:pPr>
        <w:jc w:val="right"/>
      </w:pPr>
      <w:r>
        <w:t>اس سے رکھوایا جائے گا۔</w:t>
      </w:r>
    </w:p>
    <w:p>
      <w:r>
        <w:rPr>
          <w:b/>
        </w:rPr>
        <w:t xml:space="preserve">[11:24] </w:t>
      </w:r>
      <w:r>
        <w:t>ab subah aaye to dekha ke Muhammad (SAW) wahan par aaye hue hain pehle sab se. to unhon ne kaha ke bhai aap hi kijiye is kaam ko.</w:t>
      </w:r>
    </w:p>
    <w:p>
      <w:pPr>
        <w:jc w:val="right"/>
      </w:pPr>
      <w:r>
        <w:t>اب صبح آئے تو دیکھا کہ محمد صلی اللہ علیہ وسلم وہاں پر آئے ہوئے ہیں پہلے سب سے۔ تو انہوں نے کہا کہ بھئی آپ ہی کیجئے اس کام کو۔</w:t>
      </w:r>
    </w:p>
    <w:p>
      <w:r>
        <w:rPr>
          <w:b/>
        </w:rPr>
        <w:t xml:space="preserve">[11:34] </w:t>
      </w:r>
      <w:r>
        <w:t>to aap ne kiya kiya ke aik chadar, aik sheet bichai, utha kar us sheet par rakha aur sab se kaha ke sab ko pakro, sab ko chadar charon taraf se.</w:t>
      </w:r>
    </w:p>
    <w:p>
      <w:pPr>
        <w:jc w:val="right"/>
      </w:pPr>
      <w:r>
        <w:t>تو آپ نے کیا کیا کہ ایک چادر، ایک شیٹ بچھائی، اٹھا کے اس شیٹ پر رکھا اور سب سے کہا کہ سب کو پکڑو، سب کو چادر چاروں طرف سے۔</w:t>
      </w:r>
    </w:p>
    <w:p>
      <w:r>
        <w:rPr>
          <w:b/>
        </w:rPr>
        <w:t xml:space="preserve">[11:45] </w:t>
      </w:r>
      <w:r>
        <w:t>to jo sardar log thay, tribal chief jo thay, sab ne kinare se us chadar ko pakra, utha kar wahan le gaye.</w:t>
      </w:r>
    </w:p>
    <w:p>
      <w:pPr>
        <w:jc w:val="right"/>
      </w:pPr>
      <w:r>
        <w:t>تو جو سردار لوگ تھے، ٹرائبل چیف جو تھے، سب نے کنارے سے اس چادر کو پکڑا، اٹھا کر وہاں لے گئے۔</w:t>
      </w:r>
    </w:p>
    <w:p>
      <w:r>
        <w:rPr>
          <w:b/>
        </w:rPr>
        <w:t xml:space="preserve">[11:55] </w:t>
      </w:r>
      <w:r>
        <w:t>is tarah us ko phir utha kar wahan aap ne rakh diya. is tarah ki bohat sari cheezein unhon ne dekhi theen aap ke andar ke aap ke andar leadership ki quality hai.</w:t>
      </w:r>
    </w:p>
    <w:p>
      <w:pPr>
        <w:jc w:val="right"/>
      </w:pPr>
      <w:r>
        <w:t>اس طرح اس کو پھر اٹھا کر وہاں آپ نے رکھ دیا۔ اس طرح کی بہت ساری چیزیں انہوں نے دیکھی تھیں آپ کے اندر کہ آپ کے اندر لیڈرشپ کی کوالٹی ہے۔</w:t>
      </w:r>
    </w:p>
    <w:p>
      <w:r>
        <w:rPr>
          <w:b/>
        </w:rPr>
        <w:t xml:space="preserve">[12:06] </w:t>
      </w:r>
      <w:r>
        <w:t>to unhon ne offer diya aap ko. unhon ne kaha ke "in malik malakna alayna"</w:t>
      </w:r>
    </w:p>
    <w:p>
      <w:pPr>
        <w:jc w:val="right"/>
      </w:pPr>
      <w:r>
        <w:t>تو انہوں نے آفر دیا آپ کو۔ انہوں نے کہا کہ "ان ملک ملکنا علینا"</w:t>
      </w:r>
    </w:p>
    <w:p>
      <w:r>
        <w:rPr>
          <w:b/>
        </w:rPr>
        <w:t xml:space="preserve">[12:14] </w:t>
      </w:r>
      <w:r>
        <w:t>ke aap ko hum apna king bana lete hain, apna badshah bana lete hain.</w:t>
      </w:r>
    </w:p>
    <w:p>
      <w:pPr>
        <w:jc w:val="right"/>
      </w:pPr>
      <w:r>
        <w:t>کہ آپ کو ہم اپنا کنگ بنا لیتے ہیں، اپنا بادشاہ بنا لیتے ہیں۔</w:t>
      </w:r>
    </w:p>
    <w:p>
      <w:r>
        <w:rPr>
          <w:b/>
        </w:rPr>
        <w:t xml:space="preserve">[12:22] </w:t>
      </w:r>
      <w:r>
        <w:t>to aap ne kiya jawab diya us ka? yeh nahi ke us ke upar jhat se foran offer le liya. nahi, aap ne kaha ke "ma atlub al-mulk alaykum".</w:t>
      </w:r>
    </w:p>
    <w:p>
      <w:pPr>
        <w:jc w:val="right"/>
      </w:pPr>
      <w:r>
        <w:t>تو آپ نے کیا جواب دیا اس کا؟ یہ نہیں کہ اس کے اوپر جھٹ سے فوراً آفر لے لیا۔ نہیں، آپ نے کہا کہ "ما اطلب الملک علیکم"۔</w:t>
      </w:r>
    </w:p>
    <w:p>
      <w:r>
        <w:rPr>
          <w:b/>
        </w:rPr>
        <w:t xml:space="preserve">[12:36] </w:t>
      </w:r>
      <w:r>
        <w:t>"ma atlub al-mulk alaykum".</w:t>
      </w:r>
    </w:p>
    <w:p>
      <w:pPr>
        <w:jc w:val="right"/>
      </w:pPr>
      <w:r>
        <w:t>"ما اطلب الملک علیکم"۔</w:t>
      </w:r>
    </w:p>
    <w:p>
      <w:r>
        <w:rPr>
          <w:b/>
        </w:rPr>
        <w:t xml:space="preserve">[12:42] </w:t>
      </w:r>
      <w:r>
        <w:t>I seek not sovereignty over you. mein tumhare upar hakim banna nahi chahta.</w:t>
      </w:r>
    </w:p>
    <w:p>
      <w:pPr>
        <w:jc w:val="right"/>
      </w:pPr>
      <w:r>
        <w:t>آئی سیک ناٹ سورنٹی اوور یو۔ میں تمہارے اوپر حاکم بننا نہیں چاہتا۔</w:t>
      </w:r>
    </w:p>
    <w:p>
      <w:r>
        <w:rPr>
          <w:b/>
        </w:rPr>
        <w:t xml:space="preserve">[12:56] </w:t>
      </w:r>
      <w:r>
        <w:t>yeh bohat simple baat nahi thi. yeh log us ko samajhte nahi ke aakhir aap ne aisa kyun kaha? "ma atlub al-mulk alaykum" kyun kaha aap ne? is ke andar bohat gehri baat hai.</w:t>
      </w:r>
    </w:p>
    <w:p>
      <w:pPr>
        <w:jc w:val="right"/>
      </w:pPr>
      <w:r>
        <w:t>یہ بہت سمپل بات نہیں تھی۔ یہ لوگ اس کو سمجھتے نہیں کہ آخر آپ نے ایسا کیوں کہا؟ "ما اطلب الملک علیکم" کیوں کہا آپ نے؟ اس کے اندر بہت گہری بات ہے۔</w:t>
      </w:r>
    </w:p>
    <w:p>
      <w:r>
        <w:rPr>
          <w:b/>
        </w:rPr>
        <w:t xml:space="preserve">[13:10] </w:t>
      </w:r>
      <w:r>
        <w:t>woh yeh hai ke aap ne is tarah bataya ke mera jo mission hai, us ka starting point hukoomat par qabza karna nahi hai.</w:t>
      </w:r>
    </w:p>
    <w:p>
      <w:pPr>
        <w:jc w:val="right"/>
      </w:pPr>
      <w:r>
        <w:t>وہ یہ ہے کہ آپ نے اس طرح بتایا کہ میرا جو مشن ہے، اس کا سٹارٹنگ پوائنٹ حکومت پر قبضہ کرنا نہیں ہے۔</w:t>
      </w:r>
    </w:p>
    <w:p>
      <w:r>
        <w:rPr>
          <w:b/>
        </w:rPr>
        <w:t xml:space="preserve">[13:20] </w:t>
      </w:r>
      <w:r>
        <w:t>aap jante hain jitni bhi uthti hain movement, sab ka starting point kya hota hai? hukoomat par qabza karna. sab ka one to all poori history mein aap dekh daliye</w:t>
      </w:r>
    </w:p>
    <w:p>
      <w:pPr>
        <w:jc w:val="right"/>
      </w:pPr>
      <w:r>
        <w:t>آپ جانتے ہیں جتنی بھی اٹھتی ہیں موومنٹ، سب کا سٹارٹنگ پوائنٹ کیا ہوتا ہے؟ حکومت پر قبضہ کرنا۔ سب کا ون ٹو آل پوری ہسٹری میں آپ دیکھ ڈالیے</w:t>
      </w:r>
    </w:p>
    <w:p>
      <w:r>
        <w:rPr>
          <w:b/>
        </w:rPr>
        <w:t xml:space="preserve">[13:32] </w:t>
      </w:r>
      <w:r>
        <w:t>aur musalmanon mein is zamane mein jo movement uthi, sab ka tha ke qabza karo</w:t>
      </w:r>
    </w:p>
    <w:p>
      <w:pPr>
        <w:jc w:val="right"/>
      </w:pPr>
      <w:r>
        <w:t>اور مسلمانوں میں اس زمانے میں جو موومنٹ اٹھی، سب کا تھا کہ قبضہ کرو</w:t>
      </w:r>
    </w:p>
    <w:p>
      <w:r>
        <w:rPr>
          <w:b/>
        </w:rPr>
        <w:t xml:space="preserve">[13:40] </w:t>
      </w:r>
      <w:r>
        <w:t>hukumat par. aap ne kaha ke nahin "ma aطلب الملک علیکم".</w:t>
      </w:r>
    </w:p>
    <w:p>
      <w:pPr>
        <w:jc w:val="right"/>
      </w:pPr>
      <w:r>
        <w:t>حکومت پر۔ آپ نے کہا کہ نہیں "ما اطلب الملک علیکم"۔</w:t>
      </w:r>
    </w:p>
    <w:p>
      <w:r>
        <w:rPr>
          <w:b/>
        </w:rPr>
        <w:t xml:space="preserve">[13:51] </w:t>
      </w:r>
      <w:r>
        <w:t>to yeh simple baat nahin thi. ya aap ne bataya ke mera starting point yeh hai nahin.</w:t>
      </w:r>
    </w:p>
    <w:p>
      <w:pPr>
        <w:jc w:val="right"/>
      </w:pPr>
      <w:r>
        <w:t>تو یہ سمپل بات نہیں تھی۔ یا آپ نے بتایا کہ میرا سٹارٹنگ پوائنٹ یہ ہے نہیں۔</w:t>
      </w:r>
    </w:p>
    <w:p>
      <w:r>
        <w:rPr>
          <w:b/>
        </w:rPr>
        <w:t xml:space="preserve">[13:58] </w:t>
      </w:r>
      <w:r>
        <w:t>mera starting point insan ka mind hai, insan ki personality hai. isi mein laga rahunga. aap ne refuse kiya political office ko lene se ya hakim banne se,</w:t>
      </w:r>
    </w:p>
    <w:p>
      <w:pPr>
        <w:jc w:val="right"/>
      </w:pPr>
      <w:r>
        <w:t>میرا سٹارٹنگ پوائنٹ انسان کا مائنڈ ہے، انسان کی پرسنیلٹی ہے۔ اسی میں لگا رہوں گا۔ آپ نے ریفیوز کیا پولیٹیکل آفس کو لینے سے یا حاکم بننے سے،</w:t>
      </w:r>
    </w:p>
    <w:p>
      <w:r>
        <w:rPr>
          <w:b/>
        </w:rPr>
        <w:t xml:space="preserve">[14:14] </w:t>
      </w:r>
      <w:r>
        <w:t>aur wohi kaam jari rakha aap ne. insan ko badalne ka kaam. ab badalte rahe, badalte rahe, badalte rahe, yahan tak ke aap ke paas team ban gayi.</w:t>
      </w:r>
    </w:p>
    <w:p>
      <w:pPr>
        <w:jc w:val="right"/>
      </w:pPr>
      <w:r>
        <w:t>اور وہی کام جاری رکھا آپ نے۔ انسان کو بدلنے کا کام۔ اب بدلتے رہے، بدلتے رہے، بدلتے رہے، یہاں تک کہ آپ کے پاس ٹیم بن گئی۔</w:t>
      </w:r>
    </w:p>
    <w:p>
      <w:r>
        <w:rPr>
          <w:b/>
        </w:rPr>
        <w:t xml:space="preserve">[14:25] </w:t>
      </w:r>
      <w:r>
        <w:t>ek</w:t>
      </w:r>
    </w:p>
    <w:p>
      <w:pPr>
        <w:jc w:val="right"/>
      </w:pPr>
      <w:r>
        <w:t>ایک</w:t>
      </w:r>
    </w:p>
    <w:p>
      <w:r>
        <w:rPr>
          <w:b/>
        </w:rPr>
        <w:t xml:space="preserve">[14:26] </w:t>
      </w:r>
      <w:r>
        <w:t>13 saal mein aap ke paas ek team ban gayi.</w:t>
      </w:r>
    </w:p>
    <w:p>
      <w:pPr>
        <w:jc w:val="right"/>
      </w:pPr>
      <w:r>
        <w:t>13 سال میں آپ کے پاس ایک ٹیم بن گئی۔</w:t>
      </w:r>
    </w:p>
    <w:p>
      <w:r>
        <w:rPr>
          <w:b/>
        </w:rPr>
        <w:t xml:space="preserve">[14:31] </w:t>
      </w:r>
      <w:r>
        <w:t>is ke baad wahan par aap ke khilaf log ho gaye the.</w:t>
      </w:r>
    </w:p>
    <w:p>
      <w:pPr>
        <w:jc w:val="right"/>
      </w:pPr>
      <w:r>
        <w:t>اس کے بعد وہاں پر آپ کے خلاف لوگ ہو گئے تھے۔</w:t>
      </w:r>
    </w:p>
    <w:p>
      <w:r>
        <w:rPr>
          <w:b/>
        </w:rPr>
        <w:t xml:space="preserve">[14:37] </w:t>
      </w:r>
      <w:r>
        <w:t>wahan par kafi hostility ho gayi thi. jo chhat chhat ke to aate rahe, woh chhat chhat kar ke jo jo best log the, un ke chhat chhat kar aate rahe aap ki taraf.</w:t>
      </w:r>
    </w:p>
    <w:p>
      <w:pPr>
        <w:jc w:val="right"/>
      </w:pPr>
      <w:r>
        <w:t>وہاں پر کافی ہاسٹیلیٹی ہو گئی تھی۔ جو چھٹ چھٹ کے تو آتے رہے، وہ چھٹ چھٹ کر کے جو جو بیسٹ لوگ تھے، ان کے چھٹ چھٹ کر آتے رہے آپ کی طرف۔</w:t>
      </w:r>
    </w:p>
    <w:p>
      <w:r>
        <w:rPr>
          <w:b/>
        </w:rPr>
        <w:t xml:space="preserve">[14:47] </w:t>
      </w:r>
      <w:r>
        <w:t>ek team banti rahi aap ki.</w:t>
      </w:r>
    </w:p>
    <w:p>
      <w:pPr>
        <w:jc w:val="right"/>
      </w:pPr>
      <w:r>
        <w:t>ایک ٹیم بنتی رہی آپ کی۔</w:t>
      </w:r>
    </w:p>
    <w:p>
      <w:r>
        <w:rPr>
          <w:b/>
        </w:rPr>
        <w:t xml:space="preserve">[14:50] </w:t>
      </w:r>
      <w:r>
        <w:t>to jab wahan par aakhir mein jab bohat zyada woh log khilaf ho gaye aap ke, to aap migrate kar ke madina aa gaye.</w:t>
      </w:r>
    </w:p>
    <w:p>
      <w:pPr>
        <w:jc w:val="right"/>
      </w:pPr>
      <w:r>
        <w:t>تو جب وہاں پر آخر میں جب بہت زیادہ وہ لوگ خلاف ہو گئے آپ کے، تو آپ مائیگریٹ کر کے مدینہ آ گئے۔</w:t>
      </w:r>
    </w:p>
    <w:p>
      <w:r>
        <w:rPr>
          <w:b/>
        </w:rPr>
        <w:t xml:space="preserve">[15:01] </w:t>
      </w:r>
      <w:r>
        <w:t>yahan se ek naya zamana shuru hota hai. yaani madine mein aap ke aane ke baad, kyunke madine mein is se pehle dawat ka kaam ho raha tha, aap ke aane se pehle hi wahan par aisa tha ke "لم تبقہ دارب من دور الانصار الا ودخل فی الاسلام"</w:t>
      </w:r>
    </w:p>
    <w:p>
      <w:pPr>
        <w:jc w:val="right"/>
      </w:pPr>
      <w:r>
        <w:t>یہاں سے ایک نیا زمانہ شروع ہوتا ہے۔ یعنی مدینے میں آپ کے آنے کے بعد، کیونکہ مدینہ میں اس سے پہلے دعوت کا کام ہو رہا تھا، آپ کے آنے سے پہلے ہی وہاں پر ایسا تھا کہ "لم تبقہ دارب من دور الانصار الا ودخل فی الاسلام"</w:t>
      </w:r>
    </w:p>
    <w:p>
      <w:r>
        <w:rPr>
          <w:b/>
        </w:rPr>
        <w:t xml:space="preserve">[15:19] </w:t>
      </w:r>
      <w:r>
        <w:t>. yaani ansar ke gharon mein, yaani madine walon ke gharon mein, aisa hua ke ghar ghar aap ka mission phail gaya. to unhon ne aap ko jo receive kiya, to yeh keh kar kiya tha ke "امرین متعین".</w:t>
      </w:r>
    </w:p>
    <w:p>
      <w:pPr>
        <w:jc w:val="right"/>
      </w:pPr>
      <w:r>
        <w:t>۔ یعنی انصار کے گھروں میں، یعنی مدینے والوں کے گھروں میں، ایسا ہوا کہ گھر گھر آپ کا مشن پھیل گیا۔ تو انہوں نے آپ کو جو ریسیو کیا، تو یہ کہہ کر کیا تھا کہ "امرین متعین"۔</w:t>
      </w:r>
    </w:p>
    <w:p>
      <w:r>
        <w:rPr>
          <w:b/>
        </w:rPr>
        <w:t xml:space="preserve">[15:33] </w:t>
      </w:r>
      <w:r>
        <w:t>aap the aur abubakar aap ke sath the, do aadmi. aap ne kaha "امرین متعین". yaani aaj se aap hamare sardar hain.</w:t>
      </w:r>
    </w:p>
    <w:p>
      <w:pPr>
        <w:jc w:val="right"/>
      </w:pPr>
      <w:r>
        <w:t>آپ تھے اور ابوبکر آپ کے ساتھ تھے، دو آدمی۔ آپ نے کہا "امرین متعین"۔ یعنی آج سے آپ ہمارے سردار ہیں۔</w:t>
      </w:r>
    </w:p>
    <w:p>
      <w:r>
        <w:rPr>
          <w:b/>
        </w:rPr>
        <w:t xml:space="preserve">[15:41] </w:t>
      </w:r>
      <w:r>
        <w:t>yahan se ek naya daur shuru hua ke madine mein aaj kal ke jo bola tha, is tarah agar main kahun to main kahun ke madine mein ek state state ban gaya.</w:t>
      </w:r>
    </w:p>
    <w:p>
      <w:pPr>
        <w:jc w:val="right"/>
      </w:pPr>
      <w:r>
        <w:t>یہاں سے ایک نیا دور شروع ہوا کہ مدینہ میں آج کل کے جو بولا تھا، اس طرح اگر میں کہوں تو میں کہوں کہ مدینہ میں ایک سٹی اسٹیٹ بن گیا۔</w:t>
      </w:r>
    </w:p>
    <w:p>
      <w:r>
        <w:rPr>
          <w:b/>
        </w:rPr>
        <w:t xml:space="preserve">[15:56] </w:t>
      </w:r>
      <w:r>
        <w:t>to log samajhte hain ke makkah period jo tha, woh modesty ka period tha aur madina period strength ka period tha.</w:t>
      </w:r>
    </w:p>
    <w:p>
      <w:pPr>
        <w:jc w:val="right"/>
      </w:pPr>
      <w:r>
        <w:t>تو لوگ سمجھتے ہیں کہ مکہ پیریڈ جو تھا، وہ ماڈیسٹی کا پیریڈ تھا اور مدینہ پیریڈ اسٹریتھ کا پیریڈ تھا۔</w:t>
      </w:r>
    </w:p>
    <w:p>
      <w:r>
        <w:rPr>
          <w:b/>
        </w:rPr>
        <w:t xml:space="preserve">[16:07] </w:t>
      </w:r>
      <w:r>
        <w:t>yeh galat hai, bilkul galat hai.</w:t>
      </w:r>
    </w:p>
    <w:p>
      <w:pPr>
        <w:jc w:val="right"/>
      </w:pPr>
      <w:r>
        <w:t>یہ غلط ہے، بالکل غلط ہے۔</w:t>
      </w:r>
    </w:p>
    <w:p>
      <w:r>
        <w:rPr>
          <w:b/>
        </w:rPr>
        <w:t xml:space="preserve">[16:10] </w:t>
      </w:r>
      <w:r>
        <w:t>makkah period jo tha, woh intellectual change lane ka period tha, mind ko badalne ka period tha, personality banane ka period tha.</w:t>
      </w:r>
    </w:p>
    <w:p>
      <w:pPr>
        <w:jc w:val="right"/>
      </w:pPr>
      <w:r>
        <w:t>مکہ پیریڈ جو تھا، وہ انٹلیکچول چینج لانے کا پیریڈ تھا، مائنڈ کو بدلنے کا پیریڈ تھا، پرسنیلٹی بنانے کا پیریڈ تھا۔</w:t>
      </w:r>
    </w:p>
    <w:p>
      <w:r>
        <w:rPr>
          <w:b/>
        </w:rPr>
        <w:t xml:space="preserve">[16:22] </w:t>
      </w:r>
      <w:r>
        <w:t>aur madine mein aisa hua ke wahan ke, wahan khud wahan ke jo halaat the, wahan ke jo log the, unhon ne khud hi kaha ke ab yahan par log zyada tar aap ke mission ke mein aa chuke hain, to aap yahan ka administration bhi sambhal lijie.</w:t>
      </w:r>
    </w:p>
    <w:p>
      <w:pPr>
        <w:jc w:val="right"/>
      </w:pPr>
      <w:r>
        <w:t>اور مدینے میں ایسا ہوا کہ وہاں کے، وہاں خود وہاں کے جو حالات تھے، وہاں کے جو لوگ تھے، انہوں نے خود ہی کہا کہ اب یہاں پر لوگ زیادہ تر آپ کے مشن کے میں آ چکے ہیں، تو آپ یہاں کا ایڈمنسٹریشن بھی سنبھال لیجئے۔</w:t>
      </w:r>
    </w:p>
    <w:p>
      <w:r>
        <w:rPr>
          <w:b/>
        </w:rPr>
        <w:t xml:space="preserve">[16:39] </w:t>
      </w:r>
      <w:r>
        <w:t>to aap dekhen ke rasool Allah ne</w:t>
      </w:r>
    </w:p>
    <w:p>
      <w:pPr>
        <w:jc w:val="right"/>
      </w:pPr>
      <w:r>
        <w:t>تو آپ دیکھیں کہ رسول اللہ نے</w:t>
      </w:r>
    </w:p>
    <w:p>
      <w:r>
        <w:rPr>
          <w:b/>
        </w:rPr>
        <w:t xml:space="preserve">[16:44] </w:t>
      </w:r>
      <w:r>
        <w:t>jo policy ikhtiyar ki thi, woh yahi thi policy ke personality mein change lana ek taraf aur jo state system hai, jo political system hai, us ko as it is maan lena, yahan tak ke apne aap woh badal jaye.</w:t>
      </w:r>
    </w:p>
    <w:p>
      <w:pPr>
        <w:jc w:val="right"/>
      </w:pPr>
      <w:r>
        <w:t>جو پالیسی اختیار کی تھی، وہ یہی تھی پالیسی کہ پرسنیلٹی میں چینج لانا ایک طرف اور جو اسٹیٹ سسٹم ہے، جو پولیٹیکل سسٹم ہے، اس کو ایز اٹ از مان لینا، یہاں تک کہ اپنے آپ وہ بدل جائے۔</w:t>
      </w:r>
    </w:p>
    <w:p>
      <w:r>
        <w:rPr>
          <w:b/>
        </w:rPr>
        <w:t xml:space="preserve">[17:03] </w:t>
      </w:r>
      <w:r>
        <w:t>yaani woh apne aap badalta hai.</w:t>
      </w:r>
    </w:p>
    <w:p>
      <w:pPr>
        <w:jc w:val="right"/>
      </w:pPr>
      <w:r>
        <w:t>یعنی وہ اپنے آپ بدلتا ہے۔</w:t>
      </w:r>
    </w:p>
    <w:p>
      <w:r>
        <w:rPr>
          <w:b/>
        </w:rPr>
        <w:t xml:space="preserve">[17:06] </w:t>
      </w:r>
      <w:r>
        <w:t>direct badalne ki koshish aap ne ki insan ke andar aur system ko aap ne chhod diya ke apne aap badle. woh ke ek time aata hai ke is tarah badal system badalta hai.</w:t>
      </w:r>
    </w:p>
    <w:p>
      <w:pPr>
        <w:jc w:val="right"/>
      </w:pPr>
      <w:r>
        <w:t>ڈائریکٹ بدلنے کی کوشش آپ نے کی انسان کے اندر اور سسٹم کو آپ نے چھوڑ دیا کہ اپنے آپ بدلے۔ وہ کہ ایک ٹائم آتا ہے کہ اس طرح بدل سسٹم بدلتا ہے۔</w:t>
      </w:r>
    </w:p>
    <w:p>
      <w:r>
        <w:rPr>
          <w:b/>
        </w:rPr>
        <w:t xml:space="preserve">[17:17] </w:t>
      </w:r>
      <w:r>
        <w:t>jab aap insan ko badlenge to hote hote hote hote kya hoga? ek nayi society banegi. jab bohat se insan ban jayenge to nayi society emerge karegi.</w:t>
      </w:r>
    </w:p>
    <w:p>
      <w:pPr>
        <w:jc w:val="right"/>
      </w:pPr>
      <w:r>
        <w:t>جب آپ انسان کو بدلیں گے تو ہوتے ہوتے ہوتے ہوتے کیا ہوگا؟ ایک نئی سوسائٹی بنے گی۔ جب بہت سے انسان بن جائیں گے تو نئی سوسائٹی امرج کرے گی۔</w:t>
      </w:r>
    </w:p>
    <w:p>
      <w:r>
        <w:rPr>
          <w:b/>
        </w:rPr>
        <w:t xml:space="preserve">[17:29] </w:t>
      </w:r>
      <w:r>
        <w:t>nayi society emerge karegi to kya hoga?</w:t>
      </w:r>
    </w:p>
    <w:p>
      <w:pPr>
        <w:jc w:val="right"/>
      </w:pPr>
      <w:r>
        <w:t>نئی سوسائٹی امرج کرے گی تو کیا ہوگا؟</w:t>
      </w:r>
    </w:p>
    <w:p>
      <w:r>
        <w:rPr>
          <w:b/>
        </w:rPr>
        <w:t xml:space="preserve">[17:32] </w:t>
      </w:r>
      <w:r>
        <w:t>hadees mein aata hai ke "kama takoon qazalukum" jab jaisa samaaj waisay ruler jab samaaj mein change aaye ga to apnay aap aik nai political leadership is ke andar emerge kare gi.</w:t>
      </w:r>
    </w:p>
    <w:p>
      <w:pPr>
        <w:jc w:val="right"/>
      </w:pPr>
      <w:r>
        <w:t>حدیث میں آتا ہے کہ "کما تکون قضالکم"۔ جب جیسا سماج، ویسے رولر۔ جب سماج میں چینج آئے گا تو اپنے آپ ایک نئی پولیٹیکل لیڈرشپ اس کے اندر امرج کرے گی۔</w:t>
      </w:r>
    </w:p>
    <w:p>
      <w:r>
        <w:rPr>
          <w:b/>
        </w:rPr>
        <w:t xml:space="preserve">[17:47] </w:t>
      </w:r>
      <w:r>
        <w:t>wohi hua.</w:t>
      </w:r>
    </w:p>
    <w:p>
      <w:pPr>
        <w:jc w:val="right"/>
      </w:pPr>
      <w:r>
        <w:t>وہی ہوا۔</w:t>
      </w:r>
    </w:p>
    <w:p>
      <w:r>
        <w:rPr>
          <w:b/>
        </w:rPr>
        <w:t xml:space="preserve">[17:50] </w:t>
      </w:r>
      <w:r>
        <w:t>to dekhen yeh jo hua yahan mein yeh kahoon ga ke profit ne itna jo historian jo itna ziyada acknowledge karte hain aap ke role ko,</w:t>
      </w:r>
    </w:p>
    <w:p>
      <w:pPr>
        <w:jc w:val="right"/>
      </w:pPr>
      <w:r>
        <w:t>تو دیکھیں، یہ جو ہوا، یہاں میں یہ کہوں گا کہ پرافٹ نے اتنا جو ہسٹورین جو اتنا زیادہ ایکنالج کرتے ہیں آپ کے رول کو،</w:t>
      </w:r>
    </w:p>
    <w:p>
      <w:r>
        <w:rPr>
          <w:b/>
        </w:rPr>
        <w:t xml:space="preserve">[18:09] </w:t>
      </w:r>
      <w:r>
        <w:t>to mein is ko yun kahoon ga ke aap ne aap ka jo is revolution tha revolution itna strong tha ke is ka momentum hazar saal tak chalta raha.</w:t>
      </w:r>
    </w:p>
    <w:p>
      <w:pPr>
        <w:jc w:val="right"/>
      </w:pPr>
      <w:r>
        <w:t>تو میں اس کو یوں کہوں گا کہ آپ نے آپ کا جو اس ریولوشن تھا، ریولوشن اتنا سٹرانگ تھا کہ اس کا مومنٹم ہزار سال تک چلتا رہا۔</w:t>
      </w:r>
    </w:p>
    <w:p>
      <w:r>
        <w:rPr>
          <w:b/>
        </w:rPr>
        <w:t xml:space="preserve">[18:24] </w:t>
      </w:r>
      <w:r>
        <w:t>yani prophets revolution was so strong that its momentum blasted for one hundred about one thousand years.</w:t>
      </w:r>
    </w:p>
    <w:p>
      <w:pPr>
        <w:jc w:val="right"/>
      </w:pPr>
      <w:r>
        <w:t>یعنی پرافٹس ریولوشن واز سو سٹرانگ دیٹ اٹس مومنٹم بلاسٹڈ فار ون ہنڈرڈ، اباؤٹ ون تھا ایئرز۔</w:t>
      </w:r>
    </w:p>
    <w:p>
      <w:r>
        <w:rPr>
          <w:b/>
        </w:rPr>
        <w:t xml:space="preserve">[18:40] </w:t>
      </w:r>
      <w:r>
        <w:t>wo khatam kab hota hai jab dunya mein yani Europe mein jo reason hua hai is ke baad jo clericalism aaya hai sahi tor par yeh is ka sahi naam nahi hai.</w:t>
      </w:r>
    </w:p>
    <w:p>
      <w:pPr>
        <w:jc w:val="right"/>
      </w:pPr>
      <w:r>
        <w:t>وہ ختم کب ہوتا ہے؟ جب دنیا میں، یعنی یورپ میں جو ریساں ہوا ہے، اس کے بعد جو کلیریلزم آیا ہے، صحیح طور پر یہ اس کا صحیح نام نہیں ہے۔</w:t>
      </w:r>
    </w:p>
    <w:p>
      <w:r>
        <w:rPr>
          <w:b/>
        </w:rPr>
        <w:t xml:space="preserve">[18:53] </w:t>
      </w:r>
      <w:r>
        <w:t>sahi naam hai scientific revolution technical revolution yani traditional system badal kar ke six system bana.</w:t>
      </w:r>
    </w:p>
    <w:p>
      <w:pPr>
        <w:jc w:val="right"/>
      </w:pPr>
      <w:r>
        <w:t>صحیح نام ہے سائنٹیفک ریولوشن، ٹیکنیکل ریولوشن۔ یعنی ٹریڈیشنل سسٹم بدل کر کے سکس سسٹم بنا۔</w:t>
      </w:r>
    </w:p>
    <w:p>
      <w:r>
        <w:rPr>
          <w:b/>
        </w:rPr>
        <w:t xml:space="preserve">[19:06] </w:t>
      </w:r>
      <w:r>
        <w:t>to aik naya zamana aa gaya.</w:t>
      </w:r>
    </w:p>
    <w:p>
      <w:pPr>
        <w:jc w:val="right"/>
      </w:pPr>
      <w:r>
        <w:t>تو ایک نیا زمانہ آ گیا۔</w:t>
      </w:r>
    </w:p>
    <w:p>
      <w:r>
        <w:rPr>
          <w:b/>
        </w:rPr>
        <w:t xml:space="preserve">[19:09] </w:t>
      </w:r>
      <w:r>
        <w:t>seven century mein jab ke rasool Allah ne kaam kiya tha wo traditional zamana tha traditional thing mind ka zamana tha to traditional mind jo tha wo shirk par base karta tha.</w:t>
      </w:r>
    </w:p>
    <w:p>
      <w:pPr>
        <w:jc w:val="right"/>
      </w:pPr>
      <w:r>
        <w:t>سیون سینچری میں جب کہ رسول اللہ نے کام کیا تھا، وہ ٹریڈیشنل زمانہ تھا، ٹریڈیشنل تھنگ مائنڈ کا زمانہ تھا۔ تو ٹریڈیشنل مائنڈ جو تھا، وہ شرک پر بیس کرتا تھا۔</w:t>
      </w:r>
    </w:p>
    <w:p>
      <w:r>
        <w:rPr>
          <w:b/>
        </w:rPr>
        <w:t xml:space="preserve">[19:22] </w:t>
      </w:r>
      <w:r>
        <w:t>traditional mind sirf shirk par base karta tha is ko badla aap ne ab wo chalte chalte wahan pohancha ke mind badal gaya.</w:t>
      </w:r>
    </w:p>
    <w:p>
      <w:pPr>
        <w:jc w:val="right"/>
      </w:pPr>
      <w:r>
        <w:t>ٹریڈیشنل مائنڈ صرف شرک پر بیس کرتا تھا۔ اس کو بدلا آپ نے۔ اب وہ چلتے چلتے وہاں پہنچا کہ مائنڈ بدل گیا۔</w:t>
      </w:r>
    </w:p>
    <w:p>
      <w:r>
        <w:rPr>
          <w:b/>
        </w:rPr>
        <w:t xml:space="preserve">[19:33] </w:t>
      </w:r>
      <w:r>
        <w:t>ab jo naya mind bana wo secular mind tha secular mind science par base karta tha.</w:t>
      </w:r>
    </w:p>
    <w:p>
      <w:pPr>
        <w:jc w:val="right"/>
      </w:pPr>
      <w:r>
        <w:t>اب جو نیا مائنڈ بنا، وہ سیکولر مائنڈ تھا۔ سیکولر مائنڈ سائنس پر بیس کرتا تھا۔</w:t>
      </w:r>
    </w:p>
    <w:p>
      <w:r>
        <w:rPr>
          <w:b/>
        </w:rPr>
        <w:t xml:space="preserve">[19:39] </w:t>
      </w:r>
      <w:r>
        <w:t>yani pichla jo mind tha jis ko aap ne badla wo traditional mind tha jo shirk par base karta tha ab jo mind bana wo secular mind tha jo science par base karta tha.</w:t>
      </w:r>
    </w:p>
    <w:p>
      <w:pPr>
        <w:jc w:val="right"/>
      </w:pPr>
      <w:r>
        <w:t>یعنی پچھلا جو مائنڈ تھا، جس کو آپ نے بدلا، وہ ٹریڈیشنل مائنڈ تھا جو شرک پر بیس کرتا تھا۔ اب جو مائنڈ بنا، وہ سیکولر مائنڈ تھا جو سائنس پر بیس کرتا تھا۔</w:t>
      </w:r>
    </w:p>
    <w:p>
      <w:r>
        <w:rPr>
          <w:b/>
        </w:rPr>
        <w:t xml:space="preserve">[19:53] </w:t>
      </w:r>
      <w:r>
        <w:t>lekin is liye do so saal ke andar muslim leaders ne jo balkay</w:t>
      </w:r>
    </w:p>
    <w:p>
      <w:pPr>
        <w:jc w:val="right"/>
      </w:pPr>
      <w:r>
        <w:t>لیکن اس لیے دو سو سال کے اندر مسلم لیڈرز نے جو، بلکہ</w:t>
      </w:r>
    </w:p>
    <w:p>
      <w:r>
        <w:rPr>
          <w:b/>
        </w:rPr>
        <w:t xml:space="preserve">[20:05] </w:t>
      </w:r>
      <w:r>
        <w:t>do so saal se ziyada ki period hai yeh jab musalmanon mein bohat ziyada movement uthi aik do nahi Arab mein Arab world mein non Arab world mein har jagah har jagah har jagah</w:t>
      </w:r>
    </w:p>
    <w:p>
      <w:pPr>
        <w:jc w:val="right"/>
      </w:pPr>
      <w:r>
        <w:t>دو سو سال سے زیادہ کی پیریڈ ہے، یہ جب مسلمانوں میں بہت زیادہ موومنٹ اٹھی، ایک دو نہیں، عرب میں، عرب ورلڈ میں، نان عرب ورلڈ میں، ہر جگہ، ہر جگہ، ہر جگہ</w:t>
      </w:r>
    </w:p>
    <w:p>
      <w:r>
        <w:rPr>
          <w:b/>
        </w:rPr>
        <w:t xml:space="preserve">[20:20] </w:t>
      </w:r>
      <w:r>
        <w:t>top ke leader uthay lekin in leaderon ke ke jo stormy koshishain theen jo sacrifice kiye in logon ne,</w:t>
      </w:r>
    </w:p>
    <w:p>
      <w:pPr>
        <w:jc w:val="right"/>
      </w:pPr>
      <w:r>
        <w:t>ٹاپ کے لیڈر اٹھے۔ لیکن ان لیڈروں کے کہ جو اسٹارمی کوششیں تھیں، جو سیکریفائس کیے ان لوگوں نے،</w:t>
      </w:r>
    </w:p>
    <w:p>
      <w:r>
        <w:rPr>
          <w:b/>
        </w:rPr>
        <w:t xml:space="preserve">[20:36] </w:t>
      </w:r>
      <w:r>
        <w:t>in term of result it was nothing zero aur yeh khud hi woh kehte hain hum hum nahi keh rahe hain wohi log jo abhi tak in ka complaint khatam nahi hua in ka protest khatam nahi hua,</w:t>
      </w:r>
    </w:p>
    <w:p>
      <w:pPr>
        <w:jc w:val="right"/>
      </w:pPr>
      <w:r>
        <w:t>ان ٹرم اف رزلٹ، اٹ واز نا تھنگ زیرو۔ اور یہ خود ہی وہ کہتے ہیں، ہم ہم نہیں کہہ رہے ہیں۔ وہی لوگ جو ابھی تک ان کا کمپلینٹ ختم نہیں ہوا، ان کا پروٹیسٹ ختم نہیں ہوا،</w:t>
      </w:r>
    </w:p>
    <w:p>
      <w:r>
        <w:rPr>
          <w:b/>
        </w:rPr>
        <w:t xml:space="preserve">[20:50] </w:t>
      </w:r>
      <w:r>
        <w:t>wohi kehte hain ke dunya hamare khilaf sazish kar rahi hai hum ko siege mein daal rakha hai to is maenay hai ke tumhari tumhari koshishain kahan gayeen dunya mein jitne bhi press hain musalmanon ke jitne bhi leader hain musalmanon ke jitne bhi in ke jalsay hotay hain har aik mein shikayat hoti hai.</w:t>
      </w:r>
    </w:p>
    <w:p>
      <w:pPr>
        <w:jc w:val="right"/>
      </w:pPr>
      <w:r>
        <w:t>وہی کہتے ہیں کہ دنیا ہمارے خلاف سازش کر رہی ہے، ہم کو سیج میں ڈال رکھا ہے۔ تو اس معنی ہے کہ تمہاری تمہاری کوششیں کہاں گئیں؟ دنیا میں جتنے بھی پریس ہیں مسلمانوں کے، جتنے بھی لیڈر ہیں مسلمانوں کے، جتنے بھی ان کے جلسے ہوتے ہیں، ہر ایک میں شکایت ہوتی ہے۔</w:t>
      </w:r>
    </w:p>
    <w:p>
      <w:r>
        <w:rPr>
          <w:b/>
        </w:rPr>
        <w:t xml:space="preserve">[21:11] </w:t>
      </w:r>
      <w:r>
        <w:t>to is hawale se shikayat kyun?</w:t>
      </w:r>
    </w:p>
    <w:p>
      <w:pPr>
        <w:jc w:val="right"/>
      </w:pPr>
      <w:r>
        <w:t>تو اس حوالے سے شکایت کیوں؟</w:t>
      </w:r>
    </w:p>
    <w:p>
      <w:r>
        <w:rPr>
          <w:b/>
        </w:rPr>
        <w:t xml:space="preserve">[21:13] </w:t>
      </w:r>
      <w:r>
        <w:t>jab tum ne do so saal do so saal se bhi ziyada muddat tak sacrifice ki itna bari bari struggle uthai itni bari bari movement uthai to is ka result kahan chala gaya?</w:t>
      </w:r>
    </w:p>
    <w:p>
      <w:pPr>
        <w:jc w:val="right"/>
      </w:pPr>
      <w:r>
        <w:t>جب تم نے دو سو سال، دو سو سال سے بھی زیادہ مدت تک سیکریفائس کی، اتنا بڑی بڑی سٹرگل اٹھائی، اتنی بڑی بڑی موومنٹ اٹھائی، تو اس کا رزلٹ کہاں چلا گیا؟</w:t>
      </w:r>
    </w:p>
    <w:p>
      <w:r>
        <w:rPr>
          <w:b/>
        </w:rPr>
        <w:t xml:space="preserve">[21:27] </w:t>
      </w:r>
      <w:r>
        <w:t>to phir shikayat kis baat ki dekhen is mein bohat ziyada sochne ki baat hai is mein bohat ziyada gehri baat samajhne ki baat hai.</w:t>
      </w:r>
    </w:p>
    <w:p>
      <w:pPr>
        <w:jc w:val="right"/>
      </w:pPr>
      <w:r>
        <w:t>تو پھر شکایت کس بات کی؟ دیکھیں، اس میں بہت زیادہ سوچنے کی بات ہے، اس میں بہت زیادہ گہری بات سمجھنے کی بات ہے۔</w:t>
      </w:r>
    </w:p>
    <w:p>
      <w:r>
        <w:rPr>
          <w:b/>
        </w:rPr>
        <w:t xml:space="preserve">[21:40] </w:t>
      </w:r>
      <w:r>
        <w:t>jitnay muslim leaders thay is zamanay ke without any exception mein kahoon ga ke sab ne sab ka analysis hi galat tha analysis assessment galat tha sab ka without any exception.</w:t>
      </w:r>
    </w:p>
    <w:p>
      <w:pPr>
        <w:jc w:val="right"/>
      </w:pPr>
      <w:r>
        <w:t>جتنے مسلم لیڈرز تھے اس زمانے کے، ودا آؤٹ اینی ایکسیپشن، میں کہوں گا کہ سب نے سب کا انالیسز ہی غلط تھا، انالیسز اسیسمنٹ غلط تھا، سب کا ودا آؤٹ اینی ایکسیپشن۔</w:t>
      </w:r>
    </w:p>
    <w:p>
      <w:r>
        <w:rPr>
          <w:b/>
        </w:rPr>
        <w:t xml:space="preserve">[21:55] </w:t>
      </w:r>
      <w:r>
        <w:t>yeh log samjhay ke jo change aaya hai wo sirf yeh aaya hai ke musalmanon ka political empire khatam ho gaya.</w:t>
      </w:r>
    </w:p>
    <w:p>
      <w:pPr>
        <w:jc w:val="right"/>
      </w:pPr>
      <w:r>
        <w:t>یہ لوگ سمجھے کہ جو چینج آیا ہے، وہ صرف یہ آیا ہے کہ مسلمانوں کا پولیٹیکل ایمپائر ختم ہو گیا۔</w:t>
      </w:r>
    </w:p>
    <w:p>
      <w:r>
        <w:rPr>
          <w:b/>
        </w:rPr>
        <w:t xml:space="preserve">[22:05] </w:t>
      </w:r>
      <w:r>
        <w:t>yani Andalusia ka empire Spain ka empire Fatmi empire Mughal empire Ottoman empire yeh toot gaya.</w:t>
      </w:r>
    </w:p>
    <w:p>
      <w:pPr>
        <w:jc w:val="right"/>
      </w:pPr>
      <w:r>
        <w:t>یعنی اندلس کا ایمپائر، اسپین کا ایمپائر، فاطمی ایمپائر، مغل ایمپائر، اٹمان ایمپائر، یہ ٹوٹ گیا۔</w:t>
      </w:r>
    </w:p>
    <w:p>
      <w:r>
        <w:rPr>
          <w:b/>
        </w:rPr>
        <w:t xml:space="preserve">[22:18] </w:t>
      </w:r>
      <w:r>
        <w:t>to samajhtay hain ke yahi asal masla tha wohin par apna apni sari struggle laga di unhon ne.</w:t>
      </w:r>
    </w:p>
    <w:p>
      <w:pPr>
        <w:jc w:val="right"/>
      </w:pPr>
      <w:r>
        <w:t>تو سمجھتے ہیں کہ یہی اصل مسئلہ تھا۔ وہیں پر اپنا اپنی ساری اسٹرگل لگا دی انہوں نے۔</w:t>
      </w:r>
    </w:p>
    <w:p>
      <w:r>
        <w:rPr>
          <w:b/>
        </w:rPr>
        <w:t xml:space="preserve">[22:27] </w:t>
      </w:r>
      <w:r>
        <w:t>yani phir is empire ko revive karna musalmanon ke political role ko revive karna sab ka yahi qissa tha Shah Allah bohat baray thinker manay jatay hain unhon ne kaha tha ke fiq al nizam,</w:t>
      </w:r>
    </w:p>
    <w:p>
      <w:pPr>
        <w:jc w:val="right"/>
      </w:pPr>
      <w:r>
        <w:t>یعنی پھر اس ایمپائر کو ریوائیو کرنا، مسلمانوں کے پولیٹیکل رول کو ریوائیو کرنا، سب کا یہی قصہ تھا۔ شاہ اللہ بہت بڑے تھنکر مانے جاتے ہیں، انہوں نے کہا تھا کہ فق کل نظام،</w:t>
      </w:r>
    </w:p>
    <w:p>
      <w:r>
        <w:rPr>
          <w:b/>
        </w:rPr>
        <w:t xml:space="preserve">[22:44] </w:t>
      </w:r>
      <w:r>
        <w:t>saare nizaam ko tod daalna, yaani political nizaam jo ab hai, us ko tod kar musalman Islam ki base par naya nizaam banana.</w:t>
      </w:r>
    </w:p>
    <w:p>
      <w:pPr>
        <w:jc w:val="right"/>
      </w:pPr>
      <w:r>
        <w:t>سارے نظام کو توڑ ڈالنا، یعنی پولیٹیکل نظام جو اب ہے، اس کو توڑ کر مسلمان اسلام کی بیس پر نیا نظام بنانا۔</w:t>
      </w:r>
    </w:p>
    <w:p>
      <w:r>
        <w:rPr>
          <w:b/>
        </w:rPr>
        <w:t xml:space="preserve">[22:54] </w:t>
      </w:r>
      <w:r>
        <w:t>Iqbal ne kaha tha ke</w:t>
      </w:r>
    </w:p>
    <w:p>
      <w:pPr>
        <w:jc w:val="right"/>
      </w:pPr>
      <w:r>
        <w:t>اقبال نے کہا تھا کہ</w:t>
      </w:r>
    </w:p>
    <w:p>
      <w:r>
        <w:rPr>
          <w:b/>
        </w:rPr>
        <w:t xml:space="preserve">[22:58] </w:t>
      </w:r>
      <w:r>
        <w:t>bar-sil tanha jamzan aur barham zan ke, yaani is system ko tod daalo, tab naya system banega.</w:t>
      </w:r>
    </w:p>
    <w:p>
      <w:pPr>
        <w:jc w:val="right"/>
      </w:pPr>
      <w:r>
        <w:t>برسل تنہ جمزن اور برہم زن کے، یعنی اس سسٹم کو توڑ ڈالو، تب نیا سسٹم بنے گا۔</w:t>
      </w:r>
    </w:p>
    <w:p>
      <w:r>
        <w:rPr>
          <w:b/>
        </w:rPr>
        <w:t xml:space="preserve">[23:10] </w:t>
      </w:r>
      <w:r>
        <w:t>jahan Abdullah ne kaha tha ke al-sharq lil-sharqain, to jitne bhi hain, sab ka jo same civil concern bana, civil concern woh yeh tha ke woh yeh samajhte the ke musalmanon ka jo political role chala raha tha, woh toot gaya.</w:t>
      </w:r>
    </w:p>
    <w:p>
      <w:pPr>
        <w:jc w:val="right"/>
      </w:pPr>
      <w:r>
        <w:t>جہاں عبداللہ نے کہا تھا کہ الشرق للشرقین، تو جتنے بھی ہیں، سب کا جو سیم سول کنسرن بنا، سول کنسرن وہ یہ تھا کہ وہ یہ سمجھتے تھے کہ مسلمانوں کا جو پولیٹیکل رول چلا رہا تھا، وہ ٹوٹ گیا۔</w:t>
      </w:r>
    </w:p>
    <w:p>
      <w:r>
        <w:rPr>
          <w:b/>
        </w:rPr>
        <w:t xml:space="preserve">[23:29] </w:t>
      </w:r>
      <w:r>
        <w:t>yahin par saara maamla hai, ise is is ko phir se revive karo. bas isi par saari un ki chalti rahi.</w:t>
      </w:r>
    </w:p>
    <w:p>
      <w:pPr>
        <w:jc w:val="right"/>
      </w:pPr>
      <w:r>
        <w:t>یہیں پر سارا معاملہ ہے، اسے اس اس کو پھر سے ریوائیو کرو۔ بس اسی پر ساری ان کی چلتی رہی۔</w:t>
      </w:r>
    </w:p>
    <w:p>
      <w:r>
        <w:rPr>
          <w:b/>
        </w:rPr>
        <w:t xml:space="preserve">[23:40] </w:t>
      </w:r>
      <w:r>
        <w:t>yeh kisi ne yeh bhi nahin socha ke political role khatm kahan hua? yaani aaj bhi 57 Muslim countries hain jahan un ka role hai qaaim, to khatm kahan hua?</w:t>
      </w:r>
    </w:p>
    <w:p>
      <w:pPr>
        <w:jc w:val="right"/>
      </w:pPr>
      <w:r>
        <w:t>یہ کسی نے یہ بھی نہیں سوچا کہ پولیٹیکل رول ختم کہاں ہوا؟ یعنی آج بھی 57 مسلم کنٹریز ہیں جہاں ان کا رول ہے قائم، تو ختم کہاں ہوا؟</w:t>
      </w:r>
    </w:p>
    <w:p>
      <w:r>
        <w:rPr>
          <w:b/>
        </w:rPr>
        <w:t xml:space="preserve">[23:54] </w:t>
      </w:r>
      <w:r>
        <w:t>yeh bhi ek fallacy hai ke musalmanon ka political role khatm ho gaya. already woh maujood hai 57 Muslim countries mein.</w:t>
      </w:r>
    </w:p>
    <w:p>
      <w:pPr>
        <w:jc w:val="right"/>
      </w:pPr>
      <w:r>
        <w:t>یہ بھی ایک فلیسی ہے کہ مسلمانوں کا پولیٹیکل رول ختم ہو گیا۔ الریڈی وہ موجود ہے 57 مسلم کنٹریز میں۔</w:t>
      </w:r>
    </w:p>
    <w:p>
      <w:r>
        <w:rPr>
          <w:b/>
        </w:rPr>
        <w:t xml:space="preserve">[24:04] </w:t>
      </w:r>
      <w:r>
        <w:t>p</w:t>
      </w:r>
    </w:p>
    <w:p>
      <w:pPr>
        <w:jc w:val="right"/>
      </w:pPr>
      <w:r>
        <w:t>پ</w:t>
      </w:r>
    </w:p>
    <w:p>
      <w:r>
        <w:rPr>
          <w:b/>
        </w:rPr>
        <w:t xml:space="preserve">[24:05] </w:t>
      </w:r>
      <w:r>
        <w:t>har bhi kyun yeh saari complain, kyun yeh protest, kyun yeh kehna ke sahab hamare saath conspiracy ho rahi hai? to asal cheez kya thi?</w:t>
      </w:r>
    </w:p>
    <w:p>
      <w:pPr>
        <w:jc w:val="right"/>
      </w:pPr>
      <w:r>
        <w:t>ھر بھی کیوں یہ ساری کمپلین، کیوں یہ پروٹیسٹ، کیوں یہ کہنا کہ صاحب ہمارے ساتھ کانسپریسی ہو رہی ہے؟ تو اصل چیز کیا تھی؟</w:t>
      </w:r>
    </w:p>
    <w:p>
      <w:r>
        <w:rPr>
          <w:b/>
        </w:rPr>
        <w:t xml:space="preserve">[24:18] </w:t>
      </w:r>
      <w:r>
        <w:t>ke asal cheez thi ke woh momentum jo Prophet ne chalaya tha, woh apni end par aa gaya tha. ab phir se aap ko is ko revive karna tha.</w:t>
      </w:r>
    </w:p>
    <w:p>
      <w:pPr>
        <w:jc w:val="right"/>
      </w:pPr>
      <w:r>
        <w:t>کہ اصل چیز تھی کہ وہ مومنٹم جو پرافٹ نے چلایا تھا، وہ اپنی اینڈ پر آ گیا تھا۔ اب پھر سے آپ کو اس کو ریوائیو کرنا تھا۔</w:t>
      </w:r>
    </w:p>
    <w:p>
      <w:r>
        <w:rPr>
          <w:b/>
        </w:rPr>
        <w:t xml:space="preserve">[24:29] </w:t>
      </w:r>
      <w:r>
        <w:t>aur revive kaise hoga? isi process ko kar ke</w:t>
      </w:r>
    </w:p>
    <w:p>
      <w:pPr>
        <w:jc w:val="right"/>
      </w:pPr>
      <w:r>
        <w:t>اور ریوائیو کیسے ہوگا؟ اسی پراسیس کو کر کے</w:t>
      </w:r>
    </w:p>
    <w:p>
      <w:r>
        <w:rPr>
          <w:b/>
        </w:rPr>
        <w:t xml:space="preserve">[24:34] </w:t>
      </w:r>
      <w:r>
        <w:t>ke mind ko change karna aur system ko as it is maanna, yaani change in change in personality and status quo is being in political affairs.</w:t>
      </w:r>
    </w:p>
    <w:p>
      <w:pPr>
        <w:jc w:val="right"/>
      </w:pPr>
      <w:r>
        <w:t>کہ مائنڈ کو چینج کرنا اور سسٹم کو ایز اٹ از ماننا، یعنی چینج ان چینج ان پرسنیلٹی اینڈ اسٹیٹس کوئز بین ان پولیٹیکل افیئرز۔</w:t>
      </w:r>
    </w:p>
    <w:p>
      <w:r>
        <w:rPr>
          <w:b/>
        </w:rPr>
        <w:t xml:space="preserve">[24:51] </w:t>
      </w:r>
      <w:r>
        <w:t>ab naya jo equation, woh equation to toot gaya tha. ab naya jo equation bana, jis mein Western nations ko dabdaba haasil ho gaya, to ek naya</w:t>
      </w:r>
    </w:p>
    <w:p>
      <w:pPr>
        <w:jc w:val="right"/>
      </w:pPr>
      <w:r>
        <w:t>اب نیا جو ایکویشن، وہ ایکویشن تو ٹوٹ گیا تھا۔ اب نیا جو ایکویشن بنا، جس میں ویسٹرن نیشنز کو دبدبہ حاصل ہو گیا، تو ایک نیا</w:t>
      </w:r>
    </w:p>
    <w:p>
      <w:r>
        <w:rPr>
          <w:b/>
        </w:rPr>
        <w:t xml:space="preserve">[25:02] </w:t>
      </w:r>
      <w:r>
        <w:t>equation bana. is equation ko aap ko maann kar ke yeh karna tha ke naye zabaanon ko samjhein, naye zabaan ke lihaaz se logon ka mind banayein, intellectual change laayein logon ke andar.</w:t>
      </w:r>
    </w:p>
    <w:p>
      <w:pPr>
        <w:jc w:val="right"/>
      </w:pPr>
      <w:r>
        <w:t>ایکویشن بنا۔ اس ایکویشن کو آپ کو مان کر کے یہ کرنا تھا کہ نئے زبانوں کو سمجھیں، نئے زبان کے لحاظ سے لوگوں کا مائنڈ بنائیں، انٹلیکچول چینج لائیں لوگوں کے اندر۔</w:t>
      </w:r>
    </w:p>
    <w:p>
      <w:r>
        <w:rPr>
          <w:b/>
        </w:rPr>
        <w:t xml:space="preserve">[25:14] </w:t>
      </w:r>
      <w:r>
        <w:t>yaani starting point yeh tha. starting point political fighting nahin thi, starting point jihad nahin tha, starting point ladai nahin thi, starting point gun aur bomb nahin tha.</w:t>
      </w:r>
    </w:p>
    <w:p>
      <w:pPr>
        <w:jc w:val="right"/>
      </w:pPr>
      <w:r>
        <w:t>یعنی سٹارٹنگ پوائنٹ یہ تھا۔ سٹارٹنگ پوائنٹ پولیٹیکل فائٹنگ نہیں تھی، سٹارٹنگ پوائنٹ جہاد نہیں تھا، سٹارٹنگ پوائنٹ لڑائی نہیں تھی، سٹارٹنگ پوائنٹ گن اور بم نہیں تھا۔</w:t>
      </w:r>
    </w:p>
    <w:p>
      <w:r>
        <w:rPr>
          <w:b/>
        </w:rPr>
        <w:t xml:space="preserve">[25:29] </w:t>
      </w:r>
      <w:r>
        <w:t>yeh tha hi nahin starting point.</w:t>
      </w:r>
    </w:p>
    <w:p>
      <w:pPr>
        <w:jc w:val="right"/>
      </w:pPr>
      <w:r>
        <w:t>یہ تھا ہی نہیں سٹارٹنگ پوائنٹ۔</w:t>
      </w:r>
    </w:p>
    <w:p>
      <w:r>
        <w:rPr>
          <w:b/>
        </w:rPr>
        <w:t xml:space="preserve">[25:32] </w:t>
      </w:r>
      <w:r>
        <w:t>starting point tha phir wahin jaana hai. yaani Makkah mein jo kaam hua tha, mind ko badalna, personality ko badalna, soch ko badalna, mind ke level par jab aap badlenge, tab ja kar ke woh woh woh reality mein aayega.</w:t>
      </w:r>
    </w:p>
    <w:p>
      <w:pPr>
        <w:jc w:val="right"/>
      </w:pPr>
      <w:r>
        <w:t>سٹارٹنگ پوائنٹ تھا پھر وہیں جانا ہے۔ یعنی مکہ میں جو کام ہوا تھا، مائنڈ کو بدلنا، پرسنیلٹی کو بدلنا، سوچ کو بدلنا، مائنڈ کے لیول پر جب آپ بدلیں گے، تب جا کر کے وہ وہ وہ ریلیٹی میں آئے گا۔</w:t>
      </w:r>
    </w:p>
    <w:p>
      <w:r>
        <w:rPr>
          <w:b/>
        </w:rPr>
        <w:t xml:space="preserve">[25:51] </w:t>
      </w:r>
      <w:r>
        <w:t>yeh that was yaani putting the card before the horse.</w:t>
      </w:r>
    </w:p>
    <w:p>
      <w:pPr>
        <w:jc w:val="right"/>
      </w:pPr>
      <w:r>
        <w:t>یہ دیٹ واز یعنی پٹنگ دا کارڈ بیفور دی ہارس۔</w:t>
      </w:r>
    </w:p>
    <w:p>
      <w:r>
        <w:rPr>
          <w:b/>
        </w:rPr>
        <w:t xml:space="preserve">[25:58] </w:t>
      </w:r>
      <w:r>
        <w:t>yeh jo chalaya logon ne, jo ladai, political ladai, political jihad, political hungama, yeh bilkul wohi tha ke putting the card before the horse.</w:t>
      </w:r>
    </w:p>
    <w:p>
      <w:pPr>
        <w:jc w:val="right"/>
      </w:pPr>
      <w:r>
        <w:t>یہ جو چلایا لوگوں نے، جو لڑائی، پولیٹیکل لڑائی، پولیٹیکل جہاد، پولیٹیکل ہنگامہ، یہ بالکل وہی تھا کہ پٹنگ دا کارڈ بیفور دی ہارس۔</w:t>
      </w:r>
    </w:p>
    <w:p>
      <w:r>
        <w:rPr>
          <w:b/>
        </w:rPr>
        <w:t xml:space="preserve">[26:15] </w:t>
      </w:r>
      <w:r>
        <w:t>yaani jo kaam pehle karna tha, us ko chhod diya. jo baat ko as a result aana tha, usi par takraao shuru kar diya. to kuch bhi nahin mila.</w:t>
      </w:r>
    </w:p>
    <w:p>
      <w:pPr>
        <w:jc w:val="right"/>
      </w:pPr>
      <w:r>
        <w:t>یعنی جو کام پہلے کرنا تھا، اس کو چھوڑ دیا۔ جو بات کو ایز اے رزلٹ آنا تھا، اسی پر ٹکراؤ شروع کر دیا۔ تو کچھ بھی نہیں ملا۔</w:t>
      </w:r>
    </w:p>
    <w:p>
      <w:r>
        <w:rPr>
          <w:b/>
        </w:rPr>
        <w:t xml:space="preserve">[26:25] </w:t>
      </w:r>
      <w:r>
        <w:t>do sau, do sau saal se zyada sacrifice karte rahe aur mila kuch bhi nahin. kyunke agar aap apni gaadi ko ghode ke aage kar kar dein to hazaar saal tak bhi koi safar nahin hoga aap ka.</w:t>
      </w:r>
    </w:p>
    <w:p>
      <w:pPr>
        <w:jc w:val="right"/>
      </w:pPr>
      <w:r>
        <w:t>دو سو، دو سو سال سے زیادہ سیکریفائس کرتے رہے اور ملا کچھ بھی نہیں۔ کیونکہ اگر آپ اپنی گاڑی کو گھوڑے کے آگے کر کر دیں تو ہزار سال تک بھی کوئی سفر نہیں ہوگا آپ کا۔</w:t>
      </w:r>
    </w:p>
    <w:p>
      <w:r>
        <w:rPr>
          <w:b/>
        </w:rPr>
        <w:t xml:space="preserve">[26:41] </w:t>
      </w:r>
      <w:r>
        <w:t>agar aap yeh karein ke ghoda peeche hai, gaadi aage hai to aap to aap hazaar saal tak bhi kahin nahin pahunchenge aap.</w:t>
      </w:r>
    </w:p>
    <w:p>
      <w:pPr>
        <w:jc w:val="right"/>
      </w:pPr>
      <w:r>
        <w:t>اگر آپ یہ کریں کہ گھوڑا پیچھے ہے، گاڑی آگے ہے تو آپ تو آپ ہزار سال تک بھی کہیں نہیں پہنچیں گے آپ۔</w:t>
      </w:r>
    </w:p>
    <w:p>
      <w:r>
        <w:rPr>
          <w:b/>
        </w:rPr>
        <w:t xml:space="preserve">[26:51] </w:t>
      </w:r>
      <w:r>
        <w:t>kyunke aap ne is ka to order badal diya. aap ne</w:t>
      </w:r>
    </w:p>
    <w:p>
      <w:pPr>
        <w:jc w:val="right"/>
      </w:pPr>
      <w:r>
        <w:t>کیونکہ آپ نے اس کا تو آرڈر بدل دیا۔ آپ نے</w:t>
      </w:r>
    </w:p>
    <w:p>
      <w:r>
        <w:rPr>
          <w:b/>
        </w:rPr>
        <w:t xml:space="preserve">[26:55] </w:t>
      </w:r>
      <w:r>
        <w:t>yahi ho raha hai ke Makkah period ko revive nahin kiya unhone aur Madinah wale zamane ko chaha ke isi ko phir lotayein.</w:t>
      </w:r>
    </w:p>
    <w:p>
      <w:pPr>
        <w:jc w:val="right"/>
      </w:pPr>
      <w:r>
        <w:t>یہی ہو رہا ہے کہ مکہ پیریڈ کو ریوائیو نہیں کیا انہوں نے اور مدینہ والے زمانے کو چاہا کہ اسی کو پھر لوٹائیں۔</w:t>
      </w:r>
    </w:p>
    <w:p>
      <w:r>
        <w:rPr>
          <w:b/>
        </w:rPr>
        <w:t xml:space="preserve">[27:05] </w:t>
      </w:r>
      <w:r>
        <w:t>yaani insaan ko badle baghair system ko badal daalein. woh to hua nahin, kuch bhi nahin hua aur na aage hone wala hai.</w:t>
      </w:r>
    </w:p>
    <w:p>
      <w:pPr>
        <w:jc w:val="right"/>
      </w:pPr>
      <w:r>
        <w:t>یعنی انسان کو بدلے بغیر سسٹم کو بدل ڈالیں۔ وہ تو ہوا نہیں، کچھ بھی نہیں ہوا اور نہ آگے ہونے والا ہے۔</w:t>
      </w:r>
    </w:p>
    <w:p>
      <w:r>
        <w:rPr>
          <w:b/>
        </w:rPr>
        <w:t xml:space="preserve">[27:17] </w:t>
      </w:r>
      <w:r>
        <w:t>ab jo history jahan pohnchi hai to hum ko yeh janna hoga ke wahan par kya kya gaya tha, kaise woh momentum chala jo hazar saal tak chalta raha, itna strong jo tha.</w:t>
      </w:r>
    </w:p>
    <w:p>
      <w:pPr>
        <w:jc w:val="right"/>
      </w:pPr>
      <w:r>
        <w:t>اب جو ہسٹری جہاں پہنچی ہے تو ہم کو یہ جاننا ہوگا کہ وہاں پر کیا کیا گیا تھا، کیسے وہ مومنٹم چلا جو ہزار سال تک چلتا رہا، اتنا سٹرانگ جو تھا۔</w:t>
      </w:r>
    </w:p>
    <w:p>
      <w:r>
        <w:rPr>
          <w:b/>
        </w:rPr>
        <w:t xml:space="preserve">[27:35] </w:t>
      </w:r>
      <w:r>
        <w:t>to makka period aur madina period ko phir se samajhna parega, phir se samajhna parega ke kya tha woh.</w:t>
      </w:r>
    </w:p>
    <w:p>
      <w:pPr>
        <w:jc w:val="right"/>
      </w:pPr>
      <w:r>
        <w:t>تو مکہ پیریڈ اور مدینہ پیریڈ کو پھر سے سمجھنا پڑے گا، پھر سے سمجھنا پڑے گا کہ کیا تھا وہ۔</w:t>
      </w:r>
    </w:p>
    <w:p>
      <w:r>
        <w:rPr>
          <w:b/>
        </w:rPr>
        <w:t xml:space="preserve">[27:43] </w:t>
      </w:r>
      <w:r>
        <w:t>to makka period jo tha, woh mind mein change lane ka period tha, soch ko badalne ka period tha, personality banane ka period tha aur phir team banane ka period tha.</w:t>
      </w:r>
    </w:p>
    <w:p>
      <w:pPr>
        <w:jc w:val="right"/>
      </w:pPr>
      <w:r>
        <w:t>تو مکہ پیریڈ جو تھا، وہ مائنڈ میں چینج لانے کا پیریڈ تھا، سوچ کو بدلنے کا پیریڈ تھا، پرسنیلٹی بنانے کا پیریڈ تھا اور پھر ٹیم بنانے کا پیریڈ تھا۔</w:t>
      </w:r>
    </w:p>
    <w:p>
      <w:r>
        <w:rPr>
          <w:b/>
        </w:rPr>
        <w:t xml:space="preserve">[27:58] </w:t>
      </w:r>
      <w:r>
        <w:t>is ke baad yeh agla stage hai jo madine mein shuru hua, yani y</w:t>
      </w:r>
    </w:p>
    <w:p>
      <w:pPr>
        <w:jc w:val="right"/>
      </w:pPr>
      <w:r>
        <w:t>اس کے بعد یہ اگلا اسٹیج ہے جو مدینے میں شروع ہوا، یعنی ی</w:t>
      </w:r>
    </w:p>
    <w:p>
      <w:r>
        <w:rPr>
          <w:b/>
        </w:rPr>
        <w:t xml:space="preserve">[28:06] </w:t>
      </w:r>
      <w:r>
        <w:t>ani state state bani, phir aur poore arab mein bani, phir duniya mein phaili. yeh to is ka result tha.</w:t>
      </w:r>
    </w:p>
    <w:p>
      <w:pPr>
        <w:jc w:val="right"/>
      </w:pPr>
      <w:r>
        <w:t>عنی سٹی اسٹیٹ بنی، پھر اور پورے عرب میں بنی، پھر دنیا میں پھیلی۔ یہ تو اس کا رزلٹ تھا۔</w:t>
      </w:r>
    </w:p>
    <w:p>
      <w:r>
        <w:rPr>
          <w:b/>
        </w:rPr>
        <w:t xml:space="preserve">[28:16] </w:t>
      </w:r>
      <w:r>
        <w:t>to do sau saal se bhi zyada muddat se hamare tamam leader without any exception kya kar rahe hain ke unhon ne gaari ko ghore ke adhe baad rakha hai aur result kuch bhi nahi nikal raha hai.</w:t>
      </w:r>
    </w:p>
    <w:p>
      <w:pPr>
        <w:jc w:val="right"/>
      </w:pPr>
      <w:r>
        <w:t>تو دو سو سال سے بھی زیادہ مدت سے ہمارے تمام لیڈر ودا آؤٹ اینی ایکسیپشن کیا کر رہے ہیں کہ انہوں نے گاڑی کو گھوڑے کے ادھے بعد رکھا ہے اور رزلٹ کچھ بھی نہیں نکل رہا ہے۔</w:t>
      </w:r>
    </w:p>
    <w:p>
      <w:r>
        <w:rPr>
          <w:b/>
        </w:rPr>
        <w:t xml:space="preserve">[28:34] </w:t>
      </w:r>
      <w:r>
        <w:t>is ke nateeje mein ek aur bohat bara nuqsan hua ke duniya se hamein hamare to hate aa gayi hai, hate. kyunke jab aap aisa target rakhein jis mein system ko badalne ka, political power par qabza karne ki baat ho to woh kya sangsh shuru ho jata hai aur sangsh mein hate aata hai.</w:t>
      </w:r>
    </w:p>
    <w:p>
      <w:pPr>
        <w:jc w:val="right"/>
      </w:pPr>
      <w:r>
        <w:t>اس کے نتیجے میں ایک اور بہت بڑا نقصان ہوا کہ دنیا سے ہمیں ہمارے تو ہیٹ آ گئی ہے، ہیٹ۔ کیونکہ جب آپ ایسا ٹارگٹ رکھیں جس میں سسٹم کو بدلنے کا، پولیٹیکل پاور پر قبضہ کرنے کی بات ہو تو وہ کیا سنگش شروع ہو جاتا ہے اور سنگش میں ہیٹ آتا ہے۔</w:t>
      </w:r>
    </w:p>
    <w:p>
      <w:r>
        <w:rPr>
          <w:b/>
        </w:rPr>
        <w:t xml:space="preserve">[28:58] </w:t>
      </w:r>
      <w:r>
        <w:t>is waqt musalman saare duniya se hate mein pade hue hain, hate, bas hate, hate, hate.</w:t>
      </w:r>
    </w:p>
    <w:p>
      <w:pPr>
        <w:jc w:val="right"/>
      </w:pPr>
      <w:r>
        <w:t>اس وقت مسلمان سارے دنیا سے ہیٹ میں پڑے ہوئے ہیں، ہیٹ، بس ہیٹ، ہیٹ، ہیٹ۔</w:t>
      </w:r>
    </w:p>
    <w:p>
      <w:r>
        <w:rPr>
          <w:b/>
        </w:rPr>
        <w:t xml:space="preserve">[29:02] </w:t>
      </w:r>
      <w:r>
        <w:t>jis ko dekhiye, doosron se hate mein koi munh se bolta hai, koi nahi bolta, lekin andar hate.</w:t>
      </w:r>
    </w:p>
    <w:p>
      <w:pPr>
        <w:jc w:val="right"/>
      </w:pPr>
      <w:r>
        <w:t>جس کو دیکھیے، دوسروں سے ہیٹ میں کوئی منہ سے بولتا ہے، کوئی نہیں بولتا، لیکن اندر ہیٹ۔</w:t>
      </w:r>
    </w:p>
    <w:p>
      <w:r>
        <w:rPr>
          <w:b/>
        </w:rPr>
        <w:t xml:space="preserve">[29:11] </w:t>
      </w:r>
      <w:r>
        <w:t>agar woh agle woh tareeqa jo rasool Allah ka tareeqa tha to logon ke liye, doosron ke liye aap ke andar mohabbat ayegi, compassion ayega. aur yeh tareeqa jo chalaya logon ne, is mein to yeh hate hai,</w:t>
      </w:r>
    </w:p>
    <w:p>
      <w:pPr>
        <w:jc w:val="right"/>
      </w:pPr>
      <w:r>
        <w:t>اگر وہ اگلے وہ طریقہ جو رسول اللہ کا طریقہ تھا تو لوگوں کے لیے، دوسروں کے لیے آپ کے اندر محبت آئے گی، کمپیشن آئے گا۔ اور یہ طریقہ جو چلایا لوگوں نے، اس میں تو یہ ہیٹ ہے،</w:t>
      </w:r>
    </w:p>
    <w:p>
      <w:r>
        <w:rPr>
          <w:b/>
        </w:rPr>
        <w:t xml:space="preserve">[29:26] </w:t>
      </w:r>
      <w:r>
        <w:t>revenge hai, takrao hai.</w:t>
      </w:r>
    </w:p>
    <w:p>
      <w:pPr>
        <w:jc w:val="right"/>
      </w:pPr>
      <w:r>
        <w:t>ریونج ہے، ٹکراؤ ہے۔</w:t>
      </w:r>
    </w:p>
    <w:p>
      <w:r>
        <w:rPr>
          <w:b/>
        </w:rPr>
        <w:t xml:space="preserve">[29:35] </w:t>
      </w:r>
      <w:r>
        <w:t>to is mamle ko bohat zyada gehrai ke sath samajhna hai, bohat zyada gehrai ke sath.</w:t>
      </w:r>
    </w:p>
    <w:p>
      <w:pPr>
        <w:jc w:val="right"/>
      </w:pPr>
      <w:r>
        <w:t>تو اس معاملے کو بہت زیادہ گہرائی کے ساتھ سمجھنا ہے، بہت زیادہ گہرائی کے ساتھ۔</w:t>
      </w:r>
    </w:p>
    <w:p>
      <w:r>
        <w:rPr>
          <w:b/>
        </w:rPr>
        <w:t xml:space="preserve">[29:46] </w:t>
      </w:r>
      <w:r>
        <w:t>jab tak is ko gehrai mein ja kar na samjha jaye, kuch bhi hone wala nahi hai.</w:t>
      </w:r>
    </w:p>
    <w:p>
      <w:pPr>
        <w:jc w:val="right"/>
      </w:pPr>
      <w:r>
        <w:t>جب تک اس کو گہرائی میں جا کر نہ سمجھا جائے، کچھ بھی ہونے والا نہیں ہے۔</w:t>
      </w:r>
    </w:p>
    <w:p>
      <w:r>
        <w:rPr>
          <w:b/>
        </w:rPr>
        <w:t xml:space="preserve">[29:55] </w:t>
      </w:r>
      <w:r>
        <w:t>jo ab tak jis tarah se kuch nahi hua, aage bhi kuch nahi hoga.</w:t>
      </w:r>
    </w:p>
    <w:p>
      <w:pPr>
        <w:jc w:val="right"/>
      </w:pPr>
      <w:r>
        <w:t>جو اب تک جس طرح سے کچھ نہیں ہوا، آگے بھی کچھ نہیں ہوگا۔</w:t>
      </w:r>
    </w:p>
    <w:p>
      <w:r>
        <w:rPr>
          <w:b/>
        </w:rPr>
        <w:t xml:space="preserve">[30:04] </w:t>
      </w:r>
      <w:r>
        <w:t>abhi ek ek muslim scholar ka chupa hai article english paper mein daul harb ke bare mein. to woh kehte hain ke daul harb theek hai, daul harb theek nahi hai, lekin tum bhi to wohi kiye hue ho, tum bhi to wohi kar rahe ho jo jo musalman kar rahe hain.</w:t>
      </w:r>
    </w:p>
    <w:p>
      <w:pPr>
        <w:jc w:val="right"/>
      </w:pPr>
      <w:r>
        <w:t>ابھی ایک ایک مسلم اسکالر کا چھپا ہے آرٹیکل انگلش پیپر میں داؤل حرب کے بارے میں۔ تو وہ کہتے ہیں کہ داؤل حرب ٹھیک ہے، داؤل حرب ٹھیک نہیں ہے، لیکن تم بھی تو وہی کیے ہوئے ہو، تم بھی تو وہی کر رہے ہو جو جو مسلمان کر رہے ہیں۔</w:t>
      </w:r>
    </w:p>
    <w:p>
      <w:r>
        <w:rPr>
          <w:b/>
        </w:rPr>
        <w:t xml:space="preserve">[30:24] </w:t>
      </w:r>
      <w:r>
        <w:t>to is tarah ka jo tareeqa hota hai, woh is mein kya hota hai? jo musalman khush ho gaye, islaah kuch nahi hogi.</w:t>
      </w:r>
    </w:p>
    <w:p>
      <w:pPr>
        <w:jc w:val="right"/>
      </w:pPr>
      <w:r>
        <w:t>تو اس طرح کا جو طریقہ ہوتا ہے، وہ اس میں کیا ہوتا ہے؟ جو مسلمان خوش ہو گئے، اصلاح کچھ نہیں ہوگی۔</w:t>
      </w:r>
    </w:p>
    <w:p>
      <w:r>
        <w:rPr>
          <w:b/>
        </w:rPr>
        <w:t xml:space="preserve">[30:32] </w:t>
      </w:r>
      <w:r>
        <w:t>agar aap yeh kahein ke mere andar jo kharabi hai, woh tumhare andar bhi hai, to is to phir aap ke andar woh spiritness jaagegi ke main apna correction karoon, apna apne ko durust karoon, apne aap ko.</w:t>
      </w:r>
    </w:p>
    <w:p>
      <w:pPr>
        <w:jc w:val="right"/>
      </w:pPr>
      <w:r>
        <w:t>اگر آپ یہ کہیں کہ میرے اندر جو خرابی ہے، وہ تمہارے اندر بھی ہے، تو اس تو پھر آپ کے اندر وہ اسپرٹنس جاگے گی کہ میں اپنا کریکشن کروں، اپنا اپنے کو درست کروں، اپنے آپ کو۔</w:t>
      </w:r>
    </w:p>
    <w:p>
      <w:r>
        <w:rPr>
          <w:b/>
        </w:rPr>
        <w:t xml:space="preserve">[30:46] </w:t>
      </w:r>
      <w:r>
        <w:t>isi liye aap Quran mein dekhein to unilateral tor par musalmanon ko naseehat ki gayi hai.</w:t>
      </w:r>
    </w:p>
    <w:p>
      <w:pPr>
        <w:jc w:val="right"/>
      </w:pPr>
      <w:r>
        <w:t>اسی لیے آپ قرآن میں دیکھیں تو یونلٹورل طور پر مسلمانوں کو نصیحت کی گئی ہے۔</w:t>
      </w:r>
    </w:p>
    <w:p>
      <w:r>
        <w:rPr>
          <w:b/>
        </w:rPr>
        <w:t xml:space="preserve">[30:56] </w:t>
      </w:r>
      <w:r>
        <w:t>is par mein ne kai baar likha hai apne magazine mein ke jab bhi Quran mein naseehat ki jati hai to unilateral tor par, unilateral tor par ki jati hai.</w:t>
      </w:r>
    </w:p>
    <w:p>
      <w:pPr>
        <w:jc w:val="right"/>
      </w:pPr>
      <w:r>
        <w:t>اس پر میں نے کئی بار لکھا ہے اپنے میگزین میں کہ جب بھی قرآن میں نصیحت کی جاتی ہے تو یونلٹورل طور پر، یونلٹورل طور پر کی جاتی ہے۔</w:t>
      </w:r>
    </w:p>
    <w:p>
      <w:r>
        <w:rPr>
          <w:b/>
        </w:rPr>
        <w:t xml:space="preserve">[31:06] </w:t>
      </w:r>
      <w:r>
        <w:t>doosre ka kaha hai, us ko chhod diya jata hai ta ke spirit jaage. to log na to zehan bana rahe hain, na team bana rahe hain, aur isi mein lad rahe hain.</w:t>
      </w:r>
    </w:p>
    <w:p>
      <w:pPr>
        <w:jc w:val="right"/>
      </w:pPr>
      <w:r>
        <w:t>دوسرے کا کہا ہے، اس کو چھوڑ دیا جاتا ہے تاکہ اسپرٹ جاگے۔ تو لوگ نہ تو ذہن بنا رہے ہیں، نہ ٹیم بنا رہے ہیں، اور اسی میں لڑ رہے ہیں۔</w:t>
      </w:r>
    </w:p>
    <w:p>
      <w:r>
        <w:rPr>
          <w:b/>
        </w:rPr>
        <w:t xml:space="preserve">[31:20] </w:t>
      </w:r>
      <w:r>
        <w:t>is mein dekhiye kya hua, is is is yani hate ki yeh politics mein kya hua ke hum yeh bhool gaye ke western jo zamana aaya hai,</w:t>
      </w:r>
    </w:p>
    <w:p>
      <w:pPr>
        <w:jc w:val="right"/>
      </w:pPr>
      <w:r>
        <w:t>اس میں دیکھیے کیا ہوا، اس اس اس یعنی ہیٹ کی یہ پولیٹکس میں کیا ہوا کہ ہم یہ بھول گئے کہ ویسٹرن جو زمانہ آیا ہے،</w:t>
      </w:r>
    </w:p>
    <w:p>
      <w:r>
        <w:rPr>
          <w:b/>
        </w:rPr>
        <w:t xml:space="preserve">[31:35] </w:t>
      </w:r>
      <w:r>
        <w:t>is ke woh ek positive change tha, ek positive revolution tha. woh woh sirf conspiracy nahi thi.</w:t>
      </w:r>
    </w:p>
    <w:p>
      <w:pPr>
        <w:jc w:val="right"/>
      </w:pPr>
      <w:r>
        <w:t>اس کے وہ ایک پوزیٹیو چینج تھا، ایک پوزیٹیو ریولوشن تھا۔ وہ وہ صرف کانسپریسی نہیں تھی۔</w:t>
      </w:r>
    </w:p>
    <w:p>
      <w:r>
        <w:rPr>
          <w:b/>
        </w:rPr>
        <w:t xml:space="preserve">[31:43] </w:t>
      </w:r>
      <w:r>
        <w:t>saare musalman jo hain, bare bare top ke log bhi samajhte hain ke western powers jo hain, hamare khilaf conspiracy karti hain, woh zalim hain, hum ko buta dalne chahti hain.</w:t>
      </w:r>
    </w:p>
    <w:p>
      <w:pPr>
        <w:jc w:val="right"/>
      </w:pPr>
      <w:r>
        <w:t>سارے مسلمان جو ہیں، بڑے بڑے ٹاپ کے لوگ بھی سمجھتے ہیں کہ ویسٹرن پاورز جو ہیں، ہمارے خلاف کانسپریسی کرتی ہیں، وہ ظالم ہیں، ہم کو بٹا ڈالنے چاہتی ہیں۔</w:t>
      </w:r>
    </w:p>
    <w:p>
      <w:r>
        <w:rPr>
          <w:b/>
        </w:rPr>
        <w:t xml:space="preserve">[31:51] </w:t>
      </w:r>
      <w:r>
        <w:t>itne hi jante hain, bas aur kuch nahi jante. halanke western nation ne ek naya, ek naya zamana paida kiya tha, science, science ka zamana, technology ka zamana.</w:t>
      </w:r>
    </w:p>
    <w:p>
      <w:pPr>
        <w:jc w:val="right"/>
      </w:pPr>
      <w:r>
        <w:t>اتنے ہی جانتے ہیں، بس اور کچھ نہیں جانتے۔ حالانکہ ویسٹرن نیشن نے ایک نیا، ایک نیا زمانہ پیدا کیا تھا، سائنس، سائنس کا زمانہ، ٹیکنالوجی کا زمانہ۔</w:t>
      </w:r>
    </w:p>
    <w:p>
      <w:r>
        <w:rPr>
          <w:b/>
        </w:rPr>
        <w:t xml:space="preserve">[32:05] </w:t>
      </w:r>
      <w:r>
        <w:t>yani telecial daur, telecial zamane ko unhon ne scientific zamane tak pohanchaya,</w:t>
      </w:r>
    </w:p>
    <w:p>
      <w:pPr>
        <w:jc w:val="right"/>
      </w:pPr>
      <w:r>
        <w:t>یعنی ٹیلیشل دور، ٹیلیشل زمانے کو انہوں نے سائنٹیفک زمانے تک پہنچایا،</w:t>
      </w:r>
    </w:p>
    <w:p>
      <w:r>
        <w:rPr>
          <w:b/>
        </w:rPr>
        <w:t xml:space="preserve">[32:13] </w:t>
      </w:r>
      <w:r>
        <w:t>aik naya zamana bilkul. to musalmanon mein chounkay heat tha western nations ke khilaaf, un ki taraf se jo jo science aayi, jo technology aayi, jo uloom aaye, un ko seekhnay ka jab jazba hi nahi paida hua,</w:t>
      </w:r>
    </w:p>
    <w:p>
      <w:pPr>
        <w:jc w:val="right"/>
      </w:pPr>
      <w:r>
        <w:t>ایک نیا زمانہ بالکل۔ تو مسلمانوں میں چونکہ ہیٹ تھا ویسٹرن نیشنز کے خلاف، ان کی طرف سے جو جو سائنس آئی، جو ٹیکنالوجی آئی، جو علوم آئے، ان کو سیکھنے کا جب جذبہ ہی نہیں پیدا ہوا،</w:t>
      </w:r>
    </w:p>
    <w:p>
      <w:r>
        <w:rPr>
          <w:b/>
        </w:rPr>
        <w:t xml:space="preserve">[32:32] </w:t>
      </w:r>
      <w:r>
        <w:t>jazba hi nahi paida hua. aaj bhi musalman science mein peechay hain, technology mein peechay hain, modern industry mein peechay hain.</w:t>
      </w:r>
    </w:p>
    <w:p>
      <w:pPr>
        <w:jc w:val="right"/>
      </w:pPr>
      <w:r>
        <w:t>جذبہ ہی نہیں پیدا ہوا۔ آج بھی مسلمان سائنس میں پیچھے ہیں، ٹیکنالوجی میں پیچھے ہیں، ماڈرن انڈسٹری میں پیچھے ہیں۔</w:t>
      </w:r>
    </w:p>
    <w:p>
      <w:r>
        <w:rPr>
          <w:b/>
        </w:rPr>
        <w:t xml:space="preserve">[32:40] </w:t>
      </w:r>
      <w:r>
        <w:t>kyun? jo logon ne is zamane ko paida kiya tha, jo logon ne yeh sab discoveries, discoveries ki theen, un se aap hate karnay lagay.</w:t>
      </w:r>
    </w:p>
    <w:p>
      <w:pPr>
        <w:jc w:val="right"/>
      </w:pPr>
      <w:r>
        <w:t>کیوں؟ جو لوگوں نے اس زمانے کو پیدا کیا تھا، جو لوگوں نے یہ سب ڈسکوریاں، ڈسکوریز کی تھیں، ان سے آپ ہیٹ کرنے لگے۔</w:t>
      </w:r>
    </w:p>
    <w:p>
      <w:r>
        <w:rPr>
          <w:b/>
        </w:rPr>
        <w:t xml:space="preserve">[32:51] </w:t>
      </w:r>
      <w:r>
        <w:t>abhi bhi masjidon mein, aaj bhi duaen, bad duaen ki jati hain. so barson masjidon mein duaen ki ja rahi hain, bad duaen ki ja rahi hain ke sab dushman, un ko dushman bana kar ke, dushmani category mein daal kar ke bad duaen ki ja rahi hain.</w:t>
      </w:r>
    </w:p>
    <w:p>
      <w:pPr>
        <w:jc w:val="right"/>
      </w:pPr>
      <w:r>
        <w:t>ابھی بھی مسجدوں میں، آج بھی دعائیں، بد دعائیں کی جاتی ہیں۔ سو برس مسجدوں میں دعائیں کی جا رہی ہیں، بد دعائیں کی جا رہی ہیں کہ سب دشمن، ان کو دشمن بنا کر کے، دشمنی کیٹگری میں ڈال کر کے بد دعائیں کی جا رہی ہیں۔</w:t>
      </w:r>
    </w:p>
    <w:p>
      <w:r>
        <w:rPr>
          <w:b/>
        </w:rPr>
        <w:t xml:space="preserve">[33:05] </w:t>
      </w:r>
      <w:r>
        <w:t>yeh sab bilkul absurd baaten hain.</w:t>
      </w:r>
    </w:p>
    <w:p>
      <w:pPr>
        <w:jc w:val="right"/>
      </w:pPr>
      <w:r>
        <w:t>یہ سب بالکل ایبسرٹ باتیں ہیں۔</w:t>
      </w:r>
    </w:p>
    <w:p>
      <w:r>
        <w:rPr>
          <w:b/>
        </w:rPr>
        <w:t xml:space="preserve">[33:09] </w:t>
      </w:r>
      <w:r>
        <w:t>dekhen, hamein seekhna hai, hamein seekhna hai. hamein yeh jaanna chahiye tha ke kya wajah hai ke hamara ke musalmanon ka dabdaba khatam ho gaya aur western powers jo hain, un ka dabdaba qaim ho gaya.</w:t>
      </w:r>
    </w:p>
    <w:p>
      <w:pPr>
        <w:jc w:val="right"/>
      </w:pPr>
      <w:r>
        <w:t>دیکھیں، ہمیں سیکھنا ہے، ہمیں سیکھنا ہے۔ ہمیں یہ جاننا چاہیے تھا کہ کیا وجہ ہے کہ ہمارا کہ مسلمانوں کا دبدبہ ختم ہو گیا اور ویسٹرن پاورز جو ہیں، ان کا دبدبہ قائم ہو گیا۔</w:t>
      </w:r>
    </w:p>
    <w:p>
      <w:r>
        <w:rPr>
          <w:b/>
        </w:rPr>
        <w:t xml:space="preserve">[33:22] </w:t>
      </w:r>
      <w:r>
        <w:t>kya wajah hai? conspiracy se aisa nahi ho sakta. agar hum is ko jatay gehrai mein to maloom hota hai ke yeh to yeh to scientific revolution ki baat hai, technical revolution ki baat hai, modern industry ki baat hai.</w:t>
      </w:r>
    </w:p>
    <w:p>
      <w:pPr>
        <w:jc w:val="right"/>
      </w:pPr>
      <w:r>
        <w:t>کیا وجہ ہے؟ کانسپریسی سے ایسا نہیں ہو سکتا۔ اگر ہم اس کو جاتے گہرائی میں تو معلوم ہوتا ہے کہ یہ تو یہ تو سائنٹیفک ریولوشن کی بات ہے، ٹیکنیکل ریولوشن کی بات ہے، ماڈرن انڈسٹری کی بات ہے۔</w:t>
      </w:r>
    </w:p>
    <w:p>
      <w:r>
        <w:rPr>
          <w:b/>
        </w:rPr>
        <w:t xml:space="preserve">[33:41] </w:t>
      </w:r>
      <w:r>
        <w:t>to phir hum is ko seekhtay.</w:t>
      </w:r>
    </w:p>
    <w:p>
      <w:pPr>
        <w:jc w:val="right"/>
      </w:pPr>
      <w:r>
        <w:t>تو پھر ہم اس کو سیکھتے۔</w:t>
      </w:r>
    </w:p>
    <w:p>
      <w:r>
        <w:rPr>
          <w:b/>
        </w:rPr>
        <w:t xml:space="preserve">[33:46] </w:t>
      </w:r>
      <w:r>
        <w:t>beh-haal, ab jo time beet chuka hai, woh to beet chuka hai. ab se zaroorat hai ke re-assess kiya jaye, negativity ko khatam kiya jaye, hate ko khatam kiya jaye.</w:t>
      </w:r>
    </w:p>
    <w:p>
      <w:pPr>
        <w:jc w:val="right"/>
      </w:pPr>
      <w:r>
        <w:t>بہرحال، اب جو ٹائم بیت چکا ہے، وہ تو بیت چکا ہے۔ اب سے ضرورت ہے کہ ری اسس کیا جائے، نیگیٹیوٹی کو ختم کیا جائے، ہیٹ کو ختم کیا جائے۔</w:t>
      </w:r>
    </w:p>
    <w:p>
      <w:r>
        <w:rPr>
          <w:b/>
        </w:rPr>
        <w:t xml:space="preserve">[34:01] </w:t>
      </w:r>
      <w:r>
        <w:t>aur phir se hum yeh karen ke modern age kya hai, is ko samjhen.</w:t>
      </w:r>
    </w:p>
    <w:p>
      <w:pPr>
        <w:jc w:val="right"/>
      </w:pPr>
      <w:r>
        <w:t>اور پھر سے ہم یہ کریں کہ ماڈرن ایج کیا ہے، اس کو سمجھیں۔</w:t>
      </w:r>
    </w:p>
    <w:p>
      <w:r>
        <w:rPr>
          <w:b/>
        </w:rPr>
        <w:t xml:space="preserve">[34:12] </w:t>
      </w:r>
      <w:r>
        <w:t>abhi bhi musalmanon mein, musalman jo hain, madrasay mein to khoob ja ke bachon ko parhatay hain, lekin modern age ka matlab yeh samajhtay hain ke kuch kuch job lainay ke liye kuch courses karwa len apnay bachon ko.</w:t>
      </w:r>
    </w:p>
    <w:p>
      <w:pPr>
        <w:jc w:val="right"/>
      </w:pPr>
      <w:r>
        <w:t>ابھی بھی مسلمانوں میں، مسلمان جو ہیں، مدرسے میں تو خوب جا کے بچوں کو پڑھاتے ہیں، لیکن ماڈرن ایج کا مطلب یہ سمجھتے ہیں کہ کچھ کچھ جاب لینے کے لیے کچھ کورسز کروا لیں اپنے بچوں کو۔</w:t>
      </w:r>
    </w:p>
    <w:p>
      <w:r>
        <w:rPr>
          <w:b/>
        </w:rPr>
        <w:t xml:space="preserve">[34:27] </w:t>
      </w:r>
      <w:r>
        <w:t>abhi bhi yeh haal hai.</w:t>
      </w:r>
    </w:p>
    <w:p>
      <w:pPr>
        <w:jc w:val="right"/>
      </w:pPr>
      <w:r>
        <w:t>ابھی بھی یہ حال ہے۔</w:t>
      </w:r>
    </w:p>
    <w:p>
      <w:r>
        <w:rPr>
          <w:b/>
        </w:rPr>
        <w:t xml:space="preserve">[34:31] </w:t>
      </w:r>
      <w:r>
        <w:t>yani modern education jo hai, is ko sirf itna hi samajhtay hain ke kuch degree le le mera bacha aur us ko job mil jaye.</w:t>
      </w:r>
    </w:p>
    <w:p>
      <w:pPr>
        <w:jc w:val="right"/>
      </w:pPr>
      <w:r>
        <w:t>یعنی ماڈرن ایجوکیشن جو ہے، اس کو صرف اتنا ہی سمجھتے ہیں کہ کچھ ڈگری لے لے میرا بچہ اور اس کو جاب مل جائے۔</w:t>
      </w:r>
    </w:p>
    <w:p>
      <w:r>
        <w:rPr>
          <w:b/>
        </w:rPr>
        <w:t xml:space="preserve">[34:39] </w:t>
      </w:r>
      <w:r>
        <w:t>abhi bhi yeh nahi samajh paye hain musalman ke modern education jo hai, kya cheez hai. isi liye science mein peechay hain, technology mein peechay hain, bas job le letay hain, bhai baat samajhtay hain khatam ho gayi.</w:t>
      </w:r>
    </w:p>
    <w:p>
      <w:pPr>
        <w:jc w:val="right"/>
      </w:pPr>
      <w:r>
        <w:t>ابھی بھی یہ نہیں سمجھ پائے ہیں مسلمان کہ ماڈرن ایجوکیشن جو ہے، کیا چیز ہے۔ اسی لیے سائنس میں پیچھے ہیں، ٹیکنالوجی میں پیچھے ہیں، بس جاب لے لیتے ہیں، بھئی بات سمجھتے ہیں ختم ہو گئی۔</w:t>
      </w:r>
    </w:p>
    <w:p>
      <w:r>
        <w:rPr>
          <w:b/>
        </w:rPr>
        <w:t xml:space="preserve">[34:58] </w:t>
      </w:r>
      <w:r>
        <w:t>to is baat ko bohat gehrai ke sath samajhnay ki zaroorat hai ke pichla jo revolution aaya, woh kya tha?</w:t>
      </w:r>
    </w:p>
    <w:p>
      <w:pPr>
        <w:jc w:val="right"/>
      </w:pPr>
      <w:r>
        <w:t>تو اس بات کو بہت گہرائی کے ساتھ سمجھنے کی ضرورت ہے کہ پچھلا جو ریولوشن آیا، وہ کیا تھا؟</w:t>
      </w:r>
    </w:p>
    <w:p>
      <w:r>
        <w:rPr>
          <w:b/>
        </w:rPr>
        <w:t xml:space="preserve">[35:06] </w:t>
      </w:r>
      <w:r>
        <w:t>ab jo musalmanon ko jo setback hua, is ka raaz kya hai? dono ko achi tarah samajhna hai, gehrai ke sath samajhna hai.</w:t>
      </w:r>
    </w:p>
    <w:p>
      <w:pPr>
        <w:jc w:val="right"/>
      </w:pPr>
      <w:r>
        <w:t>اب جو مسلمانوں کو جو سیٹ بیک ہوا، اس کا راز کیا ہے؟ دونوں کو اچھی طرح سمجھنا ہے، گہرائی کے ساتھ سمجھنا ہے۔</w:t>
      </w:r>
    </w:p>
    <w:p>
      <w:r>
        <w:rPr>
          <w:b/>
        </w:rPr>
        <w:t xml:space="preserve">[35:20] </w:t>
      </w:r>
      <w:r>
        <w:t>jab tak hum gehrai ke sath nahi samjhen gay, koi nai planning nahi ho sakti hai, koi nai planning nahi ho sakti hai.</w:t>
      </w:r>
    </w:p>
    <w:p>
      <w:pPr>
        <w:jc w:val="right"/>
      </w:pPr>
      <w:r>
        <w:t>جب تک ہم گہرائی کے ساتھ نہیں سمجھیں گے، کوئی نئی پلاننگ نہیں ہو سکتی ہے، کوئی نئی پلاننگ نہیں ہو سکتی ہے۔</w:t>
      </w:r>
    </w:p>
    <w:p>
      <w:r>
        <w:rPr>
          <w:b/>
        </w:rPr>
        <w:t xml:space="preserve">[35:30] </w:t>
      </w:r>
      <w:r>
        <w:t>aam tor par log jo sochtay hain, un un cheezon par bohat hi trivial cheezon ko le kar sochtay hain, trivial cheezon ko le kar sochtay hain.</w:t>
      </w:r>
    </w:p>
    <w:p>
      <w:pPr>
        <w:jc w:val="right"/>
      </w:pPr>
      <w:r>
        <w:t>عام طور پر لوگ جو سوچتے ہیں، ان ان چیزوں پر بہت ہی ٹریول چیزوں کو لے کر سوچتے ہیں، ٹریول چیزوں کو لے کر سوچتے ہیں۔</w:t>
      </w:r>
    </w:p>
    <w:p>
      <w:r>
        <w:rPr>
          <w:b/>
        </w:rPr>
        <w:t xml:space="preserve">[35:41] </w:t>
      </w:r>
      <w:r>
        <w:t>koi samajhta hai ke musalmanon mein chounkay parda hai, is liye woh backward hain. koi samajhta hai ke musalman chounkay quran ka hafiza karte hain, is liye peechay hain.</w:t>
      </w:r>
    </w:p>
    <w:p>
      <w:pPr>
        <w:jc w:val="right"/>
      </w:pPr>
      <w:r>
        <w:t>کوئی سمجھتا ہے کہ مسلمانوں میں چونکہ پردہ ہے، اس لیے وہ بیک بیکورڈ ہیں۔ کوئی سمجھتا ہے کہ مسلمان چونکہ قرآن کا حافظہ کرتے ہیں، اس لیے پیچھے ہیں۔</w:t>
      </w:r>
    </w:p>
    <w:p>
      <w:r>
        <w:rPr>
          <w:b/>
        </w:rPr>
        <w:t xml:space="preserve">[35:54] </w:t>
      </w:r>
      <w:r>
        <w:t>ajeeb o ghareeb qism ke khayalat logon ke hain.</w:t>
      </w:r>
    </w:p>
    <w:p>
      <w:pPr>
        <w:jc w:val="right"/>
      </w:pPr>
      <w:r>
        <w:t>عجیب و غریب قسم کے خیالات لوگوں کے ہیں۔</w:t>
      </w:r>
    </w:p>
    <w:p>
      <w:r>
        <w:rPr>
          <w:b/>
        </w:rPr>
        <w:t xml:space="preserve">[35:58] </w:t>
      </w:r>
      <w:r>
        <w:t>yani musalman jo aaj ka jo intellectual dhara hai, aaj ka jo modern thought hai, us mein peechay hain. us mein hamein apni apni ilm ko parhana hai.</w:t>
      </w:r>
    </w:p>
    <w:p>
      <w:pPr>
        <w:jc w:val="right"/>
      </w:pPr>
      <w:r>
        <w:t>یعنی مسلمان جو آج کا جو انٹلیکچول دھارا ہے، آج کا جو ماڈرن تھاٹ ہے، اس میں پیچھے ہیں۔ اس میں ہمیں اپنی اپنی علم کو پڑھانا ہے۔</w:t>
      </w:r>
    </w:p>
    <w:p>
      <w:r>
        <w:rPr>
          <w:b/>
        </w:rPr>
        <w:t xml:space="preserve">[36:15] </w:t>
      </w:r>
      <w:r>
        <w:t>woh woh soch abhi tak aayi nahi, woh soch abhi tak aayi nahi.</w:t>
      </w:r>
    </w:p>
    <w:p>
      <w:pPr>
        <w:jc w:val="right"/>
      </w:pPr>
      <w:r>
        <w:t>وہ وہ سوچ ابھی تک آئی نہیں، وہ سوچ ابھی تک آئی نہیں۔</w:t>
      </w:r>
    </w:p>
    <w:p>
      <w:r>
        <w:rPr>
          <w:b/>
        </w:rPr>
        <w:t xml:space="preserve">[36:24] </w:t>
      </w:r>
      <w:r>
        <w:t>kyun ke poori history ka jo yeh study hum kartay hain, wohi sahi dhang par nahi kartay hain. makkah period kya tha, madinah period kya tha, isi ko aap samajh nahi paatay.</w:t>
      </w:r>
    </w:p>
    <w:p>
      <w:pPr>
        <w:jc w:val="right"/>
      </w:pPr>
      <w:r>
        <w:t>کیونکہ پوری ہسٹری کا جو یہ اسٹڈی ہم کرتے ہیں، وہی صحیح ڈھنگ پر نہیں کرتے ہیں۔ مکہ پیریڈ کیا تھا، مدینہ پیریڈ کیا تھا، اسی کو آپ سمجھ نہیں پاتے۔</w:t>
      </w:r>
    </w:p>
    <w:p>
      <w:r>
        <w:rPr>
          <w:b/>
        </w:rPr>
        <w:t xml:space="preserve">[36:41] </w:t>
      </w:r>
      <w:r>
        <w:t>to beh-haal, main yeh kahunga ke Islam ki jo movement hai, Islam ki jo tehreek hai, is ka jo starting point hai, woh yeh hai hi nahi ke aap hukoomat qaim karen.</w:t>
      </w:r>
    </w:p>
    <w:p>
      <w:pPr>
        <w:jc w:val="right"/>
      </w:pPr>
      <w:r>
        <w:t>تو بہرحال، میں یہ کہوں گا کہ اسلام کی جو موومنٹ ہے، اسلام کی جو تحریک ہے، اس کا جو سٹارٹنگ پوائنٹ ہے، وہ یہ ہے ہی نہیں کہ آپ حکومت قائم کریں۔</w:t>
      </w:r>
    </w:p>
    <w:p>
      <w:r>
        <w:rPr>
          <w:b/>
        </w:rPr>
        <w:t xml:space="preserve">[36:52] </w:t>
      </w:r>
      <w:r>
        <w:t>yeh hai nahi.</w:t>
      </w:r>
    </w:p>
    <w:p>
      <w:pPr>
        <w:jc w:val="right"/>
      </w:pPr>
      <w:r>
        <w:t>یہ ہے نہیں۔</w:t>
      </w:r>
    </w:p>
    <w:p>
      <w:r>
        <w:rPr>
          <w:b/>
        </w:rPr>
        <w:t xml:space="preserve">[36:55] </w:t>
      </w:r>
      <w:r>
        <w:t>is liye aap dekhen, jahan jahan musalmanon ki hukumat hai, wahan bhi takra rahe hain, wahan bhi takra rahe hain. yani khud apne muslim mulk mein jo muslim maawaz hain, muslim leaders hain, woh apne mulk ke ruler se takra rahe hain.</w:t>
      </w:r>
    </w:p>
    <w:p>
      <w:pPr>
        <w:jc w:val="right"/>
      </w:pPr>
      <w:r>
        <w:t>اس لیے آپ دیکھیں، جہاں جہاں مسلمانوں کی حکومت ہے، وہاں بھی ٹکرا رہے ہیں، وہاں بھی ٹکرا رہے ہیں۔ یعنی خود اپنے مسلم ملک میں جو مسلم معاوض ہیں، مسلم لیڈرز ہیں، وہ اپنے ملک کے رولر سے ٹکرا رہے ہیں۔</w:t>
      </w:r>
    </w:p>
    <w:p>
      <w:r>
        <w:rPr>
          <w:b/>
        </w:rPr>
        <w:t xml:space="preserve">[37:12] </w:t>
      </w:r>
      <w:r>
        <w:t>aur nateeja kya hai? ke dictatorship aa jati hai wahan par. aksar muslim mulkon mein dictatorship kyun hai</w:t>
      </w:r>
    </w:p>
    <w:p>
      <w:pPr>
        <w:jc w:val="right"/>
      </w:pPr>
      <w:r>
        <w:t>اور نتیجہ کیا ہے؟ کہ ڈکٹیٹرشپ آ جاتی ہے وہاں پر۔ اکثر مسلم ملکوں میں ڈکٹیٹرشپ کیوں ہے</w:t>
      </w:r>
    </w:p>
    <w:p>
      <w:r>
        <w:rPr>
          <w:b/>
        </w:rPr>
        <w:t xml:space="preserve">[37:18] </w:t>
      </w:r>
      <w:r>
        <w:t>? is ka is ka yahi sabab hai ke khud apne jo log rule kar rahe hain, un se aap takrate hain, woh un ko crush karte hain. jab dekhte hain ke crush nahi ho rahe hain, to phir dictatorship qaim kar dete hain.</w:t>
      </w:r>
    </w:p>
    <w:p>
      <w:pPr>
        <w:jc w:val="right"/>
      </w:pPr>
      <w:r>
        <w:t>؟ اس کا اس کا یہی سبب ہے کہ خود اپنے جو لوگ رول کر رہے ہیں، ان سے آپ ٹکراتے ہیں، وہ ان کو کرش کرتے ہیں۔ جب دیکھتے ہیں کہ کرش نہیں ہو رہے ہیں، تو پھر ڈکٹیٹرشپ قائم کر دیتے ہیں۔</w:t>
      </w:r>
    </w:p>
    <w:p>
      <w:r>
        <w:rPr>
          <w:b/>
        </w:rPr>
        <w:t xml:space="preserve">[37:32] </w:t>
      </w:r>
      <w:r>
        <w:t>woh jo rasool Allah ne diya tha ke politics ke bare mein status quo, woh jo formula tha ke insan ko badalne ki koshish karo, insan ke mind ko change karne ki koshish karo, aur jahan tak political system ki baat hai, is mein status ko ko maan lo,</w:t>
      </w:r>
    </w:p>
    <w:p>
      <w:pPr>
        <w:jc w:val="right"/>
      </w:pPr>
      <w:r>
        <w:t>وہ جو رسول اللہ نے دیا تھا کہ پولیٹکس کے بارے میں اسٹیٹس کوئز، وہ جو فارمولا تھا کہ انسان کو بدلنے کی کوشش کرو، انسان کے مائنڈ کو چینج کرنے کی کوشش کرو، اور جہاں تک پولیٹیکل سسٹم کی بات ہے، اس میں اسٹیٹس کو کو مان لو،</w:t>
      </w:r>
    </w:p>
    <w:p>
      <w:r>
        <w:rPr>
          <w:b/>
        </w:rPr>
        <w:t xml:space="preserve">[37:54] </w:t>
      </w:r>
      <w:r>
        <w:t>yeh kar kar nahi paate.</w:t>
      </w:r>
    </w:p>
    <w:p>
      <w:pPr>
        <w:jc w:val="right"/>
      </w:pPr>
      <w:r>
        <w:t>یہ کر کر نہیں پاتے۔</w:t>
      </w:r>
    </w:p>
    <w:p>
      <w:r>
        <w:rPr>
          <w:b/>
        </w:rPr>
        <w:t xml:space="preserve">[37:57] </w:t>
      </w:r>
      <w:r>
        <w:t>har jagah ladai, har jagah ladai, har jagah ladai, aur koi taraqqi nahi ho rahi hai. yeh formula jo hai, yahi sab se bara raaz hai taraqqi ka, development ka, progress ka.</w:t>
      </w:r>
    </w:p>
    <w:p>
      <w:pPr>
        <w:jc w:val="right"/>
      </w:pPr>
      <w:r>
        <w:t>ہر جگہ لڑائی، ہر جگہ لڑائی، ہر جگہ لڑائی، اور کوئی ترقی نہیں ہو رہی ہے۔ یہ فارمولا جو ہے، یہی سب سے بڑا راز ہے ترقی کا، ڈیولپمنٹ کا، پروگریس کا۔</w:t>
      </w:r>
    </w:p>
    <w:p>
      <w:r>
        <w:rPr>
          <w:b/>
        </w:rPr>
        <w:t xml:space="preserve">[38:12] </w:t>
      </w:r>
      <w:r>
        <w:t>kyun ke jaise hi aap maan len, jaise hi aap politics ko nishana banate hain, to foran takraao shuru ho jata hai.</w:t>
      </w:r>
    </w:p>
    <w:p>
      <w:pPr>
        <w:jc w:val="right"/>
      </w:pPr>
      <w:r>
        <w:t>کیونکہ جیسے ہی آپ مان لیں، جیسے ہی آپ پولیٹکس کو نشانہ بناتے ہیں، تو فوراً ٹکراؤ شروع ہو جاتا ہے۔</w:t>
      </w:r>
    </w:p>
    <w:p>
      <w:r>
        <w:rPr>
          <w:b/>
        </w:rPr>
        <w:t xml:space="preserve">[38:21] </w:t>
      </w:r>
      <w:r>
        <w:t>main ne ek dealer ki taqreer suni, India mein ek dealer, mashhoor dealer ki taqreer thi, woh bata rahe the ke politics hai kya?</w:t>
      </w:r>
    </w:p>
    <w:p>
      <w:pPr>
        <w:jc w:val="right"/>
      </w:pPr>
      <w:r>
        <w:t>میں نے ایک ڈیلر کی تقریر سنی، انڈیا میں ایک ڈیلر، مشہور ڈیلر کی تقریر تھی، وہ بتا رہے تھے کہ پولیٹکس ہے کیا؟</w:t>
      </w:r>
    </w:p>
    <w:p>
      <w:r>
        <w:rPr>
          <w:b/>
        </w:rPr>
        <w:t xml:space="preserve">[38:30] </w:t>
      </w:r>
      <w:r>
        <w:t>kyun ke politics chalti hai takraao par. ek ek ek enemy farz karna parta hai, us enemy se takraao shuru kiya jata hai.</w:t>
      </w:r>
    </w:p>
    <w:p>
      <w:pPr>
        <w:jc w:val="right"/>
      </w:pPr>
      <w:r>
        <w:t>کیونکہ پولیٹکس چلتی ہے ٹکراؤ پر۔ ایک ایک ایک اینمی فرض کرنا پڑتا ہے، اس اینمی سے ٹکراؤ شروع کیا جاتا ہے۔</w:t>
      </w:r>
    </w:p>
    <w:p>
      <w:r>
        <w:rPr>
          <w:b/>
        </w:rPr>
        <w:t xml:space="preserve">[38:39] </w:t>
      </w:r>
      <w:r>
        <w:t>to unhon ne kaha ke politics chalti hai takraao par.</w:t>
      </w:r>
    </w:p>
    <w:p>
      <w:pPr>
        <w:jc w:val="right"/>
      </w:pPr>
      <w:r>
        <w:t>تو انہوں نے کہا کہ پولیٹکس چلتی ہے ٹکراؤ پر۔</w:t>
      </w:r>
    </w:p>
    <w:p>
      <w:r>
        <w:rPr>
          <w:b/>
        </w:rPr>
        <w:t xml:space="preserve">[38:44] </w:t>
      </w:r>
      <w:r>
        <w:t>to jab aap political method len ge, to takraao se aap ka starting takraao aap ke starting point ban jayega.</w:t>
      </w:r>
    </w:p>
    <w:p>
      <w:pPr>
        <w:jc w:val="right"/>
      </w:pPr>
      <w:r>
        <w:t>تو جب آپ پولیٹیکل میتھڈ لیں گے، تو ٹکراؤ سے آپ کا سٹارٹنگ ٹکراؤ آپ کے سٹارٹنگ پوائنٹ بن جائے گا۔</w:t>
      </w:r>
    </w:p>
    <w:p>
      <w:r>
        <w:rPr>
          <w:b/>
        </w:rPr>
        <w:t xml:space="preserve">[38:54] </w:t>
      </w:r>
      <w:r>
        <w:t>aap ladte rahiye, ladte rahiye, ladte rahiye. lekin agar aap yeh karen ke political jo system hai, is mein status ko ko maan len, to doosre field khul jaate hain aap ke liye kaam karne ke liye:</w:t>
      </w:r>
    </w:p>
    <w:p>
      <w:pPr>
        <w:jc w:val="right"/>
      </w:pPr>
      <w:r>
        <w:t>آپ لڑتے رہیے، لڑتے رہیے، لڑتے رہیے۔ لیکن اگر آپ یہ کریں کہ پولیٹیکل جو سسٹم ہے، اس میں اسٹیٹس کو کو مان لیں، تو دوسرے فیلڈ کھل جاتے ہیں آپ کے لیے کام کرنے کے لیے:</w:t>
      </w:r>
    </w:p>
    <w:p>
      <w:r>
        <w:rPr>
          <w:b/>
        </w:rPr>
        <w:t xml:space="preserve">[39:06] </w:t>
      </w:r>
      <w:r>
        <w:t>education ki field, da'wah work ki field, industry ki field, social reform ki field, insan ko mind ko badalne ki field.</w:t>
      </w:r>
    </w:p>
    <w:p>
      <w:pPr>
        <w:jc w:val="right"/>
      </w:pPr>
      <w:r>
        <w:t>ایجوکیشن کی فیلڈ، داؤ ورک کی فیلڈ، انڈسٹری کی فیلڈ، سوشل ریفارم کی فیلڈ، انسان کو مائنڈ کو بدلنے کی فیلڈ۔</w:t>
      </w:r>
    </w:p>
    <w:p>
      <w:r>
        <w:rPr>
          <w:b/>
        </w:rPr>
        <w:t xml:space="preserve">[39:18] </w:t>
      </w:r>
      <w:r>
        <w:t>sab sab field khuli hui hai, is mein woh kaam karte rahiye. to main yeh keh sakta hoon ke Islam jo hai, poore maanon mein ek non-political movement hai.</w:t>
      </w:r>
    </w:p>
    <w:p>
      <w:pPr>
        <w:jc w:val="right"/>
      </w:pPr>
      <w:r>
        <w:t>سب سب فیلڈ کھلی ہوئی ہے، اس میں وہ کام کرتے رہیے۔ تو میں یہ کہہ سکتا ہوں کہ اسلام جو ہے، پورے معنوں میں ایک نان پولیٹیکل موومنٹ ہے۔</w:t>
      </w:r>
    </w:p>
    <w:p>
      <w:r>
        <w:rPr>
          <w:b/>
        </w:rPr>
        <w:t xml:space="preserve">[39:36] </w:t>
      </w:r>
      <w:r>
        <w:t>Islam jo hai, woh poore maanon mein non-political, non-political movement hai.</w:t>
      </w:r>
    </w:p>
    <w:p>
      <w:pPr>
        <w:jc w:val="right"/>
      </w:pPr>
      <w:r>
        <w:t>اسلام جو ہے، وہ پورے معنوں میں نان پولیٹیکل، نان پولیٹیکل موومنٹ ہے۔</w:t>
      </w:r>
    </w:p>
    <w:p>
      <w:r>
        <w:rPr>
          <w:b/>
        </w:rPr>
        <w:t xml:space="preserve">[39:45] </w:t>
      </w:r>
      <w:r>
        <w:t>zindagi bhar ke study ke baad main yeh samajh paya hoon. sari zindagi maine Islam ko aur aur doosre us ko samajhne ki koshish ki.</w:t>
      </w:r>
    </w:p>
    <w:p>
      <w:pPr>
        <w:jc w:val="right"/>
      </w:pPr>
      <w:r>
        <w:t>زندگی بھر کے اسٹڈی کے بعد میں یہ سمجھ پایا ہوں۔ ساری زندگی میں نے اسلام کو اور اور دوسرے اس کو سمجھنے کی کوشش کی۔</w:t>
      </w:r>
    </w:p>
    <w:p>
      <w:r>
        <w:rPr>
          <w:b/>
        </w:rPr>
        <w:t xml:space="preserve">[39:56] </w:t>
      </w:r>
      <w:r>
        <w:t>main poore conviction se keh sakta hoon ke Islam jo hai, woh ek non-political movement hai.</w:t>
      </w:r>
    </w:p>
    <w:p>
      <w:pPr>
        <w:jc w:val="right"/>
      </w:pPr>
      <w:r>
        <w:t>میں پورے کنوکشن سے کہہ سکتا ہوں کہ اسلام جو ہے، وہ ایک نان پولیٹیکل موومنٹ ہے۔</w:t>
      </w:r>
    </w:p>
    <w:p>
      <w:r>
        <w:rPr>
          <w:b/>
        </w:rPr>
        <w:t xml:space="preserve">[40:04] </w:t>
      </w:r>
      <w:r>
        <w:t>ab aap yeh kahen ke is ke rasool Allah ki zuban mein ladai kyun hui? kyun ke kuch ladaiyan to hui hain, yeh ek haqeeqat hai. Quran mein kuch aayaten hain jo qital ke bare mein hain.</w:t>
      </w:r>
    </w:p>
    <w:p>
      <w:pPr>
        <w:jc w:val="right"/>
      </w:pPr>
      <w:r>
        <w:t>اب آپ یہ کہیں کہ اس کے رسول اللہ کی زبان میں لڑائی کیوں ہوئی؟ کیونکہ کچھ لڑائیاں تو ہوئی ہیں، یہ ایک حقیقت ہے۔ قرآن میں کچھ آیتیں ہیں جو قتال کے بارے میں ہیں۔</w:t>
      </w:r>
    </w:p>
    <w:p>
      <w:r>
        <w:rPr>
          <w:b/>
        </w:rPr>
        <w:t xml:space="preserve">[40:15] </w:t>
      </w:r>
      <w:r>
        <w:t>to main yeh kahunga, pehli baat yeh kahunga ke kuch reference agar aa jaye kitab mein, is se ek is yeh proof nahi hota ke woh woh ladai ki kitab hai.</w:t>
      </w:r>
    </w:p>
    <w:p>
      <w:pPr>
        <w:jc w:val="right"/>
      </w:pPr>
      <w:r>
        <w:t>تو میں یہ کہوں گا، پہلی بات یہ کہوں گا کہ کچھ ریفرنس اگر آ جائے کتاب میں، اس سے ایک اس یہ پروف نہیں ہوتا کہ وہ وہ لڑائی کی کتاب ہے۔</w:t>
      </w:r>
    </w:p>
    <w:p>
      <w:r>
        <w:rPr>
          <w:b/>
        </w:rPr>
        <w:t xml:space="preserve">[40:31] </w:t>
      </w:r>
      <w:r>
        <w:t>is liye ke yeh to har jagah hai.</w:t>
      </w:r>
    </w:p>
    <w:p>
      <w:pPr>
        <w:jc w:val="right"/>
      </w:pPr>
      <w:r>
        <w:t>اس لیے کہ یہ تو ہر جگہ ہے۔</w:t>
      </w:r>
    </w:p>
    <w:p>
      <w:r>
        <w:rPr>
          <w:b/>
        </w:rPr>
        <w:t xml:space="preserve">[40:34] </w:t>
      </w:r>
      <w:r>
        <w:t>jaise aap dekhiye, Bible ko lijiye, aap Hazrat Masih ko sab log prophet of love mante hain, prophet of love.</w:t>
      </w:r>
    </w:p>
    <w:p>
      <w:pPr>
        <w:jc w:val="right"/>
      </w:pPr>
      <w:r>
        <w:t>جیسے آپ دیکھیے، بائبل کو لیجئے، آپ حضرت مسیح کو سب لوگ پرافٹ آف لو مانتے ہیں، پرافٹ آف لو۔</w:t>
      </w:r>
    </w:p>
    <w:p>
      <w:r>
        <w:rPr>
          <w:b/>
        </w:rPr>
        <w:t xml:space="preserve">[40:43] </w:t>
      </w:r>
      <w:r>
        <w:t>lekin Hazrat Masih ne kaha hai, Matthew mein aap padh lijiye, jo book jo un ke gospel hain, us mein se ek gospel Matthew ka gospel hai, us mein ke Hazrat Masih ne farmaya ke "I did not come for peace,</w:t>
      </w:r>
    </w:p>
    <w:p>
      <w:pPr>
        <w:jc w:val="right"/>
      </w:pPr>
      <w:r>
        <w:t>لیکن حضرت مسیح نے کہا ہے، میتھو میں آپ پڑھ لیجئے، جو بک جو ان کے گاسپل ہیں، اس میں سے ایک گاسپل میتھیو کا گاسپل ہے، اس میں کہ حضرت مسیح نے فرمایا کہ "آئی ڈیڈ ناٹ کم فار پیس،</w:t>
      </w:r>
    </w:p>
    <w:p>
      <w:r>
        <w:rPr>
          <w:b/>
        </w:rPr>
        <w:t xml:space="preserve">[41:04] </w:t>
      </w:r>
      <w:r>
        <w:t>I did not come to bring peace but a sword, I did not come to bring peace but a sword." main aman ke liye nahi aaya hoon, balkeh main talwar chalwane ke liye aaya hoon.</w:t>
      </w:r>
    </w:p>
    <w:p>
      <w:pPr>
        <w:jc w:val="right"/>
      </w:pPr>
      <w:r>
        <w:t>آئی ڈیڈ ناٹ کم ٹو برنگ پیس بٹ اے سورڈ، آئی ڈیڈ ناٹ کم ٹو برنگ پیس بٹ اے سورڈ۔" میں امن کے لیے نہیں آیا ہوں، بلکہ میں تلوار چلوانے کے لیے آیا ہوں۔</w:t>
      </w:r>
    </w:p>
    <w:p>
      <w:r>
        <w:rPr>
          <w:b/>
        </w:rPr>
        <w:t xml:space="preserve">[41:18] </w:t>
      </w:r>
      <w:r>
        <w:t>to kya aap is ko le kar yeh kahen ke prophet ke Hazrat Masih jo the, woh prophet of sword the? koi nahi manega is ko ke prophet of sword the Hazrat Masih, jab ke yeh maujood hai un ke us mein.</w:t>
      </w:r>
    </w:p>
    <w:p>
      <w:pPr>
        <w:jc w:val="right"/>
      </w:pPr>
      <w:r>
        <w:t>تو کیا آپ اس کو لے کر یہ کہیں کہ پرافٹ کہ حضرت مسیح جو تھے، وہ پرافٹ آف سورڈ تھے؟ کوئی نہیں مانے گا اس کو کہ پرافٹ آف سورڈ تھے حضرت مسیح، جبکہ یہ موجود ہے ان کے اس میں۔</w:t>
      </w:r>
    </w:p>
    <w:p>
      <w:r>
        <w:rPr>
          <w:b/>
        </w:rPr>
        <w:t xml:space="preserve">[41:32] </w:t>
      </w:r>
      <w:r>
        <w:t>achha, yeh Gita hai. Gita mein agar padhiye aap ke Krishna ji kehte hain Arjun se "Ae Arjun, aage badh, you do it." to kya aap kahen Gita you ki kitab hai?</w:t>
      </w:r>
    </w:p>
    <w:p>
      <w:pPr>
        <w:jc w:val="right"/>
      </w:pPr>
      <w:r>
        <w:t>اچھا، یہ گیتا ہے۔ گیتا میں اگر پڑھیے آپ کہ کرش جی کہتے ہیں ارجن سے "اے ارجن، آگے بڑھ، یو کر۔" تو کیا آپ کہیں گیتا یو کی کتاب ہے؟</w:t>
      </w:r>
    </w:p>
    <w:p>
      <w:r>
        <w:rPr>
          <w:b/>
        </w:rPr>
        <w:t xml:space="preserve">[41:45] </w:t>
      </w:r>
      <w:r>
        <w:t>nahi, wisdom ki kitab hai. Gita, Gita is a book of wisdom.</w:t>
      </w:r>
    </w:p>
    <w:p>
      <w:pPr>
        <w:jc w:val="right"/>
      </w:pPr>
      <w:r>
        <w:t>نہیں، وزڈم کی کتاب ہے۔ گیتا، گیتا از اے بک آف وزڈم۔</w:t>
      </w:r>
    </w:p>
    <w:p>
      <w:r>
        <w:rPr>
          <w:b/>
        </w:rPr>
        <w:t xml:space="preserve">[41:51] </w:t>
      </w:r>
      <w:r>
        <w:t>Gita hi se Mahatma Gandhi ne nikala tha apna apni philosophy, non violent philosophy, aima ki philosophy,</w:t>
      </w:r>
    </w:p>
    <w:p>
      <w:pPr>
        <w:jc w:val="right"/>
      </w:pPr>
      <w:r>
        <w:t>گیتا ہی سے مہاتما گاندھی نے نکالا تھا اپنا اپنی فلاسفی، نان وائلنٹ فلاسفی، ائمہ کی فلاسفی،</w:t>
      </w:r>
    </w:p>
    <w:p>
      <w:r>
        <w:rPr>
          <w:b/>
        </w:rPr>
        <w:t xml:space="preserve">[42:03] </w:t>
      </w:r>
      <w:r>
        <w:t>adam tashaddud ki philosophy. Gita se nikala tha unhon ne. To Gita aap parhein to is mein wisdom ki baatein bahut sari milti hain, lekin is mein yeh bhi hai.</w:t>
      </w:r>
    </w:p>
    <w:p>
      <w:pPr>
        <w:jc w:val="right"/>
      </w:pPr>
      <w:r>
        <w:t>عدم تشدد کی فلاسفی۔ گیتا سے نکالا تھا انہوں نے۔ تو گیتا آپ پڑھیں تو اس میں وزڈم کی باتیں بہت ساری ملتی ہیں، لیکن اس میں یہ بھی ہے۔</w:t>
      </w:r>
    </w:p>
    <w:p>
      <w:r>
        <w:rPr>
          <w:b/>
        </w:rPr>
        <w:t xml:space="preserve">[42:15] </w:t>
      </w:r>
      <w:r>
        <w:t>To yeh dekhiye, ab yeh dekhna padta hai ke woh kis context mein woh baat hai, us ka background kya hai.</w:t>
      </w:r>
    </w:p>
    <w:p>
      <w:pPr>
        <w:jc w:val="right"/>
      </w:pPr>
      <w:r>
        <w:t>تو یہ دیکھیے، اب یہ دیکھنا پڑتا ہے کہ وہ کس کنٹیکسٹ میں وہ بات ہے، اس کا بیک گراؤنڈ کیا ہے۔</w:t>
      </w:r>
    </w:p>
    <w:p>
      <w:r>
        <w:rPr>
          <w:b/>
        </w:rPr>
        <w:t xml:space="preserve">[42:26] </w:t>
      </w:r>
      <w:r>
        <w:t>To chahe Bible ho, chahe Gita ho, chahe Quran ho, jahan qital ki baat hai, woh doosre context mein hai, yani particular context mein, woh general context mein nahi hai.</w:t>
      </w:r>
    </w:p>
    <w:p>
      <w:pPr>
        <w:jc w:val="right"/>
      </w:pPr>
      <w:r>
        <w:t>تو چاہے بائبل ہو، چاہے گیتا ہو، چاہے قرآن ہو، جہاں قتال کی بات ہے، وہ دوسرے کنٹیکسٹ میں ہے، یعنی پرٹیکولر کنٹیکسٹ میں، وہ جنرل کنٹیکسٹ میں نہیں ہے۔</w:t>
      </w:r>
    </w:p>
    <w:p>
      <w:r>
        <w:rPr>
          <w:b/>
        </w:rPr>
        <w:t xml:space="preserve">[42:39] </w:t>
      </w:r>
      <w:r>
        <w:t>Woh</w:t>
      </w:r>
    </w:p>
    <w:p>
      <w:pPr>
        <w:jc w:val="right"/>
      </w:pPr>
      <w:r>
        <w:t>وہ</w:t>
      </w:r>
    </w:p>
    <w:p>
      <w:r>
        <w:rPr>
          <w:b/>
        </w:rPr>
        <w:t xml:space="preserve">[42:42] </w:t>
      </w:r>
      <w:r>
        <w:t>kisi bhi nation ko, kisi bhi group ko aisi situation pe aati hai kabhi ke woh us ko defensive war karni padti hai. As a defense, woh general rule nahi hota hai.</w:t>
      </w:r>
    </w:p>
    <w:p>
      <w:pPr>
        <w:jc w:val="right"/>
      </w:pPr>
      <w:r>
        <w:t>کسی بھی نیشن کو، کسی بھی گروپ کو ایسی سچوئیشن پہ آتی ہے کبھی کہ وہ اس کو ڈیفنسو وار کرنی پڑتی ہے۔ ایز اے ڈیفنس، وہ جنرل رول نہیں ہوتا ہے۔</w:t>
      </w:r>
    </w:p>
    <w:p>
      <w:r>
        <w:rPr>
          <w:b/>
        </w:rPr>
        <w:t xml:space="preserve">[42:56] </w:t>
      </w:r>
      <w:r>
        <w:t>Is liye main kaha karta hoon ke Islam mein jo hai "peace is the rule and war is an exception" kyunke hum dunya mein rehte hain, doosre doosre log hain.</w:t>
      </w:r>
    </w:p>
    <w:p>
      <w:pPr>
        <w:jc w:val="right"/>
      </w:pPr>
      <w:r>
        <w:t>اس لیے میں کہا کرتا ہوں کہ اسلام میں جو ہے "پیس از دا رول اینڈ وار از این ایکسیپشن" کیونکہ ہم دنیا میں رہتے ہیں، دوسرے دوسرے لوگ ہیں۔</w:t>
      </w:r>
    </w:p>
    <w:p>
      <w:r>
        <w:rPr>
          <w:b/>
        </w:rPr>
        <w:t xml:space="preserve">[43:07] </w:t>
      </w:r>
      <w:r>
        <w:t>Agar woh hum par attack karein to wahan par humein defense war karni padti hai.</w:t>
      </w:r>
    </w:p>
    <w:p>
      <w:pPr>
        <w:jc w:val="right"/>
      </w:pPr>
      <w:r>
        <w:t>اگر وہ ہم پر اٹیک کریں تو وہاں پر ہمیں ڈیفنس وار کرنی پڑتی ہے۔</w:t>
      </w:r>
    </w:p>
    <w:p>
      <w:r>
        <w:rPr>
          <w:b/>
        </w:rPr>
        <w:t xml:space="preserve">[43:15] </w:t>
      </w:r>
      <w:r>
        <w:t>Lekin yeh to ek ek ek ek ek exceptional cheez hoti hai, woh jo basic teaching hai, jo basic jo uska uska jo basic talimat hain, woh kya hai, us ko dekhna padta hai.</w:t>
      </w:r>
    </w:p>
    <w:p>
      <w:pPr>
        <w:jc w:val="right"/>
      </w:pPr>
      <w:r>
        <w:t>لیکن یہ تو ایک ایک ایک ایک ایکسیپشنل چیز ہوتی ہے، وہ جو بیسک ٹیچنگ ہے، جو بیسک جو اس کا اس کا جو بیسک تعلیمات ہیں، وہ کیا ہے، اس کو دیکھنا پڑتا ہے۔</w:t>
      </w:r>
    </w:p>
    <w:p>
      <w:r>
        <w:rPr>
          <w:b/>
        </w:rPr>
        <w:t xml:space="preserve">[43:32] </w:t>
      </w:r>
      <w:r>
        <w:t>To main keh sakta hoon ke Quran ko parhein, aap Hadees ko parhein, Rasool Allah ke life ko parhein, bilkul objectively parhein.</w:t>
      </w:r>
    </w:p>
    <w:p>
      <w:pPr>
        <w:jc w:val="right"/>
      </w:pPr>
      <w:r>
        <w:t>تو میں کہہ سکتا ہوں کہ قرآن کو پڑھیں، آپ حدیث کو پڑھیں، رسول اللہ کے لائف کو پڑھیں، بالکل ابجیکٹولی پڑھیں۔</w:t>
      </w:r>
    </w:p>
    <w:p>
      <w:r>
        <w:rPr>
          <w:b/>
        </w:rPr>
        <w:t xml:space="preserve">[43:41] </w:t>
      </w:r>
      <w:r>
        <w:t>Agar aap to aap manenge ke Islam jo hai, woh ek ek non political movement hai,</w:t>
      </w:r>
    </w:p>
    <w:p>
      <w:pPr>
        <w:jc w:val="right"/>
      </w:pPr>
      <w:r>
        <w:t>اگر آپ تو آپ مانیں گے کہ اسلام جو ہے، وہ ایک ایک نان پولیٹیکل موومنٹ ہے،</w:t>
      </w:r>
    </w:p>
    <w:p>
      <w:r>
        <w:rPr>
          <w:b/>
        </w:rPr>
        <w:t xml:space="preserve">[43:50] </w:t>
      </w:r>
      <w:r>
        <w:t>yani political takrao ke baghair, political ladai ke baghair, insan ke andar change lana, insan ke mind ko badalna, insan ki soch ko badalna, insan ke character ko badalna, insan ke andar negativity khatam kar ke us ko positive thinker banana,</w:t>
      </w:r>
    </w:p>
    <w:p>
      <w:pPr>
        <w:jc w:val="right"/>
      </w:pPr>
      <w:r>
        <w:t>یعنی پولیٹیکل ٹکراؤ کے بغیر، پولیٹیکل لڑائی کے بغیر، انسان کے اندر چینج لانا، انسان کے مائنڈ کو بدلنا، انسان کی سوچ کو بدلنا، انسان کے کریکٹر کو بدلنا، انسان کے اندر نیگیٹیوٹی ختم کر کے اس کو پازیٹیو تھنکر بنانا،</w:t>
      </w:r>
    </w:p>
    <w:p>
      <w:r>
        <w:rPr>
          <w:b/>
        </w:rPr>
        <w:t xml:space="preserve">[44:10] </w:t>
      </w:r>
      <w:r>
        <w:t>yeh hai Islam ka asal target, asal nishana. Baqi jo kuch ladaiyan huin, bohat hi temporary period ke liye,</w:t>
      </w:r>
    </w:p>
    <w:p>
      <w:pPr>
        <w:jc w:val="right"/>
      </w:pPr>
      <w:r>
        <w:t>یہ ہے اسلام کا اصل ٹارگٹ، اصل نشانہ۔ باقی جو کچھ لڑائیاں ہوئیں، بہت ہی ٹیمپریری پیریڈ کے لیے،</w:t>
      </w:r>
    </w:p>
    <w:p>
      <w:r>
        <w:rPr>
          <w:b/>
        </w:rPr>
        <w:t xml:space="preserve">[44:22] </w:t>
      </w:r>
      <w:r>
        <w:t>jaise teen ladai hui Islam mein: Badr, Uhud, Hunain. Teeno ladai sirf adhe din ke liye hui, sirf adhe din. Aap dekhein, dunya mein kaha jata hai ke 10 ta barri ladaiyan hui hain, major war hui hain.</w:t>
      </w:r>
    </w:p>
    <w:p>
      <w:pPr>
        <w:jc w:val="right"/>
      </w:pPr>
      <w:r>
        <w:t>جیسے تین لڑائی ہوئی اسلام میں: بدر، احد، حنین۔ تینوں لڑائی صرف ادھے دن کے لیے ہوئی، صرف ادھے دن۔ آپ دیکھیں، دنیا میں کہا جاتا ہے کہ 10 تھا بڑی لڑائیاں ہوئی ہیں، میجر وار ہوئی ہیں۔</w:t>
      </w:r>
    </w:p>
    <w:p>
      <w:r>
        <w:rPr>
          <w:b/>
        </w:rPr>
        <w:t xml:space="preserve">[44:34] </w:t>
      </w:r>
      <w:r>
        <w:t>10 ta har war jo hai, bohat din tak chalti rahi. Koi war nahi hai jo adhe din khatam ho gayi ho ke dopahar ko shuru ho, sham ko khatam ho jaye.</w:t>
      </w:r>
    </w:p>
    <w:p>
      <w:pPr>
        <w:jc w:val="right"/>
      </w:pPr>
      <w:r>
        <w:t>10 تھا ہر وار جو ہے، بہت دن تک چلتی رہی۔ کوئی وار نہیں ہے جو ادھے دن ختم ہوگئی ہو کہ دوپہر کو شروع ہو، شام کو ختم ہو جائے۔</w:t>
      </w:r>
    </w:p>
    <w:p>
      <w:r>
        <w:rPr>
          <w:b/>
        </w:rPr>
        <w:t xml:space="preserve">[44:48] </w:t>
      </w:r>
      <w:r>
        <w:t>To yeh war kya hai? Yeh to jhadap hai, us ke skirmishes hain.</w:t>
      </w:r>
    </w:p>
    <w:p>
      <w:pPr>
        <w:jc w:val="right"/>
      </w:pPr>
      <w:r>
        <w:t>تو یہ وار کیا ہے؟ یہ تو جھڑپ ہے، اس کے ربشز ہیں۔</w:t>
      </w:r>
    </w:p>
    <w:p>
      <w:r>
        <w:rPr>
          <w:b/>
        </w:rPr>
        <w:t xml:space="preserve">[44:51] </w:t>
      </w:r>
      <w:r>
        <w:t>Main samajhta hoon ke Islam mein jo Ghazwat hain, yani Rasool Allah ki tareekh mein, woh war nahi hain, woh us us ke skirmishes hain, yani jhadap hain.</w:t>
      </w:r>
    </w:p>
    <w:p>
      <w:pPr>
        <w:jc w:val="right"/>
      </w:pPr>
      <w:r>
        <w:t>میں سمجھتا ہوں کہ اسلام میں جو غزوات ہیں، یعنی رسول اللہ کی تاریخ میں، وہ وار نہیں ہیں، وہ اس اس کے ربشز ہیں، یعنی جھڑپ ہیں۔</w:t>
      </w:r>
    </w:p>
    <w:p>
      <w:r>
        <w:rPr>
          <w:b/>
        </w:rPr>
        <w:t xml:space="preserve">[45:01] </w:t>
      </w:r>
      <w:r>
        <w:t>Woh koi war nahi hai, sahi maano mein koi bhi war nahi hai.</w:t>
      </w:r>
    </w:p>
    <w:p>
      <w:pPr>
        <w:jc w:val="right"/>
      </w:pPr>
      <w:r>
        <w:t>وہ کوئی وار نہیں ہے، صحیح معنوں میں کوئی بھی وار نہیں ہے۔</w:t>
      </w:r>
    </w:p>
    <w:p>
      <w:r>
        <w:rPr>
          <w:b/>
        </w:rPr>
        <w:t xml:space="preserve">[45:08] </w:t>
      </w:r>
      <w:r>
        <w:t>Log jo kehte hain ke itne Ghazwat, itne Ghazwat, yeh sab bilkul yani baseless baatein hain.</w:t>
      </w:r>
    </w:p>
    <w:p>
      <w:pPr>
        <w:jc w:val="right"/>
      </w:pPr>
      <w:r>
        <w:t>لوگ جو کہتے ہیں کہ اتنے غزوات، اتنے غزوات، یہ سب بالکل یعنی بیسلیس باتیں ہیں۔</w:t>
      </w:r>
    </w:p>
    <w:p>
      <w:r>
        <w:rPr>
          <w:b/>
        </w:rPr>
        <w:t xml:space="preserve">[45:17] </w:t>
      </w:r>
      <w:r>
        <w:t>Aap dekhiye na ke adhe din kaun si dunya mein ladai kisi ne ki hai? Har aadmi, har ek, har ladai bohat lambi muddat tak hui hai. Is liye main kehta hoon ke us ko war kehna hi sahi nahi hai, us ko aap us ke us ke skirmishes kehna chahiye.</w:t>
      </w:r>
    </w:p>
    <w:p>
      <w:pPr>
        <w:jc w:val="right"/>
      </w:pPr>
      <w:r>
        <w:t>آپ دیکھیے نا کہ ادھے دن کون سی دنیا میں لڑائی کسی نے کی ہے؟ ہر آدمی، ہر ایک، ہر لڑائی بہت لمبی مدت تک ہوئی ہے۔ اس لیے میں کہتا ہوں کہ اس کو وار کہنا ہی صحیح نہیں ہے، اس کو آپ اس کے اس کے ربشز کہنا چاہیے۔</w:t>
      </w:r>
    </w:p>
    <w:p>
      <w:r>
        <w:rPr>
          <w:b/>
        </w:rPr>
        <w:t xml:space="preserve">[45:31] </w:t>
      </w:r>
      <w:r>
        <w:t>Aap ko jhadap, war ka matlab hai qital. To qital kahan tha? Woh woh to jhadap thi, woh</w:t>
      </w:r>
    </w:p>
    <w:p>
      <w:pPr>
        <w:jc w:val="right"/>
      </w:pPr>
      <w:r>
        <w:t>آپ کو جھڑپ، وار کا مطلب ہے قتال۔ تو قتال کہاں تھا؟ وہ وہ تو جھڑپ تھی، وہ</w:t>
      </w:r>
    </w:p>
    <w:p>
      <w:r>
        <w:rPr>
          <w:b/>
        </w:rPr>
        <w:t xml:space="preserve">[45:42] </w:t>
      </w:r>
      <w:r>
        <w:t>wohi doosron ke, yani doosron ke attack ki wajah se.</w:t>
      </w:r>
    </w:p>
    <w:p>
      <w:pPr>
        <w:jc w:val="right"/>
      </w:pPr>
      <w:r>
        <w:t>وہی دوسروں کے، یعنی دوسروں کے اٹیک کی وجہ سے۔</w:t>
      </w:r>
    </w:p>
    <w:p>
      <w:r>
        <w:rPr>
          <w:b/>
        </w:rPr>
        <w:t xml:space="preserve">[45:51] </w:t>
      </w:r>
      <w:r>
        <w:t>To is baat ko jab tak aap dhyan mein na layein, tab tak Islam ki sahi picture nahi banegi. Islam ka kya method hai, woh samajh mein nahi aayega.</w:t>
      </w:r>
    </w:p>
    <w:p>
      <w:pPr>
        <w:jc w:val="right"/>
      </w:pPr>
      <w:r>
        <w:t>تو اس بات کو جب تک آپ دھیان میں نہ لائیں، تب تک اسلام کی صحیح پکچر نہیں بنے گی۔ اسلام کا کیا میتھڈ ہے، وہ سمجھ میں نہیں آئے گا۔</w:t>
      </w:r>
    </w:p>
    <w:p>
      <w:r>
        <w:rPr>
          <w:b/>
        </w:rPr>
        <w:t xml:space="preserve">[46:02] </w:t>
      </w:r>
      <w:r>
        <w:t>Islamic movement kya cheez hai, woh clear nahi hogi.</w:t>
      </w:r>
    </w:p>
    <w:p>
      <w:pPr>
        <w:jc w:val="right"/>
      </w:pPr>
      <w:r>
        <w:t>اسلامک موومنٹ کیا چیز ہے، وہ کلیئر نہیں ہوگی۔</w:t>
      </w:r>
    </w:p>
    <w:p>
      <w:r>
        <w:rPr>
          <w:b/>
        </w:rPr>
        <w:t xml:space="preserve">[46:08] </w:t>
      </w:r>
      <w:r>
        <w:t>is maamle mein sab log, main dekhta hoon ke sab one to all, sab bhool mein pade hue hain, sab bhool mein pade hue hain.</w:t>
      </w:r>
    </w:p>
    <w:p>
      <w:pPr>
        <w:jc w:val="right"/>
      </w:pPr>
      <w:r>
        <w:t>اس معاملے میں سب لوگ، میں دیکھتا ہوں کہ سب ون ٹو آل، سب بھول میں پڑے ہوئے ہیں، سب بھول میں پڑے ہوئے ہیں۔</w:t>
      </w:r>
    </w:p>
    <w:p>
      <w:r>
        <w:rPr>
          <w:b/>
        </w:rPr>
        <w:t xml:space="preserve">[46:20] </w:t>
      </w:r>
      <w:r>
        <w:t>main falasteen gaya to wahan par main ne dekha ke bachche jo hain, un ko gaana sikhaya gaya hai. bachchon ko bade gaana sikhate hain, zahir hai aap jaante hain, bachche jo gaate hain to khud thodi bachche woh us ko banate hain, woh gaana,</w:t>
      </w:r>
    </w:p>
    <w:p>
      <w:pPr>
        <w:jc w:val="right"/>
      </w:pPr>
      <w:r>
        <w:t>میں فلسطین گیا تو وہاں پر میں نے دیکھا کہ بچے جو ہیں، ان کو گانا سکھایا گیا ہے۔ بچوں کو بڑے گانا سکھاتے ہیں، ظاہر ہے آپ جانتے ہیں، بچے جو گاتے ہیں تو خود تھوڑی بچے وہ اس کو بناتے ہیں، وہ گانا،</w:t>
      </w:r>
    </w:p>
    <w:p>
      <w:r>
        <w:rPr>
          <w:b/>
        </w:rPr>
        <w:t xml:space="preserve">[46:34] </w:t>
      </w:r>
      <w:r>
        <w:t>woh to bade banate hain aur un ko kehte hain ke is ko, is ko yaad kar ke is ko padho. to bachche gaana ga rahe the, to main ne samajh liya ke bachchon ka gaana nahin hai, yeh badon ne sikhaya hai un ko yeh gaana.</w:t>
      </w:r>
    </w:p>
    <w:p>
      <w:pPr>
        <w:jc w:val="right"/>
      </w:pPr>
      <w:r>
        <w:t>وہ تو بڑے بناتے ہیں اور ان کو کہتے ہیں کہ اس کو، اس کو یاد کر کے اس کو پڑھو۔ تو بچے گانا گا رہے تھے، تو میں نے سمجھ لیا کہ بچوں کا گانا نہیں ہے، یہ بڑوں نے سکھایا ہے ان کو یہ گانا۔</w:t>
      </w:r>
    </w:p>
    <w:p>
      <w:r>
        <w:rPr>
          <w:b/>
        </w:rPr>
        <w:t xml:space="preserve">[46:49] </w:t>
      </w:r>
      <w:r>
        <w:t>to woh gaana kya tha? "halma nuqatil, halma nuqatil, fand al qital sabeel ar rashadi".</w:t>
      </w:r>
    </w:p>
    <w:p>
      <w:pPr>
        <w:jc w:val="right"/>
      </w:pPr>
      <w:r>
        <w:t>تو وہ گانا کیا تھا؟ "حلما نقاتل، حلما نقاتل، فند القتال سبیل الرشادی"۔</w:t>
      </w:r>
    </w:p>
    <w:p>
      <w:r>
        <w:rPr>
          <w:b/>
        </w:rPr>
        <w:t xml:space="preserve">[47:02] </w:t>
      </w:r>
      <w:r>
        <w:t>is ka matlab yeh hai ke aao hum ladein, aao hum ladein, kyunke ladne hi mein kamyabi hai.</w:t>
      </w:r>
    </w:p>
    <w:p>
      <w:pPr>
        <w:jc w:val="right"/>
      </w:pPr>
      <w:r>
        <w:t>اس کا مطلب یہ ہے کہ اؤ ہم لڑیں، اؤ ہم لڑیں، کیونکہ لڑنے ہی میں کامیابی ہے۔</w:t>
      </w:r>
    </w:p>
    <w:p>
      <w:r>
        <w:rPr>
          <w:b/>
        </w:rPr>
        <w:t xml:space="preserve">[47:14] </w:t>
      </w:r>
      <w:r>
        <w:t>yeh falasteeni bachchon ka gaana "let us make war, let us make war, for what is the way to success". to main ne kaha ke bhai, yeh aap musalman hain, aap islam ke naam par yeh sab kar rahe hain, to islam ne to yeh nahin sikhaya hai,</w:t>
      </w:r>
    </w:p>
    <w:p>
      <w:pPr>
        <w:jc w:val="right"/>
      </w:pPr>
      <w:r>
        <w:t>یہ فلسطینی بچوں کا گانا "لیٹ اس میک وار، لیٹ اس میک وار، فار واٹ از دا وے ٹو سکسیس"۔ تو میں نے کہا کہ بھئی، یہ آپ مسلمان ہیں، آپ اسلام کے نام پر یہ سب کر رہے ہیں، تو اسلام نے تو یہ نہیں سکھایا ہے،</w:t>
      </w:r>
    </w:p>
    <w:p>
      <w:r>
        <w:rPr>
          <w:b/>
        </w:rPr>
        <w:t xml:space="preserve">[47:32] </w:t>
      </w:r>
      <w:r>
        <w:t>yeh to islam ne sikhaya hi nahin hai.</w:t>
      </w:r>
    </w:p>
    <w:p>
      <w:pPr>
        <w:jc w:val="right"/>
      </w:pPr>
      <w:r>
        <w:t>یہ تو اسلام نے سکھایا ہی نہیں ہے۔</w:t>
      </w:r>
    </w:p>
    <w:p>
      <w:r>
        <w:rPr>
          <w:b/>
        </w:rPr>
        <w:t xml:space="preserve">[47:37] </w:t>
      </w:r>
      <w:r>
        <w:t>islam ne jo sikhaya hai, woh is ka ulta hai, woh hai "halma salim, halma salim, fan as salam sabeel ar rashadi, let us make peace, let us make peace, for peace is the way to success".</w:t>
      </w:r>
    </w:p>
    <w:p>
      <w:pPr>
        <w:jc w:val="right"/>
      </w:pPr>
      <w:r>
        <w:t>اسلام نے جو سکھایا ہے، وہ اس کا الٹا ہے، وہ ہے "حلما سالم، حلما سالم، فان السلام سبیل الرشادی، لیٹ اس میک پیس، لیٹ اس میک پیس، فار پیس از دا وے ٹو سکسیس"۔</w:t>
      </w:r>
    </w:p>
    <w:p>
      <w:r>
        <w:rPr>
          <w:b/>
        </w:rPr>
        <w:t xml:space="preserve">[47:57] </w:t>
      </w:r>
      <w:r>
        <w:t>to saare log ajeeb ghareeb qism ki distandi mein pade hue hain,</w:t>
      </w:r>
    </w:p>
    <w:p>
      <w:pPr>
        <w:jc w:val="right"/>
      </w:pPr>
      <w:r>
        <w:t>تو سارے لوگ عجیب غریب قسم کی ڈسٹنڈی میں پڑے ہوئے ہیں،</w:t>
      </w:r>
    </w:p>
    <w:p>
      <w:r>
        <w:rPr>
          <w:b/>
        </w:rPr>
        <w:t xml:space="preserve">[48:03] </w:t>
      </w:r>
      <w:r>
        <w:t>kyun? woh musalmanon ko dekh kar raaye banate hain, islam ko dekh kar nahin.</w:t>
      </w:r>
    </w:p>
    <w:p>
      <w:pPr>
        <w:jc w:val="right"/>
      </w:pPr>
      <w:r>
        <w:t>کیوں؟ وہ مسلمانوں کو دیکھ کر رائے بناتے ہیں، اسلام کو دیکھ کر نہیں۔</w:t>
      </w:r>
    </w:p>
    <w:p>
      <w:r>
        <w:rPr>
          <w:b/>
        </w:rPr>
        <w:t xml:space="preserve">[48:13] </w:t>
      </w:r>
      <w:r>
        <w:t>woh musalmanon ko dekh kar raaye banate hain, islam ko dekh kar nahin. to main hamesha yeh kehta hoon ke dekhiye, do issue alag alag hain. ek hai issue ke musalman kya hain, ek hai issue ke islam kya hai.</w:t>
      </w:r>
    </w:p>
    <w:p>
      <w:pPr>
        <w:jc w:val="right"/>
      </w:pPr>
      <w:r>
        <w:t>وہ مسلمانوں کو دیکھ کر رائے بناتے ہیں، اسلام کو دیکھ کر نہیں۔ تو میں ہمیشہ یہ کہتا ہوں کہ دیکھیے، دو ایشو الگ الگ ہیں۔ ایک ہے ایشو کہ مسلمان کیا ہیں، ایک ہے ایشو کہ اسلام کیا ہے۔</w:t>
      </w:r>
    </w:p>
    <w:p>
      <w:r>
        <w:rPr>
          <w:b/>
        </w:rPr>
        <w:t xml:space="preserve">[48:33] </w:t>
      </w:r>
      <w:r>
        <w:t>jaise har jagah, jaise aap ka ek hindu kya hai aur constitution kya hai, indian constitution kya hai, indian constitution aur hindu dono ek cheez nahin hain, dono alag alag hain.</w:t>
      </w:r>
    </w:p>
    <w:p>
      <w:pPr>
        <w:jc w:val="right"/>
      </w:pPr>
      <w:r>
        <w:t>جیسے ہر جگہ، جیسے آپ کا ایک ہندو کیا ہے اور کانسٹیٹیوشن کیا ہے، انڈین کانسٹیٹیوشن کیا ہے، انڈین کانسٹیٹیوشن اور ہندو دونوں ایک چیز نہیں ہیں، دونوں الگ الگ ہیں۔</w:t>
      </w:r>
    </w:p>
    <w:p>
      <w:r>
        <w:rPr>
          <w:b/>
        </w:rPr>
        <w:t xml:space="preserve">[48:46] </w:t>
      </w:r>
      <w:r>
        <w:t>indian constitution kya hai, is ko janne ke liye aap ko is book ko padhna padega jo constitution assembly ne banayi thi. aur hindu kya hai, is ko samajhne ke liye aap society ko padhiye, society ko move kijiye, society ki study kijiye.</w:t>
      </w:r>
    </w:p>
    <w:p>
      <w:pPr>
        <w:jc w:val="right"/>
      </w:pPr>
      <w:r>
        <w:t>انڈین کانسٹیٹیوشن کیا ہے، اس کو جاننے کے لیے آپ کو اس بک کو پڑھنا پڑے گا جو کانسٹیٹیوشن اسمبلی نے بنائی تھی۔ اور ہندو کیا ہے، اس کو سمجھنے کے لیے آپ سوسائٹی کو پڑھیے، سوسائٹی کو موو کیجئے، سوسائٹی کی سٹڈی کیجئے۔</w:t>
      </w:r>
    </w:p>
    <w:p>
      <w:r>
        <w:rPr>
          <w:b/>
        </w:rPr>
        <w:t xml:space="preserve">[49:05] </w:t>
      </w:r>
      <w:r>
        <w:t>to yeh sabhi log is mein pade rehte hain ke woh</w:t>
      </w:r>
    </w:p>
    <w:p>
      <w:pPr>
        <w:jc w:val="right"/>
      </w:pPr>
      <w:r>
        <w:t>تو یہ سبھی لوگ اس میں پڑے رہتے ہیں کہ وہ</w:t>
      </w:r>
    </w:p>
    <w:p>
      <w:r>
        <w:rPr>
          <w:b/>
        </w:rPr>
        <w:t xml:space="preserve">[49:12] </w:t>
      </w:r>
      <w:r>
        <w:t>abhi main dilli mein ek ek ek ek seminar tha, woh sab log is mein musalman to bahut kam the, doosre log zyada the, is mein musalman to ek do the, mere jaisa.</w:t>
      </w:r>
    </w:p>
    <w:p>
      <w:pPr>
        <w:jc w:val="right"/>
      </w:pPr>
      <w:r>
        <w:t>ابھی میں دلی میں ایک ایک ایک ایک سیمینار تھا، وہ سب لوگ اس میں مسلمان تو بہت کم تھے، دوسرے لوگ زیادہ تھے، اس میں مسلمان تو ایک دو تھے، میرے جیسے۔</w:t>
      </w:r>
    </w:p>
    <w:p>
      <w:r>
        <w:rPr>
          <w:b/>
        </w:rPr>
        <w:t xml:space="preserve">[49:24] </w:t>
      </w:r>
      <w:r>
        <w:t>to main ne yeh baat kahi wahan par</w:t>
      </w:r>
    </w:p>
    <w:p>
      <w:pPr>
        <w:jc w:val="right"/>
      </w:pPr>
      <w:r>
        <w:t>تو میں نے یہ بات کہی وہاں پر</w:t>
      </w:r>
    </w:p>
    <w:p>
      <w:r>
        <w:rPr>
          <w:b/>
        </w:rPr>
        <w:t xml:space="preserve">[49:27] </w:t>
      </w:r>
      <w:r>
        <w:t>, to ek ek non muslim scholar ne kaha, "kya hum ab tak jaante hi nahin the ke islam alag hai, musalman alag hain?.</w:t>
      </w:r>
    </w:p>
    <w:p>
      <w:pPr>
        <w:jc w:val="right"/>
      </w:pPr>
      <w:r>
        <w:t>، تو ایک ایک نان مسلم اسکالر نے کہا، "کیا ہم اب تک جانتے ہی نہیں تھے کہ اسلام الگ ہے، مسلمان الگ ہیں؟</w:t>
      </w:r>
    </w:p>
    <w:p>
      <w:r>
        <w:rPr>
          <w:b/>
        </w:rPr>
        <w:t xml:space="preserve">[49:35] </w:t>
      </w:r>
      <w:r>
        <w:t>hum dono ko ek samajhte the". bahut sincerely kaha unhon ne aisa. to aisi haalat mein kaise samajh mein aayega</w:t>
      </w:r>
    </w:p>
    <w:p>
      <w:pPr>
        <w:jc w:val="right"/>
      </w:pPr>
      <w:r>
        <w:t>ہم دونوں کو ایک سمجھتے تھے"۔ بہت سنسیرلی کہا انہوں نے ایسا۔ تو ایسی حالت میں کیسے سمجھ میں آئے گا</w:t>
      </w:r>
    </w:p>
    <w:p>
      <w:r>
        <w:rPr>
          <w:b/>
        </w:rPr>
        <w:t xml:space="preserve">[49:46] </w:t>
      </w:r>
      <w:r>
        <w:t>ke musalmanon ne mis interpretation kar ke saare baatini ko khud hi bigaad rakha hai? sara</w:t>
      </w:r>
    </w:p>
    <w:p>
      <w:pPr>
        <w:jc w:val="right"/>
      </w:pPr>
      <w:r>
        <w:t>کہ مسلمانوں نے مس انٹرپریشن کر کے سارے باطنی کو خود ہی بگاڑ رکھا ہے؟ سارا</w:t>
      </w:r>
    </w:p>
    <w:p>
      <w:r>
        <w:rPr>
          <w:b/>
        </w:rPr>
        <w:t xml:space="preserve">[49:53] </w:t>
      </w:r>
      <w:r>
        <w:t>sirf yeh nahin ke musalmanon, yaani practice ke aitbaar se galtiyan kar kar rahe hain, woh baat nahin hai. kal khud jo unhon ne kitabein likhi hain, jis mein unhon ne interpretation diya hai,</w:t>
      </w:r>
    </w:p>
    <w:p>
      <w:pPr>
        <w:jc w:val="right"/>
      </w:pPr>
      <w:r>
        <w:t>صرف یہ نہیں کہ مسلمانوں، یعنی پریکٹس کے اعتبار سے غلطیاں کر کر رہے ہیں، وہ بات نہیں ہے۔ کل خود جو انہوں نے کتابیں لکھی ہیں، جس میں انہوں نے انٹرپریشن دیا ہے،</w:t>
      </w:r>
    </w:p>
    <w:p>
      <w:r>
        <w:rPr>
          <w:b/>
        </w:rPr>
        <w:t xml:space="preserve">[50:09] </w:t>
      </w:r>
      <w:r>
        <w:t>usi mein galti shamil kar di hai, jise main ne kaha ke makkah period aur madinah period.</w:t>
      </w:r>
    </w:p>
    <w:p>
      <w:pPr>
        <w:jc w:val="right"/>
      </w:pPr>
      <w:r>
        <w:t>اسی میں غلطی شامل کر دی ہے، جسے میں نے کہا کہ مکہ پیریڈ اور مدینہ پیریڈ۔</w:t>
      </w:r>
    </w:p>
    <w:p>
      <w:r>
        <w:rPr>
          <w:b/>
        </w:rPr>
        <w:t xml:space="preserve">[50:16] </w:t>
      </w:r>
      <w:r>
        <w:t>makkah period ko jo batate hain aur madinah period ko jo batate hain, woh sahi interpretation nahin hai. is ka</w:t>
      </w:r>
    </w:p>
    <w:p>
      <w:pPr>
        <w:jc w:val="right"/>
      </w:pPr>
      <w:r>
        <w:t>مکہ پیریڈ کو جو بتاتے ہیں اور مدینہ پیریڈ کو جو بتاتے ہیں، وہ صحیح انٹرپریشن نہیں ہے۔ اس کا</w:t>
      </w:r>
    </w:p>
    <w:p>
      <w:r>
        <w:rPr>
          <w:b/>
        </w:rPr>
        <w:t xml:space="preserve">[50:25] </w:t>
      </w:r>
      <w:r>
        <w:t>makkah period naam hai, yaani yeh yeh jo makkah period aur madinah period hai, yeh batata hai ke starting point prophet ka kya kya tha? prophet ka starting point kya tha?.</w:t>
      </w:r>
    </w:p>
    <w:p>
      <w:pPr>
        <w:jc w:val="right"/>
      </w:pPr>
      <w:r>
        <w:t>مکہ پیریڈ نام ہے، یعنی یہ یہ جو مکہ پیریڈ اور مدینہ پیریڈ ہے، یہ بتاتا ہے کہ سٹارٹنگ پوائنٹ پرافٹ کا کیا کیا تھا؟ پرافٹ کا سٹارٹنگ پوائنٹ کیا تھا؟</w:t>
      </w:r>
    </w:p>
    <w:p>
      <w:r>
        <w:rPr>
          <w:b/>
        </w:rPr>
        <w:t xml:space="preserve">[50:37] </w:t>
      </w:r>
      <w:r>
        <w:t>starting point tha insaan, insaan ka mind, insaan ki soch, us ko badalna. yeh aap ne us ko apna starting point banaya, aur jo madine mein pesh aaya, woh to haalaat ke jaise the, waisa hua.</w:t>
      </w:r>
    </w:p>
    <w:p>
      <w:pPr>
        <w:jc w:val="right"/>
      </w:pPr>
      <w:r>
        <w:t>سٹارٹنگ پوائنٹ تھا انسان، انسان کا مائنڈ، انسان کی سوچ، اس کو بدلنا۔ یہ آپ نے اس کو اپنا سٹارٹنگ پوائنٹ بنایا، اور جو مدینے میں پیش آیا، وہ تو حالات کے جیسے تھے، ویسا ہوا۔</w:t>
      </w:r>
    </w:p>
    <w:p>
      <w:r>
        <w:rPr>
          <w:b/>
        </w:rPr>
        <w:t xml:space="preserve">[50:56] </w:t>
      </w:r>
      <w:r>
        <w:t>to islam ka jo jo jo main kehta hoon ke islam jo hai, woh ek non political movement hai, usi sense mein kehta hoon main</w:t>
      </w:r>
    </w:p>
    <w:p>
      <w:pPr>
        <w:jc w:val="right"/>
      </w:pPr>
      <w:r>
        <w:t>تو اسلام کا جو جو جو میں کہتا ہوں کہ اسلام جو ہے، وہ ایک نان پولیٹیکل موومنٹ ہے، اسی سینس میں کہتا ہوں میں</w:t>
      </w:r>
    </w:p>
    <w:p>
      <w:r>
        <w:rPr>
          <w:b/>
        </w:rPr>
        <w:t xml:space="preserve">[51:07] </w:t>
      </w:r>
      <w:r>
        <w:t>keh sara focus diya jayega insaan ko badalne par,</w:t>
      </w:r>
    </w:p>
    <w:p>
      <w:pPr>
        <w:jc w:val="right"/>
      </w:pPr>
      <w:r>
        <w:t>کہ سارا فوکس دیا جائے گا انسان کو بدلنے پر،</w:t>
      </w:r>
    </w:p>
    <w:p>
      <w:r>
        <w:rPr>
          <w:b/>
        </w:rPr>
        <w:t xml:space="preserve">[51:13] </w:t>
      </w:r>
      <w:r>
        <w:t>insaan ko badalne par. aur jahan tak baat hai system ki, to system jaisa, jaise halaat wala system, jaisa ke maine arz kiya ke Rasool Allah ne farmaya ke "kama takoon qazalak yeloo alaikum".</w:t>
      </w:r>
    </w:p>
    <w:p>
      <w:pPr>
        <w:jc w:val="right"/>
      </w:pPr>
      <w:r>
        <w:t>انسان کو بدلنے پر۔ اور جہاں تک بات ہے سسٹم کی، تو سسٹم جیسا، جیسے حالات والا سسٹم، جیسا کہ میں نے عرض کیا کہ رسول اللہ نے فرمایا کہ "کما تکون قضالک یعلو علیکم"۔</w:t>
      </w:r>
    </w:p>
    <w:p>
      <w:r>
        <w:rPr>
          <w:b/>
        </w:rPr>
        <w:t xml:space="preserve">[51:29] </w:t>
      </w:r>
      <w:r>
        <w:t>jahan samaj hoga, waise ruler ho gaye.</w:t>
      </w:r>
    </w:p>
    <w:p>
      <w:pPr>
        <w:jc w:val="right"/>
      </w:pPr>
      <w:r>
        <w:t>جہاں سماج ہوگا، ویسے رولر ہو گئے۔</w:t>
      </w:r>
    </w:p>
    <w:p>
      <w:r>
        <w:rPr>
          <w:b/>
        </w:rPr>
        <w:t xml:space="preserve">[51:36] </w:t>
      </w:r>
      <w:r>
        <w:t>to Islam ne yeh formula diya ke insaan ko badalne par sari koshish lagao, jaise insaan badlenge, waise sa</w:t>
      </w:r>
    </w:p>
    <w:p>
      <w:pPr>
        <w:jc w:val="right"/>
      </w:pPr>
      <w:r>
        <w:t>تو اسلام نے یہ فارمولا دیا کہ انسان کو بدلنے پر ساری کوشش لگاؤ، جیسے انسان بدلیں گے، ویسے س</w:t>
      </w:r>
    </w:p>
    <w:p>
      <w:r>
        <w:rPr>
          <w:b/>
        </w:rPr>
        <w:t xml:space="preserve">[51:43] </w:t>
      </w:r>
      <w:r>
        <w:t>maj badlega. samaj badlega to political system badlega. yeh hai national order, fitri tartib.</w:t>
      </w:r>
    </w:p>
    <w:p>
      <w:pPr>
        <w:jc w:val="right"/>
      </w:pPr>
      <w:r>
        <w:t>ماج بدلے گا۔ سماج بدلے گا تو پولیٹیکل سسٹم بدلے گا۔ یہ ہے نیشنل آرڈر، فطری ترتیب۔</w:t>
      </w:r>
    </w:p>
    <w:p>
      <w:r>
        <w:rPr>
          <w:b/>
        </w:rPr>
        <w:t xml:space="preserve">[51:56] </w:t>
      </w:r>
      <w:r>
        <w:t>jo log yeh kehte hain Islam koi political interpretation dete hain aur samajhte hain ke Islam ka maqsad khilafat qaim karna hai, bohat se log is duniya bhar mein active hain is is ko le kar ke ke Islam ka maqsad tha khilafat qai</w:t>
      </w:r>
    </w:p>
    <w:p>
      <w:pPr>
        <w:jc w:val="right"/>
      </w:pPr>
      <w:r>
        <w:t>جو لوگ یہ کہتے ہیں اسلام کوئی پولیٹیکل انٹرپریشن دیتے ہیں اور سمجھتے ہیں کہ اسلام کا مقصد خلافت قائم کرنا ہے، بہت سے لوگ اس دنیا بھر میں ایکٹیو ہیں اس اس کو لے کر کے کہ اسلام کا مقصد تھا خلافت قائ</w:t>
      </w:r>
    </w:p>
    <w:p>
      <w:r>
        <w:rPr>
          <w:b/>
        </w:rPr>
        <w:t xml:space="preserve">[52:13] </w:t>
      </w:r>
      <w:r>
        <w:t>m karna. aaj hum khilafat qaim karenge, jab tak khilafat nahi qaim hogi, tab tak hamara koi mamla theek hone wala nahi hai. bilkul absurd baat hai yeh. aap Islam ki Rasool Allah ke zamane ki jo history hai, us ko padhiye, yaani khilafat ka kuch bhi is mein koi aap ko dhancha nahi milega,</w:t>
      </w:r>
    </w:p>
    <w:p>
      <w:pPr>
        <w:jc w:val="right"/>
      </w:pPr>
      <w:r>
        <w:t>م کرنا۔ آج ہم خلافت قائم کریں گے، جب تک خلافت نہیں قائم ہوگی، تب تک ہمارا کوئی معاملہ ٹھیک ہونے والا نہیں ہے۔ بالکل ایبسرٹ بات ہے یہ۔ آپ اسلام کی رسول اللہ کے زمانے کی جو ہسٹری ہے، اس کو پڑھیے، یعنی خلافت کا کچھ بھی اس میں کوئی آپ کو ڈھانچہ نہیں ملے گا،</w:t>
      </w:r>
    </w:p>
    <w:p>
      <w:r>
        <w:rPr>
          <w:b/>
        </w:rPr>
        <w:t xml:space="preserve">[52:34] </w:t>
      </w:r>
      <w:r>
        <w:t>kuch bhi nahi milega. Britain mein, Germany mein, France mein, America mein, har jagah ek system</w:t>
      </w:r>
    </w:p>
    <w:p>
      <w:pPr>
        <w:jc w:val="right"/>
      </w:pPr>
      <w:r>
        <w:t>کچھ بھی نہیں ملے گا۔ برٹن میں، جرمنی میں، فرانس میں، امریکہ میں، ہر جگہ ایک سسٹم</w:t>
      </w:r>
    </w:p>
    <w:p>
      <w:r>
        <w:rPr>
          <w:b/>
        </w:rPr>
        <w:t xml:space="preserve">[52:42] </w:t>
      </w:r>
      <w:r>
        <w:t>hai un ka. is tarah se prime minister banega, is tarah se president banega. is ka ek bilkul ek set pattern hai, ek system hai. is ke mutabiq wahan election hote hain, is ke mutabiq wahan par government banti hai, is ke mutabiq log prime minister ya president bante hain.</w:t>
      </w:r>
    </w:p>
    <w:p>
      <w:pPr>
        <w:jc w:val="right"/>
      </w:pPr>
      <w:r>
        <w:t>ہے ان کا۔ اس طرح سے پرائم منسٹر بنے گا، اس طرح سے پریزیڈنٹ بنے گا۔ اس کا ایک بالکل ایک سیٹ پیٹرن ہے، ایک سسٹم ہے۔ اس کے مطابق وہاں الیکشن ہوتے ہیں، اس کے مطابق وہاں پر گورنمنٹ بنتی ہے، اس کے مطابق لوگ پرائم منسٹر یا پریزیڈنٹ بنتے ہیں۔</w:t>
      </w:r>
    </w:p>
    <w:p>
      <w:r>
        <w:rPr>
          <w:b/>
        </w:rPr>
        <w:t xml:space="preserve">[52:57] </w:t>
      </w:r>
      <w:r>
        <w:t>Islam ka koi aisi hai hi nahi, kuch bhi nahi hai, na Quran mein hai, na hadith mein.</w:t>
      </w:r>
    </w:p>
    <w:p>
      <w:pPr>
        <w:jc w:val="right"/>
      </w:pPr>
      <w:r>
        <w:t>اسلام کا کوئی ایسی ہے ہی نہیں، کچھ بھی نہیں ہے، نہ قرآن میں ہے، نہ حدیث میں۔</w:t>
      </w:r>
    </w:p>
    <w:p>
      <w:r>
        <w:rPr>
          <w:b/>
        </w:rPr>
        <w:t xml:space="preserve">[53:06] </w:t>
      </w:r>
      <w:r>
        <w:t>yaani kehti hain, ajeeb baat hai ke jo log yeh kehte hain ke Islam ek political system hai, Islam ka maqsad yeh hai ke duniya mein siyasi khilafat qaim ki jaye, to kahan se qaim qaim karenge jab is ka koi naqsha nahi hai?</w:t>
      </w:r>
    </w:p>
    <w:p>
      <w:pPr>
        <w:jc w:val="right"/>
      </w:pPr>
      <w:r>
        <w:t>یعنی کہتی ہیں، عجیب بات ہے کہ جو لوگ یہ کہتے ہیں کہ اسلام ایک پولیٹیکل سسٹم ہے، اسلام کا مقصد یہ ہے کہ دنیا میں سیاسی خلافت قائم کی جائے، تو کہاں سے قائم قائم کریں گے جب اس کا کوئی نقشہ نہیں ہے؟</w:t>
      </w:r>
    </w:p>
    <w:p>
      <w:r>
        <w:rPr>
          <w:b/>
        </w:rPr>
        <w:t xml:space="preserve">[53:19] </w:t>
      </w:r>
      <w:r>
        <w:t>is Quran o hadith mein main aap ko misaal deta hoon. dekhiye, Rasool Allah ke baad char hue jin ko Khalifa kaha jata hai.</w:t>
      </w:r>
    </w:p>
    <w:p>
      <w:pPr>
        <w:jc w:val="right"/>
      </w:pPr>
      <w:r>
        <w:t>اس قرآن و حدیث میں میں آپ کو مثال دیتا ہوں۔ دیکھیے، رسول اللہ کے بعد چار ہوئے جن کو خلیفہ کہا جاتا ہے۔</w:t>
      </w:r>
    </w:p>
    <w:p>
      <w:r>
        <w:rPr>
          <w:b/>
        </w:rPr>
        <w:t xml:space="preserve">[53:30] </w:t>
      </w:r>
      <w:r>
        <w:t>us waqt to Ameer-ul-Momineen kaha jata tha,</w:t>
      </w:r>
    </w:p>
    <w:p>
      <w:pPr>
        <w:jc w:val="right"/>
      </w:pPr>
      <w:r>
        <w:t>اس وقت تو امیرالمومنین کہا جاتا تھا،</w:t>
      </w:r>
    </w:p>
    <w:p>
      <w:r>
        <w:rPr>
          <w:b/>
        </w:rPr>
        <w:t xml:space="preserve">[53:33] </w:t>
      </w:r>
      <w:r>
        <w:t>woh aap ab aap Khalifa kehte hain, Ameer-ul-Momineen yaani Musalmanon ke sardar, political sardar, political head. pehle jo thay Hazrat Abu Bakr,</w:t>
      </w:r>
    </w:p>
    <w:p>
      <w:pPr>
        <w:jc w:val="right"/>
      </w:pPr>
      <w:r>
        <w:t>وہ آپ اب آپ خلیفہ کہتے ہیں، امیرالمومنین یعنی مسلمانوں کے سردار، پولیٹیکل سردار، پولیٹیکل ہیڈ۔ پہلے جو تھے حضرت ابوبکر،</w:t>
      </w:r>
    </w:p>
    <w:p>
      <w:r>
        <w:rPr>
          <w:b/>
        </w:rPr>
        <w:t xml:space="preserve">[53:48] </w:t>
      </w:r>
      <w:r>
        <w:t>un ka jo intikhab hua, alag tha Umar ka, alag tha Usman ka, alag tha Ali ka, alag tha. yaani sab ka alag alag dhan par,</w:t>
      </w:r>
    </w:p>
    <w:p>
      <w:pPr>
        <w:jc w:val="right"/>
      </w:pPr>
      <w:r>
        <w:t>ان کا جو انتخاب ہوا، الگ تھا عمر کا، الگ تھا عثمان کا، الگ تھا علی کا، الگ تھا۔ یعنی سب کا الگ الگ دھن پر،</w:t>
      </w:r>
    </w:p>
    <w:p>
      <w:r>
        <w:rPr>
          <w:b/>
        </w:rPr>
        <w:t xml:space="preserve">[53:58] </w:t>
      </w:r>
      <w:r>
        <w:t>yaani woh Khalifa banaye gaye.</w:t>
      </w:r>
    </w:p>
    <w:p>
      <w:pPr>
        <w:jc w:val="right"/>
      </w:pPr>
      <w:r>
        <w:t>یعنی وہ خلیفہ بنائے گئے۔</w:t>
      </w:r>
    </w:p>
    <w:p>
      <w:r>
        <w:rPr>
          <w:b/>
        </w:rPr>
        <w:t xml:space="preserve">[54:02] </w:t>
      </w:r>
      <w:r>
        <w:t>yaani char different pattern hain. yeh kaun sa siyasi nizam hai? bataiye, kaun sa political system yeh hai ke jo golden period mana jata hai, golden period, us mein char aadmi Khalifa hon aur charon ka alag alag pattern ho?</w:t>
      </w:r>
    </w:p>
    <w:p>
      <w:pPr>
        <w:jc w:val="right"/>
      </w:pPr>
      <w:r>
        <w:t>یعنی چار ڈفرنٹ پیٹرن ہیں۔ یہ کون سا سیاسی نظام ہے؟ بتائیے، کون سا پولیٹیکل سسٹم یہ ہے کہ جو گولڈن پیریڈ مانا جاتا ہے، گولڈن پیریڈ، اس میں چار آدمی خلیفہ ہوں اور چاروں کا الگ الگ پیٹرن ہو؟</w:t>
      </w:r>
    </w:p>
    <w:p>
      <w:r>
        <w:rPr>
          <w:b/>
        </w:rPr>
        <w:t xml:space="preserve">[54:20] </w:t>
      </w:r>
      <w:r>
        <w:t>yeh to koi political system nahi hai.</w:t>
      </w:r>
    </w:p>
    <w:p>
      <w:pPr>
        <w:jc w:val="right"/>
      </w:pPr>
      <w:r>
        <w:t>یہ تو کوئی پولیٹیکل سسٹم نہیں ہے۔</w:t>
      </w:r>
    </w:p>
    <w:p>
      <w:r>
        <w:rPr>
          <w:b/>
        </w:rPr>
        <w:t xml:space="preserve">[54:25] </w:t>
      </w:r>
      <w:r>
        <w:t>achha, aap kisi bhi country mein, aap India mein, Britain mein, France mein, Germany mein, America mein, kahin</w:t>
      </w:r>
    </w:p>
    <w:p>
      <w:pPr>
        <w:jc w:val="right"/>
      </w:pPr>
      <w:r>
        <w:t>اچھا، آپ کسی بھی کنٹری میں، آپ انڈیا میں، برٹن میں، فرانس میں، جرمنی میں، امریکہ میں، کہیں</w:t>
      </w:r>
    </w:p>
    <w:p>
      <w:r>
        <w:rPr>
          <w:b/>
        </w:rPr>
        <w:t xml:space="preserve">[54:31] </w:t>
      </w:r>
      <w:r>
        <w:t>aisa nahi hai. ek hi system hai un ka, usi system se wahan par government banti hai ya tootti hai.</w:t>
      </w:r>
    </w:p>
    <w:p>
      <w:pPr>
        <w:jc w:val="right"/>
      </w:pPr>
      <w:r>
        <w:t>ایسا نہیں ہے۔ ایک ہی سسٹم ہے ان کا، اسی سسٹم سے وہاں پر گورنمنٹ بنتی ہے یا ٹوٹتی ہے۔</w:t>
      </w:r>
    </w:p>
    <w:p>
      <w:r>
        <w:rPr>
          <w:b/>
        </w:rPr>
        <w:t xml:space="preserve">[54:42] </w:t>
      </w:r>
      <w:r>
        <w:t>to Islam ke bare mein yeh kehna ke woh khilafat qaim karna is ka target hai, yeh bilkul hi baseless baat hai.</w:t>
      </w:r>
    </w:p>
    <w:p>
      <w:pPr>
        <w:jc w:val="right"/>
      </w:pPr>
      <w:r>
        <w:t>تو اسلام کے بارے میں یہ کہنا کہ وہ خلافت قائم کرنا اس کا ٹارگٹ ہے، یہ بالکل ہی بیسلیس بات ہے۔</w:t>
      </w:r>
    </w:p>
    <w:p>
      <w:r>
        <w:rPr>
          <w:b/>
        </w:rPr>
        <w:t xml:space="preserve">[54:51] </w:t>
      </w:r>
      <w:r>
        <w:t>Islam ka target hai sirf insaan banana, insaan, insaan, insaan. baqi cheezein hain jo hain, woh according to the situation hain, according to the situation.</w:t>
      </w:r>
    </w:p>
    <w:p>
      <w:pPr>
        <w:jc w:val="right"/>
      </w:pPr>
      <w:r>
        <w:t>اسلام کا ٹارگٹ ہے صرف انسان بنانا، انسان، انسان، انسان۔ باقی چیزیں ہیں جو ہیں، وہ اکارڈنگ ٹو دا سچویشن ہیں، اکارڈنگ ٹو دا سچویشن۔</w:t>
      </w:r>
    </w:p>
    <w:p>
      <w:r>
        <w:rPr>
          <w:b/>
        </w:rPr>
        <w:t xml:space="preserve">[55:04] </w:t>
      </w:r>
      <w:r>
        <w:t>yaani ijbabi nishana jo kaha jaye, woh insaan banana hai. baqi jo hai, according to the system, jaise halaat, wahi system.</w:t>
      </w:r>
    </w:p>
    <w:p>
      <w:pPr>
        <w:jc w:val="right"/>
      </w:pPr>
      <w:r>
        <w:t>یعنی ایجابی نشانہ جو کہا جائے، وہ انسان بنانا ہے۔ باقی جو ہے، اکارڈنگ ٹو دا سسٹم، جیسے حالات، وہی سسٹم۔</w:t>
      </w:r>
    </w:p>
    <w:p>
      <w:r>
        <w:rPr>
          <w:b/>
        </w:rPr>
        <w:t xml:space="preserve">[55:16] </w:t>
      </w:r>
      <w:r>
        <w:t>aur yahi tareeqa jo hai, woh isi mein result, positive result nikalta hai. yeh tareeqa nahi hai.</w:t>
      </w:r>
    </w:p>
    <w:p>
      <w:pPr>
        <w:jc w:val="right"/>
      </w:pPr>
      <w:r>
        <w:t>اور یہی طریقہ جو ہے، وہ اسی میں رزلٹ، پازیٹیو رزلٹ نکلتا ہے۔ یہ طریقہ نہیں ہے۔</w:t>
      </w:r>
    </w:p>
    <w:p>
      <w:r>
        <w:rPr>
          <w:b/>
        </w:rPr>
        <w:t xml:space="preserve">[55:26] </w:t>
      </w:r>
      <w:r>
        <w:t>doosre tareeqe, is mein bohat be besee ne likha hai, bohat hi sahi likha hai ke woh is history ke woh sare waqiyat jin ko revolution kaha jata hai, woh simply quoth hai.</w:t>
      </w:r>
    </w:p>
    <w:p>
      <w:pPr>
        <w:jc w:val="right"/>
      </w:pPr>
      <w:r>
        <w:t>دوسرے طریقے، اس میں بہت بے بے کسی نے لکھا ہے، بہت ہی صحیح لکھا ہے کہ وہ اس ہسٹری کے وہ سارے واقعات جن کو ریولوشن کہا جاتا ہے، وہ سمپلی کوتھ ہے۔</w:t>
      </w:r>
    </w:p>
    <w:p>
      <w:r>
        <w:rPr>
          <w:b/>
        </w:rPr>
        <w:t xml:space="preserve">[55:39] </w:t>
      </w:r>
      <w:r>
        <w:t>woh bohat se dunya mein waqeat hue hain jin ko revolution kaha jata hai, revolution yani 20 century mein khaas tor par.</w:t>
      </w:r>
    </w:p>
    <w:p>
      <w:pPr>
        <w:jc w:val="right"/>
      </w:pPr>
      <w:r>
        <w:t>وہ بہت سے دنیا میں واقعات ہوئے ہیں جن کو ریولوشن کہا جاتا ہے، ریولوشن یعنی 20 سینچری میں خاص طور پر۔</w:t>
      </w:r>
    </w:p>
    <w:p>
      <w:r>
        <w:rPr>
          <w:b/>
        </w:rPr>
        <w:t xml:space="preserve">[55:53] </w:t>
      </w:r>
      <w:r>
        <w:t>doosre ne likha hai ke woh revolution kahan thay?</w:t>
      </w:r>
    </w:p>
    <w:p>
      <w:pPr>
        <w:jc w:val="right"/>
      </w:pPr>
      <w:r>
        <w:t>دوسرے نے لکھا ہے کہ وہ ریولوشن کہاں تھے؟</w:t>
      </w:r>
    </w:p>
    <w:p>
      <w:r>
        <w:rPr>
          <w:b/>
        </w:rPr>
        <w:t xml:space="preserve">[55:56] </w:t>
      </w:r>
      <w:r>
        <w:t>woh toh coup thay. bas coup ka matlab yeh hota hai ke ek ruling party hat jaye, doosri ruling party us ke paas aa jaye,</w:t>
      </w:r>
    </w:p>
    <w:p>
      <w:pPr>
        <w:jc w:val="right"/>
      </w:pPr>
      <w:r>
        <w:t>وہ تو کوتھ تھے۔ بس کوتھ کا مطلب یہ ہوتا ہے کہ ایک رولنگ پارٹی ہٹ جائے، دوسری رولنگ پارٹی اس کے پاس آ جائے،</w:t>
      </w:r>
    </w:p>
    <w:p>
      <w:r>
        <w:rPr>
          <w:b/>
        </w:rPr>
        <w:t xml:space="preserve">[56:09] </w:t>
      </w:r>
      <w:r>
        <w:t>yani crown badal jaye, takht badal jaye. baqi jo social system hai, jo logon ki zindagi ka jo nizam hai, woh sab waise hi koi baqi rahe,</w:t>
      </w:r>
    </w:p>
    <w:p>
      <w:pPr>
        <w:jc w:val="right"/>
      </w:pPr>
      <w:r>
        <w:t>یعنی کراؤن بدل جائے، تخت بدل جائے۔ باقی جو سوشل سسٹم ہے، جو لوگوں کی زندگیوں کا جو نظام ہے، وہ سب ویسے ہی کوئی باقی رہے،</w:t>
      </w:r>
    </w:p>
    <w:p>
      <w:r>
        <w:rPr>
          <w:b/>
        </w:rPr>
        <w:t xml:space="preserve">[56:25] </w:t>
      </w:r>
      <w:r>
        <w:t>is mein koi tabdeeli na aaye, woh un ka bigaad baqi rahe, woh sab jo jo fasaad hai, woh sab waise hi koi baqi rahe. lekin Rasool Allah ke zariye jo inqilab aaya, woh ek history mein ek exception hai, woh kyunke insaan badla, society badli, samaaj badla, system badla,</w:t>
      </w:r>
    </w:p>
    <w:p>
      <w:pPr>
        <w:jc w:val="right"/>
      </w:pPr>
      <w:r>
        <w:t>اس میں کوئی تبدیلی نہ آئے، وہ ان کا بگاڑ باقی رہے، وہ سب جو جو فساد ہے، وہ سب ویسے ہی کوئی باقی رہے۔ لیکن رسول اللہ کے ذریعے جو انقلاب آیا، وہ ایک ہسٹری میں ایک ایکسیپشن ہے، وہ کہ وہ سچ مچ ریولوشن تھا، وہ کیونکہ انسان بدلا، سوسائٹی بدلی، سماج بدلا، سسٹم بدلا،</w:t>
      </w:r>
    </w:p>
    <w:p>
      <w:r>
        <w:rPr>
          <w:b/>
        </w:rPr>
        <w:t xml:space="preserve">[56:46] </w:t>
      </w:r>
      <w:r>
        <w:t>values badlin, sab kuch badal gaya.</w:t>
      </w:r>
    </w:p>
    <w:p>
      <w:pPr>
        <w:jc w:val="right"/>
      </w:pPr>
      <w:r>
        <w:t>ویلیوز بدلیں، سب کچھ بدل گیا۔</w:t>
      </w:r>
    </w:p>
    <w:p>
      <w:r>
        <w:rPr>
          <w:b/>
        </w:rPr>
        <w:t xml:space="preserve">[56:50] </w:t>
      </w:r>
      <w:r>
        <w:t>toh coup mein sirf ruler badalta hai, ruler aur revolution mein poora samaaj badalta hai. toh poori history mein ek hi revolution hai jis mein ke is mani mein inqilab aaya ke sab kuch badal gaya.</w:t>
      </w:r>
    </w:p>
    <w:p>
      <w:pPr>
        <w:jc w:val="right"/>
      </w:pPr>
      <w:r>
        <w:t>تو کوہ میں صرف رولر بدلتا ہے، رولر اور ریولوشن میں پورا سماج بدلتا ہے۔ تو پوری ہسٹری میں ایک ہی ریولوشن ہے جس میں کہ اس معنی میں انقلاب آیا کہ سب کچھ بدل گیا۔</w:t>
      </w:r>
    </w:p>
    <w:p>
      <w:r>
        <w:rPr>
          <w:b/>
        </w:rPr>
        <w:t xml:space="preserve">[57:06] </w:t>
      </w:r>
      <w:r>
        <w:t>baqi toh woh sab coup thay, coup ziyada aur kuch nahin. kyun? Rasool Allah ne starting point sahi liya.</w:t>
      </w:r>
    </w:p>
    <w:p>
      <w:pPr>
        <w:jc w:val="right"/>
      </w:pPr>
      <w:r>
        <w:t>باقی تو وہ سب کوتھ تھے، کوتھ زیادہ اور کچھ نہیں۔ کیوں؟ رسول اللہ نے سٹارٹنگ پوائنٹ صحیح لیا۔</w:t>
      </w:r>
    </w:p>
    <w:p>
      <w:r>
        <w:rPr>
          <w:b/>
        </w:rPr>
        <w:t xml:space="preserve">[57:15] </w:t>
      </w:r>
      <w:r>
        <w:t>jab bhi starting point aap sahi lenge, tabhi result niklega, nahin toh result nahin niklega. yeh tha sab se bara sabak jo Rasool Allah ke zariye dunya ko hum de sakte thay.</w:t>
      </w:r>
    </w:p>
    <w:p>
      <w:pPr>
        <w:jc w:val="right"/>
      </w:pPr>
      <w:r>
        <w:t>جب بھی سٹارٹنگ پوائنٹ آپ صحیح لیں گے، تبھی رزلٹ نکلے گا، نہیں تو رزلٹ نہیں نکلے گا۔ یہ تھا سب سے بڑا سبق جو رسول اللہ کے ذریعے دنیا کو ہم دے سکتے تھے۔</w:t>
      </w:r>
    </w:p>
    <w:p>
      <w:r>
        <w:rPr>
          <w:b/>
        </w:rPr>
        <w:t xml:space="preserve">[57:26] </w:t>
      </w:r>
      <w:r>
        <w:t>lekin woh jo Muslim leader thay, woh khud wahi karne lage, is ka ulta yani gaadi ko ghore ke aage bandhne lagay. doosre log jo thay, woh yahi kar rahe thay ke gaadi ko ghore ke aage bandh rahe thay, wahi khud Musalmanon ne karna shuru kar diya.</w:t>
      </w:r>
    </w:p>
    <w:p>
      <w:pPr>
        <w:jc w:val="right"/>
      </w:pPr>
      <w:r>
        <w:t>لیکن وہ جو مسلم لیڈر تھے، وہ خود وہی کرنے لگے، اس کا الٹا یعنی گاڑی کو گھوڑے کے آگے باندھنے لگے۔ دوسرے لوگ جو تھے، وہ یہی کر رہے تھے کہ گاڑی کو گھوڑے کے آگے باندھ رہے تھے، وہی خود مسلمانوں نے کرنا شروع کر دیا۔</w:t>
      </w:r>
    </w:p>
    <w:p>
      <w:r>
        <w:rPr>
          <w:b/>
        </w:rPr>
        <w:t xml:space="preserve">[57:46] </w:t>
      </w:r>
      <w:r>
        <w:t>toh dunya ko toh na toh woh khud kuch result nikaal paye, na dunya ko kuch bata paye. woh yahi do sau saal ki kahani hai, abhi tak is ka end nahin hua.</w:t>
      </w:r>
    </w:p>
    <w:p>
      <w:pPr>
        <w:jc w:val="right"/>
      </w:pPr>
      <w:r>
        <w:t>تو دنیا کو تو نہ تو وہ خود کچھ رزلٹ نکال پائے، نہ دنیا کو کچھ بتا پائے۔ وہ یہی دو سو سال کی کہانی ہے، ابھی تک اس کا اینڈ نہیں ہوا۔</w:t>
      </w:r>
    </w:p>
    <w:p>
      <w:r>
        <w:rPr>
          <w:b/>
        </w:rPr>
        <w:t xml:space="preserve">[58:02] </w:t>
      </w:r>
      <w:r>
        <w:t>toh hamara jo mission hai, woh mission yeh hai ke logon ko phir se bataya jaye</w:t>
      </w:r>
    </w:p>
    <w:p>
      <w:pPr>
        <w:jc w:val="right"/>
      </w:pPr>
      <w:r>
        <w:t>تو ہمارا جو مشن ہے، وہ مشن یہ ہے کہ لوگوں کو پھر سے بتایا جائے</w:t>
      </w:r>
    </w:p>
    <w:p>
      <w:r>
        <w:rPr>
          <w:b/>
        </w:rPr>
        <w:t xml:space="preserve">[58:11] </w:t>
      </w:r>
      <w:r>
        <w:t>ke yeh revolution kya tha, kaise aaya</w:t>
      </w:r>
    </w:p>
    <w:p>
      <w:pPr>
        <w:jc w:val="right"/>
      </w:pPr>
      <w:r>
        <w:t>کہ یہ ریولوشن کیا تھا، کیسے آیا</w:t>
      </w:r>
    </w:p>
    <w:p>
      <w:r>
        <w:rPr>
          <w:b/>
        </w:rPr>
        <w:t xml:space="preserve">[58:14] </w:t>
      </w:r>
      <w:r>
        <w:t>aur kis tarah se ab is ko hum repeat kar sakte hain, kaise revive kar sakte hain. yeh hai hamara mission.</w:t>
      </w:r>
    </w:p>
    <w:p>
      <w:pPr>
        <w:jc w:val="right"/>
      </w:pPr>
      <w:r>
        <w:t>اور کس طرح سے اب اس کو ہم ریپیٹ کر سکتے ہیں، کیسے ریوائیو کر سکتے ہیں۔ یہ ہے ہمارا مشن۔</w:t>
      </w:r>
    </w:p>
    <w:p>
      <w:r>
        <w:rPr>
          <w:b/>
        </w:rPr>
        <w:t xml:space="preserve">[58:29] </w:t>
      </w:r>
      <w:r>
        <w:t>toh hum goya ke jo bhoola hua sabak hai, us ko hum yaad dilana chahte hain.</w:t>
      </w:r>
    </w:p>
    <w:p>
      <w:pPr>
        <w:jc w:val="right"/>
      </w:pPr>
      <w:r>
        <w:t>تو ہم گویا کہ جو بھولا ہوا سبق ہے، اس کو ہم یاد دلانا چاہتے ہیں۔</w:t>
      </w:r>
    </w:p>
    <w:p>
      <w:r>
        <w:rPr>
          <w:b/>
        </w:rPr>
        <w:t xml:space="preserve">[58:37] </w:t>
      </w:r>
      <w:r>
        <w:t>yeh hai khulasa hamare is mission ka aur tareekh ka.</w:t>
      </w:r>
    </w:p>
    <w:p>
      <w:pPr>
        <w:jc w:val="right"/>
      </w:pPr>
      <w:r>
        <w:t>یہ ہے خلاصہ ہمارے اس مشن کا اور تاریخ کا۔</w:t>
      </w:r>
    </w:p>
    <w:p>
      <w:r>
        <w:rPr>
          <w:b/>
        </w:rPr>
        <w:t xml:space="preserve">[58:42] </w:t>
      </w:r>
      <w:r>
        <w:t>aqool qawli haza wastaghfirullaha li walakum ajmaeen.</w:t>
      </w:r>
    </w:p>
    <w:p>
      <w:pPr>
        <w:jc w:val="right"/>
      </w:pPr>
      <w:r>
        <w:t>اقول قولیھذا واستغفراللہ لولکم اجمعین۔</w:t>
      </w:r>
    </w:p>
    <w:p>
      <w:r>
        <w:rPr>
          <w:b/>
        </w:rPr>
        <w:t xml:space="preserve">[59:00] </w:t>
      </w:r>
      <w:r>
        <w:t>Siddique, Varun Gandhi spoke a lot against Muslims, and now he is in jail. Muslims did not react</w:t>
      </w:r>
    </w:p>
    <w:p>
      <w:pPr>
        <w:jc w:val="right"/>
      </w:pPr>
      <w:r>
        <w:t>سندھ صدیقی، وارون گاندھی سپوک ا لاٹ اگینسٹ مسلمز، اینڈ ناو ہی از ان جیل۔ مسلمز ڈیڈ ناٹ ری ایکٹ</w:t>
      </w:r>
    </w:p>
    <w:p>
      <w:r>
        <w:rPr>
          <w:b/>
        </w:rPr>
        <w:t xml:space="preserve">[59:11] </w:t>
      </w:r>
      <w:r>
        <w:t>. is this a good sign of non-violence and peace? Maulana, kindly give your comments.</w:t>
      </w:r>
    </w:p>
    <w:p>
      <w:pPr>
        <w:jc w:val="right"/>
      </w:pPr>
      <w:r>
        <w:t>۔ از دس ا گڈ سائن اف نان وائلنس اینڈ پیس؟ مولانا، کائنڈلی گیو یور کمنٹس۔</w:t>
      </w:r>
    </w:p>
    <w:p>
      <w:r>
        <w:rPr>
          <w:b/>
        </w:rPr>
        <w:t xml:space="preserve">[59:23] </w:t>
      </w:r>
      <w:r>
        <w:t>main toh nahin samajhta ke yeh koi good sign hai. good sign hoga jab soch mein badlao aaye. is mein un ka koi role hi nahin tha.</w:t>
      </w:r>
    </w:p>
    <w:p>
      <w:pPr>
        <w:jc w:val="right"/>
      </w:pPr>
      <w:r>
        <w:t>میں تو نہیں سمجھتا کہ یہ کوئی گڈ سائن ہے۔ گڈ سائن ہوگا جب سوچ میں بدلاؤ آئے۔ اس میں ان کا کوئی رول ہی نہیں تھا۔</w:t>
      </w:r>
    </w:p>
    <w:p>
      <w:r>
        <w:rPr>
          <w:b/>
        </w:rPr>
        <w:t xml:space="preserve">[59:34] </w:t>
      </w:r>
      <w:r>
        <w:t>kya karte? woh kuch statement de sakte thay, us se ziyada toh kuch role nahin tha un ka.</w:t>
      </w:r>
    </w:p>
    <w:p>
      <w:pPr>
        <w:jc w:val="right"/>
      </w:pPr>
      <w:r>
        <w:t>کیا کرتے؟ وہ کچھ سٹیٹمنٹ دے سکتے تھے، اس سے زیادہ تو کچھ رول نہیں تھا ان کا۔</w:t>
      </w:r>
    </w:p>
    <w:p>
      <w:r>
        <w:rPr>
          <w:b/>
        </w:rPr>
        <w:t xml:space="preserve">[59:43] </w:t>
      </w:r>
      <w:r>
        <w:t>aap kisi Musalman se miliye aur agar woh positive baat kare toh samjhiye ke change aaya hai. koi bhi jo sadak par chal raha ho ya aap ke paros mein koi rehta ho, kahin bhi jis Musalman se kam az kam mein milta hoon, andar se negative nikalta hai.</w:t>
      </w:r>
    </w:p>
    <w:p>
      <w:pPr>
        <w:jc w:val="right"/>
      </w:pPr>
      <w:r>
        <w:t>آپ کسی مسلمان سے ملیے اور اگر وہ پازیٹیو بات کرے تو سمجھئے کہ چینج آیا ہے۔ کوئی بھی جو سڑک پر چل رہا ہو یا آپ کے پڑوس میں کوئی رہتا ہو، کہیں بھی جس مسلمان سے کم از کم میں ملتا ہوں، اندر سے نیگیٹیو نکلتا ہے۔</w:t>
      </w:r>
    </w:p>
    <w:p>
      <w:r>
        <w:rPr>
          <w:b/>
        </w:rPr>
        <w:t xml:space="preserve">[59:59] </w:t>
      </w:r>
      <w:r>
        <w:t>woh thoda sa scrutiny karne ke baad wahi aadmi jo chup hai, jo aap keh rahe hain, good sign.</w:t>
      </w:r>
    </w:p>
    <w:p>
      <w:pPr>
        <w:jc w:val="right"/>
      </w:pPr>
      <w:r>
        <w:t>وہ تھوڑا سا سکروٹنی کرنے کے بعد وہی آدمی جو چپ ہے، جو آپ کہہ رہے ہیں، گڈ سائن۔</w:t>
      </w:r>
    </w:p>
    <w:p>
      <w:r>
        <w:rPr>
          <w:b/>
        </w:rPr>
        <w:t xml:space="preserve">[1:00:08] </w:t>
      </w:r>
      <w:r>
        <w:t>aap Varun Gandhi ke baray mein us se baat kijiye,</w:t>
      </w:r>
    </w:p>
    <w:p>
      <w:pPr>
        <w:jc w:val="right"/>
      </w:pPr>
      <w:r>
        <w:t>آپ وارون گاندھی کے بارے میں اس سے بات کیجئے،</w:t>
      </w:r>
    </w:p>
    <w:p>
      <w:r>
        <w:rPr>
          <w:b/>
        </w:rPr>
        <w:t xml:space="preserve">[1:00:11] </w:t>
      </w:r>
      <w:r>
        <w:t>bara bhala kahega Varun Gandhi ko. woh</w:t>
      </w:r>
    </w:p>
    <w:p>
      <w:pPr>
        <w:jc w:val="right"/>
      </w:pPr>
      <w:r>
        <w:t>برا بھلا کہے گا وارون گاندھی کو۔ وہ</w:t>
      </w:r>
    </w:p>
    <w:p>
      <w:r>
        <w:rPr>
          <w:b/>
        </w:rPr>
        <w:t xml:space="preserve">[1:00:16] </w:t>
      </w:r>
      <w:r>
        <w:t>agar woh yeh bura bhala na kahe, pers yani baat cheet karne mein, tab mein manunga ke good sign hai. yeh dekhen, asal cheez yeh hai ke is zamane mein har aadmi paisa oriented ban gaya hai, daud raha hai paise ke liye.</w:t>
      </w:r>
    </w:p>
    <w:p>
      <w:pPr>
        <w:jc w:val="right"/>
      </w:pPr>
      <w:r>
        <w:t>اگر وہ یہ برا بھلا نہ کہے، پرس یعنی بات چیت کرنے میں، تب میں مانوں گا کہ گڈ سائن ہے۔ یہ دیکھیں، اصل چیز یہ ہے کہ اس زمانے میں ہر آدمی پیسہ اورینٹڈ بن گیا ہے، دوڑ رہا ہے پیسے کے لیے۔</w:t>
      </w:r>
    </w:p>
    <w:p>
      <w:r>
        <w:rPr>
          <w:b/>
        </w:rPr>
        <w:t xml:space="preserve">[1:00:33] </w:t>
      </w:r>
      <w:r>
        <w:t>isko time nahi ke varun gandhi par bole.</w:t>
      </w:r>
    </w:p>
    <w:p>
      <w:pPr>
        <w:jc w:val="right"/>
      </w:pPr>
      <w:r>
        <w:t>اس کو ٹائم نہیں کہ وارون گاندھی پر بولے۔</w:t>
      </w:r>
    </w:p>
    <w:p>
      <w:r>
        <w:rPr>
          <w:b/>
        </w:rPr>
        <w:t xml:space="preserve">[1:00:36] </w:t>
      </w:r>
      <w:r>
        <w:t>kuch leader log jinka doosra koi kaam nahi, yahi profession inka hai, bolte hain, chhuptay hain, bolte hain, chhuptay hain. baqi log to apna paisa kamane mein lage hue hain.</w:t>
      </w:r>
    </w:p>
    <w:p>
      <w:pPr>
        <w:jc w:val="right"/>
      </w:pPr>
      <w:r>
        <w:t>کچھ لیڈر لوگ جن کا دوسرا کوئی کام نہیں، یہی پروفیشن ان کا ہے، بولتے ہیں، چھپتے ہیں، بولتے ہیں، چھپتے ہیں۔ باقی لوگ تو اپنا پیسہ کمانے میں لگے ہوئے ہیں۔</w:t>
      </w:r>
    </w:p>
    <w:p>
      <w:r>
        <w:rPr>
          <w:b/>
        </w:rPr>
        <w:t xml:space="preserve">[1:00:46] </w:t>
      </w:r>
      <w:r>
        <w:t>ab baat jab karenge to wahi uglenge. hate wali baat hai. is qism ki cheezein kabhi bhi good sign nahi hoti hain. so you have to see the their mind, their thinking,</w:t>
      </w:r>
    </w:p>
    <w:p>
      <w:pPr>
        <w:jc w:val="right"/>
      </w:pPr>
      <w:r>
        <w:t>اب بات جب کریں گے تو وہی اگلیں گے۔ ہیٹ والی بات ہے۔ اس قسم کی چیزیں کبھی بھی گڈ سائن نہیں ہوتی ہیں۔ سو یو ہیو ٹو سی دا دیر مائنڈ، دیر تھنکنگ،</w:t>
      </w:r>
    </w:p>
    <w:p>
      <w:r>
        <w:rPr>
          <w:b/>
        </w:rPr>
        <w:t xml:space="preserve">[1:01:03] </w:t>
      </w:r>
      <w:r>
        <w:t>whether they are thinking in positive term or in negative term.</w:t>
      </w:r>
    </w:p>
    <w:p>
      <w:pPr>
        <w:jc w:val="right"/>
      </w:pPr>
      <w:r>
        <w:t>ویدر دے آر تھنکنگ ان پازیٹیو ٹرم اور ان نیگیٹیو ٹرم۔</w:t>
      </w:r>
    </w:p>
    <w:p>
      <w:r>
        <w:rPr>
          <w:b/>
        </w:rPr>
        <w:t xml:space="preserve">[1:01:08] </w:t>
      </w:r>
      <w:r>
        <w:t>so according to my experience, all the muslim without any exception, they are living in negativity, except those who are attending this class.</w:t>
      </w:r>
    </w:p>
    <w:p>
      <w:pPr>
        <w:jc w:val="right"/>
      </w:pPr>
      <w:r>
        <w:t>سو اکارڈنگ ٹو مائی ایکسپیرینس، ال دا مسلم وداؤٹ اینی ایکسیپشن، دے آر لیونگ ان نیگیٹیوٹی، ایکسیپٹ دوز ہو آر اٹینڈنگ دس کلاس۔</w:t>
      </w:r>
    </w:p>
    <w:p>
      <w:r>
        <w:rPr>
          <w:b/>
        </w:rPr>
        <w:t xml:space="preserve">[1:01:21] </w:t>
      </w:r>
      <w:r>
        <w:t>mister and molvi, religious and secular, both. so these things are not good sign, neither bad sign.</w:t>
      </w:r>
    </w:p>
    <w:p>
      <w:pPr>
        <w:jc w:val="right"/>
      </w:pPr>
      <w:r>
        <w:t>مسٹر اینڈ مولوی، ریلیجیس اینڈ سیکولر، بوتھ۔ سو دیز تھنگز آر ناٹ گڈ سائن، نیدر بیڈ سائن۔</w:t>
      </w:r>
    </w:p>
    <w:p>
      <w:r>
        <w:rPr>
          <w:b/>
        </w:rPr>
        <w:t xml:space="preserve">[1:01:34] </w:t>
      </w:r>
      <w:r>
        <w:t>today, i have expressed that things begin from mind.</w:t>
      </w:r>
    </w:p>
    <w:p>
      <w:pPr>
        <w:jc w:val="right"/>
      </w:pPr>
      <w:r>
        <w:t>ٹوڈے، آئی ہیو ایکسپریسڈ دیٹ تھنگز بگن فرام مائنڈ۔</w:t>
      </w:r>
    </w:p>
    <w:p>
      <w:r>
        <w:rPr>
          <w:b/>
        </w:rPr>
        <w:t xml:space="preserve">[1:01:43] </w:t>
      </w:r>
      <w:r>
        <w:t>so you have to see the mind, that thinking with of. if you find a muslim who thinks in positive term, what is positive term?</w:t>
      </w:r>
    </w:p>
    <w:p>
      <w:pPr>
        <w:jc w:val="right"/>
      </w:pPr>
      <w:r>
        <w:t>سو یو ہیو ٹو سی دا مائنڈ، دیٹ تھنکنگ ود اف۔ اف یو فائنڈ ا مسلم ہو تھنکس ان پازیٹیو ٹرم، واٹ از پازیٹیو ٹرم؟</w:t>
      </w:r>
    </w:p>
    <w:p>
      <w:r>
        <w:rPr>
          <w:b/>
        </w:rPr>
        <w:t xml:space="preserve">[1:01:54] </w:t>
      </w:r>
      <w:r>
        <w:t>what is positive thinking?</w:t>
      </w:r>
    </w:p>
    <w:p>
      <w:pPr>
        <w:jc w:val="right"/>
      </w:pPr>
      <w:r>
        <w:t>واٹ از پازیٹیو تھنکنگ؟</w:t>
      </w:r>
    </w:p>
    <w:p>
      <w:r>
        <w:rPr>
          <w:b/>
        </w:rPr>
        <w:t xml:space="preserve">[1:01:57] </w:t>
      </w:r>
      <w:r>
        <w:t>positive thinking means</w:t>
      </w:r>
    </w:p>
    <w:p>
      <w:pPr>
        <w:jc w:val="right"/>
      </w:pPr>
      <w:r>
        <w:t>پازیٹیو تھنکنگ مینز</w:t>
      </w:r>
    </w:p>
    <w:p>
      <w:r>
        <w:rPr>
          <w:b/>
        </w:rPr>
        <w:t xml:space="preserve">[1:02:02] </w:t>
      </w:r>
      <w:r>
        <w:t>thinking positively even in negative situations,</w:t>
      </w:r>
    </w:p>
    <w:p>
      <w:pPr>
        <w:jc w:val="right"/>
      </w:pPr>
      <w:r>
        <w:t>تھنکنگ پازیٹیولی ایون ان نیگیٹیو سچویشنز،</w:t>
      </w:r>
    </w:p>
    <w:p>
      <w:r>
        <w:rPr>
          <w:b/>
        </w:rPr>
        <w:t xml:space="preserve">[1:02:10] </w:t>
      </w:r>
      <w:r>
        <w:t>because negative, negative experience, negative things are part of history, part of society.</w:t>
      </w:r>
    </w:p>
    <w:p>
      <w:pPr>
        <w:jc w:val="right"/>
      </w:pPr>
      <w:r>
        <w:t>بیکاز نیگیٹیو، نیگیٹیو ایکسپیرینس، نیگیٹیو تھنگز آر پارٹ اف ہسٹری، پارٹ اف سوسائٹی۔</w:t>
      </w:r>
    </w:p>
    <w:p>
      <w:r>
        <w:rPr>
          <w:b/>
        </w:rPr>
        <w:t xml:space="preserve">[1:02:23] </w:t>
      </w:r>
      <w:r>
        <w:t>so you can not eliminate those negative things.</w:t>
      </w:r>
    </w:p>
    <w:p>
      <w:pPr>
        <w:jc w:val="right"/>
      </w:pPr>
      <w:r>
        <w:t>سو یو کین ناٹ ایلیمینیٹ دوز نیگیٹیو تھنگز۔</w:t>
      </w:r>
    </w:p>
    <w:p>
      <w:r>
        <w:rPr>
          <w:b/>
        </w:rPr>
        <w:t xml:space="preserve">[1:02:28] </w:t>
      </w:r>
      <w:r>
        <w:t>everyone is varun gandhi.</w:t>
      </w:r>
    </w:p>
    <w:p>
      <w:pPr>
        <w:jc w:val="right"/>
      </w:pPr>
      <w:r>
        <w:t>ایوری ون از وارون گاندھی۔</w:t>
      </w:r>
    </w:p>
    <w:p>
      <w:r>
        <w:rPr>
          <w:b/>
        </w:rPr>
        <w:t xml:space="preserve">[1:02:36] </w:t>
      </w:r>
      <w:r>
        <w:t>so muslims must adopt this kind of formula, living in positivity even in negative situations.</w:t>
      </w:r>
    </w:p>
    <w:p>
      <w:pPr>
        <w:jc w:val="right"/>
      </w:pPr>
      <w:r>
        <w:t>سو مسلمز مسٹ اڈاپٹ دس کائنڈ اف فارمولا، لیونگ ان پازیٹیوٹی ایون ان نیگیٹیو سچویشنز۔</w:t>
      </w:r>
    </w:p>
    <w:p>
      <w:r>
        <w:rPr>
          <w:b/>
        </w:rPr>
        <w:t xml:space="preserve">[1:02:49] </w:t>
      </w:r>
      <w:r>
        <w:t>then it is a good sign, then it is a sign of change.</w:t>
      </w:r>
    </w:p>
    <w:p>
      <w:pPr>
        <w:jc w:val="right"/>
      </w:pPr>
      <w:r>
        <w:t>دین اٹ از ا گڈ سائن، دین اٹ از ا سائن اف چینج۔</w:t>
      </w:r>
    </w:p>
    <w:p>
      <w:r>
        <w:rPr>
          <w:b/>
        </w:rPr>
        <w:t xml:space="preserve">[1:02:55] </w:t>
      </w:r>
      <w:r>
        <w:t>i don't think that presence and situation is a sign. it is good sign, neither bad sign. they are engaged in paisa, in money, that's all.</w:t>
      </w:r>
    </w:p>
    <w:p>
      <w:pPr>
        <w:jc w:val="right"/>
      </w:pPr>
      <w:r>
        <w:t>آئی ڈونٹ تھنک دیٹ پریزنس اینڈ سچویشن از ا سائن۔ اٹ از گڈ سائن، نیدر بیڈ سائن۔ دے آر انگیجڈ ان پیسہ، ان منی، دیٹس ال۔</w:t>
      </w:r>
    </w:p>
    <w:p>
      <w:r>
        <w:rPr>
          <w:b/>
        </w:rPr>
        <w:t xml:space="preserve">[1:03:08] </w:t>
      </w:r>
      <w:r>
        <w:t>they have no time for other things. so i can't say that these good sign, it simply is nothing.</w:t>
      </w:r>
    </w:p>
    <w:p>
      <w:pPr>
        <w:jc w:val="right"/>
      </w:pPr>
      <w:r>
        <w:t>دے ہیو نو ٹائم فار ادر تھنگز۔ سو آئی کینٹ سی دیٹ دیز گڈ سائن، اٹ سمپلی از نتھنگ۔</w:t>
      </w:r>
    </w:p>
    <w:p>
      <w:r>
        <w:rPr>
          <w:b/>
        </w:rPr>
        <w:t xml:space="preserve">[1:03:21] </w:t>
      </w:r>
      <w:r>
        <w:t>this question is from Maulana Zakwan</w:t>
      </w:r>
    </w:p>
    <w:p>
      <w:pPr>
        <w:jc w:val="right"/>
      </w:pPr>
      <w:r>
        <w:t>دس کوئسچن از فرام مولانا زکوان</w:t>
      </w:r>
    </w:p>
    <w:p>
      <w:r>
        <w:rPr>
          <w:b/>
        </w:rPr>
        <w:t xml:space="preserve">[1:03:24] </w:t>
      </w:r>
      <w:r>
        <w:t>. how should or how can we give our best to God?</w:t>
      </w:r>
    </w:p>
    <w:p>
      <w:pPr>
        <w:jc w:val="right"/>
      </w:pPr>
      <w:r>
        <w:t>۔ ہاؤ شوڈ اور ہاؤ کین وی گیو اور بیسٹ ٹو گاڈ؟</w:t>
      </w:r>
    </w:p>
    <w:p>
      <w:r>
        <w:rPr>
          <w:b/>
        </w:rPr>
        <w:t xml:space="preserve">[1:03:38] </w:t>
      </w:r>
      <w:r>
        <w:t>i think that everyone is giving his best to to to someone, for example, to his children, to his family.</w:t>
      </w:r>
    </w:p>
    <w:p>
      <w:pPr>
        <w:jc w:val="right"/>
      </w:pPr>
      <w:r>
        <w:t>آئی تھنک دیٹ ایوری ون از گیونگ ہز بیسٹ ٹو ٹو ٹو سم ون، فار ایگزیمپل، ٹو ہز چلڈرن، ٹو ہز فیملی۔</w:t>
      </w:r>
    </w:p>
    <w:p>
      <w:r>
        <w:rPr>
          <w:b/>
        </w:rPr>
        <w:t xml:space="preserve">[1:03:49] </w:t>
      </w:r>
      <w:r>
        <w:t>so in Islam, it is, it is, it is shirk, shirk khufiya, shirk jali, direct ya indirect.</w:t>
      </w:r>
    </w:p>
    <w:p>
      <w:pPr>
        <w:jc w:val="right"/>
      </w:pPr>
      <w:r>
        <w:t>سو ان اسلام، اٹ از، اٹ از، اٹ از شرک، شرک خفیہ، شرک جلی، ڈائریکٹ یا ان ڈائریکٹ۔</w:t>
      </w:r>
    </w:p>
    <w:p>
      <w:r>
        <w:rPr>
          <w:b/>
        </w:rPr>
        <w:t xml:space="preserve">[1:04:03] </w:t>
      </w:r>
      <w:r>
        <w:t>so already you know, already everyone knows what is my best in how i can give my best to someone.</w:t>
      </w:r>
    </w:p>
    <w:p>
      <w:pPr>
        <w:jc w:val="right"/>
      </w:pPr>
      <w:r>
        <w:t>سو الریڈی یو نو، الریڈی ایوری ون نوز واٹ از مائی بیسٹ ان ہاؤ آئی کین گیو مائی بیسٹ ٹو سم ون۔</w:t>
      </w:r>
    </w:p>
    <w:p>
      <w:r>
        <w:rPr>
          <w:b/>
        </w:rPr>
        <w:t xml:space="preserve">[1:04:14] </w:t>
      </w:r>
      <w:r>
        <w:t>everyone is giving his best to someone, especially for his family, his children, his relatives. so you have to, you have to, you have to divert distance from from your family to to God.</w:t>
      </w:r>
    </w:p>
    <w:p>
      <w:pPr>
        <w:jc w:val="right"/>
      </w:pPr>
      <w:r>
        <w:t>ایوری ون از گیونگ ہز بیسٹ ٹو سم ون، اسپیشلی فار ہز فیملی، ہز چلڈرن، ہز ریلیٹوز۔ سو یو ہیو ٹو، یو ہیو ٹو، یو ہیو ٹو ڈائیورٹ ڈسٹنس فرام فرام یور فیملی ٹو ٹو گاڈ۔</w:t>
      </w:r>
    </w:p>
    <w:p>
      <w:r>
        <w:rPr>
          <w:b/>
        </w:rPr>
        <w:t xml:space="preserve">[1:04:37] </w:t>
      </w:r>
      <w:r>
        <w:t>it not very, very, it not, it is not very ambiguous, it is very clear.</w:t>
      </w:r>
    </w:p>
    <w:p>
      <w:pPr>
        <w:jc w:val="right"/>
      </w:pPr>
      <w:r>
        <w:t>اٹ ناٹ ویری، ویری، اٹ ناٹ، اٹ از ناٹ ویری ایمبیگوس، اٹ از ویری کلیئر۔</w:t>
      </w:r>
    </w:p>
    <w:p>
      <w:r>
        <w:rPr>
          <w:b/>
        </w:rPr>
        <w:t xml:space="preserve">[1:04:50] </w:t>
      </w:r>
      <w:r>
        <w:t>giving the best means making your supreme concern.</w:t>
      </w:r>
    </w:p>
    <w:p>
      <w:pPr>
        <w:jc w:val="right"/>
      </w:pPr>
      <w:r>
        <w:t>گیونگ دا بیسٹ مینز میکنگ یور سپریم کنسرن۔</w:t>
      </w:r>
    </w:p>
    <w:p>
      <w:r>
        <w:rPr>
          <w:b/>
        </w:rPr>
        <w:t xml:space="preserve">[1:04:58] </w:t>
      </w:r>
      <w:r>
        <w:t>so a momin is one who makes God his soul concern. He is a believer, he is a momin.</w:t>
      </w:r>
    </w:p>
    <w:p>
      <w:pPr>
        <w:jc w:val="right"/>
      </w:pPr>
      <w:r>
        <w:t>سو ا مومن از ون ہو میکس گاڈ ہز سول کنسرن۔ ہی از ا بیلیور، ہی از ا مومن۔</w:t>
      </w:r>
    </w:p>
    <w:p>
      <w:r>
        <w:rPr>
          <w:b/>
        </w:rPr>
        <w:t xml:space="preserve">[1:05:09] </w:t>
      </w:r>
      <w:r>
        <w:t>simply doing some rituals, some, some, some form, that nothing.</w:t>
      </w:r>
    </w:p>
    <w:p>
      <w:pPr>
        <w:jc w:val="right"/>
      </w:pPr>
      <w:r>
        <w:t>سمپلی ڈوئنگ سم ریچولز، سم، سم، سم فارم، دیٹ نتھنگ۔</w:t>
      </w:r>
    </w:p>
    <w:p>
      <w:r>
        <w:rPr>
          <w:b/>
        </w:rPr>
        <w:t xml:space="preserve">[1:05:20] </w:t>
      </w:r>
      <w:r>
        <w:t>you have to change your mind, you have to change your heart. Here from here begins the faith, from here begins the religion, from here begins the divine pattern of life.</w:t>
      </w:r>
    </w:p>
    <w:p>
      <w:pPr>
        <w:jc w:val="right"/>
      </w:pPr>
      <w:r>
        <w:t>یو ہیو ٹو چینج یور مائنڈ، یو ہیو ٹو چینج یور ہارٹ۔ ہیر فرام ہیر بگنس دا فیتھ، فرام ہیر بگنس دا ریلیجن، فرام ہیر بگنس دا ڈیوائن پیٹرن اف لائف۔</w:t>
      </w:r>
    </w:p>
    <w:p>
      <w:r>
        <w:rPr>
          <w:b/>
        </w:rPr>
        <w:t xml:space="preserve">[1:05:39] </w:t>
      </w:r>
      <w:r>
        <w:t>so everyone,</w:t>
      </w:r>
    </w:p>
    <w:p>
      <w:pPr>
        <w:jc w:val="right"/>
      </w:pPr>
      <w:r>
        <w:t>سو ایوری ون،</w:t>
      </w:r>
    </w:p>
    <w:p>
      <w:r>
        <w:rPr>
          <w:b/>
        </w:rPr>
        <w:t xml:space="preserve">[1:05:43] </w:t>
      </w:r>
      <w:r>
        <w:t>everyone</w:t>
      </w:r>
    </w:p>
    <w:p>
      <w:pPr>
        <w:jc w:val="right"/>
      </w:pPr>
      <w:r>
        <w:t>ایوری ون</w:t>
      </w:r>
    </w:p>
    <w:p>
      <w:r>
        <w:rPr>
          <w:b/>
        </w:rPr>
        <w:t xml:space="preserve">[1:05:48] </w:t>
      </w:r>
      <w:r>
        <w:t>knows what is his best</w:t>
      </w:r>
    </w:p>
    <w:p>
      <w:pPr>
        <w:jc w:val="right"/>
      </w:pPr>
      <w:r>
        <w:t>نوز واٹ از ہز بیسٹ</w:t>
      </w:r>
    </w:p>
    <w:p>
      <w:r>
        <w:rPr>
          <w:b/>
        </w:rPr>
        <w:t xml:space="preserve">[1:05:50] </w:t>
      </w:r>
      <w:r>
        <w:t>. The only thing that he is giving his best to someone else and not God who creator.</w:t>
      </w:r>
    </w:p>
    <w:p>
      <w:pPr>
        <w:jc w:val="right"/>
      </w:pPr>
      <w:r>
        <w:t>۔ دا اونلی تھنگ دیٹ ہی از گیونگ ہز بیسٹ ٹو سم ون ایلس اینڈ ناٹ گاڈ ہو کریٹر۔</w:t>
      </w:r>
    </w:p>
    <w:p>
      <w:r>
        <w:rPr>
          <w:b/>
        </w:rPr>
        <w:t xml:space="preserve">[1:06:00] </w:t>
      </w:r>
      <w:r>
        <w:t>God is creator, God has created you, your children, your family. Everything was created by God.</w:t>
      </w:r>
    </w:p>
    <w:p>
      <w:pPr>
        <w:jc w:val="right"/>
      </w:pPr>
      <w:r>
        <w:t>گاڈ از کریٹر، گاڈ ہیز کریٹڈ یو، یور چلڈرن، یور فیملی۔ ایوری تھنگ واز کریٹڈ بائی گاڈ۔</w:t>
      </w:r>
    </w:p>
    <w:p>
      <w:r>
        <w:rPr>
          <w:b/>
        </w:rPr>
        <w:t xml:space="preserve">[1:06:11] </w:t>
      </w:r>
      <w:r>
        <w:t>so you have to give your best to God and not to someone else.</w:t>
      </w:r>
    </w:p>
    <w:p>
      <w:pPr>
        <w:jc w:val="right"/>
      </w:pPr>
      <w:r>
        <w:t>سو یو ہیو ٹو گیو یور بیسٹ ٹو گاڈ اینڈ ناٹ ٹو سم ون ایلس۔</w:t>
      </w:r>
    </w:p>
    <w:p>
      <w:r>
        <w:rPr>
          <w:b/>
        </w:rPr>
        <w:t xml:space="preserve">[1:06:17] </w:t>
      </w:r>
      <w:r>
        <w:t>this dishonesty,</w:t>
      </w:r>
    </w:p>
    <w:p>
      <w:pPr>
        <w:jc w:val="right"/>
      </w:pPr>
      <w:r>
        <w:t>دس ڈس ہونسٹی،</w:t>
      </w:r>
    </w:p>
    <w:p>
      <w:r>
        <w:rPr>
          <w:b/>
        </w:rPr>
        <w:t xml:space="preserve">[1:06:21] </w:t>
      </w:r>
      <w:r>
        <w:t>it depends upon your thinking. If you think, if you are sincere, then you can understand easily what your best, how you can give your best to God.</w:t>
      </w:r>
    </w:p>
    <w:p>
      <w:pPr>
        <w:jc w:val="right"/>
      </w:pPr>
      <w:r>
        <w:t>اٹ ڈیپینڈز اپون یور تھنکنگ۔ اف یو تھنک، اف یو آر سنسیر، دین یو کین انڈرسٹینڈ ایزیلی واٹ یور بیسٹ، ہاؤ یو کین گیو یور بیسٹ ٹو گاڈ۔</w:t>
      </w:r>
    </w:p>
    <w:p>
      <w:r>
        <w:rPr>
          <w:b/>
        </w:rPr>
        <w:t xml:space="preserve">[1:06:38] </w:t>
      </w:r>
      <w:r>
        <w:t>it is not difficult task, it is very easy task.</w:t>
      </w:r>
    </w:p>
    <w:p>
      <w:pPr>
        <w:jc w:val="right"/>
      </w:pPr>
      <w:r>
        <w:t>اٹ از ناٹ ڈیفیکلٹ ٹاسک، اٹ از ویری ایزی ٹاسک۔</w:t>
      </w:r>
    </w:p>
    <w:p>
      <w:r>
        <w:rPr>
          <w:b/>
        </w:rPr>
        <w:t xml:space="preserve">[1:06:43] </w:t>
      </w:r>
      <w:r>
        <w:t>only applying by your common sense, you can understand it. This question is from Mr Nafees Shiraz.</w:t>
      </w:r>
    </w:p>
    <w:p>
      <w:pPr>
        <w:jc w:val="right"/>
      </w:pPr>
      <w:r>
        <w:t>اونلی اپلائینگ بائی یور کامن سینس، یو کین انڈرسٹینڈ اٹ۔ دس کوئسچن از فرام مسٹر نفیس شیراز۔</w:t>
      </w:r>
    </w:p>
    <w:p>
      <w:r>
        <w:rPr>
          <w:b/>
        </w:rPr>
        <w:t xml:space="preserve">[1:06:55] </w:t>
      </w:r>
      <w:r>
        <w:t>meri bhatiji abshar zyada tar top aur jeans pehanna pasand karti hai, yani aaj kal jaisa chalan mein hai, tight top jeans.</w:t>
      </w:r>
    </w:p>
    <w:p>
      <w:pPr>
        <w:jc w:val="right"/>
      </w:pPr>
      <w:r>
        <w:t>میری بھتیجی ابشار زیادہ تر ٹاپ اور جینز پہننا پسند کرتی ہے، یعنی آج کل جیسا چلن میں ہے، ٹائٹ ٹاپ جینز۔</w:t>
      </w:r>
    </w:p>
    <w:p>
      <w:r>
        <w:rPr>
          <w:b/>
        </w:rPr>
        <w:t xml:space="preserve">[1:07:07] </w:t>
      </w:r>
      <w:r>
        <w:t>lekin bohat se log is par aitraaz karte hain</w:t>
      </w:r>
    </w:p>
    <w:p>
      <w:pPr>
        <w:jc w:val="right"/>
      </w:pPr>
      <w:r>
        <w:t>لیکن بہت سے لوگ اس پر اعتراض کرتے ہیں</w:t>
      </w:r>
    </w:p>
    <w:p>
      <w:r>
        <w:rPr>
          <w:b/>
        </w:rPr>
        <w:t xml:space="preserve">[1:07:10] </w:t>
      </w:r>
      <w:r>
        <w:t>, kehte hain ke yeh libaas Islami shariyat ke mutabiq theek nahi hai. Baraye karam batayein, kya Islam kisi مخصوص libaas pehanne ki hidayat deta hai?</w:t>
      </w:r>
    </w:p>
    <w:p>
      <w:pPr>
        <w:jc w:val="right"/>
      </w:pPr>
      <w:r>
        <w:t>، کہتے ہیں کہ یہ لباس اسلامی شریعت کے مطابق ٹھیک نہیں ہے۔ برائے کرم بتائیں، کیا اسلام کسی مخصوص لباس پہننے کی ہدایت دیتا ہے؟</w:t>
      </w:r>
    </w:p>
    <w:p>
      <w:r>
        <w:rPr>
          <w:b/>
        </w:rPr>
        <w:t xml:space="preserve">[1:07:25] </w:t>
      </w:r>
      <w:r>
        <w:t>as there is a in Islamic dress, but you cannot start from dress.</w:t>
      </w:r>
    </w:p>
    <w:p>
      <w:pPr>
        <w:jc w:val="right"/>
      </w:pPr>
      <w:r>
        <w:t>ایس دیر از ا ان اسلامک ڈریس، بٹ یو کین ناٹ سٹارٹ فرام ڈریس۔</w:t>
      </w:r>
    </w:p>
    <w:p>
      <w:r>
        <w:rPr>
          <w:b/>
        </w:rPr>
        <w:t xml:space="preserve">[1:07:38] </w:t>
      </w:r>
      <w:r>
        <w:t>it is possible,</w:t>
      </w:r>
    </w:p>
    <w:p>
      <w:pPr>
        <w:jc w:val="right"/>
      </w:pPr>
      <w:r>
        <w:t>اٹ از پوسیبل،</w:t>
      </w:r>
    </w:p>
    <w:p>
      <w:r>
        <w:rPr>
          <w:b/>
        </w:rPr>
        <w:t xml:space="preserve">[1:07:39] </w:t>
      </w:r>
      <w:r>
        <w:t>you have to first of all, you have to change the mind.</w:t>
      </w:r>
    </w:p>
    <w:p>
      <w:pPr>
        <w:jc w:val="right"/>
      </w:pPr>
      <w:r>
        <w:t>یو ہیو ٹو فرسٹ اف ال، یو ہیو ٹو چینج دا مائنڈ۔</w:t>
      </w:r>
    </w:p>
    <w:p>
      <w:r>
        <w:rPr>
          <w:b/>
        </w:rPr>
        <w:t xml:space="preserve">[1:07:44] </w:t>
      </w:r>
      <w:r>
        <w:t>before changing the mind, you can't change the dress. These people always try to change the dress of the children.</w:t>
      </w:r>
    </w:p>
    <w:p>
      <w:pPr>
        <w:jc w:val="right"/>
      </w:pPr>
      <w:r>
        <w:t>بیفور چینجنگ دا مائنڈ، یو کینٹ چینج دا ڈریس۔ دیز پیپل الویز ٹرائی ٹو چینج دا ڈریس اف دا چلڈرن۔</w:t>
      </w:r>
    </w:p>
    <w:p>
      <w:r>
        <w:rPr>
          <w:b/>
        </w:rPr>
        <w:t xml:space="preserve">[1:07:56] </w:t>
      </w:r>
      <w:r>
        <w:t>it is impossible. Some mufti issued fatwa that the dress of Sania Mirza is un Islamic. It is nonsense.</w:t>
      </w:r>
    </w:p>
    <w:p>
      <w:pPr>
        <w:jc w:val="right"/>
      </w:pPr>
      <w:r>
        <w:t>اٹ از امپوسیبل۔ سم مفتی ایشوڈ فتوی کہ دا ڈریس اف ثانی مرزا از ان اسلامک۔ اٹ از نان سینس۔</w:t>
      </w:r>
    </w:p>
    <w:p>
      <w:r>
        <w:rPr>
          <w:b/>
        </w:rPr>
        <w:t xml:space="preserve">[1:08:06] </w:t>
      </w:r>
      <w:r>
        <w:t>you cannot start from this fatwa. No mufti was, no mufti bother to take appointment and preach the Islamic trust to Sania Mirza.</w:t>
      </w:r>
    </w:p>
    <w:p>
      <w:pPr>
        <w:jc w:val="right"/>
      </w:pPr>
      <w:r>
        <w:t>یو کین ناٹ سٹارٹ فرام دس فتوی۔ نو مفتی واز، نو مفتی بادر ٹو ٹیک اپوائنٹمنٹ اینڈ پریچ دا اسلامک ٹرسٹ ٹو ثانی مرزا۔</w:t>
      </w:r>
    </w:p>
    <w:p>
      <w:r>
        <w:rPr>
          <w:b/>
        </w:rPr>
        <w:t xml:space="preserve">[1:08:19] </w:t>
      </w:r>
      <w:r>
        <w:t>simply they issue a fatwa. It is nonsense.</w:t>
      </w:r>
    </w:p>
    <w:p>
      <w:pPr>
        <w:jc w:val="right"/>
      </w:pPr>
      <w:r>
        <w:t>سمپلی دے ایشو ا فتوی۔ اٹ از نان سینس۔</w:t>
      </w:r>
    </w:p>
    <w:p>
      <w:r>
        <w:rPr>
          <w:b/>
        </w:rPr>
        <w:t xml:space="preserve">[1:08:25] </w:t>
      </w:r>
      <w:r>
        <w:t>so if you want to, if you want to, if you want to bring about change in dress, first of all, you have to bring about change in the mind, in the thinking.</w:t>
      </w:r>
    </w:p>
    <w:p>
      <w:pPr>
        <w:jc w:val="right"/>
      </w:pPr>
      <w:r>
        <w:t>سو اف یو وانٹ ٹو، اف یو وانٹ ٹو، اف یو وانٹ ٹو برنگ اباؤٹ چینج ان ڈریس، فرسٹ اف ال، یو ہیو ٹو برنگ اباؤٹ چینج ان دا مائنڈ، ان دا تھنکنگ۔</w:t>
      </w:r>
    </w:p>
    <w:p>
      <w:r>
        <w:rPr>
          <w:b/>
        </w:rPr>
        <w:t xml:space="preserve">[1:08:38] </w:t>
      </w:r>
      <w:r>
        <w:t>otherwise, it is putting the card before the horse. it is impossible, it is unnatural. moreover, i would like to set that in islamic, not the prophetic pattern</w:t>
      </w:r>
    </w:p>
    <w:p>
      <w:pPr>
        <w:jc w:val="right"/>
      </w:pPr>
      <w:r>
        <w:t>ادروائز، اٹ از پٹنگ دا کارڈ بیفور دی ہارس۔ اٹ از امپوسیبل، اٹ از ان نیچرل۔ مور اوور، آئی وڈ لائک ٹو سیٹ دیٹ ان اسلامک، ناٹ دا پرافٹک پیٹرن</w:t>
      </w:r>
    </w:p>
    <w:p>
      <w:r>
        <w:rPr>
          <w:b/>
        </w:rPr>
        <w:t xml:space="preserve">[1:08:54] </w:t>
      </w:r>
      <w:r>
        <w:t>. prophet tried to first of all, tried to change the mind of people, and you are trying to change the dress.</w:t>
      </w:r>
    </w:p>
    <w:p>
      <w:pPr>
        <w:jc w:val="right"/>
      </w:pPr>
      <w:r>
        <w:t>۔ پرافٹ ٹرائی ٹو فرسٹ اف ال، ٹرائی ٹو چینج دا مائنڈ اف پیپل، اینڈ یو آر ٹرائنگ ٹو چینج دا ڈریس۔</w:t>
      </w:r>
    </w:p>
    <w:p>
      <w:r>
        <w:rPr>
          <w:b/>
        </w:rPr>
        <w:t xml:space="preserve">[1:09:05] </w:t>
      </w:r>
      <w:r>
        <w:t>this is not prophetic pattern.</w:t>
      </w:r>
    </w:p>
    <w:p>
      <w:pPr>
        <w:jc w:val="right"/>
      </w:pPr>
      <w:r>
        <w:t>دس از ناٹ پرافٹک پیٹرن۔</w:t>
      </w:r>
    </w:p>
    <w:p>
      <w:r>
        <w:rPr>
          <w:b/>
        </w:rPr>
        <w:t xml:space="preserve">[1:09:09] </w:t>
      </w:r>
      <w:r>
        <w:t>so it is unwanted, unnatural, and i don't believe that this kind of</w:t>
      </w:r>
    </w:p>
    <w:p>
      <w:pPr>
        <w:jc w:val="right"/>
      </w:pPr>
      <w:r>
        <w:t>سو اٹ از انوانٹڈ، ان نیچرل، اینڈ آئی ڈونٹ بیلیو دیٹ دس کائنڈ اف</w:t>
      </w:r>
    </w:p>
    <w:p>
      <w:r>
        <w:rPr>
          <w:b/>
        </w:rPr>
        <w:t xml:space="preserve">[1:09:24] </w:t>
      </w:r>
      <w:r>
        <w:t>method can bring about any result. this question is from doctor farida khanum. please explain how to develop god oriented thinking in this material environment.</w:t>
      </w:r>
    </w:p>
    <w:p>
      <w:pPr>
        <w:jc w:val="right"/>
      </w:pPr>
      <w:r>
        <w:t>میتھڈ کین برنگ اباؤٹ اینی رزلٹ۔ دس کوئسچن از فرام ڈاکٹر فریدہ خانم۔ پلیز ایکسپلین ہاؤ ٹو ڈیویلپ گاڈ اورینٹڈ تھنکنگ ان دس مٹیریل انوائرمنٹ۔</w:t>
      </w:r>
    </w:p>
    <w:p>
      <w:r>
        <w:rPr>
          <w:b/>
        </w:rPr>
        <w:t xml:space="preserve">[1:09:39] </w:t>
      </w:r>
      <w:r>
        <w:t>i think that first of all, we have to study what is life, what is religious teachings.</w:t>
      </w:r>
    </w:p>
    <w:p>
      <w:pPr>
        <w:jc w:val="right"/>
      </w:pPr>
      <w:r>
        <w:t>آئی تھنک دیٹ فرسٹ اف ال، وی ہیو ٹو اسٹڈی واٹ از لائف، واٹ از ریلیجس ٹیچنگز۔</w:t>
      </w:r>
    </w:p>
    <w:p>
      <w:r>
        <w:rPr>
          <w:b/>
        </w:rPr>
        <w:t xml:space="preserve">[1:09:51] </w:t>
      </w:r>
      <w:r>
        <w:t>we have to study quran and hadith, and also other literatures. so everything depend on mind, everything depends on mind,</w:t>
      </w:r>
    </w:p>
    <w:p>
      <w:pPr>
        <w:jc w:val="right"/>
      </w:pPr>
      <w:r>
        <w:t>وی ہیو ٹو اسٹڈی قرآن اینڈ حدیث، اینڈ السو ادر لٹریچرز۔ سو ایوری تھنگ ڈیپینڈ ان مائنڈ، ایوری تھنگ ڈیپینڈز ان مائنڈ،</w:t>
      </w:r>
    </w:p>
    <w:p>
      <w:r>
        <w:rPr>
          <w:b/>
        </w:rPr>
        <w:t xml:space="preserve">[1:10:05] </w:t>
      </w:r>
      <w:r>
        <w:t>until you have. you have change your mind, no practical result is possible.</w:t>
      </w:r>
    </w:p>
    <w:p>
      <w:pPr>
        <w:jc w:val="right"/>
      </w:pPr>
      <w:r>
        <w:t>انٹل یو ہیو۔ یو ہیو چینج یور مائنڈ، نو پریکٹیکل رزلٹ از پوسیبل۔</w:t>
      </w:r>
    </w:p>
    <w:p>
      <w:r>
        <w:rPr>
          <w:b/>
        </w:rPr>
        <w:t xml:space="preserve">[1:10:17] </w:t>
      </w:r>
      <w:r>
        <w:t>people are quite unaware what is the religious teachings. even muslims only yani reside quran, but they don't try to study the quran.</w:t>
      </w:r>
    </w:p>
    <w:p>
      <w:pPr>
        <w:jc w:val="right"/>
      </w:pPr>
      <w:r>
        <w:t>پیپل آر کوائٹ ان ایویر واٹ از دا ریلیجس ٹیچنگز۔ ایون مسلمز اونلی یعنی ریسائیڈ قرآن، بٹ دے ڈونٹ ٹرائی ٹو اسٹڈی دا قرآن۔</w:t>
      </w:r>
    </w:p>
    <w:p>
      <w:r>
        <w:rPr>
          <w:b/>
        </w:rPr>
        <w:t xml:space="preserve">[1:10:30] </w:t>
      </w:r>
      <w:r>
        <w:t>so they know, they are quite unaware what is the teaching of islam, what is the teaching of the quran. once i happen to meet a gentleman, he said that i read quran every day, every day,</w:t>
      </w:r>
    </w:p>
    <w:p>
      <w:pPr>
        <w:jc w:val="right"/>
      </w:pPr>
      <w:r>
        <w:t>سو دے نو، دے آر کوائٹ ان ایویر واٹ از دا ٹیچنگ اف اسلام، واٹ از دا ٹیچنگ اف دا قرآن۔ ونس آئی ہیپن ٹو میٹ ا جٹلمین، ہی سیڈ دیٹ آئی ریڈ قرآن ایوری ڈے، ایوری ڈے،</w:t>
      </w:r>
    </w:p>
    <w:p>
      <w:r>
        <w:rPr>
          <w:b/>
        </w:rPr>
        <w:t xml:space="preserve">[1:10:49] </w:t>
      </w:r>
      <w:r>
        <w:t>and since 20 years, i said that what is the gist of the quran.</w:t>
      </w:r>
    </w:p>
    <w:p>
      <w:pPr>
        <w:jc w:val="right"/>
      </w:pPr>
      <w:r>
        <w:t>اینڈ سنس 20 ایئرز، آئی سیڈ دیٹ واٹ از دا جسٹ اف دا قرآن۔</w:t>
      </w:r>
    </w:p>
    <w:p>
      <w:r>
        <w:rPr>
          <w:b/>
        </w:rPr>
        <w:t xml:space="preserve">[1:10:59] </w:t>
      </w:r>
      <w:r>
        <w:t>he said, i read it only for barkah, for blessing. i never tried my mind to understand what is the gist of the quran.</w:t>
      </w:r>
    </w:p>
    <w:p>
      <w:pPr>
        <w:jc w:val="right"/>
      </w:pPr>
      <w:r>
        <w:t>ہی سیڈ، آئی ریڈ اٹ اونلی فار برکہ، فار بلیسنگ۔ آئی نیور ٹرائیڈ مائی مائنڈ ٹو انڈرسٹینڈ واٹ از دا جسٹ اف دا قرآن۔</w:t>
      </w:r>
    </w:p>
    <w:p>
      <w:r>
        <w:rPr>
          <w:b/>
        </w:rPr>
        <w:t xml:space="preserve">[1:11:10] </w:t>
      </w:r>
      <w:r>
        <w:t>so people, people</w:t>
      </w:r>
    </w:p>
    <w:p>
      <w:pPr>
        <w:jc w:val="right"/>
      </w:pPr>
      <w:r>
        <w:t>سو پیپل، پیپل</w:t>
      </w:r>
    </w:p>
    <w:p>
      <w:r>
        <w:rPr>
          <w:b/>
        </w:rPr>
        <w:t xml:space="preserve">[1:11:16] </w:t>
      </w:r>
      <w:r>
        <w:t>apply their mind in other issues. they don't try to apply their mind in these issues.</w:t>
      </w:r>
    </w:p>
    <w:p>
      <w:pPr>
        <w:jc w:val="right"/>
      </w:pPr>
      <w:r>
        <w:t>اپلائی دیر مائنڈ ان ادر ایشوز۔ دے ڈونٹ ٹرائی ٹو اپلائی دیر مائنڈ ان دیز ایشوز۔</w:t>
      </w:r>
    </w:p>
    <w:p>
      <w:r>
        <w:rPr>
          <w:b/>
        </w:rPr>
        <w:t xml:space="preserve">[1:11:26] </w:t>
      </w:r>
      <w:r>
        <w:t>they don't know what is</w:t>
      </w:r>
    </w:p>
    <w:p>
      <w:pPr>
        <w:jc w:val="right"/>
      </w:pPr>
      <w:r>
        <w:t>دے ڈونٹ نو واٹ از</w:t>
      </w:r>
    </w:p>
    <w:p>
      <w:r>
        <w:rPr>
          <w:b/>
        </w:rPr>
        <w:t xml:space="preserve">[1:11:28] </w:t>
      </w:r>
      <w:r>
        <w:t>islam, they don't know what is the life of the prophet of islam.</w:t>
      </w:r>
    </w:p>
    <w:p>
      <w:pPr>
        <w:jc w:val="right"/>
      </w:pPr>
      <w:r>
        <w:t>اسلام، دے ڈونٹ نو واٹ از دا لائف اف دا پرافٹ اف اسلام۔</w:t>
      </w:r>
    </w:p>
    <w:p>
      <w:r>
        <w:rPr>
          <w:b/>
        </w:rPr>
        <w:t xml:space="preserve">[1:11:35] </w:t>
      </w:r>
      <w:r>
        <w:t>they they are thinking that if we adopt some rituals, some form, then we are a muslim. so i, i always emphasize the</w:t>
      </w:r>
    </w:p>
    <w:p>
      <w:pPr>
        <w:jc w:val="right"/>
      </w:pPr>
      <w:r>
        <w:t>دے دے آر تھنکنگ دیٹ اف وی اڈاپٹ سم ریچولز، سم فارم، دین وی آر ا مسلم۔ سو آئی، آئی الویز ایمفسائز دا</w:t>
      </w:r>
    </w:p>
    <w:p>
      <w:r>
        <w:rPr>
          <w:b/>
        </w:rPr>
        <w:t xml:space="preserve">[1:11:50] </w:t>
      </w:r>
      <w:r>
        <w:t>study. you have to study quran and hadith and everything.</w:t>
      </w:r>
    </w:p>
    <w:p>
      <w:pPr>
        <w:jc w:val="right"/>
      </w:pPr>
      <w:r>
        <w:t>اسٹڈی۔ یو ہیو ٹو اسٹڈی قرآن اینڈ حدیث اینڈ ایوری تھنگ۔</w:t>
      </w:r>
    </w:p>
    <w:p>
      <w:r>
        <w:rPr>
          <w:b/>
        </w:rPr>
        <w:t xml:space="preserve">[1:11:56] </w:t>
      </w:r>
      <w:r>
        <w:t>so first of all, you have to make your mind. before making your mind,</w:t>
      </w:r>
    </w:p>
    <w:p>
      <w:pPr>
        <w:jc w:val="right"/>
      </w:pPr>
      <w:r>
        <w:t>تو فرسٹ اف ال، یو ہیو ٹو میک یور مائنڈ۔ بیفور میکنگ یور مائنڈ،</w:t>
      </w:r>
    </w:p>
    <w:p>
      <w:r>
        <w:rPr>
          <w:b/>
        </w:rPr>
        <w:t xml:space="preserve">[1:12:07] </w:t>
      </w:r>
      <w:r>
        <w:t>everything is, anything else is impossible. this my experience.</w:t>
      </w:r>
    </w:p>
    <w:p>
      <w:pPr>
        <w:jc w:val="right"/>
      </w:pPr>
      <w:r>
        <w:t>ایوری تھنگ از، اینی تھنگ ایلس از امپوسیبل۔ دس مائی ایکسپیرینس۔</w:t>
      </w:r>
    </w:p>
    <w:p>
      <w:r>
        <w:rPr>
          <w:b/>
        </w:rPr>
        <w:t xml:space="preserve">[1:12:17] </w:t>
      </w:r>
      <w:r>
        <w:t>this question is from mr nafees shiraz.</w:t>
      </w:r>
    </w:p>
    <w:p>
      <w:pPr>
        <w:jc w:val="right"/>
      </w:pPr>
      <w:r>
        <w:t>دس کوئسچن از فرام مسٹر نفیس شیراز۔</w:t>
      </w:r>
    </w:p>
    <w:p>
      <w:r>
        <w:rPr>
          <w:b/>
        </w:rPr>
        <w:t xml:space="preserve">[1:12:22] </w:t>
      </w:r>
      <w:r>
        <w:t>dunya mein jitni taraqqi o kamyabi ghair iman karne wale, dunya mein jitni taraqqi o kamyabi ghair iman wale karte hain,</w:t>
      </w:r>
    </w:p>
    <w:p>
      <w:pPr>
        <w:jc w:val="right"/>
      </w:pPr>
      <w:r>
        <w:t>دنیا میں جتنی ترقی و کامیابی غیر ایمان کرنے والے، دنیا میں جتنی ترقی و کامیابی غیر ایمان والے کرتے ہیں،</w:t>
      </w:r>
    </w:p>
    <w:p>
      <w:r>
        <w:rPr>
          <w:b/>
        </w:rPr>
        <w:t xml:space="preserve">[1:12:35] </w:t>
      </w:r>
      <w:r>
        <w:t>itni taraqqi o kamyabi iman wale nahi kar paate. misaal modern alat ki ijad mein musalmanon ka naam na ke barabar hai,</w:t>
      </w:r>
    </w:p>
    <w:p>
      <w:pPr>
        <w:jc w:val="right"/>
      </w:pPr>
      <w:r>
        <w:t>اتنی ترقی و کامیابی ایمان والے نہیں کر پاتے۔ مثلاً جدید آلات کی ایجاد میں مسلمانوں کا نام نہ کے برابر ہے،</w:t>
      </w:r>
    </w:p>
    <w:p>
      <w:r>
        <w:rPr>
          <w:b/>
        </w:rPr>
        <w:t xml:space="preserve">[1:12:46] </w:t>
      </w:r>
      <w:r>
        <w:t>jaise computer, mobile, hawai jahaz, medicine, electronics, hospital mein use hone wale alat.</w:t>
      </w:r>
    </w:p>
    <w:p>
      <w:pPr>
        <w:jc w:val="right"/>
      </w:pPr>
      <w:r>
        <w:t>جیسے کمپیوٹر، موبائل، ہوائی جہاز، میڈیسن، الیکٹرانکس، ہاسپٹل میں یوز ہونے والے آلات۔</w:t>
      </w:r>
    </w:p>
    <w:p>
      <w:r>
        <w:rPr>
          <w:b/>
        </w:rPr>
        <w:t xml:space="preserve">[1:12:56] </w:t>
      </w:r>
      <w:r>
        <w:t>gharz yeh ke science ke zariye hone wali har ijad mein ghair muslimon ka naam hai, muslimon ka nahi, aur musalman taleem mein bhi peechay hain.</w:t>
      </w:r>
    </w:p>
    <w:p>
      <w:pPr>
        <w:jc w:val="right"/>
      </w:pPr>
      <w:r>
        <w:t>غرض یہ کہ سائنس کے ذریعے ہونے والی ہر ایجاد میں غیر مسلمانوں کا نام ہے، مسلمانوں کا نہیں، اور مسلمان تعلیم میں بھی پیچھے ہیں۔</w:t>
      </w:r>
    </w:p>
    <w:p>
      <w:r>
        <w:rPr>
          <w:b/>
        </w:rPr>
        <w:t xml:space="preserve">[1:13:09] </w:t>
      </w:r>
      <w:r>
        <w:t>is ki kya wajah hai? idhar question of muslim bundar, muslim,</w:t>
      </w:r>
    </w:p>
    <w:p>
      <w:pPr>
        <w:jc w:val="right"/>
      </w:pPr>
      <w:r>
        <w:t>اس کی کیا وجہ ہے؟ ادھر کوئسچن آف مسلم بنڈار، مسلم،</w:t>
      </w:r>
    </w:p>
    <w:p>
      <w:r>
        <w:rPr>
          <w:b/>
        </w:rPr>
        <w:t xml:space="preserve">[1:13:16] </w:t>
      </w:r>
      <w:r>
        <w:t>muslims are engaged in politics, in fighting, in jihad, in gun and bomb, and all the whole muslim society is giving them admiration.</w:t>
      </w:r>
    </w:p>
    <w:p>
      <w:pPr>
        <w:jc w:val="right"/>
      </w:pPr>
      <w:r>
        <w:t>مسلمز ار انگیجڈ ان پولیٹکس، ان فائٹنگ، ان جہاد، ان گن اینڈ بمب، اینڈ ال دا ہول مسلم سوسائٹی از گیونگ دیم ایڈمیریشن۔</w:t>
      </w:r>
    </w:p>
    <w:p>
      <w:r>
        <w:rPr>
          <w:b/>
        </w:rPr>
        <w:t xml:space="preserve">[1:13:28] </w:t>
      </w:r>
      <w:r>
        <w:t>they are heroes. no muslim is ready to condemn these people. i don't know any muslim who condemn, who condemns these people.</w:t>
      </w:r>
    </w:p>
    <w:p>
      <w:pPr>
        <w:jc w:val="right"/>
      </w:pPr>
      <w:r>
        <w:t>دے آر ہیرو۔ نو مسلم از ریڈی ٹو کنڈم دیز پیپل۔ آئی ڈونٹ نو اینی مسلم ہو کنڈم، ہو کنڈمز دیز پیپل۔</w:t>
      </w:r>
    </w:p>
    <w:p>
      <w:r>
        <w:rPr>
          <w:b/>
        </w:rPr>
        <w:t xml:space="preserve">[1:13:42] </w:t>
      </w:r>
      <w:r>
        <w:t>so these people who are engaged in politics and in leadership and in in in political activities, they are emergent heroes in the muslim society.</w:t>
      </w:r>
    </w:p>
    <w:p>
      <w:pPr>
        <w:jc w:val="right"/>
      </w:pPr>
      <w:r>
        <w:t>سو دیز پیپل ہو ار انگیجڈ ان پولیٹکس اینڈ ان لیڈرشپ اینڈ ان ان ان پولیٹیکل ایکٹیویٹیز، دے آر ایمرجنٹ ہیرو ان دا مسلم سوسائٹی۔</w:t>
      </w:r>
    </w:p>
    <w:p>
      <w:r>
        <w:rPr>
          <w:b/>
        </w:rPr>
        <w:t xml:space="preserve">[1:13:55] </w:t>
      </w:r>
      <w:r>
        <w:t>so when you are not engaged in scientific study, then you can not perform any, any, any, any breaker in science</w:t>
      </w:r>
    </w:p>
    <w:p>
      <w:pPr>
        <w:jc w:val="right"/>
      </w:pPr>
      <w:r>
        <w:t>سو وین یو آر ناٹ انگیجڈ ان سائنٹیفک اسٹڈی، دین یو کین ناٹ پرفارم اینی، اینی، اینی، اینی بریکر ان سائنس</w:t>
      </w:r>
    </w:p>
    <w:p>
      <w:r>
        <w:rPr>
          <w:b/>
        </w:rPr>
        <w:t xml:space="preserve">[1:14:09] </w:t>
      </w:r>
      <w:r>
        <w:t>. they are performing breaker because they are engaged in science. so muslims are engaged, muslims due to their negative thinking, due to their political thinking, they are engaged in political activities,</w:t>
      </w:r>
    </w:p>
    <w:p>
      <w:pPr>
        <w:jc w:val="right"/>
      </w:pPr>
      <w:r>
        <w:t>۔ دے آر پرفارمنگ بریکر بیکاز دے آر انگیجڈ ان سائنس۔ سو مسلمز ار انگیجڈ، مسلمز ڈیو ٹو دیر نیگیٹیو تھنکنگ، ڈیو ٹو دیر پولیٹیکل تھنکنگ، دے آر انگیجڈ ان پولیٹیکل ایکٹیویٹیز،</w:t>
      </w:r>
    </w:p>
    <w:p>
      <w:r>
        <w:rPr>
          <w:b/>
        </w:rPr>
        <w:t xml:space="preserve">[1:14:26] </w:t>
      </w:r>
      <w:r>
        <w:t>in gun culture, bomb culture. so first of all, you have to abandon all these activities. all muslims must issue a fatwa that all these activities are haram.</w:t>
      </w:r>
    </w:p>
    <w:p>
      <w:pPr>
        <w:jc w:val="right"/>
      </w:pPr>
      <w:r>
        <w:t>ان گن کلچر، بم کلچر۔ سو فرسٹ اف ال، یو ہیو ٹو ابینڈن ال دیز ایکٹیویٹیز۔ ال مسلمز مسٹ ایشو ا فتوی کہ ال دیز ایکٹیویٹیز ار حرام۔</w:t>
      </w:r>
    </w:p>
    <w:p>
      <w:r>
        <w:rPr>
          <w:b/>
        </w:rPr>
        <w:t xml:space="preserve">[1:14:42] </w:t>
      </w:r>
      <w:r>
        <w:t>then a new beginning will emerge. there is no new beginning. people are engaged in politics, engaged in even in society, bigging, but no,</w:t>
      </w:r>
    </w:p>
    <w:p>
      <w:pPr>
        <w:jc w:val="right"/>
      </w:pPr>
      <w:r>
        <w:t>دین ا نیو بگننگ ویل ایمرج۔ دیر از نو نیو بگننگ۔ پیپل ار انگیجڈ ان پولیٹکس، انگیجڈ ان ایون ان سوسائٹی، بگنگ، بٹ نو،</w:t>
      </w:r>
    </w:p>
    <w:p>
      <w:r>
        <w:rPr>
          <w:b/>
        </w:rPr>
        <w:t xml:space="preserve">[1:14:56] </w:t>
      </w:r>
      <w:r>
        <w:t>no mufti issue any fatwa that all these things are haram. so there is no new process</w:t>
      </w:r>
    </w:p>
    <w:p>
      <w:pPr>
        <w:jc w:val="right"/>
      </w:pPr>
      <w:r>
        <w:t>نو مفتی ایشو اینی فتوی کہ ال دیز تھنگز ار حرام۔ سو دیر از نو نیو پراسیس</w:t>
      </w:r>
    </w:p>
    <w:p>
      <w:r>
        <w:rPr>
          <w:b/>
        </w:rPr>
        <w:t xml:space="preserve">[1:15:04] </w:t>
      </w:r>
      <w:r>
        <w:t>. so first of all, you have to condemn all these activities. you have to declare that these activities are unislamic. then inshallah, there will be a new beginning, and then muslim will emerge in scientific fields.</w:t>
      </w:r>
    </w:p>
    <w:p>
      <w:pPr>
        <w:jc w:val="right"/>
      </w:pPr>
      <w:r>
        <w:t>۔ تو فرسٹ اف ال، یو ہیو ٹو کنڈم ال دیز ایکٹیویٹیز۔ یو ہیو ٹو ڈیکلیئر دا دیز ایکٹیویٹیز ار ان اسلامک۔ دین انشاءاللہ، دیر ویل بی ا نیو بگننگ، اینڈ دین مسلم ویل ایمرج ان سائنٹیفک فیلڈز۔</w:t>
      </w:r>
    </w:p>
    <w:p>
      <w:r>
        <w:rPr>
          <w:b/>
        </w:rPr>
        <w:t xml:space="preserve">[1:15:21] </w:t>
      </w:r>
      <w:r>
        <w:t>so when there is no beginning, there is no end.</w:t>
      </w:r>
    </w:p>
    <w:p>
      <w:pPr>
        <w:jc w:val="right"/>
      </w:pPr>
      <w:r>
        <w:t>تو وین دیر از نو بگننگ، دیر از نو اینڈ۔</w:t>
      </w:r>
    </w:p>
    <w:p>
      <w:r>
        <w:rPr>
          <w:b/>
        </w:rPr>
        <w:t xml:space="preserve">[1:15:27] </w:t>
      </w:r>
      <w:r>
        <w:t>this is the present state of affairs.</w:t>
      </w:r>
    </w:p>
    <w:p>
      <w:pPr>
        <w:jc w:val="right"/>
      </w:pPr>
      <w:r>
        <w:t>دس از دا پریزنٹ اسٹیٹ اف ایئرز۔</w:t>
      </w:r>
    </w:p>
    <w:p>
      <w:r>
        <w:rPr>
          <w:b/>
        </w:rPr>
        <w:t xml:space="preserve">[1:15:31] </w:t>
      </w:r>
      <w:r>
        <w:t>this question is from doctor farida khanam. is it possible to bring about any change in the mindset of taliban who have turned barbarians in an age when freedom is regarded as summum bonum?</w:t>
      </w:r>
    </w:p>
    <w:p>
      <w:pPr>
        <w:jc w:val="right"/>
      </w:pPr>
      <w:r>
        <w:t>دس کوئسچن از فرام ڈاکٹر فریدہ خانم۔ از اٹ پوسیبل ٹو برنگ اباؤٹ اینی چینج ان دی مائنڈ سیٹ اف طالبان ہو ہیو ٹرن باربیرینز ان این ایج وین فریڈم از ریگارڈڈ ایز سمم بونم؟</w:t>
      </w:r>
    </w:p>
    <w:p>
      <w:r>
        <w:rPr>
          <w:b/>
        </w:rPr>
        <w:t xml:space="preserve">[1:15:49] </w:t>
      </w:r>
      <w:r>
        <w:t>is it possible, but no one is ready to condemn these people.</w:t>
      </w:r>
    </w:p>
    <w:p>
      <w:pPr>
        <w:jc w:val="right"/>
      </w:pPr>
      <w:r>
        <w:t>از اٹ پوسیبل، بٹ نو ون از ریڈی ٹو کنڈم دیز پیپل۔</w:t>
      </w:r>
    </w:p>
    <w:p>
      <w:r>
        <w:rPr>
          <w:b/>
        </w:rPr>
        <w:t xml:space="preserve">[1:15:59] </w:t>
      </w:r>
      <w:r>
        <w:t>there are so many muslim scholars, they have declared that they are doing good job. the taliban means islamization.</w:t>
      </w:r>
    </w:p>
    <w:p>
      <w:pPr>
        <w:jc w:val="right"/>
      </w:pPr>
      <w:r>
        <w:t>دیر ار سو مینی مسلم سکالرز، دے ہیو ڈیکلیئرڈ دیٹ دے آر ڈوئنگ گڈ جاب۔ دا طالب مینز اسلامائزیشن۔</w:t>
      </w:r>
    </w:p>
    <w:p>
      <w:r>
        <w:rPr>
          <w:b/>
        </w:rPr>
        <w:t xml:space="preserve">[1:16:09] </w:t>
      </w:r>
      <w:r>
        <w:t>there are so many muslims who said that taliban means islamization. it was a true islamic revolution.</w:t>
      </w:r>
    </w:p>
    <w:p>
      <w:pPr>
        <w:jc w:val="right"/>
      </w:pPr>
      <w:r>
        <w:t>دیر ار سو مینی مسلمز ہو سیڈ دیٹ طالب مینز اسلامائزیشن۔ اٹ واز ا ٹرو اسلامک ریولوشن۔</w:t>
      </w:r>
    </w:p>
    <w:p>
      <w:r>
        <w:rPr>
          <w:b/>
        </w:rPr>
        <w:t xml:space="preserve">[1:16:22] </w:t>
      </w:r>
      <w:r>
        <w:t>so you have to change your mind, and you have to see that this is not islam. this is barbarism.</w:t>
      </w:r>
    </w:p>
    <w:p>
      <w:pPr>
        <w:jc w:val="right"/>
      </w:pPr>
      <w:r>
        <w:t>سو یو ہیو ٹو چینج یور مائنڈ، اینڈ یو ہیو ٹو سی کہ دس از ناٹ اسلام۔ دس از باربریزم۔</w:t>
      </w:r>
    </w:p>
    <w:p>
      <w:r>
        <w:rPr>
          <w:b/>
        </w:rPr>
        <w:t xml:space="preserve">[1:16:35] </w:t>
      </w:r>
      <w:r>
        <w:t>at present, as i know, they are receiving money, they are receiving admiration. they are yani they have become heroes among muslim society, everywhere in the world.</w:t>
      </w:r>
    </w:p>
    <w:p>
      <w:pPr>
        <w:jc w:val="right"/>
      </w:pPr>
      <w:r>
        <w:t>ایٹ پریزنٹ، ایز آئی نو، دے آر ریسیونگ منی، دے آر ریسیونگ ایڈمیریشن۔ دے آر یعنی دے ہیو بیکن ہیرو امنگ مسلم سوسائٹی، ایوری ویر ان دا ورلڈ۔</w:t>
      </w:r>
    </w:p>
    <w:p>
      <w:r>
        <w:rPr>
          <w:b/>
        </w:rPr>
        <w:t xml:space="preserve">[1:16:52] </w:t>
      </w:r>
      <w:r>
        <w:t>so first of all, you have to. so first of all, muslims outside afghanistan must change their mind.</w:t>
      </w:r>
    </w:p>
    <w:p>
      <w:pPr>
        <w:jc w:val="right"/>
      </w:pPr>
      <w:r>
        <w:t>سو فرسٹ اف ال، یو ہیو ٹو۔ سو فرسٹ اف ال، مسلمز اؤٹ سائیڈ افغانستان مسٹ چینج دیر مائنڈ۔</w:t>
      </w:r>
    </w:p>
    <w:p>
      <w:r>
        <w:rPr>
          <w:b/>
        </w:rPr>
        <w:t xml:space="preserve">[1:17:02] </w:t>
      </w:r>
      <w:r>
        <w:t>so afghan people are also human beings, just like us. so we can change their mind, but until this date, there is no sincere effort, no sincere effort.</w:t>
      </w:r>
    </w:p>
    <w:p>
      <w:pPr>
        <w:jc w:val="right"/>
      </w:pPr>
      <w:r>
        <w:t>سو افغانک پیپل ار السو ہیومن بینگ، جسٹ لائک اور۔ سو وی کین چینج دیر مائنڈ، بٹ انٹل دس ڈیٹ، دیر از نو سنسیر ایفرٹ، نو سنسیر ایفرٹ۔</w:t>
      </w:r>
    </w:p>
    <w:p>
      <w:r>
        <w:rPr>
          <w:b/>
        </w:rPr>
        <w:t xml:space="preserve">[1:17:23] </w:t>
      </w:r>
      <w:r>
        <w:t>so first of all, we have to initiate an effort. one of yani there are some youth in pakistan who know pashto language.</w:t>
      </w:r>
    </w:p>
    <w:p>
      <w:pPr>
        <w:jc w:val="right"/>
      </w:pPr>
      <w:r>
        <w:t>تو فرسٹ اف ال، وی ہیو ٹو انیشیٹ ا ایفرٹ۔ ون اف یعنی دیر ار سم یوتھ ان پاکستان ہو نو پشتو لینگویج۔</w:t>
      </w:r>
    </w:p>
    <w:p>
      <w:r>
        <w:rPr>
          <w:b/>
        </w:rPr>
        <w:t xml:space="preserve">[1:17:39] </w:t>
      </w:r>
      <w:r>
        <w:t>they are, they have started a movement among afghani people.</w:t>
      </w:r>
    </w:p>
    <w:p>
      <w:pPr>
        <w:jc w:val="right"/>
      </w:pPr>
      <w:r>
        <w:t>دے آر، دے ہیو سٹارٹڈ ا موومنٹ امنگ افغانی پیپل۔</w:t>
      </w:r>
    </w:p>
    <w:p>
      <w:r>
        <w:rPr>
          <w:b/>
        </w:rPr>
        <w:t xml:space="preserve">[1:17:46] </w:t>
      </w:r>
      <w:r>
        <w:t>they are just translating our literature, and they try to spread this literature among afghani people. this is humble beginning.</w:t>
      </w:r>
    </w:p>
    <w:p>
      <w:pPr>
        <w:jc w:val="right"/>
      </w:pPr>
      <w:r>
        <w:t>دے آر جسٹ ٹرانسلیٹنگ اور لٹریچر، اینڈ دے ٹرائی ٹو سپریڈ دیز لیٹریچر امنگ افغانی پیپل۔ دس از ہمبل بگننگ۔</w:t>
      </w:r>
    </w:p>
    <w:p>
      <w:r>
        <w:rPr>
          <w:b/>
        </w:rPr>
        <w:t xml:space="preserve">[1:17:57] </w:t>
      </w:r>
      <w:r>
        <w:t>so i, i, i, i believe that this process inshallah will continue, and it will have some positive result.</w:t>
      </w:r>
    </w:p>
    <w:p>
      <w:pPr>
        <w:jc w:val="right"/>
      </w:pPr>
      <w:r>
        <w:t>سو آئی، آئی، آئی، آئی بیلیو دیٹ دس پراسیس انشاءاللہ ویل کنٹینیو، اینڈ اٹ ویل سم پازیٹیو رزلٹ۔</w:t>
      </w:r>
    </w:p>
    <w:p>
      <w:r>
        <w:rPr>
          <w:b/>
        </w:rPr>
        <w:t xml:space="preserve">[1:18:11] </w:t>
      </w:r>
      <w:r>
        <w:t>das question is from miss raziya.</w:t>
      </w:r>
    </w:p>
    <w:p>
      <w:pPr>
        <w:jc w:val="right"/>
      </w:pPr>
      <w:r>
        <w:t>دس کوئسچن از فرام مس رازیہ۔</w:t>
      </w:r>
    </w:p>
    <w:p>
      <w:r>
        <w:rPr>
          <w:b/>
        </w:rPr>
        <w:t xml:space="preserve">[1:18:14] </w:t>
      </w:r>
      <w:r>
        <w:t>like you mention, a detail reading of the quran and life of prophet would clearly bring forth the singular target of prophets mission.</w:t>
      </w:r>
    </w:p>
    <w:p>
      <w:pPr>
        <w:jc w:val="right"/>
      </w:pPr>
      <w:r>
        <w:t>لائک یو مینشن، ا ڈیٹیل ریڈنگ اف دا قرآن اینڈ لائف اف پرافٹ وڈ کلیئرلی برنگ فورتھ دا سنگولر ٹارگٹ اف پرافٹس مشن۔</w:t>
      </w:r>
    </w:p>
    <w:p>
      <w:r>
        <w:rPr>
          <w:b/>
        </w:rPr>
        <w:t xml:space="preserve">[1:18:25] </w:t>
      </w:r>
      <w:r>
        <w:t>then how did muslims get mislead by interpretations given by ulema?</w:t>
      </w:r>
    </w:p>
    <w:p>
      <w:pPr>
        <w:jc w:val="right"/>
      </w:pPr>
      <w:r>
        <w:t>دین ہاؤ ڈیڈ مسلمز گیٹ مس لیڈ بائے انٹرپریٹیشنز گیون بائے علماء؟</w:t>
      </w:r>
    </w:p>
    <w:p>
      <w:r>
        <w:rPr>
          <w:b/>
        </w:rPr>
        <w:t xml:space="preserve">[1:18:32] </w:t>
      </w:r>
      <w:r>
        <w:t>again to my experience, the</w:t>
      </w:r>
    </w:p>
    <w:p>
      <w:pPr>
        <w:jc w:val="right"/>
      </w:pPr>
      <w:r>
        <w:t>اگائنڈ ٹو مائی ایکسپیرینس، دا</w:t>
      </w:r>
    </w:p>
    <w:p>
      <w:r>
        <w:rPr>
          <w:b/>
        </w:rPr>
        <w:t xml:space="preserve">[1:18:39] </w:t>
      </w:r>
      <w:r>
        <w:t>blame goes to ulema. they became angry, they became negative after the advent of western civilization.</w:t>
      </w:r>
    </w:p>
    <w:p>
      <w:pPr>
        <w:jc w:val="right"/>
      </w:pPr>
      <w:r>
        <w:t>بلیم گوز ٹو علماء۔ دے بیکم اینگری، دے بیکم نیگیٹیو اف دا افٹر دا ایڈونٹ اف ویسٹرن سولائزیشن۔</w:t>
      </w:r>
    </w:p>
    <w:p>
      <w:r>
        <w:rPr>
          <w:b/>
        </w:rPr>
        <w:t xml:space="preserve">[1:18:49] </w:t>
      </w:r>
      <w:r>
        <w:t>so they mislead muslim people. muslim people were mislead by ulema.</w:t>
      </w:r>
    </w:p>
    <w:p>
      <w:pPr>
        <w:jc w:val="right"/>
      </w:pPr>
      <w:r>
        <w:t>سو دے مس لیڈ مسلم پیپل۔ مسلم پیپل وار مس لیڈ بائے علماء۔</w:t>
      </w:r>
    </w:p>
    <w:p>
      <w:r>
        <w:rPr>
          <w:b/>
        </w:rPr>
        <w:t xml:space="preserve">[1:18:56] </w:t>
      </w:r>
      <w:r>
        <w:t>ulema were, ulema felt a negative reaction after the advent of western people.</w:t>
      </w:r>
    </w:p>
    <w:p>
      <w:pPr>
        <w:jc w:val="right"/>
      </w:pPr>
      <w:r>
        <w:t>علماء ویر، علماء فیلٹ ان نیگیٹیو ری ایکشن افٹر دا ایڈونٹ اف ویسٹرن پیپل۔</w:t>
      </w:r>
    </w:p>
    <w:p>
      <w:r>
        <w:rPr>
          <w:b/>
        </w:rPr>
        <w:t xml:space="preserve">[1:19:07] </w:t>
      </w:r>
      <w:r>
        <w:t>so first of all, you have to correct ulema. until this date, ulema living in the same negativity.</w:t>
      </w:r>
    </w:p>
    <w:p>
      <w:pPr>
        <w:jc w:val="right"/>
      </w:pPr>
      <w:r>
        <w:t>سو فرسٹ اف ال، یو ہیو ٹو کریکٹ علماء۔ انٹل دس ڈیٹ، علماء لیونگ ان دا سیم نیگیٹیوٹی۔</w:t>
      </w:r>
    </w:p>
    <w:p>
      <w:r>
        <w:rPr>
          <w:b/>
        </w:rPr>
        <w:t xml:space="preserve">[1:19:18] </w:t>
      </w:r>
      <w:r>
        <w:t>so they are misleading muslim people.</w:t>
      </w:r>
    </w:p>
    <w:p>
      <w:pPr>
        <w:jc w:val="right"/>
      </w:pPr>
      <w:r>
        <w:t>سو دے آر مس لیڈنگ مسلم پیپل۔</w:t>
      </w:r>
    </w:p>
    <w:p>
      <w:r>
        <w:rPr>
          <w:b/>
        </w:rPr>
        <w:t xml:space="preserve">[1:19:24] </w:t>
      </w:r>
      <w:r>
        <w:t>this is the problem.</w:t>
      </w:r>
    </w:p>
    <w:p>
      <w:pPr>
        <w:jc w:val="right"/>
      </w:pPr>
      <w:r>
        <w:t>دس از دا پرابلم۔</w:t>
      </w:r>
    </w:p>
    <w:p>
      <w:r>
        <w:rPr>
          <w:b/>
        </w:rPr>
        <w:t xml:space="preserve">[1:19:26] </w:t>
      </w:r>
      <w:r>
        <w:t>i am trying my best to change the mind of muslim ulema, and i can see there hundreds, hundreds ulema who changed their mind, and the process is there.</w:t>
      </w:r>
    </w:p>
    <w:p>
      <w:pPr>
        <w:jc w:val="right"/>
      </w:pPr>
      <w:r>
        <w:t>آئی ایم ٹرائنگ مائی بیسٹ ٹو چینج دا مائنڈ اف مسلم علماء، اینڈ آئی کین سیٹ دیر ہنڈرڈز، ہنڈرڈز علماء ہو چینج دیر مائنڈ، اینڈ دا پراسیس از دیر۔</w:t>
      </w:r>
    </w:p>
    <w:p>
      <w:r>
        <w:rPr>
          <w:b/>
        </w:rPr>
        <w:t xml:space="preserve">[1:19:40] </w:t>
      </w:r>
      <w:r>
        <w:t>and i hope that a day will come when the majority of ulema change mind, and then a new revolution will begin inshallah.</w:t>
      </w:r>
    </w:p>
    <w:p>
      <w:pPr>
        <w:jc w:val="right"/>
      </w:pPr>
      <w:r>
        <w:t>اینڈ آئی ہوپ دیٹ ا ڈے ویل کم وین دا میجورٹی اف علماء چینج مائنڈ، اینڈ دین ا نیو ریولوشن ویل بگن انشاءاللہ۔</w:t>
      </w:r>
    </w:p>
    <w:p>
      <w:r>
        <w:rPr>
          <w:b/>
        </w:rPr>
        <w:t xml:space="preserve">[1:19:55] </w:t>
      </w:r>
      <w:r>
        <w:t>this question is from doctor farida khanam. yesterday, times of india carried a report that a robot called adam has been developed, and this is going to replace the scientist.</w:t>
      </w:r>
    </w:p>
    <w:p>
      <w:pPr>
        <w:jc w:val="right"/>
      </w:pPr>
      <w:r>
        <w:t>دس کوئسچن از فرام ڈاکٹر فریدہ خانم۔ یسٹرڈے، ٹائمز اف انڈیا کیریڈ ا رپورٹ دیٹ ا رابرٹ کالڈ ایڈم ہیز بین ڈیویلپڈ، اینڈ دس از گوئنگ ٹو ریپلیس دا سائنٹسٹ۔</w:t>
      </w:r>
    </w:p>
    <w:p>
      <w:r>
        <w:rPr>
          <w:b/>
        </w:rPr>
        <w:t xml:space="preserve">[1:20:10] </w:t>
      </w:r>
      <w:r>
        <w:t>can robots perform only routine job, or is it possible to replace the scientist mind? is absurd to say that.</w:t>
      </w:r>
    </w:p>
    <w:p>
      <w:pPr>
        <w:jc w:val="right"/>
      </w:pPr>
      <w:r>
        <w:t>کین رابرٹس پرفارم اونلی روٹین جاب، اور از اٹ پوسیبل ٹو ریپلیس دا سائنٹسٹ مائنڈ؟ از ابسڈ ٹو سی دیٹ۔</w:t>
      </w:r>
    </w:p>
    <w:p>
      <w:r>
        <w:rPr>
          <w:b/>
        </w:rPr>
        <w:t xml:space="preserve">[1:20:19] </w:t>
      </w:r>
      <w:r>
        <w:t>it can replace the scientific mind completely. absurd!</w:t>
      </w:r>
    </w:p>
    <w:p>
      <w:pPr>
        <w:jc w:val="right"/>
      </w:pPr>
      <w:r>
        <w:t>اٹ کین ریپلیس دا سائنٹیفک مائنڈ کمپلیٹلی۔ ابسڈ!</w:t>
      </w:r>
    </w:p>
    <w:p>
      <w:r>
        <w:rPr>
          <w:b/>
        </w:rPr>
        <w:t xml:space="preserve">[1:20:23] </w:t>
      </w:r>
      <w:r>
        <w:t>yes, it can do some routine work. that's all! people don't know the difference between routine work and scientific job.</w:t>
      </w:r>
    </w:p>
    <w:p>
      <w:pPr>
        <w:jc w:val="right"/>
      </w:pPr>
      <w:r>
        <w:t>یس، اٹ کین ڈو سم روٹین ورک۔ دیٹس ال! پیپل ڈونٹ نو دا ڈیفرنس بٹوین روٹین ورک اینڈ سائنٹیفک جاب۔</w:t>
      </w:r>
    </w:p>
    <w:p>
      <w:r>
        <w:rPr>
          <w:b/>
        </w:rPr>
        <w:t xml:space="preserve">[1:20:32] </w:t>
      </w:r>
      <w:r>
        <w:t>they are confused. so sometimes they say robot is doing the scientific job, scientific mind. it's not! it's absurd!</w:t>
      </w:r>
    </w:p>
    <w:p>
      <w:pPr>
        <w:jc w:val="right"/>
      </w:pPr>
      <w:r>
        <w:t>دے آر کنفیوزڈ۔ سو سم ٹائم دے سیٹ روبوٹ از ڈوئنگ دا سائنٹیفک جاب، سائنٹیفک مائنڈ۔ اٹ ناٹ! اٹ ابسڈ!</w:t>
      </w:r>
    </w:p>
    <w:p>
      <w:r>
        <w:rPr>
          <w:b/>
        </w:rPr>
        <w:t xml:space="preserve">[1:20:41] </w:t>
      </w:r>
      <w:r>
        <w:t>no robot, no science, no computer can do the</w:t>
      </w:r>
    </w:p>
    <w:p>
      <w:pPr>
        <w:jc w:val="right"/>
      </w:pPr>
      <w:r>
        <w:t>نو روبوٹ، نو سائنس، نو کمپیوٹر کین ڈو دا</w:t>
      </w:r>
    </w:p>
    <w:p>
      <w:r>
        <w:rPr>
          <w:b/>
        </w:rPr>
        <w:t xml:space="preserve">[1:20:47] </w:t>
      </w:r>
      <w:r>
        <w:t>job of science, of a scientist.</w:t>
      </w:r>
    </w:p>
    <w:p>
      <w:pPr>
        <w:jc w:val="right"/>
      </w:pPr>
      <w:r>
        <w:t>جاب اف سائنس، اف ا سائنٹسٹ۔</w:t>
      </w:r>
    </w:p>
    <w:p>
      <w:r>
        <w:rPr>
          <w:b/>
        </w:rPr>
        <w:t xml:space="preserve">[1:20:52] </w:t>
      </w:r>
      <w:r>
        <w:t>no robot can do the job of a scientific mind. it can do only some routines, routine work.</w:t>
      </w:r>
    </w:p>
    <w:p>
      <w:pPr>
        <w:jc w:val="right"/>
      </w:pPr>
      <w:r>
        <w:t>نو روبوٹ کین ڈو دا جاب اف ا سائنٹیفک مائنڈ۔ اٹ کین ڈو اونلی سم روٹینز، روٹین ورک۔</w:t>
      </w:r>
    </w:p>
    <w:p>
      <w:r>
        <w:rPr>
          <w:b/>
        </w:rPr>
        <w:t xml:space="preserve">[1:21:03] </w:t>
      </w:r>
      <w:r>
        <w:t>so this report, these reports of this kind are misleading report. misleading!</w:t>
      </w:r>
    </w:p>
    <w:p>
      <w:pPr>
        <w:jc w:val="right"/>
      </w:pPr>
      <w:r>
        <w:t>سو دس رپورٹ، دس رپورٹس اف دس کائنڈ ار مس لیڈنگ رپورٹ۔ مس لیڈنگ!</w:t>
      </w:r>
    </w:p>
    <w:p>
      <w:r>
        <w:rPr>
          <w:b/>
        </w:rPr>
        <w:t xml:space="preserve">[1:21:14] </w:t>
      </w:r>
      <w:r>
        <w:t>i am certain that no robot can do the job of a scientist, of a scientific mind. any, any robot, or any computer can do only the routine work.</w:t>
      </w:r>
    </w:p>
    <w:p>
      <w:pPr>
        <w:jc w:val="right"/>
      </w:pPr>
      <w:r>
        <w:t>آئی ایم سرٹن دیٹ نو روبوٹ کین ڈو دا جاب اف ا سائنٹسٹ، اف ا سائنٹیفک مائنڈ۔ اینی، اینی روبوٹ، اور اینی کمپیوٹر کین ڈو اونلی دا روٹین ورک۔</w:t>
      </w:r>
    </w:p>
    <w:p>
      <w:r>
        <w:rPr>
          <w:b/>
        </w:rPr>
        <w:t xml:space="preserve">[1:21:29] </w:t>
      </w:r>
      <w:r>
        <w:t>that's all! any mechanical mind can do only the routine work, and not the network, a scientific mind can do.</w:t>
      </w:r>
    </w:p>
    <w:p>
      <w:pPr>
        <w:jc w:val="right"/>
      </w:pPr>
      <w:r>
        <w:t>دیٹس ال! اینی مکینیکل مائنڈ کین ڈو اونلی دا روٹین ورک، اینڈ ناٹ دا نیٹ ورک، ا سائنٹیفک مائنڈ کین ڈو۔</w:t>
      </w:r>
    </w:p>
    <w:p>
      <w:r>
        <w:rPr>
          <w:b/>
        </w:rPr>
        <w:t xml:space="preserve">[1:21:43] </w:t>
      </w:r>
      <w:r>
        <w:t>very clear!</w:t>
      </w:r>
    </w:p>
    <w:p>
      <w:pPr>
        <w:jc w:val="right"/>
      </w:pPr>
      <w:r>
        <w:t>ویری کلیئر!</w:t>
      </w:r>
    </w:p>
    <w:p>
      <w:r>
        <w:rPr>
          <w:b/>
        </w:rPr>
        <w:t xml:space="preserve">[1:21:48] </w:t>
      </w:r>
      <w:r>
        <w:t>this question is from mr michel lemay. maulana, when discussing the topic of harmony in a multi religious society, you said that mutual recognition formula is not feasible.</w:t>
      </w:r>
    </w:p>
    <w:p>
      <w:pPr>
        <w:jc w:val="right"/>
      </w:pPr>
      <w:r>
        <w:t>دس کوئسچن از فرام مسٹر مشیل لیمی۔ مولانا، وین ڈسکسنگ دا ٹاپک اف ہارمونی ان ا ملٹی ریلیجس سوسائٹی، یو سیٹ دیٹ میوچول ریکگنیشن فارمولا از ناٹ فیزیبل۔</w:t>
      </w:r>
    </w:p>
    <w:p>
      <w:r>
        <w:rPr>
          <w:b/>
        </w:rPr>
        <w:t xml:space="preserve">[1:22:03] </w:t>
      </w:r>
      <w:r>
        <w:t>so we should use the mutual respect formula of Islam. but you also said yesterday that the mutual recognition formula is never the less a beautiful formula.</w:t>
      </w:r>
    </w:p>
    <w:p>
      <w:pPr>
        <w:jc w:val="right"/>
      </w:pPr>
      <w:r>
        <w:t>سو وی شوڈ یوز دا میوچول ریسپیکٹ فارمولا اف اسلام۔ بٹ یو السو سیڈ یسٹرڈے دیٹ دا میوچول ریکگنیشن فارمولا از نیور دی لیس ا بیوٹیفل فارمولا۔</w:t>
      </w:r>
    </w:p>
    <w:p>
      <w:r>
        <w:rPr>
          <w:b/>
        </w:rPr>
        <w:t xml:space="preserve">[1:22:15] </w:t>
      </w:r>
      <w:r>
        <w:t>so can we still think that there is some truth in other religions? kindly comment! i am not saying that is correct formula.</w:t>
      </w:r>
    </w:p>
    <w:p>
      <w:pPr>
        <w:jc w:val="right"/>
      </w:pPr>
      <w:r>
        <w:t>سو کین وی سٹل تھنک دیٹ دیر از سم ٹروتھ ان ادر ریلیجنز؟ کائنڈلی کمنٹ! آئی ایم ناٹ سینگ دیٹ از کریکٹ فارمولا۔</w:t>
      </w:r>
    </w:p>
    <w:p>
      <w:r>
        <w:rPr>
          <w:b/>
        </w:rPr>
        <w:t xml:space="preserve">[1:22:25] </w:t>
      </w:r>
      <w:r>
        <w:t>seemingly, it is beautiful formula. apparently, it is beautiful formula, but i am not saying that is correct. there is other point, another point.</w:t>
      </w:r>
    </w:p>
    <w:p>
      <w:pPr>
        <w:jc w:val="right"/>
      </w:pPr>
      <w:r>
        <w:t>سیونلی، اٹ از بیوٹیفل فارمولا۔ اپرینٹلی، اٹ از بیوٹیفل فارمولا، بٹ آئی ایم ناٹ سینگ دیٹ از کریکٹ۔ دیر از ادر پوائنٹ، انادر پوائنٹ۔</w:t>
      </w:r>
    </w:p>
    <w:p>
      <w:r>
        <w:rPr>
          <w:b/>
        </w:rPr>
        <w:t xml:space="preserve">[1:22:36] </w:t>
      </w:r>
      <w:r>
        <w:t>to in these matters, we yani in these matters, we need only practical formula.</w:t>
      </w:r>
    </w:p>
    <w:p>
      <w:pPr>
        <w:jc w:val="right"/>
      </w:pPr>
      <w:r>
        <w:t>تو ان دیز میٹرز، وی یعنی ان دیز میٹرز، وی نیڈ اونلی پریکٹیکل فارمولا۔</w:t>
      </w:r>
    </w:p>
    <w:p>
      <w:r>
        <w:rPr>
          <w:b/>
        </w:rPr>
        <w:t xml:space="preserve">[1:22:47] </w:t>
      </w:r>
      <w:r>
        <w:t>and history shows us that it is not a practical formula. Akbar Akbar fail, Dr. Bhagwan Das fail, Mahatma Gandhi fail, Swami Vikran fail.</w:t>
      </w:r>
    </w:p>
    <w:p>
      <w:pPr>
        <w:jc w:val="right"/>
      </w:pPr>
      <w:r>
        <w:t>اینڈ ہسٹری شوز اس دیٹ اٹ از ناٹ ا پریکٹیکل فارمولا۔ اکبر اکبر فیل، ڈاکٹر بھگوان داس فیل، مہاتما گاندھی فیل، سوامی وکران فیل۔</w:t>
      </w:r>
    </w:p>
    <w:p>
      <w:r>
        <w:rPr>
          <w:b/>
        </w:rPr>
        <w:t xml:space="preserve">[1:23:03] </w:t>
      </w:r>
      <w:r>
        <w:t>they were advocate of this formula.</w:t>
      </w:r>
    </w:p>
    <w:p>
      <w:pPr>
        <w:jc w:val="right"/>
      </w:pPr>
      <w:r>
        <w:t>دے ویر ایڈوکیٹ اف دس فارمولا۔</w:t>
      </w:r>
    </w:p>
    <w:p>
      <w:r>
        <w:rPr>
          <w:b/>
        </w:rPr>
        <w:t xml:space="preserve">[1:23:06] </w:t>
      </w:r>
      <w:r>
        <w:t>so apparently, it is beautiful formula, but if it is not practicable, then it is not useful. it is urgent need to bring about harmony among the society.</w:t>
      </w:r>
    </w:p>
    <w:p>
      <w:pPr>
        <w:jc w:val="right"/>
      </w:pPr>
      <w:r>
        <w:t>سو اپرینٹلی، اٹ از بیوٹیفل فارمولا، بٹ اف اٹ از ناٹ پریکٹیکیبل، دین اٹ از ناٹ یوزفل۔ اٹ از ارجنٹ نیڈ ٹو برنگ اباؤٹ ہارمونی امنگ دا سوسائٹی۔</w:t>
      </w:r>
    </w:p>
    <w:p>
      <w:r>
        <w:rPr>
          <w:b/>
        </w:rPr>
        <w:t xml:space="preserve">[1:23:20] </w:t>
      </w:r>
      <w:r>
        <w:t>it are urgent need! we can't wait up to several hundred years, or several thousand years.</w:t>
      </w:r>
    </w:p>
    <w:p>
      <w:pPr>
        <w:jc w:val="right"/>
      </w:pPr>
      <w:r>
        <w:t>اٹ ار ارجنٹ نیڈ! وی کینٹ ویٹ اپ ٹو سیول ہنڈرڈ ایئرز، اور سیول تھا ایرز۔</w:t>
      </w:r>
    </w:p>
    <w:p>
      <w:r>
        <w:rPr>
          <w:b/>
        </w:rPr>
        <w:t xml:space="preserve">[1:23:30] </w:t>
      </w:r>
      <w:r>
        <w:t>so apparent, all yani i am not saying that is correct formula.</w:t>
      </w:r>
    </w:p>
    <w:p>
      <w:pPr>
        <w:jc w:val="right"/>
      </w:pPr>
      <w:r>
        <w:t>سو اپرینٹ، ال یعنی آئی ایم ناٹ سینگ دیٹ از کریکٹ فارمولا۔</w:t>
      </w:r>
    </w:p>
    <w:p>
      <w:r>
        <w:rPr>
          <w:b/>
        </w:rPr>
        <w:t xml:space="preserve">[1:23:39] </w:t>
      </w:r>
      <w:r>
        <w:t>apparently, it seems to be beautiful formula, but when it is not practical, it is not feasible, then it is not useful for us, because it is urgent need to bring about harmony in our society.</w:t>
      </w:r>
    </w:p>
    <w:p>
      <w:pPr>
        <w:jc w:val="right"/>
      </w:pPr>
      <w:r>
        <w:t>اپرینٹلی، اٹ سیمز ٹو بی بیوٹیفل فارمولا، بٹ وین اٹ از ناٹ پریکٹیکل، اٹ از ناٹ فیزیبل، دین اٹ از ناٹ یوزفل فار اس، بیکاز اٹ از ارجنٹ نیڈ ٹو برنگ اباؤٹ ہارمونی ان اور سوسائٹی۔</w:t>
      </w:r>
    </w:p>
    <w:p>
      <w:r>
        <w:rPr>
          <w:b/>
        </w:rPr>
        <w:t xml:space="preserve">[1:23:54] </w:t>
      </w:r>
      <w:r>
        <w:t>so we have no option other than to adopt the practical formula.</w:t>
      </w:r>
    </w:p>
    <w:p>
      <w:pPr>
        <w:jc w:val="right"/>
      </w:pPr>
      <w:r>
        <w:t>سو وی ہیو نو اپشن ادر دین ٹو اڈاپٹ دا پریکٹیکل فارمولا۔</w:t>
      </w:r>
    </w:p>
    <w:p>
      <w:r>
        <w:rPr>
          <w:b/>
        </w:rPr>
        <w:t xml:space="preserve">[1:24:00] </w:t>
      </w:r>
      <w:r>
        <w:t>there no option!</w:t>
      </w:r>
    </w:p>
    <w:p>
      <w:pPr>
        <w:jc w:val="right"/>
      </w:pPr>
      <w:r>
        <w:t>دیر نو اپشن!</w:t>
      </w:r>
    </w:p>
    <w:p>
      <w:r>
        <w:rPr>
          <w:b/>
        </w:rPr>
        <w:t xml:space="preserve">[1:24:05] </w:t>
      </w:r>
      <w:r>
        <w:t>we are bound to address the present mind, present situation. so this formula fail to address the situation.</w:t>
      </w:r>
    </w:p>
    <w:p>
      <w:pPr>
        <w:jc w:val="right"/>
      </w:pPr>
      <w:r>
        <w:t>وی آر باؤنڈ ٹو ایڈریس دا پریزنٹ مائنڈ، پریزنٹ سچویشن۔ سو دس فارمولا فیل ٹو ایڈریس دا سچویشن۔</w:t>
      </w:r>
    </w:p>
    <w:p>
      <w:r>
        <w:rPr>
          <w:b/>
        </w:rPr>
        <w:t xml:space="preserve">[1:24:19] </w:t>
      </w:r>
      <w:r>
        <w:t>so i set that in other fields, we adopted the same formula.</w:t>
      </w:r>
    </w:p>
    <w:p>
      <w:pPr>
        <w:jc w:val="right"/>
      </w:pPr>
      <w:r>
        <w:t>سو آئی سیٹ دیٹ ان ادر فیلڈز، وی اڈاپٹڈ دا سیم فارمولا۔</w:t>
      </w:r>
    </w:p>
    <w:p>
      <w:r>
        <w:rPr>
          <w:b/>
        </w:rPr>
        <w:t xml:space="preserve">[1:24:25] </w:t>
      </w:r>
      <w:r>
        <w:t>for example, we see live and live and let live, or later agree, disagree, or peaceful coexistence.</w:t>
      </w:r>
    </w:p>
    <w:p>
      <w:pPr>
        <w:jc w:val="right"/>
      </w:pPr>
      <w:r>
        <w:t>فار ایگزیمپل، وی سی لیو اینڈ لیو اینڈ لیٹ لیو، اور لیٹر ایگری، ڈس ایگری، اور پیس فل کوزیشن۔</w:t>
      </w:r>
    </w:p>
    <w:p>
      <w:r>
        <w:rPr>
          <w:b/>
        </w:rPr>
        <w:t xml:space="preserve">[1:24:36] </w:t>
      </w:r>
      <w:r>
        <w:t>all these formula are prevalent among people. so we have to adopt the same formula.</w:t>
      </w:r>
    </w:p>
    <w:p>
      <w:pPr>
        <w:jc w:val="right"/>
      </w:pPr>
      <w:r>
        <w:t>ال دیز فارمولا ار پریونٹ امنگ پیپل۔ سو وی ہیو ٹو اڈاپٹ دا سیم فارمولا۔</w:t>
      </w:r>
    </w:p>
    <w:p>
      <w:r>
        <w:rPr>
          <w:b/>
        </w:rPr>
        <w:t xml:space="preserve">[1:24:45] </w:t>
      </w:r>
      <w:r>
        <w:t>issues! this formula has prove this practicability, its feasibility.</w:t>
      </w:r>
    </w:p>
    <w:p>
      <w:pPr>
        <w:jc w:val="right"/>
      </w:pPr>
      <w:r>
        <w:t>ایشوز! دس فارمولا ہیز پروف دس پریکٹیبلٹی، اس فیزیبلٹی۔</w:t>
      </w:r>
    </w:p>
    <w:p>
      <w:r>
        <w:rPr>
          <w:b/>
        </w:rPr>
        <w:t xml:space="preserve">[1:24:56] </w:t>
      </w:r>
      <w:r>
        <w:t>that formula based on mutual respect has prove this feasibility. so we have to adopt the same formula in legislations also.</w:t>
      </w:r>
    </w:p>
    <w:p>
      <w:pPr>
        <w:jc w:val="right"/>
      </w:pPr>
      <w:r>
        <w:t>دیٹ فارمولا بیسڈ ان میوچول ریسپیکٹ ہیز پروف دس فیزیبلٹی۔ سو وی ہیو ٹو اڈاپٹ دا سیم فارمولا ان لیجس میٹرز السو۔</w:t>
      </w:r>
    </w:p>
    <w:p>
      <w:r>
        <w:rPr>
          <w:b/>
        </w:rPr>
        <w:t xml:space="preserve">[1:25:06] </w:t>
      </w:r>
      <w:r>
        <w:t>this by point!</w:t>
      </w:r>
    </w:p>
    <w:p>
      <w:pPr>
        <w:jc w:val="right"/>
      </w:pPr>
      <w:r>
        <w:t>دس بائی پوائنٹ!</w:t>
      </w:r>
    </w:p>
    <w:p>
      <w:r>
        <w:rPr>
          <w:b/>
        </w:rPr>
        <w:t xml:space="preserve">[1:25:10] </w:t>
      </w:r>
      <w:r>
        <w:t>this question is from Maulana Zakwan. Maulana, do you think it is necessary to read your books on daily basis, especially for the CPS members?</w:t>
      </w:r>
    </w:p>
    <w:p>
      <w:pPr>
        <w:jc w:val="right"/>
      </w:pPr>
      <w:r>
        <w:t>دس کوئسچن از فرام مولانا زکوان۔ مولانا، ڈو یو تھنک اٹ از نیسیسری ٹو ریڈ یور بکس ان ڈیلی بیسس، اسپیشلی فار دا سی پی ایس ممبرز؟</w:t>
      </w:r>
    </w:p>
    <w:p>
      <w:r>
        <w:rPr>
          <w:b/>
        </w:rPr>
        <w:t xml:space="preserve">[1:25:23] </w:t>
      </w:r>
      <w:r>
        <w:t>or is it enough to attend your weekly classes? kindly comment! yes, i would like to say that simply attending the weekly classes is not enough.</w:t>
      </w:r>
    </w:p>
    <w:p>
      <w:pPr>
        <w:jc w:val="right"/>
      </w:pPr>
      <w:r>
        <w:t>اور از اٹ انف ٹو اٹینڈ یور ویکلی کلاسز؟ کائنڈلی کمنٹ! یس، آئی وڈ لائک ٹو سیٹ دیٹ سمپلی اٹینڈنگ دا ویکلی کلاسز از ناٹ انف۔</w:t>
      </w:r>
    </w:p>
    <w:p>
      <w:r>
        <w:rPr>
          <w:b/>
        </w:rPr>
        <w:t xml:space="preserve">[1:25:39] </w:t>
      </w:r>
      <w:r>
        <w:t>you have to read our literature on routine basis, on regular basis, every day, every day.</w:t>
      </w:r>
    </w:p>
    <w:p>
      <w:pPr>
        <w:jc w:val="right"/>
      </w:pPr>
      <w:r>
        <w:t>یو ہیو ٹو ریڈ اور لیٹریچر ان روٹین بیسس، ان ریگولر بیسس، ایوری ڈے، ایوری ڈے۔</w:t>
      </w:r>
    </w:p>
    <w:p>
      <w:r>
        <w:rPr>
          <w:b/>
        </w:rPr>
        <w:t xml:space="preserve">[1:25:47] </w:t>
      </w:r>
      <w:r>
        <w:t>without without study this literature, not possible to change the, to bring about the required change in mind.</w:t>
      </w:r>
    </w:p>
    <w:p>
      <w:pPr>
        <w:jc w:val="right"/>
      </w:pPr>
      <w:r>
        <w:t>وداؤٹ وداؤٹ سٹڈی دس لٹریچر، ناٹ پوسیبل ٹو چینج دا، ٹو برنگ اباؤٹ دا ریکوائرڈ چینج ان مائنڈ۔</w:t>
      </w:r>
    </w:p>
    <w:p>
      <w:r>
        <w:rPr>
          <w:b/>
        </w:rPr>
        <w:t xml:space="preserve">[1:26:03] </w:t>
      </w:r>
      <w:r>
        <w:t>so it is necessary for our for you to attend this classes.</w:t>
      </w:r>
    </w:p>
    <w:p>
      <w:pPr>
        <w:jc w:val="right"/>
      </w:pPr>
      <w:r>
        <w:t>سو اٹ از نیسیسری فار اور فار یو ٹو اٹینڈ دس کلاسز۔</w:t>
      </w:r>
    </w:p>
    <w:p>
      <w:r>
        <w:rPr>
          <w:b/>
        </w:rPr>
        <w:t xml:space="preserve">[1:26:11] </w:t>
      </w:r>
      <w:r>
        <w:t>but at the same time, i would like to say that you have to study the literature on routine basis, on regular basis. very important! very, very important!</w:t>
      </w:r>
    </w:p>
    <w:p>
      <w:pPr>
        <w:jc w:val="right"/>
      </w:pPr>
      <w:r>
        <w:t>بٹ ایٹ دا سیم ٹائم، آئی وڈ لائک ٹو سیٹ دیٹ یو ہیو ٹو سٹڈی دا لٹریچر ان روٹین بیسس، ان ریگولر بیسس۔ ویری امپورٹنٹ! ویری، ویری امپورٹنٹ!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