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Realistic Approach 30 March, 2014</w:t>
      </w:r>
    </w:p>
    <w:p>
      <w:r>
        <w:t>https://youtu.be/HIFxmWWiEG4</w:t>
      </w:r>
    </w:p>
    <w:p>
      <w:r>
        <w:rPr>
          <w:b/>
        </w:rPr>
        <w:t xml:space="preserve">[00:29] </w:t>
      </w:r>
      <w:r>
        <w:t>wahal al-uqdah min lisani, yafqah qawli. aaj March 2014 ki 30 tareekh hai.</w:t>
      </w:r>
    </w:p>
    <w:p>
      <w:pPr>
        <w:jc w:val="right"/>
      </w:pPr>
      <w:r>
        <w:t>واحل العقدۃ من لسانی، یفقہ قولی۔ آج مارچ 2014 کی 30 تاریخ ہے۔</w:t>
      </w:r>
    </w:p>
    <w:p>
      <w:r>
        <w:rPr>
          <w:b/>
        </w:rPr>
        <w:t xml:space="preserve">[00:47] </w:t>
      </w:r>
      <w:r>
        <w:t>aaj ka topic hai haqeeqat pasandi ya realistic approach.</w:t>
      </w:r>
    </w:p>
    <w:p>
      <w:pPr>
        <w:jc w:val="right"/>
      </w:pPr>
      <w:r>
        <w:t>آج کا ٹاپک ہے حقیقت پسندی یا ریلسٹک اپروچ۔</w:t>
      </w:r>
    </w:p>
    <w:p>
      <w:r>
        <w:rPr>
          <w:b/>
        </w:rPr>
        <w:t xml:space="preserve">[00:59] </w:t>
      </w:r>
      <w:r>
        <w:t>mere mutale ke mutabiq aaj ke musalmanon mein jo sab se bara musalmanon ka jo masla hai, woh na doosron ka zulm hai,</w:t>
      </w:r>
    </w:p>
    <w:p>
      <w:pPr>
        <w:jc w:val="right"/>
      </w:pPr>
      <w:r>
        <w:t>میرے مطالعے کے مطابق آج کے مسلمانوں میں جو سب سے بڑا مسلمانوں کا جو مسئلہ ہے، وہ نہ دوسروں کا ظلم ہے،</w:t>
      </w:r>
    </w:p>
    <w:p>
      <w:r>
        <w:rPr>
          <w:b/>
        </w:rPr>
        <w:t xml:space="preserve">[01:14] </w:t>
      </w:r>
      <w:r>
        <w:t>na doosron ki conspiracy hai,</w:t>
      </w:r>
    </w:p>
    <w:p>
      <w:pPr>
        <w:jc w:val="right"/>
      </w:pPr>
      <w:r>
        <w:t>نہ دوسروں کی کانسپریسی ہے،</w:t>
      </w:r>
    </w:p>
    <w:p>
      <w:r>
        <w:rPr>
          <w:b/>
        </w:rPr>
        <w:t xml:space="preserve">[01:18] </w:t>
      </w:r>
      <w:r>
        <w:t>na so called islamophobia hai. yeh sab jhooti baatein hain.</w:t>
      </w:r>
    </w:p>
    <w:p>
      <w:pPr>
        <w:jc w:val="right"/>
      </w:pPr>
      <w:r>
        <w:t>نہ سو کالڈ اسلامو فوبیا ہے۔ یہ سب جھوٹی باتیں ہیں۔</w:t>
      </w:r>
    </w:p>
    <w:p>
      <w:r>
        <w:rPr>
          <w:b/>
        </w:rPr>
        <w:t xml:space="preserve">[01:26] </w:t>
      </w:r>
      <w:r>
        <w:t>asal masla musalmanon ka yeh hai ke unhon ne haqeeqat pasandi ko kho diya hai, yani realistic thinking un ke andar bilkul nahin hai.</w:t>
      </w:r>
    </w:p>
    <w:p>
      <w:pPr>
        <w:jc w:val="right"/>
      </w:pPr>
      <w:r>
        <w:t>اصل مسئلہ مسلمانوں کا یہ ہے کہ انہوں نے حقیقت پسندی کو کھو دیا ہے، یعنی ریلسٹک تھنکنگ ان کے اندر بالکل نہیں ہے۔</w:t>
      </w:r>
    </w:p>
    <w:p>
      <w:r>
        <w:rPr>
          <w:b/>
        </w:rPr>
        <w:t xml:space="preserve">[01:39] </w:t>
      </w:r>
      <w:r>
        <w:t>maujood hi nahin is liye ke na angrez aane walon mein, na arabi aane walon mein. yeh jo jo log paida ho rahe hain madarse se, un mein bhi nahin hai.</w:t>
      </w:r>
    </w:p>
    <w:p>
      <w:pPr>
        <w:jc w:val="right"/>
      </w:pPr>
      <w:r>
        <w:t>موجود ہی نہیں اس لیے کہ نہ انگریز آنے والوں میں، نہ عربی آنے والوں میں۔ یہ جو جو لوگ پیدا ہو رہے ہیں مدرسے سے، ان میں بھی نہیں ہے۔</w:t>
      </w:r>
    </w:p>
    <w:p>
      <w:r>
        <w:rPr>
          <w:b/>
        </w:rPr>
        <w:t xml:space="preserve">[01:51] </w:t>
      </w:r>
      <w:r>
        <w:t>jo paida ho rahe hain university se, un mein bhi nahin hai.</w:t>
      </w:r>
    </w:p>
    <w:p>
      <w:pPr>
        <w:jc w:val="right"/>
      </w:pPr>
      <w:r>
        <w:t>جو پیدا ہو رہے ہیں یونیورسٹی سے، ان میں بھی نہیں ہے۔</w:t>
      </w:r>
    </w:p>
    <w:p>
      <w:r>
        <w:rPr>
          <w:b/>
        </w:rPr>
        <w:t xml:space="preserve">[01:55] </w:t>
      </w:r>
      <w:r>
        <w:t>mere ilm ke mutabiq sari muslim duniya mein koi ek shakhs bhi nahin hai jo sahi maano mein is ke andar haqeeqat pasandi ho.</w:t>
      </w:r>
    </w:p>
    <w:p>
      <w:pPr>
        <w:jc w:val="right"/>
      </w:pPr>
      <w:r>
        <w:t>میرے علم کے مطابق ساری مسلم دنیا میں کوئی ایک شخص بھی نہیں ہے جو صحیح معنوں میں اس کے اندر حقیقت پسندی ہو۔</w:t>
      </w:r>
    </w:p>
    <w:p>
      <w:r>
        <w:rPr>
          <w:b/>
        </w:rPr>
        <w:t xml:space="preserve">[02:04] </w:t>
      </w:r>
      <w:r>
        <w:t>yeh sab bara masla hai.</w:t>
      </w:r>
    </w:p>
    <w:p>
      <w:pPr>
        <w:jc w:val="right"/>
      </w:pPr>
      <w:r>
        <w:t>یہ سب بڑا مسئلہ ہے۔</w:t>
      </w:r>
    </w:p>
    <w:p>
      <w:r>
        <w:rPr>
          <w:b/>
        </w:rPr>
        <w:t xml:space="preserve">[02:10] </w:t>
      </w:r>
      <w:r>
        <w:t>to agar kisi ko kuch kaam karna hai musalmanon ki islaah ke liye to here is the starting point. doosron ke zulm ke khilaf cheekh pukar karna, yeh kehna ke yeh dushman hai, woh dushman</w:t>
      </w:r>
    </w:p>
    <w:p>
      <w:pPr>
        <w:jc w:val="right"/>
      </w:pPr>
      <w:r>
        <w:t>تو اگر کسی کو کچھ کام کرنا ہے مسلمانوں کی اصلاح کے لیے تو ہیر از دی سٹارٹنگ پوائنٹ۔ دوسروں کے ظلم کے خلاف چیخ پکار کرنا، یہ کہنا کہ یہ دشمن ہے، وہ دشمن</w:t>
      </w:r>
    </w:p>
    <w:p>
      <w:r>
        <w:rPr>
          <w:b/>
        </w:rPr>
        <w:t xml:space="preserve">[02:23] </w:t>
      </w:r>
      <w:r>
        <w:t>hai, yeh sab bilkul baseless baatein hain. baseless baatein hain. aap hazar saal tak cheekte rahiye, kuch hone wala nahi hai.</w:t>
      </w:r>
    </w:p>
    <w:p>
      <w:pPr>
        <w:jc w:val="right"/>
      </w:pPr>
      <w:r>
        <w:t>ہے، یہ سب بالکل بیس لیس باتیں ہیں۔ بیس لیس باتیں ہیں۔ آپ ہزار سال تک چیختے رہیے، کچھ ہونے والا نہیں ہے۔</w:t>
      </w:r>
    </w:p>
    <w:p>
      <w:r>
        <w:rPr>
          <w:b/>
        </w:rPr>
        <w:t xml:space="preserve">[02:33] </w:t>
      </w:r>
      <w:r>
        <w:t>asal cheez yeh hai ke musalmanon mein realistic approach lai jaye. haqeeqat pasandi lai jaye.</w:t>
      </w:r>
    </w:p>
    <w:p>
      <w:pPr>
        <w:jc w:val="right"/>
      </w:pPr>
      <w:r>
        <w:t>اصل چیز یہ ہے کہ مسلمانوں میں ریلسٹک اپروچ لائی جائے۔ حقیقت پسندی لائی جائے۔</w:t>
      </w:r>
    </w:p>
    <w:p>
      <w:r>
        <w:rPr>
          <w:b/>
        </w:rPr>
        <w:t xml:space="preserve">[02:43] </w:t>
      </w:r>
      <w:r>
        <w:t>rasool Allah sal Allah alih wasallam ne apni dua mein yeh alfaaz bolay thay ke Allahumma arna al ashya'a kama hai aye Allah, hum ko cheezein as it is dikha,</w:t>
      </w:r>
    </w:p>
    <w:p>
      <w:pPr>
        <w:jc w:val="right"/>
      </w:pPr>
      <w:r>
        <w:t>رسول اللہ صلی اللہ علیہ وسلم نے اپنی دعا میں یہ الفاظ بولے تھے کہ اللہم ارنا الاشیاء کما ہے اے اللہ، ہم کو چیزیں ایز اٹ از دکھا،</w:t>
      </w:r>
    </w:p>
    <w:p>
      <w:r>
        <w:rPr>
          <w:b/>
        </w:rPr>
        <w:t xml:space="preserve">[02:59] </w:t>
      </w:r>
      <w:r>
        <w:t>jaisa hain waisa hi dikha.</w:t>
      </w:r>
    </w:p>
    <w:p>
      <w:pPr>
        <w:jc w:val="right"/>
      </w:pPr>
      <w:r>
        <w:t>جیسا ہیں ویسا ہی دکھا۔</w:t>
      </w:r>
    </w:p>
    <w:p>
      <w:r>
        <w:rPr>
          <w:b/>
        </w:rPr>
        <w:t xml:space="preserve">[03:01] </w:t>
      </w:r>
      <w:r>
        <w:t>yehi hai haqeeqat pasandi.</w:t>
      </w:r>
    </w:p>
    <w:p>
      <w:pPr>
        <w:jc w:val="right"/>
      </w:pPr>
      <w:r>
        <w:t>یہی ہے حقیقت پسندی۔</w:t>
      </w:r>
    </w:p>
    <w:p>
      <w:r>
        <w:rPr>
          <w:b/>
        </w:rPr>
        <w:t xml:space="preserve">[03:06] </w:t>
      </w:r>
      <w:r>
        <w:t>aur Quran mein dekhiye, shuru zamanay mein jo surah utri, us mein tha sabr ki talqeen. warabbaka fasbir aur phir saaray Quran mein sabr, sabr, sabr.</w:t>
      </w:r>
    </w:p>
    <w:p>
      <w:pPr>
        <w:jc w:val="right"/>
      </w:pPr>
      <w:r>
        <w:t>اور قرآن میں دیکھیے، شروع زمانے میں جو سورہ اتری، اس میں تھا صبر کی تلقین۔ وربک فاصبر اور پھر سارے قرآن میں صبر، صبر، صبر۔</w:t>
      </w:r>
    </w:p>
    <w:p>
      <w:r>
        <w:rPr>
          <w:b/>
        </w:rPr>
        <w:t xml:space="preserve">[03:16] </w:t>
      </w:r>
      <w:r>
        <w:t>sabr kya hai? sab yehi hai haqeeqat pasandi. yeh maslay kyun paida hue?</w:t>
      </w:r>
    </w:p>
    <w:p>
      <w:pPr>
        <w:jc w:val="right"/>
      </w:pPr>
      <w:r>
        <w:t>صبر کیا ہے؟ سب یہی ہے حقیقت پسندی۔ یہ مسئلے کیوں پیدا ہوئے؟</w:t>
      </w:r>
    </w:p>
    <w:p>
      <w:r>
        <w:rPr>
          <w:b/>
        </w:rPr>
        <w:t xml:space="preserve">[03:26] </w:t>
      </w:r>
      <w:r>
        <w:t>iska sabab yeh hai ke Quran mein jo guidance hai, woh sab kuch maujood hai Quran majeed mein, lekin Quran mein hai traditional zabaan mein.</w:t>
      </w:r>
    </w:p>
    <w:p>
      <w:pPr>
        <w:jc w:val="right"/>
      </w:pPr>
      <w:r>
        <w:t>اس کا سبب یہ ہے کہ قرآن میں جو گائیڈنس ہے، وہ سب کچھ موجود ہے قرآن مجید میں، لیکن قرآن میں ہے ٹریڈیشنل زبان میں۔</w:t>
      </w:r>
    </w:p>
    <w:p>
      <w:r>
        <w:rPr>
          <w:b/>
        </w:rPr>
        <w:t xml:space="preserve">[03:39] </w:t>
      </w:r>
      <w:r>
        <w:t>isko aap ko convert karna hai modern medium mein. yeh nahi kar sake musalman. na madrasay walay kar sake, na university walay kar sake.</w:t>
      </w:r>
    </w:p>
    <w:p>
      <w:pPr>
        <w:jc w:val="right"/>
      </w:pPr>
      <w:r>
        <w:t>اس کو آپ کو کنورٹ کرنا ہے ماڈرن میڈیم میں۔ یہ نہیں کر سکے مسلمان۔ نہ مدرسے والے کر سکے، نہ یونیورسٹی والے کر سکے۔</w:t>
      </w:r>
    </w:p>
    <w:p>
      <w:r>
        <w:rPr>
          <w:b/>
        </w:rPr>
        <w:t xml:space="preserve">[03:50] </w:t>
      </w:r>
      <w:r>
        <w:t>is liye Quran ke hotay hue yeh log bekhabari mein paray hue hain.</w:t>
      </w:r>
    </w:p>
    <w:p>
      <w:pPr>
        <w:jc w:val="right"/>
      </w:pPr>
      <w:r>
        <w:t>اس لیے قرآن کے ہوتے ہوئے یہ لوگ بے خبری میں پڑے ہوئے ہیں۔</w:t>
      </w:r>
    </w:p>
    <w:p>
      <w:r>
        <w:rPr>
          <w:b/>
        </w:rPr>
        <w:t xml:space="preserve">[03:57] </w:t>
      </w:r>
      <w:r>
        <w:t>Quran ke hotay hue bilkul bekhabari mein paray hue hain.</w:t>
      </w:r>
    </w:p>
    <w:p>
      <w:pPr>
        <w:jc w:val="right"/>
      </w:pPr>
      <w:r>
        <w:t>قرآن کے ہوتے ہوئے بالکل بے خبری میں پڑے ہوئے ہیں۔</w:t>
      </w:r>
    </w:p>
    <w:p>
      <w:r>
        <w:rPr>
          <w:b/>
        </w:rPr>
        <w:t xml:space="preserve">[04:04] </w:t>
      </w:r>
      <w:r>
        <w:t>to bohat pehle, shayad partition se pehle ki baat hai, ek musalman jo mashhoor tha, liberal, parha likha tha, woh is ne ek article likha tha.</w:t>
      </w:r>
    </w:p>
    <w:p>
      <w:pPr>
        <w:jc w:val="right"/>
      </w:pPr>
      <w:r>
        <w:t>تو بہت پہلے، شاید پارٹیشن سے پہلے کی بات ہے، ایک مسلمان جو مشہور تھا، لبرل، پڑھ لکھا تھا، وہ اس نے ایک آرٹیکل لکھا تھا۔</w:t>
      </w:r>
    </w:p>
    <w:p>
      <w:r>
        <w:rPr>
          <w:b/>
        </w:rPr>
        <w:t xml:space="preserve">[04:20] </w:t>
      </w:r>
      <w:r>
        <w:t>us mein yeh kaha tha ke Quran has to be re revealed today.</w:t>
      </w:r>
    </w:p>
    <w:p>
      <w:pPr>
        <w:jc w:val="right"/>
      </w:pPr>
      <w:r>
        <w:t>اس میں یہ کہا تھا کہ قرآن ہیز ٹو بی ری ریویل ٹوڈے۔</w:t>
      </w:r>
    </w:p>
    <w:p>
      <w:r>
        <w:rPr>
          <w:b/>
        </w:rPr>
        <w:t xml:space="preserve">[04:27] </w:t>
      </w:r>
      <w:r>
        <w:t>Quran ko dobara utarna chahiye. to yeh meri samajh mein nahi aata tha ke is ka matlab kya? kya murad thi is ki? is se meri koi mulaqat nahi hui.</w:t>
      </w:r>
    </w:p>
    <w:p>
      <w:pPr>
        <w:jc w:val="right"/>
      </w:pPr>
      <w:r>
        <w:t>قرآن کو دوبارہ اترنا چاہیے۔ تو یہ میری سمجھ میں نہیں آتا تھا کہ اس کا مطلب کیا؟ کیا مراد تھی اس کی؟ اس سے میری کوئی ملاقات نہیں ہوئی۔</w:t>
      </w:r>
    </w:p>
    <w:p>
      <w:r>
        <w:rPr>
          <w:b/>
        </w:rPr>
        <w:t xml:space="preserve">[04:38] </w:t>
      </w:r>
      <w:r>
        <w:t>bohat dinon ke baad maine ek baat jani ke us ne ek sahi baat ko galat alfaaz mein bhi kaha. ek sahi baat ko us ne galat alfaaz mein kaha.</w:t>
      </w:r>
    </w:p>
    <w:p>
      <w:pPr>
        <w:jc w:val="right"/>
      </w:pPr>
      <w:r>
        <w:t>بہت دنوں کے بعد میں نے ایک بات جانی کہ اس نے ایک صحیح بات کو غلط الفاظ میں بھی کہا۔ ایک صحیح بات کو اس نے غلط الفاظ میں کہا۔</w:t>
      </w:r>
    </w:p>
    <w:p>
      <w:r>
        <w:rPr>
          <w:b/>
        </w:rPr>
        <w:t xml:space="preserve">[04:50] </w:t>
      </w:r>
      <w:r>
        <w:t>sahi baat yeh hai ke Quran has to be re defined today.</w:t>
      </w:r>
    </w:p>
    <w:p>
      <w:pPr>
        <w:jc w:val="right"/>
      </w:pPr>
      <w:r>
        <w:t>صحیح بات یہ ہے کہ قرآن ہیز ٹو بی ری ڈیفائن ٹوڈے۔</w:t>
      </w:r>
    </w:p>
    <w:p>
      <w:r>
        <w:rPr>
          <w:b/>
        </w:rPr>
        <w:t xml:space="preserve">[04:56] </w:t>
      </w:r>
      <w:r>
        <w:t>Quran has to be re defined today. yani Quran mein lafz sabr hai, to is ko aap badliye. kahin ke sabr ka matlab hai realistic thinking, haqeeqat pasandana soch.</w:t>
      </w:r>
    </w:p>
    <w:p>
      <w:pPr>
        <w:jc w:val="right"/>
      </w:pPr>
      <w:r>
        <w:t>قرآن ہیز ٹو بی ری ڈیفائن ٹوڈے۔ یعنی قرآن میں لفظ صبر ہے، تو اس کو آپ بدلیے۔ کہیں کہ صبر کا مطلب ہے ریلسٹک تھنکنگ، حقیقت پسندانہ سوچ۔</w:t>
      </w:r>
    </w:p>
    <w:p>
      <w:r>
        <w:rPr>
          <w:b/>
        </w:rPr>
        <w:t xml:space="preserve">[05:11] </w:t>
      </w:r>
      <w:r>
        <w:t>yani traditional alfaaz ko aap modern idiom mein badliye. yeh kisi ne kiya nahi.</w:t>
      </w:r>
    </w:p>
    <w:p>
      <w:pPr>
        <w:jc w:val="right"/>
      </w:pPr>
      <w:r>
        <w:t>یعنی ٹریڈیشنل الفاظ کو آپ ماڈرن ایڈیم میں بدلیے۔ یہ کسی نے کیا نہیں۔</w:t>
      </w:r>
    </w:p>
    <w:p>
      <w:r>
        <w:rPr>
          <w:b/>
        </w:rPr>
        <w:t xml:space="preserve">[05:20] </w:t>
      </w:r>
      <w:r>
        <w:t>mere ilm ke mutabiq, mere ilm ke mutabiq, do sau saal se hangamay jari hain, lekin musalmanon mein main keh sakta hoon ke koi ek shakhs bhi nahi aisa west se east se west tak, arab se ajam tak, jo is ne yeh kaam kiya ho ke traditional alfaaz ko modern idiom badle.</w:t>
      </w:r>
    </w:p>
    <w:p>
      <w:pPr>
        <w:jc w:val="right"/>
      </w:pPr>
      <w:r>
        <w:t>میرے علم کے مطابق، میرے علم کے مطابق، دو سو سال سے ہنگامے جاری ہیں، لیکن مسلمانوں میں میں کہہ سکتا ہوں کہ کوئی ایک شخص بھی نہیں ایسا ویسٹ سے ایسٹ سے ویسٹ تک، عرب سے عجم تک، جو اس نے یہ کام کیا ہو کہ ٹریڈیشنل الفاظ کو ماڈرن ایڈیم بدلے۔</w:t>
      </w:r>
    </w:p>
    <w:p>
      <w:r>
        <w:rPr>
          <w:b/>
        </w:rPr>
        <w:t xml:space="preserve">[05:39] </w:t>
      </w:r>
      <w:r>
        <w:t>yeh hai musalmanon ki sab se bari kami.</w:t>
      </w:r>
    </w:p>
    <w:p>
      <w:pPr>
        <w:jc w:val="right"/>
      </w:pPr>
      <w:r>
        <w:t>یہ ہے مسلمانوں کی سب سے بڑی کمی۔</w:t>
      </w:r>
    </w:p>
    <w:p>
      <w:r>
        <w:rPr>
          <w:b/>
        </w:rPr>
        <w:t xml:space="preserve">[05:43] </w:t>
      </w:r>
      <w:r>
        <w:t>jab tak aap yeh nahi karenge, musalmanon ka mind address nahi hoga. musalmanon ko baatein samajh mein nahi ayengi. woh sabr ka lafz sunenge to kahain ge, "hari, yeh to sabr to buzdi ki taleem hai." ya aap kahain ge, "sabr to" woh kahain ge, "yeh to buzdi ki taleem hai." in ka mind pakray ga nahi.</w:t>
      </w:r>
    </w:p>
    <w:p>
      <w:pPr>
        <w:jc w:val="right"/>
      </w:pPr>
      <w:r>
        <w:t>جب تک آپ یہ نہیں کریں گے، مسلمانوں کا مائنڈ ایڈریس نہیں ہوگا۔ مسلمانوں کو باتیں سمجھ میں نہیں آئیں گی۔ وہ صبر کا لفظ سنیں گے تو کہیں گے، "ہری، یہ تو صبر تو بزدلی کی تعلیم ہے۔" یا آپ کہیں گے، "صبر تو" وہ کہیں گے، "یہ تو بزدلی کی تعلیم ہے۔" ان کا مائنڈ پکڑے گا نہیں۔</w:t>
      </w:r>
    </w:p>
    <w:p>
      <w:r>
        <w:rPr>
          <w:b/>
        </w:rPr>
        <w:t xml:space="preserve">[06:02] </w:t>
      </w:r>
      <w:r>
        <w:t>lekin jab aap yeh kahain ke sabr ka matlab hai realistic approach, tab in ka mind pakray ga ke haan, yeh baat hai.</w:t>
      </w:r>
    </w:p>
    <w:p>
      <w:pPr>
        <w:jc w:val="right"/>
      </w:pPr>
      <w:r>
        <w:t>لیکن جب آپ یہ کہیں کہ صبر کا مطلب ہے ریلسٹک اپروچ، تب ان کا مائنڈ پکڑے گا کہ ہاں، یہ بات ہے۔</w:t>
      </w:r>
    </w:p>
    <w:p>
      <w:r>
        <w:rPr>
          <w:b/>
        </w:rPr>
        <w:t xml:space="preserve">[06:13] </w:t>
      </w:r>
      <w:r>
        <w:t>to ghalti yahan hai.</w:t>
      </w:r>
    </w:p>
    <w:p>
      <w:pPr>
        <w:jc w:val="right"/>
      </w:pPr>
      <w:r>
        <w:t>تو غلطی یہاں ہے۔</w:t>
      </w:r>
    </w:p>
    <w:p>
      <w:r>
        <w:rPr>
          <w:b/>
        </w:rPr>
        <w:t xml:space="preserve">[06:17] </w:t>
      </w:r>
      <w:r>
        <w:t>wahan nahi hai jahan log ailan kar rahay hain ke conspiracy hai, zulm hai, dushmani hai. yeh sab bilkul baseless baatein hain. koi hamara dushman nahi, koi hamara saazishi nahi, koi hamare khilaf nahi.</w:t>
      </w:r>
    </w:p>
    <w:p>
      <w:pPr>
        <w:jc w:val="right"/>
      </w:pPr>
      <w:r>
        <w:t>وہاں نہیں ہے جہاں لوگ اعلان کر رہے ہیں کہ کانسپریسی ہے، ظلم ہے، دشمنی ہے۔ یہ سب بالکل بیس لیس باتیں ہیں۔ کوئی ہمارا دشمن نہیں، کوئی ہمارا سازشی نہیں، کوئی ہمارے خلاف نہیں۔</w:t>
      </w:r>
    </w:p>
    <w:p>
      <w:r>
        <w:rPr>
          <w:b/>
        </w:rPr>
        <w:t xml:space="preserve">[06:31] </w:t>
      </w:r>
      <w:r>
        <w:t>saara maamla khud apni shortcoming ka hai. main aap ko ek misaal deta hoon.</w:t>
      </w:r>
    </w:p>
    <w:p>
      <w:pPr>
        <w:jc w:val="right"/>
      </w:pPr>
      <w:r>
        <w:t>سارا معاملہ خود اپنی شارٹ کمنگ کا ہے۔ میں آپ کو ایک مثال دیتا ہوں۔</w:t>
      </w:r>
    </w:p>
    <w:p>
      <w:r>
        <w:rPr>
          <w:b/>
        </w:rPr>
        <w:t xml:space="preserve">[06:41] </w:t>
      </w:r>
      <w:r>
        <w:t>dekhiye, yeh aaj times of india ka aaj ka shumarah hai. aaj yani 30 march ka.</w:t>
      </w:r>
    </w:p>
    <w:p>
      <w:pPr>
        <w:jc w:val="right"/>
      </w:pPr>
      <w:r>
        <w:t>دیکھیے، یہ آج ٹائمز آف انڈیا کا آج کا شمارہ ہے۔ آج یعنی 30 مارچ کا۔</w:t>
      </w:r>
    </w:p>
    <w:p>
      <w:r>
        <w:rPr>
          <w:b/>
        </w:rPr>
        <w:t xml:space="preserve">[06:50] </w:t>
      </w:r>
      <w:r>
        <w:t>is mein meri tasweer chhapi hui hai, aap dekh rahe hain. is tasweer ko agar hum chhapen to main samajhta hoon ke taqreeban paanch lakh rupay dena paray ga. yani front page par aisi tasweer chhapne ke liye taqreeban paanch lakh rupay dena paray ga.</w:t>
      </w:r>
    </w:p>
    <w:p>
      <w:pPr>
        <w:jc w:val="right"/>
      </w:pPr>
      <w:r>
        <w:t>اس میں میری تصویر چھپی ہوئی ہے، آپ دیکھ رہے ہیں۔ اس تصویر کو اگر ہم چھاپیں تو میں سمجھتا ہوں کہ تقریباً پانچ لاکھ روپے دینا پڑے گا۔ یعنی فرنٹ پیج پر ایسی تصویر چھاپنے کے لیے تقریباً پانچ لاکھ روپے دینا پڑے گا۔</w:t>
      </w:r>
    </w:p>
    <w:p>
      <w:r>
        <w:rPr>
          <w:b/>
        </w:rPr>
        <w:t xml:space="preserve">[07:04] </w:t>
      </w:r>
      <w:r>
        <w:t>aur free mein chhapa hai unhon ne. free mein chhapa hai.</w:t>
      </w:r>
    </w:p>
    <w:p>
      <w:pPr>
        <w:jc w:val="right"/>
      </w:pPr>
      <w:r>
        <w:t>اور فری میں چھاپا ہے انہوں نے۔ فری میں چھاپا ہے۔</w:t>
      </w:r>
    </w:p>
    <w:p>
      <w:r>
        <w:rPr>
          <w:b/>
        </w:rPr>
        <w:t xml:space="preserve">[07:09] </w:t>
      </w:r>
      <w:r>
        <w:t>is ke peechay lambi kahani hai.</w:t>
      </w:r>
    </w:p>
    <w:p>
      <w:pPr>
        <w:jc w:val="right"/>
      </w:pPr>
      <w:r>
        <w:t>اس کے پیچھے لمبی کہانی ہے۔</w:t>
      </w:r>
    </w:p>
    <w:p>
      <w:r>
        <w:rPr>
          <w:b/>
        </w:rPr>
        <w:t xml:space="preserve">[07:14] </w:t>
      </w:r>
      <w:r>
        <w:t>is se aap samjhiye ke masla kahan hai. main dilli aaya 1967 mein. 1967 mein.</w:t>
      </w:r>
    </w:p>
    <w:p>
      <w:pPr>
        <w:jc w:val="right"/>
      </w:pPr>
      <w:r>
        <w:t>اس سے آپ سمجھئے کہ مسئلہ کہاں ہے۔ میں دلی آیا 1967 میں۔ 1967 میں۔</w:t>
      </w:r>
    </w:p>
    <w:p>
      <w:r>
        <w:rPr>
          <w:b/>
        </w:rPr>
        <w:t xml:space="preserve">[07:26] </w:t>
      </w:r>
      <w:r>
        <w:t>to us waqt se meri yeh soch yeh thi ke musalman jo parche nikalte hain idhar udhar, is ki koi value nahin. bohat se parche musalman nikal rakhe hain english mein.</w:t>
      </w:r>
    </w:p>
    <w:p>
      <w:pPr>
        <w:jc w:val="right"/>
      </w:pPr>
      <w:r>
        <w:t>تو اس وقت سے میری یہ سوچ یہ تھی کہ مسلمان جو پرچے نکالتے ہیں ادھر ادھر، اس کی کوئی ویلیو نہیں۔ بہت سے پرچے مسلمان نکال رکھے ہیں انگلش میں۔</w:t>
      </w:r>
    </w:p>
    <w:p>
      <w:r>
        <w:rPr>
          <w:b/>
        </w:rPr>
        <w:t xml:space="preserve">[07:37] </w:t>
      </w:r>
      <w:r>
        <w:t>main english ki baat kar raha hoon.</w:t>
      </w:r>
    </w:p>
    <w:p>
      <w:pPr>
        <w:jc w:val="right"/>
      </w:pPr>
      <w:r>
        <w:t>میں انگلش کی بات کر رہا ہوں۔</w:t>
      </w:r>
    </w:p>
    <w:p>
      <w:r>
        <w:rPr>
          <w:b/>
        </w:rPr>
        <w:t xml:space="preserve">[07:40] </w:t>
      </w:r>
      <w:r>
        <w:t>in ke kuch bhi, one percent bhi, in ki koi value nahin hai. kyun? aap nikalte hain, aap parcha nikalte hain ke log parhen.</w:t>
      </w:r>
    </w:p>
    <w:p>
      <w:pPr>
        <w:jc w:val="right"/>
      </w:pPr>
      <w:r>
        <w:t>ان کے کچھ بھی، ون پرسنٹ بھی، ان کی کوئی ویلیو نہیں ہے۔ کیوں؟ آپ نکلتے ہیں، آپ پرچہ نکالتے ہیں کہ لوگ پڑھیں۔</w:t>
      </w:r>
    </w:p>
    <w:p>
      <w:r>
        <w:rPr>
          <w:b/>
        </w:rPr>
        <w:t xml:space="preserve">[07:51] </w:t>
      </w:r>
      <w:r>
        <w:t>general public parhe. woh koi parhta hi nahin. is ki readership jo hai, unhi logon mein rehti hai jo nikalte hain. khud hi nikalte hain, khud hi parhte hain.</w:t>
      </w:r>
    </w:p>
    <w:p>
      <w:pPr>
        <w:jc w:val="right"/>
      </w:pPr>
      <w:r>
        <w:t>جنرل پبلک پڑھے۔ وہ کوئی پڑھتا ہی نہیں۔ اس کی ریڈرشپ جو ہے، انہی لوگوں میں رہتی ہے جو نکالتے ہیں۔ خود ہی نکالتے ہیں، خود ہی پڑھتے ہیں۔</w:t>
      </w:r>
    </w:p>
    <w:p>
      <w:r>
        <w:rPr>
          <w:b/>
        </w:rPr>
        <w:t xml:space="preserve">[08:03] </w:t>
      </w:r>
      <w:r>
        <w:t>jo general readership hai, us ko is se koi matlab nahin. koi is ko parhta parhta nahin.</w:t>
      </w:r>
    </w:p>
    <w:p>
      <w:pPr>
        <w:jc w:val="right"/>
      </w:pPr>
      <w:r>
        <w:t>جو جنرل ریڈرشپ ہے، اس کو اس سے کوئی مطلب نہیں۔ کوئی اس کو پڑھتا پڑھتا نہیں۔</w:t>
      </w:r>
    </w:p>
    <w:p>
      <w:r>
        <w:rPr>
          <w:b/>
        </w:rPr>
        <w:t xml:space="preserve">[08:10] </w:t>
      </w:r>
      <w:r>
        <w:t>to mera shuru se yeh tha ke jo national dailies hain, jo national press hai, us mein aana chahiye. community press mein koi cheez chhape, is ki koi value nahin hoti.</w:t>
      </w:r>
    </w:p>
    <w:p>
      <w:pPr>
        <w:jc w:val="right"/>
      </w:pPr>
      <w:r>
        <w:t>تو میرا شروع سے یہ تھا کہ جو نیشنل ڈیلیز ہیں، جو نیشنل پریس ہے، اس میں آنا چاہیے۔ کمیونٹی پریس میں کوئی چیز چھپے، اس کی کوئی ویلیو نہیں ہوتی۔</w:t>
      </w:r>
    </w:p>
    <w:p>
      <w:r>
        <w:rPr>
          <w:b/>
        </w:rPr>
        <w:t xml:space="preserve">[08:24] </w:t>
      </w:r>
      <w:r>
        <w:t>to musalmanon ke jo parche hain, woh sab un ko kaha jata hai community press. koi value nahin in ki. one percent bhi koi value nahin hai. agli cheez hai ke jo national press hai, wahan chhape aap ki cheezen.</w:t>
      </w:r>
    </w:p>
    <w:p>
      <w:pPr>
        <w:jc w:val="right"/>
      </w:pPr>
      <w:r>
        <w:t>تو مسلمانوں کے جو پرچے ہیں، وہ سب ان کو کہا جاتا ہے کمیونٹی پریس۔ کوئی ویلیو نہیں ان کی۔ ون پرسنٹ بھی کوئی ویلیو نہیں ہے۔ اگلی چیز ہے کہ جو نیشنل پریس ہے، وہاں چھپے آپ کی چیزیں۔</w:t>
      </w:r>
    </w:p>
    <w:p>
      <w:r>
        <w:rPr>
          <w:b/>
        </w:rPr>
        <w:t xml:space="preserve">[08:38] </w:t>
      </w:r>
      <w:r>
        <w:t>to log is ko jab main kehta tha, log is ko badness batate thay. badness. kehte hain ke national press jo hai, woh to hamare to mutasir hai.</w:t>
      </w:r>
    </w:p>
    <w:p>
      <w:pPr>
        <w:jc w:val="right"/>
      </w:pPr>
      <w:r>
        <w:t>تو لوگ اس کو جب میں کہتا تھا، لوگ اس کو بیڈنس بتاتے تھے۔ بیڈنس۔ کہتے ہیں کہ نیشنل پریس جو ہے، وہ تو ہمارے تو متاثر ہے۔</w:t>
      </w:r>
    </w:p>
    <w:p>
      <w:r>
        <w:rPr>
          <w:b/>
        </w:rPr>
        <w:t xml:space="preserve">[08:48] </w:t>
      </w:r>
      <w:r>
        <w:t>is ko to hum se, hamare baray mein negative hai. woh kahan chhapay ga? one to all, har aadmi yahi kehta tha ke aap aik, aap aik aisa khwab dekh rahe hain jo kabhi poora hone wala nahin hai.</w:t>
      </w:r>
    </w:p>
    <w:p>
      <w:pPr>
        <w:jc w:val="right"/>
      </w:pPr>
      <w:r>
        <w:t>اس کو تو ہم سے، ہمارے بارے میں نیگیٹیو ہے۔ وہ کہاں چھاپے گا؟ ون ٹو آل، ہر آدمی یہی کہتا تھا کہ آپ ایک، آپ ایک ایسا خواب دیکھ رہے ہیں جو کبھی پورا ہونے والا نہیں ہے۔</w:t>
      </w:r>
    </w:p>
    <w:p>
      <w:r>
        <w:rPr>
          <w:b/>
        </w:rPr>
        <w:t xml:space="preserve">[09:02] </w:t>
      </w:r>
      <w:r>
        <w:t>kyun ke jo national press hai, woh aap ki cheez kabhi nahin chhapay ga. woh to mutasir hai.</w:t>
      </w:r>
    </w:p>
    <w:p>
      <w:pPr>
        <w:jc w:val="right"/>
      </w:pPr>
      <w:r>
        <w:t>کیونکہ جو نیشنل پریس ہے، وہ آپ کی چیز کبھی نہیں چھاپے گا۔ وہ تو متاثر ہے۔</w:t>
      </w:r>
    </w:p>
    <w:p>
      <w:r>
        <w:rPr>
          <w:b/>
        </w:rPr>
        <w:t xml:space="preserve">[09:08] </w:t>
      </w:r>
      <w:r>
        <w:t>aap jante hain ke india ka top ka parcha hai times of india. to main chahta tha ke mere mazameen times of india chhapen. to jante hain, main ne kya kiya?</w:t>
      </w:r>
    </w:p>
    <w:p>
      <w:pPr>
        <w:jc w:val="right"/>
      </w:pPr>
      <w:r>
        <w:t>آپ جانتے ہیں کہ انڈیا کا ٹاپ کا پرچہ ہے ٹائمز آف انڈیا۔ تو میں چاہتا تھا کہ میرے مضامین ٹائمز آف انڈیا چھپیں۔ تو جانتے ہیں، میں نے کیا کیا؟</w:t>
      </w:r>
    </w:p>
    <w:p>
      <w:r>
        <w:rPr>
          <w:b/>
        </w:rPr>
        <w:t xml:space="preserve">[09:22] </w:t>
      </w:r>
      <w:r>
        <w:t>30 saal ki effort ki, tab ja ke parcha mera parha maloom chhapa tha times of india mein. aur aaj regular chhapta hai.</w:t>
      </w:r>
    </w:p>
    <w:p>
      <w:pPr>
        <w:jc w:val="right"/>
      </w:pPr>
      <w:r>
        <w:t>30 سال کی ایفرٹ کی، تب جا کے پرچہ میرا پڑھا معلوم چھپا تھا ٹائمز آف انڈیا میں۔ اور آج ریگولر چھپتا ہے۔</w:t>
      </w:r>
    </w:p>
    <w:p>
      <w:r>
        <w:rPr>
          <w:b/>
        </w:rPr>
        <w:t xml:space="preserve">[09:31] </w:t>
      </w:r>
      <w:r>
        <w:t>30 saal ki effort ke baad main ne yeh kiya ke main daily times of india parhne laga.</w:t>
      </w:r>
    </w:p>
    <w:p>
      <w:pPr>
        <w:jc w:val="right"/>
      </w:pPr>
      <w:r>
        <w:t>30 سال کی ایفرٹ کے بعد میں نے یہ کیا کہ میں ڈیلی ٹائمز آف انڈیا پڑھنے لگا۔</w:t>
      </w:r>
    </w:p>
    <w:p>
      <w:r>
        <w:rPr>
          <w:b/>
        </w:rPr>
        <w:t xml:space="preserve">[09:39] </w:t>
      </w:r>
      <w:r>
        <w:t>aik zamana tha ke main daily aath akhbar parhta tha. aath akhbar. is mein se aik times of india hota tha.</w:t>
      </w:r>
    </w:p>
    <w:p>
      <w:pPr>
        <w:jc w:val="right"/>
      </w:pPr>
      <w:r>
        <w:t>ایک زمانہ تھا کہ میں ڈیلی آٹھ اخبار پڑھتا تھا۔ آٹھ اخبار۔ اس میں سے ایک ٹائمز آف انڈیا ہوتا تھا۔</w:t>
      </w:r>
    </w:p>
    <w:p>
      <w:r>
        <w:rPr>
          <w:b/>
        </w:rPr>
        <w:t xml:space="preserve">[09:48] </w:t>
      </w:r>
      <w:r>
        <w:t>to daily mein times of india parhta tha ke is ka test kya hai, is ki requirement kya hai, is ka yani kin kin cheezon ko select karta hai chhapne ke liye.</w:t>
      </w:r>
    </w:p>
    <w:p>
      <w:pPr>
        <w:jc w:val="right"/>
      </w:pPr>
      <w:r>
        <w:t>تو ڈیلی میں ٹائمز آف انڈیا پڑھتا تھا کہ اس کا ٹیسٹ کیا ہے، اس کی ریکوائرمنٹ کیا ہے، اس کا یعنی کن کن چیزوں کو سلیکٹ کرتا ہے چھاپنے کے لیے۔</w:t>
      </w:r>
    </w:p>
    <w:p>
      <w:r>
        <w:rPr>
          <w:b/>
        </w:rPr>
        <w:t xml:space="preserve">[10:00] </w:t>
      </w:r>
      <w:r>
        <w:t>to 30 saal beet gaye yeh janne ke liye. aur bhejta tha, un ke liye likhta tha mazmoon.</w:t>
      </w:r>
    </w:p>
    <w:p>
      <w:pPr>
        <w:jc w:val="right"/>
      </w:pPr>
      <w:r>
        <w:t>تو 30 سال بیت گئے یہ جاننے کے لیے۔ اور بھیجتا تھا، ان کے لیے لکھتا تھا مضمون۔</w:t>
      </w:r>
    </w:p>
    <w:p>
      <w:r>
        <w:rPr>
          <w:b/>
        </w:rPr>
        <w:t xml:space="preserve">[10:08] </w:t>
      </w:r>
      <w:r>
        <w:t>pehla mazmoon jo chhaapa hai mera times of india mein, woh chhaapa hai 15 september 1997 ko. jo 67 se le kar 97 tak 30 saal hain.</w:t>
      </w:r>
    </w:p>
    <w:p>
      <w:pPr>
        <w:jc w:val="right"/>
      </w:pPr>
      <w:r>
        <w:t>پہلا مضمون جو چھپا ہے میرا ٹائمز آف انڈیا میں، وہ چھپا ہے 15 ستمبر 1997 کو۔ جو 67 سے لے کر 97 تک 30 سال ہیں۔</w:t>
      </w:r>
    </w:p>
    <w:p>
      <w:r>
        <w:rPr>
          <w:b/>
        </w:rPr>
        <w:t xml:space="preserve">[10:22] </w:t>
      </w:r>
      <w:r>
        <w:t>67 se le kar 97 tak 30 saal hain. 30 saal tak main times of india parhta raha, parhta raha, parhta. daily, daily, daily.</w:t>
      </w:r>
    </w:p>
    <w:p>
      <w:pPr>
        <w:jc w:val="right"/>
      </w:pPr>
      <w:r>
        <w:t>67 سے لے کر 97 تک 30 سال ہیں۔ 30 سال تک میں ٹائمز آف انڈیا پڑھتا رہا، پڑھتا رہا، پڑھتا۔ ڈیلی، ڈیلی، ڈیلی۔</w:t>
      </w:r>
    </w:p>
    <w:p>
      <w:r>
        <w:rPr>
          <w:b/>
        </w:rPr>
        <w:t xml:space="preserve">[10:34] </w:t>
      </w:r>
      <w:r>
        <w:t>tab mera pehla mazmoon chhaapa times of india mein 15 september 1997 ko. us waqt Girilal Jain times of india ke editor thay.</w:t>
      </w:r>
    </w:p>
    <w:p>
      <w:pPr>
        <w:jc w:val="right"/>
      </w:pPr>
      <w:r>
        <w:t>تب میرا پہلا مضمون چھپا ٹائمز آف انڈیا میں 15 ستمبر 1997 کو۔ اس وقت گریلال جین ٹائمز آف انڈیا کے ایڈیٹر تھے۔</w:t>
      </w:r>
    </w:p>
    <w:p>
      <w:r>
        <w:rPr>
          <w:b/>
        </w:rPr>
        <w:t xml:space="preserve">[10:46] </w:t>
      </w:r>
      <w:r>
        <w:t>un ko bhi musalman kaha jata hai. woh to bara mutasir hai, bara mutasir hai. Girilal Jain ne mera pehla mazmoon chhapa. is ka title tha "Not by Grievances Alone".</w:t>
      </w:r>
    </w:p>
    <w:p>
      <w:pPr>
        <w:jc w:val="right"/>
      </w:pPr>
      <w:r>
        <w:t>ان کو بھی مسلمان کہا جاتا ہے۔ وہ تو بڑا متاثر ہے، بڑا متاثر ہے۔ گریلال جین نے میرا پہلا مضمون چھاپا۔ اس کا ٹائٹل تھا "ناٹ بائی گریونسز الون"۔</w:t>
      </w:r>
    </w:p>
    <w:p>
      <w:r>
        <w:rPr>
          <w:b/>
        </w:rPr>
        <w:t xml:space="preserve">[11:00] </w:t>
      </w:r>
      <w:r>
        <w:t>matlab shikayat kafi nahin. "naat bai grivansiz alon". yeh mazmoon shamil hai meri kitab "an indian muslims ap past lok" mein.</w:t>
      </w:r>
    </w:p>
    <w:p>
      <w:pPr>
        <w:jc w:val="right"/>
      </w:pPr>
      <w:r>
        <w:t>مطلب شکایت کافی نہیں۔ "ناٹ بائی گریونسز الون"۔ یہ مضمون شامل ہے میری کتاب "ان انڈین مسلمز اپ پاسٹ لوک" میں۔</w:t>
      </w:r>
    </w:p>
    <w:p>
      <w:r>
        <w:rPr>
          <w:b/>
        </w:rPr>
        <w:t xml:space="preserve">[11:14] </w:t>
      </w:r>
      <w:r>
        <w:t>is ko aap parh sakte hain.</w:t>
      </w:r>
    </w:p>
    <w:p>
      <w:pPr>
        <w:jc w:val="right"/>
      </w:pPr>
      <w:r>
        <w:t>اس کو آپ پڑھ سکتے ہیں۔</w:t>
      </w:r>
    </w:p>
    <w:p>
      <w:r>
        <w:rPr>
          <w:b/>
        </w:rPr>
        <w:t xml:space="preserve">[11:18] </w:t>
      </w:r>
      <w:r>
        <w:t>to jis cheez ko woh kehte thay ta'assub, woh woh yaani woh kya tha? fals fit mein jeena tha.</w:t>
      </w:r>
    </w:p>
    <w:p>
      <w:pPr>
        <w:jc w:val="right"/>
      </w:pPr>
      <w:r>
        <w:t>تو جس چیز کو وہ کہتے تھے تعصب، وہ وہ یعنی وہ کیا تھا؟ فالس فٹ میں جینا تھا۔</w:t>
      </w:r>
    </w:p>
    <w:p>
      <w:r>
        <w:rPr>
          <w:b/>
        </w:rPr>
        <w:t xml:space="preserve">[11:27] </w:t>
      </w:r>
      <w:r>
        <w:t>fals fit mein jeena.</w:t>
      </w:r>
    </w:p>
    <w:p>
      <w:pPr>
        <w:jc w:val="right"/>
      </w:pPr>
      <w:r>
        <w:t>فالس فٹ میں جینا۔</w:t>
      </w:r>
    </w:p>
    <w:p>
      <w:r>
        <w:rPr>
          <w:b/>
        </w:rPr>
        <w:t xml:space="preserve">[11:30] </w:t>
      </w:r>
      <w:r>
        <w:t>koi dunya mutasir nahin hai. koi hamara dushman nahin hai. koi kis ko fursat nahin kaha hua? kharab sazish kare. cheez yeh hai ke hum is ka jo standerd hai, is standerd par apnay aap ko pesh karen.</w:t>
      </w:r>
    </w:p>
    <w:p>
      <w:pPr>
        <w:jc w:val="right"/>
      </w:pPr>
      <w:r>
        <w:t>کوئی دنیا متاثر نہیں ہے۔ کوئی ہمارا دشمن نہیں ہے۔ کوئی کس کو فرصت نہیں کہا ہوا؟ خراب سازش کرے۔ چیز یہ ہے کہ ہم اس کا جو اسٹینڈرڈ ہے، اس اسٹینڈرڈ پر اپنے آپ کو پیش کریں۔</w:t>
      </w:r>
    </w:p>
    <w:p>
      <w:r>
        <w:rPr>
          <w:b/>
        </w:rPr>
        <w:t xml:space="preserve">[11:46] </w:t>
      </w:r>
      <w:r>
        <w:t>jaise aik glass hai. market mein jis standerd ka glass ki jo requirement hai, us ke mutabiq glass banayenge to log daur ke khareeden ge.</w:t>
      </w:r>
    </w:p>
    <w:p>
      <w:pPr>
        <w:jc w:val="right"/>
      </w:pPr>
      <w:r>
        <w:t>جیسے ایک گلاس ہے۔ مارکیٹ میں جس اسٹینڈرڈ کا گلاس کی جو ریکوائرمنٹ ہے، اس کے مطابق گلاس بنائیں گے تو لوگ دوڑ کے خریدیں گے۔</w:t>
      </w:r>
    </w:p>
    <w:p>
      <w:r>
        <w:rPr>
          <w:b/>
        </w:rPr>
        <w:t xml:space="preserve">[11:57] </w:t>
      </w:r>
      <w:r>
        <w:t>is ko koi nahin khareeden ge. koi nahin khareeden ge. lekin agar aap ka glass market ki requirement ke mutabiq nahin hai to koi nahin khareede ga.</w:t>
      </w:r>
    </w:p>
    <w:p>
      <w:pPr>
        <w:jc w:val="right"/>
      </w:pPr>
      <w:r>
        <w:t>اس کو کوئی نہیں خریدیں گے۔ کوئی نہیں خریدیں گے۔ لیکن اگر آپ کا گلاس مارکیٹ کی ریکوائرمنٹ کے مطابق نہیں ہے تو کوئی نہیں خریدے گا۔</w:t>
      </w:r>
    </w:p>
    <w:p>
      <w:r>
        <w:rPr>
          <w:b/>
        </w:rPr>
        <w:t xml:space="preserve">[12:06] </w:t>
      </w:r>
      <w:r>
        <w:t>free bhi nahin khole ga woh. to 30 saal maine bataya yeh jawane ke liye ke national press ki requirement kya hai.</w:t>
      </w:r>
    </w:p>
    <w:p>
      <w:pPr>
        <w:jc w:val="right"/>
      </w:pPr>
      <w:r>
        <w:t>فری بھی نہیں کھولے گا وہ۔ تو 30 سال میں نے بتایا یہ جوانے کے لیے کہ نیشنل پریس کی ریکوائرمنٹ کیا ہے۔</w:t>
      </w:r>
    </w:p>
    <w:p>
      <w:r>
        <w:rPr>
          <w:b/>
        </w:rPr>
        <w:t xml:space="preserve">[12:17] </w:t>
      </w:r>
      <w:r>
        <w:t>national press kis kis cheezon ko chhape ga?</w:t>
      </w:r>
    </w:p>
    <w:p>
      <w:pPr>
        <w:jc w:val="right"/>
      </w:pPr>
      <w:r>
        <w:t>نیشنل پریس کس کس چیزوں کو چھاپے گا؟</w:t>
      </w:r>
    </w:p>
    <w:p>
      <w:r>
        <w:rPr>
          <w:b/>
        </w:rPr>
        <w:t xml:space="preserve">[12:23] </w:t>
      </w:r>
      <w:r>
        <w:t>to jab mein is, jab maine is discover kiya, maine samjha ke national press ka test kya hai, woh kis tarah ki cheezon ko chhapta hai. yeh karte karte 67 se shuru kiya maine aur phir 1997 mein mera pehla mazmoon chhaapa september ke mahine mein.</w:t>
      </w:r>
    </w:p>
    <w:p>
      <w:pPr>
        <w:jc w:val="right"/>
      </w:pPr>
      <w:r>
        <w:t>تو جب میں اس، جب میں نے اس ڈسکور کیا، میں نے سمجھا کہ نیشنل پریس کا ٹیسٹ کیا ہے، وہ کس طرح کی چیزوں کو چھاپتا ہے۔ یہ کرتے کرتے 67 سے شروع کیا میں نے اور پھر 1997 میں میرا پہلا مضمون چھپا ستمبر کے مہینے میں۔</w:t>
      </w:r>
    </w:p>
    <w:p>
      <w:r>
        <w:rPr>
          <w:b/>
        </w:rPr>
        <w:t xml:space="preserve">[12:47] </w:t>
      </w:r>
      <w:r>
        <w:t>is ke baad se aap barabar regular mera mazmoon chhapta raha. barabar chhapta hai. aur ab jo hai yeh jo tasweer chhaapi hai, yeh jante hain kyun chhaapi hai?</w:t>
      </w:r>
    </w:p>
    <w:p>
      <w:pPr>
        <w:jc w:val="right"/>
      </w:pPr>
      <w:r>
        <w:t>اس کے بعد سے آپ برابر ریگولر میرا مضمون چھپتا رہا۔ برابر چھپتا ہے۔ اور اب جو ہے یہ جو تصویر چھپی ہے، یہ جانتے ہیں کیوں چھپی ہے؟</w:t>
      </w:r>
    </w:p>
    <w:p>
      <w:r>
        <w:rPr>
          <w:b/>
        </w:rPr>
        <w:t xml:space="preserve">[13:00] </w:t>
      </w:r>
      <w:r>
        <w:t>unhon ne aik scheme banai hai ke log jo hain apnay logon ke mani mein sawalat hotay hain. aaj har aadmi sawal, har aadmi ke mani mein sawal hota hai.</w:t>
      </w:r>
    </w:p>
    <w:p>
      <w:pPr>
        <w:jc w:val="right"/>
      </w:pPr>
      <w:r>
        <w:t>انہوں نے ایک اسکیم بنائی ہے کہ لوگ جو ہیں اپنے لوگوں کے معنی میں سوالات ہوتے ہیں۔ آج ہر آدمی سوال، ہر آدمی کے معنی میں سوال ہوتا ہے۔</w:t>
      </w:r>
    </w:p>
    <w:p>
      <w:r>
        <w:rPr>
          <w:b/>
        </w:rPr>
        <w:t xml:space="preserve">[13:11] </w:t>
      </w:r>
      <w:r>
        <w:t>har aadmi zindagi ko le kar, job ko le kar, my life ko le kar, national life ko le kar sawal hota hai. to unhon ne kuch logon ko, chand logon ko guru banaya hai ke in gurohon se sawal kar ke poocho.</w:t>
      </w:r>
    </w:p>
    <w:p>
      <w:pPr>
        <w:jc w:val="right"/>
      </w:pPr>
      <w:r>
        <w:t>ہر آدمی زندگی کو لے کر، جاب کو لے کر، مائی لائف کو لے کر، نیشنل لائف کو لے کر سوال ہوتا ہے۔ تو انہوں نے کچھ لوگوں کو، چند لوگوں کو گرو بنایا ہے کہ ان گروہوں سے سوال کر کے پوچھو۔</w:t>
      </w:r>
    </w:p>
    <w:p>
      <w:r>
        <w:rPr>
          <w:b/>
        </w:rPr>
        <w:t xml:space="preserve">[13:25] </w:t>
      </w:r>
      <w:r>
        <w:t>to dekhen, aaj sab se number one mein. bana diya unhon ne number one bana diya.</w:t>
      </w:r>
    </w:p>
    <w:p>
      <w:pPr>
        <w:jc w:val="right"/>
      </w:pPr>
      <w:r>
        <w:t>تو دیکھیں، آج سب سے نمبر ون میں۔ بنا دیا انہوں نے نمبر ون بنا دیا۔</w:t>
      </w:r>
    </w:p>
    <w:p>
      <w:r>
        <w:rPr>
          <w:b/>
        </w:rPr>
        <w:t xml:space="preserve">[13:32] </w:t>
      </w:r>
      <w:r>
        <w:t>mera telephone number is mein hai aur is mein mera photo hai ke aap ke jo questions hain, un ko aap chahte hain, un ko right answer to un se contact kijiye.</w:t>
      </w:r>
    </w:p>
    <w:p>
      <w:pPr>
        <w:jc w:val="right"/>
      </w:pPr>
      <w:r>
        <w:t>میرا ٹیلی فون نمبر اس میں ہے اور اس میں میرا فوٹو ہے کہ آپ کے جو کوئسچنز ہیں، ان کو آپ چاہتے ہیں، ان کو رائٹ انسر تو ان سے کانٹیکٹ کیجئے۔</w:t>
      </w:r>
    </w:p>
    <w:p>
      <w:r>
        <w:rPr>
          <w:b/>
        </w:rPr>
        <w:t xml:space="preserve">[13:49] </w:t>
      </w:r>
      <w:r>
        <w:t>yeh hai zindagi ka tareeqa, yeh hai sabr ka tareeqa. is dunya mein sabr ke baghair aap ko kuch nahin mil sakta,</w:t>
      </w:r>
    </w:p>
    <w:p>
      <w:pPr>
        <w:jc w:val="right"/>
      </w:pPr>
      <w:r>
        <w:t>یہ ہے زندگی کا طریقہ، یہ ہے صبر کا طریقہ۔ اس دنیا میں صبر کے بغیر آپ کو کچھ نہیں مل سکتا،</w:t>
      </w:r>
    </w:p>
    <w:p>
      <w:r>
        <w:rPr>
          <w:b/>
        </w:rPr>
        <w:t xml:space="preserve">[14:01] </w:t>
      </w:r>
      <w:r>
        <w:t>sabr ke baghair aap ko kuch nahin mil sakta. to musalman sabr karne ke liye tayyar nahin hain. sabr ke mani kya hain?</w:t>
      </w:r>
    </w:p>
    <w:p>
      <w:pPr>
        <w:jc w:val="right"/>
      </w:pPr>
      <w:r>
        <w:t>صبر کے بغیر آپ کو کچھ نہیں مل سکتا۔ تو مسلمان صبر کرنے کے لیے تیار نہیں ہیں۔ صبر کے معنی کیا ہیں؟</w:t>
      </w:r>
    </w:p>
    <w:p>
      <w:r>
        <w:rPr>
          <w:b/>
        </w:rPr>
        <w:t xml:space="preserve">[14:13] </w:t>
      </w:r>
      <w:r>
        <w:t>yaani sabr ke mani hain ke apnay jazbat ko thaam kar ke aap daryaft karen dunya ko, apnay jazbat mein na jeeyen. aap log jeete hain apnay jazbat mein, apnay emotions mein, apnay sentiment mein.</w:t>
      </w:r>
    </w:p>
    <w:p>
      <w:pPr>
        <w:jc w:val="right"/>
      </w:pPr>
      <w:r>
        <w:t>یعنی صبر کے معنی ہیں کہ اپنے جذبات کو تھام کر کے آپ دریافت کریں دنیا کو، اپنے جذبات میں نہ جیئیں۔ آپ لوگ جیتے ہیں اپنے جذبات میں، اپنے ایموشنز میں، اپنے سینٹیمنٹ میں۔</w:t>
      </w:r>
    </w:p>
    <w:p>
      <w:r>
        <w:rPr>
          <w:b/>
        </w:rPr>
        <w:t xml:space="preserve">[14:28] </w:t>
      </w:r>
      <w:r>
        <w:t>nahin, is ke bahir aaiye,</w:t>
      </w:r>
    </w:p>
    <w:p>
      <w:pPr>
        <w:jc w:val="right"/>
      </w:pPr>
      <w:r>
        <w:t>نہیں، اس کے باہر آئیے،</w:t>
      </w:r>
    </w:p>
    <w:p>
      <w:r>
        <w:rPr>
          <w:b/>
        </w:rPr>
        <w:t xml:space="preserve">[14:31] </w:t>
      </w:r>
      <w:r>
        <w:t>empty mind banaiye apnay aap ko aur daryaft karen ke dunya ki requirement kya hain, dunya kya cheez hai. qul log fi anfus qaul baligha, dunya aisi baat kahe jis se dunya ka mind address ho.</w:t>
      </w:r>
    </w:p>
    <w:p>
      <w:pPr>
        <w:jc w:val="right"/>
      </w:pPr>
      <w:r>
        <w:t>ایمپٹی مائنڈ بنائیے اپنے آپ کو اور دریافت کریں کہ دنیا کی ریکوائرمنٹ کیا ہیں، دنیا کیا چیز ہے۔ قل لوگ فی انفس قول بلیغہ، دنیا ایسی بات کہے جس سے دنیا کا مائنڈ ایڈریس ہو۔</w:t>
      </w:r>
    </w:p>
    <w:p>
      <w:r>
        <w:rPr>
          <w:b/>
        </w:rPr>
        <w:t xml:space="preserve">[14:46] </w:t>
      </w:r>
      <w:r>
        <w:t>yeh karte nahin hain musalman, phir shikayat karte hain. yahan se le kar America tak mein keh sakta hoon ke koi aik bhi aadmi nahin, aik bhi aadmi nahin jo aisi cheez likh sake jis ko aaj ka insaan parhe.</w:t>
      </w:r>
    </w:p>
    <w:p>
      <w:pPr>
        <w:jc w:val="right"/>
      </w:pPr>
      <w:r>
        <w:t>یہ کرتے نہیں ہیں مسلمان، پھر شکایت کرتے ہیں۔ یہاں سے لے کے امریکہ تک میں کہہ سکتا ہوں کہ کوئی ایک بھی آدمی نہیں، ایک بھی آدمی نہیں جو ایسی چیز لکھ سکے جس کو آج کا انسان پڑھے۔</w:t>
      </w:r>
    </w:p>
    <w:p>
      <w:r>
        <w:rPr>
          <w:b/>
        </w:rPr>
        <w:t xml:space="preserve">[14:59] </w:t>
      </w:r>
      <w:r>
        <w:t>khud hi likhte hain, khud hi parhte hain, khud hi likhte hain, khud hi parhte hain. mujhe yaad aata hai aik sahab ka qissa, woh aik amriki thay.</w:t>
      </w:r>
    </w:p>
    <w:p>
      <w:pPr>
        <w:jc w:val="right"/>
      </w:pPr>
      <w:r>
        <w:t>خود ہی لکھتے ہیں، خود ہی پڑھتے ہیں، خود ہی لکھتے ہیں، خود ہی پڑھتے ہیں۔ مجھے یاد آتا ہے ایک صاحب کا قصہ، وہ ایک امریکی تھے۔</w:t>
      </w:r>
    </w:p>
    <w:p>
      <w:r>
        <w:rPr>
          <w:b/>
        </w:rPr>
        <w:t xml:space="preserve">[15:12] </w:t>
      </w:r>
      <w:r>
        <w:t>main jo sakht bolta hoon, koi aik aadmi nahin. to kisi ko shakk ho to mujhe batayen, woh aadmi woh kaun aadmi hai? us ki kitab lao, mujhe dikhao.</w:t>
      </w:r>
    </w:p>
    <w:p>
      <w:pPr>
        <w:jc w:val="right"/>
      </w:pPr>
      <w:r>
        <w:t>میں جو سخت بولتا ہوں، کوئی ایک آدمی نہیں۔ تو کسی کو شک ہو تو مجھے بتائیں، وہ آدمی وہ کون آدمی ہے؟ اس کی کتاب لاؤ، مجھے دکھاؤ۔</w:t>
      </w:r>
    </w:p>
    <w:p>
      <w:r>
        <w:rPr>
          <w:b/>
        </w:rPr>
        <w:t xml:space="preserve">[15:21] </w:t>
      </w:r>
      <w:r>
        <w:t>jis ko takleef hoti ho, jo offend hota ho, to mujhe us aadmi ka naam batao, us ki kitab do. main aisa nahin manunga</w:t>
      </w:r>
    </w:p>
    <w:p>
      <w:pPr>
        <w:jc w:val="right"/>
      </w:pPr>
      <w:r>
        <w:t>جس کو تکلیف ہوتی ہو، جو افینڈ ہوتا ہو، تو مجھے اس آدمی کا نام بتاؤ، اس کی کتاب دو۔ میں ایسا نہیں مانوں گا</w:t>
      </w:r>
    </w:p>
    <w:p>
      <w:r>
        <w:rPr>
          <w:b/>
        </w:rPr>
        <w:t xml:space="preserve">[15:29] </w:t>
      </w:r>
      <w:r>
        <w:t>baghair kitab dekhe hue.</w:t>
      </w:r>
    </w:p>
    <w:p>
      <w:pPr>
        <w:jc w:val="right"/>
      </w:pPr>
      <w:r>
        <w:t>بغیر کتاب دیکھے ہوئے۔</w:t>
      </w:r>
    </w:p>
    <w:p>
      <w:r>
        <w:rPr>
          <w:b/>
        </w:rPr>
        <w:t xml:space="preserve">[15:34] </w:t>
      </w:r>
      <w:r>
        <w:t>to amreeka mein ek shakhs tha, uska naam tha steve asklar. steve asklar, usne islam qubool kiya, apna naam usne rakha mustafa.</w:t>
      </w:r>
    </w:p>
    <w:p>
      <w:pPr>
        <w:jc w:val="right"/>
      </w:pPr>
      <w:r>
        <w:t>تو امریکہ میں ایک شخص تھا، اس کا نام تھا اسٹیو اسکلر۔ اسٹیو اسکلر، اس نے اسلام قبول کیا، اپنا نام اس نے رکھا مصطفیٰ۔</w:t>
      </w:r>
    </w:p>
    <w:p>
      <w:r>
        <w:rPr>
          <w:b/>
        </w:rPr>
        <w:t xml:space="preserve">[15:47] </w:t>
      </w:r>
      <w:r>
        <w:t>mustafa! to jab mein purani dilli mein hua karta tha, jameed building mein, to mere paas chand baar aaye thay. woh yahan aanay ke baad to un se mulaqaat nahi hui.</w:t>
      </w:r>
    </w:p>
    <w:p>
      <w:pPr>
        <w:jc w:val="right"/>
      </w:pPr>
      <w:r>
        <w:t>مصطفیٰ! تو جب میں پرانی دلی میں ہوا کرتا تھا، جمید بلڈنگ میں، تو میرے پاس چند بار آئے تھے۔ وہ یہاں آنے کے بعد تو ان سے ملاقات نہیں ہوئی۔</w:t>
      </w:r>
    </w:p>
    <w:p>
      <w:r>
        <w:rPr>
          <w:b/>
        </w:rPr>
        <w:t xml:space="preserve">[15:58] </w:t>
      </w:r>
      <w:r>
        <w:t>to wahan unhon ne mujh se kaha tha ke islam qubool karne ke baad mein arab mulkon mein gaya, arab mulkon mein yaani muslim countries mein, aur gyarah saal tak mein un ke darmiyan raha,</w:t>
      </w:r>
    </w:p>
    <w:p>
      <w:pPr>
        <w:jc w:val="right"/>
      </w:pPr>
      <w:r>
        <w:t>تو وہاں انہوں نے مجھ سے کہا تھا کہ اسلام قبول کرنے کے بعد میں عرب ملکوں میں گیا، عرب ملکوں میں یعنی مسلم کنٹریز میں، اور گیارہ سال تک میں ان کے درمیان رہا،</w:t>
      </w:r>
    </w:p>
    <w:p>
      <w:r>
        <w:rPr>
          <w:b/>
        </w:rPr>
        <w:t xml:space="preserve">[16:13] </w:t>
      </w:r>
      <w:r>
        <w:t>gyarah saal tak. aur us ne arabi seekh li, yaani baqaida arabi bolta tha.</w:t>
      </w:r>
    </w:p>
    <w:p>
      <w:pPr>
        <w:jc w:val="right"/>
      </w:pPr>
      <w:r>
        <w:t>گیارہ سال تک۔ اور اس نے عربی سیکھ لی، یعنی باقاعدہ عربی بولتا تھا۔</w:t>
      </w:r>
    </w:p>
    <w:p>
      <w:r>
        <w:rPr>
          <w:b/>
        </w:rPr>
        <w:t xml:space="preserve">[16:21] </w:t>
      </w:r>
      <w:r>
        <w:t>woh</w:t>
      </w:r>
    </w:p>
    <w:p>
      <w:pPr>
        <w:jc w:val="right"/>
      </w:pPr>
      <w:r>
        <w:t>وہ</w:t>
      </w:r>
    </w:p>
    <w:p>
      <w:r>
        <w:rPr>
          <w:b/>
        </w:rPr>
        <w:t xml:space="preserve">[16:24] </w:t>
      </w:r>
      <w:r>
        <w:t>to us ne ek mulaqaat mein kaha tha, us ki aankhon mein aansu aa gaye thay ke gyarah saal tak musalmanon ke tajrubay ke baad mein itna ghamgeen hua, itna ghamgeen hua ke mera jee chaha ke mein islam chhod doon.</w:t>
      </w:r>
    </w:p>
    <w:p>
      <w:pPr>
        <w:jc w:val="right"/>
      </w:pPr>
      <w:r>
        <w:t>تو اس نے ایک ملاقات میں کہا تھا، اس کی آنکھوں میں آنسو آ گئے تھے کہ گیارہ سال تک مسلمانوں کے تجربے کے بعد میں اتنا غمگین ہوا، اتنا غمگین ہوا کہ میرا جی چاہا کہ میں اسلام چھوڑ دوں۔</w:t>
      </w:r>
    </w:p>
    <w:p>
      <w:r>
        <w:rPr>
          <w:b/>
        </w:rPr>
        <w:t xml:space="preserve">[16:41] </w:t>
      </w:r>
      <w:r>
        <w:t>ab tak us ke alfaaz mein yaad hain, us ne kaha tha: "kunt mahzuna jiddan, hatta min al-islam.</w:t>
      </w:r>
    </w:p>
    <w:p>
      <w:pPr>
        <w:jc w:val="right"/>
      </w:pPr>
      <w:r>
        <w:t>اب تک اس کے الفاظ میں یاد ہیں، اس نے کہا تھا: "کنت محدونا جدا، حتیٰ من الاسلام۔</w:t>
      </w:r>
    </w:p>
    <w:p>
      <w:r>
        <w:rPr>
          <w:b/>
        </w:rPr>
        <w:t xml:space="preserve">[16:53] </w:t>
      </w:r>
      <w:r>
        <w:t>" "kunt mahzuna jiddan, hatta min al-islam." yaani mein bohat zyada ghamgeen hua, yahan tak ke mujhe khayal hua ke mein islam hi chhod doon.</w:t>
      </w:r>
    </w:p>
    <w:p>
      <w:pPr>
        <w:jc w:val="right"/>
      </w:pPr>
      <w:r>
        <w:t>" "کنت محدونا جدا، حتیٰ من الاسلام۔" یعنی میں بہت زیادہ غمگین ہوا، یہاں تک کہ مجھے خیال ہوا کہ میں اسلام ہی چھوڑ دوں۔</w:t>
      </w:r>
    </w:p>
    <w:p>
      <w:r>
        <w:rPr>
          <w:b/>
        </w:rPr>
        <w:t xml:space="preserve">[17:10] </w:t>
      </w:r>
      <w:r>
        <w:t>to islam ko text mein padha, us ne quran aur hadith mein, to islam ne us ko attract kiya. aur jab woh musalmanon mein gaya to woh bohat zyada bad-dil ho gaya.</w:t>
      </w:r>
    </w:p>
    <w:p>
      <w:pPr>
        <w:jc w:val="right"/>
      </w:pPr>
      <w:r>
        <w:t>تو اسلام کو ٹیکسٹ میں پڑھا، اس نے قرآن اور حدیث میں، تو اسلام نے اس کو اٹریکٹ کیا۔ اور جب وہ مسلمانوں میں گیا تو وہ بہت زیادہ بددل ہو گیا۔</w:t>
      </w:r>
    </w:p>
    <w:p>
      <w:r>
        <w:rPr>
          <w:b/>
        </w:rPr>
        <w:t xml:space="preserve">[17:24] </w:t>
      </w:r>
      <w:r>
        <w:t>to saara jo raaz hai musalmanon ki pasti ka, woh yeh hai ke musalmanon ne is asal taleem ko chhod diya jo islam ki taleem hai: sabr.</w:t>
      </w:r>
    </w:p>
    <w:p>
      <w:pPr>
        <w:jc w:val="right"/>
      </w:pPr>
      <w:r>
        <w:t>تو سارا جو راز ہے مسلمانوں کی پستی کا، وہ یہ ہے کہ مسلمانوں نے اس اصل تعلیم کو چھوڑ دیا جو اسلام کی تعلیم ہے: صبر۔</w:t>
      </w:r>
    </w:p>
    <w:p>
      <w:r>
        <w:rPr>
          <w:b/>
        </w:rPr>
        <w:t xml:space="preserve">[17:36] </w:t>
      </w:r>
      <w:r>
        <w:t>sabr ka matlab kya hai? apne jazbaaton ko thaam kar, apne sentiment ko rok kar, jaiza lena ke dunya kya hai, log kya hain, logon ki soch kya hai.</w:t>
      </w:r>
    </w:p>
    <w:p>
      <w:pPr>
        <w:jc w:val="right"/>
      </w:pPr>
      <w:r>
        <w:t>صبر کا مطلب کیا ہے؟ اپنے جذبات کو تھام کر، اپنے سینٹیمنٹ کو روک کر، جائزہ لینا کہ دنیا کیا ہے، لوگ کیا ہیں، لوگوں کی سوچ کیا ہے۔</w:t>
      </w:r>
    </w:p>
    <w:p>
      <w:r>
        <w:rPr>
          <w:b/>
        </w:rPr>
        <w:t xml:space="preserve">[17:47] </w:t>
      </w:r>
      <w:r>
        <w:t>ise kaha jata hai realistic approach, haqeeqat pasandi.</w:t>
      </w:r>
    </w:p>
    <w:p>
      <w:pPr>
        <w:jc w:val="right"/>
      </w:pPr>
      <w:r>
        <w:t>اسے کہا جاتا ہے ریلسٹک اپروچ، حقیقت پسندی۔</w:t>
      </w:r>
    </w:p>
    <w:p>
      <w:r>
        <w:rPr>
          <w:b/>
        </w:rPr>
        <w:t xml:space="preserve">[17:54] </w:t>
      </w:r>
      <w:r>
        <w:t>ab mein aap ko ek aur misaal deta hoon. musalmanon ne beshumar articles aur kitabein chhap rakhi hain ke jo tehzeeb jadeed hai, 128, woh musalmanon ki deen hai.</w:t>
      </w:r>
    </w:p>
    <w:p>
      <w:pPr>
        <w:jc w:val="right"/>
      </w:pPr>
      <w:r>
        <w:t>اب میں آپ کو ایک اور مثال دیتا ہوں۔ مسلمانوں نے بے شمار آرٹیکل اور کتابیں چھاپ رکھی ہیں کہ جو تہذیب جدید ہے، 128، وہ مسلمانوں کی دین ہے۔</w:t>
      </w:r>
    </w:p>
    <w:p>
      <w:r>
        <w:rPr>
          <w:b/>
        </w:rPr>
        <w:t xml:space="preserve">[18:08] </w:t>
      </w:r>
      <w:r>
        <w:t>fakhr ke saath kehte hain: "woh hamari deen hai." saare arab se ajab tak saare musalmanon ko sochiye, yeh yeh hai fast food mein jeena.</w:t>
      </w:r>
    </w:p>
    <w:p>
      <w:pPr>
        <w:jc w:val="right"/>
      </w:pPr>
      <w:r>
        <w:t>فخر کے ساتھ کہتے ہیں: "وہ ہماری دین ہے۔" سارے عرب سے عجب تک سارے مسلمانوں کو سوچیں، یہ یہ ہے فاسٹ فٹ میں جینا۔</w:t>
      </w:r>
    </w:p>
    <w:p>
      <w:r>
        <w:rPr>
          <w:b/>
        </w:rPr>
        <w:t xml:space="preserve">[18:21] </w:t>
      </w:r>
      <w:r>
        <w:t>is maamle ko mein kab samjha ke kya musalmanon ka, agar musalmanon ki deen hoti to musalmanon ka maqam hota aaj ki dunya mein?</w:t>
      </w:r>
    </w:p>
    <w:p>
      <w:pPr>
        <w:jc w:val="right"/>
      </w:pPr>
      <w:r>
        <w:t>اس معاملے کو میں کب سمجھا کہ کیا مسلمانوں کا، اگر مسلمانوں کی دین ہوتی تو مسلمانوں کا مقام ہوتا آج کی دنیا میں؟</w:t>
      </w:r>
    </w:p>
    <w:p>
      <w:r>
        <w:rPr>
          <w:b/>
        </w:rPr>
        <w:t xml:space="preserve">[18:30] </w:t>
      </w:r>
      <w:r>
        <w:t>ek taraf to yeh kehte hain ke hamare saath dunya jo hai, yaani hamari koi wazan nahi deti, hamara koi weight nahi, nahi dunya mein. aur doosri taraf ke hum hum dene wale hain dunya ko.</w:t>
      </w:r>
    </w:p>
    <w:p>
      <w:pPr>
        <w:jc w:val="right"/>
      </w:pPr>
      <w:r>
        <w:t>ایک طرف تو یہ کہتے ہیں کہ ہمارے ساتھ دنیا جو ہے، یعنی ہماری کوئی وزن نہیں دیتی، ہمارا کوئی ویٹ نہیں، نہیں دنیا میں۔ اور دوسری طرف کہ ہم ہم دینے والے ہیں دنیا کو۔</w:t>
      </w:r>
    </w:p>
    <w:p>
      <w:r>
        <w:rPr>
          <w:b/>
        </w:rPr>
        <w:t xml:space="preserve">[18:43] </w:t>
      </w:r>
      <w:r>
        <w:t>to</w:t>
      </w:r>
    </w:p>
    <w:p>
      <w:pPr>
        <w:jc w:val="right"/>
      </w:pPr>
      <w:r>
        <w:t>یہ</w:t>
      </w:r>
    </w:p>
    <w:p>
      <w:r>
        <w:rPr>
          <w:b/>
        </w:rPr>
        <w:t xml:space="preserve">[18:46] </w:t>
      </w:r>
      <w:r>
        <w:t>to yeh is zamane mein mein padhta tha, mein</w:t>
      </w:r>
    </w:p>
    <w:p>
      <w:pPr>
        <w:jc w:val="right"/>
      </w:pPr>
      <w:r>
        <w:t>تو یہ اس زمانے میں میں پڑھتا تھا، میں</w:t>
      </w:r>
    </w:p>
    <w:p>
      <w:r>
        <w:rPr>
          <w:b/>
        </w:rPr>
        <w:t xml:space="preserve">[18:50] </w:t>
      </w:r>
      <w:r>
        <w:t>to Maulana Altaf Hussain Hali ek bohat bade aalim bhi thay, shayar bhi thay, shakhsiyat ke saathiyon mein thay. woh to unhon ne likha tha: "musaddas-e-Hali" jo kitaab hai, us mein bahar ab jo dunya mein aayi hui hai, yeh sab Pooduni ki lagayi hui hai.</w:t>
      </w:r>
    </w:p>
    <w:p>
      <w:pPr>
        <w:jc w:val="right"/>
      </w:pPr>
      <w:r>
        <w:t>تو مولانا الطاف حسین نعالی ایک بہت بڑے عالم بھی تھے، شاعر بھی تھے، شخصیت کے ساتھیوں میں تھے۔ وہ تو انہوں نے لکھا تھا: "مسلسل سالی" جو کتاب ہے، اس میں باہر اب جو دنیا میں آئی ہوئی ہے، یہ سب پودونی کی لگائی ہوئی ہے۔</w:t>
      </w:r>
    </w:p>
    <w:p>
      <w:r>
        <w:rPr>
          <w:b/>
        </w:rPr>
        <w:t xml:space="preserve">[19:13] </w:t>
      </w:r>
      <w:r>
        <w:t>bahar ab jo dunya mein aayi hui hai, yeh sab Pooduni ki</w:t>
      </w:r>
    </w:p>
    <w:p>
      <w:pPr>
        <w:jc w:val="right"/>
      </w:pPr>
      <w:r>
        <w:t>باہر اب جو دنیا میں آئی ہوئی ہے، یہ سب پودونی کی</w:t>
      </w:r>
    </w:p>
    <w:p>
      <w:r>
        <w:rPr>
          <w:b/>
        </w:rPr>
        <w:t xml:space="preserve">[19:16] </w:t>
      </w:r>
      <w:r>
        <w:t>lagayi hui hai. yaani hamara kaarnama yeh hai. ek aur shayar ne kaha tha ke sabak hum ne padhaya, tehzeeb o tamaddun ka hua, jography yun sar bara ho jaye, aasman hum se.</w:t>
      </w:r>
    </w:p>
    <w:p>
      <w:pPr>
        <w:jc w:val="right"/>
      </w:pPr>
      <w:r>
        <w:t>لگائی ہوئی ہے۔ یعنی ہمارا کارنامہ یہ ہے۔ ایک اور شاعر نے کہا تھا کہ سبق ہم نے پڑھایا، تہذیب و تمدن کا ہوا، جغرافیہ یوں سر برا ہو جائے، آسمان ہم سے۔</w:t>
      </w:r>
    </w:p>
    <w:p>
      <w:r>
        <w:rPr>
          <w:b/>
        </w:rPr>
        <w:t xml:space="preserve">[19:32] </w:t>
      </w:r>
      <w:r>
        <w:t>to mein sochta tha ke maamla kya hai? phir mein jab turkey gaya, wahan bohat bada ek museum banaya gaya hai</w:t>
      </w:r>
    </w:p>
    <w:p>
      <w:pPr>
        <w:jc w:val="right"/>
      </w:pPr>
      <w:r>
        <w:t>تو میں سوچتا تھا کہ معاملہ کیا ہے؟ پھر میں جب ترکی گیا، وہاں بہت بڑا ایک میوزیم بنایا گیا ہے</w:t>
      </w:r>
    </w:p>
    <w:p>
      <w:r>
        <w:rPr>
          <w:b/>
        </w:rPr>
        <w:t xml:space="preserve">[19:42] </w:t>
      </w:r>
      <w:r>
        <w:t>musalmanon ke daur-e-hibarat ka, musalmanon ke daur-e-tehzeeb ka, bohat hi bada hai. kayi manzilein, beshumar cheezein is ke andar rakhi hui hain.</w:t>
      </w:r>
    </w:p>
    <w:p>
      <w:pPr>
        <w:jc w:val="right"/>
      </w:pPr>
      <w:r>
        <w:t>مسلمانوں کے دور حضارت کا، مسلمانوں کے دور تہذیب کا، بہت ہی بڑا ہے۔ کئی منزلیں، بے شمار چیزیں اس کے اندر رکھی ہوئی ہیں۔</w:t>
      </w:r>
    </w:p>
    <w:p>
      <w:r>
        <w:rPr>
          <w:b/>
        </w:rPr>
        <w:t xml:space="preserve">[19:54] </w:t>
      </w:r>
      <w:r>
        <w:t>is ko dekhne ke liye, ke liye shayad ek mahina ki zaroorat hogi. to khair, jab mein ne is ko dekha, tab mujhe samjha raaz aaya.</w:t>
      </w:r>
    </w:p>
    <w:p>
      <w:pPr>
        <w:jc w:val="right"/>
      </w:pPr>
      <w:r>
        <w:t>اس کو دیکھنے کے لیے، کے لیے شاید ایک مہینہ کی ضرورت ہوگی۔ تو خیر، جب میں نے اس کو دیکھا، تب مجھے سمجھے راز آیا۔</w:t>
      </w:r>
    </w:p>
    <w:p>
      <w:r>
        <w:rPr>
          <w:b/>
        </w:rPr>
        <w:t xml:space="preserve">[20:05] </w:t>
      </w:r>
      <w:r>
        <w:t>woh saare items jo musalmanon ne apne daur-e-hibarat mein ya apne daur-e-tehzeeb mein banaye thay, Baghdad mein aur Spain mein, us ke asal ya to ya us ka model wahan rakha gaya hai,</w:t>
      </w:r>
    </w:p>
    <w:p>
      <w:pPr>
        <w:jc w:val="right"/>
      </w:pPr>
      <w:r>
        <w:t>وہ سارے آئٹم جو مسلمانوں نے اپنے دور حضارت میں یا اپنے دور تہذیب میں بنائے تھے، بغداد میں اور اسپین میں، اس کے اصل یا تو یا اس کا ماڈل وہاں رکھا گیا ہے،</w:t>
      </w:r>
    </w:p>
    <w:p>
      <w:r>
        <w:rPr>
          <w:b/>
        </w:rPr>
        <w:t xml:space="preserve">[20:22] </w:t>
      </w:r>
      <w:r>
        <w:t>ya to in ka asal ya in ka model rakha gaya hai. wahan us ko dekh kar bhi samajh mein aya ke kya mamla kiya hai.</w:t>
      </w:r>
    </w:p>
    <w:p>
      <w:pPr>
        <w:jc w:val="right"/>
      </w:pPr>
      <w:r>
        <w:t>یا تو ان کا اصل یا ان کا ماڈل رکھا گیا ہے۔ وہاں اس کو دیکھ کر بھی سمجھ میں آیا کہ کیا معاملہ کیا ہے۔</w:t>
      </w:r>
    </w:p>
    <w:p>
      <w:r>
        <w:rPr>
          <w:b/>
        </w:rPr>
        <w:t xml:space="preserve">[20:33] </w:t>
      </w:r>
      <w:r>
        <w:t>yeh jo musalman daawa karte hain ke hum hain tehzeeb ke denay walay, to is ka mamla kya hai? woh mamla yeh hai jis ki mujhe wahan daryaft hui ke dunya ke dekhen teen daur hain tehzeeb ke aitbar se:</w:t>
      </w:r>
    </w:p>
    <w:p>
      <w:pPr>
        <w:jc w:val="right"/>
      </w:pPr>
      <w:r>
        <w:t>یہ جو مسلمان دعویٰ کرتے ہیں کہ ہم ہیں تہذیب کے دینے والے، تو اس کا معاملہ کیا ہے؟ وہ معاملہ یہ ہے جس کی مجھے وہاں دریافت ہوئی کہ دنیا کے دیکھیں تین دور ہیں تہذیب کے اعتبار سے:</w:t>
      </w:r>
    </w:p>
    <w:p>
      <w:r>
        <w:rPr>
          <w:b/>
        </w:rPr>
        <w:t xml:space="preserve">[20:55] </w:t>
      </w:r>
      <w:r>
        <w:t>bilkul primitive daur, shuru ka daur, is ke baad muslim daur, aur teesra yani western period, ab ab jo chal raha hai.</w:t>
      </w:r>
    </w:p>
    <w:p>
      <w:pPr>
        <w:jc w:val="right"/>
      </w:pPr>
      <w:r>
        <w:t>بالکل پریمیٹیو دور، شروع کا دور، اس کے بعد مسلم دور، اور تیسرا یعنی ویسٹرن پیریڈ، اب اب جو چل رہا ہے۔</w:t>
      </w:r>
    </w:p>
    <w:p>
      <w:r>
        <w:rPr>
          <w:b/>
        </w:rPr>
        <w:t xml:space="preserve">[21:08] </w:t>
      </w:r>
      <w:r>
        <w:t>to qadeem zamanay mein, yani muslim period se pehle, muslim period shuru hota hai ke athween sadi eesvi mein.</w:t>
      </w:r>
    </w:p>
    <w:p>
      <w:pPr>
        <w:jc w:val="right"/>
      </w:pPr>
      <w:r>
        <w:t>تو قدیم زمانے میں، یعنی مسلم پیریڈ سے پہلے، مسلم پیریڈ شروع ہوتا ہے کہ اٹھویں صدی عیسوی میں۔</w:t>
      </w:r>
    </w:p>
    <w:p>
      <w:r>
        <w:rPr>
          <w:b/>
        </w:rPr>
        <w:t xml:space="preserve">[21:19] </w:t>
      </w:r>
      <w:r>
        <w:t>muslim period jo tehzeeb ka hai, woh athween sadi eesvi mein shuru hota hai.</w:t>
      </w:r>
    </w:p>
    <w:p>
      <w:pPr>
        <w:jc w:val="right"/>
      </w:pPr>
      <w:r>
        <w:t>مسلم پیریڈ جو تہذیب کا ہے، وہ اٹھویں صدی عیسوی میں شروع ہوتا ہے۔</w:t>
      </w:r>
    </w:p>
    <w:p>
      <w:r>
        <w:rPr>
          <w:b/>
        </w:rPr>
        <w:t xml:space="preserve">[21:24] </w:t>
      </w:r>
      <w:r>
        <w:t>to is se pehle dunya mein kya tha? jo cheezen nature mein jaisi hain, waisi hi un ko istemal karna. misaal ke taur par janglon mein ghoray thay, unhon ne pakra, pakar kar un ki sawari kiya.</w:t>
      </w:r>
    </w:p>
    <w:p>
      <w:pPr>
        <w:jc w:val="right"/>
      </w:pPr>
      <w:r>
        <w:t>تو اس سے پہلے دنیا میں کیا تھا؟ جو چیزیں نیچر میں جیسی ہیں، ویسے ہی ان کو استعمال کرنا۔ مثلاً جنگلوں میں گھوڑے تھے، انہوں نے پکڑا، پکڑ کر ان کی سواری کیا۔</w:t>
      </w:r>
    </w:p>
    <w:p>
      <w:r>
        <w:rPr>
          <w:b/>
        </w:rPr>
        <w:t xml:space="preserve">[21:38] </w:t>
      </w:r>
      <w:r>
        <w:t>unhon ne</w:t>
      </w:r>
    </w:p>
    <w:p>
      <w:pPr>
        <w:jc w:val="right"/>
      </w:pPr>
      <w:r>
        <w:t>انہوں نے</w:t>
      </w:r>
    </w:p>
    <w:p>
      <w:r>
        <w:rPr>
          <w:b/>
        </w:rPr>
        <w:t xml:space="preserve">[21:43] </w:t>
      </w:r>
      <w:r>
        <w:t>janglon mein lakri thi, un ko kaat kar unhon ne istemal kiya, ghar banaye. to nature mein jo cheezen hain, un ko as it is usay hasil kar ke un ko istemal karna,</w:t>
      </w:r>
    </w:p>
    <w:p>
      <w:pPr>
        <w:jc w:val="right"/>
      </w:pPr>
      <w:r>
        <w:t>جنگلوں میں لکڑی تھی، ان کو کاٹ کر انہوں نے استعمال کیا، گھر بنائے۔ تو نیچر میں جو چیزیں ہیں، ان کو ایز اٹ از اسے حاصل کر کے ان کو استعمال کرنا،</w:t>
      </w:r>
    </w:p>
    <w:p>
      <w:r>
        <w:rPr>
          <w:b/>
        </w:rPr>
        <w:t xml:space="preserve">[21:54] </w:t>
      </w:r>
      <w:r>
        <w:t>yeh tha traditional daur. misaal ke taur par dekhen, aik</w:t>
      </w:r>
    </w:p>
    <w:p>
      <w:pPr>
        <w:jc w:val="right"/>
      </w:pPr>
      <w:r>
        <w:t>یہ تھا ٹریڈیشنل دور۔ مثال کے طور پر دیکھیں، ایک</w:t>
      </w:r>
    </w:p>
    <w:p>
      <w:r>
        <w:rPr>
          <w:b/>
        </w:rPr>
        <w:t xml:space="preserve">[22:04] </w:t>
      </w:r>
      <w:r>
        <w:t>insan ko zaroorat thi</w:t>
      </w:r>
    </w:p>
    <w:p>
      <w:pPr>
        <w:jc w:val="right"/>
      </w:pPr>
      <w:r>
        <w:t>انسان کو ضرورت تھی</w:t>
      </w:r>
    </w:p>
    <w:p>
      <w:r>
        <w:rPr>
          <w:b/>
        </w:rPr>
        <w:t xml:space="preserve">[22:10] </w:t>
      </w:r>
      <w:r>
        <w:t>woh us ki kashti ki, yani pani mein insan kaise apna safar kare. to insan ne tajruba kiya ke takhta jo hota hai, woh pani mein tairta hai.</w:t>
      </w:r>
    </w:p>
    <w:p>
      <w:pPr>
        <w:jc w:val="right"/>
      </w:pPr>
      <w:r>
        <w:t>وہ اس کی کشتی کی، یعنی پانی میں انسان کیسے اپنا سفر کرے۔ تو انسان نے تجربہ کیا کہ تختہ جو ہوتا ہے، وہ پانی میں تیرتا ہے۔</w:t>
      </w:r>
    </w:p>
    <w:p>
      <w:r>
        <w:rPr>
          <w:b/>
        </w:rPr>
        <w:t xml:space="preserve">[22:24] </w:t>
      </w:r>
      <w:r>
        <w:t>to takhte ko unhon ne kashti mein tabdeel kiya qadeem zamanay mein,</w:t>
      </w:r>
    </w:p>
    <w:p>
      <w:pPr>
        <w:jc w:val="right"/>
      </w:pPr>
      <w:r>
        <w:t>تو تختے کو انہوں نے کشتی میں تبدیل کیا قدیم زمانے میں،</w:t>
      </w:r>
    </w:p>
    <w:p>
      <w:r>
        <w:rPr>
          <w:b/>
        </w:rPr>
        <w:t xml:space="preserve">[22:32] </w:t>
      </w:r>
      <w:r>
        <w:t>aur is se woh pani mein safar karne laga. to yeh kashti jo hua karti thi, is mein sirf aik chapu hota tha, chapu yani aur oar, aur choti kashti hoti thi.</w:t>
      </w:r>
    </w:p>
    <w:p>
      <w:pPr>
        <w:jc w:val="right"/>
      </w:pPr>
      <w:r>
        <w:t>اور اس سے وہ پانی میں سفر کرنے لگا۔ تو یہ کشتی جو ہوا کرتی تھی، اس میں صرف ایک چپو ہوتا تھا، چپو یعنی اور او اے ار، اور چھوٹی کشتی ہوتی تھی۔</w:t>
      </w:r>
    </w:p>
    <w:p>
      <w:r>
        <w:rPr>
          <w:b/>
        </w:rPr>
        <w:t xml:space="preserve">[22:45] </w:t>
      </w:r>
      <w:r>
        <w:t>aik aadmi aise chapu chala kar aur chala kar ke kashti ko aagay barhata tha.</w:t>
      </w:r>
    </w:p>
    <w:p>
      <w:pPr>
        <w:jc w:val="right"/>
      </w:pPr>
      <w:r>
        <w:t>ایک آدمی ایسے چپو چلا کر اور چلا کر کے کشتی کو آگے بڑھاتا تھا۔</w:t>
      </w:r>
    </w:p>
    <w:p>
      <w:r>
        <w:rPr>
          <w:b/>
        </w:rPr>
        <w:t xml:space="preserve">[22:53] </w:t>
      </w:r>
      <w:r>
        <w:t>yeh tha traditional daur. musalmanon ne kya kiya ke kashti ko naye dhang banaya. kashti mein unhon ne woh lagaye, yani baadban jis ko kehte hain, yani mast, mast, baadban.</w:t>
      </w:r>
    </w:p>
    <w:p>
      <w:pPr>
        <w:jc w:val="right"/>
      </w:pPr>
      <w:r>
        <w:t>یہ تھا ٹریڈیشنل دور۔ مسلمانوں نے کیا کیا کہ کشتی کو نئے ڈھنگ بنایا۔ کشتی میں انہوں نے وہ لگائے، یعنی بادبان جس کو کہتے ہیں، یعنی ماسک، ایم اے ایس ٹی ماسک، بادبان۔</w:t>
      </w:r>
    </w:p>
    <w:p>
      <w:r>
        <w:rPr>
          <w:b/>
        </w:rPr>
        <w:t xml:space="preserve">[23:12] </w:t>
      </w:r>
      <w:r>
        <w:t>to bohat bari kashti banai unhon ne, is mein baadban hotay thay aur aath aath chapu hotay thay,</w:t>
      </w:r>
    </w:p>
    <w:p>
      <w:pPr>
        <w:jc w:val="right"/>
      </w:pPr>
      <w:r>
        <w:t>تو بہت بڑی کشتی بنائی انہوں نے، اس میں بادبان ہوتے تھے اور اٹھ اٹھ چپو ہوتے تھے،</w:t>
      </w:r>
    </w:p>
    <w:p>
      <w:r>
        <w:rPr>
          <w:b/>
        </w:rPr>
        <w:t xml:space="preserve">[23:22] </w:t>
      </w:r>
      <w:r>
        <w:t>yani char idhar, char idhar. chapu kehte hain oar ko to is se kashti chalti thi. woh gaah qadeem zamanay ke jahaz jaise hotay thay.</w:t>
      </w:r>
    </w:p>
    <w:p>
      <w:pPr>
        <w:jc w:val="right"/>
      </w:pPr>
      <w:r>
        <w:t>یعنی چار ادھر، چار ادھر۔ چپو کہتے ہیں اور کو تو اس سے کشتی چلتی تھی۔ وہ گاہ قدیم زمانے کے جہاز جیسے ہوتے تھے۔</w:t>
      </w:r>
    </w:p>
    <w:p>
      <w:r>
        <w:rPr>
          <w:b/>
        </w:rPr>
        <w:t xml:space="preserve">[23:32] </w:t>
      </w:r>
      <w:r>
        <w:t>woh aap is ki tasweer dekhiye, yeh yeh hai muslim daur ka jo version hai kashti ka.</w:t>
      </w:r>
    </w:p>
    <w:p>
      <w:pPr>
        <w:jc w:val="right"/>
      </w:pPr>
      <w:r>
        <w:t>وہ آپ اس کی تصویر دیکھیے، یہ یہ ہے مسلم دور کا جو ورژن ہے کشتی کا۔</w:t>
      </w:r>
    </w:p>
    <w:p>
      <w:r>
        <w:rPr>
          <w:b/>
        </w:rPr>
        <w:t xml:space="preserve">[23:43] </w:t>
      </w:r>
      <w:r>
        <w:t>muslim daur ka version hai kashti ka.</w:t>
      </w:r>
    </w:p>
    <w:p>
      <w:pPr>
        <w:jc w:val="right"/>
      </w:pPr>
      <w:r>
        <w:t>مسلم دور کا ورژن ہے کشتی کا۔</w:t>
      </w:r>
    </w:p>
    <w:p>
      <w:r>
        <w:rPr>
          <w:b/>
        </w:rPr>
        <w:t xml:space="preserve">[23:46] </w:t>
      </w:r>
      <w:r>
        <w:t>to traditional daur mein yeh tha ke saada kashti hoti thi, choti, is mein aik chapu hota tha.</w:t>
      </w:r>
    </w:p>
    <w:p>
      <w:pPr>
        <w:jc w:val="right"/>
      </w:pPr>
      <w:r>
        <w:t>تو ٹریڈیشنل دور میں یہ تھا کہ سادہ کشتی ہوتی تھی، چھوٹی، اس میں ایک چپو ہوتا تھا۔</w:t>
      </w:r>
    </w:p>
    <w:p>
      <w:r>
        <w:rPr>
          <w:b/>
        </w:rPr>
        <w:t xml:space="preserve">[23:59] </w:t>
      </w:r>
      <w:r>
        <w:t>musalmanon ne kya kiya ke bari bari kashtiyan banai aur is mein mastool lagaye, woh yani woh mast lagaye aur aath aath woh chapu istemal</w:t>
      </w:r>
    </w:p>
    <w:p>
      <w:pPr>
        <w:jc w:val="right"/>
      </w:pPr>
      <w:r>
        <w:t>مسلمانوں نے کیا کیا کہ بڑی بڑی کشتیاں بنائیں اور اس میں مستول لگائے، وہ یعنی وہ ماسٹ لگائے اور اٹھ اٹھ وہ چپو استعمال</w:t>
      </w:r>
    </w:p>
    <w:p>
      <w:r>
        <w:rPr>
          <w:b/>
        </w:rPr>
        <w:t xml:space="preserve">[24:16] </w:t>
      </w:r>
      <w:r>
        <w:t>karne lagay. char aadmi idhar, char aadmi idhar. to yeh kya cheez thi? yeh traditional item ko unhon ne improve kiya.</w:t>
      </w:r>
    </w:p>
    <w:p>
      <w:pPr>
        <w:jc w:val="right"/>
      </w:pPr>
      <w:r>
        <w:t>کرنے لگے۔ چار آدمی ادھر، چار آدمی ادھر۔ تو یہ کیا چیز تھی؟ یہ ٹریڈیشنل آئٹم کو انہوں نے امپروو کیا۔</w:t>
      </w:r>
    </w:p>
    <w:p>
      <w:r>
        <w:rPr>
          <w:b/>
        </w:rPr>
        <w:t xml:space="preserve">[24:26] </w:t>
      </w:r>
      <w:r>
        <w:t>yeh that was improvement, yani wohi ka wohi raha, sirf us ko improve kiya ke us ko size barha diya, us mein kai chapu barha diye.</w:t>
      </w:r>
    </w:p>
    <w:p>
      <w:pPr>
        <w:jc w:val="right"/>
      </w:pPr>
      <w:r>
        <w:t>یہ دیٹ واز امپروومنٹ، یعنی وہی کا وہی رہا، صرف اس کو امپروو کیا کہ اس کو سائز بڑھا دیا، اس میں کئی چپو بڑھا دیے۔</w:t>
      </w:r>
    </w:p>
    <w:p>
      <w:r>
        <w:rPr>
          <w:b/>
        </w:rPr>
        <w:t xml:space="preserve">[24:37] </w:t>
      </w:r>
      <w:r>
        <w:t>to isi tarah unhon ne bohat si cheezon mein improve kiya</w:t>
      </w:r>
    </w:p>
    <w:p>
      <w:pPr>
        <w:jc w:val="right"/>
      </w:pPr>
      <w:r>
        <w:t>تو اسی طرح انہوں نے بہت سی چیزوں میں امپروو کیا</w:t>
      </w:r>
    </w:p>
    <w:p>
      <w:r>
        <w:rPr>
          <w:b/>
        </w:rPr>
        <w:t xml:space="preserve">[24:41] </w:t>
      </w:r>
      <w:r>
        <w:t>ke traditional item jo thay, jo insan pehle istemal karta tha, us ko improve kar ke, improve kar ke unhon ne aik nai soorat di.</w:t>
      </w:r>
    </w:p>
    <w:p>
      <w:pPr>
        <w:jc w:val="right"/>
      </w:pPr>
      <w:r>
        <w:t>کہ ٹریڈیشنل آئٹم جو تھے، جو انسان پہلے استعمال کرتا تھا، اس کو امپروو کر کے، امپروو کر کے انہوں نے ایک نئی صورت دی۔</w:t>
      </w:r>
    </w:p>
    <w:p>
      <w:r>
        <w:rPr>
          <w:b/>
        </w:rPr>
        <w:t xml:space="preserve">[24:53] </w:t>
      </w:r>
      <w:r>
        <w:t>lekin jo modern world hai, us ne sirf improvement nahi kiya hai, us ne convert kiya. dekhen, ek improvement, ek conversion, yani meter conversion ya power.</w:t>
      </w:r>
    </w:p>
    <w:p>
      <w:pPr>
        <w:jc w:val="right"/>
      </w:pPr>
      <w:r>
        <w:t>لیکن جو ماڈرن ورلڈ ہے، اس نے صرف امپروو نہیں کیا ہے، اس نے کنورٹ کیا۔ دیکھیں، ایک امپروومنٹ، ایک کنورژن، یعنی میٹر کنورژن یا پاور۔</w:t>
      </w:r>
    </w:p>
    <w:p>
      <w:r>
        <w:rPr>
          <w:b/>
        </w:rPr>
        <w:t xml:space="preserve">[25:06] </w:t>
      </w:r>
      <w:r>
        <w:t>power mein</w:t>
      </w:r>
    </w:p>
    <w:p>
      <w:pPr>
        <w:jc w:val="right"/>
      </w:pPr>
      <w:r>
        <w:t>پاور میں</w:t>
      </w:r>
    </w:p>
    <w:p>
      <w:r>
        <w:rPr>
          <w:b/>
        </w:rPr>
        <w:t xml:space="preserve">[25:09] </w:t>
      </w:r>
      <w:r>
        <w:t>modern jo western world hai, is ka kaam hai conversion, un ka kaam tha improvement. yani aaj unhon ne kiya kiya ke pani ko steam steam power mein convert kar diya,</w:t>
      </w:r>
    </w:p>
    <w:p>
      <w:pPr>
        <w:jc w:val="right"/>
      </w:pPr>
      <w:r>
        <w:t>ماڈرن جو ویسٹرن ورلڈ ہے، اس کا کام ہے کنورژن، ان کا کام تھا امپروومنٹ۔ یعنی آج انہوں نے کیا کیا کہ پانی کو اسٹیپ اسٹیم اسٹیم پاور میں کنورٹ کر دیا،</w:t>
      </w:r>
    </w:p>
    <w:p>
      <w:r>
        <w:rPr>
          <w:b/>
        </w:rPr>
        <w:t xml:space="preserve">[25:26] </w:t>
      </w:r>
      <w:r>
        <w:t>mechanization of power is ko kahiye ya. to pani ko unhon ne bhap mein tabdeel kiya, bhap ko steam power bana diya. that was conversion.</w:t>
      </w:r>
    </w:p>
    <w:p>
      <w:pPr>
        <w:jc w:val="right"/>
      </w:pPr>
      <w:r>
        <w:t>میکنائزیشن آف پاور اس کو کہیے یا۔ تو پانی کو انہوں نے بھاپ میں تبدیل کیا، بھاپ کو اسٹی پاور بنا دیا۔ دیٹ واز کنورژن۔</w:t>
      </w:r>
    </w:p>
    <w:p>
      <w:r>
        <w:rPr>
          <w:b/>
        </w:rPr>
        <w:t xml:space="preserve">[25:36] </w:t>
      </w:r>
      <w:r>
        <w:t>to</w:t>
      </w:r>
    </w:p>
    <w:p>
      <w:pPr>
        <w:jc w:val="right"/>
      </w:pPr>
      <w:r>
        <w:t>تو</w:t>
      </w:r>
    </w:p>
    <w:p>
      <w:r>
        <w:rPr>
          <w:b/>
        </w:rPr>
        <w:t xml:space="preserve">[25:37] </w:t>
      </w:r>
      <w:r>
        <w:t>musalmanon ne conversion tak nahi pahunchaya tha dunya ko, improvement tak pahunchaya tha. yani traditional item ko improve kar ke unhon ne kuch nai surat de di.</w:t>
      </w:r>
    </w:p>
    <w:p>
      <w:pPr>
        <w:jc w:val="right"/>
      </w:pPr>
      <w:r>
        <w:t>مسلمانوں نے کنورژن تک نہیں پہنچایا تھا دنیا کو، امپروومنٹ تک پہنچایا تھا۔ یعنی ٹریڈیشنل آئٹم کو امپروو کر کے انہوں نے کچھ نئی صورت دے دی۔</w:t>
      </w:r>
    </w:p>
    <w:p>
      <w:r>
        <w:rPr>
          <w:b/>
        </w:rPr>
        <w:t xml:space="preserve">[25:49] </w:t>
      </w:r>
      <w:r>
        <w:t>west ka kaam yeh hai ke is ne convert kiya nature mein jo jo laws the, un ko daryaft kiya. nature mein jo taqaten thin, us ko daryaft kiya.</w:t>
      </w:r>
    </w:p>
    <w:p>
      <w:pPr>
        <w:jc w:val="right"/>
      </w:pPr>
      <w:r>
        <w:t>ویسٹ کا کام یہ ہے کہ اس نے کنورٹ کیا نیچر میں جو جو لاز تھے، ان کو دریافت کیا۔ نیچر میں جو طاقتیں تھیں، اس کو دریافت کیا۔</w:t>
      </w:r>
    </w:p>
    <w:p>
      <w:r>
        <w:rPr>
          <w:b/>
        </w:rPr>
        <w:t xml:space="preserve">[25:58] </w:t>
      </w:r>
      <w:r>
        <w:t>daryaft kar ke unhon ne pani ko steam power bana diya.</w:t>
      </w:r>
    </w:p>
    <w:p>
      <w:pPr>
        <w:jc w:val="right"/>
      </w:pPr>
      <w:r>
        <w:t>دریافت کر کے انہوں نے پانی کو اسٹی پاور بنا دیا۔</w:t>
      </w:r>
    </w:p>
    <w:p>
      <w:r>
        <w:rPr>
          <w:b/>
        </w:rPr>
        <w:t xml:space="preserve">[26:04] </w:t>
      </w:r>
      <w:r>
        <w:t>jo cheez pani thi pehle, us ko steam power bana diya. ab jahaz chalne lage steam power se, tez dorne lage. woh hawaon ki mukhalifat ke bawajood dorne lage.</w:t>
      </w:r>
    </w:p>
    <w:p>
      <w:pPr>
        <w:jc w:val="right"/>
      </w:pPr>
      <w:r>
        <w:t>جو چیز پانی تھی پہلے، اس کو اسٹی پاور بنا دیا۔ اب جہاز چلنے لگے اسٹی پاور سے، تیز دوڑنے لگے۔ وہ ہواؤں کی مخالفت کے باوجود دوڑنے لگے۔</w:t>
      </w:r>
    </w:p>
    <w:p>
      <w:r>
        <w:rPr>
          <w:b/>
        </w:rPr>
        <w:t xml:space="preserve">[26:14] </w:t>
      </w:r>
      <w:r>
        <w:t>phir bohat cheezen banain steam power se. phir unhon ne to musalman fast foot mein jeete hain, is liye unhein pata hi nahi ke kiya mamla tha.</w:t>
      </w:r>
    </w:p>
    <w:p>
      <w:pPr>
        <w:jc w:val="right"/>
      </w:pPr>
      <w:r>
        <w:t>پھر بہت چیزیں بنائیں اسٹی پاور سے۔ پھر انہوں نے تو مسلمان فاسٹ فٹ میں جیتے ہیں، اس لیے انہیں پتہ ہی نہیں کہ کیا معاملہ تھا۔</w:t>
      </w:r>
    </w:p>
    <w:p>
      <w:r>
        <w:rPr>
          <w:b/>
        </w:rPr>
        <w:t xml:space="preserve">[26:24] </w:t>
      </w:r>
      <w:r>
        <w:t>woh sirf sirf ek hum hi hum hi nahi kiya, bilkul fast foot mein je</w:t>
      </w:r>
    </w:p>
    <w:p>
      <w:pPr>
        <w:jc w:val="right"/>
      </w:pPr>
      <w:r>
        <w:t>وہ صرف صرف ایک ہم ہی ہم ہی نہیں کیا، بالکل فاسٹ فٹ میں ج</w:t>
      </w:r>
    </w:p>
    <w:p>
      <w:r>
        <w:rPr>
          <w:b/>
        </w:rPr>
        <w:t xml:space="preserve">[26:29] </w:t>
      </w:r>
      <w:r>
        <w:t>ete hain. unhein pata nahi hai ke musalmanon ka jo contribution tha, woh yeh tha ke traditional traditional item ko improve karna aur west ka traditional hai ke nature ko convert karna, meter ko convert karna.</w:t>
      </w:r>
    </w:p>
    <w:p>
      <w:pPr>
        <w:jc w:val="right"/>
      </w:pPr>
      <w:r>
        <w:t>یتے ہیں۔ انہیں پتہ نہیں ہے کہ مسلمانوں کا جو کنٹریبیوشن تھا، وہ یہ تھا کہ ٹریڈیشنل ٹریڈیشنل آئٹم کو امپروو کرنا اور ویسٹ کا ٹریڈیشنل ہے کہ نیچر کو کنورٹ کرنا، میٹر کو کنورٹ کرنا۔</w:t>
      </w:r>
    </w:p>
    <w:p>
      <w:r>
        <w:rPr>
          <w:b/>
        </w:rPr>
        <w:t xml:space="preserve">[26:44] </w:t>
      </w:r>
      <w:r>
        <w:t>yeh woh ga. aisi mein ek aur misaal deta hoon aap ko.</w:t>
      </w:r>
    </w:p>
    <w:p>
      <w:pPr>
        <w:jc w:val="right"/>
      </w:pPr>
      <w:r>
        <w:t>یہ وہ گا ہے۔ ایسی میں ایک اور مثال دیتا ہوں آپ کو۔</w:t>
      </w:r>
    </w:p>
    <w:p>
      <w:r>
        <w:rPr>
          <w:b/>
        </w:rPr>
        <w:t xml:space="preserve">[26:49] </w:t>
      </w:r>
      <w:r>
        <w:t>misalan raah insaan ko zaroorat thi ke is ke paas raat ko roshan karne ke liye koi saman ho, raat ke andhere ko roshan karne ke liye koi saman ho.</w:t>
      </w:r>
    </w:p>
    <w:p>
      <w:pPr>
        <w:jc w:val="right"/>
      </w:pPr>
      <w:r>
        <w:t>مثلاً راہ انسان کو ضرورت تھی کہ اس کے پاس رات کو کو روشن کرنے کے لیے کوئی سامان ہو، رات کے اندھیرے کو روشن کرنے کے لیے کوئی سامان ہو۔</w:t>
      </w:r>
    </w:p>
    <w:p>
      <w:r>
        <w:rPr>
          <w:b/>
        </w:rPr>
        <w:t xml:space="preserve">[27:00] </w:t>
      </w:r>
      <w:r>
        <w:t>to qadeem insaan ne diye banaye. maine apne bachpan mein diye dekhe hain. to mitti ka diya hota tha, us mein tel daal diya aur ek us mein soot,</w:t>
      </w:r>
    </w:p>
    <w:p>
      <w:pPr>
        <w:jc w:val="right"/>
      </w:pPr>
      <w:r>
        <w:t>تو قدیم انسان نے دیے بنائے۔ میں نے اپنے بچپن میں دیے دیکھے ہیں۔ تو مٹی کا دیا ہوتا تھا، اس میں تیل ڈال دیا اور ایک اس میں سوت،</w:t>
      </w:r>
    </w:p>
    <w:p>
      <w:r>
        <w:rPr>
          <w:b/>
        </w:rPr>
        <w:t xml:space="preserve">[27:13] </w:t>
      </w:r>
      <w:r>
        <w:t>ek ya kapra, kuch ya aisi rakh di aur us mein aag laga di.</w:t>
      </w:r>
    </w:p>
    <w:p>
      <w:pPr>
        <w:jc w:val="right"/>
      </w:pPr>
      <w:r>
        <w:t>ایک یا کپڑا، کچھ یا ایسی رکھ دی اور اس میں آگ لگا دیا۔</w:t>
      </w:r>
    </w:p>
    <w:p>
      <w:r>
        <w:rPr>
          <w:b/>
        </w:rPr>
        <w:t xml:space="preserve">[27:18] </w:t>
      </w:r>
      <w:r>
        <w:t>to woh jal raha hai, jal raha hai, jal raha hai. ek khula yani diya, us se roshni lete the.</w:t>
      </w:r>
    </w:p>
    <w:p>
      <w:pPr>
        <w:jc w:val="right"/>
      </w:pPr>
      <w:r>
        <w:t>تو وہ جل رہا ہے، جل رہا ہے، جل رہا ہے۔ ایک کھلا یعنی دیا، اس سے روشنی لیتے تھے۔</w:t>
      </w:r>
    </w:p>
    <w:p>
      <w:r>
        <w:rPr>
          <w:b/>
        </w:rPr>
        <w:t xml:space="preserve">[27:27] </w:t>
      </w:r>
      <w:r>
        <w:t>lekin woh woh diya jo tha, hawa chale to bujh jaye, pani chale tab bhi bujh jaye. to musalmanon ne apne daur mein yeh kiya ke lamp banaye, yani shishe se cover, jaise yeh hai.</w:t>
      </w:r>
    </w:p>
    <w:p>
      <w:pPr>
        <w:jc w:val="right"/>
      </w:pPr>
      <w:r>
        <w:t>لیکن وہ وہ دیا جو تھا، ہوا چلے تو بجھ جائے، پانی چلے تب بھی بجھ جائے۔ تو مسلمانوں نے اپنے دور میں یہ کیا کہ لیمپ بنائے، یعنی شیشے سے کور، جیسے یہ ہے۔</w:t>
      </w:r>
    </w:p>
    <w:p>
      <w:r>
        <w:rPr>
          <w:b/>
        </w:rPr>
        <w:t xml:space="preserve">[27:40] </w:t>
      </w:r>
      <w:r>
        <w:t>ab yeh charon taraf shisha hai,</w:t>
      </w:r>
    </w:p>
    <w:p>
      <w:pPr>
        <w:jc w:val="right"/>
      </w:pPr>
      <w:r>
        <w:t>اب یہ چاروں طرف شیشہ ہے،</w:t>
      </w:r>
    </w:p>
    <w:p>
      <w:r>
        <w:rPr>
          <w:b/>
        </w:rPr>
        <w:t xml:space="preserve">[27:42] </w:t>
      </w:r>
      <w:r>
        <w:t>is tarah ke lamp banaye unhon ne aur is ke andar unhon ne rakha, yani khas tarah ka jo bajaye diye ke, ek ek aur dhang se unhon ne batti rakhi, upar bhi cover.</w:t>
      </w:r>
    </w:p>
    <w:p>
      <w:pPr>
        <w:jc w:val="right"/>
      </w:pPr>
      <w:r>
        <w:t>اس طرح کے لیمپ بنائے انہوں نے اور اس کے اندر انہوں نے رکھا، یعنی خاص طرح کا جو بجائے دیے کے، ایک ایک اور ڈھنگ سے انہوں نے بتی رکھی، اوپر بھی کور۔</w:t>
      </w:r>
    </w:p>
    <w:p>
      <w:r>
        <w:rPr>
          <w:b/>
        </w:rPr>
        <w:t xml:space="preserve">[27:58] </w:t>
      </w:r>
      <w:r>
        <w:t>to diye ko lamp mein tabdeel karne ki wajah se yeh mumkin ho gaya ke woh pani mein bhi jale, hawa mein bhi na bujhe, na bujhe aur roshni deta</w:t>
      </w:r>
    </w:p>
    <w:p>
      <w:pPr>
        <w:jc w:val="right"/>
      </w:pPr>
      <w:r>
        <w:t>تو دیے کو لیمپ میں تبدیل کرنے کی وجہ سے یہ ممکن ہو گیا کہ وہ پانی میں بھی جلے، ہوا میں بھی نہ بجھے، نہ بجھے اور روشنی دیتا</w:t>
      </w:r>
    </w:p>
    <w:p>
      <w:r>
        <w:rPr>
          <w:b/>
        </w:rPr>
        <w:t xml:space="preserve">[28:11] </w:t>
      </w:r>
      <w:r>
        <w:t>rahe. to musalmanon ne pehli baar baghdad aur qurtuba ke sarkon par street light banai, kyunke diya jo tha, woh street light nahi ban sakta tha.</w:t>
      </w:r>
    </w:p>
    <w:p>
      <w:pPr>
        <w:jc w:val="right"/>
      </w:pPr>
      <w:r>
        <w:t>رہے۔ تو مسلمانوں نے پہلی بار بغداد اور قرطبہ کے سڑکوں پر اسٹیٹ لائٹ بنائی، کیونکہ دیا جو تھا، وہ اسٹیٹ لائٹ نہیں بن سکتا تھا۔</w:t>
      </w:r>
    </w:p>
    <w:p>
      <w:r>
        <w:rPr>
          <w:b/>
        </w:rPr>
        <w:t xml:space="preserve">[28:21] </w:t>
      </w:r>
      <w:r>
        <w:t>is se aap diye ke zariye street light nahi kar sakte the. lekin unhon ne phir ek khamba banaya aur khambe mein is ke upar lamp lagaya, jo pani bhi bhi na bujhe, hawa bhi na bujhe.</w:t>
      </w:r>
    </w:p>
    <w:p>
      <w:pPr>
        <w:jc w:val="right"/>
      </w:pPr>
      <w:r>
        <w:t>اس سے آپ دیے کے ذریعے اسٹیٹ لائٹ نہیں کر سکتے تھے۔ لیکن انہوں نے پھر ایک کھمبا بنایا اور کھمبے میں اس کے اوپر لیمپ لگایا، جو پانی بھی بھی نہ بجھے، ہوا بھی نہ بجھے۔</w:t>
      </w:r>
    </w:p>
    <w:p>
      <w:r>
        <w:rPr>
          <w:b/>
        </w:rPr>
        <w:t xml:space="preserve">[28:34] </w:t>
      </w:r>
      <w:r>
        <w:t>to musalmanon ne pehli baar street light maujood di, banai. lekin yeh kaise? yeh improvement tha,</w:t>
      </w:r>
    </w:p>
    <w:p>
      <w:pPr>
        <w:jc w:val="right"/>
      </w:pPr>
      <w:r>
        <w:t>تو مسلمانوں نے پہلی بار اسٹیٹ لائٹ موجود دی، بنائی۔ لیکن یہ کیسے؟ یہ امپروومنٹ تھا،</w:t>
      </w:r>
    </w:p>
    <w:p>
      <w:r>
        <w:rPr>
          <w:b/>
        </w:rPr>
        <w:t xml:space="preserve">[28:43] </w:t>
      </w:r>
      <w:r>
        <w:t>woh improvement tha, yani qadeem diye ko unhon ne improve kar ke lamp mein tabdeel kar diya. lekin maghrib ne kiya kiya?</w:t>
      </w:r>
    </w:p>
    <w:p>
      <w:pPr>
        <w:jc w:val="right"/>
      </w:pPr>
      <w:r>
        <w:t>وہ امپروومنٹ تھا، یعنی قدیم دیے کو انہوں نے امپروو کر کے لیمپ میں تبدیل کر دیا۔ لیکن مغرب نے کیا کیا؟</w:t>
      </w:r>
    </w:p>
    <w:p>
      <w:r>
        <w:rPr>
          <w:b/>
        </w:rPr>
        <w:t xml:space="preserve">[28:52] </w:t>
      </w:r>
      <w:r>
        <w:t>maghrib ne convert kiya. yeh jo bijli hai, ek conversion hai. yeh mislan english scientist tha, Friday Michael Friday, woh apne laboratory mein test kar raha tha, test kar raha tha.</w:t>
      </w:r>
    </w:p>
    <w:p>
      <w:pPr>
        <w:jc w:val="right"/>
      </w:pPr>
      <w:r>
        <w:t>مغرب نے کنورٹ کیا۔ یہ جو بجلی ہے، ایک کنورژن ہے۔ یہ مثلاً انگلش سائنٹسٹ تھا، فریڈے مائیکل فریڈے، وہ اپنے لیبارٹری میں ٹیسٹ کر رہا تھا، ٹیسٹ کر رہا تھا۔</w:t>
      </w:r>
    </w:p>
    <w:p>
      <w:r>
        <w:rPr>
          <w:b/>
        </w:rPr>
        <w:t xml:space="preserve">[29:08] </w:t>
      </w:r>
      <w:r>
        <w:t>is mein us ne discover kiya ke electron flow karte hain. toh us ne discover kiya ke agar hum magnetic field aur motion ko exert karein toh electron flow karne lagte hain aur isi ka naam hai bijli.</w:t>
      </w:r>
    </w:p>
    <w:p>
      <w:pPr>
        <w:jc w:val="right"/>
      </w:pPr>
      <w:r>
        <w:t>اس میں اس نے ڈسکور کیا کہ الیکٹران فلو کرتے ہیں۔ تو اس نے ڈسکور کیا کہ اگر ہم میگنیٹک فیلڈ اور موشن کو ایگزا کریں تو الیکٹران فلو کرنے لگتے ہیں اور اسی کا نام ہے بجلی۔</w:t>
      </w:r>
    </w:p>
    <w:p>
      <w:r>
        <w:rPr>
          <w:b/>
        </w:rPr>
        <w:t xml:space="preserve">[29:27] </w:t>
      </w:r>
      <w:r>
        <w:t>kaha jata hai ke electricity means full of electron. electricity means full of electron.</w:t>
      </w:r>
    </w:p>
    <w:p>
      <w:pPr>
        <w:jc w:val="right"/>
      </w:pPr>
      <w:r>
        <w:t>کہا جاتا ہے کہ الیکٹریسٹی مینز فل آف الیکٹران۔ الیکٹریسٹی مینز فل آف الیکٹران۔</w:t>
      </w:r>
    </w:p>
    <w:p>
      <w:r>
        <w:rPr>
          <w:b/>
        </w:rPr>
        <w:t xml:space="preserve">[29:35] </w:t>
      </w:r>
      <w:r>
        <w:t>toh nature mein ek cheez thi maujood ke electron khaas halaat mein woh electron flow kar sakte hain. phir woh, woh, woh us electron jo flow kar rahe hain, us ko harness karein.</w:t>
      </w:r>
    </w:p>
    <w:p>
      <w:pPr>
        <w:jc w:val="right"/>
      </w:pPr>
      <w:r>
        <w:t>تو نیچر میں ایک چیز تھی موجود کہ الیکٹران خاص حالات میں وہ الیکٹران فلو کر سکتے ہیں۔ پھر وہ، وہ، وہ اس الیکٹران جو فلو کر رہے ہیں، اس کو ہارنس کریں۔</w:t>
      </w:r>
    </w:p>
    <w:p>
      <w:r>
        <w:rPr>
          <w:b/>
        </w:rPr>
        <w:t xml:space="preserve">[29:46] </w:t>
      </w:r>
      <w:r>
        <w:t>aap harness karein toh aap bijli bana sakte hain. yeh daryaft kiya unhon ne? toh meter ko convert kiya aur roshni mein unhon ne. yeh meter hai, yeh bijli ka meter hai.</w:t>
      </w:r>
    </w:p>
    <w:p>
      <w:pPr>
        <w:jc w:val="right"/>
      </w:pPr>
      <w:r>
        <w:t>آپ ہارنس کریں تو آپ بجلی بنا سکتے ہیں۔ یہ دریافت کیا انہوں نے؟ تو میٹر کو کنورٹ کیا اور روشنی میں انہوں نے۔ یہ میٹر ہے، یہ بجلی کا میٹر ہے۔</w:t>
      </w:r>
    </w:p>
    <w:p>
      <w:r>
        <w:rPr>
          <w:b/>
        </w:rPr>
        <w:t xml:space="preserve">[29:55] </w:t>
      </w:r>
      <w:r>
        <w:t>yeh toh musalmanon ka case tha, improvement aur west, west logon ka case hai, conversion.</w:t>
      </w:r>
    </w:p>
    <w:p>
      <w:pPr>
        <w:jc w:val="right"/>
      </w:pPr>
      <w:r>
        <w:t>یہ تو مسلمانوں کا کیس تھا، امپروومنٹ اور ویسٹ، ویسٹ لوگوں کا کیس ہے، کنورژن۔</w:t>
      </w:r>
    </w:p>
    <w:p>
      <w:r>
        <w:rPr>
          <w:b/>
        </w:rPr>
        <w:t xml:space="preserve">[30:06] </w:t>
      </w:r>
      <w:r>
        <w:t>unhon ne jaise aap dekhte hain, hawai jahaz kya hai? meter ka conversion hai, hawai jahaz meter conversion hai, machine meter conversion hai, car yeh sab meter conversion hai.</w:t>
      </w:r>
    </w:p>
    <w:p>
      <w:pPr>
        <w:jc w:val="right"/>
      </w:pPr>
      <w:r>
        <w:t>انہوں نے جیسے آپ دیکھتے ہیں، ہوائی جہاز کیا ہے؟ میٹر کا کنورژن ہے، ہوائی جہاز میٹر کنورژن ہے، مشین میٹر کنورژن ہے، کار یہ سب میٹر کنورژن ہے۔</w:t>
      </w:r>
    </w:p>
    <w:p>
      <w:r>
        <w:rPr>
          <w:b/>
        </w:rPr>
        <w:t xml:space="preserve">[30:21] </w:t>
      </w:r>
      <w:r>
        <w:t>toh tehzeeb ke do daur, tehzeeb ke teen daur hain. ek woh daur jab bilkul traditional halat mein insan jeeta tha, jo hai bazahir nature mein isi ko istemal karna.</w:t>
      </w:r>
    </w:p>
    <w:p>
      <w:pPr>
        <w:jc w:val="right"/>
      </w:pPr>
      <w:r>
        <w:t>تو تہذیب کے دو دور، تہذیب کے تین دور ہیں۔ ایک وہ دور جب بالکل ٹریڈیشنل حالت میں انسان جیتا تھا، جو ہے بظاہر نیچر میں اسی کو استعمال کرنا۔</w:t>
      </w:r>
    </w:p>
    <w:p>
      <w:r>
        <w:rPr>
          <w:b/>
        </w:rPr>
        <w:t xml:space="preserve">[30:33] </w:t>
      </w:r>
      <w:r>
        <w:t>phir musalmanon ne improve kiya, improve kiya, improve kiya, improve kar ke unhon ne kuch cheezein banain. lekin western people jo hain, unhon ne cheezon ko meter ko convert kar ke ek aur shakal de di.</w:t>
      </w:r>
    </w:p>
    <w:p>
      <w:pPr>
        <w:jc w:val="right"/>
      </w:pPr>
      <w:r>
        <w:t>پھر مسلمانوں نے امپروو کیا، امپروو کیا، امپروو کیا، امپروو کر کے انہوں نے کچھ چیزیں بنائیں۔ لیکن ویسٹرن پیپل جو ہیں، انہوں نے چیزوں کو میٹر کو کنورٹ کر کے ایک اور شکل دے دی۔</w:t>
      </w:r>
    </w:p>
    <w:p>
      <w:r>
        <w:rPr>
          <w:b/>
        </w:rPr>
        <w:t xml:space="preserve">[30:48] </w:t>
      </w:r>
      <w:r>
        <w:t>woh cheezein maujood theen nature mein, lekin musalman is ko daryaft nahi kar sakte the, kar sake the. toh yeh bohat bari cheez hai, conversion. yeh jo aap mobile haath mein liye rehte hain, yeh jo camera tasveer leta hai, yeh sab ka conversion hai.</w:t>
      </w:r>
    </w:p>
    <w:p>
      <w:pPr>
        <w:jc w:val="right"/>
      </w:pPr>
      <w:r>
        <w:t>وہ چیزیں موجود تھیں نیچر میں، لیکن مسلمان اس کو دریافت نہیں کر سکتے تھے، کر سکے تھے۔ تو یہ بہت بڑی چیز ہے، کنورژن۔ یہ جو آپ موبائل ہاتھ میں لیے رہتے ہیں، یہ جو کیمرہ تصویر لیتا ہے، یہ سب کا کنورژن ہے۔</w:t>
      </w:r>
    </w:p>
    <w:p>
      <w:r>
        <w:rPr>
          <w:b/>
        </w:rPr>
        <w:t xml:space="preserve">[31:03] </w:t>
      </w:r>
      <w:r>
        <w:t>hawai jahaz conversion hai, motor car conversion hai, mobile conversion hai, laptop conversion hai, ka woh computer conversion hai.</w:t>
      </w:r>
    </w:p>
    <w:p>
      <w:pPr>
        <w:jc w:val="right"/>
      </w:pPr>
      <w:r>
        <w:t>ہوائی جہاز کنورژن ہے، موٹر کار کنورژن ہے، موبائل کنورژن ہے، لیپ ٹاپ کنورژن ہے، کا وہ کمپیوٹر کنورژن ہے۔</w:t>
      </w:r>
    </w:p>
    <w:p>
      <w:r>
        <w:rPr>
          <w:b/>
        </w:rPr>
        <w:t xml:space="preserve">[31:14] </w:t>
      </w:r>
      <w:r>
        <w:t>yeh sari cheezein jo aap dekhte hain, woh conversion hain, woh improvement nahi hai. woh improvement ek alag cheez hai, conversion ek alag cheez hai.</w:t>
      </w:r>
    </w:p>
    <w:p>
      <w:pPr>
        <w:jc w:val="right"/>
      </w:pPr>
      <w:r>
        <w:t>یہ ساری چیزیں جو آپ دیکھتے ہیں، وہ کنورژن ہیں، وہ امپروومنٹ نہیں ہے۔ وہ امپروومنٹ ایک الگ چیز ہے، کنورژن ایک الگ چیز ہے۔</w:t>
      </w:r>
    </w:p>
    <w:p>
      <w:r>
        <w:rPr>
          <w:b/>
        </w:rPr>
        <w:t xml:space="preserve">[31:26] </w:t>
      </w:r>
      <w:r>
        <w:t>ab yeh baat jo hai, jo mein arz kar raha hoon, is liye ke yeh musalmanon ko batana hai ke tum fast foot mein jeete ho, un ko is fast foot se bahar nikalna hai.</w:t>
      </w:r>
    </w:p>
    <w:p>
      <w:pPr>
        <w:jc w:val="right"/>
      </w:pPr>
      <w:r>
        <w:t>اب یہ بات جو ہے، جو میں عرض کر رہا ہوں، اس لیے کہ یہ مسلمانوں کو بتانا ہے کہ تم فاسٹ فٹ میں جیتے ہو، ان کو اس فاسٹ فٹ سے باہر نکالنا ہے۔</w:t>
      </w:r>
    </w:p>
    <w:p>
      <w:r>
        <w:rPr>
          <w:b/>
        </w:rPr>
        <w:t xml:space="preserve">[31:38] </w:t>
      </w:r>
      <w:r>
        <w:t>jab un ke andar haqeeqat pasandi aaye gi, tab ja kar cheezon ko samjhein ge, tab ja kar woh kaam karein ge. toh isi mein dunya ki bhi falah hai, isi mein akhirat ki falah bhi hai.</w:t>
      </w:r>
    </w:p>
    <w:p>
      <w:pPr>
        <w:jc w:val="right"/>
      </w:pPr>
      <w:r>
        <w:t>جب ان کے اندر حقیقت پسندی آئے گی، تب جا کر چیزوں کو سمجھیں گے، تب جا کر وہ کام کریں گے۔ تو اسی میں دنیا کی بھی فلاح ہے، اسی میں آخرت کی فلاح بھی ہے۔</w:t>
      </w:r>
    </w:p>
    <w:p>
      <w:r>
        <w:rPr>
          <w:b/>
        </w:rPr>
        <w:t xml:space="preserve">[31:51] </w:t>
      </w:r>
      <w:r>
        <w:t>mislan aaj dekhiye, aaj sari dunya ke mus</w:t>
      </w:r>
    </w:p>
    <w:p>
      <w:pPr>
        <w:jc w:val="right"/>
      </w:pPr>
      <w:r>
        <w:t>مثلاً آج دیکھیے، آج ساری دنیا کے مس</w:t>
      </w:r>
    </w:p>
    <w:p>
      <w:r>
        <w:rPr>
          <w:b/>
        </w:rPr>
        <w:t xml:space="preserve">[31:55] </w:t>
      </w:r>
      <w:r>
        <w:t>alman kya hain? jeete hain nafrat mein, khaas taur par west se nafrat. America is enemy number one of Islam. Arab saare kya kehte hain?</w:t>
      </w:r>
    </w:p>
    <w:p>
      <w:pPr>
        <w:jc w:val="right"/>
      </w:pPr>
      <w:r>
        <w:t>لمان کیا ہیں؟ جیتے ہیں نفرت میں، خاص طور پر ویسٹ سے نفرت۔ امریکہ از اینیمی نمبر ون آف اسلام۔ عرب سارے کیا کہتے ہیں؟</w:t>
      </w:r>
    </w:p>
    <w:p>
      <w:r>
        <w:rPr>
          <w:b/>
        </w:rPr>
        <w:t xml:space="preserve">[32:03] </w:t>
      </w:r>
      <w:r>
        <w:t>America adu al Islam raqam wahid. yeh fast foot mein jeena hai. inhi logon ne toh aap ko yeh sab cheezein di hain. musalmanon ke paas petrol tha, lekin un ke paas hawai jahaz nahi the, un ke paas comfort nahi tha, un ke paas factoryan nahi theen.</w:t>
      </w:r>
    </w:p>
    <w:p>
      <w:pPr>
        <w:jc w:val="right"/>
      </w:pPr>
      <w:r>
        <w:t>امریکہ عدو الاسلام رقم واحد۔ یہ فاسٹ فٹ میں جینا ہے۔ انہی لوگوں نے تو آپ کو یہ سب چیزیں دی ہیں۔ مسلمانوں کے پاس پٹرول تھا، لیکن ان کے پاس ہوائی جہاز نہیں تھے، ان کے پاس کمپورٹ نہیں تھا، ان کے پاس فیکٹریاں نہیں تھیں۔</w:t>
      </w:r>
    </w:p>
    <w:p>
      <w:r>
        <w:rPr>
          <w:b/>
        </w:rPr>
        <w:t xml:space="preserve">[32:20] </w:t>
      </w:r>
      <w:r>
        <w:t>unhon ne petrol ko daryaft kiya, unhon ne meter ko convert kiya, unhon ne ek industrial age dunya mein paida kiya. toh aap is se, aap us waqt musalman jo hain, bilkul is se bekhabar hain.</w:t>
      </w:r>
    </w:p>
    <w:p>
      <w:pPr>
        <w:jc w:val="right"/>
      </w:pPr>
      <w:r>
        <w:t>انہوں نے پٹرول کو دریافت کیا، انہوں نے میٹر کو کنورٹ کیا، انہوں نے ایک انڈسٹریل ایج دنیا میں پیدا کیا۔ تو آپ اس سے، آپ اس وقت مسلمان جو ہیں، بالکل اس سے بے خبر ہیں۔</w:t>
      </w:r>
    </w:p>
    <w:p>
      <w:r>
        <w:rPr>
          <w:b/>
        </w:rPr>
        <w:t xml:space="preserve">[32:33] </w:t>
      </w:r>
      <w:r>
        <w:t>aur sab se bari bekhabari kya hai? ke ahl-e-maghrib ne ek naya daur paida kiya hai, jo pro Islam work daur hai, pro dua daur hai, yani muwafiq Islam daur.</w:t>
      </w:r>
    </w:p>
    <w:p>
      <w:pPr>
        <w:jc w:val="right"/>
      </w:pPr>
      <w:r>
        <w:t>اور سب سے بڑی بے خبری کیا ہے؟ کہ اہل مغرب نے ایک نیا دور پیدا کیا ہے، جو پرو اسلام ورک دور ہے، پرو دعا دور ہے، یعنی موافق اسلام دور۔</w:t>
      </w:r>
    </w:p>
    <w:p>
      <w:r>
        <w:rPr>
          <w:b/>
        </w:rPr>
        <w:t xml:space="preserve">[32:47] </w:t>
      </w:r>
      <w:r>
        <w:t>ek naya daur hai, muwafiq Islam</w:t>
      </w:r>
    </w:p>
    <w:p>
      <w:pPr>
        <w:jc w:val="right"/>
      </w:pPr>
      <w:r>
        <w:t>ایک نیا دور ہے، موافق اسلام</w:t>
      </w:r>
    </w:p>
    <w:p>
      <w:r>
        <w:rPr>
          <w:b/>
        </w:rPr>
        <w:t xml:space="preserve">[32:50] </w:t>
      </w:r>
      <w:r>
        <w:t>daur. kis tarah? woh yeh western log hain jo dunya mein freedom laye hain, religious freedom. is se pehle dunya mein religious freedom nahi hoti thi, woh democracy laye hain.</w:t>
      </w:r>
    </w:p>
    <w:p>
      <w:pPr>
        <w:jc w:val="right"/>
      </w:pPr>
      <w:r>
        <w:t>دور۔ کس طرح؟ وہ یہ ویسٹرن لوگ ہیں جو دنیا میں فریڈم لائے ہیں، ریلیجس فریڈم۔ اس سے پہلے دنیا میں ریلیجس فریڈم نہیں ہوتی تھی، وہ ڈیموکریسی لائے ہیں۔</w:t>
      </w:r>
    </w:p>
    <w:p>
      <w:r>
        <w:rPr>
          <w:b/>
        </w:rPr>
        <w:t xml:space="preserve">[33:05] </w:t>
      </w:r>
      <w:r>
        <w:t>is se pehle dunya mein democracy nahi hoti thi, woh openness laye hain. is se pehle dunya mein openness nahi hoti thi, woh printing press laye hain. printing press is se pehle maujood nahi tha, woh computer laye hain.</w:t>
      </w:r>
    </w:p>
    <w:p>
      <w:pPr>
        <w:jc w:val="right"/>
      </w:pPr>
      <w:r>
        <w:t>اس سے پہلے دنیا میں ڈیموکریسی نہیں ہوتی تھی، وہ اوپننس لائے ہیں۔ اس سے پہلے دنیا میں اوپننس نہیں ہوتی تھی، وہ پریڈنگ پریس لائے ہیں۔ پریڈنگ پریس اس سے پہلے موجود نہیں تھا، وہ کمپیوٹر لائے ہیں۔</w:t>
      </w:r>
    </w:p>
    <w:p>
      <w:r>
        <w:rPr>
          <w:b/>
        </w:rPr>
        <w:t xml:space="preserve">[33:17] </w:t>
      </w:r>
      <w:r>
        <w:t>is se pehle computer maujood nahi tha,</w:t>
      </w:r>
    </w:p>
    <w:p>
      <w:pPr>
        <w:jc w:val="right"/>
      </w:pPr>
      <w:r>
        <w:t>اس سے پہلے کمپیوٹر موجود نہیں تھا،</w:t>
      </w:r>
    </w:p>
    <w:p>
      <w:r>
        <w:rPr>
          <w:b/>
        </w:rPr>
        <w:t xml:space="preserve">[33:20] </w:t>
      </w:r>
      <w:r>
        <w:t>woh electronic laye hain. is se pehle maujood tha electronic. woh modern jo yeh jis ko kehte hain age of age of communication, woh laye hain jo is se pehle maujood nahi tha.</w:t>
      </w:r>
    </w:p>
    <w:p>
      <w:pPr>
        <w:jc w:val="right"/>
      </w:pPr>
      <w:r>
        <w:t>وہ الیکٹرانک لائے ہیں۔ اس سے پہلے موجود تھا الیکٹرانک۔ وہ ماڈرن جو یہ جس کو کہتے ہیں ایج آف ایج آف کمیونیکیشن، وہ لائے ہیں جو اس سے پہلے موجود نہیں تھا۔</w:t>
      </w:r>
    </w:p>
    <w:p>
      <w:r>
        <w:rPr>
          <w:b/>
        </w:rPr>
        <w:t xml:space="preserve">[33:31] </w:t>
      </w:r>
      <w:r>
        <w:t>yeh sab kya hai? is Islam ke yani Islamic daawa ke liye ek ek explosion ho gaya hai. explosion daawa, explosion.</w:t>
      </w:r>
    </w:p>
    <w:p>
      <w:pPr>
        <w:jc w:val="right"/>
      </w:pPr>
      <w:r>
        <w:t>یہ سب کیا ہے؟ اس اسلام کے یعنی اسلامک دعویٰ کے لیے ایک ایک ایکسپلوژن ہو گیا ہے۔ ایکسپلوژن دعویٰ، ایکسپلوژن۔</w:t>
      </w:r>
    </w:p>
    <w:p>
      <w:r>
        <w:rPr>
          <w:b/>
        </w:rPr>
        <w:t xml:space="preserve">[33:43] </w:t>
      </w:r>
      <w:r>
        <w:t>yeh sari cheezen jo hain, da'oti kaam ke liye intehai had tak mufeed hain,</w:t>
      </w:r>
    </w:p>
    <w:p>
      <w:pPr>
        <w:jc w:val="right"/>
      </w:pPr>
      <w:r>
        <w:t>یہ ساری چیزیں جو ہیں، دعوتی کام کے لیے انتہائی حد تک مفید ہیں،</w:t>
      </w:r>
    </w:p>
    <w:p>
      <w:r>
        <w:rPr>
          <w:b/>
        </w:rPr>
        <w:t xml:space="preserve">[33:49] </w:t>
      </w:r>
      <w:r>
        <w:t>intehai had tak mufeed hain. Aap ghor kijiye, quran mein likha hua hai ke "al-ayat alladhi anaha abdan idha salla".</w:t>
      </w:r>
    </w:p>
    <w:p>
      <w:pPr>
        <w:jc w:val="right"/>
      </w:pPr>
      <w:r>
        <w:t>انتہائی حد تک مفید ہیں۔ آپ غور کیجئے، قرآن میں لکھا ہوا ہے کہ "الآیت الذی انہا عبدا اذا صلی"۔</w:t>
      </w:r>
    </w:p>
    <w:p>
      <w:r>
        <w:rPr>
          <w:b/>
        </w:rPr>
        <w:t xml:space="preserve">[34:00] </w:t>
      </w:r>
      <w:r>
        <w:t>isko parhiye quran majeed mein "al-ayat alladhi anaha abdan idha salla". Dekho is shakhs ko jo ek bande ko rokta hai namaz parhte hue, yaani haram mein jab koi namaz parhta tha, usko marte peette the.</w:t>
      </w:r>
    </w:p>
    <w:p>
      <w:pPr>
        <w:jc w:val="right"/>
      </w:pPr>
      <w:r>
        <w:t>اس کو پڑھیے قرآن مجید میں "الآیت الذی انہا عبدا اذا صلی"۔ دیکھو اس شخص کو جو ایک بندے کو روکتا ہے نماز پڑھتے ہوئے، یعنی حرم میں جب کوئی نماز پڑھتا تھا، اس کو مارتے پیٹتے تھے۔</w:t>
      </w:r>
    </w:p>
    <w:p>
      <w:r>
        <w:rPr>
          <w:b/>
        </w:rPr>
        <w:t xml:space="preserve">[34:15] </w:t>
      </w:r>
      <w:r>
        <w:t>achha, aaj aap ko koi namaz parhne se rokta hai?</w:t>
      </w:r>
    </w:p>
    <w:p>
      <w:pPr>
        <w:jc w:val="right"/>
      </w:pPr>
      <w:r>
        <w:t>اچھا، آج آپ کو کوئی نماز پڑھنے سے روکتا ہے؟</w:t>
      </w:r>
    </w:p>
    <w:p>
      <w:r>
        <w:rPr>
          <w:b/>
        </w:rPr>
        <w:t xml:space="preserve">[34:19] </w:t>
      </w:r>
      <w:r>
        <w:t>main jata hoon jagah mandiron mein, woh kehte hain ke namaz parh lo. Church mein kehte hain ke yahin namaz parh lo. Girja mein, woh gurudware mein kahin namaz parh lo.</w:t>
      </w:r>
    </w:p>
    <w:p>
      <w:pPr>
        <w:jc w:val="right"/>
      </w:pPr>
      <w:r>
        <w:t>میں جاتا ہوں جگہ مندروں میں، وہ کہتے ہیں کہ نماز پڑھ لو۔ چرچ میں کہتے ہیں کہ یہیں نماز پڑھ لو۔ گرجا میں، وہ گردوارے میں کہیں نماز پڑھ لو۔</w:t>
      </w:r>
    </w:p>
    <w:p>
      <w:r>
        <w:rPr>
          <w:b/>
        </w:rPr>
        <w:t xml:space="preserve">[34:29] </w:t>
      </w:r>
      <w:r>
        <w:t>aaj kaun rokta hai aap ko? Is waqt aap namaz parhte the to aap ko marte peette the. Yeh quran mein likha hua hai "al-ayat alladhi anaha abdan idha salla".</w:t>
      </w:r>
    </w:p>
    <w:p>
      <w:pPr>
        <w:jc w:val="right"/>
      </w:pPr>
      <w:r>
        <w:t>آج کون روکتا ہے آپ کو؟ اس وقت آپ نماز پڑھتے تھے تو آپ کو مارتے پیٹتے تھے۔ یہ قرآن میں لکھا ہوا ہے "الآیت الذی انہا عبدا اذا صلی"۔</w:t>
      </w:r>
    </w:p>
    <w:p>
      <w:r>
        <w:rPr>
          <w:b/>
        </w:rPr>
        <w:t xml:space="preserve">[34:40] </w:t>
      </w:r>
      <w:r>
        <w:t>yeh yeh ek naya daur hai, yeh kaun laya hai? Yeh daur ahl-e-maghrib laye hain. Yeh daur, yeh daur ahl-e-maghrib laye hain ke</w:t>
      </w:r>
    </w:p>
    <w:p>
      <w:pPr>
        <w:jc w:val="right"/>
      </w:pPr>
      <w:r>
        <w:t>یہ یہ ایک نیا دور ہے، یہ کون لایا ہے؟ یہ دور اہل مغرب لائے ہیں۔ یہ دور، یہ دور اہل مغرب لائے ہیں کہ</w:t>
      </w:r>
    </w:p>
    <w:p>
      <w:r>
        <w:rPr>
          <w:b/>
        </w:rPr>
        <w:t xml:space="preserve">[34:50] </w:t>
      </w:r>
      <w:r>
        <w:t>aap ko ibadat ki azadi hai, aap ko apne mazhab par amal karne ki azadi hai, aap ko da'wat ki azadi hai, aap ko apne, yaani aap ko doosre ke khilaf khule izhar-e-khayal ki azadi hai.</w:t>
      </w:r>
    </w:p>
    <w:p>
      <w:pPr>
        <w:jc w:val="right"/>
      </w:pPr>
      <w:r>
        <w:t>آپ کو عبادت کی آزادی ہے، آپ کو اپنے مذہب پر عمل کرنے کی آزادی ہے، آپ کو دعوت کی آزادی ہے، آپ کو اپنے، یعنی آپ کو دوسرے کے خلاف کھلے اظہار خیال کی آزادی ہے۔</w:t>
      </w:r>
    </w:p>
    <w:p>
      <w:r>
        <w:rPr>
          <w:b/>
        </w:rPr>
        <w:t xml:space="preserve">[35:07] </w:t>
      </w:r>
      <w:r>
        <w:t>jaise main ek misaal deta hoon, ek martaba main wahan tha Birmingham mein, yaani England ke teen bare shehar hote hain: London, Birmingham, Manchester.</w:t>
      </w:r>
    </w:p>
    <w:p>
      <w:pPr>
        <w:jc w:val="right"/>
      </w:pPr>
      <w:r>
        <w:t>جیسے میں ایک مثال دیتا ہوں، ایک مرتبہ میں وہاں تھا برمنگھم میں، یعنی انگلینڈ کے تین بڑے شہر ہوتے ہیں: لندن، برمنگھم، مانچسٹر۔</w:t>
      </w:r>
    </w:p>
    <w:p>
      <w:r>
        <w:rPr>
          <w:b/>
        </w:rPr>
        <w:t xml:space="preserve">[35:20] </w:t>
      </w:r>
      <w:r>
        <w:t>to Birmingham mein main tha to jin sahib ka thehra hua tha, woh ek musalman the. To wahan kuch Christian ladke kaam kar rahe the, unke haan kuch Christian ladke, ghaliban teen ladke the.</w:t>
      </w:r>
    </w:p>
    <w:p>
      <w:pPr>
        <w:jc w:val="right"/>
      </w:pPr>
      <w:r>
        <w:t>تو برمنگھم میں میں تھا تو جن صاحب کا ٹھہرا ہوا تھا، وہ ایک مسلمان تھے۔ تو وہاں کچھ کرسچن لڑکے کام کر رہے تھے، ان کے ہاں کچھ کرسچن لڑکے، غالباً تین لڑکے تھے۔</w:t>
      </w:r>
    </w:p>
    <w:p>
      <w:r>
        <w:rPr>
          <w:b/>
        </w:rPr>
        <w:t xml:space="preserve">[35:34] </w:t>
      </w:r>
      <w:r>
        <w:t>to jo sahib-e-khana the, unhone is se kaha ke "tumhari clergy tum ko bohat waqoof banati hai". Ek Christian se keh rahe hain ke "tumhari clergy tum ko bohat waqoof banati hai".</w:t>
      </w:r>
    </w:p>
    <w:p>
      <w:pPr>
        <w:jc w:val="right"/>
      </w:pPr>
      <w:r>
        <w:t>تو جو صاحب خانہ تھے، انہوں نے اس سے کہا کہ "تمہاری کلرجی تم کو بہت وقوف بناتی ہے"۔ ایک کرسچن سے کہہ رہے ہیں کہ "تمہاری کلرجی تم کو بہت وقوف بناتی ہے"۔</w:t>
      </w:r>
    </w:p>
    <w:p>
      <w:r>
        <w:rPr>
          <w:b/>
        </w:rPr>
        <w:t xml:space="preserve">[35:48] </w:t>
      </w:r>
      <w:r>
        <w:t>phir unhone bataya ke "tumhari clergy jo hai, atonement ka nazariya pesh kiya hai". Is ne yaani gunah doosra kare aur uska bhugtan doosra bhugte,</w:t>
      </w:r>
    </w:p>
    <w:p>
      <w:pPr>
        <w:jc w:val="right"/>
      </w:pPr>
      <w:r>
        <w:t>پھر انہوں نے بتایا کہ "تمہاری کلرجی جو ہے، اٹورمنٹ کا نظریہ پیش کیا ہے"۔ اس نے یعنی گناہ دوسرا کرے اور اس کا بھگتان دوسرا بھگتے،</w:t>
      </w:r>
    </w:p>
    <w:p>
      <w:r>
        <w:rPr>
          <w:b/>
        </w:rPr>
        <w:t xml:space="preserve">[35:59] </w:t>
      </w:r>
      <w:r>
        <w:t>kyunki unka nazariya yeh hai ke ke is Hazrat Hazrat Adam ke baad shayad duniya gunahgar ho chuki hai aur Isa jo sooli par chadhe, us se unke gunah ka kaffara hua.</w:t>
      </w:r>
    </w:p>
    <w:p>
      <w:pPr>
        <w:jc w:val="right"/>
      </w:pPr>
      <w:r>
        <w:t>کیونکہ ان کا نظریہ یہ ہے کہ کہ اس حضرت حضرت آدم کے بعد شاید دنیا گنہگار ہو چکی ہے اور عیسیٰ جو سولی پر چڑھے، اس سے ان کے گناہ کا کفارہ ہوا۔</w:t>
      </w:r>
    </w:p>
    <w:p>
      <w:r>
        <w:rPr>
          <w:b/>
        </w:rPr>
        <w:t xml:space="preserve">[36:12] </w:t>
      </w:r>
      <w:r>
        <w:t>to unhone kaha ke "dekho, waqoof banati hai tum ko, gunah to koi karega, koi bhugtega". To woh ladke kehte hain "Mr. Khan, you are right".</w:t>
      </w:r>
    </w:p>
    <w:p>
      <w:pPr>
        <w:jc w:val="right"/>
      </w:pPr>
      <w:r>
        <w:t>تو انہوں نے کہا کہ "دیکھو، وقوف بناتی ہے تم کو، گناہ تو کوئی کرے گا، کوئی بھگتے گا"۔ تو وہ لڑکے کہتے ہیں "مسٹر خان، یو آر رائٹ"۔</w:t>
      </w:r>
    </w:p>
    <w:p>
      <w:r>
        <w:rPr>
          <w:b/>
        </w:rPr>
        <w:t xml:space="preserve">[36:22] </w:t>
      </w:r>
      <w:r>
        <w:t>yeh saada baat nahi hai,</w:t>
      </w:r>
    </w:p>
    <w:p>
      <w:pPr>
        <w:jc w:val="right"/>
      </w:pPr>
      <w:r>
        <w:t>یہ سادہ بات نہیں ہے،</w:t>
      </w:r>
    </w:p>
    <w:p>
      <w:r>
        <w:rPr>
          <w:b/>
        </w:rPr>
        <w:t xml:space="preserve">[36:25] </w:t>
      </w:r>
      <w:r>
        <w:t>aaj se pehle yeh yeh waqea mumkin nahi tha. Koi apne mazhab ke khilaf sun nahi sakta tha. Isi waqt woh marte hain unko, aaj se pehle koi is ko sun nahi sakta tha.</w:t>
      </w:r>
    </w:p>
    <w:p>
      <w:pPr>
        <w:jc w:val="right"/>
      </w:pPr>
      <w:r>
        <w:t>آج سے پہلے یہ یہ واقعہ ممکن نہیں تھا۔ کوئی اپنے مذہب کے خلاف سن نہیں سکتا تھا۔ اسی وقت وہ مارتے ہیں ان کو، آج سے پہلے کوئی اس کو سن نہیں سکتا تھا۔</w:t>
      </w:r>
    </w:p>
    <w:p>
      <w:r>
        <w:rPr>
          <w:b/>
        </w:rPr>
        <w:t xml:space="preserve">[36:41] </w:t>
      </w:r>
      <w:r>
        <w:t>aap dekhen, tamam nabiyon ke zamane mein yahi hua ke marpeet hoti rahi. Isi zamane mein shuru mein hua, marpeet hoti thi, kyunki woh zamana tha religious persecution ka zamana, mazhabi jabr ka zamana.</w:t>
      </w:r>
    </w:p>
    <w:p>
      <w:pPr>
        <w:jc w:val="right"/>
      </w:pPr>
      <w:r>
        <w:t>آپ دیکھیں، تمام نبیوں کے زمانے میں یہی ہوا کہ مارپیٹ ہوتی رہی۔ اسی زمانے میں شروع میں ہوا، مارپیٹ ہوتی تھی، کیونکہ وہ زمانہ تھا ریلیجس پرسیکیوشن کا زمانہ، مذہبی جبر کا زمانہ۔</w:t>
      </w:r>
    </w:p>
    <w:p>
      <w:r>
        <w:rPr>
          <w:b/>
        </w:rPr>
        <w:t xml:space="preserve">[36:56] </w:t>
      </w:r>
      <w:r>
        <w:t>ab sari duniya mein religious freedom ka zamana hai.</w:t>
      </w:r>
    </w:p>
    <w:p>
      <w:pPr>
        <w:jc w:val="right"/>
      </w:pPr>
      <w:r>
        <w:t>اب ساری دنیا میں ریلیجس فریڈم کا زمانہ ہے۔</w:t>
      </w:r>
    </w:p>
    <w:p>
      <w:r>
        <w:rPr>
          <w:b/>
        </w:rPr>
        <w:t xml:space="preserve">[37:02] </w:t>
      </w:r>
      <w:r>
        <w:t>aise hi dekhiye, aap jab nikle duniya mein Islam phailane ke liye to kahin jangla ha'il tha, kahin samandar rukawat tha, kahin koi mulk rukawat tha.</w:t>
      </w:r>
    </w:p>
    <w:p>
      <w:pPr>
        <w:jc w:val="right"/>
      </w:pPr>
      <w:r>
        <w:t>ایسے ہی دیکھیے، آپ جب نکلے دنیا میں اسلام پھیلانے کے لیے تو کہیں جنگل حائل تھا، کہیں سمندر رکاوٹ تھا، کہیں کوئی ملک رکاوٹ تھا۔</w:t>
      </w:r>
    </w:p>
    <w:p>
      <w:r>
        <w:rPr>
          <w:b/>
        </w:rPr>
        <w:t xml:space="preserve">[37:15] </w:t>
      </w:r>
      <w:r>
        <w:t>aaj modern communication ke zamane mein hum yahan bol rahe hain aur sari duniya mein log sun rahe hain. Kaisa ajeeb hai, kabhi is se pehle mumkin nahi tha ke ek da'i ek maqam par bole aur sari duniya us ko suna jaye.</w:t>
      </w:r>
    </w:p>
    <w:p>
      <w:pPr>
        <w:jc w:val="right"/>
      </w:pPr>
      <w:r>
        <w:t>آج ماڈرن کمیونیکیشن کے زمانے میں ہم یہاں بول رہے ہیں اور ساری دنیا میں لوگ سن رہے ہیں۔ کیسا عجیب ہے، کبھی اس سے پہلے ممکن نہیں تھا کہ ایک داعی ایک مقام پر بولے اور ساری دنیا اس کو سنا جائے۔</w:t>
      </w:r>
    </w:p>
    <w:p>
      <w:r>
        <w:rPr>
          <w:b/>
        </w:rPr>
        <w:t xml:space="preserve">[37:31] </w:t>
      </w:r>
      <w:r>
        <w:t>yeh kis ne kiya? Yeh daur kaun laya? Yeh ahl-e-maghrib laye.</w:t>
      </w:r>
    </w:p>
    <w:p>
      <w:pPr>
        <w:jc w:val="right"/>
      </w:pPr>
      <w:r>
        <w:t>یہ کس نے کیا؟ یہ دور کون لایا؟ یہ اہل مغرب لائے۔</w:t>
      </w:r>
    </w:p>
    <w:p>
      <w:r>
        <w:rPr>
          <w:b/>
        </w:rPr>
        <w:t xml:space="preserve">[37:38] </w:t>
      </w:r>
      <w:r>
        <w:t>ahl-e-maghrib yeh laye, yeh daur ke ab na jangla rukawat hai, na samandar rukawat hai, na koi hukumat rukawat hai. Deewarein sab toot gayin, sari deewarein toot chuki hain.</w:t>
      </w:r>
    </w:p>
    <w:p>
      <w:pPr>
        <w:jc w:val="right"/>
      </w:pPr>
      <w:r>
        <w:t>اہل مغرب یہ لائے، یہ دور کہ اب نہ جنگل رکاوٹ ہے، نہ سمندر رکاوٹ ہے، نہ کوئی حکومت رکاوٹ ہے۔ دیواریں سب ٹوٹ گئیں، ساری دیواریں ٹوٹ چکی ہیں۔</w:t>
      </w:r>
    </w:p>
    <w:p>
      <w:r>
        <w:rPr>
          <w:b/>
        </w:rPr>
        <w:t xml:space="preserve">[37:52] </w:t>
      </w:r>
      <w:r>
        <w:t>aap ek jagah boliye aur sari duniya mein awaz suni jayegi. Yeh sab bekhabar musalman hain, musalman is se bekhabar hain. Mujhe koi ek musalman nahi maloom, na Mr., na Molvi, jo janta ho is haqiqat ko.</w:t>
      </w:r>
    </w:p>
    <w:p>
      <w:pPr>
        <w:jc w:val="right"/>
      </w:pPr>
      <w:r>
        <w:t>آپ ایک جگہ بولیے اور ساری دنیا میں آواز سنی جائے گی۔ یہ سب بے خبر مسلمان ہیں، مسلمان اس سے بے خبر ہیں۔ مجھے کوئی ایک مسلمان نہیں معلوم، نہ مسٹر، نہ مولوی، جو جانتا ہو اس حقیقت کو۔</w:t>
      </w:r>
    </w:p>
    <w:p>
      <w:r>
        <w:rPr>
          <w:b/>
        </w:rPr>
        <w:t xml:space="preserve">[38:06] </w:t>
      </w:r>
      <w:r>
        <w:t>kyun? Woh jee rahe hain false food mein. False food mein quran mein yahood ke bare mein hai.</w:t>
      </w:r>
    </w:p>
    <w:p>
      <w:pPr>
        <w:jc w:val="right"/>
      </w:pPr>
      <w:r>
        <w:t>کیوں؟ وہ جی رہے ہیں فالس فوڈ میں۔ فالس فوڈ میں قرآن میں یہود کے بارے میں ہے۔</w:t>
      </w:r>
    </w:p>
    <w:p>
      <w:r>
        <w:rPr>
          <w:b/>
        </w:rPr>
        <w:t xml:space="preserve">[38:15] </w:t>
      </w:r>
      <w:r>
        <w:t>dekhen, false food paida kyun hota hai? Quran mein yahood, yeh quran mein jis yahood ka zikr hai, yaad rakhiye, woh qadeem yahood hain, aaj ka yahood nahi hai.</w:t>
      </w:r>
    </w:p>
    <w:p>
      <w:pPr>
        <w:jc w:val="right"/>
      </w:pPr>
      <w:r>
        <w:t>دیکھیں، فالس فوڈ پیدا کیوں ہوتا ہے؟ قرآن میں یہود، یہ قرآن میں جس یہود کا ذکر ہے، یاد رکھیے، وہ قدیم یہود ہیں، آج کا یہود نہیں ہے۔</w:t>
      </w:r>
    </w:p>
    <w:p>
      <w:r>
        <w:rPr>
          <w:b/>
        </w:rPr>
        <w:t xml:space="preserve">[38:25] </w:t>
      </w:r>
      <w:r>
        <w:t>yeh bhi samajh lijiye ke aap log samajhte hain quran parh kar ke aaj ka yehood bhi wahi sahi hai. yeh qadeem yehood ke bare mein hai.</w:t>
      </w:r>
    </w:p>
    <w:p>
      <w:pPr>
        <w:jc w:val="right"/>
      </w:pPr>
      <w:r>
        <w:t>یہ بھی سمجھ لیجئے کہ آپ لوگ سمجھتے ہیں قرآن پڑھ کر کہ آج کا یہود بھی وہی صحیح ہے۔ یہ قدیم یہود کے بارے میں ہے۔</w:t>
      </w:r>
    </w:p>
    <w:p>
      <w:r>
        <w:rPr>
          <w:b/>
        </w:rPr>
        <w:t xml:space="preserve">[38:33] </w:t>
      </w:r>
      <w:r>
        <w:t>aaj ka jo yahoodi hai, is ne scientific education li. scientific education bilkul mukhtalif ho chuka hai. woh mislan dekhiye, mein janab madine mein rehta hoon.</w:t>
      </w:r>
    </w:p>
    <w:p>
      <w:pPr>
        <w:jc w:val="right"/>
      </w:pPr>
      <w:r>
        <w:t>آج کا جو یہودی ہے، اس نے سائنٹیفک ایجوکیشن لی۔ سائنٹیفک ایجوکیشن بالکل مختلف ہو چکا ہے۔ وہ مثلاً دیکھیے، میں جناب مدینے میں رہتا ہوں۔</w:t>
      </w:r>
    </w:p>
    <w:p>
      <w:r>
        <w:rPr>
          <w:b/>
        </w:rPr>
        <w:t xml:space="preserve">[38:45] </w:t>
      </w:r>
      <w:r>
        <w:t>aaj kal musalman yahan zyada ho gaye hain aur itna shor hota tha, shor hota hai, raat din shor. new york mein mein gaya, yahudion ki basti mein, yahoodi colony mein, wahan bilkul sukoon tha, ek dam peace tha,</w:t>
      </w:r>
    </w:p>
    <w:p>
      <w:pPr>
        <w:jc w:val="right"/>
      </w:pPr>
      <w:r>
        <w:t>آج کل مسلمان یہاں زیادہ ہو گئے ہیں اور اتنا شور ہوتا تھا، شور ہوتا ہے، رات دن شور۔ نیویارک میں میں گیا، یہودیوں کی بستی میں، یہودی کالونی میں، وہاں بالکل سکون تھا، ایک دم پیس تھا،</w:t>
      </w:r>
    </w:p>
    <w:p>
      <w:r>
        <w:rPr>
          <w:b/>
        </w:rPr>
        <w:t xml:space="preserve">[39:02] </w:t>
      </w:r>
      <w:r>
        <w:t>koi shor nahin. yeh hai aaj ka yahoodi, jo hai, woh scientific education pa kar ke bilkul mukhtalif ho chuka hai, bilkul mukhtalif.</w:t>
      </w:r>
    </w:p>
    <w:p>
      <w:pPr>
        <w:jc w:val="right"/>
      </w:pPr>
      <w:r>
        <w:t>کوئی شور نہیں۔ یہ ہے آج کا یہودی، جو ہے، وہ سائنٹیفک ایجوکیشن پا کر کے بالکل مختلف ہو چکا ہے، بالکل مختلف۔</w:t>
      </w:r>
    </w:p>
    <w:p>
      <w:r>
        <w:rPr>
          <w:b/>
        </w:rPr>
        <w:t xml:space="preserve">[39:15] </w:t>
      </w:r>
      <w:r>
        <w:t>mein wahan gaya, jerusalem mein ek conference thi jis mein ke falastini naujawan bhi bulaye gaye the aur yahoodi naujawan bhi.</w:t>
      </w:r>
    </w:p>
    <w:p>
      <w:pPr>
        <w:jc w:val="right"/>
      </w:pPr>
      <w:r>
        <w:t>میں وہاں گیا، یروشلم میں ایک کانفرنس تھی جس میں کہ فلسطینی نوجوان بھی بلائے گئے تھے اور یہودی نوجوان بھی۔</w:t>
      </w:r>
    </w:p>
    <w:p>
      <w:r>
        <w:rPr>
          <w:b/>
        </w:rPr>
        <w:t xml:space="preserve">[39:24] </w:t>
      </w:r>
      <w:r>
        <w:t>to mein ne dekha ke kai falastini naujawan khauf farfar angrezi bol rahe the.</w:t>
      </w:r>
    </w:p>
    <w:p>
      <w:pPr>
        <w:jc w:val="right"/>
      </w:pPr>
      <w:r>
        <w:t>تو میں نے دیکھا کہ کئی فلسطینی نوجوان خوف فرفر انگریزی بول رہے تھے۔</w:t>
      </w:r>
    </w:p>
    <w:p>
      <w:r>
        <w:rPr>
          <w:b/>
        </w:rPr>
        <w:t xml:space="preserve">[39:30] </w:t>
      </w:r>
      <w:r>
        <w:t>to mein ne socha ke bhai, yeh kahan? unhon ne angrezi parhi hai, kyunke hum to akhbaron mein parhte hain ke falastini ilaqe mein rozana bomb girta hai. to maloom hua ke yeh jo falastini naujawan hain, yeh woh hain jo israel mein rehte hain,</w:t>
      </w:r>
    </w:p>
    <w:p>
      <w:pPr>
        <w:jc w:val="right"/>
      </w:pPr>
      <w:r>
        <w:t>تو میں نے سوچا کہ بھئی، یہ کہاں؟ انہوں نے انگریزی پڑھی ہے، کیونکہ ہم تو اخباروں میں پڑھتے ہیں کہ فلسطینی علاقے میں روزانہ بم گرتا ہے۔ تو معلوم ہوا کہ یہ جو فلسطینی نوجوان ہیں، یہ وہ ہیں جو اسرائیل میں رہتے ہیں،</w:t>
      </w:r>
    </w:p>
    <w:p>
      <w:r>
        <w:rPr>
          <w:b/>
        </w:rPr>
        <w:t xml:space="preserve">[39:46] </w:t>
      </w:r>
      <w:r>
        <w:t>aaj bhi israel mein arab rehte hain, aaj bhi, aur koi rukawat nahin in ko. khule taur par wahi parhte hain schoolon mein jis tarah yahoodi bachche</w:t>
      </w:r>
    </w:p>
    <w:p>
      <w:pPr>
        <w:jc w:val="right"/>
      </w:pPr>
      <w:r>
        <w:t>آج بھی اسرائیل میں عرب رہتے ہیں، آج بھی، اور کوئی رکاوٹ نہیں ان کو۔ کھلے طور پر وہی پڑھتے ہیں اسکولوں میں جس طرح یہودی بچے</w:t>
      </w:r>
    </w:p>
    <w:p>
      <w:r>
        <w:rPr>
          <w:b/>
        </w:rPr>
        <w:t xml:space="preserve">[39:55] </w:t>
      </w:r>
      <w:r>
        <w:t>parhte hain. yeh kya hai? aaj ke yahoodi ka jo zehan hai, aaj ka yahoodi woh nahin hai jis ko aap parhte hain apni kitabon mein. aaj ke yahoodi ke andar scientific thinking hai, woh yaani modern thinking hai,</w:t>
      </w:r>
    </w:p>
    <w:p>
      <w:pPr>
        <w:jc w:val="right"/>
      </w:pPr>
      <w:r>
        <w:t>پڑھتے ہیں۔ یہ کیا ہے؟ آج کے یہودی کا جو ذہن ہے، آج کا یہودی وہ نہیں ہے جس کو آپ پڑھتے ہیں اپنی کتابوں میں۔ آج کے یہودی کے اندر سائنٹیفک تھنکنگ ہے، وہ یعنی ماڈرن تھنکنگ ہے،</w:t>
      </w:r>
    </w:p>
    <w:p>
      <w:r>
        <w:rPr>
          <w:b/>
        </w:rPr>
        <w:t xml:space="preserve">[40:11] </w:t>
      </w:r>
      <w:r>
        <w:t>woh false food mein nahin jeeta hai. aaj ka yahoodi aur musalman abhi tak false food mein jee rahe hain. unhein kuch khabar nahin ke aaj ki duniya mein kya ho raha hai.</w:t>
      </w:r>
    </w:p>
    <w:p>
      <w:pPr>
        <w:jc w:val="right"/>
      </w:pPr>
      <w:r>
        <w:t>وہ فالس فوڈ میں نہیں جیتا ہے۔ آج کا یہودی اور مسلمان ابھی تک فالس فوڈ میں جی رہے ہیں۔ انہیں کچھ خبر نہیں کہ آج کی دنیا میں کیا ہو رہا ہے۔</w:t>
      </w:r>
    </w:p>
    <w:p>
      <w:r>
        <w:rPr>
          <w:b/>
        </w:rPr>
        <w:t xml:space="preserve">[40:23] </w:t>
      </w:r>
      <w:r>
        <w:t>khud israel mein dawat ke mawaqe isi tarah hain jis tarah india mein mawaqe hain. khud israel mein kyun?</w:t>
      </w:r>
    </w:p>
    <w:p>
      <w:pPr>
        <w:jc w:val="right"/>
      </w:pPr>
      <w:r>
        <w:t>خود اسرائیل میں دعوت کے مواقع اسی طرح ہیں جس طرح انڈیا میں مواقع ہیں۔ خود اسرائیل میں کیوں؟</w:t>
      </w:r>
    </w:p>
    <w:p>
      <w:r>
        <w:rPr>
          <w:b/>
        </w:rPr>
        <w:t xml:space="preserve">[40:33] </w:t>
      </w:r>
      <w:r>
        <w:t>aaj ka israel jo hai, woh scientific education ne is ko bilkul badal diya hai. woh yahoodi yeh nahin hai jo marta peetta tha pehle.</w:t>
      </w:r>
    </w:p>
    <w:p>
      <w:pPr>
        <w:jc w:val="right"/>
      </w:pPr>
      <w:r>
        <w:t>آج کا اسرائیل جو ہے، وہ سائنٹیفک ایجوکیشن نے اس کو بالکل بدل دیا ہے۔ وہ یہودی یہ نہیں ہے جو مارتا پیٹتا تھا پہلے۔</w:t>
      </w:r>
    </w:p>
    <w:p>
      <w:r>
        <w:rPr>
          <w:b/>
        </w:rPr>
        <w:t xml:space="preserve">[40:42] </w:t>
      </w:r>
      <w:r>
        <w:t>a</w:t>
      </w:r>
    </w:p>
    <w:p>
      <w:pPr>
        <w:jc w:val="right"/>
      </w:pPr>
      <w:r>
        <w:t>آ</w:t>
      </w:r>
    </w:p>
    <w:p>
      <w:r>
        <w:rPr>
          <w:b/>
        </w:rPr>
        <w:t xml:space="preserve">[40:43] </w:t>
      </w:r>
      <w:r>
        <w:t>aj aap israel jayen, wahan aap aala education len, wahan aap daawa work karen, wahan aap namaz parhen, wahan aap is deeni tarbiyat dikhayen, koi rukawat nahin hai, kuch bhi rukawat nahin hai.</w:t>
      </w:r>
    </w:p>
    <w:p>
      <w:pPr>
        <w:jc w:val="right"/>
      </w:pPr>
      <w:r>
        <w:t>ج آپ اسرائیل جائیں، وہاں آپ اعلیٰ ایجوکیشن لیں، وہاں آپ دعویٰ ورک کریں، وہاں آپ نماز پڑھیں، وہاں آپ اس دینی تربیت دکھائیں، کوئی رکاوٹ نہیں ہے، کچھ بھی رکاوٹ نہیں ہے۔</w:t>
      </w:r>
    </w:p>
    <w:p>
      <w:r>
        <w:rPr>
          <w:b/>
        </w:rPr>
        <w:t xml:space="preserve">[40:56] </w:t>
      </w:r>
      <w:r>
        <w:t>to yahoodi jo hai, scientific education ne in ko badal diya, lekin musalman waise ke waise hi hain. ab bhi musalman wahi halat hai in ki.</w:t>
      </w:r>
    </w:p>
    <w:p>
      <w:pPr>
        <w:jc w:val="right"/>
      </w:pPr>
      <w:r>
        <w:t>تو یہودی جو ہے، سائنٹیفک ایجوکیشن نے ان کو بدل دیا، لیکن مسلمان ویسے کے ویسے ہی ہیں۔ اب بھی مسلمان وہی حالت ہے ان کی۔</w:t>
      </w:r>
    </w:p>
    <w:p>
      <w:r>
        <w:rPr>
          <w:b/>
        </w:rPr>
        <w:t xml:space="preserve">[41:06] </w:t>
      </w:r>
      <w:r>
        <w:t>to ek lafz hai jis ko kehte hain "jewish supremacism". jewish supremacism bhi kitaben likhi gayi hain, yaani yahoodi ehsas bartari, jewish supremacism.</w:t>
      </w:r>
    </w:p>
    <w:p>
      <w:pPr>
        <w:jc w:val="right"/>
      </w:pPr>
      <w:r>
        <w:t>تو ایک لفظ ہے جس کو کہتے ہیں "جوئش سپرامیزم"۔ جوئش سپرامیزم بھی کتابیں لکھی گئی ہیں، یعنی یہودی احساس برتری، جوئش سپرامیزم۔</w:t>
      </w:r>
    </w:p>
    <w:p>
      <w:r>
        <w:rPr>
          <w:b/>
        </w:rPr>
        <w:t xml:space="preserve">[41:20] </w:t>
      </w:r>
      <w:r>
        <w:t>to jewish supremacism to ab kam hai, lekin ab muslim supremacism zyada hai. ehsas bartari mein jeena, hum hi sab kuch the.</w:t>
      </w:r>
    </w:p>
    <w:p>
      <w:pPr>
        <w:jc w:val="right"/>
      </w:pPr>
      <w:r>
        <w:t>تو جوئش سپرامیزم تو اب کم ہے، لیکن اب مسلم سپرامیزم زیادہ ہے۔ احساس برتری میں جینا، ہم ہی سب کچھ تھے۔</w:t>
      </w:r>
    </w:p>
    <w:p>
      <w:r>
        <w:rPr>
          <w:b/>
        </w:rPr>
        <w:t xml:space="preserve">[41:31] </w:t>
      </w:r>
      <w:r>
        <w:t>to aaj musalmanon ko present mein to hasil nahin hai, to</w:t>
      </w:r>
    </w:p>
    <w:p>
      <w:pPr>
        <w:jc w:val="right"/>
      </w:pPr>
      <w:r>
        <w:t>تو آج مسلمانوں کو پریزنٹ میں تو حاصل نہیں ہے، تو</w:t>
      </w:r>
    </w:p>
    <w:p>
      <w:r>
        <w:rPr>
          <w:b/>
        </w:rPr>
        <w:t xml:space="preserve">[41:36] </w:t>
      </w:r>
      <w:r>
        <w:t>past mein jo un ki grohi thi, un ka empire tha, us ko le kar kehte hain ke hum the, hum the. to ek aisi grohi jo ja chuki hai, us mein jeete hain musalman.</w:t>
      </w:r>
    </w:p>
    <w:p>
      <w:pPr>
        <w:jc w:val="right"/>
      </w:pPr>
      <w:r>
        <w:t>پاسٹ میں جو ان کی گروہی تھی، ان کا ایمپائر تھا، اس کو لے کر کہتے ہیں کہ ہم تھے، ہم تھے۔ تو ایک ایسی گروہی جو جا چکی ہے، اس میں جیتے ہیں مسلمان۔</w:t>
      </w:r>
    </w:p>
    <w:p>
      <w:r>
        <w:rPr>
          <w:b/>
        </w:rPr>
        <w:t xml:space="preserve">[41:48] </w:t>
      </w:r>
      <w:r>
        <w:t>us ko kehte hain "paranoia". aaj sare musalman paranoiac character ban gaye hain, woh guzri hui grohi mein jeete hain. un ka aadmi kehta hai ke hum hain jinhon ne duniya ko taj mahal ki khoob</w:t>
      </w:r>
    </w:p>
    <w:p>
      <w:pPr>
        <w:jc w:val="right"/>
      </w:pPr>
      <w:r>
        <w:t>اس کو کہتے ہیں "پیرانویا"۔ آج سارے مسلمان پیرانوئی کریکٹر بن گئے ہیں، وہ گزری ہوئی گروہی میں جیتے ہیں۔ ان کا آدمی کہتا ہے کہ ہم ہیں جنہوں نے دنیا کو تاج محل کی خوب</w:t>
      </w:r>
    </w:p>
    <w:p>
      <w:r>
        <w:rPr>
          <w:b/>
        </w:rPr>
        <w:t xml:space="preserve">[42:01] </w:t>
      </w:r>
      <w:r>
        <w:t>surti di, hum hain jinhon ne duniya ko lal qila ki azmaten din, hum hain jis ne duniya ko qutub minar ki bulandiyan din.</w:t>
      </w:r>
    </w:p>
    <w:p>
      <w:pPr>
        <w:jc w:val="right"/>
      </w:pPr>
      <w:r>
        <w:t>صورتی دی، ہم ہیں جنہوں نے دنیا کو تو لال قلعہ کی عظمتیں دیں، ہم ہیں جس نے دنیا کو قطب مناج کی بلندیاں دیں۔</w:t>
      </w:r>
    </w:p>
    <w:p>
      <w:r>
        <w:rPr>
          <w:b/>
        </w:rPr>
        <w:t xml:space="preserve">[42:12] </w:t>
      </w:r>
      <w:r>
        <w:t>yeh maazi ki chip fakhr karna, yeh hai false food mein jeena. musalmanon ko is false food se nikalna hai, tab un ke andar koi nayi beginning shuru hogi, warna koi beginning hone wali nahin hai.</w:t>
      </w:r>
    </w:p>
    <w:p>
      <w:pPr>
        <w:jc w:val="right"/>
      </w:pPr>
      <w:r>
        <w:t>یہ ماضی کی چپ فخر کرنا، یہ ہے فالس فوڈ میں جینا۔ مسلمانوں کو اس فالس فوڈ سے نکالنا ہے، تب ان کے اندر کوئی نئی بگنی شروع ہوگی، ورنہ کوئی بگنی ہونے والی نہیں ہے۔</w:t>
      </w:r>
    </w:p>
    <w:p>
      <w:r>
        <w:rPr>
          <w:b/>
        </w:rPr>
        <w:t xml:space="preserve">[42:27] </w:t>
      </w:r>
      <w:r>
        <w:t>musalmanon ki sab se bari khair khwahi yeh hai ke un ko bataya jaye ke tum false food mein jeete ho. jo log tanqeed se bhadakte hain, woh jannat al-huqqa mein rehte hain.</w:t>
      </w:r>
    </w:p>
    <w:p>
      <w:pPr>
        <w:jc w:val="right"/>
      </w:pPr>
      <w:r>
        <w:t>مسلمانوں کی سب سے بڑی خیر خواہی یہ ہے کہ ان کو بتایا جائے کہ تم فالس فوڈ میں جیتے ہو۔ جو لوگ تنقید سے بھڑکتے ہیں، وہ جنت الحمقہ میں رہتے ہیں۔</w:t>
      </w:r>
    </w:p>
    <w:p>
      <w:r>
        <w:rPr>
          <w:b/>
        </w:rPr>
        <w:t xml:space="preserve">[42:37] </w:t>
      </w:r>
      <w:r>
        <w:t>unhein khabar nahin ke tanqeed to aghaz hai islaah ka, aur log tanqeed se bhadakte hain. mein samajhta hoon ke woh aakhri had tak be khabar hain haqiqaton se, kyunke tanqeed nahin to aghaz bhi nahin, tanqeed nahin to islaah bhi nahin.</w:t>
      </w:r>
    </w:p>
    <w:p>
      <w:pPr>
        <w:jc w:val="right"/>
      </w:pPr>
      <w:r>
        <w:t>انہیں خبر نہیں کہ تنقیدی تو آغاز ہے اصلاح کا، اور لوگ تنقید سے بھڑکتے ہیں۔ میں سمجھتا ہوں کہ وہ آخری حد تک بے خبر ہیں حقیقتوں سے، کیونکہ تنقید نہیں تو آغاز بھی نہیں، تنقید نہیں تو اصلاح بھی نہیں۔</w:t>
      </w:r>
    </w:p>
    <w:p>
      <w:r>
        <w:rPr>
          <w:b/>
        </w:rPr>
        <w:t xml:space="preserve">[42:56] </w:t>
      </w:r>
      <w:r>
        <w:t>to mein musalmanon mein ek ek naya aghaz agar lana hai to tanqeed ko achhi cheez samajh ke qabool karna hai, na ke koi buri cheez.</w:t>
      </w:r>
    </w:p>
    <w:p>
      <w:pPr>
        <w:jc w:val="right"/>
      </w:pPr>
      <w:r>
        <w:t>تو میں مسلمانوں میں ایک ایک نیا آغاز اگر لانا ہے تو تنقید کو اچھی چیز سمجھ کے قبول کرنا ہے، نہ کہ کوئی بری چیز۔</w:t>
      </w:r>
    </w:p>
    <w:p>
      <w:r>
        <w:rPr>
          <w:b/>
        </w:rPr>
        <w:t xml:space="preserve">[43:08] </w:t>
      </w:r>
      <w:r>
        <w:t>to sochiye, is ko ghor kijiye, aur soch kar ke apni zindagi ki planning kijiye. to meri dua hai ke Allah taala mujh ko aur aap ko tofeeq de ke hum baton ko samjhein aur false food mein jeena khatam karen.</w:t>
      </w:r>
    </w:p>
    <w:p>
      <w:pPr>
        <w:jc w:val="right"/>
      </w:pPr>
      <w:r>
        <w:t>تو سوچیے، اس کو غور کیجئے، اور سوچ کر کے اپنی زندگی کی پلاننگ کیجئے۔ تو میری دعا ہے کہ اللہ تعالیٰ مجھ کو اور آپ کو توفیق دے کہ ہم باتوں کو سمجھیں اور فالس فوڈ میں جینا ختم کریں۔</w:t>
      </w:r>
    </w:p>
    <w:p>
      <w:r>
        <w:rPr>
          <w:b/>
        </w:rPr>
        <w:t xml:space="preserve">[43:24] </w:t>
      </w:r>
      <w:r>
        <w:t>aqool qooli wastaghfirullaha lakum ajmaeen.</w:t>
      </w:r>
    </w:p>
    <w:p>
      <w:pPr>
        <w:jc w:val="right"/>
      </w:pPr>
      <w:r>
        <w:t>اقول قولی واستغفراللہ لکم اجمعین۔</w:t>
      </w:r>
    </w:p>
    <w:p>
      <w:r>
        <w:rPr>
          <w:b/>
        </w:rPr>
        <w:t xml:space="preserve">[43:42] </w:t>
      </w:r>
      <w:r>
        <w:t>maulana, yeh sawal bihar se aya hai, javed sahib ne kiya hai. unhon ne likha hai: "many peoples say that islam has produced an uneducated society as muslim community has maximum number of illiterates and as a result poor people." Maulana, i want to know your opinion on this.</w:t>
      </w:r>
    </w:p>
    <w:p>
      <w:pPr>
        <w:jc w:val="right"/>
      </w:pPr>
      <w:r>
        <w:t>مولانا، یہ سوال بہار سے آیا ہے، جاوید صاحب نے کیا ہے۔ انہوں نے لکھا ہے: "مینی پیپلز سے دیٹ اسلام ہیز پروڈیوسڈ این ان ایجوکیٹڈ سوسائٹی ایز مسلم کمیونٹی ہیز میکسیمم نمبر آف ایلیٹریٹس اینڈ ایز ا رزلٹ پور پیپل۔" مولانا، آئی وانٹ ٹو نو یور اوپینین ان دس۔</w:t>
      </w:r>
    </w:p>
    <w:p>
      <w:r>
        <w:rPr>
          <w:b/>
        </w:rPr>
        <w:t xml:space="preserve">[44:08] </w:t>
      </w:r>
      <w:r>
        <w:t>dekhiye, sab se bari ghalati yeh hai ke islam aur musalman ko ek samajhna. jaise yeh kitab jo maine di hai, yeh kitab hai musalmanon ke bare mein.</w:t>
      </w:r>
    </w:p>
    <w:p>
      <w:pPr>
        <w:jc w:val="right"/>
      </w:pPr>
      <w:r>
        <w:t>دیکھیے، سب سے بڑی غلطی یہ ہے کہ اسلام اور مسلمان کو ایک سمجھنا۔ جیسے یہ کتاب جو میں نے دی ہے، یہ کتاب ہے مسلمانوں کے بارے میں۔</w:t>
      </w:r>
    </w:p>
    <w:p>
      <w:r>
        <w:rPr>
          <w:b/>
        </w:rPr>
        <w:t xml:space="preserve">[44:21] </w:t>
      </w:r>
      <w:r>
        <w:t>naam is ka hai "is islam". equate karte hain musalmanon ko islam se ke islam aaj bhi waise hi hai jis tarah ke woh seven century mein tha.</w:t>
      </w:r>
    </w:p>
    <w:p>
      <w:pPr>
        <w:jc w:val="right"/>
      </w:pPr>
      <w:r>
        <w:t>نام اس کا ہے "اس اسلام"۔ ایکویٹ کرتے ہیں مسلمانوں کو اسلام سے کہ اسلام آج بھی ویسے ہی ہے جس طرح کہ وہ سیون سینچری میں تھا۔</w:t>
      </w:r>
    </w:p>
    <w:p>
      <w:r>
        <w:rPr>
          <w:b/>
        </w:rPr>
        <w:t xml:space="preserve">[44:33] </w:t>
      </w:r>
      <w:r>
        <w:t>lekin musalman jo hai, doosri company ki tarah se in par bhi sawal aayega.</w:t>
      </w:r>
    </w:p>
    <w:p>
      <w:pPr>
        <w:jc w:val="right"/>
      </w:pPr>
      <w:r>
        <w:t>لیکن مسلمان جو ہے، دوسری کمپنی کی طرح سے ان پر بھی سوال آئے گا۔</w:t>
      </w:r>
    </w:p>
    <w:p>
      <w:r>
        <w:rPr>
          <w:b/>
        </w:rPr>
        <w:t xml:space="preserve">[44:39] </w:t>
      </w:r>
      <w:r>
        <w:t>jo hadith mein aayi hai ke "tun sun man kan qablakum". yahan bhi main kahunga ke is ko modern idiom badlie, yani traditional alfaz ko modern idiom badlie.</w:t>
      </w:r>
    </w:p>
    <w:p>
      <w:pPr>
        <w:jc w:val="right"/>
      </w:pPr>
      <w:r>
        <w:t>جو حدیث میں آئی ہے کہ "تون سن من کان قبلکم"۔ یہاں بھی میں کہوں گا کہ اس کو ماڈرن ایڈیم بدلیے، یعنی ٹریڈیشنل الفاظ کو ماڈرن ایڈیم بدلیے۔</w:t>
      </w:r>
    </w:p>
    <w:p>
      <w:r>
        <w:rPr>
          <w:b/>
        </w:rPr>
        <w:t xml:space="preserve">[44:51] </w:t>
      </w:r>
      <w:r>
        <w:t>is ka matlab hai ke tum par bhi zawal aayega jis tarah yahood par zawal aya. to musalmanon ko aap samajhte hain ke waise hi musalman aaj bhi hain jo seven century a.d. mein thay?</w:t>
      </w:r>
    </w:p>
    <w:p>
      <w:pPr>
        <w:jc w:val="right"/>
      </w:pPr>
      <w:r>
        <w:t>اس کا مطلب ہے کہ تم پر بھی زوال آئے گا جس طرح یہود پر زوال آیا۔ تو مسلمانوں کو آپ سمجھتے ہیں کہ ویسے ہی مسلمان آج بھی ہیں جو سیون سینچری اے ڈی میں تھے؟</w:t>
      </w:r>
    </w:p>
    <w:p>
      <w:r>
        <w:rPr>
          <w:b/>
        </w:rPr>
        <w:t xml:space="preserve">[45:01] </w:t>
      </w:r>
      <w:r>
        <w:t>yeh to zawal yafta qom hai. to zawal yafta qom yahi sab hoga.</w:t>
      </w:r>
    </w:p>
    <w:p>
      <w:pPr>
        <w:jc w:val="right"/>
      </w:pPr>
      <w:r>
        <w:t>یہ تو زوال یافتہ قوم ہے۔ تو زوال یافتہ قوم یہی سب ہوگا۔</w:t>
      </w:r>
    </w:p>
    <w:p>
      <w:r>
        <w:rPr>
          <w:b/>
        </w:rPr>
        <w:t xml:space="preserve">[45:06] </w:t>
      </w:r>
      <w:r>
        <w:t>to islam jo hai, as a as a nodology intact hai, lekin musalman to in ka degeneration ho chuka hai, zawal par aa chuka hai.</w:t>
      </w:r>
    </w:p>
    <w:p>
      <w:pPr>
        <w:jc w:val="right"/>
      </w:pPr>
      <w:r>
        <w:t>تو اسلام جو ہے، ایز اے ایز اے ناڈالوجی انٹیکٹ ہے، لیکن مسلمان تو ان کا ڈی جنریشن ہو چکا ہے، زوال پر آ چکا ہے۔</w:t>
      </w:r>
    </w:p>
    <w:p>
      <w:r>
        <w:rPr>
          <w:b/>
        </w:rPr>
        <w:t xml:space="preserve">[45:16] </w:t>
      </w:r>
      <w:r>
        <w:t>is haqeeqat ko manie, tab musalmanon mein koi naya daur shuru hoga. agar aap samjhen ke musalman wahi hain jo hazar saal pehle thay to kabhi koi islaah nahi hogi.</w:t>
      </w:r>
    </w:p>
    <w:p>
      <w:pPr>
        <w:jc w:val="right"/>
      </w:pPr>
      <w:r>
        <w:t>اس حقیقت کو مانیے، تب مسلمانوں میں کوئی نیا دور شروع ہوگا۔ اگر آپ سمجھیں کہ مسلمان وہی ہیں جو ہزار سال پہلے تھے تو کبھی کوئی اصلاح نہیں ہوگی۔</w:t>
      </w:r>
    </w:p>
    <w:p>
      <w:r>
        <w:rPr>
          <w:b/>
        </w:rPr>
        <w:t xml:space="preserve">[45:28] </w:t>
      </w:r>
      <w:r>
        <w:t>islam ko alag kijiye, musalman ko alag kijiye.</w:t>
      </w:r>
    </w:p>
    <w:p>
      <w:pPr>
        <w:jc w:val="right"/>
      </w:pPr>
      <w:r>
        <w:t>اسلام کو الگ کیجئے، مسلمان کو الگ کیجئے۔</w:t>
      </w:r>
    </w:p>
    <w:p>
      <w:r>
        <w:rPr>
          <w:b/>
        </w:rPr>
        <w:t xml:space="preserve">[45:31] </w:t>
      </w:r>
      <w:r>
        <w:t>islam ek ideology hai, is ka ek book hai, is ka ek text hai, woh aaj bhi intact hai, aaj bhi waise hi jis tarah ke pehle tha.</w:t>
      </w:r>
    </w:p>
    <w:p>
      <w:pPr>
        <w:jc w:val="right"/>
      </w:pPr>
      <w:r>
        <w:t>اسلام ایک آئیڈیالوجی ہے، اس کا ایک بک ہے، اس کا ایک ٹیکسٹ ہے، وہ آج بھی انٹیکٹ ہے، آج بھی ویسے ہی جس طرح کہ پہلے تھا۔</w:t>
      </w:r>
    </w:p>
    <w:p>
      <w:r>
        <w:rPr>
          <w:b/>
        </w:rPr>
        <w:t xml:space="preserve">[45:40] </w:t>
      </w:r>
      <w:r>
        <w:t>lekin musalman jo ek community hain, woh un par chaudah so saal jab beet gaye to generation of generation un ke andar zawal aya, zawal aya, zawal aya.</w:t>
      </w:r>
    </w:p>
    <w:p>
      <w:pPr>
        <w:jc w:val="right"/>
      </w:pPr>
      <w:r>
        <w:t>لیکن مسلمان جو ایک کمیونٹی ہیں، وہ ان پر چودہ سو سال جب بیت گئے تو جنریشن آف جنریشن ان کے اندر زوال آیا، زوال آیا، زوال آیا۔</w:t>
      </w:r>
    </w:p>
    <w:p>
      <w:r>
        <w:rPr>
          <w:b/>
        </w:rPr>
        <w:t xml:space="preserve">[45:51] </w:t>
      </w:r>
      <w:r>
        <w:t>ab ab zawal ki aakhri had par hain woh.</w:t>
      </w:r>
    </w:p>
    <w:p>
      <w:pPr>
        <w:jc w:val="right"/>
      </w:pPr>
      <w:r>
        <w:t>اب اب زوال کی آخری حد پر ہیں وہ۔</w:t>
      </w:r>
    </w:p>
    <w:p>
      <w:r>
        <w:rPr>
          <w:b/>
        </w:rPr>
        <w:t xml:space="preserve">[45:56] </w:t>
      </w:r>
      <w:r>
        <w:t>to is ka matlab nahi ke ke zawal mein aa gaye to hum is zawal hi mein rahen g</w:t>
      </w:r>
    </w:p>
    <w:p>
      <w:pPr>
        <w:jc w:val="right"/>
      </w:pPr>
      <w:r>
        <w:t>تو اس کا مطلب نہیں کہ کہ زوال میں آ گئے تو ہم اس زوال ہی میں رہیں گ</w:t>
      </w:r>
    </w:p>
    <w:p>
      <w:r>
        <w:rPr>
          <w:b/>
        </w:rPr>
        <w:t xml:space="preserve">[46:01] </w:t>
      </w:r>
      <w:r>
        <w:t>e. nahi, phir un ki islaah ho sakti hai, lekin islaah kya hogi? jab aap tanqeed ko bura na manen, tanqeed ko islaah samjhen.</w:t>
      </w:r>
    </w:p>
    <w:p>
      <w:pPr>
        <w:jc w:val="right"/>
      </w:pPr>
      <w:r>
        <w:t>ے۔ نہیں، پھر ان کی اصلاح ہو سکتی ہے، لیکن اصلاح کیا ہوگی؟ جب آپ تنقید کو برا نہ مانیں، تنقید کو اصلاح سمجھیں۔</w:t>
      </w:r>
    </w:p>
    <w:p>
      <w:r>
        <w:rPr>
          <w:b/>
        </w:rPr>
        <w:t xml:space="preserve">[46:10] </w:t>
      </w:r>
      <w:r>
        <w:t>islaah musalmanon ki sab se bari museebat yeh hai ke woh tanqeed ko bura samajhte hain. ek ek shakhs tanqeed ko bura samajhta hai, mister bhi, maulvi bhi.</w:t>
      </w:r>
    </w:p>
    <w:p>
      <w:pPr>
        <w:jc w:val="right"/>
      </w:pPr>
      <w:r>
        <w:t>اصلاح مسلمانوں کی سب سے بڑی مصیبت یہ ہے کہ وہ تنقید کو برا سمجھتے ہیں۔ ایک ایک شخص تنقید کو برا سمجھتا ہے، مسٹر بھی، مولوی بھی۔</w:t>
      </w:r>
    </w:p>
    <w:p>
      <w:r>
        <w:rPr>
          <w:b/>
        </w:rPr>
        <w:t xml:space="preserve">[46:19] </w:t>
      </w:r>
      <w:r>
        <w:t>jitna maine tajurba kiya, chahe mister ho ya maulvi ho, tanqeed ko samajhte hain koi buri cheez hai. tanqidi to islaah ka aghaz hai, tanqidi islaah ka aghaz hai.</w:t>
      </w:r>
    </w:p>
    <w:p>
      <w:pPr>
        <w:jc w:val="right"/>
      </w:pPr>
      <w:r>
        <w:t>جتنا میں نے تجربہ کیا، چاہے مسٹر ہو یا مولوی ہو، تنقید کو سمجھتے ہیں کوئی بری چیز ہے۔ تنقیدی تو اصلاح کا آغاز ہے، تنقیدی اصلاح کا آغاز ہے۔</w:t>
      </w:r>
    </w:p>
    <w:p>
      <w:r>
        <w:rPr>
          <w:b/>
        </w:rPr>
        <w:t xml:space="preserve">[46:33] </w:t>
      </w:r>
      <w:r>
        <w:t>to tanqeed ko taboo mat samjhiye, yeh tanqeed ko sochiye ke is ne kehne wale ne kya kaha. baat par ghor kijiye, yeh na dekhen ke tanqeed hai.</w:t>
      </w:r>
    </w:p>
    <w:p>
      <w:pPr>
        <w:jc w:val="right"/>
      </w:pPr>
      <w:r>
        <w:t>تو تنقید کو ٹیبو مت سمجھیے، یہ تنقید کو سوچیے کہ اس نے کہنے والے نے کیا کہا۔ بات پر غور کیجئے، یہ نہ دیکھیں کہ تنقید ہے۔</w:t>
      </w:r>
    </w:p>
    <w:p>
      <w:r>
        <w:rPr>
          <w:b/>
        </w:rPr>
        <w:t xml:space="preserve">[46:45] </w:t>
      </w:r>
      <w:r>
        <w:t>sare musalman bhi jeete hain apne aadi maaqaber mein, har ek ne aaqaber bana rakha hai, isi mein jeete hain. sare musalman, mister bhi, maulvi bhi.</w:t>
      </w:r>
    </w:p>
    <w:p>
      <w:pPr>
        <w:jc w:val="right"/>
      </w:pPr>
      <w:r>
        <w:t>سارے مسلمان بھی جیتے ہیں اپنے عادی معاقابر میں، ہر ایک نے عاقابر بنا رکھا ہے، اسی میں جیتے ہیں۔ سارے مسلمان، مسٹر بھی، مولوی بھی۔</w:t>
      </w:r>
    </w:p>
    <w:p>
      <w:r>
        <w:rPr>
          <w:b/>
        </w:rPr>
        <w:t xml:space="preserve">[46:57] </w:t>
      </w:r>
      <w:r>
        <w:t>is se aap log bahar nikaliye, is haqeeqat ko achi tarah jaan lijie ke islam alag hai, musalman alag hai. islam intact hai, musalman zawal ka shikar ho chuke hain, aur musalman ko dobara nikalne ki zaroorat hai ke aap tanqeed karen, un ka tanqidi jaiza len,</w:t>
      </w:r>
    </w:p>
    <w:p>
      <w:pPr>
        <w:jc w:val="right"/>
      </w:pPr>
      <w:r>
        <w:t>اس سے آپ لوگ باہر نکالیے، اس حقیقت کو اچھی طرح جان لیجئے کہ اسلام الگ ہے، مسلمان الگ ہے۔ اسلام انٹیکٹ ہے، مسلمان زوال کا شکار ہو چکے ہیں، اور مسلمان کو دوبارہ نکالنے کی ضرورت ہے کہ آپ تنقید کریں، ان کا تنقیدی جائزہ لیں،</w:t>
      </w:r>
    </w:p>
    <w:p>
      <w:r>
        <w:rPr>
          <w:b/>
        </w:rPr>
        <w:t xml:space="preserve">[47:16] </w:t>
      </w:r>
      <w:r>
        <w:t>critical study karen, tab hoga naya aghaz.</w:t>
      </w:r>
    </w:p>
    <w:p>
      <w:pPr>
        <w:jc w:val="right"/>
      </w:pPr>
      <w:r>
        <w:t>کریٹیکل اسٹڈی کریں، تب ہوگا نیا آغاز۔</w:t>
      </w:r>
    </w:p>
    <w:p>
      <w:r>
        <w:rPr>
          <w:b/>
        </w:rPr>
        <w:t xml:space="preserve">[47:25] </w:t>
      </w:r>
      <w:r>
        <w:t>maulana, agla sawal ahmedabad se kiya hai muhammad saleem sahib ne. unhon ne likha hai: "Maulana, you always emphasize on developing universal outlook.</w:t>
      </w:r>
    </w:p>
    <w:p>
      <w:pPr>
        <w:jc w:val="right"/>
      </w:pPr>
      <w:r>
        <w:t>مولانا، اگلا سوال احمد آباد سے کیا ہے محمد سلیم صاحب نے۔ انہوں نے لکھا ہے: "مولانا، یو آلویز ایمفسائز آن ڈویلپنگ یونیورسل آؤٹ لوک۔</w:t>
      </w:r>
    </w:p>
    <w:p>
      <w:r>
        <w:rPr>
          <w:b/>
        </w:rPr>
        <w:t xml:space="preserve">[47:37] </w:t>
      </w:r>
      <w:r>
        <w:t>please tell me how one can develop a universal outlook?"</w:t>
      </w:r>
    </w:p>
    <w:p>
      <w:pPr>
        <w:jc w:val="right"/>
      </w:pPr>
      <w:r>
        <w:t>پلیز ٹیل می ہاؤ ون کین ڈویلپ ا یونیورسل آؤٹ لوک؟"</w:t>
      </w:r>
    </w:p>
    <w:p>
      <w:r>
        <w:rPr>
          <w:b/>
        </w:rPr>
        <w:t xml:space="preserve">[47:44] </w:t>
      </w:r>
      <w:r>
        <w:t>dekhen, har cheez mein jaise kalma hai "la ilaha illallah", yaani pehle nafi hai, phir is baat hai. pehle aap yeh kehte hain ke koi doosra khuda nahi hai, tab kehte hain ke Allah Rabb-ul-Alameen khuda hai.</w:t>
      </w:r>
    </w:p>
    <w:p>
      <w:pPr>
        <w:jc w:val="right"/>
      </w:pPr>
      <w:r>
        <w:t>دیکھیں، ہر چیز میں جیسے کلمہ ہے "لا الہ الا اللہ"، یعنی پہلے نفی ہے، پھر اس بات ہے۔ پہلے آپ یہ کہتے ہیں کہ کوئی دوسرا خدا نہیں ہے، تب کہتے ہیں کہ اللہ رب العالمین خدا ہے۔</w:t>
      </w:r>
    </w:p>
    <w:p>
      <w:r>
        <w:rPr>
          <w:b/>
        </w:rPr>
        <w:t xml:space="preserve">[48:00] </w:t>
      </w:r>
      <w:r>
        <w:t>yahan bhi wahi cheez hai, apni ghalti ko daryaft kijiye, apni deconditioning kijiye, apne aap ko aapas se bahar laiye, tab naya aaghaz hoga.</w:t>
      </w:r>
    </w:p>
    <w:p>
      <w:pPr>
        <w:jc w:val="right"/>
      </w:pPr>
      <w:r>
        <w:t>یہاں بھی وہی چیز ہے، اپنی غلطی کو دریافت کیجئے، اپنی ڈی کنڈیشننگ کیجئے، اپنے آپ کو آپس سے باہر لائیے، تب نیا آغاز ہوگا۔</w:t>
      </w:r>
    </w:p>
    <w:p>
      <w:r>
        <w:rPr>
          <w:b/>
        </w:rPr>
        <w:t xml:space="preserve">[48:12] </w:t>
      </w:r>
      <w:r>
        <w:t>is ke baghair koi aaghaz nahi hai.</w:t>
      </w:r>
    </w:p>
    <w:p>
      <w:pPr>
        <w:jc w:val="right"/>
      </w:pPr>
      <w:r>
        <w:t>اس کے بغیر کوئی آغاز نہیں ہے۔</w:t>
      </w:r>
    </w:p>
    <w:p>
      <w:r>
        <w:rPr>
          <w:b/>
        </w:rPr>
        <w:t xml:space="preserve">[48:14] </w:t>
      </w:r>
      <w:r>
        <w:t>aap chahen ke jo mazi se jo aap ko mila hai, yaani wirsa, usi mein jeete bhi rahen, usi mein fakhr bhi karte rahen, aur naya aaghaz bhi ho jaye, to yeh namumkin hai.</w:t>
      </w:r>
    </w:p>
    <w:p>
      <w:pPr>
        <w:jc w:val="right"/>
      </w:pPr>
      <w:r>
        <w:t>آپ چاہیں کہ جو ماضی سے جو آپ کو ملا ہے، یعنی ورثہ، اسی میں جیتے بھی رہیں، اسی میں فخر بھی کرتے رہیں، اور نیا آغاز بھی ہو جائے، تو یہ ناممکن ہے۔</w:t>
      </w:r>
    </w:p>
    <w:p>
      <w:r>
        <w:rPr>
          <w:b/>
        </w:rPr>
        <w:t xml:space="preserve">[48:30] </w:t>
      </w:r>
      <w:r>
        <w:t>pehle apne, yaani jo conditioning ko todiye, jo zehen ban gaya hai aap ka, is zehen ki ko todiye, aur nayi soch apne andar laiye.</w:t>
      </w:r>
    </w:p>
    <w:p>
      <w:pPr>
        <w:jc w:val="right"/>
      </w:pPr>
      <w:r>
        <w:t>پہلے اپنے، یعنی جو کنڈیشننگ کو توڑیے، جو ذہن بن گیا ہے آپ کا، اس ذہن کی کو توڑیے، اور نئی سوچ اپنے اندر لائیے۔</w:t>
      </w:r>
    </w:p>
    <w:p>
      <w:r>
        <w:rPr>
          <w:b/>
        </w:rPr>
        <w:t xml:space="preserve">[48:43] </w:t>
      </w:r>
      <w:r>
        <w:t>to pehle "la ilaha" hoga, phir "illallah" hoga, phir nafi hogi, phir is baat hoga. maani Rumi ka jo Masnavi hai, woh ka ek sher isi maani mein hai ke "chun chu banaye kahna abada kunand,</w:t>
      </w:r>
    </w:p>
    <w:p>
      <w:pPr>
        <w:jc w:val="right"/>
      </w:pPr>
      <w:r>
        <w:t>تو پہلے "لا الہ" ہوگا، پھر "الا اللہ" ہوگا، پھر نفی ہوگی، پھر اس بات ہوگا۔ معنی رومی کا جو مسنوی ہے، وہ کا ایک شعر اسی معنی میں ہے کہ "چوں چو بنائے کہنا آبادہ کنند،</w:t>
      </w:r>
    </w:p>
    <w:p>
      <w:r>
        <w:rPr>
          <w:b/>
        </w:rPr>
        <w:t xml:space="preserve">[49:00] </w:t>
      </w:r>
      <w:r>
        <w:t>awalan taameer raviran kun"۔ yeh Masih Maulana Rumi ka sher hai: "chun chu banaye kahna abada kunand, awalan taameer raviran kun</w:t>
      </w:r>
    </w:p>
    <w:p>
      <w:pPr>
        <w:jc w:val="right"/>
      </w:pPr>
      <w:r>
        <w:t>اولا تعمیر راویراں کنند"۔ یہ مسیح مولانا روم کا شعر ہے: "چو بنائے کہنا آبادہ کنند، اولا تعمیر راویراں کن</w:t>
      </w:r>
    </w:p>
    <w:p>
      <w:r>
        <w:rPr>
          <w:b/>
        </w:rPr>
        <w:t xml:space="preserve">[49:11] </w:t>
      </w:r>
      <w:r>
        <w:t>nand"۔ yeh yeh matlab hai is sher ka.</w:t>
      </w:r>
    </w:p>
    <w:p>
      <w:pPr>
        <w:jc w:val="right"/>
      </w:pPr>
      <w:r>
        <w:t>ند"۔ یہ یہ مطلب ہے اس شعر کا۔</w:t>
      </w:r>
    </w:p>
    <w:p>
      <w:r>
        <w:rPr>
          <w:b/>
        </w:rPr>
        <w:t xml:space="preserve">[49:18] </w:t>
      </w:r>
      <w:r>
        <w:t>Maulana, agla sawal Yusuf sahib ne kiya hai Bhopal se. unhon ne likha hai: "Maulana, in one of your Sunday sessions, you spoke about da'wah work, and you said that da'ee should be a well-wisher like a mother is for her child.</w:t>
      </w:r>
    </w:p>
    <w:p>
      <w:pPr>
        <w:jc w:val="right"/>
      </w:pPr>
      <w:r>
        <w:t>مولانا، اگلا سوال یوسف صاحب نے کیا ہے بھوپال سے۔ انہوں نے لکھا ہے: "مولانا، ان ون آف یور سنڈے سیشن، یو سپوک اباؤٹ دعویٰ ورک، اینڈ یو سیڈ دیٹ دائی شوڈ بی ا ویل وشر لائک ا مدر از فار ہر چائلڈ۔</w:t>
      </w:r>
    </w:p>
    <w:p>
      <w:r>
        <w:rPr>
          <w:b/>
        </w:rPr>
        <w:t xml:space="preserve">[49:36] </w:t>
      </w:r>
      <w:r>
        <w:t>I want to know that in a mother's case, it is a case of blood relation. so how can we develop the same well-wishing towards non-Muslims like a mother?</w:t>
      </w:r>
    </w:p>
    <w:p>
      <w:pPr>
        <w:jc w:val="right"/>
      </w:pPr>
      <w:r>
        <w:t>آئی وانٹ ٹو نو دیٹ ان ا مدرز کیس، اٹ از ا کیس آف بلڈ ریلیشن۔ سو ہاؤ کین وی ڈویلپ دا سیم ویل وشنگ ٹورڈز نان مسلمز لائک ا مدر؟</w:t>
      </w:r>
    </w:p>
    <w:p>
      <w:r>
        <w:rPr>
          <w:b/>
        </w:rPr>
        <w:t xml:space="preserve">[49:48] </w:t>
      </w:r>
      <w:r>
        <w:t>Please advise us." dekhiye, asal cheez hai incentive. mother ko ke liye jo incentive hai, us se billion time zyada da'ee ke liye incentive hai.</w:t>
      </w:r>
    </w:p>
    <w:p>
      <w:pPr>
        <w:jc w:val="right"/>
      </w:pPr>
      <w:r>
        <w:t>پلیز ایڈوائز اس۔" دیکھیے، اصل چیز ہے انسنٹیو۔ مدر کو کے لیے جو انسنٹیو ہے، اس سے بلین ٹائم زیادہ دائی کے لیے انسنٹیو ہے۔</w:t>
      </w:r>
    </w:p>
    <w:p>
      <w:r>
        <w:rPr>
          <w:b/>
        </w:rPr>
        <w:t xml:space="preserve">[50:03] </w:t>
      </w:r>
      <w:r>
        <w:t>mother ka incentive yeh hai ke bachcha bada ho kar ke barhapay mein mera sahara banay ga. bach maa ki jo incentive hai, woh yeh hai ke jab mein boorhi ho gi to yeh mera sahara banay ga, yeh kama ke mujhe khilaay ga.</w:t>
      </w:r>
    </w:p>
    <w:p>
      <w:pPr>
        <w:jc w:val="right"/>
      </w:pPr>
      <w:r>
        <w:t>مدر کا انسنٹیو یہ ہے کہ بچہ بڑا ہو کر کے بڑھاپے میں میرا سہارا بنے گا۔ بچ ماں کی جو انسنٹیو ہے، وہ یہ ہے کہ جب میں بوڑھی ہوں گی تو یہ میرا سہارا بنے گا، یہ کما کے مجھے کھلائے گا۔</w:t>
      </w:r>
    </w:p>
    <w:p>
      <w:r>
        <w:rPr>
          <w:b/>
        </w:rPr>
        <w:t xml:space="preserve">[50:20] </w:t>
      </w:r>
      <w:r>
        <w:t>lekin da'ee ka jo incentive hai, woh to us se billion train time zyada hai. wahi ke jannat mile gi. aap is ko is ko ghadte hain, ghatate hain, is ko badhate hain.</w:t>
      </w:r>
    </w:p>
    <w:p>
      <w:pPr>
        <w:jc w:val="right"/>
      </w:pPr>
      <w:r>
        <w:t>لیکن دائی کا جو انسنٹیو ہے، وہ تو اس سے بلین ٹرین ٹائم زیادہ ہے۔ وہی کہ جنت ملے گی۔ آپ اس کو اس کو گھڑتے ہیں، گھٹاتے ہیں، اس کو بڑھاتے ہیں۔</w:t>
      </w:r>
    </w:p>
    <w:p>
      <w:r>
        <w:rPr>
          <w:b/>
        </w:rPr>
        <w:t xml:space="preserve">[50:32] </w:t>
      </w:r>
      <w:r>
        <w:t>ek hadith hai ke is sahib ne Hazrat Ali ko bheja kisi muhim par to farmaya ke agar ek insan bhi tumhari wajah se sachai ko pa le to woh tumhare liye surkh oonton se zyada behtar hai.</w:t>
      </w:r>
    </w:p>
    <w:p>
      <w:pPr>
        <w:jc w:val="right"/>
      </w:pPr>
      <w:r>
        <w:t>ایک حدیث ہے کہ اس صاحب نے حضرت علی کو بھیجا کسی مہم پر تو فرمایا کہ اگر ایک انسان بھی تمہاری وجہ سے سچائی کو پا لے تو وہ تمہارے لیے سرخ اونٹوں سے زیادہ بہتر ہے۔</w:t>
      </w:r>
    </w:p>
    <w:p>
      <w:r>
        <w:rPr>
          <w:b/>
        </w:rPr>
        <w:t xml:space="preserve">[50:51] </w:t>
      </w:r>
      <w:r>
        <w:t>qadeem zamane mein surkh oont bahut badi sab cheez samajh dete hain. aaj kaha jaye ga ke billion trillion daal daalne se bhi zyada behtar hai.</w:t>
      </w:r>
    </w:p>
    <w:p>
      <w:pPr>
        <w:jc w:val="right"/>
      </w:pPr>
      <w:r>
        <w:t>قدیم زمانے میں سرخ اونٹ بہت بڑی سب چیز سمجھا دیتے ہیں۔ آج کہا جائے گا کہ بلین ٹریلین ڈال ڈالنے سے بھی زیادہ بہتر ہے۔</w:t>
      </w:r>
    </w:p>
    <w:p>
      <w:r>
        <w:rPr>
          <w:b/>
        </w:rPr>
        <w:t xml:space="preserve">[51:00] </w:t>
      </w:r>
      <w:r>
        <w:t>logon ne discover nahi kiya da'wah ki ahmiyat ko. da'wah to paradise ka gate hai, is ki discovery hi nahi kiya.</w:t>
      </w:r>
    </w:p>
    <w:p>
      <w:pPr>
        <w:jc w:val="right"/>
      </w:pPr>
      <w:r>
        <w:t>لوگوں نے ڈسکور نہیں کیا دعوت کی اہمیت کو۔ دعوت تو پیراڈائز کا گیٹ ہے، اس کی ڈسکوری ہی نہیں کیا۔</w:t>
      </w:r>
    </w:p>
    <w:p>
      <w:r>
        <w:rPr>
          <w:b/>
        </w:rPr>
        <w:t xml:space="preserve">[51:11] </w:t>
      </w:r>
      <w:r>
        <w:t>maa ke maa ko kya milna hai bachche se? bahut thori si cheez mile gi, kuch kama khila de ga woh.</w:t>
      </w:r>
    </w:p>
    <w:p>
      <w:pPr>
        <w:jc w:val="right"/>
      </w:pPr>
      <w:r>
        <w:t>ماں کے ماں کو کیا ملنا ہے بچے سے؟ بہت تھوڑی سی چیز ملے گی، کچھ کما کھلا دے گا وہ۔</w:t>
      </w:r>
    </w:p>
    <w:p>
      <w:r>
        <w:rPr>
          <w:b/>
        </w:rPr>
        <w:t xml:space="preserve">[51:19] </w:t>
      </w:r>
      <w:r>
        <w:t>lekin da'ee agar sachi da'wah de aur sachi da'wah da'wah ke liye well-wishing hona bahut zaroori hai, to woh to aap ke liye jannat darwaza kholne wala hai, eternal paradise ka darwaza kholne wala.</w:t>
      </w:r>
    </w:p>
    <w:p>
      <w:pPr>
        <w:jc w:val="right"/>
      </w:pPr>
      <w:r>
        <w:t>لیکن دائی اگر سچی دعوت دے اور سچی دعوت دعوت کے لیے ویل وشنگ ہونا بہت ضروری ہے، تو وہ تو آپ کے لیے جنت دروازہ کھولنے والا ہے، ایٹرنل پیراڈائز کا دروازہ کھولنے والا۔</w:t>
      </w:r>
    </w:p>
    <w:p>
      <w:r>
        <w:rPr>
          <w:b/>
        </w:rPr>
        <w:t xml:space="preserve">[51:32] </w:t>
      </w:r>
      <w:r>
        <w:t>is se billion train se bhi zyada badi cheez milti hai da'ee ko apne mad'u se mohabbat kar ke.</w:t>
      </w:r>
    </w:p>
    <w:p>
      <w:pPr>
        <w:jc w:val="right"/>
      </w:pPr>
      <w:r>
        <w:t>اس سے بلین ٹرین سے بھی زیادہ بڑی چیز ملتی ہے دائی کو اپنے مدعو سے محبت کر کے۔</w:t>
      </w:r>
    </w:p>
    <w:p>
      <w:r>
        <w:rPr>
          <w:b/>
        </w:rPr>
        <w:t xml:space="preserve">[51:45] </w:t>
      </w:r>
      <w:r>
        <w:t>Maulana, agla sawal kiya hai Pune se Salman sahib ne</w:t>
      </w:r>
    </w:p>
    <w:p>
      <w:pPr>
        <w:jc w:val="right"/>
      </w:pPr>
      <w:r>
        <w:t>مولانا، اگلا سوال کیا ہے پونے سے سلمان صاحب نے</w:t>
      </w:r>
    </w:p>
    <w:p>
      <w:r>
        <w:rPr>
          <w:b/>
        </w:rPr>
        <w:t xml:space="preserve">[51:49] </w:t>
      </w:r>
      <w:r>
        <w:t>۔ unhon ne likha hai: "Maulana, you always display positivity and tell others also to do the same. please tell us what is your secret formula?"</w:t>
      </w:r>
    </w:p>
    <w:p>
      <w:pPr>
        <w:jc w:val="right"/>
      </w:pPr>
      <w:r>
        <w:t>۔ انہوں نے لکھا ہے: "مولانا، یو آلویز ڈسپلے پوزیٹیوٹی اینڈ ٹیل ادرز السو ٹو ڈو دا سیم۔ پلیز ٹیل اس واٹ از یور سیکرٹ فارمولا؟"</w:t>
      </w:r>
    </w:p>
    <w:p>
      <w:r>
        <w:rPr>
          <w:b/>
        </w:rPr>
        <w:t xml:space="preserve">[52:09] </w:t>
      </w:r>
      <w:r>
        <w:t>dekhen, secret formula kuch bhi nahi hai. logon ne Allah Rabb-ul-Alameen ko daryaft nahi kiya, sab be</w:t>
      </w:r>
    </w:p>
    <w:p>
      <w:pPr>
        <w:jc w:val="right"/>
      </w:pPr>
      <w:r>
        <w:t>دیکھیں، سیکرٹ فارمولا کچھ بھی نہیں ہے۔ لوگوں نے اللہ رب العالمین کو دریافت نہیں کیا، سب بے</w:t>
      </w:r>
    </w:p>
    <w:p>
      <w:r>
        <w:rPr>
          <w:b/>
        </w:rPr>
        <w:t xml:space="preserve">[52:17] </w:t>
      </w:r>
      <w:r>
        <w:t>khabar hain. mere tajrube ke mutabiq koi ek bhi shakhs nahi hai musalmanon mein jis ne Allah Rabb-ul-Alameen ko daryaft kiya ho. yeh saare masjid se aur saare masjidain jo bhare hue hain barish logon se, kuch nahi janta ke koi aadmi Allah Rabb-ul-Alameen kya cheez hai.</w:t>
      </w:r>
    </w:p>
    <w:p>
      <w:pPr>
        <w:jc w:val="right"/>
      </w:pPr>
      <w:r>
        <w:t>خبر ہیں۔ میرے تجربے کے مطابق کوئی ایک بھی شخص نہیں ہے مسلمانوں میں جس نے اللہ رب العالمین کو دریافت کیا ہو۔ یہ سارے بدر سے اور سارے مسجدیں جو بھرے ہوئے ہیں بارش لوگوں سے، کچھ نہیں جانتا کہ کوئی آدمی اللہ رب العالمین کیا چیز ہے۔</w:t>
      </w:r>
    </w:p>
    <w:p>
      <w:r>
        <w:rPr>
          <w:b/>
        </w:rPr>
        <w:t xml:space="preserve">[52:31] </w:t>
      </w:r>
      <w:r>
        <w:t>na mullah janta hai, na molvi janta hai. agar aap Allah Rabb-ul-Alameen ko daryaft kar lein to us waqt lazman yahi cheez paida hoti hai jis ko aap ne farmaya: "positive thinking."</w:t>
      </w:r>
    </w:p>
    <w:p>
      <w:pPr>
        <w:jc w:val="right"/>
      </w:pPr>
      <w:r>
        <w:t>نہ مسٹر جانتا ہے، نہ مولوی جانتا ہے۔ اگر آپ اللہ رب العالمین کو دریافت کر لیں تو اس وقت لازماً یہی چیز پیدا ہوتی ہے جس کو آپ نے فرمایا: "پازیٹیو تھنکنگ۔"</w:t>
      </w:r>
    </w:p>
    <w:p>
      <w:r>
        <w:rPr>
          <w:b/>
        </w:rPr>
        <w:t xml:space="preserve">[52:44] </w:t>
      </w:r>
      <w:r>
        <w:t>mere tajrube ke mutabiq agar koi insan ho chupa hua kisi to mein nahi janta us ko. meri itni lambi umar hai, maine kisi ek insan ko nahi paya, na masjid madrase mein, na universityon, collegeon mein jis ne waqai Allah Rabb-ul-Alameen ko daryaft kiya.</w:t>
      </w:r>
    </w:p>
    <w:p>
      <w:pPr>
        <w:jc w:val="right"/>
      </w:pPr>
      <w:r>
        <w:t>میرے تجربے کے مطابق اگر کوئی انسان ہو چھپا ہوا کسی تو میں نہیں جانتا اس کو۔ میری اتنی لمبی عمر ہے، میں نے کسی ایک انسان کو نہیں پایا، نہ مسجد مدرسے میں، نہ یونیورسٹیوں، کالجوں میں جس نے واقعتاً اللہ رب العالمین کو دریافت کیا۔</w:t>
      </w:r>
    </w:p>
    <w:p>
      <w:r>
        <w:rPr>
          <w:b/>
        </w:rPr>
        <w:t xml:space="preserve">[52:59] </w:t>
      </w:r>
      <w:r>
        <w:t>to positive thinking kahan se aayegi?</w:t>
      </w:r>
    </w:p>
    <w:p>
      <w:pPr>
        <w:jc w:val="right"/>
      </w:pPr>
      <w:r>
        <w:t>تو پازیٹیو تھنکنگ کہاں سے آئے گی؟</w:t>
      </w:r>
    </w:p>
    <w:p>
      <w:r>
        <w:rPr>
          <w:b/>
        </w:rPr>
        <w:t xml:space="preserve">[53:05] </w:t>
      </w:r>
      <w:r>
        <w:t>to sab se pehli cheez yeh hai ke aap Allah Rabb-ul-Alameen ko daryaft kijiye. Is ke baad lazman aayegi</w:t>
      </w:r>
    </w:p>
    <w:p>
      <w:pPr>
        <w:jc w:val="right"/>
      </w:pPr>
      <w:r>
        <w:t>تو سب سے پہلی چیز یہ ہے کہ آپ اللہ رب العالمین کو دریافت کیجئے۔ اس کے بعد لازماً آئے گی</w:t>
      </w:r>
    </w:p>
    <w:p>
      <w:r>
        <w:rPr>
          <w:b/>
        </w:rPr>
        <w:t xml:space="preserve">[53:13] </w:t>
      </w:r>
      <w:r>
        <w:t>jis tarah gulab ka phool aap laiye aap ghar mein to lazman khushboo aayegi. Yeh naam kehne ka aap gulab ka phool layein aur khushboo na aaye. Gulab ke phool ke sath sath khushboo aati hai, aise Allah Rabb-ul-Alameen ke sath sath lazman positive thinking aati hai.</w:t>
      </w:r>
    </w:p>
    <w:p>
      <w:pPr>
        <w:jc w:val="right"/>
      </w:pPr>
      <w:r>
        <w:t>جس طرح گلاب کا پھول آپ لائیے آپ گھر میں تو لازماً خوشبو آئے گی۔ یہ نام کہنے کا آپ گلاب کا پھول لائیں اور خوشبو نہ آئے۔ گلاب کے پھول کے ساتھ ساتھ خوشبو آتی ہے، ایسے اللہ رب العالمین کے ساتھ ساتھ لازماً پازیٹیو تھنکنگ آتی ہے۔</w:t>
      </w:r>
    </w:p>
    <w:p>
      <w:r>
        <w:rPr>
          <w:b/>
        </w:rPr>
        <w:t xml:space="preserve">[53:37] </w:t>
      </w:r>
      <w:r>
        <w:t>Maulana, agla sawal lene se pehle ek comment parhna chahenge jo Ghazipur se Tawfiq Khan sahib ne likha hai. Unhon ne likha hai: "Maulana sahib, main Al-Risala kary hoon.</w:t>
      </w:r>
    </w:p>
    <w:p>
      <w:pPr>
        <w:jc w:val="right"/>
      </w:pPr>
      <w:r>
        <w:t>مولانا، اگلا سوال لینے سے پہلے ایک کمنٹ پڑھنا چاہیں گے جو غازی پور سے توفیق خان صاحب نے لکھا ہے۔ انہوں نے لکھا ہے: "مولانا صاحب، میں الرسالہ کاری ہوں۔</w:t>
      </w:r>
    </w:p>
    <w:p>
      <w:r>
        <w:rPr>
          <w:b/>
        </w:rPr>
        <w:t xml:space="preserve">[53:50] </w:t>
      </w:r>
      <w:r>
        <w:t>Aap ka jo literature hai woh modern idiom mein hota hai jo ke poori tarah se samajh mein aata hai. Allah se dua hai ke woh aap ko lambi umar de."</w:t>
      </w:r>
    </w:p>
    <w:p>
      <w:pPr>
        <w:jc w:val="right"/>
      </w:pPr>
      <w:r>
        <w:t>آپ کا جو لٹریچر ہے وہ ماڈرن ایڈیم میں ہوتا ہے جو کہ پوری طرح سے سمجھ میں آتا ہے۔ اللہ سے دعا ہے کہ وہ آپ کو لمبی عمر دے۔"</w:t>
      </w:r>
    </w:p>
    <w:p>
      <w:r>
        <w:rPr>
          <w:b/>
        </w:rPr>
        <w:t xml:space="preserve">[54:04] </w:t>
      </w:r>
      <w:r>
        <w:t>Maulana, agla sawal Shahnawaz Zafar sahib ne kiya hai Delhi se. Unhon ne likha hai: "Aap ne apni kitaab Al-Islam mein likha hai ke mustar yani jo iztirab ki halat mein ho, us ki dua Allah immediately qabool karta hai aur deegar momin ki dua ki qabooliyat ke liye amal saleh bhi chahiye.</w:t>
      </w:r>
    </w:p>
    <w:p>
      <w:pPr>
        <w:jc w:val="right"/>
      </w:pPr>
      <w:r>
        <w:t>مولانا، اگلا سوال شاہنواز ظفر صاحب نے کیا ہے دلی سے۔ انہوں نے لکھا ہے: "آپ نے اپنی کتاب الاسلام میں لکھا ہے کہ مستر یعنی جو اضطراب کی حالت میں ہو، اس کی دعا اللہ امیڈیٹلی قبول کرتا ہے اور دیگر مومن کی دعا کی قبولیت کے لیے عمل صالح بھی چاہیے۔</w:t>
      </w:r>
    </w:p>
    <w:p>
      <w:r>
        <w:rPr>
          <w:b/>
        </w:rPr>
        <w:t xml:space="preserve">[54:28] </w:t>
      </w:r>
      <w:r>
        <w:t>Yahan mustar se murad kya hai? Is ko wazeh karein."</w:t>
      </w:r>
    </w:p>
    <w:p>
      <w:pPr>
        <w:jc w:val="right"/>
      </w:pPr>
      <w:r>
        <w:t>یہاں مستر سے مراد کیا ہے؟ اس کو واضح کریں۔"</w:t>
      </w:r>
    </w:p>
    <w:p>
      <w:r>
        <w:rPr>
          <w:b/>
        </w:rPr>
        <w:t xml:space="preserve">[54:39] </w:t>
      </w:r>
      <w:r>
        <w:t>Dekhein, jab aadmi iztirari ki halat mein hota hai to apne helplessness ka tajurba karta hai. Woh ajz ka,</w:t>
      </w:r>
    </w:p>
    <w:p>
      <w:pPr>
        <w:jc w:val="right"/>
      </w:pPr>
      <w:r>
        <w:t>دیکھیں، جب آدمی اضطراری کی حالت میں ہوتا ہے تو اپنے ہیلپ لیسنس کا تجربہ کرتا ہے۔ وہ عجز کا،</w:t>
      </w:r>
    </w:p>
    <w:p>
      <w:r>
        <w:rPr>
          <w:b/>
        </w:rPr>
        <w:t xml:space="preserve">[54:51] </w:t>
      </w:r>
      <w:r>
        <w:t>ajz ka tajurba aur ajz ka tajurba haqeeqatan kisi ko ho jaye to Allah se bohat qurbat ho jati hai. Bas waqt yani apne ajz ko daryaft karo aur Allah se qareeb ho jao.</w:t>
      </w:r>
    </w:p>
    <w:p>
      <w:pPr>
        <w:jc w:val="right"/>
      </w:pPr>
      <w:r>
        <w:t>عجز کا تجربہ اور عجز کا تجربہ حقیقتاً کسی کو ہو جائے تو اللہ سے بہت قربت ہو جاتی ہے۔ بس وقت یعنی اپنے عجز کو دریافت کرو اور اللہ سے قریب ہو جاؤ۔</w:t>
      </w:r>
    </w:p>
    <w:p>
      <w:r>
        <w:rPr>
          <w:b/>
        </w:rPr>
        <w:t xml:space="preserve">[55:06] </w:t>
      </w:r>
      <w:r>
        <w:t>Musalamanon mein to mein ne kisi ko paya nahi jis ne apne ajz ko daryaft kiya ho, chahe mustar ho ya molvi. Koi mujhe nahi mila, ek bhi nahi mila.</w:t>
      </w:r>
    </w:p>
    <w:p>
      <w:pPr>
        <w:jc w:val="right"/>
      </w:pPr>
      <w:r>
        <w:t>مسلمانوں میں تو میں نے کسی کو پایا نہیں جس نے اپنے عجز کو دریافت کیا ہو، چاہے مسٹر ہو یا مولوی۔ کوئی مجھے نہیں ملا، ایک بھی نہیں ملا۔</w:t>
      </w:r>
    </w:p>
    <w:p>
      <w:r>
        <w:rPr>
          <w:b/>
        </w:rPr>
        <w:t xml:space="preserve">[55:15] </w:t>
      </w:r>
      <w:r>
        <w:t>Agar kahin hai to mujhe us ki khabar nahi. Choonke ajz ki daryaft hi nahi hui to qurbat-e-khudawandi kahan se hogi? Ajz ek qabil-e-daryaft cheez hai, yaad rakhiye.</w:t>
      </w:r>
    </w:p>
    <w:p>
      <w:pPr>
        <w:jc w:val="right"/>
      </w:pPr>
      <w:r>
        <w:t>اگر کہیں ہے تو مجھے اس کی خبر نہیں۔ چونکہ عجز کی دریافت ہی نہیں ہوئی تو قربت خداوندی کہاں سے ہوگی؟ عجز ایک قابل دریافت چیز ہے، یاد رکھیے۔</w:t>
      </w:r>
    </w:p>
    <w:p>
      <w:r>
        <w:rPr>
          <w:b/>
        </w:rPr>
        <w:t xml:space="preserve">[55:28] </w:t>
      </w:r>
      <w:r>
        <w:t>Jis tarah doosri cheezein qabil-e-daryaft hain, ajz bhi qabil-e-daryaft hai. Logon ko maloom hi nahi ke ajz kya cheez hai.</w:t>
      </w:r>
    </w:p>
    <w:p>
      <w:pPr>
        <w:jc w:val="right"/>
      </w:pPr>
      <w:r>
        <w:t>جس طرح دوسری چیزیں قابل دریافت ہیں، عجز بھی قابل دریافت ہے۔ لوگوں کو معلوم ہی نہیں کہ عجز کیا چیز ہے۔</w:t>
      </w:r>
    </w:p>
    <w:p>
      <w:r>
        <w:rPr>
          <w:b/>
        </w:rPr>
        <w:t xml:space="preserve">[55:37] </w:t>
      </w:r>
      <w:r>
        <w:t>To apne ajz ko daryaft kijiye. Mustar aadmi jo hota hai, woh ajz ki aakhri hadd par hota hai. To apne ajz ko daryaft kiya, us ke baad apne aap sari cheezein aap ke andar aa jayengi.</w:t>
      </w:r>
    </w:p>
    <w:p>
      <w:pPr>
        <w:jc w:val="right"/>
      </w:pPr>
      <w:r>
        <w:t>تو اپنے عجز کو دریافت کیجئے۔ مستر آدمی جو ہوتا ہے، وہ عجز کی آخری حد پر ہوتا ہے۔ تو اپنے عجز کو دریافت کیا، اس کے بعد اپنے آپ ساری چیزیں آپ کے اندر آ جائیں گی۔</w:t>
      </w:r>
    </w:p>
    <w:p>
      <w:r>
        <w:rPr>
          <w:b/>
        </w:rPr>
        <w:t xml:space="preserve">[55:52] </w:t>
      </w:r>
      <w:r>
        <w:t>Aur aap hamari kitabein parhiye. Hamari kitaab mein isi ki to tashreeh hai. Hamari kitaab mein jo hai, woh isi baat ki tashreeh hai ke yani "how to discover ajz".</w:t>
      </w:r>
    </w:p>
    <w:p>
      <w:pPr>
        <w:jc w:val="right"/>
      </w:pPr>
      <w:r>
        <w:t>اور آپ ہماری کتابیں پڑھیے۔ ہماری کتاب میں اسی کی تو تشریح ہے۔ ہماری کتاب میں جو ہے، وہ اسی بات کی تشریح ہے کہ یعنی "ہاؤ ٹو ڈسکور عجز"۔</w:t>
      </w:r>
    </w:p>
    <w:p>
      <w:r>
        <w:rPr>
          <w:b/>
        </w:rPr>
        <w:t xml:space="preserve">[56:08] </w:t>
      </w:r>
      <w:r>
        <w:t>Maulana, agla sawal kiya hai Delhi se Muhammad Khurshid Alam sahib ne. Unhon ne likha hai: "How did the westerners become the innovators?</w:t>
      </w:r>
    </w:p>
    <w:p>
      <w:pPr>
        <w:jc w:val="right"/>
      </w:pPr>
      <w:r>
        <w:t>مولانا، اگلا سوال کیا ہے دلی سے محمد خورشید عالم صاحب نے۔ انہوں نے لکھا ہے: "ہاؤ ڈیڈ دا ویسٹنرز بیکم دا انوویٹرز؟</w:t>
      </w:r>
    </w:p>
    <w:p>
      <w:r>
        <w:rPr>
          <w:b/>
        </w:rPr>
        <w:t xml:space="preserve">[56:19] </w:t>
      </w:r>
      <w:r>
        <w:t>What what was the source of their innovation? Did they get idea to innovate from Islam?" Second Islam bas khali bas yahi hai.</w:t>
      </w:r>
    </w:p>
    <w:p>
      <w:pPr>
        <w:jc w:val="right"/>
      </w:pPr>
      <w:r>
        <w:t>واٹ واٹ واز دا سورس آف دیر انوویشن؟ ڈیڈ دے گیٹ آئیڈیا ٹو انوویٹ فرام اسلام؟" سیکنڈ اسلام بس خالی بس یہی ہے۔</w:t>
      </w:r>
    </w:p>
    <w:p>
      <w:r>
        <w:rPr>
          <w:b/>
        </w:rPr>
        <w:t xml:space="preserve">[56:29] </w:t>
      </w:r>
      <w:r>
        <w:t>Log logon ko pata hai ke hamara fakhr hamare hisse mein aana chahiye. Fakhr jo hai, hamare hisse mein aana chahiye.</w:t>
      </w:r>
    </w:p>
    <w:p>
      <w:pPr>
        <w:jc w:val="right"/>
      </w:pPr>
      <w:r>
        <w:t>لوگ لوگوں کو پتہ ہے کہ ہمارا فخر ہمارے حصے میں آنا چاہیے۔ فخر جو ہے، ہمارے حصے میں آنا چاہیے۔</w:t>
      </w:r>
    </w:p>
    <w:p>
      <w:r>
        <w:rPr>
          <w:b/>
        </w:rPr>
        <w:t xml:space="preserve">[56:38] </w:t>
      </w:r>
      <w:r>
        <w:t>Sab se bari burai yeh hai ke aap fakhr apne hisse mein dalna chahein. Woh insaan nahi hai, un ko Allah ne nahi paida kiya hai, aap hi ko paida kiya hai.</w:t>
      </w:r>
    </w:p>
    <w:p>
      <w:pPr>
        <w:jc w:val="right"/>
      </w:pPr>
      <w:r>
        <w:t>سب سے بڑی برائی یہ ہے کہ آپ فخر اپنے حصے میں ڈالنا چاہیں۔ وہ انسان نہیں ہے، ان کو اللہ نے نہیں پیدا کیا ہے، آپ ہی کو پیدا کیا ہے۔</w:t>
      </w:r>
    </w:p>
    <w:p>
      <w:r>
        <w:rPr>
          <w:b/>
        </w:rPr>
        <w:t xml:space="preserve">[56:48] </w:t>
      </w:r>
      <w:r>
        <w:t>Yaani musalman samajhta hai ke hamara paida karne wala to Allah hai, baqi un ka paida karne wala shaitan hai. Yeh soch jo hai, itni zyada dirty hai, itni dirty hai ke Allah kabhi is ko maaf nahi karega.</w:t>
      </w:r>
    </w:p>
    <w:p>
      <w:pPr>
        <w:jc w:val="right"/>
      </w:pPr>
      <w:r>
        <w:t>یعنی مسلمان سمجھتا ہے کہ ہمارا پیدا کرنے والا تو اللہ ہے، باقی ان کا پیدا کرنے والا شیطان ہے۔ یہ سوچ جو ہے، اتنی زیادہ ڈرٹی ہے، اتنی ڈرٹی ہے کہ اللہ کبھی اس کو معاف نہیں کرے گا۔</w:t>
      </w:r>
    </w:p>
    <w:p>
      <w:r>
        <w:rPr>
          <w:b/>
        </w:rPr>
        <w:t xml:space="preserve">[56:59] </w:t>
      </w:r>
      <w:r>
        <w:t>Is soch ko bhai, in cheezon ka aap jaanna chahein to meri kitaab chhap rahi hai, is ka naam hai "Azhar-e-Deen". Is ko parhiye, aap</w:t>
      </w:r>
    </w:p>
    <w:p>
      <w:pPr>
        <w:jc w:val="right"/>
      </w:pPr>
      <w:r>
        <w:t>اس سوچ کو بھائی، ان چیزوں کا آپ جاننا چاہیں تو میری کتاب چھپ رہی ہے، اس کا نام ہے "اظہار دین"۔ اس کو پڑھیے، آپ</w:t>
      </w:r>
    </w:p>
    <w:p>
      <w:r>
        <w:rPr>
          <w:b/>
        </w:rPr>
        <w:t xml:space="preserve">[57:08] </w:t>
      </w:r>
      <w:r>
        <w:t>Woh us waqt press mein hai, bohat jald aa jayegi. Maulana, ek hissa un ke sawal ka yeh bhi tha ke "Why Muslims consider America to be an enemy of Islam?" Wahi falsehood ka hissa hai,</w:t>
      </w:r>
    </w:p>
    <w:p>
      <w:pPr>
        <w:jc w:val="right"/>
      </w:pPr>
      <w:r>
        <w:t>وہ اس وقت پریس میں ہے، بہت جلد آ جائے گی۔ مولانا، ایک حصہ ان کے سوال کا یہ بھی تھا کہ "وائی مسلمز کنسیڈر امریکہ ٹو بی این اینمی آف اسلام؟" وہی فالس ہڈ کا حصہ ہے،</w:t>
      </w:r>
    </w:p>
    <w:p>
      <w:r>
        <w:rPr>
          <w:b/>
        </w:rPr>
        <w:t xml:space="preserve">[57:25] </w:t>
      </w:r>
      <w:r>
        <w:t>isi falsehood ka hissa hai.</w:t>
      </w:r>
    </w:p>
    <w:p>
      <w:pPr>
        <w:jc w:val="right"/>
      </w:pPr>
      <w:r>
        <w:t>اسی فالس ہڈ کا حصہ ہے۔</w:t>
      </w:r>
    </w:p>
    <w:p>
      <w:r>
        <w:rPr>
          <w:b/>
        </w:rPr>
        <w:t xml:space="preserve">[57:31] </w:t>
      </w:r>
      <w:r>
        <w:t>Dekhein, sab se bari wajah jo musalmanon ke haan aayi hui hai ke America Israel ki himayat kyun karta hai? To sawal yeh hai ke America Pakistan ki himayat kyun karta hai?</w:t>
      </w:r>
    </w:p>
    <w:p>
      <w:pPr>
        <w:jc w:val="right"/>
      </w:pPr>
      <w:r>
        <w:t>دیکھیں، سب سے بڑی وجہ جو مسلمانوں کے ہاں آئی ہوئی ہے کہ امریکہ اسرائیل کی حمایت کیوں کرتا ہے؟ تو سوال یہ ہے کہ امریکہ پاکستان کی حمایت کیوں کرتا ہے؟</w:t>
      </w:r>
    </w:p>
    <w:p>
      <w:r>
        <w:rPr>
          <w:b/>
        </w:rPr>
        <w:t xml:space="preserve">[57:44] </w:t>
      </w:r>
      <w:r>
        <w:t>60 baras se Pakistan mein ek hi wazir raha hai.</w:t>
      </w:r>
    </w:p>
    <w:p>
      <w:pPr>
        <w:jc w:val="right"/>
      </w:pPr>
      <w:r>
        <w:t>60 برس سے پاکستان میں ایک ہی وزیر رہا ہے۔</w:t>
      </w:r>
    </w:p>
    <w:p>
      <w:r>
        <w:rPr>
          <w:b/>
        </w:rPr>
        <w:t xml:space="preserve">[57:50] </w:t>
      </w:r>
      <w:r>
        <w:t>To America agar Israel ki himayat karta hai to aap sochiye ke Pakistan ki himayat kyun karta hai? Aur seven million musalman kyun rehte hain 68 se America mein?</w:t>
      </w:r>
    </w:p>
    <w:p>
      <w:pPr>
        <w:jc w:val="right"/>
      </w:pPr>
      <w:r>
        <w:t>تو امریکہ اگر اسرائیل کی حمایت کرتا ہے تو آپ سوچیے کہ پاکستان کی حمایت کیوں کرتا ہے؟ اور سیون ملین مسلمان کیوں رہتے ہیں 68 سے امریکہ میں؟</w:t>
      </w:r>
    </w:p>
    <w:p>
      <w:r>
        <w:rPr>
          <w:b/>
        </w:rPr>
        <w:t xml:space="preserve">[58:03] </w:t>
      </w:r>
      <w:r>
        <w:t>is ki wajah kya hai? to amreeka apne interest ko jahan dekhta hai, jahan interest israel se is ko poora ho raha hai, to israel ka saath deta hai.</w:t>
      </w:r>
    </w:p>
    <w:p>
      <w:pPr>
        <w:jc w:val="right"/>
      </w:pPr>
      <w:r>
        <w:t>اس کی وجہ کیا ہے؟ تو امریکہ اپنے انٹرسٹ کو جہاں دیکھتا ہے، جہاں انٹرسٹ اسرائیل سے اس کو پورا ہو رہا ہے، تو اسرائیل کا ساتھ دیتا ہے۔</w:t>
      </w:r>
    </w:p>
    <w:p>
      <w:r>
        <w:rPr>
          <w:b/>
        </w:rPr>
        <w:t xml:space="preserve">[58:13] </w:t>
      </w:r>
      <w:r>
        <w:t>jahan pakistan hai, woh pakistan ka saath deta hai.</w:t>
      </w:r>
    </w:p>
    <w:p>
      <w:pPr>
        <w:jc w:val="right"/>
      </w:pPr>
      <w:r>
        <w:t>جہاں پاکستان ہے، وہ پاکستان کا ساتھ دیتا ہے۔</w:t>
      </w:r>
    </w:p>
    <w:p>
      <w:r>
        <w:rPr>
          <w:b/>
        </w:rPr>
        <w:t xml:space="preserve">[58:16] </w:t>
      </w:r>
      <w:r>
        <w:t>jo seven million musalman wahan hain, woh is ke woh labor, is ko labor ki zaroorat hai, woh labor faraham kar rahe hain. to in ko in ko apni jagah di gayi hai.</w:t>
      </w:r>
    </w:p>
    <w:p>
      <w:pPr>
        <w:jc w:val="right"/>
      </w:pPr>
      <w:r>
        <w:t>جو سیون ملین مسلمان وہاں ہیں، وہ اس کے وہ لیبر، اس کو لیبر کی ضرورت ہے، وہ لیبر فراہم کر رہے ہیں۔ تو ان کو ان کو اپنی جگہ دی گئی ہے۔</w:t>
      </w:r>
    </w:p>
    <w:p>
      <w:r>
        <w:rPr>
          <w:b/>
        </w:rPr>
        <w:t xml:space="preserve">[58:26] </w:t>
      </w:r>
      <w:r>
        <w:t>is seven muslim jo hain amreeka mein, woh un ke labor ki zaroorat poora kar rahe hain. to in ko bhi woh moqa diya gaya hai. dekhen, har aadmi apne interest ko jeeta dekhta hai.</w:t>
      </w:r>
    </w:p>
    <w:p>
      <w:pPr>
        <w:jc w:val="right"/>
      </w:pPr>
      <w:r>
        <w:t>اس سیون مسلم جو ہیں امریکہ میں، وہ ان کے لیبر کی ضرورت پورا کر رہے ہیں۔ تو ان کو بھی وہ موقع دیا گیا ہے۔ دیکھیں، ہر آدمی اپنے انٹرسٹ کو جیتا دیکھتا ہے۔</w:t>
      </w:r>
    </w:p>
    <w:p>
      <w:r>
        <w:rPr>
          <w:b/>
        </w:rPr>
        <w:t xml:space="preserve">[58:37] </w:t>
      </w:r>
      <w:r>
        <w:t>koi dushman kisi ka nahi hota. kisi insaan ko yeh fursat nahi ke woh aap se dushmani kare.</w:t>
      </w:r>
    </w:p>
    <w:p>
      <w:pPr>
        <w:jc w:val="right"/>
      </w:pPr>
      <w:r>
        <w:t>کوئی دشمن کسی کا نہیں ہوتا۔ کسی انسان کو یہ فرصت نہیں کہ وہ آپ سے دشمنی کرے۔</w:t>
      </w:r>
    </w:p>
    <w:p>
      <w:r>
        <w:rPr>
          <w:b/>
        </w:rPr>
        <w:t xml:space="preserve">[58:44] </w:t>
      </w:r>
      <w:r>
        <w:t>yeh nazariya hi batil hai, bilkul jhoot jhoot hai. har aadmi apne interest ko dekhta hai. ab ab aap ko kahin ikhtilaf par jata hai, is ka interest to aap ka to aik dushman hai.</w:t>
      </w:r>
    </w:p>
    <w:p>
      <w:pPr>
        <w:jc w:val="right"/>
      </w:pPr>
      <w:r>
        <w:t>یہ نظریہ ہی باطل ہے، بالکل جھوٹ جھوٹ ہے۔ ہر آدمی اپنے انٹرسٹ کو دیکھتا ہے۔ اب اب آپ کو کہیں اختلاف پڑ جاتا ہے، اس کا انٹرسٹ تو آپ کا تو ایک دشمن ہے۔</w:t>
      </w:r>
    </w:p>
    <w:p>
      <w:r>
        <w:rPr>
          <w:b/>
        </w:rPr>
        <w:t xml:space="preserve">[58:55] </w:t>
      </w:r>
      <w:r>
        <w:t>woh apne interest ko hasil karna chahta tha. ittifaq ki baat hai ke aap ko kahin thokar lag gayi.</w:t>
      </w:r>
    </w:p>
    <w:p>
      <w:pPr>
        <w:jc w:val="right"/>
      </w:pPr>
      <w:r>
        <w:t>وہ اپنے انٹرسٹ کو حاصل کرنا چاہتا تھا۔ اتفاق کی بات ہے کہ آپ کو کہیں ٹھوکر لگ گئی۔</w:t>
      </w:r>
    </w:p>
    <w:p>
      <w:r>
        <w:rPr>
          <w:b/>
        </w:rPr>
        <w:t xml:space="preserve">[59:02] </w:t>
      </w:r>
      <w:r>
        <w:t>to yaad rakhiye, apni dictionary se nikaal dijiye lafz "dushmani" aur "conspiracy" aur sahi lafz is ke rakhiye ke har insaan apne interest pe chal raha hai.</w:t>
      </w:r>
    </w:p>
    <w:p>
      <w:pPr>
        <w:jc w:val="right"/>
      </w:pPr>
      <w:r>
        <w:t>تو یاد رکھیے، اپنی ڈکشنری سے نکال دیجئے لفظ "دشمنی" اور "کانسپریسی" اور صحیح لفظ اس کے رکھیے کہ ہر انسان اپنے انٹرسٹ پہ چل رہا ہے۔</w:t>
      </w:r>
    </w:p>
    <w:p>
      <w:r>
        <w:rPr>
          <w:b/>
        </w:rPr>
        <w:t xml:space="preserve">[59:17] </w:t>
      </w:r>
      <w:r>
        <w:t>aap bhi interest chal rahe hain, musalman bhi apne interest pe chal rahe hain. to</w:t>
      </w:r>
    </w:p>
    <w:p>
      <w:pPr>
        <w:jc w:val="right"/>
      </w:pPr>
      <w:r>
        <w:t>آپ بھی انٹرسٹ چل رہے ہیں، مسلمان بھی اپنے انٹرسٹ پہ چل رہے ہیں۔ تو</w:t>
      </w:r>
    </w:p>
    <w:p>
      <w:r>
        <w:rPr>
          <w:b/>
        </w:rPr>
        <w:t xml:space="preserve">[59:23] </w:t>
      </w:r>
      <w:r>
        <w:t>kahin aap ka interest doosre se mawafiqat kar jaye ga, kahin mukhalifat kar jaye ga.</w:t>
      </w:r>
    </w:p>
    <w:p>
      <w:pPr>
        <w:jc w:val="right"/>
      </w:pPr>
      <w:r>
        <w:t>کہیں آپ کا انٹرسٹ دوسرے سے موافقت کر جائے گا، کہیں مخالفت کر جائے گا۔</w:t>
      </w:r>
    </w:p>
    <w:p>
      <w:r>
        <w:rPr>
          <w:b/>
        </w:rPr>
        <w:t xml:space="preserve">[59:33] </w:t>
      </w:r>
      <w:r>
        <w:t>to woh ittifaq ki baat hai, koi kisi ka dushman nahi, kisi ko fursat nahi ke woh kisi ko dushmani kare. har aadmi ko khud apni taraqqi, bachon ko taraqqi dena hai, apne ghar ko banana hai.</w:t>
      </w:r>
    </w:p>
    <w:p>
      <w:pPr>
        <w:jc w:val="right"/>
      </w:pPr>
      <w:r>
        <w:t>تو وہ اتفاق کی بات ہے، کوئی کسی کا دشمن نہیں، کسی کو فرصت نہیں کہ وہ کسی کو دشمنی کرے۔ ہر آدمی کو خود اپنی ترقی، بچوں کو ترقی دینا ہے، اپنے گھر کو بنانا ہے۔</w:t>
      </w:r>
    </w:p>
    <w:p>
      <w:r>
        <w:rPr>
          <w:b/>
        </w:rPr>
        <w:t xml:space="preserve">[59:44] </w:t>
      </w:r>
      <w:r>
        <w:t>yeh nazariya hi bilkul baseless hai, bilkul baseless hai ke falan dushman hai, falan dushman hai, koi dushman nahi hai.</w:t>
      </w:r>
    </w:p>
    <w:p>
      <w:pPr>
        <w:jc w:val="right"/>
      </w:pPr>
      <w:r>
        <w:t>یہ نظریہ ہی بالکل بیسلیس ہے، بالکل بیسلیس ہے کہ فلاں دشمن ہے، فلاں دشمن ہے، کوئی دشمن نہیں ہے۔</w:t>
      </w:r>
    </w:p>
    <w:p>
      <w:r>
        <w:rPr>
          <w:b/>
        </w:rPr>
        <w:t xml:space="preserve">[59:51] </w:t>
      </w:r>
      <w:r>
        <w:t>har aadmi apne apne... mein ne aap ko misaal di ke agar israel ki himayat karne ki wajah se amreeka dushman ban gaya hai to is pakistan ki himayat kyun karta hai?</w:t>
      </w:r>
    </w:p>
    <w:p>
      <w:pPr>
        <w:jc w:val="right"/>
      </w:pPr>
      <w:r>
        <w:t>ہر آدمی اپنے اپنے... میں نے آپ کو مثال دی کہ اگر اسرائیل کی حمایت کرنے کی وجہ سے امریکہ دشمن بن گیا ہے تو اس پاکستان کی حمایت کیوں کرتا ہے؟</w:t>
      </w:r>
    </w:p>
    <w:p>
      <w:r>
        <w:rPr>
          <w:b/>
        </w:rPr>
        <w:t xml:space="preserve">[1:00:02] </w:t>
      </w:r>
      <w:r>
        <w:t>woh seven million musalmanon ko apne haan jagah di hui hai, khoob kha kama rahe hain. woh kyun? to apne interest ki wajah se yeh bhi kar raha hai, interest ki wajah se woh bhi kar raha hai.</w:t>
      </w:r>
    </w:p>
    <w:p>
      <w:pPr>
        <w:jc w:val="right"/>
      </w:pPr>
      <w:r>
        <w:t>وہ سیون ملین مسلمانوں کو اپنے ہاں جگہ دی ہوئی ہے، خوب کھا کما رہے ہیں۔ وہ کیوں؟ تو اپنے انٹرسٹ کی وجہ سے یہ بھی کر رہا ہے، انٹرسٹ کی وجہ سے وہ بھی کر رہا ہے۔</w:t>
      </w:r>
    </w:p>
    <w:p>
      <w:r>
        <w:rPr>
          <w:b/>
        </w:rPr>
        <w:t xml:space="preserve">[1:00:13] </w:t>
      </w:r>
      <w:r>
        <w:t>interest ka lafz dono ko explain karta hai.</w:t>
      </w:r>
    </w:p>
    <w:p>
      <w:pPr>
        <w:jc w:val="right"/>
      </w:pPr>
      <w:r>
        <w:t>انٹرسٹ کا لفظ دونوں کو ایکسپلین کرتا ہے۔</w:t>
      </w:r>
    </w:p>
    <w:p>
      <w:r>
        <w:rPr>
          <w:b/>
        </w:rPr>
        <w:t xml:space="preserve">[1:00:19] </w:t>
      </w:r>
      <w:r>
        <w:t>maulana, agla sawal dammam se hai. miss ummat ul muiz ne kiya hai. unhon ne likha hai: "Maashallah, very comprehensive talk on realistic living.</w:t>
      </w:r>
    </w:p>
    <w:p>
      <w:pPr>
        <w:jc w:val="right"/>
      </w:pPr>
      <w:r>
        <w:t>مولانا، اگلا سوال دمام سے ہے۔ مس امت المعیز نے کیا ہے۔ انہوں نے لکھا ہے: "ماشاءاللہ، ویری کمپرینسو ٹاک ان ریلسٹک لیونگ۔</w:t>
      </w:r>
    </w:p>
    <w:p>
      <w:r>
        <w:rPr>
          <w:b/>
        </w:rPr>
        <w:t xml:space="preserve">[1:00:31] </w:t>
      </w:r>
      <w:r>
        <w:t>I request Maulana sahib to give a message for da'wah living in Arab countries."</w:t>
      </w:r>
    </w:p>
    <w:p>
      <w:pPr>
        <w:jc w:val="right"/>
      </w:pPr>
      <w:r>
        <w:t>آئی ریکویسٹ مولانا صاحب ٹو گیو ا میسج فار دائیز لیونگ ان عرب کنٹریز۔"</w:t>
      </w:r>
    </w:p>
    <w:p>
      <w:r>
        <w:rPr>
          <w:b/>
        </w:rPr>
        <w:t xml:space="preserve">[1:00:43] </w:t>
      </w:r>
      <w:r>
        <w:t>dekhiye, arab countries mein aik bohat bari opportunity hai jis ko musalman avail nahi kar rahe hain. woh kya hai? arab countries mein tail ki daulat hai, wahan rozgar milta hai logon ko.</w:t>
      </w:r>
    </w:p>
    <w:p>
      <w:pPr>
        <w:jc w:val="right"/>
      </w:pPr>
      <w:r>
        <w:t>دیکھیے، عرب کنٹریز میں ایک بہت بڑی اپرچونیٹی ہے جس کو مسلمان اویل نہیں کر رہے ہیں۔ وہ کیا ہے؟ عرب کنٹریز میں تیل کی دولت ہے، وہاں روزگار ملتا ہے لوگوں کو۔</w:t>
      </w:r>
    </w:p>
    <w:p>
      <w:r>
        <w:rPr>
          <w:b/>
        </w:rPr>
        <w:t xml:space="preserve">[1:00:58] </w:t>
      </w:r>
      <w:r>
        <w:t>to bohat ziyada log aa rahe hain bahar se, bohat ziyada yani</w:t>
      </w:r>
    </w:p>
    <w:p>
      <w:pPr>
        <w:jc w:val="right"/>
      </w:pPr>
      <w:r>
        <w:t>تو بہت زیادہ لوگ آ رہے ہیں باہر سے، بہت زیادہ یعنی</w:t>
      </w:r>
    </w:p>
    <w:p>
      <w:r>
        <w:rPr>
          <w:b/>
        </w:rPr>
        <w:t xml:space="preserve">[1:01:05] </w:t>
      </w:r>
      <w:r>
        <w:t>ghair muslim, bohat ziyada aa rahe hain aur tourist yani wahan par job karne wale, business karne wale aur tourist rozana billion billion aate jate hain.</w:t>
      </w:r>
    </w:p>
    <w:p>
      <w:pPr>
        <w:jc w:val="right"/>
      </w:pPr>
      <w:r>
        <w:t>غیر مسلم، بہت زیادہ آ رہے ہیں اور ٹورسٹ یعنی وہاں پر جاب کرنے والے، بزنس کرنے والے اور ٹورسٹ روزانہ بلین بلین آتے جاتے ہیں۔</w:t>
      </w:r>
    </w:p>
    <w:p>
      <w:r>
        <w:rPr>
          <w:b/>
        </w:rPr>
        <w:t xml:space="preserve">[1:01:17] </w:t>
      </w:r>
      <w:r>
        <w:t>in mein aap literature distribute kijiye, da'wah literature un ke darmiyan distribute kijiye. is se ziyada aasan kaam konsa hai?</w:t>
      </w:r>
    </w:p>
    <w:p>
      <w:pPr>
        <w:jc w:val="right"/>
      </w:pPr>
      <w:r>
        <w:t>ان میں آپ لٹریچر ڈسٹریبیوٹ کیجئے، دعویٰ لٹریچر ان کے درمیان ڈسٹریبیوٹ کیجئے۔ اس سے زیادہ آسان کام کونسا ہے؟</w:t>
      </w:r>
    </w:p>
    <w:p>
      <w:r>
        <w:rPr>
          <w:b/>
        </w:rPr>
        <w:t xml:space="preserve">[1:01:27] </w:t>
      </w:r>
      <w:r>
        <w:t>sab se aasan kaam yeh hai ke aap printed book aap ke paas hon, aap ke pocket mein, aap ke bag mein, aur jahan aap dekhen, kisi ko is ko dijiye.</w:t>
      </w:r>
    </w:p>
    <w:p>
      <w:pPr>
        <w:jc w:val="right"/>
      </w:pPr>
      <w:r>
        <w:t>سب سے آسان کام یہ ہے کہ آپ پرنٹڈ بک آپ کے پاس ہوں، آپ کے پاکٹ میں، آپ کے بیگ میں، اور جہاں آپ دیکھیں، کسی کو اس کو دیجیے۔</w:t>
      </w:r>
    </w:p>
    <w:p>
      <w:r>
        <w:rPr>
          <w:b/>
        </w:rPr>
        <w:t xml:space="preserve">[1:01:37] </w:t>
      </w:r>
      <w:r>
        <w:t>is ko har jagah aap ko milenge aise log jo aap ke liye mad'u hain. asal cheez hai ke mad'u concept khatam ho gaya musalmanon se, warna arab dunya mein to bohat mawaqe hain, bohat mawaqe hain, bohat mawaqe hain.</w:t>
      </w:r>
    </w:p>
    <w:p>
      <w:pPr>
        <w:jc w:val="right"/>
      </w:pPr>
      <w:r>
        <w:t>اس کو ہر جگہ آپ کو ملیں گے ایسے لوگ جو آپ کے لیے مدعو ہیں۔ اصل چیز ہے کہ مدعو کانسیپٹ ختم ہو گیا مسلمانوں سے، ورنہ عرب دنیا میں تو بہت مواقع ہیں، بہت مواقع ہیں، بہت مواقع ہیں۔</w:t>
      </w:r>
    </w:p>
    <w:p>
      <w:r>
        <w:rPr>
          <w:b/>
        </w:rPr>
        <w:t xml:space="preserve">[1:01:53] </w:t>
      </w:r>
      <w:r>
        <w:t>misal ke taur par dekhiye, Egypt hai. Egypt mein bohat hi ziyada tourism tha kyunke wahan bohat hi yani ancient relation hoti thi wahan par aur bohat hi qadeem tareen wahan par monument hain.</w:t>
      </w:r>
    </w:p>
    <w:p>
      <w:pPr>
        <w:jc w:val="right"/>
      </w:pPr>
      <w:r>
        <w:t>مثلاً دیکھیے، ایجپٹ ہے۔ ایجپٹ میں بہت ہی زیادہ ٹورزم تھا کیونکہ وہاں بہت ہی یعنی اینشینٹس ریلیشن ہوتی تھی وہاں پر اور بہت ہی قدیم ترین وہاں پر مونومنٹ ہیں۔</w:t>
      </w:r>
    </w:p>
    <w:p>
      <w:r>
        <w:rPr>
          <w:b/>
        </w:rPr>
        <w:t xml:space="preserve">[1:02:08] </w:t>
      </w:r>
      <w:r>
        <w:t>bohat aate the, khwamkhwah milte hain, chala diya wahan par ladai bhidai chhod diya. agar yeh musalman ladai bhidai na chhodte to wahan to yani wohi surkh koton ko hath karne ka moqa tha.</w:t>
      </w:r>
    </w:p>
    <w:p>
      <w:pPr>
        <w:jc w:val="right"/>
      </w:pPr>
      <w:r>
        <w:t>بہت آتے تھے، خوامخواہ ملتے ہیں، چلا دیا وہاں پر لڑائی بھڑائی چھوڑ دیا۔ اگر یہ مسلمان لڑائی بھڑائی نہ چھوڑتے تو وہاں تو یعنی وہی سرخ کوٹوں کو ہاتھ کرنے کا موقع تھا۔</w:t>
      </w:r>
    </w:p>
    <w:p>
      <w:r>
        <w:rPr>
          <w:b/>
        </w:rPr>
        <w:t xml:space="preserve">[1:02:22] </w:t>
      </w:r>
      <w:r>
        <w:t>yeh saare log jo aate hain bator tourist ke ya bator yani business ke, un ke darmiyan aap Islam phailaiye. Aur sab se aasan yeh hai ke printed books apne paas rakhein, un ko dete rahiye, dete rahiye, dete rahiye.</w:t>
      </w:r>
    </w:p>
    <w:p>
      <w:pPr>
        <w:jc w:val="right"/>
      </w:pPr>
      <w:r>
        <w:t>یہ سارے لوگ جو آتے ہیں بطور ٹورسٹ کے یا بطور یعنی بزنس کے، ان کے درمیان آپ اسلام پھیلائیے۔ اور سب سے آسان یہ ہے کہ پرنٹڈ بکس اپنے پاس رکھیں، ان کو دیتے رہیے، دیتے رہیے، دیتے رہیے۔</w:t>
      </w:r>
    </w:p>
    <w:p>
      <w:r>
        <w:rPr>
          <w:b/>
        </w:rPr>
        <w:t xml:space="preserve">[1:02:36] </w:t>
      </w:r>
      <w:r>
        <w:t>un ki zaban mein, har ek ki zaban mein tayyar kijiye kitaben. Asal mein asal cheez yeh hai ke logon ke andar dawat ka incentive nahi hai, dawat ka jazba nahi hai.</w:t>
      </w:r>
    </w:p>
    <w:p>
      <w:pPr>
        <w:jc w:val="right"/>
      </w:pPr>
      <w:r>
        <w:t>ان کی زبان میں، ہر ایک کی زبان میں تیار کیجئے کتابیں۔ اصل میں اصل چیز یہ ہے کہ لوگوں کے اندر دعوت کا انسنٹیو نہیں ہے، دعوت کا جذبہ نہیں ہے۔</w:t>
      </w:r>
    </w:p>
    <w:p>
      <w:r>
        <w:rPr>
          <w:b/>
        </w:rPr>
        <w:t xml:space="preserve">[1:02:49] </w:t>
      </w:r>
      <w:r>
        <w:t>yani spirit of dawah leak kar rahi hai, na ke aap choti aap dawah. Yeh hai masla.</w:t>
      </w:r>
    </w:p>
    <w:p>
      <w:pPr>
        <w:jc w:val="right"/>
      </w:pPr>
      <w:r>
        <w:t>یعنی اسپرٹ آف دعوت لیک کر رہی ہے، نہ کہ آپ چھوٹی آپ دعویٰ۔ یہ ہے مسئلہ۔</w:t>
      </w:r>
    </w:p>
    <w:p>
      <w:r>
        <w:rPr>
          <w:b/>
        </w:rPr>
        <w:t xml:space="preserve">[1:03:00] </w:t>
      </w:r>
      <w:r>
        <w:t>Maulana, agla sawal Dr. Najma Siddiqui ne kiya hai Delhi se. Unhon ne likha hai: "Muslims who are living in falsehood.</w:t>
      </w:r>
    </w:p>
    <w:p>
      <w:pPr>
        <w:jc w:val="right"/>
      </w:pPr>
      <w:r>
        <w:t>مولانا، اگلا سوال ڈاکٹر نجمہ صدیقی نے کیا ہے دلی سے۔ انہوں نے لکھا ہے: "مسلمز ہو آر لیونگ ان فالس ہڈ۔</w:t>
      </w:r>
    </w:p>
    <w:p>
      <w:r>
        <w:rPr>
          <w:b/>
        </w:rPr>
        <w:t xml:space="preserve">[1:03:11] </w:t>
      </w:r>
      <w:r>
        <w:t>Don't realize that they are living in falsehood. As everyone around them is practicing the same.</w:t>
      </w:r>
    </w:p>
    <w:p>
      <w:pPr>
        <w:jc w:val="right"/>
      </w:pPr>
      <w:r>
        <w:t>ڈونٹ ریلائز دیٹ دے آر لیونگ ان فالس ہڈ۔ ایز ایوری ون اراؤنڈ دیم از پریکٹسنگ دا سیم۔</w:t>
      </w:r>
    </w:p>
    <w:p>
      <w:r>
        <w:rPr>
          <w:b/>
        </w:rPr>
        <w:t xml:space="preserve">[1:03:18] </w:t>
      </w:r>
      <w:r>
        <w:t>How can we change the situation in a realistic manner? Please advise us." Dekhiye, hamare mission mein Allah ke fazl se yani hazaron log hain jo poori dunya mein woh is se yeh afsos se bahar aa gaye hain,</w:t>
      </w:r>
    </w:p>
    <w:p>
      <w:pPr>
        <w:jc w:val="right"/>
      </w:pPr>
      <w:r>
        <w:t>ہاؤ کین وی چینج دا سچویشن ان ا ریلسٹک مینر؟ پلیز ایڈوائز اس۔" دیکھیے، ہمارے مشن میں اللہ کے فضل سے یعنی ہزاروں لوگ ہیں جو پوری دنیا میں وہ اس سے یہ افسوس سے باہر آ گئے ہیں،</w:t>
      </w:r>
    </w:p>
    <w:p>
      <w:r>
        <w:rPr>
          <w:b/>
        </w:rPr>
        <w:t xml:space="preserve">[1:03:36] </w:t>
      </w:r>
      <w:r>
        <w:t>is afsos se bahar aaye hain kyun ke unhon ne hamari detail ko parha, hamare hamare lecture ko suna. Yeh kijiye, aur zyada parhaiye, aur zyada logon ko kahiye ke woh lecture ko sunein.</w:t>
      </w:r>
    </w:p>
    <w:p>
      <w:pPr>
        <w:jc w:val="right"/>
      </w:pPr>
      <w:r>
        <w:t>اس افسوس سے باہر آئے ہیں کیونکہ انہوں نے ہماری ڈیٹیل کو پڑھا، ہمارے ہمارے لیکچر کو سنا۔ یہ کیجئے، اور زیادہ پڑھائیے، اور زیادہ لوگوں کو کہیے کہ وہ لیکچر کو سنیں۔</w:t>
      </w:r>
    </w:p>
    <w:p>
      <w:r>
        <w:rPr>
          <w:b/>
        </w:rPr>
        <w:t xml:space="preserve">[1:03:49] </w:t>
      </w:r>
      <w:r>
        <w:t>jis tarah se abhi itne saare log is option se bahar aaye hain, aur bhi aayenge is option se bahar. Sab se aasan tareeqa yahi hai.</w:t>
      </w:r>
    </w:p>
    <w:p>
      <w:pPr>
        <w:jc w:val="right"/>
      </w:pPr>
      <w:r>
        <w:t>جس طرح سے ابھی اتنے سارے لوگ اس آپشن سے باہر آئے ہیں، اور بھی آئیں گے اس آپشن سے باہر۔ سب سے آسان طریقہ یہی ہے۔</w:t>
      </w:r>
    </w:p>
    <w:p>
      <w:r>
        <w:rPr>
          <w:b/>
        </w:rPr>
        <w:t xml:space="preserve">[1:04:01] </w:t>
      </w:r>
      <w:r>
        <w:t>Maulana, agla sawal kiya hai Ajmer se Dr. Safina Tabassum ne. Unhon ne likha hai: "Maulana sahib, Muslims today get offended whenever we discuss anything with them.</w:t>
      </w:r>
    </w:p>
    <w:p>
      <w:pPr>
        <w:jc w:val="right"/>
      </w:pPr>
      <w:r>
        <w:t>مولانا، اگلا سوال کیا ہے اجمیر سے ڈاکٹر سفینہ تبسم نے۔ انہوں نے لکھا ہے: "مولانا صاحب، مسلمز ٹوڈے گیٹ افینڈڈ وین ایور وی ڈسکس اینی تھنگ ود دیم۔</w:t>
      </w:r>
    </w:p>
    <w:p>
      <w:r>
        <w:rPr>
          <w:b/>
        </w:rPr>
        <w:t xml:space="preserve">[1:04:14] </w:t>
      </w:r>
      <w:r>
        <w:t>Please advise us as to what our approach should be so that their hearts soften up towards our criticism." Dekhiye, yeh to tareekh hai ke aadmi ghussa ho jata hai.</w:t>
      </w:r>
    </w:p>
    <w:p>
      <w:pPr>
        <w:jc w:val="right"/>
      </w:pPr>
      <w:r>
        <w:t>پلیز ایڈوائز اس ایز ٹو واٹ اور اپروچ شوڈ بی سو دیٹ دیر ہارٹس سوفن اپ ٹورڈز اور کریٹیسزم۔" دیکھیے، یہ تو تاریخ ہے کہ آدمی غصہ ہو جاتا ہے۔</w:t>
      </w:r>
    </w:p>
    <w:p>
      <w:r>
        <w:rPr>
          <w:b/>
        </w:rPr>
        <w:t xml:space="preserve">[1:04:28] </w:t>
      </w:r>
      <w:r>
        <w:t>Rasool Allah (SAW) ne Makkah mein jab dawat shuru ki to log ghussa ho gaye aur itna zyada mukhalif yeh hai ke Rasool Allah ko Makkah chhodna pada.</w:t>
      </w:r>
    </w:p>
    <w:p>
      <w:pPr>
        <w:jc w:val="right"/>
      </w:pPr>
      <w:r>
        <w:t>رسول اللہ صلی اللہ علیہ وسلم نے مکہ میں جب دعوت شروع کی تو لوگ غصہ ہو گئے اور اتنا زیادہ مخالف یہ ہے کہ رسول اللہ کو مکہ چھوڑنا پڑا۔</w:t>
      </w:r>
    </w:p>
    <w:p>
      <w:r>
        <w:rPr>
          <w:b/>
        </w:rPr>
        <w:t xml:space="preserve">[1:04:37] </w:t>
      </w:r>
      <w:r>
        <w:t>lekin phir waqt aaya ke saare log Islam ke fold pe aa gaye</w:t>
      </w:r>
    </w:p>
    <w:p>
      <w:pPr>
        <w:jc w:val="right"/>
      </w:pPr>
      <w:r>
        <w:t>لیکن پھر وقت آیا کہ سارے لوگ اسلام کے فولڈ پہ آ گئے</w:t>
      </w:r>
    </w:p>
    <w:p>
      <w:r>
        <w:rPr>
          <w:b/>
        </w:rPr>
        <w:t xml:space="preserve">[1:04:43] </w:t>
      </w:r>
      <w:r>
        <w:t>to qom jari rakhiye, dua karte rahiye, hikmat ke sath aur sabr ke sath dawat ka kaam kijiye.</w:t>
      </w:r>
    </w:p>
    <w:p>
      <w:pPr>
        <w:jc w:val="right"/>
      </w:pPr>
      <w:r>
        <w:t>تو قوم جاری رکھیے، دعا کرتے رہیے، حکمت کے ساتھ اور صبر کے ساتھ دعوت کا کام کیجئے۔</w:t>
      </w:r>
    </w:p>
    <w:p>
      <w:r>
        <w:rPr>
          <w:b/>
        </w:rPr>
        <w:t xml:space="preserve">[1:04:53] </w:t>
      </w:r>
      <w:r>
        <w:t>yahi tareeqa pehle bhi tha, yahi tareeqa aaj bhi hai. Koi doosra doosra tareeqa koi nahi hai, na pehle koi doosra tareeqa mumkin tha, na aaj mumkin hai.</w:t>
      </w:r>
    </w:p>
    <w:p>
      <w:pPr>
        <w:jc w:val="right"/>
      </w:pPr>
      <w:r>
        <w:t>یہی طریقہ پہلے بھی تھا، یہی طریقہ آج بھی ہے۔ کوئی دوسرا دوسرا طریقہ کوئی نہیں ہے، نہ پہلے کوئی دوسرا طریقہ ممکن تھا، نہ آج ممکن ہے۔</w:t>
      </w:r>
    </w:p>
    <w:p>
      <w:r>
        <w:rPr>
          <w:b/>
        </w:rPr>
        <w:t xml:space="preserve">[1:05:07] </w:t>
      </w:r>
      <w:r>
        <w:t>Maulana, agla sawal Delhi se hai Jameel Akhtar sahib ne kiya hai.</w:t>
      </w:r>
    </w:p>
    <w:p>
      <w:pPr>
        <w:jc w:val="right"/>
      </w:pPr>
      <w:r>
        <w:t>مولانا، اگلا سوال دلی سے ہے جمیل اختر صاحب نے کیا ہے۔</w:t>
      </w:r>
    </w:p>
    <w:p>
      <w:r>
        <w:rPr>
          <w:b/>
        </w:rPr>
        <w:t xml:space="preserve">[1:05:11] </w:t>
      </w:r>
      <w:r>
        <w:t>Unhon ne likha hai: "Yahoodi Islam ke dushman hain aur hamesha rahenge. Zyada tar kitabon ka khulasa yahi hai.</w:t>
      </w:r>
    </w:p>
    <w:p>
      <w:pPr>
        <w:jc w:val="right"/>
      </w:pPr>
      <w:r>
        <w:t>انہوں نے لکھا ہے: "یہودی اسلام کے دشمن ہیں اور ہمیشہ رہیں گے۔ زیادہ تر کتابوں کا خلاصہ یہی ہے۔</w:t>
      </w:r>
    </w:p>
    <w:p>
      <w:r>
        <w:rPr>
          <w:b/>
        </w:rPr>
        <w:t xml:space="preserve">[1:05:21] </w:t>
      </w:r>
      <w:r>
        <w:t>Quran mein Yahood ka zikr kiya sirf Huzoor ke daur ke Yahood ke liye hi hai? Is ko wazeh karein." Bhai, Yahoodi ki baat nahi hai.</w:t>
      </w:r>
    </w:p>
    <w:p>
      <w:pPr>
        <w:jc w:val="right"/>
      </w:pPr>
      <w:r>
        <w:t>قرآن میں یہود کا ذکر کیا صرف حضور کے دور کے یہود کے لیے ہی ہے؟ اس کو واضح کریں۔" بھئی، یہودی کی بات نہیں ہے۔</w:t>
      </w:r>
    </w:p>
    <w:p>
      <w:r>
        <w:rPr>
          <w:b/>
        </w:rPr>
        <w:t xml:space="preserve">[1:05:31] </w:t>
      </w:r>
      <w:r>
        <w:t>Aap ki kitab mein likha rehta hai, sari kitab mein kuffar-e-Makkah, mushrikeen-e-Makkah. To kya woh aaj ke liye hai? Sab kitabon mein likha rehta hai:</w:t>
      </w:r>
    </w:p>
    <w:p>
      <w:pPr>
        <w:jc w:val="right"/>
      </w:pPr>
      <w:r>
        <w:t>آپ کی کتاب میں لکھا رہتا ہے، ساری کتاب میں کفار مکہ، مشرکین مکہ۔ تو کیا وہ آج کے لیے ہے؟ سب کتابوں میں لکھا رہتا ہے:</w:t>
      </w:r>
    </w:p>
    <w:p>
      <w:r>
        <w:rPr>
          <w:b/>
        </w:rPr>
        <w:t xml:space="preserve">[1:05:40] </w:t>
      </w:r>
      <w:r>
        <w:t>"Kuffar-e-Makkah, mushrikeen-e-Makkah, Qulil Kafiroon." Quran Majeed mein kya aaj ke liye hai? Yeh Qulil Kafiroon jo hai, yeh Makkah walon ke liye hai.</w:t>
      </w:r>
    </w:p>
    <w:p>
      <w:pPr>
        <w:jc w:val="right"/>
      </w:pPr>
      <w:r>
        <w:t>"کفار مکہ، مشرکین مکہ، کل الکافرون۔" قرآن مجید میں کیا آج کے لیے ہے؟ یہ کل الکافرون جو ہے، یہ مکہ والوں کے لیے ہے۔</w:t>
      </w:r>
    </w:p>
    <w:p>
      <w:r>
        <w:rPr>
          <w:b/>
        </w:rPr>
        <w:t xml:space="preserve">[1:05:49] </w:t>
      </w:r>
      <w:r>
        <w:t>yeh</w:t>
      </w:r>
    </w:p>
    <w:p>
      <w:pPr>
        <w:jc w:val="right"/>
      </w:pPr>
      <w:r>
        <w:t>یہ</w:t>
      </w:r>
    </w:p>
    <w:p>
      <w:r>
        <w:rPr>
          <w:b/>
        </w:rPr>
        <w:t xml:space="preserve">[1:05:53] </w:t>
      </w:r>
      <w:r>
        <w:t>yeh Qulil Kafiroon jo hai, Makkah walon ke liye hai. Yeh hamari kitab mein likha rehta hai: "Kuffar-e-Makkah, mushrikeen-e-Makkah." Woh qadi Makkah ke liye hota hai.</w:t>
      </w:r>
    </w:p>
    <w:p>
      <w:pPr>
        <w:jc w:val="right"/>
      </w:pPr>
      <w:r>
        <w:t>یہ کل الکافرون جو ہے، مکہ والوں کے لیے ہے۔ یہ ہماری کتاب میں لکھا رہتا ہے: "کفار مکہ، مشرکین مکہ۔" وہ قدی مکہ کے لیے ہوتا ہے۔</w:t>
      </w:r>
    </w:p>
    <w:p>
      <w:r>
        <w:rPr>
          <w:b/>
        </w:rPr>
        <w:t xml:space="preserve">[1:06:02] </w:t>
      </w:r>
      <w:r>
        <w:t>To yeh yeh farq to har jis tarah doosron ke bare mein, is tarah Yahood ke bare mein bhi hai.</w:t>
      </w:r>
    </w:p>
    <w:p>
      <w:pPr>
        <w:jc w:val="right"/>
      </w:pPr>
      <w:r>
        <w:t>تو یہ یہ فرق تو ہر جس طرح دوسروں کے بارے میں، اس طرح یہود کے بارے میں بھی ہے۔</w:t>
      </w:r>
    </w:p>
    <w:p>
      <w:r>
        <w:rPr>
          <w:b/>
        </w:rPr>
        <w:t xml:space="preserve">[1:06:10] </w:t>
      </w:r>
      <w:r>
        <w:t>Jaise doosron ke bare mein, is tarah Yahood ke bare mein bhi hai. Asal mein dekhiye, hua yeh aisa kya hua ke Yahood ko jab marpeet hui Falasteen mein to chale gaye.</w:t>
      </w:r>
    </w:p>
    <w:p>
      <w:pPr>
        <w:jc w:val="right"/>
      </w:pPr>
      <w:r>
        <w:t>جیسے دوسروں کے بارے میں، اس طرح یہود کے بارے میں بھی ہے۔ اصل میں دیکھیے، ہوا یہ ایسا کیا ہوا کہ یہود کو جب مارپیٹ ہوئی فلسطین میں تو چلے گئے۔</w:t>
      </w:r>
    </w:p>
    <w:p>
      <w:r>
        <w:rPr>
          <w:b/>
        </w:rPr>
        <w:t xml:space="preserve">[1:06:24] </w:t>
      </w:r>
      <w:r>
        <w:t>Is ko kehte hain diaspora, yani Hindu Yahoodi diaspora mein chale gaye. Yani doosre mulkon mein un ki badi tadad Western countries mein chali gayi, Europe mein aur America mein.</w:t>
      </w:r>
    </w:p>
    <w:p>
      <w:pPr>
        <w:jc w:val="right"/>
      </w:pPr>
      <w:r>
        <w:t>اس کو کہتے ہیں ڈائسپورا، یعنی ہندو یہودی ڈائسپورا میں چلے گئے۔ یعنی دوسرے ملکوں میں ان کی بڑی تعداد ویسٹرن کنٹریز میں چلی گئی، یورپ میں اور امریکہ میں۔</w:t>
      </w:r>
    </w:p>
    <w:p>
      <w:r>
        <w:rPr>
          <w:b/>
        </w:rPr>
        <w:t xml:space="preserve">[1:06:38] </w:t>
      </w:r>
      <w:r>
        <w:t>To wahan unhon ne English parhi, wahan unhon ne science parhi. To diaspora un ke liye woh ban gaya, nemat ban gaya. Diaspora un ke liye nemat ban gaya aur parh parh ke, parh parh ke woh education mein aage badhte chale gaye.</w:t>
      </w:r>
    </w:p>
    <w:p>
      <w:pPr>
        <w:jc w:val="right"/>
      </w:pPr>
      <w:r>
        <w:t>تو وہاں انہوں نے انگلش پڑھی، وہاں انہوں نے سائنس پڑھی۔ تو ڈائسپورا ان کے لیے وہ بن گیا، نعمت بن گیا۔ ڈائسپورا ان کے لیے نعمت بن گیا اور پڑھ پڑھ کے، پڑھ پڑھ کے وہ ایجوکیشن میں آگے بڑھتے چلے گئے۔</w:t>
      </w:r>
    </w:p>
    <w:p>
      <w:r>
        <w:rPr>
          <w:b/>
        </w:rPr>
        <w:t xml:space="preserve">[1:06:56] </w:t>
      </w:r>
      <w:r>
        <w:t>mein aap ko aik misaal deta hoon, mein teen baar gaya hoon falasteen aur israel.</w:t>
      </w:r>
    </w:p>
    <w:p>
      <w:pPr>
        <w:jc w:val="right"/>
      </w:pPr>
      <w:r>
        <w:t>میں آپ کو ایک مثال دیتا ہوں، میں تین بار گیا ہوں فلسطین اور اسرائیل۔</w:t>
      </w:r>
    </w:p>
    <w:p>
      <w:r>
        <w:rPr>
          <w:b/>
        </w:rPr>
        <w:t xml:space="preserve">[1:07:03] </w:t>
      </w:r>
      <w:r>
        <w:t>to aik baar to aap mujhe maloom hua ke jo yahoodi rehte hain america mein, unhon ne aik fund ikhatta kiya, aik billion dollar, billion b se.</w:t>
      </w:r>
    </w:p>
    <w:p>
      <w:pPr>
        <w:jc w:val="right"/>
      </w:pPr>
      <w:r>
        <w:t>تو ایک بار تو آپ مجھے معلوم ہوا کہ جو یہودی رہتے ہیں امریکہ میں، انہوں نے ایک فنڈ اکٹھا کیا، ایک بلین ڈالر، بلین بی سے۔</w:t>
      </w:r>
    </w:p>
    <w:p>
      <w:r>
        <w:rPr>
          <w:b/>
        </w:rPr>
        <w:t xml:space="preserve">[1:07:18] </w:t>
      </w:r>
      <w:r>
        <w:t>aik billion dollar ikhatta kar ke gaye woh yerushalaym. wahan ka jo bara rubai tha, chief rubai, us se mile.</w:t>
      </w:r>
    </w:p>
    <w:p>
      <w:pPr>
        <w:jc w:val="right"/>
      </w:pPr>
      <w:r>
        <w:t>ایک بلین ڈالر اکٹھا کر کے گئے وہ یروشلم۔ وہاں کا جو بڑا رباعی تھا، چیف رباعی، اس سے ملے۔</w:t>
      </w:r>
    </w:p>
    <w:p>
      <w:r>
        <w:rPr>
          <w:b/>
        </w:rPr>
        <w:t xml:space="preserve">[1:07:26] </w:t>
      </w:r>
      <w:r>
        <w:t>unhon ne kaha ke yerushalaym mein bohat bara synagogue banaiye.</w:t>
      </w:r>
    </w:p>
    <w:p>
      <w:pPr>
        <w:jc w:val="right"/>
      </w:pPr>
      <w:r>
        <w:t>انہوں نے کہا کہ یروشلم میں بہت بڑا سینگاک بنائیے۔</w:t>
      </w:r>
    </w:p>
    <w:p>
      <w:r>
        <w:rPr>
          <w:b/>
        </w:rPr>
        <w:t xml:space="preserve">[1:07:30] </w:t>
      </w:r>
      <w:r>
        <w:t>synagogue kehte hain yahoodi ibadat khane ko. yerushalaym mein bohat hi bara synagogue banaiye aap. to chief rubai jo tha, us ne kaha ke khuda ko bohat bare synagogue ki zaroorat nahi hai, us ko education mein lagao.</w:t>
      </w:r>
    </w:p>
    <w:p>
      <w:pPr>
        <w:jc w:val="right"/>
      </w:pPr>
      <w:r>
        <w:t>سینگاک کہتے ہیں یہودی عبادت خانے کو۔ یروشلم میں بہت ہی بڑا سینگاک بنائیے آپ۔ تو چیف رباعی جو تھا، اس نے کہا کہ خدا کو بہت بڑے سینگاک کی ضرورت نہیں ہے، اس کو ایجوکیشن میں لگاؤ۔</w:t>
      </w:r>
    </w:p>
    <w:p>
      <w:r>
        <w:rPr>
          <w:b/>
        </w:rPr>
        <w:t xml:space="preserve">[1:07:46] </w:t>
      </w:r>
      <w:r>
        <w:t>to aik billion dollar ka fund wahan par qaim hua education ke liye aur woh dhoom se lage, yaani parhne lage. yahoodi larkay</w:t>
      </w:r>
    </w:p>
    <w:p>
      <w:pPr>
        <w:jc w:val="right"/>
      </w:pPr>
      <w:r>
        <w:t>تو ایک بلین ڈالر کا فنڈ وہاں پر قائم ہوا ایجوکیشن کے لیے اور وہ دھوم سے لگے، یعنی پڑھنے لگے۔ یہودی لڑکے</w:t>
      </w:r>
    </w:p>
    <w:p>
      <w:r>
        <w:rPr>
          <w:b/>
        </w:rPr>
        <w:t xml:space="preserve">[1:07:55] </w:t>
      </w:r>
      <w:r>
        <w:t>is tarah se wahan aaya hai. yeh education ka jo daur aaya hai, hamare haan badqismati se aisay log paida hi nahi hotay kyunke society itni kharab hai, itni kharab hai.</w:t>
      </w:r>
    </w:p>
    <w:p>
      <w:pPr>
        <w:jc w:val="right"/>
      </w:pPr>
      <w:r>
        <w:t>اس طرح سے وہاں آیا ہے۔ یہ ایجوکیشن کا جو دور آیا ہے، ہمارے ہاں بدقسمتی سے ایسے لوگ پیدا ہی نہیں ہوتے کیونکہ سوسائٹی اتنی خراب ہے، اتنی خراب ہے۔</w:t>
      </w:r>
    </w:p>
    <w:p>
      <w:r>
        <w:rPr>
          <w:b/>
        </w:rPr>
        <w:t xml:space="preserve">[1:08:08] </w:t>
      </w:r>
      <w:r>
        <w:t>koi achi baat kahe to us ko daba dete hain. syed ko aap jante hain ke aaj aap syed ko bara darja dete hain, lekin syed ke zamane mein kya hua?</w:t>
      </w:r>
    </w:p>
    <w:p>
      <w:pPr>
        <w:jc w:val="right"/>
      </w:pPr>
      <w:r>
        <w:t>کوئی اچھی بات کہے تو اس کو دبا دیتے ہیں۔ سرسید کو آپ جانتے ہیں کہ آج آپ سرسید کو بڑا درجہ دیتے ہیں، لیکن سرسید کے زمانے میں کیا ہوا؟</w:t>
      </w:r>
    </w:p>
    <w:p>
      <w:r>
        <w:rPr>
          <w:b/>
        </w:rPr>
        <w:t xml:space="preserve">[1:08:18] </w:t>
      </w:r>
      <w:r>
        <w:t>un ko fatway lage, un ko mukhalifaten ki gaeen.</w:t>
      </w:r>
    </w:p>
    <w:p>
      <w:pPr>
        <w:jc w:val="right"/>
      </w:pPr>
      <w:r>
        <w:t>ان کو فتوے لگے، ان کو مخالفتیں کی گئیں۔</w:t>
      </w:r>
    </w:p>
    <w:p>
      <w:r>
        <w:rPr>
          <w:b/>
        </w:rPr>
        <w:t xml:space="preserve">[1:08:24] </w:t>
      </w:r>
      <w:r>
        <w:t>is syed ke muasreen jo thay, zabardast mukhalifaten ki gaeen. un ki un ko sab kuch kaha: munafiq, kafir, fasiq, pata nahi kya kya kar dala.</w:t>
      </w:r>
    </w:p>
    <w:p>
      <w:pPr>
        <w:jc w:val="right"/>
      </w:pPr>
      <w:r>
        <w:t>اس سرسید کے معاصرین جو تھے، زبردست مخالفتیں کی گئیں۔ ان کی ان کو سب کچھ کہا: منافق، کافر، فاسق، پتہ نہیں کیا کیا کر ڈالا۔</w:t>
      </w:r>
    </w:p>
    <w:p>
      <w:r>
        <w:rPr>
          <w:b/>
        </w:rPr>
        <w:t xml:space="preserve">[1:08:35] </w:t>
      </w:r>
      <w:r>
        <w:t>to koi bhi kaam kar paye taajab jab jab us ko, yaani supporter mile ya supporter na mile to kuch nahi kaam ho sakta. rasool Allah ko bhi kaam mila ke jab supporter mile, aap ko pichle nabiyon ko support nahi mile to koi bara kaam bhi nahi ho saka.</w:t>
      </w:r>
    </w:p>
    <w:p>
      <w:pPr>
        <w:jc w:val="right"/>
      </w:pPr>
      <w:r>
        <w:t>تو کوئی بھی کام کر پائے تاجب جب جب اس کو، یعنی سپورٹر ملے یا سپورٹر نہ ملے تو کچھ نہیں کام ہو سکتا۔ رسول اللہ کو بھی کام ملا کہ جب سپورٹر ملے، آپ کو پچھلے نبیوں کو سپورٹ نہیں ملے تو کوئی بڑا کام بھی نہیں ہو سکا۔</w:t>
      </w:r>
    </w:p>
    <w:p>
      <w:r>
        <w:rPr>
          <w:b/>
        </w:rPr>
        <w:t xml:space="preserve">[1:08:51] </w:t>
      </w:r>
      <w:r>
        <w:t>to musalmanon ke mizaj ko badliye taake jo kaam karne ke liye utha hai to us ko, us ko supporter mile. yeh bhi is ka aik pehlu hai. jab aap musalmanon ke mizaj ko badlenge to kisi kaam karne wale ko support denge,</w:t>
      </w:r>
    </w:p>
    <w:p>
      <w:pPr>
        <w:jc w:val="right"/>
      </w:pPr>
      <w:r>
        <w:t>تو مسلمانوں کے مزاج کو بدلیے تاکہ جو کام کرنے کے لیے اٹھا ہے تو اس کو، اس کو سپورٹر ملے۔ یہ بھی اس کا ایک پہلو ہے۔ جب آپ مسلمانوں کے مزاج کو بدلیں گے تو کسی کام کرنے والے کو سپورٹ دیں گے،</w:t>
      </w:r>
    </w:p>
    <w:p>
      <w:r>
        <w:rPr>
          <w:b/>
        </w:rPr>
        <w:t xml:space="preserve">[1:09:04] </w:t>
      </w:r>
      <w:r>
        <w:t>tab ja ke bara kaam hoga.</w:t>
      </w:r>
    </w:p>
    <w:p>
      <w:pPr>
        <w:jc w:val="right"/>
      </w:pPr>
      <w:r>
        <w:t>تب جا کے بڑا کام ہوگا۔</w:t>
      </w:r>
    </w:p>
    <w:p>
      <w:r>
        <w:rPr>
          <w:b/>
        </w:rPr>
        <w:t xml:space="preserve">[1:09:10] </w:t>
      </w:r>
      <w:r>
        <w:t>maulana, agla sawal lene se pehle aik comment parhna chahenge jo doha, qatar se maulana abdul basit umri ne likha hai.</w:t>
      </w:r>
    </w:p>
    <w:p>
      <w:pPr>
        <w:jc w:val="right"/>
      </w:pPr>
      <w:r>
        <w:t>مولانا، اگلا سوال لینے سے پہلے ایک کمنٹ پڑھنا چاہیں گے جو دوحہ، قطر سے مولانا عبدالباسط عمری نے لکھا ہے۔</w:t>
      </w:r>
    </w:p>
    <w:p>
      <w:r>
        <w:rPr>
          <w:b/>
        </w:rPr>
        <w:t xml:space="preserve">[1:09:21] </w:t>
      </w:r>
      <w:r>
        <w:t>unhon ne likha hai: "aap ne jo yeh kaha ke apne jazbat aur khwahishat se bahar aa kar apne aap ko empty mind banayein aur doosron ko discover karein.</w:t>
      </w:r>
    </w:p>
    <w:p>
      <w:pPr>
        <w:jc w:val="right"/>
      </w:pPr>
      <w:r>
        <w:t>انہوں نے لکھا ہے: "آپ نے جو یہ کہا کہ اپنے جذبات اور خواہشات سے باہر آ کر اپنے آپ کو ایمٹی مائنڈ بنائیں اور دوسروں کو ڈسکور کریں۔</w:t>
      </w:r>
    </w:p>
    <w:p>
      <w:r>
        <w:rPr>
          <w:b/>
        </w:rPr>
        <w:t xml:space="preserve">[1:09:32] </w:t>
      </w:r>
      <w:r>
        <w:t>maulana, aaj aap ki is taqreer sun kar mera zehn khula. maulana, aap ki baaton se mujhe samajh milti hai, shor milta hai.</w:t>
      </w:r>
    </w:p>
    <w:p>
      <w:pPr>
        <w:jc w:val="right"/>
      </w:pPr>
      <w:r>
        <w:t>مولانا، آج آپ کی اس تقریر سن کر میرا ذہن کھلا۔ مولانا، آپ کی باتوں سے مجھے سمجھ ملتی ہے، شور ملتا ہے۔</w:t>
      </w:r>
    </w:p>
    <w:p>
      <w:r>
        <w:rPr>
          <w:b/>
        </w:rPr>
        <w:t xml:space="preserve">[1:09:41] </w:t>
      </w:r>
      <w:r>
        <w:t>Allah aap ko sehat aur lambi umer de taake hum aap se khoob khoob mustafeed hon."</w:t>
      </w:r>
    </w:p>
    <w:p>
      <w:pPr>
        <w:jc w:val="right"/>
      </w:pPr>
      <w:r>
        <w:t>اللہ آپ کو صحت اور لمبی عمر دے تاکہ ہم آپ سے خوب خوب استفادہ کریں۔"</w:t>
      </w:r>
    </w:p>
    <w:p>
      <w:r>
        <w:rPr>
          <w:b/>
        </w:rPr>
        <w:t xml:space="preserve">[1:09:50] </w:t>
      </w:r>
      <w:r>
        <w:t>maulana, agla sawal kya hai miss naghma siddiqui ne dilli se. unhon ne likha hai: "what is the criteria to judge that we have arrogance in us?" is ke bar</w:t>
      </w:r>
    </w:p>
    <w:p>
      <w:pPr>
        <w:jc w:val="right"/>
      </w:pPr>
      <w:r>
        <w:t>مولانا، اگلا سوال کیا ہے مس نغمہ صدیقی نے دلی سے۔ انہوں نے لکھا ہے: "واٹ از دا کرائٹیریا ٹو جج دیٹ وی ہیو ایروگنس ان اس؟" اس کے بار</w:t>
      </w:r>
    </w:p>
    <w:p>
      <w:r>
        <w:rPr>
          <w:b/>
        </w:rPr>
        <w:t xml:space="preserve">[1:10:03] </w:t>
      </w:r>
      <w:r>
        <w:t>e mein batayein. dekhiye, mein jo samjha hoon nafsiyati aitbar se woh yeh hai ke jab aap ko tanqeed buri na lage aur tareef aap aur khush na hon, aap tab samjhiye ke aap ke andar arrogance nahi hai.</w:t>
      </w:r>
    </w:p>
    <w:p>
      <w:pPr>
        <w:jc w:val="right"/>
      </w:pPr>
      <w:r>
        <w:t>ے میں بتائیں۔ دیکھیے، میں جو سمجھا ہوں نفسیاتی اعتبار سے وہ یہ ہے کہ جب آپ کو تنقید بری نہ لگے اور تعریف آپ اور خوش نہ ہوں، آپ تب سمجھیے کہ آپ کے اندر ایروگنس نہیں ہے۔</w:t>
      </w:r>
    </w:p>
    <w:p>
      <w:r>
        <w:rPr>
          <w:b/>
        </w:rPr>
        <w:t xml:space="preserve">[1:10:22] </w:t>
      </w:r>
      <w:r>
        <w:t>phir suniye, jab aap ko criticism buri na lage aur praise aap ko khush na kare, tab samjhiye ke aap ke andar arrogance nahi hai.</w:t>
      </w:r>
    </w:p>
    <w:p>
      <w:pPr>
        <w:jc w:val="right"/>
      </w:pPr>
      <w:r>
        <w:t>پھر سنیے، جب آپ کو کریٹیسز بری نہ لگے اور پریز آپ کو خوش نہ کرے، تب سمجھئے کہ آپ کے اندر ایروگنس نہیں ہے۔</w:t>
      </w:r>
    </w:p>
    <w:p>
      <w:r>
        <w:rPr>
          <w:b/>
        </w:rPr>
        <w:t xml:space="preserve">[1:10:35] </w:t>
      </w:r>
      <w:r>
        <w:t>aur jab tak aisa ho ke aap koi criticize kare to aap offend ho jayein, aur praise kare to aap khush hon, to is ka matlab hai ke aap ke andar fakhr hai, pride hai, arrogance hai.</w:t>
      </w:r>
    </w:p>
    <w:p>
      <w:pPr>
        <w:jc w:val="right"/>
      </w:pPr>
      <w:r>
        <w:t>اور جب تک ایسا ہو کہ آپ کوئی کریٹیسائز کرے تو آپ افینڈ ہو جائیں، اور پریز کرے تو آپ خوش ہوں، تو اس کا معنی ہے کہ آپ کے اندر فخر ہے، پرائیڈ ہے، ایروگنس ہے۔</w:t>
      </w:r>
    </w:p>
    <w:p>
      <w:r>
        <w:rPr>
          <w:b/>
        </w:rPr>
        <w:t xml:space="preserve">[1:10:48] </w:t>
      </w:r>
      <w:r>
        <w:t>yehi bohat hi jo mein samjha hoon, lambi tajurbe ke baad yehi hai criteria. acha, is baat ki pehchan karein.</w:t>
      </w:r>
    </w:p>
    <w:p>
      <w:pPr>
        <w:jc w:val="right"/>
      </w:pPr>
      <w:r>
        <w:t>یہی بہت ہی جو میں سمجھا ہوں، لمبی تجربے کے بعد یہی ہے کرائٹیریا۔ اچھا، اس بات کی پہچان کریں۔</w:t>
      </w:r>
    </w:p>
    <w:p>
      <w:r>
        <w:rPr>
          <w:b/>
        </w:rPr>
        <w:t xml:space="preserve">[1:11:00] </w:t>
      </w:r>
      <w:r>
        <w:t>maulana, agla sawal dilli se kya hai miss raziya siddiqui ne. unhon ne aapse poocha hai: "how does a sense of falsehood arise within a community?" is ke bare mein batayein.</w:t>
      </w:r>
    </w:p>
    <w:p>
      <w:pPr>
        <w:jc w:val="right"/>
      </w:pPr>
      <w:r>
        <w:t>مولانا، اگلا سوال دلی سے کیا ہے مس راضیہ صدیقی نے۔ انہوں نے آپ سے پوچھا ہے: "ہاؤ ڈز ا سینس آف فالس ہڈ ارائز ود ان ا کمیونٹی؟" اس کے بارے میں بتائیں۔</w:t>
      </w:r>
    </w:p>
    <w:p>
      <w:r>
        <w:rPr>
          <w:b/>
        </w:rPr>
        <w:t xml:space="preserve">[1:11:16] </w:t>
      </w:r>
      <w:r>
        <w:t>dekhiye, yeh woh jo kaha tha woh mustafa scholar ne, wohi is ka behtareen jawab hai ke paranoia.</w:t>
      </w:r>
    </w:p>
    <w:p>
      <w:pPr>
        <w:jc w:val="right"/>
      </w:pPr>
      <w:r>
        <w:t>دیکھیے، یہ وہ جو کہا تھا وہ اصطفیٰ اسکالر نے، وہی اس کا بہترین جواب ہے کہ پیرانویا۔</w:t>
      </w:r>
    </w:p>
    <w:p>
      <w:r>
        <w:rPr>
          <w:b/>
        </w:rPr>
        <w:t xml:space="preserve">[1:11:28] </w:t>
      </w:r>
      <w:r>
        <w:t>angrezi mein aik lafz hai paranoia, yaani paranoia develop karta hai. paranoia ka matlab hota hai jis ko hum kehte hain pershan mein padram sultan.</w:t>
      </w:r>
    </w:p>
    <w:p>
      <w:pPr>
        <w:jc w:val="right"/>
      </w:pPr>
      <w:r>
        <w:t>انگریزی میں ایک لفظ ہے پیرانویا، یعنی پیرانویا ڈیولپ کرتا ہے۔ پیرانویا کا مطلب ہوتا ہے جس کو ہم کہتے ہیں پرشین میں پدرم سلطان۔</w:t>
      </w:r>
    </w:p>
    <w:p>
      <w:r>
        <w:rPr>
          <w:b/>
        </w:rPr>
        <w:t xml:space="preserve">[1:11:43] </w:t>
      </w:r>
      <w:r>
        <w:t>woh mera baap badshah tha,</w:t>
      </w:r>
    </w:p>
    <w:p>
      <w:pPr>
        <w:jc w:val="right"/>
      </w:pPr>
      <w:r>
        <w:t>وہ میرا باپ بادشاہ تھا،</w:t>
      </w:r>
    </w:p>
    <w:p>
      <w:r>
        <w:rPr>
          <w:b/>
        </w:rPr>
        <w:t xml:space="preserve">[1:11:47] </w:t>
      </w:r>
      <w:r>
        <w:t>tu khud tu kuch hai nahi, baap badshah tha, us pe fakhr kar rahe hain. Yeh hai paranoia. Yeh tu jab bhi aadmi tu musalmanon ka muamla yeh hai ke un ek zamana tha ke un ke hukoomatein theen, un ka empire tha,</w:t>
      </w:r>
    </w:p>
    <w:p>
      <w:pPr>
        <w:jc w:val="right"/>
      </w:pPr>
      <w:r>
        <w:t>تو خود تو کچھ ہے نہیں، باپ بادشاہ تھا، اس پہ فخر کر رہے ہیں۔ یہ ہے پیرانویا۔ یہ تو جب بھی آدمی تو مسلمانوں کا معاملہ یہ ہے کہ ان ایک زمانہ تھا کہ ان کے حکومتیں تھیں، ان کا ایمپائر تھا،</w:t>
      </w:r>
    </w:p>
    <w:p>
      <w:r>
        <w:rPr>
          <w:b/>
        </w:rPr>
        <w:t xml:space="preserve">[1:12:04] </w:t>
      </w:r>
      <w:r>
        <w:t>unhon ne taj mahal banaya, lal qila banaya, qutub nak banaya. Ek daur tha woh, tu ab tu woh daur khatam ho gaya, ab tu kuch bhi un ke paas nahi hai.</w:t>
      </w:r>
    </w:p>
    <w:p>
      <w:pPr>
        <w:jc w:val="right"/>
      </w:pPr>
      <w:r>
        <w:t>انہوں نے تاج محل بنایا، لال قلعہ بنایا، قطب ناک بنایا۔ ایک دور تھا وہ، تو اب تو وہ دور ختم ہو گیا، اب تو کچھ بھی ان کے پاس نہیں ہے۔</w:t>
      </w:r>
    </w:p>
    <w:p>
      <w:r>
        <w:rPr>
          <w:b/>
        </w:rPr>
        <w:t xml:space="preserve">[1:12:15] </w:t>
      </w:r>
      <w:r>
        <w:t>lekin kitabein jo hamari likhi gayeen, mein nazdeek jitni kitabein likhe wale the us zamane ke, sab ne ek bohat bara, yaani ek bura kaam kiya apni qaum ke sath ke tareekh ke zariye ubharna chaha,</w:t>
      </w:r>
    </w:p>
    <w:p>
      <w:pPr>
        <w:jc w:val="right"/>
      </w:pPr>
      <w:r>
        <w:t>لیکن کتابیں جو ہماری لکھی گئیں، میں نزدیک جتنی کتابیں لکھے والے تھے اس زمانے کے، سب نے ایک بہت بڑا، یعنی ایک برا کام کیا اپنی قوم کے ساتھ کہ تاریخ کے ذریعے ابھرنا چاہا،</w:t>
      </w:r>
    </w:p>
    <w:p>
      <w:r>
        <w:rPr>
          <w:b/>
        </w:rPr>
        <w:t xml:space="preserve">[1:12:31] </w:t>
      </w:r>
      <w:r>
        <w:t>yaani tareekh ko yaad dila kar ko ubharna chaha. Yeh mein hairaan hoon ke logon ko bohat aql thi ke aql ke sath koshish un ke dimaghon mein thi ke guzri hui tareekh se aap kisi qaum ko ubharein ge tu tu kiya paida</w:t>
      </w:r>
    </w:p>
    <w:p>
      <w:pPr>
        <w:jc w:val="right"/>
      </w:pPr>
      <w:r>
        <w:t>یعنی تاریخ کو یاد دلا کر کو ابھرنا چاہا۔ یہ میں حیران ہوں کہ لوگوں کو بہت عقل تھی کہ عقل کے ساتھ کوشش ان کے دماغوں میں تھی کہ گزری ہوئی تاریخ سے آپ کسی قوم کو ابھاریں گے تو تو کیا پیدا</w:t>
      </w:r>
    </w:p>
    <w:p>
      <w:r>
        <w:rPr>
          <w:b/>
        </w:rPr>
        <w:t xml:space="preserve">[1:12:44] </w:t>
      </w:r>
      <w:r>
        <w:t>hoga, yaani false pride aaye ga. Sare musalman is zamane ke jo hain, jo leader hain, jo leader hain, jo kitabein likhein, mein mujhe kisi ka exception nahi maloom ke mazi ke jo azmatain hain, us ko yaad dila kar ke un ko ubharna, is se tu false pride paida hoga.</w:t>
      </w:r>
    </w:p>
    <w:p>
      <w:pPr>
        <w:jc w:val="right"/>
      </w:pPr>
      <w:r>
        <w:t>ہوگا، یعنی فاسٹ پرائیڈ آئے گا۔ سارے مسلمان اس زمانے کے جو ہیں، جو لیڈر ہیں، جو لیڈر ہیں، جو کتابیں لکھیں، میں مجھے کسی کا ایکسیپشن نہیں معلوم کہ ماضی کے جو عظمتیں ہیں، اس کو یاد دلا کر کے ان کو ابھارنا، اس سے تو فالس پرائیڈ پیدا ہوگا۔</w:t>
      </w:r>
    </w:p>
    <w:p>
      <w:r>
        <w:rPr>
          <w:b/>
        </w:rPr>
        <w:t xml:space="preserve">[1:13:06] </w:t>
      </w:r>
      <w:r>
        <w:t>wohi paida hua</w:t>
      </w:r>
    </w:p>
    <w:p>
      <w:pPr>
        <w:jc w:val="right"/>
      </w:pPr>
      <w:r>
        <w:t>وہی پیدا ہوا</w:t>
      </w:r>
    </w:p>
    <w:p>
      <w:r>
        <w:rPr>
          <w:b/>
        </w:rPr>
        <w:t xml:space="preserve">[1:13:08] </w:t>
      </w:r>
      <w:r>
        <w:t>tu musalmanon mein jo paranoia character hai, woh is ke zimmedar yahi muslim rehnuma, muslim writer aur muslim mustahkeen hain.</w:t>
      </w:r>
    </w:p>
    <w:p>
      <w:pPr>
        <w:jc w:val="right"/>
      </w:pPr>
      <w:r>
        <w:t>تو مسلمانوں میں جو پیرانوئی کریکٹر ہے، وہ اس کے ذمہ دار یہی مسلم رہنما، مسلم رائٹر اور مسلم مستحین ہیں۔</w:t>
      </w:r>
    </w:p>
    <w:p>
      <w:r>
        <w:rPr>
          <w:b/>
        </w:rPr>
        <w:t xml:space="preserve">[1:13:19] </w:t>
      </w:r>
      <w:r>
        <w:t>aap musalmanon ki jo bhi kitab le ke parhiye, sab mein wohi mazi ki azmatain bayan ki jayengi. Hum yeh the, hum woh the, hum yeh the, hum woh the,</w:t>
      </w:r>
    </w:p>
    <w:p>
      <w:pPr>
        <w:jc w:val="right"/>
      </w:pPr>
      <w:r>
        <w:t>آپ مسلمانوں کی جو بھی کتاب لے کے پڑھیے، سب میں وہی ماضی کی عظمتیں بیان کی جائیں گی۔ ہم یہ تھے، ہم وہ تھے، ہم یہ تھے، ہم وہ تھے،</w:t>
      </w:r>
    </w:p>
    <w:p>
      <w:r>
        <w:rPr>
          <w:b/>
        </w:rPr>
        <w:t xml:space="preserve">[1:13:30] </w:t>
      </w:r>
      <w:r>
        <w:t>hum hi the, yaani kiya woh hum hi chhaye hue the sharq se ta gharb duniya mein.</w:t>
      </w:r>
    </w:p>
    <w:p>
      <w:pPr>
        <w:jc w:val="right"/>
      </w:pPr>
      <w:r>
        <w:t>ہم ہی تھے، یعنی کیا وہ ہم ہی چھائے ہوئے تھے شرق سے تا غرب دنیا میں۔</w:t>
      </w:r>
    </w:p>
    <w:p>
      <w:r>
        <w:rPr>
          <w:b/>
        </w:rPr>
        <w:t xml:space="preserve">[1:13:40] </w:t>
      </w:r>
      <w:r>
        <w:t>hum hi chhaye hue the sharq se ta gharb duniya mein. Na tha pallah kisi muslim ka duniya mein gira hum se.</w:t>
      </w:r>
    </w:p>
    <w:p>
      <w:pPr>
        <w:jc w:val="right"/>
      </w:pPr>
      <w:r>
        <w:t>ہم ہی چھائے ہوئے تھے شرق سے تا غرب دنیا میں۔ نہ تھا پلہ کسی مسلم کا دنیا میں گرا ہم سے۔</w:t>
      </w:r>
    </w:p>
    <w:p>
      <w:r>
        <w:rPr>
          <w:b/>
        </w:rPr>
        <w:t xml:space="preserve">[1:13:51] </w:t>
      </w:r>
      <w:r>
        <w:t>tu yahi cheez hai ke ke woh azmat jo chali gayi, us ko yaad dila kar ke aap un ko chahte hain, un ko revive karna.</w:t>
      </w:r>
    </w:p>
    <w:p>
      <w:pPr>
        <w:jc w:val="right"/>
      </w:pPr>
      <w:r>
        <w:t>تو یہی چیز ہے کہ کہ وہ عظمت جو چلی گئی، اس کو یاد دلا کر کے آپ ان کو چاہتے ہیں، ان کو ریوائیو کرنا۔</w:t>
      </w:r>
    </w:p>
    <w:p>
      <w:r>
        <w:rPr>
          <w:b/>
        </w:rPr>
        <w:t xml:space="preserve">[1:14:01] </w:t>
      </w:r>
      <w:r>
        <w:t>tu is se koi positive soch nahi aayegi, is se false pride aaye ga. Wohi aa gaya musalmanon mein, is ke zimmedar wohi log hain jinhon ne is zamane mein musalmanon ko qadeem tareekh yaad dila kar ke un ko dobara ubharna chaha.</w:t>
      </w:r>
    </w:p>
    <w:p>
      <w:pPr>
        <w:jc w:val="right"/>
      </w:pPr>
      <w:r>
        <w:t>تو اس سے کوئی پوزیٹیو سوچ نہیں آئے گی، اس سے فالس پرائیڈ آئے گا۔ وہی آ گیا مسلمانوں میں، اس کے ذمہ دار وہی لوگ ہیں جنہوں نے اس زمانے میں مسلمانوں کو قدیم تاریخ یاد دلا کر کے ان کو دوبارہ ابھرنا چاہا۔</w:t>
      </w:r>
    </w:p>
    <w:p>
      <w:r>
        <w:rPr>
          <w:b/>
        </w:rPr>
        <w:t xml:space="preserve">[1:14:18] </w:t>
      </w:r>
      <w:r>
        <w:t>koi shayar ne kaha tha ke "hudeera nawara talakh turmeeda fi zauq naghma kamyabi hudeera teez tar mikhwan jo mahmal na gira bain</w:t>
      </w:r>
    </w:p>
    <w:p>
      <w:pPr>
        <w:jc w:val="right"/>
      </w:pPr>
      <w:r>
        <w:t>کوئی شاعر نے کہا تھا کہ "ہدیرا نوارا تلخ ترمیدا فی ذوق نغمہ کمیابی ہدیرا تیز تر میخاں جو محمل نہ گرا بین</w:t>
      </w:r>
    </w:p>
    <w:p>
      <w:r>
        <w:rPr>
          <w:b/>
        </w:rPr>
        <w:t xml:space="preserve">[1:14:29] </w:t>
      </w:r>
      <w:r>
        <w:t>y". Yeh yeh yahi sab cheez hai jis ne musalmanon ka yeh halat kar rakhi hai. Yaani jo musalman paranoia character ban gaye, is ki zimmedari khud un par nahi hai, un ke rehnumaon par hai jinhon ne mamle ko samjhe baghair ek galat rehnumai di un ko.</w:t>
      </w:r>
    </w:p>
    <w:p>
      <w:pPr>
        <w:jc w:val="right"/>
      </w:pPr>
      <w:r>
        <w:t>ی"۔ یہ یہ یہی سب چیز ہے جس نے مسلمانوں کا یہ حالت کر رکھی ہے۔ یعنی جو مسلمان پیرانوئی کریکٹر بن گئے، اس کی ذمہ داری خود ان پر نہیں ہے، ان کے رہنماؤں پر ہے جنہوں نے معاملے کو سمجھے بغیر ایک غلط رہنمائی دی ان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