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and Man April 30, 2006</w:t>
      </w:r>
    </w:p>
    <w:p>
      <w:r>
        <w:t>https://youtu.be/57HbKTw6Udg</w:t>
      </w:r>
    </w:p>
    <w:p>
      <w:r>
        <w:rPr>
          <w:b/>
        </w:rPr>
        <w:t xml:space="preserve">[00:35] </w:t>
      </w:r>
      <w:r>
        <w:t>aaj ka jo topic hai woh hai "man and god", khuda aur insan.</w:t>
      </w:r>
    </w:p>
    <w:p>
      <w:pPr>
        <w:jc w:val="right"/>
      </w:pPr>
      <w:r>
        <w:t>آج کا جو ٹاپک ہے وہ ہے "مین اینڈ گاڈ"، خدا اور انسان.</w:t>
      </w:r>
    </w:p>
    <w:p>
      <w:r>
        <w:rPr>
          <w:b/>
        </w:rPr>
        <w:t xml:space="preserve">[00:51] </w:t>
      </w:r>
      <w:r>
        <w:t>mein aaj ki baat cheet ko ek taza waqe se shuru karta hoon.</w:t>
      </w:r>
    </w:p>
    <w:p>
      <w:pPr>
        <w:jc w:val="right"/>
      </w:pPr>
      <w:r>
        <w:t>میں آج کی بات چیت کو ایک تازہ واقعے سے شروع کرتا ہوں۔</w:t>
      </w:r>
    </w:p>
    <w:p>
      <w:r>
        <w:rPr>
          <w:b/>
        </w:rPr>
        <w:t xml:space="preserve">[01:05] </w:t>
      </w:r>
      <w:r>
        <w:t>mein rozana sunta hoon yeh all india radio, tu subah mein sun raha tha subah ki news, morning news aati hai.</w:t>
      </w:r>
    </w:p>
    <w:p>
      <w:pPr>
        <w:jc w:val="right"/>
      </w:pPr>
      <w:r>
        <w:t>میں روزانہ سنتا ہوں یہ آل انڈیا ریڈیو، تو صبح میں سن رہا تھا صبح کی نیوز، مارننگ نیوز آتی ہے۔</w:t>
      </w:r>
    </w:p>
    <w:p>
      <w:r>
        <w:rPr>
          <w:b/>
        </w:rPr>
        <w:t xml:space="preserve">[01:16] </w:t>
      </w:r>
      <w:r>
        <w:t>tu morning news jab khatam ki, lady news reader ne, tu aakhir mein us ne kaha ke "have a wonderful day".</w:t>
      </w:r>
    </w:p>
    <w:p>
      <w:pPr>
        <w:jc w:val="right"/>
      </w:pPr>
      <w:r>
        <w:t>تو مارننگ نیوز جب ختم کی، لیڈی نیوز ریڈر نے، تو آخر میں اس نے کہا کہ "ہیو ا ونڈرفل ڈے"۔</w:t>
      </w:r>
    </w:p>
    <w:p>
      <w:r>
        <w:rPr>
          <w:b/>
        </w:rPr>
        <w:t xml:space="preserve">[01:32] </w:t>
      </w:r>
      <w:r>
        <w:t>khatam karte hi us ne kaha ke "have a wonderful day". Mein is par sochne laga tu mujhe samajh mein aaya ke yeh aadhi baat hai.</w:t>
      </w:r>
    </w:p>
    <w:p>
      <w:pPr>
        <w:jc w:val="right"/>
      </w:pPr>
      <w:r>
        <w:t>ختم کرتے ہی اس نے کہا کہ "ہیو ا ونڈرفل ڈے"۔ میں اس پر سوچنے لگا تو مجھے سمجھ میں آیا کہ یہ آدھی بات ہے۔</w:t>
      </w:r>
    </w:p>
    <w:p>
      <w:r>
        <w:rPr>
          <w:b/>
        </w:rPr>
        <w:t xml:space="preserve">[01:46] </w:t>
      </w:r>
      <w:r>
        <w:t>"have a wonderful day" yeh aadhi baat hai. Baqi aadha kiya hai? Wonderful day kis ke sath?</w:t>
      </w:r>
    </w:p>
    <w:p>
      <w:pPr>
        <w:jc w:val="right"/>
      </w:pPr>
      <w:r>
        <w:t>"ہیو ا ونڈرفل ڈے" یہ آدھی بات ہے۔ باقی آدھا کیا ہے؟ ونڈرفل ڈے کس کے ساتھ؟</w:t>
      </w:r>
    </w:p>
    <w:p>
      <w:r>
        <w:rPr>
          <w:b/>
        </w:rPr>
        <w:t xml:space="preserve">[01:56] </w:t>
      </w:r>
      <w:r>
        <w:t>apne sath ya khuda ke sath?</w:t>
      </w:r>
    </w:p>
    <w:p>
      <w:pPr>
        <w:jc w:val="right"/>
      </w:pPr>
      <w:r>
        <w:t>اپنے ساتھ یا خدا کے ساتھ؟</w:t>
      </w:r>
    </w:p>
    <w:p>
      <w:r>
        <w:rPr>
          <w:b/>
        </w:rPr>
        <w:t xml:space="preserve">[02:01] </w:t>
      </w:r>
      <w:r>
        <w:t>aap jo day, jo wonderful day batayenge, tu koi sathi hona chahiye aap ke liye, tabhi bata payenge aap.</w:t>
      </w:r>
    </w:p>
    <w:p>
      <w:pPr>
        <w:jc w:val="right"/>
      </w:pPr>
      <w:r>
        <w:t>آپ جو ڈے، جو ونڈرفل ڈے بتائیں گے، تو کوئی ساتھی ہونا چاہیے آپ کے لیے، تبھی بتا پائیں گے آپ۔</w:t>
      </w:r>
    </w:p>
    <w:p>
      <w:r>
        <w:rPr>
          <w:b/>
        </w:rPr>
        <w:t xml:space="preserve">[02:11] </w:t>
      </w:r>
      <w:r>
        <w:t>tu</w:t>
      </w:r>
    </w:p>
    <w:p>
      <w:pPr>
        <w:jc w:val="right"/>
      </w:pPr>
      <w:r>
        <w:t>تو</w:t>
      </w:r>
    </w:p>
    <w:p>
      <w:r>
        <w:rPr>
          <w:b/>
        </w:rPr>
        <w:t xml:space="preserve">[02:15] </w:t>
      </w:r>
      <w:r>
        <w:t>ek yeh hai ke aap apne sath batayein,</w:t>
      </w:r>
    </w:p>
    <w:p>
      <w:pPr>
        <w:jc w:val="right"/>
      </w:pPr>
      <w:r>
        <w:t>ایک یہ ہے کہ آپ اپنے ساتھ بتائیں،</w:t>
      </w:r>
    </w:p>
    <w:p>
      <w:r>
        <w:rPr>
          <w:b/>
        </w:rPr>
        <w:t xml:space="preserve">[02:20] </w:t>
      </w:r>
      <w:r>
        <w:t>yani "wonderful day with man" ya "wonderful day with god". apne sath batana kya hai?</w:t>
      </w:r>
    </w:p>
    <w:p>
      <w:pPr>
        <w:jc w:val="right"/>
      </w:pPr>
      <w:r>
        <w:t>یعنی "ونڈرفل ڈے ود مین" یا "ونڈرفل ڈے ود گاڈ"۔ اپنے ساتھ بتانا کیا ہے؟</w:t>
      </w:r>
    </w:p>
    <w:p>
      <w:r>
        <w:rPr>
          <w:b/>
        </w:rPr>
        <w:t xml:space="preserve">[02:33] </w:t>
      </w:r>
      <w:r>
        <w:t>ke idhar subah hui aur aap apne aap mein busy ho gaye. apni beauty ko aap aaine mein dekh rahe hain, apni car ko aur apne ghar ko dekh dekh kar khush ho rahe hain,</w:t>
      </w:r>
    </w:p>
    <w:p>
      <w:pPr>
        <w:jc w:val="right"/>
      </w:pPr>
      <w:r>
        <w:t>کہ ادھر صبح ہوئی اور آپ اپنے آپ میں بزی ہو گئے۔ اپنی بیوٹی کو آپ آئینے میں دیکھ رہے ہیں، اپنی کار کو اور اپنے گھر کو دیکھ دیکھ کر خوش ہو رہے ہیں،</w:t>
      </w:r>
    </w:p>
    <w:p>
      <w:r>
        <w:rPr>
          <w:b/>
        </w:rPr>
        <w:t xml:space="preserve">[02:49] </w:t>
      </w:r>
      <w:r>
        <w:t>apne bachchon ko khelte hue dekh kar khush ho rahe hain, apne ke aaj kya khana hai, aaj kya breakfast lena hai, is par baatein kar rahe hain,</w:t>
      </w:r>
    </w:p>
    <w:p>
      <w:pPr>
        <w:jc w:val="right"/>
      </w:pPr>
      <w:r>
        <w:t>اپنے بچوں کو کھیلتے ہوئے دیکھ کر خوش ہو رہے ہیں، اپنے کہ آج کیا کھانا ہے، آج کیا بریک فاسٹ لینا ہے، اس پر باتیں کر رہے ہیں،</w:t>
      </w:r>
    </w:p>
    <w:p>
      <w:r>
        <w:rPr>
          <w:b/>
        </w:rPr>
        <w:t xml:space="preserve">[03:04] </w:t>
      </w:r>
      <w:r>
        <w:t>apne business ke bare mein soch rahe hain. yeh hai din ko apne aap mein batana.</w:t>
      </w:r>
    </w:p>
    <w:p>
      <w:pPr>
        <w:jc w:val="right"/>
      </w:pPr>
      <w:r>
        <w:t>اپنے بزنس کے بارے میں سوچ رہے ہیں۔ یہ ہے دن کو اپنے آپ میں بتانا۔</w:t>
      </w:r>
    </w:p>
    <w:p>
      <w:r>
        <w:rPr>
          <w:b/>
        </w:rPr>
        <w:t xml:space="preserve">[03:15] </w:t>
      </w:r>
      <w:r>
        <w:t>is mein aadmi kuch nahi jaan pata.</w:t>
      </w:r>
    </w:p>
    <w:p>
      <w:pPr>
        <w:jc w:val="right"/>
      </w:pPr>
      <w:r>
        <w:t>اس میں آدمی کچھ نہیں جان پاتا۔</w:t>
      </w:r>
    </w:p>
    <w:p>
      <w:r>
        <w:rPr>
          <w:b/>
        </w:rPr>
        <w:t xml:space="preserve">[03:22] </w:t>
      </w:r>
      <w:r>
        <w:t>is ke andar koi spiritual development nahi hota, koi intellectual development nahi hota, is ko koi discovery nahi hoti.</w:t>
      </w:r>
    </w:p>
    <w:p>
      <w:pPr>
        <w:jc w:val="right"/>
      </w:pPr>
      <w:r>
        <w:t>اس کے اندر کوئی سپریچول ڈیولپمنٹ نہیں ہوتا، کوئی انٹلیکچول ڈیولپمنٹ نہیں ہوتا، اس کو کوئی ڈسکوری نہیں ہوتی۔</w:t>
      </w:r>
    </w:p>
    <w:p>
      <w:r>
        <w:rPr>
          <w:b/>
        </w:rPr>
        <w:t xml:space="preserve">[03:33] </w:t>
      </w:r>
      <w:r>
        <w:t>bas woh animal ki tarah jeeta hai. khaya piya aur phir so gaya, phir subah hui, phir khaya piya, phir so gaya. yeh hai animal life, animal ki tarah jeena.</w:t>
      </w:r>
    </w:p>
    <w:p>
      <w:pPr>
        <w:jc w:val="right"/>
      </w:pPr>
      <w:r>
        <w:t>بس وہ اینیمل کی طرح جیتا ہے۔ کھایا پیا اور پھر سو گیا، پھر صبح ہوئی، پھر کھایا پیا، پھر سو گیا۔ یہ ہے اینیمل لائف، اینیمل کی طرح جینا۔</w:t>
      </w:r>
    </w:p>
    <w:p>
      <w:r>
        <w:rPr>
          <w:b/>
        </w:rPr>
        <w:t xml:space="preserve">[03:56] </w:t>
      </w:r>
      <w:r>
        <w:t>is ki aakhri shakal yeh hai ke aap doosre ko acknowledge nahi kar paate.</w:t>
      </w:r>
    </w:p>
    <w:p>
      <w:pPr>
        <w:jc w:val="right"/>
      </w:pPr>
      <w:r>
        <w:t>اس کی آخری شکل یہ ہے کہ آپ دوسرے کو اکنالج نہیں کر پاتے۔</w:t>
      </w:r>
    </w:p>
    <w:p>
      <w:r>
        <w:rPr>
          <w:b/>
        </w:rPr>
        <w:t xml:space="preserve">[04:04] </w:t>
      </w:r>
      <w:r>
        <w:t>apne ko jaante hain aur apne hi ko batate hain.</w:t>
      </w:r>
    </w:p>
    <w:p>
      <w:pPr>
        <w:jc w:val="right"/>
      </w:pPr>
      <w:r>
        <w:t>اپنے کو جانتے ہیں اور اپنے ہی کو بتاتے ہیں۔</w:t>
      </w:r>
    </w:p>
    <w:p>
      <w:r>
        <w:rPr>
          <w:b/>
        </w:rPr>
        <w:t xml:space="preserve">[04:12] </w:t>
      </w:r>
      <w:r>
        <w:t>main samajhta hoon ke insani, insaan ke andar jo quality hoti hai, jo moral qualities, is mein ek bahut badi cheez hai acknowledge karna.</w:t>
      </w:r>
    </w:p>
    <w:p>
      <w:pPr>
        <w:jc w:val="right"/>
      </w:pPr>
      <w:r>
        <w:t>میں سمجھتا ہوں کہ انسانی، انسان کے اندر جو کوالٹی ہوتی ہے، جو مورل کوالٹیز، اس میں ایک بہت بڑی چیز ہے اکنالج کرنا۔</w:t>
      </w:r>
    </w:p>
    <w:p>
      <w:r>
        <w:rPr>
          <w:b/>
        </w:rPr>
        <w:t xml:space="preserve">[04:27] </w:t>
      </w:r>
      <w:r>
        <w:t>aap</w:t>
      </w:r>
    </w:p>
    <w:p>
      <w:pPr>
        <w:jc w:val="right"/>
      </w:pPr>
      <w:r>
        <w:t>آپ</w:t>
      </w:r>
    </w:p>
    <w:p>
      <w:r>
        <w:rPr>
          <w:b/>
        </w:rPr>
        <w:t xml:space="preserve">[04:28] </w:t>
      </w:r>
      <w:r>
        <w:t>ko jo kuch mila hai,</w:t>
      </w:r>
    </w:p>
    <w:p>
      <w:pPr>
        <w:jc w:val="right"/>
      </w:pPr>
      <w:r>
        <w:t>کو جو کچھ ملا ہے،</w:t>
      </w:r>
    </w:p>
    <w:p>
      <w:r>
        <w:rPr>
          <w:b/>
        </w:rPr>
        <w:t xml:space="preserve">[04:33] </w:t>
      </w:r>
      <w:r>
        <w:t>woh sab kisi aur ke help se mila hai, apne aap hi nahi mila hai. to is ko acknowledge karna.</w:t>
      </w:r>
    </w:p>
    <w:p>
      <w:pPr>
        <w:jc w:val="right"/>
      </w:pPr>
      <w:r>
        <w:t>وہ سب کسی اور کے ہیلپ سے ملا ہے، اپنے آپ ہی نہیں ملا ہے۔ تو اس کو اکنالج کرنا۔</w:t>
      </w:r>
    </w:p>
    <w:p>
      <w:r>
        <w:rPr>
          <w:b/>
        </w:rPr>
        <w:t xml:space="preserve">[04:47] </w:t>
      </w:r>
      <w:r>
        <w:t>jaise aaj mere samne, main subah ka nashta aksar yeh karta hoon ke roti kha kar chai pee leta hoon.</w:t>
      </w:r>
    </w:p>
    <w:p>
      <w:pPr>
        <w:jc w:val="right"/>
      </w:pPr>
      <w:r>
        <w:t>جیسے آج میرے سامنے، میں صبح کا ناشتہ اکثر یہ کرتا ہوں کہ روٹی کھا کر چائے پی لیتا ہوں۔</w:t>
      </w:r>
    </w:p>
    <w:p>
      <w:r>
        <w:rPr>
          <w:b/>
        </w:rPr>
        <w:t xml:space="preserve">[04:56] </w:t>
      </w:r>
      <w:r>
        <w:t>to aaj kya hua? jab roti mere samne aayi to main sochne laga ke generally kya hota hai?</w:t>
      </w:r>
    </w:p>
    <w:p>
      <w:pPr>
        <w:jc w:val="right"/>
      </w:pPr>
      <w:r>
        <w:t>تو آج کیا ہوا؟ جب روٹی میرے سامنے آئی تو میں سوچنے لگا کہ جنرلی کیا ہوتا ہے؟</w:t>
      </w:r>
    </w:p>
    <w:p>
      <w:r>
        <w:rPr>
          <w:b/>
        </w:rPr>
        <w:t xml:space="preserve">[05:07] </w:t>
      </w:r>
      <w:r>
        <w:t>roti samne aayi to un ko nazar aayega ke bhai roti to jal gayi hai, bhai roti to kachi reh gayi hai, yeh kaisi roti hai? is mein kuch ghee to lagaya nahi.</w:t>
      </w:r>
    </w:p>
    <w:p>
      <w:pPr>
        <w:jc w:val="right"/>
      </w:pPr>
      <w:r>
        <w:t>روٹی سامنے آئی تو ان کو نظر آئے گا کہ بھئی روٹی تو جل گئی ہے، بھئی روٹی تو کچی رہ گئی ہے، یہ کیسی روٹی ہے؟ اس میں کچھ گھی تو لگایا نہیں۔</w:t>
      </w:r>
    </w:p>
    <w:p>
      <w:r>
        <w:rPr>
          <w:b/>
        </w:rPr>
        <w:t xml:space="preserve">[05:18] </w:t>
      </w:r>
      <w:r>
        <w:t>in sab baaton par mind chala jata hai.</w:t>
      </w:r>
    </w:p>
    <w:p>
      <w:pPr>
        <w:jc w:val="right"/>
      </w:pPr>
      <w:r>
        <w:t>ان سب باتوں پر مائنڈ چلا جاتا ہے۔</w:t>
      </w:r>
    </w:p>
    <w:p>
      <w:r>
        <w:rPr>
          <w:b/>
        </w:rPr>
        <w:t xml:space="preserve">[05:21] </w:t>
      </w:r>
      <w:r>
        <w:t>to roti laane wale ko aadmi acknowledge nahi kar pata. woh complaint mein jeeta hai. kyunke kuch na kuch kami to zaroor rahe gi.</w:t>
      </w:r>
    </w:p>
    <w:p>
      <w:pPr>
        <w:jc w:val="right"/>
      </w:pPr>
      <w:r>
        <w:t>تو روٹی لانے والے کو آدمی اکنالج نہیں کر پاتا۔ وہ کمپلینٹ میں جیتا ہے۔ کیونکہ کچھ نہ کچھ کمی تو ضرور رہے گی۔</w:t>
      </w:r>
    </w:p>
    <w:p>
      <w:r>
        <w:rPr>
          <w:b/>
        </w:rPr>
        <w:t xml:space="preserve">[05:32] </w:t>
      </w:r>
      <w:r>
        <w:t>is duniya mein dekhein, perfect cheez koi bhi nahi hoti. to roti perfect kaise hogi? to kuch na kuch kami hai, bas isi par aap chale aate hain.</w:t>
      </w:r>
    </w:p>
    <w:p>
      <w:pPr>
        <w:jc w:val="right"/>
      </w:pPr>
      <w:r>
        <w:t>اس دنیا میں دیکھیں، پرفیکٹ چیز کوئی بھی نہیں ہوتی۔ تو روٹی پرفیکٹ کیسے ہوگی؟ تو کچھ نہ کچھ کمی ہے، بس اسی پر آپ چلے آتے ہیں۔</w:t>
      </w:r>
    </w:p>
    <w:p>
      <w:r>
        <w:rPr>
          <w:b/>
        </w:rPr>
        <w:t xml:space="preserve">[05:43] </w:t>
      </w:r>
      <w:r>
        <w:t>bas complaint, complaint, complaint. maine kya socha?</w:t>
      </w:r>
    </w:p>
    <w:p>
      <w:pPr>
        <w:jc w:val="right"/>
      </w:pPr>
      <w:r>
        <w:t>بس کمپلینٹ، کمپلینٹ، کمپلینٹ۔ میں نے کیا سوچا؟</w:t>
      </w:r>
    </w:p>
    <w:p>
      <w:r>
        <w:rPr>
          <w:b/>
        </w:rPr>
        <w:t xml:space="preserve">[05:51] </w:t>
      </w:r>
      <w:r>
        <w:t>main yeh sochne laga ke roti kya hai? roti non food ko food mein convert karna hai.</w:t>
      </w:r>
    </w:p>
    <w:p>
      <w:pPr>
        <w:jc w:val="right"/>
      </w:pPr>
      <w:r>
        <w:t>میں یہ سوچنے لگا کہ روٹی کیا ہے؟ روٹی نان فوڈ کو فوڈ میں کنورٹ کرنا ہے۔</w:t>
      </w:r>
    </w:p>
    <w:p>
      <w:r>
        <w:rPr>
          <w:b/>
        </w:rPr>
        <w:t xml:space="preserve">[06:05] </w:t>
      </w:r>
      <w:r>
        <w:t>yani kaisi anokhi baat hai yeh?</w:t>
      </w:r>
    </w:p>
    <w:p>
      <w:pPr>
        <w:jc w:val="right"/>
      </w:pPr>
      <w:r>
        <w:t>یعنی کیسی انوکھی بات ہے یہ؟</w:t>
      </w:r>
    </w:p>
    <w:p>
      <w:r>
        <w:rPr>
          <w:b/>
        </w:rPr>
        <w:t xml:space="preserve">[06:09] </w:t>
      </w:r>
      <w:r>
        <w:t>ke roti kaise bani? gehoon kaise bana? aur jo cheezein hain woh kaise bani? to non food thi pehle woh.</w:t>
      </w:r>
    </w:p>
    <w:p>
      <w:pPr>
        <w:jc w:val="right"/>
      </w:pPr>
      <w:r>
        <w:t>کہ روٹی کیسے بنی؟ گیہوں کیسے بنا؟ اور جو چیزیں ہیں وہ کیسے بنی؟ تو نان فوڈ تھی پہلے وہ۔</w:t>
      </w:r>
    </w:p>
    <w:p>
      <w:r>
        <w:rPr>
          <w:b/>
        </w:rPr>
        <w:t xml:space="preserve">[06:19] </w:t>
      </w:r>
      <w:r>
        <w:t>to non food, food mein convert hua to hamein roti mili. yeh sab kis ne kiya? yeh sab khuda ne kiya.</w:t>
      </w:r>
    </w:p>
    <w:p>
      <w:pPr>
        <w:jc w:val="right"/>
      </w:pPr>
      <w:r>
        <w:t>تو نان فوڈ، فوڈ میں کنورٹ ہوا تو ہمیں روٹی ملی۔ یہ سب کس نے کیا؟ یہ سب خدا نے کیا۔</w:t>
      </w:r>
    </w:p>
    <w:p>
      <w:r>
        <w:rPr>
          <w:b/>
        </w:rPr>
        <w:t xml:space="preserve">[06:29] </w:t>
      </w:r>
      <w:r>
        <w:t>ek universal planning thi khuda ki, jo million billion saal tak chalti rahi. tab woh zamana aaya jab ke is duniya par agriculture ho.</w:t>
      </w:r>
    </w:p>
    <w:p>
      <w:pPr>
        <w:jc w:val="right"/>
      </w:pPr>
      <w:r>
        <w:t>ایک یونیورسل پلاننگ تھی خدا کی، جو ملین بلین سال تک چلتی رہی۔ تب وہ زمانہ آیا جب کہ اس دنیا پر ایگریکلچر ہو۔</w:t>
      </w:r>
    </w:p>
    <w:p>
      <w:r>
        <w:rPr>
          <w:b/>
        </w:rPr>
        <w:t xml:space="preserve">[06:44] </w:t>
      </w:r>
      <w:r>
        <w:t>roti bane, chawal bane. woh cheezein banein jis ko hum khate hain.</w:t>
      </w:r>
    </w:p>
    <w:p>
      <w:pPr>
        <w:jc w:val="right"/>
      </w:pPr>
      <w:r>
        <w:t>روٹی بنے، چاول بنے۔ وہ چیزیں بنیں جس کو ہم کھاتے ہیں۔</w:t>
      </w:r>
    </w:p>
    <w:p>
      <w:r>
        <w:rPr>
          <w:b/>
        </w:rPr>
        <w:t xml:space="preserve">[06:51] </w:t>
      </w:r>
      <w:r>
        <w:t>to dekhein, maine yeh socha ke agar main acknowledge karoon ke roti banane wale ko kahoon ke tum ne bari achi roti banai, to waise dekhne mein lagega ke main ek insan ko acknowledge kar raha hoon.</w:t>
      </w:r>
    </w:p>
    <w:p>
      <w:pPr>
        <w:jc w:val="right"/>
      </w:pPr>
      <w:r>
        <w:t>تو دیکھیں، میں نے یہ سوچا کہ اگر میں اکنالج کروں کہ روٹی بنانے والے کو کہوں کہ تم نے بڑی اچھی روٹی بنائی، تو ویسے دیکھنے میں لگے گا کہ میں ایک انسان کو اکنالج کر رہا ہوں۔</w:t>
      </w:r>
    </w:p>
    <w:p>
      <w:r>
        <w:rPr>
          <w:b/>
        </w:rPr>
        <w:t xml:space="preserve">[07:05] </w:t>
      </w:r>
      <w:r>
        <w:t>isi liye main kar nahin pata. kyunke har aadmi egoist hai. har aadmi. apni badhai mein jeena, yeh sab se bari weakness hai insaan ki.</w:t>
      </w:r>
    </w:p>
    <w:p>
      <w:pPr>
        <w:jc w:val="right"/>
      </w:pPr>
      <w:r>
        <w:t>اسی لیے میں کر نہیں پاتا۔ کیونکہ ہر آدمی ایگوئسٹ ہے۔ ہر آدمی۔ اپنی بڑائی میں جینا، یہ سب سے بڑی ویکنس ہے انسان کی۔</w:t>
      </w:r>
    </w:p>
    <w:p>
      <w:r>
        <w:rPr>
          <w:b/>
        </w:rPr>
        <w:t xml:space="preserve">[07:18] </w:t>
      </w:r>
      <w:r>
        <w:t>ana khairun min quran mein aaya hai ke satan ne adam ko sajda nahin kiya to yeh kaha ke ana khairun min.</w:t>
      </w:r>
    </w:p>
    <w:p>
      <w:pPr>
        <w:jc w:val="right"/>
      </w:pPr>
      <w:r>
        <w:t>"أنا خير من" قرآن میں آیا ہے کہ سیٹن نے آدم کو سجدہ نہیں کیا تو یہ کہا کہ "أنا خير من"۔</w:t>
      </w:r>
    </w:p>
    <w:p>
      <w:r>
        <w:rPr>
          <w:b/>
        </w:rPr>
        <w:t xml:space="preserve">[07:29] </w:t>
      </w:r>
      <w:r>
        <w:t>main is se superior hoon, main is se behtar hoon.</w:t>
      </w:r>
    </w:p>
    <w:p>
      <w:pPr>
        <w:jc w:val="right"/>
      </w:pPr>
      <w:r>
        <w:t>میں اس سے سپیریئر ہوں، میں اس سے بہتر ہوں۔</w:t>
      </w:r>
    </w:p>
    <w:p>
      <w:r>
        <w:rPr>
          <w:b/>
        </w:rPr>
        <w:t xml:space="preserve">[07:36] </w:t>
      </w:r>
      <w:r>
        <w:t>to yahi psychology har insan mein hai.</w:t>
      </w:r>
    </w:p>
    <w:p>
      <w:pPr>
        <w:jc w:val="right"/>
      </w:pPr>
      <w:r>
        <w:t>تو یہی سائیکالوجی ہر انسان میں ہے۔</w:t>
      </w:r>
    </w:p>
    <w:p>
      <w:r>
        <w:rPr>
          <w:b/>
        </w:rPr>
        <w:t xml:space="preserve">[07:42] </w:t>
      </w:r>
      <w:r>
        <w:t>satan har aadmi ke andar yahi bharta hai, yahi cheez. main tum se acha hoon.</w:t>
      </w:r>
    </w:p>
    <w:p>
      <w:pPr>
        <w:jc w:val="right"/>
      </w:pPr>
      <w:r>
        <w:t>سیٹن ہر آدمی کے اندر یہی بھرتا ہے، یہی چیز۔ میں تم سے اچھا ہوں۔</w:t>
      </w:r>
    </w:p>
    <w:p>
      <w:r>
        <w:rPr>
          <w:b/>
        </w:rPr>
        <w:t xml:space="preserve">[07:48] </w:t>
      </w:r>
      <w:r>
        <w:t>to jab acknowledge karna ho to aadmi ko dar lag jata hai ke agar main acknowledge karoon to kya hoga? main is ke muqable mein chota ho jaunga.</w:t>
      </w:r>
    </w:p>
    <w:p>
      <w:pPr>
        <w:jc w:val="right"/>
      </w:pPr>
      <w:r>
        <w:t>تو جب اکنالج کرنا ہو تو آدمی کو ڈر لگ جاتا ہے کہ اگر میں اکنالج کروں تو کیا ہوگا؟ میں اس کے مقابلے میں چھوٹا ہو جاؤں گا۔</w:t>
      </w:r>
    </w:p>
    <w:p>
      <w:r>
        <w:rPr>
          <w:b/>
        </w:rPr>
        <w:t xml:space="preserve">[07:59] </w:t>
      </w:r>
      <w:r>
        <w:t>aisa lagta hai is ko. lekin agar yeh soche ke main acknowledge kar raha hoon insan ko, lekin sach poochhein to main Khuda ka shukar kar raha hoon. Khuda ko acknowledge kar raha hoon.</w:t>
      </w:r>
    </w:p>
    <w:p>
      <w:pPr>
        <w:jc w:val="right"/>
      </w:pPr>
      <w:r>
        <w:t>ایسا لگتا ہے اس کو۔ لیکن اگر یہ سوچے کہ میں اکنالج کر رہا ہوں انسان کو، لیکن سچ پوچھیں تو میں خدا کا شکر کر رہا ہوں۔ خدا کو اکنالج کر رہا ہوں۔</w:t>
      </w:r>
    </w:p>
    <w:p>
      <w:r>
        <w:rPr>
          <w:b/>
        </w:rPr>
        <w:t xml:space="preserve">[08:11] </w:t>
      </w:r>
      <w:r>
        <w:t>kyunke cheezein chahe roti ho ya aur koi cheez ho, aakhir mein to banane wala Khuda hi hai.</w:t>
      </w:r>
    </w:p>
    <w:p>
      <w:pPr>
        <w:jc w:val="right"/>
      </w:pPr>
      <w:r>
        <w:t>کیونکہ چیزیں چاہے روٹی ہو یا اور کوئی چیز ہو، آخر میں تو بنانے والا خدا ہی ہے۔</w:t>
      </w:r>
    </w:p>
    <w:p>
      <w:r>
        <w:rPr>
          <w:b/>
        </w:rPr>
        <w:t xml:space="preserve">[08:18] </w:t>
      </w:r>
      <w:r>
        <w:t>to hamare society mein logon ko acknowledge karne ka riwaj khatam ho gaya. bohat se bohat aaj kal jo English culture hai, thank you keh denge.</w:t>
      </w:r>
    </w:p>
    <w:p>
      <w:pPr>
        <w:jc w:val="right"/>
      </w:pPr>
      <w:r>
        <w:t>تو ہمارے سوسائٹی میں لوگوں کو اکنالج کرنے کا رواج ختم ہو گیا۔ بہت سے بہت آج کل جو انگلش کلچر ہے، "تھینک یو" کہہ دیں گے۔</w:t>
      </w:r>
    </w:p>
    <w:p>
      <w:r>
        <w:rPr>
          <w:b/>
        </w:rPr>
        <w:t xml:space="preserve">[08:28] </w:t>
      </w:r>
      <w:r>
        <w:t>dekhein, thank you kehna ya acknowledge karna nahin hai. yeh to ek ritual hai. sorry kehna ya thank you kehna ek ritual hai.</w:t>
      </w:r>
    </w:p>
    <w:p>
      <w:pPr>
        <w:jc w:val="right"/>
      </w:pPr>
      <w:r>
        <w:t>دیکھیں، "تھینک یو" کہنا یا اکنالج کرنا نہیں ہے۔ یہ تو ایک ریچول ہے۔ "سوری" کہنا یا "تھینک یو" کہنا ایک ریچول ہے۔</w:t>
      </w:r>
    </w:p>
    <w:p>
      <w:r>
        <w:rPr>
          <w:b/>
        </w:rPr>
        <w:t xml:space="preserve">[08:39] </w:t>
      </w:r>
      <w:r>
        <w:t>dil ki gehrai ke sath jo acknowledgment nikle, woh hai acknowledge karna. sach much dil mein ek ehsas jaag uthe.</w:t>
      </w:r>
    </w:p>
    <w:p>
      <w:pPr>
        <w:jc w:val="right"/>
      </w:pPr>
      <w:r>
        <w:t>دل کی گہرائی کے ساتھ جو اکنالجمنٹ نکلے، وہ ہے اکنالج کرنا۔ سچ مچ دل میں ایک احساس جاگ اٹھے۔</w:t>
      </w:r>
    </w:p>
    <w:p>
      <w:r>
        <w:rPr>
          <w:b/>
        </w:rPr>
        <w:t xml:space="preserve">[08:50] </w:t>
      </w:r>
      <w:r>
        <w:t>ke aap ke soch ke thrill paida ho ke woh kaisa Khuda hai jis ne is zameen par gehoon banaya. woh kaisa Khuda hai jis ne aise, is duniya mein aise cheezein keen ke woh roti mein convert ho saken.</w:t>
      </w:r>
    </w:p>
    <w:p>
      <w:pPr>
        <w:jc w:val="right"/>
      </w:pPr>
      <w:r>
        <w:t>کہ آپ کے سوچ کے تھرل پیدا ہو کہ وہ کیسا خدا ہے جس نے اس زمین پر گیہوں بنایا۔ وہ کیسا خدا ہے جس نے ایسے، اس دنیا میں ایسے چیزیں کیں کہ وہ روٹی میں کنورٹ ہو سکیں۔</w:t>
      </w:r>
    </w:p>
    <w:p>
      <w:r>
        <w:rPr>
          <w:b/>
        </w:rPr>
        <w:t xml:space="preserve">[09:03] </w:t>
      </w:r>
      <w:r>
        <w:t>aur phir main is ko digest kar sakoon. yeh soch kar ab thrill aa jaye aap ko, phir aap acknowledge karein to woh acknowledge karna hua.</w:t>
      </w:r>
    </w:p>
    <w:p>
      <w:pPr>
        <w:jc w:val="right"/>
      </w:pPr>
      <w:r>
        <w:t>اور پھر میں اس کو ڈائجسٹ کر سکوں۔ یہ سوچ کر اب تھرل آ جائے آپ کو، پھر آپ اکنالج کریں تو وہ اکنالج کرنا ہوا۔</w:t>
      </w:r>
    </w:p>
    <w:p>
      <w:r>
        <w:rPr>
          <w:b/>
        </w:rPr>
        <w:t xml:space="preserve">[09:14] </w:t>
      </w:r>
      <w:r>
        <w:t>log simply kehte hain sorry, thank you.</w:t>
      </w:r>
    </w:p>
    <w:p>
      <w:pPr>
        <w:jc w:val="right"/>
      </w:pPr>
      <w:r>
        <w:t>لوگ سمپلی کہتے ہیں "سوری"، "تھینک یو"۔</w:t>
      </w:r>
    </w:p>
    <w:p>
      <w:r>
        <w:rPr>
          <w:b/>
        </w:rPr>
        <w:t xml:space="preserve">[09:18] </w:t>
      </w:r>
      <w:r>
        <w:t>main is ko kuch bhi nahin samajhta. main is ko lip service samajhta hoon.</w:t>
      </w:r>
    </w:p>
    <w:p>
      <w:pPr>
        <w:jc w:val="right"/>
      </w:pPr>
      <w:r>
        <w:t>میں اس کو کچھ بھی نہیں سمجھتا۔ میں اس کو لپ سروس سمجھتا ہوں۔</w:t>
      </w:r>
    </w:p>
    <w:p>
      <w:r>
        <w:rPr>
          <w:b/>
        </w:rPr>
        <w:t xml:space="preserve">[09:25] </w:t>
      </w:r>
      <w:r>
        <w:t>to agar aap ko duniya mein, agar aap chahte hain ke aap sach much aap ka spiritual development ho, aap ka intellectual development ho, aap ka personality development ho, to sahi maano mein acknowledge karna seekhein.</w:t>
      </w:r>
    </w:p>
    <w:p>
      <w:pPr>
        <w:jc w:val="right"/>
      </w:pPr>
      <w:r>
        <w:t>تو اگر آپ کو دنیا میں، اگر آپ چاہتے ہیں کہ آپ سچ مچ آپ کا سپریچول ڈیولپمنٹ ہو، آپ کا انٹلیکچول ڈیولپمنٹ ہو، آپ کا پرسنیلٹی ڈیولپمنٹ ہو، تو صحیح معنوں میں اکنالج کرنا سیکھیں۔</w:t>
      </w:r>
    </w:p>
    <w:p>
      <w:r>
        <w:rPr>
          <w:b/>
        </w:rPr>
        <w:t xml:space="preserve">[09:43] </w:t>
      </w:r>
      <w:r>
        <w:t>chahe aap ka servant ho, chahe aap ka neighbor ho, chahe koi bhi ho.</w:t>
      </w:r>
    </w:p>
    <w:p>
      <w:pPr>
        <w:jc w:val="right"/>
      </w:pPr>
      <w:r>
        <w:t>چاہے آپ کا سرونٹ ہو، چاہے آپ کا نیبر ہو، چاہے کوئی بھی ہو۔</w:t>
      </w:r>
    </w:p>
    <w:p>
      <w:r>
        <w:rPr>
          <w:b/>
        </w:rPr>
        <w:t xml:space="preserve">[09:48] </w:t>
      </w:r>
      <w:r>
        <w:t>jab bhi woh aap ko kuch, is se kuch mile to dil se acknowledge karna seekhein. main apne tajrube mein keh sakta hoon ke zameen in logon se khali hai jo sach much dil se acknowledge karein kisi ko.</w:t>
      </w:r>
    </w:p>
    <w:p>
      <w:pPr>
        <w:jc w:val="right"/>
      </w:pPr>
      <w:r>
        <w:t>جب بھی وہ آپ کو کچھ، اس سے کچھ ملے تو دل سے اکنالج کرنا سیکھیں۔ میں اپنے تجربے میں کہہ سکتا ہوں کہ زمین ان لوگوں سے خالی ہے جو سچ مچ دل سے اکنالج کریں کسی کو۔</w:t>
      </w:r>
    </w:p>
    <w:p>
      <w:r>
        <w:rPr>
          <w:b/>
        </w:rPr>
        <w:t xml:space="preserve">[10:05] </w:t>
      </w:r>
      <w:r>
        <w:t>kisi ka shukriya ada karein, kisi ka etraf karein. jis ko urdu mein kehte hain etraf. etraf, acknowledge karna. aaj ka zamana main samajhta hoon ke be-etrafi ka zamana hai.</w:t>
      </w:r>
    </w:p>
    <w:p>
      <w:pPr>
        <w:jc w:val="right"/>
      </w:pPr>
      <w:r>
        <w:t>کسی کا شکریہ ادا کریں، کسی کا اعتراف کریں۔ جس کو اردو میں کہتے ہیں "اعتراف"۔ اعتراف، اکنالج کرنا۔ آج کا زمانہ میں سمجھتا ہوں کہ بے اعترافی کا زمانہ ہے۔</w:t>
      </w:r>
    </w:p>
    <w:p>
      <w:r>
        <w:rPr>
          <w:b/>
        </w:rPr>
        <w:t xml:space="preserve">[10:19] </w:t>
      </w:r>
      <w:r>
        <w:t>bas apne pe jeete hain log. apne kamal ko batate rehte hain. maine yeh kiya, maine woh kiya. doosre ne kiya kiya?</w:t>
      </w:r>
    </w:p>
    <w:p>
      <w:pPr>
        <w:jc w:val="right"/>
      </w:pPr>
      <w:r>
        <w:t>بس اپنے پہ جیتے ہیں لوگ۔ اپنے کمال کو بتاتے رہتے ہیں۔ میں نے یہ کیا، میں نے وہ کیا۔ دوسرے نے کیا کیا؟</w:t>
      </w:r>
    </w:p>
    <w:p>
      <w:r>
        <w:rPr>
          <w:b/>
        </w:rPr>
        <w:t xml:space="preserve">[10:30] </w:t>
      </w:r>
      <w:r>
        <w:t>kuch bhi is ka charcha nahin. agar kahenge to zara sa aisi, by the way, ek reference de denge is ka. yaad rakhiye, acknowledge karna doosre ko, yani do cheezein hain.</w:t>
      </w:r>
    </w:p>
    <w:p>
      <w:pPr>
        <w:jc w:val="right"/>
      </w:pPr>
      <w:r>
        <w:t>کچھ بھی اس کا چرچا نہیں۔ اگر کہیں گے تو ذرا سا ایسی، بائی بائی دا وے، ایک ریفرنس دے دیں گے اس کا۔ یاد رکھیے، اکنالج کرنا دوسرے کو، یعنی دو چیزیں ہیں۔</w:t>
      </w:r>
    </w:p>
    <w:p>
      <w:r>
        <w:rPr>
          <w:b/>
        </w:rPr>
        <w:t xml:space="preserve">[10:43] </w:t>
      </w:r>
      <w:r>
        <w:t>ek to apni ghalti manna.</w:t>
      </w:r>
    </w:p>
    <w:p>
      <w:pPr>
        <w:jc w:val="right"/>
      </w:pPr>
      <w:r>
        <w:t>ایک تو اپنی غلطی ماننا۔</w:t>
      </w:r>
    </w:p>
    <w:p>
      <w:r>
        <w:rPr>
          <w:b/>
        </w:rPr>
        <w:t xml:space="preserve">[10:48] </w:t>
      </w:r>
      <w:r>
        <w:t>woh sari kahani to ghalti nahin khatam hoti. aap ne koi ghalti ki hai to saaf dil se maniye ke I was wrong.</w:t>
      </w:r>
    </w:p>
    <w:p>
      <w:pPr>
        <w:jc w:val="right"/>
      </w:pPr>
      <w:r>
        <w:t>وہ ساری کہانی تو غلطی نہیں ختم ہوتی۔ آپ نے کوئی غلطی کی ہے تو صاف دل سے مانیے کہ "آئی واز رونگ"۔</w:t>
      </w:r>
    </w:p>
    <w:p>
      <w:r>
        <w:rPr>
          <w:b/>
        </w:rPr>
        <w:t xml:space="preserve">[10:58] </w:t>
      </w:r>
      <w:r>
        <w:t>kisi se kuch mila hai, dil se us ko acknowledge kijiye, eteraf kijiye. yeh aap ke apne liye acha hai. aap ka jo personality development ka jo process hai, woh tabhi chal sakta hai jab ke aap ke andar yeh dono qualities pai jati hon</w:t>
      </w:r>
    </w:p>
    <w:p>
      <w:pPr>
        <w:jc w:val="right"/>
      </w:pPr>
      <w:r>
        <w:t>کسی سے کچھ ملا ہے، دل سے اس کو اکنالج کیجیے، اعتراف کیجیے۔ یہ آپ کے اپنے لیے اچھا ہے۔ آپ کا جو پرسنیلٹی ڈیولپمنٹ کا جو پراسیس ہے، وہ تبھی چل سکتا ہے جب کہ آپ کے اندر یہ دونوں کوالٹیز پائی جاتی ہوں</w:t>
      </w:r>
    </w:p>
    <w:p>
      <w:r>
        <w:rPr>
          <w:b/>
        </w:rPr>
        <w:t xml:space="preserve">[11:14] </w:t>
      </w:r>
      <w:r>
        <w:t>ab dekhiye,</w:t>
      </w:r>
    </w:p>
    <w:p>
      <w:pPr>
        <w:jc w:val="right"/>
      </w:pPr>
      <w:r>
        <w:t>۔ اب دیکھیے،</w:t>
      </w:r>
    </w:p>
    <w:p>
      <w:r>
        <w:rPr>
          <w:b/>
        </w:rPr>
        <w:t xml:space="preserve">[11:18] </w:t>
      </w:r>
      <w:r>
        <w:t>idhar jo kaha ke "have a wonderful day" to mujhe yaad aaya aik qissa jo mein ne parha tha, aik morning ka.</w:t>
      </w:r>
    </w:p>
    <w:p>
      <w:pPr>
        <w:jc w:val="right"/>
      </w:pPr>
      <w:r>
        <w:t>ادھر جو کہا کہ "ہیو ا ونڈرفل ڈے" تو مجھے یاد آیا ایک قصہ جو میں نے پڑھا تھا، ایک مارننگ کا۔</w:t>
      </w:r>
    </w:p>
    <w:p>
      <w:r>
        <w:rPr>
          <w:b/>
        </w:rPr>
        <w:t xml:space="preserve">[11:29] </w:t>
      </w:r>
      <w:r>
        <w:t>yeh baat hai 1981 ki.</w:t>
      </w:r>
    </w:p>
    <w:p>
      <w:pPr>
        <w:jc w:val="right"/>
      </w:pPr>
      <w:r>
        <w:t>یہ بات ہے 1981 کی۔</w:t>
      </w:r>
    </w:p>
    <w:p>
      <w:r>
        <w:rPr>
          <w:b/>
        </w:rPr>
        <w:t xml:space="preserve">[11:34] </w:t>
      </w:r>
      <w:r>
        <w:t>1981 mein india mein mig fighters aaye thay. russia ke banay hue mig fighters. jo awaz se zyada tez urrte hain.</w:t>
      </w:r>
    </w:p>
    <w:p>
      <w:pPr>
        <w:jc w:val="right"/>
      </w:pPr>
      <w:r>
        <w:t>1981 میں انڈیا میں مگ فائٹرز آئے تھے۔ رشیا کے بنے ہوئے مگ فائٹرز۔ جو آواز سے زیادہ تیز اڑتے ہیں۔</w:t>
      </w:r>
    </w:p>
    <w:p>
      <w:r>
        <w:rPr>
          <w:b/>
        </w:rPr>
        <w:t xml:space="preserve">[11:47] </w:t>
      </w:r>
      <w:r>
        <w:t>mig jahaz jo hai, woh awaz se zyada tez urrta hai. to 81 mein aaya woh.</w:t>
      </w:r>
    </w:p>
    <w:p>
      <w:pPr>
        <w:jc w:val="right"/>
      </w:pPr>
      <w:r>
        <w:t>مگ جہاز جو ہے، وہ آواز سے زیادہ تیز اڑتا ہے۔ تو 81 میں آیا وہ۔</w:t>
      </w:r>
    </w:p>
    <w:p>
      <w:r>
        <w:rPr>
          <w:b/>
        </w:rPr>
        <w:t xml:space="preserve">[11:57] </w:t>
      </w:r>
      <w:r>
        <w:t>us waqt jo hai india mein air marshal thay, mr. abdul latif.</w:t>
      </w:r>
    </w:p>
    <w:p>
      <w:pPr>
        <w:jc w:val="right"/>
      </w:pPr>
      <w:r>
        <w:t>اس وقت جو ہے انڈیا میں ایئر مارشل تھے، مسٹر عبداللطیف۔</w:t>
      </w:r>
    </w:p>
    <w:p>
      <w:r>
        <w:rPr>
          <w:b/>
        </w:rPr>
        <w:t xml:space="preserve">[12:05] </w:t>
      </w:r>
      <w:r>
        <w:t>to is ko urraya unhon ne. aur jab mig oopar pohancha to un ko aik ajeeb ehsas hua.</w:t>
      </w:r>
    </w:p>
    <w:p>
      <w:pPr>
        <w:jc w:val="right"/>
      </w:pPr>
      <w:r>
        <w:t>تو اس کو اڑایا انہوں نے۔ اور جب مگ اوپر پہنچا تو ان کو ایک عجیب احساس ہوا۔</w:t>
      </w:r>
    </w:p>
    <w:p>
      <w:r>
        <w:rPr>
          <w:b/>
        </w:rPr>
        <w:t xml:space="preserve">[12:16] </w:t>
      </w:r>
      <w:r>
        <w:t>kyun ke oopar jab pohancha to woh paharon se oopar tha woh. pahar neechay ho gaye aur jahaz oopar ho gaya.</w:t>
      </w:r>
    </w:p>
    <w:p>
      <w:pPr>
        <w:jc w:val="right"/>
      </w:pPr>
      <w:r>
        <w:t>کیونکہ اوپر جب پہنچا تو وہ پہاڑوں سے اوپر تھا وہ۔ پہاڑ نیچے ہو گئے اور جہاز اوپر ہو گیا۔</w:t>
      </w:r>
    </w:p>
    <w:p>
      <w:r>
        <w:rPr>
          <w:b/>
        </w:rPr>
        <w:t xml:space="preserve">[12:25] </w:t>
      </w:r>
      <w:r>
        <w:t>to wapas aanay ke baad jo unhon ne apna, apna jo, apna jo impression bataya tha akhbar wale ko, to us mein aik sentence bolay thay woh ke "the flight made even the himalayas look small".</w:t>
      </w:r>
    </w:p>
    <w:p>
      <w:pPr>
        <w:jc w:val="right"/>
      </w:pPr>
      <w:r>
        <w:t>تو واپس آنے کے بعد جو انہوں نے اپنا، اپنا جو، اپنا جو امپریشن بتایا تھا اخبار والے کو، تو اس میں ایک سینٹنس بولے تھے وہ کہ "دا فلائٹ میڈ ایون دا حمالیات لوک اسمال"۔</w:t>
      </w:r>
    </w:p>
    <w:p>
      <w:r>
        <w:rPr>
          <w:b/>
        </w:rPr>
        <w:t xml:space="preserve">[12:47] </w:t>
      </w:r>
      <w:r>
        <w:t>"the flight made even the himalayas look small".</w:t>
      </w:r>
    </w:p>
    <w:p>
      <w:pPr>
        <w:jc w:val="right"/>
      </w:pPr>
      <w:r>
        <w:t>"دا فلائٹ میڈ ایون دا حمالیات لوک اسمال"۔</w:t>
      </w:r>
    </w:p>
    <w:p>
      <w:r>
        <w:rPr>
          <w:b/>
        </w:rPr>
        <w:t xml:space="preserve">[12:56] </w:t>
      </w:r>
      <w:r>
        <w:t>aaj mein sochta hoon to yeh bohat hi superficial qism ka woh tha, comment tha ya expression tha.</w:t>
      </w:r>
    </w:p>
    <w:p>
      <w:pPr>
        <w:jc w:val="right"/>
      </w:pPr>
      <w:r>
        <w:t>آج میں سوچتا ہوں تو یہ بہت ہی سپر فلز قسم کا وہ تھا، کمنٹ تھا یا ایکسپریشن تھا۔</w:t>
      </w:r>
    </w:p>
    <w:p>
      <w:r>
        <w:rPr>
          <w:b/>
        </w:rPr>
        <w:t xml:space="preserve">[13:07] </w:t>
      </w:r>
      <w:r>
        <w:t>is liye ke aap jante hain ke india mein taqreeban 500 migs crash ho kar gir paray hain zameen par.</w:t>
      </w:r>
    </w:p>
    <w:p>
      <w:pPr>
        <w:jc w:val="right"/>
      </w:pPr>
      <w:r>
        <w:t>اس لیے کہ آپ جانتے ہیں کہ انڈیا میں تقریباً 500 مکس کریش ہو کر گر پڑے ہیں زمین پر۔</w:t>
      </w:r>
    </w:p>
    <w:p>
      <w:r>
        <w:rPr>
          <w:b/>
        </w:rPr>
        <w:t xml:space="preserve">[13:19] </w:t>
      </w:r>
      <w:r>
        <w:t>aur aik is mein se aik mig woh tha jis ka zara sa touch kar gaya woh himalaya pahar se to wahin ke wahin gir parra woh.</w:t>
      </w:r>
    </w:p>
    <w:p>
      <w:pPr>
        <w:jc w:val="right"/>
      </w:pPr>
      <w:r>
        <w:t>اور ایک اس میں سے ایک مگ وہ تھا جس کا ذرا سا ٹچ کر گیا وہ حمالیہ پہاڑ سے تو وہیں کے وہیں گر پڑا وہ۔</w:t>
      </w:r>
    </w:p>
    <w:p>
      <w:r>
        <w:rPr>
          <w:b/>
        </w:rPr>
        <w:t xml:space="preserve">[13:28] </w:t>
      </w:r>
      <w:r>
        <w:t>unhein yeh pata nahi tha ke yeh mig jahaz jis par urr rahe hain woh, jis se dekhnay mein himalaya chota lagta hai, to khud kitna chota hai woh.</w:t>
      </w:r>
    </w:p>
    <w:p>
      <w:pPr>
        <w:jc w:val="right"/>
      </w:pPr>
      <w:r>
        <w:t>انہیں یہ پتہ نہیں تھا کہ یہ مگ جہاز جس پر اڑ رہے ہیں وہ، جس سے دیکھنے میں حمالیہ چھوٹا لگتا ہے، تو خود کتنا چھوٹا ہے وہ۔</w:t>
      </w:r>
    </w:p>
    <w:p>
      <w:r>
        <w:rPr>
          <w:b/>
        </w:rPr>
        <w:t xml:space="preserve">[13:38] </w:t>
      </w:r>
      <w:r>
        <w:t>khud kitna chota hai. agar yeh jaane jante to woh kehte ke "as compared to himalayan mountain".</w:t>
      </w:r>
    </w:p>
    <w:p>
      <w:pPr>
        <w:jc w:val="right"/>
      </w:pPr>
      <w:r>
        <w:t>خود کتنا چھوٹا ہے۔ اگر یہ جانے جانتے تو وہ کہتے کہ "ایز کمپیر ٹو ہمالین ماؤنٹین"۔</w:t>
      </w:r>
    </w:p>
    <w:p>
      <w:r>
        <w:rPr>
          <w:b/>
        </w:rPr>
        <w:t xml:space="preserve">[13:49] </w:t>
      </w:r>
      <w:r>
        <w:t>"as compared to himalayan mountain". "all our fighter planes are small".</w:t>
      </w:r>
    </w:p>
    <w:p>
      <w:pPr>
        <w:jc w:val="right"/>
      </w:pPr>
      <w:r>
        <w:t>"ایز کمپیر ٹو ہمالین ماؤنٹین"۔ "ال اوور فائٹر پلینز ار اسمال"۔</w:t>
      </w:r>
    </w:p>
    <w:p>
      <w:r>
        <w:rPr>
          <w:b/>
        </w:rPr>
        <w:t xml:space="preserve">[13:57] </w:t>
      </w:r>
      <w:r>
        <w:t>himalaya pahar khara hua hai aur india mig fighters ka qabristan ban gaya to dekhiye, jab tak aap ke andar gehri nazar na ho, aap ka intellectual development nahi ho sakta.</w:t>
      </w:r>
    </w:p>
    <w:p>
      <w:pPr>
        <w:jc w:val="right"/>
      </w:pPr>
      <w:r>
        <w:t>ہمالیہ پہاڑ کھڑا ہوا ہے اور انڈیا مگ فائٹرز کا قبرستان بن گیا۔ تو دیکھیے، جب تک آپ کے اندر گہری نظر نہ ہو، آپ کا انٹلیکچول ڈیولپمنٹ نہیں ہو سکتا۔</w:t>
      </w:r>
    </w:p>
    <w:p>
      <w:r>
        <w:rPr>
          <w:b/>
        </w:rPr>
        <w:t xml:space="preserve">[14:13] </w:t>
      </w:r>
      <w:r>
        <w:t>jo sathi nazar hai, superficial thinking aap ke andar hai ke bas aap urre mig ke oopar dekha ke jahaz urra oopar himalaya ke, to himalaya chota dikhai dene laga.</w:t>
      </w:r>
    </w:p>
    <w:p>
      <w:pPr>
        <w:jc w:val="right"/>
      </w:pPr>
      <w:r>
        <w:t>جو سطحی نظر ہے، سپر فلز تھنکنگ آپ کے اندر ہے کہ بس آپ اڑے مگ کے اوپر دیکھا کہ جہاز اڑا اوپر حمالیہ کے، تو حمالیہ چھوڑا دکھائی دینے لگا۔</w:t>
      </w:r>
    </w:p>
    <w:p>
      <w:r>
        <w:rPr>
          <w:b/>
        </w:rPr>
        <w:t xml:space="preserve">[14:24] </w:t>
      </w:r>
      <w:r>
        <w:t>to bas aap ne samjha ke himalaya to kuch bhi nahi hai. halanke yeh, yeh aik, aik, yeh aik, aik relative scene tha woh.</w:t>
      </w:r>
    </w:p>
    <w:p>
      <w:pPr>
        <w:jc w:val="right"/>
      </w:pPr>
      <w:r>
        <w:t>تو بس آپ نے سمجھا کہ حمالیہ تو کچھ بھی نہیں ہے۔ حالانکہ یہ، یہ ایک، ایک، یہ ایک، ایک ریلیٹو سین تھا وہ۔</w:t>
      </w:r>
    </w:p>
    <w:p>
      <w:r>
        <w:rPr>
          <w:b/>
        </w:rPr>
        <w:t xml:space="preserve">[14:34] </w:t>
      </w:r>
      <w:r>
        <w:t>real scene nahi tha woh jo dekha unhon ne. jo real comparison hai us mein to thousands and thousands of migs kuch bhi nahi hain himalaya ke muqable mein.</w:t>
      </w:r>
    </w:p>
    <w:p>
      <w:pPr>
        <w:jc w:val="right"/>
      </w:pPr>
      <w:r>
        <w:t>ریئل سین نہیں تھا وہ جو دیکھا انہوں نے۔ جو ریئل کمپیریزن ہے اس میں تو تھاؤزنڈ اینڈ تھاؤزنڈ مکس کچھ بھی نہیں ہے حمالیہ کے مقابلے میں۔</w:t>
      </w:r>
    </w:p>
    <w:p>
      <w:r>
        <w:rPr>
          <w:b/>
        </w:rPr>
        <w:t xml:space="preserve">[14:46] </w:t>
      </w:r>
      <w:r>
        <w:t>to aap apne din ko agar banana chahte hain, sacha din, aisa din jo sach much jab us ki sham ho to aap aik developed personality ban chukay hon.</w:t>
      </w:r>
    </w:p>
    <w:p>
      <w:pPr>
        <w:jc w:val="right"/>
      </w:pPr>
      <w:r>
        <w:t>تو آپ اپنے دن کو اگر بنانا چاہتے ہیں، سچا دن، ایسا دن جو سچ مچ جب اس کی شام ہو تو آپ ایک ڈیولپڈ پرسنیلٹی بن چکے ہوں۔</w:t>
      </w:r>
    </w:p>
    <w:p>
      <w:r>
        <w:rPr>
          <w:b/>
        </w:rPr>
        <w:t xml:space="preserve">[15:02] </w:t>
      </w:r>
      <w:r>
        <w:t>aap zyada behtar insan ban chukay hon.</w:t>
      </w:r>
    </w:p>
    <w:p>
      <w:pPr>
        <w:jc w:val="right"/>
      </w:pPr>
      <w:r>
        <w:t>آپ زیادہ بہتر انسان بن چکے ہوں۔</w:t>
      </w:r>
    </w:p>
    <w:p>
      <w:r>
        <w:rPr>
          <w:b/>
        </w:rPr>
        <w:t xml:space="preserve">[15:06] </w:t>
      </w:r>
      <w:r>
        <w:t>yani aisa din ke jab subah karein aap to us ki sham is tarah ho ke aap zyada behtar insan ban chukay hon. zyada developed personality aap ke andar paida ho chuki ho.</w:t>
      </w:r>
    </w:p>
    <w:p>
      <w:pPr>
        <w:jc w:val="right"/>
      </w:pPr>
      <w:r>
        <w:t>یعنی ایسا دن کہ جب صبح کریں آپ تو اس کی شام اس طرح ہو کہ آپ زیادہ بہتر انسان بن چکے ہوں۔ زیادہ ڈیولپڈ پرسنیلٹی آپ کے اندر پیدا ہو چکی ہو۔</w:t>
      </w:r>
    </w:p>
    <w:p>
      <w:r>
        <w:rPr>
          <w:b/>
        </w:rPr>
        <w:t xml:space="preserve">[15:18] </w:t>
      </w:r>
      <w:r>
        <w:t>to is ke liye kya karna hoga? aap ke mind ko aur zyada khula rakhna parhe ga. zyada objective banna parhe ga. zyada deep mein ja kar baton ko samajhna parhe ga.</w:t>
      </w:r>
    </w:p>
    <w:p>
      <w:pPr>
        <w:jc w:val="right"/>
      </w:pPr>
      <w:r>
        <w:t>تو اس کے لیے کیا کرنا ہوگا؟ آپ کے مائنڈ کو اور زیادہ کھلا رکھنا پڑے گا۔ زیادہ ابجیکٹو بننا پڑے گا۔ زیادہ ڈیپ میں جا کر باتوں کو سمجھنا پڑے گا۔</w:t>
      </w:r>
    </w:p>
    <w:p>
      <w:r>
        <w:rPr>
          <w:b/>
        </w:rPr>
        <w:t xml:space="preserve">[15:30] </w:t>
      </w:r>
      <w:r>
        <w:t>upar upar dekh kar ke rai banana agar aap kareinge aisa to koi development nahi ho sakta hai.</w:t>
      </w:r>
    </w:p>
    <w:p>
      <w:pPr>
        <w:jc w:val="right"/>
      </w:pPr>
      <w:r>
        <w:t>اوپر اوپر دیکھ کر کے رائے بنانا اگر آپ کریں گے ایسا تو کوئی ڈیولپمنٹ نہیں ہو سکتا ہے۔</w:t>
      </w:r>
    </w:p>
    <w:p>
      <w:r>
        <w:rPr>
          <w:b/>
        </w:rPr>
        <w:t xml:space="preserve">[15:38] </w:t>
      </w:r>
      <w:r>
        <w:t>sab se achi cheez kya hai? apne din ko aap khuda mein bitayein. khuda ki jo creation hai us mein bitayein.</w:t>
      </w:r>
    </w:p>
    <w:p>
      <w:pPr>
        <w:jc w:val="right"/>
      </w:pPr>
      <w:r>
        <w:t>سب سے اچھی چیز کیا ہے؟ اپنے دن کو آپ خدا میں بتائیں۔ خدا کی جو کریشن ہے اس میں بتائیں۔</w:t>
      </w:r>
    </w:p>
    <w:p>
      <w:r>
        <w:rPr>
          <w:b/>
        </w:rPr>
        <w:t xml:space="preserve">[15:49] </w:t>
      </w:r>
      <w:r>
        <w:t>aap dekhiye, hamare aas paas jo nature hai, jo khuda ki banai hui duniya hai, kaisi anokhi duniya hai woh.</w:t>
      </w:r>
    </w:p>
    <w:p>
      <w:pPr>
        <w:jc w:val="right"/>
      </w:pPr>
      <w:r>
        <w:t>آپ دیکھیے، ہمارے اس پاس جو نیچر ہے، جو خدا کی بنائی ہوئی دنیا ہے، کیسی انوکھی دنیا ہے وہ۔</w:t>
      </w:r>
    </w:p>
    <w:p>
      <w:r>
        <w:rPr>
          <w:b/>
        </w:rPr>
        <w:t xml:space="preserve">[16:02] </w:t>
      </w:r>
      <w:r>
        <w:t>jab chidiya bolti hain,</w:t>
      </w:r>
    </w:p>
    <w:p>
      <w:pPr>
        <w:jc w:val="right"/>
      </w:pPr>
      <w:r>
        <w:t>جب چڑیاں بولتی ہیں،</w:t>
      </w:r>
    </w:p>
    <w:p>
      <w:r>
        <w:rPr>
          <w:b/>
        </w:rPr>
        <w:t xml:space="preserve">[16:09] </w:t>
      </w:r>
      <w:r>
        <w:t>jab chidiya bolti hain to kaisa anokha, kaisa anokha woh hai, us ka woh geet nikalta hai us ki awaz se.</w:t>
      </w:r>
    </w:p>
    <w:p>
      <w:pPr>
        <w:jc w:val="right"/>
      </w:pPr>
      <w:r>
        <w:t>جب چڑیاں بولتی ہیں تو کیسا انوکھا، کیسا انوکھا وہ ہے، اس کا وہ گیت نکلتا ہے اس کی آواز سے۔</w:t>
      </w:r>
    </w:p>
    <w:p>
      <w:r>
        <w:rPr>
          <w:b/>
        </w:rPr>
        <w:t xml:space="preserve">[16:21] </w:t>
      </w:r>
      <w:r>
        <w:t>aur super music hoti hai woh. jitne music insan ne banaye hain us ke muqable mein chidiya ki chirping super music ki hesiyat rakhti hai.</w:t>
      </w:r>
    </w:p>
    <w:p>
      <w:pPr>
        <w:jc w:val="right"/>
      </w:pPr>
      <w:r>
        <w:t>اور سپر میوزک ہوتی ہے وہ۔ جتنے میوزک انسان نے بنائے ہیں اس کے مقابلے میں چڑیا کی چرپنگ سپر میوزک کی حیثیت رکھتی ہے۔</w:t>
      </w:r>
    </w:p>
    <w:p>
      <w:r>
        <w:rPr>
          <w:b/>
        </w:rPr>
        <w:t xml:space="preserve">[16:33] </w:t>
      </w:r>
      <w:r>
        <w:t>ab aap agar third class ki music jo insan ne banaye hain, man made music jo hai, usi mein jee rahe hon to super music jo us mein hai, us duniya mein hai, us se aap mahroom raheinge.</w:t>
      </w:r>
    </w:p>
    <w:p>
      <w:pPr>
        <w:jc w:val="right"/>
      </w:pPr>
      <w:r>
        <w:t>اب آپ اگر تھرڈ کلاس کی میوزک جو انسان نے بنائے ہیں، مین میڈ میوزک جو ہے، اسی میں جی رہے ہوں تو سپر میوزک جو اس میں ہے، اس دنیا میں ہے، اس سے آپ محروم رہیں گے۔</w:t>
      </w:r>
    </w:p>
    <w:p>
      <w:r>
        <w:rPr>
          <w:b/>
        </w:rPr>
        <w:t xml:space="preserve">[16:45] </w:t>
      </w:r>
      <w:r>
        <w:t>main ne ek martaba dekha, ek park mein main gaya tha to wahan par bohat hi beautiful chidiya thi. aur bohat hi ajeeb awazein nikalti thi woh.</w:t>
      </w:r>
    </w:p>
    <w:p>
      <w:pPr>
        <w:jc w:val="right"/>
      </w:pPr>
      <w:r>
        <w:t>میں نے ایک مرتبہ دیکھا، ایک پارک میں میں گیا تھا تو وہاں پر بہت ہی بیوٹی فل چڑیاں تھیں۔ اور بہت ہی عجیب آوازیں نکالتی تھیں وہ۔</w:t>
      </w:r>
    </w:p>
    <w:p>
      <w:r>
        <w:rPr>
          <w:b/>
        </w:rPr>
        <w:t xml:space="preserve">[16:57] </w:t>
      </w:r>
      <w:r>
        <w:t>lekin ek aadmi kya tha, woh apne kaan mein dale hue tha, woh walkman,</w:t>
      </w:r>
    </w:p>
    <w:p>
      <w:pPr>
        <w:jc w:val="right"/>
      </w:pPr>
      <w:r>
        <w:t>لیکن ایک آدمی کیا تھا، وہ اپنے کان میں ڈالے ہوئے تھا، وہ واک مین،</w:t>
      </w:r>
    </w:p>
    <w:p>
      <w:r>
        <w:rPr>
          <w:b/>
        </w:rPr>
        <w:t xml:space="preserve">[17:01] </w:t>
      </w:r>
      <w:r>
        <w:t>walkman liye hue, aur kaan mein woh dale hue, bechara woh sun nahi raha tha us ko. main ne socha ke kaisa adhi aadmi hai yeh. itne beautiful geet nashr ho rahe hain kainat mein, chidiyon ki chirping hai woh.</w:t>
      </w:r>
    </w:p>
    <w:p>
      <w:pPr>
        <w:jc w:val="right"/>
      </w:pPr>
      <w:r>
        <w:t>واک مین لیے ہوئے، اور کان میں وہ ڈالے ہوئے، بیچارہ وہ سن نہیں رہا تھا اس کو۔ میں نے سوچا کہ کیسا ادھی آدمی ہے یہ۔ اتنے بیوٹی فل گیت نشر ہو رہے ہیں کائنات میں، چڑیوں کی چرپنگ ہے وہ۔</w:t>
      </w:r>
    </w:p>
    <w:p>
      <w:r>
        <w:rPr>
          <w:b/>
        </w:rPr>
        <w:t xml:space="preserve">[17:15] </w:t>
      </w:r>
      <w:r>
        <w:t>itna acha lagta tha woh. ek universal music. us se mahroom hai aur kaan mein daal kar ke jhooti music sun raha hai woh.</w:t>
      </w:r>
    </w:p>
    <w:p>
      <w:pPr>
        <w:jc w:val="right"/>
      </w:pPr>
      <w:r>
        <w:t>اتنا اچھا لگتا تھا وہ۔ ایک یونیورسل میوزک۔ اس سے محروم ہے اور کان میں ڈال کر کے جھوٹی میوزک سن رہا ہے وہ۔</w:t>
      </w:r>
    </w:p>
    <w:p>
      <w:r>
        <w:rPr>
          <w:b/>
        </w:rPr>
        <w:t xml:space="preserve">[17:27] </w:t>
      </w:r>
      <w:r>
        <w:t>to duniya mein jo khuda ne jo opportunities rakhi hain, us ko avail karne ke liye aap ke andar ek thinking develop hona chahiye, bohat oonchi thinking.</w:t>
      </w:r>
    </w:p>
    <w:p>
      <w:pPr>
        <w:jc w:val="right"/>
      </w:pPr>
      <w:r>
        <w:t>تو دنیا میں جو خدا نے جو اپرچونیٹیز رکھی ہیں، اس کو اویل کرنے کے لیے آپ کے اندر ایک تھنکنگ ڈیولپ ہونا چاہیے، بہت اونچی تھنکنگ۔</w:t>
      </w:r>
    </w:p>
    <w:p>
      <w:r>
        <w:rPr>
          <w:b/>
        </w:rPr>
        <w:t xml:space="preserve">[17:41] </w:t>
      </w:r>
      <w:r>
        <w:t>ab dekhein ke nature mein kitni beauty hai. aap kahin khare ho jaiye, kisi peed ke samne, kisi behti hui darya ke samne, khule aasman ko dekhiye.</w:t>
      </w:r>
    </w:p>
    <w:p>
      <w:pPr>
        <w:jc w:val="right"/>
      </w:pPr>
      <w:r>
        <w:t>اب دیکھیں کہ نیچر میں کتنی بیوٹی ہے۔ آپ کہیں کھڑے ہو جائیے، کسی پیڑ کے سامنے، کسی بہتی ہوئی دریا کے سامنے، کھلے آسمان کو دیکھیے۔</w:t>
      </w:r>
    </w:p>
    <w:p>
      <w:r>
        <w:rPr>
          <w:b/>
        </w:rPr>
        <w:t xml:space="preserve">[17:52] </w:t>
      </w:r>
      <w:r>
        <w:t>nature se zyada beautiful kya hai?</w:t>
      </w:r>
    </w:p>
    <w:p>
      <w:pPr>
        <w:jc w:val="right"/>
      </w:pPr>
      <w:r>
        <w:t>نیچر سے زیادہ بیوٹی فل کیا ہے؟</w:t>
      </w:r>
    </w:p>
    <w:p>
      <w:r>
        <w:rPr>
          <w:b/>
        </w:rPr>
        <w:t xml:space="preserve">[17:56] </w:t>
      </w:r>
      <w:r>
        <w:t>lekin aap kya karte hain? kamre band ho kar TV dekh rahe hain. is TV se billion time zyada beautiful hai yeh nature.</w:t>
      </w:r>
    </w:p>
    <w:p>
      <w:pPr>
        <w:jc w:val="right"/>
      </w:pPr>
      <w:r>
        <w:t>لیکن آپ کیا کرتے ہیں؟ کمرے بند ہو کر ٹی وی دیکھ رہے ہیں۔ اس ٹی وی سے بلین ٹائم زیادہ بیوٹی فل ہے یہ نیچر۔</w:t>
      </w:r>
    </w:p>
    <w:p>
      <w:r>
        <w:rPr>
          <w:b/>
        </w:rPr>
        <w:t xml:space="preserve">[18:06] </w:t>
      </w:r>
      <w:r>
        <w:t>main jab kisi ko dekhta hoon ke kamra band kar ke woh TV dekh raha hai to yaqeen kijiye ke mujhe us par taras aata hai.</w:t>
      </w:r>
    </w:p>
    <w:p>
      <w:pPr>
        <w:jc w:val="right"/>
      </w:pPr>
      <w:r>
        <w:t>میں جب کسی کو دیکھتا ہوں کہ کمرہ بند کر کے وہ ٹی وی دیکھ رہا ہے تو یقین کیجیے کہ مجھے اس پر ترس آتا ہے۔</w:t>
      </w:r>
    </w:p>
    <w:p>
      <w:r>
        <w:rPr>
          <w:b/>
        </w:rPr>
        <w:t xml:space="preserve">[18:14] </w:t>
      </w:r>
      <w:r>
        <w:t>ke universal beauty dekhne se bechara, yani unable ho raha hai. aur ek bohat hi ghatiya darje ki ki jo scene hai,</w:t>
      </w:r>
    </w:p>
    <w:p>
      <w:pPr>
        <w:jc w:val="right"/>
      </w:pPr>
      <w:r>
        <w:t>کہ یونیورسل بیوٹی دیکھنے سے بیچارہ، یعنی ان ایبل ہو رہا ہے۔ اور ایک بہت ہی گھٹیا درجے کی کی جو سین ہے،</w:t>
      </w:r>
    </w:p>
    <w:p>
      <w:r>
        <w:rPr>
          <w:b/>
        </w:rPr>
        <w:t xml:space="preserve">[18:28] </w:t>
      </w:r>
      <w:r>
        <w:t>yani misaal ke taur par us mein film aati hai. yani film kya hai? banawati character.</w:t>
      </w:r>
    </w:p>
    <w:p>
      <w:pPr>
        <w:jc w:val="right"/>
      </w:pPr>
      <w:r>
        <w:t>یعنی مثال کے طور پر اس میں فلم آتی ہے۔ یعنی فلم کیا ہے؟ بناوٹی کریکٹر۔</w:t>
      </w:r>
    </w:p>
    <w:p>
      <w:r>
        <w:rPr>
          <w:b/>
        </w:rPr>
        <w:t xml:space="preserve">[18:36] </w:t>
      </w:r>
      <w:r>
        <w:t>main ek martaba pehle jab chota tha, naujawani ki umar mein to tab itna TV nahi hota tha, woh film nahi hoti thi, tab theatre hota tha.</w:t>
      </w:r>
    </w:p>
    <w:p>
      <w:pPr>
        <w:jc w:val="right"/>
      </w:pPr>
      <w:r>
        <w:t>میں ایک مرتبہ پہلے جب چھوٹا تھا، نوجوانی کی عمر میں تو تب اتنا ٹی وی نہیں ہوتا تھا، وہ فلم نہیں ہوتی تھی، تب تھیٹر ہوتا تھا۔</w:t>
      </w:r>
    </w:p>
    <w:p>
      <w:r>
        <w:rPr>
          <w:b/>
        </w:rPr>
        <w:t xml:space="preserve">[18:47] </w:t>
      </w:r>
      <w:r>
        <w:t>to main ek, mujh ko kuch le gaye, kuch log ek jagah. to stage bana hua tha, wahan kuch logon ko kuch character karna tha un ko.</w:t>
      </w:r>
    </w:p>
    <w:p>
      <w:pPr>
        <w:jc w:val="right"/>
      </w:pPr>
      <w:r>
        <w:t>تو میں ایک، مجھ کو کچھ لے گئے، کچھ لوگ ایک جگہ۔ تو اسٹیج بنا ہوا تھا، وہاں کچھ لوگوں کو کچھ کریکٹر کرنا تھا ان کو۔</w:t>
      </w:r>
    </w:p>
    <w:p>
      <w:r>
        <w:rPr>
          <w:b/>
        </w:rPr>
        <w:t xml:space="preserve">[18:57] </w:t>
      </w:r>
      <w:r>
        <w:t>to main ne dekha ke is stage ke bahar kuch log baithe hue hain, jo jab time un ka aata hai to wahan aate hain.</w:t>
      </w:r>
    </w:p>
    <w:p>
      <w:pPr>
        <w:jc w:val="right"/>
      </w:pPr>
      <w:r>
        <w:t>تو میں نے دیکھا کہ اس اسٹیج کے باہر کچھ لوگ بیٹھے ہوئے ہیں، جو جب ٹائم ان کا آتا ہے تو وہاں آتے ہیں۔</w:t>
      </w:r>
    </w:p>
    <w:p>
      <w:r>
        <w:rPr>
          <w:b/>
        </w:rPr>
        <w:t xml:space="preserve">[19:06] </w:t>
      </w:r>
      <w:r>
        <w:t>to ek aadmi main ne dekha ke bahar baithe aapas mein hans raha tha, aapas mein batein kar raha tha, hansi hansi wali, hansi wali batein kar raha tha woh.</w:t>
      </w:r>
    </w:p>
    <w:p>
      <w:pPr>
        <w:jc w:val="right"/>
      </w:pPr>
      <w:r>
        <w:t>تو ایک آدمی میں نے دیکھا کہ باہر بیٹھے آپس میں ہنس رہا تھا، آپس میں باتیں کر رہا تھا، ہنسی ہنسی والی، ہنسی والی باتیں کر رہا تھا وہ۔</w:t>
      </w:r>
    </w:p>
    <w:p>
      <w:r>
        <w:rPr>
          <w:b/>
        </w:rPr>
        <w:t xml:space="preserve">[19:17] </w:t>
      </w:r>
      <w:r>
        <w:t>aur jab woh us waqt aaya to rone ki, rone ka role karna tha us ko, to rone laga woh. usi din mujhe nafrat ho gayi ke yeh yeh banawati character jo hai, hota hai kuch aadmi aur dikhata hai kuch.</w:t>
      </w:r>
    </w:p>
    <w:p>
      <w:pPr>
        <w:jc w:val="right"/>
      </w:pPr>
      <w:r>
        <w:t>اور جب وہ اس وقت آیا تو رونے کی، رونے کا رول کرنا تھا اس کو، تو رونے لگا وہ۔ اسی دن مجھے نفرت ہو گئی کہ یہ یہ بناوٹی کریکٹر جو ہے، ہوتا ہے کچھ آدمی اور دکھاتا ہے کچھ۔</w:t>
      </w:r>
    </w:p>
    <w:p>
      <w:r>
        <w:rPr>
          <w:b/>
        </w:rPr>
        <w:t xml:space="preserve">[19:34] </w:t>
      </w:r>
      <w:r>
        <w:t>aise hi main abhi haal ki baat hai, bombay gaya to wahan ek dubbing hoti hai. aap log jante honge dubbing ka term. to ek bohat bara studio tha, wahan mujhe le gaye log ke dekhiye yahan par.</w:t>
      </w:r>
    </w:p>
    <w:p>
      <w:pPr>
        <w:jc w:val="right"/>
      </w:pPr>
      <w:r>
        <w:t>ایسے ہی میں ابھی حال کی بات ہے، بمبے گیا تو وہاں ایک ڈبنگ ہوتی ہے۔ آپ لوگ جانتے ہوں گے ڈبنگ کا ٹرم۔ تو ایک بہت بڑا اسٹیڈیو تھا، وہاں مجھے لے گئے لوگ کہ دیکھیے یہاں پر۔</w:t>
      </w:r>
    </w:p>
    <w:p>
      <w:r>
        <w:rPr>
          <w:b/>
        </w:rPr>
        <w:t xml:space="preserve">[19:46] </w:t>
      </w:r>
      <w:r>
        <w:t>to wahan pe kya tha ke dubbing kehte hain jo koi part jo hai us ko repeat karne ke liye bolta hai character, woh woh jo hai.</w:t>
      </w:r>
    </w:p>
    <w:p>
      <w:pPr>
        <w:jc w:val="right"/>
      </w:pPr>
      <w:r>
        <w:t>تو وہاں پہ کیا تھا کہ ڈبنگ کہتے ہیں جو کوئی پارٹ جو ہے اس کو ریپیٹ کرنے کے لیے بولتا ہے کریکٹر، وہ وہ جو ہے۔</w:t>
      </w:r>
    </w:p>
    <w:p>
      <w:r>
        <w:rPr>
          <w:b/>
        </w:rPr>
        <w:t xml:space="preserve">[19:57] </w:t>
      </w:r>
      <w:r>
        <w:t>to mein ne dekha ke woh dikhaya ja raha hai</w:t>
      </w:r>
    </w:p>
    <w:p>
      <w:pPr>
        <w:jc w:val="right"/>
      </w:pPr>
      <w:r>
        <w:t>تو میں نے دیکھا کہ وہ دکھایا جا رہا ہے</w:t>
      </w:r>
    </w:p>
    <w:p>
      <w:r>
        <w:rPr>
          <w:b/>
        </w:rPr>
        <w:t xml:space="preserve">[20:00] </w:t>
      </w:r>
      <w:r>
        <w:t>seen. ab woh woh jab aaya jahan kisi ko wahan dub karna tha to woh jo aadmi tha woh bahar baitha hua tha, ab wahan chai pi raha tha, khoob hansi hansi kar raha tha.</w:t>
      </w:r>
    </w:p>
    <w:p>
      <w:pPr>
        <w:jc w:val="right"/>
      </w:pPr>
      <w:r>
        <w:t>سین۔ اب وہ وہ جب آیا جہاں کسی کو وہاں ڈب کرنا تھا تو وہ جو آدمی تھا وہ باہر بیٹھا ہوا تھا، اب وہاں چائے پی رہا تھا، خوب ہنسی ہنسی کر رہا تھا۔</w:t>
      </w:r>
    </w:p>
    <w:p>
      <w:r>
        <w:rPr>
          <w:b/>
        </w:rPr>
        <w:t xml:space="preserve">[20:11] </w:t>
      </w:r>
      <w:r>
        <w:t>ab yahan aa kar ke is ko ghussa dikhana tha, is ko bare zor se ghusse mein. to abhi woh chai par woh bilkul normal tareeqay se baitha hua tha aur hansi ki baatein kar raha tha, yahan aa kar ghussa dikhane laga woh.</w:t>
      </w:r>
    </w:p>
    <w:p>
      <w:pPr>
        <w:jc w:val="right"/>
      </w:pPr>
      <w:r>
        <w:t>اب یہاں آ کر کے اس کو غصہ دکھانا تھا، اس کو بڑے زور سے غصے میں۔ تو ابھی وہ چائے پر وہ بالکل نارمل طریقے سے بیٹھا ہوا تھا اور ہنسی کی باتیں کر رہا تھا، یہاں آ کر غصہ دکھانے لگا وہ۔</w:t>
      </w:r>
    </w:p>
    <w:p>
      <w:r>
        <w:rPr>
          <w:b/>
        </w:rPr>
        <w:t xml:space="preserve">[20:24] </w:t>
      </w:r>
      <w:r>
        <w:t>to yeh sab manazir dekh kar ke mujhe yaqeen kijiye ab heat aata hai, yani film dekhnay se ya ya tv mein jo atay hain yeh sab cheezein dekhnay se.</w:t>
      </w:r>
    </w:p>
    <w:p>
      <w:pPr>
        <w:jc w:val="right"/>
      </w:pPr>
      <w:r>
        <w:t>تو یہ سب مناظر دیکھ کر کے مجھے یقین کیجیے اب ہیٹ آتا ہے، یعنی فلم دیکھنے سے یا یا ٹی وی میں جو آتے ہیں یہ سب چیزیں دیکھنے سے۔</w:t>
      </w:r>
    </w:p>
    <w:p>
      <w:r>
        <w:rPr>
          <w:b/>
        </w:rPr>
        <w:t xml:space="preserve">[20:34] </w:t>
      </w:r>
      <w:r>
        <w:t>mein nature mein dekhta hoon, nature ki beauty, nature ke music, yani kya kuch nature mein hai, is se mein inspire hota rehta hoon.</w:t>
      </w:r>
    </w:p>
    <w:p>
      <w:pPr>
        <w:jc w:val="right"/>
      </w:pPr>
      <w:r>
        <w:t>میں نیچر میں دیکھتا ہوں، نیچر کی بیوٹی، نیچر کے میوزک، یعنی کیا کچھ نیچر میں ہے، اس سے میں انسپائر ہوتا رہتا ہوں۔</w:t>
      </w:r>
    </w:p>
    <w:p>
      <w:r>
        <w:rPr>
          <w:b/>
        </w:rPr>
        <w:t xml:space="preserve">[20:46] </w:t>
      </w:r>
      <w:r>
        <w:t>to mein samajhta hoon ke yeh jo is ne kaha ke "high wonderful day" to agar woh apnay aap mein jiye, jiye aadmi to wonderful nahi hoga woh day uska.</w:t>
      </w:r>
    </w:p>
    <w:p>
      <w:pPr>
        <w:jc w:val="right"/>
      </w:pPr>
      <w:r>
        <w:t>تو میں سمجھتا ہوں کہ یہ جو اس نے کہا کہ "ہائی و ونڈرفل ڈے" تو اگر وہ اپنے آپ میں جیے، جیے آدمی تو ونڈرفل نہیں ہوگا وہ ڈے اس کا۔</w:t>
      </w:r>
    </w:p>
    <w:p>
      <w:r>
        <w:rPr>
          <w:b/>
        </w:rPr>
        <w:t xml:space="preserve">[21:00] </w:t>
      </w:r>
      <w:r>
        <w:t>agar woh jiye ga nature mein to waqeatan phir is ka day wonderful day ban jaye ga.</w:t>
      </w:r>
    </w:p>
    <w:p>
      <w:pPr>
        <w:jc w:val="right"/>
      </w:pPr>
      <w:r>
        <w:t>اگر وہ جیے گا نیچر میں تو واقعتا پھر اس کا ڈے ونڈرفل ڈے بن جائے گا۔</w:t>
      </w:r>
    </w:p>
    <w:p>
      <w:r>
        <w:rPr>
          <w:b/>
        </w:rPr>
        <w:t xml:space="preserve">[21:11] </w:t>
      </w:r>
      <w:r>
        <w:t>ab dekhein kal mein aik sahib se baat kar raha tha, isi tarah ki baat kar raha tha mein. to mein ne kaha ke nature mein sochna kitni bari cheez hai.</w:t>
      </w:r>
    </w:p>
    <w:p>
      <w:pPr>
        <w:jc w:val="right"/>
      </w:pPr>
      <w:r>
        <w:t>اب دیکھیں کل میں ایک صاحب سے بات کر رہا تھا، اسی طرح کی بات کر رہا تھا میں۔ تو میں نے کہا کہ نیچر میں سوچنا کتنی بڑی چیز ہے۔</w:t>
      </w:r>
    </w:p>
    <w:p>
      <w:r>
        <w:rPr>
          <w:b/>
        </w:rPr>
        <w:t xml:space="preserve">[21:23] </w:t>
      </w:r>
      <w:r>
        <w:t>to mein ne kaha ke dekhein yeh earth planet earth hai jis par hum rehtay hain, yeh is ke andar aik aik aik exception hai. itni bari universe hai, itni bari universe hai ke aap is ko naap nahi saktay.</w:t>
      </w:r>
    </w:p>
    <w:p>
      <w:pPr>
        <w:jc w:val="right"/>
      </w:pPr>
      <w:r>
        <w:t>تو میں نے کہا کہ دیکھیں یہ ارتھ پلینٹ ارتھ ہے جس پر ہم رہتے ہیں، یہ اس کے اندر ایک ایک ایکسیپشن ہے۔ اتنی بڑی یونیورس ہے، اتنی بڑی یونیورس ہے کہ آپ اس کو ناپ نہیں سکتے۔</w:t>
      </w:r>
    </w:p>
    <w:p>
      <w:r>
        <w:rPr>
          <w:b/>
        </w:rPr>
        <w:t xml:space="preserve">[21:38] </w:t>
      </w:r>
      <w:r>
        <w:t>koi bare se bara hawai jahaz hazaron saal tak chalta rahe, tab bhi woh is ka charon taraf se, yani is ka safar poora nahi ho sakta.</w:t>
      </w:r>
    </w:p>
    <w:p>
      <w:pPr>
        <w:jc w:val="right"/>
      </w:pPr>
      <w:r>
        <w:t>کوئی بڑے سے بڑا ہوائی جہاز ہزاروں سال تک چلتا رہے، تب بھی وہ اس کو چاروں طرف سے، یعنی اس کا سفر پورا نہیں ہو سکتا۔</w:t>
      </w:r>
    </w:p>
    <w:p>
      <w:r>
        <w:rPr>
          <w:b/>
        </w:rPr>
        <w:t xml:space="preserve">[21:47] </w:t>
      </w:r>
      <w:r>
        <w:t>kyun ke aap jantay hain ke universe expand kar rahi hai. to har 144 years mein is ka distance double ho jata hai, yani itni bari aaj hai to 144 years itni bari ho jaye gi.</w:t>
      </w:r>
    </w:p>
    <w:p>
      <w:pPr>
        <w:jc w:val="right"/>
      </w:pPr>
      <w:r>
        <w:t>کیونکہ آپ جانتے ہیں کہ یونیورس ایکسپینڈ کر رہی ہے۔ تو ہر 144 ایئرز میں اس کا ڈسٹنس ڈبل ہو جاتا ہے، یعنی اتنی بڑی آج ہے تو 144 ایئرز اتنی بڑی ہو جائے گی۔</w:t>
      </w:r>
    </w:p>
    <w:p>
      <w:r>
        <w:rPr>
          <w:b/>
        </w:rPr>
        <w:t xml:space="preserve">[22:01] </w:t>
      </w:r>
      <w:r>
        <w:t>to jo jahaz hamara daur raha hai is ke is mein to kaise pohanchay ga woh</w:t>
      </w:r>
    </w:p>
    <w:p>
      <w:pPr>
        <w:jc w:val="right"/>
      </w:pPr>
      <w:r>
        <w:t>تو جو جہاز ہمارا دوڑ رہا ہے اس کے اس میں تو کیسے پہنچے گا وہ</w:t>
      </w:r>
    </w:p>
    <w:p>
      <w:r>
        <w:rPr>
          <w:b/>
        </w:rPr>
        <w:t xml:space="preserve">[22:06] </w:t>
      </w:r>
      <w:r>
        <w:t>? kyun ke woh to universe to expand kar rahi hai. 144 years mein double ho jata hai is ka sara distance.</w:t>
      </w:r>
    </w:p>
    <w:p>
      <w:pPr>
        <w:jc w:val="right"/>
      </w:pPr>
      <w:r>
        <w:t>؟ کیونکہ وہ تو یونیورس تو ایکسپینڈ کر رہی ہے۔ 144 ایئرز میں ڈبل ہو جاتا ہے اس کا سارا ڈسٹنس۔</w:t>
      </w:r>
    </w:p>
    <w:p>
      <w:r>
        <w:rPr>
          <w:b/>
        </w:rPr>
        <w:t xml:space="preserve">[22:14] </w:t>
      </w:r>
      <w:r>
        <w:t>to kabhi bhi hum is ko cover nahi kar payein gay. to mein ne kaha ke dekhiye itni bari universe hai aur is mein zameen bohat hi choti hai.</w:t>
      </w:r>
    </w:p>
    <w:p>
      <w:pPr>
        <w:jc w:val="right"/>
      </w:pPr>
      <w:r>
        <w:t>تو کبھی بھی ہم اس کو کور نہیں کر پائیں گے۔ تو میں نے کہا کہ دیکھیے اتنی بڑی یونیورس ہے اور اس میں زمین بہت ہی چھوٹی ہے۔</w:t>
      </w:r>
    </w:p>
    <w:p>
      <w:r>
        <w:rPr>
          <w:b/>
        </w:rPr>
        <w:t xml:space="preserve">[22:25] </w:t>
      </w:r>
      <w:r>
        <w:t>yani aik zarray ko, aik aur aik aik cent particle ko aap das lakh hissay banaye to "as compared to the universe" woh aik aik hissa is ke barabar hoga.</w:t>
      </w:r>
    </w:p>
    <w:p>
      <w:pPr>
        <w:jc w:val="right"/>
      </w:pPr>
      <w:r>
        <w:t>یعنی ایک ذرے کو، ایک اور ایک ایک سینٹ پارٹیکل کو آپ دس لاکھ حصہ بنائیں تو "ایز کمپیر ٹو دی یونیورس" وہ ایک ایک حصہ اس کے برابر ہوگا۔</w:t>
      </w:r>
    </w:p>
    <w:p>
      <w:r>
        <w:rPr>
          <w:b/>
        </w:rPr>
        <w:t xml:space="preserve">[22:42] </w:t>
      </w:r>
      <w:r>
        <w:t>lekin is choti zameen mein aik aik anokhi cheez hai jo poore universe mein kahin nahi hai. woh kya hai? axis par rotate karna.</w:t>
      </w:r>
    </w:p>
    <w:p>
      <w:pPr>
        <w:jc w:val="right"/>
      </w:pPr>
      <w:r>
        <w:t>لیکن اس چھوٹی زمین میں ایک ایک انوکھی چیز ہے جو پورے یونیورس میں کہیں نہیں ہے۔ وہ کیا ہے؟ ایکسز پر روٹیٹ کرنا۔</w:t>
      </w:r>
    </w:p>
    <w:p>
      <w:r>
        <w:rPr>
          <w:b/>
        </w:rPr>
        <w:t xml:space="preserve">[22:53] </w:t>
      </w:r>
      <w:r>
        <w:t>sare planet orbit par rotate kar rahay hain, sare stars orbit par rotate kar rahay hain. lekin zameen jo hai is ka double rotation hai, yani orbit par, orbit ka matlab hota hai suraj ke charon taraf aur axis par, yani khud apnay oopar.</w:t>
      </w:r>
    </w:p>
    <w:p>
      <w:pPr>
        <w:jc w:val="right"/>
      </w:pPr>
      <w:r>
        <w:t>سارے پلینٹ اربٹ پر روٹیٹ کر رہے ہیں، سارے اسٹارز اربٹ پر روٹیٹ کر رہے ہیں۔ لیکن زمین جو ہے اس کا ڈبل روٹیشن ہے، یعنی اربٹ پر، اربٹ کا مطلب ہوتا ہے سورج کے چاروں طرف اور ایکسز پر، یعنی خود اپنے اوپر۔</w:t>
      </w:r>
    </w:p>
    <w:p>
      <w:r>
        <w:rPr>
          <w:b/>
        </w:rPr>
        <w:t xml:space="preserve">[23:12] </w:t>
      </w:r>
      <w:r>
        <w:t>axis par rotate karna yeh zameen ki aik aik exceptional quality hai.</w:t>
      </w:r>
    </w:p>
    <w:p>
      <w:pPr>
        <w:jc w:val="right"/>
      </w:pPr>
      <w:r>
        <w:t>ایکسز پر روٹیٹ کرنا یہ زمین کی ایک ایکسیپشنل کوالٹی ہے۔</w:t>
      </w:r>
    </w:p>
    <w:p>
      <w:r>
        <w:rPr>
          <w:b/>
        </w:rPr>
        <w:t xml:space="preserve">[23:19] </w:t>
      </w:r>
      <w:r>
        <w:t>yeh na ho to duniya mein raat aur din na aaye. raat aur din jo atay hain barabar, woh isi liye atay hain. kyun ke chand par aap jantay hain ke chand mein hamesha aik taraf roshni, aik taraf andhera.</w:t>
      </w:r>
    </w:p>
    <w:p>
      <w:pPr>
        <w:jc w:val="right"/>
      </w:pPr>
      <w:r>
        <w:t>یہ نہ ہو تو دنیا میں رات اور دن نہ آئے۔ رات اور دن جو آتے ہیں برابر، وہ اسی لیے آتے ہیں۔ کیونکہ چاند پر آپ جانتے ہیں کہ چاند میں ہمیشہ ایک طرف روشنی، ایک طرف اندھیرا۔</w:t>
      </w:r>
    </w:p>
    <w:p>
      <w:r>
        <w:rPr>
          <w:b/>
        </w:rPr>
        <w:t xml:space="preserve">[23:32] </w:t>
      </w:r>
      <w:r>
        <w:t>kyun ke is mein axis pe rotate karnay ki baat nahi hai. to mein ne kaha ke yeh dekhiye, agar aap sochain, woh sahib jo thay woh khuda ko mantay nahi thay.</w:t>
      </w:r>
    </w:p>
    <w:p>
      <w:pPr>
        <w:jc w:val="right"/>
      </w:pPr>
      <w:r>
        <w:t>کیونکہ اس میں ایکسز پہ روٹیٹ کرنے کی بات نہیں ہے۔ تو میں نے کہا کہ یہ دیکھیے، اگر آپ سوچیں، وہ صاحب جو تھے وہ خدا کو مانتے نہیں تھے۔</w:t>
      </w:r>
    </w:p>
    <w:p>
      <w:r>
        <w:rPr>
          <w:b/>
        </w:rPr>
        <w:t xml:space="preserve">[23:44] </w:t>
      </w:r>
      <w:r>
        <w:t>to mein ne kaha ke dekhiye itni bari universe mein aik sirf aik planet earth ka ke andar yeh baat paya jana jo apnay mehwar par, apnay axis par rotate karti hai, yeh aik direct intervention ko batata hai.</w:t>
      </w:r>
    </w:p>
    <w:p>
      <w:pPr>
        <w:jc w:val="right"/>
      </w:pPr>
      <w:r>
        <w:t>تو میں نے کہا کہ دیکھیے اتنی بڑی یونیورس میں ایک صرف ایک پلینٹ ارتھ کا کے اندر یہ بات پایا جانا جو اپنے محور پر، اپنے ایکسز پر روٹیٹ کرتی ہے، یہ ایک ڈائریکٹ انٹرویوشن کو بتاتا ہے۔</w:t>
      </w:r>
    </w:p>
    <w:p>
      <w:r>
        <w:rPr>
          <w:b/>
        </w:rPr>
        <w:t xml:space="preserve">[24:03] </w:t>
      </w:r>
      <w:r>
        <w:t>baghair intervention ke, yani "where there is exception, there is intervention".</w:t>
      </w:r>
    </w:p>
    <w:p>
      <w:pPr>
        <w:jc w:val="right"/>
      </w:pPr>
      <w:r>
        <w:t>بغیر انٹرویوشن کے، یعنی "ویئر دیر از ایکسیپشن، دیر از انٹرویوشن"۔</w:t>
      </w:r>
    </w:p>
    <w:p>
      <w:r>
        <w:rPr>
          <w:b/>
        </w:rPr>
        <w:t xml:space="preserve">[24:09] </w:t>
      </w:r>
      <w:r>
        <w:t>jab bhi koi, mislan yeh hamara kamra hai, suppose yahan par panch kursiyan hain, agli baar koi aaye to yahan chaar kursi milay, sirf hum ne kisi ne interview kiya, panch ko chaar kar diya.</w:t>
      </w:r>
    </w:p>
    <w:p>
      <w:pPr>
        <w:jc w:val="right"/>
      </w:pPr>
      <w:r>
        <w:t>جب بھی کوئی، مثلاً یہ ہمارا کمرہ ہے، سپوز یہاں پر پانچ کرسیاں ہیں، اگلی بار کوئی آئے تو یہاں چار کرسی ملے، صرف ہم نے کسی نے انٹرویو کیا، پانچ کو چار کر دیا۔</w:t>
      </w:r>
    </w:p>
    <w:p>
      <w:r>
        <w:rPr>
          <w:b/>
        </w:rPr>
        <w:t xml:space="preserve">[24:23] </w:t>
      </w:r>
      <w:r>
        <w:t>jab bhi kahin exception ho to samajh lijiye ke wahan intervention hai. jab intervention hai to is ka matlab hai kisi ne interview kiya, kisi kisi ne interview kar ke wahan ke is ko badal diya.</w:t>
      </w:r>
    </w:p>
    <w:p>
      <w:pPr>
        <w:jc w:val="right"/>
      </w:pPr>
      <w:r>
        <w:t>جب بھی کہیں ایکسیپشن ہو تو سمجھ لیجیے کہ وہاں انٹرویوشن ہے۔ جب انٹرویوشن ہے تو اس کا مطلب ہے کسی نے انٹرویو کیا، کسی کسی نے انٹرویو کر کے وہاں کے اس کو بدل دیا۔</w:t>
      </w:r>
    </w:p>
    <w:p>
      <w:r>
        <w:rPr>
          <w:b/>
        </w:rPr>
        <w:t xml:space="preserve">[24:36] </w:t>
      </w:r>
      <w:r>
        <w:t>inhi baaton ko dekh kar Einstein ne, jo bohat bara scientist tha, us ne kaha tha ke "I believe that there is a reality outside of us."</w:t>
      </w:r>
    </w:p>
    <w:p>
      <w:pPr>
        <w:jc w:val="right"/>
      </w:pPr>
      <w:r>
        <w:t>انہی باتوں کو دیکھ کر آئنسٹین نے، جو بہت بڑا سائنٹسٹ تھا، اس نے کہا تھا کہ "آئی بیلیو دیٹ دیر از ا ریلیٹی آؤٹ سائیڈ آف اس۔</w:t>
      </w:r>
    </w:p>
    <w:p>
      <w:r>
        <w:rPr>
          <w:b/>
        </w:rPr>
        <w:t xml:space="preserve">[24:49] </w:t>
      </w:r>
      <w:r>
        <w:t>"I believe that there is a reality outside of us." Yaani aise waqiaat is ko nazar aaye universe mein ke is ko maanna parta tha ke hum se bahar koi cheez hai.</w:t>
      </w:r>
    </w:p>
    <w:p>
      <w:pPr>
        <w:jc w:val="right"/>
      </w:pPr>
      <w:r>
        <w:t>آئی بیلیو دیٹ دیر از ا ریلیٹی آؤٹ سائیڈ آف اس"۔ یعنی ایسے واقعات اس کو نظر آئے یونیورس میں کہ اس کو ماننا پڑتا تھا کہ ہم سے باہر کوئی چیز ہے۔</w:t>
      </w:r>
    </w:p>
    <w:p>
      <w:r>
        <w:rPr>
          <w:b/>
        </w:rPr>
        <w:t xml:space="preserve">[25:02] </w:t>
      </w:r>
      <w:r>
        <w:t>"Why this intervention? Why this exception?"</w:t>
      </w:r>
    </w:p>
    <w:p>
      <w:pPr>
        <w:jc w:val="right"/>
      </w:pPr>
      <w:r>
        <w:t>بٹ ان "وائی دس انٹرویوشن؟ وائی دس ایکسیپشن؟"</w:t>
      </w:r>
    </w:p>
    <w:p>
      <w:r>
        <w:rPr>
          <w:b/>
        </w:rPr>
        <w:t xml:space="preserve">[25:08] </w:t>
      </w:r>
      <w:r>
        <w:t>to itni bari universe mein sirf ek choti zameen ka is ke andar yeh sifat hona ke woh apne axis pe rotate kare, khula hua intervention ka maamla hai.</w:t>
      </w:r>
    </w:p>
    <w:p>
      <w:pPr>
        <w:jc w:val="right"/>
      </w:pPr>
      <w:r>
        <w:t>تو اتنی بڑی یونیورس میں صرف ایک چھوٹی زمین کا اس کے اندر یہ صفت ہونا کہ وہ اپنے ایکسز پہ روٹیٹ کرے، کھلا ہوا انٹرویوشن کا معاملہ ہے۔</w:t>
      </w:r>
    </w:p>
    <w:p>
      <w:r>
        <w:rPr>
          <w:b/>
        </w:rPr>
        <w:t xml:space="preserve">[25:21] </w:t>
      </w:r>
      <w:r>
        <w:t>aur jahan intarvyushan ho to is maani hai ke koi hai jis ne intarvyu kiya. to goya ke kainaat bata rahi hai ke mera ek krietar hai.</w:t>
      </w:r>
    </w:p>
    <w:p>
      <w:pPr>
        <w:jc w:val="right"/>
      </w:pPr>
      <w:r>
        <w:t>اور جہاں انٹرویوشن ہو تو اس معنی ہے کہ کوئی ہے جس نے انٹرویو کیا۔ تو گویا کہ کائنات بتا رہی ہے کہ میرا ایک کریٹر ہے۔</w:t>
      </w:r>
    </w:p>
    <w:p>
      <w:r>
        <w:rPr>
          <w:b/>
        </w:rPr>
        <w:t xml:space="preserve">[25:31] </w:t>
      </w:r>
      <w:r>
        <w:t>agar krietar na ho to intarvyu kaun karega wahan par?</w:t>
      </w:r>
    </w:p>
    <w:p>
      <w:pPr>
        <w:jc w:val="right"/>
      </w:pPr>
      <w:r>
        <w:t>اگر کریٹر نہ ہو تو انٹرویو کون کرے گا وہاں پر؟</w:t>
      </w:r>
    </w:p>
    <w:p>
      <w:r>
        <w:rPr>
          <w:b/>
        </w:rPr>
        <w:t xml:space="preserve">[25:34] </w:t>
      </w:r>
      <w:r>
        <w:t>to main ne kaha ke dekhiye, aap log sochiye to kitni bari bari baatein yahan maujood hain jis ko soch kar aap ke andar ek tharal aaye, aap ko insapreshan mile.</w:t>
      </w:r>
    </w:p>
    <w:p>
      <w:pPr>
        <w:jc w:val="right"/>
      </w:pPr>
      <w:r>
        <w:t>تو میں نے کہا کہ دیکھیے، آپ لوگ سوچیے تو کتنی بڑی بڑی باتیں یہاں موجود ہیں جس کو سوچ کر آپ کے اندر ایک تھرل آئے، آپ کو انسپیریشن ملے۔</w:t>
      </w:r>
    </w:p>
    <w:p>
      <w:r>
        <w:rPr>
          <w:b/>
        </w:rPr>
        <w:t xml:space="preserve">[25:44] </w:t>
      </w:r>
      <w:r>
        <w:t>lekin aap log kya karte hain? choti choti mein gum rehte hain.</w:t>
      </w:r>
    </w:p>
    <w:p>
      <w:pPr>
        <w:jc w:val="right"/>
      </w:pPr>
      <w:r>
        <w:t>لیکن آپ لوگ کیا کرتے ہیں؟ چھوٹی چھوٹی میں گم رہتے ہیں۔</w:t>
      </w:r>
    </w:p>
    <w:p>
      <w:r>
        <w:rPr>
          <w:b/>
        </w:rPr>
        <w:t xml:space="preserve">[25:48] </w:t>
      </w:r>
      <w:r>
        <w:t>koi woh kaan mein woh laga kar ke myuzik sun raha hai, koi tivi mein mashgool hai, aur koi hai aaine mein apni biuti ko dekh raha hai, koi kuch kar raha hai, koi koi inda.</w:t>
      </w:r>
    </w:p>
    <w:p>
      <w:pPr>
        <w:jc w:val="right"/>
      </w:pPr>
      <w:r>
        <w:t>کوئی وہ کان میں وہ لگا کر کے میوزک سن رہا ہے، کوئی ٹی وی میں مشغول ہے، اور کوئی ہے آئینے میں اپنی بیوٹی کو دیکھ رہا ہے، کوئی کچھ کر رہا ہے، کوئی کوئی انڈا۔</w:t>
      </w:r>
    </w:p>
    <w:p>
      <w:r>
        <w:rPr>
          <w:b/>
        </w:rPr>
        <w:t xml:space="preserve">[26:02] </w:t>
      </w:r>
      <w:r>
        <w:t>ek saahib ko main ne dekha jo mere jaanane wale the, isi dili ki baat hai, ittefaq se ek jagah mile woh. to pehle milte the, bohat ittefaq se bare is ke milte the.</w:t>
      </w:r>
    </w:p>
    <w:p>
      <w:pPr>
        <w:jc w:val="right"/>
      </w:pPr>
      <w:r>
        <w:t>ایک صاحب کو میں نے دیکھا جو میرے جاننے والے تھے، اسی دلی کی بات ہے، اتفاق سے ایک جگہ ملے وہ۔ تو پہلے ملتے تھے، بہت اتفاق سے بڑے اس کے ملتے تھے۔</w:t>
      </w:r>
    </w:p>
    <w:p>
      <w:r>
        <w:rPr>
          <w:b/>
        </w:rPr>
        <w:t xml:space="preserve">[26:14] </w:t>
      </w:r>
      <w:r>
        <w:t>is din mile bare thande tareeqe se.</w:t>
      </w:r>
    </w:p>
    <w:p>
      <w:pPr>
        <w:jc w:val="right"/>
      </w:pPr>
      <w:r>
        <w:t>اس دن ملے بڑے ٹھنڈے طریقے سے۔</w:t>
      </w:r>
    </w:p>
    <w:p>
      <w:r>
        <w:rPr>
          <w:b/>
        </w:rPr>
        <w:t xml:space="preserve">[26:17] </w:t>
      </w:r>
      <w:r>
        <w:t>to main samjha ke bhai yeh baat kyun hai? to thodi der mein wahan khade hue the, hum log ek bari bilding ke get pe khade hue the, hum log. un ki gaadi aai to bari wali gaadi thi.</w:t>
      </w:r>
    </w:p>
    <w:p>
      <w:pPr>
        <w:jc w:val="right"/>
      </w:pPr>
      <w:r>
        <w:t>تو میں سمجھا کہ بھئی یہ بات کیوں ہے؟ تو تھوڑی دیر میں وہاں کھڑے ہوئے تھے، ہم لوگ ایک بڑی بلڈنگ کے گیٹ پہ کھڑے ہوئے تھے، ہم لوگ۔ ان کی گاڑی آئی تو بڑی والی گاڑی تھی۔</w:t>
      </w:r>
    </w:p>
    <w:p>
      <w:r>
        <w:rPr>
          <w:b/>
        </w:rPr>
        <w:t xml:space="preserve">[26:28] </w:t>
      </w:r>
      <w:r>
        <w:t>pehle woh baitha karte the is par, choti woh thi un ke paas, choti maruti. ab bare shaan ke saath is mein daakhil hui hai woh.</w:t>
      </w:r>
    </w:p>
    <w:p>
      <w:pPr>
        <w:jc w:val="right"/>
      </w:pPr>
      <w:r>
        <w:t>پہلے وہ بیٹھا کرتے تھے اس پر، چھوٹی وہ تھی ان کے پاس، چھوٹی مارو تھی۔ اب بڑے شان کے ساتھ اس میں داخل ہوئی ہے وہ۔</w:t>
      </w:r>
    </w:p>
    <w:p>
      <w:r>
        <w:rPr>
          <w:b/>
        </w:rPr>
        <w:t xml:space="preserve">[26:38] </w:t>
      </w:r>
      <w:r>
        <w:t>main ne samjha ke yeh log apni itni, apni itni vailu vailu samajhte hain,</w:t>
      </w:r>
    </w:p>
    <w:p>
      <w:pPr>
        <w:jc w:val="right"/>
      </w:pPr>
      <w:r>
        <w:t>میں نے سمجھا کہ یہ لوگ اپنی اتنی، اپنی اتنی ویلیو ویلیو سمجھتے ہیں،</w:t>
      </w:r>
    </w:p>
    <w:p>
      <w:r>
        <w:rPr>
          <w:b/>
        </w:rPr>
        <w:t xml:space="preserve">[26:46] </w:t>
      </w:r>
      <w:r>
        <w:t>itni value samajhte hain ke bari si gaadi hai to apne ko bara samajh liya unhon ne. apne aap apni value ko kisi motor car se naapna ya apne ko under estimate karna hai.</w:t>
      </w:r>
    </w:p>
    <w:p>
      <w:pPr>
        <w:jc w:val="right"/>
      </w:pPr>
      <w:r>
        <w:t>اتنی ویلیو سمجھتے ہیں کہ بڑی سی گاڑی ہے تو اپنے کو بڑا سمجھ لیا انہوں نے۔ اپنے آپ اپنی ویلیو کو کسی موٹر کار سے ناپنا یا اپنے کو انڈر ایسٹیمیٹ کرنا ہے۔</w:t>
      </w:r>
    </w:p>
    <w:p>
      <w:r>
        <w:rPr>
          <w:b/>
        </w:rPr>
        <w:t xml:space="preserve">[26:59] </w:t>
      </w:r>
      <w:r>
        <w:t>main woh hoon jis ne motor car banai, jis ne motor car ko invent kiya. to kya main bara hoon ke motor car bari hogi? aap sochiye zara ke bari si motor car un ke paas aa gai to samajhte hain ke main bara aadmi ban gaya.</w:t>
      </w:r>
    </w:p>
    <w:p>
      <w:pPr>
        <w:jc w:val="right"/>
      </w:pPr>
      <w:r>
        <w:t>میں وہ ہوں جس نے موٹر کار بنائی، جس نے موٹر کار کو انوینٹ کیا۔ تو کیا میں بڑا ہوں کہ موٹر کار بڑی ہوگی؟ آپ سوچیے ذرا کہ بڑی سی موٹر کار ان کے پاس آ گئی تو سمجھتے ہیں کہ میں بڑا آدمی بن گیا۔</w:t>
      </w:r>
    </w:p>
    <w:p>
      <w:r>
        <w:rPr>
          <w:b/>
        </w:rPr>
        <w:t xml:space="preserve">[27:18] </w:t>
      </w:r>
      <w:r>
        <w:t>to yahi logon ka haal hai. insaan apne ko nahi samajhta, apne ko underestimate karta hai, khuda ko underestimate karta hai.</w:t>
      </w:r>
    </w:p>
    <w:p>
      <w:pPr>
        <w:jc w:val="right"/>
      </w:pPr>
      <w:r>
        <w:t>تو یہی لوگوں کا حال ہے۔ انسان اپنے کو نہیں سمجھتا، اپنے کو انڈر ایسٹیمیٹ کرتا ہے، خدا کو انڈر ایسٹیمیٹ کرتا ہے۔</w:t>
      </w:r>
    </w:p>
    <w:p>
      <w:r>
        <w:rPr>
          <w:b/>
        </w:rPr>
        <w:t xml:space="preserve">[27:26] </w:t>
      </w:r>
      <w:r>
        <w:t>woh kaisi anokhi baat hai ke logon ko, logon ka haal yeh hai ke bare bare opportunity duniya mein hain lekin hum choti choti cheezon mein uljhe hue hain aur bari bari cheezon ki hamein khabar nahi hai.</w:t>
      </w:r>
    </w:p>
    <w:p>
      <w:pPr>
        <w:jc w:val="right"/>
      </w:pPr>
      <w:r>
        <w:t>وہ کیسی انوکھی بات ہے کہ لوگوں کو، لوگوں کا حال یہ ہے کہ بڑے بڑے اپرچونیٹیز دنیا میں ہیں لیکن ہم چھوٹی چھوٹی چیزوں میں الجھے ہوئے ہیں اور بڑی بڑی چیزوں کی ہمیں خبر نہیں ہے۔</w:t>
      </w:r>
    </w:p>
    <w:p>
      <w:r>
        <w:rPr>
          <w:b/>
        </w:rPr>
        <w:t xml:space="preserve">[27:48] </w:t>
      </w:r>
      <w:r>
        <w:t>aap ko yeh maloom hoga ke 1972 mein insaan chaand par gaya tha.</w:t>
      </w:r>
    </w:p>
    <w:p>
      <w:pPr>
        <w:jc w:val="right"/>
      </w:pPr>
      <w:r>
        <w:t>آپ کو یہ معلوم ہوگا کہ 1972 میں انسان چاند پر گیا تھا۔</w:t>
      </w:r>
    </w:p>
    <w:p>
      <w:r>
        <w:rPr>
          <w:b/>
        </w:rPr>
        <w:t xml:space="preserve">[28:01] </w:t>
      </w:r>
      <w:r>
        <w:t>un mein se ek the karnal, karnal jaims airvin. yeh amrikan the.</w:t>
      </w:r>
    </w:p>
    <w:p>
      <w:pPr>
        <w:jc w:val="right"/>
      </w:pPr>
      <w:r>
        <w:t>ان میں سے ایک تھے کرنل، کرنل جیمز ایروین۔ یہ امریکن تھے۔</w:t>
      </w:r>
    </w:p>
    <w:p>
      <w:r>
        <w:rPr>
          <w:b/>
        </w:rPr>
        <w:t xml:space="preserve">[28:14] </w:t>
      </w:r>
      <w:r>
        <w:t>to wapsi ke baad unhon ne apne jo, apne jo bataaye the, apne jo experiences mein se ek baat yeh thi ke unhon ne kaha ke jab main chaand par khada hua akela,</w:t>
      </w:r>
    </w:p>
    <w:p>
      <w:pPr>
        <w:jc w:val="right"/>
      </w:pPr>
      <w:r>
        <w:t>تو واپسی کے بعد انہوں نے اپنے جو، اپنے جو بتائے تھے، اپنے جو ایکسپیرینس اس میں سے ایک بات یہ تھی کہ انہوں نے کہا کہ جب میں چاند پر کھڑا ہوا اکیلا،</w:t>
      </w:r>
    </w:p>
    <w:p>
      <w:r>
        <w:rPr>
          <w:b/>
        </w:rPr>
        <w:t xml:space="preserve">[28:34] </w:t>
      </w:r>
      <w:r>
        <w:t>sanaate mein, zaahir hai ke chaand par woh koi sosaiti nahi hai, koi koi insaan nahi hai, wahan koi siti nahi hai, wahan koi sivilaizeshan nahi hai.</w:t>
      </w:r>
    </w:p>
    <w:p>
      <w:pPr>
        <w:jc w:val="right"/>
      </w:pPr>
      <w:r>
        <w:t>سناٹے میں، ظاہر ہے کہ چاند پر وہ کوئی سوسائٹی نہیں ہے، کوئی کوئی انسان نہیں ہے، وہاں کوئی سٹی نہیں ہے، وہاں کوئی سویلائزیشن نہیں ہے۔</w:t>
      </w:r>
    </w:p>
    <w:p>
      <w:r>
        <w:rPr>
          <w:b/>
        </w:rPr>
        <w:t xml:space="preserve">[28:45] </w:t>
      </w:r>
      <w:r>
        <w:t>chaand to ek raak hai, bas simpali ek raak. to unhon ne kaha ke jab main chaand par khada hua is sanaate mein to main ne khuda ke prezans ko dekha.</w:t>
      </w:r>
    </w:p>
    <w:p>
      <w:pPr>
        <w:jc w:val="right"/>
      </w:pPr>
      <w:r>
        <w:t>چاند تو ایک راک ہے، بس سمپلی ایک راک۔ تو انہوں نے کہا کہ جب میں چاند پر کھڑا ہوا اس سناٹے میں تو میں نے خدا کے پریزنس کو دیکھا۔</w:t>
      </w:r>
    </w:p>
    <w:p>
      <w:r>
        <w:rPr>
          <w:b/>
        </w:rPr>
        <w:t xml:space="preserve">[29:01] </w:t>
      </w:r>
      <w:r>
        <w:t>un ki varding yeh thi ke "I felt presence of God on the moon.</w:t>
      </w:r>
    </w:p>
    <w:p>
      <w:pPr>
        <w:jc w:val="right"/>
      </w:pPr>
      <w:r>
        <w:t>ان کی ورڈنگ یہ تھی کہ "آئی فیلٹ پریزنس آف گاڈ آن دا مون۔</w:t>
      </w:r>
    </w:p>
    <w:p>
      <w:r>
        <w:rPr>
          <w:b/>
        </w:rPr>
        <w:t xml:space="preserve">[29:10] </w:t>
      </w:r>
      <w:r>
        <w:t>"I felt presence of God on the moon." Yeh baat unhon ne kahi thi 1972 mein.</w:t>
      </w:r>
    </w:p>
    <w:p>
      <w:pPr>
        <w:jc w:val="right"/>
      </w:pPr>
      <w:r>
        <w:t>آئی فیلٹ پریزنس آف گاڈ آن دا مون۔" یہ بات انہوں نے کہی تھی 1972 میں۔</w:t>
      </w:r>
    </w:p>
    <w:p>
      <w:r>
        <w:rPr>
          <w:b/>
        </w:rPr>
        <w:t xml:space="preserve">[29:20] </w:t>
      </w:r>
      <w:r>
        <w:t>lekin is ka matlab mujhe kal hi samajh aaya. yaani kya matlab hai is ka? kyun God's presence unhon ne dekha chaand par?</w:t>
      </w:r>
    </w:p>
    <w:p>
      <w:pPr>
        <w:jc w:val="right"/>
      </w:pPr>
      <w:r>
        <w:t>لیکن اس کا مطلب مجھے کل ہی سمجھ آیا۔ یعنی کیا مطلب ہے اس کا؟ کیوں گاڈ کا پریزنس انہوں نے دیکھا چاند پر؟</w:t>
      </w:r>
    </w:p>
    <w:p>
      <w:r>
        <w:rPr>
          <w:b/>
        </w:rPr>
        <w:t xml:space="preserve">[29:30] </w:t>
      </w:r>
      <w:r>
        <w:t>yeh baat abhi kal mujh par khuli. mere mind mein yeh feed tha in ka yeh sentence "</w:t>
      </w:r>
    </w:p>
    <w:p>
      <w:pPr>
        <w:jc w:val="right"/>
      </w:pPr>
      <w:r>
        <w:t>یہ بات ابھی کل مجھ پر کھلی۔ میرے مائنڈ میں یہ فیڈ تھا ان کا یہ سینٹنس "</w:t>
      </w:r>
    </w:p>
    <w:p>
      <w:r>
        <w:rPr>
          <w:b/>
        </w:rPr>
        <w:t xml:space="preserve">[29:37] </w:t>
      </w:r>
      <w:r>
        <w:t>"I felt the presence of God on the moon." is ke andar kya meaning hai?</w:t>
      </w:r>
    </w:p>
    <w:p>
      <w:pPr>
        <w:jc w:val="right"/>
      </w:pPr>
      <w:r>
        <w:t>آئی فیلٹ دا پریزنس آف گاڈ آن دا مون۔" اس کے اندر کیا میننگ ہے؟</w:t>
      </w:r>
    </w:p>
    <w:p>
      <w:r>
        <w:rPr>
          <w:b/>
        </w:rPr>
        <w:t xml:space="preserve">[29:47] </w:t>
      </w:r>
      <w:r>
        <w:t>kyun aisa hua? yeh abhi kal mujh par discovery is ki hui. abhi tak mein is ko jaan nahi paaya tha. woh kya hui? dekhiye, asal baat kya hai?</w:t>
      </w:r>
    </w:p>
    <w:p>
      <w:pPr>
        <w:jc w:val="right"/>
      </w:pPr>
      <w:r>
        <w:t>کیوں ایسا ہوا؟ یہ ابھی کل مجھ پر ڈسکوری اس کی ہوئی۔ ابھی تک میں اس کو جان نہیں پایا تھا۔ وہ کیا ہوئی؟ دیکھیے، اصل بات کیا ہے؟</w:t>
      </w:r>
    </w:p>
    <w:p>
      <w:r>
        <w:rPr>
          <w:b/>
        </w:rPr>
        <w:t xml:space="preserve">[29:59] </w:t>
      </w:r>
      <w:r>
        <w:t>ke yeh hai karishma detachment ka, detached thinking ka.</w:t>
      </w:r>
    </w:p>
    <w:p>
      <w:pPr>
        <w:jc w:val="right"/>
      </w:pPr>
      <w:r>
        <w:t>کہ یہ ہے کرشمہ ڈیٹیچمنٹ کا، ڈیٹیچڈ تھنکنگ کا۔</w:t>
      </w:r>
    </w:p>
    <w:p>
      <w:r>
        <w:rPr>
          <w:b/>
        </w:rPr>
        <w:t xml:space="preserve">[30:08] </w:t>
      </w:r>
      <w:r>
        <w:t>jab tak woh dunya mein thay to apne ko detach kar ke nahi soch paate thay. ek society mein thay, ek city mein thay, ek institution mein rehte thay, logon ke darmiyan rehte thay.</w:t>
      </w:r>
    </w:p>
    <w:p>
      <w:pPr>
        <w:jc w:val="right"/>
      </w:pPr>
      <w:r>
        <w:t>جب تک وہ دنیا میں تھے تو اپنے کو ڈیٹیچ کر کے نہیں سوچ پاتے تھے۔ ایک سوسائٹی میں تھے، ایک سٹی میں تھے، ایک انسٹیٹیوشن میں رہتے تھے، لوگوں کے درمیان رہتے تھے۔</w:t>
      </w:r>
    </w:p>
    <w:p>
      <w:r>
        <w:rPr>
          <w:b/>
        </w:rPr>
        <w:t xml:space="preserve">[30:21] </w:t>
      </w:r>
      <w:r>
        <w:t>lekin wahan pe jab akele ho gaye to un ke andar detached thinking aa gayi. sab se cut kar sochna, alag ho kar sochna.</w:t>
      </w:r>
    </w:p>
    <w:p>
      <w:pPr>
        <w:jc w:val="right"/>
      </w:pPr>
      <w:r>
        <w:t>لیکن وہاں پہ جب اکیلے ہو گئے تو ان کے اندر ڈیٹیچڈ تھنکنگ آ گئی۔ سب سے کٹ کر سوچنا، الگ ہو کر سوچنا۔</w:t>
      </w:r>
    </w:p>
    <w:p>
      <w:r>
        <w:rPr>
          <w:b/>
        </w:rPr>
        <w:t xml:space="preserve">[30:30] </w:t>
      </w:r>
      <w:r>
        <w:t>ab sirf woh thay aur chand tha. aur koi beech mein, koi haail nahi tha, koi rukawat nahi thi.</w:t>
      </w:r>
    </w:p>
    <w:p>
      <w:pPr>
        <w:jc w:val="right"/>
      </w:pPr>
      <w:r>
        <w:t>اب صرف وہ تھے اور چاند تھا۔ اور کوئی بیچ میں، کوئی حائل نہیں تھا، کوئی رکاوٹ نہیں تھی۔</w:t>
      </w:r>
    </w:p>
    <w:p>
      <w:r>
        <w:rPr>
          <w:b/>
        </w:rPr>
        <w:t xml:space="preserve">[30:38] </w:t>
      </w:r>
      <w:r>
        <w:t>to mein samajhta hoon ke</w:t>
      </w:r>
    </w:p>
    <w:p>
      <w:pPr>
        <w:jc w:val="right"/>
      </w:pPr>
      <w:r>
        <w:t>تو میں سمجھتا ہوں کہ</w:t>
      </w:r>
    </w:p>
    <w:p>
      <w:r>
        <w:rPr>
          <w:b/>
        </w:rPr>
        <w:t xml:space="preserve">[30:42] </w:t>
      </w:r>
      <w:r>
        <w:t>koi bhi shakhs, sirf colonel irwin ki baat nahi hai, koi bhi shakhs agar akele paaye kisi natural phenomena mein, koi samundar, behar, is ka kinara dikhai nahi deta, aap akele hain bilkul, to wahan aap ko khuda dikhai dega.</w:t>
      </w:r>
    </w:p>
    <w:p>
      <w:pPr>
        <w:jc w:val="right"/>
      </w:pPr>
      <w:r>
        <w:t>کوئی بھی شخص، صرف کرنل ایروین کی بات نہیں ہے، کوئی بھی شخص اگر اکیلے پائے کسی نیچرل فیناومینا میں، کوئی سمندر، بحرہ، اس کا کنارہ دکھائی نہیں دیتا، آپ اکیلے ہیں بالکل، تو وہاں آپ کو خدا دکھائی دے گا۔</w:t>
      </w:r>
    </w:p>
    <w:p>
      <w:r>
        <w:rPr>
          <w:b/>
        </w:rPr>
        <w:t xml:space="preserve">[30:59] </w:t>
      </w:r>
      <w:r>
        <w:t>aap chand par akele hon to wahan aap ko khuda dikhai dega. kyun? aap ke nature wahan jaag parti hai. aisa kyun hota hai?</w:t>
      </w:r>
    </w:p>
    <w:p>
      <w:pPr>
        <w:jc w:val="right"/>
      </w:pPr>
      <w:r>
        <w:t>آپ چاند پر اکیلے ہوں تو وہاں آپ کو خدا دکھائی دے گا۔ کیوں؟ آپ کے نیچر وہاں جاگ پڑتی ہے۔ ایسا کیوں ہوتا ہے؟</w:t>
      </w:r>
    </w:p>
    <w:p>
      <w:r>
        <w:rPr>
          <w:b/>
        </w:rPr>
        <w:t xml:space="preserve">[31:08] </w:t>
      </w:r>
      <w:r>
        <w:t>khuda ka concept jo hai woh interwoven hai aap ke nature mein. yeh anthropology se cheez prove ho chuki hai.</w:t>
      </w:r>
    </w:p>
    <w:p>
      <w:pPr>
        <w:jc w:val="right"/>
      </w:pPr>
      <w:r>
        <w:t>خدا کا کانسیپٹ جو ہے وہ انٹروون ہے آپ کے نیچر میں۔ یہ انتھروپولوجی سے چیز پروف ہو چکی ہے۔</w:t>
      </w:r>
    </w:p>
    <w:p>
      <w:r>
        <w:rPr>
          <w:b/>
        </w:rPr>
        <w:t xml:space="preserve">[31:19] </w:t>
      </w:r>
      <w:r>
        <w:t>now, it is proved fact</w:t>
      </w:r>
    </w:p>
    <w:p>
      <w:pPr>
        <w:jc w:val="right"/>
      </w:pPr>
      <w:r>
        <w:t>ناؤ، اٹ از پرووڈ فیکٹ</w:t>
      </w:r>
    </w:p>
    <w:p>
      <w:r>
        <w:rPr>
          <w:b/>
        </w:rPr>
        <w:t xml:space="preserve">[31:23] </w:t>
      </w:r>
      <w:r>
        <w:t>ke insaan ke andar concept of god interwoven hai. to jab aap log hotay hain apne biwi bachon mein, logon ke sath hotay hain, society mein hotay hain to apne ko detach kar ke soch nahi paate.</w:t>
      </w:r>
    </w:p>
    <w:p>
      <w:pPr>
        <w:jc w:val="right"/>
      </w:pPr>
      <w:r>
        <w:t>کہ انسان کے اندر کانسیپٹ آف گاڈ انٹروون ہے۔ تو جب آپ لوگ ہوتے ہیں اپنے بیوی بچوں میں، لوگوں کے ساتھ ہوتے ہیں، سوسائٹی میں ہوتے ہیں تو اپنے کو ڈیٹیچ کر کے سوچ نہیں پاتے۔</w:t>
      </w:r>
    </w:p>
    <w:p>
      <w:r>
        <w:rPr>
          <w:b/>
        </w:rPr>
        <w:t xml:space="preserve">[31:35] </w:t>
      </w:r>
      <w:r>
        <w:t>aap</w:t>
      </w:r>
    </w:p>
    <w:p>
      <w:pPr>
        <w:jc w:val="right"/>
      </w:pPr>
      <w:r>
        <w:t>آپ</w:t>
      </w:r>
    </w:p>
    <w:p>
      <w:r>
        <w:rPr>
          <w:b/>
        </w:rPr>
        <w:t xml:space="preserve">[31:37] </w:t>
      </w:r>
      <w:r>
        <w:t>detach kar ke nahi soch paate. aap lekin jab aap alag ho jayen,</w:t>
      </w:r>
    </w:p>
    <w:p>
      <w:pPr>
        <w:jc w:val="right"/>
      </w:pPr>
      <w:r>
        <w:t>ڈیٹیچ کر کے نہیں سوچ پاتے۔ آپ لیکن جب آپ الگ ہو جائیں،</w:t>
      </w:r>
    </w:p>
    <w:p>
      <w:r>
        <w:rPr>
          <w:b/>
        </w:rPr>
        <w:t xml:space="preserve">[31:45] </w:t>
      </w:r>
      <w:r>
        <w:t>jisko urdu mein kehte hain tajreed tasawwur, ek shair hai ke</w:t>
      </w:r>
    </w:p>
    <w:p>
      <w:pPr>
        <w:jc w:val="right"/>
      </w:pPr>
      <w:r>
        <w:t>جس کو اردو میں کہتے ہیں تجریدی تصور، ایک شعر ہے کہ</w:t>
      </w:r>
    </w:p>
    <w:p>
      <w:r>
        <w:rPr>
          <w:b/>
        </w:rPr>
        <w:t xml:space="preserve">[31:54] </w:t>
      </w:r>
      <w:r>
        <w:t>"hai daad ke qabil meri tajreed tasawwur karta hoon tujhe ghair ki mehfil se juda yaad."</w:t>
      </w:r>
    </w:p>
    <w:p>
      <w:pPr>
        <w:jc w:val="right"/>
      </w:pPr>
      <w:r>
        <w:t>"ہے داد کے قابل میری تجرید تصور کرتا ہوں تجھے غیر کی محفل سے جدا یاد۔"</w:t>
      </w:r>
    </w:p>
    <w:p>
      <w:r>
        <w:rPr>
          <w:b/>
        </w:rPr>
        <w:t xml:space="preserve">[32:03] </w:t>
      </w:r>
      <w:r>
        <w:t>yeh tajreed tasawwur yani detach thinking, detach ho kar alag ho kar sochna. to jab aap alag ho jatay hain, aap hotay hain aur khuda creation hota hai, bas aur koi cheez nahi hoti wahan.</w:t>
      </w:r>
    </w:p>
    <w:p>
      <w:pPr>
        <w:jc w:val="right"/>
      </w:pPr>
      <w:r>
        <w:t>یہ تجرید تصور یعنی ڈیٹیچ تھنکنگ، ڈیٹیچ ہو کر الگ ہو کر سوچنا۔ تو جب آپ الگ ہو جاتے ہیں، آپ ہوتے ہیں اور خدا کریشن ہوتا ہے، بس اور کوئی چیز نہیں ہوتی وہاں۔</w:t>
      </w:r>
    </w:p>
    <w:p>
      <w:r>
        <w:rPr>
          <w:b/>
        </w:rPr>
        <w:t xml:space="preserve">[32:20] </w:t>
      </w:r>
      <w:r>
        <w:t>yani jab aap akele samne, aap akele, aap jab dekh rahe hon pacific ocean ko, akele dekh rahe hon chand ko, koi aage nahi, peechay nahi, dayen nahi, bayen, bilkul alone,</w:t>
      </w:r>
    </w:p>
    <w:p>
      <w:pPr>
        <w:jc w:val="right"/>
      </w:pPr>
      <w:r>
        <w:t>یعنی جب آپ اکیلے سامنے، آپ اکیلے، آپ جب دیکھ رہے ہوں پیسیفک اوشن کو، اکیلے دیکھ رہے ہوں چاند کو، کوئی آگے نہیں، پیچھے نہیں، دائیں نہیں، بائیں، بالکل الون،</w:t>
      </w:r>
    </w:p>
    <w:p>
      <w:r>
        <w:rPr>
          <w:b/>
        </w:rPr>
        <w:t xml:space="preserve">[32:33] </w:t>
      </w:r>
      <w:r>
        <w:t>to wahan par aap ke andar kya hota hai? aap detach ho jatay hain doosri tamam cheezon se. to aap ka nature jaag uthta hai. yeh mein ne jaana abhi kal, mujhe yeh discovery hui ke colonel irwin jo thay, jab woh chand par khare hue to us waqt to apne ko detach kar chuke thay woh doosri tamam cheezon se.</w:t>
      </w:r>
    </w:p>
    <w:p>
      <w:pPr>
        <w:jc w:val="right"/>
      </w:pPr>
      <w:r>
        <w:t>تو وہاں پر آپ کے اندر کیا ہوتا ہے؟ آپ ڈیٹیچ ہو جاتے ہیں دوسری تمام چیزوں سے۔ تو آپ کا نیچر جاگ اٹھتا ہے۔ یہ میں نے جانا ابھی کل، مجھے یہ ڈسکوری ہوئی کہ کرنل ایروین جو تھے، جب وہ چاند پر کھڑے ہوئے تو اس وقت تو اپنے کو ڈیٹیچ کر چکے تھے وہ دوسری تمام چیزوں سے۔</w:t>
      </w:r>
    </w:p>
    <w:p>
      <w:r>
        <w:rPr>
          <w:b/>
        </w:rPr>
        <w:t xml:space="preserve">[32:57] </w:t>
      </w:r>
      <w:r>
        <w:t>to ab un ki nature jaag padi.</w:t>
      </w:r>
    </w:p>
    <w:p>
      <w:pPr>
        <w:jc w:val="right"/>
      </w:pPr>
      <w:r>
        <w:t>تو اب ان کی نیچر جاگ پڑی۔</w:t>
      </w:r>
    </w:p>
    <w:p>
      <w:r>
        <w:rPr>
          <w:b/>
        </w:rPr>
        <w:t xml:space="preserve">[32:59] </w:t>
      </w:r>
      <w:r>
        <w:t>jab nature jaag padi to unhon ne dekha ke to yani khuda ke presence ko dekhne lage woh. lekin mein yahan par yeh add karunga ke khuda ka presence already maujood hai har jagah.</w:t>
      </w:r>
    </w:p>
    <w:p>
      <w:pPr>
        <w:jc w:val="right"/>
      </w:pPr>
      <w:r>
        <w:t>جب نیچر جاگ پڑی تو انہوں نے دیکھا کہ تو یعنی خدا کے پریزنس کو دیکھنے لگے وہ۔ لیکن میں یہاں پر یہ ایڈ کروں گا کہ خدا کا پریزنس الریڈی موجود ہے ہر جگہ۔</w:t>
      </w:r>
    </w:p>
    <w:p>
      <w:r>
        <w:rPr>
          <w:b/>
        </w:rPr>
        <w:t xml:space="preserve">[33:15] </w:t>
      </w:r>
      <w:r>
        <w:t>yahan bhi</w:t>
      </w:r>
    </w:p>
    <w:p>
      <w:pPr>
        <w:jc w:val="right"/>
      </w:pPr>
      <w:r>
        <w:t>یہاں بھی</w:t>
      </w:r>
    </w:p>
    <w:p>
      <w:r>
        <w:rPr>
          <w:b/>
        </w:rPr>
        <w:t xml:space="preserve">[33:19] </w:t>
      </w:r>
      <w:r>
        <w:t>farq kya hai? ke ek hai, dekhiye, compulsive detachment aur ek hai apne apne ikhtiyar se apne ko detach kar</w:t>
      </w:r>
    </w:p>
    <w:p>
      <w:pPr>
        <w:jc w:val="right"/>
      </w:pPr>
      <w:r>
        <w:t>فرق کیا ہے؟ کہ ایک ہے، دیکھیے، کمپلسو ڈیٹیچمنٹ اور ایک ہے اپنے اپنے اختیار سے اپنے کو ڈیٹیچ کر</w:t>
      </w:r>
    </w:p>
    <w:p>
      <w:r>
        <w:rPr>
          <w:b/>
        </w:rPr>
        <w:t xml:space="preserve">[33:28] </w:t>
      </w:r>
      <w:r>
        <w:t>lena. ek hai compulsively detach ho jana. matlab woh jab thay wahan par chand par to that was a compulsive detachment.</w:t>
      </w:r>
    </w:p>
    <w:p>
      <w:pPr>
        <w:jc w:val="right"/>
      </w:pPr>
      <w:r>
        <w:t>لینا۔ ایک ہے کمپلسولی ڈیٹیچ ہو جانا۔ مطلب وہ جب تھے وہاں پر چاند پر تو دیٹ واز ا کمپلسو ڈیٹیچمنٹ۔</w:t>
      </w:r>
    </w:p>
    <w:p>
      <w:r>
        <w:rPr>
          <w:b/>
        </w:rPr>
        <w:t xml:space="preserve">[33:37] </w:t>
      </w:r>
      <w:r>
        <w:t>lekin hum dunya mein hain, logon ke beech mein hain, wahan apne ko detach karen to woh hoga adaptive detachment. matlab mein khud se apne ko karoon.</w:t>
      </w:r>
    </w:p>
    <w:p>
      <w:pPr>
        <w:jc w:val="right"/>
      </w:pPr>
      <w:r>
        <w:t>لیکن ہم دنیا میں ہیں، لوگوں کے بیچ میں ہیں، وہاں اپنے کو ڈیٹیچ کریں تو وہ ہوگا اڈاپٹیو ڈیٹیچمنٹ۔ مطلب میں خود سے اپنے کو کروں۔</w:t>
      </w:r>
    </w:p>
    <w:p>
      <w:r>
        <w:rPr>
          <w:b/>
        </w:rPr>
        <w:t xml:space="preserve">[33:48] </w:t>
      </w:r>
      <w:r>
        <w:t>beh-haal, mere khayal mein mafhoom wazeh hai. ek hai ke compulsively mujhe aise environment mein daal diya jaye ke wahan detach ho kar hi rehna parre, mujhe akele hi rehna parre.</w:t>
      </w:r>
    </w:p>
    <w:p>
      <w:pPr>
        <w:jc w:val="right"/>
      </w:pPr>
      <w:r>
        <w:t>بہرحال، میرے خیال میں مفہوم واضح ہے۔ ایک ہے کہ کمپلسولی مجھے ایسے انوائرمنٹ میں ڈال دیا جائے کہ وہاں ڈیٹیچ ہو کر ہی رہنا پڑے، مجھے اکیلے ہی رہنا پڑے۔</w:t>
      </w:r>
    </w:p>
    <w:p>
      <w:r>
        <w:rPr>
          <w:b/>
        </w:rPr>
        <w:t xml:space="preserve">[34:00] </w:t>
      </w:r>
      <w:r>
        <w:t>aur ek yeh hai ke mein logon ke beech mein hoon, idhar aadmi, udhar aadmi, aur wahan pe apne ko khud se mein detach karoon, khud se detach kar ke Khuda ke baray mein sochun.</w:t>
      </w:r>
    </w:p>
    <w:p>
      <w:pPr>
        <w:jc w:val="right"/>
      </w:pPr>
      <w:r>
        <w:t>اور ایک یہ ہے کہ میں لوگوں کے بیچ میں ہوں، ادھر آدمی، ادھر آدمی، اور وہاں پہ اپنے کو خود سے میں ڈیٹیچ کروں، خود سے ڈیٹیچ کر کے خدا کے بارے میں سوچوں۔</w:t>
      </w:r>
    </w:p>
    <w:p>
      <w:r>
        <w:rPr>
          <w:b/>
        </w:rPr>
        <w:t xml:space="preserve">[34:14] </w:t>
      </w:r>
      <w:r>
        <w:t>to yahi hai imaan. yaani khud se jab detach kar ke Khuda ko aap discover karte hain to woh imaan banta hai. lekin compulso detachment jo hota hai, woh imaan nahi hai.</w:t>
      </w:r>
    </w:p>
    <w:p>
      <w:pPr>
        <w:jc w:val="right"/>
      </w:pPr>
      <w:r>
        <w:t>تو یہی ہے ایمان۔ یعنی خود سے جب ڈیٹیچ کر کے خدا کو آپ ڈسکور کرتے ہیں تو وہ ایمان بنتا ہے۔ لیکن کمپلسو ڈیٹیچمنٹ جو ہوتا ہے، وہ ایمان نہیں ہے۔</w:t>
      </w:r>
    </w:p>
    <w:p>
      <w:r>
        <w:rPr>
          <w:b/>
        </w:rPr>
        <w:t xml:space="preserve">[34:25] </w:t>
      </w:r>
      <w:r>
        <w:t>isko imaan nahi kahenge. jo reward hai, reward jannat ka, paradise ka jo reward hai, woh compulso detachment par nahi hai.</w:t>
      </w:r>
    </w:p>
    <w:p>
      <w:pPr>
        <w:jc w:val="right"/>
      </w:pPr>
      <w:r>
        <w:t>اس کو ایمان نہیں کہیں گے۔ جو ریوارڈ ہے، ریوارڈ جنت کا، پیراڈائز کا جو ریوارڈ ہے، وہ کمپلسو ڈیٹیچمنٹ پر نہیں ہے۔</w:t>
      </w:r>
    </w:p>
    <w:p>
      <w:r>
        <w:rPr>
          <w:b/>
        </w:rPr>
        <w:t xml:space="preserve">[34:36] </w:t>
      </w:r>
      <w:r>
        <w:t>is par nahi hai. woh</w:t>
      </w:r>
    </w:p>
    <w:p>
      <w:pPr>
        <w:jc w:val="right"/>
      </w:pPr>
      <w:r>
        <w:t>اس پر نہیں ہے۔ وہ</w:t>
      </w:r>
    </w:p>
    <w:p>
      <w:r>
        <w:rPr>
          <w:b/>
        </w:rPr>
        <w:t xml:space="preserve">[34:38] </w:t>
      </w:r>
      <w:r>
        <w:t>woh hai adaptive detachment ya jo bhi word is ke liye bola jaye. yaani apne aap ko logon ke beech mein reh kar ke alag kar ke sochna.</w:t>
      </w:r>
    </w:p>
    <w:p>
      <w:pPr>
        <w:jc w:val="right"/>
      </w:pPr>
      <w:r>
        <w:t>وہ ہے اڈاپٹیو ڈیٹیچمنٹ یا جو بھی ورڈ اس کے لیے بولا جائے۔ یعنی اپنے آپ کو لوگوں کے بیچ میں رہ کر کے الگ کر کے سوچنا۔</w:t>
      </w:r>
    </w:p>
    <w:p>
      <w:r>
        <w:rPr>
          <w:b/>
        </w:rPr>
        <w:t xml:space="preserve">[34:47] </w:t>
      </w:r>
      <w:r>
        <w:t>jaise is shayar ne kaha ke "hai daad ke qabil meri tajreed tasawwur." tajreed ka matlab hota hai alag kar lena, alag kar ke sochna.</w:t>
      </w:r>
    </w:p>
    <w:p>
      <w:pPr>
        <w:jc w:val="right"/>
      </w:pPr>
      <w:r>
        <w:t>جیسے اس شاعر نے کہا کہ "ہے داد کے قابل میری تجرید تصور۔" تجرید کا مطلب ہوتا ہے الگ کر لینا، الگ کر کے سوچنا۔</w:t>
      </w:r>
    </w:p>
    <w:p>
      <w:r>
        <w:rPr>
          <w:b/>
        </w:rPr>
        <w:t xml:space="preserve">[34:58] </w:t>
      </w:r>
      <w:r>
        <w:t>"hai daad ke qabil meri tajreed tasawwur karta hoon tujhe ghair ki mehfil se juda yaad."</w:t>
      </w:r>
    </w:p>
    <w:p>
      <w:pPr>
        <w:jc w:val="right"/>
      </w:pPr>
      <w:r>
        <w:t>"ہے داد کے قابل میری تجرید تصور کرتا ہوں تجھے غیر کی محفل سے جدا یاد۔"</w:t>
      </w:r>
    </w:p>
    <w:p>
      <w:r>
        <w:rPr>
          <w:b/>
        </w:rPr>
        <w:t xml:space="preserve">[35:07] </w:t>
      </w:r>
      <w:r>
        <w:t>to Khuda ko woh pasand hai, woh insaan jo logon ke darmiyan tha, yeh bheed mein khada hua tha, biwi bachchon se aage peechhe the, is ka business tha aur is ka makan tha, is ka car thi.</w:t>
      </w:r>
    </w:p>
    <w:p>
      <w:pPr>
        <w:jc w:val="right"/>
      </w:pPr>
      <w:r>
        <w:t>تو خدا کو وہ پسند ہے، وہ انسان جو لوگوں کے درمیان تھا، یہ بھیڑ میں کھڑا ہوا تھا، بیوی بچوں سے آگے پیچھے تھے، اس کے بزنس تھا اور اس کا مکان تھا، اس کا کار تھی۔</w:t>
      </w:r>
    </w:p>
    <w:p>
      <w:r>
        <w:rPr>
          <w:b/>
        </w:rPr>
        <w:t xml:space="preserve">[35:20] </w:t>
      </w:r>
      <w:r>
        <w:t>phir bhi us ne apne ko alag kar ke Khuda ke baray mein socha.</w:t>
      </w:r>
    </w:p>
    <w:p>
      <w:pPr>
        <w:jc w:val="right"/>
      </w:pPr>
      <w:r>
        <w:t>پھر بھی اس نے اپنے کو الگ کر کے خدا کے بارے میں سوچا۔</w:t>
      </w:r>
    </w:p>
    <w:p>
      <w:r>
        <w:rPr>
          <w:b/>
        </w:rPr>
        <w:t xml:space="preserve">[35:26] </w:t>
      </w:r>
      <w:r>
        <w:t>phir bhi woh hai imaan. is par hai reward paradise ka.</w:t>
      </w:r>
    </w:p>
    <w:p>
      <w:pPr>
        <w:jc w:val="right"/>
      </w:pPr>
      <w:r>
        <w:t>پھر بھی وہ ہے ایمان۔ اس پر ہے ریوارڈ پیراڈائز کا۔</w:t>
      </w:r>
    </w:p>
    <w:p>
      <w:r>
        <w:rPr>
          <w:b/>
        </w:rPr>
        <w:t xml:space="preserve">[35:33] </w:t>
      </w:r>
      <w:r>
        <w:t>lekin compulso situation agar aa gayi, mein is liye yeh baat keh raha hoon ke Quran mein aaya hai ke woh log jo jo ke Khuda ko nahi mante, jab woh samundar mein safar karte hain aur un ka jahaz phans jata hai, wahan par storm aa jata hai,</w:t>
      </w:r>
    </w:p>
    <w:p>
      <w:pPr>
        <w:jc w:val="right"/>
      </w:pPr>
      <w:r>
        <w:t>لیکن کمپلسو سچوئیشن اگر آ گئی، میں اس لیے یہ بات کہہ رہا ہوں کہ قرآن میں آیا ہے کہ وہ لوگ جو جو کہ خدا کو نہیں مانتے، جب وہ سمندر میں سفر کرتے ہیں اور ان کا جہاز پھنس جاتا ہے، وہاں پر اسٹارم آ جاتا ہے،</w:t>
      </w:r>
    </w:p>
    <w:p>
      <w:r>
        <w:rPr>
          <w:b/>
        </w:rPr>
        <w:t xml:space="preserve">[35:53] </w:t>
      </w:r>
      <w:r>
        <w:t>woh lagta hai "ab dooba, ab dooba". us waqt to Khuda ko pukarte hain. woh yeh Quran mein aaya</w:t>
      </w:r>
    </w:p>
    <w:p>
      <w:pPr>
        <w:jc w:val="right"/>
      </w:pPr>
      <w:r>
        <w:t>وہ لگتا ہے "اب ڈوبا، اب ڈوبا"۔ اس وقت تو خدا کو پکارتے ہیں۔ وہ یہ قرآن میں آیا</w:t>
      </w:r>
    </w:p>
    <w:p>
      <w:r>
        <w:rPr>
          <w:b/>
        </w:rPr>
        <w:t xml:space="preserve">[36:00] </w:t>
      </w:r>
      <w:r>
        <w:t>hai. lekin woh pukarne ko Khuda ne nahi maana. agarche woh phanse hue jahaz ke andar, storm mein phanse hue insaan laga Khuda ko pukarne, "Khudaya tu hi bacha sakta hai mujh ko".</w:t>
      </w:r>
    </w:p>
    <w:p>
      <w:pPr>
        <w:jc w:val="right"/>
      </w:pPr>
      <w:r>
        <w:t>ہے۔ لیکن وہ پکارنے کو خدا نے نہیں مانا۔ اگرچہ وہ پھنسے ہوئے جہاز کے اندر، اسٹار میں پھنسے ہوئے انسان لگا خدا کو پکارنے، "خدائے تو ہی بچا سکتا ہے مجھ کو"۔</w:t>
      </w:r>
    </w:p>
    <w:p>
      <w:r>
        <w:rPr>
          <w:b/>
        </w:rPr>
        <w:t xml:space="preserve">[36:14] </w:t>
      </w:r>
      <w:r>
        <w:t>lekin Khuda ne is pukar ko nahi maana. "al-an waqt iseed, al-an waqt iseed".</w:t>
      </w:r>
    </w:p>
    <w:p>
      <w:pPr>
        <w:jc w:val="right"/>
      </w:pPr>
      <w:r>
        <w:t>لیکن خدا نے اس پکار کو نہیں مانا۔ "الان وقت اسید، الان وقت اسید"۔</w:t>
      </w:r>
    </w:p>
    <w:p>
      <w:r>
        <w:rPr>
          <w:b/>
        </w:rPr>
        <w:t xml:space="preserve">[36:22] </w:t>
      </w:r>
      <w:r>
        <w:t>ab tum eteraaf kar rahe ho, halankeh tum ne inkaar kiya tha is se pehle. "al-an waqt iseed"</w:t>
      </w:r>
    </w:p>
    <w:p>
      <w:pPr>
        <w:jc w:val="right"/>
      </w:pPr>
      <w:r>
        <w:t>اب تم اعتراف کر رہے ہو، حالانکہ تم نے انکار کیا تھا اس سے پہلے۔ "الان وقت اسید"</w:t>
      </w:r>
    </w:p>
    <w:p>
      <w:r>
        <w:rPr>
          <w:b/>
        </w:rPr>
        <w:t xml:space="preserve">[36:31] </w:t>
      </w:r>
      <w:r>
        <w:t>. yeh bohat important baat hai. is ko samajh lijiye aap ke is point par ja kar agar koi eteraaf kare Khuda ka, jahan compression aa gaya ho, to is ke liye Khuda ki taraf se yeh awaz hai ke "al-an waqt iseed".</w:t>
      </w:r>
    </w:p>
    <w:p>
      <w:pPr>
        <w:jc w:val="right"/>
      </w:pPr>
      <w:r>
        <w:t>۔ یہ بہت امپورٹنٹ بات ہے۔ اس کو سمجھ لیجئے آپ کہ اس پوائنٹ پر جا کر اگر کوئی اعتراف کرے خدا کا، جہاں کمپریشن آ گیا ہو، تو اس کے لیے خدا کی طرف سے یہ آواز ہے کہ "الان وقت اسید"۔</w:t>
      </w:r>
    </w:p>
    <w:p>
      <w:r>
        <w:rPr>
          <w:b/>
        </w:rPr>
        <w:t xml:space="preserve">[36:44] </w:t>
      </w:r>
      <w:r>
        <w:t>ab tum eteraaf kar rahe ho, ab tum acknowledge kar rahe ho, halankeh is se pehle jab tum ko ikhtiyar hasil tha, jab tumhein freedom mila hua tha, tab tum inkaar karte rahe.</w:t>
      </w:r>
    </w:p>
    <w:p>
      <w:pPr>
        <w:jc w:val="right"/>
      </w:pPr>
      <w:r>
        <w:t>اب تم اعتراف کر رہے ہو، اب تم اکنالج کر رہے ہو، حالانکہ اس سے پہلے جب تم کو اختیار حاصل تھا، جب تمہیں فریڈم ملا ہوا تھا، تب تم انکار کرتے رہے۔</w:t>
      </w:r>
    </w:p>
    <w:p>
      <w:r>
        <w:rPr>
          <w:b/>
        </w:rPr>
        <w:t xml:space="preserve">[36:57] </w:t>
      </w:r>
      <w:r>
        <w:t>jab freedom chhin gayi to tum eteraaf kar rahe ho.</w:t>
      </w:r>
    </w:p>
    <w:p>
      <w:pPr>
        <w:jc w:val="right"/>
      </w:pPr>
      <w:r>
        <w:t>جب فریڈم چھن گئی تو تم اعتراف کر رہے ہو۔</w:t>
      </w:r>
    </w:p>
    <w:p>
      <w:r>
        <w:rPr>
          <w:b/>
        </w:rPr>
        <w:t xml:space="preserve">[37:01] </w:t>
      </w:r>
      <w:r>
        <w:t>farmaya ke "al-an waqt iseed". to dekhiye, compulso detachment ke waqt jo aadmi Khuda ko manne lage,</w:t>
      </w:r>
    </w:p>
    <w:p>
      <w:pPr>
        <w:jc w:val="right"/>
      </w:pPr>
      <w:r>
        <w:t>فرمایا کہ "الان وقت اسید"۔ تو دیکھیے، کمپلسو ڈیٹیچمنٹ کے وقت جو آدمی خدا کو ماننے لگے،</w:t>
      </w:r>
    </w:p>
    <w:p>
      <w:r>
        <w:rPr>
          <w:b/>
        </w:rPr>
        <w:t xml:space="preserve">[37:15] </w:t>
      </w:r>
      <w:r>
        <w:t>woh bhi ek achhi baat hai, lekin is ke badle mein kisi ko paradise nahi milegi.</w:t>
      </w:r>
    </w:p>
    <w:p>
      <w:pPr>
        <w:jc w:val="right"/>
      </w:pPr>
      <w:r>
        <w:t>وہ بھی ایک اچھی بات ہے، لیکن اس کے بدلے میں کسی کو پیراڈائز نہیں ملے گی۔</w:t>
      </w:r>
    </w:p>
    <w:p>
      <w:r>
        <w:rPr>
          <w:b/>
        </w:rPr>
        <w:t xml:space="preserve">[37:20] </w:t>
      </w:r>
      <w:r>
        <w:t>paradise milti hai us insaan ko jo apne aap ko khud se detach kare, bheed ke beech mein akela ho kar soch sake, logon ke darmiyan ho, lekin logon se alag ho kar soch sake.</w:t>
      </w:r>
    </w:p>
    <w:p>
      <w:pPr>
        <w:jc w:val="right"/>
      </w:pPr>
      <w:r>
        <w:t>پیراڈائز ملتی ہے اس انسان کو جو اپنے آپ کو خود سے ڈیٹیچ کرے، بھیڑ کے بیچ میں اکیلا ہو کر سوچ سکے، لوگوں کے درمیان ہو، لیکن لوگوں سے الگ ہو کر سوچ سکے۔</w:t>
      </w:r>
    </w:p>
    <w:p>
      <w:r>
        <w:rPr>
          <w:b/>
        </w:rPr>
        <w:t xml:space="preserve">[37:36] </w:t>
      </w:r>
      <w:r>
        <w:t>woh</w:t>
      </w:r>
    </w:p>
    <w:p>
      <w:pPr>
        <w:jc w:val="right"/>
      </w:pPr>
      <w:r>
        <w:t>وہ</w:t>
      </w:r>
    </w:p>
    <w:p>
      <w:r>
        <w:rPr>
          <w:b/>
        </w:rPr>
        <w:t xml:space="preserve">[37:39] </w:t>
      </w:r>
      <w:r>
        <w:t>yaani ikhtiyari detachment yeh hai Khuda ke nazdeek ek bohat bari virtue.</w:t>
      </w:r>
    </w:p>
    <w:p>
      <w:pPr>
        <w:jc w:val="right"/>
      </w:pPr>
      <w:r>
        <w:t>یعنی اختیاری ڈیٹیچمنٹ یہ ہے خدا کے نزدیک ایک بہت بڑی ورچو۔</w:t>
      </w:r>
    </w:p>
    <w:p>
      <w:r>
        <w:rPr>
          <w:b/>
        </w:rPr>
        <w:t xml:space="preserve">[37:48] </w:t>
      </w:r>
      <w:r>
        <w:t>boht bari virtue.</w:t>
      </w:r>
    </w:p>
    <w:p>
      <w:pPr>
        <w:jc w:val="right"/>
      </w:pPr>
      <w:r>
        <w:t>بہت بڑی ورچو۔</w:t>
      </w:r>
    </w:p>
    <w:p>
      <w:r>
        <w:rPr>
          <w:b/>
        </w:rPr>
        <w:t xml:space="preserve">[37:50] </w:t>
      </w:r>
      <w:r>
        <w:t>jo is virtue ka saboot de to wo khuda ke nazdeek</w:t>
      </w:r>
    </w:p>
    <w:p>
      <w:pPr>
        <w:jc w:val="right"/>
      </w:pPr>
      <w:r>
        <w:t>جو اس ورچو کا ثبوت دے تو وہ خدا کے نزدیک</w:t>
      </w:r>
    </w:p>
    <w:p>
      <w:r>
        <w:rPr>
          <w:b/>
        </w:rPr>
        <w:t xml:space="preserve">[37:59] </w:t>
      </w:r>
      <w:r>
        <w:t>boht bara darja is ko milta hai.</w:t>
      </w:r>
    </w:p>
    <w:p>
      <w:pPr>
        <w:jc w:val="right"/>
      </w:pPr>
      <w:r>
        <w:t>بہت بڑا درجہ اس کو ملتا ہے۔</w:t>
      </w:r>
    </w:p>
    <w:p>
      <w:r>
        <w:rPr>
          <w:b/>
        </w:rPr>
        <w:t xml:space="preserve">[38:07] </w:t>
      </w:r>
      <w:r>
        <w:t>yahan mein aik baat arz karunga ke aaj kal boht zyada aik word bola jata hai "character building". "character building"</w:t>
      </w:r>
    </w:p>
    <w:p>
      <w:pPr>
        <w:jc w:val="right"/>
      </w:pPr>
      <w:r>
        <w:t>یہاں میں ایک بات عرض کروں گا کہ آج کل بہت زیادہ ایک ورڈ بولا جاتا ہے "کریکٹر بلڈنگ"۔ "کریکٹر بلڈنگ"</w:t>
      </w:r>
    </w:p>
    <w:p>
      <w:r>
        <w:rPr>
          <w:b/>
        </w:rPr>
        <w:t xml:space="preserve">[38:17] </w:t>
      </w:r>
      <w:r>
        <w:t>schoolon mein, collegeon mein aur har jagah "character building". mein samajhta hoon ke yeh bilkul yani aik meaning less word hai.</w:t>
      </w:r>
    </w:p>
    <w:p>
      <w:pPr>
        <w:jc w:val="right"/>
      </w:pPr>
      <w:r>
        <w:t>اسکولوں میں، کالجوں میں اور ہر جگہ "کریکٹر بلڈنگ"۔ میں سمجھتا ہوں کہ یہ بالکل یعنی ایک میننگ لیس ورڈ ہے۔</w:t>
      </w:r>
    </w:p>
    <w:p>
      <w:r>
        <w:rPr>
          <w:b/>
        </w:rPr>
        <w:t xml:space="preserve">[38:29] </w:t>
      </w:r>
      <w:r>
        <w:t>yeh "character building" kaise hogi? ke aap ke kehne se koi apne aik character ko acha bana lega?</w:t>
      </w:r>
    </w:p>
    <w:p>
      <w:pPr>
        <w:jc w:val="right"/>
      </w:pPr>
      <w:r>
        <w:t>یہ "کریکٹر بلڈنگ" کیسے ہوگی؟ کہ آپ کے کہنے سے کوئی اپنے ایک کریکٹر کو اچھا بنا لے گا؟</w:t>
      </w:r>
    </w:p>
    <w:p>
      <w:r>
        <w:rPr>
          <w:b/>
        </w:rPr>
        <w:t xml:space="preserve">[38:41] </w:t>
      </w:r>
      <w:r>
        <w:t>yaad rakhiye, "character building" self negation ki buniyad par hoti hai.</w:t>
      </w:r>
    </w:p>
    <w:p>
      <w:pPr>
        <w:jc w:val="right"/>
      </w:pPr>
      <w:r>
        <w:t>یاد رکھیے، "کریکٹر بلڈنگ" سیلف نیگیشن کی بنیاد پر ہوتی ہے۔</w:t>
      </w:r>
    </w:p>
    <w:p>
      <w:r>
        <w:rPr>
          <w:b/>
        </w:rPr>
        <w:t xml:space="preserve">[38:47] </w:t>
      </w:r>
      <w:r>
        <w:t>"character building" koi seedhi saadi baat nahi hai. self negation kyun?</w:t>
      </w:r>
    </w:p>
    <w:p>
      <w:pPr>
        <w:jc w:val="right"/>
      </w:pPr>
      <w:r>
        <w:t>"کریکٹر بلڈنگ" کوئی سیدھی سادی بات نہیں ہے۔ سیلف نیگیشن کیوں؟</w:t>
      </w:r>
    </w:p>
    <w:p>
      <w:r>
        <w:rPr>
          <w:b/>
        </w:rPr>
        <w:t xml:space="preserve">[38:57] </w:t>
      </w:r>
      <w:r>
        <w:t>jab bhi aap koi aik aik principle behavior ikhtiyar karte hain, mislan aap sach bolte hain, aap honesty dikhate hain, aap selfless bante hain, aap justice karte hain, to wahan apne kisi interest ko kill karna parta hai.</w:t>
      </w:r>
    </w:p>
    <w:p>
      <w:pPr>
        <w:jc w:val="right"/>
      </w:pPr>
      <w:r>
        <w:t>جب بھی آپ کوئی ایک ایک پرنسپل بیہیویئر اختیار کرتے ہیں، مثلاً آپ سچ بولتے ہیں، آپ اونسٹری دکھاتے ہیں، آپ سیلف لیس بنتے ہیں، آپ جسٹس کرتے ہیں، تو وہاں اپنے کسی انٹرسٹ کو کل کرنا پڑتا ہے۔</w:t>
      </w:r>
    </w:p>
    <w:p>
      <w:r>
        <w:rPr>
          <w:b/>
        </w:rPr>
        <w:t xml:space="preserve">[39:16] </w:t>
      </w:r>
      <w:r>
        <w:t>apne kisi interest ko kill karna parta hai. kabhi apne apne ego ko kill karna parta hai, kabhi apne material interest ko kill karna parta hai, kabhi aap apne popularity ko lose karna parta hai.</w:t>
      </w:r>
    </w:p>
    <w:p>
      <w:pPr>
        <w:jc w:val="right"/>
      </w:pPr>
      <w:r>
        <w:t>اپنے کسی انٹرسٹ کو کل کرنا پڑتا ہے۔ کبھی اپنے اپنے ایگو کو کل کرنا پڑتا ہے، کبھی اپنے مٹیریل انٹرسٹ کو کل کرنا پڑتا ہے، کبھی آپ اپنے پاپولیرٹی کو لوز کرنا پڑتا ہے۔</w:t>
      </w:r>
    </w:p>
    <w:p>
      <w:r>
        <w:rPr>
          <w:b/>
        </w:rPr>
        <w:t xml:space="preserve">[39:37] </w:t>
      </w:r>
      <w:r>
        <w:t>misal ke tor par, government officer aik hai, us se aap kahein ke tum character ke sath raho, yani honesty ke sath raho, to us ko us ke matlab, us is ka matlab kya hoga?</w:t>
      </w:r>
    </w:p>
    <w:p>
      <w:pPr>
        <w:jc w:val="right"/>
      </w:pPr>
      <w:r>
        <w:t>مثال کے طور پر، گورنمنٹ افیسر ایک ہے، اس سے آپ کہیں کہ تم کریکٹر کے ساتھ رہو، یعنی اونسٹری کے ساتھ رہو، تو اس کو اس کے مطلب، اس اس کا مطلب کیا ہوگا؟</w:t>
      </w:r>
    </w:p>
    <w:p>
      <w:r>
        <w:rPr>
          <w:b/>
        </w:rPr>
        <w:t xml:space="preserve">[39:47] </w:t>
      </w:r>
      <w:r>
        <w:t>us ke nazdeek ke mein paisa mile aur paisa na loon. aur log ayein paisa dene ke liye, us ko bribe karne ke liye, aur wo paisa na le to kia us ke liye character, yani aik aik sacha character wala insan banna, mamooli baat hogi?</w:t>
      </w:r>
    </w:p>
    <w:p>
      <w:pPr>
        <w:jc w:val="right"/>
      </w:pPr>
      <w:r>
        <w:t>اس کے نزدیک کہ میں پیسہ ملے اور پیسہ نہ لوں۔ اور لوگ آئیں پیسہ دینے کے لیے، اس کو برائب کرنے کے لیے، اور وہ پیسہ نہ لے تو کیا اس کے لیے کریکٹر، یعنی ایک ایک سچا کریکٹر والا انسان بننا، معمولی بات ہوگی؟</w:t>
      </w:r>
    </w:p>
    <w:p>
      <w:r>
        <w:rPr>
          <w:b/>
        </w:rPr>
        <w:t xml:space="preserve">[40:07] </w:t>
      </w:r>
      <w:r>
        <w:t>boht bari baat hogi. is liye mein kehta hoon, dunya mein</w:t>
      </w:r>
    </w:p>
    <w:p>
      <w:pPr>
        <w:jc w:val="right"/>
      </w:pPr>
      <w:r>
        <w:t>بہت بڑی بات ہوگی۔ اس لیے میں کہتا ہوں، دنیا میں</w:t>
      </w:r>
    </w:p>
    <w:p>
      <w:r>
        <w:rPr>
          <w:b/>
        </w:rPr>
        <w:t xml:space="preserve">[40:13] </w:t>
      </w:r>
      <w:r>
        <w:t>character ke sath rehna, justice ke sath rehna, sachai ke sath rehna,</w:t>
      </w:r>
    </w:p>
    <w:p>
      <w:pPr>
        <w:jc w:val="right"/>
      </w:pPr>
      <w:r>
        <w:t>کریکٹر کے ساتھ رہنا، جسٹس کے ساتھ رہنا، سچائی کے ساتھ رہنا،</w:t>
      </w:r>
    </w:p>
    <w:p>
      <w:r>
        <w:rPr>
          <w:b/>
        </w:rPr>
        <w:t xml:space="preserve">[40:23] </w:t>
      </w:r>
      <w:r>
        <w:t>principle behavior ke sath rehna,</w:t>
      </w:r>
    </w:p>
    <w:p>
      <w:pPr>
        <w:jc w:val="right"/>
      </w:pPr>
      <w:r>
        <w:t>پرنسپل بیہیویئر کے ساتھ رہنا،</w:t>
      </w:r>
    </w:p>
    <w:p>
      <w:r>
        <w:rPr>
          <w:b/>
        </w:rPr>
        <w:t xml:space="preserve">[40:31] </w:t>
      </w:r>
      <w:r>
        <w:t>kahin na kahin apne interest kill kar ke aisa possible hota hai.</w:t>
      </w:r>
    </w:p>
    <w:p>
      <w:pPr>
        <w:jc w:val="right"/>
      </w:pPr>
      <w:r>
        <w:t>کہیں نہ کہیں اپنے انٹرسٹ کل کر کے ایسا پاسیبل ہوتا ہے۔</w:t>
      </w:r>
    </w:p>
    <w:p>
      <w:r>
        <w:rPr>
          <w:b/>
        </w:rPr>
        <w:t xml:space="preserve">[40:35] </w:t>
      </w:r>
      <w:r>
        <w:t>to aap apne apne interest kill kyun karein? apne apne interest ko kill kyun karein? aap dekhiye, us waqt tak aadmi apne interest ko kill karne par razi nahi hoga jab tak us ko maloom yeh maloom na ho ke mujhe aik aur bari cheez milne wali hai is ke badle mein,</w:t>
      </w:r>
    </w:p>
    <w:p>
      <w:pPr>
        <w:jc w:val="right"/>
      </w:pPr>
      <w:r>
        <w:t>تو آپ اپنے اپنے انٹرسٹ کل کیوں کریں؟ اپنے اپنے انٹرسٹ کو کل کیوں کریں؟ آپ دیکھیے، اس وقت تک آدمی اپنے انٹرسٹ کو کل کرنے پر راضی نہیں ہوگا جب تک اس کو معلوم یہ معلوم نہ ہو کہ مجھے ایک اور بڑی چیز ملنے والی ہے اس کے بدلے میں،</w:t>
      </w:r>
    </w:p>
    <w:p>
      <w:r>
        <w:rPr>
          <w:b/>
        </w:rPr>
        <w:t xml:space="preserve">[41:01] </w:t>
      </w:r>
      <w:r>
        <w:t>aur wo hai pa</w:t>
      </w:r>
    </w:p>
    <w:p>
      <w:pPr>
        <w:jc w:val="right"/>
      </w:pPr>
      <w:r>
        <w:t>اور وہ ہے پی</w:t>
      </w:r>
    </w:p>
    <w:p>
      <w:r>
        <w:rPr>
          <w:b/>
        </w:rPr>
        <w:t xml:space="preserve">[41:02] </w:t>
      </w:r>
      <w:r>
        <w:t>radize. mujh se kai bar school ke school ke logon ne kaha ke aap aik book likh dijiye hamare liye, moral teacher ke tor par.</w:t>
      </w:r>
    </w:p>
    <w:p>
      <w:pPr>
        <w:jc w:val="right"/>
      </w:pPr>
      <w:r>
        <w:t>راڈائز۔ مجھ سے کئی بار اسکول کے اسکول کے لوگوں نے کہا کہ آپ ایک بک لکھ دیجئے ہمارے لیے، مورل ٹیچر کے طور پر۔</w:t>
      </w:r>
    </w:p>
    <w:p>
      <w:r>
        <w:rPr>
          <w:b/>
        </w:rPr>
        <w:t xml:space="preserve">[41:14] </w:t>
      </w:r>
      <w:r>
        <w:t>moral teacher, hum us ko chhapenge aur sab phailayenge. mein ne aaj tak likha nahi, halanke kai schoolon ne mujhe is ki kaha tha, zahir hai us ka wo paisa bhi dete.</w:t>
      </w:r>
    </w:p>
    <w:p>
      <w:pPr>
        <w:jc w:val="right"/>
      </w:pPr>
      <w:r>
        <w:t>مورل ٹیچر، ہم اس کو چھاپیں گے اور سب پھیلائیں گے۔ میں نے آج تک لکھا نہیں، حالانکہ کئی اسکولوں نے مجھے اس کی کہا تھا، ظاہر ہے اس کا وہ پیسہ بھی دیتے۔</w:t>
      </w:r>
    </w:p>
    <w:p>
      <w:r>
        <w:rPr>
          <w:b/>
        </w:rPr>
        <w:t xml:space="preserve">[41:27] </w:t>
      </w:r>
      <w:r>
        <w:t>mein ne aaj tak likhi nahi aisi kitab</w:t>
      </w:r>
    </w:p>
    <w:p>
      <w:pPr>
        <w:jc w:val="right"/>
      </w:pPr>
      <w:r>
        <w:t>میں نے آج تک لکھی نہیں ایسی کتاب</w:t>
      </w:r>
    </w:p>
    <w:p>
      <w:r>
        <w:rPr>
          <w:b/>
        </w:rPr>
        <w:t xml:space="preserve">[41:29] </w:t>
      </w:r>
      <w:r>
        <w:t>. dekhiye, koi book jis ka naam ho "moral teacher", wo morality paida nahi kar sakti. aye bachon, sach bolo!</w:t>
      </w:r>
    </w:p>
    <w:p>
      <w:pPr>
        <w:jc w:val="right"/>
      </w:pPr>
      <w:r>
        <w:t>۔ دیکھیے، کوئی بک جس کا نام ہو "مورل ٹیچر"، وہ موریلٹی پیدا نہیں کر سکتی۔ اے بچوں، سچ بولو!</w:t>
      </w:r>
    </w:p>
    <w:p>
      <w:r>
        <w:rPr>
          <w:b/>
        </w:rPr>
        <w:t xml:space="preserve">[41:39] </w:t>
      </w:r>
      <w:r>
        <w:t>bacha sach kyun bole? aye logon, honesty ke sath raho! wo kyun honesty ke sath rahe jabke na rehne mein us ko faida milta hai? to mein samajhta hoon ke accountability ka jo concept hai, wahi character building ka formula hai.</w:t>
      </w:r>
    </w:p>
    <w:p>
      <w:pPr>
        <w:jc w:val="right"/>
      </w:pPr>
      <w:r>
        <w:t>بچہ سچ کیوں بولے؟ اے لوگوں، اونسٹری کے ساتھ رہو! وہ کیوں اونسٹری کے ساتھ رہے جبکہ نہ رہنے میں اس کو فائدہ ملتا ہے؟ تو میں سمجھتا ہوں کہ اکاؤنٹیبلٹی کا جو کانسیپٹ ہے، وہی کریکٹر بلڈنگ کا فارمولا ہے۔</w:t>
      </w:r>
    </w:p>
    <w:p>
      <w:r>
        <w:rPr>
          <w:b/>
        </w:rPr>
        <w:t xml:space="preserve">[41:58] </w:t>
      </w:r>
      <w:r>
        <w:t>yani</w:t>
      </w:r>
    </w:p>
    <w:p>
      <w:pPr>
        <w:jc w:val="right"/>
      </w:pPr>
      <w:r>
        <w:t>یعنی</w:t>
      </w:r>
    </w:p>
    <w:p>
      <w:r>
        <w:rPr>
          <w:b/>
        </w:rPr>
        <w:t xml:space="preserve">[42:01] </w:t>
      </w:r>
      <w:r>
        <w:t>yani yeh belief, khuda ka yeh wada ke agar tum dunya mein</w:t>
      </w:r>
    </w:p>
    <w:p>
      <w:pPr>
        <w:jc w:val="right"/>
      </w:pPr>
      <w:r>
        <w:t>یعنی یہ بیلیف، خدا کا یہ وعدہ کہ اگر تم دنیا میں</w:t>
      </w:r>
    </w:p>
    <w:p>
      <w:r>
        <w:rPr>
          <w:b/>
        </w:rPr>
        <w:t xml:space="preserve">[42:09] </w:t>
      </w:r>
      <w:r>
        <w:t>aunstri ke sath rahoge, justice ke sath rahoge, sach bologe, aur logon ko takleef nahin pahunchaoge waghera waghera, to is ke badle mein tum ko eternal paradise di jayegi.</w:t>
      </w:r>
    </w:p>
    <w:p>
      <w:pPr>
        <w:jc w:val="right"/>
      </w:pPr>
      <w:r>
        <w:t>اونسٹری کے ساتھ رہو گے، جسٹس کے ساتھ رہو گے، سچ بولو گے، اور لوگوں کو تکلیف نہیں پہنچاؤ گے وغیرہ وغیرہ، تو اس کے بدلے میں تم کو ایٹرنل پیراڈائز دی جائے گی۔</w:t>
      </w:r>
    </w:p>
    <w:p>
      <w:r>
        <w:rPr>
          <w:b/>
        </w:rPr>
        <w:t xml:space="preserve">[42:29] </w:t>
      </w:r>
      <w:r>
        <w:t>main samajhta hoon ke yahi ek hi formula hai jo character building ka kaam kar sakta hai, kyunke yahan par yeh jo yeh jo belief hai, yeh jo aqeedah hai,</w:t>
      </w:r>
    </w:p>
    <w:p>
      <w:pPr>
        <w:jc w:val="right"/>
      </w:pPr>
      <w:r>
        <w:t>میں سمجھتا ہوں کہ یہی ایک ہی فارمولا ہے جو کریکٹر بلڈنگ کا کام کر سکتا ہے، کیونکہ یہاں پر یہ جو یہ جو بیلیف ہے، یہ جو عقیدہ ہے،</w:t>
      </w:r>
    </w:p>
    <w:p>
      <w:r>
        <w:rPr>
          <w:b/>
        </w:rPr>
        <w:t xml:space="preserve">[42:45] </w:t>
      </w:r>
      <w:r>
        <w:t>yeh hamein yeh yaqeen dilata hai ke jab ke jab bhi main ek ek sacha, jab main jab jab bhi main ek ek sachai ka tareeqa ikhtiyar karoon, jab bhi main aunstri ke sath rahna chahoon, jab bhi injustice karoon, to is ki wajah se jo mujhe nuksan hoga dunya mein,</w:t>
      </w:r>
    </w:p>
    <w:p>
      <w:pPr>
        <w:jc w:val="right"/>
      </w:pPr>
      <w:r>
        <w:t>یہ ہمیں یہ یقین دلاتا ہے کہ جب کہ جب بھی میں ایک ایک سچا، جب میں جب جب بھی میں ایک ایک سچائی کا طریقہ اختیار کروں، جب بھی میں اونسٹری کے ساتھ رہنا چاہوں، جب بھی انجسٹس کروں، تو اس کی وجہ سے جو مجھے نقصان ہوگا دنیا میں،</w:t>
      </w:r>
    </w:p>
    <w:p>
      <w:r>
        <w:rPr>
          <w:b/>
        </w:rPr>
        <w:t xml:space="preserve">[43:07] </w:t>
      </w:r>
      <w:r>
        <w:t>woh zyada bare reward ki surat mein mujhe milega. baat ko is death period mein</w:t>
      </w:r>
    </w:p>
    <w:p>
      <w:pPr>
        <w:jc w:val="right"/>
      </w:pPr>
      <w:r>
        <w:t>وہ زیادہ بڑے ریوارڈ کی صورت میں مجھے ملے گا۔ بات کو اس ڈیتھ پیریڈ میں</w:t>
      </w:r>
    </w:p>
    <w:p>
      <w:r>
        <w:rPr>
          <w:b/>
        </w:rPr>
        <w:t xml:space="preserve">[43:13] </w:t>
      </w:r>
      <w:r>
        <w:t>to main samajhta hoon ke character building ka formula, accountability ka jo concept hai, woh hai.</w:t>
      </w:r>
    </w:p>
    <w:p>
      <w:pPr>
        <w:jc w:val="right"/>
      </w:pPr>
      <w:r>
        <w:t>تو میں سمجھتا ہوں کہ کریکٹر بلڈنگ کا فارمولا، اکاؤنٹیبلٹی کا جو کانسیپٹ ہے، وہ ہے۔</w:t>
      </w:r>
    </w:p>
    <w:p>
      <w:r>
        <w:rPr>
          <w:b/>
        </w:rPr>
        <w:t xml:space="preserve">[43:26] </w:t>
      </w:r>
      <w:r>
        <w:t>baghair accountability ke concept ke aap logon ke andar character nahin paida kar sakte, yeh impossible hai.</w:t>
      </w:r>
    </w:p>
    <w:p>
      <w:pPr>
        <w:jc w:val="right"/>
      </w:pPr>
      <w:r>
        <w:t>بغیر اکاؤنٹیبلٹی کے کانسیپٹ کے آپ لوگوں کے اندر کریکٹر نہیں پیدا کر سکتے، یہ امپاسیبل ہے۔</w:t>
      </w:r>
    </w:p>
    <w:p>
      <w:r>
        <w:rPr>
          <w:b/>
        </w:rPr>
        <w:t xml:space="preserve">[43:39] </w:t>
      </w:r>
      <w:r>
        <w:t>logon ko yeh batana hoga ke dunya mein hamein jo</w:t>
      </w:r>
    </w:p>
    <w:p>
      <w:pPr>
        <w:jc w:val="right"/>
      </w:pPr>
      <w:r>
        <w:t>لوگوں کو یہ بتانا ہوگا کہ دنیا میں ہمیں جو</w:t>
      </w:r>
    </w:p>
    <w:p>
      <w:r>
        <w:rPr>
          <w:b/>
        </w:rPr>
        <w:t xml:space="preserve">[43:51] </w:t>
      </w:r>
      <w:r>
        <w:t>fayde, jin faydon ki wajah se hum yani principle behavior ko chhod dete hain, woh</w:t>
      </w:r>
    </w:p>
    <w:p>
      <w:pPr>
        <w:jc w:val="right"/>
      </w:pPr>
      <w:r>
        <w:t>فائدے، جن فائدوں کی وجہ سے ہم یعنی پرنسپل بیہیویئر کو چھوڑ دیتے ہیں، وہ</w:t>
      </w:r>
    </w:p>
    <w:p>
      <w:r>
        <w:rPr>
          <w:b/>
        </w:rPr>
        <w:t xml:space="preserve">[44:02] </w:t>
      </w:r>
      <w:r>
        <w:t>bahut hi haqeer fayde hain, bahut hi chhote fayde hain.</w:t>
      </w:r>
    </w:p>
    <w:p>
      <w:pPr>
        <w:jc w:val="right"/>
      </w:pPr>
      <w:r>
        <w:t>بہت ہی حقیر فائدے ہیں، بہت ہی چھوٹے فائدے ہیں۔</w:t>
      </w:r>
    </w:p>
    <w:p>
      <w:r>
        <w:rPr>
          <w:b/>
        </w:rPr>
        <w:t xml:space="preserve">[44:07] </w:t>
      </w:r>
      <w:r>
        <w:t>to ek taraf yeh yaqeen ke yeh bahut hi chhote fayde hain, idhar mare aur ise khatm, aur doosra yeh yaqeen ke is ke badle mein eternal life jo hai, hamari maut ke baad ki, is mein hamein bahut bada reward milega.</w:t>
      </w:r>
    </w:p>
    <w:p>
      <w:pPr>
        <w:jc w:val="right"/>
      </w:pPr>
      <w:r>
        <w:t>تو ایک طرف یہ یقین کہ یہ بہت ہی چھوٹے فائدے ہیں، ادھر مرے اور اسے ختم، اور دوسرا یہ یقین کہ اس کے بدلے میں ایٹرنل لائف جو ہے، ہماری موت کے بعد کی، اس میں ہمیں بہت بڑا ریوارڈ ملے گا۔</w:t>
      </w:r>
    </w:p>
    <w:p>
      <w:r>
        <w:rPr>
          <w:b/>
        </w:rPr>
        <w:t xml:space="preserve">[44:22] </w:t>
      </w:r>
      <w:r>
        <w:t>yahi yaqeen aadmi ke andar sacha character paida karta hai. ab main aap ko</w:t>
      </w:r>
    </w:p>
    <w:p>
      <w:pPr>
        <w:jc w:val="right"/>
      </w:pPr>
      <w:r>
        <w:t>یہی یقین آدمی کے اندر سچا کریکٹر پیدا کرتا ہے۔ اب میں آپ کو</w:t>
      </w:r>
    </w:p>
    <w:p>
      <w:r>
        <w:rPr>
          <w:b/>
        </w:rPr>
        <w:t xml:space="preserve">[44:29] </w:t>
      </w:r>
      <w:r>
        <w:t>ek aur baat ke bare mein arz karoon ga,</w:t>
      </w:r>
    </w:p>
    <w:p>
      <w:pPr>
        <w:jc w:val="right"/>
      </w:pPr>
      <w:r>
        <w:t>ایک اور بات کے بارے میں عرض کروں گا،</w:t>
      </w:r>
    </w:p>
    <w:p>
      <w:r>
        <w:rPr>
          <w:b/>
        </w:rPr>
        <w:t xml:space="preserve">[44:32] </w:t>
      </w:r>
      <w:r>
        <w:t>jaisa ke abhi main ne kaha ke anthropology se yeh establish ho chuka hai ke insaan ki nature mein Khuda ka concept interwoven hai.</w:t>
      </w:r>
    </w:p>
    <w:p>
      <w:pPr>
        <w:jc w:val="right"/>
      </w:pPr>
      <w:r>
        <w:t>جیسا کہ ابھی میں نے کہا کہ انتھروپولوجی سے یہ اسٹیبلش ہو چکا ہے کہ انسان کی نیچر میں خدا کا کانسیپٹ انٹر وون ہے۔</w:t>
      </w:r>
    </w:p>
    <w:p>
      <w:r>
        <w:rPr>
          <w:b/>
        </w:rPr>
        <w:t xml:space="preserve">[44:46] </w:t>
      </w:r>
      <w:r>
        <w:t>poori history mein kabhi aisa nahin hua ke aise insaan paida hue hon jin ki fitrat, jin ki nature mein Khuda ka concept na paya jata ho.</w:t>
      </w:r>
    </w:p>
    <w:p>
      <w:pPr>
        <w:jc w:val="right"/>
      </w:pPr>
      <w:r>
        <w:t>پوری ہسٹری میں کبھی ایسا نہیں ہوا کہ ایسے انسان پیدا ہوئے ہوں جن کی فطرت، جن کی نیچر میں خدا کا کانسیپٹ نہ پایا جاتا ہو۔</w:t>
      </w:r>
    </w:p>
    <w:p>
      <w:r>
        <w:rPr>
          <w:b/>
        </w:rPr>
        <w:t xml:space="preserve">[44:57] </w:t>
      </w:r>
      <w:r>
        <w:t>yeh anthropology ki research se prove ho chuka hai.</w:t>
      </w:r>
    </w:p>
    <w:p>
      <w:pPr>
        <w:jc w:val="right"/>
      </w:pPr>
      <w:r>
        <w:t>یہ انتھروپولوجی کی ریسرچ سے پروف ہو چکا ہے۔</w:t>
      </w:r>
    </w:p>
    <w:p>
      <w:r>
        <w:rPr>
          <w:b/>
        </w:rPr>
        <w:t xml:space="preserve">[45:01] </w:t>
      </w:r>
      <w:r>
        <w:t>isi ko maine kaha tha, Einstein ne apne scientific language mein yeh kaha tha ke</w:t>
      </w:r>
    </w:p>
    <w:p>
      <w:pPr>
        <w:jc w:val="right"/>
      </w:pPr>
      <w:r>
        <w:t>اسی کو میں نے کہا تھا، آئنسٹین نے اپنے سائنٹیفک لینگویج میں یہ کہا تھا کہ</w:t>
      </w:r>
    </w:p>
    <w:p>
      <w:r>
        <w:rPr>
          <w:b/>
        </w:rPr>
        <w:t xml:space="preserve">[45:09] </w:t>
      </w:r>
      <w:r>
        <w:t>"I believe that there is a reality outside of us".</w:t>
      </w:r>
    </w:p>
    <w:p>
      <w:pPr>
        <w:jc w:val="right"/>
      </w:pPr>
      <w:r>
        <w:t>"آئی بیلیو دیٹ دیر از اے ریلیٹی آؤٹ سائیڈ آف اس"۔</w:t>
      </w:r>
    </w:p>
    <w:p>
      <w:r>
        <w:rPr>
          <w:b/>
        </w:rPr>
        <w:t xml:space="preserve">[45:16] </w:t>
      </w:r>
      <w:r>
        <w:t>to hamesha Khuda ka concept dunya mein maujood raha hai, lekin jo cheez hamein dekhte hain hum history mein, woh yeh hai ke Khuda concept ne do shakalain ikhtiyar keen: tauheed aur shirk,</w:t>
      </w:r>
    </w:p>
    <w:p>
      <w:pPr>
        <w:jc w:val="right"/>
      </w:pPr>
      <w:r>
        <w:t>تو ہمیشہ خدا کا کانسیپٹ دنیا میں موجود رہا ہے، لیکن جو چیز ہمیں دیکھتے ہیں ہم ہسٹری میں، وہ یہ ہے کہ خدا کانسیپٹ نے دو شکلیں اختیار کیں: توحید اور شرک،</w:t>
      </w:r>
    </w:p>
    <w:p>
      <w:r>
        <w:rPr>
          <w:b/>
        </w:rPr>
        <w:t xml:space="preserve">[45:33] </w:t>
      </w:r>
      <w:r>
        <w:t>yani Khuda ko ek manna aur Khuda ko kai manna.</w:t>
      </w:r>
    </w:p>
    <w:p>
      <w:pPr>
        <w:jc w:val="right"/>
      </w:pPr>
      <w:r>
        <w:t>یعنی خدا کو ایک ماننا اور خدا کو کئی ماننا۔</w:t>
      </w:r>
    </w:p>
    <w:p>
      <w:r>
        <w:rPr>
          <w:b/>
        </w:rPr>
        <w:t xml:space="preserve">[45:39] </w:t>
      </w:r>
      <w:r>
        <w:t>is par main kuch arz karna chahoon ga.</w:t>
      </w:r>
    </w:p>
    <w:p>
      <w:pPr>
        <w:jc w:val="right"/>
      </w:pPr>
      <w:r>
        <w:t>اس پر میں کچھ عرض کرنا چاہوں گا۔</w:t>
      </w:r>
    </w:p>
    <w:p>
      <w:r>
        <w:rPr>
          <w:b/>
        </w:rPr>
        <w:t xml:space="preserve">[45:44] </w:t>
      </w:r>
      <w:r>
        <w:t>is par maine socha, to mujhe samajh mein aaya ke tauheed kya hai aur shirk kya hai, yani Khuda ko ek manna kya hai aur Khuda ko kai manna kya hai.</w:t>
      </w:r>
    </w:p>
    <w:p>
      <w:pPr>
        <w:jc w:val="right"/>
      </w:pPr>
      <w:r>
        <w:t>اس پر میں نے سوچا، تو مجھے سمجھ میں آیا کہ توحید کیا ہے اور شرک کیا ہے، یعنی خدا کو ایک ماننا کیا ہے اور خدا کو کئی ماننا کیا ہے۔</w:t>
      </w:r>
    </w:p>
    <w:p>
      <w:r>
        <w:rPr>
          <w:b/>
        </w:rPr>
        <w:t xml:space="preserve">[45:58] </w:t>
      </w:r>
      <w:r>
        <w:t>Khuda ko ek manna goya ke centralized concept of God ka naam hai,</w:t>
      </w:r>
    </w:p>
    <w:p>
      <w:pPr>
        <w:jc w:val="right"/>
      </w:pPr>
      <w:r>
        <w:t>خدا کو ایک ماننا گویا کہ سینٹرلائزڈ کانسیپٹ آف گاڈ کا نام ہے،</w:t>
      </w:r>
    </w:p>
    <w:p>
      <w:r>
        <w:rPr>
          <w:b/>
        </w:rPr>
        <w:t xml:space="preserve">[46:06] </w:t>
      </w:r>
      <w:r>
        <w:t>jis ko hum tauheed kehte hain. tauheed ya Khuda ko ek manna, oneness of God, yeh hai centralized concept of God.</w:t>
      </w:r>
    </w:p>
    <w:p>
      <w:pPr>
        <w:jc w:val="right"/>
      </w:pPr>
      <w:r>
        <w:t>جس کو ہم توحید کہتے ہیں۔ توحید یا خدا کو ایک ماننا، وننس آف گاڈ، یہ ہے سینٹرلائزڈ کانسیپٹ آف گاڈ۔</w:t>
      </w:r>
    </w:p>
    <w:p>
      <w:r>
        <w:rPr>
          <w:b/>
        </w:rPr>
        <w:t xml:space="preserve">[46:19] </w:t>
      </w:r>
      <w:r>
        <w:t>is ke muqable mein jo shirk hai, yani kai Khuda manna, woh hai decentralized concept of God.</w:t>
      </w:r>
    </w:p>
    <w:p>
      <w:pPr>
        <w:jc w:val="right"/>
      </w:pPr>
      <w:r>
        <w:t>اس کے مقابلے میں جو شرک ہے، یعنی کئی خدا ماننا، وہ ہے ڈی سینٹرلائزڈ کانسیپٹ آف گاڈ۔</w:t>
      </w:r>
    </w:p>
    <w:p>
      <w:r>
        <w:rPr>
          <w:b/>
        </w:rPr>
        <w:t xml:space="preserve">[46:32] </w:t>
      </w:r>
      <w:r>
        <w:t>decentralized concept of God.</w:t>
      </w:r>
    </w:p>
    <w:p>
      <w:pPr>
        <w:jc w:val="right"/>
      </w:pPr>
      <w:r>
        <w:t>ڈی سینٹرلائزڈ کانسیپٹ آف گاڈ۔</w:t>
      </w:r>
    </w:p>
    <w:p>
      <w:r>
        <w:rPr>
          <w:b/>
        </w:rPr>
        <w:t xml:space="preserve">[46:37] </w:t>
      </w:r>
      <w:r>
        <w:t>ab dekhiye, is par sochiye to main samajhta hoon ke jo decentralized concept of god hai, yani kai khuda manna, yeh khuda ke concept ki ka negation hai.</w:t>
      </w:r>
    </w:p>
    <w:p>
      <w:pPr>
        <w:jc w:val="right"/>
      </w:pPr>
      <w:r>
        <w:t>اب دیکھیے، اس پر سوچیے تو میں سمجھتا ہوں کہ جو ڈی سینٹرلائزڈ کانسیپٹ آف گاڈ ہے، یعنی کئی خدا ماننا، یہ خدا کے کانسیپٹ کی کا نیگیشن ہے۔</w:t>
      </w:r>
    </w:p>
    <w:p>
      <w:r>
        <w:rPr>
          <w:b/>
        </w:rPr>
        <w:t xml:space="preserve">[46:54] </w:t>
      </w:r>
      <w:r>
        <w:t>negation hai kyun? hum khuda ko kyun kyun chahte hain? kyun hum mante hain khuda ko? hamein is duniya mein jeene ke liye ek source of conviction chahiye.</w:t>
      </w:r>
    </w:p>
    <w:p>
      <w:pPr>
        <w:jc w:val="right"/>
      </w:pPr>
      <w:r>
        <w:t>نیگیشن ہے کیوں؟ ہم خدا کو کیوں کیوں چاہتے ہیں؟ کیوں ہم مانتے ہیں خدا کو؟ ہمیں اس دنیا میں جینے کے لیے ایک سورس آف کنوکشن چاہیے۔</w:t>
      </w:r>
    </w:p>
    <w:p>
      <w:r>
        <w:rPr>
          <w:b/>
        </w:rPr>
        <w:t xml:space="preserve">[47:08] </w:t>
      </w:r>
      <w:r>
        <w:t>har insan jo hai, woh kahin na kahin apne ko helpless feel karta hai, kahin na kahin, chahe woh chhota ho ya bada ho. maine ek martaba parha ke america ka jo president tha,</w:t>
      </w:r>
    </w:p>
    <w:p>
      <w:pPr>
        <w:jc w:val="right"/>
      </w:pPr>
      <w:r>
        <w:t>ہر انسان جو ہے، وہ کہیں نہ کہیں اپنے کو ہیلپ لیس فیل کرتا ہے، کہیں نہ کہیں، چاہے وہ چھوٹا ہو یا بڑا ہو۔ میں نے ایک مرتبہ پڑھا کہ امریکہ کا جو پریزیڈنٹ تھا،</w:t>
      </w:r>
    </w:p>
    <w:p>
      <w:r>
        <w:rPr>
          <w:b/>
        </w:rPr>
        <w:t xml:space="preserve">[47:23] </w:t>
      </w:r>
      <w:r>
        <w:t>nixon, bahut zabardast president tha america ka, to apne coat ki jeb mein woh ek sone ka golden nal rakhta tha.</w:t>
      </w:r>
    </w:p>
    <w:p>
      <w:pPr>
        <w:jc w:val="right"/>
      </w:pPr>
      <w:r>
        <w:t>نکسن، بہت زبردست پریزیڈنٹ تھا امریکہ کا، تو اپنے کوٹ کی جیب میں وہ ایک سونے کا گولڈن نال رکھتا تھا۔</w:t>
      </w:r>
    </w:p>
    <w:p>
      <w:r>
        <w:rPr>
          <w:b/>
        </w:rPr>
        <w:t xml:space="preserve">[47:32] </w:t>
      </w:r>
      <w:r>
        <w:t>yeh ghode ka jo nal hota hai, jo u shape ka, u shape ka ek nal golden apne ko coat ki jeb mein rakhta tha.</w:t>
      </w:r>
    </w:p>
    <w:p>
      <w:pPr>
        <w:jc w:val="right"/>
      </w:pPr>
      <w:r>
        <w:t>یہ گھوڑے کا جو نال ہوتا ہے، جو یو شیپ کا، یو شیپ کا ایک نال گولڈن اپنے کوٹ کی جیب میں رکھتا تھا۔</w:t>
      </w:r>
    </w:p>
    <w:p>
      <w:r>
        <w:rPr>
          <w:b/>
        </w:rPr>
        <w:t xml:space="preserve">[47:44] </w:t>
      </w:r>
      <w:r>
        <w:t>woh samajhta tha ke jab main helpless hoon ga to yeh mera kaam banaye ga, matlab us ki wajah se accident nahi hoga, us ki wajah se koi mujhe loss nahi hoga, us ki wajah se mujhe koi nuksan nahi hoga.</w:t>
      </w:r>
    </w:p>
    <w:p>
      <w:pPr>
        <w:jc w:val="right"/>
      </w:pPr>
      <w:r>
        <w:t>وہ سمجھتا تھا کہ جب میں ہیلپ لیس ہوں گا تو یہ میرا کام بنائے گا، مطلب اس کی وجہ سے ایکسیڈنٹ نہیں ہوگا، اس کی وجہ سے کوئی مجھے لاس نہیں ہوگا، اس کی وجہ سے مجھے کوئی نقصان نہیں ہوگا۔</w:t>
      </w:r>
    </w:p>
    <w:p>
      <w:r>
        <w:rPr>
          <w:b/>
        </w:rPr>
        <w:t xml:space="preserve">[47:58] </w:t>
      </w:r>
      <w:r>
        <w:t>to insan kahin na kahin apne ko helpless feel karta hai, har insan, chahe koi bhi ho. to is ka compensation kya hai?</w:t>
      </w:r>
    </w:p>
    <w:p>
      <w:pPr>
        <w:jc w:val="right"/>
      </w:pPr>
      <w:r>
        <w:t>تو انسان کہیں نہ کہیں اپنے کو ہیلپ لیس فیل کرتا ہے، ہر انسان، چاہے کوئی بھی ہو۔ تو اس کا کمپنسیشن کیا ہے؟</w:t>
      </w:r>
    </w:p>
    <w:p>
      <w:r>
        <w:rPr>
          <w:b/>
        </w:rPr>
        <w:t xml:space="preserve">[48:08] </w:t>
      </w:r>
      <w:r>
        <w:t>khuda ka aqeedah. to khuda ka aqeedah jo hai, woh aadmi ke liye source of conviction hai.</w:t>
      </w:r>
    </w:p>
    <w:p>
      <w:pPr>
        <w:jc w:val="right"/>
      </w:pPr>
      <w:r>
        <w:t>خدا کا عقیدہ۔ تو خدا کا عقیدہ جو ہے، وہ آدمی کے لیے سورس آف کنوکشن ہے۔</w:t>
      </w:r>
    </w:p>
    <w:p>
      <w:r>
        <w:rPr>
          <w:b/>
        </w:rPr>
        <w:t xml:space="preserve">[48:18] </w:t>
      </w:r>
      <w:r>
        <w:t>aur dekhiye, source of conviction jo cheez ho, woh oneness se aati hai.</w:t>
      </w:r>
    </w:p>
    <w:p>
      <w:pPr>
        <w:jc w:val="right"/>
      </w:pPr>
      <w:r>
        <w:t>اور دیکھیے، سورس آف کنوکشن جو چیز ہو، وہ وننس سے آتی ہے۔</w:t>
      </w:r>
    </w:p>
    <w:p>
      <w:r>
        <w:rPr>
          <w:b/>
        </w:rPr>
        <w:t xml:space="preserve">[48:24] </w:t>
      </w:r>
      <w:r>
        <w:t>ek misaal ke taur par, main chahta hoon ke meri ek maa ho, jis se main pyar karoon. har aadmi, koi aurat ho ya mard, ek maa ka concept is ke dil mein baitha hua hai,</w:t>
      </w:r>
    </w:p>
    <w:p>
      <w:pPr>
        <w:jc w:val="right"/>
      </w:pPr>
      <w:r>
        <w:t>ایک مثال کے طور پر، میں چاہتا ہوں کہ میری ایک ماں ہو، جس سے میں پیار کروں۔ ہر آدمی، کوئی عورت ہو یا مرد، ایک ماں کا کانسیپٹ اس کے دل میں بیٹھا ہوا ہے،</w:t>
      </w:r>
    </w:p>
    <w:p>
      <w:r>
        <w:rPr>
          <w:b/>
        </w:rPr>
        <w:t xml:space="preserve">[48:37] </w:t>
      </w:r>
      <w:r>
        <w:t>jis se woh sarzadah pyar karta hai. lekin woh ek maa, agar kisi bachche ko bataya jaye ke das aurtein hain, dekhein, das ke das teri maa hain, is ka mujhe kuch nahi aayega.</w:t>
      </w:r>
    </w:p>
    <w:p>
      <w:pPr>
        <w:jc w:val="right"/>
      </w:pPr>
      <w:r>
        <w:t>جس سے وہ سرزدہ پیار کرتا ہے۔ لیکن وہ ایک ماں، اگر کسی بچے کو بتایا جائے کہ دس عورتیں ہیں، دیکھیں، دس کے دس تیری ماں ہیں، اس کا مجھے کچھ نہیں آئے گا۔</w:t>
      </w:r>
    </w:p>
    <w:p>
      <w:r>
        <w:rPr>
          <w:b/>
        </w:rPr>
        <w:t xml:space="preserve">[48:51] </w:t>
      </w:r>
      <w:r>
        <w:t>kisi bachche ko das ladies di jayein ke yeh to bhai maa hain, sab ke sab, to us ko kabhi samajh mein nahi aayega is ke, kyun ke maa ek ho sakti hai, maa do nahi ho sakti hai.</w:t>
      </w:r>
    </w:p>
    <w:p>
      <w:pPr>
        <w:jc w:val="right"/>
      </w:pPr>
      <w:r>
        <w:t>کسی بچے کو دس لیڈیز دی جائیں کہ یہ تو بھئی ماں ہیں، سب کے سب، تو اس کو کبھی سمجھ میں نہیں آئے گا اس کے، کیونکہ ماں ایک ہو سکتی ہے، ماں دو نہیں ہو سکتی ہے۔</w:t>
      </w:r>
    </w:p>
    <w:p>
      <w:r>
        <w:rPr>
          <w:b/>
        </w:rPr>
        <w:t xml:space="preserve">[49:04] </w:t>
      </w:r>
      <w:r>
        <w:t>ek se zyada maa ka matlab hai maa ka negation.</w:t>
      </w:r>
    </w:p>
    <w:p>
      <w:pPr>
        <w:jc w:val="right"/>
      </w:pPr>
      <w:r>
        <w:t>ایک سے زیادہ ماں کا مطلب ہے ماں کا نیگیشن۔</w:t>
      </w:r>
    </w:p>
    <w:p>
      <w:r>
        <w:rPr>
          <w:b/>
        </w:rPr>
        <w:t xml:space="preserve">[49:10] </w:t>
      </w:r>
      <w:r>
        <w:t>isi tarah khuda bhi ek ho sakta hai, kai khuda ka matlab hai khuda ka negation.</w:t>
      </w:r>
    </w:p>
    <w:p>
      <w:pPr>
        <w:jc w:val="right"/>
      </w:pPr>
      <w:r>
        <w:t>اسی طرح خدا بھی ایک ہو سکتا ہے، کئی خدا کا مطلب ہے خدا کا نیگیشن۔</w:t>
      </w:r>
    </w:p>
    <w:p>
      <w:r>
        <w:rPr>
          <w:b/>
        </w:rPr>
        <w:t xml:space="preserve">[49:17] </w:t>
      </w:r>
      <w:r>
        <w:t>to is ka matlab kya hua? ke oneness of god ka jo concept hai, wohi natural concept hai, natural, fitri. aur ek se zyada khuda manna, woh unnatural hai, unnatural hai.</w:t>
      </w:r>
    </w:p>
    <w:p>
      <w:pPr>
        <w:jc w:val="right"/>
      </w:pPr>
      <w:r>
        <w:t>تو اس کا مطلب کیا ہوا؟ کہ وننس آف گاڈ کا جو کانسیپٹ ہے، وہی نیچرل کانسیپٹ ہے، نیچرل، فطری۔ اور ایک سے زیادہ خدا ماننا، وہ ان نیچرل ہے، ان نیچرل ہے۔</w:t>
      </w:r>
    </w:p>
    <w:p>
      <w:r>
        <w:rPr>
          <w:b/>
        </w:rPr>
        <w:t xml:space="preserve">[49:32] </w:t>
      </w:r>
      <w:r>
        <w:t>woh is liye woh sahi nahi hai, jis tarah se kai maa ka concept apne aap mein reject, rejected hai, apne aap mein is qabil hai ke ise reject kar diya jaye,</w:t>
      </w:r>
    </w:p>
    <w:p>
      <w:pPr>
        <w:jc w:val="right"/>
      </w:pPr>
      <w:r>
        <w:t>وہ اس لیے وہ صحیح نہیں ہے، جس طرح سے کئی ماں کا کانسیپٹ اپنے آپ میں ریجیکٹ، ریجیکٹڈ ہے، اپنے آپ میں اس قابل ہے کہ اسے ریجیکٹ کر دیا جائے،</w:t>
      </w:r>
    </w:p>
    <w:p>
      <w:r>
        <w:rPr>
          <w:b/>
        </w:rPr>
        <w:t xml:space="preserve">[49:48] </w:t>
      </w:r>
      <w:r>
        <w:t>kyun ke kai maa ka koi matlab hi nahi hua. isi tarah ek khuda ko jab hum mante hain to us ko mante mante hain.</w:t>
      </w:r>
    </w:p>
    <w:p>
      <w:pPr>
        <w:jc w:val="right"/>
      </w:pPr>
      <w:r>
        <w:t>کیونکہ کئی ماں کا کوئی مطلب ہی نہیں ہوا۔ اسی طرح ایک خدا کو جب ہم مانتے ہیں تو اس کو ماننے مانتے ہیں۔</w:t>
      </w:r>
    </w:p>
    <w:p>
      <w:r>
        <w:rPr>
          <w:b/>
        </w:rPr>
        <w:t xml:space="preserve">[49:59] </w:t>
      </w:r>
      <w:r>
        <w:t>isi waqt hum kisi kisi khuda ko khuda bana sakte hain apni zindagi mein, jab ke woh ek ho. jab woh khandit ho gaya ho, kai ho gaya to khuda ki haisiyat hi khatam ho gayi.</w:t>
      </w:r>
    </w:p>
    <w:p>
      <w:pPr>
        <w:jc w:val="right"/>
      </w:pPr>
      <w:r>
        <w:t>اسی وقت ہم کسی کسی خدا کو خدا بنا سکتے ہیں اپنی زندگی میں، جب کہ وہ ایک ہو۔ جب وہ کھنڈت ہو گیا ہو، کئی ہو گیا تو خدا کی حیثیت ہی ختم ہوگئی۔</w:t>
      </w:r>
    </w:p>
    <w:p>
      <w:r>
        <w:rPr>
          <w:b/>
        </w:rPr>
        <w:t xml:space="preserve">[50:13] </w:t>
      </w:r>
      <w:r>
        <w:t>to centralized concept hi natural concept hai, aur jo decentralized concept, jis ko maine kaha, woh unnatural hai.</w:t>
      </w:r>
    </w:p>
    <w:p>
      <w:pPr>
        <w:jc w:val="right"/>
      </w:pPr>
      <w:r>
        <w:t>تو سینٹرلائزڈ کانسیپٹ ہی نیچرل کانسیپٹ ہے، اور جو ڈی سینٹرلائزڈ کانسیپٹ، جس کو میں نے کہا، وہ ان نیچرل ہے۔</w:t>
      </w:r>
    </w:p>
    <w:p>
      <w:r>
        <w:rPr>
          <w:b/>
        </w:rPr>
        <w:t xml:space="preserve">[50:23] </w:t>
      </w:r>
      <w:r>
        <w:t>is ka ek pehlu yeh hai ke mere dil mein jazbat ka toofan hai, mohabbat ke jazbat, khauf ke jazbat. to main chahta hoon ke kisi ek se is ko joron.</w:t>
      </w:r>
    </w:p>
    <w:p>
      <w:pPr>
        <w:jc w:val="right"/>
      </w:pPr>
      <w:r>
        <w:t>اس کا ایک پہلو یہ ہے کہ میرے دل میں جذبات کا طوفان ہے، محبت کے جذبات، خوف کے جذبات۔ تو میں چاہتا ہوں کہ کسی ایک سے اس کو جوڑوں۔</w:t>
      </w:r>
    </w:p>
    <w:p>
      <w:r>
        <w:rPr>
          <w:b/>
        </w:rPr>
        <w:t xml:space="preserve">[50:36] </w:t>
      </w:r>
      <w:r>
        <w:t>mohabbat ke jazbat bhi kisi ek se jodna chahte hain, kai se nahi.</w:t>
      </w:r>
    </w:p>
    <w:p>
      <w:pPr>
        <w:jc w:val="right"/>
      </w:pPr>
      <w:r>
        <w:t>محبت کے جذبات بھی کسی ایک سے جوڑنا چاہتے ہیں، کئی سے نہیں۔</w:t>
      </w:r>
    </w:p>
    <w:p>
      <w:r>
        <w:rPr>
          <w:b/>
        </w:rPr>
        <w:t xml:space="preserve">[50:42] </w:t>
      </w:r>
      <w:r>
        <w:t>kai khuda ke sath main mohabbat nahi kar sakta, mujhe ek khuda chahiye jis se main mohabbat kar sakoon. quran mein hai ke "ashadd hubb lil laah".</w:t>
      </w:r>
    </w:p>
    <w:p>
      <w:pPr>
        <w:jc w:val="right"/>
      </w:pPr>
      <w:r>
        <w:t>کئی خدا کے ساتھ میں محبت نہیں کر سکتا، مجھے ایک خدا چاہیے جس سے میں محبت کر سکوں۔ قرآن میں ہے کہ "اشدحب للہ"۔</w:t>
      </w:r>
    </w:p>
    <w:p>
      <w:r>
        <w:rPr>
          <w:b/>
        </w:rPr>
        <w:t xml:space="preserve">[50:54] </w:t>
      </w:r>
      <w:r>
        <w:t>to is wajah se main yeh kahoon ga ke</w:t>
      </w:r>
    </w:p>
    <w:p>
      <w:pPr>
        <w:jc w:val="right"/>
      </w:pPr>
      <w:r>
        <w:t>تو اس وجہ سے میں یہ کہوں گا کہ</w:t>
      </w:r>
    </w:p>
    <w:p>
      <w:r>
        <w:rPr>
          <w:b/>
        </w:rPr>
        <w:t xml:space="preserve">[51:00] </w:t>
      </w:r>
      <w:r>
        <w:t>oneness of god ka jo concept hai, wohi natural concept hai, aur manyness of god ka jo concept hai, woh unnatural concept hai.</w:t>
      </w:r>
    </w:p>
    <w:p>
      <w:pPr>
        <w:jc w:val="right"/>
      </w:pPr>
      <w:r>
        <w:t>وننس آف گاڈ کا جو کانسیپٹ ہے، وہی نیچرل کانسیپٹ ہے، اور میننس آف گاڈ کا جو کانسیپٹ ہے، وہ ان نیچرل کانسیپٹ ہے۔</w:t>
      </w:r>
    </w:p>
    <w:p>
      <w:r>
        <w:rPr>
          <w:b/>
        </w:rPr>
        <w:t xml:space="preserve">[51:15] </w:t>
      </w:r>
      <w:r>
        <w:t>agar koi yeh kahe ke sahib, hum khuda ko manein hi kyun? khuda ko manne ki zarurat hi kya hai? yeh bilkul absurd baat hai, yeh ek absurd baat hai.</w:t>
      </w:r>
    </w:p>
    <w:p>
      <w:pPr>
        <w:jc w:val="right"/>
      </w:pPr>
      <w:r>
        <w:t>اگر کوئی یہ کہے کہ صاحب، ہم خدا کو مانیں ہی کیوں؟ خدا کو ماننے کی ضرورت ہی کیا ہے؟ یہ بالکل ایبسرٹ بات ہے، یہ ایک ایبسرٹ بات ہے۔</w:t>
      </w:r>
    </w:p>
    <w:p>
      <w:r>
        <w:rPr>
          <w:b/>
        </w:rPr>
        <w:t xml:space="preserve">[51:26] </w:t>
      </w:r>
      <w:r>
        <w:t>kyun? khuda ko agar main na maanon, tab bhi mujhe universe ko to maanna parega,</w:t>
      </w:r>
    </w:p>
    <w:p>
      <w:pPr>
        <w:jc w:val="right"/>
      </w:pPr>
      <w:r>
        <w:t>کیوں؟ خدا کو اگر میں نہ مانوں، تب بھی مجھے یونیورس کو تو ماننا پڑے گا،</w:t>
      </w:r>
    </w:p>
    <w:p>
      <w:r>
        <w:rPr>
          <w:b/>
        </w:rPr>
        <w:t xml:space="preserve">[51:34] </w:t>
      </w:r>
      <w:r>
        <w:t>yani creator ko na maanon, tab bhi creation ko maanna parega,</w:t>
      </w:r>
    </w:p>
    <w:p>
      <w:pPr>
        <w:jc w:val="right"/>
      </w:pPr>
      <w:r>
        <w:t>یعنی کریٹر کو نہ مانوں، تب بھی کریشن کو ماننا پڑے گا،</w:t>
      </w:r>
    </w:p>
    <w:p>
      <w:r>
        <w:rPr>
          <w:b/>
        </w:rPr>
        <w:t xml:space="preserve">[51:37] </w:t>
      </w:r>
      <w:r>
        <w:t>kyunke woh to hai mere saamne, woh to mere saamne hai. aur yeh yeh universe itni meaningful hai, itni meaningful hai, itni meaningful hai ke aisi meaningful universe kabhi bhi apne aap nahi ho sakti.</w:t>
      </w:r>
    </w:p>
    <w:p>
      <w:pPr>
        <w:jc w:val="right"/>
      </w:pPr>
      <w:r>
        <w:t>کیونکہ وہ تو ہے میرے سامنے، وہ تو میرے سامنے ہے۔ اور یہ یہ یونیورس اتنی میننگ فل ہے، اتنی میننگ فل ہے، اتنی میننگ فل ہے کہ ایسی میننگ فل یونیورس کبھی بھی اپنے آپ نہیں ہو سکتی۔</w:t>
      </w:r>
    </w:p>
    <w:p>
      <w:r>
        <w:rPr>
          <w:b/>
        </w:rPr>
        <w:t xml:space="preserve">[51:58] </w:t>
      </w:r>
      <w:r>
        <w:t>aap sochiye, jab yeh duniya nahi bani to khuda ne sab se pehle insaan ke liye ghoṛe paida kar di</w:t>
      </w:r>
    </w:p>
    <w:p>
      <w:pPr>
        <w:jc w:val="right"/>
      </w:pPr>
      <w:r>
        <w:t>آپ سوچیے، جب یہ دنیا نہیں بنی تو خدا نے سب سے پہلے انسان کے لیے گھوڑے پیدا کر دی</w:t>
      </w:r>
    </w:p>
    <w:p>
      <w:r>
        <w:rPr>
          <w:b/>
        </w:rPr>
        <w:t xml:space="preserve">[52:06] </w:t>
      </w:r>
      <w:r>
        <w:t>e, jabke insaan abhi technology nahi jaanta tha, science nahi jaanta tha. to bane banaye motor car, jangalon mein ghoṛe the, us ko pakṛ ke sawari shuru kar diya karna.</w:t>
      </w:r>
    </w:p>
    <w:p>
      <w:pPr>
        <w:jc w:val="right"/>
      </w:pPr>
      <w:r>
        <w:t>ے، جبکہ انسان ابھی ٹیکنالوجی نہیں جانتا تھا، سائنس نہیں جانتا تھا۔ تو بنے بنائے موٹر کار، جنگلوں میں گھوڑے تھے، اس کو پکڑ کے سواری شروع کر دیا کرنا۔</w:t>
      </w:r>
    </w:p>
    <w:p>
      <w:r>
        <w:rPr>
          <w:b/>
        </w:rPr>
        <w:t xml:space="preserve">[52:19] </w:t>
      </w:r>
      <w:r>
        <w:t>kaha bari by motor carain, living motor car, kyunke khuda jaanta tha ke insaan shuru shuru mein car nahi bana sakega, us ko bani banai koi cheez chahiye.</w:t>
      </w:r>
    </w:p>
    <w:p>
      <w:pPr>
        <w:jc w:val="right"/>
      </w:pPr>
      <w:r>
        <w:t>کہا بڑی بائی موٹر کاریں، لیونگ موٹر کار، کیونکہ خدا جانتا تھا کہ انسان شروع شروع میں کار نہیں بنا سکے گا، اس کو بنی بنائی کوئی چیز چاہیے۔</w:t>
      </w:r>
    </w:p>
    <w:p>
      <w:r>
        <w:rPr>
          <w:b/>
        </w:rPr>
        <w:t xml:space="preserve">[52:32] </w:t>
      </w:r>
      <w:r>
        <w:t>to us ko us ko ghoṛe mil gaye, ab ghoṛe par woh sawari karne laga.</w:t>
      </w:r>
    </w:p>
    <w:p>
      <w:pPr>
        <w:jc w:val="right"/>
      </w:pPr>
      <w:r>
        <w:t>تو اس کو اس کو گھوڑے مل گئے، اب گھوڑے پر وہ سواری کرنے لگا۔</w:t>
      </w:r>
    </w:p>
    <w:p>
      <w:r>
        <w:rPr>
          <w:b/>
        </w:rPr>
        <w:t xml:space="preserve">[52:36] </w:t>
      </w:r>
      <w:r>
        <w:t>phir dheere dheere us ne wheel invent kiya, wheel, pehiya. bohat dinon ke baad kaha jaata hai ke sab se pehli jo invention hai, woh hai pehiya,</w:t>
      </w:r>
    </w:p>
    <w:p>
      <w:pPr>
        <w:jc w:val="right"/>
      </w:pPr>
      <w:r>
        <w:t>پھر دھیرے دھیرے اس نے ویل انوینٹ کیا، ویل، پہیہ۔ بہت دنوں کے بعد کہا جاتا ہے کہ سب سے پہلی جو انوینشن ہے، وہ ہے پہیہ،</w:t>
      </w:r>
    </w:p>
    <w:p>
      <w:r>
        <w:rPr>
          <w:b/>
        </w:rPr>
        <w:t xml:space="preserve">[52:50] </w:t>
      </w:r>
      <w:r>
        <w:t>wheel. to jab pehiya banaya to gaṛi bana bana liya us ne. ab gaṛi banaya to us mein ghoṛe ko joṛ diya. us mein jo pehle ghoṛa tha, phir gaṛi ban gayi,</w:t>
      </w:r>
    </w:p>
    <w:p>
      <w:pPr>
        <w:jc w:val="right"/>
      </w:pPr>
      <w:r>
        <w:t>ویل۔ تو جب پہیہ بنایا تو گاڑی بنا بنا لیا اس نے۔ اب گاڑی بنایا تو اس میں گھوڑے کو جوڑ دیا۔ اس میں جو پہلے گھوڑا تھا، پھر گاڑی بن گئی،</w:t>
      </w:r>
    </w:p>
    <w:p>
      <w:r>
        <w:rPr>
          <w:b/>
        </w:rPr>
        <w:t xml:space="preserve">[53:01] </w:t>
      </w:r>
      <w:r>
        <w:t>jis mein oont, kabhi oont, kabhi bell, kabhi ghoṛa, usay usay usay chalane laga. woh us ko phir aage baṛhte baṛhte us ne ek waqt aaya ke us ne motor car bana li,</w:t>
      </w:r>
    </w:p>
    <w:p>
      <w:pPr>
        <w:jc w:val="right"/>
      </w:pPr>
      <w:r>
        <w:t>جس میں اونٹ، کبھی اونٹ، کبھی بیل، کبھی گھوڑا، اسے اسے اسے چلانے لگا۔ وہ اس کو پھر آگے بڑھتے بڑھتے اس نے ایک وقت آیا کہ اس نے موٹر کار بنا لی،</w:t>
      </w:r>
    </w:p>
    <w:p>
      <w:r>
        <w:rPr>
          <w:b/>
        </w:rPr>
        <w:t xml:space="preserve">[53:14] </w:t>
      </w:r>
      <w:r>
        <w:t>phir ek waqt aaya ke us ne jahaz bana liya.</w:t>
      </w:r>
    </w:p>
    <w:p>
      <w:pPr>
        <w:jc w:val="right"/>
      </w:pPr>
      <w:r>
        <w:t>پھر ایک وقت آیا کہ اس نے جہاز بنا لیا۔</w:t>
      </w:r>
    </w:p>
    <w:p>
      <w:r>
        <w:rPr>
          <w:b/>
        </w:rPr>
        <w:t xml:space="preserve">[53:19] </w:t>
      </w:r>
      <w:r>
        <w:t>to khuda jaanta tha ke insaan ke saath kya kya paish aayega. isi ke lihaaz se har cheez khuda ne de di is duniya mein. watakum min kulli ma saalatumoo</w:t>
      </w:r>
    </w:p>
    <w:p>
      <w:pPr>
        <w:jc w:val="right"/>
      </w:pPr>
      <w:r>
        <w:t>تو خدا جانتا تھا کہ انسان کے ساتھ کیا کیا پیش آئے گا۔ اسی کے لحاظ سے ہر چیز خدا نے دے دی اس دنیا میں۔ واتکم من کل ما سالتمو</w:t>
      </w:r>
    </w:p>
    <w:p>
      <w:r>
        <w:rPr>
          <w:b/>
        </w:rPr>
        <w:t xml:space="preserve">[53:30] </w:t>
      </w:r>
      <w:r>
        <w:t>ke khuda ne yeh quran mein hai ke is duniya mein hum ne woh sab kuch rakh diya hai jis ki tumhein zaroorat hai. to pehle ghoṛa diya, phir gaṛi diya, phir car diya, phir hawai jahaz diya.</w:t>
      </w:r>
    </w:p>
    <w:p>
      <w:pPr>
        <w:jc w:val="right"/>
      </w:pPr>
      <w:r>
        <w:t>کہ خدا نے یہ قرآن میں ہے کہ اس دنیا میں ہم نے وہ سب کچھ رکھ دیا ہے جس کی تمہیں ضرورت ہے۔ تو پہلے گھوڑا دیا، پھر گاڑی دیا، پھر کار دیا، پھر ہوائی جہاز دیا۔</w:t>
      </w:r>
    </w:p>
    <w:p>
      <w:r>
        <w:rPr>
          <w:b/>
        </w:rPr>
        <w:t xml:space="preserve">[53:43] </w:t>
      </w:r>
      <w:r>
        <w:t>yani ek ek cheez khuda ki taraf se duniya mein maujood thi jis ko hum istemal kar rahe hain. to abhi haal mein main ek radio par sun raha tha, ek ek bohat hi mujhe bara ajeeb maloom hua ke us ko main sunaoonga aap ko</w:t>
      </w:r>
    </w:p>
    <w:p>
      <w:pPr>
        <w:jc w:val="right"/>
      </w:pPr>
      <w:r>
        <w:t>یعنی ایک ایک چیز خدا کی طرف سے دنیا میں موجود تھی جس کو ہم استعمال کر رہے ہیں۔ تو ابھی حال میں میں ایک ریڈیو پر سن رہا تھا، ایک ایک بہت ہی مجھے بڑا عجیب معلوم ہوا کہ اس کو میں سناؤں گا آپ کو</w:t>
      </w:r>
    </w:p>
    <w:p>
      <w:r>
        <w:rPr>
          <w:b/>
        </w:rPr>
        <w:t xml:space="preserve">[53:58] </w:t>
      </w:r>
      <w:r>
        <w:t>. kya aap jaante hain ke insaan ki saare jo hamari jo woh tamaddun hai, jo civilization hai, energy par chalti hai? hamein energy chahiye, yani water energy aur petrol energy.</w:t>
      </w:r>
    </w:p>
    <w:p>
      <w:pPr>
        <w:jc w:val="right"/>
      </w:pPr>
      <w:r>
        <w:t>۔ کیا آپ جانتے ہیں کہ انسان کی سارے جو ہماری جو وہ تمدن ہے، جو سویلائزیشن ہے، انرجی پر چلتی ہے؟ ہمیں انرجی چاہیے، یعنی واٹر انرجی اور پیٹرول انرجی۔</w:t>
      </w:r>
    </w:p>
    <w:p>
      <w:r>
        <w:rPr>
          <w:b/>
        </w:rPr>
        <w:t xml:space="preserve">[54:13] </w:t>
      </w:r>
      <w:r>
        <w:t>to aap jaante hain ke petrol jo hai ya oil jo hai, woh limited hai zameen mein. woh saare log yeh soch rahe hain ke khatam ho jayega to kya hoga?</w:t>
      </w:r>
    </w:p>
    <w:p>
      <w:pPr>
        <w:jc w:val="right"/>
      </w:pPr>
      <w:r>
        <w:t>تو آپ جانتے ہیں کہ پیٹرول جو ہے یا آئل جو ہے، وہ لمیٹڈ ہے زمین میں۔ وہ سارے لوگ یہ سوچ رہے ہیں کہ ختم ہو جائے گا تو کیا ہوگا؟</w:t>
      </w:r>
    </w:p>
    <w:p>
      <w:r>
        <w:rPr>
          <w:b/>
        </w:rPr>
        <w:t xml:space="preserve">[54:28] </w:t>
      </w:r>
      <w:r>
        <w:t>kahan se energy layenge hum? ab ek source of energy jo hai, woh sun hai, suraj. lekin aap jaante hain ke solar energy jo hai, jo wahan se aati hai, upar se suraj ki, solar energy ko aap store nahi kar sakte,</w:t>
      </w:r>
    </w:p>
    <w:p>
      <w:pPr>
        <w:jc w:val="right"/>
      </w:pPr>
      <w:r>
        <w:t>کہاں سے انرجی لائیں گے ہم؟ اب ایک سورس آف انرجی جو ہے، وہ سن ہے، سورج۔ لیکن آپ جانتے ہیں کہ سولر انرجی جو ہے، جو وہاں سے آتی ہے، اوپر سے سورج کی، سولر انرجی کو آپ اسٹور نہیں کر سکتے،</w:t>
      </w:r>
    </w:p>
    <w:p>
      <w:r>
        <w:rPr>
          <w:b/>
        </w:rPr>
        <w:t xml:space="preserve">[54:47] </w:t>
      </w:r>
      <w:r>
        <w:t>kisi bhi energy ko, electrical energy ko store nahi kar sakte aap.</w:t>
      </w:r>
    </w:p>
    <w:p>
      <w:pPr>
        <w:jc w:val="right"/>
      </w:pPr>
      <w:r>
        <w:t>کسی بھی انرجی کو، الیکٹریکل انرجی کو اسٹور نہیں کر سکتے آپ۔</w:t>
      </w:r>
    </w:p>
    <w:p>
      <w:r>
        <w:rPr>
          <w:b/>
        </w:rPr>
        <w:t xml:space="preserve">[54:52] </w:t>
      </w:r>
      <w:r>
        <w:t>to bohat hi zyada quantity mein suraj energy zameen par bhej raha hai, lekin chunke hum store nahi kar sakte, us ko istemal nahi kar sakte, kyunke raat ke waqt suraj nahi rehta hai, woh din ke waqt rehta hai.</w:t>
      </w:r>
    </w:p>
    <w:p>
      <w:pPr>
        <w:jc w:val="right"/>
      </w:pPr>
      <w:r>
        <w:t>تو بہت ہی زیادہ کوانٹٹی میں سورج انرجی زمین پر بھیج رہا ہے، لیکن چونکہ ہم اسٹور نہیں کر سکتے، اس کو استعمال نہیں کر سکتے، کیونکہ رات کے وقت سورج نہیں رہتا ہے، وہ دن کے وقت رہتا ہے۔</w:t>
      </w:r>
    </w:p>
    <w:p>
      <w:r>
        <w:rPr>
          <w:b/>
        </w:rPr>
        <w:t xml:space="preserve">[55:10] </w:t>
      </w:r>
      <w:r>
        <w:t>to kaise us ko istemal karein hum?</w:t>
      </w:r>
    </w:p>
    <w:p>
      <w:pPr>
        <w:jc w:val="right"/>
      </w:pPr>
      <w:r>
        <w:t>تو کیسے اس کو استعمال کریں ہم؟</w:t>
      </w:r>
    </w:p>
    <w:p>
      <w:r>
        <w:rPr>
          <w:b/>
        </w:rPr>
        <w:t xml:space="preserve">[55:13] </w:t>
      </w:r>
      <w:r>
        <w:t>to abhi maine suna ek ek report ke america mein ek discovery hui hai ke solar energy ko hum ek aur tareeqe se us ko qabil e istemal bana sakte hain apne liye.</w:t>
      </w:r>
    </w:p>
    <w:p>
      <w:pPr>
        <w:jc w:val="right"/>
      </w:pPr>
      <w:r>
        <w:t>تو ابھی میں نے سنا ایک ایک رپورٹ کہ امریکہ میں ایک ڈسکوری ہوئی ہے کہ سولر انرجی کو ہم ایک اور طریقے سے اس کو قابل استعمال بنا سکتے ہیں اپنے لیے۔</w:t>
      </w:r>
    </w:p>
    <w:p>
      <w:r>
        <w:rPr>
          <w:b/>
        </w:rPr>
        <w:t xml:space="preserve">[55:28] </w:t>
      </w:r>
      <w:r>
        <w:t>woh kaise? zameen se koi 2800 mil upar suraj ki roshni, yani har waqt rehti hai, jaise hamare yahan jo hum jis duniya mein rehte hain, yahan par aap jaante hain ke 12 ghante raat, 12 ghante din.</w:t>
      </w:r>
    </w:p>
    <w:p>
      <w:pPr>
        <w:jc w:val="right"/>
      </w:pPr>
      <w:r>
        <w:t>وہ کیسے؟ زمین سے کوئی 2800 میل اوپر سورج کی روشنی، یعنی ہر وقت رہتی ہے، جیسے ہمارے یہاں جو ہم جس دنیا میں رہتے ہیں، یہاں پر آپ جانتے ہیں کہ 12 گھنٹے رات، 12 گھنٹے دن۔</w:t>
      </w:r>
    </w:p>
    <w:p>
      <w:r>
        <w:rPr>
          <w:b/>
        </w:rPr>
        <w:t xml:space="preserve">[55:47] </w:t>
      </w:r>
      <w:r>
        <w:t>to jab raat ho gayi to suraj ghayab ho gaya, to us ki energy hum nahi le sakte. din ko agar le sakte hain to woh store to kar nahi sakte.</w:t>
      </w:r>
    </w:p>
    <w:p>
      <w:pPr>
        <w:jc w:val="right"/>
      </w:pPr>
      <w:r>
        <w:t>تو جب رات ہو گئی تو سورج غائب ہو گیا، تو اس کی انرجی ہم نہیں لے سکتے۔ دن کو اگر لے سکتے ہیں تو وہ اسٹور تو کر نہیں سکتے۔</w:t>
      </w:r>
    </w:p>
    <w:p>
      <w:r>
        <w:rPr>
          <w:b/>
        </w:rPr>
        <w:t xml:space="preserve">[55:57] </w:t>
      </w:r>
      <w:r>
        <w:t>jab suraj ḍuub gaya to woh energy bhi khatam ho gayi. to ab ab hum kya karein? raat ke waqt kya karein?</w:t>
      </w:r>
    </w:p>
    <w:p>
      <w:pPr>
        <w:jc w:val="right"/>
      </w:pPr>
      <w:r>
        <w:t>جب سورج ڈوب گیا تو وہ انرجی بھی ختم ہو گئی۔ تو اب اب ہم کیا کریں؟ رات کے وقت کیا کریں؟</w:t>
      </w:r>
    </w:p>
    <w:p>
      <w:r>
        <w:rPr>
          <w:b/>
        </w:rPr>
        <w:t xml:space="preserve">[56:06] </w:t>
      </w:r>
      <w:r>
        <w:t>ya jahan suraj ki roshni bohat kam paṛti hai, wahan kya karein? kyunke har jagah suraj ki roshni yaksaan nahi hoti hai.</w:t>
      </w:r>
    </w:p>
    <w:p>
      <w:pPr>
        <w:jc w:val="right"/>
      </w:pPr>
      <w:r>
        <w:t>یا جہاں سورج کی روشنی بہت کم پڑتی ہے، وہاں کیا کریں؟ کیونکہ ہر جگہ سورج کی روشنی یکساں نہیں ہوتی ہے۔</w:t>
      </w:r>
    </w:p>
    <w:p>
      <w:r>
        <w:rPr>
          <w:b/>
        </w:rPr>
        <w:t xml:space="preserve">[56:16] </w:t>
      </w:r>
      <w:r>
        <w:t>to wahan par experiment kiya gaya hai ke ek rocket ko, jis mein ke woh lage honge, woh bare bare woh hotay hain, woh jis mein solar energy ko woh absorb kartay hain,</w:t>
      </w:r>
    </w:p>
    <w:p>
      <w:pPr>
        <w:jc w:val="right"/>
      </w:pPr>
      <w:r>
        <w:t>تو وہاں پر ایکسپیرینٹ ایکسپیریمنٹ کیا گیا ہے کہ ایک راکٹ کو، جس میں کہ وہ لگے ہوں گے، وہ بڑے بڑے وہ ہوتے ہیں، وہ جس میں سولر انرجی کو وہ ابزارب کرتے ہیں،</w:t>
      </w:r>
    </w:p>
    <w:p>
      <w:r>
        <w:rPr>
          <w:b/>
        </w:rPr>
        <w:t xml:space="preserve">[56:33] </w:t>
      </w:r>
      <w:r>
        <w:t>to oopar bheja gaya, is ko oopar bheja gaya, jahan ke 24 ghantay suraj ki roshni rehti hai. to is ne solar energy ko liya suraj se, le kar kiya kiya?</w:t>
      </w:r>
    </w:p>
    <w:p>
      <w:pPr>
        <w:jc w:val="right"/>
      </w:pPr>
      <w:r>
        <w:t>تو اوپر بھیجا گیا، اس کو اوپر بھیجا گیا، جہاں کہ 24 گھنٹے سورج کی روشنی رہتی ہے۔ تو اس نے سولر انرجی کو لیا سورج سے، لے کر کیا کیا؟</w:t>
      </w:r>
    </w:p>
    <w:p>
      <w:r>
        <w:rPr>
          <w:b/>
        </w:rPr>
        <w:t xml:space="preserve">[56:46] </w:t>
      </w:r>
      <w:r>
        <w:t>is ko is ko is ne convert kiya, is mein electronic energy mein convert kiya, phir convert kar ke is ko phir zameen par bheja.</w:t>
      </w:r>
    </w:p>
    <w:p>
      <w:pPr>
        <w:jc w:val="right"/>
      </w:pPr>
      <w:r>
        <w:t>اس کو اس کو اس نے کنورٹ کیا، اس میں الیکٹرانک انرجی میں کنورٹ کیا، پھر کنورٹ کر کے اس کو پھر زمین پر بھیجا۔</w:t>
      </w:r>
    </w:p>
    <w:p>
      <w:r>
        <w:rPr>
          <w:b/>
        </w:rPr>
        <w:t xml:space="preserve">[56:59] </w:t>
      </w:r>
      <w:r>
        <w:t>is ko</w:t>
      </w:r>
    </w:p>
    <w:p>
      <w:pPr>
        <w:jc w:val="right"/>
      </w:pPr>
      <w:r>
        <w:t>اس کو</w:t>
      </w:r>
    </w:p>
    <w:p>
      <w:r>
        <w:rPr>
          <w:b/>
        </w:rPr>
        <w:t xml:space="preserve">[57:00] </w:t>
      </w:r>
      <w:r>
        <w:t>electronic energy jab mein convert kar liya aap ne to aap is qabil ho gaye ke is ko zameen par bhej saken. aur phir is is is ko phir dobara electrical energy mein convert kiya gaya.</w:t>
      </w:r>
    </w:p>
    <w:p>
      <w:pPr>
        <w:jc w:val="right"/>
      </w:pPr>
      <w:r>
        <w:t>الیکٹرانک انرجی جب میں کنورٹ کر لیا آپ نے تو آپ اس قابل ہو گئے کہ اس کو زمین پر بھیج سکیں۔ اور پھر اس اس اس کو پھر دوبارہ الیکٹریکل انرجی میں کنورٹ کیا گیا۔</w:t>
      </w:r>
    </w:p>
    <w:p>
      <w:r>
        <w:rPr>
          <w:b/>
        </w:rPr>
        <w:t xml:space="preserve">[57:11] </w:t>
      </w:r>
      <w:r>
        <w:t>to yeh maloom hua ke solar energy convert ho sakti hai electronic energy mein, phir woh convert ho sakti hai electrical engineering mein, phir is ko hum istemal kar saktay hain apnay kaam ke liye.</w:t>
      </w:r>
    </w:p>
    <w:p>
      <w:pPr>
        <w:jc w:val="right"/>
      </w:pPr>
      <w:r>
        <w:t>تو یہ معلوم ہوا کہ سولر انرجی کنورٹ ہو سکتی ہے الیکٹرانک انرجی میں، پھر وہ کنورٹ ہو سکتی ہے الیکٹریکل انجینئرنگ میں، پھر اس کو ہم استعمال کر سکتے ہیں اپنے کام کے لیے۔</w:t>
      </w:r>
    </w:p>
    <w:p>
      <w:r>
        <w:rPr>
          <w:b/>
        </w:rPr>
        <w:t xml:space="preserve">[57:23] </w:t>
      </w:r>
      <w:r>
        <w:t>to kaha ke raat ke waqt bhi hum solar energy ko le kar ke is ko istemal kar saktay hain apnay liye conversion ke zariye. ab mein ne socha ke Khuda ne yeh possibility bhi rakhi thi is dunya mein ke raat ke waqt bhi hum jab ke suraj hamaray paas na ho,</w:t>
      </w:r>
    </w:p>
    <w:p>
      <w:pPr>
        <w:jc w:val="right"/>
      </w:pPr>
      <w:r>
        <w:t>تو کہا کہ رات کے وقت بھی ہم سولر انرجی کو لے کر کے اس کو استعمال کر سکتے ہیں اپنے لیے کنورژن کے ذریعے۔ اب میں نے سوچا کہ خدا نے یہ پوسیبلیٹی بھی رکھی تھی اس دنیا میں کہ رات کے وقت بھی ہم جب کہ سورج ہمارے پاس نہ ہو،</w:t>
      </w:r>
    </w:p>
    <w:p>
      <w:r>
        <w:rPr>
          <w:b/>
        </w:rPr>
        <w:t xml:space="preserve">[57:41] </w:t>
      </w:r>
      <w:r>
        <w:t>tab bhi hum is ki energy ko le saken convert kar ke. to kitni bari planning thi Khuda ki yeh.</w:t>
      </w:r>
    </w:p>
    <w:p>
      <w:pPr>
        <w:jc w:val="right"/>
      </w:pPr>
      <w:r>
        <w:t>تب بھی ہم اس کی انرجی کو لے سکیں کنورٹ کر کے۔ تو کتنی بڑی پلاننگ تھی خدا کی یہ۔</w:t>
      </w:r>
    </w:p>
    <w:p>
      <w:r>
        <w:rPr>
          <w:b/>
        </w:rPr>
        <w:t xml:space="preserve">[57:51] </w:t>
      </w:r>
      <w:r>
        <w:t>to yeh to ek bohat hi choti si misaal hai ke itni meaningful dunya agar hum Khuda ko na manen, tab bhi hamein manna parta hai ke ek aisi dunya hamaray samnay hai jo bohat hi meaningful hai,</w:t>
      </w:r>
    </w:p>
    <w:p>
      <w:pPr>
        <w:jc w:val="right"/>
      </w:pPr>
      <w:r>
        <w:t>تو یہ تو ایک بہت ہی چھوٹی سی مثال ہے کہ اتنی میننگ فل دنیا اگر ہم خدا کو نہ مانیں، تب بھی ہمیں ماننا پڑتا ہے کہ ایک ایسی دنیا ہمارے سامنے ہے جو بہت ہی میننگ فل ہے،</w:t>
      </w:r>
    </w:p>
    <w:p>
      <w:r>
        <w:rPr>
          <w:b/>
        </w:rPr>
        <w:t xml:space="preserve">[58:04] </w:t>
      </w:r>
      <w:r>
        <w:t>bohat ziyada meaningful, jo bohat ziyada planned way mein banai gayi hai.</w:t>
      </w:r>
    </w:p>
    <w:p>
      <w:pPr>
        <w:jc w:val="right"/>
      </w:pPr>
      <w:r>
        <w:t>بہت زیادہ میننگ فل، جو بہت زیادہ کانڈ وے میں بنائی گئی ہے۔</w:t>
      </w:r>
    </w:p>
    <w:p>
      <w:r>
        <w:rPr>
          <w:b/>
        </w:rPr>
        <w:t xml:space="preserve">[58:12] </w:t>
      </w:r>
      <w:r>
        <w:t>ek scientist ne kaha ke dunya ko dekh kar bhi aisa lagta hai ke is ko bananay wala ek mathematical mind hai, yani mathematical precision is ke andar hai.</w:t>
      </w:r>
    </w:p>
    <w:p>
      <w:pPr>
        <w:jc w:val="right"/>
      </w:pPr>
      <w:r>
        <w:t>ایک سائنٹسٹ نے کہا کہ دنیا کو دیکھ کر بھی ایسا لگتا ہے کہ اس کو بنانے والا ایک میتھمیٹیکل مائنڈ ہے، یعنی میتھمیٹیکل پریسیژن اس کے اندر ہے۔</w:t>
      </w:r>
    </w:p>
    <w:p>
      <w:r>
        <w:rPr>
          <w:b/>
        </w:rPr>
        <w:t xml:space="preserve">[58:24] </w:t>
      </w:r>
      <w:r>
        <w:t>ab batayen ke kya agar aap Khuda keh rahay hain ke mein Khuda ko nahi manta to kya is dunya ko bhi inkar kar saktay hain aap? to itni meaningful dunya ban nahi sakti hai baghair is ke ke is ka ek creator ho.</w:t>
      </w:r>
    </w:p>
    <w:p>
      <w:pPr>
        <w:jc w:val="right"/>
      </w:pPr>
      <w:r>
        <w:t>اب بتائیں کہ کیا اگر آپ خدا کہہ رہے ہیں کہ میں خدا کو نہیں مانتا تو کیا اس دنیا کو بھی انکار کر سکتے ہیں آپ؟ تو اتنی میننگ فل دنیا بن نہیں سکتی ہے بغیر اس کے کہ اس کا ایک کریٹر ہو۔</w:t>
      </w:r>
    </w:p>
    <w:p>
      <w:r>
        <w:rPr>
          <w:b/>
        </w:rPr>
        <w:t xml:space="preserve">[58:39] </w:t>
      </w:r>
      <w:r>
        <w:t>agar dunya at random hoti, haphazard hoti, koi yahan par koi planning na hoti to shayad aap keh saktay thay ke yeh ban gayi ho apnay aap.</w:t>
      </w:r>
    </w:p>
    <w:p>
      <w:pPr>
        <w:jc w:val="right"/>
      </w:pPr>
      <w:r>
        <w:t>اگر دنیا ایٹ رینڈم ہوتی، ہیو ازرٹ ہوتی، کوئی یہاں پر کوئی پلاننگ نہ ہوتی تو شاید آپ کہہ سکتے تھے کہ یہ بن گئی ہو اپنے آپ۔</w:t>
      </w:r>
    </w:p>
    <w:p>
      <w:r>
        <w:rPr>
          <w:b/>
        </w:rPr>
        <w:t xml:space="preserve">[58:49] </w:t>
      </w:r>
      <w:r>
        <w:t>lekan is ka ek ek zara, ek ek cheez is ki bohat hi meaningful hai, bohat hi planned way mein hai, is ke andar mathematical precision hai.</w:t>
      </w:r>
    </w:p>
    <w:p>
      <w:pPr>
        <w:jc w:val="right"/>
      </w:pPr>
      <w:r>
        <w:t>لیکن اس کا ایک ایک ذرہ، ایک ایک چیز اس کی بہت ہی میننگ فل ہے، بہت ہی پلانڈ وے میں ہے، اس کے اندر میتھمیٹیکل پریسیژن ہے۔</w:t>
      </w:r>
    </w:p>
    <w:p>
      <w:r>
        <w:rPr>
          <w:b/>
        </w:rPr>
        <w:t xml:space="preserve">[58:57] </w:t>
      </w:r>
      <w:r>
        <w:t>is ke andar to aisi ek dunya impossible hai ke kisi bananay walay ke baghair bani ho.</w:t>
      </w:r>
    </w:p>
    <w:p>
      <w:pPr>
        <w:jc w:val="right"/>
      </w:pPr>
      <w:r>
        <w:t>اس کے اندر تو ایسی ایک دنیا امپاسیبل ہے کہ کسی بنانے والے کے بغیر بنی ہو۔</w:t>
      </w:r>
    </w:p>
    <w:p>
      <w:r>
        <w:rPr>
          <w:b/>
        </w:rPr>
        <w:t xml:space="preserve">[59:04] </w:t>
      </w:r>
      <w:r>
        <w:t>to mein yeh kehta hoon aap ke liye choice jo hai aisi halat mein woh yani universe with God aur universe without God ke darmiyan nahi hai.</w:t>
      </w:r>
    </w:p>
    <w:p>
      <w:pPr>
        <w:jc w:val="right"/>
      </w:pPr>
      <w:r>
        <w:t>تو میں یہ کہتا ہوں آپ کے لیے چوائس جو ہے ایسی حالت میں وہ یعنی یونیورس ود گاڈ اور یونیورس ودا آؤٹ گاڈ کے درمیان نہیں ہے۔</w:t>
      </w:r>
    </w:p>
    <w:p>
      <w:r>
        <w:rPr>
          <w:b/>
        </w:rPr>
        <w:t xml:space="preserve">[59:21] </w:t>
      </w:r>
      <w:r>
        <w:t>aap ka jo choice hai woh yeh nahi hai ke ya to universe with God ko len ya universe without God ko len. yeh belief work nahi karega.</w:t>
      </w:r>
    </w:p>
    <w:p>
      <w:pPr>
        <w:jc w:val="right"/>
      </w:pPr>
      <w:r>
        <w:t>آپ کا جو چوائس ہے وہ یہ نہیں ہے کہ یا تو یونیورس ود گاڈ کو لیں یا یونیورس ودا آؤٹ گاڈ کو لیں۔ یہ بیلیف ورک نہیں کرے گا۔</w:t>
      </w:r>
    </w:p>
    <w:p>
      <w:r>
        <w:rPr>
          <w:b/>
        </w:rPr>
        <w:t xml:space="preserve">[59:32] </w:t>
      </w:r>
      <w:r>
        <w:t>jo</w:t>
      </w:r>
    </w:p>
    <w:p>
      <w:pPr>
        <w:jc w:val="right"/>
      </w:pPr>
      <w:r>
        <w:t>جو</w:t>
      </w:r>
    </w:p>
    <w:p>
      <w:r>
        <w:rPr>
          <w:b/>
        </w:rPr>
        <w:t xml:space="preserve">[59:33] </w:t>
      </w:r>
      <w:r>
        <w:t>choice aap ke liye woh hai universe with God aur no universe at all, yani God agar na ho to universe hi khatam ho jati hai.</w:t>
      </w:r>
    </w:p>
    <w:p>
      <w:pPr>
        <w:jc w:val="right"/>
      </w:pPr>
      <w:r>
        <w:t>چوائس آپ کے لیے وہ ہے یونیورس ود گاڈ اور نو یونیورس ایٹ آل، یعنی گاڈ اگر نہ ہو تو یونیورس ہی ختم ہو جاتی ہے۔</w:t>
      </w:r>
    </w:p>
    <w:p>
      <w:r>
        <w:rPr>
          <w:b/>
        </w:rPr>
        <w:t xml:space="preserve">[59:43] </w:t>
      </w:r>
      <w:r>
        <w:t>creator na ho to yeh meaningful bhi nahi nahi paida hoti. to real choice jo aap ke liye hai woh hai universe with God ya no universe at all.</w:t>
      </w:r>
    </w:p>
    <w:p>
      <w:pPr>
        <w:jc w:val="right"/>
      </w:pPr>
      <w:r>
        <w:t>کریٹر نہ ہو تو یہ میننگ فل بھی نہیں نہیں پیدا ہوتی۔ تو ریئل چوائس جو آپ کے لیے ہے وہ ہے یونیورس ود گاڈ یا نو یونیورس ایٹ آل۔</w:t>
      </w:r>
    </w:p>
    <w:p>
      <w:r>
        <w:rPr>
          <w:b/>
        </w:rPr>
        <w:t xml:space="preserve">[59:55] </w:t>
      </w:r>
      <w:r>
        <w:t>to kaha hai ke hamaray liye is ke siwa koi chara nahi hai ke hum Khuda ko manen,</w:t>
      </w:r>
    </w:p>
    <w:p>
      <w:pPr>
        <w:jc w:val="right"/>
      </w:pPr>
      <w:r>
        <w:t>تو کہا ہے کہ ہمارے لیے اس کے سوا کوئی چارہ نہیں ہے کہ ہم خدا کو مانیں،</w:t>
      </w:r>
    </w:p>
    <w:p>
      <w:r>
        <w:rPr>
          <w:b/>
        </w:rPr>
        <w:t xml:space="preserve">[1:00:01] </w:t>
      </w:r>
      <w:r>
        <w:t>koi doosra chara nahi hai.</w:t>
      </w:r>
    </w:p>
    <w:p>
      <w:pPr>
        <w:jc w:val="right"/>
      </w:pPr>
      <w:r>
        <w:t>کوئی دوسرا چارہ نہیں ہے۔</w:t>
      </w:r>
    </w:p>
    <w:p>
      <w:r>
        <w:rPr>
          <w:b/>
        </w:rPr>
        <w:t xml:space="preserve">[1:00:07] </w:t>
      </w:r>
      <w:r>
        <w:t>ab mein ek aur baat lena chahta hoon, woh yeh ke aaj kal ek cheez ka bohat charcha hai jis ko kehtay hain tension ya stress.</w:t>
      </w:r>
    </w:p>
    <w:p>
      <w:pPr>
        <w:jc w:val="right"/>
      </w:pPr>
      <w:r>
        <w:t>اب میں ایک اور بات لینا چاہتا ہوں، وہ یہ کہ آج کل ایک چیز کا بہت چرچہ ہے جس کو کہتے ہیں ٹینشن یا اسٹریس۔</w:t>
      </w:r>
    </w:p>
    <w:p>
      <w:r>
        <w:rPr>
          <w:b/>
        </w:rPr>
        <w:t xml:space="preserve">[1:00:23] </w:t>
      </w:r>
      <w:r>
        <w:t>hamaray jo modern life hai, is ka ek bohat hi yani ek aisa phenomena hai jis se ke sari dunya dochar hai.</w:t>
      </w:r>
    </w:p>
    <w:p>
      <w:pPr>
        <w:jc w:val="right"/>
      </w:pPr>
      <w:r>
        <w:t>ہمارے جو ماڈرن لائف ہے، اس کا ایک بہت ہی یعنی ایک ایسا فیناومینا ہے جس سے کہ ساری دنیا دوچار ہے۔</w:t>
      </w:r>
    </w:p>
    <w:p>
      <w:r>
        <w:rPr>
          <w:b/>
        </w:rPr>
        <w:t xml:space="preserve">[1:00:33] </w:t>
      </w:r>
      <w:r>
        <w:t>India mein bhi, Europe mein bhi, America mein bhi har jagah log tension ke is se dochar hain. yeh tension jo hai woh kyun hai?</w:t>
      </w:r>
    </w:p>
    <w:p>
      <w:pPr>
        <w:jc w:val="right"/>
      </w:pPr>
      <w:r>
        <w:t>انڈیا میں بھی، یورپ میں بھی، امریکہ میں بھی ہر جگہ لوگ ٹینشن کے اس سے دوچار ہیں۔ یہ ٹینشن جو ہے وہ کیوں ہے؟</w:t>
      </w:r>
    </w:p>
    <w:p>
      <w:r>
        <w:rPr>
          <w:b/>
        </w:rPr>
        <w:t xml:space="preserve">[1:00:46] </w:t>
      </w:r>
      <w:r>
        <w:t>wai dis tension?</w:t>
      </w:r>
    </w:p>
    <w:p>
      <w:pPr>
        <w:jc w:val="right"/>
      </w:pPr>
      <w:r>
        <w:t>وائی دس ٹینشن؟</w:t>
      </w:r>
    </w:p>
    <w:p>
      <w:r>
        <w:rPr>
          <w:b/>
        </w:rPr>
        <w:t xml:space="preserve">[1:00:48] </w:t>
      </w:r>
      <w:r>
        <w:t>dekhiye, is par maine kafi socha to abhi hal hi mein meri mujhe ek cheez discover hui ke tension darasal naam hai identity crisis ka.</w:t>
      </w:r>
    </w:p>
    <w:p>
      <w:pPr>
        <w:jc w:val="right"/>
      </w:pPr>
      <w:r>
        <w:t>دیکھیے، اس پر میں نے کافی سوچا تو ابھی حال ہی میں میری مجھے ایک چیز ڈسکور ہوئی کہ ٹینشن دراصل نام ہے آئیڈینٹیٹی کرائسز کا۔</w:t>
      </w:r>
    </w:p>
    <w:p>
      <w:r>
        <w:rPr>
          <w:b/>
        </w:rPr>
        <w:t xml:space="preserve">[1:01:03] </w:t>
      </w:r>
      <w:r>
        <w:t>aaj ka insan identity crisis mein mubtala hai. isi ko isi ka jo result hai, us ko hum tension kehte hain, yeh stress kehte hain.</w:t>
      </w:r>
    </w:p>
    <w:p>
      <w:pPr>
        <w:jc w:val="right"/>
      </w:pPr>
      <w:r>
        <w:t>آج کا انسان آئیڈینٹیٹی کرائسز میں مبتلا ہے۔ اسی کو اسی کا جو رزلٹ ہے، اس کو ہم ٹینشن کہتے ہیں، یہ اسٹریس کہتے ہیں۔</w:t>
      </w:r>
    </w:p>
    <w:p>
      <w:r>
        <w:rPr>
          <w:b/>
        </w:rPr>
        <w:t xml:space="preserve">[1:01:15] </w:t>
      </w:r>
      <w:r>
        <w:t>identity crisis kya hai?</w:t>
      </w:r>
    </w:p>
    <w:p>
      <w:pPr>
        <w:jc w:val="right"/>
      </w:pPr>
      <w:r>
        <w:t>آئیڈینٹیٹی کرائسز کیا ہے؟</w:t>
      </w:r>
    </w:p>
    <w:p>
      <w:r>
        <w:rPr>
          <w:b/>
        </w:rPr>
        <w:t xml:space="preserve">[1:01:19] </w:t>
      </w:r>
      <w:r>
        <w:t>identity crisis ka matlab yeh hai ke har aadmi consciously ya unconsciously is question se yani iske mind mein yeh sawal hai ke who i am i?</w:t>
      </w:r>
    </w:p>
    <w:p>
      <w:pPr>
        <w:jc w:val="right"/>
      </w:pPr>
      <w:r>
        <w:t>آئیڈینٹیٹی کرائسز کا مطلب یہ ہے کہ ہر آدمی کانشیسلی یا انکانشیسلی اس کوئسچن سے یعنی اس کے مائنڈ میں یہ سوال ہے کہ ہو آئی ایم آئی؟</w:t>
      </w:r>
    </w:p>
    <w:p>
      <w:r>
        <w:rPr>
          <w:b/>
        </w:rPr>
        <w:t xml:space="preserve">[1:01:35] </w:t>
      </w:r>
      <w:r>
        <w:t>who i am i? yani pehle zamane mein har aadmi Khuda ko manta tha kisi na kisi roop mein, kisi na kisi roop mein.</w:t>
      </w:r>
    </w:p>
    <w:p>
      <w:pPr>
        <w:jc w:val="right"/>
      </w:pPr>
      <w:r>
        <w:t>ہو آئی ایم آئی؟ یعنی پہلے زمانے میں ہر آدمی خدا کو مانتا تھا کسی نہ کسی روپ میں، کسی نہ کسی روپ میں۔</w:t>
      </w:r>
    </w:p>
    <w:p>
      <w:r>
        <w:rPr>
          <w:b/>
        </w:rPr>
        <w:t xml:space="preserve">[1:01:45] </w:t>
      </w:r>
      <w:r>
        <w:t>to identity crisis mein nahi pada tha woh.</w:t>
      </w:r>
    </w:p>
    <w:p>
      <w:pPr>
        <w:jc w:val="right"/>
      </w:pPr>
      <w:r>
        <w:t>تو آئیڈینٹیٹی کرائسز میں نہیں پڑا تھا وہ۔</w:t>
      </w:r>
    </w:p>
    <w:p>
      <w:r>
        <w:rPr>
          <w:b/>
        </w:rPr>
        <w:t xml:space="preserve">[1:01:49] </w:t>
      </w:r>
      <w:r>
        <w:t>ab jab se yeh modern zamana aaya hai aur log jo hain Khuda ke bare mein yani shakk mein pad gaye hain ya nahi mante hain, to yeh iska phenomena hai.</w:t>
      </w:r>
    </w:p>
    <w:p>
      <w:pPr>
        <w:jc w:val="right"/>
      </w:pPr>
      <w:r>
        <w:t>اب جب سے یہ ماڈرن زمانہ آیا ہے اور لوگ جو ہیں خدا کے بارے میں یعنی شک میں پڑ گئے ہیں یا نہیں مانتے ہیں، تو یہ اس کا فیناومینا ہے۔</w:t>
      </w:r>
    </w:p>
    <w:p>
      <w:r>
        <w:rPr>
          <w:b/>
        </w:rPr>
        <w:t xml:space="preserve">[1:02:00] </w:t>
      </w:r>
      <w:r>
        <w:t>yeh to who i am i? what is what is my place in this world? what is my place in this universe?</w:t>
      </w:r>
    </w:p>
    <w:p>
      <w:pPr>
        <w:jc w:val="right"/>
      </w:pPr>
      <w:r>
        <w:t>یہ تو ہو آئی ایم آئی؟ واٹ از واٹ از مائی پلیس ان دس ورس؟ واٹ از مائی پلیس ان دس یونیورس؟</w:t>
      </w:r>
    </w:p>
    <w:p>
      <w:r>
        <w:rPr>
          <w:b/>
        </w:rPr>
        <w:t xml:space="preserve">[1:02:10] </w:t>
      </w:r>
      <w:r>
        <w:t>isi ko main kehta hoon identity crisis ke main kaun hoon? duniya mein meri mera maqam kya hai?</w:t>
      </w:r>
    </w:p>
    <w:p>
      <w:pPr>
        <w:jc w:val="right"/>
      </w:pPr>
      <w:r>
        <w:t>اسی کو میں کہتا ہوں آئیڈینٹیٹی کرائسز کہ میں کون ہوں؟ دنیا میں میری میرا مقام کیا ہے؟</w:t>
      </w:r>
    </w:p>
    <w:p>
      <w:r>
        <w:rPr>
          <w:b/>
        </w:rPr>
        <w:t xml:space="preserve">[1:02:20] </w:t>
      </w:r>
      <w:r>
        <w:t>who i am i? what is my place in this universe? is sawal ka jawab na paane ki wajah se tension hai. isi ko main keh raha hoon ke aaj ka insan identity crisis mein mubtala hai aur isi ki wajah se woh tension ko bhugat raha hai.</w:t>
      </w:r>
    </w:p>
    <w:p>
      <w:pPr>
        <w:jc w:val="right"/>
      </w:pPr>
      <w:r>
        <w:t>ہو آئی ایم آئی؟ واٹ از مائی پلیس ان دس یونیورس؟ اس سوال کا جواب نہ پانے کی وجہ سے ٹینشن ہے۔ اسی کو میں کہہ رہا ہوں کہ آج کا انسان آئیڈینٹیٹی کرائسز میں مبتلا ہے اور اسی کی وجہ سے وہ ٹینشن کو بھگت رہا ہے۔</w:t>
      </w:r>
    </w:p>
    <w:p>
      <w:r>
        <w:rPr>
          <w:b/>
        </w:rPr>
        <w:t xml:space="preserve">[1:02:37] </w:t>
      </w:r>
      <w:r>
        <w:t>main ek dilchasp qissa aap ko arz karoon ke ancient Greece mein ek shakhs tha, uska naam tha Diogenes Laertius.</w:t>
      </w:r>
    </w:p>
    <w:p>
      <w:pPr>
        <w:jc w:val="right"/>
      </w:pPr>
      <w:r>
        <w:t>میں ایک دلچسپ قصہ آپ کو عرض کروں کہ اینشینٹ گریس میں ایک شخص تھا، اس کا نام تھا دیو جانز کلبی۔</w:t>
      </w:r>
    </w:p>
    <w:p>
      <w:r>
        <w:rPr>
          <w:b/>
        </w:rPr>
        <w:t xml:space="preserve">[1:02:50] </w:t>
      </w:r>
      <w:r>
        <w:t>to woh isi yani isi sawal se dochar hua ke main kaun hoon? main kaun hoon?</w:t>
      </w:r>
    </w:p>
    <w:p>
      <w:pPr>
        <w:jc w:val="right"/>
      </w:pPr>
      <w:r>
        <w:t>تو وہ اسی یعنی اسی سوال سے دوچار ہوا کہ میں کون ہوں؟ میں کون ہوں؟</w:t>
      </w:r>
    </w:p>
    <w:p>
      <w:r>
        <w:rPr>
          <w:b/>
        </w:rPr>
        <w:t xml:space="preserve">[1:02:59] </w:t>
      </w:r>
      <w:r>
        <w:t>who i am i? to woh is sawal ka jawab nahi pa saka. to kya hua? ek din woh ek peed par chadh gaya, peed ke upar chadh gaya, woh wahan baitha hua hai.</w:t>
      </w:r>
    </w:p>
    <w:p>
      <w:pPr>
        <w:jc w:val="right"/>
      </w:pPr>
      <w:r>
        <w:t>ہو آئی ایم آئی؟ تو وہ اس سوال کا جواب نہیں پا سکا۔ تو کیا ہوا؟ ایک دن وہ ایک پیڑ پر چڑھ گیا، پیڑ کے اوپر چڑھ گیا، وہ وہاں بیٹھا ہوا ہے۔</w:t>
      </w:r>
    </w:p>
    <w:p>
      <w:r>
        <w:rPr>
          <w:b/>
        </w:rPr>
        <w:t xml:space="preserve">[1:03:13] </w:t>
      </w:r>
      <w:r>
        <w:t>to kai din ho gaye usko wahan baithe hue.</w:t>
      </w:r>
    </w:p>
    <w:p>
      <w:pPr>
        <w:jc w:val="right"/>
      </w:pPr>
      <w:r>
        <w:t>تو کئی دن ہو گئے اس کو وہاں بیٹھے ہوئے۔</w:t>
      </w:r>
    </w:p>
    <w:p>
      <w:r>
        <w:rPr>
          <w:b/>
        </w:rPr>
        <w:t xml:space="preserve">[1:03:17] </w:t>
      </w:r>
      <w:r>
        <w:t>ek din koi aadmi us se guzra, poocha: "tum kaun ho jo wahan baithe hue ho upar peed ke upar? tum kaun ho?" to usne kaha ke "yahi to nahi maloom ke main kaun hoon.</w:t>
      </w:r>
    </w:p>
    <w:p>
      <w:pPr>
        <w:jc w:val="right"/>
      </w:pPr>
      <w:r>
        <w:t>ایک دن کوئی آدمی اس سے گزرا، پوچھا: "تم کون ہو جو وہاں بیٹھے ہوئے ہو اوپر پیڑ کے اوپر؟ تم کون ہو؟" تو اس نے کہا کہ "یہی تو نہیں معلوم کہ میں کون ہوں۔</w:t>
      </w:r>
    </w:p>
    <w:p>
      <w:r>
        <w:rPr>
          <w:b/>
        </w:rPr>
        <w:t xml:space="preserve">[1:03:28] </w:t>
      </w:r>
      <w:r>
        <w:t>agar main jaanta to main zameen mein aap ki tarah hota."</w:t>
      </w:r>
    </w:p>
    <w:p>
      <w:pPr>
        <w:jc w:val="right"/>
      </w:pPr>
      <w:r>
        <w:t>اگر میں جانتا تو میں زمین میں آپ کی طرح ہوتا۔"</w:t>
      </w:r>
    </w:p>
    <w:p>
      <w:r>
        <w:rPr>
          <w:b/>
        </w:rPr>
        <w:t xml:space="preserve">[1:03:34] </w:t>
      </w:r>
      <w:r>
        <w:t>to yeh jo hai nature mein dekhiye, nature mein jo insan ke jo jo woh hoti hai, jo arz hoti hai, jo talab hoti hai,</w:t>
      </w:r>
    </w:p>
    <w:p>
      <w:pPr>
        <w:jc w:val="right"/>
      </w:pPr>
      <w:r>
        <w:t>تو یہ جو ہے نیچر میں دیکھیے، نیچر میں جو انسان کے جو جو وہ ہوتی ہے، جو عرض ہوتی ہے، جو طلب ہوتی ہے،</w:t>
      </w:r>
    </w:p>
    <w:p>
      <w:r>
        <w:rPr>
          <w:b/>
        </w:rPr>
        <w:t xml:space="preserve">[1:03:48] </w:t>
      </w:r>
      <w:r>
        <w:t>us ka jawab paana chahta hai. woh ke insan apne ko pehchanna chahta hai ke main kaun hoon, meri pehchan kya hai, meri identity kya hai.</w:t>
      </w:r>
    </w:p>
    <w:p>
      <w:pPr>
        <w:jc w:val="right"/>
      </w:pPr>
      <w:r>
        <w:t>اس کا جواب پانا چاہتا ہے۔ وہ کہ انسان اپنے کو پہچاننا چاہتا ہے کہ میں کون ہوں، میری پہچان کیا ہے، میری آئیڈینٹی کیا ہے۔</w:t>
      </w:r>
    </w:p>
    <w:p>
      <w:r>
        <w:rPr>
          <w:b/>
        </w:rPr>
        <w:t xml:space="preserve">[1:04:01] </w:t>
      </w:r>
      <w:r>
        <w:t>to chunaanche aadmi is ka jawab nahi pata, is wajah se us ko phir tension ho jata hai. isi liye Quran mein hai ke "Allah bi dhikr Allah tatma'inn al-qulub".</w:t>
      </w:r>
    </w:p>
    <w:p>
      <w:pPr>
        <w:jc w:val="right"/>
      </w:pPr>
      <w:r>
        <w:t>تو چونکہ آدمی اس کا جواب نہیں پاتا، اس وجہ سے اس کو پھر ٹینشن ہو جاتا ہے۔ اسی لیے قرآن میں ہے کہ "اللہ بذکر اللہ تطمئن القلوب"۔</w:t>
      </w:r>
    </w:p>
    <w:p>
      <w:r>
        <w:rPr>
          <w:b/>
        </w:rPr>
        <w:t xml:space="preserve">[1:04:15] </w:t>
      </w:r>
      <w:r>
        <w:t>yaad rakho ke Khuda ko Khuda ke remembrance se ya Khuda ko manne hi se dilon ko satisfaction milta hai.</w:t>
      </w:r>
    </w:p>
    <w:p>
      <w:pPr>
        <w:jc w:val="right"/>
      </w:pPr>
      <w:r>
        <w:t>یاد رکھو کہ خدا کو خدا کے ریومبرنس سے یا خدا کو ماننے ہی سے دلوں کو سیٹسفیکشن ملتا ہے۔</w:t>
      </w:r>
    </w:p>
    <w:p>
      <w:r>
        <w:rPr>
          <w:b/>
        </w:rPr>
        <w:t xml:space="preserve">[1:04:26] </w:t>
      </w:r>
      <w:r>
        <w:t>matlab tumhari identity ki jo search hai, identity crisis ka jo problem tum ko hai, us ka khatma jab hoga?</w:t>
      </w:r>
    </w:p>
    <w:p>
      <w:pPr>
        <w:jc w:val="right"/>
      </w:pPr>
      <w:r>
        <w:t>مطلب تمہاری آئیڈینٹی کی جو سرچ ہے، آئیڈینٹی کرائسز کا جو پرابلم تم کو ہے، اس کا خاتمہ جب ہوگا؟</w:t>
      </w:r>
    </w:p>
    <w:p>
      <w:r>
        <w:rPr>
          <w:b/>
        </w:rPr>
        <w:t xml:space="preserve">[1:04:34] </w:t>
      </w:r>
      <w:r>
        <w:t>jab tum Khuda ko mano. koi doosri cheez nahi us ka woh ban sakti. kal mein ek sun raha tha, ek ek ek ek jo jo counseling karte hain na, jo counselor kaha jata hai, unka interview aa raha tha.</w:t>
      </w:r>
    </w:p>
    <w:p>
      <w:pPr>
        <w:jc w:val="right"/>
      </w:pPr>
      <w:r>
        <w:t>جب تم خدا کو مانو۔ کوئی دوسری چیز نہیں اس کا وہ بن سکتی۔ کل میں ایک سن رہا تھا، ایک ایک ایک ایک جو جو کاؤنسلنگ کرتے ہیں نا، جو کاؤنسلر کہا جاتا ہے، ان کا انٹرویو آ رہا تھا۔</w:t>
      </w:r>
    </w:p>
    <w:p>
      <w:r>
        <w:rPr>
          <w:b/>
        </w:rPr>
        <w:t xml:space="preserve">[1:04:50] </w:t>
      </w:r>
      <w:r>
        <w:t>to tension ka woh bata rahe the ke tension ko kaise khatam karo. to woh keh rahe the, woh woh keh rahe the ke "past mein na socho aur na future mein socho, bas present mein socho aur tension khatam ho jayega." bilkul abstract baat hai yeh.</w:t>
      </w:r>
    </w:p>
    <w:p>
      <w:pPr>
        <w:jc w:val="right"/>
      </w:pPr>
      <w:r>
        <w:t>تو ٹینشن کا وہ بتا رہے تھے کہ ٹینشن کو کیسے ختم کرو۔ تو وہ کہہ رہے تھے، وہ وہ کہہ رہے تھے کہ "پاسٹ میں نہ سوچو اور نہ فیوچر میں سوچو، بس پریزنٹ میں سوچو اور ٹینشن ختم ہو جائے گا۔" بالکل ایبسٹریکٹ بات ہے یہ۔</w:t>
      </w:r>
    </w:p>
    <w:p>
      <w:r>
        <w:rPr>
          <w:b/>
        </w:rPr>
        <w:t xml:space="preserve">[1:05:06] </w:t>
      </w:r>
      <w:r>
        <w:t>yani yeh simple formula yeh bata rahe the tension free life ka ke "past mein bhi na socho, future mein bhi na socho, sirf present mein socho." bhai, present mein socho, present mein to problem mujhe hai.</w:t>
      </w:r>
    </w:p>
    <w:p>
      <w:pPr>
        <w:jc w:val="right"/>
      </w:pPr>
      <w:r>
        <w:t>یعنی یہ سمپل فارمولا یہ بتا رہے تھے ٹینشن فری لائف کا کہ "پاسٹ میں بھی نہ سوچو، فیوچر میں بھی نہ سوچو، صرف پریزنٹ میں سوچو۔" بھئی، پریزنٹ میں سوچو، پریزنٹ میں تو پرابلم مجھے ہے۔</w:t>
      </w:r>
    </w:p>
    <w:p>
      <w:r>
        <w:rPr>
          <w:b/>
        </w:rPr>
        <w:t xml:space="preserve">[1:05:20] </w:t>
      </w:r>
      <w:r>
        <w:t>yani problem ya aisa nahi hai ke jo hua aaj nahi hai, woh ya aage hoga aur aaj aaj nahi hai. woh aaj mein ek problem se, woh jis ko kehte hain hindi mein, jujh raha hoon.</w:t>
      </w:r>
    </w:p>
    <w:p>
      <w:pPr>
        <w:jc w:val="right"/>
      </w:pPr>
      <w:r>
        <w:t>یعنی پرابلم یا ایسا نہیں ہے کہ جو ہوا آج نہیں ہے، وہ یا آگے ہوگا اور آج آج نہیں ہے۔ وہ آج میں ایک پرابلم سے، وہ جس کو کہتے ہیں ہندی میں، جوجھ رہا ہوں۔</w:t>
      </w:r>
    </w:p>
    <w:p>
      <w:r>
        <w:rPr>
          <w:b/>
        </w:rPr>
        <w:t xml:space="preserve">[1:05:32] </w:t>
      </w:r>
      <w:r>
        <w:t>is ko le kar mere mind mein tension hai. ab woh kehte hain ke "sahib, past mein na jiyo aur future mein na jiyo, present mein jiyo to bas tension nahi rahega." bilkul abstract baat hai yeh.</w:t>
      </w:r>
    </w:p>
    <w:p>
      <w:pPr>
        <w:jc w:val="right"/>
      </w:pPr>
      <w:r>
        <w:t>اس کو لے کر میرے مائنڈ میں ٹینشن ہے۔ اب وہ کہتے ہیں کہ "صاحب، پاسٹ میں نہ جیو اور فیوچر میں نہ جیو، پریزنٹ میں جیو تو بس ٹینشن نہیں رہے گا۔" بالکل ایبسٹریکٹ بات ہے یہ۔</w:t>
      </w:r>
    </w:p>
    <w:p>
      <w:r>
        <w:rPr>
          <w:b/>
        </w:rPr>
        <w:t xml:space="preserve">[1:05:44] </w:t>
      </w:r>
      <w:r>
        <w:t>is ka sahi jawab sirf ek hai aur woh hai Khuda mein believe karna.</w:t>
      </w:r>
    </w:p>
    <w:p>
      <w:pPr>
        <w:jc w:val="right"/>
      </w:pPr>
      <w:r>
        <w:t>اس کا صحیح جواب صرف ایک ہے اور وہ ہے خدا میں بیلیو کرنا۔</w:t>
      </w:r>
    </w:p>
    <w:p>
      <w:r>
        <w:rPr>
          <w:b/>
        </w:rPr>
        <w:t xml:space="preserve">[1:05:51] </w:t>
      </w:r>
      <w:r>
        <w:t>Khuda mein believe karna. dekhen, Khuda mein believe karne ka matlab kya hai? is ka matlab yeh hai ke source of conviction ko pa lena.</w:t>
      </w:r>
    </w:p>
    <w:p>
      <w:pPr>
        <w:jc w:val="right"/>
      </w:pPr>
      <w:r>
        <w:t>خدا میں بیلیو کرنا۔ دیکھیں، خدا میں بیلیو کرنے کا مطلب کیا ہے؟ اس کا مطلب یہ ہے کہ سورس آف کنوکشن کو پا لینا۔</w:t>
      </w:r>
    </w:p>
    <w:p>
      <w:r>
        <w:rPr>
          <w:b/>
        </w:rPr>
        <w:t xml:space="preserve">[1:06:02] </w:t>
      </w:r>
      <w:r>
        <w:t>number one, jab mein apne ko helpless feel karoon to mein Khuda ko yaad karoon.</w:t>
      </w:r>
    </w:p>
    <w:p>
      <w:pPr>
        <w:jc w:val="right"/>
      </w:pPr>
      <w:r>
        <w:t>نمبر ون، جب میں اپنے کو ہیلپ لیس فیل کروں تو میں خدا کو یاد کروں۔</w:t>
      </w:r>
    </w:p>
    <w:p>
      <w:r>
        <w:rPr>
          <w:b/>
        </w:rPr>
        <w:t xml:space="preserve">[1:06:12] </w:t>
      </w:r>
      <w:r>
        <w:t>jaise prophet of Islam jo the, aap jante hain ke un ko ek bahut hi ek lamha aaya tha, ek moment aaya tha, bahut hi sakht, jab Makkah se migrate kiya unhone aur woh Madinah ja rahe the.</w:t>
      </w:r>
    </w:p>
    <w:p>
      <w:pPr>
        <w:jc w:val="right"/>
      </w:pPr>
      <w:r>
        <w:t>جیسے پرافٹ آف اسلام جو تھے، آپ جانتے ہیں کہ ان کو ایک بہت ہی ایک لمحہ آیا تھا، ایک مومنٹ آیا تھا، بہت ہی سخت، جب مکہ سے مائیگریٹ کیا انہوں نے اور وہ مدینہ جا رہے تھے۔</w:t>
      </w:r>
    </w:p>
    <w:p>
      <w:r>
        <w:rPr>
          <w:b/>
        </w:rPr>
        <w:t xml:space="preserve">[1:06:28] </w:t>
      </w:r>
      <w:r>
        <w:t>to rastay mein ek jagah unhone yani thehray, woh dushman peechha kiye hue talwar le kar ke maarne ke liye.</w:t>
      </w:r>
    </w:p>
    <w:p>
      <w:pPr>
        <w:jc w:val="right"/>
      </w:pPr>
      <w:r>
        <w:t>تو راستے میں ایک جگہ انہوں نے یعنی ٹھہرے، وہ دشمن پیچھا کیے ہوئے تلوار لے کر کے مارنے کے لیے۔</w:t>
      </w:r>
    </w:p>
    <w:p>
      <w:r>
        <w:rPr>
          <w:b/>
        </w:rPr>
        <w:t xml:space="preserve">[1:06:39] </w:t>
      </w:r>
      <w:r>
        <w:t>to ek tha wahan par mountain, is ka naam tha Thawr. is ke cave mein thehray woh aur samajhte the ke yahan par nahi pahunchenge woh to yahan hum safe hain, yahan do din rahenge, phir chale jayenge.</w:t>
      </w:r>
    </w:p>
    <w:p>
      <w:pPr>
        <w:jc w:val="right"/>
      </w:pPr>
      <w:r>
        <w:t>تو ایک تھا وہاں پر ماؤنٹن، اس کا نام تھا ثور۔ اس کے کیو میں ٹھہرے وہ اور سمجھتے تھے کہ یہاں پر نہیں پہنچیں گے وہ تو یہاں ہم سیف ہیں، یہاں دو دن رہیں گے، پھر چلے جائیں گے۔</w:t>
      </w:r>
    </w:p>
    <w:p>
      <w:r>
        <w:rPr>
          <w:b/>
        </w:rPr>
        <w:t xml:space="preserve">[1:06:56] </w:t>
      </w:r>
      <w:r>
        <w:t>woh wahan hi pahunch gaye talwar le kar ke.</w:t>
      </w:r>
    </w:p>
    <w:p>
      <w:pPr>
        <w:jc w:val="right"/>
      </w:pPr>
      <w:r>
        <w:t>وہ وہاں ہی پہنچ گئے تلوار لے کر کے۔</w:t>
      </w:r>
    </w:p>
    <w:p>
      <w:r>
        <w:rPr>
          <w:b/>
        </w:rPr>
        <w:t xml:space="preserve">[1:06:59] </w:t>
      </w:r>
      <w:r>
        <w:t>to us waqt aap the aur aap ke sath Abu Bakr Siddiq the, bas do aadmi aur aap ke pas kuch bhi nahi tha. aur jo aaye the, woh is ke pas talwar thi, sword thi, woh woh kai log the.</w:t>
      </w:r>
    </w:p>
    <w:p>
      <w:pPr>
        <w:jc w:val="right"/>
      </w:pPr>
      <w:r>
        <w:t>تو اس وقت آپ تھے اور آپ کے ساتھ ابوبکر صدیق تھے، بس دو آدمی اور آپ کے پاس کچھ بھی نہیں تھا۔ اور جو آئے تھے، وہ اس کے پاس تلوار تھی، سورٹ تھی، وہ وہ کئی لوگ تھے۔</w:t>
      </w:r>
    </w:p>
    <w:p>
      <w:r>
        <w:rPr>
          <w:b/>
        </w:rPr>
        <w:t xml:space="preserve">[1:07:13] </w:t>
      </w:r>
      <w:r>
        <w:t>to aap ke saathi ne aap se kaha ke "woh to yahan bhi aa gaye, woh to yahan bhi aa gaye, yani hamara dushman to yahan bhi aa gaye."</w:t>
      </w:r>
    </w:p>
    <w:p>
      <w:pPr>
        <w:jc w:val="right"/>
      </w:pPr>
      <w:r>
        <w:t>تو آپ کے ساتھی نے آپ سے کہا کہ "وہ تو یہاں بھی آ گئے، وہ تو یہاں بھی آ گئے، یعنی ہمارا دشمن تو یہاں بھی آ گئے۔"</w:t>
      </w:r>
    </w:p>
    <w:p>
      <w:r>
        <w:rPr>
          <w:b/>
        </w:rPr>
        <w:t xml:space="preserve">[1:07:25] </w:t>
      </w:r>
      <w:r>
        <w:t>to un ka naam tha Abu Bakr.</w:t>
      </w:r>
    </w:p>
    <w:p>
      <w:pPr>
        <w:jc w:val="right"/>
      </w:pPr>
      <w:r>
        <w:t>تو ان کا نام تھا ابوبکر۔</w:t>
      </w:r>
    </w:p>
    <w:p>
      <w:r>
        <w:rPr>
          <w:b/>
        </w:rPr>
        <w:t xml:space="preserve">[1:07:27] </w:t>
      </w:r>
      <w:r>
        <w:t>aap ne kaha: "Ya Aba Bakr, ma zannaka bi thnayn Allah thalithuhuma?" Ya Aba Bakr, ma zannaka bi thnayn Allah thalithuhuma?</w:t>
      </w:r>
    </w:p>
    <w:p>
      <w:pPr>
        <w:jc w:val="right"/>
      </w:pPr>
      <w:r>
        <w:t>آپ نے کہا: "یا ابا بکر، ما زنک باثنین اللہ ثالثہما؟" یا ابا بکر، ما زنک باثنین اللہ ثالثہما؟</w:t>
      </w:r>
    </w:p>
    <w:p>
      <w:r>
        <w:rPr>
          <w:b/>
        </w:rPr>
        <w:t xml:space="preserve">[1:07:40] </w:t>
      </w:r>
      <w:r>
        <w:t>ae Abu Bakr, tumhara un do ke baray mein kya khayal hai jin ke sath in ka teesra bhi ho?</w:t>
      </w:r>
    </w:p>
    <w:p>
      <w:pPr>
        <w:jc w:val="right"/>
      </w:pPr>
      <w:r>
        <w:t>اے ابوبکر، تمہارا ان دو کے بارے میں کیا خیال ہے جن کے ساتھ ان کا تیسرا بھی ہو؟</w:t>
      </w:r>
    </w:p>
    <w:p>
      <w:r>
        <w:rPr>
          <w:b/>
        </w:rPr>
        <w:t xml:space="preserve">[1:07:51] </w:t>
      </w:r>
      <w:r>
        <w:t>woh Allah hai.</w:t>
      </w:r>
    </w:p>
    <w:p>
      <w:pPr>
        <w:jc w:val="right"/>
      </w:pPr>
      <w:r>
        <w:t>وہ اللہ ہے۔</w:t>
      </w:r>
    </w:p>
    <w:p>
      <w:r>
        <w:rPr>
          <w:b/>
        </w:rPr>
        <w:t xml:space="preserve">[1:07:53] </w:t>
      </w:r>
      <w:r>
        <w:t>jab mein jab hum do hon to humein yaqeen hota hai ke hamare sath ek teesra bhi hai. hum char hon to hum ko yaqeen hota hai ke hamare sath ek panchwan bhi hai.</w:t>
      </w:r>
    </w:p>
    <w:p>
      <w:pPr>
        <w:jc w:val="right"/>
      </w:pPr>
      <w:r>
        <w:t>جب میں جب ہم دو ہوں تو ہمیں یقین ہوتا ہے کہ ہمارے ساتھ ایک تیسرا بھی ہے۔ ہم چار ہوں تو ہم کو یقین ہوتا ہے کہ ہمارے ساتھ ایک پانچواں بھی ہے۔</w:t>
      </w:r>
    </w:p>
    <w:p>
      <w:r>
        <w:rPr>
          <w:b/>
        </w:rPr>
        <w:t xml:space="preserve">[1:08:04] </w:t>
      </w:r>
      <w:r>
        <w:t>jaise maine is se pehle ek qissa bataya tha ke ek ship jo hai America se chala Africa ke liye, Atlantic mein woh storm aa gaya us ko aur laga woh hilne aur doobne.</w:t>
      </w:r>
    </w:p>
    <w:p>
      <w:pPr>
        <w:jc w:val="right"/>
      </w:pPr>
      <w:r>
        <w:t>جیسے میں نے اس سے پہلے ایک قصہ بتایا تھا کہ ایک شپ جو ہے امریکہ سے چلا افریقہ کے لیے، اٹلانٹک میں وہ اسٹارم آ گیا اس کو اور لگا وہ ہلنے اور ڈوبنے۔</w:t>
      </w:r>
    </w:p>
    <w:p>
      <w:r>
        <w:rPr>
          <w:b/>
        </w:rPr>
        <w:t xml:space="preserve">[1:08:18] </w:t>
      </w:r>
      <w:r>
        <w:t>us waqt ek ladki wahan bachi thi, wahan par apne doll se khel rahi thi apne khilone se.</w:t>
      </w:r>
    </w:p>
    <w:p>
      <w:pPr>
        <w:jc w:val="right"/>
      </w:pPr>
      <w:r>
        <w:t>اس وقت ایک لڑکی وہاں بچی تھی، وہاں پر اپنے ڈول سے کھیل رہی تھی اپنے کھلونے سے۔</w:t>
      </w:r>
    </w:p>
    <w:p>
      <w:r>
        <w:rPr>
          <w:b/>
        </w:rPr>
        <w:t xml:space="preserve">[1:08:23] </w:t>
      </w:r>
      <w:r>
        <w:t>ek aadmi ne dekha us ko to poocha ke "tum ko pata hai ke jahaz doob raha hai? tum itni ittifaq se khel rahi ho apne khilone mein?" to bache ne kaha:</w:t>
      </w:r>
    </w:p>
    <w:p>
      <w:pPr>
        <w:jc w:val="right"/>
      </w:pPr>
      <w:r>
        <w:t>ایک آدمی نے دیکھا اس کو تو پوچھا کہ "تم کو پتہ ہے کہ جہاز ڈوب رہا ہے؟ تم اتنی اتفاق سے کھیل رہی ہو اپنے کھلونے میں؟" تو بچے نے کہا:</w:t>
      </w:r>
    </w:p>
    <w:p>
      <w:r>
        <w:rPr>
          <w:b/>
        </w:rPr>
        <w:t xml:space="preserve">[1:08:36] </w:t>
      </w:r>
      <w:r>
        <w:t>"you know, my father is captain of this ship. He is not, he is not going to let this it sink.</w:t>
      </w:r>
    </w:p>
    <w:p>
      <w:pPr>
        <w:jc w:val="right"/>
      </w:pPr>
      <w:r>
        <w:t>"یو نو، مائی فادر از کیپٹن آف دس شپ۔ ہی از ناٹ، ہی از ناٹ گوئنگ ٹو لیٹ دس اٹ سنک۔</w:t>
      </w:r>
    </w:p>
    <w:p>
      <w:r>
        <w:rPr>
          <w:b/>
        </w:rPr>
        <w:t xml:space="preserve">[1:08:48] </w:t>
      </w:r>
      <w:r>
        <w:t>tum jante ho ke mera baap jo hai is ship ka captain hai, woh is ko doobne nahi dega." to us ko jo yaqeen tha us bachi ko apne father par, us se billion trillion zyada yaqeen hota hai ek believer ko apne Khuda par.</w:t>
      </w:r>
    </w:p>
    <w:p>
      <w:pPr>
        <w:jc w:val="right"/>
      </w:pPr>
      <w:r>
        <w:t>تم جانتے ہو کہ میرا باپ جو ہے اس شپ کا کیپٹن ہے، وہ اس کو ڈوبنے نہیں دے گا۔" تو اس کو جو یقین تھا اس بچی کو اپنے فادر پر، اس سے بلین ٹریلین زیادہ یقین ہوتا ہے ایک بیلیور کو اپنے خدا پر۔</w:t>
      </w:r>
    </w:p>
    <w:p>
      <w:r>
        <w:rPr>
          <w:b/>
        </w:rPr>
        <w:t xml:space="preserve">[1:09:06] </w:t>
      </w:r>
      <w:r>
        <w:t>to yeh hai tension ko free karne ka formula ke aap jo sahi ma'non mein, jo real ma'non mein jo source of conviction hai, us ko pa len.</w:t>
      </w:r>
    </w:p>
    <w:p>
      <w:pPr>
        <w:jc w:val="right"/>
      </w:pPr>
      <w:r>
        <w:t>تو یہ ہے ٹینشن کو فری کرنے کا فارمولا کہ آپ جو صحیح معنوں میں، جو ریئل معنوں میں جو سورس آف کنوکشن ہے، اس کو پا لیں۔</w:t>
      </w:r>
    </w:p>
    <w:p>
      <w:r>
        <w:rPr>
          <w:b/>
        </w:rPr>
        <w:t xml:space="preserve">[1:09:17] </w:t>
      </w:r>
      <w:r>
        <w:t>aap</w:t>
      </w:r>
    </w:p>
    <w:p>
      <w:pPr>
        <w:jc w:val="right"/>
      </w:pPr>
      <w:r>
        <w:t>آپ</w:t>
      </w:r>
    </w:p>
    <w:p>
      <w:r>
        <w:rPr>
          <w:b/>
        </w:rPr>
        <w:t xml:space="preserve">[1:09:20] </w:t>
      </w:r>
      <w:r>
        <w:t>source of conviction. mujhe khud kai bar aisa hua hai ke ek dam mein helpless ho gaya. jaise ek bar Moscow gaya, ek dam mein helpless ho gaya.</w:t>
      </w:r>
    </w:p>
    <w:p>
      <w:pPr>
        <w:jc w:val="right"/>
      </w:pPr>
      <w:r>
        <w:t>سورس آف کنوکشن۔ مجھے خود کئی بار ایسا ہوا ہے کہ ایک دم میں ہیلپ لیس ہو گیا۔ جیسے ایک بار ماسکو گیا، ایک دم میں ہیلپ لیس ہو گیا۔</w:t>
      </w:r>
    </w:p>
    <w:p>
      <w:r>
        <w:rPr>
          <w:b/>
        </w:rPr>
        <w:t xml:space="preserve">[1:09:31] </w:t>
      </w:r>
      <w:r>
        <w:t>kuch bhi aage nahi, peechhe koi nahi. aise hi ek bar mein wahan gaya, woh kaisa Blanca. achaanak bilkul helpless ho gaya mein wahan.</w:t>
      </w:r>
    </w:p>
    <w:p>
      <w:pPr>
        <w:jc w:val="right"/>
      </w:pPr>
      <w:r>
        <w:t>کچھ بھی آگے نہیں، پیچھے کوئی نہیں۔ ایسے ہی ایک بار میں وہاں گیا، وہ کیسا بلانکا۔ اچانک بالکل ہیلپ لیس ہو گیا میں وہاں۔</w:t>
      </w:r>
    </w:p>
    <w:p>
      <w:r>
        <w:rPr>
          <w:b/>
        </w:rPr>
        <w:t xml:space="preserve">[1:09:42] </w:t>
      </w:r>
      <w:r>
        <w:t>to jis cheez ne mujhe jeene ka sahara diya, woh yeh tha ke "an allaha ma'i</w:t>
      </w:r>
    </w:p>
    <w:p>
      <w:pPr>
        <w:jc w:val="right"/>
      </w:pPr>
      <w:r>
        <w:t>تو جس چیز نے مجھے جینے کا سہارا دیا، وہ یہ تھا کہ "ان اللہ معنی</w:t>
      </w:r>
    </w:p>
    <w:p>
      <w:r>
        <w:rPr>
          <w:b/>
        </w:rPr>
        <w:t xml:space="preserve">[1:09:48] </w:t>
      </w:r>
      <w:r>
        <w:t>ke mein akela nahin hoon, khuda mere saath hai." to insaan ko is duniya mein jeene ke liye ek source of conviction chahiye.</w:t>
      </w:r>
    </w:p>
    <w:p>
      <w:pPr>
        <w:jc w:val="right"/>
      </w:pPr>
      <w:r>
        <w:t>کہ میں اکیلا نہیں ہوں، خدا میرے ساتھ ہے۔" تو انسان کو اس دنیا میں جینے کے لیے ایک سورس آف کنوکشن چاہیے۔</w:t>
      </w:r>
    </w:p>
    <w:p>
      <w:r>
        <w:rPr>
          <w:b/>
        </w:rPr>
        <w:t xml:space="preserve">[1:09:57] </w:t>
      </w:r>
      <w:r>
        <w:t>is source of conviction ko jab woh kho de to isi ka naam tension hai. aur is source of conviction jo woh pa le to isi ka naam hai yani sukoon.</w:t>
      </w:r>
    </w:p>
    <w:p>
      <w:pPr>
        <w:jc w:val="right"/>
      </w:pPr>
      <w:r>
        <w:t>اس سورس آف کنوکشن کو جب وہ کھو دے تو اسی کا نام ٹینشن ہے۔ اور اس سورس آف کنوکشن جو وہ پا لے تو اسی کا نام ہے یعنی سکون۔</w:t>
      </w:r>
    </w:p>
    <w:p>
      <w:r>
        <w:rPr>
          <w:b/>
        </w:rPr>
        <w:t xml:space="preserve">[1:10:10] </w:t>
      </w:r>
      <w:r>
        <w:t>to jis ko kehte hain de-stressing. de-stressing ka sab se acha formula jo hai khuda ko manna.</w:t>
      </w:r>
    </w:p>
    <w:p>
      <w:pPr>
        <w:jc w:val="right"/>
      </w:pPr>
      <w:r>
        <w:t>تو جس کو کہتے ہیں ڈی اسٹریسنگ۔ ڈی اسٹریسنگ کا سب سے اچھا فارمولا جو ہے خدا کو ماننا۔</w:t>
      </w:r>
    </w:p>
    <w:p>
      <w:r>
        <w:rPr>
          <w:b/>
        </w:rPr>
        <w:t xml:space="preserve">[1:10:19] </w:t>
      </w:r>
      <w:r>
        <w:t>woh sab abstract baatein hain ke present mein jiyo, na past ko socho, na future ko socho. yeh koi formula nahin hai. sahi formula yeh hai ke khuda par yaqeen karo.</w:t>
      </w:r>
    </w:p>
    <w:p>
      <w:pPr>
        <w:jc w:val="right"/>
      </w:pPr>
      <w:r>
        <w:t>وہ سب ایبسٹریکٹ باتیں ہیں کہ پریزنٹ میں جیو، نہ پاسٹ کو سوچو، نہ فیوچر کو سوچو۔ یہ کوئی فارمولا نہیں ہے۔ صحیح فارمولا یہ ہے کہ خدا پر یقین کرو۔</w:t>
      </w:r>
    </w:p>
    <w:p>
      <w:r>
        <w:rPr>
          <w:b/>
        </w:rPr>
        <w:t xml:space="preserve">[1:10:34] </w:t>
      </w:r>
      <w:r>
        <w:t>khuda par yaqeen karo. is se yahi hai de-stressing ka sab se zyada successful formula.</w:t>
      </w:r>
    </w:p>
    <w:p>
      <w:pPr>
        <w:jc w:val="right"/>
      </w:pPr>
      <w:r>
        <w:t>خدا پر یقین کرو۔ اس سے یہی ہے ڈی اسٹریسنگ کا سب سے زیادہ سکسیس فل فارمولا۔</w:t>
      </w:r>
    </w:p>
    <w:p>
      <w:r>
        <w:rPr>
          <w:b/>
        </w:rPr>
        <w:t xml:space="preserve">[1:10:45] </w:t>
      </w:r>
      <w:r>
        <w:t>aur doosri cheez yeh hai ke hamein is duniya mein jeene ke liye, kaamyaab jeene ke liye zaroori hai ke hum yeh jaanein ke jo creator hai is duniya ka, to creator ka creation plan kya hai?</w:t>
      </w:r>
    </w:p>
    <w:p>
      <w:pPr>
        <w:jc w:val="right"/>
      </w:pPr>
      <w:r>
        <w:t>اور دوسری چیز یہ ہے کہ ہمیں اس دنیا میں جینے کے لیے، کامیاب جینے کے لیے ضروری ہے کہ ہم یہ جانیں کہ جو کریٹر ہے اس دنیا کا، تو کریٹر کا کریشن پلان کیا ہے؟</w:t>
      </w:r>
    </w:p>
    <w:p>
      <w:r>
        <w:rPr>
          <w:b/>
        </w:rPr>
        <w:t xml:space="preserve">[1:11:02] </w:t>
      </w:r>
      <w:r>
        <w:t>creator ka creation plan kya hai? mujh se aksar log poochte hain ke duniya mein suffering kyun hai?</w:t>
      </w:r>
    </w:p>
    <w:p>
      <w:pPr>
        <w:jc w:val="right"/>
      </w:pPr>
      <w:r>
        <w:t>کریٹر کا کریشن پلان کیا ہے؟ مجھ سے اکثر لوگ پوچھتے ہیں کہ دنیا میں سفرنگ کیوں ہے؟</w:t>
      </w:r>
    </w:p>
    <w:p>
      <w:r>
        <w:rPr>
          <w:b/>
        </w:rPr>
        <w:t xml:space="preserve">[1:11:10] </w:t>
      </w:r>
      <w:r>
        <w:t>duniya mein zulm kyun hai?</w:t>
      </w:r>
    </w:p>
    <w:p>
      <w:pPr>
        <w:jc w:val="right"/>
      </w:pPr>
      <w:r>
        <w:t>دنیا میں ظلم کیوں ہے؟</w:t>
      </w:r>
    </w:p>
    <w:p>
      <w:r>
        <w:rPr>
          <w:b/>
        </w:rPr>
        <w:t xml:space="preserve">[1:11:12] </w:t>
      </w:r>
      <w:r>
        <w:t>duniya mein itna zyada exploitation kyun hai? yeh kyun hai? is liye ke woh jante nahin ke khuda ka creation plan jo hai, kya is se bekhabar hain woh.</w:t>
      </w:r>
    </w:p>
    <w:p>
      <w:pPr>
        <w:jc w:val="right"/>
      </w:pPr>
      <w:r>
        <w:t>دنیا میں اتنا زیادہ ایکسپلائٹیشن کیوں ہے؟ یہ کیوں ہے؟ اس لیے کہ وہ جانتے نہیں کہ خدا کا کریشن پلان جو ہے، کیا اس سے بے خبر ہیں وہ۔</w:t>
      </w:r>
    </w:p>
    <w:p>
      <w:r>
        <w:rPr>
          <w:b/>
        </w:rPr>
        <w:t xml:space="preserve">[1:11:24] </w:t>
      </w:r>
      <w:r>
        <w:t>yeh sara maamla hai is liye ke khuda ne is duniya ko paida kiya hai testing ground ke taur par. aur is bina par is ne insaan ko freedom diya.</w:t>
      </w:r>
    </w:p>
    <w:p>
      <w:pPr>
        <w:jc w:val="right"/>
      </w:pPr>
      <w:r>
        <w:t>یہ سارا معاملہ ہے اس لیے کہ خدا نے اس دنیا کو پیدا کیا ہے ٹیسٹنگ گراؤنڈ کے طور پر۔ اور اس بنا پر اس نے انسان کو فریڈم دیا۔</w:t>
      </w:r>
    </w:p>
    <w:p>
      <w:r>
        <w:rPr>
          <w:b/>
        </w:rPr>
        <w:t xml:space="preserve">[1:11:36] </w:t>
      </w:r>
      <w:r>
        <w:t>freedom kyunke no freedom, no test.</w:t>
      </w:r>
    </w:p>
    <w:p>
      <w:pPr>
        <w:jc w:val="right"/>
      </w:pPr>
      <w:r>
        <w:t>فریڈم کیونکہ نو فریڈم، نو ٹیسٹ۔</w:t>
      </w:r>
    </w:p>
    <w:p>
      <w:r>
        <w:rPr>
          <w:b/>
        </w:rPr>
        <w:t xml:space="preserve">[1:11:41] </w:t>
      </w:r>
      <w:r>
        <w:t>agar aap kisi ko freedom hi na dein to test kaise denge? aap haath paon baat kar ke kisi ka test nahin liya jata. to aadmi freedom ko misuse karta hai.</w:t>
      </w:r>
    </w:p>
    <w:p>
      <w:pPr>
        <w:jc w:val="right"/>
      </w:pPr>
      <w:r>
        <w:t>اگر آپ کسی کو فریڈم ہی نہ دیں تو ٹیسٹ کیسے دیں گے؟ آپ ہاتھ پاؤں بات کر کے کسی کا ٹیسٹ نہیں لیا جاتا۔ تو آدمی فریڈم کو مس یوز کرتا ہے۔</w:t>
      </w:r>
    </w:p>
    <w:p>
      <w:r>
        <w:rPr>
          <w:b/>
        </w:rPr>
        <w:t xml:space="preserve">[1:11:53] </w:t>
      </w:r>
      <w:r>
        <w:t>misuse. aur isi ka naam hai, isi se woh sari kharabiyan paida hoti hain. yeh zulm aata hai, is se exploitation aata hai, is se injustice aati hai.</w:t>
      </w:r>
    </w:p>
    <w:p>
      <w:pPr>
        <w:jc w:val="right"/>
      </w:pPr>
      <w:r>
        <w:t>مس یوز۔ اور اسی کا نام ہے، اسی سے وہ ساری خرابیاں پیدا ہوتی ہیں۔ یہ ظلم آتا ہے، اس سے ایکسپلائٹیشن آتا ہے، اس سے انجسٹس آتی ہے۔</w:t>
      </w:r>
    </w:p>
    <w:p>
      <w:r>
        <w:rPr>
          <w:b/>
        </w:rPr>
        <w:t xml:space="preserve">[1:12:05] </w:t>
      </w:r>
      <w:r>
        <w:t>to jab insaan apni freedom ko misuse kare to is se yeh sab baatein paida hoti hain. to khuda chunke ek khaas muddat tak, yani qayamat tak,</w:t>
      </w:r>
    </w:p>
    <w:p>
      <w:pPr>
        <w:jc w:val="right"/>
      </w:pPr>
      <w:r>
        <w:t>تو جب انسان اپنی فریڈم کو مس یوز کرے تو اس سے یہ سب باتیں پیدا ہوتی ہیں۔ تو خدا چونکہ ایک خاص مدت تک، یعنی قیامت تک،</w:t>
      </w:r>
    </w:p>
    <w:p>
      <w:r>
        <w:rPr>
          <w:b/>
        </w:rPr>
        <w:t xml:space="preserve">[1:12:22] </w:t>
      </w:r>
      <w:r>
        <w:t>isko baqi rakhega is testing ground ko, to is liye us waqt tak woh abalash bhi nahin karega freedom ko.</w:t>
      </w:r>
    </w:p>
    <w:p>
      <w:pPr>
        <w:jc w:val="right"/>
      </w:pPr>
      <w:r>
        <w:t>اس کو باقی رکھے گا اس ٹیسٹنگ گراؤنڈ کو، تو اس لیے اس وقت تک وہ ابالش بھی نہیں کرے گا فریڈم کو۔</w:t>
      </w:r>
    </w:p>
    <w:p>
      <w:r>
        <w:rPr>
          <w:b/>
        </w:rPr>
        <w:t xml:space="preserve">[1:12:30] </w:t>
      </w:r>
      <w:r>
        <w:t>khuda freedom ko abalash nahin karne wala hai jab tak ke woh din na aaye, day of judgment. to us waqt tak yeh sab rahega. agar hum yeh jaan lein ke jo kuch ho raha hai, woh khuda ke creation plan ke mutabiq ho raha hai, to achaanak hamari tension khatam ho jayegi.</w:t>
      </w:r>
    </w:p>
    <w:p>
      <w:pPr>
        <w:jc w:val="right"/>
      </w:pPr>
      <w:r>
        <w:t>خدا فریڈم کو ابالش نہیں کرنے والا ہے جب تک کہ وہ دن نہ آئے، ڈے آف ججمنٹ۔ تو اس وقت تک یہ سب رہے گا۔ اگر ہم یہ جان لیں کہ جو کچھ ہو رہا ہے، وہ خدا کے کریشن پلان کے مطابق ہو رہا ہے، تو اچانک ہماری ٹینشن ختم ہو جائے گی۔</w:t>
      </w:r>
    </w:p>
    <w:p>
      <w:r>
        <w:rPr>
          <w:b/>
        </w:rPr>
        <w:t xml:space="preserve">[1:12:48] </w:t>
      </w:r>
      <w:r>
        <w:t>aur kyunke hum explain kar payenge,</w:t>
      </w:r>
    </w:p>
    <w:p>
      <w:pPr>
        <w:jc w:val="right"/>
      </w:pPr>
      <w:r>
        <w:t>اور کیونکہ ہم ایکسپلین کر پائیں گے،</w:t>
      </w:r>
    </w:p>
    <w:p>
      <w:r>
        <w:rPr>
          <w:b/>
        </w:rPr>
        <w:t xml:space="preserve">[1:12:51] </w:t>
      </w:r>
      <w:r>
        <w:t>abhi chunke explain nahin kar paate, hum is liye lagta hai ke kya hai yeh.</w:t>
      </w:r>
    </w:p>
    <w:p>
      <w:pPr>
        <w:jc w:val="right"/>
      </w:pPr>
      <w:r>
        <w:t>ابھی چونکہ ایکسپلین نہیں کر پاتے، ہم اس لیے لگتا ہے کہ کیا ہے یہ۔</w:t>
      </w:r>
    </w:p>
    <w:p>
      <w:r>
        <w:rPr>
          <w:b/>
        </w:rPr>
        <w:t xml:space="preserve">[1:12:58] </w:t>
      </w:r>
      <w:r>
        <w:t>aur isi halaat mein, yani jo halaat hain, isi halaat mein hamein qualify karna hai is, yani jannat ke liye.</w:t>
      </w:r>
    </w:p>
    <w:p>
      <w:pPr>
        <w:jc w:val="right"/>
      </w:pPr>
      <w:r>
        <w:t>اور اسی حالات میں، یعنی جو حالات ہیں، اسی حالات میں ہمیں کوالیفائی کرنا ہے اس، یعنی جنت کے لیے۔</w:t>
      </w:r>
    </w:p>
    <w:p>
      <w:r>
        <w:rPr>
          <w:b/>
        </w:rPr>
        <w:t xml:space="preserve">[1:13:09] </w:t>
      </w:r>
      <w:r>
        <w:t>yani jab duniya mein log freedom ko misuse kar rahe hain, us waqt aap freedom ko proper use karein.</w:t>
      </w:r>
    </w:p>
    <w:p>
      <w:pPr>
        <w:jc w:val="right"/>
      </w:pPr>
      <w:r>
        <w:t>یعنی جب دنیا میں لوگ فریڈم کو مس یوز کر رہے ہیں، اس وقت آپ فریڈم کو پراپر یوز کریں۔</w:t>
      </w:r>
    </w:p>
    <w:p>
      <w:r>
        <w:rPr>
          <w:b/>
        </w:rPr>
        <w:t xml:space="preserve">[1:13:19] </w:t>
      </w:r>
      <w:r>
        <w:t>jab duniya mein aap ko yeh ikhtiyar hi mila hua ho ke aap galat raaste par chalein, khuda ka inkar karein aur</w:t>
      </w:r>
    </w:p>
    <w:p>
      <w:pPr>
        <w:jc w:val="right"/>
      </w:pPr>
      <w:r>
        <w:t>جب دنیا میں آپ کو یہ اختیار ہی ملا ہوا ہو کہ آپ غلط راستے پر چلیں، خدا کا انکار کریں اور</w:t>
      </w:r>
    </w:p>
    <w:p>
      <w:r>
        <w:rPr>
          <w:b/>
        </w:rPr>
        <w:t xml:space="preserve">[1:13:31] </w:t>
      </w:r>
      <w:r>
        <w:t>apni zindagi ko, yani duniya mein exploiter bankar rahein. lekin aap aisa na karein. aap aisa na karein to kya hua</w:t>
      </w:r>
    </w:p>
    <w:p>
      <w:pPr>
        <w:jc w:val="right"/>
      </w:pPr>
      <w:r>
        <w:t>اپنی زندگی کو، یعنی دنیا میں ایکسپلائٹر بن کر رہیں۔ لیکن آپ ایسا نہ کریں۔ آپ ایسا نہ کریں تو کیا ہوا</w:t>
      </w:r>
    </w:p>
    <w:p>
      <w:r>
        <w:rPr>
          <w:b/>
        </w:rPr>
        <w:t xml:space="preserve">[1:13:45] </w:t>
      </w:r>
      <w:r>
        <w:t>ke aap ne apne ko jannat ke liye qualify kiya. ek lafz mein yeh kahunga ke mister nature ke liye jannat hai.</w:t>
      </w:r>
    </w:p>
    <w:p>
      <w:pPr>
        <w:jc w:val="right"/>
      </w:pPr>
      <w:r>
        <w:t>کہ آپ نے اپنے کو جنت کے لیے کوالیفائی کیا۔ ایک لفظ میں یہ کہوں گا کہ مسٹر نیچر کے لیے جنت ہے۔</w:t>
      </w:r>
    </w:p>
    <w:p>
      <w:r>
        <w:rPr>
          <w:b/>
        </w:rPr>
        <w:t xml:space="preserve">[1:13:56] </w:t>
      </w:r>
      <w:r>
        <w:t>aur</w:t>
      </w:r>
    </w:p>
    <w:p>
      <w:pPr>
        <w:jc w:val="right"/>
      </w:pPr>
      <w:r>
        <w:t>اور</w:t>
      </w:r>
    </w:p>
    <w:p>
      <w:r>
        <w:rPr>
          <w:b/>
        </w:rPr>
        <w:t xml:space="preserve">[1:13:59] </w:t>
      </w:r>
      <w:r>
        <w:t>yani misster nature se meri murad yeh hai ke jo apne ko is halat par rakhein jis par khuda ne paida kiya hai.</w:t>
      </w:r>
    </w:p>
    <w:p>
      <w:pPr>
        <w:jc w:val="right"/>
      </w:pPr>
      <w:r>
        <w:t>یعنی مسٹر نیچر سے میری مراد یہ ہے کہ جو اپنے کو اس حالت پر رکھیں جس پر خدا نے پیدا کیا ہے۔</w:t>
      </w:r>
    </w:p>
    <w:p>
      <w:r>
        <w:rPr>
          <w:b/>
        </w:rPr>
        <w:t xml:space="preserve">[1:14:09] </w:t>
      </w:r>
      <w:r>
        <w:t>aur misster condition ke liye jannat nahi hai.</w:t>
      </w:r>
    </w:p>
    <w:p>
      <w:pPr>
        <w:jc w:val="right"/>
      </w:pPr>
      <w:r>
        <w:t>اور مسٹر کنڈیشن کے لیے جنت نہیں ہے۔</w:t>
      </w:r>
    </w:p>
    <w:p>
      <w:r>
        <w:rPr>
          <w:b/>
        </w:rPr>
        <w:t xml:space="preserve">[1:14:14] </w:t>
      </w:r>
      <w:r>
        <w:t>khuda ne aap ko paida kiya hai. quran mein aata hai, hadith mein bhi aata hai ke bilkul sahi sahi halat par paida kiya hai.</w:t>
      </w:r>
    </w:p>
    <w:p>
      <w:pPr>
        <w:jc w:val="right"/>
      </w:pPr>
      <w:r>
        <w:t>خدا نے آپ کو پیدا کیا ہے۔ قرآن میں آتا ہے، حدیث میں بھی آتا ہے کہ بالکل صحیح صحیح حالت پر پیدا کیا ہے۔</w:t>
      </w:r>
    </w:p>
    <w:p>
      <w:r>
        <w:rPr>
          <w:b/>
        </w:rPr>
        <w:t xml:space="preserve">[1:14:23] </w:t>
      </w:r>
      <w:r>
        <w:t>aap ki soch, aap ka mizaj, aap ka temperament, har cheez jo diya hai, de kar paida kiya hai, woh bilkul yani theek halat mein hota hai.</w:t>
      </w:r>
    </w:p>
    <w:p>
      <w:pPr>
        <w:jc w:val="right"/>
      </w:pPr>
      <w:r>
        <w:t>آپ کی سوچ، آپ کا مزاج، آپ کا ٹیمپرامنٹ، ہر چیز جو دیا ہے، دے کر پیدا کیا ہے، وہ بالکل یعنی ٹھیک حالت میں ہوتا ہے۔</w:t>
      </w:r>
    </w:p>
    <w:p>
      <w:r>
        <w:rPr>
          <w:b/>
        </w:rPr>
        <w:t xml:space="preserve">[1:14:35] </w:t>
      </w:r>
      <w:r>
        <w:t>is ko main misster nature keh raha hoon.</w:t>
      </w:r>
    </w:p>
    <w:p>
      <w:pPr>
        <w:jc w:val="right"/>
      </w:pPr>
      <w:r>
        <w:t>اس کو میں مسٹر نیچر کہہ رہا ہوں۔</w:t>
      </w:r>
    </w:p>
    <w:p>
      <w:r>
        <w:rPr>
          <w:b/>
        </w:rPr>
        <w:t xml:space="preserve">[1:14:38] </w:t>
      </w:r>
      <w:r>
        <w:t>ab jo conditioning hoti hai, to is ko de conditioning karna. de condition mani hai ke phir se nature ki taraf lotna. paida hua bachcha to woh misster nature tha.</w:t>
      </w:r>
    </w:p>
    <w:p>
      <w:pPr>
        <w:jc w:val="right"/>
      </w:pPr>
      <w:r>
        <w:t>اب جو کنڈیشننگ ہوتی ہے، تو اس کو ڈی کنڈیشن کرنا۔ ڈی کنڈیشن معنی ہے کہ پھر سے نیچر کی طرف لوٹنا۔ پیدا ہوا بچہ تو وہ مسٹر نیچر تھا۔</w:t>
      </w:r>
    </w:p>
    <w:p>
      <w:r>
        <w:rPr>
          <w:b/>
        </w:rPr>
        <w:t xml:space="preserve">[1:14:50] </w:t>
      </w:r>
      <w:r>
        <w:t>phir mahol mein, school mein, duniya mein reh kar ke us ki conditioning ho gayi. ab jo bachche paida hue aur mar gaye, woh misster nature paida hue.</w:t>
      </w:r>
    </w:p>
    <w:p>
      <w:pPr>
        <w:jc w:val="right"/>
      </w:pPr>
      <w:r>
        <w:t>پھر ماحول میں، اسکول میں، دنیا میں رہ کر کے اس کی کنڈیشننگ ہو گئی۔ اب جو بچے پیدا ہوئے اور مر گئے، وہ مسٹر نیچر پیدا ہوئی۔</w:t>
      </w:r>
    </w:p>
    <w:p>
      <w:r>
        <w:rPr>
          <w:b/>
        </w:rPr>
        <w:t xml:space="preserve">[1:15:01] </w:t>
      </w:r>
      <w:r>
        <w:t>misster nature mare to woh to seedhe se paradise mein jayenge.</w:t>
      </w:r>
    </w:p>
    <w:p>
      <w:pPr>
        <w:jc w:val="right"/>
      </w:pPr>
      <w:r>
        <w:t>مسٹر نیچر مرے تو وہ تو سیدھے سے پراڈائز میں جائیں گے۔</w:t>
      </w:r>
    </w:p>
    <w:p>
      <w:r>
        <w:rPr>
          <w:b/>
        </w:rPr>
        <w:t xml:space="preserve">[1:15:05] </w:t>
      </w:r>
      <w:r>
        <w:t>jo aadmi mar gaya chhote par, yani woh conditioning ka shikar nahi hua, to woh us ko main misster nature keh raha hoon.</w:t>
      </w:r>
    </w:p>
    <w:p>
      <w:pPr>
        <w:jc w:val="right"/>
      </w:pPr>
      <w:r>
        <w:t>جو آدمی مر گیا چھوٹے پر، یعنی وہ کنڈیشننگ کا شکار نہیں ہوا، تو وہ اس کو میں مسٹر نیچر کہہ رہا ہوں۔</w:t>
      </w:r>
    </w:p>
    <w:p>
      <w:r>
        <w:rPr>
          <w:b/>
        </w:rPr>
        <w:t xml:space="preserve">[1:15:14] </w:t>
      </w:r>
      <w:r>
        <w:t>woh seedhe se paradise mein jayega, jaisa ke hadith mein aata hai. lekin jis ne, jis jo jo conditioning ka shikar hua, us ke liye zaroori hai ke woh apne ko de condition kare.</w:t>
      </w:r>
    </w:p>
    <w:p>
      <w:pPr>
        <w:jc w:val="right"/>
      </w:pPr>
      <w:r>
        <w:t>وہ سیدھے سے پراڈائز میں جائے گا، جیسا کہ حدیث میں آتا ہے۔ لیکن جس نے، جس جو جو کنڈیشننگ کا شکار ہوا، اس کے لیے ضروری ہے کہ وہ اپنے کو ڈی کنڈیشن کرے۔</w:t>
      </w:r>
    </w:p>
    <w:p>
      <w:r>
        <w:rPr>
          <w:b/>
        </w:rPr>
        <w:t xml:space="preserve">[1:15:28] </w:t>
      </w:r>
      <w:r>
        <w:t>de condition kar ke woh lote wahin par jahan par khuda ne us ko paida kiya tha. tab us ke liye paradise hogi.</w:t>
      </w:r>
    </w:p>
    <w:p>
      <w:pPr>
        <w:jc w:val="right"/>
      </w:pPr>
      <w:r>
        <w:t>ڈی کنڈیشن کر کے وہ لوٹے وہیں پر جہاں پر خدا نے اس کو پیدا کیا تھا۔ تب اس کے لیے پیرڈائز ہوگی۔</w:t>
      </w:r>
    </w:p>
    <w:p>
      <w:r>
        <w:rPr>
          <w:b/>
        </w:rPr>
        <w:t xml:space="preserve">[1:15:41] </w:t>
      </w:r>
      <w:r>
        <w:t>to paradise ka jo aqeedah hai, woh us ko agar main summarize karoon to main yahi kahunga ke misster nature ke liye paradise hai.</w:t>
      </w:r>
    </w:p>
    <w:p>
      <w:pPr>
        <w:jc w:val="right"/>
      </w:pPr>
      <w:r>
        <w:t>تو پیرڈائز کا جو عقیدہ ہے، وہ اس کو اگر میں سمرائز کروں تو میں یہی کہوں گا کہ مسٹر نیچر کے لیے پیرڈائز ہے۔</w:t>
      </w:r>
    </w:p>
    <w:p>
      <w:r>
        <w:rPr>
          <w:b/>
        </w:rPr>
        <w:t xml:space="preserve">[1:15:56] </w:t>
      </w:r>
      <w:r>
        <w:t>aur woh log jo conditioning ke sath mar gaye hain, woh paradise se mahroom kar diye jayenge.</w:t>
      </w:r>
    </w:p>
    <w:p>
      <w:pPr>
        <w:jc w:val="right"/>
      </w:pPr>
      <w:r>
        <w:t>اور وہ لوگ جو کنڈیشننگ کے ساتھ مرے ہیں، وہ پیرڈائز سے محروم کر دیے جائیں گے۔</w:t>
      </w:r>
    </w:p>
    <w:p>
      <w:r>
        <w:rPr>
          <w:b/>
        </w:rPr>
        <w:t xml:space="preserve">[1:16:04] </w:t>
      </w:r>
      <w:r>
        <w:t>illa yeh ke woh apne ko de condition kar ke lotein us halat ki taraf jis mein ke khuda ne unhein paida kiya tha.</w:t>
      </w:r>
    </w:p>
    <w:p>
      <w:pPr>
        <w:jc w:val="right"/>
      </w:pPr>
      <w:r>
        <w:t>الا یہ کہ وہ اپنے کو ڈی کنڈیشن کر کے لوٹیں اس حالت کی طرف جس میں کہ خدا نے انہیں پیدا کیا تھا۔</w:t>
      </w:r>
    </w:p>
    <w:p>
      <w:r>
        <w:rPr>
          <w:b/>
        </w:rPr>
        <w:t xml:space="preserve">[1:16:16] </w:t>
      </w:r>
      <w:r>
        <w:t>yeh hai ek yani simple description khuda ke creation plan ka.</w:t>
      </w:r>
    </w:p>
    <w:p>
      <w:pPr>
        <w:jc w:val="right"/>
      </w:pPr>
      <w:r>
        <w:t>یہ ہے ایک یعنی سمپل ڈسکرپشن خدا کے کریشن پلان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