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Positive Thinking (Sai Center) June 13, 2007</w:t>
      </w:r>
    </w:p>
    <w:p>
      <w:r>
        <w:t>https://youtu.be/nSLf0wQ-PWw</w:t>
      </w:r>
    </w:p>
    <w:p>
      <w:r>
        <w:rPr>
          <w:b/>
        </w:rPr>
        <w:t xml:space="preserve">[00:14] </w:t>
      </w:r>
      <w:r>
        <w:t>bismillah rahman rahim, wasallallahu ala nabiyyil karim.</w:t>
      </w:r>
    </w:p>
    <w:p>
      <w:pPr>
        <w:jc w:val="right"/>
      </w:pPr>
      <w:r>
        <w:t>بسم اللہ الرحمن الرحیم، وصلی اللہ علی النبی الکریم۔</w:t>
      </w:r>
    </w:p>
    <w:p>
      <w:r>
        <w:rPr>
          <w:b/>
        </w:rPr>
        <w:t xml:space="preserve">[00:25] </w:t>
      </w:r>
      <w:r>
        <w:t>aaj ka jo topic hai woh aap jante hain.</w:t>
      </w:r>
    </w:p>
    <w:p>
      <w:pPr>
        <w:jc w:val="right"/>
      </w:pPr>
      <w:r>
        <w:t>آج کا جو ٹاپک ہے وہ آپ جانتے ہیں۔</w:t>
      </w:r>
    </w:p>
    <w:p>
      <w:r>
        <w:rPr>
          <w:b/>
        </w:rPr>
        <w:t xml:space="preserve">[00:32] </w:t>
      </w:r>
      <w:r>
        <w:t>main yeh soch raha tha ke aaj ka topic main kahan se shuru karoon.</w:t>
      </w:r>
    </w:p>
    <w:p>
      <w:pPr>
        <w:jc w:val="right"/>
      </w:pPr>
      <w:r>
        <w:t>میں یہ سوچ رہا تھا کہ آج کا ٹاپک میں کہاں سے شروع کروں۔</w:t>
      </w:r>
    </w:p>
    <w:p>
      <w:r>
        <w:rPr>
          <w:b/>
        </w:rPr>
        <w:t xml:space="preserve">[00:41] </w:t>
      </w:r>
      <w:r>
        <w:t>to, fortunately mujhe yeh general shabbar sahib ka ek article mila.</w:t>
      </w:r>
    </w:p>
    <w:p>
      <w:pPr>
        <w:jc w:val="right"/>
      </w:pPr>
      <w:r>
        <w:t>تو، فارچونیٹلی مجھے یہ جنرل شبر صاحب کا ایک آرٹیکل ملا۔</w:t>
      </w:r>
    </w:p>
    <w:p>
      <w:r>
        <w:rPr>
          <w:b/>
        </w:rPr>
        <w:t xml:space="preserve">[00:53] </w:t>
      </w:r>
      <w:r>
        <w:t>general shabbar sahib ko aap sab log jante hain. to un ke is article mein mujhe ek bahut hi relevant quotation mila.</w:t>
      </w:r>
    </w:p>
    <w:p>
      <w:pPr>
        <w:jc w:val="right"/>
      </w:pPr>
      <w:r>
        <w:t>جنرل شبر صاحب کو آپ سب لوگ جانتے ہیں۔ تو ان کے اس آرٹیکل میں مجھے ایک بہت ہی ریلیونٹ کوٹیشن ملا۔</w:t>
      </w:r>
    </w:p>
    <w:p>
      <w:r>
        <w:rPr>
          <w:b/>
        </w:rPr>
        <w:t xml:space="preserve">[01:04] </w:t>
      </w:r>
      <w:r>
        <w:t>to main samajhta hoon koshish se main apni baat shuru karoon to bahut achha hoga.</w:t>
      </w:r>
    </w:p>
    <w:p>
      <w:pPr>
        <w:jc w:val="right"/>
      </w:pPr>
      <w:r>
        <w:t>تو میں سمجھتا ہوں کوشش سے میں اپنی بات شروع کروں تو بہت اچھا ہوگا۔</w:t>
      </w:r>
    </w:p>
    <w:p>
      <w:r>
        <w:rPr>
          <w:b/>
        </w:rPr>
        <w:t xml:space="preserve">[01:11] </w:t>
      </w:r>
      <w:r>
        <w:t>yeh hai, is ka jo title hai: "emerging indo pak relations".</w:t>
      </w:r>
    </w:p>
    <w:p>
      <w:pPr>
        <w:jc w:val="right"/>
      </w:pPr>
      <w:r>
        <w:t>یہ ہے، اس کا جو ٹائٹل ہے: "ایمرجنگ انڈو پاک ریلیشنز"۔</w:t>
      </w:r>
    </w:p>
    <w:p>
      <w:r>
        <w:rPr>
          <w:b/>
        </w:rPr>
        <w:t xml:space="preserve">[01:23] </w:t>
      </w:r>
      <w:r>
        <w:t>to is mein unhon ne likha hai ke art of war kya hai. art of war.</w:t>
      </w:r>
    </w:p>
    <w:p>
      <w:pPr>
        <w:jc w:val="right"/>
      </w:pPr>
      <w:r>
        <w:t>تو اس میں انہوں نے لکھا ہے کہ آرٹ آف وار کیا ہے۔ آرٹ آف وار۔</w:t>
      </w:r>
    </w:p>
    <w:p>
      <w:r>
        <w:rPr>
          <w:b/>
        </w:rPr>
        <w:t xml:space="preserve">[01:33] </w:t>
      </w:r>
      <w:r>
        <w:t>to woh kehte hain ke "the most effective armed forces are that who fight without anger or hate".</w:t>
      </w:r>
    </w:p>
    <w:p>
      <w:pPr>
        <w:jc w:val="right"/>
      </w:pPr>
      <w:r>
        <w:t>تو وہ کہتے ہیں کہ "دا موسٹ ایفیکٹیو ارمڈ فورسز آر دیٹ ہو فائٹ ودا آؤٹ اینگر اور ہیٹ"۔</w:t>
      </w:r>
    </w:p>
    <w:p>
      <w:r>
        <w:rPr>
          <w:b/>
        </w:rPr>
        <w:t xml:space="preserve">[01:51] </w:t>
      </w:r>
      <w:r>
        <w:t>yeh main samajhta hoon ke bahut hi important baat hai. yeh sirf art of war ki baat nahi hai, sath sath yeh art of life ki baat hai.</w:t>
      </w:r>
    </w:p>
    <w:p>
      <w:pPr>
        <w:jc w:val="right"/>
      </w:pPr>
      <w:r>
        <w:t>یہ میں سمجھتا ہوں کہ بہت ہی امپورٹنٹ بات ہے۔ یہ صرف آرٹ آف وار کی بات نہیں ہے، ساتھ ساتھ یہ آرٹ آف لائف کی بات ہے۔</w:t>
      </w:r>
    </w:p>
    <w:p>
      <w:r>
        <w:rPr>
          <w:b/>
        </w:rPr>
        <w:t xml:space="preserve">[02:05] </w:t>
      </w:r>
      <w:r>
        <w:t>mein samajhta hoon ke yahi sab se zyada crucial cheez hai life mein ke hum apne aap ko anger se aur hate se bacha saken.</w:t>
      </w:r>
    </w:p>
    <w:p>
      <w:pPr>
        <w:jc w:val="right"/>
      </w:pPr>
      <w:r>
        <w:t>میں سمجھتا ہوں کہ یہی سب سے زیادہ کروشل چیز ہے لائف میں کہ ہم اپنے آپ کو اینگر سے اور ہیٹ سے بچا سکیں۔</w:t>
      </w:r>
    </w:p>
    <w:p>
      <w:r>
        <w:rPr>
          <w:b/>
        </w:rPr>
        <w:t xml:space="preserve">[02:19] </w:t>
      </w:r>
      <w:r>
        <w:t>yani ke mera yeh manna hai ke sab se jo bara teacher hai woh hamara apna nature hai.</w:t>
      </w:r>
    </w:p>
    <w:p>
      <w:pPr>
        <w:jc w:val="right"/>
      </w:pPr>
      <w:r>
        <w:t>یعنی کہ میرا یہ ماننا ہے کہ سب سے جو بڑا ٹیچر ہے وہ ہمارا اپنا نیچر ہے۔</w:t>
      </w:r>
    </w:p>
    <w:p>
      <w:r>
        <w:rPr>
          <w:b/>
        </w:rPr>
        <w:t xml:space="preserve">[02:29] </w:t>
      </w:r>
      <w:r>
        <w:t>hamara apna nature yahi hamara sab se bara teacher hai aur har waqt woh hum ko batata rehta hai. lekin is teacher ko jo cheez blind kar deti hai woh hai anger aur hate.</w:t>
      </w:r>
    </w:p>
    <w:p>
      <w:pPr>
        <w:jc w:val="right"/>
      </w:pPr>
      <w:r>
        <w:t>ہمارا اپنا نیچر یہی ہمارا سب سے بڑا ٹیچر ہے اور ہر وقت وہ ہم کو بتاتا رہتا ہے۔ لیکن اس ٹیچر کو جو چیز بلائنڈ کر دیتی ہے وہ ہے اینگر اور ہیٹ۔</w:t>
      </w:r>
    </w:p>
    <w:p>
      <w:r>
        <w:rPr>
          <w:b/>
        </w:rPr>
        <w:t xml:space="preserve">[02:54] </w:t>
      </w:r>
      <w:r>
        <w:t>to mein samajhta hoon ke yeh jis cheez ko general sahib ne, general shabir sahib ne, art of war kaha hai, bohat theek kaha hai.</w:t>
      </w:r>
    </w:p>
    <w:p>
      <w:pPr>
        <w:jc w:val="right"/>
      </w:pPr>
      <w:r>
        <w:t>تو میں سمجھتا ہوں کہ یہ جس چیز کو جنرل صاحب نے، جنرل شبر صاحب نے، آرٹ آف وار کہا ہے، بہت ٹھیک کہا ہے۔</w:t>
      </w:r>
    </w:p>
    <w:p>
      <w:r>
        <w:rPr>
          <w:b/>
        </w:rPr>
        <w:t xml:space="preserve">[03:04] </w:t>
      </w:r>
      <w:r>
        <w:t>saath saath mein add karunga ke yahi art of life bhi hai. aur yahi art of Islam bhi hai. is</w:t>
      </w:r>
    </w:p>
    <w:p>
      <w:pPr>
        <w:jc w:val="right"/>
      </w:pPr>
      <w:r>
        <w:t>ساتھ ساتھ میں ایڈ کروں گا کہ یہی آرٹ آف لائف بھی ہے۔ اور یہی آرٹ آف اسلام بھی ہے۔ اس</w:t>
      </w:r>
    </w:p>
    <w:p>
      <w:r>
        <w:rPr>
          <w:b/>
        </w:rPr>
        <w:t xml:space="preserve">[03:12] </w:t>
      </w:r>
      <w:r>
        <w:t>liye ke yeh jo art of life jis ko mein keh raha hoon woh sach poochien to law of nature hai. law of nature.</w:t>
      </w:r>
    </w:p>
    <w:p>
      <w:pPr>
        <w:jc w:val="right"/>
      </w:pPr>
      <w:r>
        <w:t>لیے کہ یہ جو آرٹ آف لائف جس کو میں کہہ رہا ہوں وہ سچ پوچھیں تو لا آف نیچر ہے۔ لا آف نیچر۔</w:t>
      </w:r>
    </w:p>
    <w:p>
      <w:r>
        <w:rPr>
          <w:b/>
        </w:rPr>
        <w:t xml:space="preserve">[03:23] </w:t>
      </w:r>
      <w:r>
        <w:t>aur Islam jo hai woh khud religion of nature hai.</w:t>
      </w:r>
    </w:p>
    <w:p>
      <w:pPr>
        <w:jc w:val="right"/>
      </w:pPr>
      <w:r>
        <w:t>اور اسلام جو ہے وہ خود ریلیجن آف نیچر ہے۔</w:t>
      </w:r>
    </w:p>
    <w:p>
      <w:r>
        <w:rPr>
          <w:b/>
        </w:rPr>
        <w:t xml:space="preserve">[03:29] </w:t>
      </w:r>
      <w:r>
        <w:t>Islam is an application</w:t>
      </w:r>
    </w:p>
    <w:p>
      <w:pPr>
        <w:jc w:val="right"/>
      </w:pPr>
      <w:r>
        <w:t>اسلام از این ایپلیکیشن</w:t>
      </w:r>
    </w:p>
    <w:p>
      <w:r>
        <w:rPr>
          <w:b/>
        </w:rPr>
        <w:t xml:space="preserve">[03:36] </w:t>
      </w:r>
      <w:r>
        <w:t>of law of nature to</w:t>
      </w:r>
    </w:p>
    <w:p>
      <w:pPr>
        <w:jc w:val="right"/>
      </w:pPr>
      <w:r>
        <w:t>آف لا آف نیچر ٹو</w:t>
      </w:r>
    </w:p>
    <w:p>
      <w:r>
        <w:rPr>
          <w:b/>
        </w:rPr>
        <w:t xml:space="preserve">[03:41] </w:t>
      </w:r>
      <w:r>
        <w:t>to the human life. yahi Islam hai. maine Islam ko bohat parha hai. nature ke jo laws hain isi ko zindagi mein apply karna isi ka naam Islam hai aur isi ka naam sara religion hai.</w:t>
      </w:r>
    </w:p>
    <w:p>
      <w:pPr>
        <w:jc w:val="right"/>
      </w:pPr>
      <w:r>
        <w:t>ٹو دی ہیومن لائف۔ یہی اسلام ہے۔ میں نے اسلام کو بہت پڑھا ہے۔ نیچر کے جو لاز ہیں اسی کو زندگی میں اپلائی کرنا اسی کا نام اسلام ہے اور اسی کا نام سارا ریلیجن ہے۔</w:t>
      </w:r>
    </w:p>
    <w:p>
      <w:r>
        <w:rPr>
          <w:b/>
        </w:rPr>
        <w:t xml:space="preserve">[04:00] </w:t>
      </w:r>
      <w:r>
        <w:t>sare religion jo hain woh sach poochien to yahi hain ke yeh poora universe jis law jis law of nature par chal raha hai isi law of nature ko apply karna insan ki zindagi par yahi religion hai, yahi Islam hai.</w:t>
      </w:r>
    </w:p>
    <w:p>
      <w:pPr>
        <w:jc w:val="right"/>
      </w:pPr>
      <w:r>
        <w:t>سارے ریلیجن جو ہیں وہ سچ پوچھیں تو یہی ہیں کہ یہ پورا یونیورس جس لا جس لا آف نیچر پر چل رہا ہے اسی لا آف نیچر کو اپلائی کرنا انسان کی زندگی پر یہی ریلیجن ہے، یہی اسلام ہے۔</w:t>
      </w:r>
    </w:p>
    <w:p>
      <w:r>
        <w:rPr>
          <w:b/>
        </w:rPr>
        <w:t xml:space="preserve">[04:21] </w:t>
      </w:r>
      <w:r>
        <w:t>ab dekhen ke mein do ek reference aap ko dunga.</w:t>
      </w:r>
    </w:p>
    <w:p>
      <w:pPr>
        <w:jc w:val="right"/>
      </w:pPr>
      <w:r>
        <w:t>اب دیکھیں کہ میں دو ایک ریفرنس آپ کو دوں گا۔</w:t>
      </w:r>
    </w:p>
    <w:p>
      <w:r>
        <w:rPr>
          <w:b/>
        </w:rPr>
        <w:t xml:space="preserve">[04:27] </w:t>
      </w:r>
      <w:r>
        <w:t>Prophet of Islam ke paas ek aadmi aata hai. woh kehta hai ke woh Prophet "give me the master, give me a master formula by which I may be able to manage all the affairs of my life".</w:t>
      </w:r>
    </w:p>
    <w:p>
      <w:pPr>
        <w:jc w:val="right"/>
      </w:pPr>
      <w:r>
        <w:t>پرافٹ آف اسلام کے پاس ایک آدمی آتا ہے۔ وہ کہتا ہے کہ وہ پرافٹ "گیو می دا ماسٹر، گیو می ا ماسٹر فارمولا بائے وچ آئی می بی ایبل ٹو مینج آل دا افیئرز آف مائی لائف"۔</w:t>
      </w:r>
    </w:p>
    <w:p>
      <w:r>
        <w:rPr>
          <w:b/>
        </w:rPr>
        <w:t xml:space="preserve">[04:49] </w:t>
      </w:r>
      <w:r>
        <w:t>Ya Rasool Allah, allimni kalimatin aishuna to</w:t>
      </w:r>
    </w:p>
    <w:p>
      <w:pPr>
        <w:jc w:val="right"/>
      </w:pPr>
      <w:r>
        <w:t>یا رسول اللہ، علمنی کلمات عیشنا تو</w:t>
      </w:r>
    </w:p>
    <w:p>
      <w:r>
        <w:rPr>
          <w:b/>
        </w:rPr>
        <w:t xml:space="preserve">[04:55] </w:t>
      </w:r>
      <w:r>
        <w:t>aap kehte hain ke "la taghzab, don't be angry". ab dekhen ke kya aadmi aisi halat mein ghussa hota hai ke us par phool barsaya jaye?</w:t>
      </w:r>
    </w:p>
    <w:p>
      <w:pPr>
        <w:jc w:val="right"/>
      </w:pPr>
      <w:r>
        <w:t>آپ کہتے ہیں کہ "لا تغضب، ڈونٹ بی اینگری"۔ اب دیکھیں کہ کیا آدمی ایسی حالت میں غصہ ہوتا ہے کہ اس پر پھول برسایا جائے؟</w:t>
      </w:r>
    </w:p>
    <w:p>
      <w:r>
        <w:rPr>
          <w:b/>
        </w:rPr>
        <w:t xml:space="preserve">[05:11] </w:t>
      </w:r>
      <w:r>
        <w:t>us ka khoob swagat kiya jaye to ghussa hoga woh?</w:t>
      </w:r>
    </w:p>
    <w:p>
      <w:pPr>
        <w:jc w:val="right"/>
      </w:pPr>
      <w:r>
        <w:t>اس کا خوب سواگت کیا جائے تو غصہ ہوگا وہ؟</w:t>
      </w:r>
    </w:p>
    <w:p>
      <w:r>
        <w:rPr>
          <w:b/>
        </w:rPr>
        <w:t xml:space="preserve">[05:15] </w:t>
      </w:r>
      <w:r>
        <w:t>ghussa hota hai aadmi jab us ko koi sad experience ho. us ke sath koi negative experience ho tab ghussa hota hai aadmi.</w:t>
      </w:r>
    </w:p>
    <w:p>
      <w:pPr>
        <w:jc w:val="right"/>
      </w:pPr>
      <w:r>
        <w:t>غصہ ہوتا ہے آدمی جب اس کو کوئی سیڈ ایکسپیرینس ہو۔ اس کے ساتھ کوئی نیگیٹیو ایکسپیرینس ہو تب غصہ ہوتا ہے آدمی۔</w:t>
      </w:r>
    </w:p>
    <w:p>
      <w:r>
        <w:rPr>
          <w:b/>
        </w:rPr>
        <w:t xml:space="preserve">[05:25] </w:t>
      </w:r>
      <w:r>
        <w:t>to poori baat kya hui? poori baat yeh hui ke "don't be angry even when provoked". provocation ho tab bhi ghussa na ho.</w:t>
      </w:r>
    </w:p>
    <w:p>
      <w:pPr>
        <w:jc w:val="right"/>
      </w:pPr>
      <w:r>
        <w:t>تو پوری بات کیا ہوئی؟ پوری بات یہ ہوئی کہ "ڈونٹ بی اینگری ایون وین پرووکڈ"۔ پرووکیشن ہو تب بھی غصہ نہ ہو۔</w:t>
      </w:r>
    </w:p>
    <w:p>
      <w:r>
        <w:rPr>
          <w:b/>
        </w:rPr>
        <w:t xml:space="preserve">[05:37] </w:t>
      </w:r>
      <w:r>
        <w:t>sad experience ho tab bhi ghussa na ho. yeh matlab is ka hua. yeh hai zindagi ka formula.</w:t>
      </w:r>
    </w:p>
    <w:p>
      <w:pPr>
        <w:jc w:val="right"/>
      </w:pPr>
      <w:r>
        <w:t>سیڈ ایکسپیرینس ہو تب بھی غصہ نہ ہو۔ یہ مطلب اس کا ہوا۔ یہ ہے زندگی کا فارمولا۔</w:t>
      </w:r>
    </w:p>
    <w:p>
      <w:r>
        <w:rPr>
          <w:b/>
        </w:rPr>
        <w:t xml:space="preserve">[05:45] </w:t>
      </w:r>
      <w:r>
        <w:t>kyun? jab aap rehte hain social life mein to social life mein har aadmi ka apna taste hai, apna interest hai, apna apna pattern hai.</w:t>
      </w:r>
    </w:p>
    <w:p>
      <w:pPr>
        <w:jc w:val="right"/>
      </w:pPr>
      <w:r>
        <w:t>کیوں؟ جب آپ رہتے ہیں سوشل لائف میں تو سوشل لائف میں ہر آدمی کا اپنا ٹیسٹ ہے، اپنا انٹرسٹ ہے، اپنا اپنا پیٹرن ہے۔</w:t>
      </w:r>
    </w:p>
    <w:p>
      <w:r>
        <w:rPr>
          <w:b/>
        </w:rPr>
        <w:t xml:space="preserve">[05:59] </w:t>
      </w:r>
      <w:r>
        <w:t>to bar bar aisa hota hai ke hum se us ka takrao hota hai. bar bar. wahin par ghussa aata hai, wahin par hate aata hai.</w:t>
      </w:r>
    </w:p>
    <w:p>
      <w:pPr>
        <w:jc w:val="right"/>
      </w:pPr>
      <w:r>
        <w:t>تو بار بار ایسا ہوتا ہے کہ ہم سے اس کا ٹکراؤ ہوتا ہے۔ بار بار۔ وہیں پر غصہ آتا ہے، وہیں پر ہیٹ آتا ہے۔</w:t>
      </w:r>
    </w:p>
    <w:p>
      <w:r>
        <w:rPr>
          <w:b/>
        </w:rPr>
        <w:t xml:space="preserve">[06:08] </w:t>
      </w:r>
      <w:r>
        <w:t>to social life mein aisa hona "it is but natural" ke ghussa bhi aaye aur hate bhi aaye.</w:t>
      </w:r>
    </w:p>
    <w:p>
      <w:pPr>
        <w:jc w:val="right"/>
      </w:pPr>
      <w:r>
        <w:t>تو سوشل لائف میں ایسا ہونا "اٹ از بٹ نیچرل" کہ غصہ بھی آئے اور ہیٹ بھی آئے۔</w:t>
      </w:r>
    </w:p>
    <w:p>
      <w:r>
        <w:rPr>
          <w:b/>
        </w:rPr>
        <w:t xml:space="preserve">[06:17] </w:t>
      </w:r>
      <w:r>
        <w:t>us ko andar hi andar rok lena. us ko manage kar lena.</w:t>
      </w:r>
    </w:p>
    <w:p>
      <w:pPr>
        <w:jc w:val="right"/>
      </w:pPr>
      <w:r>
        <w:t>اس کو اندر ہی اندر روک لینا۔ اس کو مینج کر لینا۔</w:t>
      </w:r>
    </w:p>
    <w:p>
      <w:r>
        <w:rPr>
          <w:b/>
        </w:rPr>
        <w:t xml:space="preserve">[06:25] </w:t>
      </w:r>
      <w:r>
        <w:t>yani ghussa na karo ka matlab kya hai? manage your anger. "don't be angry" ka matlab hua manage your anger.</w:t>
      </w:r>
    </w:p>
    <w:p>
      <w:pPr>
        <w:jc w:val="right"/>
      </w:pPr>
      <w:r>
        <w:t>یعنی غصہ نہ کرو کا مطلب کیا ہے؟ مینج یور اینگر۔ "ڈونٹ بی اینگری" کا مطلب ہوا مینج یور اینگر۔</w:t>
      </w:r>
    </w:p>
    <w:p>
      <w:r>
        <w:rPr>
          <w:b/>
        </w:rPr>
        <w:t xml:space="preserve">[06:36] </w:t>
      </w:r>
      <w:r>
        <w:t>yeh hai Islam ka khulasa. isi tarah aap dekhiye.</w:t>
      </w:r>
    </w:p>
    <w:p>
      <w:pPr>
        <w:jc w:val="right"/>
      </w:pPr>
      <w:r>
        <w:t>یہ ہے اسلام کا خلاصہ۔ اسی طرح آپ دیکھیے۔</w:t>
      </w:r>
    </w:p>
    <w:p>
      <w:r>
        <w:rPr>
          <w:b/>
        </w:rPr>
        <w:t xml:space="preserve">[06:45] </w:t>
      </w:r>
      <w:r>
        <w:t>ek aadmi se profit ne kaha ke agar tumhare bas mein ho to tum apne dil mein kisi ke liye ghish na rakho.</w:t>
      </w:r>
    </w:p>
    <w:p>
      <w:pPr>
        <w:jc w:val="right"/>
      </w:pPr>
      <w:r>
        <w:t>ایک آدمی سے پرافٹ نے کہا کہ اگر تمہارے بس میں ہو تو تم اپنے دل میں کسی کے لیے غش نہ رکھو۔</w:t>
      </w:r>
    </w:p>
    <w:p>
      <w:r>
        <w:rPr>
          <w:b/>
        </w:rPr>
        <w:t xml:space="preserve">[06:57] </w:t>
      </w:r>
      <w:r>
        <w:t>ghish arabik word hai. iska matlab hai miles.</w:t>
      </w:r>
    </w:p>
    <w:p>
      <w:pPr>
        <w:jc w:val="right"/>
      </w:pPr>
      <w:r>
        <w:t>غش عربک ورڈ ہے۔ اس کا مطلب ہے مائلز۔</w:t>
      </w:r>
    </w:p>
    <w:p>
      <w:r>
        <w:rPr>
          <w:b/>
        </w:rPr>
        <w:t xml:space="preserve">[07:03] </w:t>
      </w:r>
      <w:r>
        <w:t>apne dil ko miles se bachao. kyunke jo miles se bachayega wahi paradise mein jayega.</w:t>
      </w:r>
    </w:p>
    <w:p>
      <w:pPr>
        <w:jc w:val="right"/>
      </w:pPr>
      <w:r>
        <w:t>اپنے دل کو مائلز سے بچاؤ۔ کیونکہ جو مائلز سے بچائے گا وہی پیراڈائز میں جائے گا۔</w:t>
      </w:r>
    </w:p>
    <w:p>
      <w:r>
        <w:rPr>
          <w:b/>
        </w:rPr>
        <w:t xml:space="preserve">[07:14] </w:t>
      </w:r>
      <w:r>
        <w:t>ab dekhen ke is mein sari baat isi mein aagayi. aadmi bhagta kab hai? sachai se deviate kab hot</w:t>
      </w:r>
    </w:p>
    <w:p>
      <w:pPr>
        <w:jc w:val="right"/>
      </w:pPr>
      <w:r>
        <w:t>اب دیکھیں کہ اس میں ساری بات اسی میں آگئی۔ آدمی بھاگتا کب ہے؟ سچائی سے ڈیویٹ کب ہوت</w:t>
      </w:r>
    </w:p>
    <w:p>
      <w:r>
        <w:rPr>
          <w:b/>
        </w:rPr>
        <w:t xml:space="preserve">[07:23] </w:t>
      </w:r>
      <w:r>
        <w:t>a hai? jab is ke andar koi miles, hate, revenge, injustice, intolerance yeh sab aa jata hai.</w:t>
      </w:r>
    </w:p>
    <w:p>
      <w:pPr>
        <w:jc w:val="right"/>
      </w:pPr>
      <w:r>
        <w:t>ا ہے؟ جب اس کے اندر کوئی مائلز، ہیٹ، ریونج، انجسٹس، انٹولرنس یہ سب آ جاتا ہے۔</w:t>
      </w:r>
    </w:p>
    <w:p>
      <w:r>
        <w:rPr>
          <w:b/>
        </w:rPr>
        <w:t xml:space="preserve">[07:34] </w:t>
      </w:r>
      <w:r>
        <w:t>to is se bachana. main aap ko</w:t>
      </w:r>
    </w:p>
    <w:p>
      <w:pPr>
        <w:jc w:val="right"/>
      </w:pPr>
      <w:r>
        <w:t>تو اس سے بچانا۔ میں آپ کو</w:t>
      </w:r>
    </w:p>
    <w:p>
      <w:r>
        <w:rPr>
          <w:b/>
        </w:rPr>
        <w:t xml:space="preserve">[07:42] </w:t>
      </w:r>
      <w:r>
        <w:t>quran ka ek verse kama hai, yahan par reference doonga.</w:t>
      </w:r>
    </w:p>
    <w:p>
      <w:pPr>
        <w:jc w:val="right"/>
      </w:pPr>
      <w:r>
        <w:t>قرآن کا ایک ورس کاما ہے، یہاں پر ریفرنس دوں گا۔</w:t>
      </w:r>
    </w:p>
    <w:p>
      <w:r>
        <w:rPr>
          <w:b/>
        </w:rPr>
        <w:t xml:space="preserve">[07:49] </w:t>
      </w:r>
      <w:r>
        <w:t>quran mein hai ke paradise ke bare mein, jannat ke bare mein.</w:t>
      </w:r>
    </w:p>
    <w:p>
      <w:pPr>
        <w:jc w:val="right"/>
      </w:pPr>
      <w:r>
        <w:t>قرآن میں ہے کہ پیراڈائز کے بارے میں، جنت کے بارے میں۔</w:t>
      </w:r>
    </w:p>
    <w:p>
      <w:r>
        <w:rPr>
          <w:b/>
        </w:rPr>
        <w:t xml:space="preserve">[08:00] </w:t>
      </w:r>
      <w:r>
        <w:t>la yasma'una fiha laghwun wa la ta'thiman illa qilan salaman salama</w:t>
      </w:r>
    </w:p>
    <w:p>
      <w:pPr>
        <w:jc w:val="right"/>
      </w:pPr>
      <w:r>
        <w:t>لا یسمعون فیہا لغب ولا تعصیما الا قلا سلاما سلاما</w:t>
      </w:r>
    </w:p>
    <w:p>
      <w:r>
        <w:rPr>
          <w:b/>
        </w:rPr>
        <w:t xml:space="preserve">[08:12] </w:t>
      </w:r>
      <w:r>
        <w:t>iska matlab kya hai ke paradise mein na to nonsense hoga, na wahan mischief hoga. wahan sirf peace hi peace hoga.</w:t>
      </w:r>
    </w:p>
    <w:p>
      <w:pPr>
        <w:jc w:val="right"/>
      </w:pPr>
      <w:r>
        <w:t>اس کا مطلب کیا ہے کہ پیراڈائز میں نہ تو نان سینس ہوگا، نہ وہاں مس چیف ہوگا۔ وہاں صرف پیس ہی پیس ہوگا۔</w:t>
      </w:r>
    </w:p>
    <w:p>
      <w:r>
        <w:rPr>
          <w:b/>
        </w:rPr>
        <w:t xml:space="preserve">[08:24] </w:t>
      </w:r>
      <w:r>
        <w:t>iska matlab kya hai?</w:t>
      </w:r>
    </w:p>
    <w:p>
      <w:pPr>
        <w:jc w:val="right"/>
      </w:pPr>
      <w:r>
        <w:t>اس کا مطلب کیا ہے؟</w:t>
      </w:r>
    </w:p>
    <w:p>
      <w:r>
        <w:rPr>
          <w:b/>
        </w:rPr>
        <w:t xml:space="preserve">[08:26] </w:t>
      </w:r>
      <w:r>
        <w:t>iska matlab yeh nahi hai ke wahan jo place ke andar yeh baat koi hogi, wahan ki deewar mein koi jhag aisa hoga, wahan jo insaan basre honge, woh insaan aise honge ke wahan par woh na to nonsense koi karenge,</w:t>
      </w:r>
    </w:p>
    <w:p>
      <w:pPr>
        <w:jc w:val="right"/>
      </w:pPr>
      <w:r>
        <w:t>اس کا مطلب یہ نہیں ہے کہ وہاں جو پلیس کے اندر یہ بات کوئی ہوگی، وہاں کی دیوار میں کوئی جھاگ ایسا ہوگا۔ وہاں جو انسان بسرے ہوں گے، وہ انسان ایسے ہوں گے کہ وہاں پر وہ نہ تو نان سینس کوئی کریں گے،</w:t>
      </w:r>
    </w:p>
    <w:p>
      <w:r>
        <w:rPr>
          <w:b/>
        </w:rPr>
        <w:t xml:space="preserve">[08:41] </w:t>
      </w:r>
      <w:r>
        <w:t>na koi mischief karenge, aur na kisi doosre ke khilaf unke alawa unke dil mein peace ke siwa kuch aur hoga.</w:t>
      </w:r>
    </w:p>
    <w:p>
      <w:pPr>
        <w:jc w:val="right"/>
      </w:pPr>
      <w:r>
        <w:t>نہ کوئی مس چیف کریں گے، اور نہ کسی دوسرے کے خلاف ان کے علاوہ ان کے دل میں پیس کے سوا کچھ اور ہوگا۔</w:t>
      </w:r>
    </w:p>
    <w:p>
      <w:r>
        <w:rPr>
          <w:b/>
        </w:rPr>
        <w:t xml:space="preserve">[08:50] </w:t>
      </w:r>
      <w:r>
        <w:t>peace aur compassion, well wishing, yeh unke liye hoga, unke dilon mein doosre ke liye hoga. ab is se kya nikla?</w:t>
      </w:r>
    </w:p>
    <w:p>
      <w:pPr>
        <w:jc w:val="right"/>
      </w:pPr>
      <w:r>
        <w:t>پیس اور کمپیشن، ویل وشنگ، یہ ان کے لیے ہوگا، ان کے دلوں میں دوسرے کے لیے ہوگا۔ اب اس سے کیا نکلا؟</w:t>
      </w:r>
    </w:p>
    <w:p>
      <w:r>
        <w:rPr>
          <w:b/>
        </w:rPr>
        <w:t xml:space="preserve">[09:01] </w:t>
      </w:r>
      <w:r>
        <w:t>is se nikla hai ke paradise mein woh log jayenge jo</w:t>
      </w:r>
    </w:p>
    <w:p>
      <w:pPr>
        <w:jc w:val="right"/>
      </w:pPr>
      <w:r>
        <w:t>اس سے نکلا ہے کہ پیراڈائز میں وہ لوگ جائیں گے جو</w:t>
      </w:r>
    </w:p>
    <w:p>
      <w:r>
        <w:rPr>
          <w:b/>
        </w:rPr>
        <w:t xml:space="preserve">[09:08] </w:t>
      </w:r>
      <w:r>
        <w:t>samaji zindagi mein, social life mein achhe insaan bankar rahe hon. achha insaan banne ke liye is mein teen baatein bataein.</w:t>
      </w:r>
    </w:p>
    <w:p>
      <w:pPr>
        <w:jc w:val="right"/>
      </w:pPr>
      <w:r>
        <w:t>سماجی زندگی میں، سوشل لائف میں اچھے انسان بن کر رہے ہوں۔ اچھا انسان بننے کے لیے اس میں تین باتیں بتائیں۔</w:t>
      </w:r>
    </w:p>
    <w:p>
      <w:r>
        <w:rPr>
          <w:b/>
        </w:rPr>
        <w:t xml:space="preserve">[09:21] </w:t>
      </w:r>
      <w:r>
        <w:t>yeh teen, yeh teen baatein jo prove karega duniya mein, duniya ki social life jo hai, is mein jo yeh prove karega ke woh nonsense create nahi karta doosre ke liye,</w:t>
      </w:r>
    </w:p>
    <w:p>
      <w:pPr>
        <w:jc w:val="right"/>
      </w:pPr>
      <w:r>
        <w:t>یہ تین، یہ تین باتیں جو پروف کرے گا دنیا میں، دنیا کی سوشل لائف جو ہے، اس میں جو یہ پروف کرے گا کہ وہ نان سینس کریٹ نہیں کرتا دوسرے کے لیے،</w:t>
      </w:r>
    </w:p>
    <w:p>
      <w:r>
        <w:rPr>
          <w:b/>
        </w:rPr>
        <w:t xml:space="preserve">[09:37] </w:t>
      </w:r>
      <w:r>
        <w:t>woh mischief wali baat nahi karta, woh</w:t>
      </w:r>
    </w:p>
    <w:p>
      <w:pPr>
        <w:jc w:val="right"/>
      </w:pPr>
      <w:r>
        <w:t>وہ مس چیف والی بات نہیں کرتا، وہ</w:t>
      </w:r>
    </w:p>
    <w:p>
      <w:r>
        <w:rPr>
          <w:b/>
        </w:rPr>
        <w:t xml:space="preserve">[09:43] </w:t>
      </w:r>
      <w:r>
        <w:t>woh doosron ke liye is ke dil mein pyari pyari hai, doosron ke liye is ke dil mein tolerance hai, doosron ke liye is ke dil mein peace hai.</w:t>
      </w:r>
    </w:p>
    <w:p>
      <w:pPr>
        <w:jc w:val="right"/>
      </w:pPr>
      <w:r>
        <w:t>وہ دوسروں کے لیے اس کے دل میں پیاری پیار ہے، دوسروں کے لیے اس کے دل میں ٹولرنس ہے، دوسروں کے لیے اس کے دل میں پیس ہے۔</w:t>
      </w:r>
    </w:p>
    <w:p>
      <w:r>
        <w:rPr>
          <w:b/>
        </w:rPr>
        <w:t xml:space="preserve">[09:52] </w:t>
      </w:r>
      <w:r>
        <w:t>to duniya ki zindagi kya hai? yeh selective ground hai. apne aap ko tum ko batana padega ke yeh sab qualities tumhare andar hain.</w:t>
      </w:r>
    </w:p>
    <w:p>
      <w:pPr>
        <w:jc w:val="right"/>
      </w:pPr>
      <w:r>
        <w:t>تو دنیا کی زندگی کیا ہے؟ یہ سلیکٹیو گراؤنڈ ہے۔ اپنے آپ کو تم کو بتانا پڑے گا کہ یہ سب کوالٹیز تمہارے اندر ہیں۔</w:t>
      </w:r>
    </w:p>
    <w:p>
      <w:r>
        <w:rPr>
          <w:b/>
        </w:rPr>
        <w:t xml:space="preserve">[10:03] </w:t>
      </w:r>
      <w:r>
        <w:t>tab tum paradise ke liye deserving candidate banoge. is mein kya hua? is mein aap ko ek incentive mila.</w:t>
      </w:r>
    </w:p>
    <w:p>
      <w:pPr>
        <w:jc w:val="right"/>
      </w:pPr>
      <w:r>
        <w:t>تب تم پیراڈائز کے لیے ڈیزرونگ کینڈیڈیٹ بنو گے۔ اس میں کیا ہوا؟ اس میں آپ کو ایک انسنٹیو ملا۔</w:t>
      </w:r>
    </w:p>
    <w:p>
      <w:r>
        <w:rPr>
          <w:b/>
        </w:rPr>
        <w:t xml:space="preserve">[10:15] </w:t>
      </w:r>
      <w:r>
        <w:t>islam jo hai ek incentive deta hai achha insaan bankar duniya mein rehne ke liye.</w:t>
      </w:r>
    </w:p>
    <w:p>
      <w:pPr>
        <w:jc w:val="right"/>
      </w:pPr>
      <w:r>
        <w:t>اسلام جو ہے ایک انسنٹیو دیتا ہے اچھا انسان بن کر دنیا میں رہنے کے لیے۔</w:t>
      </w:r>
    </w:p>
    <w:p>
      <w:r>
        <w:rPr>
          <w:b/>
        </w:rPr>
        <w:t xml:space="preserve">[10:22] </w:t>
      </w:r>
      <w:r>
        <w:t>motivate karta hai. yaani aadmi ka apna interest ban jata hai ke woh isi tarah rahe. apna personal interest.</w:t>
      </w:r>
    </w:p>
    <w:p>
      <w:pPr>
        <w:jc w:val="right"/>
      </w:pPr>
      <w:r>
        <w:t>موٹیویٹ کرتا ہے۔ یعنی آدمی کا اپنا انٹرسٹ بن جاتا ہے کہ وہ اسی طرح رہے۔ اپنا پرسنل انٹرسٹ۔</w:t>
      </w:r>
    </w:p>
    <w:p>
      <w:r>
        <w:rPr>
          <w:b/>
        </w:rPr>
        <w:t xml:space="preserve">[10:34] </w:t>
      </w:r>
      <w:r>
        <w:t>apna personal interest ban jata hai ke duniya mein aadmi is tarah rahe ke doosron ke liye is ke dil mein hate nahi, doosron ke liye is ke dil mein anger nahi.</w:t>
      </w:r>
    </w:p>
    <w:p>
      <w:pPr>
        <w:jc w:val="right"/>
      </w:pPr>
      <w:r>
        <w:t>اپنا پرسنل انٹرسٹ بن جاتا ہے کہ دنیا میں آدمی اس طرح رہے کہ دوسروں کے لیے اس کے دل میں ہیٹ نہیں، دوسروں کے لیے اس کے دل میں اینگر نہیں۔</w:t>
      </w:r>
    </w:p>
    <w:p>
      <w:r>
        <w:rPr>
          <w:b/>
        </w:rPr>
        <w:t xml:space="preserve">[10:46] </w:t>
      </w:r>
      <w:r>
        <w:t>woh duniya mein problem create nahi karta.</w:t>
      </w:r>
    </w:p>
    <w:p>
      <w:pPr>
        <w:jc w:val="right"/>
      </w:pPr>
      <w:r>
        <w:t>وہ دنیا میں پرابلم کریٹ نہیں کرتا۔</w:t>
      </w:r>
    </w:p>
    <w:p>
      <w:r>
        <w:rPr>
          <w:b/>
        </w:rPr>
        <w:t xml:space="preserve">[10:55] </w:t>
      </w:r>
      <w:r>
        <w:t>aur isi ke sath yeh hai ke woh har ek ke liye shanti us ke dil mein, har ek ke liye pyar us ke dil mein.</w:t>
      </w:r>
    </w:p>
    <w:p>
      <w:pPr>
        <w:jc w:val="right"/>
      </w:pPr>
      <w:r>
        <w:t>اور اسی کے ساتھ یہ ہے کہ وہ ہر ایک کے لیے شانتی اس کے دل میں، ہر ایک کے لیے پیار اس کے دل میں۔</w:t>
      </w:r>
    </w:p>
    <w:p>
      <w:r>
        <w:rPr>
          <w:b/>
        </w:rPr>
        <w:t xml:space="preserve">[11:03] </w:t>
      </w:r>
      <w:r>
        <w:t>dekhein, temporary tor par ghussa har ek ko aata hai. profit ko bhi aata tha ghussa. ghussa aana bhi ek natural baat hai.</w:t>
      </w:r>
    </w:p>
    <w:p>
      <w:pPr>
        <w:jc w:val="right"/>
      </w:pPr>
      <w:r>
        <w:t>دیکھیں، ٹیمپریری طور پر غصہ ہر ایک کو آتا ہے۔ پرافٹ کو بھی آتا تھا غصہ۔ غصہ آنا بھی ایک نیچرل بات ہے۔</w:t>
      </w:r>
    </w:p>
    <w:p>
      <w:r>
        <w:rPr>
          <w:b/>
        </w:rPr>
        <w:t xml:space="preserve">[11:11] </w:t>
      </w:r>
      <w:r>
        <w:t>lekin ghusse ko aap revenge na banayein.</w:t>
      </w:r>
    </w:p>
    <w:p>
      <w:pPr>
        <w:jc w:val="right"/>
      </w:pPr>
      <w:r>
        <w:t>لیکن غصے کو آپ ریمنج نہ بنائیں۔</w:t>
      </w:r>
    </w:p>
    <w:p>
      <w:r>
        <w:rPr>
          <w:b/>
        </w:rPr>
        <w:t xml:space="preserve">[11:16] </w:t>
      </w:r>
      <w:r>
        <w:t>ghusse ko aisa na karein ke aap ke dil mein hate baith jaye. ghussa aaya to us ko manage kar liya. to yeh yahan par yeh hai, dekhiye ke society mein ek acha member ban kar rehne ka ek incentive hai ke agar tum ne aisa prove kar diya apne aap bare mein, tab bhi tum paradise ke liye deserving candidate bano ge.</w:t>
      </w:r>
    </w:p>
    <w:p>
      <w:pPr>
        <w:jc w:val="right"/>
      </w:pPr>
      <w:r>
        <w:t>غصے کو ایسا نہ کریں کہ آپ کے دل میں ہیٹ بیٹھ جائے۔ غصہ آیا تو اس کو مینج کر لیا۔ تو یہ یہاں پر یہ ہے، دیکھیے کہ سوسائٹی میں ایک اچھا ممبر بن کر رہنے کا ایک انسنٹیو ہے کہ اگر تم نے ایسا پروف کر دیا اپنے آپ بارے میں، تب بھی تم پیراڈائز کے لیے ڈیزرونگ کینڈیڈیٹ بنو گے۔</w:t>
      </w:r>
    </w:p>
    <w:p>
      <w:r>
        <w:rPr>
          <w:b/>
        </w:rPr>
        <w:t xml:space="preserve">[11:41] </w:t>
      </w:r>
      <w:r>
        <w:t>nahi to nahi.</w:t>
      </w:r>
    </w:p>
    <w:p>
      <w:pPr>
        <w:jc w:val="right"/>
      </w:pPr>
      <w:r>
        <w:t>نہیں تو نہیں۔</w:t>
      </w:r>
    </w:p>
    <w:p>
      <w:r>
        <w:rPr>
          <w:b/>
        </w:rPr>
        <w:t xml:space="preserve">[11:45] </w:t>
      </w:r>
      <w:r>
        <w:t>yani ke islam mein sirf yeh nahi kiya gaya hai ke human values ko bataya gaya ke yeh yeh human values hain.</w:t>
      </w:r>
    </w:p>
    <w:p>
      <w:pPr>
        <w:jc w:val="right"/>
      </w:pPr>
      <w:r>
        <w:t>یعنی کہ اسلام میں صرف یہ نہیں کیا گیا ہے کہ ہیومن ویلیوز کو بتایا گیا کہ یہ یہ ہیومن ویلیوز ہیں۔</w:t>
      </w:r>
    </w:p>
    <w:p>
      <w:r>
        <w:rPr>
          <w:b/>
        </w:rPr>
        <w:t xml:space="preserve">[11:55] </w:t>
      </w:r>
      <w:r>
        <w:t>sath sath is mein incentive bhi jod diya gaya. is ko personal interest se jod diya gaya ke tum agar aise ban kar raho ge, tab hi aisa hoga ke tum paradise mein jagah pao ge.</w:t>
      </w:r>
    </w:p>
    <w:p>
      <w:pPr>
        <w:jc w:val="right"/>
      </w:pPr>
      <w:r>
        <w:t>ساتھ ساتھ اس میں انسنٹیو بھی جوڑ دیا گیا۔ اس کو پرسنل انٹرسٹ سے جوڑ دیا گیا کہ تم اگر ایسے بن کر رہو گے، تب ہی ایسا ہوگا کہ تم پیراڈائز میں جگہ پاؤ گے۔</w:t>
      </w:r>
    </w:p>
    <w:p>
      <w:r>
        <w:rPr>
          <w:b/>
        </w:rPr>
        <w:t xml:space="preserve">[12:09] </w:t>
      </w:r>
      <w:r>
        <w:t>yani eternal happiness ki jagah. to yeh kitni bari baat hai.</w:t>
      </w:r>
    </w:p>
    <w:p>
      <w:pPr>
        <w:jc w:val="right"/>
      </w:pPr>
      <w:r>
        <w:t>یعنی ایٹرنل ہیپینس کی جگہ۔ تو یہ کتنی بڑی بات ہے۔</w:t>
      </w:r>
    </w:p>
    <w:p>
      <w:r>
        <w:rPr>
          <w:b/>
        </w:rPr>
        <w:t xml:space="preserve">[12:16] </w:t>
      </w:r>
      <w:r>
        <w:t>ab mein aap ko profit ki zindagi se chand ek cheez batao ga. yeh jo maine sunaya aap ko quotation ke sab se achi army woh hai jo hate ke bina lade.</w:t>
      </w:r>
    </w:p>
    <w:p>
      <w:pPr>
        <w:jc w:val="right"/>
      </w:pPr>
      <w:r>
        <w:t>اب میں آپ کو پرافٹ کی زندگی سے چند ایک چیز بتاؤں گا۔ یہ جو میں نے سنایا آپ کو کوٹیشن کہ سب سے اچھی آرمی وہ ہے جو ہیٹ کے بنا لڑے۔</w:t>
      </w:r>
    </w:p>
    <w:p>
      <w:r>
        <w:rPr>
          <w:b/>
        </w:rPr>
        <w:t xml:space="preserve">[12:35] </w:t>
      </w:r>
      <w:r>
        <w:t>to profit ke zamane mein aap jante hain ke profit jo hai un ka janam hua makkah mein.</w:t>
      </w:r>
    </w:p>
    <w:p>
      <w:pPr>
        <w:jc w:val="right"/>
      </w:pPr>
      <w:r>
        <w:t>تو پرافٹ کے زمانے میں آپ جانتے ہیں کہ پرافٹ جو ہے ان کا جنم ہوا مکہ میں۔</w:t>
      </w:r>
    </w:p>
    <w:p>
      <w:r>
        <w:rPr>
          <w:b/>
        </w:rPr>
        <w:t xml:space="preserve">[12:43] </w:t>
      </w:r>
      <w:r>
        <w:t>makkah wale aap ke liye bohat hostile ho gaye. kyun ke makkah walon us waqt idol worship bohat barhi thi.</w:t>
      </w:r>
    </w:p>
    <w:p>
      <w:pPr>
        <w:jc w:val="right"/>
      </w:pPr>
      <w:r>
        <w:t>مکہ والے آپ کے لیے بہت ہوسٹائل ہو گئے۔ کیونکہ مکہ والوں اس وقت آئیڈل ورشپ بہت بڑھ تھی۔</w:t>
      </w:r>
    </w:p>
    <w:p>
      <w:r>
        <w:rPr>
          <w:b/>
        </w:rPr>
        <w:t xml:space="preserve">[12:52] </w:t>
      </w:r>
      <w:r>
        <w:t>idol worship. aap kehte the ke ek ek ek god ko poojo, ek god ko mano, ek god ki worship karo.</w:t>
      </w:r>
    </w:p>
    <w:p>
      <w:pPr>
        <w:jc w:val="right"/>
      </w:pPr>
      <w:r>
        <w:t>آئیڈل ورشپ۔ آپ کہتے تھے کہ ایک ایک ایک گارڈ کو پوجو، ایک گارڈ کو مانو، ایک گارڈ کی ورشپ کرو۔</w:t>
      </w:r>
    </w:p>
    <w:p>
      <w:r>
        <w:rPr>
          <w:b/>
        </w:rPr>
        <w:t xml:space="preserve">[13:02] </w:t>
      </w:r>
      <w:r>
        <w:t>to woh log ghussa ho gaye. aur itna aap ko sataya ke aap ne makkah chhod diya aur compulsory aap ne wahan se migrate kiya. madinah chale gaye.</w:t>
      </w:r>
    </w:p>
    <w:p>
      <w:pPr>
        <w:jc w:val="right"/>
      </w:pPr>
      <w:r>
        <w:t>تو وہ لوگ غصہ ہو گئے۔ اور اتنا آپ کو ستایا کہ آپ نے مکہ چھوڑ دیا اور کمپلسولی آپ نے وہاں سے مائیگریٹ کیا۔ مدینہ چلے گئے۔</w:t>
      </w:r>
    </w:p>
    <w:p>
      <w:r>
        <w:rPr>
          <w:b/>
        </w:rPr>
        <w:t xml:space="preserve">[13:13] </w:t>
      </w:r>
      <w:r>
        <w:t>lekin aap ke message itna powerful tha. itna powerful tha ke phir bhi phailta raha woh. phir bhi phailta raha woh.</w:t>
      </w:r>
    </w:p>
    <w:p>
      <w:pPr>
        <w:jc w:val="right"/>
      </w:pPr>
      <w:r>
        <w:t>لیکن آپ کے میسج اتنا پاور فل تھا۔ اتنا پاور فل تھا کہ پھر بھی پھیلتا رہا وہ۔ پھر بھی پھیلتا رہا وہ۔</w:t>
      </w:r>
    </w:p>
    <w:p>
      <w:r>
        <w:rPr>
          <w:b/>
        </w:rPr>
        <w:t xml:space="preserve">[13:21] </w:t>
      </w:r>
      <w:r>
        <w:t>aur makkah ke log wahan se nikal nikal kar jate rahe profit ke paas. nikal kar jate rahe. yahan tak ke aap madinah mein aap ka aap ke saathi yani mard saathi,</w:t>
      </w:r>
    </w:p>
    <w:p>
      <w:pPr>
        <w:jc w:val="right"/>
      </w:pPr>
      <w:r>
        <w:t>اور مکہ کے لوگ وہاں سے نکل نکل کر جاتے رہے پرافٹ کے پاس۔ نکل کر جاتے رہے۔ یہاں تک کہ آپ مدینہ میں آپ کا آپ کے ساتھی یعنی مرد ساتھی،</w:t>
      </w:r>
    </w:p>
    <w:p>
      <w:r>
        <w:rPr>
          <w:b/>
        </w:rPr>
        <w:t xml:space="preserve">[13:37] </w:t>
      </w:r>
      <w:r>
        <w:t>male saahiyon ki tadad ho gayi ten thousand.</w:t>
      </w:r>
    </w:p>
    <w:p>
      <w:pPr>
        <w:jc w:val="right"/>
      </w:pPr>
      <w:r>
        <w:t>میل ساتھیوں کی تعداد ہو گئی ٹین تھاؤزنڈ۔</w:t>
      </w:r>
    </w:p>
    <w:p>
      <w:r>
        <w:rPr>
          <w:b/>
        </w:rPr>
        <w:t xml:space="preserve">[13:41] </w:t>
      </w:r>
      <w:r>
        <w:t>aur is mein bohat bari ginti un logon ki thi jo makkah se aaye hue the. khud aap bhi makkah se aaye hue the. to aap ne return to home ka ek march kiya.</w:t>
      </w:r>
    </w:p>
    <w:p>
      <w:pPr>
        <w:jc w:val="right"/>
      </w:pPr>
      <w:r>
        <w:t>اور اس میں بہت بڑی گنتی ان لوگوں کی تھی جو مکہ سے آئے ہوئے تھے۔ خود آپ بھی مکہ سے آئے ہوئے تھے۔ تو آپ نے ریٹرن ٹو ہوم کا ایک مارچ کیا۔</w:t>
      </w:r>
    </w:p>
    <w:p>
      <w:r>
        <w:rPr>
          <w:b/>
        </w:rPr>
        <w:t xml:space="preserve">[13:53] </w:t>
      </w:r>
      <w:r>
        <w:t>madinah se makkah jane ka. return to home. is mein das hazar aadmi aap ke sath the. koi ladai nahi. return to home.</w:t>
      </w:r>
    </w:p>
    <w:p>
      <w:pPr>
        <w:jc w:val="right"/>
      </w:pPr>
      <w:r>
        <w:t>مدینہ سے مکہ جانے کا۔ ریٹرن ٹو ہوم۔ اس میں دس ہزار آدمی آپ کے ساتھ تھے۔ کوئی لڑائی نہیں۔ ریٹرن ٹو ہوم۔</w:t>
      </w:r>
    </w:p>
    <w:p>
      <w:r>
        <w:rPr>
          <w:b/>
        </w:rPr>
        <w:t xml:space="preserve">[14:02] </w:t>
      </w:r>
      <w:r>
        <w:t>apne watan wapas wapas jana. to das hazar ki ginti us zamane mein bohat bari ginti thi.</w:t>
      </w:r>
    </w:p>
    <w:p>
      <w:pPr>
        <w:jc w:val="right"/>
      </w:pPr>
      <w:r>
        <w:t>اپنے وطن واپس واپس جانا۔ تو دس ہزار کی گنتی اس زمانے میں بہت بڑی گنتی تھی۔</w:t>
      </w:r>
    </w:p>
    <w:p>
      <w:r>
        <w:rPr>
          <w:b/>
        </w:rPr>
        <w:t xml:space="preserve">[14:08] </w:t>
      </w:r>
      <w:r>
        <w:t>makkah walon ke bas mein nahi tha ke das hazar jin ke logon ko rokein. to chunancha bilkul peaceful entry ho gayi.</w:t>
      </w:r>
    </w:p>
    <w:p>
      <w:pPr>
        <w:jc w:val="right"/>
      </w:pPr>
      <w:r>
        <w:t>مکہ والوں کے بس میں نہیں تھا کہ دس ہزار جن کے لوگوں کو روکیں۔ تو چنانچہ بالکل پیس فل انٹری ہو گئی۔</w:t>
      </w:r>
    </w:p>
    <w:p>
      <w:r>
        <w:rPr>
          <w:b/>
        </w:rPr>
        <w:t xml:space="preserve">[14:18] </w:t>
      </w:r>
      <w:r>
        <w:t>profit aur un ke yeh companion jo the ten thousand. bilkul peaceful entry un ki hui wahan par. acha is ke baad kya hua?</w:t>
      </w:r>
    </w:p>
    <w:p>
      <w:pPr>
        <w:jc w:val="right"/>
      </w:pPr>
      <w:r>
        <w:t>پرافٹ اور ان کے یہ کمپینین جو تھے ٹین تھاؤزنڈ۔ بالکل پیس فل انٹری ان کی ہوئی وہاں پر۔ اچھا اس کے بعد کیا ہوا؟</w:t>
      </w:r>
    </w:p>
    <w:p>
      <w:r>
        <w:rPr>
          <w:b/>
        </w:rPr>
        <w:t xml:space="preserve">[14:29] </w:t>
      </w:r>
      <w:r>
        <w:t>woh sab sardar abhi bhi makkah mein woh log the jo unhone aap ko bohat zyada sataya tha.</w:t>
      </w:r>
    </w:p>
    <w:p>
      <w:pPr>
        <w:jc w:val="right"/>
      </w:pPr>
      <w:r>
        <w:t>وہ سب سردار ابھی بھی مکہ میں وہ لوگ تھے جو انہوں نے آپ کو بہت زیادہ ستایا تھا۔</w:t>
      </w:r>
    </w:p>
    <w:p>
      <w:r>
        <w:rPr>
          <w:b/>
        </w:rPr>
        <w:t xml:space="preserve">[14:37] </w:t>
      </w:r>
      <w:r>
        <w:t>bohat se log to ja kar kya aap ke saathi ban gaye. kuch aise bhi the jo abhi bhi wahan the makkah mein the jo sataya tha jinhone. woh aap ke paas aaye.</w:t>
      </w:r>
    </w:p>
    <w:p>
      <w:pPr>
        <w:jc w:val="right"/>
      </w:pPr>
      <w:r>
        <w:t>بہت سے لوگ تو جا کر کیا آپ کے ساتھی بن گئے۔ کچھ ایسے بھی تھے جو ابھی بھی وہاں تھے مکہ میں تھے جو ستایا تھا جنہوں نے۔ وہ آپ کے پاس آئے۔</w:t>
      </w:r>
    </w:p>
    <w:p>
      <w:r>
        <w:rPr>
          <w:b/>
        </w:rPr>
        <w:t xml:space="preserve">[14:46] </w:t>
      </w:r>
      <w:r>
        <w:t>laye gaye. kaaba jo wahan ka sab se paater sthan tha makkah ka, wahan par aap baithe hue the, woh sab log laye gaye.</w:t>
      </w:r>
    </w:p>
    <w:p>
      <w:pPr>
        <w:jc w:val="right"/>
      </w:pPr>
      <w:r>
        <w:t>لائے گئے۔ کعبہ جو وہاں کا سب سے پوتر استھان تھا مکہ کا، وہاں پر آپ بیٹھے ہوئے تھے، وہ سب لوگ لائے گئے۔</w:t>
      </w:r>
    </w:p>
    <w:p>
      <w:r>
        <w:rPr>
          <w:b/>
        </w:rPr>
        <w:t xml:space="preserve">[14:56] </w:t>
      </w:r>
      <w:r>
        <w:t>to woh dekhiye to woh sab criminals the. kyun ke unhone aap ko nikala tha aap ke watan se. aap ke khilaf unhone ladaiyan bhi ki th</w:t>
      </w:r>
    </w:p>
    <w:p>
      <w:pPr>
        <w:jc w:val="right"/>
      </w:pPr>
      <w:r>
        <w:t>تو وہ دیکھیے تو وہ سب کریمنلز تھے۔ کیونکہ انہوں نے آپ کو نکالا تھا آپ کے وطن سے۔ آپ کے خلاف انہوں نے لڑائیاں بھی کی تھ</w:t>
      </w:r>
    </w:p>
    <w:p>
      <w:r>
        <w:rPr>
          <w:b/>
        </w:rPr>
        <w:t xml:space="preserve">[15:06] </w:t>
      </w:r>
      <w:r>
        <w:t>in. aap ke logon ko mara tha unhon ne. is lihaz se dekhiye to woh criminals the woh. lekin aap ne un ko kaha ke la tasreeb alaikum al youm azhabu fa antum talqaa tumhare upar aaj koi pakad nahin hai tumhari.</w:t>
      </w:r>
    </w:p>
    <w:p>
      <w:pPr>
        <w:jc w:val="right"/>
      </w:pPr>
      <w:r>
        <w:t>یں۔ آپ کے لوگوں کو مارا تھا انہوں نے۔ اس لحاظ سے دیکھیے تو وہ کریمنلز تھے وہ۔ لیکن آپ نے ان کو کہا کہ لا تسریب علیکم الیوم اذہبوا فانتم الطلقاء تمہارے اوپر آج کوئی پکڑ نہیں ہے تمہاری۔</w:t>
      </w:r>
    </w:p>
    <w:p>
      <w:r>
        <w:rPr>
          <w:b/>
        </w:rPr>
        <w:t xml:space="preserve">[15:27] </w:t>
      </w:r>
      <w:r>
        <w:t>jao tum sab ke sab azaad ho.</w:t>
      </w:r>
    </w:p>
    <w:p>
      <w:pPr>
        <w:jc w:val="right"/>
      </w:pPr>
      <w:r>
        <w:t>جاؤ تم سب کے سب آزاد ہو۔</w:t>
      </w:r>
    </w:p>
    <w:p>
      <w:r>
        <w:rPr>
          <w:b/>
        </w:rPr>
        <w:t xml:space="preserve">[15:30] </w:t>
      </w:r>
      <w:r>
        <w:t>is qisse ko history mein bayan kiya gaya to wahan par woh kehte hain bayan karne wale ke fa kharaju kanama nushiru min al qubur wa dakhalu fi al islam ke yeh log jo the jab haram se nikle</w:t>
      </w:r>
    </w:p>
    <w:p>
      <w:pPr>
        <w:jc w:val="right"/>
      </w:pPr>
      <w:r>
        <w:t>اس قصے کو ہسٹری میں بیان کیا گیا تو وہاں پر وہ کہتے ہیں بیان کرنے والے کہ فخرجوا کانما نشرو من القبور ودخلو فی الاسلام کہ یہ لوگ جو تھے جب حرم سے نکلے</w:t>
      </w:r>
    </w:p>
    <w:p>
      <w:r>
        <w:rPr>
          <w:b/>
        </w:rPr>
        <w:t xml:space="preserve">[15:52] </w:t>
      </w:r>
      <w:r>
        <w:t>is tarah nikle jaise ke woh qabron se nikle hon. ki</w:t>
      </w:r>
    </w:p>
    <w:p>
      <w:pPr>
        <w:jc w:val="right"/>
      </w:pPr>
      <w:r>
        <w:t>اس طرح نکلے جیسے کہ وہ قبروں سے نکلے ہوں۔ کی</w:t>
      </w:r>
    </w:p>
    <w:p>
      <w:r>
        <w:rPr>
          <w:b/>
        </w:rPr>
        <w:t xml:space="preserve">[15:57] </w:t>
      </w:r>
      <w:r>
        <w:t>on? woh jab aaye the to samajhte the ke hamari gardan maari jayegi. hum criminal hain. hamein ab lotna nahin milega apne ghar ki taraf.</w:t>
      </w:r>
    </w:p>
    <w:p>
      <w:pPr>
        <w:jc w:val="right"/>
      </w:pPr>
      <w:r>
        <w:t>وں؟ وہ جب آئے تھے تو سمجھتے تھے کہ ہماری گردن ماری جائے گی۔ ہم کریمنل ہیں۔ ہمیں اب لوٹنا نہیں ملے گا اپنے گھر کی طرف۔</w:t>
      </w:r>
    </w:p>
    <w:p>
      <w:r>
        <w:rPr>
          <w:b/>
        </w:rPr>
        <w:t xml:space="preserve">[16:06] </w:t>
      </w:r>
      <w:r>
        <w:t>to samajh kar aaye the ke hamein to khatam hona hai. to woh kehte hain ke fa kharaju kanama nushiru min al qubur fa dakhalu fi al islam is tarah nikle jaise ke woh qabron se nikle hon.</w:t>
      </w:r>
    </w:p>
    <w:p>
      <w:pPr>
        <w:jc w:val="right"/>
      </w:pPr>
      <w:r>
        <w:t>تو سمجھ کر آئے تھے کہ ہمیں تو ختم ہونا ہے۔ تو وہ کہتے ہیں کہ فخرجوا کانما نشرو من القبور فدخلو فی الاسلام اس طرح نکلے جیسے کہ وہ قبروں سے نکلے ہوں۔</w:t>
      </w:r>
    </w:p>
    <w:p>
      <w:r>
        <w:rPr>
          <w:b/>
        </w:rPr>
        <w:t xml:space="preserve">[16:20] </w:t>
      </w:r>
      <w:r>
        <w:t>aur sab ke sab prophet ke saathi ban gaye. woh sab ke sab.</w:t>
      </w:r>
    </w:p>
    <w:p>
      <w:pPr>
        <w:jc w:val="right"/>
      </w:pPr>
      <w:r>
        <w:t>اور سب کے سب پرافٹ کے ساتھی بن گئے۔ وہ سب کے سب۔</w:t>
      </w:r>
    </w:p>
    <w:p>
      <w:r>
        <w:rPr>
          <w:b/>
        </w:rPr>
        <w:t xml:space="preserve">[16:26] </w:t>
      </w:r>
      <w:r>
        <w:t>yeh hai woh jo yeh art of war jo bataya hai is mein. art of war is kitab mein. woh yeh hai is ka example.</w:t>
      </w:r>
    </w:p>
    <w:p>
      <w:pPr>
        <w:jc w:val="right"/>
      </w:pPr>
      <w:r>
        <w:t>یہ ہے وہ جو یہ آرٹ آف وار جو بتایا ہے اس میں۔ آرٹ آف وار اس کتاب میں۔ وہ یہ ہے اس کا ایگزامپل۔</w:t>
      </w:r>
    </w:p>
    <w:p>
      <w:r>
        <w:rPr>
          <w:b/>
        </w:rPr>
        <w:t xml:space="preserve">[16:37] </w:t>
      </w:r>
      <w:r>
        <w:t>ke yeh aadmi jo conquering power aadmi ka hai. army mein bohat kam power hai. lekin pyar mein zyada bara power hai.</w:t>
      </w:r>
    </w:p>
    <w:p>
      <w:pPr>
        <w:jc w:val="right"/>
      </w:pPr>
      <w:r>
        <w:t>کہ یہ آدمی جو کانکرنگ پاور آدمی کا ہے۔ آرمی میں بہت کم پاور ہے۔ لیکن پیار میں زیادہ بڑا پاور ہے۔</w:t>
      </w:r>
    </w:p>
    <w:p>
      <w:r>
        <w:rPr>
          <w:b/>
        </w:rPr>
        <w:t xml:space="preserve">[16:47] </w:t>
      </w:r>
      <w:r>
        <w:t>pyar se aap dilon ko jeette hain. talwar se aap kisi ki gardan maar sakte hain. lekin pyar se mohabbat se aap un ke dilon ko jeet lete hain.</w:t>
      </w:r>
    </w:p>
    <w:p>
      <w:pPr>
        <w:jc w:val="right"/>
      </w:pPr>
      <w:r>
        <w:t>پیار سے آپ دلوں کو جیتتے ہیں۔ تلوار سے آپ کسی کی گردن مار سکتے ہیں۔ لیکن پیار سے محبت سے آپ ان کے دلوں کو جیت لیتے ہیں۔</w:t>
      </w:r>
    </w:p>
    <w:p>
      <w:r>
        <w:rPr>
          <w:b/>
        </w:rPr>
        <w:t xml:space="preserve">[16:59] </w:t>
      </w:r>
      <w:r>
        <w:t>isi liye art of war mein bataya ke woh zyada effective hai. isi liye ek hadith mein hai ke prophet ne kaha ke in Allah yughati al rifqa ma la yughati al ghanf</w:t>
      </w:r>
    </w:p>
    <w:p>
      <w:pPr>
        <w:jc w:val="right"/>
      </w:pPr>
      <w:r>
        <w:t>اسی لیے آرٹ آف وار میں بتایا کہ وہ زیادہ ایفیکٹیو ہے۔ اسی لیے ایک حدیث میں ہے کہ پرافٹ نے کہا کہ ان اللہ یغطی الرفق مالا یغطی الغنف</w:t>
      </w:r>
    </w:p>
    <w:p>
      <w:r>
        <w:rPr>
          <w:b/>
        </w:rPr>
        <w:t xml:space="preserve">[17:15] </w:t>
      </w:r>
      <w:r>
        <w:t>is ka translation yeh hai ke god grants to non violence what he does not grant to violence.</w:t>
      </w:r>
    </w:p>
    <w:p>
      <w:pPr>
        <w:jc w:val="right"/>
      </w:pPr>
      <w:r>
        <w:t>اس کا ٹرانسلیشن یہ ہے کہ گاڈ گرانٹس ٹو نان وائلنس واٹ ہی ڈز ناٹ گرانٹ ٹو وائلنس۔</w:t>
      </w:r>
    </w:p>
    <w:p>
      <w:r>
        <w:rPr>
          <w:b/>
        </w:rPr>
        <w:t xml:space="preserve">[17:26] </w:t>
      </w:r>
      <w:r>
        <w:t>is ka matlab kya hua? ke non violent action jo hai woh zyada effective hai, zyada powerful hai muqable mein violent action ke.</w:t>
      </w:r>
    </w:p>
    <w:p>
      <w:pPr>
        <w:jc w:val="right"/>
      </w:pPr>
      <w:r>
        <w:t>اس کا مطلب کیا ہوا؟ کہ نان وائلنٹ ایکشن جو ہے وہ زیادہ ایفیکٹیو ہے، زیادہ پاور فل ہے بمقابلہ وائلنٹ ایکشن کے۔</w:t>
      </w:r>
    </w:p>
    <w:p>
      <w:r>
        <w:rPr>
          <w:b/>
        </w:rPr>
        <w:t xml:space="preserve">[17:39] </w:t>
      </w:r>
      <w:r>
        <w:t>to yeh hai islam ki basic teaching.</w:t>
      </w:r>
    </w:p>
    <w:p>
      <w:pPr>
        <w:jc w:val="right"/>
      </w:pPr>
      <w:r>
        <w:t>تو یہ ہے اسلام کی بیسک ٹیچنگ۔</w:t>
      </w:r>
    </w:p>
    <w:p>
      <w:r>
        <w:rPr>
          <w:b/>
        </w:rPr>
        <w:t xml:space="preserve">[17:43] </w:t>
      </w:r>
      <w:r>
        <w:t>islam ki basic teaching. aur society mein rehne ke liye yeh jo islam ki jo values di gayi hain islam mein, jo jo jo moral values di gayi hain, un sab ka khulasa yahi hai ke positive attitude ke sath raho.</w:t>
      </w:r>
    </w:p>
    <w:p>
      <w:pPr>
        <w:jc w:val="right"/>
      </w:pPr>
      <w:r>
        <w:t>اسلام کی بیسک ٹیچنگ۔ اور سوسائٹی میں رہنے کے لیے یہ جو اسلام کی جو ویلیوز دی گئی ہیں اسلام میں، جو جو جو مورل ویلیوز دی گئی ہیں، ان سب کا خلاصہ یہی ہے کہ پازیٹیو ایٹیٹیوڈ کے ساتھ رہو۔</w:t>
      </w:r>
    </w:p>
    <w:p>
      <w:r>
        <w:rPr>
          <w:b/>
        </w:rPr>
        <w:t xml:space="preserve">[18:07] </w:t>
      </w:r>
      <w:r>
        <w:t>positive attitude ka matlab kya hai?</w:t>
      </w:r>
    </w:p>
    <w:p>
      <w:pPr>
        <w:jc w:val="right"/>
      </w:pPr>
      <w:r>
        <w:t>پازیٹیو ایٹیٹیوڈ کا معنی کیا ہے؟</w:t>
      </w:r>
    </w:p>
    <w:p>
      <w:r>
        <w:rPr>
          <w:b/>
        </w:rPr>
        <w:t xml:space="preserve">[18:09] </w:t>
      </w:r>
      <w:r>
        <w:t>negative experience tum ko ho, tab bhi tumhara tum positive attitude ke sath samaj mein raho. yeh sab se basic teaching islam ki yeh hai.</w:t>
      </w:r>
    </w:p>
    <w:p>
      <w:pPr>
        <w:jc w:val="right"/>
      </w:pPr>
      <w:r>
        <w:t>نیگیٹیو ایکسپیرینس تم کو ہو، تب بھی تمہارا تم پازیٹیو ایٹیٹیوڈ کے ساتھ سماج میں رہو۔ یہ سب سے بیسک ٹیچنگ اسلام کی یہ ہے۔</w:t>
      </w:r>
    </w:p>
    <w:p>
      <w:r>
        <w:rPr>
          <w:b/>
        </w:rPr>
        <w:t xml:space="preserve">[18:23] </w:t>
      </w:r>
      <w:r>
        <w:t>yani respond positively even in negative situations.</w:t>
      </w:r>
    </w:p>
    <w:p>
      <w:pPr>
        <w:jc w:val="right"/>
      </w:pPr>
      <w:r>
        <w:t>یعنی ریسپانڈ پازیٹیولی ایون ان نیگیٹیو سچویشنز۔</w:t>
      </w:r>
    </w:p>
    <w:p>
      <w:r>
        <w:rPr>
          <w:b/>
        </w:rPr>
        <w:t xml:space="preserve">[18:28] </w:t>
      </w:r>
      <w:r>
        <w:t>agar main yeh kahoon ke islami, islami ethics kya hai? islami ethics kya hai? to ek sentence mein main yeh kahunga ke to respond positively even in negative situations they is the gist of islamic ethics.</w:t>
      </w:r>
    </w:p>
    <w:p>
      <w:pPr>
        <w:jc w:val="right"/>
      </w:pPr>
      <w:r>
        <w:t>اگر میں یہ کہوں کہ اسلامی، اسلامی ایتھکس کیا ہے؟ اسلامی ایتھکس کیا ہے؟ تو ایک سینٹنس میں میں یہ کہوں گا کہ to respond positively even in negative situations دے از دا جسٹ آف اسلامک ایتھکس۔</w:t>
      </w:r>
    </w:p>
    <w:p>
      <w:r>
        <w:rPr>
          <w:b/>
        </w:rPr>
        <w:t xml:space="preserve">[18:45] </w:t>
      </w:r>
      <w:r>
        <w:t>yahan main ek baat yeh kehna chahunga ke aaj kal jo aap dekhte hain, jihad ki baatein hain, ladai ki baatein hain, to logon ke mind mein aata hai ke bhai islam agar positive thinking lata hai,</w:t>
      </w:r>
    </w:p>
    <w:p>
      <w:pPr>
        <w:jc w:val="right"/>
      </w:pPr>
      <w:r>
        <w:t>یہاں میں ایک بات یہ کہنا چاہوں گا کہ آج کل جو آپ دیکھتے ہیں، جہاد کی باتیں ہیں، لڑائی کی باتیں ہیں، تو لوگوں کے مائنڈ میں آتا ہے کہ بھئی اسلام اگر پازیٹیو تھنکنگ لاتا ہے،</w:t>
      </w:r>
    </w:p>
    <w:p>
      <w:r>
        <w:rPr>
          <w:b/>
        </w:rPr>
        <w:t xml:space="preserve">[18:58] </w:t>
      </w:r>
      <w:r>
        <w:t>pyar o mohabbat sikhata hai to yeh ladai kis liye? yeh ladai musalmanon ki ladai hai, yeh islam ki ladai nahin hai.</w:t>
      </w:r>
    </w:p>
    <w:p>
      <w:pPr>
        <w:jc w:val="right"/>
      </w:pPr>
      <w:r>
        <w:t>پیار و امت سکھاتا ہے تو یہ لڑائی کس لیے؟ یہ لڑائی مسلمانوں کی لڑائی ہے، یہ اسلام کی لڑائی نہیں ہے۔</w:t>
      </w:r>
    </w:p>
    <w:p>
      <w:r>
        <w:rPr>
          <w:b/>
        </w:rPr>
        <w:t xml:space="preserve">[19:08] </w:t>
      </w:r>
      <w:r>
        <w:t>you have to differentiate between Islam and Muslims</w:t>
      </w:r>
    </w:p>
    <w:p>
      <w:pPr>
        <w:jc w:val="right"/>
      </w:pPr>
      <w:r>
        <w:t>you have to differentiate between Islam and Muslims</w:t>
      </w:r>
    </w:p>
    <w:p>
      <w:r>
        <w:rPr>
          <w:b/>
        </w:rPr>
        <w:t xml:space="preserve">[19:13] </w:t>
      </w:r>
      <w:r>
        <w:t>you have to judge Muslims in the light of Islamic teachings and not vice versa ab dekhen, hamara India ka ek constitution hai, constitution of India.</w:t>
      </w:r>
    </w:p>
    <w:p>
      <w:pPr>
        <w:jc w:val="right"/>
      </w:pPr>
      <w:r>
        <w:t>you have to judge Muslims in the light of Islamic teachings and not vice versa اب دیکھیں، ہمارا انڈیا کا ایک کانسٹیٹیوشن ہے، کانسٹیٹیوشن آف انڈیا۔</w:t>
      </w:r>
    </w:p>
    <w:p>
      <w:r>
        <w:rPr>
          <w:b/>
        </w:rPr>
        <w:t xml:space="preserve">[19:22] </w:t>
      </w:r>
      <w:r>
        <w:t>kya jo hamari ek society hai, us se jab samjhenge India ka constitution kya hai? hamara jo administration hai, hamare jo officers hain, un ko dekh kar aap rai banayenge ke kaisa hai constitution hamara?</w:t>
      </w:r>
    </w:p>
    <w:p>
      <w:pPr>
        <w:jc w:val="right"/>
      </w:pPr>
      <w:r>
        <w:t>کیا جو ہماری ایک سوسائٹی ہے، اس سے جب سمجھیں گے انڈیا کا کانسٹیٹیوشن کیا ہے؟ ہمارا جو ایڈمنسٹریشن ہے، ہمارے جو افسرز ہیں، ان کو دیکھ کر آپ رائے بنائیں گے کہ کیسا ہے کانسٹیٹیوشن ہمارا؟</w:t>
      </w:r>
    </w:p>
    <w:p>
      <w:r>
        <w:rPr>
          <w:b/>
        </w:rPr>
        <w:t xml:space="preserve">[19:37] </w:t>
      </w:r>
      <w:r>
        <w:t>hamara administration nahin hai represent karne wala</w:t>
      </w:r>
    </w:p>
    <w:p>
      <w:pPr>
        <w:jc w:val="right"/>
      </w:pPr>
      <w:r>
        <w:t>ہمارا ایڈمنسٹریشن نہیں ہے ریپریزنٹ کرنے وال</w:t>
      </w:r>
    </w:p>
    <w:p>
      <w:r>
        <w:rPr>
          <w:b/>
        </w:rPr>
        <w:t xml:space="preserve">[19:42] </w:t>
      </w:r>
      <w:r>
        <w:t>a, khud constitution ko dekhna parega aap ko. to agar aap ko yeh janna hai ke quran ke mein kya likha hua hai, islam ki teaching kya hai, to aap ko quran ka scripture jo hai, woh dekhna parega.</w:t>
      </w:r>
    </w:p>
    <w:p>
      <w:pPr>
        <w:jc w:val="right"/>
      </w:pPr>
      <w:r>
        <w:t>ا، خود کانسٹیٹیوشن کو دیکھنا پڑے گا آپ کو۔ تو اگر آپ کو یہ جاننا ہے کہ قرآن کے میں کیا لکھا ہوا ہے، اسلام کی ٹیچنگ کیا ہے، تو آپ کو قرآن کا سکرپچر جو ہے، وہ دیکھنا پڑے گا۔</w:t>
      </w:r>
    </w:p>
    <w:p>
      <w:r>
        <w:rPr>
          <w:b/>
        </w:rPr>
        <w:t xml:space="preserve">[19:56] </w:t>
      </w:r>
      <w:r>
        <w:t>musalman jo hain, muslim community jo hai, muslim community ko aap ko aaj ek community dekhna parega. many, yani yeh ek principle hai jo har jagah, har jagah yeh chalega.</w:t>
      </w:r>
    </w:p>
    <w:p>
      <w:pPr>
        <w:jc w:val="right"/>
      </w:pPr>
      <w:r>
        <w:t>مسلمان جو ہیں، مسلم کمیونٹی جو ہے، مسلم کمیونٹی کو آپ کو آج ایک کمیونٹی دیکھنا پڑے گا۔ مینی، یعنی یہ ایک پرنسپل ہے جو ہر جگہ، ہر جگہ یہ چلے گا۔</w:t>
      </w:r>
    </w:p>
    <w:p>
      <w:r>
        <w:rPr>
          <w:b/>
        </w:rPr>
        <w:t xml:space="preserve">[20:08] </w:t>
      </w:r>
      <w:r>
        <w:t>kisi bhi mazhab mein jo jo un ki, jo un ki scripture hote hain, woh scriptures ko dekh kar ke samjha jata hai ke mazhab ki teaching kya hai.</w:t>
      </w:r>
    </w:p>
    <w:p>
      <w:pPr>
        <w:jc w:val="right"/>
      </w:pPr>
      <w:r>
        <w:t>کسی بھی مذہب میں جو جو ان کی، جو ان کی سکرپچر ہوتے ہیں، وہ سکرپچرز کو دیکھ کر کے سمجھا جاتا ہے کہ مذہب کی ٹیچنگ کیا ہے۔</w:t>
      </w:r>
    </w:p>
    <w:p>
      <w:r>
        <w:rPr>
          <w:b/>
        </w:rPr>
        <w:t xml:space="preserve">[20:18] </w:t>
      </w:r>
      <w:r>
        <w:t>kyun ke jahan tak society hai, society mein bohat se corruption ho sakte hain, bohat se deviation ho sakte hain. to mein ek principle buniyadi kahunga aap se yeh hai ke you have to differentiate between Islam and Muslims islam ko alag kar ke dekhiye aur Muslims ko alag kar ke dekhiye,</w:t>
      </w:r>
    </w:p>
    <w:p>
      <w:pPr>
        <w:jc w:val="right"/>
      </w:pPr>
      <w:r>
        <w:t>کیونکہ جہاں تک سوسائٹی ہے، سوسائٹی میں بہت سے کرپشن ہو سکتے ہیں، بہت سے ڈیویشن ہو سکتے ہیں۔ تو میں ایک پرنسپل بنیادی کہوں گا آپ سے یہ ہے کہ you have to differentiate between Islam and Muslims اسلام کو الگ کر کے دیکھیے اور مسلمز کو الگ کر کے دیکھیے،</w:t>
      </w:r>
    </w:p>
    <w:p>
      <w:r>
        <w:rPr>
          <w:b/>
        </w:rPr>
        <w:t xml:space="preserve">[20:37] </w:t>
      </w:r>
      <w:r>
        <w:t>tabhi aap ko samajh mein ayega. ab jo yeh jihad ho raha hai aaj kal, yeh sare ke sare jihad jo hain, woh islam ke lehaz se unlawful hain. unlawful kyun?</w:t>
      </w:r>
    </w:p>
    <w:p>
      <w:pPr>
        <w:jc w:val="right"/>
      </w:pPr>
      <w:r>
        <w:t>تبھی آپ کو سمجھ میں آئے گا۔ اب جو یہ جہاد ہو رہا ہے آج کل، یہ سارے کے سارے جہاد جو ہیں، وہ اسلام کے لحاظ سے ان لافل ہیں۔ ان لافل کیوں؟</w:t>
      </w:r>
    </w:p>
    <w:p>
      <w:r>
        <w:rPr>
          <w:b/>
        </w:rPr>
        <w:t xml:space="preserve">[20:48] </w:t>
      </w:r>
      <w:r>
        <w:t>dekhiye, islam ka principle hai ke raheel lil imamat to declare a war is a prerogative of Islam of state.</w:t>
      </w:r>
    </w:p>
    <w:p>
      <w:pPr>
        <w:jc w:val="right"/>
      </w:pPr>
      <w:r>
        <w:t>دیکھیے، اسلام کا پرنسپل ہے کہ الرحیل للامام ٹو ڈیکلیئر ا وار از ا پیراگیٹیو اف اسلام اف سٹیٹ۔</w:t>
      </w:r>
    </w:p>
    <w:p>
      <w:r>
        <w:rPr>
          <w:b/>
        </w:rPr>
        <w:t xml:space="preserve">[21:02] </w:t>
      </w:r>
      <w:r>
        <w:t>to declare a war is a prerogative of state</w:t>
      </w:r>
    </w:p>
    <w:p>
      <w:pPr>
        <w:jc w:val="right"/>
      </w:pPr>
      <w:r>
        <w:t>ٹو ڈیکلیئر ا وار از ا پیراگیٹیو اف سٹیٹ</w:t>
      </w:r>
    </w:p>
    <w:p>
      <w:r>
        <w:rPr>
          <w:b/>
        </w:rPr>
        <w:t xml:space="preserve">[21:07] </w:t>
      </w:r>
      <w:r>
        <w:t>. ab dekhen, yeh jo jihad ho rahe hain idhar udhar, kisi bhi state ne kya declare kiya hai? kisi ek bhi jagah aisa nahi hai. kisi state ne declare nahi kiya hai.</w:t>
      </w:r>
    </w:p>
    <w:p>
      <w:pPr>
        <w:jc w:val="right"/>
      </w:pPr>
      <w:r>
        <w:t>۔ اب دیکھیں، یہ جو جہاد ہو رہے ہیں ادھر ادھر، کسی بھی سٹیٹ نے کیا ڈیکلیئر کیا ہے؟ کسی ایک بھی جگہ ایسا نہیں ہے۔ کسی سٹیٹ نے ڈیکلیئر نہیں کیا ہے۔</w:t>
      </w:r>
    </w:p>
    <w:p>
      <w:r>
        <w:rPr>
          <w:b/>
        </w:rPr>
        <w:t xml:space="preserve">[21:19] </w:t>
      </w:r>
      <w:r>
        <w:t>aur sath sath mein yeh bhi arz kar doon ke baz jagahon par aisa hai ke kuch government involve hai, secretly. to islam mein yeh bhi hai ke fambz ilaih mola sawa yani secret war islam mein nahi hai.</w:t>
      </w:r>
    </w:p>
    <w:p>
      <w:pPr>
        <w:jc w:val="right"/>
      </w:pPr>
      <w:r>
        <w:t>اور ساتھ ساتھ میں یہ بھی عرض کر دوں کہ بعض جگہوں پر ایسا ہے کہ کچھ گورنمنٹ انوالو ہے، سیکرٹلی۔ تو اسلام میں یہ بھی ہے کہ فمبز الیہ مولا سوا یعنی سیکرٹ وار اسلام میں نہیں ہے۔</w:t>
      </w:r>
    </w:p>
    <w:p>
      <w:r>
        <w:rPr>
          <w:b/>
        </w:rPr>
        <w:t xml:space="preserve">[21:36] </w:t>
      </w:r>
      <w:r>
        <w:t>is liye proxy war bhi islam mein nahi hai. kyun ke proxy war kya hai? secret war hai. quran mein saaf saaf likha hua hai ke fambz ilaih mola sawa yani secret war islam mein nahi hai.</w:t>
      </w:r>
    </w:p>
    <w:p>
      <w:pPr>
        <w:jc w:val="right"/>
      </w:pPr>
      <w:r>
        <w:t>اس لیے پراکسی وار بھی اسلام میں نہیں ہے۔ کیونکہ پراکسی وار کیا ہے؟ سیکرٹ وار ہے۔ قرآن میں صاف صاف لکھا ہوا ہے کہ فمبز الیہ مولا سوا یعنی سیکرٹ وار اسلام میں نہیں ہے۔</w:t>
      </w:r>
    </w:p>
    <w:p>
      <w:r>
        <w:rPr>
          <w:b/>
        </w:rPr>
        <w:t xml:space="preserve">[21:49] </w:t>
      </w:r>
      <w:r>
        <w:t>agar aap ko ladna hai kisi se, state ko, to state ko yeh kehna parega ke we and you are from this date at war yeh kehna parega.</w:t>
      </w:r>
    </w:p>
    <w:p>
      <w:pPr>
        <w:jc w:val="right"/>
      </w:pPr>
      <w:r>
        <w:t>اگر آپ کو لڑنا ہے کسی سے، اسٹیٹ کو، تو اسٹیٹ کو یہ کہنا پڑے گا کہ we and you are from this date at war یہ کہنا پڑے گا۔</w:t>
      </w:r>
    </w:p>
    <w:p>
      <w:r>
        <w:rPr>
          <w:b/>
        </w:rPr>
        <w:t xml:space="preserve">[22:03] </w:t>
      </w:r>
      <w:r>
        <w:t>nahi to aap lad nahi sakte.</w:t>
      </w:r>
    </w:p>
    <w:p>
      <w:pPr>
        <w:jc w:val="right"/>
      </w:pPr>
      <w:r>
        <w:t>نہیں تو آپ لڑ نہیں سکتے۔</w:t>
      </w:r>
    </w:p>
    <w:p>
      <w:r>
        <w:rPr>
          <w:b/>
        </w:rPr>
        <w:t xml:space="preserve">[22:05] </w:t>
      </w:r>
      <w:r>
        <w:t>kyun ke islam mein dekhiye, na to aggressive war hai, na secret war hai, na proxy war hai, na guerrilla war hai. yeh sare war jo hain, islam mein unlawful hain.</w:t>
      </w:r>
    </w:p>
    <w:p>
      <w:pPr>
        <w:jc w:val="right"/>
      </w:pPr>
      <w:r>
        <w:t>کیونکہ اسلام میں دیکھیے، نہ تو ایگریسو وار ہے، نہ سیکرٹ وار ہے، نہ پراکسی وار ہے، نہ گوریلا وار ہے۔ یہ سارے وار جو ہیں، اسلام میں ان لافل ہیں۔</w:t>
      </w:r>
    </w:p>
    <w:p>
      <w:r>
        <w:rPr>
          <w:b/>
        </w:rPr>
        <w:t xml:space="preserve">[22:17] </w:t>
      </w:r>
      <w:r>
        <w:t>sirf ek hi war islam mein lawful hai, woh hai defensive war. defensive war bhi kaun karega? state karegi. aur mein ek principle bataoon aap ko.</w:t>
      </w:r>
    </w:p>
    <w:p>
      <w:pPr>
        <w:jc w:val="right"/>
      </w:pPr>
      <w:r>
        <w:t>صرف ایک ہی وار اسلام میں لافل ہے، وہ ہے ڈیفنسو وار۔ ڈیفنسو وار بھی کون کرے گا؟ اسٹیٹ کرے گی۔ اور میں ایک پرنسپل بتاؤں آپ کو۔</w:t>
      </w:r>
    </w:p>
    <w:p>
      <w:r>
        <w:rPr>
          <w:b/>
        </w:rPr>
        <w:t xml:space="preserve">[22:30] </w:t>
      </w:r>
      <w:r>
        <w:t>islam ka, aap books mein parhen, fiqh ki kitabon mein to bohat se principle aap ko milenge is mein. principles of war.</w:t>
      </w:r>
    </w:p>
    <w:p>
      <w:pPr>
        <w:jc w:val="right"/>
      </w:pPr>
      <w:r>
        <w:t>اسلام کا، آپ بکس میں پڑھیں، فقہ کی کتابوں میں تو بہت سے پرنسپل آپ کو ملیں گے اس میں۔ پرنسپلز آف وار۔</w:t>
      </w:r>
    </w:p>
    <w:p>
      <w:r>
        <w:rPr>
          <w:b/>
        </w:rPr>
        <w:t xml:space="preserve">[22:41] </w:t>
      </w:r>
      <w:r>
        <w:t>is mein se ek yeh hai ke ek genuine, genuine war ho rahi ho, ek defensive war ho rahi ho. genuine war ho, defensive war ho, tab bhi aap sirf combatant ko maar sakte hain.</w:t>
      </w:r>
    </w:p>
    <w:p>
      <w:pPr>
        <w:jc w:val="right"/>
      </w:pPr>
      <w:r>
        <w:t>اس میں سے ایک یہ ہے کہ ایک جنوین، جنوین وار ہو رہی ہو، ایک ڈیفنسو وار ہو رہی ہو۔ جنوین وار ہو، ڈیفنسو وار ہو، تب بھی آپ صرف کمبیٹنٹ کو مار سکتے ہیں۔</w:t>
      </w:r>
    </w:p>
    <w:p>
      <w:r>
        <w:rPr>
          <w:b/>
        </w:rPr>
        <w:t xml:space="preserve">[22:54] </w:t>
      </w:r>
      <w:r>
        <w:t>non combatant ko aap nahi maar sakte.</w:t>
      </w:r>
    </w:p>
    <w:p>
      <w:pPr>
        <w:jc w:val="right"/>
      </w:pPr>
      <w:r>
        <w:t>نان کمبیٹنٹ کو آپ نہیں مار سکتے۔</w:t>
      </w:r>
    </w:p>
    <w:p>
      <w:r>
        <w:rPr>
          <w:b/>
        </w:rPr>
        <w:t xml:space="preserve">[22:58] </w:t>
      </w:r>
      <w:r>
        <w:t>jis ko kehte hain arabi mein, kehte hain muqatil o ghair muqatil. muqatil means combatant, ghair muqatil means non combatant.</w:t>
      </w:r>
    </w:p>
    <w:p>
      <w:pPr>
        <w:jc w:val="right"/>
      </w:pPr>
      <w:r>
        <w:t>جس کو کہتے ہیں عربی میں، کہتے ہیں مقاتل و غیر مقاتل۔ مقاتل مینز کمبیٹنٹ، غیر مقاتل مینز نان کمبیٹنٹ۔</w:t>
      </w:r>
    </w:p>
    <w:p>
      <w:r>
        <w:rPr>
          <w:b/>
        </w:rPr>
        <w:t xml:space="preserve">[23:08] </w:t>
      </w:r>
      <w:r>
        <w:t>yeh bilkul ek shariat, jo law hai, is mein yeh cheez likhi hui hai ke ek genuine war mein bhi aap sirf combatant ko maar sakte hain, non combatant ko nahi maar sakte.</w:t>
      </w:r>
    </w:p>
    <w:p>
      <w:pPr>
        <w:jc w:val="right"/>
      </w:pPr>
      <w:r>
        <w:t>یہ بالکل ایک شریعت، جو لاء ہے، اس میں یہ چیز لکھی ہوئی ہے کہ ایک جنوین وار میں بھی آپ صرف کمبیٹنٹ کو مار سکتے ہیں، نان کمبیٹنٹ کو نہیں مار سکتے۔</w:t>
      </w:r>
    </w:p>
    <w:p>
      <w:r>
        <w:rPr>
          <w:b/>
        </w:rPr>
        <w:t xml:space="preserve">[23:21] </w:t>
      </w:r>
      <w:r>
        <w:t>ab is ko aap lijiye.</w:t>
      </w:r>
    </w:p>
    <w:p>
      <w:pPr>
        <w:jc w:val="right"/>
      </w:pPr>
      <w:r>
        <w:t>اب اس کو آپ لیجیے۔</w:t>
      </w:r>
    </w:p>
    <w:p>
      <w:r>
        <w:rPr>
          <w:b/>
        </w:rPr>
        <w:t xml:space="preserve">[23:23] </w:t>
      </w:r>
      <w:r>
        <w:t>aaj jo hai, dekhiye, aaj duniya mein weapons of mass destruction aa chuke hain.</w:t>
      </w:r>
    </w:p>
    <w:p>
      <w:pPr>
        <w:jc w:val="right"/>
      </w:pPr>
      <w:r>
        <w:t>آج جو ہے، دیکھیے، آج دنیا میں ویپنز آف ماس ڈسٹرکشن آ چکے ہیں۔</w:t>
      </w:r>
    </w:p>
    <w:p>
      <w:r>
        <w:rPr>
          <w:b/>
        </w:rPr>
        <w:t xml:space="preserve">[23:33] </w:t>
      </w:r>
      <w:r>
        <w:t>weapons of mass destruction. is ka matlab kya hua hai? ke kisi ladai mein aap yeh kar nahi sakte ke combatant aur non combatant mein differentiate karen.</w:t>
      </w:r>
    </w:p>
    <w:p>
      <w:pPr>
        <w:jc w:val="right"/>
      </w:pPr>
      <w:r>
        <w:t>ویپنز آف ماس ڈسٹرکشن۔ اس کا معنی کیا ہوا ہے؟ کہ کسی لڑائی میں آپ یہ کر نہیں سکتے کہ کمبیٹنٹ اور نان کمبیٹنٹ میں ڈیفرنشیٹ کریں۔</w:t>
      </w:r>
    </w:p>
    <w:p>
      <w:r>
        <w:rPr>
          <w:b/>
        </w:rPr>
        <w:t xml:space="preserve">[23:46] </w:t>
      </w:r>
      <w:r>
        <w:t>aap ka hathiyar un ko marega, un ko hi marega. ab to war islam mein unlawful ho chuki hai. ab islam mein war ke liye koi room nahi hai.</w:t>
      </w:r>
    </w:p>
    <w:p>
      <w:pPr>
        <w:jc w:val="right"/>
      </w:pPr>
      <w:r>
        <w:t>آپ کا ہتھیار ان کو مارے گا، ان کو ہی مارے گا۔ اب تو وار اسلام میں ان لافل ہو چکی ہے۔ اب اسلام میں وار کے لیے کوئی روم نہیں ہے۔</w:t>
      </w:r>
    </w:p>
    <w:p>
      <w:r>
        <w:rPr>
          <w:b/>
        </w:rPr>
        <w:t xml:space="preserve">[23:56] </w:t>
      </w:r>
      <w:r>
        <w:t>there is no room for combating aisa hai.</w:t>
      </w:r>
    </w:p>
    <w:p>
      <w:pPr>
        <w:jc w:val="right"/>
      </w:pPr>
      <w:r>
        <w:t>there is no room for combating ایسا ہے۔</w:t>
      </w:r>
    </w:p>
    <w:p>
      <w:r>
        <w:rPr>
          <w:b/>
        </w:rPr>
        <w:t xml:space="preserve">[24:03] </w:t>
      </w:r>
      <w:r>
        <w:t>is ka matlab kya hua? koi mujh se poochega phir kya karen hum? ke peace fully struggle karo. non violent struggle ka rasta khula hua hai.</w:t>
      </w:r>
    </w:p>
    <w:p>
      <w:pPr>
        <w:jc w:val="right"/>
      </w:pPr>
      <w:r>
        <w:t>اس کا مطلب کیا ہوا؟ کوئی مجھ سے پوچھے گا پھر کیا کریں ہم؟ کہ پیس فلی سٹرگل کرو۔ نان وائلنٹ اسٹرگل کا راستہ کھلا ہوا ہے۔</w:t>
      </w:r>
    </w:p>
    <w:p>
      <w:r>
        <w:rPr>
          <w:b/>
        </w:rPr>
        <w:t xml:space="preserve">[24:16] </w:t>
      </w:r>
      <w:r>
        <w:t>violent struggle ka rasta nahi khula hua hai. aap violent struggle nahi kar sakte is zamane mein. kyunke aap ko haram karna parega is ke liye.</w:t>
      </w:r>
    </w:p>
    <w:p>
      <w:pPr>
        <w:jc w:val="right"/>
      </w:pPr>
      <w:r>
        <w:t>وائلنٹ اسٹرگل کا راستہ نہیں کھلا ہوا ہے۔ آپ وائلنٹ اسٹرگل نہیں کر سکتے اس زمانے میں۔ کیونکہ آپ کو حرام کرنا پڑے گا اس کے لیے۔</w:t>
      </w:r>
    </w:p>
    <w:p>
      <w:r>
        <w:rPr>
          <w:b/>
        </w:rPr>
        <w:t xml:space="preserve">[24:24] </w:t>
      </w:r>
      <w:r>
        <w:t>in logon ko marna parega jo ke non combatant hain. ab is zamane mein azadi hai, har qism ki azadi hai.</w:t>
      </w:r>
    </w:p>
    <w:p>
      <w:pPr>
        <w:jc w:val="right"/>
      </w:pPr>
      <w:r>
        <w:t>ان لوگوں کو مارنا پڑے گا جو کہ نان کمبیٹنٹ ہیں۔ اب اس زمانے میں آزادی ہے، ہر قسم کی آزادی ہے۔</w:t>
      </w:r>
    </w:p>
    <w:p>
      <w:r>
        <w:rPr>
          <w:b/>
        </w:rPr>
        <w:t xml:space="preserve">[24:33] </w:t>
      </w:r>
      <w:r>
        <w:t>to aap azadi ko avail kijiye. opportunities khuli hui hain. aap is ko avail kar ke peace fully struggle kijiye aap.</w:t>
      </w:r>
    </w:p>
    <w:p>
      <w:pPr>
        <w:jc w:val="right"/>
      </w:pPr>
      <w:r>
        <w:t>تو آپ آزادی کو اویل کیجیے۔ آپرچونیٹیز کھلی ہوئی ہیں۔ آپ اس کو اویل کر کے پیس فلی سٹرگل کیجیے آپ۔</w:t>
      </w:r>
    </w:p>
    <w:p>
      <w:r>
        <w:rPr>
          <w:b/>
        </w:rPr>
        <w:t xml:space="preserve">[24:42] </w:t>
      </w:r>
      <w:r>
        <w:t>jaise Mahatma Gandhi ne kiya. aap jante hain isi India mein kuch log violent struggle kar rahe the. aur kuch se mila nahi kuch.</w:t>
      </w:r>
    </w:p>
    <w:p>
      <w:pPr>
        <w:jc w:val="right"/>
      </w:pPr>
      <w:r>
        <w:t>جیسے مہاتما گاندھی نے کیا۔ آپ جانتے ہیں اسی انڈیا میں کچھ لوگ وائلنٹ اسٹرگل کر رہے تھے۔ اور کچھ سے ملا نہیں کچھ۔</w:t>
      </w:r>
    </w:p>
    <w:p>
      <w:r>
        <w:rPr>
          <w:b/>
        </w:rPr>
        <w:t xml:space="preserve">[24:52] </w:t>
      </w:r>
      <w:r>
        <w:t>phir Gandhi aaye. unhon ne peacefully struggle chalaya. aur woh kamyab hue.</w:t>
      </w:r>
    </w:p>
    <w:p>
      <w:pPr>
        <w:jc w:val="right"/>
      </w:pPr>
      <w:r>
        <w:t>پھر گاندھی آئے۔ انہوں نے پیس فلی سٹرگل چلایا۔ اور وہ کامیاب ہوئے۔</w:t>
      </w:r>
    </w:p>
    <w:p>
      <w:r>
        <w:rPr>
          <w:b/>
        </w:rPr>
        <w:t xml:space="preserve">[24:58] </w:t>
      </w:r>
      <w:r>
        <w:t>is zamane mein jabke har qism ki azadi mil chuki hai. har qism ki opportunities khul chuki hain.</w:t>
      </w:r>
    </w:p>
    <w:p>
      <w:pPr>
        <w:jc w:val="right"/>
      </w:pPr>
      <w:r>
        <w:t>اس زمانے میں جبکہ ہر قسم کی آزادی مل چکی ہے۔ ہر قسم کی آپرچونیٹیز کھل چکی ہیں۔</w:t>
      </w:r>
    </w:p>
    <w:p>
      <w:r>
        <w:rPr>
          <w:b/>
        </w:rPr>
        <w:t xml:space="preserve">[25:08] </w:t>
      </w:r>
      <w:r>
        <w:t>to humein violence karne ki zarurat hi kya hai? hum ko war ki zarurat kya hai? violent struggle jo hai woh aaj is ka koi place nahi hai aaj ki duniya mein.</w:t>
      </w:r>
    </w:p>
    <w:p>
      <w:pPr>
        <w:jc w:val="right"/>
      </w:pPr>
      <w:r>
        <w:t>تو ہمیں وائلنس کرنے کی ضرورت ہی کیا ہے؟ ہم کو وار کی ضرورت کیا ہے؟ وائلنٹ اسٹرگل جو ہے وہ آج اس کا کوئی پلیس نہیں ہے آج کی دنیا میں۔</w:t>
      </w:r>
    </w:p>
    <w:p>
      <w:r>
        <w:rPr>
          <w:b/>
        </w:rPr>
        <w:t xml:space="preserve">[25:22] </w:t>
      </w:r>
      <w:r>
        <w:t>is wajah se mein kahunga ke yeh jo jihad idhar ho raha hai, in logon ne kiya kiya hai?</w:t>
      </w:r>
    </w:p>
    <w:p>
      <w:pPr>
        <w:jc w:val="right"/>
      </w:pPr>
      <w:r>
        <w:t>اس وجہ سے میں کہوں گا کہ یہ جو جہاد ادھر ہو رہا ہے، ان لوگوں نے کیا کیا ہے؟</w:t>
      </w:r>
    </w:p>
    <w:p>
      <w:r>
        <w:rPr>
          <w:b/>
        </w:rPr>
        <w:t xml:space="preserve">[25:28] </w:t>
      </w:r>
      <w:r>
        <w:t>ke wrong option le rakha hai unhon ne. ek dekhiye hadith hai ke aap ki wife Aisha batati hain aap ki policy ke bare mein, general policy ke bare mein.</w:t>
      </w:r>
    </w:p>
    <w:p>
      <w:pPr>
        <w:jc w:val="right"/>
      </w:pPr>
      <w:r>
        <w:t>کہ رانگ آپشن لے رکھا ہے انہوں نے۔ ایک دیکھیے حدیث ہے کہ آپ کی وائف عائشہ بتاتی ہیں آپ کی پالیسی کے بارے میں، جنرل پالیسی کے بارے میں۔</w:t>
      </w:r>
    </w:p>
    <w:p>
      <w:r>
        <w:rPr>
          <w:b/>
        </w:rPr>
        <w:t xml:space="preserve">[25:40] </w:t>
      </w:r>
      <w:r>
        <w:t>ke ma khair rasool Allah sal Allahu alaihi wasallam bain amrain ila khairahu</w:t>
      </w:r>
    </w:p>
    <w:p>
      <w:pPr>
        <w:jc w:val="right"/>
      </w:pPr>
      <w:r>
        <w:t>کہ ما خیر رسول اللہ صلی اللہ علیہ وسلم بین امرین الا خیرہ</w:t>
      </w:r>
    </w:p>
    <w:p>
      <w:r>
        <w:rPr>
          <w:b/>
        </w:rPr>
        <w:t xml:space="preserve">[25:47] </w:t>
      </w:r>
      <w:r>
        <w:t>is ka matlab yeh hai ke whenever the prophet had to choose between the two, he always opted for easier option rather than harder option.</w:t>
      </w:r>
    </w:p>
    <w:p>
      <w:pPr>
        <w:jc w:val="right"/>
      </w:pPr>
      <w:r>
        <w:t>اس کا مطلب یہ ہے کہ whenever the prophet had to choose between the two, he always opted for easier option rather than harder option.</w:t>
      </w:r>
    </w:p>
    <w:p>
      <w:r>
        <w:rPr>
          <w:b/>
        </w:rPr>
        <w:t xml:space="preserve">[26:00] </w:t>
      </w:r>
      <w:r>
        <w:t>ab dekhen ke easier kya hai, harder kya hai? to violent action jo hai, violent activism jo hai, woh harder option hai.</w:t>
      </w:r>
    </w:p>
    <w:p>
      <w:pPr>
        <w:jc w:val="right"/>
      </w:pPr>
      <w:r>
        <w:t>اب دیکھیں کہ ایزیر کیا ہے، ہارڈر کیا ہے؟ تو وائلنٹ ایکشن جو ہے، وائلنٹ ایکٹیوزم جو ہے، وہ ہارڈر آپشن ہے۔</w:t>
      </w:r>
    </w:p>
    <w:p>
      <w:r>
        <w:rPr>
          <w:b/>
        </w:rPr>
        <w:t xml:space="preserve">[26:12] </w:t>
      </w:r>
      <w:r>
        <w:t>violent activism jo hai, woh harder option hai. aur peaceful activism jo hai, easier option hai. to jab khula hua rasta easier option ka, yani peaceful activism ka rasta khula hua hai,</w:t>
      </w:r>
    </w:p>
    <w:p>
      <w:pPr>
        <w:jc w:val="right"/>
      </w:pPr>
      <w:r>
        <w:t>وائلنٹ ایکٹیوزم جو ہے، وہ ہارڈر آپشن ہے۔ اور پیس فل ایکٹیوزم جو ہے، ایزیر آپشن ہے۔ تو جب کھلا ہوا راستہ ایزیر آپشن کا، یعنی پیس فل ایکٹیوزم کا راستہ کھلا ہوا ہے،</w:t>
      </w:r>
    </w:p>
    <w:p>
      <w:r>
        <w:rPr>
          <w:b/>
        </w:rPr>
        <w:t xml:space="preserve">[26:28] </w:t>
      </w:r>
      <w:r>
        <w:t>to aap ko right hi nahi hai ke aap violent action ka option len. kitni khuli hui baat hai yeh.</w:t>
      </w:r>
    </w:p>
    <w:p>
      <w:pPr>
        <w:jc w:val="right"/>
      </w:pPr>
      <w:r>
        <w:t>تو آپ کو رائٹ ہی نہیں ہے کہ آپ وائلنٹ ایکشن کا آپشن لیں۔ کتنی کھلی ہوئی بات ہے یہ۔</w:t>
      </w:r>
    </w:p>
    <w:p>
      <w:r>
        <w:rPr>
          <w:b/>
        </w:rPr>
        <w:t xml:space="preserve">[26:37] </w:t>
      </w:r>
      <w:r>
        <w:t>to jo log is zamane mein ladaai bhadaai kar rahe hain, woh Islam se deviate kar ke aisa kar rahe hain. woh Islam ko follow kar ke aisa nahi kar rahe hain. woh Islam ko follow kar ke aisa nahi kar rahe hain.</w:t>
      </w:r>
    </w:p>
    <w:p>
      <w:pPr>
        <w:jc w:val="right"/>
      </w:pPr>
      <w:r>
        <w:t>تو جو لوگ اس زمانے میں لڑائی بھڑائی کر رہے ہیں، وہ اسلام سے ڈیویٹ کر کے ایسا کر رہے ہیں۔ وہ اسلام کو فالو کر کے ایسا نہیں کر رہے ہیں۔ وہ اسلام کو فالو کر کے ایسا نہیں کر رہے ہیں۔</w:t>
      </w:r>
    </w:p>
    <w:p>
      <w:r>
        <w:rPr>
          <w:b/>
        </w:rPr>
        <w:t xml:space="preserve">[26:49] </w:t>
      </w:r>
      <w:r>
        <w:t>to mein jo is waqt keh raha hoon, woh yeh nahi keh raha hoon ke Musalman jo kar rahe hain, is ko mein justify karoon. yeh mera job nahi hai.</w:t>
      </w:r>
    </w:p>
    <w:p>
      <w:pPr>
        <w:jc w:val="right"/>
      </w:pPr>
      <w:r>
        <w:t>تو میں جو اس وقت کہہ رہا ہوں، وہ یہ نہیں کہہ رہا ہوں کہ مسلمان جو کر رہے ہیں، اس کو میں جسٹیفائی کروں۔ یہ میرا جاب نہیں ہے۔</w:t>
      </w:r>
    </w:p>
    <w:p>
      <w:r>
        <w:rPr>
          <w:b/>
        </w:rPr>
        <w:t xml:space="preserve">[26:59] </w:t>
      </w:r>
      <w:r>
        <w:t>mera job kya hai? ke Islam ki teaching kya hai, is ko bataoon. kyunke mein ek Islam ka ek scholar hoon.</w:t>
      </w:r>
    </w:p>
    <w:p>
      <w:pPr>
        <w:jc w:val="right"/>
      </w:pPr>
      <w:r>
        <w:t>میرا جاب کیا ہے؟ کہ اسلام کی ٹیچنگ کیا ہے، اس کو بتاؤں۔ کیونکہ میں ایک اسلام کا ایک سکالر ہوں۔</w:t>
      </w:r>
    </w:p>
    <w:p>
      <w:r>
        <w:rPr>
          <w:b/>
        </w:rPr>
        <w:t xml:space="preserve">[27:05] </w:t>
      </w:r>
      <w:r>
        <w:t>saari umar mein mein ne Islam ko parha hai. Arabic language mein janta hoon. direct Arabic sources se mein ne parha hai. to mein jab mein apne conviction ke sath bata sakta hoon ke Islam kya hai,</w:t>
      </w:r>
    </w:p>
    <w:p>
      <w:pPr>
        <w:jc w:val="right"/>
      </w:pPr>
      <w:r>
        <w:t>ساری عمر میں میں نے اسلام کو پڑھا ہے۔ عربک لینگویج میں جانتا ہوں۔ ڈائریکٹ عربک سورسز سے میں نے پڑھا ہے۔ تو میں جب میں اپنے کنوکشن کے ساتھ بتا سکتا ہوں کہ اسلام کیا ہے،</w:t>
      </w:r>
    </w:p>
    <w:p>
      <w:r>
        <w:rPr>
          <w:b/>
        </w:rPr>
        <w:t xml:space="preserve">[27:20] </w:t>
      </w:r>
      <w:r>
        <w:t>to mein jahan tak mein ne samjha hai, mein yeh keh sakta hoon ke is zamane mein war ka option hi baqi nahi raha hai. ab sirf option se way ek hai, woh peace ka option hai.</w:t>
      </w:r>
    </w:p>
    <w:p>
      <w:pPr>
        <w:jc w:val="right"/>
      </w:pPr>
      <w:r>
        <w:t>تو میں جہاں تک میں نے سمجھا ہے، میں یہ کہہ سکتا ہوں کہ اس زمانے میں وار کا آپشن ہی باقی نہیں رہا ہے۔ اب صرف آپشن سی وے ایک ہے، وہ پیس کا آپشن ہے۔</w:t>
      </w:r>
    </w:p>
    <w:p>
      <w:r>
        <w:rPr>
          <w:b/>
        </w:rPr>
        <w:t xml:space="preserve">[27:35] </w:t>
      </w:r>
      <w:r>
        <w:t>to yeh hai Islam. aur jaisa ke mein ne arz kiya ke Islam ne human values ke liye ek bohat bara bari cheez add ki hai Islam mein, woh yeh hai ke incentive.</w:t>
      </w:r>
    </w:p>
    <w:p>
      <w:pPr>
        <w:jc w:val="right"/>
      </w:pPr>
      <w:r>
        <w:t>تو یہ ہے اسلام۔ اور جیسا کہ میں نے عرض کیا کہ اسلام نے ہیومن ویلیوز کے لیے ایک بہت بڑا بڑی چیز ایڈ کی ہے اسلام میں، وہ یہ ہے کہ انسنٹیو۔</w:t>
      </w:r>
    </w:p>
    <w:p>
      <w:r>
        <w:rPr>
          <w:b/>
        </w:rPr>
        <w:t xml:space="preserve">[27:53] </w:t>
      </w:r>
      <w:r>
        <w:t>dekhiye, jahan tak mein ne parha hai, har mazhab mein, har mazhab mein woh hai same same teaching hai.</w:t>
      </w:r>
    </w:p>
    <w:p>
      <w:pPr>
        <w:jc w:val="right"/>
      </w:pPr>
      <w:r>
        <w:t>دیکھیے، جہاں تک میں نے پڑھا ہے، ہر مذہب میں، ہر مذہب میں وہ ہے سیم سیم ٹیچنگ ہے۔</w:t>
      </w:r>
    </w:p>
    <w:p>
      <w:r>
        <w:rPr>
          <w:b/>
        </w:rPr>
        <w:t xml:space="preserve">[28:03] </w:t>
      </w:r>
      <w:r>
        <w:t>yani jahan tak moral values ki baat hai, ethical system ki baat hai, har har har mazhab mein morals wahi baat hai.</w:t>
      </w:r>
    </w:p>
    <w:p>
      <w:pPr>
        <w:jc w:val="right"/>
      </w:pPr>
      <w:r>
        <w:t>یعنی جہاں تک مورل ویلیوز کی بات ہے، ایتھیکل سسٹم کی بات ہے، ہر ہر ہر مذہب میں مورالس وہی بات ہے۔</w:t>
      </w:r>
    </w:p>
    <w:p>
      <w:r>
        <w:rPr>
          <w:b/>
        </w:rPr>
        <w:t xml:space="preserve">[28:14] </w:t>
      </w:r>
      <w:r>
        <w:t>theology mein differences hain, theology mein. lekin jahan tak moral system ki baat hai, koi basic difference nahi hai. lekin Islam ne ek khaas cheez yeh di hai ke incentive.</w:t>
      </w:r>
    </w:p>
    <w:p>
      <w:pPr>
        <w:jc w:val="right"/>
      </w:pPr>
      <w:r>
        <w:t>تھیالوجی میں ڈیفرنسز ہیں، تھیالوجی میں۔ لیکن جہاں تک مورل سسٹم کی بات ہے، کوئی بیسک ڈیفرنس نہیں ہے۔ لیکن اسلام نے ایک خاص چیز یہ دی ہے کہ انسنٹیو۔</w:t>
      </w:r>
    </w:p>
    <w:p>
      <w:r>
        <w:rPr>
          <w:b/>
        </w:rPr>
        <w:t xml:space="preserve">[28:26] </w:t>
      </w:r>
      <w:r>
        <w:t>incentive</w:t>
      </w:r>
    </w:p>
    <w:p>
      <w:pPr>
        <w:jc w:val="right"/>
      </w:pPr>
      <w:r>
        <w:t>انسنٹیو</w:t>
      </w:r>
    </w:p>
    <w:p>
      <w:r>
        <w:rPr>
          <w:b/>
        </w:rPr>
        <w:t xml:space="preserve">[28:27] </w:t>
      </w:r>
      <w:r>
        <w:t>. yani agar tum aisa karoge to tum ko eternal paradise mein jagah milegi. jaisa ke mein ne aap ke samne ayat pesh ki</w:t>
      </w:r>
    </w:p>
    <w:p>
      <w:pPr>
        <w:jc w:val="right"/>
      </w:pPr>
      <w:r>
        <w:t>۔ یعنی اگر تم ایسا کرو گے تو تم کو ایٹرنل پیراڈائز میں جگہ ملے گی۔ جیسا کہ میں نے آپ کے سامنے آیت پیش کی</w:t>
      </w:r>
    </w:p>
    <w:p>
      <w:r>
        <w:rPr>
          <w:b/>
        </w:rPr>
        <w:t xml:space="preserve">[28:39] </w:t>
      </w:r>
      <w:r>
        <w:t>keh agar tum dunya mein is tarah raho ge keh doosron ko tum se takleef na pohanchay, doosron ne tumhein heat na kiya ho, doosron ko tum ne harmful na banay ho, to tum ko eternal paradise mein jagah mile gi.</w:t>
      </w:r>
    </w:p>
    <w:p>
      <w:pPr>
        <w:jc w:val="right"/>
      </w:pPr>
      <w:r>
        <w:t>کہ اگر تم دنیا میں اس طرح رہو گے کہ دوسروں کو تم سے تکلیف نہ پہنچے، دوسروں نے تمہیں ہیٹ نہ کیا ہو، دوسروں کو تم نے ہارم فل نہ بنے ہو، تو تم کو ایٹرنل پیراڈائز میں جگہ ملے گی۔</w:t>
      </w:r>
    </w:p>
    <w:p>
      <w:r>
        <w:rPr>
          <w:b/>
        </w:rPr>
        <w:t xml:space="preserve">[28:56] </w:t>
      </w:r>
      <w:r>
        <w:t>ab dekhiye, aik hadith hai keh wallah la yoman wallah la yoman wallah la yoman alladhi la yaman jahroho is ka translation yeh hai keh Khuda ki qasam, woh momin nahi hai.</w:t>
      </w:r>
    </w:p>
    <w:p>
      <w:pPr>
        <w:jc w:val="right"/>
      </w:pPr>
      <w:r>
        <w:t>اب دیکھیے، ایک حدیث ہے کہ واللہ لا یومن واللہ لا یومن واللہ لا یومن الذی لا یامن جارہ بوا اس کا ٹرانسلیشن یہ ہے کہ خدا کی قسم، وہ مومن نہیں ہے۔</w:t>
      </w:r>
    </w:p>
    <w:p>
      <w:r>
        <w:rPr>
          <w:b/>
        </w:rPr>
        <w:t xml:space="preserve">[29:15] </w:t>
      </w:r>
      <w:r>
        <w:t>Khuda ki qasam, woh momin nahi hai. Khuda ki qasam, woh momin nahi hai. yani teen baar prophet ne kaha, teen baar.</w:t>
      </w:r>
    </w:p>
    <w:p>
      <w:pPr>
        <w:jc w:val="right"/>
      </w:pPr>
      <w:r>
        <w:t>خدا کی قسم، وہ مومن نہیں ہے۔ خدا کی قسم، وہ مومن نہیں ہے۔ یعنی تین بار پرافٹ نے کہا، تین بار۔</w:t>
      </w:r>
    </w:p>
    <w:p>
      <w:r>
        <w:rPr>
          <w:b/>
        </w:rPr>
        <w:t xml:space="preserve">[29:23] </w:t>
      </w:r>
      <w:r>
        <w:t>phir farmaya keh jo apnay parosi ke liye problem create kare,</w:t>
      </w:r>
    </w:p>
    <w:p>
      <w:pPr>
        <w:jc w:val="right"/>
      </w:pPr>
      <w:r>
        <w:t>پھر فرمایا کہ جو اپنے پڑوسی کے لیے پرابلم کریٹ کرے،</w:t>
      </w:r>
    </w:p>
    <w:p>
      <w:r>
        <w:rPr>
          <w:b/>
        </w:rPr>
        <w:t xml:space="preserve">[29:33] </w:t>
      </w:r>
      <w:r>
        <w:t>jo apni parosi ke liye problem create kare. ab dekhiye, is se saari baat aa gayi. har waqt mera koi parosi hai.</w:t>
      </w:r>
    </w:p>
    <w:p>
      <w:pPr>
        <w:jc w:val="right"/>
      </w:pPr>
      <w:r>
        <w:t>جو اپنی پڑوسی کے لیے پرابلم کریٹ کرے۔ اب دیکھیے، اس سے ساری بات آ گئی۔ ہر وقت میرا کوئی پڑوسی ہے۔</w:t>
      </w:r>
    </w:p>
    <w:p>
      <w:r>
        <w:rPr>
          <w:b/>
        </w:rPr>
        <w:t xml:space="preserve">[29:42] </w:t>
      </w:r>
      <w:r>
        <w:t>yahan mein baitha hoon to aap sab log mere parosi hain. mein safar kar raha hoon to saaray musafir jo hain, woh mere parosi hain. mein apnay ghar mein hoon to saari colony ke log mere parosi hain.</w:t>
      </w:r>
    </w:p>
    <w:p>
      <w:pPr>
        <w:jc w:val="right"/>
      </w:pPr>
      <w:r>
        <w:t>یہاں میں بیٹھا ہوں تو آپ سب لوگ میرے پڑوسی ہیں۔ میں سفر کر رہا ہوں تو سارے مسافر جو ہیں، وہ میرے پڑوسی ہیں۔ میں اپنے گھر میں ہوں تو ساری کالونی کے لوگ میرے پڑوسی ہیں۔</w:t>
      </w:r>
    </w:p>
    <w:p>
      <w:r>
        <w:rPr>
          <w:b/>
        </w:rPr>
        <w:t xml:space="preserve">[29:54] </w:t>
      </w:r>
      <w:r>
        <w:t>har waqt koi na koi mera parosi hai. to yeh to hotay hotay saari dunya meri parosi hai. to is maani hai keh mujhe kaisay rehna hai society mein logon ke saath.</w:t>
      </w:r>
    </w:p>
    <w:p>
      <w:pPr>
        <w:jc w:val="right"/>
      </w:pPr>
      <w:r>
        <w:t>ہر وقت کوئی نہ کوئی میرا پڑوسی ہے۔ تو یہ تو ہوتے ہوتے ساری دنیا میری پڑوسی ہے۔ تو اس معنی ہے کہ مجھے کیسے رہنا ہے سوسائٹی میں لوگوں کے ساتھ۔</w:t>
      </w:r>
    </w:p>
    <w:p>
      <w:r>
        <w:rPr>
          <w:b/>
        </w:rPr>
        <w:t xml:space="preserve">[30:07] </w:t>
      </w:r>
      <w:r>
        <w:t>yehi aik single formula aagay pakar liya jaye to samajh jo hai, itna acha samajh ban jaye. har aadmi bohat hi conscious ho jaye, conscious keh mujhe doosray ke liye problem create karna nahi hai.</w:t>
      </w:r>
    </w:p>
    <w:p>
      <w:pPr>
        <w:jc w:val="right"/>
      </w:pPr>
      <w:r>
        <w:t>یہی ایک سنگل فارمولا آگے پکڑ لیا جائے تو سماج جو ہے، اتنا اچھا سماج بن جائے۔ ہر آدمی بہت ہی کاشس ہو جائے، کاشس کہ مجھے دوسرے کے لیے پرابلم کریٹ کرنا نہیں ہے۔</w:t>
      </w:r>
    </w:p>
    <w:p>
      <w:r>
        <w:rPr>
          <w:b/>
        </w:rPr>
        <w:t xml:space="preserve">[30:26] </w:t>
      </w:r>
      <w:r>
        <w:t>to dekhiye, dunya mein kitni bahar aa jayegi. yeh mein soch kar zindagi guzaron keh mujhe doosray ke liye problem creator nahi banna hai.</w:t>
      </w:r>
    </w:p>
    <w:p>
      <w:pPr>
        <w:jc w:val="right"/>
      </w:pPr>
      <w:r>
        <w:t>تو دیکھیے، دنیا میں کتنی باہر آ جائے گی۔ یہ میں سوچ کر زندگی گزاروں کہ مجھے دوسرے کے لیے پرابلم کریٹر نہیں بننا ہے۔</w:t>
      </w:r>
    </w:p>
    <w:p>
      <w:r>
        <w:rPr>
          <w:b/>
        </w:rPr>
        <w:t xml:space="preserve">[30:38] </w:t>
      </w:r>
      <w:r>
        <w:t>kon si baat hamein chhoot ti hai? yeh saari baat isi is ke andar aa gayi.</w:t>
      </w:r>
    </w:p>
    <w:p>
      <w:pPr>
        <w:jc w:val="right"/>
      </w:pPr>
      <w:r>
        <w:t>کون سی بات ہمیں چھوٹتی ہے؟ یہ ساری بات اسی اس کے اندر آ گئی۔</w:t>
      </w:r>
    </w:p>
    <w:p>
      <w:r>
        <w:rPr>
          <w:b/>
        </w:rPr>
        <w:t xml:space="preserve">[30:44] </w:t>
      </w:r>
      <w:r>
        <w:t>nation ka aik parosi hota hai, individual ka aik parosi hota hai. to saaray log agar yeh isi ko formula ko pakar lein keh mujhe doosray ke liye problem create karna nahi hai, to peaceful society apnay aap ban jayegi.</w:t>
      </w:r>
    </w:p>
    <w:p>
      <w:pPr>
        <w:jc w:val="right"/>
      </w:pPr>
      <w:r>
        <w:t>نیشن کا ایک پڑوسی ہوتا ہے، انڈیویجول کا ایک پڑوسی ہوتا ہے۔ تو سارے لوگ اگر یہ اسی کو فارمولے کو پکڑ لیں کہ مجھے دوسرے کے لیے پرابلم کریٹ کرنا نہیں ہے، تو پیس فل سوسائٹی اپنے آپ بن جائے گی۔</w:t>
      </w:r>
    </w:p>
    <w:p>
      <w:r>
        <w:rPr>
          <w:b/>
        </w:rPr>
        <w:t xml:space="preserve">[31:01] </w:t>
      </w:r>
      <w:r>
        <w:t>yeh mein samjha hoon Islam ka moral system ka khulasa. aur saari zindagi mein ne Islam hi ko parha hai.</w:t>
      </w:r>
    </w:p>
    <w:p>
      <w:pPr>
        <w:jc w:val="right"/>
      </w:pPr>
      <w:r>
        <w:t>یہ میں سمجھا ہوں اسلام کا مورل سسٹم کا خلاصہ۔ اور ساری زندگی میں نے اسلام ہی کو پڑھا ہے۔</w:t>
      </w:r>
    </w:p>
    <w:p>
      <w:r>
        <w:rPr>
          <w:b/>
        </w:rPr>
        <w:t xml:space="preserve">[31:11] </w:t>
      </w:r>
      <w:r>
        <w:t>is liye mein keh sakta hoon poore conviction ke saath keh yehi Islam hai. is ke siwa jo baatein karte hain log, woh Islam nahi hai.</w:t>
      </w:r>
    </w:p>
    <w:p>
      <w:pPr>
        <w:jc w:val="right"/>
      </w:pPr>
      <w:r>
        <w:t>اس لیے میں کہہ سکتا ہوں پورے کنوکشن کے ساتھ کہ یہی اسلام ہے۔ اس کے سوا جو باتیں کرتے ہیں لوگ، وہ اسلام نہیں ہے۔</w:t>
      </w:r>
    </w:p>
    <w:p>
      <w:r>
        <w:rPr>
          <w:b/>
        </w:rPr>
        <w:t xml:space="preserve">[31:19] </w:t>
      </w:r>
      <w:r>
        <w:t>woh Islam se deviation hai.</w:t>
      </w:r>
    </w:p>
    <w:p>
      <w:pPr>
        <w:jc w:val="right"/>
      </w:pPr>
      <w:r>
        <w:t>وہ اسلام سے ڈیوی ایشن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