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Right Thinking June 23, 2024</w:t>
      </w:r>
    </w:p>
    <w:p>
      <w:r>
        <w:t>https://youtu.be/ZOxcATnAqNs</w:t>
      </w:r>
    </w:p>
    <w:p>
      <w:r>
        <w:rPr>
          <w:b/>
        </w:rPr>
        <w:t xml:space="preserve">[00:10] </w:t>
      </w:r>
      <w:r>
        <w:t>Assalamualikum. Today we will have conversation with professor Fareeda Khanam on the subject right thinking. Right thinking is an art. Those who have learned this art can construct a successful life in this world. They are able to differentiate between what is right and what is wrong and convert their minus into plus. We can also say that right thinking is another name of positive thinking.</w:t>
      </w:r>
    </w:p>
    <w:p>
      <w:pPr>
        <w:jc w:val="right"/>
      </w:pPr>
      <w:r>
        <w:t>अस्सलामालिकुम. Today we will have conversation with professor फरीदा खानम on the subject right thinking. Right thinking is an art. Those who have learned this art can construct a successful life in this world. They are able to differentiate between what is right and what is wrong and convert their minus into plus. We can also say that right thinking is another name of positive thinking.</w:t>
      </w:r>
    </w:p>
    <w:p>
      <w:r>
        <w:rPr>
          <w:b/>
        </w:rPr>
        <w:t xml:space="preserve">[00:39] </w:t>
      </w:r>
      <w:r>
        <w:t>to chaliye aaj is important subject par charcha karte hain Fareeda apa ke saath. Assalam Walekum apa kaisay hain aap? Walekum salam. Sab khairiyat. Aap bhi khairiyat. Ji apa alam dilaila. Apa aaj ka topic to mein kahunga bohat hi acha topic aap ne choose kiya hai kyunke apa aksar aisa hota hai keh life is all about correct thinking and incorrect thinking and we can say that correct thinking leads one to success and incorrect thinking leads one to failure.</w:t>
      </w:r>
    </w:p>
    <w:p>
      <w:pPr>
        <w:jc w:val="right"/>
      </w:pPr>
      <w:r>
        <w:t>तो चलिए आज इस important subject पर चर्चा करते हैं फरीदा आपा के साथ. अस्लाम वालेकुम आपा कैसे हैं आप? वाली श्राम. सब खरीदत. आप भी खरीदत. जी आपा आलम दिलेला. आपा आज का topic तो मैं कहूंगा बहुत ही अच्छा topic आपने choose किया है क्योंकि आपा अक्सर ऐसा होता है कि life is all about correct thinking and incorrect thinking and we can say that correct thinking leads one to success and incorrect thinking leads one to failure.</w:t>
      </w:r>
    </w:p>
    <w:p>
      <w:r>
        <w:rPr>
          <w:b/>
        </w:rPr>
        <w:t xml:space="preserve">[01:09] </w:t>
      </w:r>
      <w:r>
        <w:t>to bohat ahum hai aap life mein itni challenges hain, itne difficulties hain, itne problems hain, dissatisfaction hai keh aik insaan apnay andar aik right thinking ko develop kare. to aap mera sab se pehla sawal to yehi hai keh what is right thinking? is ko aap bataye hum sab ko.</w:t>
      </w:r>
    </w:p>
    <w:p>
      <w:pPr>
        <w:jc w:val="right"/>
      </w:pPr>
      <w:r>
        <w:t>तो बहुत अहम् है आप life में इतनी challenges हैं, इतने difficulties हैं, इतने problems हैं, dissatisfaction है कि एक इंसान अपने अंदर एक right thinking को develop करें. तो आप मेरा सबसे पहला सवाल तो यही है कि what is right thinking? इसको आप बताएं हम सबको.</w:t>
      </w:r>
    </w:p>
    <w:p>
      <w:r>
        <w:rPr>
          <w:b/>
        </w:rPr>
        <w:t xml:space="preserve">[01:29] </w:t>
      </w:r>
      <w:r>
        <w:t>hansi mein jaise kaha jata hai keh man is a thinking animal lekin bas masla yeh hai keh yeh thinking jo hai potential form mein hai. us ko awaken karna parta hai. He is not like an animal who are governed by their instincts. to us ko awaken karne ke liye us ko tarah tarah se apni soch barhani parti hai.</w:t>
      </w:r>
    </w:p>
    <w:p>
      <w:pPr>
        <w:jc w:val="right"/>
      </w:pPr>
      <w:r>
        <w:t>हंसिल में जैसे कहा जाता है कि man is a thinking animal लेकिन बस मसला यह है कि यह thinking जो है potential form में है. उसको awaken करना पड़ता है. He is not like an animal who are governed by their instincts. तो उसको awaken करने के लिए उसको तरह तरह से अपनी सोच बढ़ानी पड़ती है.</w:t>
      </w:r>
    </w:p>
    <w:p>
      <w:r>
        <w:rPr>
          <w:b/>
        </w:rPr>
        <w:t xml:space="preserve">[01:57] </w:t>
      </w:r>
      <w:r>
        <w:t>agar woh sirf self-centered life jayega to us ki soch jo hai woh bohat hi mehud ho kar reh jayegi. yeh Maulana ki aik kitab hai Taameer e Hayat. to yeh kitab mein parh rahi thi to is mein mujhe bohat si baatein mili. to maine socha keh yehi program rakhte hain. to Taameer e Hayat mein Maulana likhte hain keh zindagi aik art hai.</w:t>
      </w:r>
    </w:p>
    <w:p>
      <w:pPr>
        <w:jc w:val="right"/>
      </w:pPr>
      <w:r>
        <w:t>अगर वह सिर्फ self centered life जिएगा तो उसकी सोच जो है वह बहुत ही मेहदूद होकर रह जाएगी. यह मौलाना की एक किताब है तामीरे हयात. तो यह किताब मैं पढ़ रही थी तो इसमें मुझे बहुत सी बातें मिली. तो मैंने सोचा कि यही program रखते हैं. तो तामीरे हयात में मौलाना लिखते हैं कि ज़िंदगी एक art है.</w:t>
      </w:r>
    </w:p>
    <w:p>
      <w:r>
        <w:rPr>
          <w:b/>
        </w:rPr>
        <w:t xml:space="preserve">[02:23] </w:t>
      </w:r>
      <w:r>
        <w:t>jo log is art ko jaane wahi kamyab hotay hain. to this art ko woh kehte hain positive thinking. kyunke positive thinking jo hai wahi asal hai. us ki wajah se hum jo bhi tarah karte hain woh hum positive thinking ki wajah se karte hain. agar hamare andar negative thinking aa jaye to woh sirf barbadi ki taraf le jati hai.</w:t>
      </w:r>
    </w:p>
    <w:p>
      <w:pPr>
        <w:jc w:val="right"/>
      </w:pPr>
      <w:r>
        <w:t>जो लोग इस art को जाने वही कामयाब होते हैं. तो इस art को वह कहते हैं positive thinking. क्योंकि positive thinking जो है वही असल है. उसकी वजह से हम जो भी तरह करते हैं वह हम positive thinking की वजह से करते हैं. अगर हमारे अंदर negative thinking आ जाए तो वह सिर्फ़ बर्बादी की तरफ़ ले जाती है.</w:t>
      </w:r>
    </w:p>
    <w:p>
      <w:r>
        <w:rPr>
          <w:b/>
        </w:rPr>
        <w:t xml:space="preserve">[02:50] </w:t>
      </w:r>
      <w:r>
        <w:t>positive thinking matlab hai jo psychology of reaction jo hai usse ham upar uth jaen.</w:t>
      </w:r>
    </w:p>
    <w:p>
      <w:pPr>
        <w:jc w:val="right"/>
      </w:pPr>
      <w:r>
        <w:t>Positive thinking मतलब है जो psychology of reaction जो है उससे हम ऊपर उठ जाएं.</w:t>
      </w:r>
    </w:p>
    <w:p>
      <w:r>
        <w:rPr>
          <w:b/>
        </w:rPr>
        <w:t xml:space="preserve">[02:56] </w:t>
      </w:r>
      <w:r>
        <w:t>jisko ham radyamal kahate hain, jisko ham *** for tat kahate hain.</w:t>
      </w:r>
    </w:p>
    <w:p>
      <w:pPr>
        <w:jc w:val="right"/>
      </w:pPr>
      <w:r>
        <w:t>जिसको हम रद्यामल कहते हैं, जिसको हम *** for tat कहते हैं.</w:t>
      </w:r>
    </w:p>
    <w:p>
      <w:r>
        <w:rPr>
          <w:b/>
        </w:rPr>
        <w:t xml:space="preserve">[03:02] </w:t>
      </w:r>
      <w:r>
        <w:t>kisi ne hamen kuchh kah diya, koi galat baat kah di, kuchh galat alfaaz bol die to ham</w:t>
      </w:r>
    </w:p>
    <w:p>
      <w:pPr>
        <w:jc w:val="right"/>
      </w:pPr>
      <w:r>
        <w:t>किसी ने हमें कुछ कह दिया, कोई गलत बात कह दी, कुछ गलत अल्फाज़ बोल दिए तो हम</w:t>
      </w:r>
    </w:p>
    <w:p>
      <w:r>
        <w:rPr>
          <w:b/>
        </w:rPr>
        <w:t xml:space="preserve">[03:08] </w:t>
      </w:r>
      <w:r>
        <w:t>ekdam se gussa ho jaate hain aur hum bhi usko retaliate karte hain.</w:t>
      </w:r>
    </w:p>
    <w:p>
      <w:pPr>
        <w:jc w:val="right"/>
      </w:pPr>
      <w:r>
        <w:t>एकदम से गुस्सा हो जाते हैं और हम भी उसको retaliate करते हैं.</w:t>
      </w:r>
    </w:p>
    <w:p>
      <w:r>
        <w:rPr>
          <w:b/>
        </w:rPr>
        <w:t xml:space="preserve">[03:14] </w:t>
      </w:r>
      <w:r>
        <w:t>to yeh cheez jo hai yahi hamari in tarakke mein rukawat hai.</w:t>
      </w:r>
    </w:p>
    <w:p>
      <w:pPr>
        <w:jc w:val="right"/>
      </w:pPr>
      <w:r>
        <w:t>तो यह चीज़ जो है यही हमारी इन तरक्के में रुकावट है.</w:t>
      </w:r>
    </w:p>
    <w:p>
      <w:r>
        <w:rPr>
          <w:b/>
        </w:rPr>
        <w:t xml:space="preserve">[03:21] </w:t>
      </w:r>
      <w:r>
        <w:t>to yeh gussa, inteqam, jazbatiyat yeh saari cheezein hamari soch mein rukawat dalti hain. jis ko kehte hain badha dalti hain. to jab hamari soch hi ruk jayegi to hum apnay potential ko kaise awaken kar saktay hain? to positive thinking ke liye hamein zaroori hai keh hamara bilkul hum open minded hon.</w:t>
      </w:r>
    </w:p>
    <w:p>
      <w:pPr>
        <w:jc w:val="right"/>
      </w:pPr>
      <w:r>
        <w:t>तो यह गुस्सा, इंतकाम, जज़्बादियत यह सारी चीज़ें हमारी सोच में रुकावट डालती हैं. जिसको कहते हैं बाधा डालती हैं. तो जब हमारी सोच ही रुक जाएगी तो हम अपने potential को कैसे awaken कर सकते हैं? तो positive thinking के लिए हमें ज़रूरी है कि हमारा बिल्कुल हम open minded हों.</w:t>
      </w:r>
    </w:p>
    <w:p>
      <w:r>
        <w:rPr>
          <w:b/>
        </w:rPr>
        <w:t xml:space="preserve">[03:43] </w:t>
      </w:r>
      <w:r>
        <w:t>jo open minded honge to hum har naye khayalat, nayi soch, koi naya idea hoga to hum foran us ko pakar lenge aur baghair kisi taassub ke us se faida uthayenge. kyunke aise hi aadmi jo open minded ho wahi tayyar hota hai doosron ke viewpoint ko samajhne ke liye. dekhiye har insaan ki aql jo hai limited hi hai.</w:t>
      </w:r>
    </w:p>
    <w:p>
      <w:pPr>
        <w:jc w:val="right"/>
      </w:pPr>
      <w:r>
        <w:t>जो open minded होंगे तो हम हर नए ख्यालात, नई सोच, कोई नया idea होगा तो हम फ़ौरन उसको पकड़ लेंगे और बगैर किसी तासुख के उससे फ़ायदा उठाएंगे. क्योंकि ऐसे ही आदमी जो open minded हो वही तैयार होता है दूसरों के viewpoint को समझने के लिए. देखिए हर इंसान के आंखल जो है limited ही है.</w:t>
      </w:r>
    </w:p>
    <w:p>
      <w:r>
        <w:rPr>
          <w:b/>
        </w:rPr>
        <w:t xml:space="preserve">[04:12] </w:t>
      </w:r>
      <w:r>
        <w:t>lekin agar hum doosron ki aql se doosron ke tajarbay se doosron ke mashware se faida uthatay hain. to hamari aql bohat barh jati hai aur Islam mein to jantay hain hum bohat ziyada kaha gaya hai mashwara karne ke liye. to hadith mein bhi aaya hai keh wisdom insaan ka gumshuda sharma ya lost property hai. jahan bhi mile us ko le lo.</w:t>
      </w:r>
    </w:p>
    <w:p>
      <w:pPr>
        <w:jc w:val="right"/>
      </w:pPr>
      <w:r>
        <w:t>लेकिन अगर हम दूसरों की आंखल से दूसरों के तज़रबे से दूसरों के मशवरे से फ़ायदा उठाते हैं. तो हमारी अक्ल बहुत बढ़ जाती है और इस्लाम में तो जानते हैं हम बहुत ज़्यादा कहा गया है मशवरा करने के लिए. तो हदीश में भी आया है कि wisdom इंसान का गुमशुदा शर्मा या last property है. जहां भी मिले उसको ले लो.</w:t>
      </w:r>
    </w:p>
    <w:p>
      <w:r>
        <w:rPr>
          <w:b/>
        </w:rPr>
        <w:t xml:space="preserve">[04:40] </w:t>
      </w:r>
      <w:r>
        <w:t>to yehi matlab hai wisdom aisa to hai nahi keh kahin store mein rakhi hui hai. jab hum logon se baatcheet karte hain. to hum dekhenge us ke paas koi cheez achi hai hamare. matlab ki hai. hum us se faida utha saktay hain. to hamein koi koi tasawwur nahi hona chahiye. foran hamein us ko pakar lena chahiye. yeh nahi sochenge woh hum se chota hai, hum se kam parha likha hai. hum se kam hasiyat us ki society mein. aisa nahi hai.</w:t>
      </w:r>
    </w:p>
    <w:p>
      <w:pPr>
        <w:jc w:val="right"/>
      </w:pPr>
      <w:r>
        <w:t>तो यही मतलब है wisdom ऐसा तो है नहीं कि कहीं store में रखी हुई है. जब हम लोगों से बातचीत करते हैं. तो हम देखेंगे उसके पास कोई चीज़ अच्छी है हमारे. मतलब कि है. हम उससे फ़ायदा उठा सकते हैं. तो हमें कोई कोई तस्व नहीं होना चाहिए. फ़ौरन हमें उसको पकड़ लेना चाहिए. यह नहीं सोचेंगे वह हमसे छोटा है, हमसे कम पढ़ा लिखा है. हमसे कम हैसियत उसकी society में. ऐसा नहीं है.</w:t>
      </w:r>
    </w:p>
    <w:p>
      <w:r>
        <w:rPr>
          <w:b/>
        </w:rPr>
        <w:t xml:space="preserve">[05:10] </w:t>
      </w:r>
      <w:r>
        <w:t>agar uske paas koi achhi baat hai to usko lene mein humein koi yaar nahi hona chahiye. to kyunke dekhiye mashwara itna important hai ke poora ek chapter hai quran mein soora ke naam se aur saare khulfa-e-rashideen jo the baqayda unki ek team hoti thi aur har maamle mein woh usse mashwara lete the aur usmein samajhdaar log senior log us uske member hote the.</w:t>
      </w:r>
    </w:p>
    <w:p>
      <w:pPr>
        <w:jc w:val="right"/>
      </w:pPr>
      <w:r>
        <w:t>अगर उसके पास कोई अच्छी बात है तो उसको लेने में हमें कोई यार नहीं होना चाहिए. तो क्योंकि देखिए मशवरा इतना important है कि पूरा एक chapter है कुरान में सूरा के नाम से और सारे खोलफाय राषदीन जो थे बाकायदा उनकी एक team होती थी और हर मामले में वह उससे मशवरा लेते थे और उसमें समझदार लोग senior लोग उस उसके member होते थे.</w:t>
      </w:r>
    </w:p>
    <w:p>
      <w:r>
        <w:rPr>
          <w:b/>
        </w:rPr>
        <w:t xml:space="preserve">[05:39] </w:t>
      </w:r>
      <w:r>
        <w:t>matlab formal member nahi informal member hote the aur usmein bas mashwara ka ek woh hai ke jab hum mashwara kisi ko dein to yeh expect na karein ke hamara hi mashwara maana jayega. kyunke jo mashwara lene wala hai jaise khaleefa hota tha sabse mashwara leta tha. ab baad mein jo usko samajh mein aata tha. behtareen rai to usko le leta tha.</w:t>
      </w:r>
    </w:p>
    <w:p>
      <w:pPr>
        <w:jc w:val="right"/>
      </w:pPr>
      <w:r>
        <w:t>मतलब formal member नहीं informal member होते थे और उसमें बस मशवरा का एक वह है कि जब हम मशवरा किसी को दे तो यह expect ना करें कि हमारा ही मशवरा माना जाएगा. क्योंकि जो मशवरा लेने वाला है जैसे खलीफा होता था सबसे मशवरा लेता था. अब बाद में जो उसको समझ में आता था. बेहतरीन राय तो उसको ले लेता था.</w:t>
      </w:r>
    </w:p>
    <w:p>
      <w:r>
        <w:rPr>
          <w:b/>
        </w:rPr>
        <w:t xml:space="preserve">[06:06] </w:t>
      </w:r>
      <w:r>
        <w:t>to is tareeqe se hamari soch dheere dheere develop hoti jayegi. to jab hum sahi soch positive thinking wali soch apne andar develop kar lenge. to usi se humein saari kaamyaabi milti hai. aur galat soch jo hai woh saari nakaami ki jar hai.</w:t>
      </w:r>
    </w:p>
    <w:p>
      <w:pPr>
        <w:jc w:val="right"/>
      </w:pPr>
      <w:r>
        <w:t>तो इस तरीके से हमारी सोच धीरे धीरे develop होती जाएगी. तो जब हम सही सोच positive thinking वाली सोच अपने अंदर develop कर लेंगे. तो उसी से हमें सारी कामयाबी मिलती है. और गलत सोच जो है वह सारी नाकामी की जड़ है.</w:t>
      </w:r>
    </w:p>
    <w:p>
      <w:r>
        <w:rPr>
          <w:b/>
        </w:rPr>
        <w:t xml:space="preserve">[06:26] </w:t>
      </w:r>
      <w:r>
        <w:t>to yeh hai sahi tafakkur insaan ko taameer-o-tarraqi ki taraf le jaata hai aur galat tafakkur taameer-o-tarraqi dono samay room kar deta hai. bilkul, in fact we can say that the worst punishment for a person is to be incapable of having right thinking because right thinking gives you a perspective, proper perspective to see things in its in its rightful manner.</w:t>
      </w:r>
    </w:p>
    <w:p>
      <w:pPr>
        <w:jc w:val="right"/>
      </w:pPr>
      <w:r>
        <w:t>तो यह है सही तर्दफीक्र इंसान को तामीर तरक्की की तरफ ले जाता है और गलत तर्दफीक्र तामीर तरक्की दोनों समय room कर देता है. बिल्कुल, आपा in fact we can say that the worst punishment for a person is to be incapable of having right thinking because right thinking gives you a perspective, proper perspective to see things in its in its rightful manner.</w:t>
      </w:r>
    </w:p>
    <w:p>
      <w:r>
        <w:rPr>
          <w:b/>
        </w:rPr>
        <w:t xml:space="preserve">[06:52] </w:t>
      </w:r>
      <w:r>
        <w:t>ab ek jo dua thi prophet ki, woh Maulana Wahiduddin Khan sahab bhi, humein humein kehte the ke roz kijiye, woh khud bhi roz karte the. main samajhta hoon woh bilkul right thinking ki dua hi hai. prophet yeh dua kara karte the ke ae allah mujhe haq ko haq ke roop mein dikha aur usko follow karne mein madad kar aur dikhawe ko dikhawe ke roop mein dikha aur usse bacha aur mujhe cheezon ko waise hi dikha jaise ke woh hain.</w:t>
      </w:r>
    </w:p>
    <w:p>
      <w:pPr>
        <w:jc w:val="right"/>
      </w:pPr>
      <w:r>
        <w:t>अब एक जो दुआ थी prophet की, वह बुलाना विद्वीन खान साहब भी, हमें हमें कहते थे कि रोज़ करिए, वह ख़ुद भी रोज़ करते थे. मैं समझता हूं वह बिल्कुल right thinking की दुआ ही है. Profit यह दुआ करा करते थे कि ऐ अल्लाह मुझे हक को हक के रूप में दिखा और उसको follow करने में मदद कर और दिखावे को दिखावे के रूप में दिखा और उससे बचा और मुझे चीज़ों को वैसे ही दिखा जैसे कि वो हैं.</w:t>
      </w:r>
    </w:p>
    <w:p>
      <w:r>
        <w:rPr>
          <w:b/>
        </w:rPr>
        <w:t xml:space="preserve">[07:20] </w:t>
      </w:r>
      <w:r>
        <w:t>to aap ab main samajhta hoon yeh bilkul right thinking develop karne wali hi dua hai. because to be able to see things as they are is the most important thing or most important aspect of right thinking. achha aap yahan par ek sawal mera yeh bhi hai, aapne bahut achhe se samjhaya right thinking kya hai? ke jaise ke hum aap yeh keh sakte hain ke, right thinking, is a source of all good things.</w:t>
      </w:r>
    </w:p>
    <w:p>
      <w:pPr>
        <w:jc w:val="right"/>
      </w:pPr>
      <w:r>
        <w:t>तो आप अब मैं समझता हूँ यह बिल्कुल right thinking develop करने वाली ही दुआ है. Because to be able to see things as they are is the most important thing or most important aspect of right thinking. अच्छा आप यहां पर एक सवाल मेरा यह भी है, आपने बहुत अच्छे से समझाया right thinking क्या है? कि जैसे कि हम आप यह कह सकते हैं कि, right thinking, is a source of all good things.</w:t>
      </w:r>
    </w:p>
    <w:p>
      <w:r>
        <w:rPr>
          <w:b/>
        </w:rPr>
        <w:t xml:space="preserve">[07:50] </w:t>
      </w:r>
      <w:r>
        <w:t>a person can be a super achiever agar uske andar right thinking develop ho jaye. lekin opposite of that is negative thinking. kyunke negative thinking insaan ko derail kar deta hai apne objective se, apne maqsad se. to aap how can we save ourselves from negative thinking? iske baare mein bhi aap hum sabko bataein.</w:t>
      </w:r>
    </w:p>
    <w:p>
      <w:pPr>
        <w:jc w:val="right"/>
      </w:pPr>
      <w:r>
        <w:t>A person can be a super achiever अगर उसके अंदर right thinking develop हो जाए. लेकिन opposite of that is negative thinking. क्योंकि negative thinking इंसान को derail कर देता है अपने objective से, अपने मकसद से. तो आप how can we save ourselves from negative thinking? इसके बारे में भी आप हम सबको बताएं.</w:t>
      </w:r>
    </w:p>
    <w:p>
      <w:r>
        <w:rPr>
          <w:b/>
        </w:rPr>
        <w:t xml:space="preserve">[08:12] </w:t>
      </w:r>
      <w:r>
        <w:t>main kuch misaal ke zariye se is baat ko saamne rakhoongi kyunke usse pata chalta hai ke insaan ka jo har amal hai uski soch kitaab hai. jaisa woh sochega waise hi uska amal hoga. woh soch galat hoga to amal bhi galat hoga. to yeh maulana ne yeh misaal likhi hai ke ek taajir tha. woh bahut kaamyaab taajir tha. to uska ek rishtedaar tha.</w:t>
      </w:r>
    </w:p>
    <w:p>
      <w:pPr>
        <w:jc w:val="right"/>
      </w:pPr>
      <w:r>
        <w:t>मैं कुछ मिसाल के जरिए से इस बात को सामने रखूंगी क्योंकि उससे पता चलता है कि इंसान का जो हर अमल है उसकी सोच किताबें है. जैसा वह सोचेगा वैसे ही उसका अमल होगा. वह सोच गलत होगा तो अमल भी गलत होगा. तो यह मौलाना ने यह मिसाल लिखी है कि एक ताज़िर था. वह बहुत कामयाब ताज़िर था. तो उसका एक रिश्तेदार था.</w:t>
      </w:r>
    </w:p>
    <w:p>
      <w:r>
        <w:rPr>
          <w:b/>
        </w:rPr>
        <w:t xml:space="preserve">[08:41] </w:t>
      </w:r>
      <w:r>
        <w:t>woh bhi tayyar karta tha lekin woh kaamyaab nahi tha. to woh jo kaamyaab taajir tha kyunke woh uska rishtedaari tha. to woh usse hasad karne laga aur uske baare mein bahut bura bhala kehne laga. to ek aadmi aate the unke paas aur baar baar batate the ke woh aadmi aapko bahut bura bhala keh raha hai to woh koi jawab nahi dete the. to ek din unhone kaha ke dekhiye yeh unka problem hai. mera problem to nahi.</w:t>
      </w:r>
    </w:p>
    <w:p>
      <w:pPr>
        <w:jc w:val="right"/>
      </w:pPr>
      <w:r>
        <w:t>वह भी तैयार करता था लेकिन वह कामयाब नहीं था. तो वह जो कामयाब ताज़िर था चूंकि वह उसका रिश्तेदारी था. तो वह उससे हसद करने लगा और उसके बारे में बहुत बुरा भला कहने लगा. तो एक आदमी आते थे उनके पास और बार बार बताते थे कि वह आदमी आपको बहुत बुरा भला कह रहा है तो वह कोई जवाब नहीं देते थे. तो एक दिन उन्होंने कहा कि देखिए यह उनका problem है. मेरा problem तो नहीं.</w:t>
      </w:r>
    </w:p>
    <w:p>
      <w:r>
        <w:rPr>
          <w:b/>
        </w:rPr>
        <w:t xml:space="preserve">[09:09] </w:t>
      </w:r>
      <w:r>
        <w:t>matlab agar unko hasad hai, jalan hai, jo bhi hai to woh jaane mere ko to koi problem hai nahi. to yeh bhi kitna achha tareeqa hai ke aap usko ignore karein. to baat dekhiye jab alfaaz ki baat hoti hai to aap aap usko bahut aasani se ignore kar sakte hain. kyunke aapko koi hit to nahi kar raha hai. koi physical harm to nahi pahuncha raha hai. to uske liye bahut hi aapko problem nahi hogi.</w:t>
      </w:r>
    </w:p>
    <w:p>
      <w:pPr>
        <w:jc w:val="right"/>
      </w:pPr>
      <w:r>
        <w:t>मतलब अगर उनको हंसद है, जलन है, जो भी है तो वह जाने मेरे को तो कोई problem है नहीं. तो यह भी कितना अच्छा तरीका है कि आप उसको ignore करें. तो बात देखिए जब अल्फास की बात होती है तो आप आप उसको बहुत आसानी से ignore कर सकते हैं. क्योंकि आपको कोई hit तो नहीं कर रहा है. कोई physical harm तो नहीं पहुंचा रहा है. तो उसके लिए बहुत ही आपको problem नहीं होगी.</w:t>
      </w:r>
    </w:p>
    <w:p>
      <w:r>
        <w:rPr>
          <w:b/>
        </w:rPr>
        <w:t xml:space="preserve">[09:36] </w:t>
      </w:r>
      <w:r>
        <w:t>bas aapka mind jo hai woh awakened ho jaye aur aapke andar positive thinking paida ho jaye to aapke liye yeh mushkil nahi hoga. ab negative thinking ek misaal deti hoon. yeh humare gaon ki yeh misaal hai. yeh nineteen forty seven se pehle ki baat hai. to ek do zamindar rehte the. to gaon mein jo log gaon ka culture jaante hai.</w:t>
      </w:r>
    </w:p>
    <w:p>
      <w:pPr>
        <w:jc w:val="right"/>
      </w:pPr>
      <w:r>
        <w:t>बस आपका mind जो है वह awakened हो जाए और आपके अंदर positive thinking पैदा हो जाए तो आपके लिए यह मुश्किल नहीं होगा. अब negative thinking एक मिसाल देती हूं. यह हमारे गांव की यह मिसाल है. यह nineteen forty seven से पहले की बात है. तो एक दो ज़मींदार रहते थे. तो गांव में जो लोग गांव का culture जानते है. तो कोई आता है तो मिठाई उठाई लेकर आता है.</w:t>
      </w:r>
    </w:p>
    <w:p>
      <w:r>
        <w:rPr>
          <w:b/>
        </w:rPr>
        <w:t xml:space="preserve">[10:06] </w:t>
      </w:r>
      <w:r>
        <w:t>to saare gaon mein baanti jaati hai. to doosra jo tha uske daadhi thi. to usne kaha ke main daadhi mundon ka tohfa nahi leta. ji. ab woh zamana tha.</w:t>
      </w:r>
    </w:p>
    <w:p>
      <w:pPr>
        <w:jc w:val="right"/>
      </w:pPr>
      <w:r>
        <w:t>तो सारे गांव में बांटी जाती है. तो दूसरा जो था उसके दाढ़ी थी. तो उसने कहा कि मैं दाढ़ी मुंडों का तोहफा नहीं लेता. जी. अब वह ज़माना था.</w:t>
      </w:r>
    </w:p>
    <w:p>
      <w:r>
        <w:rPr>
          <w:b/>
        </w:rPr>
        <w:t xml:space="preserve">[10:36] </w:t>
      </w:r>
      <w:r>
        <w:t>ab unko bahut insult lagi. to unhone matlab dishonor kiya. ab zamindar zamindari culture alag hi hota hai. woh apne honor ko bahut badi cheez samajhte hain. to itna zabardast din tak kaam lene ki unke andar bhavna paida hui ke unhone baqayda unke khilaaf pehle gaon mein pehle khet kaatte hain. jab koi kisi se gussa ho jata hai to uska khet katwata hai. usko nuksaan pahunchane ke liye. phir qatl hote hain.</w:t>
      </w:r>
    </w:p>
    <w:p>
      <w:pPr>
        <w:jc w:val="right"/>
      </w:pPr>
      <w:r>
        <w:t>अब उनको बहुत insult लगी. तो उन्होंने मतलब dishonor किया. अब ज़मीदार ज़मीदारी culture अलग ही होता है. वह अपने honor को बहुत बड़ी चीज़ समझते हैं. तो इतना ज़बरदस्त दिन तक काम लेने की उनके अंदर भावना पैदा हुई कि उन्होंने बाकायदा उनके खिलाफ पहले गांव में पहले खेत काटते हैं. जब कोई किसी से गुस्सा हो जाता है तो उसका खेत कटवाता है. उसको नुकसान पहुंचाने के लिए. फिर कद्ल होते हैं.</w:t>
      </w:r>
    </w:p>
    <w:p>
      <w:r>
        <w:rPr>
          <w:b/>
        </w:rPr>
        <w:t xml:space="preserve">[11:05] </w:t>
      </w:r>
      <w:r>
        <w:t>phir muqadme hote hain. to yeh muqadma jo chalta raha itni si baat par pachees saal tak chalta raha. balki usmein ek zamindar jo the unko to hum jaante hain unke ghar maara aana jaana tha. to unke saare zevar bahut bahut paise wale the woh. saare zevar unke is chakkar mein big gaye. yahan tak ke jab agli generation unki aayi, ab bahar jaakar Europe countries mein kamaya maaya tab jaakar unki haalat behtar hui.</w:t>
      </w:r>
    </w:p>
    <w:p>
      <w:pPr>
        <w:jc w:val="right"/>
      </w:pPr>
      <w:r>
        <w:t>फिर मौकदमे होते हैं. तो यह मौकदमा जो चलता रहा इतनी सी बात पर पच्चीस साल तक चलता रहा. बल्कि उसमें एक ज़मीदार जो थे उनको तो हम जानते हैं उनके घर मारा आना जाना था. तो उनके सारे ज़ेवर बहुत बहुत पैसे वाले थे वह. सारे ज़ेवर उनके इस चक्कर में बिग गए. यहां तक कि जब अगली generation उनकी आई, अब बाहर जाकर Europe countries में कमाया माया तब जाकर उनकी हालत बेहतर हुई.</w:t>
      </w:r>
    </w:p>
    <w:p>
      <w:r>
        <w:rPr>
          <w:b/>
        </w:rPr>
        <w:t xml:space="preserve">[11:35] </w:t>
      </w:r>
      <w:r>
        <w:t>to yeh dekhiye alfaaz tha. alfaaz ko bardasht kar lete hain. ab islam mein kitna zyada sabr bardasht ki kalqeen ki gayi hai. bilkul. sabr ka kitna zyada ajr bataya gaya hai. lekin nahi wahan asal cheez to honour hoti hai. Honour hurt ho gaya to ab woh bardasht kaise karein? to manfi amal ka jo hai woh manfi nateeja hota hai aur musbat amal ka musbat nateeja hota hai.</w:t>
      </w:r>
    </w:p>
    <w:p>
      <w:pPr>
        <w:jc w:val="right"/>
      </w:pPr>
      <w:r>
        <w:t>तो यह देखिए अल्फाज़ था. अल्फाज़ को बर्दाश्त कर लेते हैं. अब इस्लाम में कितना ज़्यादा सब्र बर्दाश्त की कल्किण की गई है. बिल्कुल. सब्र का कितना ज़्यादा अज्र बताया गया है. लेकिन नहीं वहां असल चीज़ तो आनार होती है. आनार hurt हो गया तो अब वह बर्दाश्त कैसे करें? तो मनफी अमल का जो है वह मनफी नतीजा होता है और मुस्बत अमल का मुस्बत नतीजा होता है.</w:t>
      </w:r>
    </w:p>
    <w:p>
      <w:r>
        <w:rPr>
          <w:b/>
        </w:rPr>
        <w:t xml:space="preserve">[12:02] </w:t>
      </w:r>
      <w:r>
        <w:t>to maulana bar bar yeh kehte hain ke dekhiye agar humein alfaaz hai to usko bardasht karein. jab tak koi humein physical harm na pahuncha raha ho tab hum sochenge ke is maamle ko kaise hal kiya jaye. alfaaz ko to sirf aap nazarandaaz karein, bas yahi uska hal hai. ji, bilkul. apa bahut relevant examples the.</w:t>
      </w:r>
    </w:p>
    <w:p>
      <w:pPr>
        <w:jc w:val="right"/>
      </w:pPr>
      <w:r>
        <w:t>तो मोराना बार बार यह कहते हैं कि देखिए अगर हमको अल्फाज़ है तो उसको बर्दाश्त करें. जब तक कोई हमें physical harm ना पहुंचा रहा हो तब हम सोचेंगे कि इस मामले को कैसे हल किया जाए. अल्फाज़ को तो सिर्फ आप नज़रअंदाज़ करें, बस यही उसका हल है. जी, बिल्कुल. आपा बहुत relevant examples थे.</w:t>
      </w:r>
    </w:p>
    <w:p>
      <w:r>
        <w:rPr>
          <w:b/>
        </w:rPr>
        <w:t xml:space="preserve">[12:26] </w:t>
      </w:r>
      <w:r>
        <w:t>in fact, apa surah shams bhi jab hum padhte hain, to usmein yeh ayat aati hai ke he who purifies it, will be successful and he who corrupts it, will fail. ab yahan par purification ke maayne yahi hain jo maulana ne samjhaye ke you free yourself from all negativity, all biases. ek example, apa aapne bhi kaafi baar class mein use kiya hai.</w:t>
      </w:r>
    </w:p>
    <w:p>
      <w:pPr>
        <w:jc w:val="right"/>
      </w:pPr>
      <w:r>
        <w:t>In fact, आपा सूर्या श्रम्स भी जब हम पढ़ते हैं, तो उसमें यह आयात आती है कि he who purifies it, will be successful and he who corrupts it, will fail. अब यहां पर purification के मायने यही हैं जो मुलाना ने समझाए कि you free yourself from all negativity, all biases. एक example, आपा आपने भी काफ़ी बार class में use किया है.</w:t>
      </w:r>
    </w:p>
    <w:p>
      <w:r>
        <w:rPr>
          <w:b/>
        </w:rPr>
        <w:t xml:space="preserve">[12:49] </w:t>
      </w:r>
      <w:r>
        <w:t>maulana sahab usko bahut drill karte the ke once a person goes to the prophet and he says, give me a master formula by way of which I can manage all the affairs of my life. so prophet said la taghzab, don't be angry. yeh kaafi repeat kiya hai maulana sahab ne yeh example. it basically means that you have to purify yourself from anger.</w:t>
      </w:r>
    </w:p>
    <w:p>
      <w:pPr>
        <w:jc w:val="right"/>
      </w:pPr>
      <w:r>
        <w:t>मुलाना साहब उसको बहुत drill करते थे कि once a person goes to the prophet and he says, give me a master formula by way of which I can manage all the affairs of my life. So prophet said लात अक़्ज़ब, don't be angry. यह काफ़ी repeat किया है मुलाना साहब ने यह example. It basically means that you have to purify yourself from anger.</w:t>
      </w:r>
    </w:p>
    <w:p>
      <w:r>
        <w:rPr>
          <w:b/>
        </w:rPr>
        <w:t xml:space="preserve">[13:10] </w:t>
      </w:r>
      <w:r>
        <w:t>don't let anger become part of your personality kyunke usi se negativity aati hai aur aap ek high thinker jo insaan hota hai wahi super achiever banta hai. to jaise aapne kaha ke revenge wali feeling insaan ke andar nahi aani chahiye, jab tak insaan ke andar woh negativity khatm na ho, he will not be able to achieve success in one's life. to yeh bahut, bahut hi important aspect hai apa, jaza kalla.</w:t>
      </w:r>
    </w:p>
    <w:p>
      <w:pPr>
        <w:jc w:val="right"/>
      </w:pPr>
      <w:r>
        <w:t>Don't let anger become part of your personality क्योंकि उसी से negativity आती है और आप एक high thinker जो इंसान होता है वही super achiever बनता है. तो जैसे आपने कहा कि revenge वाली feeling इंसान के अंदर नहीं आनी चाहिए, जब तक इंसान के अंदर वह negativity खत्म ना हो, he will not be able to achieve success in one's life. तो यह बहुत, बहुत ही important aspect है आपा, जज़ा कल्ला.</w:t>
      </w:r>
    </w:p>
    <w:p>
      <w:r>
        <w:rPr>
          <w:b/>
        </w:rPr>
        <w:t xml:space="preserve">[13:37] </w:t>
      </w:r>
      <w:r>
        <w:t>aapa ek, ek aur cheez hai jo kaafi matlab main kahunga ki har insaan ko trouble karti hai, imaginary danger.</w:t>
      </w:r>
    </w:p>
    <w:p>
      <w:pPr>
        <w:jc w:val="right"/>
      </w:pPr>
      <w:r>
        <w:t>आपा एक, एक और चीज़ है जो काफी मतलब मैं कहूंगा कि हर इंसान को trouble करती है, imaginary danger.</w:t>
      </w:r>
    </w:p>
    <w:p>
      <w:r>
        <w:rPr>
          <w:b/>
        </w:rPr>
        <w:t xml:space="preserve">[13:43] </w:t>
      </w:r>
      <w:r>
        <w:t>har insaan jo hai wo ek imaginary danger ko real danger samajh leta hai.</w:t>
      </w:r>
    </w:p>
    <w:p>
      <w:pPr>
        <w:jc w:val="right"/>
      </w:pPr>
      <w:r>
        <w:t>हर इंसान जो है वो एक imaginary danger को real danger समझ लेता है.</w:t>
      </w:r>
    </w:p>
    <w:p>
      <w:r>
        <w:rPr>
          <w:b/>
        </w:rPr>
        <w:t xml:space="preserve">[13:49] </w:t>
      </w:r>
      <w:r>
        <w:t>usko itna bada bana leta hai ki uske mind mein wo chha jaata hai.</w:t>
      </w:r>
    </w:p>
    <w:p>
      <w:pPr>
        <w:jc w:val="right"/>
      </w:pPr>
      <w:r>
        <w:t>उसको इतना बड़ा बना लेता है कि उसके mind में वो छा जाता है.</w:t>
      </w:r>
    </w:p>
    <w:p>
      <w:r>
        <w:rPr>
          <w:b/>
        </w:rPr>
        <w:t xml:space="preserve">[13:55] </w:t>
      </w:r>
      <w:r>
        <w:t>to how, how should we be able to differentiate between a real danger and an imaginary danger?</w:t>
      </w:r>
    </w:p>
    <w:p>
      <w:pPr>
        <w:jc w:val="right"/>
      </w:pPr>
      <w:r>
        <w:t>तो how, how should we be able to differentiate between a real danger and an imaginary danger?</w:t>
      </w:r>
    </w:p>
    <w:p>
      <w:r>
        <w:rPr>
          <w:b/>
        </w:rPr>
        <w:t xml:space="preserve">[14:01] </w:t>
      </w:r>
      <w:r>
        <w:t>iske baare mein bhi aap hum sabko bataein.</w:t>
      </w:r>
    </w:p>
    <w:p>
      <w:pPr>
        <w:jc w:val="right"/>
      </w:pPr>
      <w:r>
        <w:t>इसके बारे में भी आप हम सबको बताएं.</w:t>
      </w:r>
    </w:p>
    <w:p>
      <w:r>
        <w:rPr>
          <w:b/>
        </w:rPr>
        <w:t xml:space="preserve">[14:08] </w:t>
      </w:r>
      <w:r>
        <w:t>wohi hai ke humein apne mind ko develop karna padega. humare andar maturity nahi hoti. hum baat ko gehrai se samajh nahi paate. humne to dekha hai maulana ko. log itna bura bhala kehte the, article likhte the, kitaabein likhte the. unko jaise kuch bhi problem nahi hota tha. woh kitaab poori ki poori kitaab aati thi maulana ke kalaap. woh usko le kar apne almari mein laga lete the.</w:t>
      </w:r>
    </w:p>
    <w:p>
      <w:pPr>
        <w:jc w:val="right"/>
      </w:pPr>
      <w:r>
        <w:t>वही है कि हमें अपने mind को develop करना पड़ेगा. हमारे अंदर maturity नहीं होती. हम बात को गहराई से समझ नहीं पाते. हमने तो देखा है मालाना को. लोग इतना बुरा भला कहते थे, article लिखते थे, किताबें लिखते थे. उनको जैसे कुछ भी problem नहीं होता था. वह किताब पूरी की पूरी किताब आती थी मौराना के कलाप. वह उसको लेकर अपने अलमारी में लगा लेते थे.</w:t>
      </w:r>
    </w:p>
    <w:p>
      <w:r>
        <w:rPr>
          <w:b/>
        </w:rPr>
        <w:t xml:space="preserve">[14:37] </w:t>
      </w:r>
      <w:r>
        <w:t>main keh rahi thi iski kya zaroorat hai yahan lagane ki? to unko koi problem hi nahi thi. usko usko bhi laga lete the. to yahi hai ke woh itna zyada unhone apne mind ko develop kiya tha ke woh samajhte the isse inke paas koi daleel to hai nahi. jab daleel nahi hai to uska koi asar nahi hoga. ab ek kitaab ka agar asar nahi ho raha hai to humein usse pareshan hone ki kya zaroorat hai?</w:t>
      </w:r>
    </w:p>
    <w:p>
      <w:pPr>
        <w:jc w:val="right"/>
      </w:pPr>
      <w:r>
        <w:t>मैं कह रही थी इसकी क्या ज़रूरत है यहां लगाने की? तो उनको कोई problem ही नहीं थी. उसको उसको भी लगा लेते थे. तो यही है कि वह इतना ज़्यादा उन्होंने अपने mind को develop किया था कि वह समझते थे इससे इनके पास कोई दलील तो है नहीं. जब दलील नहीं है तो उसका कोई असर नहीं होगा. अब एक किताब का अगर असर नहीं हो रहा है तो हमें उससे परेशान होने की क्या ज़रूरत है?</w:t>
      </w:r>
    </w:p>
    <w:p>
      <w:r>
        <w:rPr>
          <w:b/>
        </w:rPr>
        <w:t xml:space="preserve">[15:05] </w:t>
      </w:r>
      <w:r>
        <w:t>to yeh hai ke real aur imaginary jo danger hai usmein humein fark karna chahiye. to usmein jo log kitaabein padhte hain maulana ke woh samajhte hain is baat ko. to maulana ne bahut saari misalein de dekar isko waade kiya hai. ek misaal unhone diya hai ke 19 century mein angrezon ne Iraq ko fataah kiya. to baghdad unnis sau satrah mein fataah hua.</w:t>
      </w:r>
    </w:p>
    <w:p>
      <w:pPr>
        <w:jc w:val="right"/>
      </w:pPr>
      <w:r>
        <w:t>तो यह है कि real और imaginary जो danger है उसमें हमें फ़र्क करना चाहिए. तो इसमें जो लोग किताबें पढ़ते हैं मौलाना कि वह समझते हैं इस बात को. तो मौलाना ने बहुत सारी मिसालें दे देकर इसको वादे किया है. एक मिसाल उन्होंने दिया है कि 19 century में अंग्रेज़ों ने Iraq को फताह किया. तो बगदाद उन्नीस सौ सत्रह में फताह हुआ.</w:t>
      </w:r>
    </w:p>
    <w:p>
      <w:r>
        <w:rPr>
          <w:b/>
        </w:rPr>
        <w:t xml:space="preserve">[15:33] </w:t>
      </w:r>
      <w:r>
        <w:t>to wahan par ek angrez councilor rehne laga. jaise yahan viceroy the to rehte the waise hi angrez councilor. to ek baar kya hua ke subah ke baad kyunke ab us waqt to bahut bahut masjidें rahi hongi. ab ki tarah to planned city hote nahi the. to jagah jagah masjid hoti thi. ab subah ke baad sannate mein jab azaan hui hogi to usko laga hoga yeh kaisi awaaz aa rahi hai?</w:t>
      </w:r>
    </w:p>
    <w:p>
      <w:pPr>
        <w:jc w:val="right"/>
      </w:pPr>
      <w:r>
        <w:t>तो वहां पर एक अंग्रेज़ councilor रहने लगा. जैसे यहां viceroy थे तो रहते थे वैसे ही अंग्रेज़ councilor. तो एक बार क्या हुआ कि सुबह के बाद क्योंकि अब उस वक्त तो बहुत बहुत मस्जिदें रही होंगी. अब की तरह तो planned city होते नहीं थे. तो जगह जगह मस्जिद होती थी. अब सुबह के बाद सन्नाटे में जब आज़ान हुई होगी तो उसको लगा होगा यह कैसी आवाज़ आ रही है?</w:t>
      </w:r>
    </w:p>
    <w:p>
      <w:r>
        <w:rPr>
          <w:b/>
        </w:rPr>
        <w:t xml:space="preserve">[16:01] </w:t>
      </w:r>
      <w:r>
        <w:t>to usne apne secretary se kaha ke kaisa shor macha rahe hain Iraqi? to secretary ne kaha ke yeh azaan de rahe hain. to inke mazhab mazhabi woh hai. namaz shuru karne se pehle azaan di jaati hai. to usne ek ek hi sawal pucha. kitna woh matlab uska mind kitna developed raha hoga? usne ek hi sawal pucha ke British empire ko isse koi khatra to nahi hai. ji.</w:t>
      </w:r>
    </w:p>
    <w:p>
      <w:pPr>
        <w:jc w:val="right"/>
      </w:pPr>
      <w:r>
        <w:t>तो उसने अपने secretary से कहा कि कैसा शोर मचा रहे हैं इराक़ी? तो segretary ने कहा कि यह अजान दे रहे हैं. तो इनके मज़हब मज़हबी वह है. नमाज़ शुरू करने से पहले अजान दी जाती है. तो उसने एक एक ही सवाल पुछा. कितना वह मतलब उसका mind कितना developed रहा होगा? उसने एक ही सवाल पुछा कि British empire को इससे कोई खतरा तो नहीं है. जी.</w:t>
      </w:r>
    </w:p>
    <w:p>
      <w:r>
        <w:rPr>
          <w:b/>
        </w:rPr>
        <w:t xml:space="preserve">[16:30] </w:t>
      </w:r>
      <w:r>
        <w:t>to security ne kaha, nahi isse koi khatra nahi hai. to phir usne kaha phir woh jo kar rahe hain karne do. to jo ikhtilafi mamlaat hote hain jahan differences aa jate hain usmein bas hamein yahi dekhna hai ki hakeek hi khatra to nahi hai. agar hakeek hi khatra hai to phir uske taadarukh ka hamein intzaam karna hi padega. hum yeh nahi karein violent ho jayen lekin jo bhi tareeqa hai usko khatm karne ka woh karna padega.</w:t>
      </w:r>
    </w:p>
    <w:p>
      <w:pPr>
        <w:jc w:val="right"/>
      </w:pPr>
      <w:r>
        <w:t>तो security ने कहा, नहीं इससे कोई खतरा नहीं है. तो फिर उसने कहा फिर वह जो कर रहे हैं करने दो. तो जो इख्तलाफी मामलात होते हैं जहां differences आ जाते हैं उसमें बस हमें यही देखना है कि हकीब ही खतरा तो नहीं है. अगर हकीब ही खतरा है तो फिर उसके तैदारुख का हमें इंतज़ाम करना ही पड़ेगा. हम यह नहीं करें violent हो जाएं लेकिन जो भी तरीका है उसको खत्म करने का वह करना पड़ेगा.</w:t>
      </w:r>
    </w:p>
    <w:p>
      <w:r>
        <w:rPr>
          <w:b/>
        </w:rPr>
        <w:t xml:space="preserve">[17:00] </w:t>
      </w:r>
      <w:r>
        <w:t>ek baar rasoolullah saslam ko ek aadmi bahut zyada kapdet likhta tha bahut hi abusive andaaz mein. to rasoolullah saslam ne kaha ki uski zabaan kaat do. to kai log samjhe ki zabaan kaatne ka physically keh rahe hain zabaan kaat do. literally matlab. haan, literally.</w:t>
      </w:r>
    </w:p>
    <w:p>
      <w:pPr>
        <w:jc w:val="right"/>
      </w:pPr>
      <w:r>
        <w:t>एक बार रसूल्लाह सस्लाम को एक आदमी बहुत ज़्यादा कपड़ेट लिखता था बहुत ही abusive अंदाज़ में. तो रसूल्लाह सस्लाम ने कहा कि उसकी ज़बान काट दो. तो कई लोग समझे कि ज़बान काटने का physically कह रहे हैं ज़बान काट दो. Literally मतलब. हां, literally.</w:t>
      </w:r>
    </w:p>
    <w:p>
      <w:r>
        <w:rPr>
          <w:b/>
        </w:rPr>
        <w:t xml:space="preserve">[17:20] </w:t>
      </w:r>
      <w:r>
        <w:t>to lekin jo zyada intelligent log the unhone samjha ki zabaan kaatne ka matlab woh mahavare ke andaaz mein bola jata tha ki usko kuch usko taaleef akaal ko keh rahe hain kuch de dilakar usko. ji. usko yeh band kara do yeh. to unhone usko diya bhaiya ab yaad nahi aa raha hai kya diya bhaiya oont dete the us zamane mein aur koi diya gaya.</w:t>
      </w:r>
    </w:p>
    <w:p>
      <w:pPr>
        <w:jc w:val="right"/>
      </w:pPr>
      <w:r>
        <w:t>तो लेकिन जो ज़्यादा intelligent लोग थे उन्होंने समझा कि ज़बान काटने का मतलब वह महावरे के अंदाज़ में बोला जाता था कि उसको कुछ उसको तालीफ अकाल को कह रहे हैं कुछ दे दिलाकर उसको. जी. उसको यह बंद करा दो यह. तो उन्होंने उसको दिया भैया अब याद नहीं आ रहा है क्या दिया भैया ऊंट देते थे उस ज़माने में और कोई दिया गया.</w:t>
      </w:r>
    </w:p>
    <w:p>
      <w:r>
        <w:rPr>
          <w:b/>
        </w:rPr>
        <w:t xml:space="preserve">[17:45] </w:t>
      </w:r>
      <w:r>
        <w:t>phir usne jo hai abusive language use karna band kar diya. to matlab yeh hai ki is tareeqe se us masle ko hal karna hai. har masle ka hal jo hai woh different hota hai. to usko sochna padta hai aur usko sochkar karna padta hai. to ab hamare yahan jaise sulogan ka masla tha. ab sulogan ka sirf itna sa masla baar baar baar likha ki sirf usko ignore karein.</w:t>
      </w:r>
    </w:p>
    <w:p>
      <w:pPr>
        <w:jc w:val="right"/>
      </w:pPr>
      <w:r>
        <w:t>फिर उसने जो है abusive language use करना बंद कर दिया. तो मतलब यह है कि इस तरीके से उस मसले को हल करना है. हर मसले का हल जो है वह different होता है. तो उसको सोचना पड़ता है और उसको सोचकर करना पड़ता है. तो अब हमारे यहां जैसे सुलोगन का मसला था. अब सुलोगन का सिर्फ इतना सा मसला बार बार बार लिखा कि सिर्फ उसको ignore करें.</w:t>
      </w:r>
    </w:p>
    <w:p>
      <w:r>
        <w:rPr>
          <w:b/>
        </w:rPr>
        <w:t xml:space="preserve">[18:13] </w:t>
      </w:r>
      <w:r>
        <w:t>thodi der mein woh ab juloos mein dekhiye har tarah ke log hote hain, har tarah ke sulohan karte hain, bolte hain to woh thodi der mein woh juloos pass ho jata hai baat khatm. agar aap usko roke aur usko usmein rukawat dalein aur usse ladai shuru kar dein to baat badhegi yahan tak ke fasad ho jayega.</w:t>
      </w:r>
    </w:p>
    <w:p>
      <w:pPr>
        <w:jc w:val="right"/>
      </w:pPr>
      <w:r>
        <w:t>थोड़ी देर में वह अब जुलूस में देखिए हर तरह के लोग होते हैं, हर तरह के सुलोहन करते हैं, बोलते हैं तो वह थोड़ी देर में वह जुलूस pass हो जाता है बात खत्म. अगर आप उसको रोके और उसको उसमें रुकावट डालें और उससे लड़ाई शुरू कर दें तो बात बढ़ेगी यहां तक के फंसाद हो जाएगा.</w:t>
      </w:r>
    </w:p>
    <w:p>
      <w:r>
        <w:rPr>
          <w:b/>
        </w:rPr>
        <w:t xml:space="preserve">[18:36] </w:t>
      </w:r>
      <w:r>
        <w:t>to is tareeqe se aap har masle ka ek alag hal hota hai aur jo wise insaan hota hai tagaddubkaar insaan hota hai wo usko samajhta hai. to hamein jo hai khayali baaton par aamili akhdaam nahi karna hai. practical step koi nahi uthana hai khayali baaton par.</w:t>
      </w:r>
    </w:p>
    <w:p>
      <w:pPr>
        <w:jc w:val="right"/>
      </w:pPr>
      <w:r>
        <w:t>तो इस तरीके से आप हर मसले का एक अलग हल होता है और जो wise इंसान होता है तगड़ब्कार इंसान होता है वो उसको समझता है. तो हमें जो है ख्याली बातों पर आमिली अखदाम नहीं करना है. Practical step कोई नहीं उठाना है ख्याली बातों पर.</w:t>
      </w:r>
    </w:p>
    <w:p>
      <w:r>
        <w:rPr>
          <w:b/>
        </w:rPr>
        <w:t xml:space="preserve">[18:56] </w:t>
      </w:r>
      <w:r>
        <w:t>to yahi danishmand aadmi ka kaam hai aur har dekhiye mashre mein kuch aise log hote hain jo unke zyada aqlu hoti hai, zyada samajh hoti hai to awam ko chahiye ki unke andar mein rahein, unki baaton ko maanein aur unke mashuron ko maanein. jaza kar lo aap. aap kuch comments padhna chahunga agla sawal lene se pehle. yeh comment bheja hai doctor aslam khan sahab ne saharanpur se.</w:t>
      </w:r>
    </w:p>
    <w:p>
      <w:pPr>
        <w:jc w:val="right"/>
      </w:pPr>
      <w:r>
        <w:t>तो यही दानिशबंद आदमी का काम है और हर देखिए माश्रे में कुछ ऐसे लोग होते हैं जो उनके ज़्यादा अक्लू होती है, ज़्यादा समझ होती है तो आवाम को चाहिए कि उनके अंदर में रहें, उनकी बातों को मानें और उनके मशहूरों को मानें. जज़ा कर लो आप. आप कुछ comments पढ़ना चाहूंगा अगला सवाल लेने से पहले. यह comment भेजा है doctor असलम खान साहब ने सहारनपुर से.</w:t>
      </w:r>
    </w:p>
    <w:p>
      <w:r>
        <w:rPr>
          <w:b/>
        </w:rPr>
        <w:t xml:space="preserve">[19:22] </w:t>
      </w:r>
      <w:r>
        <w:t>unhone likha hai absolute right thinking usi insaan ko hasil ho sakti hai jisko absolute truth mil gayi ho. miss reshma parvez ne ek kochi se likha hai, unhone court ka reference diya hai ibn al kaiyam ke hawale se ki wisdom is to do the correct thing in the correct manner at the correct time. miss farida kamran ne pakistan se likha hai jaza kalla, wise words, very inspiring and meaningful lecture.</w:t>
      </w:r>
    </w:p>
    <w:p>
      <w:pPr>
        <w:jc w:val="right"/>
      </w:pPr>
      <w:r>
        <w:t>उन्होंने लिखा है absolute right thinking उसी इंसान को हासिल हो सकती है जिसको absolute truth मिल गई हो. Miss रेशमा परवेज ने एक कोची से लिखा है, उन्होंने court का reference दिया है इब्न अल कैयम के हवाले से कि wisdom is to do the correct thing in the correct manner at the correct time. Miss फरीदा कामरान ने Pakistan से लिखा है जज़ा कल्ला, wise words, very inspiring and meaningful lecture.</w:t>
      </w:r>
    </w:p>
    <w:p>
      <w:r>
        <w:rPr>
          <w:b/>
        </w:rPr>
        <w:t xml:space="preserve">[19:52] </w:t>
      </w:r>
      <w:r>
        <w:t>positive thinking is a right kind of thinking and opens the door of success. apaan achha ek sawal mera yeh hai ki hamesha insaan ke saamne aisi situation aati hai jab situation unfavorable ho. to how can a person discover a favorable aspect from an unfavorable situation? iske baare mein bhi aap hum sabko bataein. ji.</w:t>
      </w:r>
    </w:p>
    <w:p>
      <w:pPr>
        <w:jc w:val="right"/>
      </w:pPr>
      <w:r>
        <w:t>Positive thinking is a right kind of thinking and opens the door of success. अपान अच्छा एक सवाल मेरा यह है कि हमेशा इंसान के सामने ऐसी situation आती है जब situation unfavorable हो. तो how can a person discover a favorable aspect from an unfavorable situation? इसके बारे में भी आप हम सबको बताएं. जी.</w:t>
      </w:r>
    </w:p>
    <w:p>
      <w:r>
        <w:rPr>
          <w:b/>
        </w:rPr>
        <w:t xml:space="preserve">[20:20] </w:t>
      </w:r>
      <w:r>
        <w:t>asal mein sabse pehle hamein yeh samajhna hoga ki is duniya mein hum akele nahi hain. beshumar insaan hain aur har insaan ka interest alag alag hai, to hum agar chahenge ki sirf hamari chale to phir kilash hoga. to woh asal mein woh kilash of interest hai jisko hum samajh samajhte nahi hain. uski misaal bahut achhi hai. sadak gaadiyan daud rahi hain.</w:t>
      </w:r>
    </w:p>
    <w:p>
      <w:pPr>
        <w:jc w:val="right"/>
      </w:pPr>
      <w:r>
        <w:t>असल में सबसे पहले हमें यह समझना होगा कि इस दुनिया में हम अकेले नहीं हैं. बेशुमार इंसान हैं और हर इंसान का interest अलग अलग है, तो हम अगर चाहेंगे कि सिर्फ हमारी चले तो फिर किलाश होगा. तो वह असल में वह किलाश of interest है जिसको हम समझ समझते नहीं हैं. उसकी मिसाल बहुत अच्छी है. सड़क गाड़ियां दौड़ रही हैं.</w:t>
      </w:r>
    </w:p>
    <w:p>
      <w:r>
        <w:rPr>
          <w:b/>
        </w:rPr>
        <w:t xml:space="preserve">[20:48] </w:t>
      </w:r>
      <w:r>
        <w:t>bahut sari gaadiyan daud rahi hain. ab bahut se log kya karte hain? zig zag andaaz mein. aage le hum chahte hain ki dauda ke hum apni gaadi aage nikal lein. isi mein accident ho jata hai. ji. to unko sochna chahiye ki bhayi doosre log bhi hain. doosre logon ka bhi utna hi haath hai jitna hamara haath hai. to is tareeqe se hamein baar baar ab adjust karna padta hai zindagi mein.</w:t>
      </w:r>
    </w:p>
    <w:p>
      <w:pPr>
        <w:jc w:val="right"/>
      </w:pPr>
      <w:r>
        <w:t>बहुत सारी गाड़ियां दौड़ रही हैं. अब बहुत से लोग क्या करते हैं? Zig zag अंदाज़ में. आगे ले हम चाहते हैं कि दौड़ा के हम अपनी गाड़ी आगे निकाल लें. इसी में accident हो जाता है. जी. तो उनको सोचना चाहिए कि भई दूसरे लोग भी हैं. दूसरे लोगों का भी उतना ही हाथ है जितना हमारा हाथ है. तो इस तरीके से हमें बार बार अब adjust करना पड़ता है ज़िंदगी में.</w:t>
      </w:r>
    </w:p>
    <w:p>
      <w:r>
        <w:rPr>
          <w:b/>
        </w:rPr>
        <w:t xml:space="preserve">[21:12] </w:t>
      </w:r>
      <w:r>
        <w:t>to yeh to ek misaal hai sadak par gaadi ki lekin zindagi mein bhi isi tareeqe se humko baar baar adjust karna padta hai. to jo log negative halaat mein positive jawab de sake positive response de sake to wahi duniya mein kaamyaab hote hain. to yeh baar baar sirf hamein apne dimagh ko kholne ki zarurat hai.</w:t>
      </w:r>
    </w:p>
    <w:p>
      <w:pPr>
        <w:jc w:val="right"/>
      </w:pPr>
      <w:r>
        <w:t>तो यह तो एक मिसाल है सड़क पर गाड़ी की लेकिन ज़िंदगी में भी इसी तरीके से हमको बार बार adjust करना पड़ता है. तो जो लोग negative हालात में positive जवाब दे सके positive response दे सके तो वही दुनिया में कामयाब होते हैं. तो यह बार बार सिर्फ हमें अपने दिमाग को खोलने की ज़रूरत है.</w:t>
      </w:r>
    </w:p>
    <w:p>
      <w:r>
        <w:rPr>
          <w:b/>
        </w:rPr>
        <w:t xml:space="preserve">[21:35] </w:t>
      </w:r>
      <w:r>
        <w:t>agar ek baar hamara dimagh khul gaya, hamara dimagh taiyar ho gaya baaton ko gehrai se samajhne ke liye to har baat hamein samajh mein khud ba khud aa jati hai. unka dimagh aisa nahi hai ki koi aadmi bewakoof paida hua hai. main nahi samajhti ki koi bewakoof paida hua hai balki woh apne dimagh istemal nahi karta. to is wajah se woh baaton ko samajh nahi pata hai.</w:t>
      </w:r>
    </w:p>
    <w:p>
      <w:pPr>
        <w:jc w:val="right"/>
      </w:pPr>
      <w:r>
        <w:t>अगर एक बार हमारा दिमाग खुल गया, हमारा दिमाग तैयार हो गया बातों को गहराई से समझने के लिए तो हर बात हमें समझ में खुद बखुद आ जाती है. उनका दिमाग ऐसा नहीं है कि कोई आदमी बेवकूफ पैदा हुआ है. मैं नहीं समझती कि कोई बेवकूफ पैदा हुआ है बल्कि वह अपने दिमाग इस्तेमाल नहीं करता. तो इस वजह से वह बातों को समझ नहीं पाता है.</w:t>
      </w:r>
    </w:p>
    <w:p>
      <w:r>
        <w:rPr>
          <w:b/>
        </w:rPr>
        <w:t xml:space="preserve">[22:00] </w:t>
      </w:r>
      <w:r>
        <w:t>to jis tareeqe kaise negative event ko positive event mein convert karein to uski ek bahut dilchasp misaal hai swami vivekanand ki. swami vivekanand jo hai woh unnees sau do mein unki wafat hui. ji. to ek baar unke ek christian dost ne unko bulaya. woh chahte the ki unka test karenge unke andar kitna woh hai baddasht hain.</w:t>
      </w:r>
    </w:p>
    <w:p>
      <w:pPr>
        <w:jc w:val="right"/>
      </w:pPr>
      <w:r>
        <w:t>तो जिस तरीके कैसे negative event को positive event में convert करें तो उसकी एक बहुत दिलचस्प मिसाल है स्वामी विवेकानंद की. स्वामी विवेकानंद जो है वह उन्नीस सौ दो में उनकी वफाट हुई. जी. तो एक बार उनके एक Christian दोस्त ने उनको बुलाया. वह चाहते थे कि उनका test करेंगे उनके अंदर कितना वह है बद्दाश्त हैं.</w:t>
      </w:r>
    </w:p>
    <w:p>
      <w:r>
        <w:rPr>
          <w:b/>
        </w:rPr>
        <w:t xml:space="preserve">[22:30] </w:t>
      </w:r>
      <w:r>
        <w:t>to unhone christian friend ne ek mesh par bahut sari dharmik kitabein rakh di. to neeche geeta rakh di aur upar bible rakh di. ab unhone socha ki woh dekhenge to unko achha nahi lagega. kuch to bolenge. jab us kamre mein usko le gaye unko. to unhone kaha is par, is par comment kijiye. to woh to bahut zyada intelligent the, bahut zyada highly educated the.</w:t>
      </w:r>
    </w:p>
    <w:p>
      <w:pPr>
        <w:jc w:val="right"/>
      </w:pPr>
      <w:r>
        <w:t>तो उन्होंने Christian friend ने एक मेश पर बहुत सारी धार्मिक किताबें रख दी. तो नीचे गीता रख दी और ऊपर bible रख दी. अब उन्होंने सोचा कि वह देखेंगे तो उनको अच्छा नहीं लगेगा. कुछ तो बोलेंगे. जब उस कमरे में उसको ले गए उनको. तो उन्होंने कहा इस पर, इस पर comment कीजिए. तो वह तो बहुत ज़्यादा intelligent थे, बहुत ज़्यादा highly educated थे.</w:t>
      </w:r>
    </w:p>
    <w:p>
      <w:r>
        <w:rPr>
          <w:b/>
        </w:rPr>
        <w:t xml:space="preserve">[22:59] </w:t>
      </w:r>
      <w:r>
        <w:t>to unhone usko dekha, garab hai unko kharab galat nahi laga woh. unhone usko fauran unka hadir jawabi kitni thi unki? fauran unhone is manfi negative waqe ko positive waqe matlab deal kar diya. unhone kaha the foundation is really good. to woh dono ko hansne lage baat khatm ho gayi. agar woh gussa hote to baat aage badhti.</w:t>
      </w:r>
    </w:p>
    <w:p>
      <w:pPr>
        <w:jc w:val="right"/>
      </w:pPr>
      <w:r>
        <w:t>तो उन्होंने उसको देखा, गराब है उनको खराब गलत नहीं लगा वह. उन्होंने उसको फ़ौरन उनका हादिर जवाबी कितनी थी उनकी? फ़ौरन उन्होंने इस मनफी negative वाके को positive वाके मतलब deal कर दिया. उन्होंने कहा the foundation is really good. तो वो दोनों को हंसने लगे बात खत्म हो गई. अगर वो गुस्सा होते तो बात आगे बढ़ती.</w:t>
      </w:r>
    </w:p>
    <w:p>
      <w:r>
        <w:rPr>
          <w:b/>
        </w:rPr>
        <w:t xml:space="preserve">[23:27] </w:t>
      </w:r>
      <w:r>
        <w:t>to iske liye yeh bhi zaruri hai ki hamare andar calm mind rahe. agar hum gussa ho gaye na to phir hamara mind work nahi karta hai. to jab hum gussa na honge na tabhi hamara mind work karega aur hum koi unfavorable situation ko favorable situation mein convert kar denge. to yahi asal ahmiyat jo hai woh positive thinking ki hai.</w:t>
      </w:r>
    </w:p>
    <w:p>
      <w:pPr>
        <w:jc w:val="right"/>
      </w:pPr>
      <w:r>
        <w:t>तो इसके लिए ये भी ज़रूरी है कि हमारे अंदर calm mind रहे. अगर हम गुस्सा हो गए ना तो फिर हमारा mind work नहीं करता है. तो जब हम गुस्सा ना होंगे ना तभी हमारा mind work करेगा और हम कोई unfavorable situation को favorable situation में convert कर देंगे. तो यही असल अहमियत जो है वह positive thinking की है.</w:t>
      </w:r>
    </w:p>
    <w:p>
      <w:r>
        <w:rPr>
          <w:b/>
        </w:rPr>
        <w:t xml:space="preserve">[23:51] </w:t>
      </w:r>
      <w:r>
        <w:t>jab hamare andar positive thinking paida ho jayegi na to phir hum baat baat mein baat baat mein irritate hi nahi honge. to agar aap zindagi mein kaamyaab hona chahte hain to aap apne andar sahi soch paida karein. sahi soch ka matlab hai positive thinking. bahut achha example aap aapne diya spiritual world se. ismein main bhi ek example dena chahunga scientific world se aur yeh example hai sir isaac newton ka.</w:t>
      </w:r>
    </w:p>
    <w:p>
      <w:pPr>
        <w:jc w:val="right"/>
      </w:pPr>
      <w:r>
        <w:t>जब हमारे अंदर positive thinking पैदा हो जाएगी ना तो फिर हम बात बात में बात बात में irritate ही नहीं होंगे. तो अगर आप ज़िंदगी में कामयाब होना चाहते हैं तो आप अपने अंदर सही सोच पैदा करें. सही सोच का मतलब है positive thinking. बहुत अच्छा example आप आपने दिया spiritual world से. इसमें मैं भी एक example देना चाहूंगा scientific world से और यह example है sir Isaac Newton का.</w:t>
      </w:r>
    </w:p>
    <w:p>
      <w:r>
        <w:rPr>
          <w:b/>
        </w:rPr>
        <w:t xml:space="preserve">[24:21] </w:t>
      </w:r>
      <w:r>
        <w:t>hum log sab newton ko jante hain as a british physicist and mathematician and we know him, the world knows him as a successful scientific person who discovered the laws of motion. but people do not know what went into the making of this great newton. in fact, agar aap unke childhood days ke baare mein padhe to it was not a very happy childhood as his biographer wrote.</w:t>
      </w:r>
    </w:p>
    <w:p>
      <w:pPr>
        <w:jc w:val="right"/>
      </w:pPr>
      <w:r>
        <w:t>हम लोग सब Newton को जानते हैं as a British physicist and mathematician and we know him, the world knows him as a successful scientific person who discovered the laws of motion. But people do not know what went into the making of this great Newton. In fact, अगर आप उनके childhood days के बारे में पढ़े तो it was not a very happy childhood as his biographer wrote.</w:t>
      </w:r>
    </w:p>
    <w:p>
      <w:r>
        <w:rPr>
          <w:b/>
        </w:rPr>
        <w:t xml:space="preserve">[24:48] </w:t>
      </w:r>
      <w:r>
        <w:t>newton just before three months of his birth, his father died and his mother remarried. so he was like an orphan and typically agar koi aisa orphan ki aap story sunenge to woh excuses dega ki i didn't have a happy childhood and that's why i did not succeed in life. but newton ke saath ekdam opposite hua.</w:t>
      </w:r>
    </w:p>
    <w:p>
      <w:pPr>
        <w:jc w:val="right"/>
      </w:pPr>
      <w:r>
        <w:t>Newton just before three months of his birth, his father died and his mother remarried. So he was like an orphan and typically अगर कोई ऐसा orphan की आप story सुनेंगे तो वह excuses देगा कि I didn't have a happy childhood and that's why I did not succeed in life. But newton के साथ एकदम opposite हुआ.</w:t>
      </w:r>
    </w:p>
    <w:p>
      <w:r>
        <w:rPr>
          <w:b/>
        </w:rPr>
        <w:t xml:space="preserve">[25:10] </w:t>
      </w:r>
      <w:r>
        <w:t>Newton began to spend solitary moments and people thought that he's become absent minded, he's a wool gatherer</w:t>
      </w:r>
    </w:p>
    <w:p>
      <w:pPr>
        <w:jc w:val="right"/>
      </w:pPr>
      <w:r>
        <w:t>Newton began to spend solitary moments and people thought that he's become absent minded, he's a wool gatherer</w:t>
      </w:r>
    </w:p>
    <w:p>
      <w:r>
        <w:rPr>
          <w:b/>
        </w:rPr>
        <w:t xml:space="preserve">[25:16] </w:t>
      </w:r>
      <w:r>
        <w:t>kyunki father nahin hai, mother ne dobara shaadi kar li hai.</w:t>
      </w:r>
    </w:p>
    <w:p>
      <w:pPr>
        <w:jc w:val="right"/>
      </w:pPr>
      <w:r>
        <w:t>क्योंकि father नहीं है, mother ने दोबारा शादी कर ली है.</w:t>
      </w:r>
    </w:p>
    <w:p>
      <w:r>
        <w:rPr>
          <w:b/>
        </w:rPr>
        <w:t xml:space="preserve">[25:22] </w:t>
      </w:r>
      <w:r>
        <w:t>But it so happened that Newton was converting his disadvantage into advantage.</w:t>
      </w:r>
    </w:p>
    <w:p>
      <w:pPr>
        <w:jc w:val="right"/>
      </w:pPr>
      <w:r>
        <w:t>But it so happened that Newton was converting his disadvantage into advantage.</w:t>
      </w:r>
    </w:p>
    <w:p>
      <w:r>
        <w:rPr>
          <w:b/>
        </w:rPr>
        <w:t xml:space="preserve">[25:28] </w:t>
      </w:r>
      <w:r>
        <w:t>He was intensifying his thinking capacity and as a result he became a great scientist.</w:t>
      </w:r>
    </w:p>
    <w:p>
      <w:pPr>
        <w:jc w:val="right"/>
      </w:pPr>
      <w:r>
        <w:t>He was intensifying his thinking capacity and as a result he became a great scientist.</w:t>
      </w:r>
    </w:p>
    <w:p>
      <w:r>
        <w:rPr>
          <w:b/>
        </w:rPr>
        <w:t xml:space="preserve">[25:34] </w:t>
      </w:r>
      <w:r>
        <w:t>He was able to, discover the laws of motion as I just mentioned.</w:t>
      </w:r>
    </w:p>
    <w:p>
      <w:pPr>
        <w:jc w:val="right"/>
      </w:pPr>
      <w:r>
        <w:t>He was able to, discover the laws of motion as I just mentioned.</w:t>
      </w:r>
    </w:p>
    <w:p>
      <w:r>
        <w:rPr>
          <w:b/>
        </w:rPr>
        <w:t xml:space="preserve">[25:41] </w:t>
      </w:r>
      <w:r>
        <w:t>to ek cheez jo demonstrate karti hai newton ki life se ki har insaan ke andar ek bahut hi unlimited potential hai and that unlimited potential can only be unfolded jaise farida aapne bataya through positive thinking. aapki ek journey hai. ab agar aap complaints mein rahenge, frustration mein rahenge, negative thinking mein rahenge, to aap usko aap apne potential ko unfold nahi kar payenge.</w:t>
      </w:r>
    </w:p>
    <w:p>
      <w:pPr>
        <w:jc w:val="right"/>
      </w:pPr>
      <w:r>
        <w:t>तो एक चीज़ जो demonstrate करती है newton की life से कि हर इंसान के अंदर एक बहुत ही unlimited potential है and that unlimited potential can only be unfolded जैसे फ़रीदा आपने बताया through positive thinking. आपकी एक journey है. अब अगर आप complaints में रहेंगे, frustration में रहेंगे, negative thinking में रहेंगे, तो आप उसको आप अपने potential को unfold नहीं कर पाएंगे.</w:t>
      </w:r>
    </w:p>
    <w:p>
      <w:r>
        <w:rPr>
          <w:b/>
        </w:rPr>
        <w:t xml:space="preserve">[26:07] </w:t>
      </w:r>
      <w:r>
        <w:t>to yeh bada achha aapka example newton ki early life samay milta hai ki kis tarah despite unfavorable situation he was able to become so hugely successful. aapka ek aur cheez isi ko aage badhate hue mera agla sawal bhi yahi hai ki aksar log binary thinking mein fans jate hain, black and white kind of a thinking.</w:t>
      </w:r>
    </w:p>
    <w:p>
      <w:pPr>
        <w:jc w:val="right"/>
      </w:pPr>
      <w:r>
        <w:t>तो यह बड़ा अच्छा आपका example newton की early life समय मिलता है कि किस तरह despite unfavorable situation he was able to become so hugely successful. आपका एक और चीज़ इसी को आगे बढ़ाते हुए मेरा अगला सवाल भी यही है कि अक्सर लोग binary thinking में फ़ंस जाते हैं, black and white kind of a thinking.</w:t>
      </w:r>
    </w:p>
    <w:p>
      <w:r>
        <w:rPr>
          <w:b/>
        </w:rPr>
        <w:t xml:space="preserve">[26:32] </w:t>
      </w:r>
      <w:r>
        <w:t>they do not pay attention to the nuances or the complexities or the spectrum of possibilities that a situation present. and log jo hain wo dichotomous thinking mein hamesha rehte hain. to aap yeh kya hai dichotomous thinking? aur kis tarah se hamein isko deal karna chahiye? iske baare mein bhi aap bataiye.</w:t>
      </w:r>
    </w:p>
    <w:p>
      <w:pPr>
        <w:jc w:val="right"/>
      </w:pPr>
      <w:r>
        <w:t>They do not pay attention to the nuances or the complexities or the spectrum of possibilities that a situation present. And लोग जो हैं वो dichotomous thinking में हमेशा रहते हैं. तो आप यह क्या है dichotomous thinking? और किस तरीके से हमें इसको deal करना चाहिए? इसके बारे में भी आप बताइए.</w:t>
      </w:r>
    </w:p>
    <w:p>
      <w:r>
        <w:rPr>
          <w:b/>
        </w:rPr>
        <w:t xml:space="preserve">[26:57] </w:t>
      </w:r>
      <w:r>
        <w:t>dichotomous thinking ko do kismi soch bhi kehte hain aur sanai pardefikr bhi kehte hain. wahi cheezon ko black and white mein dekhna. to unko lagta hai woh matlab beach ke grey areas hote hain woh usko nahi samajh paate hain. bas koi cheez yeh achhi hai ya buri hai. koi aadmi achha hai ya bura hai. uske andar ek bura aadmi bhi jo hota hai uske andar bhi bahut sari achhi qualities ho sakti hain.</w:t>
      </w:r>
    </w:p>
    <w:p>
      <w:pPr>
        <w:jc w:val="right"/>
      </w:pPr>
      <w:r>
        <w:t>Dichotomous thinking को दो किस्मी सोच भी कहते हैं और सानाई पर्देफिक्र भी कहते हैं. वही चीज़ों को black and white में देखना. तो उनको लगता है वह मतलब beach के जो grey areas होते हैं वह उसको नहीं समझ पाते हैं. बस कोई चीज़ यह अच्छी है या बुरी है. कोई आदमी अच्छा है या बुरा है. उसके अंदर एक बुरा आदमी भी जो होता है उसके अंदर भी बहुत सारी अच्छी qualities हो सकती हैं.</w:t>
      </w:r>
    </w:p>
    <w:p>
      <w:r>
        <w:rPr>
          <w:b/>
        </w:rPr>
        <w:t xml:space="preserve">[27:26] </w:t>
      </w:r>
      <w:r>
        <w:t>aur jo achha aadmi hota hai uske andar bhi bahut sari baaten unfavorable ho sakti hain. Lekin nahi woh ya to kisi ki bahut zyada tareef karte hain ya bahut zyada burai karte hain aise log jo hote hain. To ab koi baat unfavorable hogi to woh samajhte hain bas lad jao. Beach ka kuch solution aur bhi hai woh soch nahi paate hain.</w:t>
      </w:r>
    </w:p>
    <w:p>
      <w:pPr>
        <w:jc w:val="right"/>
      </w:pPr>
      <w:r>
        <w:t>और जो अच्छा आदमी होता है उसके अंदर भी बहुत सारी बातें unfavorable हो सकती हैं. लेकिन नहीं वह या तो किसी की बहुत ज़्यादा तारीफ करते हैं या बहुत ज़्यादा बुराई करते हैं ऐसे लोग जो होते हैं. तो अब कोई बात unfavorable होगी तो वह समझते हैं बस लड़ जाओ. Beach का कुछ solution और भी है वह सोच नहीं पाते हैं.</w:t>
      </w:r>
    </w:p>
    <w:p>
      <w:r>
        <w:rPr>
          <w:b/>
        </w:rPr>
        <w:t xml:space="preserve">[27:53] </w:t>
      </w:r>
      <w:r>
        <w:t>To yeh cheez jo hai jisko usko saint aur sinner ki term mein bhi istemal kiya jata hai. Asal mein kya hai ki dekhiye insaan jo hai woh by birth perfectionist hai. To woh samajhta hai ki hamein cheez ko bilkul ideal shakal mein milna chahiye. Ab jaise hai ki hamein poora insaaf milna chahiye.</w:t>
      </w:r>
    </w:p>
    <w:p>
      <w:pPr>
        <w:jc w:val="right"/>
      </w:pPr>
      <w:r>
        <w:t>तो यह चीज़ जो है जिसको उसको saint और sinner की term में भी इस्तेमाल किया जाता है. असल में क्या है कि देखिए इंसान जो है वह by birth perfectionist है. तो वह समझता है कि हमें चीज़ को बिल्कुल ideal शक्ल में मिलना चाहिए. अब जैसे है कि हमें पूरा इंसाफ मिलना चाहिए.</w:t>
      </w:r>
    </w:p>
    <w:p>
      <w:r>
        <w:rPr>
          <w:b/>
        </w:rPr>
        <w:t xml:space="preserve">[28:18] </w:t>
      </w:r>
      <w:r>
        <w:t>to yeh cheezen jo hain agar woh samajhta hai insaaf nahin mila to bilkul kuch bhi nahin mila.</w:t>
      </w:r>
    </w:p>
    <w:p>
      <w:pPr>
        <w:jc w:val="right"/>
      </w:pPr>
      <w:r>
        <w:t>तो यह चीज़ें जो हैं अगर वह समझता है इंसाफ नहीं मिला तो बिल्कुल कुछ भी नहीं मिला.</w:t>
      </w:r>
    </w:p>
    <w:p>
      <w:r>
        <w:rPr>
          <w:b/>
        </w:rPr>
        <w:t xml:space="preserve">[28:23] </w:t>
      </w:r>
      <w:r>
        <w:t>to agar thoda usko wait nahin karte kabhi kabhi aisa hota hai ki thoda wait karne par har</w:t>
      </w:r>
    </w:p>
    <w:p>
      <w:pPr>
        <w:jc w:val="right"/>
      </w:pPr>
      <w:r>
        <w:t>तो अगर थोड़ा उसको wait नहीं करते कभी कभी ऐसा होता है कि थोड़ा wait करने पर हर</w:t>
      </w:r>
    </w:p>
    <w:p>
      <w:r>
        <w:rPr>
          <w:b/>
        </w:rPr>
        <w:t xml:space="preserve">[28:28] </w:t>
      </w:r>
      <w:r>
        <w:t>cheez milti hai.</w:t>
      </w:r>
    </w:p>
    <w:p>
      <w:pPr>
        <w:jc w:val="right"/>
      </w:pPr>
      <w:r>
        <w:t>चीज़ मिलती है.</w:t>
      </w:r>
    </w:p>
    <w:p>
      <w:r>
        <w:rPr>
          <w:b/>
        </w:rPr>
        <w:t xml:space="preserve">[28:33] </w:t>
      </w:r>
      <w:r>
        <w:t>lekin yeh duniya choonki woh bahut saari baaton ko samajhna padta hai.</w:t>
      </w:r>
    </w:p>
    <w:p>
      <w:pPr>
        <w:jc w:val="right"/>
      </w:pPr>
      <w:r>
        <w:t>लेकिन यह दुनिया चूँकि वह बहुत सारी बातों को समझना पड़ता है.</w:t>
      </w:r>
    </w:p>
    <w:p>
      <w:r>
        <w:rPr>
          <w:b/>
        </w:rPr>
        <w:t xml:space="preserve">[28:38] </w:t>
      </w:r>
      <w:r>
        <w:t>yeh duniya test paper hai to fauran ke fauran hamein sab cheezen nahin milti.</w:t>
      </w:r>
    </w:p>
    <w:p>
      <w:pPr>
        <w:jc w:val="right"/>
      </w:pPr>
      <w:r>
        <w:t>यह दुनिया test paper है तो फ़ौरन के फ़ौरन हमें सब चीज़ें नहीं मिलती.</w:t>
      </w:r>
    </w:p>
    <w:p>
      <w:r>
        <w:rPr>
          <w:b/>
        </w:rPr>
        <w:t xml:space="preserve">[28:43] </w:t>
      </w:r>
      <w:r>
        <w:t>kyunki woh test ke marhale se guzar kar hamein milti hai.</w:t>
      </w:r>
    </w:p>
    <w:p>
      <w:pPr>
        <w:jc w:val="right"/>
      </w:pPr>
      <w:r>
        <w:t>क्योंकि वह test के मरहले से गुज़र कर हमें मिलती है.</w:t>
      </w:r>
    </w:p>
    <w:p>
      <w:r>
        <w:rPr>
          <w:b/>
        </w:rPr>
        <w:t xml:space="preserve">[28:49] </w:t>
      </w:r>
      <w:r>
        <w:t>To is wajah se usme time lagta hai. Ab jaise misal ke taur par kai logon ko aap sunte hain ki uska number kam aaya hai ya fail ho gaya bachcha to khudkhushi kar leta hai. Woh yeh nahi soch pata ki aaenda aur mehnat karke aur achhe number hasil kar sakta hai. Kitne kitne hamare samne balki ek hamare rishtedari the. Dasvi mein woh fail ho gaye.</w:t>
      </w:r>
    </w:p>
    <w:p>
      <w:pPr>
        <w:jc w:val="right"/>
      </w:pPr>
      <w:r>
        <w:t>तो इस वजह से उसमें time लगता है. अब जैसे मिसाल के तौर पर कई लोगों को आप सुनते हैं कि उसका number कम आया है या fail हो गया बच्चा तो खुदखुशी कर लेता है. वह यह नहीं सोच पाता कि आऐंडा और मेहनत करके और अच्छे number हासिल कर सकता है. कितने कितने हमारे सामने बल्कि एक हमारे रिश्तेदारी थे. दसवीं में वह fail हो गए.</w:t>
      </w:r>
    </w:p>
    <w:p>
      <w:r>
        <w:rPr>
          <w:b/>
        </w:rPr>
        <w:t xml:space="preserve">[29:16] </w:t>
      </w:r>
      <w:r>
        <w:t>To phir unhone kho mehnat ki, kho mehnat ki. Woh tap kiya unhone poore board mein tap kar liya. To yeh sab bachchon ko na guidance dena chahiye. Ki zaroori nahi hai ki pehli attempt mein insaan ko sab kuch mil jaye. Middle ground bhi hota hai. To teesri mumkin surat bhi hoti hai. To hamein usko hum usko nazarandaaz kar dete hain.</w:t>
      </w:r>
    </w:p>
    <w:p>
      <w:pPr>
        <w:jc w:val="right"/>
      </w:pPr>
      <w:r>
        <w:t>तो फिर उन्होंने खो मेहनत की, खो मेहनत की. वह tap किया उन्होंने पूरे board में tap कर लिया. तो यह सब बच्चों को ना guidance देना चाहिए. कि ज़रूरी नहीं है कि पहली attempt में इंसान को सब कुछ मिल जाए. Middle ground भी होता है. तो तीसरी मुमकिन सूरत भी होती है. तो हमें उसको हम उसको नज़रअंदाज़ कर देते हैं.</w:t>
      </w:r>
    </w:p>
    <w:p>
      <w:r>
        <w:rPr>
          <w:b/>
        </w:rPr>
        <w:t xml:space="preserve">[29:42] </w:t>
      </w:r>
      <w:r>
        <w:t>Hum yeh nahi sochte ki hamare paas dekhiye agar hum kisi se naraz ho gaye. Kisi ne hamein kuch hamare khilaf kuch kar diya hai to hum usko sabak sikhane mein lagenge. To hamara hi time barbaad hoga. To hamare paas limited time hai. Kuch aise usool hai ki agar un usoolon ko insaan pakad le to hamesha woh kamyab hoga. Matlab hamare paas ekdam limited time hai. Hamare resources limited hai.</w:t>
      </w:r>
    </w:p>
    <w:p>
      <w:pPr>
        <w:jc w:val="right"/>
      </w:pPr>
      <w:r>
        <w:t>हम यह नहीं सोचते कि हमारे पास देखिए अगर हम किसी से नाराज़ हो गए. किसी ने हमें कुछ हमारे खिलाफ कुछ कर दिया है तो हम उसको सबक सिखाने में लगेंगे. तो हमारा ही time बर्बाद होगा. तो हमारे पास limited time है. कुछ ऐसे उसूल है कि अगर उन उसूलों को इंसान पकड़ ले तो हमेशा वो कामयाब होगा. मतलब हमारे पास एकदम limited time है. हमारे resources limited है.</w:t>
      </w:r>
    </w:p>
    <w:p>
      <w:r>
        <w:rPr>
          <w:b/>
        </w:rPr>
        <w:t xml:space="preserve">[30:10] </w:t>
      </w:r>
      <w:r>
        <w:t>To hamare paas sabak sikhane ka time kahan hai? Agar ladenge to hamara sirf time barbaad hoga. Ab dekhiye duniya mein to har waqt nakhush gawari tajar bhi unpleasant experiences har waqt hote hain. To hum sabr kar sakte hain, bardasht kar sakte hain ya koi doosre tarike se usko samjha sakte hain jisme ladai jhagda yeh sab shamil na ho inka kaam, yeh sab shamil na ho.</w:t>
      </w:r>
    </w:p>
    <w:p>
      <w:pPr>
        <w:jc w:val="right"/>
      </w:pPr>
      <w:r>
        <w:t>तो हमारे पास सबक सिखाने का time कहां है? अगर लड़ेंगे तो हमारा सिर्फ time बर्बाद होगा. अब देखिए दुनिया में तो हर वक्त नाखुश गवार तज़र भी unpleasant experiences हर वक्त होते हैं. तो हम सब्र कर सकते हैं, बर्दाश्त कर सकते हैं या कोई दूसरे तरीके से उसको समझा सकते हैं जिसमें लड़ाई झगड़ा यह सब शामिल ना हो इनका काम, यह सब शामिल ना हो.</w:t>
      </w:r>
    </w:p>
    <w:p>
      <w:r>
        <w:rPr>
          <w:b/>
        </w:rPr>
        <w:t xml:space="preserve">[30:38] </w:t>
      </w:r>
      <w:r>
        <w:t>Uska hum jaise kisi ne hamare sath bura kiya to hum uske sath achha karein. Woh khud ba khud woh badal jayega woh insaan. To yeh hai ek badi dilchasp kissa bhi yaad aata hai ki ek molvi sahab the. Shayad Meerut ke the woh. To Meerut ke molvi sahab the woh train mein safar kar rahe the.</w:t>
      </w:r>
    </w:p>
    <w:p>
      <w:pPr>
        <w:jc w:val="right"/>
      </w:pPr>
      <w:r>
        <w:t>उसको हम जैसे किसी ने हमारे साथ बुरा किया तो हम उसके साथ अच्छा करें. वह खुद ब खुद वह बदल जाएगा वह इंसान. तो यह है एक बड़ी दिलचस्प किस्सा भी याद आता है कि एक मोलवी साहब थे. शायद मीरठ के थे वह. तो मीरठ के मोलवी साहब थे वह train में सफर कर रहे थे.</w:t>
      </w:r>
    </w:p>
    <w:p>
      <w:r>
        <w:rPr>
          <w:b/>
        </w:rPr>
        <w:t xml:space="preserve">[31:04] </w:t>
      </w:r>
      <w:r>
        <w:t>to wahan par thodi door unko safar karna tha.</w:t>
      </w:r>
    </w:p>
    <w:p>
      <w:pPr>
        <w:jc w:val="right"/>
      </w:pPr>
      <w:r>
        <w:t>तो वहां पर थोड़ी दूर उनको सफर करना था.</w:t>
      </w:r>
    </w:p>
    <w:p>
      <w:r>
        <w:rPr>
          <w:b/>
        </w:rPr>
        <w:t xml:space="preserve">[31:10] </w:t>
      </w:r>
      <w:r>
        <w:t>to woh seat vagairah nahin thi seat safar kar rahe the.</w:t>
      </w:r>
    </w:p>
    <w:p>
      <w:pPr>
        <w:jc w:val="right"/>
      </w:pPr>
      <w:r>
        <w:t>तो वह seat वगैरह नहीं थी seat सफर कर रहे थे.</w:t>
      </w:r>
    </w:p>
    <w:p>
      <w:r>
        <w:rPr>
          <w:b/>
        </w:rPr>
        <w:t xml:space="preserve">[31:16] </w:t>
      </w:r>
      <w:r>
        <w:t>to ek ek aurat baithi hui thi.</w:t>
      </w:r>
    </w:p>
    <w:p>
      <w:pPr>
        <w:jc w:val="right"/>
      </w:pPr>
      <w:r>
        <w:t>तो एक एक औरत बैठी हुई थी.</w:t>
      </w:r>
    </w:p>
    <w:p>
      <w:r>
        <w:rPr>
          <w:b/>
        </w:rPr>
        <w:t xml:space="preserve">[31:23] </w:t>
      </w:r>
      <w:r>
        <w:t>to woh aurat jo hai apne kisi kaam se hati to woh sab saaman uman seat par phailaakar</w:t>
      </w:r>
    </w:p>
    <w:p>
      <w:pPr>
        <w:jc w:val="right"/>
      </w:pPr>
      <w:r>
        <w:t>तो वह औरत जो है अपने किसी काम से हटी तो वह सब सामान उमान seat पर फैलाकर</w:t>
      </w:r>
    </w:p>
    <w:p>
      <w:r>
        <w:rPr>
          <w:b/>
        </w:rPr>
        <w:t xml:space="preserve">[31:29] </w:t>
      </w:r>
      <w:r>
        <w:t>baithi hui thi.</w:t>
      </w:r>
    </w:p>
    <w:p>
      <w:pPr>
        <w:jc w:val="right"/>
      </w:pPr>
      <w:r>
        <w:t>बैठी हुई थी.</w:t>
      </w:r>
    </w:p>
    <w:p>
      <w:r>
        <w:rPr>
          <w:b/>
        </w:rPr>
        <w:t xml:space="preserve">[31:35] </w:t>
      </w:r>
      <w:r>
        <w:t>unhonne saaman ko apne ek taraf karke baith gaye.</w:t>
      </w:r>
    </w:p>
    <w:p>
      <w:pPr>
        <w:jc w:val="right"/>
      </w:pPr>
      <w:r>
        <w:t>उन्होंने सामान को अपने एक तरफ करके बैठ गए.</w:t>
      </w:r>
    </w:p>
    <w:p>
      <w:r>
        <w:rPr>
          <w:b/>
        </w:rPr>
        <w:t xml:space="preserve">[31:42] </w:t>
      </w:r>
      <w:r>
        <w:t>Jab woh dekha gaya to kuch bol hi nahi rahe hain, bol hi nahi rahe hain. To phir usne bahut pucha ki aapko jana kahan hai? To unhone kaha Meerut jana hai. To unhone kaha ek Meerut mein ek molumi sahab hai. Meri maa unse taweez leti thi. To molu sahib ko unhone naam bataya naam main bhool rahi hoon. To aap unko jante hain? To inhone kaha ki haan woh abhi safar mein hai.</w:t>
      </w:r>
    </w:p>
    <w:p>
      <w:pPr>
        <w:jc w:val="right"/>
      </w:pPr>
      <w:r>
        <w:t>जब वह देखा गया तो कुछ बोल ही नहीं रहे हैं, बोल ही नहीं रहे हैं. तो फिर उसने बहुत पुछा कि आपको जाना कहां है? तो उन्होंने कहा मीरठ जाना है. तो उन्होंने कहा एक मीरठ में एक मोलूमी साहब है. मेरी मां उनसे तावेज़ लेती थी. तो मोलू साहब को उन्होंने नाम बताया नाम मैं भूल रही हूं. तो आप उनको जानते हैं? तो इन्होंने कहा कि हां वह अभी सफर में है.</w:t>
      </w:r>
    </w:p>
    <w:p>
      <w:r>
        <w:rPr>
          <w:b/>
        </w:rPr>
        <w:t xml:space="preserve">[32:10] </w:t>
      </w:r>
      <w:r>
        <w:t>To usne kaha ki aapko kaise maloom ki abhi safar mein hai? Tab unhone bataya ki haan woh main hi hoon. Ab woh ekdam se unse maafi mangne laga aur unko jagah wala bana ke unko bithaya. Agar woh usi waqt jawab dene lagte, gussa hone lagte ki maine zara saman hi to hataya hai. Tumko kyun itna gussa ho rahi ho? To woh baat bigadti. To har mauke par ek naya solution darkar hota hai.</w:t>
      </w:r>
    </w:p>
    <w:p>
      <w:pPr>
        <w:jc w:val="right"/>
      </w:pPr>
      <w:r>
        <w:t>तो उसने कहा कि आपको कैसे मालूम कि अभी सफर में है? तब उन्होंने बताया कि हां वो मैं ही हूं. अब वो एकदम से उनसे माफी मांगने लगा और उनको जगह वाला बना के उनको बिठाया. अगर वह उसी वक्त जवाब देने लगते, गुस्सा होने लगते कि मैंने ज़रा सामान ही तो हटाया है. तुमको क्यों इतना गुस्सा हो रही हो? तो वह बात बिगड़ती. तो हर मौके पर एक नया solution दर्कार होता है.</w:t>
      </w:r>
    </w:p>
    <w:p>
      <w:r>
        <w:rPr>
          <w:b/>
        </w:rPr>
        <w:t xml:space="preserve">[32:38] </w:t>
      </w:r>
      <w:r>
        <w:t>To woh usi waqt ka waqt hamein sochna padta hai. To agar hum overreaction na karein aur positive thinking ke sath sochein to hamara mind jo hai itna zyada usmein potential hai ki usko baat samajh mein aai jati hai ki is waqt hum kya karein? Ji, aap aur in fact I think ek Quran ka bhi jab hum Quran padhte hain to is par bhi hamein is subject par guidance milti hai. Many a times verses are revealed but it has a general application.</w:t>
      </w:r>
    </w:p>
    <w:p>
      <w:pPr>
        <w:jc w:val="right"/>
      </w:pPr>
      <w:r>
        <w:t>तो वह उसी वक्त का वक्त हमें सोचना पड़ता है. तो अगर हम overreaction ना करें और positive thinking के साथ सोचें तो हमारा mind जो है इतना ज़्यादा उसमें potential है कि उसको बात समझ में आई जाती है कि इस वक्त हम क्या करें? जी, आप और in fact I think एक कुरान का भी जब हम कुरान पढ़ते हैं तो इस पर भी हमें इस subject पर guidance मिलती है. Many a times verses are revealed but it has a general application.</w:t>
      </w:r>
    </w:p>
    <w:p>
      <w:r>
        <w:rPr>
          <w:b/>
        </w:rPr>
        <w:t xml:space="preserve">[33:07] </w:t>
      </w:r>
      <w:r>
        <w:t>To surya alfurqan mein jaise hai ki the true servants of the merciful are those who are neither extravagant and are not niggard. To which means that what Quran is suggesting is ki ek middle path hai ki aap zyada extravagant bhi nahi hain, aap zyada niggard bhi nahi hain. Which means that this is how the pattern of behavior should be in all spheres of your life.</w:t>
      </w:r>
    </w:p>
    <w:p>
      <w:pPr>
        <w:jc w:val="right"/>
      </w:pPr>
      <w:r>
        <w:t>तो सुर्या अल्फ़ुर्कान में जैसे है कि the true servants of the merciful are those who are neither extravagant and are not niggard. तो which means that what कुरान is suggesting is कि एक middle path है कि आप ज़्यादा extravagant भी नहीं हैं, आप ज़्यादा niggard भी नहीं हैं. Which means that this is how the pattern of behavior should be in all spheres of your life.</w:t>
      </w:r>
    </w:p>
    <w:p>
      <w:r>
        <w:rPr>
          <w:b/>
        </w:rPr>
        <w:t xml:space="preserve">[33:33] </w:t>
      </w:r>
      <w:r>
        <w:t>To jaise aapne kaha ki middle path ka matlab yeh bhi hai ki aap non emotional response dein, which is a well considered response to a situation aur yeh bahut ek important learning hai jo hamein apni life mein adopt karni chahiye. Aap hum isi ko aage badhate hue ek sawal phir yeh bhi aata hai ki aapne jaise kaha ki dichot plus thinking kis tarah se sahi nahi hai.</w:t>
      </w:r>
    </w:p>
    <w:p>
      <w:pPr>
        <w:jc w:val="right"/>
      </w:pPr>
      <w:r>
        <w:t>तो जैसे आपने कहा कि middle path का मतलब यह भी है कि आप non emotional response दें, which is a well considered response to a situation और यह बहुत एक important learning है जो हमें अपनी life में adopt करनी चाहिए. आप हम इसी को आगे बढ़ाते हुए एक सवाल फिर यह भी आता है कि आपने जैसे कहा कि dichot plus thinking किस तरह से सही नहीं है.</w:t>
      </w:r>
    </w:p>
    <w:p>
      <w:r>
        <w:rPr>
          <w:b/>
        </w:rPr>
        <w:t xml:space="preserve">[34:01] </w:t>
      </w:r>
      <w:r>
        <w:t>To aap balanced way of thinking jaise insaan ko apne andar inculcate karni chahiye, woh kaise aa sakti hai? What is balanced way of thinking? Uske bare mein bhi aap bataein. Uska to yahi talluq hai ki hum apne mind ko develop karein ki agar overreact na karein kyunke hum phone overreact karte hain. Koi bhi Maulana, koi bhi baat ho rahi thi to usko bahut hi khamwoosh ho jate the aur sochna shuru karte rehte hain.</w:t>
      </w:r>
    </w:p>
    <w:p>
      <w:pPr>
        <w:jc w:val="right"/>
      </w:pPr>
      <w:r>
        <w:t>तो आप balanced way of thinking जैसे इंसान को अपने अंदर inculcate करनी चाहिए, वह कैसे आ सकती है? What is balanced way of thinking? उसके बारे में भी आप बताएं. उसका तो यही ताल्लुक है कि हम अपने mind को develop करें कि अगर overreact ना करें क्योंकि हम phone overreact करते हैं. कोई भी मौलाना, कोई भी बात हो रही थी तो उसको बहुत ही खामवोश हो जाते थे और सोचना शुरू करते रहते हैं.</w:t>
      </w:r>
    </w:p>
    <w:p>
      <w:r>
        <w:rPr>
          <w:b/>
        </w:rPr>
        <w:t xml:space="preserve">[34:31] </w:t>
      </w:r>
      <w:r>
        <w:t>Jab aadmi sochega na to khud ba khud usko koi na koi aisa positive solution nazar aa jayega. Samajh mein aa jayega. To yeh hai uska tareeqa aur hamein kafi study karna chahiye. Study karna chahiye aur logon se milna chahiye open minded tareeqe se. Kyunke doosron se humko bahut kuch learning hoti hai.</w:t>
      </w:r>
    </w:p>
    <w:p>
      <w:pPr>
        <w:jc w:val="right"/>
      </w:pPr>
      <w:r>
        <w:t>जब आदमी सोचेगा ना तो खुद बखुद उसको कोई ना कोई ऐसा positive solution नज़र आ जाएगा. समझ में आ जाएगा. तो यह है उसका तरीका और हमें काफी study करना चाहिए. Study करना चाहिए और लोगों से मिलना चाहिए open minded तरीके से. क्योंकि दूसरों से हमको बहुत कुछ learning होती है.</w:t>
      </w:r>
    </w:p>
    <w:p>
      <w:r>
        <w:rPr>
          <w:b/>
        </w:rPr>
        <w:t xml:space="preserve">[34:54] </w:t>
      </w:r>
      <w:r>
        <w:t>to agar hum yeh sochein ki humko kuch learning lena hai to bahut saare logon ke paas unke</w:t>
      </w:r>
    </w:p>
    <w:p>
      <w:pPr>
        <w:jc w:val="right"/>
      </w:pPr>
      <w:r>
        <w:t>तो अगर हम यह सोचें कि हमको कुछ learning लेना है तो बहुत सारे लोगों के पास उनके</w:t>
      </w:r>
    </w:p>
    <w:p>
      <w:r>
        <w:rPr>
          <w:b/>
        </w:rPr>
        <w:t xml:space="preserve">[34:58] </w:t>
      </w:r>
      <w:r>
        <w:t>apne experiences hote hain.</w:t>
      </w:r>
    </w:p>
    <w:p>
      <w:pPr>
        <w:jc w:val="right"/>
      </w:pPr>
      <w:r>
        <w:t>अपने experiences होते हैं.</w:t>
      </w:r>
    </w:p>
    <w:p>
      <w:r>
        <w:rPr>
          <w:b/>
        </w:rPr>
        <w:t xml:space="preserve">[35:02] </w:t>
      </w:r>
      <w:r>
        <w:t>un experiences se hamein learning ho sakti hai.</w:t>
      </w:r>
    </w:p>
    <w:p>
      <w:pPr>
        <w:jc w:val="right"/>
      </w:pPr>
      <w:r>
        <w:t>उन experiences से हमें learning हो सकती है.</w:t>
      </w:r>
    </w:p>
    <w:p>
      <w:r>
        <w:rPr>
          <w:b/>
        </w:rPr>
        <w:t xml:space="preserve">[35:07] </w:t>
      </w:r>
      <w:r>
        <w:t>to is tarike se hamein mustaqil apne apne mind ko develop karte rehna hai.</w:t>
      </w:r>
    </w:p>
    <w:p>
      <w:pPr>
        <w:jc w:val="right"/>
      </w:pPr>
      <w:r>
        <w:t>तो इस तरीके से हमें मुस्तकिल अपने अपने mind को develop करते रहना है.</w:t>
      </w:r>
    </w:p>
    <w:p>
      <w:r>
        <w:rPr>
          <w:b/>
        </w:rPr>
        <w:t xml:space="preserve">[35:11] </w:t>
      </w:r>
      <w:r>
        <w:t>to haan hum log to itna zyada study nahi karte.</w:t>
      </w:r>
    </w:p>
    <w:p>
      <w:pPr>
        <w:jc w:val="right"/>
      </w:pPr>
      <w:r>
        <w:t>तो हां हम लोग तो इतना ज़्यादा study नहीं करते.</w:t>
      </w:r>
    </w:p>
    <w:p>
      <w:r>
        <w:rPr>
          <w:b/>
        </w:rPr>
        <w:t xml:space="preserve">[35:16] </w:t>
      </w:r>
      <w:r>
        <w:t>jaise doosre qaumein hain hum bohat zyada padhti hain.</w:t>
      </w:r>
    </w:p>
    <w:p>
      <w:pPr>
        <w:jc w:val="right"/>
      </w:pPr>
      <w:r>
        <w:t>जैसे दूसरे कौमें हैं हम बहुत ज़्यादा पढ़ती हैं.</w:t>
      </w:r>
    </w:p>
    <w:p>
      <w:r>
        <w:rPr>
          <w:b/>
        </w:rPr>
        <w:t xml:space="preserve">[35:20] </w:t>
      </w:r>
      <w:r>
        <w:t>to padhte padhne se bhi unka mind develop hota hai.</w:t>
      </w:r>
    </w:p>
    <w:p>
      <w:pPr>
        <w:jc w:val="right"/>
      </w:pPr>
      <w:r>
        <w:t>तो पढ़ते पढ़ने से भी उनका mind develop होता है.</w:t>
      </w:r>
    </w:p>
    <w:p>
      <w:r>
        <w:rPr>
          <w:b/>
        </w:rPr>
        <w:t xml:space="preserve">[35:25] </w:t>
      </w:r>
      <w:r>
        <w:t>To ab jaise Japan hai wahan par education ki bahut zyada ahmiyat unko wahan di jati hai. To Japan mein pehle yeh log bahut violence mein believe karte the. To bahut jang mein shamil ho jate the har jang mein. To jab world war hui thi to usmein poore tareeqe se yeh log shamil the.</w:t>
      </w:r>
    </w:p>
    <w:p>
      <w:pPr>
        <w:jc w:val="right"/>
      </w:pPr>
      <w:r>
        <w:t>तो अब जैसे Japan है वहां पर education की बहुत ज़्यादा अहमियत उनको वहां दी जाती है. तो Japan में पहले यह लोग बहुत violence में believe करते थे. तो बहुत जंग में शामिल हो जाते थे हर जंग में. तो जब world war हुई थी तो उसमें पूरे तरीके से यह लोग शामिल थे.</w:t>
      </w:r>
    </w:p>
    <w:p>
      <w:r>
        <w:rPr>
          <w:b/>
        </w:rPr>
        <w:t xml:space="preserve">[35:46] </w:t>
      </w:r>
      <w:r>
        <w:t>To woh usmein inhone us jang ke dauran inhone America mein jo pearl harbor mein apne bahri beede the wahan rakhe hue the. To inhone us jang mein usko sab bahri beedon ko khatam kar diya inke andar suicide bombing bhi karte the. To is tareeqe se unhone woh bahri beedon par bomb gira gira ke sab khatam kar diya. Ab woh kisi tareeqe se woh manne ko tayyar hi nahi the jang rokne ko.</w:t>
      </w:r>
    </w:p>
    <w:p>
      <w:pPr>
        <w:jc w:val="right"/>
      </w:pPr>
      <w:r>
        <w:t>तो वह उसमें इन्होंने उस जंग के दौरान इन्होंने अमरीका में जो pearl harbor में अपने बहरी बेड़े थे वहां रखे हुए थे. तो इन्होंने उस जंग में उसको सब बहरी बेड़ों को खत्म कर दिया इनके अंदर suicide bombing भी करते थे. तो इस तरीके से उन्होंने वह बहरी बेड़ों पर बम गिरा गिरा के सब खत्म कर दिया. अब वह किसी तरीके से वह मानने को तैयार ही नहीं थे जंग रोकने को.</w:t>
      </w:r>
    </w:p>
    <w:p>
      <w:r>
        <w:rPr>
          <w:b/>
        </w:rPr>
        <w:t xml:space="preserve">[36:15] </w:t>
      </w:r>
      <w:r>
        <w:t>To America ne unko pehle se bata diya tha ki hum agar woh jang nahi rokhenge to hum bombari kar denge. To unnis sau paintalis mein America ne inke do shahar Hiroshima aur Nagasaki par ko atom bomb daal ke khatam kar diya. Ab do shanyati shahar unke tabah ho gaye. Aam Japani to bahut gusse mein tha. Lekin unke leaders dekhiye leaders par depend karta hai.</w:t>
      </w:r>
    </w:p>
    <w:p>
      <w:pPr>
        <w:jc w:val="right"/>
      </w:pPr>
      <w:r>
        <w:t>तो अमरीका ने उनको पहले से बता दिया था कि हम अगर वह जंग नहीं रोकेंगे तो हम बमबारी कर देंगे. तो उन्नीस सौ पैंतालीस में अमरीका ने इनके दो शहर हिरोशिमा और नागाशाकी पर को एटम बम डाल के खत्म कर दिया. अब दो शान्यती शहर उनके तबाह हो गए. आम जापानी तो बहुत गुस्से में था. लेकिन उनके leaders देखिए leaders पर depend करता है.</w:t>
      </w:r>
    </w:p>
    <w:p>
      <w:r>
        <w:rPr>
          <w:b/>
        </w:rPr>
        <w:t xml:space="preserve">[36:43] </w:t>
      </w:r>
      <w:r>
        <w:t>Ab aam to itna develop apne mind ko kar hi nahi sakte hain. Lekin leaders unke bahut zyada mature the. Unhone bahut zyada positive thinking ka saboot diya. To unhone kaha ki humne bhi to yeh balance kiya unhone. Ki humne bhi to unnis sau iktalish mein unke bahri markaz pearl harbor ko tabah kiya tha. To is tareeqe se dono ka mamla barabar sarabar ho gaya.</w:t>
      </w:r>
    </w:p>
    <w:p>
      <w:pPr>
        <w:jc w:val="right"/>
      </w:pPr>
      <w:r>
        <w:t>अब आम तो इतना develop अपने mind को कर ही नहीं सकते हैं. लेकिन leaders उनके बहुत ज़्यादा mature थे. उन्होंने बहुत ज़्यादा positive thinking का सबूत दिया. तो उन्होंने कहा कि हमने भी तो यह balance किया उन्होंने. कि हमने भी तो उन्नीस सौ इकतालीस में उनके बहरी मरकस परल harbor को तबाह किया था. तो इस तरीके से दोनों का मामला बराबर सराबर हो गया.</w:t>
      </w:r>
    </w:p>
    <w:p>
      <w:r>
        <w:rPr>
          <w:b/>
        </w:rPr>
        <w:t xml:space="preserve">[37:10] </w:t>
      </w:r>
      <w:r>
        <w:t>To us waqt Japan ka jo ruler tha hero hitto ne takreer ki radio par aakar ke Japan ki dobara tarakke ke liye we have to bear the unbearable. We have to suffer the unsufferable. To ab jab wahan par unke dekhe ruler ki unhone baat mani aur woh Japan ki nai taameeron tarakke mein lag gaye.</w:t>
      </w:r>
    </w:p>
    <w:p>
      <w:pPr>
        <w:jc w:val="right"/>
      </w:pPr>
      <w:r>
        <w:t>तो उस वक्त Japan का जो ruler था hero hitto उसने तकरीर की radio पर आकर के Japan की दोबारा तरक्के के लिए we have to bear the unbearable. We have to suffer the unsufferable. तो अब जब वहां पर उनके देखे ruler की उन्होंने बात मानी और वो Japan की नई तामीरों तरक्के में लग गए.</w:t>
      </w:r>
    </w:p>
    <w:p>
      <w:r>
        <w:rPr>
          <w:b/>
        </w:rPr>
        <w:t xml:space="preserve">[37:36] </w:t>
      </w:r>
      <w:r>
        <w:t>To yahan tak ki Japan jo hai sabse zyada Japan ne jo zor diya woh education par diya. To education ke baad unke baad industry jo hai woh itna zyada industrial industry mein itni zyada tarakki thi ki Japan ek industrial super power ban gaya. Chalis saal ke andar andar. Ab Musalman leaders ko dekhiye aap lade ja rahe hain lade ja rahe hain.</w:t>
      </w:r>
    </w:p>
    <w:p>
      <w:pPr>
        <w:jc w:val="right"/>
      </w:pPr>
      <w:r>
        <w:t>तो यहां तक की Japan जो है सबसे ज़्यादा Japan ने जो ज़ोर दिया वो education पर दिया. तो education के बाद उनके बाद industry जो है वो इतना ज़्यादा industrial industry में इतनी ज़्यादा तरक्की थी कि Japan एक industrial super power वन गया. चालीस साल के अंदर अंदर. अब मुसलमान leaders को देखिए आप लड़े जा रहे हैं लड़े जा रहे हैं.</w:t>
      </w:r>
    </w:p>
    <w:p>
      <w:r>
        <w:rPr>
          <w:b/>
        </w:rPr>
        <w:t xml:space="preserve">[38:03] </w:t>
      </w:r>
      <w:r>
        <w:t>Woh sochte hi nahi ki violence kuch nahi milna hai. Sabak nahi lete dekhiye. Har kisi se bhi hamein sabak lena chahiye. Chahe woh individual ho, chahe woh calm ho. To yeh sabak jo mara na nikal nikal ke hum logon ko batate the. To uske bawajood logon ne sabak nahi liya. To bas log jo hai bas doosron ko blame dete rehte hain.</w:t>
      </w:r>
    </w:p>
    <w:p>
      <w:pPr>
        <w:jc w:val="right"/>
      </w:pPr>
      <w:r>
        <w:t>वह सोचते ही नहीं कि violence कुछ नहीं मिलना है. सबक नहीं लेते देखिए. हर किसी से भी हमको सबक लेना चाहिए. चाहे वह individual हो, चाहे वह calm हो. तो यह सबक जो मारा ना निकाल निकाल के हम लोगों को बताते थे. तो उसके बावजूद लोगों ने सबक नहीं लिया. तो बस लोग जो है बस दूसरों को blame देते रहते हैं.</w:t>
      </w:r>
    </w:p>
    <w:p>
      <w:r>
        <w:rPr>
          <w:b/>
        </w:rPr>
        <w:t xml:space="preserve">[38:27] </w:t>
      </w:r>
      <w:r>
        <w:t>Aur usse koi sabak nahi lete ki jab ek cheez result oriented nahi hai to usko karne mein kya milega? Ab jaise Falasteen ko dekhiye. Pata nahi sattar saal se jang kar rahe hain. Kuch nahi mila? Siway barbadi tabahi ke? To yeh hai ki rethinking karna agar unko shuru mein unhone jang ki bhi to kam se kam jab jang se kuch nahi mila to unhone rethinking karna chahiye tha.</w:t>
      </w:r>
    </w:p>
    <w:p>
      <w:pPr>
        <w:jc w:val="right"/>
      </w:pPr>
      <w:r>
        <w:t>और उससे कोई सबक नहीं लेते कि जब एक चीज़ result oriented नहीं है तो उसको करने में क्या मिलेगा? अब जैसे फलस्तीम को देखिए. पता नहीं सत्तर साल से जंग कर रहे हैं. कुछ नहीं मिला? सिवाय बर्बादी तबाही के? तो यह है कि rethinking करना अगर उनको शुरू में उन्होंने जंग की भी तो कम से कम जब जंग से कुछ नहीं मिला तो उन्होंने rethinking करना चाहिए था.</w:t>
      </w:r>
    </w:p>
    <w:p>
      <w:r>
        <w:rPr>
          <w:b/>
        </w:rPr>
        <w:t xml:space="preserve">[38:56] </w:t>
      </w:r>
      <w:r>
        <w:t>kyunke jab imbalanced way of thinking jab hoga to woh tabahi milegi. uska aur koi jo hai tareeqa nahi hai. To balanced way of thinking jab tarrqey ki taraf jaata hai aur imbalanced way of thinking tabahi ki taraf. In fact, aap jab sahaba ki zindagi mein bhi jhaankte hain to hum yahi paate hain ke unka bilkul yahi ek approach thi.</w:t>
      </w:r>
    </w:p>
    <w:p>
      <w:pPr>
        <w:jc w:val="right"/>
      </w:pPr>
      <w:r>
        <w:t>क्योंकि जब imbalanced way of thinking जब होगा तो वह तबाही मिलेगी. उसका और कोई जो है तरीका नहीं है. तो balanced way of thinking जब तरक्के की तरफ जाता है और imbalanced way of thinking तबाही की तरफ. In fact, आपा जब साहबा की ज़िंदगी में भी झांकते हैं तो हम यही पाते हैं कि उनका बिल्कुल यही एक approach थी.</w:t>
      </w:r>
    </w:p>
    <w:p>
      <w:r>
        <w:rPr>
          <w:b/>
        </w:rPr>
        <w:t xml:space="preserve">[39:20] </w:t>
      </w:r>
      <w:r>
        <w:t>ek aap rivayat hai jo syed bin musayib se hai ke unhone kaha ke jab bhi hazrat umar aur hazrat usman ka difference of opinion hota tha, to woh is qadar dispute karke baat karte the ke onlookers would say that now they will never mutually reconcile.</w:t>
      </w:r>
    </w:p>
    <w:p>
      <w:pPr>
        <w:jc w:val="right"/>
      </w:pPr>
      <w:r>
        <w:t>एक आपा रिवायत है जो सय्यद बिन मुसायब से है कि उन्होंने कहा कि जब भी हज़रत उमर और हज़रत उस्मान का difference of opinion होता था, तो वह इस कदत dispute करके बात करते थे कि onlookers would say that now they will never mutually reconcile.</w:t>
      </w:r>
    </w:p>
    <w:p>
      <w:r>
        <w:rPr>
          <w:b/>
        </w:rPr>
        <w:t xml:space="preserve">[39:39] </w:t>
      </w:r>
      <w:r>
        <w:t>But the best part was that when they would part their ways, they would part on on being unanimous, on the best and the most right thing. matlab aapka jo seekh milti hai ke humein offend nahi hona hai, humein non emotional response nahi dena hai aur merit ko jo hai hamesha aage rakhna hai. To even they would have difference of opinion jaise hum logon ka hota hai sahaba mein bhi hota tha.</w:t>
      </w:r>
    </w:p>
    <w:p>
      <w:pPr>
        <w:jc w:val="right"/>
      </w:pPr>
      <w:r>
        <w:t>But the best part was that when they would part their ways, they would part on on being unanimous, on the best and the most right thing. मतलब आपका जो सीख मिलती है कि हमें offend नहीं होना है, हमें non emotional response नहीं देना है और merit को जो है हमेशा आगे रखना है. तो even they would have difference of opinion जैसे हम लोगों का होता है साबा में भी होता था.</w:t>
      </w:r>
    </w:p>
    <w:p>
      <w:r>
        <w:rPr>
          <w:b/>
        </w:rPr>
        <w:t xml:space="preserve">[40:06] </w:t>
      </w:r>
      <w:r>
        <w:t>lekin they would be unanimous before parting their ways on the most best and the right thing. To yeh bahut achhi misaal humein unki zindagi se milti hai. Ab main kuch comments padhna chahunga agal agla sawal lene se pehle. Yeh comment bheja hai Maulana Iqbal Umri ne unhone likha hai Mashallah aap alfaaz ko bardasht karna hai, istehaal karne walon ko bardasht karein.</w:t>
      </w:r>
    </w:p>
    <w:p>
      <w:pPr>
        <w:jc w:val="right"/>
      </w:pPr>
      <w:r>
        <w:t>लेकिन they would be unanimous before parting their ways on the most best and the right thing. तो यह बहुत अच्छी मिसाल हमें उनकी ज़िंदगी से मिलती है. अब मैं कुछ comments पढ़ना चाहूंगा अगल अगला सवाल लेने से पहले. यह comment भेजा है मुलाना इकबाल उम्री ने उन्होंने लिखा है माशालाह आपा अल्फास को बर्दाश्त करना है, इस्तेहाल करने वालों को बर्दाश्त करें.</w:t>
      </w:r>
    </w:p>
    <w:p>
      <w:r>
        <w:rPr>
          <w:b/>
        </w:rPr>
        <w:t xml:space="preserve">[40:33] </w:t>
      </w:r>
      <w:r>
        <w:t>koi bhi physical aur harmful bane to humein nateeje ko aage rakhkar sochna chahiye aur faisla karna chahiye. Jaza kalla, jaza kallapa. Doctor Asam Khan sahab ne Saharanpur se likha hai. Doctor Fareeda most people are unable to understand absolute truth or reality in depth. They always remain entangled in non rational thinking and negative things.</w:t>
      </w:r>
    </w:p>
    <w:p>
      <w:pPr>
        <w:jc w:val="right"/>
      </w:pPr>
      <w:r>
        <w:t>कोई भी physical और harmful बने तो हमें नतीजे को आगे रखकर सोचना चाहिए और फ़ैसला करना चाहिए. जज़ा कल्ला, जज़ा कल्लापा. Doctor असम खान साहब ने सहारनपुर से लिखा है. Doctor फरीदा most people are unable to understand absolute truth or reality in depth. They always remain entangled in non rational thinking and negative things.</w:t>
      </w:r>
    </w:p>
    <w:p>
      <w:r>
        <w:rPr>
          <w:b/>
        </w:rPr>
        <w:t xml:space="preserve">[41:03] </w:t>
      </w:r>
      <w:r>
        <w:t>Mohammad Irfan Nashidi sahab ne Nagpur se likha hai very educative session it helps me to overcome some negativity, jaza kalla. Mohammad Asif Khan sahab ne Kanpur se likha hai right thinking Allah ki madad se milti hai aur Allah ki madad dua se haasil hoti hai. Allah ki marfat ke baad insaan ke andar saari bhalai paida hoti hai.</w:t>
      </w:r>
    </w:p>
    <w:p>
      <w:pPr>
        <w:jc w:val="right"/>
      </w:pPr>
      <w:r>
        <w:t>मोहम्मद इरफान नशिदी साहब ने नागपुर से लिखा है very educative session it helps me to overcome some negativity, जज़ा कल्ला. मोहम्मद आसिफ खान साहब ने कानपुर से लिखा है right thinking अल्लाह की मदद से मिलती है और अल्लाह की मदद दुआ से हासिल होती है. अल्लाह की मार्फ़त के बाद इंसान के अंदर सारी भलाई पैदा होती है.</w:t>
      </w:r>
    </w:p>
    <w:p>
      <w:r>
        <w:rPr>
          <w:b/>
        </w:rPr>
        <w:t xml:space="preserve">[41:30] </w:t>
      </w:r>
      <w:r>
        <w:t>aap ek bahut hi important aspect hai, samajhne wala point hai. Maulana ne kaafi likha hai iske bare mein baat kari hai ke humein hamesha we have to learn to differentiate between a lesser evil and a greater evil. Aksar log jo hain result ko nahi dekhte hain aur woh hamesha nakaam hi paate hain kyunke is difference ko nahi jaante woh.</w:t>
      </w:r>
    </w:p>
    <w:p>
      <w:pPr>
        <w:jc w:val="right"/>
      </w:pPr>
      <w:r>
        <w:t>आप एक बहुत ही important aspect है, समझने वाला point है. मुलाना ने काफी लिखा है इसके बारे में बात करी है कि हमें हमेशा we have to learn to differentiate between a lesser evil and a greater evil. अक्सर लोग जो हैं result को नहीं देखते हैं और वो हमेशा नाकाम ही पाते हैं क्योंकि इस difference को नहीं जानते वो.</w:t>
      </w:r>
    </w:p>
    <w:p>
      <w:r>
        <w:rPr>
          <w:b/>
        </w:rPr>
        <w:t xml:space="preserve">[41:56] </w:t>
      </w:r>
      <w:r>
        <w:t>To aap main chahunga ke iske bare mein aap is isko thoda wazeh karein. Difference between lesser evil and greater evil kyunke bahut important subject hai yeh. Bahut important hai kisi ko farq na samajhne ki wajah se saare problem paida hote hain. Asal mein iski jad gayi hai ke man is born an idealist. Ab uski samajh mein nahi aata. Woh har cheez mein best chahta hai.</w:t>
      </w:r>
    </w:p>
    <w:p>
      <w:pPr>
        <w:jc w:val="right"/>
      </w:pPr>
      <w:r>
        <w:t>तो आप मैं चाहूंगा कि इसके बारे में आप इस इसको थोड़ा वाज़े करें. Difference between lesser evil and greater evil क्योंकि बहुत important subject है यह. बहुत important है किसी को फ़र्क़ ना समझने की वजह से सारे problem पैदा होते हैं. असल में इसकी जड़ गई है कि man is born an idealist. अब उसकी समझ में नहीं आता. वह हर चीज़ में best चाहता है.</w:t>
      </w:r>
    </w:p>
    <w:p>
      <w:r>
        <w:rPr>
          <w:b/>
        </w:rPr>
        <w:t xml:space="preserve">[42:22] </w:t>
      </w:r>
      <w:r>
        <w:t>To agar use kam mil raha hai to woh kaise usko accept karein? To usko samajhna padega ke yeh paradise nahi hai. Yeh duniya hai. Yahan sabke saath zindagi guzarni hai. Adjust karna hai. To yahan par mukhtalif wajuhaat se clash of interest hota hai. To sirf adjustment hi the only possible way jo hai adjustment hi hai.</w:t>
      </w:r>
    </w:p>
    <w:p>
      <w:pPr>
        <w:jc w:val="right"/>
      </w:pPr>
      <w:r>
        <w:t>तो अगर उसे कम मिल रहा है तो वह कैसे उसको accept करें? तो उसको समझना पड़ेगा कि यह paradise नहीं है. यह दुनिया है. यहां सबके साथ ज़िंदगी गुज़ारनी है. Adjust करना है. तो यहां पर मुफ्तलीफ वजुहाद से कलाश of interest होता है. तो सिर्फ adjustment ही the only possible way जो है adjustment ही है.</w:t>
      </w:r>
    </w:p>
    <w:p>
      <w:r>
        <w:rPr>
          <w:b/>
        </w:rPr>
        <w:t xml:space="preserve">[42:48] </w:t>
      </w:r>
      <w:r>
        <w:t>Yahan par mujhe ek yaad aata hai shayad Kabir ka dhua hai. Chot sahe jo shabd ki vaay guru maidas. To yahi alfaaz it hote hain. Koi fauran maarpeetai thodi shuru ho jaati hai. Alfaaz koi aisa bol deta hai jo humein pasand nahi aata to hum gussa ho jaate hain. To usko samajhna hai ke yeh duniya mein duniya mein ideal humein milega nahi.</w:t>
      </w:r>
    </w:p>
    <w:p>
      <w:pPr>
        <w:jc w:val="right"/>
      </w:pPr>
      <w:r>
        <w:t>यहां पर मुझे एक याद आता है शायद कबीर का धुआ है. चोट सहे जो शब्द की वाय गुरु मैदास. तो यही अल्फाज़ित होते हैं. कोई फ़ौरन मारपिटाई थोड़ी शुरू हो जाती है. अल्फाज़ कोई ऐसा बोल देता है जो हमें पसंद नहीं आता तो हम गुस्सा हो जाते हैं. तो उसको समझना है कि यह दुनिया में दुनिया में ideal हमें मिलेगा नहीं.</w:t>
      </w:r>
    </w:p>
    <w:p>
      <w:r>
        <w:rPr>
          <w:b/>
        </w:rPr>
        <w:t xml:space="preserve">[43:15] </w:t>
      </w:r>
      <w:r>
        <w:t>Jo mil raha hai bas usi se kaam chalana hai aur ideal ke liye intezaar karna hai aakhirat ka. To is duniya mein jo choice hai hamare liye woh khair aur sharr ke darmiyan nahi balki lesser evil aur greater evil ke darmiyan hai. Jisko hum keh sakte hain badi burai aur chhoti burai.</w:t>
      </w:r>
    </w:p>
    <w:p>
      <w:pPr>
        <w:jc w:val="right"/>
      </w:pPr>
      <w:r>
        <w:t>जो मिल रहा है बस उसी से काम चलाना है और ideal के लिए इंतज़ार करना है आखिरत का. तो इस दुनिया में जो choice है हमारे लिए वह खैर और शर्र के दरमियान नहीं बल्कि lesser evil और greater evil के दरमियान है. जिसको हम कह सकते हैं बड़ी बुराई और छोटी बुराई.</w:t>
      </w:r>
    </w:p>
    <w:p>
      <w:r>
        <w:rPr>
          <w:b/>
        </w:rPr>
        <w:t xml:space="preserve">[43:37] </w:t>
      </w:r>
      <w:r>
        <w:t>Aur Hady Tumhar ne ek baar farmaya tha ke danishmand woh nahi jo sar ke muqable mein khair ko jaane balki danishmand woh hai jo do sar mein se yeh jaane ke behtar sar kaun hai? Lesser evil kaun hai? To isi ko Maulana ne kaha hai lesser evil aur greater evil. Asal mein yeh samajhna padega ke koi bhi mamla ho to us mamle mein do party hoti hai.</w:t>
      </w:r>
    </w:p>
    <w:p>
      <w:pPr>
        <w:jc w:val="right"/>
      </w:pPr>
      <w:r>
        <w:t>और हद्य तुम्हार ने एक बार फरमाया था कि दानिश्मन वह नहीं जो सर के मुकाबले में खैर को जाने बल्कि दानिश्मन वह है जो दो सर में से यह जाने कि बेहतर सर कौन है? Lesser evil कौन है? तो इसी को मालाना ने कहा है lesser evil और greater evil. असल में यह समझना पड़ेगा कि कोई भी मामला हो तो उस मामले में दो party होती है.</w:t>
      </w:r>
    </w:p>
    <w:p>
      <w:r>
        <w:rPr>
          <w:b/>
        </w:rPr>
        <w:t xml:space="preserve">[44:04] </w:t>
      </w:r>
      <w:r>
        <w:t>Agar hum chahenge ke har baar bas apni marzi ke mutabiq hum wahan mein solution mile to yeh to possible nahi hai aur jo hai jab tak ke doosri party bhi razaman na ho jaye tab tak mamla jo hal nahi ho sakta hai. To bilkul yahi jo aaj Palestine aur Israel mein ho raha hai ke Palestine wale Arab chahte hain ke hamari marzi ke mutabiq woh ho, shool ho.</w:t>
      </w:r>
    </w:p>
    <w:p>
      <w:pPr>
        <w:jc w:val="right"/>
      </w:pPr>
      <w:r>
        <w:t>अगर हम चाहेंगे कि हर बार बस अपनी मर्ज़ी के मुताबिक हम वहां में solution मिले तो यह तो possible नहीं है और जो है जब तक कि दूसरी party भी रज़ामान ना हो जाए तब तक मामला जो हल नहीं हो सकता है. तो बिल्कुल यही जो आज फ़लस्तीन और Israel में हो रहा है कि फ़लस्तीन वाले अरब चाहते हैं कि हमारी मर्ज़ी के मुताबिक वह हो, शूल हो.</w:t>
      </w:r>
    </w:p>
    <w:p>
      <w:r>
        <w:rPr>
          <w:b/>
        </w:rPr>
        <w:t xml:space="preserve">[44:32] </w:t>
      </w:r>
      <w:r>
        <w:t>Yeh to ho nahi sakta yeh possible hi nahi hai. To dono ko jo hai dono party ke mutabiq vasool hogi tabhi vasool hogi. Warna aise hi ladte rahenge. To mamle ko what is possible ke usmein dekhna hai. Na ki what is ideal, what is perfect. Balki what is possible.</w:t>
      </w:r>
    </w:p>
    <w:p>
      <w:pPr>
        <w:jc w:val="right"/>
      </w:pPr>
      <w:r>
        <w:t>यह तो हो नहीं सकता यह possible ही नहीं है. तो दोनों को जो है दोनों party के मुताबिक वसूल होगी तभी वसूल होगी. वरना ऐसे ही लड़ते रहेंगे. तो मामले को what is possible के उसमें देखना है. ना कि what is ideal, what is perfect. बल्कि what is possible.</w:t>
      </w:r>
    </w:p>
    <w:p>
      <w:r>
        <w:rPr>
          <w:b/>
        </w:rPr>
        <w:t xml:space="preserve">[44:57] </w:t>
      </w:r>
      <w:r>
        <w:t>To possible to yahi hai ke hum doosre ka bhi viewpoint ko saamne rakhein aur uske mutabiq ek ek ek balanced way of thinking ke mutabiq ek faisla karein jo ke dono ke liye acceptable ho. To jo log peace with justice ko bracket karte hain woh bilkul galat hai. Kyunke amn bar bar Maulana likha hai ke amn insaaf ke liye nahi hota balki amn opportunities haasil karne ke liye hota hai.</w:t>
      </w:r>
    </w:p>
    <w:p>
      <w:pPr>
        <w:jc w:val="right"/>
      </w:pPr>
      <w:r>
        <w:t>तो possible तो यही है कि हम दूसरे का भी viewpoint को सामने रखें और उसके मुताबिक एक एक एक balanced way of thinking के मुताबिक एक फ़ैसला करें जो कि दोनों के लिए acceptable हो. तो जो लोग peace with justice को bracket करते हैं वह बिल्कुल गलत है. क्योंकि अंब बार बार मौलाना लिखा है कि अंब इंसाफ के लिए नहीं होता बल्कि अंब opportunities हासिल करने के लिए होता है.</w:t>
      </w:r>
    </w:p>
    <w:p>
      <w:r>
        <w:rPr>
          <w:b/>
        </w:rPr>
        <w:t xml:space="preserve">[45:27] </w:t>
      </w:r>
      <w:r>
        <w:t>Jab opportunities milenge aur hum unko sahi tareeqe se avail kar payenge amn bhara amn ke usool par. Sul ki na ki amn bhara justice ke usool par ki.</w:t>
      </w:r>
    </w:p>
    <w:p>
      <w:pPr>
        <w:jc w:val="right"/>
      </w:pPr>
      <w:r>
        <w:t>जब opportunities मिलेंगे और हम उनको सही तरीके से avail कर पाएंगे अम्न भरा अम्न के उसूल पर. सुल की ना कि अम्न भरा justice के उसूल पर की.</w:t>
      </w:r>
    </w:p>
    <w:p>
      <w:r>
        <w:rPr>
          <w:b/>
        </w:rPr>
        <w:t xml:space="preserve">[45:54] </w:t>
      </w:r>
      <w:r>
        <w:t>To wahi agar yeh log kuch na karein sirf Rasoolullah sallallahu alaihi wasallam ki zindagi ko aapke namune ko behrai se samjhein aur uske mutabiq amal karein. To aaj unke saare masle hal ho sakte hain. To yeh Maulana bar bar likhte the ke zyada hi zindagi mein to aap ideal ko apna nishana bana sakte hain. Kyunke hum akele hain. Hum kitna bhi ideal tareeqe se koi kaam karna chahein to koi rukawat nahi hai.</w:t>
      </w:r>
    </w:p>
    <w:p>
      <w:pPr>
        <w:jc w:val="right"/>
      </w:pPr>
      <w:r>
        <w:t>तो वही अगर यह लोग कुछ ना करें सिर्फ रसूल्लाह सुल्लाम की ज़िंदगी को आपके नमोने को बेहराई से समझे और उसके मुताबिक अमल करें. तो आज उनके सारे मसले हल हो सकते हैं. तो यह मौरान बार बार लिखते थे कि ज़्यादा ही ज़िंदगी में तो आप ideal को अपना निशाना बना सकते हैं. क्योंकि हम अकेले हैं. हम कितना भी ideal तरीके से कोई काम करना चाहें तो कोई रुकावट नहीं है.</w:t>
      </w:r>
    </w:p>
    <w:p>
      <w:r>
        <w:rPr>
          <w:b/>
        </w:rPr>
        <w:t xml:space="preserve">[46:23] </w:t>
      </w:r>
      <w:r>
        <w:t>Lekin ishtemayi zindagi mein hum social life mein hum agar aisa karenge to yeh namumkin hai. Ishtemayi zindagi mein humein practical van jaana hai aur apne apni individual life mein hum hum aisa kar sakte hain ke hum ideal chalayein.</w:t>
      </w:r>
    </w:p>
    <w:p>
      <w:pPr>
        <w:jc w:val="right"/>
      </w:pPr>
      <w:r>
        <w:t>लेकिन इस्तेमाय ज़िंदगी में हम social life में हम अगर ऐसा करेंगे तो यह नामुमकिन है. इस्तेमाय ज़िंदगी में हमें practical वन जाना है और अपने अपनी individual life में हम हम ऐसा कर सकते हैं कि हम ideal चलाएं.</w:t>
      </w:r>
    </w:p>
    <w:p>
      <w:r>
        <w:rPr>
          <w:b/>
        </w:rPr>
        <w:t xml:space="preserve">[46:42] </w:t>
      </w:r>
      <w:r>
        <w:t>Ji aur aap yeh bhi hai do benefit iske yeh bhi hain ke one that it saves you from further loss And secondly, it helps you to save your time so that you can do better planning to achieve your objective. Nahi to aapka yahi hoga jo Maulana ne shayad ek alwasaala mein likha tha ke a foolish man does what a wise one does but after great loss.</w:t>
      </w:r>
    </w:p>
    <w:p>
      <w:pPr>
        <w:jc w:val="right"/>
      </w:pPr>
      <w:r>
        <w:t>जी और आप यह भी है दो benefit इसके यह भी हैं कि one that it saves you from further loss And secondly, it helps you to save your time so that you can do better planning to achieve your objective. नहीं तो आपका यही होगा जो मलाना ने शायद एक अल्वासाला में लिखा था कि a foolish man does what a wise one does but after great loss.</w:t>
      </w:r>
    </w:p>
    <w:p>
      <w:r>
        <w:rPr>
          <w:b/>
        </w:rPr>
        <w:t xml:space="preserve">[47:07] </w:t>
      </w:r>
      <w:r>
        <w:t>To aisa na ho isliye lesser evil aur greater evil ko yeh difference ko samajhna bahut zaroori hai. Ab aakhiri sawal lene se pehle yeh ek sawal, poochna chahunga aapse. Yeh Rohit Kumar ji ne likha hai Amrit sir se. Unhone likha hai ke hum apni negative thinking ko kaise door karein? Kaise isse khud ko bachayein? Iske bare mein batayein. Aapne iske bare mein abhi bataya bhi hai lekin shayad kuch aur chahte hain aap</w:t>
      </w:r>
    </w:p>
    <w:p>
      <w:pPr>
        <w:jc w:val="right"/>
      </w:pPr>
      <w:r>
        <w:t>तो ऐसा ना हो इसलिए lesser evil और greater evil को यह difference को समझना बहुत ज़रूरी है. अब आख़िरी सवाल लेने से पहले यह एक सवाल, पूछना चाहूंगा आपसे. यह रोहित कुमार जी ने लिखा है अमृत sir से. उन्होंने लिखा है कि हम अपनी negative thinking को कैसे दूर करें? कैसे इससे खुद को बचाएं? इसके बारे में बताएं. आपने इसके बारे में अभी बताया भी है लेकिन शायद कुछ और चाहते हैं आप</w:t>
      </w:r>
    </w:p>
    <w:p>
      <w:r>
        <w:rPr>
          <w:b/>
        </w:rPr>
        <w:t xml:space="preserve">[47:34] </w:t>
      </w:r>
      <w:r>
        <w:t>Is par kuch aur baat batayein unko. Yahi to bata rahe hain. Apne mind ko develop karein aur positive thinking apne andar paida karein. Religious terminology mein apne andar sab bardasht ki taqat paida karein aur sochein think think think there must be a better way.</w:t>
      </w:r>
    </w:p>
    <w:p>
      <w:pPr>
        <w:jc w:val="right"/>
      </w:pPr>
      <w:r>
        <w:t>इस पर कुछ और बात बताएं उनको. यही तो बता रहे हैं. अपने mind को develop करें और positive thinking अपने अंदर पैदा करें. Religious terminology में अपने अंदर सब बर्दाश्त की ताकत पैदा करें और सोचें think think think there must be a better way.</w:t>
      </w:r>
    </w:p>
    <w:p>
      <w:r>
        <w:rPr>
          <w:b/>
        </w:rPr>
        <w:t xml:space="preserve">[48:00] </w:t>
      </w:r>
      <w:r>
        <w:t>Aap agar fauran react karenge to aapko koi doosra raasta fauran nazar nahi aata. Gusse mein waisi bhi hamari aankhein kaam nahi karti hain. To gussa na karein balki think karein. To aapko samajh mein aa jayega ke is situation mein humein kis tareeqe se is masle ko hal karna hai. Har aadmi ko samajh sakta hai lekin woh gussa na karein balki apne aql ko koi istemaal karein.</w:t>
      </w:r>
    </w:p>
    <w:p>
      <w:pPr>
        <w:jc w:val="right"/>
      </w:pPr>
      <w:r>
        <w:t>आप अगर फ़ौरन react करेंगे तो आपको कोई दूसरा रास्ता फ़ौरन नज़र नहीं आता. गुस्से में वैसी भी हमारी आंखें काम नहीं करती है. तो गुस्सा ना करें बल्कि think करें. तो आपको समझ में आ जाएगा कि इस situation में हमें किस तरीके से इस मसले को हल करना है. हर आदमी को समझ सकता है लेकिन वह गुस्सा ना करें बल्कि अपने अक्ल को कोई इस्तेमाल करें.</w:t>
      </w:r>
    </w:p>
    <w:p>
      <w:r>
        <w:rPr>
          <w:b/>
        </w:rPr>
        <w:t xml:space="preserve">[48:24] </w:t>
      </w:r>
      <w:r>
        <w:t>Ji aur aap aap agar logically bhi samjhein to humein bar bar hi apne aapko yeh cheez yaad dilani chahiye ke the creator himself is a positive mind and he loves positivity. To agar aapko aapka nishana, aapka target agar aakhir mein jannat hai, to you can't afford to be negative because paradise is an abode for positive people.</w:t>
      </w:r>
    </w:p>
    <w:p>
      <w:pPr>
        <w:jc w:val="right"/>
      </w:pPr>
      <w:r>
        <w:t>जी और आप आप अगर logically भी समझे तो हमें बार बार ही अपने आपको यह चीज़ याद दिलानी चाहिए कि the creator himself is a positive mind and he loves positivity. तो अगर आपको आपका निशाना, आपका target अगर आख़िर में जन्नत है, तो you can't afford to be negative because paradise is an abode for positive people.</w:t>
      </w:r>
    </w:p>
    <w:p>
      <w:r>
        <w:rPr>
          <w:b/>
        </w:rPr>
        <w:t xml:space="preserve">[48:50] </w:t>
      </w:r>
      <w:r>
        <w:t>Negative people will not be allowed an entry into paradise. Aur agar aap is world ke aspect se bhi dekhte hain, to koi ek example aapko nahi milega ke koi aap bata sakein ke fala fala shakhs scientific world mein, corporate world mein, ya kisi bhi field mein negative ho aur usko kamyabi mili ho.</w:t>
      </w:r>
    </w:p>
    <w:p>
      <w:pPr>
        <w:jc w:val="right"/>
      </w:pPr>
      <w:r>
        <w:t>Negative people will not be allowed an entry into paradise. और अगर आप इस world के aspect से भी देखते हैं, तो कोई एक example आपको नहीं मिलेगा कि कोई आप बता सकें कि फला फला शख्स scientific world में, corporate world में, या किसी भी field में negative हो और उसको कामयाबी मिली हो.</w:t>
      </w:r>
    </w:p>
    <w:p>
      <w:r>
        <w:rPr>
          <w:b/>
        </w:rPr>
        <w:t xml:space="preserve">[49:12] </w:t>
      </w:r>
      <w:r>
        <w:t>Only a positive person can find success kyunke Maulana sahab yeh kehte the ke uska karan yeh hai ke ek positive mind is a calmer mind and creativity hai woh tabhi unfold ho sakti hai jab aapka zehan completely positive ho. Negativity mein to aap na ideas aate hain aur na hi insaan progress kar sakta hai at an individual level or at a nations level.</w:t>
      </w:r>
    </w:p>
    <w:p>
      <w:pPr>
        <w:jc w:val="right"/>
      </w:pPr>
      <w:r>
        <w:t>Only a positive person can find success क्योंकि मुलाना साहब यह कहते थे कि उसका कारण यह है कि एक positive mind is a calmer mind and creativity है वह तभी unfold हो सकती है जब आपका ज़ेहन completely positive हो. Negativity में तो आप ना ideas आते हैं और ना ही इंसान progress कर सकता है at an individual level or at a nations level.</w:t>
      </w:r>
    </w:p>
    <w:p>
      <w:r>
        <w:rPr>
          <w:b/>
        </w:rPr>
        <w:t xml:space="preserve">[49:37] </w:t>
      </w:r>
      <w:r>
        <w:t>to is liye yeh cheezain jab hum apnay aap ko batayein gay, to naturally we will be inspired, encouraged, motivated, to shun negative thinking and to adopt a positive way of life. aap aaj ka aakhri sawal hai. us say lainay say pehlay yeh aik comment parhna chahoon ga. imran ahmed sahib nay dilli say likha hai. unho nay likha hai mashallah bohat hi ahum talk hai apa.</w:t>
      </w:r>
    </w:p>
    <w:p>
      <w:pPr>
        <w:jc w:val="right"/>
      </w:pPr>
      <w:r>
        <w:t>तो इसीलिए यह चीज़ें जब हम अपने आप को बताएंगे, तो naturally we will be inspired, encouraged, motivated, to shun negative thinking and to adopt a positive way of life. आप आज का आखिरी सवाल है. उससे लेने से पहले यह एक comment पढ़ना चाहूंगा. इमरान अहमद साहब ने दिल्ली से लिखा है. उन्होंने लिखा है माशाला बहुत ही अहम् talk है आपा.</w:t>
      </w:r>
    </w:p>
    <w:p>
      <w:r>
        <w:rPr>
          <w:b/>
        </w:rPr>
        <w:t xml:space="preserve">[50:03] </w:t>
      </w:r>
      <w:r>
        <w:t>aaj insaniyat ko positive thinking aur provoke honay say bachnay ki sakht zaroorat hai. in baaton ko bar bar dohrany ki zaroorat hai. yak tarfa sabr aur aaraaz ka tareeqa hi acha aur peaceful samajh ki taameer kar sakta hai. jaza kalla apa. is mein aik baat meray dhiyan aa rahi thi kay sab say ziyada sabr to khuda karta hai. wo sab bahar keh saktay hain. bilkul.</w:t>
      </w:r>
    </w:p>
    <w:p>
      <w:pPr>
        <w:jc w:val="right"/>
      </w:pPr>
      <w:r>
        <w:t>आज इंसानियत को positive thinking और प्रवोक होने से बचने की सख़्त ज़रूरत है. इन बातों को बार बार दोहराने की ज़रूरत है. यक्त तरफ़ा सब्र और ऐराज़ का तरीका ही अच्छा और peaceful समझ की तामीर कर सकता है. जज़ा कल्ला आपा. इसमें एक बात मेरे ध्यान आ रही थी कि सबसे ज़्यादा सब्र तो खुदा करता है. वो सब बाहर कह सकते हैं. बिल्कुल.</w:t>
      </w:r>
    </w:p>
    <w:p>
      <w:r>
        <w:rPr>
          <w:b/>
        </w:rPr>
        <w:t xml:space="preserve">[50:31] </w:t>
      </w:r>
      <w:r>
        <w:t>matlab dunya mein itna nonsense, itna nonsense ho raha hai. phir bhi allah bardasht kar raha hai. to jab allah bardasht karta hai to hum kyun nahi bardast karein? aap ab woh aik line Maulana ki meray khayal say main aakhri lamhay tak durata rahoon ga. Maulana kehtay thay kay sabr kay us paath jannat hain. to yehi hum sab ko samajhna hai. agar jannat chahiye to sabr karna paray ga. sabr nahi to jannat nahi. to yeh bohat bohat ahum baat.</w:t>
      </w:r>
    </w:p>
    <w:p>
      <w:pPr>
        <w:jc w:val="right"/>
      </w:pPr>
      <w:r>
        <w:t>मतलब दुनिया में इतना nonsense, इतना nonsense हो रहा है. फिर भी अल्लाह बर्दाश्त कर रहा है. तो जब अल्लाह बर्दाश्त करता है तो हम क्यों नहीं बर्दास्त करें? आप अब वह एक line मुलाना कि मेरे ख्याल से मैं आखिरी लम्हे तक दुराता रहूंगा. मुलाना कहते थे कि सबर के उस पाठ जन्नत हैं. तो यही हम सबको समझना है. अगर जन्नत चाहिए तो सब्र करना पड़ेगा. सब्र नहीं तो जन्नत नहीं. तो यह बहुत बहुत अहम् बात.</w:t>
      </w:r>
    </w:p>
    <w:p>
      <w:r>
        <w:rPr>
          <w:b/>
        </w:rPr>
        <w:t xml:space="preserve">[51:01] </w:t>
      </w:r>
      <w:r>
        <w:t>thank you apa for bringing it up. sabr is very very important. sabr is everything. aap ab kyun kay aap nay Maulana ka bhi hawala say yeh baat batai, aakhir sawal unhi ki zindagi say lay kar hai, woh hamesha emphasize kartay thay kay apnay reason ko develop karein, contemplation karein, observation karein, learn from lessons around us.</w:t>
      </w:r>
    </w:p>
    <w:p>
      <w:pPr>
        <w:jc w:val="right"/>
      </w:pPr>
      <w:r>
        <w:t>Thank you आपा for bringing it up. सब्र is very very important. सब्र is everything. आप अब क्योंकि आपने मुलाना का भी हवाले से यह बात बताई, आखिर सवाल उन्हीं की ज़िंदगी से लेकर है, वो हमेशा emphasize करते थे कि अपने reason को develop करें, contemplation करें, observation करें, learn from lessons around us.</w:t>
      </w:r>
    </w:p>
    <w:p>
      <w:r>
        <w:rPr>
          <w:b/>
        </w:rPr>
        <w:t xml:space="preserve">[51:25] </w:t>
      </w:r>
      <w:r>
        <w:t>aur hamesha kehtay thay kay apan spirit of inquiry, spirit of learning jo hai, woh jagayein. kyun kay unho nay apni zindagi mein yehi spirit hamesha apnay andar inculcate karkay rakhi. to aap un ki zindagi say kuch aap humain batayein kay spirit of inquiry kay baray mein kaisay develop karein? kya hoti hai spirit of inquiry? isi par hum aaj ka session khatam karein gay.</w:t>
      </w:r>
    </w:p>
    <w:p>
      <w:pPr>
        <w:jc w:val="right"/>
      </w:pPr>
      <w:r>
        <w:t>और हमेशा कहते थे कि अपन spirit of inquiry, spirit of learning जो है, वो जगाहें. क्योंकि उन्होंने अपनी ज़िंदगी में यही spirit हमेशा अपने अंदर inculcate करके रखी. तो आप उनकी ज़िंदगी से कुछ आप हमें बताएं कि spirit of inquiry के बारे में कैसे develop करें? क्या होती है spirit of inquiry? इसी पर हम आज का session खत्म करेंगे.</w:t>
      </w:r>
    </w:p>
    <w:p>
      <w:r>
        <w:rPr>
          <w:b/>
        </w:rPr>
        <w:t xml:space="preserve">[51:52] </w:t>
      </w:r>
      <w:r>
        <w:t>aik waqia woh likhtay hain, bohat hi important waqia hai yeh. kehtay hain kay is waqia nay meri poori zindagi ka rukh mor diya. to yeh jab madrasa satl islam mein parhtay thay to wahan par aik unkay teacher thay Maulana Ameen Ahsan Islahi. un ki tafseer bhi hai Tadabbur e Quran baad mein Pakistan chalay gaye thay. to unho nay aik baar bohat ziyada intelligent thay.</w:t>
      </w:r>
    </w:p>
    <w:p>
      <w:pPr>
        <w:jc w:val="right"/>
      </w:pPr>
      <w:r>
        <w:t>एक वाक्या वह लिखते हैं, बहुत ही important वाक्या है यह. कहते हैं कि इस वाक्य ने मेरी पूरी ज़िंदगी का रुख मोड़ दिया. तो यह जब mother सतल इस्लाम में पढ़ते थे तो वहां पर एक उनके teacher थे मौलाना अमीन असन इस्लाही. उनकी तफ्सीर भी है तद्दब्बरू कुरान बाद में Pakistan चले गए थे. तो उन्होंने एक बार बहुत ज़्यादा intelligent थे.</w:t>
      </w:r>
    </w:p>
    <w:p>
      <w:r>
        <w:rPr>
          <w:b/>
        </w:rPr>
        <w:t xml:space="preserve">[52:21] </w:t>
      </w:r>
      <w:r>
        <w:t>तो उन्होंने एक बार well, "able to kick" Quran mein hai na?</w:t>
      </w:r>
    </w:p>
    <w:p>
      <w:pPr>
        <w:jc w:val="right"/>
      </w:pPr>
      <w:r>
        <w:t>तो उन्होंने एक बार वैलल एबिलेक कैफा खोलेकद कुरान में है ना?</w:t>
      </w:r>
    </w:p>
    <w:p>
      <w:r>
        <w:rPr>
          <w:b/>
        </w:rPr>
        <w:t xml:space="preserve">[52:26] </w:t>
      </w:r>
      <w:r>
        <w:t>to aisa wahan woh us mother se ki khal baat yeh thi ke poora quran padhaya jata tha.</w:t>
      </w:r>
    </w:p>
    <w:p>
      <w:pPr>
        <w:jc w:val="right"/>
      </w:pPr>
      <w:r>
        <w:t>तो ऐसा वहां वह उस mother से की खाल बात यह थी कि पूरा कुरान पढ़ाया जाता था.</w:t>
      </w:r>
    </w:p>
    <w:p>
      <w:r>
        <w:rPr>
          <w:b/>
        </w:rPr>
        <w:t xml:space="preserve">[52:31] </w:t>
      </w:r>
      <w:r>
        <w:t>kisi bhi mother se poora quran nahi padhaya jata hai.</w:t>
      </w:r>
    </w:p>
    <w:p>
      <w:pPr>
        <w:jc w:val="right"/>
      </w:pPr>
      <w:r>
        <w:t>किसी भी mother से पूरा कुरान नहीं पढ़ाया जाता है.</w:t>
      </w:r>
    </w:p>
    <w:p>
      <w:r>
        <w:rPr>
          <w:b/>
        </w:rPr>
        <w:t xml:space="preserve">[52:36] </w:t>
      </w:r>
      <w:r>
        <w:t>to wahan par kahin ek uska zikr aaya oont ka.</w:t>
      </w:r>
    </w:p>
    <w:p>
      <w:pPr>
        <w:jc w:val="right"/>
      </w:pPr>
      <w:r>
        <w:t>तो वहां पर कहीं एक उसका ज़िक्र आया ऊंट का.</w:t>
      </w:r>
    </w:p>
    <w:p>
      <w:r>
        <w:rPr>
          <w:b/>
        </w:rPr>
        <w:t xml:space="preserve">[52:41] </w:t>
      </w:r>
      <w:r>
        <w:t>तो उन्होंने student से पुछ लिया कि ऊंट के सुम, hoof h double o f ऊंट के सुम</w:t>
      </w:r>
    </w:p>
    <w:p>
      <w:pPr>
        <w:jc w:val="right"/>
      </w:pPr>
      <w:r>
        <w:t>तो उन्होंने student से पुछ लिया कि ऊंट के सुम, हूफ h double o f ऊंट के सुम</w:t>
      </w:r>
    </w:p>
    <w:p>
      <w:r>
        <w:rPr>
          <w:b/>
        </w:rPr>
        <w:t xml:space="preserve">[52:46] </w:t>
      </w:r>
      <w:r>
        <w:t>phate hote hain ya jude?</w:t>
      </w:r>
    </w:p>
    <w:p>
      <w:pPr>
        <w:jc w:val="right"/>
      </w:pPr>
      <w:r>
        <w:t>फटे होते हैं या जुड़े?</w:t>
      </w:r>
    </w:p>
    <w:p>
      <w:r>
        <w:rPr>
          <w:b/>
        </w:rPr>
        <w:t xml:space="preserve">[52:52] </w:t>
      </w:r>
      <w:r>
        <w:t>to yani bail kay sum ki tarah phatay ya ghore kay sum ki tarah juray. to chobees talib-e-ilm thay kisi ko matlab yaqeen kay sath kisi nay nahi bataya. koi tarah phatay hotay hain koi tarah juray hotay hain.</w:t>
      </w:r>
    </w:p>
    <w:p>
      <w:pPr>
        <w:jc w:val="right"/>
      </w:pPr>
      <w:r>
        <w:t>तो यानी बैल के सुम की तरह फटे या घोड़े के सुम की तरह जुड़े. तो चौबीस तालीबिल्म थे किसी को मतलब यकीन के साथ किसी ने नहीं बताया. कोई तरह फटे होते हैं कोई तरह जुड़े होते हैं.</w:t>
      </w:r>
    </w:p>
    <w:p>
      <w:r>
        <w:rPr>
          <w:b/>
        </w:rPr>
        <w:t xml:space="preserve">[53:06] </w:t>
      </w:r>
      <w:r>
        <w:t>to jab unho nay yeh dekha halat student ki to unho nay aik zabardast takhreer ki kay dekho uska base woh tha agar tum jantay kay tum nahi jantay to tum apnay na janany ko janana bana letay. ji. to unho nay kaha kay dekho tum saada say aik sawal tha. uska jawab nahi day pay. uska sawal yeh tha kay tum yeh nahi jantay thay kay tum nahi jantay.</w:t>
      </w:r>
    </w:p>
    <w:p>
      <w:pPr>
        <w:jc w:val="right"/>
      </w:pPr>
      <w:r>
        <w:t>तो जब उन्होंने यह देखा हालत student की तो उन्होंने एक ज़बरदस्त तख़रीर की कि देखो उसका base वह था अगर तुम जानते कि तुम नहीं जानते तो तुम अपने ना जानने को जानना बना लेते. जी. तो उन्होंने कहा कि देखो तुम सादा से एक सवाल था. उसका जवाब नहीं दे पाए. उसका सवाल यह था कि तुम यह नहीं जानते थे कि तुम नहीं जानते.</w:t>
      </w:r>
    </w:p>
    <w:p>
      <w:r>
        <w:rPr>
          <w:b/>
        </w:rPr>
        <w:t xml:space="preserve">[53:36] </w:t>
      </w:r>
      <w:r>
        <w:t>to ladri nisf ilmi matlab tum main main nahi janta yeh aadha ilm hai. aadha ilm is liye kay agar hum yeh jaan jayen to hum foran puch puch kar parh kar puch kar apnay na janany ko janana bana len gay. to unho nay kaha kay agar tum yeh jantay to tumharay andar curiosity ati thi to jaisay hota aur tum apnay na janany ko janana bana letay.</w:t>
      </w:r>
    </w:p>
    <w:p>
      <w:pPr>
        <w:jc w:val="right"/>
      </w:pPr>
      <w:r>
        <w:t>तो लादरी निस्फुरील्म मतलब तुम मैं मैं नहीं जानता यह आधा इल्म है. आधा इल्म इसलिए कि अगर हम यह जान जाएं तो हम फ़ौरन पूछ पूछकर पढ़कर पूछकर अपने ना जानने को जानना बना लेंगे. तो उन्होंने कहा कि अगर तुम यह जानते तो तुम्हारे अंदर curiosity आती थी तो जैसे होता और तुम अपने ना जानने को जानना बना लेते.</w:t>
      </w:r>
    </w:p>
    <w:p>
      <w:r>
        <w:rPr>
          <w:b/>
        </w:rPr>
        <w:t xml:space="preserve">[54:05] </w:t>
      </w:r>
      <w:r>
        <w:t>to aur dekho oont to aisa hai kahin na kahin aadmi ko dekhnay ko mil hi jata hai. to usko dekh letay hain lekin na janany ki wajah say woh bekhabar rahay. to yeh Maulana ko itna yeh baat lag gayi itni ziyada kay woh har baat ko har baat par tasdeeq karna shuru kar diya unho nay. yani to koi baat ko woh mantay hi nahi thay jab tak kay uskay upar tasdeeq na kar lein.</w:t>
      </w:r>
    </w:p>
    <w:p>
      <w:pPr>
        <w:jc w:val="right"/>
      </w:pPr>
      <w:r>
        <w:t>तो और देखिए ऊर्ट तो ऐसा है कहीं ना कहीं आदमी को देखने को मिल ही जाता है. तो उसको देख लेते हैं लेकिन ना जानने की वजह से वह बेखबर रहे. तो यह मौना ना को इतना यह बात लग गई इतनी ज़्यादा कि वह हर बात को हर बात पर तैसे करना शुरू कर दिया उन्होंने. यानी तो कोई बात को वह मानते ही नहीं थे जब तक कि उसके ऊपर तैसे न कर लें.</w:t>
      </w:r>
    </w:p>
    <w:p>
      <w:r>
        <w:rPr>
          <w:b/>
        </w:rPr>
        <w:t xml:space="preserve">[54:32] </w:t>
      </w:r>
      <w:r>
        <w:t>balkay hum log kehtay thay yeh to matlab aik aam baat hai sab log jantay hain uski bhi tehkeek kar detay thay. to unho nay bataya kay yeh jo lecture unho nay suna tha na woh unkay zehan nasheen ho gaya tha. ji. aur yehi chukay log logon kay andar hamaray hamaray mulk mein to yeh spirit of enquiry bohat kam thi. to log kuch jantay nahi thay science ki taraqqi nahi ho pati thi.</w:t>
      </w:r>
    </w:p>
    <w:p>
      <w:pPr>
        <w:jc w:val="right"/>
      </w:pPr>
      <w:r>
        <w:t>बल्कि हम लोग कहते थे यह तो मतलब एक आम बात है सब लोग जानते हैं उसकी भी तैतेक कर देते हैं. तो उन्होंने बताया कि यह जो lecture उन्होंने सुना था ना वह उनके ज़िहन नशीन हो गया था. जी. और यही चूके लोग लोगों के अंदर हमारे हमारे मुल्क में तो यह spirit of enquiry बहुत कम थी. तो लोग कुछ जानते नहीं थे science की तरक्कियां नहीं हो पाती थी.</w:t>
      </w:r>
    </w:p>
    <w:p>
      <w:r>
        <w:rPr>
          <w:b/>
        </w:rPr>
        <w:t xml:space="preserve">[54:57] </w:t>
      </w:r>
      <w:r>
        <w:t>kyun kay science ki sari taraqqi spirit of enquiry hi say related hai. kyun kay aadmi sochta hai kay aisa kyun hota hai? aisa kyun hota hai? to phir aadmi uskay upar tehqeeq karta hai. to ab kahanaat to lakhon saal say hamaray samnay thi. lekin uskay saray raaz ab aaj pata chalay kyun kay woh unkay andar jo european comedy thi comedy thi unkay andar yeh bohat ziyada tha tehkeek ka mizaj.</w:t>
      </w:r>
    </w:p>
    <w:p>
      <w:pPr>
        <w:jc w:val="right"/>
      </w:pPr>
      <w:r>
        <w:t>क्योंकि science की सारी तरक्कियां spirit of enquiry ही इसे related है. क्योंकि आदमी सोचता है कि ऐसा क्यों होता है? ऐसा क्यों होता है? तो फिर आदमी उसके ऊपर तहफीक करता है. तो अब कहानात तो लाखों साल से हमारे सामने थी. लेकिन उसके सारे राज़ अब आज पता चले क्योंकि वह उनके अंदर जो european comedy थी comedy थी उनके अंदर यह बहुत ज़्यादा था तहकीक का मिजाज.</w:t>
      </w:r>
    </w:p>
    <w:p>
      <w:r>
        <w:rPr>
          <w:b/>
        </w:rPr>
        <w:t xml:space="preserve">[55:25] </w:t>
      </w:r>
      <w:r>
        <w:t>jo is inko spirit of enquiry kehtay hain to bohat ziyada tha. to is wajah say unho nay har har mamlay mein tehqeeq ki. to yeh main aik dilchasp waqai say khatam karti hoon. yeh is tareeqay say matlab yeh to aik waqai say beshumar aisi thay kay aadmi bejanay boojhay bila tehqeeq baat ko maan leta tha. ab misal kay tor par suraj giran hai. to suraj giran hota hi rehta tha.</w:t>
      </w:r>
    </w:p>
    <w:p>
      <w:pPr>
        <w:jc w:val="right"/>
      </w:pPr>
      <w:r>
        <w:t>जो इस इनको spirit of enquiry कहते हैं तो बहुत ज़्यादा था. तो इस वजह से उन्होंने हर हर मामले में तयार खींक की. तो यह मैं एक दिलचस्प वाकई से खत्म करती हूं. यह इस तरीके से मतलब यह तो एक वाकई ऐसे बेशमार ऐसी थे कि आदमी बेजाने बूझे बिला तहकीब बात को मान लेता था. अब मिसाल के तौर पर सूरज गिरन है. तो सूरज गिरन होता ही रहता था.</w:t>
      </w:r>
    </w:p>
    <w:p>
      <w:r>
        <w:rPr>
          <w:b/>
        </w:rPr>
        <w:t xml:space="preserve">[55:55] </w:t>
      </w:r>
      <w:r>
        <w:t>ab tehqeeq hui kay kyun suraj giran hota hai? to pehlay zamanay mein cheen mein aik mashoor tha. to jab koi asdha jo hai bara saap ko asdha kehtay hain. ji. serpent. to woh usko nigal leta hai suraj ko. nigal leta hai. to wahan par aik bohat bara sa maidan tha. wahan saray log jama ho kar kay shor macha detay hain.</w:t>
      </w:r>
    </w:p>
    <w:p>
      <w:pPr>
        <w:jc w:val="right"/>
      </w:pPr>
      <w:r>
        <w:t>अब तहकीब हुई कि क्यों सूरज गिरन होता है? तो पहले जमाने में चीन में एक मशहूर था. तो जब कोई अस्धा जो है बड़ा सांप को अस्धा कहते हैं. जी. Serpent. तो वह उसको निगल लेता है सूरज को. निगल लेता है. तो वहां पर एक बहुत बड़ा सा मैदान था. वहां सारे लोग जमा होकर के शोर मचा देते हैं.</w:t>
      </w:r>
    </w:p>
    <w:p>
      <w:r>
        <w:rPr>
          <w:b/>
        </w:rPr>
        <w:t xml:space="preserve">[56:19] </w:t>
      </w:r>
      <w:r>
        <w:t>kehtay thay shor machanay say woh dar jata hai asdha to suraj ko nikal deta apno say. to aur hamesha aur woh kamyab hotay thay kyun kay uska to aik muddat hoti hai garam chhootnay ki to kehtay thay woh sab samajhtay thay hamaray shor machanay ki wajah say suraj garam khatam hua hai. to aisay hi har mamlay mein tha. is is zameen ko samajh rahay thay kay koi woh hai turtle kya kehtay hain kachhua? ji.</w:t>
      </w:r>
    </w:p>
    <w:p>
      <w:pPr>
        <w:jc w:val="right"/>
      </w:pPr>
      <w:r>
        <w:t>कह रहे थे शोर मचाने से वह डर जाता है अद्धा तो सूरज को निकाल देता अपनों से. तो और हमेशा और वह कह रहे थे हमेशा वह कामयाब होते थे क्योंकि उसका तो एक मुद्दत होती है गर्म छूटने की तो कह रहे थे वह सब समझते थे हमारे शोर मचाने की वजह से सूरज गर्म खत्म हुआ है. तो ऐसे ही हर मामले में था. इस इस ज़मीन को समझ रहे थे कि कोई वह है turtle क्या कहते हैं कछुआ? जी.</w:t>
      </w:r>
    </w:p>
    <w:p>
      <w:r>
        <w:rPr>
          <w:b/>
        </w:rPr>
        <w:t xml:space="preserve">[56:48] </w:t>
      </w:r>
      <w:r>
        <w:t>uskay upar zameen tiki hui hai. isi liye kay woh koi cheez research nahi kartay thay. to yeh spirit of enquiry zaroori hai. har aadmi ko is par amal karna chahiye. masha allah. bohat acha apa jaza kalla. humain apnay na janany ko janana banana chahiye and this all comes with the spirit of inquiry, spirit of learning.</w:t>
      </w:r>
    </w:p>
    <w:p>
      <w:pPr>
        <w:jc w:val="right"/>
      </w:pPr>
      <w:r>
        <w:t>उसके ऊपर ज़मीन टिकी हुई है. इसीलिए कि वह कोई चीज़ research नहीं करते थे. तो यह spirit of enquiry ज़रूरी है. हर आदमी को इस पर अमल करना चाहिए. माशा अल्ला. बहुत अच्छा आपा जज़ा कल्ला. हमें अपने ना जानने को जानना बनाना चाहिए and this all comes with the spirit of inquiry, spirit of learning.</w:t>
      </w:r>
    </w:p>
    <w:p>
      <w:r>
        <w:rPr>
          <w:b/>
        </w:rPr>
        <w:t xml:space="preserve">[57:14] </w:t>
      </w:r>
      <w:r>
        <w:t>so if you want to download Maulana Wahiduddin Khan sahib's book Taameer e Eht, it is available on CPA's website. we will be we'll be ending the session now. we'll be back next Sunday at 10:30AM. thank you.</w:t>
      </w:r>
    </w:p>
    <w:p>
      <w:pPr>
        <w:jc w:val="right"/>
      </w:pPr>
      <w:r>
        <w:t>So if you want to download मलाना वेदुदीन खान साहब's book तामीर एहत, it is available on CPA's website. We will be we'll be ending the session now. We'll be back next Sunday at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