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Dayee and Madu | March 13, 2014</w:t>
      </w:r>
    </w:p>
    <w:p>
      <w:r>
        <w:t>https://youtu.be/6fLoZ_EV4Ks</w:t>
      </w:r>
    </w:p>
    <w:p>
      <w:r>
        <w:rPr>
          <w:b/>
        </w:rPr>
        <w:t xml:space="preserve">[00:13] </w:t>
      </w:r>
      <w:r>
        <w:t>13 march 2014, surah furqan, ayat number 73.</w:t>
      </w:r>
    </w:p>
    <w:p>
      <w:pPr>
        <w:jc w:val="right"/>
      </w:pPr>
      <w:r>
        <w:t>13 مارچ 2014، سورہ الفرقان، آیت نمبر 73۔</w:t>
      </w:r>
    </w:p>
    <w:p>
      <w:r>
        <w:rPr>
          <w:b/>
        </w:rPr>
        <w:t xml:space="preserve">[00:21] </w:t>
      </w:r>
      <w:r>
        <w:t>walazina iza zukiro bi ayati rabbihim lam yakhiru alaiha samma wa umyana.</w:t>
      </w:r>
    </w:p>
    <w:p>
      <w:pPr>
        <w:jc w:val="right"/>
      </w:pPr>
      <w:r>
        <w:t>والذین اذا ذکروا بایات ربہم لم یخروا علیہا سما وعمیانا۔</w:t>
      </w:r>
    </w:p>
    <w:p>
      <w:r>
        <w:rPr>
          <w:b/>
        </w:rPr>
        <w:t xml:space="preserve">[00:29] </w:t>
      </w:r>
      <w:r>
        <w:t>aur woh aise hain ke jab unko unke rab ki ayaton ke zariye naseehat ki jati</w:t>
      </w:r>
    </w:p>
    <w:p>
      <w:pPr>
        <w:jc w:val="right"/>
      </w:pPr>
      <w:r>
        <w:t>اور وہ ایسے ہیں کہ جب ان کو ان کے رب کی آیتوں کے ذریعے نصیحت کی جاتی</w:t>
      </w:r>
    </w:p>
    <w:p>
      <w:r>
        <w:rPr>
          <w:b/>
        </w:rPr>
        <w:t xml:space="preserve">[00:36] </w:t>
      </w:r>
      <w:r>
        <w:t>hai to woh un par bahre aur andhe ho kar nahi girte.</w:t>
      </w:r>
    </w:p>
    <w:p>
      <w:pPr>
        <w:jc w:val="right"/>
      </w:pPr>
      <w:r>
        <w:t>ہے تو وہ ان پر بہرے اور اندھے ہو کر نہیں گرتے۔</w:t>
      </w:r>
    </w:p>
    <w:p>
      <w:r>
        <w:rPr>
          <w:b/>
        </w:rPr>
        <w:t xml:space="preserve">[00:44] </w:t>
      </w:r>
      <w:r>
        <w:t>Maulana is ayat ki wazahat farmayein.</w:t>
      </w:r>
    </w:p>
    <w:p>
      <w:pPr>
        <w:jc w:val="right"/>
      </w:pPr>
      <w:r>
        <w:t>مولانا اس آیت کی وضاحت فرمائیں۔</w:t>
      </w:r>
    </w:p>
    <w:p>
      <w:r>
        <w:rPr>
          <w:b/>
        </w:rPr>
        <w:t xml:space="preserve">[00:48] </w:t>
      </w:r>
      <w:r>
        <w:t>bismillah rahman rahim.</w:t>
      </w:r>
    </w:p>
    <w:p>
      <w:pPr>
        <w:jc w:val="right"/>
      </w:pPr>
      <w:r>
        <w:t>بسم اللہ الرحمن الرحیم۔</w:t>
      </w:r>
    </w:p>
    <w:p>
      <w:r>
        <w:rPr>
          <w:b/>
        </w:rPr>
        <w:t xml:space="preserve">[00:58] </w:t>
      </w:r>
      <w:r>
        <w:t>quran ki is ayat mein tamseel ki zaban mein yeh bataya gaya hai ke jab haq pesh kiya</w:t>
      </w:r>
    </w:p>
    <w:p>
      <w:pPr>
        <w:jc w:val="right"/>
      </w:pPr>
      <w:r>
        <w:t>قرآن کی اس آیت میں تمثیل کی زبان میں یہ بتایا گیا ہے کہ جب حق پیش کیا</w:t>
      </w:r>
    </w:p>
    <w:p>
      <w:r>
        <w:rPr>
          <w:b/>
        </w:rPr>
        <w:t xml:space="preserve">[01:09] </w:t>
      </w:r>
      <w:r>
        <w:t>jaye to us waqt sahi response kya hota hai aur galat response kya hota hai.</w:t>
      </w:r>
    </w:p>
    <w:p>
      <w:pPr>
        <w:jc w:val="right"/>
      </w:pPr>
      <w:r>
        <w:t>جائے تو اس وقت صحیح رسپانس کیا ہوتا ہے اور غلط رسپانس کیا ہوتا ہے۔</w:t>
      </w:r>
    </w:p>
    <w:p>
      <w:r>
        <w:rPr>
          <w:b/>
        </w:rPr>
        <w:t xml:space="preserve">[01:19] </w:t>
      </w:r>
      <w:r>
        <w:t>jo log sachai ke talib na hon, jo apni superiority ke ehsas mein jeete hon, jo unka</w:t>
      </w:r>
    </w:p>
    <w:p>
      <w:pPr>
        <w:jc w:val="right"/>
      </w:pPr>
      <w:r>
        <w:t>جو لوگ سچائی کے طالب نہ ہوں، جو اپنی سپیریٹی کے احساس میں جیتے ہوں، جو ان کا</w:t>
      </w:r>
    </w:p>
    <w:p>
      <w:r>
        <w:rPr>
          <w:b/>
        </w:rPr>
        <w:t xml:space="preserve">[01:34] </w:t>
      </w:r>
      <w:r>
        <w:t>concern doosri doosri cheezein hon, unke samne jab sachai pesh ki jayegi to woh</w:t>
      </w:r>
    </w:p>
    <w:p>
      <w:pPr>
        <w:jc w:val="right"/>
      </w:pPr>
      <w:r>
        <w:t>کنسرن دوسری دوسری چیزیں ہوں، ان کے سامنے جب سچائی پیش کی جائے گی تو وہ</w:t>
      </w:r>
    </w:p>
    <w:p>
      <w:r>
        <w:rPr>
          <w:b/>
        </w:rPr>
        <w:t xml:space="preserve">[01:49] </w:t>
      </w:r>
      <w:r>
        <w:t>sahi response nahi de payenge.</w:t>
      </w:r>
    </w:p>
    <w:p>
      <w:pPr>
        <w:jc w:val="right"/>
      </w:pPr>
      <w:r>
        <w:t>صحیح رسپانس نہیں دے پائیں گے۔</w:t>
      </w:r>
    </w:p>
    <w:p>
      <w:r>
        <w:rPr>
          <w:b/>
        </w:rPr>
        <w:t xml:space="preserve">[01:54] </w:t>
      </w:r>
      <w:r>
        <w:t>bataur to woh baat ko sunenge lekin unka response aisa hoga jaise ke unhone kuch</w:t>
      </w:r>
    </w:p>
    <w:p>
      <w:pPr>
        <w:jc w:val="right"/>
      </w:pPr>
      <w:r>
        <w:t>بظاہر تو وہ بات کو سنیں گے لیکن ان کا رسپانس ایسا ہوگا جیسے کہ انہوں نے کچھ</w:t>
      </w:r>
    </w:p>
    <w:p>
      <w:r>
        <w:rPr>
          <w:b/>
        </w:rPr>
        <w:t xml:space="preserve">[01:59] </w:t>
      </w:r>
      <w:r>
        <w:t>suna hi nahi, ajeeb o ghareeb qism ka response denge.</w:t>
      </w:r>
    </w:p>
    <w:p>
      <w:pPr>
        <w:jc w:val="right"/>
      </w:pPr>
      <w:r>
        <w:t>سنا ہی نہیں، عجیب و غریب قسم کا رسپانس دیں گے۔</w:t>
      </w:r>
    </w:p>
    <w:p>
      <w:r>
        <w:rPr>
          <w:b/>
        </w:rPr>
        <w:t xml:space="preserve">[02:04] </w:t>
      </w:r>
      <w:r>
        <w:t>jo irrelevant hoga, galat hoga.</w:t>
      </w:r>
    </w:p>
    <w:p>
      <w:pPr>
        <w:jc w:val="right"/>
      </w:pPr>
      <w:r>
        <w:t>جو اریلیونٹ ہوگا، غلط ہوگا۔</w:t>
      </w:r>
    </w:p>
    <w:p>
      <w:r>
        <w:rPr>
          <w:b/>
        </w:rPr>
        <w:t xml:space="preserve">[02:09] </w:t>
      </w:r>
      <w:r>
        <w:t>aise hi jab unhein koi cheez di jayegi padhne ke liye to woh padhenge us ko</w:t>
      </w:r>
    </w:p>
    <w:p>
      <w:pPr>
        <w:jc w:val="right"/>
      </w:pPr>
      <w:r>
        <w:t>ایسے ہی جب انہیں کوئی چیز دی جائے گی پڑھنے کے لیے تو وہ پڑھیں گے اس کو</w:t>
      </w:r>
    </w:p>
    <w:p>
      <w:r>
        <w:rPr>
          <w:b/>
        </w:rPr>
        <w:t xml:space="preserve">[02:14] </w:t>
      </w:r>
      <w:r>
        <w:t>apni aankh se</w:t>
      </w:r>
    </w:p>
    <w:p>
      <w:pPr>
        <w:jc w:val="right"/>
      </w:pPr>
      <w:r>
        <w:t>اپنی آنکھ سے</w:t>
      </w:r>
    </w:p>
    <w:p>
      <w:r>
        <w:rPr>
          <w:b/>
        </w:rPr>
        <w:t xml:space="preserve">[02:19] </w:t>
      </w:r>
      <w:r>
        <w:t xml:space="preserve"> parhain ge is ko, lekin jab apna tabasra batain ge to is ka ta'alluq kuch bhi na</w:t>
      </w:r>
    </w:p>
    <w:p>
      <w:pPr>
        <w:jc w:val="right"/>
      </w:pPr>
      <w:r>
        <w:t>، پڑھیں گے اس کو، لیکن جب اپنا تبصرہ بتائیں گے تو اس کا تعلق کچھ بھی نہ</w:t>
      </w:r>
    </w:p>
    <w:p>
      <w:r>
        <w:rPr>
          <w:b/>
        </w:rPr>
        <w:t xml:space="preserve">[02:28] </w:t>
      </w:r>
      <w:r>
        <w:t xml:space="preserve"> ho ga is kitaab se.</w:t>
      </w:r>
    </w:p>
    <w:p>
      <w:pPr>
        <w:jc w:val="right"/>
      </w:pPr>
      <w:r>
        <w:t>ہوگا اس کتاب سے۔</w:t>
      </w:r>
    </w:p>
    <w:p>
      <w:r>
        <w:rPr>
          <w:b/>
        </w:rPr>
        <w:t xml:space="preserve">[02:36] </w:t>
      </w:r>
      <w:r>
        <w:t xml:space="preserve"> to yeh woh log hain jo sachai ka, sachai khwah un ko suna kar di jaye ya parha</w:t>
      </w:r>
    </w:p>
    <w:p>
      <w:pPr>
        <w:jc w:val="right"/>
      </w:pPr>
      <w:r>
        <w:t>تو یہ وہ لوگ ہیں جو سچائی کا، سچائی خواہ ان کو سنا کر دی جائے یا پڑھا</w:t>
      </w:r>
    </w:p>
    <w:p>
      <w:r>
        <w:rPr>
          <w:b/>
        </w:rPr>
        <w:t xml:space="preserve">[02:44] </w:t>
      </w:r>
      <w:r>
        <w:t xml:space="preserve"> kar di jaye, to woh is ko sahih response nahi de paate.</w:t>
      </w:r>
    </w:p>
    <w:p>
      <w:pPr>
        <w:jc w:val="right"/>
      </w:pPr>
      <w:r>
        <w:t>کر دی جائے، تو وہ اس کو صحیح رسپانس نہیں دے پاتے۔</w:t>
      </w:r>
    </w:p>
    <w:p>
      <w:r>
        <w:rPr>
          <w:b/>
        </w:rPr>
        <w:t xml:space="preserve">[02:53] </w:t>
      </w:r>
      <w:r>
        <w:t xml:space="preserve"> is ke bar aks jo log sachai ke talib hon, jo sincere hon, jin ke andar modesty ho, to</w:t>
      </w:r>
    </w:p>
    <w:p>
      <w:pPr>
        <w:jc w:val="right"/>
      </w:pPr>
      <w:r>
        <w:t>اس کے برعکس جو لوگ سچائی کے طالب ہوں، جو سنسیئر ہوں، جن کے اندر ماڈیسٹی ہو، تو</w:t>
      </w:r>
    </w:p>
    <w:p>
      <w:r>
        <w:rPr>
          <w:b/>
        </w:rPr>
        <w:t xml:space="preserve">[03:03] </w:t>
      </w:r>
      <w:r>
        <w:t xml:space="preserve"> un ka mind active rahe ga, un ke andar sunne ki taqat aur dekhne ki taqat zinda rahe gi.</w:t>
      </w:r>
    </w:p>
    <w:p>
      <w:pPr>
        <w:jc w:val="right"/>
      </w:pPr>
      <w:r>
        <w:t>ان کا مائنڈ ایکٹیو رہے گا، ان کے اندر سننے کی طاقت اور دیکھنے کی طاقت زندہ رہے گی۔</w:t>
      </w:r>
    </w:p>
    <w:p>
      <w:r>
        <w:rPr>
          <w:b/>
        </w:rPr>
        <w:t xml:space="preserve">[03:13] </w:t>
      </w:r>
      <w:r>
        <w:t xml:space="preserve"> to woh jab sachai ko</w:t>
      </w:r>
    </w:p>
    <w:p>
      <w:pPr>
        <w:jc w:val="right"/>
      </w:pPr>
      <w:r>
        <w:t>تو وہ جب سچائی کو</w:t>
      </w:r>
    </w:p>
    <w:p>
      <w:r>
        <w:rPr>
          <w:b/>
        </w:rPr>
        <w:t xml:space="preserve">[03:23] </w:t>
      </w:r>
      <w:r>
        <w:t xml:space="preserve"> janain ge, khwah kitaab parhne ki shakal mein ya awaz sunne ki shakal mein, to woh sahih response dein ge.</w:t>
      </w:r>
    </w:p>
    <w:p>
      <w:pPr>
        <w:jc w:val="right"/>
      </w:pPr>
      <w:r>
        <w:t>جانیں گے، خواہ کتاب پڑھنے کی شکل میں یا آواز سننے کی شکل میں، تو وہ صحیح رسپانس دیں گے۔</w:t>
      </w:r>
    </w:p>
    <w:p>
      <w:r>
        <w:rPr>
          <w:b/>
        </w:rPr>
        <w:t xml:space="preserve">[03:33] </w:t>
      </w:r>
      <w:r>
        <w:t xml:space="preserve"> jo baat kahi gayi hai us ko foran samajh jayen ge ke kya kehne wale ne kya kaha.</w:t>
      </w:r>
    </w:p>
    <w:p>
      <w:pPr>
        <w:jc w:val="right"/>
      </w:pPr>
      <w:r>
        <w:t>جو بات کہی گئی ہے اس کو فوراً سمجھ جائیں گے کہ کیا کہنے والے نے کیا کہا۔</w:t>
      </w:r>
    </w:p>
    <w:p>
      <w:r>
        <w:rPr>
          <w:b/>
        </w:rPr>
        <w:t xml:space="preserve">[03:44] </w:t>
      </w:r>
      <w:r>
        <w:t xml:space="preserve"> jo baat unhon ne kitaab mein parhi hai foran samajh jayen ge ke is mein kya likha gaya hai.</w:t>
      </w:r>
    </w:p>
    <w:p>
      <w:pPr>
        <w:jc w:val="right"/>
      </w:pPr>
      <w:r>
        <w:t>جو بات انہوں نے کتاب میں پڑھی ہے فوراً سمجھ جائیں گے کہ اس میں کیا لکھا گیا ہے۔</w:t>
      </w:r>
    </w:p>
    <w:p>
      <w:r>
        <w:rPr>
          <w:b/>
        </w:rPr>
        <w:t xml:space="preserve">[03:54] </w:t>
      </w:r>
      <w:r>
        <w:t xml:space="preserve"> to yeh tamseel ki zaban mein dono qism ke logon ka haal bayan kiya gaya hai.</w:t>
      </w:r>
    </w:p>
    <w:p>
      <w:pPr>
        <w:jc w:val="right"/>
      </w:pPr>
      <w:r>
        <w:t>تو یہ تمثیل کی زبان میں دونوں قسم کے لوگوں کا حال بیان کیا گیا ہے۔</w:t>
      </w:r>
    </w:p>
    <w:p>
      <w:r>
        <w:rPr>
          <w:b/>
        </w:rPr>
        <w:t xml:space="preserve">[04:00] </w:t>
      </w:r>
      <w:r>
        <w:t xml:space="preserve"> yeh har aadmi ka tajurba hai, har aadmi ne is manzar ko dekha hai.</w:t>
      </w:r>
    </w:p>
    <w:p>
      <w:pPr>
        <w:jc w:val="right"/>
      </w:pPr>
      <w:r>
        <w:t>یہ ہر آدمی کا تجربہ ہے، ہر آدمی نے اس منظر کو دیکھا ہے۔</w:t>
      </w:r>
    </w:p>
    <w:p>
      <w:r>
        <w:rPr>
          <w:b/>
        </w:rPr>
        <w:t xml:space="preserve">[04:07] </w:t>
      </w:r>
      <w:r>
        <w:t xml:space="preserve"> koi aadmi jo andha waghera ho to ajeeb ghareeb cheezon, tareeqe se cheezon ko tatolta hai, ajeeb ghareeb</w:t>
      </w:r>
    </w:p>
    <w:p>
      <w:pPr>
        <w:jc w:val="right"/>
      </w:pPr>
      <w:r>
        <w:t>کوئی آدمی جو اندھا وغیرہ ہو تو عجیب غریب چیزوں، طریقے سے چیزوں کو ٹٹولتا ہے، عجیب غریب</w:t>
      </w:r>
    </w:p>
    <w:p>
      <w:r>
        <w:rPr>
          <w:b/>
        </w:rPr>
        <w:t xml:space="preserve">[04:14] </w:t>
      </w:r>
      <w:r>
        <w:t xml:space="preserve"> tareeqe se is ka behavior hota hai.</w:t>
      </w:r>
    </w:p>
    <w:p>
      <w:pPr>
        <w:jc w:val="right"/>
      </w:pPr>
      <w:r>
        <w:t>طریقے سے اس کا بیہیویئر ہوتا ہے۔</w:t>
      </w:r>
    </w:p>
    <w:p>
      <w:r>
        <w:rPr>
          <w:b/>
        </w:rPr>
        <w:t xml:space="preserve">[04:20] </w:t>
      </w:r>
      <w:r>
        <w:t xml:space="preserve"> woh na cheezon ko sahih taur par samajh pata hai, na sahih taur par is</w:t>
      </w:r>
    </w:p>
    <w:p>
      <w:pPr>
        <w:jc w:val="right"/>
      </w:pPr>
      <w:r>
        <w:t>وہ نہ چیزوں کو صحیح طور پر سمجھ پاتا ہے، نہ صحیح طور پر اس</w:t>
      </w:r>
    </w:p>
    <w:p>
      <w:r>
        <w:rPr>
          <w:b/>
        </w:rPr>
        <w:t xml:space="preserve">[04:27] </w:t>
      </w:r>
      <w:r>
        <w:t xml:space="preserve"> ke muqable mein apna rawaiyah pesh kar pata hai.</w:t>
      </w:r>
    </w:p>
    <w:p>
      <w:pPr>
        <w:jc w:val="right"/>
      </w:pPr>
      <w:r>
        <w:t>کے مقابلے میں اپنا رویہ پیش کر پاتا ہے۔</w:t>
      </w:r>
    </w:p>
    <w:p>
      <w:r>
        <w:rPr>
          <w:b/>
        </w:rPr>
        <w:t xml:space="preserve">[04:37] </w:t>
      </w:r>
      <w:r>
        <w:t xml:space="preserve"> is ke bar aks jo aadmi jis ki kaan se khoob achi tarah sunai de, jis ko jis ki</w:t>
      </w:r>
    </w:p>
    <w:p>
      <w:pPr>
        <w:jc w:val="right"/>
      </w:pPr>
      <w:r>
        <w:t>اس کے برعکس جو آدمی جس کی کان سے خوب اچھی طرح سنائی دے، جس کو جس کی</w:t>
      </w:r>
    </w:p>
    <w:p>
      <w:r>
        <w:rPr>
          <w:b/>
        </w:rPr>
        <w:t xml:space="preserve">[04:47] </w:t>
      </w:r>
      <w:r>
        <w:t xml:space="preserve"> aankh se dekhta ho, jo yaani is ke hawass intact hon, to woh bohat sahih sahih response de ga.</w:t>
      </w:r>
    </w:p>
    <w:p>
      <w:pPr>
        <w:jc w:val="right"/>
      </w:pPr>
      <w:r>
        <w:t>آنکھ سے دیکھتا ہو، جو یعنی اس کے حواس انٹیکٹ ہوں، تو وہ بہت صحیح صحیح رسپانس دے گا۔</w:t>
      </w:r>
    </w:p>
    <w:p>
      <w:r>
        <w:rPr>
          <w:b/>
        </w:rPr>
        <w:t xml:space="preserve">[04:57] </w:t>
      </w:r>
      <w:r>
        <w:t xml:space="preserve"> to yeh tamseel ki zaban mein bataya gaya ke mukhtalif qism ke insaan ka response kis tarah hota hai.</w:t>
      </w:r>
    </w:p>
    <w:p>
      <w:pPr>
        <w:jc w:val="right"/>
      </w:pPr>
      <w:r>
        <w:t>تو یہ تمثیل کی زبان میں بتایا گیا کہ مختلف قسم کے انسان کا رسپانس کس طرح ہوتا ہے۔</w:t>
      </w:r>
    </w:p>
    <w:p>
      <w:r>
        <w:rPr>
          <w:b/>
        </w:rPr>
        <w:t xml:space="preserve">[05:05] </w:t>
      </w:r>
      <w:r>
        <w:t xml:space="preserve"> lekin yeh saada baat nahi hai kyun ke accountability jo hai insaan ki woh to phir bhi lagi hui</w:t>
      </w:r>
    </w:p>
    <w:p>
      <w:pPr>
        <w:jc w:val="right"/>
      </w:pPr>
      <w:r>
        <w:t>لیکن یہ سادہ بات نہیں ہے کیونکہ اکاؤنٹیبلٹی جو ہے انسان کی وہ تو پھر بھی لگی ہوئی</w:t>
      </w:r>
    </w:p>
    <w:p>
      <w:r>
        <w:rPr>
          <w:b/>
        </w:rPr>
        <w:t xml:space="preserve">[05:13] </w:t>
      </w:r>
      <w:r>
        <w:t xml:space="preserve"> hai is ke sath.</w:t>
      </w:r>
    </w:p>
    <w:p>
      <w:pPr>
        <w:jc w:val="right"/>
      </w:pPr>
      <w:r>
        <w:t>ہے اس کے ساتھ۔</w:t>
      </w:r>
    </w:p>
    <w:p>
      <w:r>
        <w:rPr>
          <w:b/>
        </w:rPr>
        <w:t xml:space="preserve">[05:20] </w:t>
      </w:r>
      <w:r>
        <w:t xml:space="preserve"> jo quran mein hai ke in nas-sama wal basar wal fuad kull ulaika kana anhum mas'ul</w:t>
      </w:r>
    </w:p>
    <w:p>
      <w:pPr>
        <w:jc w:val="right"/>
      </w:pPr>
      <w:r>
        <w:t>جو قرآن میں ہے کہ إن السمع والبصر والفواد كل أولئك کان عنہم رسول</w:t>
      </w:r>
    </w:p>
    <w:p>
      <w:r>
        <w:rPr>
          <w:b/>
        </w:rPr>
        <w:t xml:space="preserve">[05:28] </w:t>
      </w:r>
      <w:r>
        <w:t>ke aankh aur kaan aur dimagh sab ke sab Allah ke nazdeek accountable hain, jawab de hain. To chahe insaan, agar insaan sahih response de to Allah ke haan woh accept kiya jayega, Allah us ko reward de ga. Is ke bar'</w:t>
      </w:r>
    </w:p>
    <w:p>
      <w:pPr>
        <w:jc w:val="right"/>
      </w:pPr>
      <w:r>
        <w:t>کہ آنکھ اور کان اور دماغ سب کے سب اللہ کے نزدیک اکاؤنٹیبل ہیں، جواب دہ ہیں۔ تو چاہے انسان، اگر انسان صحیح رسپانس دے تو اللہ کے ہاں وہ ایکسیپٹ کیا جائے گا، اللہ اس کو ریوارڈ دے گا۔ اس کے برع</w:t>
      </w:r>
    </w:p>
    <w:p>
      <w:r>
        <w:rPr>
          <w:b/>
        </w:rPr>
        <w:t xml:space="preserve">[05:58] </w:t>
      </w:r>
      <w:r>
        <w:t xml:space="preserve"> kis jo log sahih response na dein to woh chhote hi jayen ge.</w:t>
      </w:r>
    </w:p>
    <w:p>
      <w:pPr>
        <w:jc w:val="right"/>
      </w:pPr>
      <w:r>
        <w:t>کس جو لوگ صحیح رسپانس نہ دیں تو وہ چھوٹے ہی جائیں گے۔</w:t>
      </w:r>
    </w:p>
    <w:p>
      <w:r>
        <w:rPr>
          <w:b/>
        </w:rPr>
        <w:t xml:space="preserve">[06:06] </w:t>
      </w:r>
      <w:r>
        <w:t xml:space="preserve"> yaani kaan aur aankh aur dimagh jo diya gaya un ko yeh apne aap mein is baat ka</w:t>
      </w:r>
    </w:p>
    <w:p>
      <w:pPr>
        <w:jc w:val="right"/>
      </w:pPr>
      <w:r>
        <w:t>یعنی کان اور آنکھ اور دماغ جو دیا گیا ان کو یہ اپنے آپ میں اس بات کا</w:t>
      </w:r>
    </w:p>
    <w:p>
      <w:r>
        <w:rPr>
          <w:b/>
        </w:rPr>
        <w:t xml:space="preserve">[06:14] </w:t>
      </w:r>
      <w:r>
        <w:t xml:space="preserve"> proof hai ke woh accountable hain, woh jawab deh hain.</w:t>
      </w:r>
    </w:p>
    <w:p>
      <w:pPr>
        <w:jc w:val="right"/>
      </w:pPr>
      <w:r>
        <w:t>پروف ہے کہ وہ اکاؤنٹیبل ہیں، وہ جواب دہ ہیں۔</w:t>
      </w:r>
    </w:p>
    <w:p>
      <w:r>
        <w:rPr>
          <w:b/>
        </w:rPr>
        <w:t xml:space="preserve">[06:23] </w:t>
      </w:r>
      <w:r>
        <w:t>kyunke dekhiye, har inaam, har inaam ke saath responsibility juri hui hai.</w:t>
      </w:r>
    </w:p>
    <w:p>
      <w:pPr>
        <w:jc w:val="right"/>
      </w:pPr>
      <w:r>
        <w:t>کیونکہ دیکھیے، ہر انعام، ہر انعام کے ساتھ رسپانسبیلٹی جڑی ہوئی ہے۔</w:t>
      </w:r>
    </w:p>
    <w:p>
      <w:r>
        <w:rPr>
          <w:b/>
        </w:rPr>
        <w:t xml:space="preserve">[06:31] </w:t>
      </w:r>
      <w:r>
        <w:t>har atiye ke saath zimmedari juri hui hai.</w:t>
      </w:r>
    </w:p>
    <w:p>
      <w:pPr>
        <w:jc w:val="right"/>
      </w:pPr>
      <w:r>
        <w:t>ہر عطیے کے ساتھ ذمہ داری جڑی ہوئی ہے۔</w:t>
      </w:r>
    </w:p>
    <w:p>
      <w:r>
        <w:rPr>
          <w:b/>
        </w:rPr>
        <w:t xml:space="preserve">[06:37] </w:t>
      </w:r>
      <w:r>
        <w:t>yeh namumkin hai ke inaam ho aur responsibility na ho, atiya ho magar jawab dehi na ho, aisa</w:t>
      </w:r>
    </w:p>
    <w:p>
      <w:pPr>
        <w:jc w:val="right"/>
      </w:pPr>
      <w:r>
        <w:t>یہ ناممکن ہے کہ انعام ہو اور رسپانسبیلٹی نہ ہو، عطیہ ہو مگر جواب دہی نہ ہو، ایسا</w:t>
      </w:r>
    </w:p>
    <w:p>
      <w:r>
        <w:rPr>
          <w:b/>
        </w:rPr>
        <w:t xml:space="preserve">[06:43] </w:t>
      </w:r>
      <w:r>
        <w:t>nahi ho sakta.</w:t>
      </w:r>
    </w:p>
    <w:p>
      <w:pPr>
        <w:jc w:val="right"/>
      </w:pPr>
      <w:r>
        <w:t>نہیں ہو سکتا۔</w:t>
      </w:r>
    </w:p>
    <w:p>
      <w:r>
        <w:rPr>
          <w:b/>
        </w:rPr>
        <w:t xml:space="preserve">[06:49] </w:t>
      </w:r>
      <w:r>
        <w:t>to khaliq ne jab insaan ko yeh sab diya, yaani dimaagh diya taake soche, aankh diya taake dekhe,</w:t>
      </w:r>
    </w:p>
    <w:p>
      <w:pPr>
        <w:jc w:val="right"/>
      </w:pPr>
      <w:r>
        <w:t>تو خالق نے جب انسان کو یہ سب دیا، یعنی دماغ دیا تاکہ سوچے، آنکھ دیا تاکہ دیکھے،</w:t>
      </w:r>
    </w:p>
    <w:p>
      <w:r>
        <w:rPr>
          <w:b/>
        </w:rPr>
        <w:t xml:space="preserve">[06:55] </w:t>
      </w:r>
      <w:r>
        <w:t>kaan diya taake sune, to apne aap</w:t>
      </w:r>
    </w:p>
    <w:p>
      <w:pPr>
        <w:jc w:val="right"/>
      </w:pPr>
      <w:r>
        <w:t>کان دیا تاکہ سنے، تو اپنے آپ</w:t>
      </w:r>
    </w:p>
    <w:p>
      <w:r>
        <w:rPr>
          <w:b/>
        </w:rPr>
        <w:t xml:space="preserve">[07:01] </w:t>
      </w:r>
      <w:r>
        <w:t>, apne aap hi is mein baat shamil hai ke tumhein sahi tareeqe par sochna hai, tum ko</w:t>
      </w:r>
    </w:p>
    <w:p>
      <w:pPr>
        <w:jc w:val="right"/>
      </w:pPr>
      <w:r>
        <w:t>، اپنے آپ ہی اس میں بات شامل ہے کہ تمہیں صحیح طریقے پر سوچنا ہے، تم کو</w:t>
      </w:r>
    </w:p>
    <w:p>
      <w:r>
        <w:rPr>
          <w:b/>
        </w:rPr>
        <w:t xml:space="preserve">[07:09] </w:t>
      </w:r>
      <w:r>
        <w:t>sahi tareeqe par dekhna hai, tum ko sahi tareeqe par sunna hai.</w:t>
      </w:r>
    </w:p>
    <w:p>
      <w:pPr>
        <w:jc w:val="right"/>
      </w:pPr>
      <w:r>
        <w:t>صحیح طریقے پر دیکھنا ہے، تم کو صحیح طریقے پر سننا ہے۔</w:t>
      </w:r>
    </w:p>
    <w:p>
      <w:r>
        <w:rPr>
          <w:b/>
        </w:rPr>
        <w:t xml:space="preserve">[07:16] </w:t>
      </w:r>
      <w:r>
        <w:t>to jo insaan apne, yaani in khudadad salahiyaton ko sahi istemaal kare aur sahi response de, woh aakhirat</w:t>
      </w:r>
    </w:p>
    <w:p>
      <w:pPr>
        <w:jc w:val="right"/>
      </w:pPr>
      <w:r>
        <w:t>تو جو انسان اپنے، یعنی ان خداداد صلاحیتوں کو صحیح استعمال کرے اور صحیح رسپانس دے، وہ آخرت</w:t>
      </w:r>
    </w:p>
    <w:p>
      <w:r>
        <w:rPr>
          <w:b/>
        </w:rPr>
        <w:t xml:space="preserve">[07:24] </w:t>
      </w:r>
      <w:r>
        <w:t>mein aur bhi zyada bada badla payega, us ko jannat mein jagah mil</w:t>
      </w:r>
    </w:p>
    <w:p>
      <w:pPr>
        <w:jc w:val="right"/>
      </w:pPr>
      <w:r>
        <w:t>میں اور بھی زیادہ بڑا بدلہ پائے گا، اس کو جنت میں جگہ مل</w:t>
      </w:r>
    </w:p>
    <w:p>
      <w:r>
        <w:rPr>
          <w:b/>
        </w:rPr>
        <w:t xml:space="preserve">[07:31] </w:t>
      </w:r>
      <w:r>
        <w:t>egi.</w:t>
      </w:r>
    </w:p>
    <w:p>
      <w:pPr>
        <w:jc w:val="right"/>
      </w:pPr>
      <w:r>
        <w:t>ے گی۔</w:t>
      </w:r>
    </w:p>
    <w:p>
      <w:r>
        <w:rPr>
          <w:b/>
        </w:rPr>
        <w:t xml:space="preserve">[07:37] </w:t>
      </w:r>
      <w:r>
        <w:t>aur jo log sahi response na dein to jo diya gaya tha un ko woh bhi chhin jayega.</w:t>
      </w:r>
    </w:p>
    <w:p>
      <w:pPr>
        <w:jc w:val="right"/>
      </w:pPr>
      <w:r>
        <w:t>اور جو لوگ صحیح رسپانس نہ دیں تو جو دیا گیا تھا ان کو وہ بھی چھن جائے گا۔</w:t>
      </w:r>
    </w:p>
    <w:p>
      <w:r>
        <w:rPr>
          <w:b/>
        </w:rPr>
        <w:t xml:space="preserve">[07:43] </w:t>
      </w:r>
      <w:r>
        <w:t>to aakhirat mein mehroom uthenge.</w:t>
      </w:r>
    </w:p>
    <w:p>
      <w:pPr>
        <w:jc w:val="right"/>
      </w:pPr>
      <w:r>
        <w:t>تو آخرت میں محروم اٹھیں گے۔</w:t>
      </w:r>
    </w:p>
    <w:p>
      <w:r>
        <w:rPr>
          <w:b/>
        </w:rPr>
        <w:t xml:space="preserve">[07:49] </w:t>
      </w:r>
      <w:r>
        <w:t>jaisa ke quran mein hai ke mun kaana afiyaaz aama faw fi al-aakhirati aama yaani duniya mein unhon</w:t>
      </w:r>
    </w:p>
    <w:p>
      <w:pPr>
        <w:jc w:val="right"/>
      </w:pPr>
      <w:r>
        <w:t>جیسا کہ قرآن میں ہے کہ من کان افیاض عامہ فو فی الآخرة عامہ یعنی دنیا میں انہوں</w:t>
      </w:r>
    </w:p>
    <w:p>
      <w:r>
        <w:rPr>
          <w:b/>
        </w:rPr>
        <w:t xml:space="preserve">[07:56] </w:t>
      </w:r>
      <w:r>
        <w:t>ne yeh zahir kiya ke jaise ke woh andhe hon, yaani aankh rakhte hue yeh zahir kiya ke bazahir</w:t>
      </w:r>
    </w:p>
    <w:p>
      <w:pPr>
        <w:jc w:val="right"/>
      </w:pPr>
      <w:r>
        <w:t>نے یہ ظاہر کیا کہ جیسے کہ وہ اندھے ہوں، یعنی آنکھ رکھتے ہوئے یہ ظاہر کیا کہ بظاہر</w:t>
      </w:r>
    </w:p>
    <w:p>
      <w:r>
        <w:rPr>
          <w:b/>
        </w:rPr>
        <w:t xml:space="preserve">[08:02] </w:t>
      </w:r>
      <w:r>
        <w:t>andhe jaisa muamla kiya unhon ne.</w:t>
      </w:r>
    </w:p>
    <w:p>
      <w:pPr>
        <w:jc w:val="right"/>
      </w:pPr>
      <w:r>
        <w:t>اندھے جیسا معاملہ کیا انہوں نے۔</w:t>
      </w:r>
    </w:p>
    <w:p>
      <w:r>
        <w:rPr>
          <w:b/>
        </w:rPr>
        <w:t xml:space="preserve">[08:09] </w:t>
      </w:r>
      <w:r>
        <w:t>to aakhirat mein woh is ke, is ka istihqaq kho denge ke un ko dobara aankh di</w:t>
      </w:r>
    </w:p>
    <w:p>
      <w:pPr>
        <w:jc w:val="right"/>
      </w:pPr>
      <w:r>
        <w:t>تو آخرت میں وہ اس کے، اس کا استحقاق کھو دیں گے کہ ان کو دوبارہ آنکھ دی</w:t>
      </w:r>
    </w:p>
    <w:p>
      <w:r>
        <w:rPr>
          <w:b/>
        </w:rPr>
        <w:t xml:space="preserve">[08:17] </w:t>
      </w:r>
      <w:r>
        <w:t>jaye, un ko dobara atiyaat diye jayen, un ko dobara inaamaat diye jayen, is ka istihqaq kho denge.</w:t>
      </w:r>
    </w:p>
    <w:p>
      <w:pPr>
        <w:jc w:val="right"/>
      </w:pPr>
      <w:r>
        <w:t>جائے، ان کو دوبارہ عطیات دیے جائیں، ان کو دوبارہ انعامات دیے جائیں، اس کا استحقاق کھو دیں گے۔</w:t>
      </w:r>
    </w:p>
    <w:p>
      <w:r>
        <w:rPr>
          <w:b/>
        </w:rPr>
        <w:t xml:space="preserve">[08:24] </w:t>
      </w:r>
      <w:r>
        <w:t>to yeh bohat hi zyada sanjeeda baat hai, bohat</w:t>
      </w:r>
    </w:p>
    <w:p>
      <w:pPr>
        <w:jc w:val="right"/>
      </w:pPr>
      <w:r>
        <w:t>تو یہ بہت ہی زیادہ سنجیدہ بات ہے، بہت</w:t>
      </w:r>
    </w:p>
    <w:p>
      <w:r>
        <w:rPr>
          <w:b/>
        </w:rPr>
        <w:t xml:space="preserve">[08:32] </w:t>
      </w:r>
      <w:r>
        <w:t>zyada sanjeeda baat hai.</w:t>
      </w:r>
    </w:p>
    <w:p>
      <w:pPr>
        <w:jc w:val="right"/>
      </w:pPr>
      <w:r>
        <w:t>زیادہ سنجیدہ بات ہے۔</w:t>
      </w:r>
    </w:p>
    <w:p>
      <w:r>
        <w:rPr>
          <w:b/>
        </w:rPr>
        <w:t xml:space="preserve">[08:40] </w:t>
      </w:r>
      <w:r>
        <w:t>aur agar aap dawat ka kaam kar rahe hain to aap ko baar baar is ka tajurba hua</w:t>
      </w:r>
    </w:p>
    <w:p>
      <w:pPr>
        <w:jc w:val="right"/>
      </w:pPr>
      <w:r>
        <w:t>اور اگر آپ دعوت کا کام کر رہے ہیں تو آپ کو بار بار اس کا تجربہ ہوا</w:t>
      </w:r>
    </w:p>
    <w:p>
      <w:r>
        <w:rPr>
          <w:b/>
        </w:rPr>
        <w:t xml:space="preserve">[08:47] </w:t>
      </w:r>
      <w:r>
        <w:t>hota hoga kis tarah log andhe bhare jaisa response dete hain.</w:t>
      </w:r>
    </w:p>
    <w:p>
      <w:pPr>
        <w:jc w:val="right"/>
      </w:pPr>
      <w:r>
        <w:t>ہوتا ہوگا کس طرح لوگ اندھے بھرے جیسا رسپانس دیتے ہیں۔</w:t>
      </w:r>
    </w:p>
    <w:p>
      <w:r>
        <w:rPr>
          <w:b/>
        </w:rPr>
        <w:t xml:space="preserve">[08:55] </w:t>
      </w:r>
      <w:r>
        <w:t>mujhe bhi baar baar is ka tajurba hota hai. maslan mein</w:t>
      </w:r>
    </w:p>
    <w:p>
      <w:pPr>
        <w:jc w:val="right"/>
      </w:pPr>
      <w:r>
        <w:t>مجھے بھی بار بار اس کا تجربہ ہوتا ہے۔ مثلاً میں</w:t>
      </w:r>
    </w:p>
    <w:p>
      <w:r>
        <w:rPr>
          <w:b/>
        </w:rPr>
        <w:t xml:space="preserve">[09:02] </w:t>
      </w:r>
      <w:r>
        <w:t>ek bohat se tajurbaat mein se ek tajurba batata hoon ke musalman jo aaj kal ke zamane mein</w:t>
      </w:r>
    </w:p>
    <w:p>
      <w:pPr>
        <w:jc w:val="right"/>
      </w:pPr>
      <w:r>
        <w:t>ایک بہت سے تجربات میں سے ایک تجربہ بتاتا ہوں کہ مسلمان جو آج کل کے زمانے میں</w:t>
      </w:r>
    </w:p>
    <w:p>
      <w:r>
        <w:rPr>
          <w:b/>
        </w:rPr>
        <w:t xml:space="preserve">[09:10] </w:t>
      </w:r>
      <w:r>
        <w:t>duniya bhar mein hain to woh zulm ki baatein bohat karte hain.</w:t>
      </w:r>
    </w:p>
    <w:p>
      <w:pPr>
        <w:jc w:val="right"/>
      </w:pPr>
      <w:r>
        <w:t>دنیا بھر میں ہیں تو وہ ظلم کی باتیں بہت کرتے ہیں۔</w:t>
      </w:r>
    </w:p>
    <w:p>
      <w:r>
        <w:rPr>
          <w:b/>
        </w:rPr>
        <w:t xml:space="preserve">[09:18] </w:t>
      </w:r>
      <w:r>
        <w:t>zulm hamare sath kiya jata hai, hamare sath nainsafi hoti hai, hum ko sataya ja raha hai, hum</w:t>
      </w:r>
    </w:p>
    <w:p>
      <w:pPr>
        <w:jc w:val="right"/>
      </w:pPr>
      <w:r>
        <w:t>ظلم ہمارے ساتھ کیا جاتا ہے، ہمارے ساتھ ناانصافی ہوتی ہے، ہم کو ستایا جا رہا ہے، ہم</w:t>
      </w:r>
    </w:p>
    <w:p>
      <w:r>
        <w:rPr>
          <w:b/>
        </w:rPr>
        <w:t xml:space="preserve">[09:26] </w:t>
      </w:r>
      <w:r>
        <w:t>hamare sath discrimination ka sulook kiya jata hai.</w:t>
      </w:r>
    </w:p>
    <w:p>
      <w:pPr>
        <w:jc w:val="right"/>
      </w:pPr>
      <w:r>
        <w:t>ہمارے ساتھ ڈسکریمینیشن کا سلوک کیا جاتا ہے۔</w:t>
      </w:r>
    </w:p>
    <w:p>
      <w:r>
        <w:rPr>
          <w:b/>
        </w:rPr>
        <w:t xml:space="preserve">[09:33] </w:t>
      </w:r>
      <w:r>
        <w:t>Aam taur par har taraf jahan dekhiye yeh baatein hoti hain. To jab mein kehta hoon ke yeh jo ho raha hai is ko aap insaan se aap wabasta kiye hue hain, aap samajhte hain koi insaan aisa kar raha hai, yeh to nizam-e-fitrat ki wajah se ho raha hai. Yani khaliq ne jo nizam dunya mein banaya hai woh is ki bina par aisa hua hai. Insaan ko khudara azadi di hai, yahan competition ka ma</w:t>
      </w:r>
    </w:p>
    <w:p>
      <w:pPr>
        <w:jc w:val="right"/>
      </w:pPr>
      <w:r>
        <w:t>عام طور پر ہر طرف جہاں دیکھیے یہ باتیں ہوتی ہیں۔ تو جب میں کہتا ہوں کہ یہ جو ہو رہا ہے اس کو آپ انسان سے آپ وابستہ کیے ہوئے ہیں، آپ سمجھتے ہیں کوئی انسان ایسا کر رہا ہے، یہ تو نظام فطرت کی وجہ سے ہو رہا ہے۔ یعنی خالق نے جو نظام دنیا میں بنایا ہے وہ اس کی بنا پر ایسا ہوا ہے۔ انسان کو خدارا آزادی دی ہے، یہاں کمپٹیشن کا ما</w:t>
      </w:r>
    </w:p>
    <w:p>
      <w:r>
        <w:rPr>
          <w:b/>
        </w:rPr>
        <w:t xml:space="preserve">[10:03] </w:t>
      </w:r>
      <w:r>
        <w:t>hawl hai, yahan challenge ka mahol hai ke yeh sab hoga.</w:t>
      </w:r>
    </w:p>
    <w:p>
      <w:pPr>
        <w:jc w:val="right"/>
      </w:pPr>
      <w:r>
        <w:t>حول ہے، یہاں چیلنج کا ماحول ہے کہ یہ سب ہوگا۔</w:t>
      </w:r>
    </w:p>
    <w:p>
      <w:r>
        <w:rPr>
          <w:b/>
        </w:rPr>
        <w:t xml:space="preserve">[10:09] </w:t>
      </w:r>
      <w:r>
        <w:t>تو وہ creation plan of God کی طرف سے ہو رہا ہے نہ کہ انسان کی طرف سے۔</w:t>
      </w:r>
    </w:p>
    <w:p>
      <w:pPr>
        <w:jc w:val="right"/>
      </w:pPr>
      <w:r>
        <w:t>تو وہ کریشن پلان آف گاڈ کی طرف سے ہو رہا ہے نہ کہ انسان کی طرف سے۔</w:t>
      </w:r>
    </w:p>
    <w:p>
      <w:r>
        <w:rPr>
          <w:b/>
        </w:rPr>
        <w:t xml:space="preserve">[10:15] </w:t>
      </w:r>
      <w:r>
        <w:t>to aap bajaye is ke ke insaan ki shikayat karen, aap ko chahiye ke apne aap ko fitrat</w:t>
      </w:r>
    </w:p>
    <w:p>
      <w:pPr>
        <w:jc w:val="right"/>
      </w:pPr>
      <w:r>
        <w:t>تو آپ بجائے اس کے کہ انسان کی شکایت کریں، آپ کو چاہیے کہ اپنے آپ کو فطرت</w:t>
      </w:r>
    </w:p>
    <w:p>
      <w:r>
        <w:rPr>
          <w:b/>
        </w:rPr>
        <w:t xml:space="preserve">[10:21] </w:t>
      </w:r>
      <w:r>
        <w:t>ke nizam se mutabiq banaen.</w:t>
      </w:r>
    </w:p>
    <w:p>
      <w:pPr>
        <w:jc w:val="right"/>
      </w:pPr>
      <w:r>
        <w:t>کے نظام سے مطابق بنائیں۔</w:t>
      </w:r>
    </w:p>
    <w:p>
      <w:r>
        <w:rPr>
          <w:b/>
        </w:rPr>
        <w:t xml:space="preserve">[10:27] </w:t>
      </w:r>
      <w:r>
        <w:t>to ajib o gharib tareeqe par jawab dete hain ke yeh kiya baat hui, yeh</w:t>
      </w:r>
    </w:p>
    <w:p>
      <w:pPr>
        <w:jc w:val="right"/>
      </w:pPr>
      <w:r>
        <w:t>تو عجیب و غریب طریقے پر جواب دیتے ہیں کہ یہ کیا بات ہوئی، یہ</w:t>
      </w:r>
    </w:p>
    <w:p>
      <w:r>
        <w:rPr>
          <w:b/>
        </w:rPr>
        <w:t xml:space="preserve">[10:34] </w:t>
      </w:r>
      <w:r>
        <w:t>kahan se aap ne naya falsafa nikal liya? hum to bhagt rahe hain in logon ka zulm, aap</w:t>
      </w:r>
    </w:p>
    <w:p>
      <w:pPr>
        <w:jc w:val="right"/>
      </w:pPr>
      <w:r>
        <w:t>کہاں سے آپ نے نیا فلسفہ نکال لیا؟ ہم تو بھگت رہے ہیں ان لوگوں کا ظلم، آپ</w:t>
      </w:r>
    </w:p>
    <w:p>
      <w:r>
        <w:rPr>
          <w:b/>
        </w:rPr>
        <w:t xml:space="preserve">[10:41] </w:t>
      </w:r>
      <w:r>
        <w:t>ek falsafa bayan kar rahe hain.</w:t>
      </w:r>
    </w:p>
    <w:p>
      <w:pPr>
        <w:jc w:val="right"/>
      </w:pPr>
      <w:r>
        <w:t>ایک فلسفہ بیان کر رہے ہیں۔</w:t>
      </w:r>
    </w:p>
    <w:p>
      <w:r>
        <w:rPr>
          <w:b/>
        </w:rPr>
        <w:t xml:space="preserve">[10:49] </w:t>
      </w:r>
      <w:r>
        <w:t>to yani yeh falsafa nahi, hum ne bayan kiya, hum ne is qanoon ko bayan kiya jo Quran</w:t>
      </w:r>
    </w:p>
    <w:p>
      <w:pPr>
        <w:jc w:val="right"/>
      </w:pPr>
      <w:r>
        <w:t>تو یعنی یہ فلسفہ نہیں، ہم نے بیان کیا، ہم نے اس قانون کو بیان کیا جو قرآن</w:t>
      </w:r>
    </w:p>
    <w:p>
      <w:r>
        <w:rPr>
          <w:b/>
        </w:rPr>
        <w:t xml:space="preserve">[10:56] </w:t>
      </w:r>
      <w:r>
        <w:t>mein likha hua hai, Allah ki kitab mein likha hua hai.</w:t>
      </w:r>
    </w:p>
    <w:p>
      <w:pPr>
        <w:jc w:val="right"/>
      </w:pPr>
      <w:r>
        <w:t>میں لکھا ہوا ہے، اللہ کی کتاب میں لکھا ہوا ہے۔</w:t>
      </w:r>
    </w:p>
    <w:p>
      <w:r>
        <w:rPr>
          <w:b/>
        </w:rPr>
        <w:t xml:space="preserve">[11:04] </w:t>
      </w:r>
      <w:r>
        <w:t>To un ko chahiye tha yani sahih response kya tha? Sahih response yeh tha ke jo ayatein hum ne pesh keen Quran ki, un ayaton ko dekhte, us ko samajhte ke is mein kya baat kahi gayi hai. Aur Quran ko nahi dekha, baghair dekhe hue lage ulta response dene. To har har woh shakhs jo dawat</w:t>
      </w:r>
    </w:p>
    <w:p>
      <w:pPr>
        <w:jc w:val="right"/>
      </w:pPr>
      <w:r>
        <w:t>تو ان کو چاہیے تھا یعنی صحیح رسپانس کیا تھا؟ صحیح رسپانس یہ تھا کہ جو آیتیں ہم نے پیش کیں قرآن کی، ان آیتوں کو دیکھتے، اس کو سمجھتے کہ اس میں کیا بات کہی گئی ہے۔ اور قرآن کو نہیں دیکھا، بغیر دیکھے ہوئے لگے الٹا رسپانس دینے۔ تو ہر ہر وہ شخص جو دع</w:t>
      </w:r>
    </w:p>
    <w:p>
      <w:r>
        <w:rPr>
          <w:b/>
        </w:rPr>
        <w:t xml:space="preserve">[11:34] </w:t>
      </w:r>
      <w:r>
        <w:t>wat ka kaam kar raha hai, jo sachai ko phailane ke kaam mein laga hua hai, us ko</w:t>
      </w:r>
    </w:p>
    <w:p>
      <w:pPr>
        <w:jc w:val="right"/>
      </w:pPr>
      <w:r>
        <w:t>وت کا کام کر رہا ہے، جو سچائی کو پھیلانے کے کام میں لگا ہوا ہے، اس کو</w:t>
      </w:r>
    </w:p>
    <w:p>
      <w:r>
        <w:rPr>
          <w:b/>
        </w:rPr>
        <w:t xml:space="preserve">[11:41] </w:t>
      </w:r>
      <w:r>
        <w:t>bar bar yeh tajurba hota hai ke ajib o gharib baaten keh kar ke woh us ko radd</w:t>
      </w:r>
    </w:p>
    <w:p>
      <w:pPr>
        <w:jc w:val="right"/>
      </w:pPr>
      <w:r>
        <w:t>بار بار یہ تجربہ ہوتا ہے کہ عجیب و غریب باتیں کہہ کر کے وہ اس کو رد</w:t>
      </w:r>
    </w:p>
    <w:p>
      <w:r>
        <w:rPr>
          <w:b/>
        </w:rPr>
        <w:t xml:space="preserve">[11:49] </w:t>
      </w:r>
      <w:r>
        <w:t>kar dete hain, us ko manane se inkar kar dete hain.</w:t>
      </w:r>
    </w:p>
    <w:p>
      <w:pPr>
        <w:jc w:val="right"/>
      </w:pPr>
      <w:r>
        <w:t>کر دیتے ہیں، اس کو ماننے سے انکار کر دیتے ہیں۔</w:t>
      </w:r>
    </w:p>
    <w:p>
      <w:r>
        <w:rPr>
          <w:b/>
        </w:rPr>
        <w:t xml:space="preserve">[11:56] </w:t>
      </w:r>
      <w:r>
        <w:t>to Quran ki is ayat mein jo baat kahi gayi hai, woh kisi mazi ke kisi</w:t>
      </w:r>
    </w:p>
    <w:p>
      <w:pPr>
        <w:jc w:val="right"/>
      </w:pPr>
      <w:r>
        <w:t>تو قرآن کی اس آیت میں جو بات کہی گئی ہے، وہ کسی ماضی کے کسی</w:t>
      </w:r>
    </w:p>
    <w:p>
      <w:r>
        <w:rPr>
          <w:b/>
        </w:rPr>
        <w:t xml:space="preserve">[12:04] </w:t>
      </w:r>
      <w:r>
        <w:t>kuch logon ke liye nahi hai.</w:t>
      </w:r>
    </w:p>
    <w:p>
      <w:pPr>
        <w:jc w:val="right"/>
      </w:pPr>
      <w:r>
        <w:t>کچھ لوگوں کے لیے نہیں ہے۔</w:t>
      </w:r>
    </w:p>
    <w:p>
      <w:r>
        <w:rPr>
          <w:b/>
        </w:rPr>
        <w:t xml:space="preserve">[12:09] </w:t>
      </w:r>
      <w:r>
        <w:t>yani choda sau saal pehle kuch log the, unhon ne aisa kiya tha, un ke bare mein yeh</w:t>
      </w:r>
    </w:p>
    <w:p>
      <w:pPr>
        <w:jc w:val="right"/>
      </w:pPr>
      <w:r>
        <w:t>یعنی چودہ سو سال پہلے کچھ لوگ تھے، انہوں نے ایسا کیا تھا، ان کے بارے میں یہ</w:t>
      </w:r>
    </w:p>
    <w:p>
      <w:r>
        <w:rPr>
          <w:b/>
        </w:rPr>
        <w:t xml:space="preserve">[12:14] </w:t>
      </w:r>
      <w:r>
        <w:t>ayat hai, aisa nahi hai.</w:t>
      </w:r>
    </w:p>
    <w:p>
      <w:pPr>
        <w:jc w:val="right"/>
      </w:pPr>
      <w:r>
        <w:t>آیت ہے، ایسا نہیں ہے۔</w:t>
      </w:r>
    </w:p>
    <w:p>
      <w:r>
        <w:rPr>
          <w:b/>
        </w:rPr>
        <w:t xml:space="preserve">[12:19] </w:t>
      </w:r>
      <w:r>
        <w:t>phir to Quran ek qissa mazi ban jayega, Quran ki authenticity khatm ho jayegi.</w:t>
      </w:r>
    </w:p>
    <w:p>
      <w:pPr>
        <w:jc w:val="right"/>
      </w:pPr>
      <w:r>
        <w:t>پھر تو قرآن ایک قصہ ماضی بن جائے گا، قرآن کی اتھنٹٹی ختم ہو جائے گی۔</w:t>
      </w:r>
    </w:p>
    <w:p>
      <w:r>
        <w:rPr>
          <w:b/>
        </w:rPr>
        <w:t xml:space="preserve">[12:24] </w:t>
      </w:r>
      <w:r>
        <w:t>agar aap in ayaton ka matlab yeh samjhen ke Rasool Allah ke zamane mein kuch log the jinhon</w:t>
      </w:r>
    </w:p>
    <w:p>
      <w:pPr>
        <w:jc w:val="right"/>
      </w:pPr>
      <w:r>
        <w:t>اگر آپ ان آیتوں کا مطلب یہ سمجھیں کہ رسول اللہ کے زمانے میں کچھ لوگ تھے جنہوں</w:t>
      </w:r>
    </w:p>
    <w:p>
      <w:r>
        <w:rPr>
          <w:b/>
        </w:rPr>
        <w:t xml:space="preserve">[12:29] </w:t>
      </w:r>
      <w:r>
        <w:t>ne is tarah ka response diya to Quran ki abadiyat ko</w:t>
      </w:r>
    </w:p>
    <w:p>
      <w:pPr>
        <w:jc w:val="right"/>
      </w:pPr>
      <w:r>
        <w:t>نے اس طرح کا رسپانس دیا تو قرآن کی ابدیت کو</w:t>
      </w:r>
    </w:p>
    <w:p>
      <w:r>
        <w:rPr>
          <w:b/>
        </w:rPr>
        <w:t xml:space="preserve">[12:34] </w:t>
      </w:r>
      <w:r>
        <w:t>khatm kar diya aap ne.</w:t>
      </w:r>
    </w:p>
    <w:p>
      <w:pPr>
        <w:jc w:val="right"/>
      </w:pPr>
      <w:r>
        <w:t>ختم کر دیا آپ نے۔</w:t>
      </w:r>
    </w:p>
    <w:p>
      <w:r>
        <w:rPr>
          <w:b/>
        </w:rPr>
        <w:t xml:space="preserve">[12:42] </w:t>
      </w:r>
      <w:r>
        <w:t>to aap ko yeh manna hoga ke in ayaton mein bazahir ek waqti waqe ka reference diya gaya</w:t>
      </w:r>
    </w:p>
    <w:p>
      <w:pPr>
        <w:jc w:val="right"/>
      </w:pPr>
      <w:r>
        <w:t>تو آپ کو یہ ماننا ہوگا کہ ان آیات میں بظاہر ایک وقتی واقعے کا ریفرنس دیا گیا</w:t>
      </w:r>
    </w:p>
    <w:p>
      <w:r>
        <w:rPr>
          <w:b/>
        </w:rPr>
        <w:t xml:space="preserve">[12:49] </w:t>
      </w:r>
      <w:r>
        <w:t>ho, lekin usooli taur par woh ek general principle hai, woh qayamat tak ke liye.</w:t>
      </w:r>
    </w:p>
    <w:p>
      <w:pPr>
        <w:jc w:val="right"/>
      </w:pPr>
      <w:r>
        <w:t>ہو، لیکن اصولی طور پر وہ ایک ایک جنرل پرنسپل ہے، وہ قیامت تک کے لیے۔</w:t>
      </w:r>
    </w:p>
    <w:p>
      <w:r>
        <w:rPr>
          <w:b/>
        </w:rPr>
        <w:t xml:space="preserve">[12:57] </w:t>
      </w:r>
      <w:r>
        <w:t>qayamat tak aisa hoga ke jab</w:t>
      </w:r>
    </w:p>
    <w:p>
      <w:pPr>
        <w:jc w:val="right"/>
      </w:pPr>
      <w:r>
        <w:t>قیامت تک ایسا ہوگا کہ جب</w:t>
      </w:r>
    </w:p>
    <w:p>
      <w:r>
        <w:rPr>
          <w:b/>
        </w:rPr>
        <w:t xml:space="preserve">[13:04] </w:t>
      </w:r>
      <w:r>
        <w:t>logon ke samne sachai ka paigham pesh kiya jayega to jo log is ka sahi response den</w:t>
      </w:r>
    </w:p>
    <w:p>
      <w:pPr>
        <w:jc w:val="right"/>
      </w:pPr>
      <w:r>
        <w:t>لوگوں کے سامنے سچائی کا پیغام پیش کیا جائے گا تو جو لوگ اس کا صحیح رسپانس دیں</w:t>
      </w:r>
    </w:p>
    <w:p>
      <w:r>
        <w:rPr>
          <w:b/>
        </w:rPr>
        <w:t xml:space="preserve">[13:12] </w:t>
      </w:r>
      <w:r>
        <w:t>ge, un ke liye jannat hai aur jo log is ka ghalat response dein ge, un ke liye</w:t>
      </w:r>
    </w:p>
    <w:p>
      <w:pPr>
        <w:jc w:val="right"/>
      </w:pPr>
      <w:r>
        <w:t>گے، ان کے لیے جنت ہے اور جو لوگ اس کا غلط رسپانس دیں گے، ان کے لیے</w:t>
      </w:r>
    </w:p>
    <w:p>
      <w:r>
        <w:rPr>
          <w:b/>
        </w:rPr>
        <w:t xml:space="preserve">[13:20] </w:t>
      </w:r>
      <w:r>
        <w:t>allah ki rehmat se mehroomi hai.</w:t>
      </w:r>
    </w:p>
    <w:p>
      <w:pPr>
        <w:jc w:val="right"/>
      </w:pPr>
      <w:r>
        <w:t>اللہ کی رحمت سے محرومی ہے۔</w:t>
      </w:r>
    </w:p>
    <w:p>
      <w:r>
        <w:rPr>
          <w:b/>
        </w:rPr>
        <w:t xml:space="preserve">[13:28] </w:t>
      </w:r>
      <w:r>
        <w:t>to yeh janana bohat zaroori hai ke yeh ayat aur is tarah ki doosri ayatein mahaz</w:t>
      </w:r>
    </w:p>
    <w:p>
      <w:pPr>
        <w:jc w:val="right"/>
      </w:pPr>
      <w:r>
        <w:t>تو یہ جاننا بہت ضروری ہے کہ یہ آیت اور اس طرح کی دوسری آیتیں محض</w:t>
      </w:r>
    </w:p>
    <w:p>
      <w:r>
        <w:rPr>
          <w:b/>
        </w:rPr>
        <w:t xml:space="preserve">[13:35] </w:t>
      </w:r>
      <w:r>
        <w:t>guzre hue mazi ka qissa nahi hain, yeh dastan parina nahi hai, yeh aik zinda hidayat hai.</w:t>
      </w:r>
    </w:p>
    <w:p>
      <w:pPr>
        <w:jc w:val="right"/>
      </w:pPr>
      <w:r>
        <w:t>گزرے ہوئے ماضی کا قصہ نہیں ہیں، یہ داستان پارینہ نہیں ہے، یہ ایک زندہ ہدایت ہے۔</w:t>
      </w:r>
    </w:p>
    <w:p>
      <w:r>
        <w:rPr>
          <w:b/>
        </w:rPr>
        <w:t xml:space="preserve">[13:46] </w:t>
      </w:r>
      <w:r>
        <w:t>har zamanay mein woh apply hoti hai, har zamanay mein is se hamein guidance milti hai, har zamanay</w:t>
      </w:r>
    </w:p>
    <w:p>
      <w:pPr>
        <w:jc w:val="right"/>
      </w:pPr>
      <w:r>
        <w:t>ہر زمانے میں وہ اپلائی ہوتی ہے، ہر زمانے میں اس سے ہمیں گائیڈنس ملتی ہے، ہر زمانے</w:t>
      </w:r>
    </w:p>
    <w:p>
      <w:r>
        <w:rPr>
          <w:b/>
        </w:rPr>
        <w:t xml:space="preserve">[13:57] </w:t>
      </w:r>
      <w:r>
        <w:t>ke insano ke bare mein hamein samajhne ka moqa milta hai un ke in ayaton ke zariye se.</w:t>
      </w:r>
    </w:p>
    <w:p>
      <w:pPr>
        <w:jc w:val="right"/>
      </w:pPr>
      <w:r>
        <w:t>کے انسانوں کے بارے میں ہمیں سمجھنے کا موقع ملتا ہے ان کے ان آیتوں کے ذریعے سے۔</w:t>
      </w:r>
    </w:p>
    <w:p>
      <w:r>
        <w:rPr>
          <w:b/>
        </w:rPr>
        <w:t xml:space="preserve">[14:07] </w:t>
      </w:r>
      <w:r>
        <w:t>to yeh samajhna bohat zaroori hai.</w:t>
      </w:r>
    </w:p>
    <w:p>
      <w:pPr>
        <w:jc w:val="right"/>
      </w:pPr>
      <w:r>
        <w:t>تو یہ سمجھنا بہت ضروری ہے۔</w:t>
      </w:r>
    </w:p>
    <w:p>
      <w:r>
        <w:rPr>
          <w:b/>
        </w:rPr>
        <w:t xml:space="preserve">[14:15] </w:t>
      </w:r>
      <w:r>
        <w:t>phir yeh baat bhi hai ke is mein madu ka zikr hai.</w:t>
      </w:r>
    </w:p>
    <w:p>
      <w:pPr>
        <w:jc w:val="right"/>
      </w:pPr>
      <w:r>
        <w:t>پھر یہ بات بھی ہے کہ اس میں مدعو کا ذکر ہے۔</w:t>
      </w:r>
    </w:p>
    <w:p>
      <w:r>
        <w:rPr>
          <w:b/>
        </w:rPr>
        <w:t xml:space="preserve">[14:23] </w:t>
      </w:r>
      <w:r>
        <w:t>ab sawal hai ke daai ko kya karna chahiye? daai ko kya karna chahiye? is ayat mein madu</w:t>
      </w:r>
    </w:p>
    <w:p>
      <w:pPr>
        <w:jc w:val="right"/>
      </w:pPr>
      <w:r>
        <w:t>اب سوال ہے کہ داعی کو کیا کرنا چاہیے؟ داعی کو کیا کرنا چاہیے؟ اس آیت میں مدعو</w:t>
      </w:r>
    </w:p>
    <w:p>
      <w:r>
        <w:rPr>
          <w:b/>
        </w:rPr>
        <w:t xml:space="preserve">[14:30] </w:t>
      </w:r>
      <w:r>
        <w:t>ka zikr hai ke woh andhe bhare ho kar ke is ko response de rahe hain.</w:t>
      </w:r>
    </w:p>
    <w:p>
      <w:pPr>
        <w:jc w:val="right"/>
      </w:pPr>
      <w:r>
        <w:t>کا ذکر ہے کہ وہ اندھے بھرے ہو کر کے اس کو رسپانس دے رہے ہیں۔</w:t>
      </w:r>
    </w:p>
    <w:p>
      <w:r>
        <w:rPr>
          <w:b/>
        </w:rPr>
        <w:t xml:space="preserve">[14:38] </w:t>
      </w:r>
      <w:r>
        <w:t>lekin is ka matlab yeh nahi ke bas madu ka zikr hai aur daai ka zikr nahi.</w:t>
      </w:r>
    </w:p>
    <w:p>
      <w:pPr>
        <w:jc w:val="right"/>
      </w:pPr>
      <w:r>
        <w:t>لیکن اس کا مطلب یہ نہیں کہ بس مدعو کا ذکر ہے اور داعی کا ذکر نہیں۔</w:t>
      </w:r>
    </w:p>
    <w:p>
      <w:r>
        <w:rPr>
          <w:b/>
        </w:rPr>
        <w:t xml:space="preserve">[14:46] </w:t>
      </w:r>
      <w:r>
        <w:t>چیزیں دیکھیں، understood ہوتی ہیں۔</w:t>
      </w:r>
    </w:p>
    <w:p>
      <w:pPr>
        <w:jc w:val="right"/>
      </w:pPr>
      <w:r>
        <w:t>چیزیں دیکھیں، انڈرسٹڈ ہوتی ہیں۔</w:t>
      </w:r>
    </w:p>
    <w:p>
      <w:r>
        <w:rPr>
          <w:b/>
        </w:rPr>
        <w:t xml:space="preserve">[14:54] </w:t>
      </w:r>
      <w:r>
        <w:t>aap dekhein ke rasool allah par yeh quran utra tha to aap ne kya kiya? in ayaton ko</w:t>
      </w:r>
    </w:p>
    <w:p>
      <w:pPr>
        <w:jc w:val="right"/>
      </w:pPr>
      <w:r>
        <w:t>آپ دیکھیں کہ رسول اللہ پر یہ قرآن اترا تھا تو آپ نے کیا کیا؟ ان آیتوں کو</w:t>
      </w:r>
    </w:p>
    <w:p>
      <w:r>
        <w:rPr>
          <w:b/>
        </w:rPr>
        <w:t xml:space="preserve">[15:02] </w:t>
      </w:r>
      <w:r>
        <w:t>utrne ke baad aap sabr ke sath, yak-tarfa sabr ke sath</w:t>
      </w:r>
    </w:p>
    <w:p>
      <w:pPr>
        <w:jc w:val="right"/>
      </w:pPr>
      <w:r>
        <w:t>اترنے کے بعد آپ صبر کے ساتھ، یکطرفہ صبر کے ساتھ</w:t>
      </w:r>
    </w:p>
    <w:p>
      <w:r>
        <w:rPr>
          <w:b/>
        </w:rPr>
        <w:t xml:space="preserve">[15:10] </w:t>
      </w:r>
      <w:r>
        <w:t>aap ne dawat ke kaam ko jari rakha. Un ke liye duayein keen, un ke liye hikmat ke rastay talash kiye, un ke liye is tareeqe se koshish ki ke aise usloob mein baat kahi jaye jo un mind ko address kare. Wa qul lahum fi anfusihim qawlan baligha Allah ne hukum diya Rasool Allah ko ke kaho un se baat aisi jo un ke dil mein utarne wali ho. To zahir hai Rasool Allah ne is</w:t>
      </w:r>
    </w:p>
    <w:p>
      <w:pPr>
        <w:jc w:val="right"/>
      </w:pPr>
      <w:r>
        <w:t>آپ نے دعوت کے کام کو جاری رکھا۔ ان کے لیے دعائیں کیں، ان کے لیے حکمت کے راستے تلاش کیے، ان کے لیے اس طریقے سے کوشش کی کہ ایسے اسلوب میں بات کہی جائے جو ان مائنڈ کو ایڈریس کرے۔ وقل لهم فی انفسکم قول اللہ نے حکم دیا رسول اللہ کو کہ کہو ان سے بات ایسی جو ان کے دل میں اترنے والی ہو۔ تو ظاہر ہے رسول اللہ نے اس</w:t>
      </w:r>
    </w:p>
    <w:p>
      <w:r>
        <w:rPr>
          <w:b/>
        </w:rPr>
        <w:t xml:space="preserve">[15:40] </w:t>
      </w:r>
      <w:r>
        <w:t>par amal kiya.</w:t>
      </w:r>
    </w:p>
    <w:p>
      <w:pPr>
        <w:jc w:val="right"/>
      </w:pPr>
      <w:r>
        <w:t>پر عمل کیا۔</w:t>
      </w:r>
    </w:p>
    <w:p>
      <w:r>
        <w:rPr>
          <w:b/>
        </w:rPr>
        <w:t xml:space="preserve">[15:44] </w:t>
      </w:r>
      <w:r>
        <w:t>aisa to nahi ho sakta ke hukum aaye aur rasool allah is par amal na karein.</w:t>
      </w:r>
    </w:p>
    <w:p>
      <w:pPr>
        <w:jc w:val="right"/>
      </w:pPr>
      <w:r>
        <w:t>ایسا تو نہیں ہو سکتا کہ حکم آئے اور رسول اللہ اس پر عمل نہ کریں۔</w:t>
      </w:r>
    </w:p>
    <w:p>
      <w:r>
        <w:rPr>
          <w:b/>
        </w:rPr>
        <w:t xml:space="preserve">[15:49] </w:t>
      </w:r>
      <w:r>
        <w:t>yeh to nahi ho sakta.</w:t>
      </w:r>
    </w:p>
    <w:p>
      <w:pPr>
        <w:jc w:val="right"/>
      </w:pPr>
      <w:r>
        <w:t>یہ تو نہیں ہو سکتا۔</w:t>
      </w:r>
    </w:p>
    <w:p>
      <w:r>
        <w:rPr>
          <w:b/>
        </w:rPr>
        <w:t xml:space="preserve">[15:54] </w:t>
      </w:r>
      <w:r>
        <w:t>to is tarah ki soorat-e-haal mein rasool allah ne kya kiya? is ka saboot khud quran mein mojood</w:t>
      </w:r>
    </w:p>
    <w:p>
      <w:pPr>
        <w:jc w:val="right"/>
      </w:pPr>
      <w:r>
        <w:t>تو اس طرح کی صورتحال میں رسول اللہ نے کیا کیا؟ اس کا ثبوت خود قرآن میں موجود</w:t>
      </w:r>
    </w:p>
    <w:p>
      <w:r>
        <w:rPr>
          <w:b/>
        </w:rPr>
        <w:t xml:space="preserve">[15:59] </w:t>
      </w:r>
      <w:r>
        <w:t>hai ke aap ne qaul-e-balegh ki zaban mein un ko samjhaya, yani is tarah samjhaya jis se</w:t>
      </w:r>
    </w:p>
    <w:p>
      <w:pPr>
        <w:jc w:val="right"/>
      </w:pPr>
      <w:r>
        <w:t>ہے کہ آپ نے قول بلیغ کی زبان میں ان کو سمجھایا، یعنی اس طرح سمجھایا جس سے</w:t>
      </w:r>
    </w:p>
    <w:p>
      <w:r>
        <w:rPr>
          <w:b/>
        </w:rPr>
        <w:t xml:space="preserve">[16:03] </w:t>
      </w:r>
      <w:r>
        <w:t>un ka mind address ho.</w:t>
      </w:r>
    </w:p>
    <w:p>
      <w:pPr>
        <w:jc w:val="right"/>
      </w:pPr>
      <w:r>
        <w:t>ان کا مائنڈ ایڈریس ہو۔</w:t>
      </w:r>
    </w:p>
    <w:p>
      <w:r>
        <w:rPr>
          <w:b/>
        </w:rPr>
        <w:t xml:space="preserve">[16:08] </w:t>
      </w:r>
      <w:r>
        <w:t>phir un ke liye duaein bhi karein.</w:t>
      </w:r>
    </w:p>
    <w:p>
      <w:pPr>
        <w:jc w:val="right"/>
      </w:pPr>
      <w:r>
        <w:t>پھر ان کے لیے دعائیں بھی کیں۔</w:t>
      </w:r>
    </w:p>
    <w:p>
      <w:r>
        <w:rPr>
          <w:b/>
        </w:rPr>
        <w:t xml:space="preserve">[16:13] </w:t>
      </w:r>
      <w:r>
        <w:t>to in ayat mein, is ayat mein bazahir zikr hai madu ke response ka, lekin isi mein yeh</w:t>
      </w:r>
    </w:p>
    <w:p>
      <w:pPr>
        <w:jc w:val="right"/>
      </w:pPr>
      <w:r>
        <w:t>تو ان آیت میں، اس آیت میں بظاہر ذکر ہے مدعو کے رسپانس کا، لیکن اسی میں یہ</w:t>
      </w:r>
    </w:p>
    <w:p>
      <w:r>
        <w:rPr>
          <w:b/>
        </w:rPr>
        <w:t xml:space="preserve">[16:23] </w:t>
      </w:r>
      <w:r>
        <w:t>baat bhi shamil hai ke aise aise response ke baad daai ko kya karna hai? daai ko yeh</w:t>
      </w:r>
    </w:p>
    <w:p>
      <w:pPr>
        <w:jc w:val="right"/>
      </w:pPr>
      <w:r>
        <w:t>بات بھی شامل ہے کہ ایسے ایسے رسپانس کے بعد داعی کو کیا کرنا ہے؟ داعی کو یہ</w:t>
      </w:r>
    </w:p>
    <w:p>
      <w:r>
        <w:rPr>
          <w:b/>
        </w:rPr>
        <w:t xml:space="preserve">[16:33] </w:t>
      </w:r>
      <w:r>
        <w:t>karna hai ke woh mayoos na ho, woh yak-tarfa sabr kare, woh takrao ka rasta na ikhtiyar kare</w:t>
      </w:r>
    </w:p>
    <w:p>
      <w:pPr>
        <w:jc w:val="right"/>
      </w:pPr>
      <w:r>
        <w:t>کرنا ہے کہ وہ مایوس نہ ہو، وہ ایک طرفہ صبر کرے، وہ ٹکراؤ کا راستہ نہ اختیار کرے</w:t>
      </w:r>
    </w:p>
    <w:p>
      <w:r>
        <w:rPr>
          <w:b/>
        </w:rPr>
        <w:t xml:space="preserve">[16:43] </w:t>
      </w:r>
      <w:r>
        <w:t>, woh un ko hukum na lagaye, balkeh khamoshi ke sath, hamdardi ke sath, khirqai ke sath un par dawat ka kaam jari rakhe. un ke liye duaein kare. yeh soche ke kaun sa usloob aisa mein ikhtiyar karoon jo un ko</w:t>
      </w:r>
    </w:p>
    <w:p>
      <w:pPr>
        <w:jc w:val="right"/>
      </w:pPr>
      <w:r>
        <w:t>، وہ ان کو حکم نہ لگائے، بلکہ خاموشی کے ساتھ، ہمدردی کے ساتھ، خرقائی کے ساتھ ان پر دعوت کا کام جاری رکھے۔ ان کے لیے دعائیں کرے۔ یہ سوچے کہ کون سا اسلوب ایسا میں اختیار کروں جو ان کو</w:t>
      </w:r>
    </w:p>
    <w:p>
      <w:r>
        <w:rPr>
          <w:b/>
        </w:rPr>
        <w:t xml:space="preserve">[17:13] </w:t>
      </w:r>
      <w:r>
        <w:t>متاثر کرے گا، جو ان کے mind کو address کرے گا، جو ان کے دل میں اتر جائے گا۔</w:t>
      </w:r>
    </w:p>
    <w:p>
      <w:pPr>
        <w:jc w:val="right"/>
      </w:pPr>
      <w:r>
        <w:t>متاثر کرے گا، جو ان کے مائنڈ کو ایڈریس کرے گا، جو ان کے دل میں اتر جائے گا۔</w:t>
      </w:r>
    </w:p>
    <w:p>
      <w:r>
        <w:rPr>
          <w:b/>
        </w:rPr>
        <w:t xml:space="preserve">[17:19] </w:t>
      </w:r>
      <w:r>
        <w:t>yeh daai ko karte rehna hai, karte rehna hai, karte rehna hai.</w:t>
      </w:r>
    </w:p>
    <w:p>
      <w:pPr>
        <w:jc w:val="right"/>
      </w:pPr>
      <w:r>
        <w:t>یہ داعی کو کرتے رہنا ہے، کرتے رہنا ہے، کرتے رہنا ہے۔</w:t>
      </w:r>
    </w:p>
    <w:p>
      <w:r>
        <w:rPr>
          <w:b/>
        </w:rPr>
        <w:t xml:space="preserve">[17:25] </w:t>
      </w:r>
      <w:r>
        <w:t>is liye ke dekhein, is ayat ka matlab yeh nahi ke insan hamesha ke liye aise hi rehta</w:t>
      </w:r>
    </w:p>
    <w:p>
      <w:pPr>
        <w:jc w:val="right"/>
      </w:pPr>
      <w:r>
        <w:t>اس لیے کہ دیکھیں، اس آیت کا مطلب یہ نہیں کہ انسان ہمیشہ کے لیے ایسے ہی رہتا</w:t>
      </w:r>
    </w:p>
    <w:p>
      <w:r>
        <w:rPr>
          <w:b/>
        </w:rPr>
        <w:t xml:space="preserve">[17:31] </w:t>
      </w:r>
      <w:r>
        <w:t>hai ya hamesha andha bhara bhara bhara rehta hai.</w:t>
      </w:r>
    </w:p>
    <w:p>
      <w:pPr>
        <w:jc w:val="right"/>
      </w:pPr>
      <w:r>
        <w:t>ہے یا ہمیشہ اندھا بھرا بھرا بھرا رہتا ہے۔</w:t>
      </w:r>
    </w:p>
    <w:p>
      <w:r>
        <w:rPr>
          <w:b/>
        </w:rPr>
        <w:t xml:space="preserve">[17:37] </w:t>
      </w:r>
      <w:r>
        <w:t>yeh matlab is ka nahi hai. Kyun ke</w:t>
      </w:r>
    </w:p>
    <w:p>
      <w:pPr>
        <w:jc w:val="right"/>
      </w:pPr>
      <w:r>
        <w:t>یہ مطلب اس کا نہیں ہے۔ کیونکہ</w:t>
      </w:r>
    </w:p>
    <w:p>
      <w:r>
        <w:rPr>
          <w:b/>
        </w:rPr>
        <w:t xml:space="preserve">[17:43] </w:t>
      </w:r>
      <w:r>
        <w:t>har insaan aik hi khaliq ka paida kiya hua hai.</w:t>
      </w:r>
    </w:p>
    <w:p>
      <w:pPr>
        <w:jc w:val="right"/>
      </w:pPr>
      <w:r>
        <w:t>ہر انسان ایک ہی خالق کا پیدا کیا ہوا ہے۔</w:t>
      </w:r>
    </w:p>
    <w:p>
      <w:r>
        <w:rPr>
          <w:b/>
        </w:rPr>
        <w:t xml:space="preserve">[17:49] </w:t>
      </w:r>
      <w:r>
        <w:t>aisa nahi ke kuch insaan ko koi khaliq aur ho, kuch insaan ka khaliq aur ho.</w:t>
      </w:r>
    </w:p>
    <w:p>
      <w:pPr>
        <w:jc w:val="right"/>
      </w:pPr>
      <w:r>
        <w:t>ایسا نہیں کہ کچھ انسان کو کوئی خالق اور ہو، کچھ انسان کا خالق اور ہو۔</w:t>
      </w:r>
    </w:p>
    <w:p>
      <w:r>
        <w:rPr>
          <w:b/>
        </w:rPr>
        <w:t xml:space="preserve">[17:55] </w:t>
      </w:r>
      <w:r>
        <w:t>to sare insaan, chahe kisi bhi mulk se hon, kisi bhi qaum se hon, kisi bhi family se</w:t>
      </w:r>
    </w:p>
    <w:p>
      <w:pPr>
        <w:jc w:val="right"/>
      </w:pPr>
      <w:r>
        <w:t>تو سارے انسان، چاہے کسی بھی ملک سے ہوں، کسی بھی قوم سے ہوں، کسی بھی فیملی سے</w:t>
      </w:r>
    </w:p>
    <w:p>
      <w:r>
        <w:rPr>
          <w:b/>
        </w:rPr>
        <w:t xml:space="preserve">[18:01] </w:t>
      </w:r>
      <w:r>
        <w:t>hon, sab ke sab aik hi fitrat par paida kiye jate hain.</w:t>
      </w:r>
    </w:p>
    <w:p>
      <w:pPr>
        <w:jc w:val="right"/>
      </w:pPr>
      <w:r>
        <w:t>ہوں، سب کے سب ایک ہی فطرت پر پیدا کیے جاتے ہیں۔</w:t>
      </w:r>
    </w:p>
    <w:p>
      <w:r>
        <w:rPr>
          <w:b/>
        </w:rPr>
        <w:t xml:space="preserve">[18:07] </w:t>
      </w:r>
      <w:r>
        <w:t>fitrat lailait fat</w:t>
      </w:r>
    </w:p>
    <w:p>
      <w:pPr>
        <w:jc w:val="right"/>
      </w:pPr>
      <w:r>
        <w:t>فطرت لائلت فت</w:t>
      </w:r>
    </w:p>
    <w:p>
      <w:r>
        <w:rPr>
          <w:b/>
        </w:rPr>
        <w:t xml:space="preserve">[18:13] </w:t>
      </w:r>
      <w:r>
        <w:t>al nas alaihi to aap ko yeh manna hoga ke jo aadmi galat response de raha hai, woh</w:t>
      </w:r>
    </w:p>
    <w:p>
      <w:pPr>
        <w:jc w:val="right"/>
      </w:pPr>
      <w:r>
        <w:t>ح الناس علیہ تو آپ کو یہ ماننا ہوگا کہ جو آدمی غلط رسپانس دے رہا ہے، وہ</w:t>
      </w:r>
    </w:p>
    <w:p>
      <w:r>
        <w:rPr>
          <w:b/>
        </w:rPr>
        <w:t xml:space="preserve">[18:19] </w:t>
      </w:r>
      <w:r>
        <w:t>kisi masnooi sabab ki bina par de raha hai.</w:t>
      </w:r>
    </w:p>
    <w:p>
      <w:pPr>
        <w:jc w:val="right"/>
      </w:pPr>
      <w:r>
        <w:t>کسی مصنوعی سبب کی بنا پر دے رہا ہے۔</w:t>
      </w:r>
    </w:p>
    <w:p>
      <w:r>
        <w:rPr>
          <w:b/>
        </w:rPr>
        <w:t xml:space="preserve">[18:25] </w:t>
      </w:r>
      <w:r>
        <w:t>ho sakta hai us ko galat fehmi ho, ho sakta hai ke us ke usloob mein baat nahi</w:t>
      </w:r>
    </w:p>
    <w:p>
      <w:pPr>
        <w:jc w:val="right"/>
      </w:pPr>
      <w:r>
        <w:t>ہو سکتا ہے اس کو غلط فہمی ہو، ہو سکتا ہے کہ اس کے اسلوب میں بات نہیں</w:t>
      </w:r>
    </w:p>
    <w:p>
      <w:r>
        <w:rPr>
          <w:b/>
        </w:rPr>
        <w:t xml:space="preserve">[18:31] </w:t>
      </w:r>
      <w:r>
        <w:t>kahi gayi, is liye woh us ko samajh na pa raha ho.</w:t>
      </w:r>
    </w:p>
    <w:p>
      <w:pPr>
        <w:jc w:val="right"/>
      </w:pPr>
      <w:r>
        <w:t>کہی گئی، اس لیے وہ اس کو سمجھ نہ پا رہا ہو۔</w:t>
      </w:r>
    </w:p>
    <w:p>
      <w:r>
        <w:rPr>
          <w:b/>
        </w:rPr>
        <w:t xml:space="preserve">[18:38] </w:t>
      </w:r>
      <w:r>
        <w:t>kyun ke woh bhi to usi khaliq ka paida kiya hua,</w:t>
      </w:r>
    </w:p>
    <w:p>
      <w:pPr>
        <w:jc w:val="right"/>
      </w:pPr>
      <w:r>
        <w:t>کیونکہ وہ بھی تو اسی خالق کا پیدا کیا ہوا،</w:t>
      </w:r>
    </w:p>
    <w:p>
      <w:r>
        <w:rPr>
          <w:b/>
        </w:rPr>
        <w:t xml:space="preserve">[18:44] </w:t>
      </w:r>
      <w:r>
        <w:t>jis ke khaliq paida kiye hue aap hain.</w:t>
      </w:r>
    </w:p>
    <w:p>
      <w:pPr>
        <w:jc w:val="right"/>
      </w:pPr>
      <w:r>
        <w:t>جس کے خالق پیدا کیے ہوئے آپ ہیں۔</w:t>
      </w:r>
    </w:p>
    <w:p>
      <w:r>
        <w:rPr>
          <w:b/>
        </w:rPr>
        <w:t xml:space="preserve">[18:49] </w:t>
      </w:r>
      <w:r>
        <w:t>aap ko bhi, jis aap ko jis khaliq ne paida kiya hai, usi khaliq ne aap ke madu</w:t>
      </w:r>
    </w:p>
    <w:p>
      <w:pPr>
        <w:jc w:val="right"/>
      </w:pPr>
      <w:r>
        <w:t>آپ کو بھی، جس آپ کو جس خالق نے پیدا کیا ہے، اسی خالق نے آپ کے مدعو</w:t>
      </w:r>
    </w:p>
    <w:p>
      <w:r>
        <w:rPr>
          <w:b/>
        </w:rPr>
        <w:t xml:space="preserve">[18:54] </w:t>
      </w:r>
      <w:r>
        <w:t>ko bhi paida kiya hai.</w:t>
      </w:r>
    </w:p>
    <w:p>
      <w:pPr>
        <w:jc w:val="right"/>
      </w:pPr>
      <w:r>
        <w:t>کو بھی پیدا کیا ہے۔</w:t>
      </w:r>
    </w:p>
    <w:p>
      <w:r>
        <w:rPr>
          <w:b/>
        </w:rPr>
        <w:t xml:space="preserve">[18:59] </w:t>
      </w:r>
      <w:r>
        <w:t>to khwah bazahir aap ka madu negative response de raha ho, galat ravesh ka muzahira kar raha ho,</w:t>
      </w:r>
    </w:p>
    <w:p>
      <w:pPr>
        <w:jc w:val="right"/>
      </w:pPr>
      <w:r>
        <w:t>تو خواہ بظاہر آپ کا مدعو نیگیٹیو رسپانس دے رہا ہو، غلط روش کا مظاہرہ کر رہا ہو،</w:t>
      </w:r>
    </w:p>
    <w:p>
      <w:r>
        <w:rPr>
          <w:b/>
        </w:rPr>
        <w:t xml:space="preserve">[19:04] </w:t>
      </w:r>
      <w:r>
        <w:t>phir bhi aap ko mayoos nahi hona hai.</w:t>
      </w:r>
    </w:p>
    <w:p>
      <w:pPr>
        <w:jc w:val="right"/>
      </w:pPr>
      <w:r>
        <w:t>پھر بھی آپ کو مایوس نہیں ہونا ہے۔</w:t>
      </w:r>
    </w:p>
    <w:p>
      <w:r>
        <w:rPr>
          <w:b/>
        </w:rPr>
        <w:t xml:space="preserve">[19:09] </w:t>
      </w:r>
      <w:r>
        <w:t>phir bhi us ke bare mein aap ko kh</w:t>
      </w:r>
    </w:p>
    <w:p>
      <w:pPr>
        <w:jc w:val="right"/>
      </w:pPr>
      <w:r>
        <w:t>پھر بھی اس کے بارے میں آپ کو خ</w:t>
      </w:r>
    </w:p>
    <w:p>
      <w:r>
        <w:rPr>
          <w:b/>
        </w:rPr>
        <w:t xml:space="preserve">[19:14] </w:t>
      </w:r>
      <w:r>
        <w:t>irqai ka mamla karna hai.</w:t>
      </w:r>
    </w:p>
    <w:p>
      <w:pPr>
        <w:jc w:val="right"/>
      </w:pPr>
      <w:r>
        <w:t>رقائی کا معاملہ کرنا ہے۔</w:t>
      </w:r>
    </w:p>
    <w:p>
      <w:r>
        <w:rPr>
          <w:b/>
        </w:rPr>
        <w:t xml:space="preserve">[19:19] </w:t>
      </w:r>
      <w:r>
        <w:t>aap ko yeh karna hai ke us ke us ke mind ko samjhein aur us ke mutabiq us</w:t>
      </w:r>
    </w:p>
    <w:p>
      <w:pPr>
        <w:jc w:val="right"/>
      </w:pPr>
      <w:r>
        <w:t>آپ کو یہ کرنا ہے کہ اس کے اس کے مائنڈ کو سمجھیں اور اس کے مطابق اس</w:t>
      </w:r>
    </w:p>
    <w:p>
      <w:r>
        <w:rPr>
          <w:b/>
        </w:rPr>
        <w:t xml:space="preserve">[19:24] </w:t>
      </w:r>
      <w:r>
        <w:t>ko khitab karein.</w:t>
      </w:r>
    </w:p>
    <w:p>
      <w:pPr>
        <w:jc w:val="right"/>
      </w:pPr>
      <w:r>
        <w:t>کو خطاب کریں۔</w:t>
      </w:r>
    </w:p>
    <w:p>
      <w:r>
        <w:rPr>
          <w:b/>
        </w:rPr>
        <w:t xml:space="preserve">[19:29] </w:t>
      </w:r>
      <w:r>
        <w:t>jaise Quran mein bataya gaya hai ke Hazrat Ibrahim ne apni zaban mein, un ki zaban mein jo</w:t>
      </w:r>
    </w:p>
    <w:p>
      <w:pPr>
        <w:jc w:val="right"/>
      </w:pPr>
      <w:r>
        <w:t>جیسے قرآن میں بتایا گیا ہے کہ حضرت ابراہیم نے اپنی زبان میں، ان کی زبان میں جو</w:t>
      </w:r>
    </w:p>
    <w:p>
      <w:r>
        <w:rPr>
          <w:b/>
        </w:rPr>
        <w:t xml:space="preserve">[19:34] </w:t>
      </w:r>
      <w:r>
        <w:t>badshah tha, us ke paas gaya aur dawat pesh ki to us se poocha ke tumhara Khuda kaun</w:t>
      </w:r>
    </w:p>
    <w:p>
      <w:pPr>
        <w:jc w:val="right"/>
      </w:pPr>
      <w:r>
        <w:t>بادشاہ تھا، اس کے پاس گیا اور دعوت پیش کی تو اس سے پوچھا کہ تمہارا خدا کون</w:t>
      </w:r>
    </w:p>
    <w:p>
      <w:r>
        <w:rPr>
          <w:b/>
        </w:rPr>
        <w:t xml:space="preserve">[19:39] </w:t>
      </w:r>
      <w:r>
        <w:t>hai? kis ko tum Khuda mante ho?</w:t>
      </w:r>
    </w:p>
    <w:p>
      <w:pPr>
        <w:jc w:val="right"/>
      </w:pPr>
      <w:r>
        <w:t>ہے؟ کس کو تم خدا مانتے ہو؟</w:t>
      </w:r>
    </w:p>
    <w:p>
      <w:r>
        <w:rPr>
          <w:b/>
        </w:rPr>
        <w:t xml:space="preserve">[19:44] </w:t>
      </w:r>
      <w:r>
        <w:t>to Ibrahim ne kaha ke mera Khuda woh hai jo zinda karta hai aur marta hai, jo jo</w:t>
      </w:r>
    </w:p>
    <w:p>
      <w:pPr>
        <w:jc w:val="right"/>
      </w:pPr>
      <w:r>
        <w:t>تو ابراہیم نے کہا کہ میرا خدا وہ ہے جو زندہ کرتا ہے اور مارتا ہے، جو جو</w:t>
      </w:r>
    </w:p>
    <w:p>
      <w:r>
        <w:rPr>
          <w:b/>
        </w:rPr>
        <w:t xml:space="preserve">[19:50] </w:t>
      </w:r>
      <w:r>
        <w:t>zindagi bhi deta hai aur maut bhi deta hai, isi ikhtiyar mein dono hain.</w:t>
      </w:r>
    </w:p>
    <w:p>
      <w:pPr>
        <w:jc w:val="right"/>
      </w:pPr>
      <w:r>
        <w:t>زندگی بھی دیتا ہے اور موت بھی دیتا ہے، اسی اختیار میں دونوں ہیں۔</w:t>
      </w:r>
    </w:p>
    <w:p>
      <w:r>
        <w:rPr>
          <w:b/>
        </w:rPr>
        <w:t xml:space="preserve">[19:56] </w:t>
      </w:r>
      <w:r>
        <w:t>to is ne keh diya ke yeh to main bhi karta hoon, main bhi jis ko chahoon zinda</w:t>
      </w:r>
    </w:p>
    <w:p>
      <w:pPr>
        <w:jc w:val="right"/>
      </w:pPr>
      <w:r>
        <w:t>تو اس نے کہہ دیا کہ یہ تو میں بھی کرتا ہوں، میں بھی جس کو چاہوں زندہ</w:t>
      </w:r>
    </w:p>
    <w:p>
      <w:r>
        <w:rPr>
          <w:b/>
        </w:rPr>
        <w:t xml:space="preserve">[20:01] </w:t>
      </w:r>
      <w:r>
        <w:t>rakhoon, jis ko chahoon marwa doon.</w:t>
      </w:r>
    </w:p>
    <w:p>
      <w:pPr>
        <w:jc w:val="right"/>
      </w:pPr>
      <w:r>
        <w:t>رکھوں، جس کو چاہوں مروا دوں۔</w:t>
      </w:r>
    </w:p>
    <w:p>
      <w:r>
        <w:rPr>
          <w:b/>
        </w:rPr>
        <w:t xml:space="preserve">[20:07] </w:t>
      </w:r>
      <w:r>
        <w:t>to aap ne foran badal diya apna usloob.</w:t>
      </w:r>
    </w:p>
    <w:p>
      <w:pPr>
        <w:jc w:val="right"/>
      </w:pPr>
      <w:r>
        <w:t>تو آپ نے فوراً بدل دیا اپنا اسلوب۔</w:t>
      </w:r>
    </w:p>
    <w:p>
      <w:r>
        <w:rPr>
          <w:b/>
        </w:rPr>
        <w:t xml:space="preserve">[20:13] </w:t>
      </w:r>
      <w:r>
        <w:t>aap ne kaha ke Allah suraj ko nikalta hai mashriq se, tum us ko maghrib se nikal do.</w:t>
      </w:r>
    </w:p>
    <w:p>
      <w:pPr>
        <w:jc w:val="right"/>
      </w:pPr>
      <w:r>
        <w:t>آپ نے کہا کہ اللہ سورج کو نکالتا ہے مشرق سے، تم اس کو مغرب سے نکال دو۔</w:t>
      </w:r>
    </w:p>
    <w:p>
      <w:r>
        <w:rPr>
          <w:b/>
        </w:rPr>
        <w:t xml:space="preserve">[20:18] </w:t>
      </w:r>
      <w:r>
        <w:t>fabehatal ladhi kafara matlab is ka mind address ho gaya, us ke dil mein baat utar gayi.</w:t>
      </w:r>
    </w:p>
    <w:p>
      <w:pPr>
        <w:jc w:val="right"/>
      </w:pPr>
      <w:r>
        <w:t>فَبَهَتَ الَّذِي كَفَرَ مطلب اس کا مائنڈ ایڈریس ہو گیا، اس کے دل میں بات اتر گئی۔</w:t>
      </w:r>
    </w:p>
    <w:p>
      <w:r>
        <w:rPr>
          <w:b/>
        </w:rPr>
        <w:t xml:space="preserve">[20:26] </w:t>
      </w:r>
      <w:r>
        <w:t>yani chahe woh maana ho ya na maana ho, lekin is ka, us ke, us ki, us ki</w:t>
      </w:r>
    </w:p>
    <w:p>
      <w:pPr>
        <w:jc w:val="right"/>
      </w:pPr>
      <w:r>
        <w:t>یعنی چاہے وہ مانا ہو یا نہ مانا ہو، لیکن اس کا، اس کے، اس کی، اس کی</w:t>
      </w:r>
    </w:p>
    <w:p>
      <w:r>
        <w:rPr>
          <w:b/>
        </w:rPr>
        <w:t xml:space="preserve">[20:33] </w:t>
      </w:r>
      <w:r>
        <w:t>qabil fahm zaban mein Hazrat Ibrahim ne us ko baat pahuncha di.</w:t>
      </w:r>
    </w:p>
    <w:p>
      <w:pPr>
        <w:jc w:val="right"/>
      </w:pPr>
      <w:r>
        <w:t>قابل فہم زبان میں حضرت ابراہیم نے اس کو بات پہنچا دی۔</w:t>
      </w:r>
    </w:p>
    <w:p>
      <w:r>
        <w:rPr>
          <w:b/>
        </w:rPr>
        <w:t xml:space="preserve">[20:41] </w:t>
      </w:r>
      <w:r>
        <w:t>to is ayat ka matlab yeh nahi hai ke abadi tor par koi aisa hota</w:t>
      </w:r>
    </w:p>
    <w:p>
      <w:pPr>
        <w:jc w:val="right"/>
      </w:pPr>
      <w:r>
        <w:t>تو اس آیت کا مطلب یہ نہیں ہے کہ ابدی طور پر کوئی ایسا ہوت</w:t>
      </w:r>
    </w:p>
    <w:p>
      <w:r>
        <w:rPr>
          <w:b/>
        </w:rPr>
        <w:t xml:space="preserve">[20:48] </w:t>
      </w:r>
      <w:r>
        <w:t>hai jo andha bhara bana rahe.</w:t>
      </w:r>
    </w:p>
    <w:p>
      <w:pPr>
        <w:jc w:val="right"/>
      </w:pPr>
      <w:r>
        <w:t>ا ہے جو اندھا بھرا بنا رہے۔</w:t>
      </w:r>
    </w:p>
    <w:p>
      <w:r>
        <w:rPr>
          <w:b/>
        </w:rPr>
        <w:t xml:space="preserve">[20:54] </w:t>
      </w:r>
      <w:r>
        <w:t>aisa koi nahi hota.</w:t>
      </w:r>
    </w:p>
    <w:p>
      <w:pPr>
        <w:jc w:val="right"/>
      </w:pPr>
      <w:r>
        <w:t>ایسا کوئی نہیں ہوتا۔</w:t>
      </w:r>
    </w:p>
    <w:p>
      <w:r>
        <w:rPr>
          <w:b/>
        </w:rPr>
        <w:t xml:space="preserve">[21:00] </w:t>
      </w:r>
      <w:r>
        <w:t>us ke andar inqilab aa sakta hai, us ke andar tabdeeli aa sakti hai.</w:t>
      </w:r>
    </w:p>
    <w:p>
      <w:pPr>
        <w:jc w:val="right"/>
      </w:pPr>
      <w:r>
        <w:t>اس کے اندر انقلاب آ سکتا ہے، اس کے اندر تبدیلی آ سکتی ہے۔</w:t>
      </w:r>
    </w:p>
    <w:p>
      <w:r>
        <w:rPr>
          <w:b/>
        </w:rPr>
        <w:t xml:space="preserve">[21:06] </w:t>
      </w:r>
      <w:r>
        <w:t>woh inkar ke baad iqrar kar sakta hai.</w:t>
      </w:r>
    </w:p>
    <w:p>
      <w:pPr>
        <w:jc w:val="right"/>
      </w:pPr>
      <w:r>
        <w:t>وہ انکار کے بعد اقرار کر سکتا ہے۔</w:t>
      </w:r>
    </w:p>
    <w:p>
      <w:r>
        <w:rPr>
          <w:b/>
        </w:rPr>
        <w:t xml:space="preserve">[21:12] </w:t>
      </w:r>
      <w:r>
        <w:t>to madu khwah koi bhi rosh ikhtiyar kare, daai ki zimmedari khatam nahi hoti.</w:t>
      </w:r>
    </w:p>
    <w:p>
      <w:pPr>
        <w:jc w:val="right"/>
      </w:pPr>
      <w:r>
        <w:t>تو مدعو خواہ کوئی بھی روش اختیار کرے، داعی کی ذمہ داری ختم نہیں ہوتی۔</w:t>
      </w:r>
    </w:p>
    <w:p>
      <w:r>
        <w:rPr>
          <w:b/>
        </w:rPr>
        <w:t xml:space="preserve">[21:18] </w:t>
      </w:r>
      <w:r>
        <w:t>daai ko phir bhi apni dawat ke kaam ko badastoor jari rakhna hai.</w:t>
      </w:r>
    </w:p>
    <w:p>
      <w:pPr>
        <w:jc w:val="right"/>
      </w:pPr>
      <w:r>
        <w:t>داعی کو پھر بھی اپنی دعوت کے کام کو بدستور جاری رکھنا ہے۔</w:t>
      </w:r>
    </w:p>
    <w:p>
      <w:r>
        <w:rPr>
          <w:b/>
        </w:rPr>
        <w:t xml:space="preserve">[21:24] </w:t>
      </w:r>
      <w:r>
        <w:t>daai ke liye jaiz nahi ke kisi bhi cheez ko woh uzr banaye, kisi bhi cheez ko excuse banaye.</w:t>
      </w:r>
    </w:p>
    <w:p>
      <w:pPr>
        <w:jc w:val="right"/>
      </w:pPr>
      <w:r>
        <w:t>داعی کے لیے جائز نہیں کہ کسی بھی چیز کو وہ عذر بنائے، کسی بھی چیز کو ایکسکیوز بنائے۔</w:t>
      </w:r>
    </w:p>
    <w:p>
      <w:r>
        <w:rPr>
          <w:b/>
        </w:rPr>
        <w:t xml:space="preserve">[21:32] </w:t>
      </w:r>
      <w:r>
        <w:t>aisa nahi kar sakta woh.</w:t>
      </w:r>
    </w:p>
    <w:p>
      <w:pPr>
        <w:jc w:val="right"/>
      </w:pPr>
      <w:r>
        <w:t>ایسا نہیں کر سکتا وہ۔</w:t>
      </w:r>
    </w:p>
    <w:p>
      <w:r>
        <w:rPr>
          <w:b/>
        </w:rPr>
        <w:t xml:space="preserve">[21:40] </w:t>
      </w:r>
      <w:r>
        <w:t>to yeh ayat ek taraf madu ka haal bayan karti hai, doosri taraf woh ayat daai ki zimme</w:t>
      </w:r>
    </w:p>
    <w:p>
      <w:pPr>
        <w:jc w:val="right"/>
      </w:pPr>
      <w:r>
        <w:t>تو یہ آیت ایک طرف مدعو کا حال بیان کرتی ہے، دوسری طرف وہ آیت داعی کی ذمہ</w:t>
      </w:r>
    </w:p>
    <w:p>
      <w:r>
        <w:rPr>
          <w:b/>
        </w:rPr>
        <w:t xml:space="preserve">[21:49] </w:t>
      </w:r>
      <w:r>
        <w:t>dari bayan karti hai.</w:t>
      </w:r>
    </w:p>
    <w:p>
      <w:pPr>
        <w:jc w:val="right"/>
      </w:pPr>
      <w:r>
        <w:t>داری بیان کرتی ہے۔</w:t>
      </w:r>
    </w:p>
    <w:p>
      <w:r>
        <w:rPr>
          <w:b/>
        </w:rPr>
        <w:t xml:space="preserve">[21:57] </w:t>
      </w:r>
      <w:r>
        <w:t>yani is ayat ka ek rukh yeh hai ke woh madu ke haal bayan karti hai, lekin ek</w:t>
      </w:r>
    </w:p>
    <w:p>
      <w:pPr>
        <w:jc w:val="right"/>
      </w:pPr>
      <w:r>
        <w:t>یعنی اس آیت کا ایک رخ یہ ہے کہ وہ مدعو کے حال بیان کرتی ہے، لیکن ایک</w:t>
      </w:r>
    </w:p>
    <w:p>
      <w:r>
        <w:rPr>
          <w:b/>
        </w:rPr>
        <w:t xml:space="preserve">[22:02] </w:t>
      </w:r>
      <w:r>
        <w:t>doosra rukh bhi hai.</w:t>
      </w:r>
    </w:p>
    <w:p>
      <w:pPr>
        <w:jc w:val="right"/>
      </w:pPr>
      <w:r>
        <w:t>دوسرا رخ بھی ہے۔</w:t>
      </w:r>
    </w:p>
    <w:p>
      <w:r>
        <w:rPr>
          <w:b/>
        </w:rPr>
        <w:t xml:space="preserve">[22:07] </w:t>
      </w:r>
      <w:r>
        <w:t>doosre rukh ke aitbar se woh daai ki zimmedari bayan kar rahi hai.</w:t>
      </w:r>
    </w:p>
    <w:p>
      <w:pPr>
        <w:jc w:val="right"/>
      </w:pPr>
      <w:r>
        <w:t>دوسرے رخ کے اعتبار سے وہ داعی کی ذمہ داری بیان کر رہی ہے۔</w:t>
      </w:r>
    </w:p>
    <w:p>
      <w:r>
        <w:rPr>
          <w:b/>
        </w:rPr>
        <w:t xml:space="preserve">[22:12] </w:t>
      </w:r>
      <w:r>
        <w:t>bohat zaroori hai ke dono pehluon ke aitbar se ayat ko liya jaye.</w:t>
      </w:r>
    </w:p>
    <w:p>
      <w:pPr>
        <w:jc w:val="right"/>
      </w:pPr>
      <w:r>
        <w:t>بہت ضروری ہے کہ دونوں پہلوؤں کے اعتبار سے آیت کو لیا جائے۔</w:t>
      </w:r>
    </w:p>
    <w:p>
      <w:r>
        <w:rPr>
          <w:b/>
        </w:rPr>
        <w:t xml:space="preserve">[22:17] </w:t>
      </w:r>
      <w:r>
        <w:t>aur yeh baat samajh mein aati hai tadabbur ke zariye se.</w:t>
      </w:r>
    </w:p>
    <w:p>
      <w:pPr>
        <w:jc w:val="right"/>
      </w:pPr>
      <w:r>
        <w:t>اور یہ بات سمجھ میں آتی ہے تدبر کے ذریعے سے۔</w:t>
      </w:r>
    </w:p>
    <w:p>
      <w:r>
        <w:rPr>
          <w:b/>
        </w:rPr>
        <w:t xml:space="preserve">[22:22] </w:t>
      </w:r>
      <w:r>
        <w:t>quran mein kaha gaya hai ke la</w:t>
      </w:r>
    </w:p>
    <w:p>
      <w:pPr>
        <w:jc w:val="right"/>
      </w:pPr>
      <w:r>
        <w:t>قرآن میں کہا گیا ہے کہ لَ</w:t>
      </w:r>
    </w:p>
    <w:p>
      <w:r>
        <w:rPr>
          <w:b/>
        </w:rPr>
        <w:t xml:space="preserve">[22:27] </w:t>
      </w:r>
      <w:r>
        <w:t>a tadabbur aayatehi yani quran utara gaya hai to logon ko yeh karna hai ke is par tadabbur</w:t>
      </w:r>
    </w:p>
    <w:p>
      <w:pPr>
        <w:jc w:val="right"/>
      </w:pPr>
      <w:r>
        <w:t>ا تَدَبَّرُوا آَيَاتَهِ یعنی قرآن اتارا گیا ہے تو لوگوں کو یہ کرنا ہے کہ اس پر تدبر</w:t>
      </w:r>
    </w:p>
    <w:p>
      <w:r>
        <w:rPr>
          <w:b/>
        </w:rPr>
        <w:t xml:space="preserve">[22:36] </w:t>
      </w:r>
      <w:r>
        <w:t>karen, is par sochen.</w:t>
      </w:r>
    </w:p>
    <w:p>
      <w:pPr>
        <w:jc w:val="right"/>
      </w:pPr>
      <w:r>
        <w:t>کریں، اس پر سوچیں۔</w:t>
      </w:r>
    </w:p>
    <w:p>
      <w:r>
        <w:rPr>
          <w:b/>
        </w:rPr>
        <w:t xml:space="preserve">[22:44] </w:t>
      </w:r>
      <w:r>
        <w:t>to quran ke jo gehre mani hain, is ke jo is ki jo deep meaning hai, woh is</w:t>
      </w:r>
    </w:p>
    <w:p>
      <w:pPr>
        <w:jc w:val="right"/>
      </w:pPr>
      <w:r>
        <w:t>تو قرآن کے جو گہرے معنی ہیں، اس کے جو اس کی جو ڈیپ میننگ ہے، وہ اس</w:t>
      </w:r>
    </w:p>
    <w:p>
      <w:r>
        <w:rPr>
          <w:b/>
        </w:rPr>
        <w:t xml:space="preserve">[22:53] </w:t>
      </w:r>
      <w:r>
        <w:t>waqt samajh mein aati hai jab aap is par ghore karen.</w:t>
      </w:r>
    </w:p>
    <w:p>
      <w:pPr>
        <w:jc w:val="right"/>
      </w:pPr>
      <w:r>
        <w:t>وقت سمجھ میں آتی ہے جب آپ اس پر غور کریں۔</w:t>
      </w:r>
    </w:p>
    <w:p>
      <w:r>
        <w:rPr>
          <w:b/>
        </w:rPr>
        <w:t xml:space="preserve">[23:01] </w:t>
      </w:r>
      <w:r>
        <w:t>sarsari tor par parhne se aap nahi samajh sakte is ki deep meaning ko.</w:t>
      </w:r>
    </w:p>
    <w:p>
      <w:pPr>
        <w:jc w:val="right"/>
      </w:pPr>
      <w:r>
        <w:t>سرسری طور پر پڑھنے سے آپ نہیں سمجھ سکتے اس کی ڈیپ میننگ کو۔</w:t>
      </w:r>
    </w:p>
    <w:p>
      <w:r>
        <w:rPr>
          <w:b/>
        </w:rPr>
        <w:t xml:space="preserve">[23:07] </w:t>
      </w:r>
      <w:r>
        <w:t>misalan is aayat ko parhenge aap to samjhenge ke is mein to madu ka haal bayan</w:t>
      </w:r>
    </w:p>
    <w:p>
      <w:pPr>
        <w:jc w:val="right"/>
      </w:pPr>
      <w:r>
        <w:t>مثلاً اس آیت کو پڑھیں گے آپ تو سمجھیں گے کہ اس میں تو مدعو کا حال بیان</w:t>
      </w:r>
    </w:p>
    <w:p>
      <w:r>
        <w:rPr>
          <w:b/>
        </w:rPr>
        <w:t xml:space="preserve">[23:14] </w:t>
      </w:r>
      <w:r>
        <w:t>hua hai, lekin jab aap sochenge to maloom hoga ke is mein daai ki zimmedari bayan</w:t>
      </w:r>
    </w:p>
    <w:p>
      <w:pPr>
        <w:jc w:val="right"/>
      </w:pPr>
      <w:r>
        <w:t>ہوا ہے، لیکن جب آپ سوچیں گے تو معلوم ہوگا کہ اس میں داعی کی ذمہ داری بیان</w:t>
      </w:r>
    </w:p>
    <w:p>
      <w:r>
        <w:rPr>
          <w:b/>
        </w:rPr>
        <w:t xml:space="preserve">[23:20] </w:t>
      </w:r>
      <w:r>
        <w:t>ki gayi hai.</w:t>
      </w:r>
    </w:p>
    <w:p>
      <w:pPr>
        <w:jc w:val="right"/>
      </w:pPr>
      <w:r>
        <w:t>کی گئی ہے۔</w:t>
      </w:r>
    </w:p>
    <w:p>
      <w:r>
        <w:rPr>
          <w:b/>
        </w:rPr>
        <w:t xml:space="preserve">[23:26] </w:t>
      </w:r>
      <w:r>
        <w:t>to yeh tareeqa hai quran ko sahi tor par mutala karne ka.</w:t>
      </w:r>
    </w:p>
    <w:p>
      <w:pPr>
        <w:jc w:val="right"/>
      </w:pPr>
      <w:r>
        <w:t>تو یہ طریقہ ہے قرآن کو صحیح طور پر مطالعہ کرنے کا۔</w:t>
      </w:r>
    </w:p>
    <w:p>
      <w:r>
        <w:rPr>
          <w:b/>
        </w:rPr>
        <w:t xml:space="preserve">[23:32] </w:t>
      </w:r>
      <w:r>
        <w:t>isi liye quran mein kuch logon ko quran se gumrahi milti hai, kuch logon ko sachai milti hai. kyun? is liye ke jo aadmi tadabbur ke zariye tadabbur karte hue quran ko padhega, yaani sanjeedgi ke sath ghaur o fikr karte hue quran ko padhega, is par mani khuleinge. aur jo sarsari tor par pad</w:t>
      </w:r>
    </w:p>
    <w:p>
      <w:pPr>
        <w:jc w:val="right"/>
      </w:pPr>
      <w:r>
        <w:t>اسی لیے قرآن میں کچھ لوگوں کو قرآن سے گمراہی ملتی ہے، کچھ لوگوں کو سچائی ملتی ہے۔ کیوں؟ اس لیے کہ جو آدمی تدبر کے ذریعے تدبر کرتے ہوئے قرآن کو پڑھے گا، یعنی سنجیدگی کے ساتھ غور و فکر کرتے ہوئے قرآن کو پڑھے گا، اس پر معنی کھلیں گے۔ اور جو سرسری طور پر پڑ</w:t>
      </w:r>
    </w:p>
    <w:p>
      <w:r>
        <w:rPr>
          <w:b/>
        </w:rPr>
        <w:t xml:space="preserve">[24:02] </w:t>
      </w:r>
      <w:r>
        <w:t>hega, is par mani nahi khulenge.</w:t>
      </w:r>
    </w:p>
    <w:p>
      <w:pPr>
        <w:jc w:val="right"/>
      </w:pPr>
      <w:r>
        <w:t>ھے گا، اس پر معنی نہیں کھلیں گے۔</w:t>
      </w:r>
    </w:p>
    <w:p>
      <w:r>
        <w:rPr>
          <w:b/>
        </w:rPr>
        <w:t xml:space="preserve">[24:11] </w:t>
      </w:r>
      <w:r>
        <w:t>to yeh bohat zaroori hai baat janna ke kisi aayat ke zahiri alfaaz mein jo baat hai, usi</w:t>
      </w:r>
    </w:p>
    <w:p>
      <w:pPr>
        <w:jc w:val="right"/>
      </w:pPr>
      <w:r>
        <w:t>تو یہ بہت ضروری ہے بات جاننا کہ کسی آیت کے ظاہری الفاظ میں جو بات ہے، اسی</w:t>
      </w:r>
    </w:p>
    <w:p>
      <w:r>
        <w:rPr>
          <w:b/>
        </w:rPr>
        <w:t xml:space="preserve">[24:19] </w:t>
      </w:r>
      <w:r>
        <w:t>ko le lene se zimmedari ada nahi hoti.</w:t>
      </w:r>
    </w:p>
    <w:p>
      <w:pPr>
        <w:jc w:val="right"/>
      </w:pPr>
      <w:r>
        <w:t>کو لے لینے سے ذمہ داری ادا نہیں ہوتی۔</w:t>
      </w:r>
    </w:p>
    <w:p>
      <w:r>
        <w:rPr>
          <w:b/>
        </w:rPr>
        <w:t xml:space="preserve">[24:27] </w:t>
      </w:r>
      <w:r>
        <w:t>usi ko aap le len to is ka haq ada nahi ho sakta.</w:t>
      </w:r>
    </w:p>
    <w:p>
      <w:pPr>
        <w:jc w:val="right"/>
      </w:pPr>
      <w:r>
        <w:t>اسی کو آپ لے لیں تو اس کا حق ادا نہیں ہو سکتا۔</w:t>
      </w:r>
    </w:p>
    <w:p>
      <w:r>
        <w:rPr>
          <w:b/>
        </w:rPr>
        <w:t xml:space="preserve">[24:36] </w:t>
      </w:r>
      <w:r>
        <w:t>aap ko alfaaz ke zahiri mafhoom se oopar tak jana chahiye.</w:t>
      </w:r>
    </w:p>
    <w:p>
      <w:pPr>
        <w:jc w:val="right"/>
      </w:pPr>
      <w:r>
        <w:t>آپ کو الفاظ کے ظاہری مفہوم سے اوپر تک جانا چاہیے۔</w:t>
      </w:r>
    </w:p>
    <w:p>
      <w:r>
        <w:rPr>
          <w:b/>
        </w:rPr>
        <w:t xml:space="preserve">[24:44] </w:t>
      </w:r>
      <w:r>
        <w:t>to mein samajhta hoon ke yeh aayat daai ke liye bohat hi aham hai.</w:t>
      </w:r>
    </w:p>
    <w:p>
      <w:pPr>
        <w:jc w:val="right"/>
      </w:pPr>
      <w:r>
        <w:t>تو میں سمجھتا ہوں کہ یہ آیت داعی کے لیے بہت ہی اہم ہے۔</w:t>
      </w:r>
    </w:p>
    <w:p>
      <w:r>
        <w:rPr>
          <w:b/>
        </w:rPr>
        <w:t xml:space="preserve">[24:49] </w:t>
      </w:r>
      <w:r>
        <w:t>daai ke liye yeh ek rehnuma aayat hai.</w:t>
      </w:r>
    </w:p>
    <w:p>
      <w:pPr>
        <w:jc w:val="right"/>
      </w:pPr>
      <w:r>
        <w:t>داعی کے لیے یہ ایک رہنما آیت ہے۔</w:t>
      </w:r>
    </w:p>
    <w:p>
      <w:r>
        <w:rPr>
          <w:b/>
        </w:rPr>
        <w:t xml:space="preserve">[24:54] </w:t>
      </w:r>
      <w:r>
        <w:t>yani yeh aayat sirf remark nahi hai kuch logon ke liye jo andhe bhare bane hue hon, balkeh</w:t>
      </w:r>
    </w:p>
    <w:p>
      <w:pPr>
        <w:jc w:val="right"/>
      </w:pPr>
      <w:r>
        <w:t>یعنی یہ آیت صرف ریمارک نہیں ہے کچھ لوگوں کے لیے جو اندھے بھرے بنے ہوئے ہوں، بلکہ</w:t>
      </w:r>
    </w:p>
    <w:p>
      <w:r>
        <w:rPr>
          <w:b/>
        </w:rPr>
        <w:t xml:space="preserve">[24:59] </w:t>
      </w:r>
      <w:r>
        <w:t>daai ke liye is mein rehnumai hai.</w:t>
      </w:r>
    </w:p>
    <w:p>
      <w:pPr>
        <w:jc w:val="right"/>
      </w:pPr>
      <w:r>
        <w:t>داعی کے لیے اس میں رہنمائی ہے۔</w:t>
      </w:r>
    </w:p>
    <w:p>
      <w:r>
        <w:rPr>
          <w:b/>
        </w:rPr>
        <w:t xml:space="preserve">[25:04] </w:t>
      </w:r>
      <w:r>
        <w:t>rehnmai is baat ki ke tum ko sabr ke sath dawat karna hai.</w:t>
      </w:r>
    </w:p>
    <w:p>
      <w:pPr>
        <w:jc w:val="right"/>
      </w:pPr>
      <w:r>
        <w:t>رہنمائی اس بات کی کہ تم کو صبر کے ساتھ دعوت کرنا ہے۔</w:t>
      </w:r>
    </w:p>
    <w:p>
      <w:r>
        <w:rPr>
          <w:b/>
        </w:rPr>
        <w:t xml:space="preserve">[25:09] </w:t>
      </w:r>
      <w:r>
        <w:t>tum ko is tarah</w:t>
      </w:r>
    </w:p>
    <w:p>
      <w:pPr>
        <w:jc w:val="right"/>
      </w:pPr>
      <w:r>
        <w:t>تم کو اس طرح</w:t>
      </w:r>
    </w:p>
    <w:p>
      <w:r>
        <w:rPr>
          <w:b/>
        </w:rPr>
        <w:t xml:space="preserve">[25:14] </w:t>
      </w:r>
      <w:r>
        <w:t>baat kehna hai jo madu ke mind ko address kare.</w:t>
      </w:r>
    </w:p>
    <w:p>
      <w:pPr>
        <w:jc w:val="right"/>
      </w:pPr>
      <w:r>
        <w:t>بات کہنا ہے جو مدعو کے مائنڈ کو ایڈریس کرے۔</w:t>
      </w:r>
    </w:p>
    <w:p>
      <w:r>
        <w:rPr>
          <w:b/>
        </w:rPr>
        <w:t xml:space="preserve">[25:20] </w:t>
      </w:r>
      <w:r>
        <w:t>tum ko is ke liye dua karte rehna hai.</w:t>
      </w:r>
    </w:p>
    <w:p>
      <w:pPr>
        <w:jc w:val="right"/>
      </w:pPr>
      <w:r>
        <w:t>تم کو اس کے لیے دعا کرتے رہنا ہے۔</w:t>
      </w:r>
    </w:p>
    <w:p>
      <w:r>
        <w:rPr>
          <w:b/>
        </w:rPr>
        <w:t xml:space="preserve">[25:26] </w:t>
      </w:r>
      <w:r>
        <w:t>tum is ko, tum ko hamesha is ka kharqaab bane rehna hai.</w:t>
      </w:r>
    </w:p>
    <w:p>
      <w:pPr>
        <w:jc w:val="right"/>
      </w:pPr>
      <w:r>
        <w:t>تم اس کو، تم کو ہمیشہ اس کا خرقاب بنے رہنا ہے۔</w:t>
      </w:r>
    </w:p>
    <w:p>
      <w:r>
        <w:rPr>
          <w:b/>
        </w:rPr>
        <w:t xml:space="preserve">[25:32] </w:t>
      </w:r>
      <w:r>
        <w:t>tum ko kabhi mayoos nahi hona hai.</w:t>
      </w:r>
    </w:p>
    <w:p>
      <w:pPr>
        <w:jc w:val="right"/>
      </w:pPr>
      <w:r>
        <w:t>تم کو کبھی مایوس نہیں ہونا ہے۔</w:t>
      </w:r>
    </w:p>
    <w:p>
      <w:r>
        <w:rPr>
          <w:b/>
        </w:rPr>
        <w:t xml:space="preserve">[25:37] </w:t>
      </w:r>
      <w:r>
        <w:t>tum ko dawat ki bar bar nai planning karna hai.</w:t>
      </w:r>
    </w:p>
    <w:p>
      <w:pPr>
        <w:jc w:val="right"/>
      </w:pPr>
      <w:r>
        <w:t>تم کو دعوت کی بار بار نئی پلاننگ کرنا ہے۔</w:t>
      </w:r>
    </w:p>
    <w:p>
      <w:r>
        <w:rPr>
          <w:b/>
        </w:rPr>
        <w:t xml:space="preserve">[25:43] </w:t>
      </w:r>
      <w:r>
        <w:t>yeh sari baatein is mein maujood hain jo ke ghaur karne se samajh mein aati hain.</w:t>
      </w:r>
    </w:p>
    <w:p>
      <w:pPr>
        <w:jc w:val="right"/>
      </w:pPr>
      <w:r>
        <w:t>یہ ساری باتیں اس میں موجود ہیں جو کہ غور کرنے سے سمجھ میں آتی ہیں۔</w:t>
      </w:r>
    </w:p>
    <w:p>
      <w:r>
        <w:rPr>
          <w:b/>
        </w:rPr>
        <w:t xml:space="preserve">[25:49] </w:t>
      </w:r>
      <w:r>
        <w:t>to dawati zindagi ka is mein ek chapter bayan ho gaya hai. dawati zindagi ka ek bab is mein poora bayan hua hai. aap jante hain ke arab mein kya hua? rasool allah salallahu alaihi wasallam ne jab wahan dawat shuru ki to shuru mein yahi hua. logon ne is tarah suna jaise ke unhone suna nahi. unhone is tarah liya jaise ke aap andhe bane hain woh log. lekin</w:t>
      </w:r>
    </w:p>
    <w:p>
      <w:pPr>
        <w:jc w:val="right"/>
      </w:pPr>
      <w:r>
        <w:t>تو دعوتی زندگی کا اس میں ایک چیپٹر بیان ہو گیا ہے۔ دعوتی زندگی کا ایک باب اس میں پورا بیان ہوا ہے۔ آپ جانتے ہیں کہ عرب میں کیا ہوا؟ رسول اللہ صلی اللہ علیہ وسلم نے جب وہاں دعوت شروع کی تو شروع میں یہی ہوا۔ لوگوں نے اس طرح سنا جیسے کہ انہوں نے سنا نہیں۔ انہوں نے اس طرح لیا جیسے کہ آپ اندھے بنے ہیں وہ لوگ۔ لیکن</w:t>
      </w:r>
    </w:p>
    <w:p>
      <w:r>
        <w:rPr>
          <w:b/>
        </w:rPr>
        <w:t xml:space="preserve">[26:19] </w:t>
      </w:r>
      <w:r>
        <w:t>kya aisi baat khatm ho gayi? baat nahi khatm hui.</w:t>
      </w:r>
    </w:p>
    <w:p>
      <w:pPr>
        <w:jc w:val="right"/>
      </w:pPr>
      <w:r>
        <w:t>کیا ایسی بات ختم ہوگئی؟ بات نہیں ختم ہوئی۔</w:t>
      </w:r>
    </w:p>
    <w:p>
      <w:r>
        <w:rPr>
          <w:b/>
        </w:rPr>
        <w:t xml:space="preserve">[26:25] </w:t>
      </w:r>
      <w:r>
        <w:t>ek ek kar ke afraad rasool Allah ke saathi bante gaye.</w:t>
      </w:r>
    </w:p>
    <w:p>
      <w:pPr>
        <w:jc w:val="right"/>
      </w:pPr>
      <w:r>
        <w:t>ایک ایک کر کے افراد رسول اللہ کے ساتھی بنتے گئے۔</w:t>
      </w:r>
    </w:p>
    <w:p>
      <w:r>
        <w:rPr>
          <w:b/>
        </w:rPr>
        <w:t xml:space="preserve">[26:32] </w:t>
      </w:r>
      <w:r>
        <w:t>phir dheere dheere rasool Allah ka mission barha yahan tak ke poore mulk mein phail gaya.</w:t>
      </w:r>
    </w:p>
    <w:p>
      <w:pPr>
        <w:jc w:val="right"/>
      </w:pPr>
      <w:r>
        <w:t>پھر دھیرے دھیرے رسول اللہ کا مشن بڑھا یہاں تک کہ پورے ملک میں پھیل گیا۔</w:t>
      </w:r>
    </w:p>
    <w:p>
      <w:r>
        <w:rPr>
          <w:b/>
        </w:rPr>
        <w:t xml:space="preserve">[26:38] </w:t>
      </w:r>
      <w:r>
        <w:t>aur phir is ke baad un logon ne mulk ke bahir is ko phailaya.</w:t>
      </w:r>
    </w:p>
    <w:p>
      <w:pPr>
        <w:jc w:val="right"/>
      </w:pPr>
      <w:r>
        <w:t>اور پھر اس کے بعد ان لوگوں نے ملک کے باہر اس کو پھیلایا۔</w:t>
      </w:r>
    </w:p>
    <w:p>
      <w:r>
        <w:rPr>
          <w:b/>
        </w:rPr>
        <w:t xml:space="preserve">[26:44] </w:t>
      </w:r>
      <w:r>
        <w:t>to baat khatm kahan ho gayi? yaani</w:t>
      </w:r>
    </w:p>
    <w:p>
      <w:pPr>
        <w:jc w:val="right"/>
      </w:pPr>
      <w:r>
        <w:t>تو بات ختم کہاں ہوگئی؟ یعنی</w:t>
      </w:r>
    </w:p>
    <w:p>
      <w:r>
        <w:rPr>
          <w:b/>
        </w:rPr>
        <w:t xml:space="preserve">[26:50] </w:t>
      </w:r>
      <w:r>
        <w:t>is aayat mein inhi logon ka to zikr hai jo rasool Allah ke katte prer the, rasool Allah</w:t>
      </w:r>
    </w:p>
    <w:p>
      <w:pPr>
        <w:jc w:val="right"/>
      </w:pPr>
      <w:r>
        <w:t>اس آیت میں انہی لوگوں کا تو ذکر ہے جو رسول اللہ کے کٹے پریر تھے، رسول اللہ</w:t>
      </w:r>
    </w:p>
    <w:p>
      <w:r>
        <w:rPr>
          <w:b/>
        </w:rPr>
        <w:t xml:space="preserve">[26:56] </w:t>
      </w:r>
      <w:r>
        <w:t>ke moasir the.</w:t>
      </w:r>
    </w:p>
    <w:p>
      <w:pPr>
        <w:jc w:val="right"/>
      </w:pPr>
      <w:r>
        <w:t>کے معاصر تھے۔</w:t>
      </w:r>
    </w:p>
    <w:p>
      <w:r>
        <w:rPr>
          <w:b/>
        </w:rPr>
        <w:t xml:space="preserve">[27:02] </w:t>
      </w:r>
      <w:r>
        <w:t>lekin kya isi baat khatm ho gayi? isi par baat khatm nahi hogi.</w:t>
      </w:r>
    </w:p>
    <w:p>
      <w:pPr>
        <w:jc w:val="right"/>
      </w:pPr>
      <w:r>
        <w:t>لیکن کیا اسی بات ختم ہوگئی؟ اسی پر بات ختم نہیں ہوگی۔</w:t>
      </w:r>
    </w:p>
    <w:p>
      <w:r>
        <w:rPr>
          <w:b/>
        </w:rPr>
        <w:t xml:space="preserve">[27:08] </w:t>
      </w:r>
      <w:r>
        <w:t>baat aage barhi, aage barhi, aage barhi yahan tak ke rasool Allah ka mission ek salab ban gaya.</w:t>
      </w:r>
    </w:p>
    <w:p>
      <w:pPr>
        <w:jc w:val="right"/>
      </w:pPr>
      <w:r>
        <w:t>بات آگے بڑھی، آگے بڑھی، آگے بڑھی یہاں تک کہ رسول اللہ کا مشن ایک سالاب بن گیا۔</w:t>
      </w:r>
    </w:p>
    <w:p>
      <w:r>
        <w:rPr>
          <w:b/>
        </w:rPr>
        <w:t xml:space="preserve">[27:14] </w:t>
      </w:r>
      <w:r>
        <w:t>to is aayat ko agar aap rasool Allah ki zindagi se jor kar</w:t>
      </w:r>
    </w:p>
    <w:p>
      <w:pPr>
        <w:jc w:val="right"/>
      </w:pPr>
      <w:r>
        <w:t>تو اس آیت کو اگر آپ رسول اللہ کی زندگی سے جوڑ کر</w:t>
      </w:r>
    </w:p>
    <w:p>
      <w:r>
        <w:rPr>
          <w:b/>
        </w:rPr>
        <w:t xml:space="preserve">[27:20] </w:t>
      </w:r>
      <w:r>
        <w:t>dekhein to poori baat samne aati hai.</w:t>
      </w:r>
    </w:p>
    <w:p>
      <w:pPr>
        <w:jc w:val="right"/>
      </w:pPr>
      <w:r>
        <w:t>دیکھیں تو پوری بات سامنے آتی ہے۔</w:t>
      </w:r>
    </w:p>
    <w:p>
      <w:r>
        <w:rPr>
          <w:b/>
        </w:rPr>
        <w:t xml:space="preserve">[27:26] </w:t>
      </w:r>
      <w:r>
        <w:t>yaani rasool Allah ki zindagi se alag kar dein to poori baat samne nahi aayegi.</w:t>
      </w:r>
    </w:p>
    <w:p>
      <w:pPr>
        <w:jc w:val="right"/>
      </w:pPr>
      <w:r>
        <w:t>یعنی رسول اللہ کی زندگی سے الگ کر دیں تو پوری بات سامنے نہیں آئے گی۔</w:t>
      </w:r>
    </w:p>
    <w:p>
      <w:r>
        <w:rPr>
          <w:b/>
        </w:rPr>
        <w:t xml:space="preserve">[27:33] </w:t>
      </w:r>
      <w:r>
        <w:t>kyun ke quran ki is aayat ka jo, yaani jo amli, amli aur waqeyati pehlu hai, woh to rasool</w:t>
      </w:r>
    </w:p>
    <w:p>
      <w:pPr>
        <w:jc w:val="right"/>
      </w:pPr>
      <w:r>
        <w:t>کیونکہ قرآن کی اس آیت کا جو، یعنی جو عملی، عملی اور واقعاتی پہلو ہے، وہ تو رسول</w:t>
      </w:r>
    </w:p>
    <w:p>
      <w:r>
        <w:rPr>
          <w:b/>
        </w:rPr>
        <w:t xml:space="preserve">[27:39] </w:t>
      </w:r>
      <w:r>
        <w:t>Allah ki zindagi mein hai.</w:t>
      </w:r>
    </w:p>
    <w:p>
      <w:pPr>
        <w:jc w:val="right"/>
      </w:pPr>
      <w:r>
        <w:t>اللہ کی زندگی میں ہے۔</w:t>
      </w:r>
    </w:p>
    <w:p>
      <w:r>
        <w:rPr>
          <w:b/>
        </w:rPr>
        <w:t xml:space="preserve">[27:45] </w:t>
      </w:r>
      <w:r>
        <w:t>to is aayat ko samajhne ke liye rasool Allah ki zindagi ko dekhna padta hai.</w:t>
      </w:r>
    </w:p>
    <w:p>
      <w:pPr>
        <w:jc w:val="right"/>
      </w:pPr>
      <w:r>
        <w:t>تو اس آیت کو سمجھنے کے لیے رسول اللہ کی زندگی کو دیکھنا پڑتا ہے۔</w:t>
      </w:r>
    </w:p>
    <w:p>
      <w:r>
        <w:rPr>
          <w:b/>
        </w:rPr>
        <w:t xml:space="preserve">[27:51] </w:t>
      </w:r>
      <w:r>
        <w:t>tab samajh aata hai ke rasool Allah ne kya kiya aur kis tareeqe se aap kamyab hue hain.</w:t>
      </w:r>
    </w:p>
    <w:p>
      <w:pPr>
        <w:jc w:val="right"/>
      </w:pPr>
      <w:r>
        <w:t>تب سمجھ آتا ہے کہ رسول اللہ نے کیا کیا اور کس طریقے سے آپ کامیاب ہوئے ہیں۔</w:t>
      </w:r>
    </w:p>
    <w:p>
      <w:r>
        <w:rPr>
          <w:b/>
        </w:rPr>
        <w:t xml:space="preserve">[28:01] </w:t>
      </w:r>
      <w:r>
        <w:t>to rasool Allah ke sath jo pesh aaya, rasool Allah ko jo tajrubaat hue, aur rasool Allah ke</w:t>
      </w:r>
    </w:p>
    <w:p>
      <w:pPr>
        <w:jc w:val="right"/>
      </w:pPr>
      <w:r>
        <w:t>تو رسول اللہ کے ساتھ جو پیش آیا، رسول اللہ کو جو تجربات ہوئے، اور رسول اللہ کے</w:t>
      </w:r>
    </w:p>
    <w:p>
      <w:r>
        <w:rPr>
          <w:b/>
        </w:rPr>
        <w:t xml:space="preserve">[28:11] </w:t>
      </w:r>
      <w:r>
        <w:t>zariye se jis tarah se arab mein, awwalan arab mein, phir</w:t>
      </w:r>
    </w:p>
    <w:p>
      <w:pPr>
        <w:jc w:val="right"/>
      </w:pPr>
      <w:r>
        <w:t>ذریعے سے جس طرح سے عرب میں، اولاً عرب میں، پھر</w:t>
      </w:r>
    </w:p>
    <w:p>
      <w:r>
        <w:rPr>
          <w:b/>
        </w:rPr>
        <w:t xml:space="preserve">[28:21] </w:t>
      </w:r>
      <w:r>
        <w:t>dusron mein aap ka mission phaila.</w:t>
      </w:r>
    </w:p>
    <w:p>
      <w:pPr>
        <w:jc w:val="right"/>
      </w:pPr>
      <w:r>
        <w:t>دوسروں میں آپ کا مشن پھیلا۔</w:t>
      </w:r>
    </w:p>
    <w:p>
      <w:r>
        <w:rPr>
          <w:b/>
        </w:rPr>
        <w:t xml:space="preserve">[28:29] </w:t>
      </w:r>
      <w:r>
        <w:t>to yeh jo tareekh hai jo rasool aur sahaba rasool ke zariye bani hai, is tareekh ko shamil</w:t>
      </w:r>
    </w:p>
    <w:p>
      <w:pPr>
        <w:jc w:val="right"/>
      </w:pPr>
      <w:r>
        <w:t>تو یہ جو تاریخ ہے جو رسول اور صحابہ رسول کے ذریعے بنی ہے، اس تاریخ کو شامل</w:t>
      </w:r>
    </w:p>
    <w:p>
      <w:r>
        <w:rPr>
          <w:b/>
        </w:rPr>
        <w:t xml:space="preserve">[28:37] </w:t>
      </w:r>
      <w:r>
        <w:t>karne ke baad hi aap samajh sakte hain ke is aayat ka poora matlab kya hai.</w:t>
      </w:r>
    </w:p>
    <w:p>
      <w:pPr>
        <w:jc w:val="right"/>
      </w:pPr>
      <w:r>
        <w:t>کرنے کے بعد ہی آپ سمجھ سکتے ہیں کہ اس آیت کا پورا مطلب کیا ہے۔</w:t>
      </w:r>
    </w:p>
    <w:p>
      <w:r>
        <w:rPr>
          <w:b/>
        </w:rPr>
        <w:t xml:space="preserve">[28:45] </w:t>
      </w:r>
      <w:r>
        <w:t>to quran agar khudai ideology hai to rasool ki zindagi is ideology ki base par banne wali tareekh hai.</w:t>
      </w:r>
    </w:p>
    <w:p>
      <w:pPr>
        <w:jc w:val="right"/>
      </w:pPr>
      <w:r>
        <w:t>تو قرآن اگر خدائی آئیڈیالوجی ہے تو رسول کی زندگی اس آئیڈیالوجی کی بیس پر بننے والی تاریخ ہے۔</w:t>
      </w:r>
    </w:p>
    <w:p>
      <w:r>
        <w:rPr>
          <w:b/>
        </w:rPr>
        <w:t xml:space="preserve">[28:53] </w:t>
      </w:r>
      <w:r>
        <w:t>to aap ko ideology ko bhi dekhna hoga aur aap ko history ko bhi dekhna hoga.</w:t>
      </w:r>
    </w:p>
    <w:p>
      <w:pPr>
        <w:jc w:val="right"/>
      </w:pPr>
      <w:r>
        <w:t>تو آپ کو آئیڈیالوجی کو بھی دیکھنا ہوگا اور آپ کو ہسٹری کو بھی دیکھنا ہوگا۔</w:t>
      </w:r>
    </w:p>
    <w:p>
      <w:r>
        <w:rPr>
          <w:b/>
        </w:rPr>
        <w:t xml:space="preserve">[29:00] </w:t>
      </w:r>
      <w:r>
        <w:t>history is ka lazmi part hai.</w:t>
      </w:r>
    </w:p>
    <w:p>
      <w:pPr>
        <w:jc w:val="right"/>
      </w:pPr>
      <w:r>
        <w:t>ہسٹری اس کا لازمی پارٹ ہے۔</w:t>
      </w:r>
    </w:p>
    <w:p>
      <w:r>
        <w:rPr>
          <w:b/>
        </w:rPr>
        <w:t xml:space="preserve">[29:08] </w:t>
      </w:r>
      <w:r>
        <w:t>jab aap ek taraf quran ko padhenge aur doosri taraf rasool aur sahaba rasool ki zabanen banne</w:t>
      </w:r>
    </w:p>
    <w:p>
      <w:pPr>
        <w:jc w:val="right"/>
      </w:pPr>
      <w:r>
        <w:t>جب آپ ایک طرف قرآن کو پڑھیں گے اور دوسری طرف رسول اور صحابہ رسول کی زبانیں بننے</w:t>
      </w:r>
    </w:p>
    <w:p>
      <w:r>
        <w:rPr>
          <w:b/>
        </w:rPr>
        <w:t xml:space="preserve">[29:15] </w:t>
      </w:r>
      <w:r>
        <w:t>wali tareekh jo hai, jo quran ki buniyad bani</w:t>
      </w:r>
    </w:p>
    <w:p>
      <w:pPr>
        <w:jc w:val="right"/>
      </w:pPr>
      <w:r>
        <w:t>والی تاریخ جو ہے، جو قرآن کی بنیاد بنی</w:t>
      </w:r>
    </w:p>
    <w:p>
      <w:r>
        <w:rPr>
          <w:b/>
        </w:rPr>
        <w:t xml:space="preserve">[29:23] </w:t>
      </w:r>
      <w:r>
        <w:t>thi, is ko dekhen ge to sari baat clear hogi. to main dua karta hoon ke Allah taala mujh ko aur aap ko tofeeq de ke hum is ayat ke paigham ko samjhen, is par amal karen. Assalam o Alaikum wa Rahmatullahi wa Barakatuhu.</w:t>
      </w:r>
    </w:p>
    <w:p>
      <w:pPr>
        <w:jc w:val="right"/>
      </w:pPr>
      <w:r>
        <w:t>تھی، اس کو دیکھیں گے تو ساری بات کلیئر ہوگی۔ تو میں دعا کرتا ہوں کہ اللہ تعالیٰ مجھ کو اور آپ کو توفیق دے کہ ہم اس آیت کے پیغام کو سمجھیں، اس پر عمل کریں۔ السلام علیکم ورحمۃ اللہ وبرکاتہ.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