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Peace of Mind April 19, 2015</w:t>
      </w:r>
    </w:p>
    <w:p>
      <w:r>
        <w:t>https://youtu.be/nYvd93Af2YI</w:t>
      </w:r>
    </w:p>
    <w:p>
      <w:r>
        <w:rPr>
          <w:b/>
        </w:rPr>
        <w:t xml:space="preserve">[00:14] </w:t>
      </w:r>
      <w:r>
        <w:t>Bismillah Rehman e Rahim. Wa Salla Allahu Ala Nabiyyi al-Kareem.</w:t>
      </w:r>
    </w:p>
    <w:p>
      <w:pPr>
        <w:jc w:val="right"/>
      </w:pPr>
      <w:r>
        <w:t>بسم اللہ الرحمن الرحیم۔ وصلی اللہ علی النبی الکریم۔</w:t>
      </w:r>
    </w:p>
    <w:p>
      <w:r>
        <w:rPr>
          <w:b/>
        </w:rPr>
        <w:t xml:space="preserve">[00:22] </w:t>
      </w:r>
      <w:r>
        <w:t>Rabishrah li sadri, wa yassir li amri, wah-l-uqdatan min lisani, yafqahu qawli.</w:t>
      </w:r>
    </w:p>
    <w:p>
      <w:pPr>
        <w:jc w:val="right"/>
      </w:pPr>
      <w:r>
        <w:t>رب اشرح لی صدری، ویسر لی امری، واحل العقدۃ من لسانی، یفقہ قولی۔</w:t>
      </w:r>
    </w:p>
    <w:p>
      <w:r>
        <w:rPr>
          <w:b/>
        </w:rPr>
        <w:t xml:space="preserve">[00:37] </w:t>
      </w:r>
      <w:r>
        <w:t>unnees April do hazar pandrah.</w:t>
      </w:r>
    </w:p>
    <w:p>
      <w:pPr>
        <w:jc w:val="right"/>
      </w:pPr>
      <w:r>
        <w:t>انیس اپریل دو ہزار پندرہ۔</w:t>
      </w:r>
    </w:p>
    <w:p>
      <w:r>
        <w:rPr>
          <w:b/>
        </w:rPr>
        <w:t xml:space="preserve">[00:46] </w:t>
      </w:r>
      <w:r>
        <w:t>aaj ka topic hai "Peace of Mind" ya rohani sukoon.</w:t>
      </w:r>
    </w:p>
    <w:p>
      <w:pPr>
        <w:jc w:val="right"/>
      </w:pPr>
      <w:r>
        <w:t>آج کا ٹاپک ہے "Peace of Mind" یا روحانی سکون۔</w:t>
      </w:r>
    </w:p>
    <w:p>
      <w:r>
        <w:rPr>
          <w:b/>
        </w:rPr>
        <w:t xml:space="preserve">[00:59] </w:t>
      </w:r>
      <w:r>
        <w:t>meri zindagi ka aik experience yeh hai ke aadmi ko har cheez parhna chahiye, har mazhab ko, har discipline ko.</w:t>
      </w:r>
    </w:p>
    <w:p>
      <w:pPr>
        <w:jc w:val="right"/>
      </w:pPr>
      <w:r>
        <w:t>میری زندگی کا ایک ایکسپیرینس یہ ہے کہ آدمی کو ہر چیز پڑھنا چاہیے، ہر مذہب کو، ہر ڈسپلن کو۔</w:t>
      </w:r>
    </w:p>
    <w:p>
      <w:r>
        <w:rPr>
          <w:b/>
        </w:rPr>
        <w:t xml:space="preserve">[01:16] </w:t>
      </w:r>
      <w:r>
        <w:t>woh kisi aik discipline mein, kisi aik tradition mein yaqeen rakhta ho tab bhi parhna chahiye. Aur har cheez aap ko faida degi.</w:t>
      </w:r>
    </w:p>
    <w:p>
      <w:pPr>
        <w:jc w:val="right"/>
      </w:pPr>
      <w:r>
        <w:t>وہ کسی ایک ڈسپلن میں، کسی ایک ٹریڈیشن میں یقین رکھتا ہو تب بھی پڑھنا چاہیے۔ اور ہر چیز آپ کو فائدہ دے گی۔</w:t>
      </w:r>
    </w:p>
    <w:p>
      <w:r>
        <w:rPr>
          <w:b/>
        </w:rPr>
        <w:t xml:space="preserve">[01:32] </w:t>
      </w:r>
      <w:r>
        <w:t>lekin aik condition hai, woh yeh ke aap empty mind ho kar doosri cheezon ko parhen.</w:t>
      </w:r>
    </w:p>
    <w:p>
      <w:pPr>
        <w:jc w:val="right"/>
      </w:pPr>
      <w:r>
        <w:t>لیکن ایک کنڈیشن ہے، وہ یہ کہ آپ ایمپیٹی مائنڈ ہو کر دوسری چیزوں کو پڑھیں۔</w:t>
      </w:r>
    </w:p>
    <w:p>
      <w:r>
        <w:rPr>
          <w:b/>
        </w:rPr>
        <w:t xml:space="preserve">[01:41] </w:t>
      </w:r>
      <w:r>
        <w:t>agar aap ka andar bias hoga to aap ko aap ki study faida nahi degi.</w:t>
      </w:r>
    </w:p>
    <w:p>
      <w:pPr>
        <w:jc w:val="right"/>
      </w:pPr>
      <w:r>
        <w:t>اگر آپ کا اندر بائس ہوگا تو آپ کو آپ کی سٹڈی فائدہ نہیں دے گی۔</w:t>
      </w:r>
    </w:p>
    <w:p>
      <w:r>
        <w:rPr>
          <w:b/>
        </w:rPr>
        <w:t xml:space="preserve">[01:54] </w:t>
      </w:r>
      <w:r>
        <w:t>mujhe aik waqea yaad aata hai ke Swami Vivekanand aik martaba kisi conference mein thay.</w:t>
      </w:r>
    </w:p>
    <w:p>
      <w:pPr>
        <w:jc w:val="right"/>
      </w:pPr>
      <w:r>
        <w:t>مجھے ایک واقعہ یاد آتا ہے کہ سوامی وویکانند ایک مرتبہ کسی کانفرنس میں تھے۔</w:t>
      </w:r>
    </w:p>
    <w:p>
      <w:r>
        <w:rPr>
          <w:b/>
        </w:rPr>
        <w:t xml:space="preserve">[02:08] </w:t>
      </w:r>
      <w:r>
        <w:t>to un se poocha gaya ke Indian philosophy ka khulasa kya hai? to wahan black board tha, black board par unhon ne aik bohat bara zero laga diya.</w:t>
      </w:r>
    </w:p>
    <w:p>
      <w:pPr>
        <w:jc w:val="right"/>
      </w:pPr>
      <w:r>
        <w:t>تو ان سے پوچھا گیا کہ انڈین فلاسفی کا خلاصہ کیا ہے؟ تو وہاں بلیک بورڈ تھا، بلیک بورڈ پر انہوں نے ایک بہت بڑا زیرو لگا دیا۔</w:t>
      </w:r>
    </w:p>
    <w:p>
      <w:r>
        <w:rPr>
          <w:b/>
        </w:rPr>
        <w:t xml:space="preserve">[02:21] </w:t>
      </w:r>
      <w:r>
        <w:t>zero likh diya. ke Indian philosophy ka khulasa hai zero.</w:t>
      </w:r>
    </w:p>
    <w:p>
      <w:pPr>
        <w:jc w:val="right"/>
      </w:pPr>
      <w:r>
        <w:t>زیرو لکھ دیا۔ کہ انڈین فلاسفی کا خلاصہ ہے زیرو۔</w:t>
      </w:r>
    </w:p>
    <w:p>
      <w:r>
        <w:rPr>
          <w:b/>
        </w:rPr>
        <w:t xml:space="preserve">[02:31] </w:t>
      </w:r>
      <w:r>
        <w:t>dekhen main is ko manta hoon.</w:t>
      </w:r>
    </w:p>
    <w:p>
      <w:pPr>
        <w:jc w:val="right"/>
      </w:pPr>
      <w:r>
        <w:t>دیکھیں میں اس کو مانتا ہوں۔</w:t>
      </w:r>
    </w:p>
    <w:p>
      <w:r>
        <w:rPr>
          <w:b/>
        </w:rPr>
        <w:t xml:space="preserve">[02:35] </w:t>
      </w:r>
      <w:r>
        <w:t>zero ka matlab yeh nahi ke aap apne mind ko khali kar len. Nahi.</w:t>
      </w:r>
    </w:p>
    <w:p>
      <w:pPr>
        <w:jc w:val="right"/>
      </w:pPr>
      <w:r>
        <w:t>زیرو کا مطلب یہ نہیں کہ آپ اپنے مائنڈ کو خالی کر لیں۔ نہیں۔</w:t>
      </w:r>
    </w:p>
    <w:p>
      <w:r>
        <w:rPr>
          <w:b/>
        </w:rPr>
        <w:t xml:space="preserve">[02:44] </w:t>
      </w:r>
      <w:r>
        <w:t>mind ko empty karen is sense mein ke aap poore ma'ne mein objective ban jayen.</w:t>
      </w:r>
    </w:p>
    <w:p>
      <w:pPr>
        <w:jc w:val="right"/>
      </w:pPr>
      <w:r>
        <w:t>مائنڈ کو ایمپیٹی کریں اس سینس میں کہ آپ پورے معنی میں آبجیکٹیو بن جائیں۔</w:t>
      </w:r>
    </w:p>
    <w:p>
      <w:r>
        <w:rPr>
          <w:b/>
        </w:rPr>
        <w:t xml:space="preserve">[02:53] </w:t>
      </w:r>
      <w:r>
        <w:t>yani objective mind se cheezon ko parhna. Tab har cheez mein faida hota hai aap ko. To aaj ke aik misaal main deta hoon silsile mein.</w:t>
      </w:r>
    </w:p>
    <w:p>
      <w:pPr>
        <w:jc w:val="right"/>
      </w:pPr>
      <w:r>
        <w:t>یعنی آبجیکٹیو مائنڈ سے چیزوں کو پڑھنا۔ تب ہر چیز میں فائدہ ہوتا ہے آپ کو۔ تو آج کے ایک مثال میں دیتا ہوں سلسلے میں۔</w:t>
      </w:r>
    </w:p>
    <w:p>
      <w:r>
        <w:rPr>
          <w:b/>
        </w:rPr>
        <w:t xml:space="preserve">[03:06] </w:t>
      </w:r>
      <w:r>
        <w:t>dekhen yeh aaj ka daily newspaper hai. Is mein aik article chhaapa hai. "Why Live A Boring Life".</w:t>
      </w:r>
    </w:p>
    <w:p>
      <w:pPr>
        <w:jc w:val="right"/>
      </w:pPr>
      <w:r>
        <w:t>دیکھیں یہ آج کا ڈیلی نیوز پیپر ہے۔ اس میں ایک آرٹیکل چھپا ہے۔ "Why Live A Boring Life"۔</w:t>
      </w:r>
    </w:p>
    <w:p>
      <w:r>
        <w:rPr>
          <w:b/>
        </w:rPr>
        <w:t xml:space="preserve">[03:22] </w:t>
      </w:r>
      <w:r>
        <w:t>"Why Live A Boring Life".</w:t>
      </w:r>
    </w:p>
    <w:p>
      <w:pPr>
        <w:jc w:val="right"/>
      </w:pPr>
      <w:r>
        <w:t>"Why Live A Boring Life"۔</w:t>
      </w:r>
    </w:p>
    <w:p>
      <w:r>
        <w:rPr>
          <w:b/>
        </w:rPr>
        <w:t xml:space="preserve">[03:28] </w:t>
      </w:r>
      <w:r>
        <w:t>yani kyun hum boring zindagi guzaar rahe hain. Is par main sochne laga.</w:t>
      </w:r>
    </w:p>
    <w:p>
      <w:pPr>
        <w:jc w:val="right"/>
      </w:pPr>
      <w:r>
        <w:t>یعنی کیوں ہم بورنگ زندگی گزار رہے ہیں۔ اس پر میں سوچنے لگا۔</w:t>
      </w:r>
    </w:p>
    <w:p>
      <w:r>
        <w:rPr>
          <w:b/>
        </w:rPr>
        <w:t xml:space="preserve">[03:39] </w:t>
      </w:r>
      <w:r>
        <w:t>main apne ghar ke bahar, hamare ghar ke bahar jo</w:t>
      </w:r>
    </w:p>
    <w:p>
      <w:pPr>
        <w:jc w:val="right"/>
      </w:pPr>
      <w:r>
        <w:t>میں اپنے گھر کے باہر، ہمارے گھر کے باہر جو</w:t>
      </w:r>
    </w:p>
    <w:p>
      <w:r>
        <w:rPr>
          <w:b/>
        </w:rPr>
        <w:t xml:space="preserve">[03:46] </w:t>
      </w:r>
      <w:r>
        <w:t>jagah hai khuli wahan par baitha hua tha. To mere saamne se gaadiyan guzar rahi theen. Cars, motorcycles.</w:t>
      </w:r>
    </w:p>
    <w:p>
      <w:pPr>
        <w:jc w:val="right"/>
      </w:pPr>
      <w:r>
        <w:t>جگہ ہے کھلی وہاں پر بیٹھا ہوا تھا۔ تو میرے سامنے سے گاڑیاں گزر رہی تھیں۔ کاریں، موٹر سائیکل۔</w:t>
      </w:r>
    </w:p>
    <w:p>
      <w:r>
        <w:rPr>
          <w:b/>
        </w:rPr>
        <w:t xml:space="preserve">[03:58] </w:t>
      </w:r>
      <w:r>
        <w:t>woh bar bar woh horn baja rahe thay, horn. To horn mujh ko disturb kar raha tha.</w:t>
      </w:r>
    </w:p>
    <w:p>
      <w:pPr>
        <w:jc w:val="right"/>
      </w:pPr>
      <w:r>
        <w:t>وہ بار بار وہ ہارن بجا رہے تھے، ہارن۔ تو ہارن مجھ کو ڈسٹرب کر رہا تھا۔</w:t>
      </w:r>
    </w:p>
    <w:p>
      <w:r>
        <w:rPr>
          <w:b/>
        </w:rPr>
        <w:t xml:space="preserve">[04:06] </w:t>
      </w:r>
      <w:r>
        <w:t>to main us waqt ke boarding ke, boredom ke haalat mein tha. Bor ho raha tha. To main ne socha ke dunya to boring experience se bhari hui hai.</w:t>
      </w:r>
    </w:p>
    <w:p>
      <w:pPr>
        <w:jc w:val="right"/>
      </w:pPr>
      <w:r>
        <w:t>تو میں اس وقت کا بورڈنگ کے، بورڈم کے حالت میں تھا۔ بور ہو رہا تھا۔ تو میں نے سوچا کہ دنیا تو بورنگ ایکسپیرینس سے بھری ہوئی ہے۔</w:t>
      </w:r>
    </w:p>
    <w:p>
      <w:r>
        <w:rPr>
          <w:b/>
        </w:rPr>
        <w:t xml:space="preserve">[04:22] </w:t>
      </w:r>
      <w:r>
        <w:t>to kaise hum apne ko boredom se bachayen? Is par sochne laga main.</w:t>
      </w:r>
    </w:p>
    <w:p>
      <w:pPr>
        <w:jc w:val="right"/>
      </w:pPr>
      <w:r>
        <w:t>تو کیسے ہم اپنے کو بورڈم سے بچائیں؟ اس پر سوچنے لگا میں۔</w:t>
      </w:r>
    </w:p>
    <w:p>
      <w:r>
        <w:rPr>
          <w:b/>
        </w:rPr>
        <w:t xml:space="preserve">[04:35] </w:t>
      </w:r>
      <w:r>
        <w:t>to meri samajh mein us waqt aik ayat, Quran Majeed ki aik ayat aayi. "Ala bi zikr Allah tatma'inn al-qulub".</w:t>
      </w:r>
    </w:p>
    <w:p>
      <w:pPr>
        <w:jc w:val="right"/>
      </w:pPr>
      <w:r>
        <w:t>تو میری سمجھ میں اس وقت ایک آیت، قرآن مجید کی ایک آیت آئی۔ "علیٰ بذکر اللہ تطمئن القلوب"۔</w:t>
      </w:r>
    </w:p>
    <w:p>
      <w:r>
        <w:rPr>
          <w:b/>
        </w:rPr>
        <w:t xml:space="preserve">[04:44] </w:t>
      </w:r>
      <w:r>
        <w:t>yaad rakho allah ki yaad se dilon ko itminan hasil hota hai.</w:t>
      </w:r>
    </w:p>
    <w:p>
      <w:pPr>
        <w:jc w:val="right"/>
      </w:pPr>
      <w:r>
        <w:t>یاد رکھو اللہ کی یاد سے دلوں کو اطمینان حاصل ہوتا ہے۔</w:t>
      </w:r>
    </w:p>
    <w:p>
      <w:r>
        <w:rPr>
          <w:b/>
        </w:rPr>
        <w:t xml:space="preserve">[04:56] </w:t>
      </w:r>
      <w:r>
        <w:t>phir maine socha ke allah ko yaad karne ka se itminan kaise hasil hota hai? kaise</w:t>
      </w:r>
    </w:p>
    <w:p>
      <w:pPr>
        <w:jc w:val="right"/>
      </w:pPr>
      <w:r>
        <w:t>پھر میں نے سوچا کہ اللہ کو یاد کرنے کا سے اطمینان کیسے حاصل ہوتا ہے؟ کیسے</w:t>
      </w:r>
    </w:p>
    <w:p>
      <w:r>
        <w:rPr>
          <w:b/>
        </w:rPr>
        <w:t xml:space="preserve">[05:03] </w:t>
      </w:r>
      <w:r>
        <w:t>? is ka matlab hai ke god ka jo creation hai, god ne jo duniya banai hai is mein sochna.</w:t>
      </w:r>
    </w:p>
    <w:p>
      <w:pPr>
        <w:jc w:val="right"/>
      </w:pPr>
      <w:r>
        <w:t>؟ اس کا مطلب ہے کہ گاڈ کا جو کریشن ہے، گاڈ نے جو دنیا بنائی ہے اس میں سوچنا۔</w:t>
      </w:r>
    </w:p>
    <w:p>
      <w:r>
        <w:rPr>
          <w:b/>
        </w:rPr>
        <w:t xml:space="preserve">[05:14] </w:t>
      </w:r>
      <w:r>
        <w:t>phir yeh sochte hue mere mind mein yeh aya ke jis tarah hamare road par gadiyan chal rahi hain,</w:t>
      </w:r>
    </w:p>
    <w:p>
      <w:pPr>
        <w:jc w:val="right"/>
      </w:pPr>
      <w:r>
        <w:t>پھر یہ سوچتے ہوئے میرے مائنڈ میں یہ آیا کہ جس طرح ہمارے روڈ پر گاڑیاں چل رہی ہیں،</w:t>
      </w:r>
    </w:p>
    <w:p>
      <w:r>
        <w:rPr>
          <w:b/>
        </w:rPr>
        <w:t xml:space="preserve">[05:28] </w:t>
      </w:r>
      <w:r>
        <w:t>woh ek movement hai. aise poori universe mein movement hai.</w:t>
      </w:r>
    </w:p>
    <w:p>
      <w:pPr>
        <w:jc w:val="right"/>
      </w:pPr>
      <w:r>
        <w:t>وہ ایک موومنٹ ہے۔ ایسے پوری یونیورس میں موومنٹ ہے۔</w:t>
      </w:r>
    </w:p>
    <w:p>
      <w:r>
        <w:rPr>
          <w:b/>
        </w:rPr>
        <w:t xml:space="preserve">[05:33] </w:t>
      </w:r>
      <w:r>
        <w:t>aap jante hain ke poori universe on the move hai. yeh stars chal rahe hain. planets chal rahe hain.</w:t>
      </w:r>
    </w:p>
    <w:p>
      <w:pPr>
        <w:jc w:val="right"/>
      </w:pPr>
      <w:r>
        <w:t>آپ جانتے ہیں کہ پوری یونیورس آن دا موو ہے۔ یہ سٹارز چل رہے ہیں۔ پلینٹس چل رہے ہیں۔</w:t>
      </w:r>
    </w:p>
    <w:p>
      <w:r>
        <w:rPr>
          <w:b/>
        </w:rPr>
        <w:t xml:space="preserve">[05:44] </w:t>
      </w:r>
      <w:r>
        <w:t>suraj, chand chal rahe hain. aur un ki jo speed hai hamare hawai jahazon se zyada tez hai.</w:t>
      </w:r>
    </w:p>
    <w:p>
      <w:pPr>
        <w:jc w:val="right"/>
      </w:pPr>
      <w:r>
        <w:t>سورج، چاند چل رہے ہیں۔ اور ان کی جو سپیڈ ہے ہمارے ہوا جہازوں سے زیادہ تیز ہے۔</w:t>
      </w:r>
    </w:p>
    <w:p>
      <w:r>
        <w:rPr>
          <w:b/>
        </w:rPr>
        <w:t xml:space="preserve">[05:54] </w:t>
      </w:r>
      <w:r>
        <w:t>magar wahan koi shor nahin. wahan koi noise nahin. wahan koi horn nahin bajata.</w:t>
      </w:r>
    </w:p>
    <w:p>
      <w:pPr>
        <w:jc w:val="right"/>
      </w:pPr>
      <w:r>
        <w:t>مگر وہاں کوئی شور نہیں۔ وہاں کوئی نائس نہیں۔ وہاں کوئی ہارن نہیں بجاتا۔</w:t>
      </w:r>
    </w:p>
    <w:p>
      <w:r>
        <w:rPr>
          <w:b/>
        </w:rPr>
        <w:t xml:space="preserve">[06:06] </w:t>
      </w:r>
      <w:r>
        <w:t>to maine socha ke yeh to hamari bohat choti duniya hai. yeh road hai is par sawariyan guzar rahi hain to bohat choti duniya hai. jo zyada bari duniya hai wahan bhi vehicle chal rahe hain.</w:t>
      </w:r>
    </w:p>
    <w:p>
      <w:pPr>
        <w:jc w:val="right"/>
      </w:pPr>
      <w:r>
        <w:t>تو میں نے سوچا کہ یہ تو ہماری بہت چھوٹی دنیا ہے۔ یہ روڈ ہے اس پر سواریوں گزر رہی ہیں تو بہت چھوٹی دنیا ہے۔ جو زیادہ بڑی دنیا ہے وہاں بھی وہیکل چل رہے ہیں۔</w:t>
      </w:r>
    </w:p>
    <w:p>
      <w:r>
        <w:rPr>
          <w:b/>
        </w:rPr>
        <w:t xml:space="preserve">[06:20] </w:t>
      </w:r>
      <w:r>
        <w:t>koi shor nahin. to is par maine daryaft kiya creator ko. ke creator kitna bara hai.</w:t>
      </w:r>
    </w:p>
    <w:p>
      <w:pPr>
        <w:jc w:val="right"/>
      </w:pPr>
      <w:r>
        <w:t>کوئی شور نہیں۔ تو اس پر میں نے دریافت کیا کریٹر کو۔ کہ کریٹر کتنا بڑا ہے۔</w:t>
      </w:r>
    </w:p>
    <w:p>
      <w:r>
        <w:rPr>
          <w:b/>
        </w:rPr>
        <w:t xml:space="preserve">[06:30] </w:t>
      </w:r>
      <w:r>
        <w:t>kitna zyada taqat wala hai.</w:t>
      </w:r>
    </w:p>
    <w:p>
      <w:pPr>
        <w:jc w:val="right"/>
      </w:pPr>
      <w:r>
        <w:t>کتنا زیادہ طاقت والا ہے۔</w:t>
      </w:r>
    </w:p>
    <w:p>
      <w:r>
        <w:rPr>
          <w:b/>
        </w:rPr>
        <w:t xml:space="preserve">[06:36] </w:t>
      </w:r>
      <w:r>
        <w:t>ke itni bari duniya woh chala raha hai. itni bari duniya mein har taraf harkat hai, har taraf movement hai. magar kahin na koi horn bajata, na koi shor hota.</w:t>
      </w:r>
    </w:p>
    <w:p>
      <w:pPr>
        <w:jc w:val="right"/>
      </w:pPr>
      <w:r>
        <w:t>کہ اتنی بڑی دنیا وہ چلا رہا ہے۔ اتنی بڑی دنیا میں ہر طرف حرکت ہے، ہر طرف موومنٹ ہے۔ مگر کہیں نہ کوئی ہارن بجاتا، نہ کوئی شور ہوتا۔</w:t>
      </w:r>
    </w:p>
    <w:p>
      <w:r>
        <w:rPr>
          <w:b/>
        </w:rPr>
        <w:t xml:space="preserve">[06:49] </w:t>
      </w:r>
      <w:r>
        <w:t>koi noise pollution nahin. to khuda ki azmat, khuda ki barai jab main sochne laga to har cheez beminaimaz ho gai.</w:t>
      </w:r>
    </w:p>
    <w:p>
      <w:pPr>
        <w:jc w:val="right"/>
      </w:pPr>
      <w:r>
        <w:t>کوئی نائس پولیوشن نہیں۔ تو خدا کی عظمت، خدا کی بڑائی جب میں سوچنے لگا تو ہر چیز بینمائز ہو گئی۔</w:t>
      </w:r>
    </w:p>
    <w:p>
      <w:r>
        <w:rPr>
          <w:b/>
        </w:rPr>
        <w:t xml:space="preserve">[06:59] </w:t>
      </w:r>
      <w:r>
        <w:t>har cheez beminaimaz ho gai. yeh hai peace of mind.</w:t>
      </w:r>
    </w:p>
    <w:p>
      <w:pPr>
        <w:jc w:val="right"/>
      </w:pPr>
      <w:r>
        <w:t>ہر چیز بینمائز ہو گئی۔ یہ ہے پیس آف مائنڈ۔</w:t>
      </w:r>
    </w:p>
    <w:p>
      <w:r>
        <w:rPr>
          <w:b/>
        </w:rPr>
        <w:t xml:space="preserve">[07:05] </w:t>
      </w:r>
      <w:r>
        <w:t>to main samajhta hoon ke peace of mind jo hai woh yeh hai ke hum cheezon mein ya creation mein creator ko discover karen.</w:t>
      </w:r>
    </w:p>
    <w:p>
      <w:pPr>
        <w:jc w:val="right"/>
      </w:pPr>
      <w:r>
        <w:t>تو میں سمجھتا ہوں کہ پیس آف مائنڈ جو ہے وہ یہ ہے کہ ہم چیزوں میں یا کریشن میں کریٹر کو ڈسکور کریں۔</w:t>
      </w:r>
    </w:p>
    <w:p>
      <w:r>
        <w:rPr>
          <w:b/>
        </w:rPr>
        <w:t xml:space="preserve">[07:19] </w:t>
      </w:r>
      <w:r>
        <w:t>isi isi se hamein peace of mind milega. kyunke is ke baad hamein ek hamare andar ek creative thinking aayegi. ek high thinking aayegi.</w:t>
      </w:r>
    </w:p>
    <w:p>
      <w:pPr>
        <w:jc w:val="right"/>
      </w:pPr>
      <w:r>
        <w:t>اسی اسی سے ہمیں پیس آف مائنڈ ملے گا۔ کیونکہ اس کے بعد ہمیں ایک ہمارے اندر ایک کریٹیو تھنکنگ آئے گی۔ ایک ہائی تھنکنگ آئے گی۔</w:t>
      </w:r>
    </w:p>
    <w:p>
      <w:r>
        <w:rPr>
          <w:b/>
        </w:rPr>
        <w:t xml:space="preserve">[07:29] </w:t>
      </w:r>
      <w:r>
        <w:t>ek bare level par jeene ke qabil ho jayenge. wohi hamein peace of mind dega.</w:t>
      </w:r>
    </w:p>
    <w:p>
      <w:pPr>
        <w:jc w:val="right"/>
      </w:pPr>
      <w:r>
        <w:t>ایک بڑے لیول پر جینے کے قابل ہو جائیں گے۔ وہی ہمیں پیس آف مائنڈ دے گا۔</w:t>
      </w:r>
    </w:p>
    <w:p>
      <w:r>
        <w:rPr>
          <w:b/>
        </w:rPr>
        <w:t xml:space="preserve">[07:37] </w:t>
      </w:r>
      <w:r>
        <w:t>phir mujhe yaad aya burton hursell ne, burton hursell ki ek kitab hai</w:t>
      </w:r>
    </w:p>
    <w:p>
      <w:pPr>
        <w:jc w:val="right"/>
      </w:pPr>
      <w:r>
        <w:t>پھر مجھے یاد آیا برٹن ہرسل نے، برٹن ہرسل کی ایک کتاب ہے</w:t>
      </w:r>
    </w:p>
    <w:p>
      <w:r>
        <w:rPr>
          <w:b/>
        </w:rPr>
        <w:t xml:space="preserve">[07:46] </w:t>
      </w:r>
      <w:r>
        <w:t>human knowledge. is mein woh likhta hai ke knowledge ki do qismen hain. knowledge of things, knowledge of truth.</w:t>
      </w:r>
    </w:p>
    <w:p>
      <w:pPr>
        <w:jc w:val="right"/>
      </w:pPr>
      <w:r>
        <w:t>ہیومن نالج۔ اس میں وہ لکھتا ہے کہ نالج کی دو قسمیں ہیں۔ نالج آف تھنگز، نالج آف ٹروتھ۔</w:t>
      </w:r>
    </w:p>
    <w:p>
      <w:r>
        <w:rPr>
          <w:b/>
        </w:rPr>
        <w:t xml:space="preserve">[07:58] </w:t>
      </w:r>
      <w:r>
        <w:t>cheezon ka ilm aur sachai ka ilm.</w:t>
      </w:r>
    </w:p>
    <w:p>
      <w:pPr>
        <w:jc w:val="right"/>
      </w:pPr>
      <w:r>
        <w:t>چیزوں کا علم اور سچائی کا علم۔</w:t>
      </w:r>
    </w:p>
    <w:p>
      <w:r>
        <w:rPr>
          <w:b/>
        </w:rPr>
        <w:t xml:space="preserve">[08:04] </w:t>
      </w:r>
      <w:r>
        <w:t>is par sochte hue, sochte hue, sochte hue mujhe samajh aya ke duniya mein har jitne bhi things item hain har cheez mein truth maujood hai.</w:t>
      </w:r>
    </w:p>
    <w:p>
      <w:pPr>
        <w:jc w:val="right"/>
      </w:pPr>
      <w:r>
        <w:t>اس پر سوچتے ہوئے، سوچتے ہوئے، سوچتے ہوئے مجھے سمجھ آیا کہ دنیا میں ہر جتنے بھی تھنگز آئٹم ہیں ہر چیز میں ٹروتھ موجود ہے۔</w:t>
      </w:r>
    </w:p>
    <w:p>
      <w:r>
        <w:rPr>
          <w:b/>
        </w:rPr>
        <w:t xml:space="preserve">[08:20] </w:t>
      </w:r>
      <w:r>
        <w:t>hum agar hum sirf thing ko dekhenge to hamein hum bore ho jayenge. lekin agar thing ko dekhte hue hum deeper sense mein len is ko aur is ko hum truth tak pahunch jayen.</w:t>
      </w:r>
    </w:p>
    <w:p>
      <w:pPr>
        <w:jc w:val="right"/>
      </w:pPr>
      <w:r>
        <w:t>ہم اگر ہم صرف تھنگ کو دیکھیں گے تو ہمیں ہم بور ہو جائیں گے۔ لیکن اگر تھنگ کو دیکھتے ہوئے ہم ڈیپر سینس میں لیں اس کو اور اس کو ہم ٹروتھ تک پہنچ جائیں۔</w:t>
      </w:r>
    </w:p>
    <w:p>
      <w:r>
        <w:rPr>
          <w:b/>
        </w:rPr>
        <w:t xml:space="preserve">[08:35] </w:t>
      </w:r>
      <w:r>
        <w:t>to wahan ek aisi bari duniya mil jayegi hamein jeene ke liye. ke wahan boredom bilkul minimize ho jayega. wahan har cheez beminaimaz ho jayegi.</w:t>
      </w:r>
    </w:p>
    <w:p>
      <w:pPr>
        <w:jc w:val="right"/>
      </w:pPr>
      <w:r>
        <w:t>تو وہاں ایک ایسی بڑی دنیا مل جائے گی ہمیں جینے کے لیے۔ کہ وہاں بورڈم بالکل منیمائز ہو جائے گا۔ وہاں ہر چیز بینمائز ہو جائے گی۔</w:t>
      </w:r>
    </w:p>
    <w:p>
      <w:r>
        <w:rPr>
          <w:b/>
        </w:rPr>
        <w:t xml:space="preserve">[08:48] </w:t>
      </w:r>
      <w:r>
        <w:t>woh isi halat ka naam hai peace of mind. peace of mind main samajhta hoon ke ek ek zehni halat, ek intellectual state ka naam hai.</w:t>
      </w:r>
    </w:p>
    <w:p>
      <w:pPr>
        <w:jc w:val="right"/>
      </w:pPr>
      <w:r>
        <w:t>وہ اسی حالت کا نام ہے پیس آف مائنڈ۔ پیس آف مائنڈ میں سمجھتا ہوں کہ ایک ایک ذہنی حالت، ایک انٹلیکچوئل اسٹیٹ کا نام ہے۔</w:t>
      </w:r>
    </w:p>
    <w:p>
      <w:r>
        <w:rPr>
          <w:b/>
        </w:rPr>
        <w:t xml:space="preserve">[09:05] </w:t>
      </w:r>
      <w:r>
        <w:t>woh ek ecstacy ka naam nahin hai.</w:t>
      </w:r>
    </w:p>
    <w:p>
      <w:pPr>
        <w:jc w:val="right"/>
      </w:pPr>
      <w:r>
        <w:t>وہ ایک ایکسٹیسی کا نام نہیں ہے۔</w:t>
      </w:r>
    </w:p>
    <w:p>
      <w:r>
        <w:rPr>
          <w:b/>
        </w:rPr>
        <w:t xml:space="preserve">[09:09] </w:t>
      </w:r>
      <w:r>
        <w:t>ecstasy jo hai woh be had aik aik aik aik tasawwurati cheez hai.</w:t>
      </w:r>
    </w:p>
    <w:p>
      <w:pPr>
        <w:jc w:val="right"/>
      </w:pPr>
      <w:r>
        <w:t>ایکسٹیسی جو ہے وہ بے حد ایک ایک ایک ایک تصوراتی چیز ہے۔</w:t>
      </w:r>
    </w:p>
    <w:p>
      <w:r>
        <w:rPr>
          <w:b/>
        </w:rPr>
        <w:t xml:space="preserve">[09:21] </w:t>
      </w:r>
      <w:r>
        <w:t>jaise maine aik kitaab padhi is ka title tha "Among Who Sold His Ferrari".</w:t>
      </w:r>
    </w:p>
    <w:p>
      <w:pPr>
        <w:jc w:val="right"/>
      </w:pPr>
      <w:r>
        <w:t>جیسے میں نے ایک کتاب پڑھی اس کا ٹائٹل تھا "Among Who Sold His Ferrari"۔</w:t>
      </w:r>
    </w:p>
    <w:p>
      <w:r>
        <w:rPr>
          <w:b/>
        </w:rPr>
        <w:t xml:space="preserve">[09:30] </w:t>
      </w:r>
      <w:r>
        <w:t>to main yeh samajhta tha pehle ke shayad waqeatan kisi aadmi ne apni ferrari ko becha aur woh chala gaya paharon mein.</w:t>
      </w:r>
    </w:p>
    <w:p>
      <w:pPr>
        <w:jc w:val="right"/>
      </w:pPr>
      <w:r>
        <w:t>تو میں یہ سمجھتا تھا پہلے کہ شاید واقعتاً کسی آدمی نے اپنی فراری کو بیچا اور وہ چلا گیا پہاڑوں میں۔</w:t>
      </w:r>
    </w:p>
    <w:p>
      <w:r>
        <w:rPr>
          <w:b/>
        </w:rPr>
        <w:t xml:space="preserve">[09:38] </w:t>
      </w:r>
      <w:r>
        <w:t>baat to maloom hai ke to yeh fiction hai. yaani is mein to bataya gaya tha ke aik aadmi ke paas ferrari thi jo bohat hi mehngi gaadi hoti hai.</w:t>
      </w:r>
    </w:p>
    <w:p>
      <w:pPr>
        <w:jc w:val="right"/>
      </w:pPr>
      <w:r>
        <w:t>بات تو معلوم ہے کہ تو یہ فکشن ہے۔ یعنی اس میں تو بتایا گیا تھا کہ ایک آدمی کے پاس فراری تھی جو بہت ہی مہنگی گاڑی ہوتی ہے۔</w:t>
      </w:r>
    </w:p>
    <w:p>
      <w:r>
        <w:rPr>
          <w:b/>
        </w:rPr>
        <w:t xml:space="preserve">[09:49] </w:t>
      </w:r>
      <w:r>
        <w:t>isko becha is ne bech ke chala gaya paharon mein. ab wahan par is ko peace of mind mil gaya. lekin yeh yeh to fiction tha waqea nahi tha woh.</w:t>
      </w:r>
    </w:p>
    <w:p>
      <w:pPr>
        <w:jc w:val="right"/>
      </w:pPr>
      <w:r>
        <w:t>اس کو بیچا اس نے بیچ کے چلا گیا پہاڑوں میں۔ اب وہاں پر اس کو پیس آف مائنڈ مل گیا۔ لیکن یہ یہ تو فکشن تھا واقعہ نہیں تھا وہ۔</w:t>
      </w:r>
    </w:p>
    <w:p>
      <w:r>
        <w:rPr>
          <w:b/>
        </w:rPr>
        <w:t xml:space="preserve">[10:00] </w:t>
      </w:r>
      <w:r>
        <w:t>yaani shuru mein title dekh kar main samjha tha ke samjha tha ke shayad yeh waqea ho. isi liye maine kitaab ko padha. baat to maloom hai yeh to fiction hai.</w:t>
      </w:r>
    </w:p>
    <w:p>
      <w:pPr>
        <w:jc w:val="right"/>
      </w:pPr>
      <w:r>
        <w:t>یعنی شروع میں ٹائٹل دیکھ کر میں سمجھا تھا کہ سمجھا تھا کہ شاید یہ واقعہ ہو۔ اسی لیے میں نے کتاب کو پڑھا۔ بات تو معلوم ہے یہ تو فکشن ہے۔</w:t>
      </w:r>
    </w:p>
    <w:p>
      <w:r>
        <w:rPr>
          <w:b/>
        </w:rPr>
        <w:t xml:space="preserve">[10:11] </w:t>
      </w:r>
      <w:r>
        <w:t>to yeh jo peace of mind hai yeh peace of mind aik fiction mein aap dekh sakte hain waqea mein nahi. waqea mein nahi.</w:t>
      </w:r>
    </w:p>
    <w:p>
      <w:pPr>
        <w:jc w:val="right"/>
      </w:pPr>
      <w:r>
        <w:t>تو یہ جو پیس آف مائنڈ ہے یہ پیس آف مائنڈ ایک فکشن میں آپ دیکھ سکتے ہیں واقعہ میں نہیں۔ واقعہ میں نہیں۔</w:t>
      </w:r>
    </w:p>
    <w:p>
      <w:r>
        <w:rPr>
          <w:b/>
        </w:rPr>
        <w:t xml:space="preserve">[10:22] </w:t>
      </w:r>
      <w:r>
        <w:t>yaani aap jayenge kahin janglon mein, kisi paharon mein, kisi seclusion mein. to jo cheez aap ko milegi woh koi peace of mind nahi hoga.</w:t>
      </w:r>
    </w:p>
    <w:p>
      <w:pPr>
        <w:jc w:val="right"/>
      </w:pPr>
      <w:r>
        <w:t>یعنی آپ جائیں گے کہیں جنگل میں، کسی پہاڑ میں، کسی سکلوجن میں۔ تو جو چیز آپ کو ملے گی وہ کوئی پیس آف مائنڈ نہیں ہوگا۔</w:t>
      </w:r>
    </w:p>
    <w:p>
      <w:r>
        <w:rPr>
          <w:b/>
        </w:rPr>
        <w:t xml:space="preserve">[10:35] </w:t>
      </w:r>
      <w:r>
        <w:t>woh aik aik bhulawa hoga jaise aap haqeeqi life mein jo problem hai jo bitterness hai us ko bhulane ke liye kahin aap chale jayen.</w:t>
      </w:r>
    </w:p>
    <w:p>
      <w:pPr>
        <w:jc w:val="right"/>
      </w:pPr>
      <w:r>
        <w:t>وہ ایک ایک بھلاوا ہوگا۔ جیسے آپ حقیقی لائف میں جو پرابلم ہے جو بٹرنس ہے اس کو بھلانے کے لیے کہیں آپ چلے جائیں۔</w:t>
      </w:r>
    </w:p>
    <w:p>
      <w:r>
        <w:rPr>
          <w:b/>
        </w:rPr>
        <w:t xml:space="preserve">[10:48] </w:t>
      </w:r>
      <w:r>
        <w:t>to dekhen bhulawa jo hai woh peace of mind nahi hai.</w:t>
      </w:r>
    </w:p>
    <w:p>
      <w:pPr>
        <w:jc w:val="right"/>
      </w:pPr>
      <w:r>
        <w:t>تو دیکھیں بھلاوا جو ہے وہ پیس آف مائنڈ نہیں ہے۔</w:t>
      </w:r>
    </w:p>
    <w:p>
      <w:r>
        <w:rPr>
          <w:b/>
        </w:rPr>
        <w:t xml:space="preserve">[10:53] </w:t>
      </w:r>
      <w:r>
        <w:t>peace of mind aik intellectual aik finding ka naam hai. bhulane ka naam nahi hai.</w:t>
      </w:r>
    </w:p>
    <w:p>
      <w:pPr>
        <w:jc w:val="right"/>
      </w:pPr>
      <w:r>
        <w:t>پیس آف مائنڈ ایک انٹلیکچوئل ایک فائنڈنگ کا نام ہے۔ بھلانے کا نام نہیں ہے۔</w:t>
      </w:r>
    </w:p>
    <w:p>
      <w:r>
        <w:rPr>
          <w:b/>
        </w:rPr>
        <w:t xml:space="preserve">[11:02] </w:t>
      </w:r>
      <w:r>
        <w:t>agar bhulawa ho to phir to phir to woh anaesthesia le len aap aur aap ko mil jayega peace of mind. to intellectual anaesthesia nahi hai peace of mind.</w:t>
      </w:r>
    </w:p>
    <w:p>
      <w:pPr>
        <w:jc w:val="right"/>
      </w:pPr>
      <w:r>
        <w:t>اگر بھلاوا ہو تو پھر تو پھر تو وہ انستیسیا لے لیں آپ اور آپ کو مل جائے گا پیس آف مائنڈ۔ تو انٹلیکچوئل انستیسیا نہیں ہے پیس آف مائنڈ۔</w:t>
      </w:r>
    </w:p>
    <w:p>
      <w:r>
        <w:rPr>
          <w:b/>
        </w:rPr>
        <w:t xml:space="preserve">[11:15] </w:t>
      </w:r>
      <w:r>
        <w:t>peace of mind kisi qism ke intellectual anaesthesia ka naam nahi hai.</w:t>
      </w:r>
    </w:p>
    <w:p>
      <w:pPr>
        <w:jc w:val="right"/>
      </w:pPr>
      <w:r>
        <w:t>پیس آف مائنڈ کسی قسم کے انٹلیکچوئل انستیسیا کا نام نہیں ہے۔</w:t>
      </w:r>
    </w:p>
    <w:p>
      <w:r>
        <w:rPr>
          <w:b/>
        </w:rPr>
        <w:t xml:space="preserve">[11:22] </w:t>
      </w:r>
      <w:r>
        <w:t>balke high, oonche, bohat hi oonche darje ke intellectual development ka naam hai. woh development jahan aap things mein truth ko dekhne lagen.</w:t>
      </w:r>
    </w:p>
    <w:p>
      <w:pPr>
        <w:jc w:val="right"/>
      </w:pPr>
      <w:r>
        <w:t>بلکہ ہائی، اونچے، بہت ہی اونچے درجے کے انٹلیکچوئل ڈویلپمنٹ کا نام ہے۔ وہ ڈویلپمنٹ جہاں آپ تھنگز میں ٹروتھ کو دیکھنے لگے۔</w:t>
      </w:r>
    </w:p>
    <w:p>
      <w:r>
        <w:rPr>
          <w:b/>
        </w:rPr>
        <w:t xml:space="preserve">[11:37] </w:t>
      </w:r>
      <w:r>
        <w:t>creation mein aap creator ko dekhne lagen. tab jo aap ko jo finding hogi jo aap ki discovery hogi jo aap ka realization hoga us se aap ko peace of mind milega.</w:t>
      </w:r>
    </w:p>
    <w:p>
      <w:pPr>
        <w:jc w:val="right"/>
      </w:pPr>
      <w:r>
        <w:t>کریشن میں آپ کریٹر کو دیکھنے لگے۔ تب جو آپ کو جو فائنڈنگ ہوگی جو آپ کی ڈسکوری ہوگی جو آپ کا ریلائزیشن ہوگا اس سے آپ کو پیس آف مائنڈ ملے گا۔</w:t>
      </w:r>
    </w:p>
    <w:p>
      <w:r>
        <w:rPr>
          <w:b/>
        </w:rPr>
        <w:t xml:space="preserve">[11:53] </w:t>
      </w:r>
      <w:r>
        <w:t>jaise maine misaal di ke road par jo sawariyan chal rahi theen aur horn baja rahi theen aur shor kar rahi theen.</w:t>
      </w:r>
    </w:p>
    <w:p>
      <w:pPr>
        <w:jc w:val="right"/>
      </w:pPr>
      <w:r>
        <w:t>جیسے میں نے مثال دی کہ روڈ کے پر جو سواریوں چل رہی تھیں اور ہارن بجا رہی تھیں اور شور کر رہی تھیں۔</w:t>
      </w:r>
    </w:p>
    <w:p>
      <w:r>
        <w:rPr>
          <w:b/>
        </w:rPr>
        <w:t xml:space="preserve">[12:06] </w:t>
      </w:r>
      <w:r>
        <w:t>to is se aik nice pollution paida ho raha tha. is woh mujhe disturb kiya hua tha.</w:t>
      </w:r>
    </w:p>
    <w:p>
      <w:pPr>
        <w:jc w:val="right"/>
      </w:pPr>
      <w:r>
        <w:t>تو اس سے ایک نائس پولیوشن پیدا ہو رہا تھا۔ اس وہ مجھے ڈسٹرب کیا ہوا تھا۔</w:t>
      </w:r>
    </w:p>
    <w:p>
      <w:r>
        <w:rPr>
          <w:b/>
        </w:rPr>
        <w:t xml:space="preserve">[12:12] </w:t>
      </w:r>
      <w:r>
        <w:t>lekin jab universal thinking mere andar aa gayi. universal thinking. ke poore universe mein movement jaari hai.</w:t>
      </w:r>
    </w:p>
    <w:p>
      <w:pPr>
        <w:jc w:val="right"/>
      </w:pPr>
      <w:r>
        <w:t>لیکن جب میں یونیورسل تھنکنگ میرے اندر آ گئی۔ یونیورسل تھنکنگ۔ کہ پورے یونیورس میں موومنٹ جاری ہے۔</w:t>
      </w:r>
    </w:p>
    <w:p>
      <w:r>
        <w:rPr>
          <w:b/>
        </w:rPr>
        <w:t xml:space="preserve">[12:24] </w:t>
      </w:r>
      <w:r>
        <w:t>ab wahan koi noise nahi. koi noise pollution nahi. to woh yeh yeh finding itni zyada bari thi mere liye ke har cheez benignize ho gayi.</w:t>
      </w:r>
    </w:p>
    <w:p>
      <w:pPr>
        <w:jc w:val="right"/>
      </w:pPr>
      <w:r>
        <w:t>اب وہاں کوئی نائس نہیں۔ کوئی نائس پولیوشن نہیں۔ تو وہ یہ یہ فائنڈنگ اتنی زیادہ بڑی تھی میرے لیے کہ ہر چیز بینمائز ہو گئی۔</w:t>
      </w:r>
    </w:p>
    <w:p>
      <w:r>
        <w:rPr>
          <w:b/>
        </w:rPr>
        <w:t xml:space="preserve">[12:37] </w:t>
      </w:r>
      <w:r>
        <w:t>jaise aap apne ghar se airport jayen to rastay mein aap ko sawariyan milegi.</w:t>
      </w:r>
    </w:p>
    <w:p>
      <w:pPr>
        <w:jc w:val="right"/>
      </w:pPr>
      <w:r>
        <w:t>جیسے آپ اپنے گھر سے ایئرپورٹ جائیں تو راستے میں آپ کو سواریوں ملیں گی۔</w:t>
      </w:r>
    </w:p>
    <w:p>
      <w:r>
        <w:rPr>
          <w:b/>
        </w:rPr>
        <w:t xml:space="preserve">[12:46] </w:t>
      </w:r>
      <w:r>
        <w:t>horn ki awaaz sunai degi. tarah tarah ke noises. ghar se airport tak tarah tarah ke noises se guzrenge aap.</w:t>
      </w:r>
    </w:p>
    <w:p>
      <w:pPr>
        <w:jc w:val="right"/>
      </w:pPr>
      <w:r>
        <w:t>ہارن کی آواز سنائی دے گی۔ طرح طرح کے نیوشنز۔ گھر سے ایئرپورٹ تک طرح طرح کے نیوشنز سے گزریں گے آپ۔</w:t>
      </w:r>
    </w:p>
    <w:p>
      <w:r>
        <w:rPr>
          <w:b/>
        </w:rPr>
        <w:t xml:space="preserve">[12:55] </w:t>
      </w:r>
      <w:r>
        <w:t>lekin jab aap hawa jahaz par charh jayenge aur thirty five thousand feet ki bulandi par jab jahaz urrne lagega. to woh sab khatam ho chuka hoga.</w:t>
      </w:r>
    </w:p>
    <w:p>
      <w:pPr>
        <w:jc w:val="right"/>
      </w:pPr>
      <w:r>
        <w:t>لیکن جب آپ ہوا جہاز پر چڑھ جائیں گے اور تھرٹی فائیو تھاؤزنڈ فیٹ کی بلندی پر جب جہاز اڑنے لگے گا۔ تو وہ سب ختم ہو چکا ہوگا۔</w:t>
      </w:r>
    </w:p>
    <w:p>
      <w:r>
        <w:rPr>
          <w:b/>
        </w:rPr>
        <w:t xml:space="preserve">[13:06] </w:t>
      </w:r>
      <w:r>
        <w:t>woh sab benignize ho chuka hoga. to main samajhta hoon ke yahi experience roz daily life mein agar aap kisi ko mil jaye to that is peace of mind.</w:t>
      </w:r>
    </w:p>
    <w:p>
      <w:pPr>
        <w:jc w:val="right"/>
      </w:pPr>
      <w:r>
        <w:t>وہ سب بینمائز ہو چکا ہوگا۔ تو میں سمجھتا ہوں کہ یہی ایکسپیرینس روز ڈیلی لائف میں اگر آپ کسی کو مل جائے تو دیٹ از پیس آف مائنڈ۔</w:t>
      </w:r>
    </w:p>
    <w:p>
      <w:r>
        <w:rPr>
          <w:b/>
        </w:rPr>
        <w:t xml:space="preserve">[13:18] </w:t>
      </w:r>
      <w:r>
        <w:t>to main samajhta hoon ke duniya ke har particle mein, har atom mein, har thing mein, har thing mein truth hai.</w:t>
      </w:r>
    </w:p>
    <w:p>
      <w:pPr>
        <w:jc w:val="right"/>
      </w:pPr>
      <w:r>
        <w:t>تو میں سمجھتا ہوں کہ دنیا کے ہر پارٹیکل میں، ہر ایٹم میں، ہر تھنگ میں، ہر تھنگ میں ٹروتھ ہے۔</w:t>
      </w:r>
    </w:p>
    <w:p>
      <w:r>
        <w:rPr>
          <w:b/>
        </w:rPr>
        <w:t xml:space="preserve">[13:29] </w:t>
      </w:r>
      <w:r>
        <w:t>yaani har creation mein creator ka jalwa hai. jab us tak pahunch jayen aap tab aap ko sahi maano mein peace of mind milta hai.</w:t>
      </w:r>
    </w:p>
    <w:p>
      <w:pPr>
        <w:jc w:val="right"/>
      </w:pPr>
      <w:r>
        <w:t>یعنی ہر کریشن میں کریٹر کا جلوہ ہے۔ جب اس تک پہنچ جائیں آپ تب آپ کو صحیح معنوں میں پیس آف مائنڈ ملتا ہے۔</w:t>
      </w:r>
    </w:p>
    <w:p>
      <w:r>
        <w:rPr>
          <w:b/>
        </w:rPr>
        <w:t xml:space="preserve">[13:41] </w:t>
      </w:r>
      <w:r>
        <w:t>warna nahin. phir in baaton ko sochte hue. dekhen maine is se pehle arz kiya tha yahan par ke aap ko itna prepared mind hona chahiye ke aap ka mind cheezon ko dekh kar trigger ho jaye.</w:t>
      </w:r>
    </w:p>
    <w:p>
      <w:pPr>
        <w:jc w:val="right"/>
      </w:pPr>
      <w:r>
        <w:t>ورنہ نہیں۔ پھر ان باتوں کو سوچتے ہوئے۔ دیکھیں میں نے اس سے پہلے عرض کیا تھا یہاں پر کہ آپ کو اتنا پریپریڈ مائنڈ ہونا چاہیے کہ آپ کا مائنڈ چیزوں کو دیکھ کر ٹریگر ہو جائے۔</w:t>
      </w:r>
    </w:p>
    <w:p>
      <w:r>
        <w:rPr>
          <w:b/>
        </w:rPr>
        <w:t xml:space="preserve">[13:59] </w:t>
      </w:r>
      <w:r>
        <w:t>aap jante hain ke science mein jo discovery hoti hai woh isi liye hoti hai. ke scientist apni laboratory mein kaam kar raha hai.</w:t>
      </w:r>
    </w:p>
    <w:p>
      <w:pPr>
        <w:jc w:val="right"/>
      </w:pPr>
      <w:r>
        <w:t>آپ جانتے ہیں کہ سائنس میں جو ڈسکوری ہوتی ہے وہ اسی لیے ہوتی ہے۔ کہ سائنسدان اپنی لیبارٹری میں کام کر رہا ہے۔</w:t>
      </w:r>
    </w:p>
    <w:p>
      <w:r>
        <w:rPr>
          <w:b/>
        </w:rPr>
        <w:t xml:space="preserve">[14:10] </w:t>
      </w:r>
      <w:r>
        <w:t>woh koi experiment kar raha hai. is beech mein koi cheez flash hoti hai. is se uska mind trigger hota hai. phir woh ek discovery tak pahunchta hai.</w:t>
      </w:r>
    </w:p>
    <w:p>
      <w:pPr>
        <w:jc w:val="right"/>
      </w:pPr>
      <w:r>
        <w:t>وہ کوئی ایکسپیریمنٹ کر رہا ہے۔ اس بیچ میں کوئی چیز فلیش ہوتی ہے۔ اس سے اس کا مائنڈ ٹریگر ہوتا ہے۔ پھر وہ ایک ڈسکوری تک پہنچتا ہے۔</w:t>
      </w:r>
    </w:p>
    <w:p>
      <w:r>
        <w:rPr>
          <w:b/>
        </w:rPr>
        <w:t xml:space="preserve">[14:19] </w:t>
      </w:r>
      <w:r>
        <w:t>jaise yeh bijli hai. Friday apne is pe kaam kar raha tha. to koi cheez flash hui. is se uska mind trigger hua.</w:t>
      </w:r>
    </w:p>
    <w:p>
      <w:pPr>
        <w:jc w:val="right"/>
      </w:pPr>
      <w:r>
        <w:t>جیسے یہ بجلی ہے۔ فریڈے اپنے اس پہ کام کر رہا تھا۔ تو کوئی چیز فلیش ہوئی۔ اس سے اس کا مائنڈ ٹریگر ہوا۔</w:t>
      </w:r>
    </w:p>
    <w:p>
      <w:r>
        <w:rPr>
          <w:b/>
        </w:rPr>
        <w:t xml:space="preserve">[14:29] </w:t>
      </w:r>
      <w:r>
        <w:t>phir woh is yahan tak pahuncha ke is formula daryaft kiya us ne ke electricity means flow of electron. electricity means flow of electron.</w:t>
      </w:r>
    </w:p>
    <w:p>
      <w:pPr>
        <w:jc w:val="right"/>
      </w:pPr>
      <w:r>
        <w:t>پھر وہ اس یہاں تک پہنچا کہ اس فارمولا دریافت کیا اس نے کہ الیکٹریسٹی مینز فلو آف الیکٹران۔ الیکٹریسٹی مینز فلو آف الیکٹران۔</w:t>
      </w:r>
    </w:p>
    <w:p>
      <w:r>
        <w:rPr>
          <w:b/>
        </w:rPr>
        <w:t xml:space="preserve">[14:41] </w:t>
      </w:r>
      <w:r>
        <w:t>to yahi muamla spiritual field ka bhi hai. jo science mein hota hai wahi spiritual field mein bhi hota hai. aadmi ko chahiye ke woh itna zyada uska mind itna zyada prepare ho.</w:t>
      </w:r>
    </w:p>
    <w:p>
      <w:pPr>
        <w:jc w:val="right"/>
      </w:pPr>
      <w:r>
        <w:t>تو یہی معاملہ اسپرچول فیلڈ کا بھی ہے۔ جو سائنس میں ہوتا ہے وہی اسپرچول فیلڈ میں بھی ہوتا ہے۔ آدمی کو چاہیے کہ وہ اتنا زیادہ اس کا مائنڈ اتنا زیادہ پریپیر ہو۔</w:t>
      </w:r>
    </w:p>
    <w:p>
      <w:r>
        <w:rPr>
          <w:b/>
        </w:rPr>
        <w:t xml:space="preserve">[14:57] </w:t>
      </w:r>
      <w:r>
        <w:t>woh itna zyada prepared mind ho ke jab woh cheezon ko dekhe, jab woh parhe, observe kare, koi experience mein guzre to uska mind trigger ho jaye.</w:t>
      </w:r>
    </w:p>
    <w:p>
      <w:pPr>
        <w:jc w:val="right"/>
      </w:pPr>
      <w:r>
        <w:t>وہ اتنا زیادہ پریپریڈ مائنڈ ہو کہ جب وہ چیزوں کو دیکھے، جب وہ پڑھے، آبزرو کرے، کوئی ایکسپیرینس میں گزرے تو اس کا مائنڈ ٹریگر ہو جائے۔</w:t>
      </w:r>
    </w:p>
    <w:p>
      <w:r>
        <w:rPr>
          <w:b/>
        </w:rPr>
        <w:t xml:space="preserve">[15:11] </w:t>
      </w:r>
      <w:r>
        <w:t>uska mind jab trigger hoga to bari bari cheezein daryaft hongi us ko. bari bari cheezein daryaft hongi. jaise aaj jo maine bataya aap ko mera mind trigger ho gaya.</w:t>
      </w:r>
    </w:p>
    <w:p>
      <w:pPr>
        <w:jc w:val="right"/>
      </w:pPr>
      <w:r>
        <w:t>اس کا مائنڈ جب ٹریگر ہوگا تو بڑی بڑی چیزیں دریافت ہوں گی اس کو۔ بڑی بڑی چیزیں دریافت ہوں گی۔ جیسے آج جو میں نے بتایا آپ کو میرا مائنڈ ٹریگر ہو گیا۔</w:t>
      </w:r>
    </w:p>
    <w:p>
      <w:r>
        <w:rPr>
          <w:b/>
        </w:rPr>
        <w:t xml:space="preserve">[15:24] </w:t>
      </w:r>
      <w:r>
        <w:t>to trigger hua to mera mind laga sochne, laga sochne, laga sochne. ek bari anokhi baat daryaft hui. ek bohat hi anokhi baat.</w:t>
      </w:r>
    </w:p>
    <w:p>
      <w:pPr>
        <w:jc w:val="right"/>
      </w:pPr>
      <w:r>
        <w:t>تو ٹریگر ہوا تو میرا مائنڈ لگا سوچنے، لگا سوچنے، لگا سوچنے۔ ایک بڑی انوکھی بات دریافت ہوئی۔ ایک بہت ہی انوکھی بات۔</w:t>
      </w:r>
    </w:p>
    <w:p>
      <w:r>
        <w:rPr>
          <w:b/>
        </w:rPr>
        <w:t xml:space="preserve">[15:35] </w:t>
      </w:r>
      <w:r>
        <w:t>ke maine musalmanon ki kitabein parhi hain. aur muslim mulkon mein safar kar ke gaya hoon. aur yahan bhi daily musalmanon se mulaqatein hoti hain.</w:t>
      </w:r>
    </w:p>
    <w:p>
      <w:pPr>
        <w:jc w:val="right"/>
      </w:pPr>
      <w:r>
        <w:t>کہ میں نے مسلمانوں کی کتابیں پڑھی ہیں۔ اور مسلم ملکوں میں سفر کر کے گیا ہوں۔ اور یہاں بھی ڈیلی مسلمانوں سے ملاقاتیں ہوتی ہیں۔</w:t>
      </w:r>
    </w:p>
    <w:p>
      <w:r>
        <w:rPr>
          <w:b/>
        </w:rPr>
        <w:t xml:space="preserve">[15:48] </w:t>
      </w:r>
      <w:r>
        <w:t>maine paya hai ke tamam musalman perhaps without exception west ke bare mein, western world ke bare mein negative hain.</w:t>
      </w:r>
    </w:p>
    <w:p>
      <w:pPr>
        <w:jc w:val="right"/>
      </w:pPr>
      <w:r>
        <w:t>میں نے پایا ہے کہ تمام مسلمان پرہیپس ودا آؤٹ ایکسیپشن ویسٹ کے بارے میں، ویسٹرن ورلڈ کے بارے میں نیگیٹیو ہیں۔</w:t>
      </w:r>
    </w:p>
    <w:p>
      <w:r>
        <w:rPr>
          <w:b/>
        </w:rPr>
        <w:t xml:space="preserve">[16:00] </w:t>
      </w:r>
      <w:r>
        <w:t>western world ke bare mein negative hain. woh western civilization ke bare mein negative hain.</w:t>
      </w:r>
    </w:p>
    <w:p>
      <w:pPr>
        <w:jc w:val="right"/>
      </w:pPr>
      <w:r>
        <w:t>ویسٹرن ورلڈ کے بارے میں نیگیٹیو ہیں۔ وہ ویسٹرن سویلائزیشن کے بارے میں نیگیٹیو ہیں۔</w:t>
      </w:r>
    </w:p>
    <w:p>
      <w:r>
        <w:rPr>
          <w:b/>
        </w:rPr>
        <w:t xml:space="preserve">[16:09] </w:t>
      </w:r>
      <w:r>
        <w:t>kyun? woh kuch baaton ko jante hain. kuch baaton ko jante hain.</w:t>
      </w:r>
    </w:p>
    <w:p>
      <w:pPr>
        <w:jc w:val="right"/>
      </w:pPr>
      <w:r>
        <w:t>کیوں؟ وہ کچھ باتوں کو جانتے ہیں۔ کچھ باتوں کو جانتے ہیں۔</w:t>
      </w:r>
    </w:p>
    <w:p>
      <w:r>
        <w:rPr>
          <w:b/>
        </w:rPr>
        <w:t xml:space="preserve">[16:15] </w:t>
      </w:r>
      <w:r>
        <w:t>maslan yeh ke America Israel ki ko support kyun karta hai? colonial powers ne kyun aath maah par ko khatam kiya?</w:t>
      </w:r>
    </w:p>
    <w:p>
      <w:pPr>
        <w:jc w:val="right"/>
      </w:pPr>
      <w:r>
        <w:t>مثلاً یہ کہ امریکہ اسرائیل کی کو سپورٹ کیوں کرتا ہے؟ کلنیل پاورز نے کیوں آٹھ ماہ پار کو ختم کیا؟</w:t>
      </w:r>
    </w:p>
    <w:p>
      <w:r>
        <w:rPr>
          <w:b/>
        </w:rPr>
        <w:t xml:space="preserve">[16:26] </w:t>
      </w:r>
      <w:r>
        <w:t>is tarah kuch log ko jante hain. lekin agar woh prepared mind ho to ek bohat bari cheez daryaft karenge.</w:t>
      </w:r>
    </w:p>
    <w:p>
      <w:pPr>
        <w:jc w:val="right"/>
      </w:pPr>
      <w:r>
        <w:t>اس طرح کچھ لوگ کو جانتے ہیں۔ لیکن اگر وہ پریپریڈ مائنڈ ہو تو ایک بہت بڑی چیز دریافت کریں گے۔</w:t>
      </w:r>
    </w:p>
    <w:p>
      <w:r>
        <w:rPr>
          <w:b/>
        </w:rPr>
        <w:t xml:space="preserve">[16:38] </w:t>
      </w:r>
      <w:r>
        <w:t>kyun ke unhone kaise aisa is tarah ke waqiyat kaise hue? kaise woh kamyab hue aisa karne mein? is ka raaz tha ke unhone nature mein jo hidden treasure tha technology ki shakal mein us ko daryaft kiya.</w:t>
      </w:r>
    </w:p>
    <w:p>
      <w:pPr>
        <w:jc w:val="right"/>
      </w:pPr>
      <w:r>
        <w:t>کیونکہ انہوں نے کیسے ایسا اس طرح کے واقعات کیسے ہوئے؟ کیسے وہ کامیاب ہوئے ایسا کرنے میں؟ اس کا راز تھا کہ انہوں نے نیچر میں جو ہڈن ٹریزر تھا ٹیکنالوجی کی شکل میں اس کو دریافت کیا۔</w:t>
      </w:r>
    </w:p>
    <w:p>
      <w:r>
        <w:rPr>
          <w:b/>
        </w:rPr>
        <w:t xml:space="preserve">[16:56] </w:t>
      </w:r>
      <w:r>
        <w:t>yeh technology jo hai woh kya hai? nature mein chupi hui thi. technology mein as a hidden treasure woh chupi hui thi.</w:t>
      </w:r>
    </w:p>
    <w:p>
      <w:pPr>
        <w:jc w:val="right"/>
      </w:pPr>
      <w:r>
        <w:t>یہ ٹیکنالوجی جو ہے وہ کیا ہے؟ نیچر میں چھپی ہوئی تھی۔ ٹیکنالوجی میں ایز اے ہڈن ٹریزر وہ چھپی ہوئی تھی۔</w:t>
      </w:r>
    </w:p>
    <w:p>
      <w:r>
        <w:rPr>
          <w:b/>
        </w:rPr>
        <w:t xml:space="preserve">[17:07] </w:t>
      </w:r>
      <w:r>
        <w:t>us ko unhone daryaft kiya unhone. to sab cheezein banai unhone. technology develop ki unhone. unhone hawa jahaz banaye, car banai, spaceship banaye, engine banaye, factoryan banai, industry lagai.</w:t>
      </w:r>
    </w:p>
    <w:p>
      <w:pPr>
        <w:jc w:val="right"/>
      </w:pPr>
      <w:r>
        <w:t>اس کو انہوں نے دریافت کیا انہوں نے۔ تو سب چیزیں بنائیں انہوں نے۔ ٹیکنالوجی ڈویلپ کی انہوں نے۔ انہوں نے ہوا جہاز بنائے، کار بنائی، اسٹیپ شپ بنائے، انجن بنائے، فیکٹریاں بنائیں، انڈسٹری لگائی۔</w:t>
      </w:r>
    </w:p>
    <w:p>
      <w:r>
        <w:rPr>
          <w:b/>
        </w:rPr>
        <w:t xml:space="preserve">[17:22] </w:t>
      </w:r>
      <w:r>
        <w:t>woh sab kya tha? woh sab tha nature mein jo hidden technology thi us ko daryaft karne ke nateejay mein yeh hua.</w:t>
      </w:r>
    </w:p>
    <w:p>
      <w:pPr>
        <w:jc w:val="right"/>
      </w:pPr>
      <w:r>
        <w:t>وہ سب کیا تھا؟ وہ سب تھا نیچر میں جو ہڈن ٹیکنالوجی تھی اس کو دریافت کرنے کے نتیجے میں یہ ہوا۔</w:t>
      </w:r>
    </w:p>
    <w:p>
      <w:r>
        <w:rPr>
          <w:b/>
        </w:rPr>
        <w:t xml:space="preserve">[17:32] </w:t>
      </w:r>
      <w:r>
        <w:t>to sara jo charisma hai woh nature mein chupi hui technology ko daryaft karne ka.</w:t>
      </w:r>
    </w:p>
    <w:p>
      <w:pPr>
        <w:jc w:val="right"/>
      </w:pPr>
      <w:r>
        <w:t>تو سارا جو کرسمہ ہے وہ نیچر میں چھپی ہوئی ٹیکنالوجی کو دریافت کرنے کا۔</w:t>
      </w:r>
    </w:p>
    <w:p>
      <w:r>
        <w:rPr>
          <w:b/>
        </w:rPr>
        <w:t xml:space="preserve">[17:43] </w:t>
      </w:r>
      <w:r>
        <w:t>to maine socha ke yeh yeh jo technology unhone daryaft ki hai maslan main yahan bol raha hoon Delhi mein aur potentially dunya bhar mein meri baat sun rahe hain log.</w:t>
      </w:r>
    </w:p>
    <w:p>
      <w:pPr>
        <w:jc w:val="right"/>
      </w:pPr>
      <w:r>
        <w:t>تو میں نے سوچا کہ یہ یہ جو ٹیکنالوجی انہوں نے دریافت کی ہے مثلاً میں یہاں بول رہا ہوں دلی میں اور پوٹینشلی دنیا بھر میں میری بات سن رہے ہیں لوگ۔</w:t>
      </w:r>
    </w:p>
    <w:p>
      <w:r>
        <w:rPr>
          <w:b/>
        </w:rPr>
        <w:t xml:space="preserve">[17:56] </w:t>
      </w:r>
      <w:r>
        <w:t>potentially.</w:t>
      </w:r>
    </w:p>
    <w:p>
      <w:pPr>
        <w:jc w:val="right"/>
      </w:pPr>
      <w:r>
        <w:t>پوٹینشلی۔</w:t>
      </w:r>
    </w:p>
    <w:p>
      <w:r>
        <w:rPr>
          <w:b/>
        </w:rPr>
        <w:t xml:space="preserve">[17:59] </w:t>
      </w:r>
      <w:r>
        <w:t>yani meri tasweer, meri awaz sab kuch har jagah pahunch rahi hai. potentially.</w:t>
      </w:r>
    </w:p>
    <w:p>
      <w:pPr>
        <w:jc w:val="right"/>
      </w:pPr>
      <w:r>
        <w:t>یعنی میری تصویر، میری آواز سب کچھ ہر جگہ پہنچ رہی ہے۔ پوٹینشلی۔</w:t>
      </w:r>
    </w:p>
    <w:p>
      <w:r>
        <w:rPr>
          <w:b/>
        </w:rPr>
        <w:t xml:space="preserve">[18:08] </w:t>
      </w:r>
      <w:r>
        <w:t>to yeh jo hai agar musalmanon ke andar dawat ka mizaj ho, woh jante hon ke musalman ka mission dawat ka mission hai.</w:t>
      </w:r>
    </w:p>
    <w:p>
      <w:pPr>
        <w:jc w:val="right"/>
      </w:pPr>
      <w:r>
        <w:t>تو یہ جو ہے اگر مسلمانوں کے اندر دعوت کا مزاج ہو، وہ جانتے ہوں کہ مسلمان کا مشن دعوت کا مشن ہے۔</w:t>
      </w:r>
    </w:p>
    <w:p>
      <w:r>
        <w:rPr>
          <w:b/>
        </w:rPr>
        <w:t xml:space="preserve">[18:19] </w:t>
      </w:r>
      <w:r>
        <w:t>to woh kya sochenge? woh yeh sochenge ke western civilization ka lion's share to hum ko mil raha hai.</w:t>
      </w:r>
    </w:p>
    <w:p>
      <w:pPr>
        <w:jc w:val="right"/>
      </w:pPr>
      <w:r>
        <w:t>تو وہ کیا سوچیں گے؟ وہ یہ سوچیں گے کہ ویسٹرن سویلائزیشن کا لائنس شیئر تو ہم کو مل رہا ہے۔</w:t>
      </w:r>
    </w:p>
    <w:p>
      <w:r>
        <w:rPr>
          <w:b/>
        </w:rPr>
        <w:t xml:space="preserve">[18:27] </w:t>
      </w:r>
      <w:r>
        <w:t>license share. kyun k agar hum in is technology ko use karein dawat ke liye. dawat ka matlab hai yani god ke message ko sari dunya mein pahunchana.</w:t>
      </w:r>
    </w:p>
    <w:p>
      <w:pPr>
        <w:jc w:val="right"/>
      </w:pPr>
      <w:r>
        <w:t>لائنس شیئر۔ کیونکہ اگر ہم ان اس ٹیکنالوجی کو استعمال کریں دعوت کے لیے۔ دعوت کا مطلب ہے یعنی گاڈ کے میسج کو ساری دنیا میں پہنچانا۔</w:t>
      </w:r>
    </w:p>
    <w:p>
      <w:r>
        <w:rPr>
          <w:b/>
        </w:rPr>
        <w:t xml:space="preserve">[18:44] </w:t>
      </w:r>
      <w:r>
        <w:t>peaceful message ko pahunchana. to aap jante hain k western civilization se pehle yeh possible nahi tha k dunya bhar mein yeh message pahunchaya jaye.</w:t>
      </w:r>
    </w:p>
    <w:p>
      <w:pPr>
        <w:jc w:val="right"/>
      </w:pPr>
      <w:r>
        <w:t>پیس فل میسج کو پہنچانا۔ تو آپ جانتے ہیں کہ ویسٹرن سویلائزیشن سے پہلے یہ پاسیبل نہیں تھا کہ دنیا بھر میں یہ میسج پہنچایا جائے۔</w:t>
      </w:r>
    </w:p>
    <w:p>
      <w:r>
        <w:rPr>
          <w:b/>
        </w:rPr>
        <w:t xml:space="preserve">[18:56] </w:t>
      </w:r>
      <w:r>
        <w:t>jo divine message hai, jo peaceful message hai creator ka is ko sirf local level par hum pahuncha sakte thay.</w:t>
      </w:r>
    </w:p>
    <w:p>
      <w:pPr>
        <w:jc w:val="right"/>
      </w:pPr>
      <w:r>
        <w:t>جو ڈیوائن میسج ہے، جو پیس فل میسج ہے کریٹر کا اس کو صرف لوکل لیول پر ہم پہنچا سکتے تھے۔</w:t>
      </w:r>
    </w:p>
    <w:p>
      <w:r>
        <w:rPr>
          <w:b/>
        </w:rPr>
        <w:t xml:space="preserve">[19:08] </w:t>
      </w:r>
      <w:r>
        <w:t>global level par nahi. to yeh western civilization hai jinho ne is ko possible banaya.</w:t>
      </w:r>
    </w:p>
    <w:p>
      <w:pPr>
        <w:jc w:val="right"/>
      </w:pPr>
      <w:r>
        <w:t>گلوبل لیول پر نہیں۔ تو یہ ویسٹرن سویلائزیشن ہے جنہوں نے اس کو پاسیبل بنایا۔</w:t>
      </w:r>
    </w:p>
    <w:p>
      <w:r>
        <w:rPr>
          <w:b/>
        </w:rPr>
        <w:t xml:space="preserve">[19:18] </w:t>
      </w:r>
      <w:r>
        <w:t>misal aap jante hain k hawa jahaz ki san'at develop hui zyada tar first world war ke douran.</w:t>
      </w:r>
    </w:p>
    <w:p>
      <w:pPr>
        <w:jc w:val="right"/>
      </w:pPr>
      <w:r>
        <w:t>مثلاً آپ جانتے ہیں کہ ہوا جہاز کی صنعت ڈویلپ ہوئی زیادہ تر فرسٹ ورلڈ وار کے دوران۔</w:t>
      </w:r>
    </w:p>
    <w:p>
      <w:r>
        <w:rPr>
          <w:b/>
        </w:rPr>
        <w:t xml:space="preserve">[19:31] </w:t>
      </w:r>
      <w:r>
        <w:t>aise hi yeh jo communication hai yeh zyada tar develop hua second world war ke douran. yeh kin logon ne kiya?</w:t>
      </w:r>
    </w:p>
    <w:p>
      <w:pPr>
        <w:jc w:val="right"/>
      </w:pPr>
      <w:r>
        <w:t>ایسے ہی یہ جو کمیونیکیشن ہے یہ زیادہ تر ڈویلپ ہوا سیکنڈ ورلڈ وار کے دوران۔ یہ کن لوگوں نے کیا؟</w:t>
      </w:r>
    </w:p>
    <w:p>
      <w:r>
        <w:rPr>
          <w:b/>
        </w:rPr>
        <w:t xml:space="preserve">[19:42] </w:t>
      </w:r>
      <w:r>
        <w:t>western world ne kiya. unho ne kiya apne maqsad ke liye. apne commercial purposes ke liye</w:t>
      </w:r>
    </w:p>
    <w:p>
      <w:pPr>
        <w:jc w:val="right"/>
      </w:pPr>
      <w:r>
        <w:t>ویسٹرن ورلڈ نے کیا۔ انہوں نے کیا اپنے مقصد کے لیے۔ اپنے کمرشل پرپسز کے لیے</w:t>
      </w:r>
    </w:p>
    <w:p>
      <w:r>
        <w:rPr>
          <w:b/>
        </w:rPr>
        <w:t xml:space="preserve">[19:48] </w:t>
      </w:r>
      <w:r>
        <w:t>ya worldly purpose ke liye. lekin jo daai hai is ko use karta hai is technology ko, is communication ko</w:t>
      </w:r>
    </w:p>
    <w:p>
      <w:pPr>
        <w:jc w:val="right"/>
      </w:pPr>
      <w:r>
        <w:t>یا ورلڈلی پرپس کے لیے۔ لیکن جو داعی ہے اس کو استعمال کرتا ہے اس ٹیکنالوجی کو، اس کمیونیکیشن کو</w:t>
      </w:r>
    </w:p>
    <w:p>
      <w:r>
        <w:rPr>
          <w:b/>
        </w:rPr>
        <w:t xml:space="preserve">[20:01] </w:t>
      </w:r>
      <w:r>
        <w:t>god ke mission ke liye. god ke mission ko phailane ke liye. yani ek aise kaam ke liye jis ka bohat bara reward is ko akhirat mein mile ga.</w:t>
      </w:r>
    </w:p>
    <w:p>
      <w:pPr>
        <w:jc w:val="right"/>
      </w:pPr>
      <w:r>
        <w:t>گاڈ کے مشن کے لیے۔ گاڈ کے مشن کو پھیلانے کے لیے۔ یعنی ایک ایسے کام کے لیے جس کا بہت بڑا ریوارڈ اس کو آخرت میں ملے گا۔</w:t>
      </w:r>
    </w:p>
    <w:p>
      <w:r>
        <w:rPr>
          <w:b/>
        </w:rPr>
        <w:t xml:space="preserve">[20:10] </w:t>
      </w:r>
      <w:r>
        <w:t>is ko parallel mile gi.</w:t>
      </w:r>
    </w:p>
    <w:p>
      <w:pPr>
        <w:jc w:val="right"/>
      </w:pPr>
      <w:r>
        <w:t>اس کو پیرالائز ملے گی۔</w:t>
      </w:r>
    </w:p>
    <w:p>
      <w:r>
        <w:rPr>
          <w:b/>
        </w:rPr>
        <w:t xml:space="preserve">[20:14] </w:t>
      </w:r>
      <w:r>
        <w:t>yani ek believer jo sacha daai ho is ke dil mein logon ki khair khwahi ho.</w:t>
      </w:r>
    </w:p>
    <w:p>
      <w:pPr>
        <w:jc w:val="right"/>
      </w:pPr>
      <w:r>
        <w:t>یعنی ایک بیلیور جو سچا داعی ہو اس کے دل میں لوگوں کی خیر خواہی ہو۔</w:t>
      </w:r>
    </w:p>
    <w:p>
      <w:r>
        <w:rPr>
          <w:b/>
        </w:rPr>
        <w:t xml:space="preserve">[20:22] </w:t>
      </w:r>
      <w:r>
        <w:t>aur logon ki khair khwahi ke liye peaceful andaaz mein woh khuda ke paigham ko pahunchaye.</w:t>
      </w:r>
    </w:p>
    <w:p>
      <w:pPr>
        <w:jc w:val="right"/>
      </w:pPr>
      <w:r>
        <w:t>اور لوگوں کی خیر خواہی کے لیے پیس فل انداز میں وہ خدا کے پیغام کو پہنچائے۔</w:t>
      </w:r>
    </w:p>
    <w:p>
      <w:r>
        <w:rPr>
          <w:b/>
        </w:rPr>
        <w:t xml:space="preserve">[20:32] </w:t>
      </w:r>
      <w:r>
        <w:t>divine mission ko phailaye.</w:t>
      </w:r>
    </w:p>
    <w:p>
      <w:pPr>
        <w:jc w:val="right"/>
      </w:pPr>
      <w:r>
        <w:t>ڈیوائن مشن کو پھیلائے۔</w:t>
      </w:r>
    </w:p>
    <w:p>
      <w:r>
        <w:rPr>
          <w:b/>
        </w:rPr>
        <w:t xml:space="preserve">[20:38] </w:t>
      </w:r>
      <w:r>
        <w:t>to woh akhirat mein bohat hi bara eternal reward paye ga. eternal reward.</w:t>
      </w:r>
    </w:p>
    <w:p>
      <w:pPr>
        <w:jc w:val="right"/>
      </w:pPr>
      <w:r>
        <w:t>تو وہ آخرت میں بہت ہی بڑا ایٹرنل ریوارڈ پائے گا۔ ایٹرنل ریوارڈ۔</w:t>
      </w:r>
    </w:p>
    <w:p>
      <w:r>
        <w:rPr>
          <w:b/>
        </w:rPr>
        <w:t xml:space="preserve">[20:45] </w:t>
      </w:r>
      <w:r>
        <w:t>to use to kare ga yahi. yeh yahi communication, yahi technology. to western, west ke log jo is ko use kar rahe hain woh apne worldly purpose ke liye use kar rahe hain.</w:t>
      </w:r>
    </w:p>
    <w:p>
      <w:pPr>
        <w:jc w:val="right"/>
      </w:pPr>
      <w:r>
        <w:t>تو استعمال تو کرے گا یہی۔ یہ یہی کمیونیکیشن، یہی ٹیکنالوجی۔ تو ویسٹرن، ویسٹ کے لوگ جو اس کو استعمال کر رہے ہیں وہ اپنے ورلڈلی پرپس کے لیے استعمال کر رہے ہیں۔</w:t>
      </w:r>
    </w:p>
    <w:p>
      <w:r>
        <w:rPr>
          <w:b/>
        </w:rPr>
        <w:t xml:space="preserve">[21:01] </w:t>
      </w:r>
      <w:r>
        <w:t>aur daai use kare ga to is ko akhirat mein reward mile ga. to isi ko mein keh raha hoon k license share to isi ko milta hai.</w:t>
      </w:r>
    </w:p>
    <w:p>
      <w:pPr>
        <w:jc w:val="right"/>
      </w:pPr>
      <w:r>
        <w:t>اور داعی استعمال کرے گا تو اس کو آخرت میں ریوارڈ ملے گا۔ تو اسی کو میں کہہ رہا ہوں کہ لائنس شیئر تو اسی کو ملتا ہے۔</w:t>
      </w:r>
    </w:p>
    <w:p>
      <w:r>
        <w:rPr>
          <w:b/>
        </w:rPr>
        <w:t xml:space="preserve">[21:10] </w:t>
      </w:r>
      <w:r>
        <w:t>un ko to bohat chota faida milta hai. aur daai ko bohat bara faida milta hai. ek ajeeb ghareeb khayal mere zehan mein aya.</w:t>
      </w:r>
    </w:p>
    <w:p>
      <w:pPr>
        <w:jc w:val="right"/>
      </w:pPr>
      <w:r>
        <w:t>ان کو تو بہت چھوٹا فائدہ ملتا ہے۔ اور داعی کو بہت بڑا فائدہ ملتا ہے۔ ایک عجیب غریب خیال میرے ذہن میں آیا۔</w:t>
      </w:r>
    </w:p>
    <w:p>
      <w:r>
        <w:rPr>
          <w:b/>
        </w:rPr>
        <w:t xml:space="preserve">[21:20] </w:t>
      </w:r>
      <w:r>
        <w:t>k to jo log west ke dushman ho gaye hain woh agar is jaan lein is baat ko to west ko apna benefactor samjhein.</w:t>
      </w:r>
    </w:p>
    <w:p>
      <w:pPr>
        <w:jc w:val="right"/>
      </w:pPr>
      <w:r>
        <w:t>کہ تو جو لوگ ویسٹ کے دشمن ہو گئے ہیں وہ اگر اس جان لیں اس بات کو تو ویسٹ کو اپنا بینیفیکٹر سمجھیں۔</w:t>
      </w:r>
    </w:p>
    <w:p>
      <w:r>
        <w:rPr>
          <w:b/>
        </w:rPr>
        <w:t xml:space="preserve">[21:30] </w:t>
      </w:r>
      <w:r>
        <w:t>benefactor. k west ki wajah se yeh mumkin hua k hum khuda ke message ko global level pahuncha sakein.</w:t>
      </w:r>
    </w:p>
    <w:p>
      <w:pPr>
        <w:jc w:val="right"/>
      </w:pPr>
      <w:r>
        <w:t>بینیفیکٹر۔ کہ ویسٹ کی وجہ سے یہ ممکن ہوا کہ ہم خدا کے میسج کو گلوبل لیول پہنچا سکیں۔</w:t>
      </w:r>
    </w:p>
    <w:p>
      <w:r>
        <w:rPr>
          <w:b/>
        </w:rPr>
        <w:t xml:space="preserve">[21:42] </w:t>
      </w:r>
      <w:r>
        <w:t>kyun k aap dekhiye internet place inho ne develop kiya. camera inho ne develop kiya. computer inho ne develop kiya. hawa jahaz inho ne develop kiya.</w:t>
      </w:r>
    </w:p>
    <w:p>
      <w:pPr>
        <w:jc w:val="right"/>
      </w:pPr>
      <w:r>
        <w:t>کیونکہ آپ دیکھیے انٹرنیٹ پلیس انہوں نے ڈویلپ کیا۔ کیمرہ انہوں نے ڈویلپ کیا۔ کمپیوٹر انہوں نے ڈویلپ کیا۔ ہوا جہاز انہوں نے ڈویلپ کیا۔</w:t>
      </w:r>
    </w:p>
    <w:p>
      <w:r>
        <w:rPr>
          <w:b/>
        </w:rPr>
        <w:t xml:space="preserve">[21:53] </w:t>
      </w:r>
      <w:r>
        <w:t>modern communication sara inho ne develop kiya. is mein muslim qaumon ka to koi dakhal nahi hai.</w:t>
      </w:r>
    </w:p>
    <w:p>
      <w:pPr>
        <w:jc w:val="right"/>
      </w:pPr>
      <w:r>
        <w:t>ماڈرن کمیونیکیشن سارا انہوں نے ڈویلپ کیا۔ اس میں مسلم قوموں کا تو کوئی دخل نہیں ہے۔</w:t>
      </w:r>
    </w:p>
    <w:p>
      <w:r>
        <w:rPr>
          <w:b/>
        </w:rPr>
        <w:t xml:space="preserve">[22:00] </w:t>
      </w:r>
      <w:r>
        <w:t>koi bhi cheez nahi hai jo k muslim mulkon mein ya arab mein develop hui ho. sari cheezein develop hui hain western world mein. to unho ne kiya hai is ko apne commercial purpose ke liye.</w:t>
      </w:r>
    </w:p>
    <w:p>
      <w:pPr>
        <w:jc w:val="right"/>
      </w:pPr>
      <w:r>
        <w:t>کوئی بھی چیز نہیں ہے جو کہ مسلم ملکوں میں یا عرب میں ڈویلپ ہوئی ہو۔ ساری چیزیں ڈویلپ ہوئی ہیں ویسٹرن ورلڈ میں۔ تو انہوں نے کیا ہے اس کو اپنے کمرشل پرپس کے لیے۔</w:t>
      </w:r>
    </w:p>
    <w:p>
      <w:r>
        <w:rPr>
          <w:b/>
        </w:rPr>
        <w:t xml:space="preserve">[22:12] </w:t>
      </w:r>
      <w:r>
        <w:t>worldly purpose ke liye. ab ek believer is ko use kare dawat ke liye to is ka matlab hai k woh ek aise mission ke liye is ko use kar raha hai jis ka reward is ko eternal life mein mile ga.</w:t>
      </w:r>
    </w:p>
    <w:p>
      <w:pPr>
        <w:jc w:val="right"/>
      </w:pPr>
      <w:r>
        <w:t>ورلڈلی پرپس کے لیے۔ اب ایک بیلیور اس کو استعمال کرے دعوت کے لیے تو اس کا معنی ہے کہ وہ ایک ایسے مشن کے لیے اس کو استعمال کر رہا ہے جس کا ریوارڈ اس کو ایٹرنل لائف میں ملے گا۔</w:t>
      </w:r>
    </w:p>
    <w:p>
      <w:r>
        <w:rPr>
          <w:b/>
        </w:rPr>
        <w:t xml:space="preserve">[22:28] </w:t>
      </w:r>
      <w:r>
        <w:t>eternally. to is ko is ko mein keh raha hoon k k license share to isi ko hua. zyada bara un ko less than one percent mila.</w:t>
      </w:r>
    </w:p>
    <w:p>
      <w:pPr>
        <w:jc w:val="right"/>
      </w:pPr>
      <w:r>
        <w:t>ایٹرنلی۔ تو اس کو اس کو میں کہہ رہا ہوں کہ کہ لائنس شیئر تو اسی کو ہوا۔ زیادہ بڑا ان کو لیس دین ون پرسنٹ ملا۔</w:t>
      </w:r>
    </w:p>
    <w:p>
      <w:r>
        <w:rPr>
          <w:b/>
        </w:rPr>
        <w:t xml:space="preserve">[22:41] </w:t>
      </w:r>
      <w:r>
        <w:t>aur believers ko to more than ninety nine percent mila. agar yeh sochein to west western world ab to ko hum sab samjhein k yeh to benefactor hamara hai.</w:t>
      </w:r>
    </w:p>
    <w:p>
      <w:pPr>
        <w:jc w:val="right"/>
      </w:pPr>
      <w:r>
        <w:t>اور بیلیورز کو تو مور دین نائنٹی نائن پرسنٹ ملا۔ اگر یہ سوچیں تو ویسٹ ویسٹرن ورلڈ اب تو کو ہم سب سمجھیں کہ یہ تو بینیفیکٹر ہمارا ہے۔</w:t>
      </w:r>
    </w:p>
    <w:p>
      <w:r>
        <w:rPr>
          <w:b/>
        </w:rPr>
        <w:t xml:space="preserve">[22:53] </w:t>
      </w:r>
      <w:r>
        <w:t>hamara bein</w:t>
      </w:r>
    </w:p>
    <w:p>
      <w:pPr>
        <w:jc w:val="right"/>
      </w:pPr>
      <w:r>
        <w:t>ہمارا بین</w:t>
      </w:r>
    </w:p>
    <w:p>
      <w:r>
        <w:rPr>
          <w:b/>
        </w:rPr>
        <w:t xml:space="preserve">[22:54] </w:t>
      </w:r>
      <w:r>
        <w:t>yefector hai. to mein samajhta hoon ke insaan is liye paida nahi kiya gaya hai ke woh jangal mein chala jaye. ecstasy mein jiye. nahi woh is liye paida kiya hoga apne mind ko unfold kare.</w:t>
      </w:r>
    </w:p>
    <w:p>
      <w:pPr>
        <w:jc w:val="right"/>
      </w:pPr>
      <w:r>
        <w:t>یفیکٹر ہے۔ تو میں سمجھتا ہوں کہ انسان اس لیے پیدا نہیں کیا گیا ہے کہ وہ جنگل میں چلا جائے۔ ایکسٹسی میں جیے۔ نہیں وہ اس لیے پیدا کیا ہوگا اپنے مائنڈ کو ان فولڈ کرے۔</w:t>
      </w:r>
    </w:p>
    <w:p>
      <w:r>
        <w:rPr>
          <w:b/>
        </w:rPr>
        <w:t xml:space="preserve">[23:08] </w:t>
      </w:r>
      <w:r>
        <w:t>yeh mind jo hai is ke andar bohat ziyada capacity hai. is mind ko unfold kar ke logon ne telescope banaya, microscope banaya, hawa jahaz banaya.</w:t>
      </w:r>
    </w:p>
    <w:p>
      <w:pPr>
        <w:jc w:val="right"/>
      </w:pPr>
      <w:r>
        <w:t>یہ مائنڈ جو ہے اس کے اندر بہت زیادہ کیپیسٹی ہے۔ اس مائنڈ کو ان فولڈ کر کے لوگوں نے ٹیلیسکوپ بنایا، مائیک کراس بنایا، ہوا جہاز بنایا۔</w:t>
      </w:r>
    </w:p>
    <w:p>
      <w:r>
        <w:rPr>
          <w:b/>
        </w:rPr>
        <w:t xml:space="preserve">[23:21] </w:t>
      </w:r>
      <w:r>
        <w:t>to hum is mind ko yani le ke jangal mein kyun chale jayein?</w:t>
      </w:r>
    </w:p>
    <w:p>
      <w:pPr>
        <w:jc w:val="right"/>
      </w:pPr>
      <w:r>
        <w:t>تو ہم اس مائنڈ کو یعنی لے کے جنگل میں کیوں چلے جائیں؟</w:t>
      </w:r>
    </w:p>
    <w:p>
      <w:r>
        <w:rPr>
          <w:b/>
        </w:rPr>
        <w:t xml:space="preserve">[23:31] </w:t>
      </w:r>
      <w:r>
        <w:t>yani to in mein samajhta hoon ke creator ka jo plan hai woh hai mind ko unfold karna. taake is ke to hidden treasure jo hai woh zahir ho.</w:t>
      </w:r>
    </w:p>
    <w:p>
      <w:pPr>
        <w:jc w:val="right"/>
      </w:pPr>
      <w:r>
        <w:t>یعنی تو ان میں سمجھتا ہوں کہ کریٹر کا جو پلان ہے وہ ہے مائنڈ کو ان فولڈ کرنا۔ تاکہ اس کے تو ہڈن ٹریزر جو ہے وہ ظاہر ہو۔</w:t>
      </w:r>
    </w:p>
    <w:p>
      <w:r>
        <w:rPr>
          <w:b/>
        </w:rPr>
        <w:t xml:space="preserve">[23:42] </w:t>
      </w:r>
      <w:r>
        <w:t>yeh sara jo jo nature mein jo technology thi us ko daryaft kaise</w:t>
      </w:r>
    </w:p>
    <w:p>
      <w:pPr>
        <w:jc w:val="right"/>
      </w:pPr>
      <w:r>
        <w:t>یہ سارا جو جو نیچر میں جو ٹیکنالوجی تھی اس کو دریافت کیسے</w:t>
      </w:r>
    </w:p>
    <w:p>
      <w:r>
        <w:rPr>
          <w:b/>
        </w:rPr>
        <w:t xml:space="preserve">[23:48] </w:t>
      </w:r>
      <w:r>
        <w:t>kiya gaya? mind ke zariye se. mind ke zariye se. agar mind ko istemal na karte to yeh technology poori ki poori nature mein chupi hui pari rehti.</w:t>
      </w:r>
    </w:p>
    <w:p>
      <w:pPr>
        <w:jc w:val="right"/>
      </w:pPr>
      <w:r>
        <w:t>کیا گیا؟ مائنڈ کے ذریعے سے۔ مائنڈ کے ذریعے سے۔ اگر مائنڈ کو استعمال نہ کرتے تو یہ ٹیکنالوجی پوری کی پوری نیچر میں چھپی ہوئی پڑی رہتی۔</w:t>
      </w:r>
    </w:p>
    <w:p>
      <w:r>
        <w:rPr>
          <w:b/>
        </w:rPr>
        <w:t xml:space="preserve">[24:03] </w:t>
      </w:r>
      <w:r>
        <w:t>to mein samajhta hoon ke sab se bara jo insaan ka jo kaam hai woh hai apne mind ko unfold karna.</w:t>
      </w:r>
    </w:p>
    <w:p>
      <w:pPr>
        <w:jc w:val="right"/>
      </w:pPr>
      <w:r>
        <w:t>تو میں سمجھتا ہوں کہ سب سے بڑا جو انسان کا جو کام ہے وہ ہے اپنے مائنڈ کو ان فولڈ کرنا۔</w:t>
      </w:r>
    </w:p>
    <w:p>
      <w:r>
        <w:rPr>
          <w:b/>
        </w:rPr>
        <w:t xml:space="preserve">[24:14] </w:t>
      </w:r>
      <w:r>
        <w:t>ab unfold karne ke liye zaroori hai ke aap ke paas aap aap aik aik aur wisdom aap ke andar ho.</w:t>
      </w:r>
    </w:p>
    <w:p>
      <w:pPr>
        <w:jc w:val="right"/>
      </w:pPr>
      <w:r>
        <w:t>اب ان فولڈ کرنے کے لیے ضروری ہے کہ آپ کے پاس آپ آپ ایک ایک اور وزڈم آپ کے اندر ہو۔</w:t>
      </w:r>
    </w:p>
    <w:p>
      <w:r>
        <w:rPr>
          <w:b/>
        </w:rPr>
        <w:t xml:space="preserve">[24:22] </w:t>
      </w:r>
      <w:r>
        <w:t>aik aur wisdom. woh yeh hai ke aap kisi negative experience se disturb na hon. negative experience se aap negative na ho jayein.</w:t>
      </w:r>
    </w:p>
    <w:p>
      <w:pPr>
        <w:jc w:val="right"/>
      </w:pPr>
      <w:r>
        <w:t>ایک اور وزڈم۔ وہ یہ ہے کہ آپ کسی نیگیٹیو ایکسپیرینس سے ڈسٹرب نہ ہوں۔ نیگیٹیو ایکسپیرینس سے آپ نیگیٹیو نہ ہو جائیں۔</w:t>
      </w:r>
    </w:p>
    <w:p>
      <w:r>
        <w:rPr>
          <w:b/>
        </w:rPr>
        <w:t xml:space="preserve">[24:32] </w:t>
      </w:r>
      <w:r>
        <w:t>reaction mein na pad jayein.</w:t>
      </w:r>
    </w:p>
    <w:p>
      <w:pPr>
        <w:jc w:val="right"/>
      </w:pPr>
      <w:r>
        <w:t>ری ایکشن میں نہ پڑ جائیں۔</w:t>
      </w:r>
    </w:p>
    <w:p>
      <w:r>
        <w:rPr>
          <w:b/>
        </w:rPr>
        <w:t xml:space="preserve">[24:38] </w:t>
      </w:r>
      <w:r>
        <w:t>jaise</w:t>
      </w:r>
    </w:p>
    <w:p>
      <w:pPr>
        <w:jc w:val="right"/>
      </w:pPr>
      <w:r>
        <w:t>جیسے</w:t>
      </w:r>
    </w:p>
    <w:p>
      <w:r>
        <w:rPr>
          <w:b/>
        </w:rPr>
        <w:t xml:space="preserve">[24:41] </w:t>
      </w:r>
      <w:r>
        <w:t>mein ne misaal di ke musalman sari dunya mein west ke khilaf ho rahe hain. sab ke sab samajhte hain ke west hamara enemy hai.</w:t>
      </w:r>
    </w:p>
    <w:p>
      <w:pPr>
        <w:jc w:val="right"/>
      </w:pPr>
      <w:r>
        <w:t>میں نے مثال دی کہ مسلمان ساری دنیا میں ویسٹ کے خلاف ہو رہے ہیں۔ سب کے سب سمجھتے ہیں کہ ویسٹ ہمارا اینمی ہے۔</w:t>
      </w:r>
    </w:p>
    <w:p>
      <w:r>
        <w:rPr>
          <w:b/>
        </w:rPr>
        <w:t xml:space="preserve">[24:53] </w:t>
      </w:r>
      <w:r>
        <w:t>is ki wajah se woh bohat bari baat daryaft nahi kar pa rahe hain. ke west un ka benefactor hai. west ne un ko yeh mauqa diya ke woh apne mission ko</w:t>
      </w:r>
    </w:p>
    <w:p>
      <w:pPr>
        <w:jc w:val="right"/>
      </w:pPr>
      <w:r>
        <w:t>اس کی وجہ سے وہ بہت بڑی بات دریافت نہیں کر پا رہے ہیں۔ کہ ویسٹ ان کا بینیفیکٹر ہے۔ ویسٹ نے ان کو یہ موقع دیا کہ وہ اپنے مشن کو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