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Shock A Blessing in Disguise November 01, 2009</w:t>
      </w:r>
    </w:p>
    <w:p>
      <w:r>
        <w:t>https://youtu.be/trEB_2Bwos8</w:t>
      </w:r>
    </w:p>
    <w:p>
      <w:r>
        <w:rPr>
          <w:b/>
        </w:rPr>
        <w:t xml:space="preserve">[00:27] </w:t>
      </w:r>
      <w:r>
        <w:t>wa hallal uqdatan min lisani yafqahu qawli.</w:t>
      </w:r>
    </w:p>
    <w:p>
      <w:pPr>
        <w:jc w:val="right"/>
      </w:pPr>
      <w:r>
        <w:t>واحلالعقدۃ منلسانی یفقہ قولی۔</w:t>
      </w:r>
    </w:p>
    <w:p>
      <w:r>
        <w:rPr>
          <w:b/>
        </w:rPr>
        <w:t xml:space="preserve">[00:33] </w:t>
      </w:r>
      <w:r>
        <w:t>aaj ki jo talk hai, is ka title hai: "shock embracing and disguises".</w:t>
      </w:r>
    </w:p>
    <w:p>
      <w:pPr>
        <w:jc w:val="right"/>
      </w:pPr>
      <w:r>
        <w:t>آج کی جو ٹاکہے، اسکا ٹائٹلہے: "شاک ابریسنگانڈسگائز"۔</w:t>
      </w:r>
    </w:p>
    <w:p>
      <w:r>
        <w:rPr>
          <w:b/>
        </w:rPr>
        <w:t xml:space="preserve">[00:47] </w:t>
      </w:r>
      <w:r>
        <w:t>zindagi mein har aik ko shock lagta hai. log kiya karte hain ?</w:t>
      </w:r>
    </w:p>
    <w:p>
      <w:pPr>
        <w:jc w:val="right"/>
      </w:pPr>
      <w:r>
        <w:t>زندگی میںہرایک کوشاکلگتاہے۔ لوگکیا کرتے ہیں ؟</w:t>
      </w:r>
    </w:p>
    <w:p>
      <w:r>
        <w:rPr>
          <w:b/>
        </w:rPr>
        <w:t xml:space="preserve">[00:54] </w:t>
      </w:r>
      <w:r>
        <w:t>ke chahte hain ke shock na lagay. woh aisi zindagi chahte hain jis mein shock na ho.</w:t>
      </w:r>
    </w:p>
    <w:p>
      <w:pPr>
        <w:jc w:val="right"/>
      </w:pPr>
      <w:r>
        <w:t>کہ چاہتےہیںکہ شاک نہلگے۔ وہ ایسیزندگی چاہتےہیںجسمیں شاکنہہو ۔</w:t>
      </w:r>
    </w:p>
    <w:p>
      <w:r>
        <w:rPr>
          <w:b/>
        </w:rPr>
        <w:t xml:space="preserve">[01:06] </w:t>
      </w:r>
      <w:r>
        <w:t>halanke aisa possible nahi hai is dunya mein. lekin isi mein un ki zindagi beet jati hai. aur shock ke zariye jo bracing aa rahi hai, creator ki taraf se,</w:t>
      </w:r>
    </w:p>
    <w:p>
      <w:pPr>
        <w:jc w:val="right"/>
      </w:pPr>
      <w:r>
        <w:t>حالانکہایساپاسیبلنہیںہےاسدنیا میں۔ لیکن اسیمیں انکیزندگی بیتجاتیہے۔ اور شاک کےذریعے جو بریسنگ آرہیہے، کریٹرکیطرف سے،</w:t>
      </w:r>
    </w:p>
    <w:p>
      <w:r>
        <w:rPr>
          <w:b/>
        </w:rPr>
        <w:t xml:space="preserve">[01:20] </w:t>
      </w:r>
      <w:r>
        <w:t>is se woh faida nahi utha paate.</w:t>
      </w:r>
    </w:p>
    <w:p>
      <w:pPr>
        <w:jc w:val="right"/>
      </w:pPr>
      <w:r>
        <w:t>اسسے وہفائدہنہیںاٹھاپاتے۔</w:t>
      </w:r>
    </w:p>
    <w:p>
      <w:r>
        <w:rPr>
          <w:b/>
        </w:rPr>
        <w:t xml:space="preserve">[01:23] </w:t>
      </w:r>
      <w:r>
        <w:t>aaj ke paper jo hain, aaj ke paper mein aik article chapa hai aik sahib ka. un ke aik hero hain, mein naam nahi lunga kisi ka.</w:t>
      </w:r>
    </w:p>
    <w:p>
      <w:pPr>
        <w:jc w:val="right"/>
      </w:pPr>
      <w:r>
        <w:t>آج کے پیپرجوہے، آجکےپیپرمیںایک آرٹیکلچھپاہےایکصاحبکا۔ انکےایک ہیروہیں،میںنامنہیںلوںگاکسیکا ۔</w:t>
      </w:r>
    </w:p>
    <w:p>
      <w:r>
        <w:rPr>
          <w:b/>
        </w:rPr>
        <w:t xml:space="preserve">[01:33] </w:t>
      </w:r>
      <w:r>
        <w:t>to un ke hero ne aik bohat bari ghalti ki. un ke aik hero hain jin per unhone book likhi hai, bohat moti si book. aur khoob un ko barha charha kar bayan kiya hai.</w:t>
      </w:r>
    </w:p>
    <w:p>
      <w:pPr>
        <w:jc w:val="right"/>
      </w:pPr>
      <w:r>
        <w:t>تو انکے ہیرونے ایکبہت بڑیغلطیکی۔ انکےایکہیروہیں جنپرانہوںنےبکلکھیہے،بہت موٹیسیبک۔ اور خوبانکو بڑھاچڑھاکربیانکیاہے۔</w:t>
      </w:r>
    </w:p>
    <w:p>
      <w:r>
        <w:rPr>
          <w:b/>
        </w:rPr>
        <w:t xml:space="preserve">[01:46] </w:t>
      </w:r>
      <w:r>
        <w:t>to un ke hero ne aik bohat bari ghalti ki. is per aik mazmoon, aik article is mein aaya hai.</w:t>
      </w:r>
    </w:p>
    <w:p>
      <w:pPr>
        <w:jc w:val="right"/>
      </w:pPr>
      <w:r>
        <w:t>تو انکے ہیرونےایکبہت بڑیغلطیکی۔ اسپرایک مضمون، ایکآرٹیکلاسمیںآیاہے۔</w:t>
      </w:r>
    </w:p>
    <w:p>
      <w:r>
        <w:rPr>
          <w:b/>
        </w:rPr>
        <w:t xml:space="preserve">[01:53] </w:t>
      </w:r>
      <w:r>
        <w:t>to is ki heading kiya hai? aap dekhiye: "great heroes make great mistakes".</w:t>
      </w:r>
    </w:p>
    <w:p>
      <w:pPr>
        <w:jc w:val="right"/>
      </w:pPr>
      <w:r>
        <w:t>تو اسکی ہیڈنگکیاہے؟ آپدیکھیے: "گریٹہیروز میک گریٹ مسٹیکس"۔</w:t>
      </w:r>
    </w:p>
    <w:p>
      <w:r>
        <w:rPr>
          <w:b/>
        </w:rPr>
        <w:t xml:space="preserve">[02:06] </w:t>
      </w:r>
      <w:r>
        <w:t>ziyada bare hero jo hote hain, woh bari bari ghaltiyan bhi karte hain. goya ke unhone un ki ghalti ko justify kar liya.</w:t>
      </w:r>
    </w:p>
    <w:p>
      <w:pPr>
        <w:jc w:val="right"/>
      </w:pPr>
      <w:r>
        <w:t>زیادہ بڑےہیروجوہوتےہیں،وہبڑیبڑیغلطیاںبھیکرتے ہیں۔ گویاکہانہوںنےانکیغلطیکوجسٹیفائیکرلیا۔</w:t>
      </w:r>
    </w:p>
    <w:p>
      <w:r>
        <w:rPr>
          <w:b/>
        </w:rPr>
        <w:t xml:space="preserve">[02:16] </w:t>
      </w:r>
      <w:r>
        <w:t>dekhiye, yeh un ke liye aik shock tha. ke jis ko maine itna bara hero banaya tha, us ne itni bari ghalti kar dali?</w:t>
      </w:r>
    </w:p>
    <w:p>
      <w:pPr>
        <w:jc w:val="right"/>
      </w:pPr>
      <w:r>
        <w:t>دیکھیے،یہ انکےلیےایکشاک تھا۔ کہجسکو میںنےاتنابڑاہیروبنایاتھا، اسنےاتنیبڑیغلطیکرڈالی؟</w:t>
      </w:r>
    </w:p>
    <w:p>
      <w:r>
        <w:rPr>
          <w:b/>
        </w:rPr>
        <w:t xml:space="preserve">[02:27] </w:t>
      </w:r>
      <w:r>
        <w:t>to rethinking karte, reexamine karte, is se un ka intellectual development hota. lekin unhone reexamine nahi kiya.</w:t>
      </w:r>
    </w:p>
    <w:p>
      <w:pPr>
        <w:jc w:val="right"/>
      </w:pPr>
      <w:r>
        <w:t>تو ریتھنکنگکرتے ، ریایگزامنکرتے ، اسسے انکا انٹلیکچولڈیولپمنٹہوتا۔ لیکن انہوںنےریایگزامننہیںکیا۔</w:t>
      </w:r>
    </w:p>
    <w:p>
      <w:r>
        <w:rPr>
          <w:b/>
        </w:rPr>
        <w:t xml:space="preserve">[02:39] </w:t>
      </w:r>
      <w:r>
        <w:t>rethinking nahi ki. isi mein jeete rahe, isi fold mein. aur beautiful word</w:t>
      </w:r>
    </w:p>
    <w:p>
      <w:pPr>
        <w:jc w:val="right"/>
      </w:pPr>
      <w:r>
        <w:t>ریتھنکنگنہیںکی۔ اسی میںجیتےرہے،اسیفولڈمیں۔ اور بیوٹیفلورڈ</w:t>
      </w:r>
    </w:p>
    <w:p>
      <w:r>
        <w:rPr>
          <w:b/>
        </w:rPr>
        <w:t xml:space="preserve">[02:45] </w:t>
      </w:r>
      <w:r>
        <w:t>paya unhone, bohat hi beautiful word. ke "great heroes make great mistakes". yeh kiya hai? simply aik word play hai.</w:t>
      </w:r>
    </w:p>
    <w:p>
      <w:pPr>
        <w:jc w:val="right"/>
      </w:pPr>
      <w:r>
        <w:t>پالیاانہوںنے،بہتہیبیوٹیفلورڈ۔ کہ"گریٹ ہیروز میک گریٹ مسٹیکس"۔یہکیاہے؟سمپلیایک ورڈپلےہے۔</w:t>
      </w:r>
    </w:p>
    <w:p>
      <w:r>
        <w:rPr>
          <w:b/>
        </w:rPr>
        <w:t xml:space="preserve">[02:55] </w:t>
      </w:r>
      <w:r>
        <w:t>word play hai. koi is ke andar meaning nahi. lekin aik beautiful word bol kar ke apne aap ko unhone justify kar liya.</w:t>
      </w:r>
    </w:p>
    <w:p>
      <w:pPr>
        <w:jc w:val="right"/>
      </w:pPr>
      <w:r>
        <w:t>ورڈپلےہے۔ کوئی اسکےاندرمیننگنہیں ۔لیکن ایک بیوٹیفلورڈبولکرکےاپنےآپکوانہوںنے جسٹیفائیکرلیا۔</w:t>
      </w:r>
    </w:p>
    <w:p>
      <w:r>
        <w:rPr>
          <w:b/>
        </w:rPr>
        <w:t xml:space="preserve">[03:04] </w:t>
      </w:r>
      <w:r>
        <w:t>sab se bara jo insan ke intellectual development ka qata'a hai, wohi yeh hai.</w:t>
      </w:r>
    </w:p>
    <w:p>
      <w:pPr>
        <w:jc w:val="right"/>
      </w:pPr>
      <w:r>
        <w:t>سب سے بڑا جو انسان کے انٹلیکچولڈیولپمنٹجور کاوٹہے، وہیہیہے۔</w:t>
      </w:r>
    </w:p>
    <w:p>
      <w:r>
        <w:rPr>
          <w:b/>
        </w:rPr>
        <w:t xml:space="preserve">[03:17] </w:t>
      </w:r>
      <w:r>
        <w:t>dekhiye, log jeete hain apne aap mein. jis ko kehte hain angrezi mein narcissism.</w:t>
      </w:r>
    </w:p>
    <w:p>
      <w:pPr>
        <w:jc w:val="right"/>
      </w:pPr>
      <w:r>
        <w:t>دیکھیے، لوگ جیتےہیں اپنےآپ میں ۔ جسکو کہتےہیںانگریزیمیں نارسیسزم۔</w:t>
      </w:r>
    </w:p>
    <w:p>
      <w:r>
        <w:rPr>
          <w:b/>
        </w:rPr>
        <w:t xml:space="preserve">[03:26] </w:t>
      </w:r>
      <w:r>
        <w:t>apne aap per jeene wala. to sabhi log apne aap per jeete hain, lekin kuch log jo hain is mein extreme pe jaate hain.</w:t>
      </w:r>
    </w:p>
    <w:p>
      <w:pPr>
        <w:jc w:val="right"/>
      </w:pPr>
      <w:r>
        <w:t>اپنےآپ پہجینےوالا۔ تو سبھیلوگ اپنےآپپہجیتےہیں،لیکن کچھلوگ جوہیںاسمیں ایکسٹریماپہوجاتےہیں۔</w:t>
      </w:r>
    </w:p>
    <w:p>
      <w:r>
        <w:rPr>
          <w:b/>
        </w:rPr>
        <w:t xml:space="preserve">[03:36] </w:t>
      </w:r>
      <w:r>
        <w:t>apne aap per jeene ka matlab kiya hai? apne aap ko beautify karte rehna. apne aap ko acha dikhate rehna.</w:t>
      </w:r>
    </w:p>
    <w:p>
      <w:pPr>
        <w:jc w:val="right"/>
      </w:pPr>
      <w:r>
        <w:t>اپنےآپ پہجینےکامعنیکیاہے؟ اپنےآپکو بیوٹیفائیکرتے رہنا۔ اپنےآپ کو اچھا دکھاتےرہنا۔</w:t>
      </w:r>
    </w:p>
    <w:p>
      <w:r>
        <w:rPr>
          <w:b/>
        </w:rPr>
        <w:t xml:space="preserve">[03:47] </w:t>
      </w:r>
      <w:r>
        <w:t>apni spirit ko upar rakhna. boss aise mein jeete hain. kal mujhe ek news maloom hui ke ek badi company mein ek bahut bade boss the, unhon ne resign kar diya.</w:t>
      </w:r>
    </w:p>
    <w:p>
      <w:pPr>
        <w:jc w:val="right"/>
      </w:pPr>
      <w:r>
        <w:t>اپنی سپیری ٹیکوباقیرکھنا۔ بساسیمیںجیتےہیں۔ کلمجھےایکنیوزمعلومہوئی کہایکبڑیکمپنیمیںایکبہتبڑےباستھے، انہوںنےریزائنکردیا۔</w:t>
      </w:r>
    </w:p>
    <w:p>
      <w:r>
        <w:rPr>
          <w:b/>
        </w:rPr>
        <w:t xml:space="preserve">[03:58] </w:t>
      </w:r>
      <w:r>
        <w:t>main ne poocha ke bhai kyun? kahah ke mujhe respect nahin mil raha tha.</w:t>
      </w:r>
    </w:p>
    <w:p>
      <w:pPr>
        <w:jc w:val="right"/>
      </w:pPr>
      <w:r>
        <w:t>میںنےپوچھاکہبھئیکیوں ؟ کہاکہمجھے ریسپیکٹنہیںملرہاتھا۔</w:t>
      </w:r>
    </w:p>
    <w:p>
      <w:r>
        <w:rPr>
          <w:b/>
        </w:rPr>
        <w:t xml:space="preserve">[04:03] </w:t>
      </w:r>
      <w:r>
        <w:t>achha yeh kya? yeh apne aap pe jeene wala insan tha woh. narcissism ka kya tha. warna main to is word ko galat samajhta hoon.</w:t>
      </w:r>
    </w:p>
    <w:p>
      <w:pPr>
        <w:jc w:val="right"/>
      </w:pPr>
      <w:r>
        <w:t>اچھایہکیا ؟یہ اپنےآپ پہجینےوالاانسانتھا وہ ۔ نارسیزمکاکیستھا۔ ورنہمیںتو اس ورڈہیکو غلطسمجھتاہوں۔</w:t>
      </w:r>
    </w:p>
    <w:p>
      <w:r>
        <w:rPr>
          <w:b/>
        </w:rPr>
        <w:t xml:space="preserve">[04:16] </w:t>
      </w:r>
      <w:r>
        <w:t>self respect ka word meri dictionary mein nahin hai. meri dictionary mein self respect ka word nahin hai. main hamesha reality mein jeeta hoon.</w:t>
      </w:r>
    </w:p>
    <w:p>
      <w:pPr>
        <w:jc w:val="right"/>
      </w:pPr>
      <w:r>
        <w:t>سیلفریسپیکٹکاورڈمیری ڈکشنریمیںنہیںہے۔ میریڈکشنریمیںسیلفریسپیکٹکاورڈہینہیںہے۔ میں ہمیشہریلیٹیمیںجیتاہوں۔</w:t>
      </w:r>
    </w:p>
    <w:p>
      <w:r>
        <w:rPr>
          <w:b/>
        </w:rPr>
        <w:t xml:space="preserve">[04:31] </w:t>
      </w:r>
      <w:r>
        <w:t>to aaj main jo baat karna chahta hoon wohi hai ke har insan ki zindagi mein shock lagte hain, stress paish aate hain.</w:t>
      </w:r>
    </w:p>
    <w:p>
      <w:pPr>
        <w:jc w:val="right"/>
      </w:pPr>
      <w:r>
        <w:t>تو آجمیں جوباتکرناچاہتاہوںوہیہہے کہہرانسان کیزندگی میں شاکلگتےہیں ، اسٹریسپیشآتےہیں۔</w:t>
      </w:r>
    </w:p>
    <w:p>
      <w:r>
        <w:rPr>
          <w:b/>
        </w:rPr>
        <w:t xml:space="preserve">[04:42] </w:t>
      </w:r>
      <w:r>
        <w:t>to log kya karte hain? de-stressing ke school khul gaye hain. yaani stress na ho. yaani anesthisia.</w:t>
      </w:r>
    </w:p>
    <w:p>
      <w:pPr>
        <w:jc w:val="right"/>
      </w:pPr>
      <w:r>
        <w:t>تو لوگکیا کرتےہیں ؟ ڈی اسٹریسنگکے اسکولکھلےگئےہیں۔ یعنیاسٹریسہینہہو۔ یعنی ان یسٹھیشیا۔</w:t>
      </w:r>
    </w:p>
    <w:p>
      <w:r>
        <w:rPr>
          <w:b/>
        </w:rPr>
        <w:t xml:space="preserve">[04:53] </w:t>
      </w:r>
      <w:r>
        <w:t>thinking ko stop karna. taake aap mehsoos na karen.</w:t>
      </w:r>
    </w:p>
    <w:p>
      <w:pPr>
        <w:jc w:val="right"/>
      </w:pPr>
      <w:r>
        <w:t>تھنکنگکو اسٹاپکرنا۔ تاکہآپ محسوس نہکریں۔</w:t>
      </w:r>
    </w:p>
    <w:p>
      <w:r>
        <w:rPr>
          <w:b/>
        </w:rPr>
        <w:t xml:space="preserve">[05:00] </w:t>
      </w:r>
      <w:r>
        <w:t>yeh koi solution nahin hai. mujhe ek hadith, aaj main ne ek hadith nikali. main dekhiye, mera mizaj hai hamesha se ke Quran o hadith ke lehaz se sochta hoon.</w:t>
      </w:r>
    </w:p>
    <w:p>
      <w:pPr>
        <w:jc w:val="right"/>
      </w:pPr>
      <w:r>
        <w:t>یہ کوئی سلوشننہیںہے۔ مجھے ایکحدیث ،آجمیںنےایکحدیثنکالی۔ میں دیکھیے، میرا مزاجہے ہمیشہسے کہقرآنوحدیث کےلحاظسےسوچتاہوں۔</w:t>
      </w:r>
    </w:p>
    <w:p>
      <w:r>
        <w:rPr>
          <w:b/>
        </w:rPr>
        <w:t xml:space="preserve">[05:18] </w:t>
      </w:r>
      <w:r>
        <w:t>kyunki Quran o hadith kya hai? woh statement of facts hai. God ki taraf se. statement of facts.</w:t>
      </w:r>
    </w:p>
    <w:p>
      <w:pPr>
        <w:jc w:val="right"/>
      </w:pPr>
      <w:r>
        <w:t>کیونکہقرآنوحدیثکیاہے؟ وہ سٹیٹمنٹآففیکٹسہے۔ گاڈکیطرف سے ۔ سٹیٹمنٹآف فیکٹس۔</w:t>
      </w:r>
    </w:p>
    <w:p>
      <w:r>
        <w:rPr>
          <w:b/>
        </w:rPr>
        <w:t xml:space="preserve">[05:30] </w:t>
      </w:r>
      <w:r>
        <w:t>to ek hadith hai: "in ashad an nas balaa al anbiya".</w:t>
      </w:r>
    </w:p>
    <w:p>
      <w:pPr>
        <w:jc w:val="right"/>
      </w:pPr>
      <w:r>
        <w:t>تو ایکحدیثہے: "إ ن أش د الناس بلاءً الأنبياء"۔</w:t>
      </w:r>
    </w:p>
    <w:p>
      <w:r>
        <w:rPr>
          <w:b/>
        </w:rPr>
        <w:t xml:space="preserve">[05:39] </w:t>
      </w:r>
      <w:r>
        <w:t>prophets were afflicted with greater hardships. paighambaron par sab se zyada museebat pari.</w:t>
      </w:r>
    </w:p>
    <w:p>
      <w:pPr>
        <w:jc w:val="right"/>
      </w:pPr>
      <w:r>
        <w:t>پراف ٹس ویرایفلیک ٹڈ ودگریٹر ہارڈشپس۔ پیغمبروںپرسبسےزیادہ مصیبتپڑی۔</w:t>
      </w:r>
    </w:p>
    <w:p>
      <w:r>
        <w:rPr>
          <w:b/>
        </w:rPr>
        <w:t xml:space="preserve">[05:49] </w:t>
      </w:r>
      <w:r>
        <w:t>ab dekhiye kya paighambaron se Allah taala ki dushmani thi? zahir hai ke nahin thi.</w:t>
      </w:r>
    </w:p>
    <w:p>
      <w:pPr>
        <w:jc w:val="right"/>
      </w:pPr>
      <w:r>
        <w:t>ابدیکھیےکیا پیغمبروںسے اللہ تعالیٰکودشمنیتھی ؟ ظاہرہےکہنہیںتھی۔</w:t>
      </w:r>
    </w:p>
    <w:p>
      <w:r>
        <w:rPr>
          <w:b/>
        </w:rPr>
        <w:t xml:space="preserve">[05:57] </w:t>
      </w:r>
      <w:r>
        <w:t>to iske maani yeh hain ke paighambaron par museebat pari to museebat woh hai, yaqeenan woh ek positive cheez hona chahiye. negative nahin hona chahiye. museebat evil nahin hai.</w:t>
      </w:r>
    </w:p>
    <w:p>
      <w:pPr>
        <w:jc w:val="right"/>
      </w:pPr>
      <w:r>
        <w:t>تو اسکےمعنییہہیںکہ پیغمبروںپرمصیبتپڑیتو مصیبتجوہے، یقیناًوہایکپازیٹیوچیزہوناچاہیے۔ نیگیٹیونہیںہوناچاہیے۔ مصیبتایولنہیںہے۔</w:t>
      </w:r>
    </w:p>
    <w:p>
      <w:r>
        <w:rPr>
          <w:b/>
        </w:rPr>
        <w:t xml:space="preserve">[06:09] </w:t>
      </w:r>
      <w:r>
        <w:t>evil hoti hai, koi negative cheez hoti. to Khuda aesa na karta ke nabiyon par aur paighambaron par woh museebat dalta. yahan se meri soch shuru hoti hai.</w:t>
      </w:r>
    </w:p>
    <w:p>
      <w:pPr>
        <w:jc w:val="right"/>
      </w:pPr>
      <w:r>
        <w:t>ایولہوتیہے، کوئینیگیٹیوچیزہوتی۔ تو خداایسانہکرتا کہنبیوںپر اورپیغمبروںپروہ مصیبتڈالتا۔ یہاںسے میریسوچشروعہوتیہے۔</w:t>
      </w:r>
    </w:p>
    <w:p>
      <w:r>
        <w:rPr>
          <w:b/>
        </w:rPr>
        <w:t xml:space="preserve">[06:21] </w:t>
      </w:r>
      <w:r>
        <w:t>museebat ya hardship ya dard o karb ya stress, yeh zindagi mein ek positive factor hai, ek positive role hai inka.</w:t>
      </w:r>
    </w:p>
    <w:p>
      <w:pPr>
        <w:jc w:val="right"/>
      </w:pPr>
      <w:r>
        <w:t>مصیبت یا ہارڈشپ یا دردوکرب یا اسٹریس، یہ زندگی میںایک پازیٹیوفیکٹر ہے، ایک پازیٹیورولہےانکا ۔</w:t>
      </w:r>
    </w:p>
    <w:p>
      <w:r>
        <w:rPr>
          <w:b/>
        </w:rPr>
        <w:t xml:space="preserve">[06:36] </w:t>
      </w:r>
      <w:r>
        <w:t>ek positive role hai inka. yahan se main sochna shuru karta hoon. to abhi kal parson ki baat hai,</w:t>
      </w:r>
    </w:p>
    <w:p>
      <w:pPr>
        <w:jc w:val="right"/>
      </w:pPr>
      <w:r>
        <w:t>ایک پازیٹیورولہےانکا۔ یہاںسے میں سوچناشروعکرتاہوں۔ تو ابھی کل پرسوںکیباتہے،</w:t>
      </w:r>
    </w:p>
    <w:p>
      <w:r>
        <w:rPr>
          <w:b/>
        </w:rPr>
        <w:t xml:space="preserve">[06:47] </w:t>
      </w:r>
      <w:r>
        <w:t>mere yahan, yaani jin ko kaha jata hai ulama, un ke giroh ke do aadmi aaye. to do aayaton ki main ne tashreeh ki.</w:t>
      </w:r>
    </w:p>
    <w:p>
      <w:pPr>
        <w:jc w:val="right"/>
      </w:pPr>
      <w:r>
        <w:t>میرےہاں ،یعنیجنکوکہاجاتاہےعلم اء ، انکے گروہکےدوآدمیآئے۔ تو دوآیتوںکیمیںنےتشریحکی۔</w:t>
      </w:r>
    </w:p>
    <w:p>
      <w:r>
        <w:rPr>
          <w:b/>
        </w:rPr>
        <w:t xml:space="preserve">[06:59] </w:t>
      </w:r>
      <w:r>
        <w:t>yeh log jo hain hamari, yaani books aur hamare magazine padhte rahe hain. to do aayaton ki main ne tashreeh ki.</w:t>
      </w:r>
    </w:p>
    <w:p>
      <w:pPr>
        <w:jc w:val="right"/>
      </w:pPr>
      <w:r>
        <w:t>یہلوگ جوہیں ہماری ،یعنی بکساور ہمارے میگزینپڑھتےرہےہیں۔ تو دوآیتوںکیمیںنےتشریحکی۔</w:t>
      </w:r>
    </w:p>
    <w:p>
      <w:r>
        <w:rPr>
          <w:b/>
        </w:rPr>
        <w:t xml:space="preserve">[07:10] </w:t>
      </w:r>
      <w:r>
        <w:t>ek aayat thi ke: "qalu lam nakum minal musalleen".</w:t>
      </w:r>
    </w:p>
    <w:p>
      <w:pPr>
        <w:jc w:val="right"/>
      </w:pPr>
      <w:r>
        <w:t>ایکآیتتھی کہ: "قال وا لم نکمن المصل ین"۔</w:t>
      </w:r>
    </w:p>
    <w:p>
      <w:r>
        <w:rPr>
          <w:b/>
        </w:rPr>
        <w:t xml:space="preserve">[07:17] </w:t>
      </w:r>
      <w:r>
        <w:t>doosri aayat thi ke Quran mein aaya hai ke agar sare darakht qalam bana diye jayen aur sare samandar ink bana diye jayen aur Khuda ke kamalat ko likha jaye to kabhi khatam nahin honge.</w:t>
      </w:r>
    </w:p>
    <w:p>
      <w:pPr>
        <w:jc w:val="right"/>
      </w:pPr>
      <w:r>
        <w:t>دوسریآیتتھی کہ قرآنمیںآیاہےکہ اگر سارےدرخت قلمبنادیےجائیں اورسارے سمندر انکبنادیےجائیں اورخداکے کمالاتکولکھاجائے تو کبھیختمنہیںہوںگے۔</w:t>
      </w:r>
    </w:p>
    <w:p>
      <w:r>
        <w:rPr>
          <w:b/>
        </w:rPr>
        <w:t xml:space="preserve">[07:33] </w:t>
      </w:r>
      <w:r>
        <w:t>to in dono aayaton par is se pehle main likh chuka tha aur logon ne padha bhi tha. to woh nikala gaya, to compare kiya gaya. to maloom hua ke pehle jo main ne likha tha, ab main ne jo baat kahi hai, woh us se bohat zyada meaning full hai.</w:t>
      </w:r>
    </w:p>
    <w:p>
      <w:pPr>
        <w:jc w:val="right"/>
      </w:pPr>
      <w:r>
        <w:t>تو اندونوںآیتوںپراسسےپہلےمیںلکھچکاتھا اورلوگوںنےپڑھابھیتھا۔ تو وہنکالاگیا ، تو کمپیئرکیاگیا۔ تو معلومہواکہپہلے جومیںنےلکھاتھا، ابمیںنےجوباتکہیہے،وہاسسےبہت زیادہمیننگفل ہے۔</w:t>
      </w:r>
    </w:p>
    <w:p>
      <w:r>
        <w:rPr>
          <w:b/>
        </w:rPr>
        <w:t xml:space="preserve">[07:47] </w:t>
      </w:r>
      <w:r>
        <w:t>iske baad aage ki baat hai. ab main sochne laga ke main hi to iska bhi likhne wala hoon. aaj jo main kar raha hoon, wohi main hoon.</w:t>
      </w:r>
    </w:p>
    <w:p>
      <w:pPr>
        <w:jc w:val="right"/>
      </w:pPr>
      <w:r>
        <w:t>اسکےبعدآگےکیباتہے۔ ابمیںسوچنےلگاکہمیں ہیتواسکابھیلکھنےوالاہوں۔ آج جومیںکررہاہوں،وہیمیںہی میں ہوں۔</w:t>
      </w:r>
    </w:p>
    <w:p>
      <w:r>
        <w:rPr>
          <w:b/>
        </w:rPr>
        <w:t xml:space="preserve">[07:58] </w:t>
      </w:r>
      <w:r>
        <w:t>to main ne socha ke Allah taala ne mujhe musalsal ek ek cheez di hai, woh hai intellectual development. intellectual development through hardships, pains.</w:t>
      </w:r>
    </w:p>
    <w:p>
      <w:pPr>
        <w:jc w:val="right"/>
      </w:pPr>
      <w:r>
        <w:t>تومیںنےسوچاکہاللہ تعالیٰنے مجھے مسلسلایک ایکچیزدیہے، وہہےانٹلیکچولڈیولپمنٹ۔ انٹلیکچولڈیولپمنٹتھرو ہارڈشپس، پینز۔</w:t>
      </w:r>
    </w:p>
    <w:p>
      <w:r>
        <w:rPr>
          <w:b/>
        </w:rPr>
        <w:t xml:space="preserve">[08:11] </w:t>
      </w:r>
      <w:r>
        <w:t>to mujhe zindagi bhar, yaani main keh sakta hoon ke intellectual torture mera hota raha, sari zindagi. physical torture to mera nahin hua, lekin intellectual torture sari zindagi hota raha.</w:t>
      </w:r>
    </w:p>
    <w:p>
      <w:pPr>
        <w:jc w:val="right"/>
      </w:pPr>
      <w:r>
        <w:t>تومجھے زندگی بھر، یعنیمیںکہہسکتاہوںکہانٹلیکچولٹارچرمیراہوتارہا، ساریزندگی ۔ فزیکلٹارچرتومیرا نہیںہوا، لیکن انٹلیکچولٹارچرساریزندگی ہوتارہا۔</w:t>
      </w:r>
    </w:p>
    <w:p>
      <w:r>
        <w:rPr>
          <w:b/>
        </w:rPr>
        <w:t xml:space="preserve">[08:24] </w:t>
      </w:r>
      <w:r>
        <w:t>aur woh iske through mujhe intellectual development mera hota raha. abhi main dekhiye gaya wohan par, Qatar.</w:t>
      </w:r>
    </w:p>
    <w:p>
      <w:pPr>
        <w:jc w:val="right"/>
      </w:pPr>
      <w:r>
        <w:t>اوروہ اسیکےتھرومجھے انٹلیکچول ڈیولپمنٹ میراہوتارہا۔ ابھیمیںدیکھیےگیاتھاوہاںپر، قطر ۔</w:t>
      </w:r>
    </w:p>
    <w:p>
      <w:r>
        <w:rPr>
          <w:b/>
        </w:rPr>
        <w:t xml:space="preserve">[08:33] </w:t>
      </w:r>
      <w:r>
        <w:t>to jate hue maine dua ki thi Allah taala se ke aap ko is se pehle maine bataya hai ke main jaya karta tha to main kehta tha ta ke fram airport to airport helper.</w:t>
      </w:r>
    </w:p>
    <w:p>
      <w:pPr>
        <w:jc w:val="right"/>
      </w:pPr>
      <w:r>
        <w:t>تو جاتےہوئے میںنےدعاکیتھیاللہتعالیٰسے کہ آپ کو اسسےپہلےمیںنےبتایاہےکہ میں جایاکرتاتھاتومیںکہتاتھا تاکہ فرامایئرپورٹٹوایئرپورٹ ہیلپر۔</w:t>
      </w:r>
    </w:p>
    <w:p>
      <w:r>
        <w:rPr>
          <w:b/>
        </w:rPr>
        <w:t xml:space="preserve">[08:46] </w:t>
      </w:r>
      <w:r>
        <w:t>phir maine dua ki pichli bar poland jate hue ke friendly to daily. ab qatar jo main gaya to maine dua ki hai ke frequency to daily.</w:t>
      </w:r>
    </w:p>
    <w:p>
      <w:pPr>
        <w:jc w:val="right"/>
      </w:pPr>
      <w:r>
        <w:t>پھرمیںنے دعاکیپچھلیبار پولینڈجاتےہوئے کہ فرامڈلی ٹوڈلی۔ ابقطرجومیںگیا تومیںنےدعاکی ہےکہفرامسی2 89 ٹوسی29 ۔</w:t>
      </w:r>
    </w:p>
    <w:p>
      <w:r>
        <w:rPr>
          <w:b/>
        </w:rPr>
        <w:t xml:space="preserve">[08:59] </w:t>
      </w:r>
      <w:r>
        <w:t>framc2 89 to c2 9.</w:t>
      </w:r>
    </w:p>
    <w:p>
      <w:pPr>
        <w:jc w:val="right"/>
      </w:pPr>
      <w:r>
        <w:t>فرامسی2 89 ٹوسی 2 9۔</w:t>
      </w:r>
    </w:p>
    <w:p>
      <w:r>
        <w:rPr>
          <w:b/>
        </w:rPr>
        <w:t xml:space="preserve">[09:04] </w:t>
      </w:r>
      <w:r>
        <w:t>yani ghar se ghar tak. to is safar mein mujhe bohat zyada, yani ryl facilities milein. har aitbar se bohat zyada, yani</w:t>
      </w:r>
    </w:p>
    <w:p>
      <w:pPr>
        <w:jc w:val="right"/>
      </w:pPr>
      <w:r>
        <w:t>یعنیگھرسےگھرتک ۔ تو اس سفرمیں مجھےبہت زیادہ ،یعنیرائلفیسلیٹیزملیں۔ ہراعت بارسے بہت زیادہ ،یعنی</w:t>
      </w:r>
    </w:p>
    <w:p>
      <w:r>
        <w:rPr>
          <w:b/>
        </w:rPr>
        <w:t xml:space="preserve">[09:18] </w:t>
      </w:r>
      <w:r>
        <w:t>main is ke liye yahi lafz bol sakta hoon ke ryl treatment. phir kya hua ke aakhir mein jab wahan, main wahan ke sab se bare hotel mein thehraya gaya tha, wo bohat bada suite tha jis mein main thehra tha.</w:t>
      </w:r>
    </w:p>
    <w:p>
      <w:pPr>
        <w:jc w:val="right"/>
      </w:pPr>
      <w:r>
        <w:t>میںاسکےلیےیہیلفظبولسکتاہوںکہرائلٹریٹمنٹ۔ پھرکیاہوا کہ آخرمیں جبوہاں ،میںوہاںکےسبسےبڑےہوٹلمیںٹھہرایاگیاتھا، وہبہتبڑاسویٹتھا جسمیںمیںٹھہراتھا۔</w:t>
      </w:r>
    </w:p>
    <w:p>
      <w:r>
        <w:rPr>
          <w:b/>
        </w:rPr>
        <w:t xml:space="preserve">[09:31] </w:t>
      </w:r>
      <w:r>
        <w:t>to aakhir din kya hua ke main gir pada suite ke andar. aur mujhe yahan par musla ho gaya, ek kya hua, bohat zyada severe pain hone laga mujhe qole mein.</w:t>
      </w:r>
    </w:p>
    <w:p>
      <w:pPr>
        <w:jc w:val="right"/>
      </w:pPr>
      <w:r>
        <w:t>تو آخردنکیاہواکہمیںگرپڑا سویٹکےاندر ۔ اورمجھےیہاںپر مسلپلہوگیا،ایککیاہوا ، بہت زیادہ سیویرپینہونےلگامجھےکولےمیں۔</w:t>
      </w:r>
    </w:p>
    <w:p>
      <w:r>
        <w:rPr>
          <w:b/>
        </w:rPr>
        <w:t xml:space="preserve">[09:47] </w:t>
      </w:r>
      <w:r>
        <w:t>severe pain. ab main sochta tha ke ek taraf Allah taala ne mujhe itni zyada facilities dein,</w:t>
      </w:r>
    </w:p>
    <w:p>
      <w:pPr>
        <w:jc w:val="right"/>
      </w:pPr>
      <w:r>
        <w:t>سیویرپین۔ ابمیںسوچتاتھاکہایکطرف اللہتعالیٰنےمجھےاتنی زیادہ فیسلیٹیزدیں،</w:t>
      </w:r>
    </w:p>
    <w:p>
      <w:r>
        <w:rPr>
          <w:b/>
        </w:rPr>
        <w:t xml:space="preserve">[09:58] </w:t>
      </w:r>
      <w:r>
        <w:t>itni zyada. to doosri taraf yeh musibat pad gayi. to thori der ke liye, chand din ke liye main thora sa, yani kehna chahiye ke negative ho gaya tha.</w:t>
      </w:r>
    </w:p>
    <w:p>
      <w:pPr>
        <w:jc w:val="right"/>
      </w:pPr>
      <w:r>
        <w:t>اتنیزیادہ ۔تو دوسریطرفیہمصیبت پڑگئی ۔ تو تھوڑیدیرکےلیے، چنددنکےلیےمیںتھوڑاسا ،یعنیکہناچاہیےکہنیگیٹیوہوگیاتھا۔</w:t>
      </w:r>
    </w:p>
    <w:p>
      <w:r>
        <w:rPr>
          <w:b/>
        </w:rPr>
        <w:t xml:space="preserve">[10:11] </w:t>
      </w:r>
      <w:r>
        <w:t>kuch samajh, explain nahi kar pata tha. lekin is ke baad jab wo sahaba aye jo maine kaha, aur maine ayaton ko explain kiya, tab samajh mein aya ke yeh pain jo tha wo bracing and size tha wo.</w:t>
      </w:r>
    </w:p>
    <w:p>
      <w:pPr>
        <w:jc w:val="right"/>
      </w:pPr>
      <w:r>
        <w:t>کچھسمجھ،ایکسپلیننہیںکرپاتاتھا۔ لیکن اسکےبعدجب وہ صاحبانآئےجومیںنےکہا، اورمیںنےآیتوںکوایکسپلینکیا، تب سمجھمیںآیاکہیہ پینجوتھاوہ بریسنگ انڈسگائزتھاوہ۔</w:t>
      </w:r>
    </w:p>
    <w:p>
      <w:r>
        <w:rPr>
          <w:b/>
        </w:rPr>
        <w:t xml:space="preserve">[10:26] </w:t>
      </w:r>
      <w:r>
        <w:t>aaj khuda hafiz hai, bilkul theek hoon. hamari team ke member, university malhotrane aaj raat ko khwab dekha ke ek bohat hi hara bhara park hai, main is mein daud raha hoon.</w:t>
      </w:r>
    </w:p>
    <w:p>
      <w:pPr>
        <w:jc w:val="right"/>
      </w:pPr>
      <w:r>
        <w:t>آجخداحافظہے،بالکلٹھیکہوں۔ ہماریٹیم کےممبر ،یونیورسٹیملھوترانے آجراتکوخوابدیکھا کہایکبہتہیہرابھراپارکہے، میںاسمیںدوڑرہاہوں۔</w:t>
      </w:r>
    </w:p>
    <w:p>
      <w:r>
        <w:rPr>
          <w:b/>
        </w:rPr>
        <w:t xml:space="preserve">[10:38] </w:t>
      </w:r>
      <w:r>
        <w:t>is mein main daud raha hoon. is ka matlab hai ke main bilkul normal ho gaya hoon. is pain ka mujhe experience hua, is ne mera, mere, mere intellectual development mera bohat zyada ho gaya.</w:t>
      </w:r>
    </w:p>
    <w:p>
      <w:pPr>
        <w:jc w:val="right"/>
      </w:pPr>
      <w:r>
        <w:t>اسمیںمیںدوڑرہاہوں۔اسکامعنیہےکہمیںبالکل نارملہوگیاہوں۔ اس پینکاجومجھےایکسپیرینسہوا، اسنے میرا، میرے،میرے انٹلیکچولڈیولپمنٹمیرابہتزیادہہوگیا۔</w:t>
      </w:r>
    </w:p>
    <w:p>
      <w:r>
        <w:rPr>
          <w:b/>
        </w:rPr>
        <w:t xml:space="preserve">[10:53] </w:t>
      </w:r>
      <w:r>
        <w:t>bohat zyada ho gaya.</w:t>
      </w:r>
    </w:p>
    <w:p>
      <w:pPr>
        <w:jc w:val="right"/>
      </w:pPr>
      <w:r>
        <w:t>بہت زیادہہوگیا۔</w:t>
      </w:r>
    </w:p>
    <w:p>
      <w:r>
        <w:rPr>
          <w:b/>
        </w:rPr>
        <w:t xml:space="preserve">[10:56] </w:t>
      </w:r>
      <w:r>
        <w:t>to pain jo hai, pain ya stress jo hai wo booster ka role hai is ka, booster. intellectual booster. jaise aap jante hain ke volleyball jo khel hota hai, is mein ek wall hota hai, ek booster hota hai.</w:t>
      </w:r>
    </w:p>
    <w:p>
      <w:pPr>
        <w:jc w:val="right"/>
      </w:pPr>
      <w:r>
        <w:t>تو پینجوہے، پینیا اسٹریسجوہےوہ بوسٹرکارولہےاسکا،بوسٹر۔انٹلیکچولبوسٹر۔ جیسےآپجانتےہیںکہ والی بال جوکھیل ہوتاہے، اسمیںایک والرہوتاہے،ایکبوسٹرہوتاہے۔</w:t>
      </w:r>
    </w:p>
    <w:p>
      <w:r>
        <w:rPr>
          <w:b/>
        </w:rPr>
        <w:t xml:space="preserve">[11:10] </w:t>
      </w:r>
      <w:r>
        <w:t>that is physical booster. hamari zindagi mein jo stress aata hai, jo pain aata hai, jo musibat aati hai, that is intellectual booster.</w:t>
      </w:r>
    </w:p>
    <w:p>
      <w:pPr>
        <w:jc w:val="right"/>
      </w:pPr>
      <w:r>
        <w:t>دیٹازفزیکلبوسٹر۔ ہماریزندگی میںجواسٹریسآتاہے،جوپینآتاہے،جومصیبتآتیہے، دیٹاز انٹلیکچولبوسٹر۔</w:t>
      </w:r>
    </w:p>
    <w:p>
      <w:r>
        <w:rPr>
          <w:b/>
        </w:rPr>
        <w:t xml:space="preserve">[11:21] </w:t>
      </w:r>
      <w:r>
        <w:t>to yeh jo mujhe musibat padi qatar mein, wo mere liye intellectual booster thi. aur achaanak mere, mere thinking level bohat ooncha ho gaya.</w:t>
      </w:r>
    </w:p>
    <w:p>
      <w:pPr>
        <w:jc w:val="right"/>
      </w:pPr>
      <w:r>
        <w:t>تویہجومجھے مصیبت پڑی قطرمیں، وہ میرےلیے انٹلیکچولبوسٹرتھی۔ اوراچانک میرے،میریتھنکنگکالیولبہتاونچاہوگیا۔</w:t>
      </w:r>
    </w:p>
    <w:p>
      <w:r>
        <w:rPr>
          <w:b/>
        </w:rPr>
        <w:t xml:space="preserve">[11:32] </w:t>
      </w:r>
      <w:r>
        <w:t>yahi, yahi process hai Khuda ka. koi doosra process nahi ho sakta. aap chahein ke intellectual development aap ko mahallon mein ho, aaram ki zindagi mein ho, to impossible hai wo.</w:t>
      </w:r>
    </w:p>
    <w:p>
      <w:pPr>
        <w:jc w:val="right"/>
      </w:pPr>
      <w:r>
        <w:t>یہی، یہی پروسیسہےخداکا ۔ کوئیدوسراپروسیسنہیںہوسکتا۔ آپ چاہیںکہانٹلیکچولڈیولپمنٹآپکومحلوںمیںہو ، آرامکیزندگی میںہو ، تو امپاسیبلہےوہ۔</w:t>
      </w:r>
    </w:p>
    <w:p>
      <w:r>
        <w:rPr>
          <w:b/>
        </w:rPr>
        <w:t xml:space="preserve">[11:44] </w:t>
      </w:r>
      <w:r>
        <w:t>kyun ke wo Khuda ka process nahi hai wo. wo process nahi Khuda ka hai.</w:t>
      </w:r>
    </w:p>
    <w:p>
      <w:pPr>
        <w:jc w:val="right"/>
      </w:pPr>
      <w:r>
        <w:t>کیونکہوہخداکاپروسیسہینہیںہےوہ۔ وہ پروسیسنہیںخداکاہے۔</w:t>
      </w:r>
    </w:p>
    <w:p>
      <w:r>
        <w:rPr>
          <w:b/>
        </w:rPr>
        <w:t xml:space="preserve">[11:50] </w:t>
      </w:r>
      <w:r>
        <w:t>machhli ko mahall mein rakha hai to wo tadpegi. machhli ko pani mein zindagi milti hai.</w:t>
      </w:r>
    </w:p>
    <w:p>
      <w:pPr>
        <w:jc w:val="right"/>
      </w:pPr>
      <w:r>
        <w:t>مچھلیکو محلمیںرکھاہےتووہتڑپےگی۔ مچھلیکوپانی میںزندگی ملتیہے۔</w:t>
      </w:r>
    </w:p>
    <w:p>
      <w:r>
        <w:rPr>
          <w:b/>
        </w:rPr>
        <w:t xml:space="preserve">[11:58] </w:t>
      </w:r>
      <w:r>
        <w:t>to yeh Allah taala ka process hai, stress jisko aap kehte hain, pain jisko aap kehte hain, usi ka negative naam hai tension.</w:t>
      </w:r>
    </w:p>
    <w:p>
      <w:pPr>
        <w:jc w:val="right"/>
      </w:pPr>
      <w:r>
        <w:t>تو یہ اللہ تعالیٰکا پروسیسہے، اسٹریس جسکوآپکہتےہیں،پینجسکوآپکہتےہیں، اسیکانیگیٹیونامہے ٹینشن۔</w:t>
      </w:r>
    </w:p>
    <w:p>
      <w:r>
        <w:rPr>
          <w:b/>
        </w:rPr>
        <w:t xml:space="preserve">[12:07] </w:t>
      </w:r>
      <w:r>
        <w:t>main samajhta hoon ke stress ek positive word hai, lekin is ko negative word de diya gaya hai, tension. stress ka negative naam hai tension.</w:t>
      </w:r>
    </w:p>
    <w:p>
      <w:pPr>
        <w:jc w:val="right"/>
      </w:pPr>
      <w:r>
        <w:t>میںسمجھتاہوںکہاسٹریس ایکپازیٹیوورڈہے، لیکن اسکونیگیٹیوورڈدےدیاگیاہے،ٹینشن۔ اسٹریسکا نیگیٹیونامہے ٹینشن ۔</w:t>
      </w:r>
    </w:p>
    <w:p>
      <w:r>
        <w:rPr>
          <w:b/>
        </w:rPr>
        <w:t xml:space="preserve">[12:18] </w:t>
      </w:r>
      <w:r>
        <w:t>bad name. tension kuch bhi nahi hai. tension is nothing. jis cheez ko aap tension kehte hain, wo booster hai. intellectual booster.</w:t>
      </w:r>
    </w:p>
    <w:p>
      <w:pPr>
        <w:jc w:val="right"/>
      </w:pPr>
      <w:r>
        <w:t>بیڈنیم۔ ٹینشنکچھبھینہیں ہے۔ ٹینشنازنتھنگ۔ جس چیزکوآپٹینشنکہتےہیں،وہ بوسٹرہے۔ انٹلیکچولبوسٹر۔</w:t>
      </w:r>
    </w:p>
    <w:p>
      <w:r>
        <w:rPr>
          <w:b/>
        </w:rPr>
        <w:t xml:space="preserve">[12:29] </w:t>
      </w:r>
      <w:r>
        <w:t>to Allah taala ne mujhe bachpan se ek cheez mere andar thi, usi ka aaj maine soch raha tha ke aisa kyun hota hai mujhe. main intellectual world mein jeeta hoon hamesha se.</w:t>
      </w:r>
    </w:p>
    <w:p>
      <w:pPr>
        <w:jc w:val="right"/>
      </w:pPr>
      <w:r>
        <w:t>تو اللہ تعالیٰنے مجھےبچپنسے ایکچیز میرےاندرتھی، اسیکاآجمیںنےسوچرہاتھاکہ ایساکیوںہوتاہے مجھے۔ میں انٹلیکچولورلڈمیںجیتاتھاہمیشہسے ۔</w:t>
      </w:r>
    </w:p>
    <w:p>
      <w:r>
        <w:rPr>
          <w:b/>
        </w:rPr>
        <w:t xml:space="preserve">[12:42] </w:t>
      </w:r>
      <w:r>
        <w:t>material world mein nahi.</w:t>
      </w:r>
    </w:p>
    <w:p>
      <w:pPr>
        <w:jc w:val="right"/>
      </w:pPr>
      <w:r>
        <w:t>مٹیریلورلڈمیںنہیں ۔</w:t>
      </w:r>
    </w:p>
    <w:p>
      <w:r>
        <w:rPr>
          <w:b/>
        </w:rPr>
        <w:t xml:space="preserve">[12:44] </w:t>
      </w:r>
      <w:r>
        <w:t>bilkul bachpan jo chhota tha main, bilkul chhota jab main tha jo gaon ke bachon ke sath mein dasere mein jata tha.</w:t>
      </w:r>
    </w:p>
    <w:p>
      <w:pPr>
        <w:jc w:val="right"/>
      </w:pPr>
      <w:r>
        <w:t>بالکل بچپنجوچھوٹاتھامیں، بالکلچھوٹاجبمیںتھاجو گاؤںکے بچوںکےساتھ میں دسیرےمیںجاتا تھا۔</w:t>
      </w:r>
    </w:p>
    <w:p>
      <w:r>
        <w:rPr>
          <w:b/>
        </w:rPr>
        <w:t xml:space="preserve">[12:53] </w:t>
      </w:r>
      <w:r>
        <w:t>mela lagta tha wahan mela. hamare gaon se do mil ke fasle par. to meri maan meri jeb mein paisa daal deti thi. aur sab ke bachon ki jeb mein paisa hota tha.</w:t>
      </w:r>
    </w:p>
    <w:p>
      <w:pPr>
        <w:jc w:val="right"/>
      </w:pPr>
      <w:r>
        <w:t>میلہلگتاتھاوہاںمیلہ۔ ہمارےگاؤںسےدومیل کےفاصلےپر۔ تومیریماںمیری جیبمیںپیسہڈالدیتیتھی۔ اور سبکےبچوںکیجیبمیںپیسہہوتاتھا۔</w:t>
      </w:r>
    </w:p>
    <w:p>
      <w:r>
        <w:rPr>
          <w:b/>
        </w:rPr>
        <w:t xml:space="preserve">[13:05] </w:t>
      </w:r>
      <w:r>
        <w:t>sab bachche khoob paisa kharch karte the wahan. shopping karte the.</w:t>
      </w:r>
    </w:p>
    <w:p>
      <w:pPr>
        <w:jc w:val="right"/>
      </w:pPr>
      <w:r>
        <w:t>سب بچےخوبپیسہخرچکرتے تھےوہاں۔ شاپنگکرتے تھے۔</w:t>
      </w:r>
    </w:p>
    <w:p>
      <w:r>
        <w:rPr>
          <w:b/>
        </w:rPr>
        <w:t xml:space="preserve">[13:10] </w:t>
      </w:r>
      <w:r>
        <w:t>mera ek jo mere maa ne daala hota tha, woh waise hi waise hi intact milakar maa ko wapas kardeta tha. na maine ghubara kharida, na mithai kharidi, na koi tamasha kharida.</w:t>
      </w:r>
    </w:p>
    <w:p>
      <w:pPr>
        <w:jc w:val="right"/>
      </w:pPr>
      <w:r>
        <w:t>میرا ایک جو میرے ماںنےڈالاہوتاتھا، وہویسےہیکےویسےہیانٹیکٹملاکر ماںکوواپسکردیتاتھا۔ نہمیںنےغبارہخریدا،نہمٹھائیخریدی، نہکوئیتماشہخریدا۔</w:t>
      </w:r>
    </w:p>
    <w:p>
      <w:r>
        <w:rPr>
          <w:b/>
        </w:rPr>
        <w:t xml:space="preserve">[13:23] </w:t>
      </w:r>
      <w:r>
        <w:t>kabhi. isse koi dilchaspi mujhe nahin thi. saare bachche apna paisa wohi kharch karke aate the. tamashe ki cheezen lekar ke.</w:t>
      </w:r>
    </w:p>
    <w:p>
      <w:pPr>
        <w:jc w:val="right"/>
      </w:pPr>
      <w:r>
        <w:t>کبھی ۔ اسسےکوئیدلچسپیمجھےنہیںتھی۔ سارےبچے اپناپیسہوہیخرچکرکےآتےتھے۔ تماشےکیچیزیںلےکرکے۔</w:t>
      </w:r>
    </w:p>
    <w:p>
      <w:r>
        <w:rPr>
          <w:b/>
        </w:rPr>
        <w:t xml:space="preserve">[13:33] </w:t>
      </w:r>
      <w:r>
        <w:t>koi phajliya hui hai, koi koi mithai li hui hai, koi patang li hui hai, yani koi na koi tamashe ki cheez.</w:t>
      </w:r>
    </w:p>
    <w:p>
      <w:pPr>
        <w:jc w:val="right"/>
      </w:pPr>
      <w:r>
        <w:t>کوئیپھجلیلیہوئیہے، کوئی کوئی مٹھائیلیہوئیہے، کوئی پتنگلیہوئیہے،یعنیکوئینہکوئیتماشےکیچیز ۔</w:t>
      </w:r>
    </w:p>
    <w:p>
      <w:r>
        <w:rPr>
          <w:b/>
        </w:rPr>
        <w:t xml:space="preserve">[13:43] </w:t>
      </w:r>
      <w:r>
        <w:t>main bachchon ke saath jaata tha, bachche kehte the chalne ke liye, lekin main shopping kuch nahin karta tha. yeh bilkul chhote par ki baat hai.</w:t>
      </w:r>
    </w:p>
    <w:p>
      <w:pPr>
        <w:jc w:val="right"/>
      </w:pPr>
      <w:r>
        <w:t>میں بچوںکےساتھجاتا تھا، بچےکہتےتھےچلنےکےلیے ،لیکن میں شاپنگکچھنہیںکرتاتھا۔ یہبالکلچھوٹےپرکیباتہے۔</w:t>
      </w:r>
    </w:p>
    <w:p>
      <w:r>
        <w:rPr>
          <w:b/>
        </w:rPr>
        <w:t xml:space="preserve">[13:54] </w:t>
      </w:r>
      <w:r>
        <w:t>is tarah se dekhiye, hamare gaon mein ya abhi bhi har jagah hota hai, eid ke din log naye naye kapde pehente hain. bachche khaas taur par naye naye kapde.</w:t>
      </w:r>
    </w:p>
    <w:p>
      <w:pPr>
        <w:jc w:val="right"/>
      </w:pPr>
      <w:r>
        <w:t>اسطرحسےدیکھیے، ہمارےگاؤںمیں یاابھیبھیہرجگہہوتاہے، عیدکےدن لوگ نئےنئےکپڑےپہنتےہیں۔ بچے خاصطورپر نئےنئےکپڑے۔</w:t>
      </w:r>
    </w:p>
    <w:p>
      <w:r>
        <w:rPr>
          <w:b/>
        </w:rPr>
        <w:t xml:space="preserve">[14:03] </w:t>
      </w:r>
      <w:r>
        <w:t>hamare ghar mein naye kapde bante the bachchon ke liye. sab bachche kapda pehan pehan kar daud rahe hain idhar udhar. main badalte nahin the kapda. eid ke din meri maa kehti thi kapda badlo.</w:t>
      </w:r>
    </w:p>
    <w:p>
      <w:pPr>
        <w:jc w:val="right"/>
      </w:pPr>
      <w:r>
        <w:t>ہمارےگھرمیںنئےکپڑےبنتےتھےبچوںکےلیے۔ سب بچےکپڑاپہنپہنکردوڑرہےہیںادھرادھر۔میں بدلتےہینہیںتھےکپڑا۔ عیدکےدن میریماںکہتی تھی کپڑابدللو۔</w:t>
      </w:r>
    </w:p>
    <w:p>
      <w:r>
        <w:rPr>
          <w:b/>
        </w:rPr>
        <w:t xml:space="preserve">[14:16] </w:t>
      </w:r>
      <w:r>
        <w:t>toh main kehta tha ki theek hai. jaldi kya hai? badal lete hain kapda main. meri maa kehti thi ki kya pakayen tumhare liye?</w:t>
      </w:r>
    </w:p>
    <w:p>
      <w:pPr>
        <w:jc w:val="right"/>
      </w:pPr>
      <w:r>
        <w:t>تومیںکہتاتھاکہٹھیکہے۔ جلدیکیا ہے؟ بدللیتےکپڑامیں۔ میریماںکہتیتھی کہکیاپکائیںتمہارےلیے؟</w:t>
      </w:r>
    </w:p>
    <w:p>
      <w:r>
        <w:rPr>
          <w:b/>
        </w:rPr>
        <w:t xml:space="preserve">[14:26] </w:t>
      </w:r>
      <w:r>
        <w:t>kabhi zindagi bhar mein ne yeh nahin kaha ki falan cheez pakaiye.</w:t>
      </w:r>
    </w:p>
    <w:p>
      <w:pPr>
        <w:jc w:val="right"/>
      </w:pPr>
      <w:r>
        <w:t>کبھیزندگی بھرمیںنےیہنہیںکہاکہفلاںچیزپکائیے۔</w:t>
      </w:r>
    </w:p>
    <w:p>
      <w:r>
        <w:rPr>
          <w:b/>
        </w:rPr>
        <w:t xml:space="preserve">[14:31] </w:t>
      </w:r>
      <w:r>
        <w:t>zindagi bhar kabhi nahin kaha. na apni. jo hai wohi kha lenge, jo hai wohi kha lenge. toh basic baat jo Allah taala ne mere andar paida kar di thi wohi yeh hai ki main intellectual world mein jeeta tha.</w:t>
      </w:r>
    </w:p>
    <w:p>
      <w:pPr>
        <w:jc w:val="right"/>
      </w:pPr>
      <w:r>
        <w:t>زندگی بھرکبھینہیںکہا۔نہاپنی ۔جوہےوہیکھالیںگے،جوہےوہیکھالیںگے۔ تو بیسکباتجواللہتعالیٰنےمیرےاندرپیداکردیتھیوہیہہےکہمیں انٹلیکچولورلڈمیںجیتاتھا۔</w:t>
      </w:r>
    </w:p>
    <w:p>
      <w:r>
        <w:rPr>
          <w:b/>
        </w:rPr>
        <w:t xml:space="preserve">[14:42] </w:t>
      </w:r>
      <w:r>
        <w:t>yani world of thought, sochna. aur yeh jo material cheezen hain, ismein main jeeta hi nahin tha. jo hai wohi theek hai, jo hai wohi theek hai. isse kya hua ki ek bahut badi cheez main aaj meri discovery mein yeh hui aaj.</w:t>
      </w:r>
    </w:p>
    <w:p>
      <w:pPr>
        <w:jc w:val="right"/>
      </w:pPr>
      <w:r>
        <w:t>یعنیورلڈآف تھاٹ،سوچنا۔ اوریہجومٹیریلچیزیںہیں، اسمیںمیںجیتاہینہیںتھا۔ جوہےوہیٹھیکہے،جوہےوہیٹھیکہے۔ اسسےکیاہوا کہ ایکبہت بڑیچیز میں آجمیریڈسکوریمیںیہہوئیآج۔</w:t>
      </w:r>
    </w:p>
    <w:p>
      <w:r>
        <w:rPr>
          <w:b/>
        </w:rPr>
        <w:t xml:space="preserve">[14:59] </w:t>
      </w:r>
      <w:r>
        <w:t>dekhiye, kyun log tension mein pad jaate hain? aur main tension mein nahin pada. isko maine aaj hi discover kiya. dekhiye, pani jo hai, pani.</w:t>
      </w:r>
    </w:p>
    <w:p>
      <w:pPr>
        <w:jc w:val="right"/>
      </w:pPr>
      <w:r>
        <w:t>دیکھیے، کیوںلوگٹینشنمیںپڑجاتےہیں؟اورمیںٹینشنمیںنہیںپڑا۔ اسکومیںنےآجہیڈسکورکیا۔ دیکھیے،پانیجوہے، پانی۔</w:t>
      </w:r>
    </w:p>
    <w:p>
      <w:r>
        <w:rPr>
          <w:b/>
        </w:rPr>
        <w:t xml:space="preserve">[15:12] </w:t>
      </w:r>
      <w:r>
        <w:t>pani ka laqab kya hai? jab freezing point par aa jati hai thandak, cheez jab jam jaye cheez hai, toh pani jo hai jam jata hai.</w:t>
      </w:r>
    </w:p>
    <w:p>
      <w:pPr>
        <w:jc w:val="right"/>
      </w:pPr>
      <w:r>
        <w:t>پانی کالاککیاہے؟ جب فریزنگپوائنٹپر آجاتیہےٹھنڈک ، چیزجبجمجائےچیزہے، تو پانیجوہےجم جاتاہے۔</w:t>
      </w:r>
    </w:p>
    <w:p>
      <w:r>
        <w:rPr>
          <w:b/>
        </w:rPr>
        <w:t xml:space="preserve">[15:22] </w:t>
      </w:r>
      <w:r>
        <w:t>lekin jamne ke liye kya hota hai? ki expand karta hai yeh. yani 99 percent expand kar deta hai.</w:t>
      </w:r>
    </w:p>
    <w:p>
      <w:pPr>
        <w:jc w:val="right"/>
      </w:pPr>
      <w:r>
        <w:t>لیکن جم نےکےلیےکیاہوتاہے؟ کہ ایکسپینڈکرتاہےیہ۔ یعنی9 9 فیصدایکسپینڈکردیتاہے۔</w:t>
      </w:r>
    </w:p>
    <w:p>
      <w:r>
        <w:rPr>
          <w:b/>
        </w:rPr>
        <w:t xml:space="preserve">[15:29] </w:t>
      </w:r>
      <w:r>
        <w:t>yeh pani jism mein hai, jam jayega toh yeh 99 percent expand karega, phail jayega. isi liye aap jante hain ki Kashmir wagera mein sakht sardi jab hoti hai toh pipe phat jaate hain.</w:t>
      </w:r>
    </w:p>
    <w:p>
      <w:pPr>
        <w:jc w:val="right"/>
      </w:pPr>
      <w:r>
        <w:t>یہپانیجسمیںہے، جمجائےگاتویہ99فیصدایکسپینڈکرےگا، پھیلجائےگا۔ اسیلیےآپ جانتےہیںکہ کشمیروغیرہمیں سخت سردیجبہوتیہے تو پائپپھٹجاتےہیں۔</w:t>
      </w:r>
    </w:p>
    <w:p>
      <w:r>
        <w:rPr>
          <w:b/>
        </w:rPr>
        <w:t xml:space="preserve">[15:43] </w:t>
      </w:r>
      <w:r>
        <w:t>pani ke pipe phat jaate hain. kyun? woh pani expand kar gaya, jam kar. toh jam kar jab pani expand kar gaya toh lohe ne qabool nahin kiya, loha phat gaya.</w:t>
      </w:r>
    </w:p>
    <w:p>
      <w:pPr>
        <w:jc w:val="right"/>
      </w:pPr>
      <w:r>
        <w:t>پانیکےپائپپھٹجاتےہیں۔کیوں ؟ وہپانیایکسپینڈکرگیا،جم کرکے ۔ تو جم کرکےجبپانیایکسپینڈکرگیا تولوہےنے قبولنہیںکیا،لوہاپھٹگیا۔</w:t>
      </w:r>
    </w:p>
    <w:p>
      <w:r>
        <w:rPr>
          <w:b/>
        </w:rPr>
        <w:t xml:space="preserve">[15:54] </w:t>
      </w:r>
      <w:r>
        <w:t>jo lohe ka jo diameter hota hai, woh diameter se zyada ho gaya iska.</w:t>
      </w:r>
    </w:p>
    <w:p>
      <w:pPr>
        <w:jc w:val="right"/>
      </w:pPr>
      <w:r>
        <w:t>جو لوہےکاجوڈائیمیٹرہوتاہے، وہڈائیمیٹرسےزیادہہوگیااسکا ۔</w:t>
      </w:r>
    </w:p>
    <w:p>
      <w:r>
        <w:rPr>
          <w:b/>
        </w:rPr>
        <w:t xml:space="preserve">[15:58] </w:t>
      </w:r>
      <w:r>
        <w:t>toh Kashmir wagera mein sakht sardi mein pipe phat jaate hain. achha, lekin aap jante hain ki samundaron mein north pole aur south pole samundaron mein barf ke pahad hain, jisko aap iceberg kehte hain.</w:t>
      </w:r>
    </w:p>
    <w:p>
      <w:pPr>
        <w:jc w:val="right"/>
      </w:pPr>
      <w:r>
        <w:t>تو کشمیروغیرہمیں سخت سردیمیں پائپپھٹجاتےہیں۔ اچھا،لیکن آپ جانتےہیںکہسمندروںمیں ن ارتھپولاورساؤتھپولسمندروںمیں برفکےپہاڑہیں، جسکوآپآئسبرگکہتےہیں۔</w:t>
      </w:r>
    </w:p>
    <w:p>
      <w:r>
        <w:rPr>
          <w:b/>
        </w:rPr>
        <w:t xml:space="preserve">[16:17] </w:t>
      </w:r>
      <w:r>
        <w:t>iceberg itne bade bade hote hain ki jo bade bade iceberg hain, woh saat mil lambe aur aur teen mil chaude tak hote hain.</w:t>
      </w:r>
    </w:p>
    <w:p>
      <w:pPr>
        <w:jc w:val="right"/>
      </w:pPr>
      <w:r>
        <w:t>آئسبرگاتنےبڑےبڑےہوتےہیںکہ جو بڑےبڑےآئسبرگہیں،وہ سات میل لمبے اور اور تینمیلچوڑےتکہوتےہیں۔</w:t>
      </w:r>
    </w:p>
    <w:p>
      <w:r>
        <w:rPr>
          <w:b/>
        </w:rPr>
        <w:t xml:space="preserve">[16:26] </w:t>
      </w:r>
      <w:r>
        <w:t>yeh saat teen mil chauda aur saat mil lamba, itna bada iceberg. toh wahan kuch nahin hota. kyun?</w:t>
      </w:r>
    </w:p>
    <w:p>
      <w:pPr>
        <w:jc w:val="right"/>
      </w:pPr>
      <w:r>
        <w:t>یہ ساتتینمیل چوڑااورساتمیل لمبا،اتنابڑاآئسبرگ۔ تو وہاںکچھنہیںہوتا۔ کیوں ؟</w:t>
      </w:r>
    </w:p>
    <w:p>
      <w:r>
        <w:rPr>
          <w:b/>
        </w:rPr>
        <w:t xml:space="preserve">[16:35] </w:t>
      </w:r>
      <w:r>
        <w:t>iceberg jo hai, woh khali fazaa mein hai, jitna chahe phailta chala jaye. iceberg bhi pani ko jamne se hota hai. iceberg jo hai, woh pani ke jamne se hota hai.</w:t>
      </w:r>
    </w:p>
    <w:p>
      <w:pPr>
        <w:jc w:val="right"/>
      </w:pPr>
      <w:r>
        <w:t>آئسبرگجوہے، وہ کھلیفضامیںہے، جتناچاہےپھیلتاچلاجائے۔ آئسبرگبھی پانیکو جمنےسےہوتاہے۔ آئسبرگجوہے،وہپانیکےجم نےسےہوتاہے۔</w:t>
      </w:r>
    </w:p>
    <w:p>
      <w:r>
        <w:rPr>
          <w:b/>
        </w:rPr>
        <w:t xml:space="preserve">[16:48] </w:t>
      </w:r>
      <w:r>
        <w:t>iska bhi size phail jata hai, wahi 99 percent ke</w:t>
      </w:r>
    </w:p>
    <w:p>
      <w:pPr>
        <w:jc w:val="right"/>
      </w:pPr>
      <w:r>
        <w:t>اسکا بھی سائز پھیلجاتاہے، وہی 9 9فیصد کے</w:t>
      </w:r>
    </w:p>
    <w:p>
      <w:r>
        <w:rPr>
          <w:b/>
        </w:rPr>
        <w:t xml:space="preserve">[16:54] </w:t>
      </w:r>
      <w:r>
        <w:t>ratio se. lekin woh wahan kuch nahin hota, kyunki woh toh poori kainat iske liye phailne ke liye hai. lekin jo lohe mein ya shishe mein jo pani hai, woh jab jamta hai toh phat jata hai iska container.</w:t>
      </w:r>
    </w:p>
    <w:p>
      <w:pPr>
        <w:jc w:val="right"/>
      </w:pPr>
      <w:r>
        <w:t>ریشوسے۔لیکن وہوہاںکچھنہیںہوتا، کیونکہوہتوپوریکائناتاسکےلیےپھیلنےکےلیےہے۔ لیکن جو لوہےمیںیاشیشےمیںجوپانیہے، وہجبجم تاہے تو پھٹجاتاہےاسکاکنٹینر۔</w:t>
      </w:r>
    </w:p>
    <w:p>
      <w:r>
        <w:rPr>
          <w:b/>
        </w:rPr>
        <w:t xml:space="preserve">[17:06] </w:t>
      </w:r>
      <w:r>
        <w:t>kyunki woh woh toh badh gaya iska size, iska size nahin badha. toh aaj maine samjha ki logon ke paas jo material woh hai, thinking hai.</w:t>
      </w:r>
    </w:p>
    <w:p>
      <w:pPr>
        <w:jc w:val="right"/>
      </w:pPr>
      <w:r>
        <w:t>کیونکہوہ وہتو وہتوبڑھگیا اسکاسائز،اسکاسائزنہیںبڑھا۔ تو آج میںنےسمجھاکہ لوگوںکےپاس جو مٹیریل وہہے، تھنکنگہے۔</w:t>
      </w:r>
    </w:p>
    <w:p>
      <w:r>
        <w:rPr>
          <w:b/>
        </w:rPr>
        <w:t xml:space="preserve">[17:19] </w:t>
      </w:r>
      <w:r>
        <w:t>meri thi intellectual thinking. intellectual thinking jo hai, iski koi had nahin.</w:t>
      </w:r>
    </w:p>
    <w:p>
      <w:pPr>
        <w:jc w:val="right"/>
      </w:pPr>
      <w:r>
        <w:t>میریتھی انٹلیکچولتھنکنگ۔ انٹلیکچولتھنکنگجوہے،اسکیکوئیحد نہیں۔</w:t>
      </w:r>
    </w:p>
    <w:p>
      <w:r>
        <w:rPr>
          <w:b/>
        </w:rPr>
        <w:t xml:space="preserve">[17:24] </w:t>
      </w:r>
      <w:r>
        <w:t>jitna chahe sochate chale jao. lekin material thinking to had hoti hai. to is wajah se woh tension paR jaata hai.</w:t>
      </w:r>
    </w:p>
    <w:p>
      <w:pPr>
        <w:jc w:val="right"/>
      </w:pPr>
      <w:r>
        <w:t>جتناچاہےسوچتےچلےجاؤ۔ لیکن مٹیریلتھنکنگتوحدہوتیہے۔ تو اسوجہسےوہ ٹینشنپڑجاتاہے۔</w:t>
      </w:r>
    </w:p>
    <w:p>
      <w:r>
        <w:rPr>
          <w:b/>
        </w:rPr>
        <w:t xml:space="preserve">[17:33] </w:t>
      </w:r>
      <w:r>
        <w:t>tension iska is ka naam hai ke aap ka pani jab jame to aap ka jo diameter hai, us se kam ho. to phaT jaata hai woh.</w:t>
      </w:r>
    </w:p>
    <w:p>
      <w:pPr>
        <w:jc w:val="right"/>
      </w:pPr>
      <w:r>
        <w:t>ٹینشن اسکا اسکانامہےکہآپ کاپانیجبجمے توآپ کاجو ڈائیمیٹرہے،اسسےکمہو ۔ تو پھٹجاتاہےوہ۔</w:t>
      </w:r>
    </w:p>
    <w:p>
      <w:r>
        <w:rPr>
          <w:b/>
        </w:rPr>
        <w:t xml:space="preserve">[17:43] </w:t>
      </w:r>
      <w:r>
        <w:t>lekin yeh jo hai, iceberg nahin, iceberg aisa koi accident nahin paida karta. kyunke is ko phailta jaye ga, phailta jaye ga, phailta jaye ga.</w:t>
      </w:r>
    </w:p>
    <w:p>
      <w:pPr>
        <w:jc w:val="right"/>
      </w:pPr>
      <w:r>
        <w:t>لیکن یہجوہے، آئسبرگنہیں،آئسبرگایساکوئی ایکسیڈنٹنہیںپیدا کرتا۔کیونکہاسکوپھیلتاجائےگا،پھیلتاجائےگا،پھیلتاجائےگا۔</w:t>
      </w:r>
    </w:p>
    <w:p>
      <w:r>
        <w:rPr>
          <w:b/>
        </w:rPr>
        <w:t xml:space="preserve">[17:54] </w:t>
      </w:r>
      <w:r>
        <w:t>to main Khuda ke fazl se bachpan se aisa raha hoon ke main intellectual world mein jeeta hoon. to koi koi cheez mujhe tension nahin paida nahin karti.</w:t>
      </w:r>
    </w:p>
    <w:p>
      <w:pPr>
        <w:jc w:val="right"/>
      </w:pPr>
      <w:r>
        <w:t>تو میں خداکےفضلسےبچپنسےایسا رہاہوں کہمیں انٹلیکچولورلڈمیںجیتاہوں۔ تو کوئی کوئیچیزمجھےٹینشننہیںپیدا نہیںکرتی۔</w:t>
      </w:r>
    </w:p>
    <w:p>
      <w:r>
        <w:rPr>
          <w:b/>
        </w:rPr>
        <w:t xml:space="preserve">[18:03] </w:t>
      </w:r>
      <w:r>
        <w:t>kyunke mujhe soch baRhti hai, soch baRhti hai, soch baRhti hai. aur jo log material world mein jeete hain, woh kisi building mein phanse hue hain, aulad mein phanse hue hain, business mein phanse hue hain, to woh to sab methylated hain.</w:t>
      </w:r>
    </w:p>
    <w:p>
      <w:pPr>
        <w:jc w:val="right"/>
      </w:pPr>
      <w:r>
        <w:t>کیونکہمیںسوچبڑھتیہے،سوچبڑھتیہے،سوچبڑھتیہے۔ اور جولوگ مٹیریلورلڈمیںجیتےہیں، وہکسی بلڈنگمیںپھنسےہوئےہیں، اولادمیںپھنسےہوئے ہیں، بزنسمیںپھنسےہوئےہیں،تووہتوسبلمیٹڈہیں۔</w:t>
      </w:r>
    </w:p>
    <w:p>
      <w:r>
        <w:rPr>
          <w:b/>
        </w:rPr>
        <w:t xml:space="preserve">[18:15] </w:t>
      </w:r>
      <w:r>
        <w:t>woh methylated hain. to woh tension mein mubtala ho jaate hain.</w:t>
      </w:r>
    </w:p>
    <w:p>
      <w:pPr>
        <w:jc w:val="right"/>
      </w:pPr>
      <w:r>
        <w:t>وہسبلمیٹڈہیں۔ تو وہٹینشن میں مبتلاہوجاتےہیں۔</w:t>
      </w:r>
    </w:p>
    <w:p>
      <w:r>
        <w:rPr>
          <w:b/>
        </w:rPr>
        <w:t xml:space="preserve">[18:22] </w:t>
      </w:r>
      <w:r>
        <w:t>yeh bohat bari baat jo hai, maine aaj discover kiya ke aadmi agar world of ideas mein jiye ga to kabhi woh tension mein mubtala nahin ho ga.</w:t>
      </w:r>
    </w:p>
    <w:p>
      <w:pPr>
        <w:jc w:val="right"/>
      </w:pPr>
      <w:r>
        <w:t>یہ بہت بڑیبات جوہے،میںنےآجڈسکورکی کہآدمیاگر ورلڈآفآئیڈیازمیںجیئےگا تو کبھیوہٹینشنمیںمبتلانہیںہوگا۔</w:t>
      </w:r>
    </w:p>
    <w:p>
      <w:r>
        <w:rPr>
          <w:b/>
        </w:rPr>
        <w:t xml:space="preserve">[18:32] </w:t>
      </w:r>
      <w:r>
        <w:t>agar material cheezon mein jiye ga, aulad mein, building mein, business mein, shopping mein, family affairs mein, daawaton mein, outings mein, to yeh hi ho ga is ka. jab jab is ko koi shak lage ga to tension mein mubtala ho jaye ga.</w:t>
      </w:r>
    </w:p>
    <w:p>
      <w:pPr>
        <w:jc w:val="right"/>
      </w:pPr>
      <w:r>
        <w:t>اگر مٹیریلچیزوںمیںجیئےگا، اول ادمیں، بلڈنگمیں، بزنسمیں، شاپنگمیں، فیملیافیئرزمیں، دعوتوںمیں،آؤٹنگمیں، تویہیہوگااسسے۔جب جب اسکو کوئیشاکلگےگا تو ٹینشنمیںمبتلاہوجائےگا۔</w:t>
      </w:r>
    </w:p>
    <w:p>
      <w:r>
        <w:rPr>
          <w:b/>
        </w:rPr>
        <w:t xml:space="preserve">[18:50] </w:t>
      </w:r>
      <w:r>
        <w:t>ab main aap ko ek bohat hi, yani ek misaal batata hoon is dil ki.</w:t>
      </w:r>
    </w:p>
    <w:p>
      <w:pPr>
        <w:jc w:val="right"/>
      </w:pPr>
      <w:r>
        <w:t>ابمیںآپکوایکبہت ہی، یعنی ایک مثالبتاتاہوںاسیدلیکی۔</w:t>
      </w:r>
    </w:p>
    <w:p>
      <w:r>
        <w:rPr>
          <w:b/>
        </w:rPr>
        <w:t xml:space="preserve">[18:58] </w:t>
      </w:r>
      <w:r>
        <w:t>dilli mein hum ne ek bohat baRi zameen kharid thi. yani hamari jo jagah hai, us se das guna se bhi ziyada baRi thi woh.</w:t>
      </w:r>
    </w:p>
    <w:p>
      <w:pPr>
        <w:jc w:val="right"/>
      </w:pPr>
      <w:r>
        <w:t>دلیمیںہمنے ایکبہت بڑیزمین خریدیتھی۔ یعنیہماریجوجگہہے، اسسے دسگناسےبھیزیادہ بڑیتھیوہ ۔</w:t>
      </w:r>
    </w:p>
    <w:p>
      <w:r>
        <w:rPr>
          <w:b/>
        </w:rPr>
        <w:t xml:space="preserve">[19:08] </w:t>
      </w:r>
      <w:r>
        <w:t>jamna ke kinare, ring road par. hamari jo C 29 hai, us se das guna se bhi ziyada baRi thi woh.</w:t>
      </w:r>
    </w:p>
    <w:p>
      <w:pPr>
        <w:jc w:val="right"/>
      </w:pPr>
      <w:r>
        <w:t>جم ناکےکنارے، رنگروڈپر ۔ ہماریجوسی 2 9 ہے،اسسےدسگناسےبھیزیادہبڑیتھیوہ۔</w:t>
      </w:r>
    </w:p>
    <w:p>
      <w:r>
        <w:rPr>
          <w:b/>
        </w:rPr>
        <w:t xml:space="preserve">[19:16] </w:t>
      </w:r>
      <w:r>
        <w:t>hum ek khwab dekhte the ke hum baRa center banayein ge, yahan lawn hoga, aur yahan greenary hogi, aur yeh hoga, aur woh hoga. lekin kya hua?</w:t>
      </w:r>
    </w:p>
    <w:p>
      <w:pPr>
        <w:jc w:val="right"/>
      </w:pPr>
      <w:r>
        <w:t>ہمایکخوابدیکھتےتھےکہہمبڑاسینٹربنائیںگے، یہاں لانہوگا، اور یہاں گرینریہوگی،اوریہہوگا،اوروہہوگا۔ لیکن کیا ہوا ؟</w:t>
      </w:r>
    </w:p>
    <w:p>
      <w:r>
        <w:rPr>
          <w:b/>
        </w:rPr>
        <w:t xml:space="preserve">[19:28] </w:t>
      </w:r>
      <w:r>
        <w:t>hamare advisor the is zamane mein, unhone humein bohat galat advise kiya. unhone bataya ke yeh jagah jo hai, yeh dilli ke master plan mein nahin hai.</w:t>
      </w:r>
    </w:p>
    <w:p>
      <w:pPr>
        <w:jc w:val="right"/>
      </w:pPr>
      <w:r>
        <w:t>ہمارےایڈوائزرتھےاسزمانےمیں، انہوںنےہمیںبہتغلطایڈوائسکیا۔ انہوںنےبتایاکہیہ جگہجوہے، یہ دلیکےماسٹرپلانمیںنہیںہے۔</w:t>
      </w:r>
    </w:p>
    <w:p>
      <w:r>
        <w:rPr>
          <w:b/>
        </w:rPr>
        <w:t xml:space="preserve">[19:39] </w:t>
      </w:r>
      <w:r>
        <w:t>halanke woh thi. us waqt hum director par nahin jaante the, un par hum ne trust kar</w:t>
      </w:r>
    </w:p>
    <w:p>
      <w:pPr>
        <w:jc w:val="right"/>
      </w:pPr>
      <w:r>
        <w:t>حالانکہوہ تھی۔ اسوقت ہمڈائریکٹرپرنہیںجانتےتھے،انپرہمنے ٹرسٹکر</w:t>
      </w:r>
    </w:p>
    <w:p>
      <w:r>
        <w:rPr>
          <w:b/>
        </w:rPr>
        <w:t xml:space="preserve">[19:45] </w:t>
      </w:r>
      <w:r>
        <w:t>liya. unhone kaha ke master plan mein nahin hai, yeh bilkul freehold hai. yeh thi woh master plan mein. chunancha jab yeh regime aayi, pichhli regime jo aayi,</w:t>
      </w:r>
    </w:p>
    <w:p>
      <w:pPr>
        <w:jc w:val="right"/>
      </w:pPr>
      <w:r>
        <w:t>لیا۔ انہوںنےکہاکہماسٹرپلانمیںنہیںہے،یہبالکل فریہولڈہے۔یہ تھی وہماسٹرپلانمیں۔ چنانچہجب یہ ریجیمآئی،پچھلی ریجیمجوآئی،</w:t>
      </w:r>
    </w:p>
    <w:p>
      <w:r>
        <w:rPr>
          <w:b/>
        </w:rPr>
        <w:t xml:space="preserve">[19:58] </w:t>
      </w:r>
      <w:r>
        <w:t>pichhli regime, to us ne is ko acquire kar liya. achha, isi area mein aur bhi kuch log the jinhone aisi zameen kharid thi, isi wrong advice par.</w:t>
      </w:r>
    </w:p>
    <w:p>
      <w:pPr>
        <w:jc w:val="right"/>
      </w:pPr>
      <w:r>
        <w:t>پچھلیریجیم، تو اسنےاسکواکوائرکرلیا۔ اچھا،اسیایریامیں اوربھیکچھلوگ تھےجنہوںنےایسیزمین خریدیتھی، اسی رانگایڈوائسپر ۔</w:t>
      </w:r>
    </w:p>
    <w:p>
      <w:r>
        <w:rPr>
          <w:b/>
        </w:rPr>
        <w:t xml:space="preserve">[20:09] </w:t>
      </w:r>
      <w:r>
        <w:t>to mujhe pata chala ke woh itna ziyada un par asar pada ke koi diabetes ho gaya, kisi ko blood pressure baRh gaya, kisi ko, yani nervous system ka jo hai,</w:t>
      </w:r>
    </w:p>
    <w:p>
      <w:pPr>
        <w:jc w:val="right"/>
      </w:pPr>
      <w:r>
        <w:t>تومجھےپتہچلاکہوہ اتنازیادہ انپر اثرپڑاکہ کوئیڈائبیٹکہوگیا، کسی کو بلڈپریشربڑھگیا، کسی کو ،یعنی نروس سسٹمانکاجوہے،</w:t>
      </w:r>
    </w:p>
    <w:p>
      <w:r>
        <w:rPr>
          <w:b/>
        </w:rPr>
        <w:t xml:space="preserve">[20:24] </w:t>
      </w:r>
      <w:r>
        <w:t>collapse karne ke qareeb pahunch gaya. kyun? woh material cheezon mein jeete the. aur main world of ideas mein jeeta tha. main ne kya so</w:t>
      </w:r>
    </w:p>
    <w:p>
      <w:pPr>
        <w:jc w:val="right"/>
      </w:pPr>
      <w:r>
        <w:t>کولیپسکرنےکے قریبپہنچگیا۔ کیوں؟وہ مٹیریلچیزوںمیںجیتےتھے۔ اورمیں ورلڈآفآئیڈیازمیںجیتاتھا۔ میںنےکیاسو</w:t>
      </w:r>
    </w:p>
    <w:p>
      <w:r>
        <w:rPr>
          <w:b/>
        </w:rPr>
        <w:t xml:space="preserve">[20:33] </w:t>
      </w:r>
      <w:r>
        <w:t>cha? jab zameen woh chali gayi hamari, to mere mind ne wahi world of ideas mein sochna shuru kiya.</w:t>
      </w:r>
    </w:p>
    <w:p>
      <w:pPr>
        <w:jc w:val="right"/>
      </w:pPr>
      <w:r>
        <w:t>چا؟جب زمین وہ چلیگئیہماری، تو میرے مائنڈنے وہی ورلڈآفآئیڈیازمیں سوچناشروعکیا۔</w:t>
      </w:r>
    </w:p>
    <w:p>
      <w:r>
        <w:rPr>
          <w:b/>
        </w:rPr>
        <w:t xml:space="preserve">[20:43] </w:t>
      </w:r>
      <w:r>
        <w:t>to main ne socha ke ab main zameen ke gham kyun karoon? yeh to global aalishaan ke zamane hai, communication ke zamane hai. ek local taur par koi building ho, yeh to yeh to irrelevant ho chuki hai is zamane mein.</w:t>
      </w:r>
    </w:p>
    <w:p>
      <w:pPr>
        <w:jc w:val="right"/>
      </w:pPr>
      <w:r>
        <w:t>تومیںنےسوچاکہابمیں زمین کے غمکیوںکروں ؟ یہتو گلوبلعائشہکےزمانہہے، کمیونیکیشنکےزمانہہے۔ ایک لوکل طورپرکوئیبلڈنگہو ، یہتو یہتواریلیونٹہوچکیہےاسزمانےمیں۔</w:t>
      </w:r>
    </w:p>
    <w:p>
      <w:r>
        <w:rPr>
          <w:b/>
        </w:rPr>
        <w:t xml:space="preserve">[20:57] </w:t>
      </w:r>
      <w:r>
        <w:t>aisi building mein, main saari duniya mein, isi building mein reh kar main saari duniya mein apna mission phaila sakta hoon. communication ke zariye se.</w:t>
      </w:r>
    </w:p>
    <w:p>
      <w:pPr>
        <w:jc w:val="right"/>
      </w:pPr>
      <w:r>
        <w:t>اسیاسی بلڈنگمیں، میں ساریدنیا میں، اسیبلڈنگمیںرہکرمیںساریدنیا میںاپنامشنپھیلاسکتاہوں۔ کمیونیکیشنکےذریعےسے۔</w:t>
      </w:r>
    </w:p>
    <w:p>
      <w:r>
        <w:rPr>
          <w:b/>
        </w:rPr>
        <w:t xml:space="preserve">[21:06] </w:t>
      </w:r>
      <w:r>
        <w:t>modern technology hai, multimedia ke is ke zariye se. woh Khuda ke fazl se kar raha hoon. mujhe ek din bhi tension nahin hua. kyunke mera mind expand kar sakta tha poori universe mein.</w:t>
      </w:r>
    </w:p>
    <w:p>
      <w:pPr>
        <w:jc w:val="right"/>
      </w:pPr>
      <w:r>
        <w:t>ماڈرنجوٹیکنیکہے، ملٹیمیڈیاکےاسکےذریعےسے۔ وہخداکےفضلمیںکررہاہوں۔ مجھےایک دنبھیٹینشننہیںہوا ۔ کیونکہمیرا مائنڈایکسپینڈکرسکتاتھا پورییونیورس میں۔</w:t>
      </w:r>
    </w:p>
    <w:p>
      <w:r>
        <w:rPr>
          <w:b/>
        </w:rPr>
        <w:t xml:space="preserve">[21:19] </w:t>
      </w:r>
      <w:r>
        <w:t>aur un logon ka jo mind tha, woh is ko expand karne ke liye thodi si jagah thi, bas wohi. wohi line, wohi building.</w:t>
      </w:r>
    </w:p>
    <w:p>
      <w:pPr>
        <w:jc w:val="right"/>
      </w:pPr>
      <w:r>
        <w:t>اورانلوگوںکاجو مائنڈتھا،وہ اسکوایکسپینڈکرنےکےلیےتھوڑیسیجگہتھی،بسوہی۔وہیلائن،وہیبلڈنگ۔</w:t>
      </w:r>
    </w:p>
    <w:p>
      <w:r>
        <w:rPr>
          <w:b/>
        </w:rPr>
        <w:t xml:space="preserve">[21:27] </w:t>
      </w:r>
      <w:r>
        <w:t>to collapse kar gaya un ka. un ka container collapse kar gaya. main iceberg ki tarah baRhata raha mera. ab main Khuda ke fazl se bilkul mutma'innah ho kar ke main ne nai surat e haal ko adjust kar liya.</w:t>
      </w:r>
    </w:p>
    <w:p>
      <w:pPr>
        <w:jc w:val="right"/>
      </w:pPr>
      <w:r>
        <w:t>تو کولیپسکرگیاانکا۔ انکاکنٹینرکولیپسکرگیا۔ میں آئسبرگکیطرحبڑھتارہامیرا۔ ابمیںخداکےفضلسےبالکل مطمئنہوکرکےمیںنےنئیصورت حالکوایڈجسٹکرلیا۔</w:t>
      </w:r>
    </w:p>
    <w:p>
      <w:r>
        <w:rPr>
          <w:b/>
        </w:rPr>
        <w:t xml:space="preserve">[21:38] </w:t>
      </w:r>
      <w:r>
        <w:t>ke baghair island ke, main isi building mein jo mere paas hai, main apne mission ko baRhau ga. Khuda ke fazl se yeh mission international level par baRh gaya. building nahin baRhi.</w:t>
      </w:r>
    </w:p>
    <w:p>
      <w:pPr>
        <w:jc w:val="right"/>
      </w:pPr>
      <w:r>
        <w:t>کہبغیراسلینڈکے،میںاسیبلڈنگمیںجو میرےپاسہے، میںاپنے مشنکوبڑھاؤںگا۔ خداکےفضلسےیہمشنانٹرنیشنللیولپر بڑھگیا۔ بلڈنگنہیںبڑھی۔</w:t>
      </w:r>
    </w:p>
    <w:p>
      <w:r>
        <w:rPr>
          <w:b/>
        </w:rPr>
        <w:t xml:space="preserve">[21:49] </w:t>
      </w:r>
      <w:r>
        <w:t>lekin yeh age of communication.</w:t>
      </w:r>
    </w:p>
    <w:p>
      <w:pPr>
        <w:jc w:val="right"/>
      </w:pPr>
      <w:r>
        <w:t>لیکن یہ ایجہے،ایجآفکمیونیکیشن۔</w:t>
      </w:r>
    </w:p>
    <w:p>
      <w:r>
        <w:rPr>
          <w:b/>
        </w:rPr>
        <w:t xml:space="preserve">[21:53] </w:t>
      </w:r>
      <w:r>
        <w:t>multimedia ke zaman yeh hai. global aishah ke zaman yeh hai. to humein building ki zaroorat hi kya hai? building ke baghair hi hum saari duniya mein apne mission ko pouncha sakte hain.</w:t>
      </w:r>
    </w:p>
    <w:p>
      <w:pPr>
        <w:jc w:val="right"/>
      </w:pPr>
      <w:r>
        <w:t>ملٹیمیڈیاکےزمان ہہے۔ گلوبلعائشہکےزمان ہہے۔ توہمیںبلڈنگکیضرورتہیکیاہے؟ بلڈنگکےبغیرہیہم ساریدنیا میں اپنے مشنکوپہنچاسکتےہیں۔</w:t>
      </w:r>
    </w:p>
    <w:p>
      <w:r>
        <w:rPr>
          <w:b/>
        </w:rPr>
        <w:t xml:space="preserve">[22:05] </w:t>
      </w:r>
      <w:r>
        <w:t>to jab aap jiyenge yeh material world mein, to aap ka pipe phat jayega. aap jiyenge agar world of ideas mein, to aap ka pipe kabhi nahin phatega.</w:t>
      </w:r>
    </w:p>
    <w:p>
      <w:pPr>
        <w:jc w:val="right"/>
      </w:pPr>
      <w:r>
        <w:t>توجب آپ جیئیںگے یہ مٹیریلورلڈمیں، توآپ کاپائپپھٹجائےگا۔ آپ جیئیںگےاگر ورلڈآفآئیڈیازمیں، تو آپکاپائپکبھینہیںپھٹےگا۔</w:t>
      </w:r>
    </w:p>
    <w:p>
      <w:r>
        <w:rPr>
          <w:b/>
        </w:rPr>
        <w:t xml:space="preserve">[22:18] </w:t>
      </w:r>
      <w:r>
        <w:t>phir aap jiyenge bilkul iceberg</w:t>
      </w:r>
    </w:p>
    <w:p>
      <w:pPr>
        <w:jc w:val="right"/>
      </w:pPr>
      <w:r>
        <w:t>پھرآپجیئیںگےبالکل آئسبر</w:t>
      </w:r>
    </w:p>
    <w:p>
      <w:r>
        <w:rPr>
          <w:b/>
        </w:rPr>
        <w:t xml:space="preserve">[22:20] </w:t>
      </w:r>
      <w:r>
        <w:t>ki tarah. phailte phailte agar woh saat meel lamba ho jaye, teen meel choda ho jaye, tab bhi woh nahin phatega.</w:t>
      </w:r>
    </w:p>
    <w:p>
      <w:pPr>
        <w:jc w:val="right"/>
      </w:pPr>
      <w:r>
        <w:t>گکیطرح ۔ پھیلتےپھیلتے اگر وہ سات میل لمباہوجائے، تینمیل چوڑاہوجائے،تببھیوہنہیںپھٹےگا۔</w:t>
      </w:r>
    </w:p>
    <w:p>
      <w:r>
        <w:rPr>
          <w:b/>
        </w:rPr>
        <w:t xml:space="preserve">[22:30] </w:t>
      </w:r>
      <w:r>
        <w:t>kyunke woh poori kainat iske phailne ke liye maujood hai.</w:t>
      </w:r>
    </w:p>
    <w:p>
      <w:pPr>
        <w:jc w:val="right"/>
      </w:pPr>
      <w:r>
        <w:t>کیونکہوہپوریکائناتاسکےپھیلنےکےلیےموجود ہے۔</w:t>
      </w:r>
    </w:p>
    <w:p>
      <w:r>
        <w:rPr>
          <w:b/>
        </w:rPr>
        <w:t xml:space="preserve">[22:36] </w:t>
      </w:r>
      <w:r>
        <w:t>main chahta hoon ke hamari team jo hai, yeh team aise hi insaan bane. iceberg jaisa insaan bane woh. ke iske phailaao ko koi cheez rokne wali na ho.</w:t>
      </w:r>
    </w:p>
    <w:p>
      <w:pPr>
        <w:jc w:val="right"/>
      </w:pPr>
      <w:r>
        <w:t>میںچاہتاہوںکہہماریٹیم جوہے،یہٹیم ایسےہیانسان بنے۔ آئسبرگجیساانسانبنےوہ۔ کہاسکےپھیلاؤکوکوئیچیزروکنےوالی نہہو۔</w:t>
      </w:r>
    </w:p>
    <w:p>
      <w:r>
        <w:rPr>
          <w:b/>
        </w:rPr>
        <w:t xml:space="preserve">[22:47] </w:t>
      </w:r>
      <w:r>
        <w:t>yeh main chahta hoon ke aap log isko sochein aur is dhang par apne ko. woh log jo tension ki boli bolte hain, woh negative boli bolte hain.</w:t>
      </w:r>
    </w:p>
    <w:p>
      <w:pPr>
        <w:jc w:val="right"/>
      </w:pPr>
      <w:r>
        <w:t>یہمیںچاہتاہوںکہآپلوگاسکوسوچیں اوراسڈھنگپراپنےکو ۔ وہلوگ جو ٹینشنکیبولیبولتےہیں، وہ نیگیٹیوبولیبولتےہیں۔</w:t>
      </w:r>
    </w:p>
    <w:p>
      <w:r>
        <w:rPr>
          <w:b/>
        </w:rPr>
        <w:t xml:space="preserve">[22:56] </w:t>
      </w:r>
      <w:r>
        <w:t>negative boli asaas universe mein, is khuda ki is duniya mein bejagah hai. iske liye koi jagah nahin hai. poori kainat mein kahin bhi negative nahin hai.</w:t>
      </w:r>
    </w:p>
    <w:p>
      <w:pPr>
        <w:jc w:val="right"/>
      </w:pPr>
      <w:r>
        <w:t>نیگیٹیوبولی اساس یونیورس میں،اس خداکیاسدنیا میں بےجگہہے۔اسکے لیےکوئیجگہنہیںہے۔ پوریکائناتمیںکہیںبھینیگیٹیوٹینہیںہے۔</w:t>
      </w:r>
    </w:p>
    <w:p>
      <w:r>
        <w:rPr>
          <w:b/>
        </w:rPr>
        <w:t xml:space="preserve">[23:09] </w:t>
      </w:r>
      <w:r>
        <w:t>ek scientist ne bohat talash kiya, koi defect nikaale poori universe mein.</w:t>
      </w:r>
    </w:p>
    <w:p>
      <w:pPr>
        <w:jc w:val="right"/>
      </w:pPr>
      <w:r>
        <w:t>ایک سائنٹسٹنےبہت تلاشکیا، کوئیڈیفیکٹنکالے پورییونیورس میں۔</w:t>
      </w:r>
    </w:p>
    <w:p>
      <w:r>
        <w:rPr>
          <w:b/>
        </w:rPr>
        <w:t xml:space="preserve">[23:15] </w:t>
      </w:r>
      <w:r>
        <w:t>bohat talash karte karte isne is ek defect nikalatha. woh stupid tha woh. woh defect kya tha? isne suraj system mein dhoonda, galaxy mein dhoonda, phir nature mein dhoonda, to ek defect isko mila. ke nature mein bhi ek defect hai.</w:t>
      </w:r>
    </w:p>
    <w:p>
      <w:pPr>
        <w:jc w:val="right"/>
      </w:pPr>
      <w:r>
        <w:t>بہت تلاشکرتے کرتے اسنےاسایکڈیفیکٹنکالاتھا۔ وہاسٹیپڈ تھا وہ۔ وہڈیفیکٹکیاتھا؟ اسنے سورجسسٹممیںڈھونڈا، گلیکسیمیںڈھونڈا، پھرنیچرمیںڈھونڈا، تو ایک ڈیفیکٹاسکو ملا ۔کہنیچرمیںبھیایکڈیفیکٹہے۔</w:t>
      </w:r>
    </w:p>
    <w:p>
      <w:r>
        <w:rPr>
          <w:b/>
        </w:rPr>
        <w:t xml:space="preserve">[23:31] </w:t>
      </w:r>
      <w:r>
        <w:t>woh kya? woh zameen ka size. unhone kaha zameen ka size jo hai, ziyada bada hai.</w:t>
      </w:r>
    </w:p>
    <w:p>
      <w:pPr>
        <w:jc w:val="right"/>
      </w:pPr>
      <w:r>
        <w:t>وہکیا ؟وہزمین کا سائز ۔ انہوںنےکہازمین کاسائز جوہے، زیادہ بڑاہے۔</w:t>
      </w:r>
    </w:p>
    <w:p>
      <w:r>
        <w:rPr>
          <w:b/>
        </w:rPr>
        <w:t xml:space="preserve">[23:39] </w:t>
      </w:r>
      <w:r>
        <w:t>agar chota hota size, to jaise ke hum isko uthate hain, to agar hum das, isne likha ke agar hum das pound ka wazan uthayein to bohat bhari lagta hai woh.</w:t>
      </w:r>
    </w:p>
    <w:p>
      <w:pPr>
        <w:jc w:val="right"/>
      </w:pPr>
      <w:r>
        <w:t>اگر چھوٹاہوتاسائز، تو جیسےکہ ہماسکواٹھاتےہیں، تو اگر ہم دس ،اسنےلکھاکہاگر ہم دس پاؤنڈکاوزناٹھائیںتوبہتبھاریلگتاہےوہ ۔</w:t>
      </w:r>
    </w:p>
    <w:p>
      <w:r>
        <w:rPr>
          <w:b/>
        </w:rPr>
        <w:t xml:space="preserve">[23:55] </w:t>
      </w:r>
      <w:r>
        <w:t>bhari kyun lagta hai? gravity ziyada hai. to agar zameen choti hoti to gravity kam hoti. to hum bohat aasani se das pound ka wazan le kar chal sakte hain, jaise ek glass ko le kar chalein ge.</w:t>
      </w:r>
    </w:p>
    <w:p>
      <w:pPr>
        <w:jc w:val="right"/>
      </w:pPr>
      <w:r>
        <w:t>بھاریکیوںلگتاہے؟گریویٹیزیادہ ہے۔ تواگر زمین چھوٹیہوتیتوگریویٹیکمہوتی۔ تو ہمبہتآسانیسےدسپاؤنڈکا وزنلےکر چلسکتےہیں،جیسے ایکگ لاسکولےکےچلیںگے۔</w:t>
      </w:r>
    </w:p>
    <w:p>
      <w:r>
        <w:rPr>
          <w:b/>
        </w:rPr>
        <w:t xml:space="preserve">[24:07] </w:t>
      </w:r>
      <w:r>
        <w:t>lekin bilkul bewakoofi ki baat thi yeh. kyunke zameen ka size agar chota hota, to yeh building bhi na hoti. gravity ki wajah se yeh building qaim hai yeh, yaad rakhiye.</w:t>
      </w:r>
    </w:p>
    <w:p>
      <w:pPr>
        <w:jc w:val="right"/>
      </w:pPr>
      <w:r>
        <w:t>لیکن بالکل بیوقوفیکیباتتھییہ۔ کیونکہ زمین کاسائزاگرچھوٹاہوتا، تویہبلڈنگبھینہہوتی۔ گریویٹیکیوجہ سےیہبلڈنگقائمہےیہ،یادرکھیے۔</w:t>
      </w:r>
    </w:p>
    <w:p>
      <w:r>
        <w:rPr>
          <w:b/>
        </w:rPr>
        <w:t xml:space="preserve">[24:19] </w:t>
      </w:r>
      <w:r>
        <w:t>hum chalte hain, gravity ki wajah se chalte hain. bohat hi proportion type ki gravity hai hamare andar.</w:t>
      </w:r>
    </w:p>
    <w:p>
      <w:pPr>
        <w:jc w:val="right"/>
      </w:pPr>
      <w:r>
        <w:t>ہمچلتےہیں، گری ویٹیکیوجہسےچلتےہیں۔ بہت ہی پروپورشن ٹ قسم کیگریویٹیہےہمارےاندر۔</w:t>
      </w:r>
    </w:p>
    <w:p>
      <w:r>
        <w:rPr>
          <w:b/>
        </w:rPr>
        <w:t xml:space="preserve">[24:28] </w:t>
      </w:r>
      <w:r>
        <w:t>ke hum jo chalte hain road par, hum jo buildingein banate hain, hum jo hum car jo daudate hain, sab isi gravity ki wajah se hai.</w:t>
      </w:r>
    </w:p>
    <w:p>
      <w:pPr>
        <w:jc w:val="right"/>
      </w:pPr>
      <w:r>
        <w:t>کہہمجوچلتےہیںروڈپر،ہمجوبلڈنگیںبناتےہیں،ہمجو ہم کارجودوڑاتےہیں، سب اسی گریویٹیکیوجہسےہے۔</w:t>
      </w:r>
    </w:p>
    <w:p>
      <w:r>
        <w:rPr>
          <w:b/>
        </w:rPr>
        <w:t xml:space="preserve">[24:37] </w:t>
      </w:r>
      <w:r>
        <w:t>gravity agar kam ho, jaise ke usne socha tha, to ho sakta hai ke hum ek bhari wazan le kar chalne ke chal sakein, lekin aur sara disturb ho jayega sara maamla.</w:t>
      </w:r>
    </w:p>
    <w:p>
      <w:pPr>
        <w:jc w:val="right"/>
      </w:pPr>
      <w:r>
        <w:t>گریویٹیاگرکمہو ، جیساکہاسنےسوچاتھا، توہوسکتاہےکہہم ایک بھاریوزنلےکرچلنےکے چلسکیں،لیکن اورسارا ڈسٹربہوجائےگاسارامعاملہ۔</w:t>
      </w:r>
    </w:p>
    <w:p>
      <w:r>
        <w:rPr>
          <w:b/>
        </w:rPr>
        <w:t xml:space="preserve">[24:50] </w:t>
      </w:r>
      <w:r>
        <w:t>to khuda ne wazan ke liye kya kiya? aap ko transport de diya. wazan aap khud khud ko dhoin ko jao. insaan ko khuda ne yeh yeh salahiyat di hai ke ise khud nahin dhona hai.</w:t>
      </w:r>
    </w:p>
    <w:p>
      <w:pPr>
        <w:jc w:val="right"/>
      </w:pPr>
      <w:r>
        <w:t>توخدانے وزنکےلیےکیاکیا ؟ آپکوٹرانسپورٹدےدیا۔ وزنآپخود خودکوڈھوئیںکوجاؤ۔ انسانکو خدانےیہ یہصلاحیتدیہےکہاسےخودنہیںڈھونا ہے۔</w:t>
      </w:r>
    </w:p>
    <w:p>
      <w:r>
        <w:rPr>
          <w:b/>
        </w:rPr>
        <w:t xml:space="preserve">[25:02] </w:t>
      </w:r>
      <w:r>
        <w:t>animal apna wazan khud dhote hain.</w:t>
      </w:r>
    </w:p>
    <w:p>
      <w:pPr>
        <w:jc w:val="right"/>
      </w:pPr>
      <w:r>
        <w:t>اینیمل اپناوزنخودڈھوتےہیں۔</w:t>
      </w:r>
    </w:p>
    <w:p>
      <w:r>
        <w:rPr>
          <w:b/>
        </w:rPr>
        <w:t xml:space="preserve">[25:05] </w:t>
      </w:r>
      <w:r>
        <w:t>insaan ke liye transport hai.</w:t>
      </w:r>
    </w:p>
    <w:p>
      <w:pPr>
        <w:jc w:val="right"/>
      </w:pPr>
      <w:r>
        <w:t>انسان کےلیےٹرانسپورٹہے۔</w:t>
      </w:r>
    </w:p>
    <w:p>
      <w:r>
        <w:rPr>
          <w:b/>
        </w:rPr>
        <w:t xml:space="preserve">[25:10] </w:t>
      </w:r>
      <w:r>
        <w:t>transport se aap apna saman yahan se wahan kar sakta hai woh. wheel bana kar ke woh saman ko yahan se wahan muntaqil kar sakta hai.</w:t>
      </w:r>
    </w:p>
    <w:p>
      <w:pPr>
        <w:jc w:val="right"/>
      </w:pPr>
      <w:r>
        <w:t>ٹرانسپورٹسےآپاپناسام انیہاںسےوہاںکرسکتاہےوہ۔ ویلبناکرکےوہ سامانکویہاںسےوہاںمنتقلکرسکتاہے۔</w:t>
      </w:r>
    </w:p>
    <w:p>
      <w:r>
        <w:rPr>
          <w:b/>
        </w:rPr>
        <w:t xml:space="preserve">[25:20] </w:t>
      </w:r>
      <w:r>
        <w:t>to dekhiye, yeh jo hai, is baat ko samjhiye. is baat ko samjhiye, is is universe mein koi defect nahin hai, koi negative point nahin hai iska.</w:t>
      </w:r>
    </w:p>
    <w:p>
      <w:pPr>
        <w:jc w:val="right"/>
      </w:pPr>
      <w:r>
        <w:t>تو دیکھیے، یہجوہے، اسباتکوسمجھئے۔ اسباتکوسمجھئے،اس اس یونیورس میںکوئی ڈیفیکٹنہیںہے، کوئینیگیٹیوپوائنٹنہیںہےاسکا۔</w:t>
      </w:r>
    </w:p>
    <w:p>
      <w:r>
        <w:rPr>
          <w:b/>
        </w:rPr>
        <w:t xml:space="preserve">[25:32] </w:t>
      </w:r>
      <w:r>
        <w:t>to insaan ki zindagi mein kyun ho sakta hai?</w:t>
      </w:r>
    </w:p>
    <w:p>
      <w:pPr>
        <w:jc w:val="right"/>
      </w:pPr>
      <w:r>
        <w:t>تو انسان کیزندگی میںکیوںہوسکتاہے؟</w:t>
      </w:r>
    </w:p>
    <w:p>
      <w:r>
        <w:rPr>
          <w:b/>
        </w:rPr>
        <w:t xml:space="preserve">[25:35] </w:t>
      </w:r>
      <w:r>
        <w:t>aap ghore kijiye, jab poori universe jo hai, Quran majeed mein bohat zabardast challenge aayi hai, mun ke</w:t>
      </w:r>
    </w:p>
    <w:p>
      <w:pPr>
        <w:jc w:val="right"/>
      </w:pPr>
      <w:r>
        <w:t>آپغورکیجیے، جب پورییونیورس جوہے، قرآنمجیدمیںبہت زبردستچیلنجایکہے، من کہ</w:t>
      </w:r>
    </w:p>
    <w:p>
      <w:r>
        <w:rPr>
          <w:b/>
        </w:rPr>
        <w:t xml:space="preserve">[25:49] </w:t>
      </w:r>
      <w:r>
        <w:t>tum university ko dekho, is kainat ko dekho, is world ko dekho, kahin koi defect nahin nikaal sakte tum . yeh itna bada challenge ko de sakta hai?</w:t>
      </w:r>
    </w:p>
    <w:p>
      <w:pPr>
        <w:jc w:val="right"/>
      </w:pPr>
      <w:r>
        <w:t>تم یونیورسکودیکھو،اسکائناتکودیکھو، اسورلڈکودیکھو، کہیںکوئیڈیفیکٹنہیںنکالسکتےتم ۔ یہ اتنابڑاچیلنجکوندےسکتاہے؟</w:t>
      </w:r>
    </w:p>
    <w:p>
      <w:r>
        <w:rPr>
          <w:b/>
        </w:rPr>
        <w:t xml:space="preserve">[26:00] </w:t>
      </w:r>
      <w:r>
        <w:t>aap asaas surah ko parhiye, surah al mulk mein,</w:t>
      </w:r>
    </w:p>
    <w:p>
      <w:pPr>
        <w:jc w:val="right"/>
      </w:pPr>
      <w:r>
        <w:t>آپ اساسسورہکوپڑھیے،سورہ الملکمیں،</w:t>
      </w:r>
    </w:p>
    <w:p>
      <w:r>
        <w:rPr>
          <w:b/>
        </w:rPr>
        <w:t xml:space="preserve">[26:03] </w:t>
      </w:r>
      <w:r>
        <w:t>ke khuda kehta hai ke yeh jo universe hai tumhare saamne, tum koi defect nahin nikaal sakte iske andar. defect less hai, zero defect hai woh. yeh zero defect universe hai.</w:t>
      </w:r>
    </w:p>
    <w:p>
      <w:pPr>
        <w:jc w:val="right"/>
      </w:pPr>
      <w:r>
        <w:t>کہخداکہتاہےکہ یہجویونیورس ہےتمہارےسامنے، تم کوئیڈیفیکٹنہیںنکالسکتےاسکےاندر۔ڈیفیکٹلیسہے، زیروڈیفیکٹہےوہ۔ یہ زیروڈیفیکٹیونیورس ہے۔</w:t>
      </w:r>
    </w:p>
    <w:p>
      <w:r>
        <w:rPr>
          <w:b/>
        </w:rPr>
        <w:t xml:space="preserve">[26:14] </w:t>
      </w:r>
      <w:r>
        <w:t>tum nahin nikaal sakte iske andar. itni badi kainat ke bare mein khuda challenge kar raha hai. aur aaj tak koi defect nahin nikaal saka.</w:t>
      </w:r>
    </w:p>
    <w:p>
      <w:pPr>
        <w:jc w:val="right"/>
      </w:pPr>
      <w:r>
        <w:t>تم نہیںنکالسکتےاسکےاندر۔ اتنی بڑی کائناتکےبارےمیںخداچیلنجکررہاہے۔ اور آجتککوئی ڈیفیکٹنہیںنکالسکا۔</w:t>
      </w:r>
    </w:p>
    <w:p>
      <w:r>
        <w:rPr>
          <w:b/>
        </w:rPr>
        <w:t xml:space="preserve">[26:24] </w:t>
      </w:r>
      <w:r>
        <w:t>ek scientist ne nikaala to woh bilkul , yaani bilkul stupid type ka tha woh.</w:t>
      </w:r>
    </w:p>
    <w:p>
      <w:pPr>
        <w:jc w:val="right"/>
      </w:pPr>
      <w:r>
        <w:t>ایک سائنٹسٹنےنکالاتووہ بالکل ،یعنیبالکلاسٹیپڈٹائپکاتھاوہ۔</w:t>
      </w:r>
    </w:p>
    <w:p>
      <w:r>
        <w:rPr>
          <w:b/>
        </w:rPr>
        <w:t xml:space="preserve">[26:29] </w:t>
      </w:r>
      <w:r>
        <w:t>kyunki zameen ki agar size chhota kar diya jaaye, jaisa ke usne suggest kiya tha, to saara maamla bigad jaayega. aur jahan tak wazan ki baat hai, to khuda ne aapko pehiya de diya, aapko transport de diya,</w:t>
      </w:r>
    </w:p>
    <w:p>
      <w:pPr>
        <w:jc w:val="right"/>
      </w:pPr>
      <w:r>
        <w:t>کیونکہ زمین کی اگر سائز چھوٹاکردیاجائے،جیساکہاسنے سجیسٹکیاتھا، تو سارامعاملہبگڑجائےگا۔ اورجہاںتکوزنکیباتہے،توخدانے آپکو پہیہدےدیا، آپکوٹرانسپورٹدےدیا،</w:t>
      </w:r>
    </w:p>
    <w:p>
      <w:r>
        <w:rPr>
          <w:b/>
        </w:rPr>
        <w:t xml:space="preserve">[26:43] </w:t>
      </w:r>
      <w:r>
        <w:t>aur uske zariye se aap apna saamaan yahan se wahan muntaqil kijiye. to aap sochiye ke jis universe mein koi negative point na ho, to yeh insaan jo sabse zyada poori universe mein sabse zyada ajeeb ghareeb creature hai,</w:t>
      </w:r>
    </w:p>
    <w:p>
      <w:pPr>
        <w:jc w:val="right"/>
      </w:pPr>
      <w:r>
        <w:t>اوراسکےذریعےسےآپاپناسامانیہاںسےوہاںمنتقلکیجیے۔ تو آپسوچیےکہجسیونیورس میںکوئی نیگیٹیوپوائنٹنہہو، تویہ انسانجو سبسےزیادہ پورییونیورس میںسبسےزیادہعجیبغریب کریچرہے،</w:t>
      </w:r>
    </w:p>
    <w:p>
      <w:r>
        <w:rPr>
          <w:b/>
        </w:rPr>
        <w:t xml:space="preserve">[26:58] </w:t>
      </w:r>
      <w:r>
        <w:t>kya iske andar defect rahega? khuda ki takhleeq mein koi defect nahin hai. har tarah , har tarah fi khalqi al rahmani mutafawit.</w:t>
      </w:r>
    </w:p>
    <w:p>
      <w:pPr>
        <w:jc w:val="right"/>
      </w:pPr>
      <w:r>
        <w:t>کیا اسکےاندرڈیفیکٹرہےگا؟ خدا کیتخلیقمیںکوئیڈیفیکٹنہیںہے۔ ہرطرح ، ہرطرح فیخلق الرحمنمنتفاوت۔</w:t>
      </w:r>
    </w:p>
    <w:p>
      <w:r>
        <w:rPr>
          <w:b/>
        </w:rPr>
        <w:t xml:space="preserve">[27:13] </w:t>
      </w:r>
      <w:r>
        <w:t>khuda ki takhleeq mein koi bhi defect nahin hai. to insaan mein kaise ho jaayega? isliye aap ko samajhna chahiye ke tension koi cheez nahin hai.</w:t>
      </w:r>
    </w:p>
    <w:p>
      <w:pPr>
        <w:jc w:val="right"/>
      </w:pPr>
      <w:r>
        <w:t>خداکیتخلیقمیںکوئی بھیڈیفیکٹنہیںہے۔ توانسانمیںکیسےہوجائےگا؟ اسلیے آپ کو سمجھناچاہیےکہ ٹینشن کوئیچیزنہیںہے۔</w:t>
      </w:r>
    </w:p>
    <w:p>
      <w:r>
        <w:rPr>
          <w:b/>
        </w:rPr>
        <w:t xml:space="preserve">[27:25] </w:t>
      </w:r>
      <w:r>
        <w:t>stress koi cheez nahin hai. yeh basic and design hai.</w:t>
      </w:r>
    </w:p>
    <w:p>
      <w:pPr>
        <w:jc w:val="right"/>
      </w:pPr>
      <w:r>
        <w:t>اسٹریسکوئیچیزنہیںہے۔یہ بیسکانڈسگائز ہے۔</w:t>
      </w:r>
    </w:p>
    <w:p>
      <w:r>
        <w:rPr>
          <w:b/>
        </w:rPr>
        <w:t xml:space="preserve">[27:28] </w:t>
      </w:r>
      <w:r>
        <w:t>aapke intellectual development ke liye hoti hai. kal mein soch raha tha apni zindagi ke bare mein, to mussalallahu ta'ala ne mujhe isse, isi process se guzara hai.</w:t>
      </w:r>
    </w:p>
    <w:p>
      <w:pPr>
        <w:jc w:val="right"/>
      </w:pPr>
      <w:r>
        <w:t>آپکے انٹلیکچولڈیولپمنٹکےلیےہوتیہے۔ کل میںسوچرہاتھااپنی زندگی کےبارےمیں، تو مس لسلاللہ تعالینےمجھے اسیسے،اسی پروسیسسےگزاراہے۔</w:t>
      </w:r>
    </w:p>
    <w:p>
      <w:r>
        <w:rPr>
          <w:b/>
        </w:rPr>
        <w:t xml:space="preserve">[27:40] </w:t>
      </w:r>
      <w:r>
        <w:t>sabse shuru mein, bilkul bachpan mein, naujawaani , naujawaani ke umr mein, dekhiye, mein writing ka shauq mujhe bachpan se tha. sabse pehla jo article maine likha tha, woh tha bachchon ka mushaira.</w:t>
      </w:r>
    </w:p>
    <w:p>
      <w:pPr>
        <w:jc w:val="right"/>
      </w:pPr>
      <w:r>
        <w:t>سبسے شروعمیں،بالکلبچپنمیں، نوجوانی ،نوجوانیکےعمر میں، دیکھیں،میں رائٹنگکاشوقمجھےبچپنسےتھا۔ سبسے پہلاجوآرٹیکلمیںنےلکھاتھا،وہتھا بچوںکا مش اعرہ۔</w:t>
      </w:r>
    </w:p>
    <w:p>
      <w:r>
        <w:rPr>
          <w:b/>
        </w:rPr>
        <w:t xml:space="preserve">[27:53] </w:t>
      </w:r>
      <w:r>
        <w:t>ek bilkul adabi type ka bachchon ka mushaira.</w:t>
      </w:r>
    </w:p>
    <w:p>
      <w:pPr>
        <w:jc w:val="right"/>
      </w:pPr>
      <w:r>
        <w:t>ایکبالکل ادبیٹائپکا بچوںکا مشاعرہ۔</w:t>
      </w:r>
    </w:p>
    <w:p>
      <w:r>
        <w:rPr>
          <w:b/>
        </w:rPr>
        <w:t xml:space="preserve">[27:58] </w:t>
      </w:r>
      <w:r>
        <w:t>hamare yahan gaon mein, hamare jo bade bhai the, Iqbal Ahmed Sohail, to woh shayar the. to hum log sab log chhote chhote bachche the us waqt.</w:t>
      </w:r>
    </w:p>
    <w:p>
      <w:pPr>
        <w:jc w:val="right"/>
      </w:pPr>
      <w:r>
        <w:t>ہمارےہاںگاؤںمیں،ہمارے جو بڑےبھائیتھے،اقبالاحمد سہیل، تووہ شاعرتھے۔ توہملوگ سبلوگچھوٹےچھوٹےبچےتھےاسوقت۔</w:t>
      </w:r>
    </w:p>
    <w:p>
      <w:r>
        <w:rPr>
          <w:b/>
        </w:rPr>
        <w:t xml:space="preserve">[28:08] </w:t>
      </w:r>
      <w:r>
        <w:t>to unhone ek sab likh likh ke ek ek diya. aur humne aa kar padha isko . jaise Irshad unke pote ka naam tha, Iqbal Sohail ke, to pote ke liye unhone do line likhi .</w:t>
      </w:r>
    </w:p>
    <w:p>
      <w:pPr>
        <w:jc w:val="right"/>
      </w:pPr>
      <w:r>
        <w:t>توانہوںنے ایک سبکولکھلکھکےایکایکدیا۔ اورہمنےآ کرپڑھااسکو ۔ جیسے ارشادانکے پوتےکانامتھا، اقبال سہیلکے،تو پوتےکےلیےانہوںنےدولائن لکھ ی۔</w:t>
      </w:r>
    </w:p>
    <w:p>
      <w:r>
        <w:rPr>
          <w:b/>
        </w:rPr>
        <w:t xml:space="preserve">[28:23] </w:t>
      </w:r>
      <w:r>
        <w:t>qasam se woh din jab , qasam se woh din jab aayenge, Irshad Madine jayenge, sarkaar ki chaukhat par jaakar hum sallallahu wasallam gayenge.</w:t>
      </w:r>
    </w:p>
    <w:p>
      <w:pPr>
        <w:jc w:val="right"/>
      </w:pPr>
      <w:r>
        <w:t>قسم تسےوہدن جب ،قسم تسےوہدنجب آئیںگے، ارشاد مدینےجائیںگے، سرکارکی چوکھٹپرجاکرہمصلیوسلم گائیںگے۔</w:t>
      </w:r>
    </w:p>
    <w:p>
      <w:r>
        <w:rPr>
          <w:b/>
        </w:rPr>
        <w:t xml:space="preserve">[28:32] </w:t>
      </w:r>
      <w:r>
        <w:t>abhi yeh mushaira ho raha hai, ismein aage padh rahe hain woh.</w:t>
      </w:r>
    </w:p>
    <w:p>
      <w:pPr>
        <w:jc w:val="right"/>
      </w:pPr>
      <w:r>
        <w:t>ابیہ مشاعرہہورہاہے،اسمیںآگےپڑھرہےہیںوہ۔</w:t>
      </w:r>
    </w:p>
    <w:p>
      <w:r>
        <w:rPr>
          <w:b/>
        </w:rPr>
        <w:t xml:space="preserve">[28:36] </w:t>
      </w:r>
      <w:r>
        <w:t>ek aur bachcha tha, uske liye likh ke diya unhone ke Riyaz Ahmed ka phool hoon, uska naam tha Riyaz Ahmed . aur ban arska tha woh.</w:t>
      </w:r>
    </w:p>
    <w:p>
      <w:pPr>
        <w:jc w:val="right"/>
      </w:pPr>
      <w:r>
        <w:t>ایکاوربچہتھا،اسکےلیےلکھکےدیا انہوںنے کہ ریاض احمد کاپھولہوں،اسکانامتھاریاضاحمد ۔ اور بن ارسکاتھاوہ۔</w:t>
      </w:r>
    </w:p>
    <w:p>
      <w:r>
        <w:rPr>
          <w:b/>
        </w:rPr>
        <w:t xml:space="preserve">[28:45] </w:t>
      </w:r>
      <w:r>
        <w:t>Riyaz Ahmed ka phool hoon mein, agarche kashi watan hai mera , khuda hai khud baghbaan jiska , woh urooj par chaman hai mera. sab likh likh ke diya aaya tha unhone. to hum logon ne mushaira kiya, ise padh padh ke sunaaya.</w:t>
      </w:r>
    </w:p>
    <w:p>
      <w:pPr>
        <w:jc w:val="right"/>
      </w:pPr>
      <w:r>
        <w:t>ریاض احمد کاپھولہوںمیں،اگرچہکاشی وطنہےمیرا ، خداہےخود باغبان جسکا ،وہعروجپرچ منہےمیرا۔ سبکولکھلکھکےدیاآیاتھاانہوںنے۔توہملوگوںنے مشاعرہکیا،اسے پڑھپڑھکے سن ایا۔</w:t>
      </w:r>
    </w:p>
    <w:p>
      <w:r>
        <w:rPr>
          <w:b/>
        </w:rPr>
        <w:t xml:space="preserve">[28:58] </w:t>
      </w:r>
      <w:r>
        <w:t>is par maine ek mazmoon likha tha, bachchon ka mushaira. to big</w:t>
      </w:r>
    </w:p>
    <w:p>
      <w:pPr>
        <w:jc w:val="right"/>
      </w:pPr>
      <w:r>
        <w:t>اسپرمیںنےایکمضمونلکھاتھا، بچوںکامشاعرہ۔ تو بگ</w:t>
      </w:r>
    </w:p>
    <w:p>
      <w:r>
        <w:rPr>
          <w:b/>
        </w:rPr>
        <w:t xml:space="preserve">[29:03] </w:t>
      </w:r>
      <w:r>
        <w:t>bhang meri yahan se hui thi, aap sochiye. mahaz ek ek adabi mazmoon. lekin bada bada shock lagta raha meri zindagi mein. ek ke baad ek, ek ke baad ek, ek ke baad ek.</w:t>
      </w:r>
    </w:p>
    <w:p>
      <w:pPr>
        <w:jc w:val="right"/>
      </w:pPr>
      <w:r>
        <w:t>ننگمیرییہاںسےہوئیتھی،آپسوچیے۔ محضایک ایک ادبی مضمون۔ لیکن بڑابڑاشاکلگتارہامیریزندگیمیں۔ایککےبعدایک،ایککےبعدایک،ایککےبعدایک۔</w:t>
      </w:r>
    </w:p>
    <w:p>
      <w:r>
        <w:rPr>
          <w:b/>
        </w:rPr>
        <w:t xml:space="preserve">[29:14] </w:t>
      </w:r>
      <w:r>
        <w:t>sabse bada shock tha ke mere baap baap mar gaye. jab mein paanch saal ki umr mein tha. aur mein meri maa bataati thi ke uske baad tum specialist ho gaye the.</w:t>
      </w:r>
    </w:p>
    <w:p>
      <w:pPr>
        <w:jc w:val="right"/>
      </w:pPr>
      <w:r>
        <w:t>سبسےبڑاشاکتھاکہمیرے باپباپمر گئے۔ جبمیں پانچسالکیعمرمیںتھا۔ اورمیں میریماںبتاتیتھیکہاسکےبعدتم اسپیشلسٹہوگئےتھے۔</w:t>
      </w:r>
    </w:p>
    <w:p>
      <w:r>
        <w:rPr>
          <w:b/>
        </w:rPr>
        <w:t xml:space="preserve">[29:25] </w:t>
      </w:r>
      <w:r>
        <w:t>to woh shock tha. ek ek shock mujhe aage badhaata raha. to pehle mein likhta tha adabi adabi mazmoon. phir mein likhne laga siyasi mazmoon . phir mein likhne laga woh ta'ameeri mazmoon. phir mein likhne laga mili mazmoon.</w:t>
      </w:r>
    </w:p>
    <w:p>
      <w:pPr>
        <w:jc w:val="right"/>
      </w:pPr>
      <w:r>
        <w:t>تووہ شاکتھا۔ ایکایک شاکمجھےآگےبڑھاتارہا۔ توپہلے میںلکھتاتھاادبی ادبیمضمون۔ پھرمیںلکھنےلگاسیاسی مضمون ۔پھرمیںلکھنےلگا وہ تعمیریمضمون۔پھرمیں لکھنےلگاملی مضمون۔</w:t>
      </w:r>
    </w:p>
    <w:p>
      <w:r>
        <w:rPr>
          <w:b/>
        </w:rPr>
        <w:t xml:space="preserve">[29:39] </w:t>
      </w:r>
      <w:r>
        <w:t>hote hote ab jaakar ke mein da'wati mazmoon likha karta hoon. science mazmoon likhta hoon. yeh ek ek bahut hi lamba process hai. aur yeh kaise chala hai? through wahi cheez jisko aap tension kehte hain.</w:t>
      </w:r>
    </w:p>
    <w:p>
      <w:pPr>
        <w:jc w:val="right"/>
      </w:pPr>
      <w:r>
        <w:t>ہوتےہوتےابجاکرکےمیںدعوتیمضمونلکھاکرتاہوں۔ سائنسیمضمونلکھتاہوں۔ یہ ایک ایک بہت ہی لمبا پروسیسہے۔ اور یہ کیسےچلاہے؟تھرو وہیچیزجسکوآپٹینشنکہتےہیں۔</w:t>
      </w:r>
    </w:p>
    <w:p>
      <w:r>
        <w:rPr>
          <w:b/>
        </w:rPr>
        <w:t xml:space="preserve">[29:52] </w:t>
      </w:r>
      <w:r>
        <w:t>lekin woh tension nahin hota. woh woh bracing and design hota hai. to aap welcome kijiye. koi museebat padti hai, koi hardship aati hai, to usko welcome kijiye.</w:t>
      </w:r>
    </w:p>
    <w:p>
      <w:pPr>
        <w:jc w:val="right"/>
      </w:pPr>
      <w:r>
        <w:t>لیکنوہٹینشننہیںہوتا۔ وہ وہ بریسنگانڈسگائزہوتاہے۔ تو آپویلکمکیجیے۔ کوئی مصیبتپڑتیہے،کوئیہارڈشپآتیہے،تواسکوویلکمکیجیے۔</w:t>
      </w:r>
    </w:p>
    <w:p>
      <w:r>
        <w:rPr>
          <w:b/>
        </w:rPr>
        <w:t xml:space="preserve">[30:04] </w:t>
      </w:r>
      <w:r>
        <w:t>mein chahta hoon ke hamari team mein, aur hamari team doosron mein yeh yeh speed paida kare ke jab koi aisi baat aati hai jo unwanted hai, jo unpleasant hai, to usko welcome kijiye.</w:t>
      </w:r>
    </w:p>
    <w:p>
      <w:pPr>
        <w:jc w:val="right"/>
      </w:pPr>
      <w:r>
        <w:t>میںچاہتاہوںکہہماریٹیممیں، اورہماریٹیم دوسروںمیںیہ یہ اسپیڈپیدا کرےکہ جب کوئیایسیباتآتیہےجوانوانٹڈہے، جوانپلیزنٹہے،تواسکوویلکمکیجیے۔</w:t>
      </w:r>
    </w:p>
    <w:p>
      <w:r>
        <w:rPr>
          <w:b/>
        </w:rPr>
        <w:t xml:space="preserve">[30:15] </w:t>
      </w:r>
      <w:r>
        <w:t>Khuda ke saath gift samjhein usko.</w:t>
      </w:r>
    </w:p>
    <w:p>
      <w:pPr>
        <w:jc w:val="right"/>
      </w:pPr>
      <w:r>
        <w:t>خداکےساتھ گفٹسمجھیںاسکو۔</w:t>
      </w:r>
    </w:p>
    <w:p>
      <w:r>
        <w:rPr>
          <w:b/>
        </w:rPr>
        <w:t xml:space="preserve">[30:21] </w:t>
      </w:r>
      <w:r>
        <w:t>Jaise Hazrat Umar ne farmaya tha ke rahimAllahu Umar an ahada aiyubi. Khuda us bande par reham kare jo mere aib ka tohfa mujhe bhejey.</w:t>
      </w:r>
    </w:p>
    <w:p>
      <w:pPr>
        <w:jc w:val="right"/>
      </w:pPr>
      <w:r>
        <w:t>جیسےحضرتعمرنےفرمایاتھاکہ رحم اللہ عمر ان احد اعلی عیوبی۔ خدااس بندےپررحمکرے جو میرےعیبکاتحفہمجھےبھیجے۔</w:t>
      </w:r>
    </w:p>
    <w:p>
      <w:r>
        <w:rPr>
          <w:b/>
        </w:rPr>
        <w:t xml:space="preserve">[30:34] </w:t>
      </w:r>
      <w:r>
        <w:t>Mere andar kya aib hai, kya defect hai, kya kami hai, woh mujhe bataye. To woh woh batana woh gift hota hai. Usko gift samjha unhone.</w:t>
      </w:r>
    </w:p>
    <w:p>
      <w:pPr>
        <w:jc w:val="right"/>
      </w:pPr>
      <w:r>
        <w:t>میرےاندرکیاعیبہے،کیاڈیفیکٹہے،کیا کمیہے، وہمجھےبتائے۔ تو وہ وہبت اناوہگفٹہوتاہے۔ اسکوگفٹسمجھاانہوںنے۔</w:t>
      </w:r>
    </w:p>
    <w:p>
      <w:r>
        <w:rPr>
          <w:b/>
        </w:rPr>
        <w:t xml:space="preserve">[30:43] </w:t>
      </w:r>
      <w:r>
        <w:t>Aaj kal mithaiyon ke packet ko log gift samajhte hain. Unhone kaha ke nahi, sab se bada gift yeh hai ke koi shakhs tumhare upar criticize kare, tumhari kamzoriyon ko bataye.</w:t>
      </w:r>
    </w:p>
    <w:p>
      <w:pPr>
        <w:jc w:val="right"/>
      </w:pPr>
      <w:r>
        <w:t>آجکلمٹھائیوںکے پیکٹکولوگگفٹسمجھتےہیں۔ انہوںنےکہاکہنہیں، سبسےبڑاگفٹیہہےکہکوئیشخصتمہارےاوپرکریٹیسائزکرے، تمہاریکمزوریوںکوبتائے۔</w:t>
      </w:r>
    </w:p>
    <w:p>
      <w:r>
        <w:rPr>
          <w:b/>
        </w:rPr>
        <w:t xml:space="preserve">[30:56] </w:t>
      </w:r>
      <w:r>
        <w:t>Yeh hosla paida kijiye.</w:t>
      </w:r>
    </w:p>
    <w:p>
      <w:pPr>
        <w:jc w:val="right"/>
      </w:pPr>
      <w:r>
        <w:t>یہ حوصلہپیدا کیجیے۔</w:t>
      </w:r>
    </w:p>
    <w:p>
      <w:r>
        <w:rPr>
          <w:b/>
        </w:rPr>
        <w:t xml:space="preserve">[30:59] </w:t>
      </w:r>
      <w:r>
        <w:t>Yeh hosla paida kijiye ke aap jo Hazrat Umar ne jab farmaya ke koi aap ko criticize kare, aap kamiyon ko bataye, to aap usko bade shauq se suniye.</w:t>
      </w:r>
    </w:p>
    <w:p>
      <w:pPr>
        <w:jc w:val="right"/>
      </w:pPr>
      <w:r>
        <w:t>یہحوصلہپیدا کیجیےکہآپ جوحضرتعمر نےجبفرمایا کہکوئیآپ کوکریٹیسائزکرے،آپ کمیوںکوبتائے، توآپاسکو بڑےشوقسےسنیے۔</w:t>
      </w:r>
    </w:p>
    <w:p>
      <w:r>
        <w:rPr>
          <w:b/>
        </w:rPr>
        <w:t xml:space="preserve">[31:10] </w:t>
      </w:r>
      <w:r>
        <w:t>Main rozah nahi karta hoon. Aaj jo mislan main bol raha hoon, abhi subah maine apni jo meri ladki hain, Dr. Fareeda Khanam, unse exchange kiya. Exchange mein naye naye points saamne aaye.</w:t>
      </w:r>
    </w:p>
    <w:p>
      <w:pPr>
        <w:jc w:val="right"/>
      </w:pPr>
      <w:r>
        <w:t>میں روزہنہیںکرتاہوں۔آججومثلاًمیںبولرہاہوں، ابھیصبحمیںنے اپنی جومیریلڑکیہیں،ڈاکٹرفریدہخانم،انسےایکسچینجکیا۔ ایکسچینجمیں نئےنئےپوائنٹسسامنےآئے۔</w:t>
      </w:r>
    </w:p>
    <w:p>
      <w:r>
        <w:rPr>
          <w:b/>
        </w:rPr>
        <w:t xml:space="preserve">[31:22] </w:t>
      </w:r>
      <w:r>
        <w:t>Naya naya emergency hua mere thought mein. To kab main sunta hoon is tareeqe se jaise ke main speed aadmi hoon.</w:t>
      </w:r>
    </w:p>
    <w:p>
      <w:pPr>
        <w:jc w:val="right"/>
      </w:pPr>
      <w:r>
        <w:t>نیانیاایمرجنسیہوامیرےتھاٹمیں۔ تو کبمیںسنتاہوںاسطریقےسےجیسےکہمیںاسپیڈآدمیہوں۔</w:t>
      </w:r>
    </w:p>
    <w:p>
      <w:r>
        <w:rPr>
          <w:b/>
        </w:rPr>
        <w:t xml:space="preserve">[31:29] </w:t>
      </w:r>
      <w:r>
        <w:t>Yaad rakhiye, jab kisi exchange karta hoon, mislan subah jo exchange kiya maine, to main samajh leta hoon ke main to kuch jaanta nahi hoon. Main ignorant aadmi hoon bilkul.</w:t>
      </w:r>
    </w:p>
    <w:p>
      <w:pPr>
        <w:jc w:val="right"/>
      </w:pPr>
      <w:r>
        <w:t>یادرکھیے،جب کسیایکسچینجکرتاہوں، مثلاًصبحجوایکسچینجکیامیںنے، تومیںسمجھلیتاہوںکہمیںتوکچھجانتانہیں۔ میں اگنورنٹآدمیہوںبالکل۔</w:t>
      </w:r>
    </w:p>
    <w:p>
      <w:r>
        <w:rPr>
          <w:b/>
        </w:rPr>
        <w:t xml:space="preserve">[31:39] </w:t>
      </w:r>
      <w:r>
        <w:t>Kab jaakar usse mujhe faida milta hai? Agar main samhoon ke main kuch jaanta hoon to koi faida nahi hoga.</w:t>
      </w:r>
    </w:p>
    <w:p>
      <w:pPr>
        <w:jc w:val="right"/>
      </w:pPr>
      <w:r>
        <w:t>کبجاکروہ اسسےمجھےفائدہملتاہے؟ اگر میںسمجھوںکہمیںکچھجانتاہوںتوکوئیفائدہنہیںہوگا۔</w:t>
      </w:r>
    </w:p>
    <w:p>
      <w:r>
        <w:rPr>
          <w:b/>
        </w:rPr>
        <w:t xml:space="preserve">[31:49] </w:t>
      </w:r>
      <w:r>
        <w:t>Kisi ne kaha tha ke most is that the door of knowledge. Most is that door</w:t>
      </w:r>
    </w:p>
    <w:p>
      <w:pPr>
        <w:jc w:val="right"/>
      </w:pPr>
      <w:r>
        <w:t>کسی نےکہاتھاکہمورس ٹیازداڈورآفنالج۔ م ورسٹیازداڈور</w:t>
      </w:r>
    </w:p>
    <w:p>
      <w:r>
        <w:rPr>
          <w:b/>
        </w:rPr>
        <w:t xml:space="preserve">[31:54] </w:t>
      </w:r>
      <w:r>
        <w:t>of knowledge. Most yeh hoga to aap aap ko ilm tak pahunchne mein madad milegi. Sab se bari cheez hai arrogance.</w:t>
      </w:r>
    </w:p>
    <w:p>
      <w:pPr>
        <w:jc w:val="right"/>
      </w:pPr>
      <w:r>
        <w:t>آفنالج۔ مورسٹیہوگیتوآپ آپ کوعلم تکپہنچنےمیںمد دملےگی۔ سبسے بریچیزہےاروگنس۔</w:t>
      </w:r>
    </w:p>
    <w:p>
      <w:r>
        <w:rPr>
          <w:b/>
        </w:rPr>
        <w:t xml:space="preserve">[32:02] </w:t>
      </w:r>
      <w:r>
        <w:t>Sab se bari cheez hai apne aap mein jeena. Narcissism jisko kehte hain, sab se bari cheez hai woh. Reality mein jeena seekhiye. Reality mein haqeeqaton mein jeena seekhiye.</w:t>
      </w:r>
    </w:p>
    <w:p>
      <w:pPr>
        <w:jc w:val="right"/>
      </w:pPr>
      <w:r>
        <w:t>سبسے بریچیزہےاپنےآپمیںجینا۔ نارسزمجسکوکہتےہیں،سبسےبریچیزہےوہ۔ ریلیٹیمیںجین اسیکھیے۔ریلیٹیمیں حقیقتوںمیںجیناسیکھیے۔</w:t>
      </w:r>
    </w:p>
    <w:p>
      <w:r>
        <w:rPr>
          <w:b/>
        </w:rPr>
        <w:t xml:space="preserve">[32:17] </w:t>
      </w:r>
      <w:r>
        <w:t>Apne aap mein, apne aap ko bilkul zero par le aaiye. Zero par ke main kuch bhi nahi hoon.</w:t>
      </w:r>
    </w:p>
    <w:p>
      <w:pPr>
        <w:jc w:val="right"/>
      </w:pPr>
      <w:r>
        <w:t>اپنےآپمیں، اپنےآپکوبالکل زیروپرلےآئیے۔زیروپر کہمیںکچھبھینہیںہوں۔</w:t>
      </w:r>
    </w:p>
    <w:p>
      <w:r>
        <w:rPr>
          <w:b/>
        </w:rPr>
        <w:t xml:space="preserve">[32:24] </w:t>
      </w:r>
      <w:r>
        <w:t>Apne aap ko zero par jab le aayenge, tab aap kitaab padhenge, usse faida hoga. Exchange karenge, usse faida hoga. Koi observation karenge, usse faida hoga.</w:t>
      </w:r>
    </w:p>
    <w:p>
      <w:pPr>
        <w:jc w:val="right"/>
      </w:pPr>
      <w:r>
        <w:t>اپنےآپکوزیروپرجبلےآئیںگے،تبآپ کتاب پڑھیںگے،اسسےفائدہہوگا۔ ایکسچینجکریںگے،اسسےفائدہہوگا۔ کوئیابزرویشنکریںگے،اسسےفائدہہوگا۔</w:t>
      </w:r>
    </w:p>
    <w:p>
      <w:r>
        <w:rPr>
          <w:b/>
        </w:rPr>
        <w:t xml:space="preserve">[32:34] </w:t>
      </w:r>
      <w:r>
        <w:t>Agar aap samajh lein ke jaise ke is mein paani bhara hua hai, glass mein poora ka poora, ab koi mujhe is mein behta achhi cheez daale, koi behtar drink to bahar bahar jaayega woh.</w:t>
      </w:r>
    </w:p>
    <w:p>
      <w:pPr>
        <w:jc w:val="right"/>
      </w:pPr>
      <w:r>
        <w:t>اگر آپ سمجھلیں کہجیسےکہاسمیں پانیبھراہواہے، گلاسمیںپوراکاپورا، ابکوئی مجھےاسمیںبہتاچھیچیز ڈالے،کوئیبہتڈ رنکتو باہرباہرجائےگاوہ ۔</w:t>
      </w:r>
    </w:p>
    <w:p>
      <w:r>
        <w:rPr>
          <w:b/>
        </w:rPr>
        <w:t xml:space="preserve">[32:45] </w:t>
      </w:r>
      <w:r>
        <w:t>To already bhara hua hai woh.</w:t>
      </w:r>
    </w:p>
    <w:p>
      <w:pPr>
        <w:jc w:val="right"/>
      </w:pPr>
      <w:r>
        <w:t>توالریڈیبھراہواہےوہ۔</w:t>
      </w:r>
    </w:p>
    <w:p>
      <w:r>
        <w:rPr>
          <w:b/>
        </w:rPr>
        <w:t xml:space="preserve">[32:49] </w:t>
      </w:r>
      <w:r>
        <w:t>Yaani yeh glass mein jo paani bhara hua hai, to yeh roke ke is mein koi aur cheez daali jaaye to to is glass mein jagah paaye woh.</w:t>
      </w:r>
    </w:p>
    <w:p>
      <w:pPr>
        <w:jc w:val="right"/>
      </w:pPr>
      <w:r>
        <w:t>یعنییہ گلاس میںجوپانیبھراہواہے، تویہروکہےکہاسمیںکوئیاورچیز ڈالیجائےتو تو اس گلاسمیں جگہ پاسکےوہ۔</w:t>
      </w:r>
    </w:p>
    <w:p>
      <w:r>
        <w:rPr>
          <w:b/>
        </w:rPr>
        <w:t xml:space="preserve">[32:58] </w:t>
      </w:r>
      <w:r>
        <w:t>To aap empty glass banaiye. Empty glass. Bhara bhara hua glass na banaye. Bhara hua glass banenge to aap ka koi development nahi hoga.</w:t>
      </w:r>
    </w:p>
    <w:p>
      <w:pPr>
        <w:jc w:val="right"/>
      </w:pPr>
      <w:r>
        <w:t>توآپ ایمپٹیگلاسبنجائیے۔ایمپٹیگلاس۔ بھرا بھراہواگلاسنہبنیے۔ بھراہواگلاسبنیںگےتوآپکاکوئی ڈیولپمنٹنہیںہوگا۔</w:t>
      </w:r>
    </w:p>
    <w:p>
      <w:r>
        <w:rPr>
          <w:b/>
        </w:rPr>
        <w:t xml:space="preserve">[33:12] </w:t>
      </w:r>
      <w:r>
        <w:t>Main Khuda ke fazl se by nature hi aisa hoon ke main apne ko empty samajhta hoon hamesha.</w:t>
      </w:r>
    </w:p>
    <w:p>
      <w:pPr>
        <w:jc w:val="right"/>
      </w:pPr>
      <w:r>
        <w:t>میں خداکےفضلسےبائینیچرہیایساہوںکہمیںاپنےکوایمپٹیہیسمجھتاہوںہمیشہ۔</w:t>
      </w:r>
    </w:p>
    <w:p>
      <w:r>
        <w:rPr>
          <w:b/>
        </w:rPr>
        <w:t xml:space="preserve">[33:19] </w:t>
      </w:r>
      <w:r>
        <w:t>Ek aadmi ne mujhse poocha ek baar ke aap bahut padhe likhe kya woh kya to aap kya kis stage tak apne ko pahunchte hue pahunche hain aap? Maine kaha main empty mind samajhta hoon apne ko.</w:t>
      </w:r>
    </w:p>
    <w:p>
      <w:pPr>
        <w:jc w:val="right"/>
      </w:pPr>
      <w:r>
        <w:t>ایکآدمینےمجھسےپوچھاایکبار کہآپ بہت پڑھایہکیا وہکیاتوآپکیا کساسٹیجتکاپنے کوپہنچتےہوئے پہنچےہیںآپ ؟میںنےکہامیںایمپٹیمائنڈسمجھتاہوںاپنےکو۔</w:t>
      </w:r>
    </w:p>
    <w:p>
      <w:r>
        <w:rPr>
          <w:b/>
        </w:rPr>
        <w:t xml:space="preserve">[33:30] </w:t>
      </w:r>
      <w:r>
        <w:t>Empty mind. Mera soch samjhein yeh mujhe munh se yeh shabd nikle ke main apne ko empty mind samajhta hoon.</w:t>
      </w:r>
    </w:p>
    <w:p>
      <w:pPr>
        <w:jc w:val="right"/>
      </w:pPr>
      <w:r>
        <w:t>ایمپٹیمائنڈ۔ میراسوچسمجھیں یہ مجھےمنہسے یہशब्द نکلے کہمیںاپنے کوایمپٹیمائنڈسمجھتاہوں۔</w:t>
      </w:r>
    </w:p>
    <w:p>
      <w:r>
        <w:rPr>
          <w:b/>
        </w:rPr>
        <w:t xml:space="preserve">[33:41] </w:t>
      </w:r>
      <w:r>
        <w:t>To aap ka glass jab khaali hoga tabhi to usmein koi cheez aayegi. Bhara hua hai to usmein kya kaise koi cheez aayegi</w:t>
      </w:r>
    </w:p>
    <w:p>
      <w:pPr>
        <w:jc w:val="right"/>
      </w:pPr>
      <w:r>
        <w:t>تو آپ کاگلاسجبخالیہوگاتبھیتواسمیںکوئیچیزآئےگی۔ بھراہواہےتواسمیںکیا کیسےکوئیچیزآ ئےگ</w:t>
      </w:r>
    </w:p>
    <w:p>
      <w:r>
        <w:rPr>
          <w:b/>
        </w:rPr>
        <w:t xml:space="preserve">[33:48] </w:t>
      </w:r>
      <w:r>
        <w:t>yeh? Apne container ko hamesha khaali rakhiye. Apne container ko hamesha khaali rakhiye taake jab bhi Khuda ki taraf se faida aaye.</w:t>
      </w:r>
    </w:p>
    <w:p>
      <w:pPr>
        <w:jc w:val="right"/>
      </w:pPr>
      <w:r>
        <w:t>ی؟ اپنے کنٹینرکوہمیشہخالیرکھیے۔ اپنے کنٹینرکوہمیشہخالیرکھیےتاکہجببھیخداکیطرفسےفائدہنہآئے۔</w:t>
      </w:r>
    </w:p>
    <w:p>
      <w:r>
        <w:rPr>
          <w:b/>
        </w:rPr>
        <w:t xml:space="preserve">[33:57] </w:t>
      </w:r>
      <w:r>
        <w:t>dekhiye hadith mein aata hai ke har waqt khuda ki taraf se faida na aata hai. inspiration har waqt inspiration aata hai khuda ki taraf se. yaad rakhiye ek bahut important baat yaad rakhiye ke wahi to nahi aati ab kisi ke liye lekin inspiration har waqt aata hai.</w:t>
      </w:r>
    </w:p>
    <w:p>
      <w:pPr>
        <w:jc w:val="right"/>
      </w:pPr>
      <w:r>
        <w:t>دیکھیےحدیثمیںآتاہےکہ ہروقت خداکیطرف سےفائدہنہآتاہے۔انسپیریشن ہروقت انسپیریشنآتاہےخداکیطرفسے۔ یادرکھیےایکبہت امپورٹنٹباتیادرکھیے کہ وحی تونہیںآتی اب کسی کےلیےلیکن انسپیریشنہروقتآتاہے۔</w:t>
      </w:r>
    </w:p>
    <w:p>
      <w:r>
        <w:rPr>
          <w:b/>
        </w:rPr>
        <w:t xml:space="preserve">[34:14] </w:t>
      </w:r>
      <w:r>
        <w:t>hamare ulma do lafz bolte hain wahi aur ilham.</w:t>
      </w:r>
    </w:p>
    <w:p>
      <w:pPr>
        <w:jc w:val="right"/>
      </w:pPr>
      <w:r>
        <w:t>ہمارےعلماءدولفظبولتےہیں وحیاورالہام۔</w:t>
      </w:r>
    </w:p>
    <w:p>
      <w:r>
        <w:rPr>
          <w:b/>
        </w:rPr>
        <w:t xml:space="preserve">[34:18] </w:t>
      </w:r>
      <w:r>
        <w:t>wahi means revelation. ilham means inspiration. to wahi to ab kisi par nahi aayegi. wo prophet ke liye khaas thi.</w:t>
      </w:r>
    </w:p>
    <w:p>
      <w:pPr>
        <w:jc w:val="right"/>
      </w:pPr>
      <w:r>
        <w:t>وحیمینز ریولیشن۔ الہاممینز انسپیریشن۔ تووحیتوابکسی پرنہیںآئےگی۔ وہ پرافٹکےلیےخاص تھی۔</w:t>
      </w:r>
    </w:p>
    <w:p>
      <w:r>
        <w:rPr>
          <w:b/>
        </w:rPr>
        <w:t xml:space="preserve">[34:28] </w:t>
      </w:r>
      <w:r>
        <w:t>lekin inspiration har waqt aata hai. har waqt aata hai. har waqt aata hai. lekin agar aap ka container bhara hua hai to wo aayega aur aapko milega nahi wo.</w:t>
      </w:r>
    </w:p>
    <w:p>
      <w:pPr>
        <w:jc w:val="right"/>
      </w:pPr>
      <w:r>
        <w:t>لیکن انسپیریشنہروقت آتاہے۔ہروقتآتاہے۔ہروقتآتاہے۔ لیکن اگر آپ کاکنٹینربھراہواہے تو وہآئےگیاور اورآپکو ملےگینہیںوہ۔</w:t>
      </w:r>
    </w:p>
    <w:p>
      <w:r>
        <w:rPr>
          <w:b/>
        </w:rPr>
        <w:t xml:space="preserve">[34:40] </w:t>
      </w:r>
      <w:r>
        <w:t>aayega aapko milega nahi wo.</w:t>
      </w:r>
    </w:p>
    <w:p>
      <w:pPr>
        <w:jc w:val="right"/>
      </w:pPr>
      <w:r>
        <w:t>آئےگیآپکوملےگینہیںوہ۔</w:t>
      </w:r>
    </w:p>
    <w:p>
      <w:r>
        <w:rPr>
          <w:b/>
        </w:rPr>
        <w:t xml:space="preserve">[34:45] </w:t>
      </w:r>
      <w:r>
        <w:t>mujhe ek qissa bahut pasand</w:t>
      </w:r>
    </w:p>
    <w:p>
      <w:pPr>
        <w:jc w:val="right"/>
      </w:pPr>
      <w:r>
        <w:t>مجھے ایک قصہبہتپسند</w:t>
      </w:r>
    </w:p>
    <w:p>
      <w:r>
        <w:rPr>
          <w:b/>
        </w:rPr>
        <w:t xml:space="preserve">[34:47] </w:t>
      </w:r>
      <w:r>
        <w:t>hai. maine kai baar shayad sunaya ho aapko ke Gautam Buddha jo the bahut hi waahid aadmi the. to unka ek shish tha unka ek yani disciple wo tha Gola yani milkman.</w:t>
      </w:r>
    </w:p>
    <w:p>
      <w:pPr>
        <w:jc w:val="right"/>
      </w:pPr>
      <w:r>
        <w:t>ہے۔میںنےکئیبار شایدسناہوآپکو کہ گوتمبدھ جو تھے بہتہی واحد آدمیتھے۔ توانکا ایک شش تھا انکاایک یعنی ڈسائپل وہتھا گ ولا یعنیملکمین۔</w:t>
      </w:r>
    </w:p>
    <w:p>
      <w:r>
        <w:rPr>
          <w:b/>
        </w:rPr>
        <w:t xml:space="preserve">[35:05] </w:t>
      </w:r>
      <w:r>
        <w:t>usne bulaya keh hamare haan aaiye aur kaha keh main aapko fresh milk dunga ussi waqt nikal kar ke G</w:t>
      </w:r>
    </w:p>
    <w:p>
      <w:pPr>
        <w:jc w:val="right"/>
      </w:pPr>
      <w:r>
        <w:t>اسنےبلایا کہہمارےہاںآئیے اور کہاکہمیںآپکو فریش ملکدوںگا اسیوقت نکالکرکے گ</w:t>
      </w:r>
    </w:p>
    <w:p>
      <w:r>
        <w:rPr>
          <w:b/>
        </w:rPr>
        <w:t xml:space="preserve">[35:15] </w:t>
      </w:r>
      <w:r>
        <w:t>aaye se to ek ek ek bartan le kar aaiye ga aur mujhe kuch gyan lena hai aapse. mujhe aapse kuch gyan lena hai.</w:t>
      </w:r>
    </w:p>
    <w:p>
      <w:pPr>
        <w:jc w:val="right"/>
      </w:pPr>
      <w:r>
        <w:t>ائےسے توایک ایکایک برتنلےکےآئیےگا اور مجھےکچھگیانلیناہےآپسے ۔مجھےآپسےکچھگیانلیناہے۔</w:t>
      </w:r>
    </w:p>
    <w:p>
      <w:r>
        <w:rPr>
          <w:b/>
        </w:rPr>
        <w:t xml:space="preserve">[35:24] </w:t>
      </w:r>
      <w:r>
        <w:t>kuch wisdom ki baat gyan ki baat to Gautam Buddha uske haan gaye aur ek bartan le kar chale gaye. bartan mein jaan boojh kar unhone kuch mitti daal di thi to Gola jo tha wo milkman usne jab dekha keh is mein mitti hai to sab se pehle usne is ko saaf kiya.</w:t>
      </w:r>
    </w:p>
    <w:p>
      <w:pPr>
        <w:jc w:val="right"/>
      </w:pPr>
      <w:r>
        <w:t>کچھوزڈمکیباتگیانکیبات تو گوتمبدھاسکےہاںگئےاورایک برتنلےکرچلےگئے۔ برتنمیںجانبوجھکرانہوںنےکچھمٹیڈالدیتھی تو گولاجوتھاوہ ملکمیناسنےجبدیکھاکہاسمیںمٹیہے تو سبسےپہلےاسنےاسکوصافکیا۔</w:t>
      </w:r>
    </w:p>
    <w:p>
      <w:r>
        <w:rPr>
          <w:b/>
        </w:rPr>
        <w:t xml:space="preserve">[35:43] </w:t>
      </w:r>
      <w:r>
        <w:t>uske baad la kar fresh milk is mein bhara aur la kar unko diya to Gautam Buddha ko le kar chalne lage to milkman ne kaha keh aap to doodh le kar chal diye ja rahe hain aap ko koi poocha gyan to diya nahi aap ne to Gautam Buddha ne kaha keh maine tum ko gyan de diya. gyan de diya tum ko maine.</w:t>
      </w:r>
    </w:p>
    <w:p>
      <w:pPr>
        <w:jc w:val="right"/>
      </w:pPr>
      <w:r>
        <w:t>اسکےبعد لاکر فریش مل ک اسمیںبھرا اورلاکرانکودیا تو گوتمبدھکولےکرچلنےلگے توملکمیننےکہاکہآپ تودودھلےکےچلےجارہےہیںآپکوئیپوچھاگیانتودیانہیںآپنے تو گوتمبدھنےکہاکہمیںنےتمکوگیاندےدیا ۔گیاندےدیا تمکومیںنے۔</w:t>
      </w:r>
    </w:p>
    <w:p>
      <w:r>
        <w:rPr>
          <w:b/>
        </w:rPr>
        <w:t xml:space="preserve">[36:07] </w:t>
      </w:r>
      <w:r>
        <w:t>kaha wo kaise?</w:t>
      </w:r>
    </w:p>
    <w:p>
      <w:pPr>
        <w:jc w:val="right"/>
      </w:pPr>
      <w:r>
        <w:t>کہاوہکیسے؟</w:t>
      </w:r>
    </w:p>
    <w:p>
      <w:r>
        <w:rPr>
          <w:b/>
        </w:rPr>
        <w:t xml:space="preserve">[36:09] </w:t>
      </w:r>
      <w:r>
        <w:t>wo is tarah se keh dekho yeh container wo hai saaf nahi tha. is mein kuch aur cheez bhari hui thi. to tum ne us ko nikala.</w:t>
      </w:r>
    </w:p>
    <w:p>
      <w:pPr>
        <w:jc w:val="right"/>
      </w:pPr>
      <w:r>
        <w:t>وہاسطرحسے کہدیکھو یہ کنٹینرجوہے صافنہیںتھا۔ اسمیںکچھاورچیز بھریہوئیتھی۔ توتم نےاسکونکالا۔</w:t>
      </w:r>
    </w:p>
    <w:p>
      <w:r>
        <w:rPr>
          <w:b/>
        </w:rPr>
        <w:t xml:space="preserve">[36:19] </w:t>
      </w:r>
      <w:r>
        <w:t>tab is mein doodh dala. to hamara container wo hai wo to saaf hai nahi. wo to pehle se kuch bhara hua hai. is mein kooda kar kar to dil ka container wo hai tumhara mind ka jo container hai us ko saaf karo pehle.</w:t>
      </w:r>
    </w:p>
    <w:p>
      <w:pPr>
        <w:jc w:val="right"/>
      </w:pPr>
      <w:r>
        <w:t>تب اسمیںدودھڈالا۔ تو ہماراکنٹینرجوہےوہتوصافہےہینہیں۔ وہتوپہلے سےکچھبھراہواہے۔اسمیںکوڑاکرکر تودل کاکنٹینرجوہےتمہارامائنڈکاجوکنٹینرہے اسکوصافکروپہلے۔</w:t>
      </w:r>
    </w:p>
    <w:p>
      <w:r>
        <w:rPr>
          <w:b/>
        </w:rPr>
        <w:t xml:space="preserve">[36:33] </w:t>
      </w:r>
      <w:r>
        <w:t>tab is mein koi gyan pa</w:t>
      </w:r>
    </w:p>
    <w:p>
      <w:pPr>
        <w:jc w:val="right"/>
      </w:pPr>
      <w:r>
        <w:t>تب اسمیں کوئی گیانپ</w:t>
      </w:r>
    </w:p>
    <w:p>
      <w:r>
        <w:rPr>
          <w:b/>
        </w:rPr>
        <w:t xml:space="preserve">[36:35] </w:t>
      </w:r>
      <w:r>
        <w:t>dega. tab koi gyan ke baad is mein aayega to tum ko mil sakegi. to yeh bahut hi relative waqia hai.</w:t>
      </w:r>
    </w:p>
    <w:p>
      <w:pPr>
        <w:jc w:val="right"/>
      </w:pPr>
      <w:r>
        <w:t>ڑےگا۔ تب کوئی گیانکےبعد اسمیں آ ئےگیتو تم کوملسکےگی۔ تویہ بہت ہی ریلیٹیو واقعہہے۔</w:t>
      </w:r>
    </w:p>
    <w:p>
      <w:r>
        <w:rPr>
          <w:b/>
        </w:rPr>
        <w:t xml:space="preserve">[36:47] </w:t>
      </w:r>
      <w:r>
        <w:t>Allah taala ki taraf se har waqt inspiration aata hai. subah shaam raat din. lekin logon ke paas container nahi hai.</w:t>
      </w:r>
    </w:p>
    <w:p>
      <w:pPr>
        <w:jc w:val="right"/>
      </w:pPr>
      <w:r>
        <w:t>اللہ تعالی کیطرفسے ہروقت انسپیریشنآتاہے۔ صبح شام راتدن ۔لیکن لوگوںکےپاسکنٹینرنہیںہے۔</w:t>
      </w:r>
    </w:p>
    <w:p>
      <w:r>
        <w:rPr>
          <w:b/>
        </w:rPr>
        <w:t xml:space="preserve">[36:56] </w:t>
      </w:r>
      <w:r>
        <w:t>log container already bhare hue hain.</w:t>
      </w:r>
    </w:p>
    <w:p>
      <w:pPr>
        <w:jc w:val="right"/>
      </w:pPr>
      <w:r>
        <w:t>لوگکنٹینرالریڈیبھرےہوئےہیں۔</w:t>
      </w:r>
    </w:p>
    <w:p>
      <w:r>
        <w:rPr>
          <w:b/>
        </w:rPr>
        <w:t xml:space="preserve">[36:59] </w:t>
      </w:r>
      <w:r>
        <w:t>bhare kis cheez se hain? koi business mein phansa hua hai. koi aulad ki mohabbat mein phansa hua hai. koi shopping setnam mein phansa hua hai. koi outing mein phansa hua hai.</w:t>
      </w:r>
    </w:p>
    <w:p>
      <w:pPr>
        <w:jc w:val="right"/>
      </w:pPr>
      <w:r>
        <w:t>بھرےکسچیزسےہیں؟ کوئی بزنسمیںپھنساہواہے۔ کوئیاولادکیمحبتمیںپھنساہواہے۔ کوئیشاپنگسیٹنمیںپھنساہواہے۔ کوئیآؤٹنگمیںپھنساہواہے۔</w:t>
      </w:r>
    </w:p>
    <w:p>
      <w:r>
        <w:rPr>
          <w:b/>
        </w:rPr>
        <w:t xml:space="preserve">[37:09] </w:t>
      </w:r>
      <w:r>
        <w:t>har aadmi kahin na kahin. abhi aap dekhein aaj kal jo log jaate hain namaz parhne ke liye masjidon mein jaante hain kya hota hai unki jebon mein wo hota hai mobile jaise hi namaz parh kar niklein phone check karte hain kahin telephone to nahi aaya tha kya halat hai</w:t>
      </w:r>
    </w:p>
    <w:p>
      <w:pPr>
        <w:jc w:val="right"/>
      </w:pPr>
      <w:r>
        <w:t>ہرآدمیکہیںنہکہیں۔ ابھیآپدیکھیں آجکل جو لوگجاتےہیںنمازپڑھنےکےلیےمسجدوںمیں جانتےہیںکیاہوتاہے انکیجیبوںمیں وہہوتاہے موبائل جیسےہینمازپڑھکےنکلیں فونمیچچیککرتےہیںکہیںٹیلیفونتونہیںآیاتھا کیاحالتہے</w:t>
      </w:r>
    </w:p>
    <w:p>
      <w:r>
        <w:rPr>
          <w:b/>
        </w:rPr>
        <w:t xml:space="preserve">[37:28] </w:t>
      </w:r>
      <w:r>
        <w:t>masjid mein jayenge namaz parhne ke liye jeb mein rahega mobile bahar ka check karenge kisi ka kisi friend ka kisi relative ka telephone to nahi aaya tha aise logon ko kuch bhi nahi milta kuch bhi nahi milta kuch bhi nahi milta</w:t>
      </w:r>
    </w:p>
    <w:p>
      <w:pPr>
        <w:jc w:val="right"/>
      </w:pPr>
      <w:r>
        <w:t>مسجد میںجائیںگےنمازپڑھنےکےلیے جیبمیںرہےگاموبائل باہرکاچیککریںگے کسی کا کسی فرینڈکاکسی ریٹوکاٹیلیفونتونہیںآیاتھا ایسےلوگوںکوکچھبھینہیںملتا کچھبھینہیںملتا کچھبھینہیںملتا</w:t>
      </w:r>
    </w:p>
    <w:p>
      <w:r>
        <w:rPr>
          <w:b/>
        </w:rPr>
        <w:t xml:space="preserve">[37:44] </w:t>
      </w:r>
      <w:r>
        <w:t>already jeh rahe hain kahin aur wo Sahaba ka haal kya tha dekhiye kitabon mein aata hai keh Sahaba jab masjid se nikalte the namaz parh kar ke</w:t>
      </w:r>
    </w:p>
    <w:p>
      <w:pPr>
        <w:jc w:val="right"/>
      </w:pPr>
      <w:r>
        <w:t>الریڈیجیرہےہیںکہیںاور وہ صحابہکاحالکیاتھادیکھیے کتاب وںمیںآتاہےکہ صحابہجب مسجدسےنکلتےتھےنمازپڑھکرکے</w:t>
      </w:r>
    </w:p>
    <w:p>
      <w:r>
        <w:rPr>
          <w:b/>
        </w:rPr>
        <w:t xml:space="preserve">[37:56] </w:t>
      </w:r>
      <w:r>
        <w:t>bilkul chup chap nikalte the</w:t>
      </w:r>
    </w:p>
    <w:p>
      <w:pPr>
        <w:jc w:val="right"/>
      </w:pPr>
      <w:r>
        <w:t>بالکل چپچاپ نکلتےتھے</w:t>
      </w:r>
    </w:p>
    <w:p>
      <w:r>
        <w:rPr>
          <w:b/>
        </w:rPr>
        <w:t xml:space="preserve">[38:00] </w:t>
      </w:r>
      <w:r>
        <w:t>aur apne gharon ko chup chap chale aate the koi bolta nahi tha yahan kya hai masjid se nikle bol rahe hain aap mein baatein kar rahe hain mobile hai to mobile mein mashgool ho gaye yeh namaz nahi hai yeh kuch bhi nahi thing thing yeh thing hai yeh wo yeh hai well al musallina hai yeh</w:t>
      </w:r>
    </w:p>
    <w:p>
      <w:pPr>
        <w:jc w:val="right"/>
      </w:pPr>
      <w:r>
        <w:t>اور اپنےگھروںکوچپچاپچلےآتےتھے کوئی بول تانہیںتھا یہاںکیاہے مسجدسےنکلے بولرہےہیںآپسمیںباتیںکررہےہیںموبائلہےتوموبائل میں مشغولہوگئے یہنمازنہیںہے یہ کچھبھینتھنگہےنتھنگ یہنتھنگہے یہ وہیہے ویل المصلینہےیہ</w:t>
      </w:r>
    </w:p>
    <w:p>
      <w:r>
        <w:rPr>
          <w:b/>
        </w:rPr>
        <w:t xml:space="preserve">[38:26] </w:t>
      </w:r>
      <w:r>
        <w:t>allazina fi sirat sa hooni yani sahibe ki namaz hai sahibe ki namaz koi is ke liye koi kuch bhi nahi is ke liye nothing hai wo</w:t>
      </w:r>
    </w:p>
    <w:p>
      <w:pPr>
        <w:jc w:val="right"/>
      </w:pPr>
      <w:r>
        <w:t>الذین فیصراط ساہونیعنیصاحبکینمازہےصاحبکینماز کوئیاسکےلیےکوئیکچھبھینہیںاسکےلیے نتھنگہےوہ</w:t>
      </w:r>
    </w:p>
    <w:p>
      <w:r>
        <w:rPr>
          <w:b/>
        </w:rPr>
        <w:t xml:space="preserve">[38:39] </w:t>
      </w:r>
      <w:r>
        <w:t>tu as waqt mein jis pe zor dena chahta hoon wohi hai ke zindagi ko hamesha positive angle se dekhiye kabhi negative angle se na dekhiye</w:t>
      </w:r>
    </w:p>
    <w:p>
      <w:pPr>
        <w:jc w:val="right"/>
      </w:pPr>
      <w:r>
        <w:t>تواسوقت میںجسپہزوردیناچاہتاہوںوہیہہے کہ زندگی کوہمیشہ پازیٹیواینگلسےدیکھیے کبھینیگیٹیواینگلسےنہدیکھیے</w:t>
      </w:r>
    </w:p>
    <w:p>
      <w:r>
        <w:rPr>
          <w:b/>
        </w:rPr>
        <w:t xml:space="preserve">[38:52] </w:t>
      </w:r>
      <w:r>
        <w:t>jo akhri cheez jo hai jo jisko hum tension kehte hain usko bhi aap positive angle se dekhiye aaj kal kaha jata hai ke dunya mein sab se zyada beemariyan jo hain woh tension se related hain tension ya beemari ya tension ya beemari blood pressure aur diabetes aur kya kya</w:t>
      </w:r>
    </w:p>
    <w:p>
      <w:pPr>
        <w:jc w:val="right"/>
      </w:pPr>
      <w:r>
        <w:t>جواخریچیزجوہےجو جسکوہمٹینشنکہتےہیںاسکوبھیاپپازیٹیواینگلسےدیکھیے اج کلکہاجاتاہے کہ دنیا میں سب سے زیادہ بیماریاںجوہیں وہٹینشنسے ریلیٹڈہیں ٹینشنایا بیماریائی ٹینشنایابیماریائی بلڈپریشر اور ڈائبیٹیزاورکیا کیا</w:t>
      </w:r>
    </w:p>
    <w:p>
      <w:r>
        <w:rPr>
          <w:b/>
        </w:rPr>
        <w:t xml:space="preserve">[39:16] </w:t>
      </w:r>
      <w:r>
        <w:t>تو ٹینشن تو آپ کا اپنا اپنا یعنی اپنی لائف کی مصیبت ہے۔</w:t>
      </w:r>
    </w:p>
    <w:p>
      <w:pPr>
        <w:jc w:val="right"/>
      </w:pPr>
      <w:r>
        <w:t>تو ٹینشنتواپکااپنا اپنا یعنی اپنی لائیوبھیمصیبتہے</w:t>
      </w:r>
    </w:p>
    <w:p>
      <w:r>
        <w:rPr>
          <w:b/>
        </w:rPr>
        <w:t xml:space="preserve">[39:23] </w:t>
      </w:r>
      <w:r>
        <w:t>Khuda ne aap ko kisi shak mein dala</w:t>
      </w:r>
    </w:p>
    <w:p>
      <w:pPr>
        <w:jc w:val="right"/>
      </w:pPr>
      <w:r>
        <w:t>خدانےاپ کو کسی شاکمیںڈالا</w:t>
      </w:r>
    </w:p>
    <w:p>
      <w:r>
        <w:rPr>
          <w:b/>
        </w:rPr>
        <w:t xml:space="preserve">[39:27] </w:t>
      </w:r>
      <w:r>
        <w:t>That was blessing in disguise. Aap isko positive sense mein lijiye.</w:t>
      </w:r>
    </w:p>
    <w:p>
      <w:pPr>
        <w:jc w:val="right"/>
      </w:pPr>
      <w:r>
        <w:t>دیٹوازبریسنگانڈسگائز اپ اسکو پازیٹیوسینسمیںلیجئے</w:t>
      </w:r>
    </w:p>
    <w:p>
      <w:r>
        <w:rPr>
          <w:b/>
        </w:rPr>
        <w:t xml:space="preserve">[39:33] </w:t>
      </w:r>
      <w:r>
        <w:t>iske plus point ko janiye lekin apne liye isko negative sense mein kaha jayega to tension hai</w:t>
      </w:r>
    </w:p>
    <w:p>
      <w:pPr>
        <w:jc w:val="right"/>
      </w:pPr>
      <w:r>
        <w:t>اسکےپلسپوائنٹکوجانیے لیکن اپنے لیااسکونیگیٹیوسینسمیںکہاجیاگےتوٹینشنہے</w:t>
      </w:r>
    </w:p>
    <w:p>
      <w:r>
        <w:rPr>
          <w:b/>
        </w:rPr>
        <w:t xml:space="preserve">[39:39] </w:t>
      </w:r>
      <w:r>
        <w:t>aur phir duayen karne lage jo distressing ke school khule wahan jaane lage</w:t>
      </w:r>
    </w:p>
    <w:p>
      <w:pPr>
        <w:jc w:val="right"/>
      </w:pPr>
      <w:r>
        <w:t>اورپھردوائیںکرنے لگے جو ڈیاسٹریسنگکےسکولکھلےوہاںجانےلگے</w:t>
      </w:r>
    </w:p>
    <w:p>
      <w:r>
        <w:rPr>
          <w:b/>
        </w:rPr>
        <w:t xml:space="preserve">[39:47] </w:t>
      </w:r>
      <w:r>
        <w:t>ek sahib jo retired justice hain woh mere paas aaye ek baar koi koi ek koi khula hua center de-stressing ka center of de-stressing wahan gaye woh tu unhone kaha mein wahan saat din raha tu saat din woh kuch mashgool rakhte the mukhtalif cheezon mein tu kaha saat din mera mind free tha lekin jab wahan se nikle ke ghar aaye apne office mein tu phir wohi baatein</w:t>
      </w:r>
    </w:p>
    <w:p>
      <w:pPr>
        <w:jc w:val="right"/>
      </w:pPr>
      <w:r>
        <w:t>ایکصاحبجوریٹائرڈجسٹسہےوہمیرےپاسائےایکبار کوئیکوئی ایککوئیکھلا ہوا سینٹر ڈی اسٹریسنگکا سینٹرافڈیاسٹریسنگ وہاںگئےوہ توانہوںنےکہامیںوہاںساتدنرہا تو ساتدن وہکچھمشغولرکھتےتھے مختلف چیزوںمیں تو کہاساتدن میرامائنڈفریتھا لیکن جب وہاںسےنکل کے گھرائےاپنےافسمیںتوپھروہیوہیباتیں</w:t>
      </w:r>
    </w:p>
    <w:p>
      <w:r>
        <w:rPr>
          <w:b/>
        </w:rPr>
        <w:t xml:space="preserve">[40:15] </w:t>
      </w:r>
      <w:r>
        <w:t>tu woh is cheez ko nikalna nahi hai usko uski positive technique ko discover karna hai jo aap ko shock laga jo hardship aaye jise mujhe jo maine bataya jo mujhe bar bar shock lagte hain abhi recently yeh shock laga mujhe tu kabhi mein aisa nahi karta ke usko is balki physical sense mein loon aur negative sense mein loon mein sochne lagta hoon ke aisa kyun hua</w:t>
      </w:r>
    </w:p>
    <w:p>
      <w:pPr>
        <w:jc w:val="right"/>
      </w:pPr>
      <w:r>
        <w:t>تو وہ اسچیزکو نکالنانہیںہےاسکو اسکی پازیٹیوٹیکوڈسکورکرناہے جواپکوشاکلگا جوہارڈشپائے جسےمجھےجو میںنےبتایاجومجھے باربار شاکلگتےہیںابھی ریسنٹلییہشاکلگامجھے تو کبھیمیں ایسانہیںکرتاکہاسکو اسبالکلفزیکلسینسمیںلوں اورنیگیٹیوسینسمیںلوں میںسوچنےلگتاہوںکہایساکیوںہوا</w:t>
      </w:r>
    </w:p>
    <w:p>
      <w:r>
        <w:rPr>
          <w:b/>
        </w:rPr>
        <w:t xml:space="preserve">[40:41] </w:t>
      </w:r>
      <w:r>
        <w:t>mein uske positive aspect ko discover karne ke liye koshish karne lagta hoon uske positive aspect kya hai is hardship ka is museebat ka is pain ka is dard o karb ka positive aspect kya hai woh mein dhoondne lagta hoon aur khuda ke fazal se mujhe hamesha mil jata hai yani mein agar yeh kahoon ke mera bar bar re re-view hua hai re-emergency hua hai bar bar</w:t>
      </w:r>
    </w:p>
    <w:p>
      <w:pPr>
        <w:jc w:val="right"/>
      </w:pPr>
      <w:r>
        <w:t>میں اسکے پازیٹیواسپیکٹکوڈسکورکرنےکےلیے کوششکرنےلگتاہوں اسکاپازیٹیو اسپیکٹکیاہے اس ہارڈشپکا اس مصیبتکا اس پینکا اسدردوکربکا پازیٹیواسپیکٹکیاہے وہمیںڈھونڈنےلگتاہوں اورخداکےفضلسےمجھےہمیشہملجاتا ہے یعنیمیں اگر یہکہوںکہمیراباربار ری ریوہہواہے ری ایمرجنسیہواہےباربار</w:t>
      </w:r>
    </w:p>
    <w:p>
      <w:r>
        <w:rPr>
          <w:b/>
        </w:rPr>
        <w:t xml:space="preserve">[41:11] </w:t>
      </w:r>
      <w:r>
        <w:t>bar bar re-emergency jaise mera haath yeh aap dekh rahe hain ke yeh yeh chala gaya ismein junction box mein chala gaya junction box ka matlab hai ke bijli ka khazana wohan par hai aur yeh electric burn ho gaya bahut ajeeb haalat meri ho gayi</w:t>
      </w:r>
    </w:p>
    <w:p>
      <w:pPr>
        <w:jc w:val="right"/>
      </w:pPr>
      <w:r>
        <w:t>بار بار ری ایمرجنسی جیسےمیراہاتھ یہ اپدیکھرہےہیںکہیہ یہچلاگیا اسمیں جنکشنباکسمیںچلاگیا جنکشن باکسکامطلبہےکہبجلیکاخزانہوہاںپرہے اوریہ الیکٹرکبرنہوئے گا بہت عجیبحالتمیریہوگئی</w:t>
      </w:r>
    </w:p>
    <w:p>
      <w:r>
        <w:rPr>
          <w:b/>
        </w:rPr>
        <w:t xml:space="preserve">[41:33] </w:t>
      </w:r>
      <w:r>
        <w:t>mein hospital mein tha haalat yeh thi ke mein qalam pakad nahi sakta tha</w:t>
      </w:r>
    </w:p>
    <w:p>
      <w:pPr>
        <w:jc w:val="right"/>
      </w:pPr>
      <w:r>
        <w:t>میں ہاسپٹلمیںتھا حالتیہتھیکہمیںقلم پکڑنہیںسکتاتھا</w:t>
      </w:r>
    </w:p>
    <w:p>
      <w:r>
        <w:rPr>
          <w:b/>
        </w:rPr>
        <w:t xml:space="preserve">[41:39] </w:t>
      </w:r>
      <w:r>
        <w:t>qalam nahi pakad sakta tha mein qalam nahi pakad sakta tha is zamane mein maine books mangwai jo electric burn ki books hoti hain tu ek book mein ek ajeeb ghareeb cheez mili ek discovery mujhe ho gayi hospital mein woh kya tha ismein jo plastic surgery hoti hai ismein bataya tha isne plastic surgery mein aap hika skin nikal kar yahan lagaya jata hai</w:t>
      </w:r>
    </w:p>
    <w:p>
      <w:pPr>
        <w:jc w:val="right"/>
      </w:pPr>
      <w:r>
        <w:t>قلمنہیںپکڑسکتاتھا میں قلمنہیںپکڑسکتاتھا اسزمانےمیںمیںنےبکس منگوائی جو الیکٹرکبرنکیبکسہوتیہیں تو ایک بکمیں ایکعجیبغریبچیزملی ایکڈسکوریمجھےہوگئی ہاسپٹلمیں وہکیاتھا اسمیں جوپلاسٹکسرجریہوتیہے اسمیںبتایاتھااسنے پلاسٹکسرجریمیں اپ ہیکااسکننکالکریہاںلگایاجاتاہے</w:t>
      </w:r>
    </w:p>
    <w:p>
      <w:r>
        <w:rPr>
          <w:b/>
        </w:rPr>
        <w:t xml:space="preserve">[42:09] </w:t>
      </w:r>
      <w:r>
        <w:t>koi aur skin laga diya hai tu woh nikal kala ho jayega kala ho kar nikal jayega body accept nahi karega usko aap ki body ka nikal kar misaal ke taur par mera plastic surgery hui thi tu yahan se nikala gaya tha yahan se skin nikal kar ke unhone yahan laga diya kisi aur ka skin lagate tu woh kya hota body accept na karta woh woh break ho jata hai phir woh nikal kar jhad jata woh</w:t>
      </w:r>
    </w:p>
    <w:p>
      <w:pPr>
        <w:jc w:val="right"/>
      </w:pPr>
      <w:r>
        <w:t>کوئیاوراسکنلگادیاہےتووہ نکل کالاہوجائےگاکالاہوکے نکلجائےگا باڈیایکسیپٹنہیںکرےگااسکو اپکی باڈی کا نکالکر مثلاًمیرا پلاسٹکسرجریہوئیتھیتویہاںسےنکالاگیاتھا یہاںسے اسکننکالکرکےانہوںنےیہاںلگادیا کسی اورکااسکنلگاتے تو وہکیاہوتا باڈیایکسیپٹنہکرتا وہوہ بریکہوجاتاہےپھروہنکلکے جھڑجاتا وہ</w:t>
      </w:r>
    </w:p>
    <w:p>
      <w:r>
        <w:rPr>
          <w:b/>
        </w:rPr>
        <w:t xml:space="preserve">[42:35] </w:t>
      </w:r>
      <w:r>
        <w:t>is mein likha tha yeh batate hue ke self will not accept not self self will not accept not self</w:t>
      </w:r>
    </w:p>
    <w:p>
      <w:pPr>
        <w:jc w:val="right"/>
      </w:pPr>
      <w:r>
        <w:t>اسمیںلکھاتھا یہبتاتےہوئے کہ سیلفول ناٹایکسیپٹناٹسیلف سیلف ول ناٹایکسیپٹناٹسیلف</w:t>
      </w:r>
    </w:p>
    <w:p>
      <w:r>
        <w:rPr>
          <w:b/>
        </w:rPr>
        <w:t xml:space="preserve">[42:47] </w:t>
      </w:r>
      <w:r>
        <w:t>tu mein usko le kar socha ke khuda jo hai apne hi jaisa insaan ko jo jo khuda ka test mein jiya ho jisko tu khuda khuda wala test ho khuda wala attributes hon usiko khuda accept karega apne qareeb thehrane ke liye maine usko karte hain ke jao tum door jao yahan tumhari jagah nahi hai self will not accept not</w:t>
      </w:r>
    </w:p>
    <w:p>
      <w:pPr>
        <w:jc w:val="right"/>
      </w:pPr>
      <w:r>
        <w:t>تومیں اسکو لےکرسو چاکہخداجوہے اپنے ہیجیسے انسانکو جو جوخداکاٹیسٹ میںجیاہو جسکاتوخدا خداوالا ٹیسٹ ہو خداوالے ایٹریبیوٹسہوں اسیکوخدا کوایکسیپٹکرےگااپنے قریب ٹھہرانےکےلیے میںنےاسکو کرتے ہیںکہجاؤتمدورجاؤ یہاںتمہاریجگہنہیںہے سیلفولناٹایکسیپٹناٹ</w:t>
      </w:r>
    </w:p>
    <w:p>
      <w:r>
        <w:rPr>
          <w:b/>
        </w:rPr>
        <w:t xml:space="preserve">[43:16] </w:t>
      </w:r>
      <w:r>
        <w:t>self yani khuda ka jo test hai khuda ka jo mizaj hai khuda ka jo jo akhlaq e khuda wandi jo hai takhalluq e akhlaq allah jo kaha gaya hai tu woh jo woh akhlaq le kar jo wahan pahunchega wahi khuda ke paros mein jagah payega warna door bhaga diya jayega woh</w:t>
      </w:r>
    </w:p>
    <w:p>
      <w:pPr>
        <w:jc w:val="right"/>
      </w:pPr>
      <w:r>
        <w:t>سیلف یعنیخداکاجو ٹیسٹ ہےخداکاجومزاجہے خداکاجو جو اخلاقیاتخداوندیجوہے تخ لق اخلاق اللہجوکہاگیاہے تو وہ جو وہ اخلاقیاتلےکرجووہاںپہنچےگا وہیخداکےپڑوسمیںجگہپائےگا ورنہدوربھگادیاجائےگاوہ</w:t>
      </w:r>
    </w:p>
    <w:p>
      <w:r>
        <w:rPr>
          <w:b/>
        </w:rPr>
        <w:t xml:space="preserve">[43:38] </w:t>
      </w:r>
      <w:r>
        <w:t>tu is waqe ke baad jo bahut bara mera hadsa tha mein behosh ho gaya tha tu maine mehsoos kiya ke mein mein ne mazmoon likha tha ke dobara zameen par ke mein mar gaya tha phir mein jiya hoon jigar phir zameen pe aaya hoon yeh mercury yahan se chala gaya tha mein phir zameen par aaya hoon mein</w:t>
      </w:r>
    </w:p>
    <w:p>
      <w:pPr>
        <w:jc w:val="right"/>
      </w:pPr>
      <w:r>
        <w:t>تو اس واقعےکےبعد جوبہت بڑا میراحادثہتھامیںبےہوشہوگیاتھا تو میںنےمحسوسکیاکہمیں میںنےمضمونلکھاتھا کہ دوبارہ زمین پر کہمیں مرگیاتھاپھرمیںجیاہوں جیکرپھر زمین پہاتراہوں یہمرکریہاںسےچلاگیاتھامیں پھرزمین پرایاہوںمیں</w:t>
      </w:r>
    </w:p>
    <w:p>
      <w:r>
        <w:rPr>
          <w:b/>
        </w:rPr>
        <w:t xml:space="preserve">[43:57] </w:t>
      </w:r>
      <w:r>
        <w:t>ایک لمبا آرٹیکل میں نے لکھا تھا دوبارہ زمین پر تو کیا میرا بار بار ایک نیا ایمرجنسی ہوتا ہے بار بار نیا ایمرجنسی ہوتا ہے</w:t>
      </w:r>
    </w:p>
    <w:p>
      <w:pPr>
        <w:jc w:val="right"/>
      </w:pPr>
      <w:r>
        <w:t>ایک لمباارٹیکلمیںنےلکھاتھا دوبارہزمین پر تو کیا میرا بار بار ایک نیاایمرجنسیہوتاہے باربارنیاایمرجنسیہوتاہے</w:t>
      </w:r>
    </w:p>
    <w:p>
      <w:r>
        <w:rPr>
          <w:b/>
        </w:rPr>
        <w:t xml:space="preserve">[44:07] </w:t>
      </w:r>
      <w:r>
        <w:t>puri zindagi mujhe aise mere saath aise qisse hote rahe</w:t>
      </w:r>
    </w:p>
    <w:p>
      <w:pPr>
        <w:jc w:val="right"/>
      </w:pPr>
      <w:r>
        <w:t>پوریزندگی مجھے ایسے میرےساتھ ایسےقصےہوتےرہے</w:t>
      </w:r>
    </w:p>
    <w:p>
      <w:r>
        <w:rPr>
          <w:b/>
        </w:rPr>
        <w:t xml:space="preserve">[44:11] </w:t>
      </w:r>
      <w:r>
        <w:t>اور ریسنٹلی یہ قصہ ہوا تو کیوں لوگ لوگوں کے ساتھ ایسے قصے پیش آتے ہیں تو کیا ہوتا ہے ٹینشن میں پڑ جاتے ہیں فرسٹریشن پڑ جاتے ہیں کوئی سوسائیڈ کر لیتا ہے</w:t>
      </w:r>
    </w:p>
    <w:p>
      <w:pPr>
        <w:jc w:val="right"/>
      </w:pPr>
      <w:r>
        <w:t>اورریسنٹلییہقصہہوا توکیوں لوگ لوگوںکےساتھ ایسے قصےپیش اتےہیںتوکیاہوتاہے ٹینشنمیںپڑجاتےہیں فرسٹریشنپڑجاتےہیں کوئیسوسائیڈکرلیتاہے</w:t>
      </w:r>
    </w:p>
    <w:p>
      <w:r>
        <w:rPr>
          <w:b/>
        </w:rPr>
        <w:t xml:space="preserve">[44:23] </w:t>
      </w:r>
      <w:r>
        <w:t>kuch log suicide bhi kar lete hain</w:t>
      </w:r>
    </w:p>
    <w:p>
      <w:pPr>
        <w:jc w:val="right"/>
      </w:pPr>
      <w:r>
        <w:t>کچھلوگسوسائیڈبھیکرلیتےہیں</w:t>
      </w:r>
    </w:p>
    <w:p>
      <w:r>
        <w:rPr>
          <w:b/>
        </w:rPr>
        <w:t xml:space="preserve">[44:30] </w:t>
      </w:r>
      <w:r>
        <w:t>aur hate aur nafrat aur jhanjhat tu sabhi mein ho jati hai lekin mera mizaj khuda ke fazal se yeh hai ke mein uske positive aspect dhoondne lagta hoon jaise mein yahan par hospital mein jab tha us waqt maine talash kiya yeh pehlu ke self will not accept not self kitna bara mujhe us se mila hoga joy aur thrill woh aap soch sakte hain</w:t>
      </w:r>
    </w:p>
    <w:p>
      <w:pPr>
        <w:jc w:val="right"/>
      </w:pPr>
      <w:r>
        <w:t>اور ہیٹاورنفرتاورجھنجھاڑتوسبھیمیںہوجاتیہے لیکن میرامزاجخداکےفضلسےیہہےکہمیںاسکے پازیٹیواسپیکٹڈھونڈنےلگتاہوں جسےمیں یہاںپر ہاسپٹلمیںجبتھااسوقت میںنےتلاشکیا یہ پہلو کہ سیلفولناٹایکسیپٹناٹسیلف کتنابڑامجھے اسسے ملاہوگا جوائےاورتھرل وہاپسوچسکتےہیں</w:t>
      </w:r>
    </w:p>
    <w:p>
      <w:r>
        <w:rPr>
          <w:b/>
        </w:rPr>
        <w:t xml:space="preserve">[44:57] </w:t>
      </w:r>
      <w:r>
        <w:t>tu aap ko mein yeh kahoon ga ke aap log jo hain khud aise baniye aur doosron ke saath banne ke ke liye bataiye logon ko doosron ko bataiye ke tum ko aisa banna hai positive thinker banna hai positive thinker negative test se apne ko behtar door le jao aap log khud aise baniye aur doosron ko aise banaiye</w:t>
      </w:r>
    </w:p>
    <w:p>
      <w:pPr>
        <w:jc w:val="right"/>
      </w:pPr>
      <w:r>
        <w:t>تو اپ کو میں یہکہوںگاکہاپلوگجوہیں خود ایسےبنی ےاوردوسروںکےساتھبننےکے کےلیےبتائیےلوگوںکو دوسروںکوبتائیےکہتمکوایسابنناہے پازیٹیوتھنکربنناہےپازیٹیوتھنکر نیگیٹیوٹیسےاپنےکوبہتدورلےجاؤ اپلوگخود ایسےبنیےاوردوسروںکوایسےبنائیے</w:t>
      </w:r>
    </w:p>
    <w:p>
      <w:r>
        <w:rPr>
          <w:b/>
        </w:rPr>
        <w:t xml:space="preserve">[45:20] </w:t>
      </w:r>
      <w:r>
        <w:t>lekin aisa banne ke liye aap ko dekhiye apne modesty lani padegi</w:t>
      </w:r>
    </w:p>
    <w:p>
      <w:pPr>
        <w:jc w:val="right"/>
      </w:pPr>
      <w:r>
        <w:t>لیکن ایسابننےکےلیےاپکو دیکھیے اپنے ماڈیسٹیلانیپڑےگی</w:t>
      </w:r>
    </w:p>
    <w:p>
      <w:r>
        <w:rPr>
          <w:b/>
        </w:rPr>
        <w:t xml:space="preserve">[45:25] </w:t>
      </w:r>
      <w:r>
        <w:t>baais har qism ke baais alag karna padega koi baais nahi koi baais nahi ekdam objective objective lani padegi hate se oopar uthna padega tab ja kar aisa hoga ke aap ke liye woh shock jo hai bracing ban jaye</w:t>
      </w:r>
    </w:p>
    <w:p>
      <w:pPr>
        <w:jc w:val="right"/>
      </w:pPr>
      <w:r>
        <w:t>باعث ہرقسم کےباعث الگکرناپڑےگا کوئی باعثنہیں کوئی باعثنہیں ایکدمابجیکٹو ابجیکٹیولانیپڑےگی ہیٹسےاوپراٹھناپڑےگا تب جاکرایساہوگاکہاپ کےلیے وہ شاکجوہےبریسنگبنجائے</w:t>
      </w:r>
    </w:p>
    <w:p>
      <w:r>
        <w:rPr>
          <w:b/>
        </w:rPr>
        <w:t xml:space="preserve">[45:50] </w:t>
      </w:r>
      <w:r>
        <w:t>tu is saf mein aa jayenge jo nabiyon ki saf hai in ashaddun naas balan al anbiya in nabiyon par hardship dali gayi painful life unko di gayi kyun nabiyon ko khuda chahta tha ke inko elevate karna unka darja badhana tu aap ka darja isi tarah badhega nabi na hote hue bhi aap ka darja badhta rahega</w:t>
      </w:r>
    </w:p>
    <w:p>
      <w:pPr>
        <w:jc w:val="right"/>
      </w:pPr>
      <w:r>
        <w:t>تو اس صف میںاپاجائیںگے جو نبیوںکیصف ہے ان اشد الناس بلانالانبیاء اننبیوںپر ہارڈشپڈالیگئی پینفل لائفانکودیگئی کیوں نبیوںکوخداچاہتاتھاکہ انکو ایلیویٹکرناانکادرجہبڑھانا تو اپ کادرجہاسیطرحبڑھےگا نبی نہہوتےہیبھیاپکادرجہبڑھتارہےگا</w:t>
      </w:r>
    </w:p>
    <w:p>
      <w:r>
        <w:rPr>
          <w:b/>
        </w:rPr>
        <w:t xml:space="preserve">[46:18] </w:t>
      </w:r>
      <w:r>
        <w:t>tu bahut hi soch samajh kar zindagi guzarna ahem hai dunya mein andhe bhare ki tarah nahi reh sakte dunya mein andhe bhare rahenge dekhiye mein aksar yeh kaha karta hoon ke bahut hi ek bahut hi zyada ek khatarnak baat yeh hai ke maut ke baad koi development nahi hai bahut hi danger baat yeh hai jo koi development hai maut tak hai maut ke baad stand still hai</w:t>
      </w:r>
    </w:p>
    <w:p>
      <w:pPr>
        <w:jc w:val="right"/>
      </w:pPr>
      <w:r>
        <w:t>تو بہت ہی سوچسمجھیزندگی گزارنااہمہےدنیا میں اندھےبھرےکیطرح نہیںرکھسکتے دنیا میں اندھےبھرےرہیںگے دیکھیےمیںاکثریہکہاکرتاہوں کہ بہت ہی ایکبہت ہیزیادہ ایکخطرناکباتیہہے کہ موتکےبعد کوئیڈیویلپمنٹنہیںہے بہت ہی ڈینجرسباتیہہے جوکوئیڈیویلپمنٹہےموتتکہے موتکےبعد اسٹینڈ اسٹلہے</w:t>
      </w:r>
    </w:p>
    <w:p>
      <w:r>
        <w:rPr>
          <w:b/>
        </w:rPr>
        <w:t xml:space="preserve">[46:47] </w:t>
      </w:r>
      <w:r>
        <w:t>jitna aap ne maut tak apne ko develop kiya hai usi par theher jayenge aap millionaires rahe millionaires tak rahenge aap lekin aap kuch development nahi hoga stand still yeh kitni kitni danger baat hai is dunya mein agar koi ek job mile usko kahin ji ek bhi hai tu tum ko itna milega 10th per month uske baad kuch tum ko tarqqi nahi hai</w:t>
      </w:r>
    </w:p>
    <w:p>
      <w:pPr>
        <w:jc w:val="right"/>
      </w:pPr>
      <w:r>
        <w:t>جتنااپ نے موت تکاپنےکوڈیویلپکیاہے اسیپرٹھہرجائیںگےاپ مل ینایئرز رہے ملینایئرزتکرہیںگےاپلیکن اپ کچھڈیویلپمنٹنہیںہوگا اسٹینڈ اسٹل یہکتنی کتنیڈینجرسباتہے اسدنیا میںاگر کوئی ایک جابملےاسکو کہاجیایکبھی ہےتوتم کو اتناملےگا 10تھا پرمنتھاسکےبعد کچھ تمکوترقینہیںہے</w:t>
      </w:r>
    </w:p>
    <w:p>
      <w:r>
        <w:rPr>
          <w:b/>
        </w:rPr>
        <w:t xml:space="preserve">[47:14] </w:t>
      </w:r>
      <w:r>
        <w:t>kuch nahi milega tum ko ek din bhi usko sukoon nahi hoga kyunke insaan chahta hai ke har din aur tarqqi aur tarqqi aur tarqqi insaan ke jo nature hai insaan ka nature hai har din woh apne ko chahta hai ke aur tarqqi mujhe ho aur aage badh jao aisa admi aap dekhiye jo jisko kaho ke na promotion hoga na increment hoga na koi aur uska uhda badhega</w:t>
      </w:r>
    </w:p>
    <w:p>
      <w:pPr>
        <w:jc w:val="right"/>
      </w:pPr>
      <w:r>
        <w:t>کچھنہیںملےگاتمکو ایک دنبھیاسکوسکوننہیںہوگا کیونکہانسانچاہتاہےکہ ہردن اور تر قیاورتر قیاورتر قی انسان کےجونیچرہےانسانکانیچرہےہردن وہ اپنےکو چاہتاہےکہاور تر قیمجھےہو اوراگےبڑھجاؤں ایسا ادمیاپدیکھیےجو جسکو کہوکہنہپروموشنہوگا نہانکریمنٹہوگا نہ کوئیاور اسکاعہدہبڑھےگا</w:t>
      </w:r>
    </w:p>
    <w:p>
      <w:r>
        <w:rPr>
          <w:b/>
        </w:rPr>
        <w:t xml:space="preserve">[47:43] </w:t>
      </w:r>
      <w:r>
        <w:t>tu woh woh job uske liye museebat ban jayega is job ko woh samjhega yeh prison hai prison yeh hosla ke mein aage mera promotion ho sakta hai mera increment ho sakta hai mujhe aur bade bade job mil sakte hain yahi hosla usko zinda rakhta hai job mein bhi business mein bhi</w:t>
      </w:r>
    </w:p>
    <w:p>
      <w:pPr>
        <w:jc w:val="right"/>
      </w:pPr>
      <w:r>
        <w:t>تو وہ وہ جاباسکےلیےمصیبتبنجائےگا اسجابکووہسمجھےگایہپریزنہےپریزن یہحوصلہکہمیں اگے میراپروموشنہوسکتاہے میراانکریمنٹہوسکتاہے مجھےاوربڑےبڑےجابملسکتےہیںیہیحوصلہاسکوزندہرکھتاہے جابمیںبھی بزنس میںبھی</w:t>
      </w:r>
    </w:p>
    <w:p>
      <w:r>
        <w:rPr>
          <w:b/>
        </w:rPr>
        <w:t xml:space="preserve">[48:05] </w:t>
      </w:r>
      <w:r>
        <w:t>tu kitna danger baat hai ke aap ka nature jo hai aap apne nature ko deny kar rahe hain ke maut ki taraf badh rahe hain hum aur stand still life apne ko accept karne wale hain hum tu jitna aap apne ko develop kar sakein kijiye kyunke agar aap ke develop karne mein one percent bhi kami reh gayi tu hamesha woh kami baqi rahegi billion trillion saal tak kami baqi rahegi woh</w:t>
      </w:r>
    </w:p>
    <w:p>
      <w:pPr>
        <w:jc w:val="right"/>
      </w:pPr>
      <w:r>
        <w:t>تو کتنا ڈینجرسباتہےکہاپ کانیچرجوہے اپ اپنےنیچرکوڈینائیکررہےہیں کہ موتکیطرف بڑھرہےہیںہم اور اسٹینڈاسٹللائف اپنے کوایکسیپٹکرنےوالےہیںہم تو جتنا اپ اپنےکوڈیویلپکرسکیںکیجئے کیونکہاگر اپ کے ڈیویلپکرنےمیں ونپرسنٹبھیکمیرہگئی تو ہمیشہوہکمیباقیرہےگی بل ینٹریلین سالتککمیباقیرہےگیوہ</w:t>
      </w:r>
    </w:p>
    <w:p>
      <w:r>
        <w:rPr>
          <w:b/>
        </w:rPr>
        <w:t xml:space="preserve">[48:33] </w:t>
      </w:r>
      <w:r>
        <w:t>phir developer nahin hone wala hai isiko mein kaha karta hoon ki aadmi jahan marta hai wahin woh wahin uthaya jayega aadmi jahan marega wahin woh uthega</w:t>
      </w:r>
    </w:p>
    <w:p>
      <w:pPr>
        <w:jc w:val="right"/>
      </w:pPr>
      <w:r>
        <w:t>پھر ڈیویلپرنہیںہونےوالاہے اسیکومیںکہاکرتاہوںکہ ادمیجہاںمرتاہےوہیںوہ وہیںاٹھایاجاتاہے ادمیجہاںمرےگا وہیںوہاٹھےگا</w:t>
      </w:r>
    </w:p>
    <w:p>
      <w:r>
        <w:rPr>
          <w:b/>
        </w:rPr>
        <w:t xml:space="preserve">[48:45] </w:t>
      </w:r>
      <w:r>
        <w:t>matlab jis level of development par aap intellectual development ke jis level par aapko maut ayegi usi level par aapko jeena hai aindah kuch isse aage aapko nahin milne wala hai isi liye quran mein hai ke lais dad iman ma iman ek lafz hai quran mein azdad iman azdad iman hadith mein bhi aata hai ke al iman bi</w:t>
      </w:r>
    </w:p>
    <w:p>
      <w:pPr>
        <w:jc w:val="right"/>
      </w:pPr>
      <w:r>
        <w:t>مطلب جس لیول اف ڈیویلپمنٹپراپ انٹلیکچولڈیویلپمنٹکےجسلیولپراپکوموتائےگی اسیلیولپراپکوجیناہےائندہ کچھ اسسےاگےاپکونہیںملنےوالاہے اسیلیےقرانمیںہےکہ لیسداد ایمان ماایمان ایکلفظہےقرانمیں ازداد ایمان ازداد ایمان حدیثمیںبھیاتاہےکہ الایمان ب</w:t>
      </w:r>
    </w:p>
    <w:p>
      <w:r>
        <w:rPr>
          <w:b/>
        </w:rPr>
        <w:t xml:space="preserve">[49:12] </w:t>
      </w:r>
      <w:r>
        <w:t>di bahasein ispar hain ulma ke darmiyan ke iman ghatta badhta hai ke nahin ghatta badhta hai yeh baatein bilkul besaleeb baatein hain iman ek badhne wali cheez hai badhne wali cheez hai badhne wali cheez hai</w:t>
      </w:r>
    </w:p>
    <w:p>
      <w:pPr>
        <w:jc w:val="right"/>
      </w:pPr>
      <w:r>
        <w:t>ڑی بحثیںاسپرہیں علم اءکےدرمیان کہایمان گھٹتابڑھتاہےکہنہیںگھٹتابڑھتاہے یہباتیںبالکل بیسلیسباتیںہیں ایمانایکبڑھنےوالیچیزہےبڑھنےوالیچیزہےبڑھنےوالیچیزہے</w:t>
      </w:r>
    </w:p>
    <w:p>
      <w:r>
        <w:rPr>
          <w:b/>
        </w:rPr>
        <w:t xml:space="preserve">[49:30] </w:t>
      </w:r>
      <w:r>
        <w:t>toh khuda ne aapko ek poori universe de di hai padhne ke liye</w:t>
      </w:r>
    </w:p>
    <w:p>
      <w:pPr>
        <w:jc w:val="right"/>
      </w:pPr>
      <w:r>
        <w:t>تو خدانےاپ کوایک پورییونیورس دےدیہےپڑھنےکےلیے</w:t>
      </w:r>
    </w:p>
    <w:p>
      <w:r>
        <w:rPr>
          <w:b/>
        </w:rPr>
        <w:t xml:space="preserve">[49:36] </w:t>
      </w:r>
      <w:r>
        <w:t>iceberg toh saat meel aur das meel tak badhta hai</w:t>
      </w:r>
    </w:p>
    <w:p>
      <w:pPr>
        <w:jc w:val="right"/>
      </w:pPr>
      <w:r>
        <w:t>ا ئ سبرگتو ساتمیلاوردسمیلتکبڑھتاہے</w:t>
      </w:r>
    </w:p>
    <w:p>
      <w:r>
        <w:rPr>
          <w:b/>
        </w:rPr>
        <w:t xml:space="preserve">[49:40] </w:t>
      </w:r>
      <w:r>
        <w:t>aap billion meel tak badh sakte hain</w:t>
      </w:r>
    </w:p>
    <w:p>
      <w:pPr>
        <w:jc w:val="right"/>
      </w:pPr>
      <w:r>
        <w:t>اپ بل ینمیل تکبڑھسکتےہیں</w:t>
      </w:r>
    </w:p>
    <w:p>
      <w:r>
        <w:rPr>
          <w:b/>
        </w:rPr>
        <w:t xml:space="preserve">[49:45] </w:t>
      </w:r>
      <w:r>
        <w:t>iceberg jo hai iske bhi badhne ki ek had hai saat meel tak badhega das meel tak badhega koi koi iceberg hota hai 10 story building ke barabar koi kehta hai 100 story building ke barabar hota hai lekin phir bhi har uski had hai aap ki koi had nahin hai badha badhte jaiye badhte jaiye badhte jaiye</w:t>
      </w:r>
    </w:p>
    <w:p>
      <w:pPr>
        <w:jc w:val="right"/>
      </w:pPr>
      <w:r>
        <w:t>ائسبرگجوہے اسکےبھیبڑھنےکیایکحد ہے ساتمیلتکبڑھےگادسمیلتکبڑھےگا کوئی کوئی ائسبرگہوتاہے 10اسٹوریبلڈنگکےبرابر کوئی کہتاہے100اسٹوریبلڈنگکےبرابرہوتاہے لیکن پھربھی ہراسکیحد ہے اپ کیکوئیحدنہیںہے بڑھا بڑھتےجائیےبڑھتےجائیےبڑھتےجائیے</w:t>
      </w:r>
    </w:p>
    <w:p>
      <w:r>
        <w:rPr>
          <w:b/>
        </w:rPr>
        <w:t xml:space="preserve">[50:09] </w:t>
      </w:r>
      <w:r>
        <w:t>billion meel aur billion meel tak badhte chale jaiye kyunke world of thought ki koi had nahin hai world of thought ki koi had nahin hai</w:t>
      </w:r>
    </w:p>
    <w:p>
      <w:pPr>
        <w:jc w:val="right"/>
      </w:pPr>
      <w:r>
        <w:t>بل ین مائلاوربلین مائلتکبڑھتےچلےجائیے کیونکہورلڈافتھاٹکیکوئیحدنہیںہے ورلڈافتھاٹکیکوئیحدنہیںہے</w:t>
      </w:r>
    </w:p>
    <w:p>
      <w:r>
        <w:rPr>
          <w:b/>
        </w:rPr>
        <w:t xml:space="preserve">[50:22] </w:t>
      </w:r>
      <w:r>
        <w:t>university is alam jo kehte hain sky is alam toh world of thought ki toh koi had nahin hai</w:t>
      </w:r>
    </w:p>
    <w:p>
      <w:pPr>
        <w:jc w:val="right"/>
      </w:pPr>
      <w:r>
        <w:t>یونیورس ٹی ازدالم ٹ جوکہتےہیںسکائیازدالمٹ توورلڈافتھاٹکیتوکوئیحدہینہیںہے</w:t>
      </w:r>
    </w:p>
    <w:p>
      <w:r>
        <w:rPr>
          <w:b/>
        </w:rPr>
        <w:t xml:space="preserve">[50:33] </w:t>
      </w:r>
      <w:r>
        <w:t>toh jo insaan dekhe is tarah apna aapko badhayega</w:t>
      </w:r>
    </w:p>
    <w:p>
      <w:pPr>
        <w:jc w:val="right"/>
      </w:pPr>
      <w:r>
        <w:t>توجو انسان دیکھے اسطرح اپنااپکوبڑھائےگا</w:t>
      </w:r>
    </w:p>
    <w:p>
      <w:r>
        <w:rPr>
          <w:b/>
        </w:rPr>
        <w:t xml:space="preserve">[50:37] </w:t>
      </w:r>
      <w:r>
        <w:t>wohi jannat ki aali shaan nemat ko payega</w:t>
      </w:r>
    </w:p>
    <w:p>
      <w:pPr>
        <w:jc w:val="right"/>
      </w:pPr>
      <w:r>
        <w:t>وہیجنتکیاعلین عمتوںکوپائےگا</w:t>
      </w:r>
    </w:p>
    <w:p>
      <w:r>
        <w:rPr>
          <w:b/>
        </w:rPr>
        <w:t xml:space="preserve">[50:45] </w:t>
      </w:r>
      <w:r>
        <w:t>yahan is duniya aapko di gayi kis liye apne test ko develop karein apne zehni mayar ko badhayein apne intellectual level jo hai aapko ouncha karein isi ke liye di gayi hai yahan yeh paane ke liye nahin hai pressure ke liye dekhein ke preparation ek hai paana</w:t>
      </w:r>
    </w:p>
    <w:p>
      <w:pPr>
        <w:jc w:val="right"/>
      </w:pPr>
      <w:r>
        <w:t>یہاںاسدنیا اپکودیگئی کسلیے اپنے ٹیسٹ کوڈیویلپکریں اپنے ذہنیمعیارکوبڑھائیں اپنے انٹلیکچول لیولجوہےاپکواونچاکریں اسیکےلیےدیگئیہےیہاں یہ پانیکےلیےنہیںہے پریشرکےلیے دیکھیںایکہےپریپریشن ایکہے پانا</w:t>
      </w:r>
    </w:p>
    <w:p>
      <w:r>
        <w:rPr>
          <w:b/>
        </w:rPr>
        <w:t xml:space="preserve">[51:08] </w:t>
      </w:r>
      <w:r>
        <w:t>yeh duniya paane ke liye nahin hai apne ko prepare karne ke liye</w:t>
      </w:r>
    </w:p>
    <w:p>
      <w:pPr>
        <w:jc w:val="right"/>
      </w:pPr>
      <w:r>
        <w:t>یہدنیا پانیکےلیےنہیںہے اپنے کو پریپیئرکرنےکےلیے</w:t>
      </w:r>
    </w:p>
    <w:p>
      <w:r>
        <w:rPr>
          <w:b/>
        </w:rPr>
        <w:t xml:space="preserve">[51:15] </w:t>
      </w:r>
      <w:r>
        <w:t>yaad rakhiye is baat ko bahut zyada yaad rakhiye ke yeh duniya aap paane ke liye hai hi nahin achievement ke liye nahin hai yeh duniya yeh duniya hai apne ko develop karne ke liye apna test jitna develop karenge utna hi jannat mein aap enjoy kar sakenge</w:t>
      </w:r>
    </w:p>
    <w:p>
      <w:pPr>
        <w:jc w:val="right"/>
      </w:pPr>
      <w:r>
        <w:t>یادرکھیےاسباتکوبہت زیادہ یادرکھیےکہیہدنیا اپ پانےکےلیےہےہینہیں اچیومنٹکےلیےنہیںہےیہدنیا یہدنیا ہےاپنےکوڈیویلپکرنےکےلیے اپناٹیسٹ جتناڈیویلپکریںگے اتناہیجنتمیںاپانجوائےکرسکیںگے</w:t>
      </w:r>
    </w:p>
    <w:p>
      <w:r>
        <w:rPr>
          <w:b/>
        </w:rPr>
        <w:t xml:space="preserve">[51:33] </w:t>
      </w:r>
      <w:r>
        <w:t>apna mind jitna develop karenge utni jannat mein aapko badi badi soch aapke mind mein ayegi apne apne apne intellectual level ko jitna ouncha karenge utni hi khuda ki qurbat aapko hasil hogi toh yeh duniya preparation ke liye hai achievement ke liye nahin hai yeh duniya</w:t>
      </w:r>
    </w:p>
    <w:p>
      <w:pPr>
        <w:jc w:val="right"/>
      </w:pPr>
      <w:r>
        <w:t>اپنا مائنڈجتناڈیویلپکریںگےاتنیجنتمیںاپکو بڑیبڑیسوچاپکےمائنڈمیںائےگی اپنے اپنے اپنے انٹلیکچوللیولکوجتنااونچاکریںگےاتنیہیخداکیقربتاپکوحاصل ہوگی تویہدنیا پریپریشنکےلیےہے اچیومنٹکےلیےنہیںہےیہدنیا</w:t>
      </w:r>
    </w:p>
    <w:p>
      <w:r>
        <w:rPr>
          <w:b/>
        </w:rPr>
        <w:t xml:space="preserve">[51:57] </w:t>
      </w:r>
      <w:r>
        <w:t>bahut zyada sochiye is baat ko kyunke bahut hum mein se har har ek ka peecha kar rahi hai</w:t>
      </w:r>
    </w:p>
    <w:p>
      <w:pPr>
        <w:jc w:val="right"/>
      </w:pPr>
      <w:r>
        <w:t>بہت زیادہسوچیےاسباتکو کیونکہبہت ہممیںسےہرہرایککا پیچھاکررہیہے</w:t>
      </w:r>
    </w:p>
    <w:p>
      <w:r>
        <w:rPr>
          <w:b/>
        </w:rPr>
        <w:t xml:space="preserve">[52:03] </w:t>
      </w:r>
      <w:r>
        <w:t>abhikal mein ne akhbar mein padha ek ek bahut hi well known scholar the jinko ke saudi arab government ne inaam bheja tha 70 saal ki umar mein khatam ho gaye woh kal ke urdu akhbar mein mein ne padha hai bahut hi well known muslim scholar kya hua woh yahan dilli mein batra hospital mein dakhil kiye gaye kuch paniya yahan mahsus kiya unhone</w:t>
      </w:r>
    </w:p>
    <w:p>
      <w:pPr>
        <w:jc w:val="right"/>
      </w:pPr>
      <w:r>
        <w:t>ابھیکل میںنے اخبارمیںپڑھاایکایکبہتہی ویلنوناسکالرتھے جنکو کہسعودیعرب گورنمنٹنے انعامبھیدیا تھا 70سال کیعمر میں ختمہوگئےوہ کل کےارد واخبارمیںمیںنےپڑھاہےبہت ہی ویلنونمسلم اسکالر کیا ہوا وہ یہاں دلیمیں بت راہاسپٹلمیںداخلکیےگئے کچھ پینیہاںمحسوسکیاانہوںنے</w:t>
      </w:r>
    </w:p>
    <w:p>
      <w:r>
        <w:rPr>
          <w:b/>
        </w:rPr>
        <w:t xml:space="preserve">[52:30] </w:t>
      </w:r>
      <w:r>
        <w:t>toh unhone kaha ke aap aap aap cancer ka case hai aapka aur bahut hi advanced stage pe pahunch chuka hai aapka cancer advance stage pe pahunch chuka hai toh unhein pata nahin tha abhi tak cancer ke bare mein aap jante honge kuch cancer woh hote hain jo bata dete hain apne aapko ke aapko cancer hai toh aap uska treatment karne lagte hain kuch cancer aise hote hain ke aapko batate nahin woh</w:t>
      </w:r>
    </w:p>
    <w:p>
      <w:pPr>
        <w:jc w:val="right"/>
      </w:pPr>
      <w:r>
        <w:t>توانہوںنےکہاکہاپ اپ اپ کینسرکاکیسہےاپکا اوربہتہی ایڈوانس اسٹیجپہنچچکاہے اپ کاکینسرایڈوانساسٹیجپہنچچکاہے تو انہیںپتہہینہیںتھاابھیتک کینسرکےبارےمیںاپجانتےہوںگےکچھکینسروہہوتےہیں جو بتادیتےہیں اپنےاپکو کہاپکوکینسرہے تواپ اسکا ٹریٹمنٹکرنےلگتےہیں کچھ کینسرایسےہوتےہیںکہاپکوبتاتےنہیںوہ</w:t>
      </w:r>
    </w:p>
    <w:p>
      <w:r>
        <w:rPr>
          <w:b/>
        </w:rPr>
        <w:t xml:space="preserve">[52:57] </w:t>
      </w:r>
      <w:r>
        <w:t>andar andar woh badhte rehte hain badhte rehte hain badhte rehte hain ab dekhein bilkul jab bilkul aakhri time aata hai aakhri time tab pata chalta hai ke aapko cancer hai aapko toh batra hospital mein jab unko dakhil kiya gaya woh paise wale aadmi the wahan doctoron ne keh diya ke aapka cancer bahut hi advanced stage pe pahunch chuka hai ab iska koi hamare paas koi iske liye medicine nahin hai</w:t>
      </w:r>
    </w:p>
    <w:p>
      <w:pPr>
        <w:jc w:val="right"/>
      </w:pPr>
      <w:r>
        <w:t>اندراندروہ بڑھتےرہتےہیںبڑھتےرہتےہیںبڑھتےرہتےہیں ابدیکھیںبالکل جببالکل اخریٹائماجاتاہےاخریٹائم تبپتہچلتاہےکہاپکوکینسرہےاپکو تو بتراہاسپٹلمیںجبانکوداخلکیا گیا وہ پیسےوالےادمیتھے وہاںڈاکٹروںنےکہہدیاکہاپکا کینسربہتہیایڈوانساسٹیجپہپہنچچکاہےاب اسکاکوئی ہمارےپاسکوئی اسکےلیےمیڈیسننہیںہے</w:t>
      </w:r>
    </w:p>
    <w:p>
      <w:r>
        <w:rPr>
          <w:b/>
        </w:rPr>
        <w:t xml:space="preserve">[53:24] </w:t>
      </w:r>
      <w:r>
        <w:t>toh batra le kar ke rawana hue ghar ke liye raste mein mar gaye woh raste mein khatam ho gaye toh maut is tarah peecha kar rahi hai aur sirf 70 saal mein maut is tarah peecha kar rahi hai</w:t>
      </w:r>
    </w:p>
    <w:p>
      <w:pPr>
        <w:jc w:val="right"/>
      </w:pPr>
      <w:r>
        <w:t>تو بت را ل ےکر کے روانہہوئے گھرکےلیے راستےمیںمرگئےوہراستےمیںختمہوگئے تو موتاسطرحپیچھاکررہیہے اور صرف 70سال میں موتاسطرحپیچھاکررہیہے</w:t>
      </w:r>
    </w:p>
    <w:p>
      <w:r>
        <w:rPr>
          <w:b/>
        </w:rPr>
        <w:t xml:space="preserve">[53:42] </w:t>
      </w:r>
      <w:r>
        <w:t>sabse zyada yani maut ke mamle mein sabse zyada woh disturbing baat yeh hai ke kisi waqt aa jati hai subah ya sham raat ya din aapko bata ti nahin hai woh kisi aadmi ke design mein likha hua nahin hai ke aadmi kis date ko marega</w:t>
      </w:r>
    </w:p>
    <w:p>
      <w:pPr>
        <w:jc w:val="right"/>
      </w:pPr>
      <w:r>
        <w:t>سبسےزیادہ یعنی موتکےمعاملےمیںسبسےزیادہ وہ ڈسٹربنگباتیہہے کہ کسی وقت اجاتیہے صبحیا شام راتیادن اپکوبت اتینہیںہےوہ کسی ادمیکے ڈیایناےمیںلکھاہوانہیںہے کہادمیکسڈیٹکومرےگا</w:t>
      </w:r>
    </w:p>
    <w:p>
      <w:r>
        <w:rPr>
          <w:b/>
        </w:rPr>
        <w:t xml:space="preserve">[54:03] </w:t>
      </w:r>
      <w:r>
        <w:t>design mein sab kuch likha hua ek baat toh mein ne padha tha design ki qissa toh design mein sab kuch likha hua hai</w:t>
      </w:r>
    </w:p>
    <w:p>
      <w:pPr>
        <w:jc w:val="right"/>
      </w:pPr>
      <w:r>
        <w:t>ڈیایناےمیںسبکچھلکھاہوا ایکباتتومیںنےپڑھاتھاڈیایناےکیقص ہ تو ڈیایناےمیںسبکچھلکھاہواہے</w:t>
      </w:r>
    </w:p>
    <w:p>
      <w:r>
        <w:rPr>
          <w:b/>
        </w:rPr>
        <w:t xml:space="preserve">[54:10] </w:t>
      </w:r>
      <w:r>
        <w:t>yahan tak yahan agar aapke paas ek til hai jise kalon ka til hota hai woh bhi likha hua hai design mein</w:t>
      </w:r>
    </w:p>
    <w:p>
      <w:pPr>
        <w:jc w:val="right"/>
      </w:pPr>
      <w:r>
        <w:t>یہاںتک یہاںاگر اپکےپاس ایک تل ہے جسےکلوںکالاتلہوتاہے وہبھیلکھاہواہےڈیایناےمیں</w:t>
      </w:r>
    </w:p>
    <w:p>
      <w:r>
        <w:rPr>
          <w:b/>
        </w:rPr>
        <w:t xml:space="preserve">[54:19] </w:t>
      </w:r>
      <w:r>
        <w:t>meri awaz kaisi hogi mera meri aankh chhoti hogi badi hogi meri aankh kali hogi kya brown hogi mera size kya hoga sab kuch design mein likha hua hota hai lekin ek cheez is mein nahin likhi hoti hai ke maut kab ayegi aapki woh date is mein likhi nahin hoti hai</w:t>
      </w:r>
    </w:p>
    <w:p>
      <w:pPr>
        <w:jc w:val="right"/>
      </w:pPr>
      <w:r>
        <w:t>میریاوازکیسیہوگی میرا میریانکھچھوٹیہوگیبڑیہوگیمیریانکھکالیہوگیکیا براؤنہوگی میرا سائزکیاہوگا سبکچھڈیایناےمیںلکھاہوا ہوتاہے لیکن ایکچیزاسمیںنہیںلکھیہوتیہےکہ موتکبائےگیاپکی وہڈیٹاسمیںلکھینہیںہوتیہے</w:t>
      </w:r>
    </w:p>
    <w:p>
      <w:r>
        <w:rPr>
          <w:b/>
        </w:rPr>
        <w:t xml:space="preserve">[54:40] </w:t>
      </w:r>
      <w:r>
        <w:t>toh kitna zyada yeh kitna zyada sochne ki baat hai yeh kabhi achanak aa jayega maut aur phir maut kya hai</w:t>
      </w:r>
    </w:p>
    <w:p>
      <w:pPr>
        <w:jc w:val="right"/>
      </w:pPr>
      <w:r>
        <w:t>تو کتنازیادہ یہ کتنازیادہ سوچنےکیباتہے یہ کبھیاچانکاجائےگیموت اورپھرموتکیاہے</w:t>
      </w:r>
    </w:p>
    <w:p>
      <w:r>
        <w:rPr>
          <w:b/>
        </w:rPr>
        <w:t xml:space="preserve">[54:52] </w:t>
      </w:r>
      <w:r>
        <w:t>pointa fin re turn par mutati hai phir ap loot nahi sakte yahan par loot kar jayen aur yahan par phir se karen kaam yeh possible nahi rahega jo karna hai maut se pehle maut ke baad kuch nahi kar sakte ap to kitna zyada sochne ki baat hai yaad rakhiye</w:t>
      </w:r>
    </w:p>
    <w:p>
      <w:pPr>
        <w:jc w:val="right"/>
      </w:pPr>
      <w:r>
        <w:t>پوائنٹافنوریٹرنپرموتاتیہے پھراپلوٹنہیںسکتےیہاںپر لوٹکرجائیںاوریہاںپرپھرسےکریںکام یہ پاسیبلنہیںرہےگا جو کرناہےموتسےپہلے موتکےبعدکچھنہیںکرسکتےاپ تو کتنازیادہ سوچنےکیباتہےیادرکھیے</w:t>
      </w:r>
    </w:p>
    <w:p>
      <w:r>
        <w:rPr>
          <w:b/>
        </w:rPr>
        <w:t xml:space="preserve">[55:12] </w:t>
      </w:r>
      <w:r>
        <w:t>ke maut tak hi karne ka mauqa hai maut ke baad kuch karne ka mauqa nahi rahega aur aur baad ki duniya mein jitna apne aap ko prepare kiya yahan par utna hi apko wahan par milega waqai jahannam kya hai jahannam ko aap samajhte hain koi mysterious cheez hai mysterious cheez nahi hai jis aadmi ne apne test ko develop nahi kiya just ek animal jee raha hai woh</w:t>
      </w:r>
    </w:p>
    <w:p>
      <w:pPr>
        <w:jc w:val="right"/>
      </w:pPr>
      <w:r>
        <w:t>کہموتتکہیکرنےکاموقعہے موتکےبعد کچھ کرنےکاموقعنہیںرہےگا اور اور بعد کیدنیا میں جتنااپنےاپنےکوپریپیئرکیایہاںپر اتناہیاپکووہاںپرملےگامواقع جہنمکیاہےجہنمکواپسمجھتےہیںکوئی مسٹیریسچیزہے مسٹیریسچیزنہیںہے جس ادمینے اپنے ٹیسٹ کوڈیویلپہینہیںکیا جسٹایکاینیملجیتارہاوہ</w:t>
      </w:r>
    </w:p>
    <w:p>
      <w:r>
        <w:rPr>
          <w:b/>
        </w:rPr>
        <w:t xml:space="preserve">[55:40] </w:t>
      </w:r>
      <w:r>
        <w:t>to wahan bhi animal rahega woh bhatkayega jangalon mein desert mein koi parsan haal iska nahi hoga</w:t>
      </w:r>
    </w:p>
    <w:p>
      <w:pPr>
        <w:jc w:val="right"/>
      </w:pPr>
      <w:r>
        <w:t>تووہاںبھیاینیملرہےگاوہبھٹکائےگاجنگ لوںمیں ڈیزرٹ میں کوئیپرسانحال اسکانہیںہوگا</w:t>
      </w:r>
    </w:p>
    <w:p>
      <w:r>
        <w:rPr>
          <w:b/>
        </w:rPr>
        <w:t xml:space="preserve">[55:48] </w:t>
      </w:r>
      <w:r>
        <w:t>wo baat bhi nahi kar sakega kyunke isne wo wo speech seekhi nahi isne kabhi angel se negotiation nahi hua iska jo aadmi ne duniya mein is tarah jiya kaha angel se iska negotiation nahi hua isne us rabbani test ko nahi liya kabhi</w:t>
      </w:r>
    </w:p>
    <w:p>
      <w:pPr>
        <w:jc w:val="right"/>
      </w:pPr>
      <w:r>
        <w:t>وہ باتبھینہیںکرسکےگاکیونکہاسنےوہ وہ سپیچسیکھینہیں اسنےکبھی اینجلسےنیگوشیایشننہیںہوا اسکا جوادمیدنیامیںاسطرح جیا کہاینجل سےاسکانیگوشیایشننہیںہوا اسنےاس ربانیٹیسٹ کونہیںلیاکبھی</w:t>
      </w:r>
    </w:p>
    <w:p>
      <w:r>
        <w:rPr>
          <w:b/>
        </w:rPr>
        <w:t xml:space="preserve">[56:08] </w:t>
      </w:r>
      <w:r>
        <w:t>kabhi isko khuda ke jalwon par feel nahi aaya kabhi is universe mein isne khuda ke aala aala jinko kaha gaya quran ki izzat mein aala allah ko dekha nahi to woh andha hai blind hai blind man kan fiha fi akherah aap sochiye ke ek aisa aadmi jo blind ho woh akherat mein daal diya jaye to idhar pathar se takrayega idhar kahin padh se takrayega idhar kahin jidhar jidhar woh jaake girega</w:t>
      </w:r>
    </w:p>
    <w:p>
      <w:pPr>
        <w:jc w:val="right"/>
      </w:pPr>
      <w:r>
        <w:t>کبھیاسکو خداکےجلووںپر فیل نہیںایا کبھی اس یونیورس میںاسنے خداکےاعلی اعلی جنکوکہاگیا قرانکیعزت میںاعلی اللہکودیکھانہیں تو وہاندھاہےبلائنڈہےبلائنڈ من کان فیہافی الاخرۃ اپسوچیےکہایکایساادمیجوبلائنڈہو وہاخرتمیںڈالدیاجائے توادھرپتھرسےٹکرائےگاادھرکہیںپڑھسےٹکرائےگاادھرکہیں جدھر جدھروہجاکےگرےگا</w:t>
      </w:r>
    </w:p>
    <w:p>
      <w:r>
        <w:rPr>
          <w:b/>
        </w:rPr>
        <w:t xml:space="preserve">[56:37] </w:t>
      </w:r>
      <w:r>
        <w:t>kya iski kya iska wo hai yeh jahannam hai jahannam koi mysterious cheez nahi hai jis aadmi ne apne ko blind rakha hai duniya mein man kan fiha fi akherah jo is duniya mein andha raha woh wahan bhi andha rahega to yeh matlab jis jis ne wahan wahan to angelz ki duniya hai woh wahan to farishtay honge jis aadmi ka angel se negotiation nahi hua</w:t>
      </w:r>
    </w:p>
    <w:p>
      <w:pPr>
        <w:jc w:val="right"/>
      </w:pPr>
      <w:r>
        <w:t>کیا اسکی کیااسکاوہہے یہ جہنمہے جہنمکوئیمسٹیریسچیزنہیںہے جسادمینےاپنےکوبلائنڈرکھاہےدنیا میں من کان فیہافی الاخرۃ جو اسدنیامیںاندھارہاوہوہاںبھیاندھارہےگا تو یہیمطلب جس جس نےوہاں وہاںتو اینجل زکیدنیا ہےوہ وہاںتوفرشتےہوںگے جس ادمیکااینجلسے نیگوشیایشننہیںہوا</w:t>
      </w:r>
    </w:p>
    <w:p>
      <w:r>
        <w:rPr>
          <w:b/>
        </w:rPr>
        <w:t xml:space="preserve">[57:06] </w:t>
      </w:r>
      <w:r>
        <w:t>is aadmi ne rabbani test nahi liya is aadmi ka apna apne mind ko khuda is tarah develop nahi kiya jiske aspirations jiske tamannayen jannat ke mutabiq nahi bani jisne khuda ke jalwe pikhre hue hain poori universe mein bil entry se bhi zyada jalwe bikhre hue hain lekin jo aadmi na dekh saka unko woh blind hai</w:t>
      </w:r>
    </w:p>
    <w:p>
      <w:pPr>
        <w:jc w:val="right"/>
      </w:pPr>
      <w:r>
        <w:t>اسادمینے ربانی ٹیسٹ نہیںلیا اسادمیکااپنااپنےمائنڈکو خدائیسطحپرڈیویلپنہیںکیا جسکے ایسپریشنزجسکیتمنائیں جنتکےمطابق نہیں بنی جسنے خدا کے جلوے پکھرےہوئےہیں پورییونیورس میں بل ینٹریلسےبھیزیادہ جلوےبکھرےہوئےہیں لیکن جوادمینہدیکھ سکاانکووہبلائنڈہے</w:t>
      </w:r>
    </w:p>
    <w:p>
      <w:r>
        <w:rPr>
          <w:b/>
        </w:rPr>
        <w:t xml:space="preserve">[57:34] </w:t>
      </w:r>
      <w:r>
        <w:t>aisa ek aadmi jo hai bilkul bhed bakri hai samjhen bhed bakri isse bhi bura bhed bakri se zyada bura aulaye kalana blumazal quran mein aata hai ke yeh log aulaye kalana blumazal yeh log yeh log animal ki tarah balke isse bhi zyada bure hain animal se bhi zyada to yeh log wahan daal diye jayenge aur phir kya hoga idhar takrayenge idhar takrayenge</w:t>
      </w:r>
    </w:p>
    <w:p>
      <w:pPr>
        <w:jc w:val="right"/>
      </w:pPr>
      <w:r>
        <w:t>ایسا ایکادمیجوہےبالکل بھیڑبکریہےسمجھیںبھیڑبکری اسسےبھیبرا بھیڑبکریسےزیادہبرا اولائے کلانا بلومازل قرانمیںاتاہےکہیہلوگ اولائےکل انا بلومازل یہلوگ یہلوگ اینیملکیطرحبلکہاسسےبھیزیادہ برےہیںاینیملسےبھیزیادہ تویہلوگ وہاںڈالدیےجائیںگے اورپھرکیاہوگاادھرٹکرائیںگےادھرٹکرائیںگے</w:t>
      </w:r>
    </w:p>
    <w:p>
      <w:r>
        <w:rPr>
          <w:b/>
        </w:rPr>
        <w:t xml:space="preserve">[58:04] </w:t>
      </w:r>
      <w:r>
        <w:t>desert mein jangalon mein kahin se baat nahi kar sakenge woh koi cheez dekh nahi sakenge woh kitni bhi ankh zindagi hogi woh woh yeh hai jahannam to apne ko prepare karna jo bhool gaya woh wahan jahannam mein apne aap ko payega jisne apne aap ko prepare kiya woh woh ap apne aap ko jannat mein payega</w:t>
      </w:r>
    </w:p>
    <w:p>
      <w:pPr>
        <w:jc w:val="right"/>
      </w:pPr>
      <w:r>
        <w:t>ڈیزرٹمیں جنگ لوںمیں کہیںسےباتنہیںکرسکیںگے وہکوئیچیزدیکھنہیںسکیںگےوہ کتنی بھیانکزندگی ہوگیوہ وہیہے جہنم تو اپنے کوپریپیئرکرنا جو بھولگیا وہ وہاںجہنممیں اپنےاپکوپائےگا جسنےاپنےاپکوپریپیئرکیا وہوہاں اپ اپنےاپکوجنتمیںپائےگا</w:t>
      </w:r>
    </w:p>
    <w:p>
      <w:r>
        <w:rPr>
          <w:b/>
        </w:rPr>
        <w:t xml:space="preserve">[58:31] </w:t>
      </w:r>
      <w:r>
        <w:t>in sab baton ko bahut zyada samjhiye bahut zyada sochiye aur duniya mein duniya mein jo kuch bhi apko experience aata hai is sab ko best positive sense mein lijiye positive sense mein kabhi kisi cheez ko negative sense mein na lijiye har experience har observation jo apko duniya mein aata hai kabhi isko negative sense mein mat lijiye hamesha positive sense mein lijiye yeh raaz hai apne ko modest banaiye modest</w:t>
      </w:r>
    </w:p>
    <w:p>
      <w:pPr>
        <w:jc w:val="right"/>
      </w:pPr>
      <w:r>
        <w:t>انسبباتوںکوبہتزیادہ سمجھیےبہتزیادہسوچیے اور دنیا میںدنیا میںجوکچھبھیاپکو ایکسپیرینساتاہےاسسبکوبیسٹپارٹیوسینسمیںلیجئےپازیٹیوسینسمیں کبھیکسی چیزکونیگیٹیوسینسمیںنہلیجئے ہرایکسپیرینس ہرابزرویشن جواپکودنیا میںاتاہے کبھیاسکونیگیٹیوسینسمیںمتلیجئے ہمیشہ پازیٹیوسینسمیںلیجئے یہ رازہے اپنے کوماڈسٹبنائیےماڈسٹ</w:t>
      </w:r>
    </w:p>
    <w:p>
      <w:r>
        <w:rPr>
          <w:b/>
        </w:rPr>
        <w:t xml:space="preserve">[59:00] </w:t>
      </w:r>
      <w:r>
        <w:t>apne aap pe jeena band kijiye narcissism ke case na baniye</w:t>
      </w:r>
    </w:p>
    <w:p>
      <w:pPr>
        <w:jc w:val="right"/>
      </w:pPr>
      <w:r>
        <w:t>اپنےاپپہجینا بندکیجئے نارسیزمکےکیسنہبنی ے</w:t>
      </w:r>
    </w:p>
    <w:p>
      <w:r>
        <w:rPr>
          <w:b/>
        </w:rPr>
        <w:t xml:space="preserve">[59:08] </w:t>
      </w:r>
      <w:r>
        <w:t>tab ap as قابل honge ap ke marne ke baad ap ko jannat mein jannat ke abadi baghon mein ap ko jagah mile aur khuda ke farishtay apka istiqbal karen</w:t>
      </w:r>
    </w:p>
    <w:p>
      <w:pPr>
        <w:jc w:val="right"/>
      </w:pPr>
      <w:r>
        <w:t>تباپاسقابلہوںگےاپ کہ مرنےکےبعد اپ کو جنتمیں جنتکے ابدیباغوںمیں اپ کو جگہملے اورخداکےفرشتےاپکااستقبالکریں</w:t>
      </w:r>
    </w:p>
    <w:p>
      <w:r>
        <w:rPr>
          <w:b/>
        </w:rPr>
        <w:t xml:space="preserve">[59:23] </w:t>
      </w:r>
      <w:r>
        <w:t>yeh baatein hain jiske liye main dua karta hoon ke mere andar paida hon aur aap ke andar paida hon aur saare logon ke andar paida hon saare insanon ke andar paida</w:t>
      </w:r>
    </w:p>
    <w:p>
      <w:pPr>
        <w:jc w:val="right"/>
      </w:pPr>
      <w:r>
        <w:t>یہباتیںہیں جسکےلیےمیںدعاکرتاہوںکہ میرےاندرپیدا ہوںاوراپکےاندرپیدا ہوں اور سارےلوگوںکےاندرپیداہوںسارےانسانوںکےاندرپیدا</w:t>
      </w:r>
    </w:p>
    <w:p>
      <w:r>
        <w:rPr>
          <w:b/>
        </w:rPr>
        <w:t xml:space="preserve">[59:31] </w:t>
      </w:r>
      <w:r>
        <w:t>hon yeh sab se badi baat hai janne ki</w:t>
      </w:r>
    </w:p>
    <w:p>
      <w:pPr>
        <w:jc w:val="right"/>
      </w:pPr>
      <w:r>
        <w:t>ہوں یہسبسےبڑیباتہے جاننےکی</w:t>
      </w:r>
    </w:p>
    <w:p>
      <w:r>
        <w:rPr>
          <w:b/>
        </w:rPr>
        <w:t xml:space="preserve">[59:37] </w:t>
      </w:r>
      <w:r>
        <w:t>aqool qawli haza wastaghfirullaha li walakum ajmaeen</w:t>
      </w:r>
    </w:p>
    <w:p>
      <w:pPr>
        <w:jc w:val="right"/>
      </w:pPr>
      <w:r>
        <w:t>اقول قولیھذا واستغفراللہ لیول کم اجمعین</w:t>
      </w:r>
    </w:p>
    <w:p>
      <w:r>
        <w:rPr>
          <w:b/>
        </w:rPr>
        <w:t xml:space="preserve">[59:55] </w:t>
      </w:r>
      <w:r>
        <w:t>das questions from mr mustafa umri refaam dehli molana sahib quran mein ek jagah aaya hai ke tum ko jo takleef pahunchti hai woh tumhari ghalti ki wajah se pahunchti hai doosri jagah yeh aaya hai ke allah apne bando ko test ke liye takleef mein dalta hai</w:t>
      </w:r>
    </w:p>
    <w:p>
      <w:pPr>
        <w:jc w:val="right"/>
      </w:pPr>
      <w:r>
        <w:t>دس کوئسچناز فرام مسٹر مصطفی عم ریفرامدہلی مول اناصاحب قرانمیں ایک جگہ ایاہے کہ تم کوجو تکلیف پہنچتیہے وہ تمہاریغلطیکیوجہ سےپہنچتیہے دوسریجگہ یہ ایاہےکہ اللہ اپنے بندوںکو ٹیسٹ کےلیےتکلیفمیں ڈالتاہے</w:t>
      </w:r>
    </w:p>
    <w:p>
      <w:r>
        <w:rPr>
          <w:b/>
        </w:rPr>
        <w:t xml:space="preserve">[1:00:20] </w:t>
      </w:r>
      <w:r>
        <w:t>molana mera sawal yeh hai ke hum kaise justify karen ke museebat konsi hai test ke liye hai ya apni ghalti ki wajah se hai woh dono ek hi baat hai alag alag nahi hai quran mein kai jagah aisa hai ke allah ta'ala ne kisi cheez ko apni taraf mansoob kiya hai yuzallu kaseer wa yudillu kaseer iska matlab yeh nahi ke khuda gumrah karta hai</w:t>
      </w:r>
    </w:p>
    <w:p>
      <w:pPr>
        <w:jc w:val="right"/>
      </w:pPr>
      <w:r>
        <w:t>مول انامیراسوال یہہےکہ ہم کیسے جسٹیفائیکریں کہ مصیبت کونسیہے ٹیسٹ کےلیےہے یا اپنی غلطیکیوجہ سےہے وہدونوںایکہیباتہے الگالگنہیںہے قرانمیں کئیجگہایساہےکہاللہ تعالینےکسی چیزکواپنیطرف منسوبکیاہے یزل ک ثیر وید ی کثیرہ اسکامطلبیہنہیںکہخداگمراہکرتاہے</w:t>
      </w:r>
    </w:p>
    <w:p>
      <w:r>
        <w:rPr>
          <w:b/>
        </w:rPr>
        <w:t xml:space="preserve">[1:00:47] </w:t>
      </w:r>
      <w:r>
        <w:t>wo jo nizam e alam hai uski taraf isko refer kiya gaya hai ismein ke duniya mein jo nizam hai woh banta hai azadi par har insaan ko azadi hai to azadi ko aadmi kabhi misuse karta hai kabhi isko sahi istemal karta hai in sab ki wajah se yeh sab qisse pesh aate hain</w:t>
      </w:r>
    </w:p>
    <w:p>
      <w:pPr>
        <w:jc w:val="right"/>
      </w:pPr>
      <w:r>
        <w:t>وہ جو نظام عالمہے اسکیطرف اسکو ریفرکیاگیاہےاسمیں کہدنیا میںجو نظامہے وہ بیسکرتاہے از ادیپر ہرانسانکوازادیہے تواز ادیکوادمیکبھیمسیوزکرتاہے کبھی اسکو صحیحاستعمال کرتاہے انسبکی وجہ سےیہسب قصےپیشاتےہیں</w:t>
      </w:r>
    </w:p>
    <w:p>
      <w:r>
        <w:rPr>
          <w:b/>
        </w:rPr>
        <w:t xml:space="preserve">[1:01:09] </w:t>
      </w:r>
      <w:r>
        <w:t>to yeh jo qisse pesh aate hain woh apne hi wajah se hote hain aisa nahi ke khuda ke farishtay aakar ke apko kuch kar den lekin isi mein tarqeeb rakhi hai allah ta'ala ne ke iske paas challenge pesh aata hai challenge zehan jagata hai agar museebat mein na pade to apko zehan jagayega nahi challenge nahi pesh aayega to iska matlab yeh hai ke duniya mein allah ta'ala ne museebaten rakhi hain</w:t>
      </w:r>
    </w:p>
    <w:p>
      <w:pPr>
        <w:jc w:val="right"/>
      </w:pPr>
      <w:r>
        <w:t>تو یہجو قصےپیش اتےہیں وہ اپنےہیوجہسےہوتےہیںایسانہیںکہ خداکےفرشتےاکرکےاپکوکچھکردیں لیکن اسی میں ترقیرکھیہےاللہتعالینے کہ اسکےپاسچیلنجپیش اوتاہےچیلنج ذہنجاگتاہے اگر مصیبت یںنہپڑےتواپکوذہنجاگےگانہیں چیلنجنہیںپیشائےگا تو اسکامطلبیہہےکہ دنیا میںاللہتعالینے مصیبتیںرکھیہیں</w:t>
      </w:r>
    </w:p>
    <w:p>
      <w:r>
        <w:rPr>
          <w:b/>
        </w:rPr>
        <w:t xml:space="preserve">[1:01:38] </w:t>
      </w:r>
      <w:r>
        <w:t>wo museebaten ap hi ke kam soojh paate hain ap kabhi ghaib ko nahi jaan paate ap</w:t>
      </w:r>
    </w:p>
    <w:p>
      <w:pPr>
        <w:jc w:val="right"/>
      </w:pPr>
      <w:r>
        <w:t>وہمصیبتیںاپ ہی کے کمسوچپاتےہیںاپ کبھیغیبکونہیںجانپاتےاپ</w:t>
      </w:r>
    </w:p>
    <w:p>
      <w:r>
        <w:rPr>
          <w:b/>
        </w:rPr>
        <w:t xml:space="preserve">[1:01:45] </w:t>
      </w:r>
      <w:r>
        <w:t>to aadmi apni limitations ki wajah se bar bar isko jhatke lagte hain lekin allah ta'ala ne aisa rakha hai insaan ka mind ke woh isse agar positive thinking iske andar ho to har har cheez se woh achha sabq lelega aur phir se apne ko ek naya rasta mil jayega isko aage badhne ke liye</w:t>
      </w:r>
    </w:p>
    <w:p>
      <w:pPr>
        <w:jc w:val="right"/>
      </w:pPr>
      <w:r>
        <w:t>تو ادمیاپنی لیمیٹیشنزکیوجہسےباربار اسکو چھٹکےلگتےہیں لیکن اللہ تعالینےایسا رکھاہےانسانکا مائنڈ کہ وہ اسسےاگر پازیٹیو تھنکنگاسکےاندرہو تو ہرہ رچیزسےوہاچھاسبقلےگا اورپھرسے اپنےکو ایک نیاراستہملجائےگااسکواگےبڑھنےکےلیے</w:t>
      </w:r>
    </w:p>
    <w:p>
      <w:r>
        <w:rPr>
          <w:b/>
        </w:rPr>
        <w:t xml:space="preserve">[1:02:07] </w:t>
      </w:r>
      <w:r>
        <w:t>to jahan Khuda ki taraf mansoob kiya gaya hai is ka matlab hota hai Khuda ke nizam</w:t>
      </w:r>
    </w:p>
    <w:p>
      <w:pPr>
        <w:jc w:val="right"/>
      </w:pPr>
      <w:r>
        <w:t>تو جہاںخدا کیطرف منسوبکیاگیاہےاسکامطلبہوتاہےخداکےنظام</w:t>
      </w:r>
    </w:p>
    <w:p>
      <w:r>
        <w:rPr>
          <w:b/>
        </w:rPr>
        <w:t xml:space="preserve">[1:02:12] </w:t>
      </w:r>
      <w:r>
        <w:t>banaye hue nizam ke tehat Khuda ke law of nature ke tehat</w:t>
      </w:r>
    </w:p>
    <w:p>
      <w:pPr>
        <w:jc w:val="right"/>
      </w:pPr>
      <w:r>
        <w:t>بنائےہوئےنظامکےتحت خداکے لاءافنیچرکےتحت</w:t>
      </w:r>
    </w:p>
    <w:p>
      <w:r>
        <w:rPr>
          <w:b/>
        </w:rPr>
        <w:t xml:space="preserve">[1:02:17] </w:t>
      </w:r>
      <w:r>
        <w:t>aisa nahi ke khud Khuda hi aisa kar dalta hai nahi jo jo Khuda ne is duniya mein jo nizam muqarrar kiya hai is ke tehat aisa hota hai aur hoga ke logon ko masail paish aayenge aur masail wahin wah challenge hain wah aap ke zehn ko activate karne ke liye hote hain</w:t>
      </w:r>
    </w:p>
    <w:p>
      <w:pPr>
        <w:jc w:val="right"/>
      </w:pPr>
      <w:r>
        <w:t>ایسانہیںکہخودخداہیایساکرڈالتاہے نہیں جو جوخدانےاسدنیا میںجو نظام مقررکیاہےاسکےتحت ایساہوتاہے اورہوگا کہ لوگوںکو مسائل پیشائیںگے اورمسائلجوہیں وہ چیلنجہیں وہاپکےذہنکوایکٹیویٹکرنےکےلیےہوتےہیں</w:t>
      </w:r>
    </w:p>
    <w:p>
      <w:r>
        <w:rPr>
          <w:b/>
        </w:rPr>
        <w:t xml:space="preserve">[1:02:34] </w:t>
      </w:r>
      <w:r>
        <w:t>yeh matlab hai is ka</w:t>
      </w:r>
    </w:p>
    <w:p>
      <w:pPr>
        <w:jc w:val="right"/>
      </w:pPr>
      <w:r>
        <w:t>یہمطلبہےاسکا</w:t>
      </w:r>
    </w:p>
    <w:p>
      <w:r>
        <w:rPr>
          <w:b/>
        </w:rPr>
        <w:t xml:space="preserve">[1:02:38] </w:t>
      </w:r>
      <w:r>
        <w:t>das questions from doctor muslima siddiqui how can i see myself from a spiritual blindness so that i may be able to communicate to the angels kind like me dekhen angel jo hai woh complex free hote hain</w:t>
      </w:r>
    </w:p>
    <w:p>
      <w:pPr>
        <w:jc w:val="right"/>
      </w:pPr>
      <w:r>
        <w:t>دسکوئسچناز فرام ڈاکٹر مسلمہصدی قی ہاؤکینائیسیومائیسیلففرامداسپرچولبلائنڈنس سودیٹائیمی بیایبلٹوکمیونیکیٹوددااینجلز کائنڈلیکمنٹ دیکھیں اینجل جوہےوہ کمپلیکسفریہوتےہیں</w:t>
      </w:r>
    </w:p>
    <w:p>
      <w:r>
        <w:rPr>
          <w:b/>
        </w:rPr>
        <w:t xml:space="preserve">[1:02:58] </w:t>
      </w:r>
      <w:r>
        <w:t>mukammal taur par sabse badi kamzori jo insaan mein hai woh har aadmi complex mein jeeta hai bias mein jeeta hai aur iska ek udharan jo hai ya ek misaal yeh hai ke kisi bhi shakhs ko aap criticize kijiye uske upar foran bura maan jayega woh aur tareef kijiye to khush ho jayega woh yeh hi to jad hai evil ki kahin tareef kijiye to khush</w:t>
      </w:r>
    </w:p>
    <w:p>
      <w:pPr>
        <w:jc w:val="right"/>
      </w:pPr>
      <w:r>
        <w:t>مک مل طور پر سبسے بڑی کمزوریجوانسان میںہےوہ ہرادمیکمپلیکسمیںجیتاہے بائسمیںجیتاہے اور اسکا ایک ادھارنجوہے یا ایک مثال یہہےکہکسیبھیشخص کواپ کریٹیسائزکیجئےاسکےاوپر فورابرامانجائےگاوہ اورتعریفکیجئےتوخوشہوجائےگاوہ یہیتوجڑہےایول کی کہیںکیتعریفکیجئےتوخوش</w:t>
      </w:r>
    </w:p>
    <w:p>
      <w:r>
        <w:rPr>
          <w:b/>
        </w:rPr>
        <w:t xml:space="preserve">[1:03:25] </w:t>
      </w:r>
      <w:r>
        <w:t>aur agar criticize kijiye to woh bura maan leta hai to angel ki sohbat kaise milega isko angel to jeete hain objectivity par positivity par inka koi bias nahi koi complex nahi is satah par jab jayenge tab angel se ap negotiation hoga lekin logon ka haal yeh hai ke woh jeete hain yani doosri satah</w:t>
      </w:r>
    </w:p>
    <w:p>
      <w:pPr>
        <w:jc w:val="right"/>
      </w:pPr>
      <w:r>
        <w:t>اوراگر کریٹیسائزکیجئےتووہبرامانلیتاہے تو اینجلکیصحبتکیسےملےگیاسکو اینجل توجیتےہیں اب جیکٹیوٹیپر پازیٹیوٹیپر انکا کوئی بائسنہیں کوئی کمپلیکسنہیں اس سطح پرجبلےجائیںگےتباینجل سے اپ نیگوشیایشنہوگا لیکن لوگوںکاحال یہہےکہوہ جیتےہیں یعنی دوسریسطح</w:t>
      </w:r>
    </w:p>
    <w:p>
      <w:r>
        <w:rPr>
          <w:b/>
        </w:rPr>
        <w:t xml:space="preserve">[1:03:52] </w:t>
      </w:r>
      <w:r>
        <w:t>par woh chahte hain ke angel se unka negotiation ho jaye to yeh kaise ho sakta hai nahi ho sakta nahi ho sakta hai to apne ko purity apne andar purity lani padegi apne andar jisko kaha jata hai tazkiya</w:t>
      </w:r>
    </w:p>
    <w:p>
      <w:pPr>
        <w:jc w:val="right"/>
      </w:pPr>
      <w:r>
        <w:t>پروہچاہتےہیںکہاینجلسےانکا نیگوشیایشنہوجائےتویہکیسےہوسکتاہے نہیںہوسکتانہیںہوسکتاہے تو اپنے کو پیور ٹی اپنے اندرپیورٹیلانیپڑےگی اپنےاندر جسکوکہاجاتاہےتزکیہ</w:t>
      </w:r>
    </w:p>
    <w:p>
      <w:r>
        <w:rPr>
          <w:b/>
        </w:rPr>
        <w:t xml:space="preserve">[1:04:06] </w:t>
      </w:r>
      <w:r>
        <w:t>purity ka matlab hai ke ap apne andar apne ko modest banaye apne ko complex free banaye bias se bahar aayen aur ek hi pehchan mein to iski ek hi pehchan agar ho ek pehchan ke apne ko jaanchiye ke jab koi apko criticize karta hai to achha lagta hai bura lagta hai apko ek hi pehchan agar batana ho kisi ko ke tum sahi raste mein ho galat raste par ho tum mr right ho ya mr right nahi ho</w:t>
      </w:r>
    </w:p>
    <w:p>
      <w:pPr>
        <w:jc w:val="right"/>
      </w:pPr>
      <w:r>
        <w:t>پیورٹیکامعنیہےکہاپ اپنےاندر اپنےکوماڈسٹبنائیں اپنے کوکمپلیکسفریبنائیں بائسسےباہرائیں اورایکہیپہچانمیں تواسکیایکہیپہچاناگرہوایکپہچان کہ اپنے کوجانچئےکہجبکوئیاپکو کریٹیسائزکرتاہےتواچھالگتاہےب رالگتاہےاپکو ایکہیپہچاناگربتاناہوکسیکو کہتم صحیحراستےمیںہوغلطراستےپرہو تم مسٹررائٹہو یا مسٹررائٹنہیںہو</w:t>
      </w:r>
    </w:p>
    <w:p>
      <w:r>
        <w:rPr>
          <w:b/>
        </w:rPr>
        <w:t xml:space="preserve">[1:04:35] </w:t>
      </w:r>
      <w:r>
        <w:t>to criticism ke waqt dekho ke tum ko tumhare dil mein kya guzra</w:t>
      </w:r>
    </w:p>
    <w:p>
      <w:pPr>
        <w:jc w:val="right"/>
      </w:pPr>
      <w:r>
        <w:t>تو کریٹیسزمکےوقتدیکھوکہتم کو تمہارےدلمیںکیاگزرا</w:t>
      </w:r>
    </w:p>
    <w:p>
      <w:r>
        <w:rPr>
          <w:b/>
        </w:rPr>
        <w:t xml:space="preserve">[1:04:40] </w:t>
      </w:r>
      <w:r>
        <w:t>bas yahi pehchan hai yeh Haider Umar wala jo mizaj hai wah paida karna padega ke rahimahullah umran wa ahadan uyubihi asadmi par Allah reham kare jis ne mere aib ka tohfa mujhe bheja</w:t>
      </w:r>
    </w:p>
    <w:p>
      <w:pPr>
        <w:jc w:val="right"/>
      </w:pPr>
      <w:r>
        <w:t>بس یہیپہچانہے یہ حیدرعمر والاجو مزاجہے وہ پیدا کرناپڑےگا کہ رحم اللہ عمران واحداولی عیوبی اسادمیپراللہ رحمکرےجسنےمیرےعیبکاتحفہمجھےبھیجا</w:t>
      </w:r>
    </w:p>
    <w:p>
      <w:r>
        <w:rPr>
          <w:b/>
        </w:rPr>
        <w:t xml:space="preserve">[1:04:55] </w:t>
      </w:r>
      <w:r>
        <w:t>yani criticism ko lete the woh bo tor gift ke jab aisa hoga to to angel spas aa jayenge</w:t>
      </w:r>
    </w:p>
    <w:p>
      <w:pPr>
        <w:jc w:val="right"/>
      </w:pPr>
      <w:r>
        <w:t>یعنیکریٹیسزمکولیتےتھےوہبطورگفٹکے جب ایساہوگاتو تو اینجل اسپاساجائیںگے</w:t>
      </w:r>
    </w:p>
    <w:p>
      <w:r>
        <w:rPr>
          <w:b/>
        </w:rPr>
        <w:t xml:space="preserve">[1:05:05] </w:t>
      </w:r>
      <w:r>
        <w:t>wo angel culture mein admi jeene lage ga to main samajhta hoon ke bohat hi crucial pehchan hi hai ke admi apne aap ko dekhe ke jab usko criticize kiya jata hai to use kaisa lagta hai wo bura lagta hai acha lagta hai hazrat umar ko acha lagta tha yani criticize karna hazrat umar ko acha lagta tha wo tab wo angel ke sath jeete thay wo</w:t>
      </w:r>
    </w:p>
    <w:p>
      <w:pPr>
        <w:jc w:val="right"/>
      </w:pPr>
      <w:r>
        <w:t>وہ اینجلکلچر میںادمیجینےلگےگا تو میںسمجھتاہوںکہبہتہی کروشلپہچانیہیہے کہادمی اپنے اپکودیکھے کہجب اسکو کریٹیسائزکیاجاتاہے تو اسےکیسالگتاہےوہبرالگتاہےاچھالگتاہے حضرتعمر کواچھالگتاتھا یعنیکریٹیسائزکرنا حضرتعمرکواچھالگتاتھاوہ تب وہاینجلکےساتھجیتےتھےوہ</w:t>
      </w:r>
    </w:p>
    <w:p>
      <w:r>
        <w:rPr>
          <w:b/>
        </w:rPr>
        <w:t xml:space="preserve">[1:05:31] </w:t>
      </w:r>
      <w:r>
        <w:t>bohat hi yani bohat hi aesi pehchan hai well known pehchan har admi apne ko jan sakta hai har admi kahin na kahin usko criticize kiya jata hai kahin na kahin usko kuch sunna parta hai dusron se us waqt dekha hai wo ke main kahan ja raha hoon</w:t>
      </w:r>
    </w:p>
    <w:p>
      <w:pPr>
        <w:jc w:val="right"/>
      </w:pPr>
      <w:r>
        <w:t>بہت ہی یعنیبہت ہی ایسی پہچانہے ویلنونپہچانہرادمیاپنےکوجانسکتاہے ہرادمیکہیںنہکہیںاسکوکریٹیسائزکیاجاتاہےکہیںنہکہیںاسکو کچھسنناپڑتاہےدوسروںسے اسوقتدیکھاہےوہکہمیںکہاںجیرہاہوں</w:t>
      </w:r>
    </w:p>
    <w:p>
      <w:r>
        <w:rPr>
          <w:b/>
        </w:rPr>
        <w:t xml:space="preserve">[1:05:49] </w:t>
      </w:r>
      <w:r>
        <w:t>isise apne ko wo nap sakta hai this question is from dr hamid hussain from delhi</w:t>
      </w:r>
    </w:p>
    <w:p>
      <w:pPr>
        <w:jc w:val="right"/>
      </w:pPr>
      <w:r>
        <w:t>اسیسےاپنےکو وہ ناپسکتاہے دسکوئسچن از فرام ڈاکٹرحامدحسینفرامدہلی</w:t>
      </w:r>
    </w:p>
    <w:p>
      <w:r>
        <w:rPr>
          <w:b/>
        </w:rPr>
        <w:t xml:space="preserve">[1:06:00] </w:t>
      </w:r>
      <w:r>
        <w:t>it is frustrating to note that we have no intellectual development in paradise molana is there any reference to this aspect in quran or hadith</w:t>
      </w:r>
    </w:p>
    <w:p>
      <w:pPr>
        <w:jc w:val="right"/>
      </w:pPr>
      <w:r>
        <w:t>اٹازفر سٹریٹنگٹونو دیٹ مینویلہیو نو انٹلیکچولڈیویلپمنٹ ان پیراڈائز مول اناازدیراینی ریفرنس ٹودسایسپیکٹ ان قراناور حدیث</w:t>
      </w:r>
    </w:p>
    <w:p>
      <w:r>
        <w:rPr>
          <w:b/>
        </w:rPr>
        <w:t xml:space="preserve">[1:06:15] </w:t>
      </w:r>
      <w:r>
        <w:t>ye jo pressure ki baat hai ke jannat free milegi</w:t>
      </w:r>
    </w:p>
    <w:p>
      <w:pPr>
        <w:jc w:val="right"/>
      </w:pPr>
      <w:r>
        <w:t>یہ جوپریشر کیاباتہے کہ جنتفریملےگی</w:t>
      </w:r>
    </w:p>
    <w:p>
      <w:r>
        <w:rPr>
          <w:b/>
        </w:rPr>
        <w:t xml:space="preserve">[1:06:21] </w:t>
      </w:r>
      <w:r>
        <w:t>jannat free milegi kisiko ye pressure ki baat hai</w:t>
      </w:r>
    </w:p>
    <w:p>
      <w:pPr>
        <w:jc w:val="right"/>
      </w:pPr>
      <w:r>
        <w:t>جنتفریملےگیکسیکو یہپریشر کیاباتہے</w:t>
      </w:r>
    </w:p>
    <w:p>
      <w:r>
        <w:rPr>
          <w:b/>
        </w:rPr>
        <w:t xml:space="preserve">[1:06:28] </w:t>
      </w:r>
      <w:r>
        <w:t>khuda ne jab bata diya ke ye duniya jo hai preparation ke liye hai aur wo duniya jo hai reward ke liye anjam ke liye jitna preparation hota hai reward khuli hui baat hai jab admi entrance pass karke chhod de to usko chhota chhota job milega aur jo imaan kare doctor ka to bada job milega usko ye to koi fis ki baat hi nahi hai jitna preparation utna reward</w:t>
      </w:r>
    </w:p>
    <w:p>
      <w:pPr>
        <w:jc w:val="right"/>
      </w:pPr>
      <w:r>
        <w:t>خدانےجببتادیا کہیہدنیا جوہےپریپریشنکےلیےہے اوروہدنیا جوہے ریوارڈکےلیےانجام کےلیے جتناپریپریشن ہوتاہےریوارڈ کھلیہوئیباتہے جبادمیانٹرنسپاسکرکےچھوڑدے تواسکوچھوٹا چھوٹاجابملےگا اورجوایماےکرےڈاکٹرکاتوبڑاجابملےگااسکو یہتوکوئیفیسکیباتہینہیںہے جتناپریپریشن اتناریوارڈ</w:t>
      </w:r>
    </w:p>
    <w:p>
      <w:r>
        <w:rPr>
          <w:b/>
        </w:rPr>
        <w:t xml:space="preserve">[1:06:55] </w:t>
      </w:r>
      <w:r>
        <w:t>isme quran hadith bhi se main hawale de sakta hoon lekin us waqt main sirf itna batana chahta hoon ke bilkul common sense se samajhne ki samjhi ja sakti hai ye baat common sense se ke preparation ho 50 percent ke darje ka aur aap reward mil jaye 100 percent ye kaise ho sakta hai ye to namumkin baat hai</w:t>
      </w:r>
    </w:p>
    <w:p>
      <w:pPr>
        <w:jc w:val="right"/>
      </w:pPr>
      <w:r>
        <w:t>اسمیںقرانوحدیث بھی سے میں حوالےدےسکتاہوں لیکن اسوقت میںصرفاتنابتاناچاہتاہوںکہبالکلکامنسینسسےسمجھنےکی سمجھیجاسکتیہےیہبات کامنسینسسے کہپریپریشن ہو 50پرسنٹکادرجےکااوراپ ریوارڈملجائے100پرسنٹیہکیسےہوسکتاہے یہتوناممکنباتہے</w:t>
      </w:r>
    </w:p>
    <w:p>
      <w:r>
        <w:rPr>
          <w:b/>
        </w:rPr>
        <w:t xml:space="preserve">[1:07:17] </w:t>
      </w:r>
      <w:r>
        <w:t>zalka jaza wa muntaha isko preparation ko quran mein tazkiya kaha gaya hai yani baqadr tazkiya inaam hai akhirat mein ji sa tazkiya waisa inaam common sense se ye baat samjha sakti hai kisi ko quran hadith ki ayatein chahiye to mere mere office mein aa jaye to main usko quran hadith ki ayatein hi bataunga inshallah</w:t>
      </w:r>
    </w:p>
    <w:p>
      <w:pPr>
        <w:jc w:val="right"/>
      </w:pPr>
      <w:r>
        <w:t>ذالک جزا ومنتز کا اسکوپریپریشنکوقرانمیںتزکیہکہاگیاہے یعنیبقدر تزکیہ انعامہے اخرتمیں ج یساتزکیہ ویساانعام کامنسینس سےیہباتسمجھاسکتیہے کسی کوقرانحدیثکیایتیںچاہیےتومیرےمیرےافسمیںاجائےتومیںاسکوقرانحدیثکیایتیںہیبتاؤںگاانشاءاللہ</w:t>
      </w:r>
    </w:p>
    <w:p>
      <w:r>
        <w:rPr>
          <w:b/>
        </w:rPr>
        <w:t xml:space="preserve">[1:07:40] </w:t>
      </w:r>
      <w:r>
        <w:t>molana is there any other question an extension to this which was asked by a reader he wants to know that people who qualify for paradise will they be further learning for them in paradise will the process of learning continue in paradise for those people jitna capacity badhai hai uske lehaz se hoga uske lehaz se hoga</w:t>
      </w:r>
    </w:p>
    <w:p>
      <w:pPr>
        <w:jc w:val="right"/>
      </w:pPr>
      <w:r>
        <w:t>مول انادیراز انادرکوئسچن انایکسٹینشن ٹودس وچاز و چازبیناسک بائےاد ریس ہیوانٹسٹونو دیٹپیپلہوکوالیفائیفار پیراڈائز ول دےبیفردرلرننگفار دیم انپیراڈائز ولدیپروسیسافلرننگکنٹینیو ان پیراڈائزفاردوزپیپل جتنیکیپیسٹیبڑھائیہےاسکےلحاظسےہوگا اسکےلحاظسےہوگا</w:t>
      </w:r>
    </w:p>
    <w:p>
      <w:r>
        <w:rPr>
          <w:b/>
        </w:rPr>
        <w:t xml:space="preserve">[1:08:08] </w:t>
      </w:r>
      <w:r>
        <w:t>yani wahan aur bhi izafe honge main manta hoon lekin is izafe ka wo izafa depend karega ke capacity badhai hai apne aisa full nahi ho sakta misal ke taur par quran mein dekhein do ayaton ko lijiye ap ash duba lillah ye believers jo hain wo sabse zyada mohabbat karte hain khuda se believers jo hain wo sabse zyada mohabbat karte hain khuda se</w:t>
      </w:r>
    </w:p>
    <w:p>
      <w:pPr>
        <w:jc w:val="right"/>
      </w:pPr>
      <w:r>
        <w:t>یعنیوہاں اور بھیاضافےہوںگےمیںمانتاہوں لیکن اساضافےکا وہاضافہڈیپینڈکرےگا کہ کیپیسٹیبڑھائیہےاپنے ایسا فل نہیںہوسکتا مثالکےطورپرقرانمیںدیکھیںدوایتوںکولیجئےاپ اش دحبا للہ یہبیلیورزجوہیںوہسبسےزیادہ محبتکرتےہیںخداسے بیلیورجوہیںوہ سبسےزیادہ محبتکرتےہیںخداسے</w:t>
      </w:r>
    </w:p>
    <w:p>
      <w:r>
        <w:rPr>
          <w:b/>
        </w:rPr>
        <w:t xml:space="preserve">[1:08:34] </w:t>
      </w:r>
      <w:r>
        <w:t>ab mohabbat mein kami agar hai ke 50 percent apne khuda se kiya aur 50 percent apne dusron se kiya to kaise aap samajh sakte hain ke wahan aapka uski kami poori kar di jayegi to namumkin baat hai to nam to apdeserveishn mein kami ho gayi na jitna deservishn jitna deserve karenge aap utna hi milega aapko</w:t>
      </w:r>
    </w:p>
    <w:p>
      <w:pPr>
        <w:jc w:val="right"/>
      </w:pPr>
      <w:r>
        <w:t>ابمحبتمیںکمیاگر ہے کہ 50پرسنٹاپنےخداسےکیا اور50پرسنٹاپنےدوسروںسےکیا تو کیسےاپسمجھسکتےہیںکہوہاںاپکا اسکیکمیپوریکردیجائےگی توناممکنباتہے تونام تواپڈیزرویشنمیںکمیہوگئینا جتناڈیزرویشن جتنا ڈیزروکریںگےاپاتناہیملےگااپکو</w:t>
      </w:r>
    </w:p>
    <w:p>
      <w:r>
        <w:rPr>
          <w:b/>
        </w:rPr>
        <w:t xml:space="preserve">[1:08:56] </w:t>
      </w:r>
      <w:r>
        <w:t>to ash duba lillah khuda kehta hai ke tum sabse zyada mohabbat mujhse karo aur apne deny kiya isko ke kaha nahi nahi mujhe to tumse 50 percent karna hai aur phir bhi aap chahte hain ke reward mile aapko ye kaisa anokha soch hai ye</w:t>
      </w:r>
    </w:p>
    <w:p>
      <w:pPr>
        <w:jc w:val="right"/>
      </w:pPr>
      <w:r>
        <w:t>تو اشدحباللہخداکہتاہےکہتم سبسےزیادہمحبتمجھسےکرو اوراپنےڈینائیکیا اسکوکہاکہنہیںنہیںمجھےتوتمسے 50پرسنٹکرناہے اورپھربھیاپچاہتےہیںکہریوارڈملےاپکو یہکیسا انوکھا سوچہےیہ</w:t>
      </w:r>
    </w:p>
    <w:p>
      <w:r>
        <w:rPr>
          <w:b/>
        </w:rPr>
        <w:t xml:space="preserve">[1:09:10] </w:t>
      </w:r>
      <w:r>
        <w:t>sare musalman ye samajhte hain ke khuda se hum 1 percent mohabbat karein aur sari mohabbatें hamare dusron ke liye hon family ke liye bete beti ke liye apne interest ke liye aur khuda jo hai wo sab compensate karke kahe ke chalo bhai 100 percent de deta hoon tumko khuda ke haan aisa be insafi nahi ho sakti hai to criterion jo hai khuda ne bata diya hai quran majeed mein</w:t>
      </w:r>
    </w:p>
    <w:p>
      <w:pPr>
        <w:jc w:val="right"/>
      </w:pPr>
      <w:r>
        <w:t>سارےمسلمان یہسمجھتےہیںکہ خداسےہم ونپرسنٹمحبتکریں اور ساریمحبتیںہمارےدوسروںکےلیےہوں فیملیکےلیے بیٹےبیٹےکےلیے اپنے انٹرسٹکےلیے اورخداجوہےوہسبکمپنسیٹکرکے کہےکہچلوبھئی 100پرسنٹدےدیتاہےتمکو خداکےہاں ایسا بےانصافینہیںہوسکتیہے تو کرائٹیرینجوہےخدانےبتادیاہےقرانمجیدمیں</w:t>
      </w:r>
    </w:p>
    <w:p>
      <w:r>
        <w:rPr>
          <w:b/>
        </w:rPr>
        <w:t xml:space="preserve">[1:09:37] </w:t>
      </w:r>
      <w:r>
        <w:t>do cheezein agar yaad rakhein ap ash duba lillah sabse zyada mohabbat karne wale khuda se aur lamikshalla allah sabse zyada darne wale khuda se khuda darna kya hai jab khuda ki baat aaye to aap jhuk jayein aap yani khuda khud aaye ga batane ke liye aapko</w:t>
      </w:r>
    </w:p>
    <w:p>
      <w:pPr>
        <w:jc w:val="right"/>
      </w:pPr>
      <w:r>
        <w:t>دوچیزیںاگر یادرکھیںاپ اشد حباللہ سبسےزیادہ محبتکرنے والے خداسے اور لمیکشالا اللہ سبسےزیادہ ڈرنےوالے خداسے خداڈرناکیاہے جب خداکیباتائےتواپجھکجائیںاپ یعنیخداخودائےگابتانےکےلیےاپکو</w:t>
      </w:r>
    </w:p>
    <w:p>
      <w:r>
        <w:rPr>
          <w:b/>
        </w:rPr>
        <w:t xml:space="preserve">[1:09:59] </w:t>
      </w:r>
      <w:r>
        <w:t>ye haider umar ek martaba bohat gusse mein thay aur kehte hain main nahi manunga mujhe nahi manna hai talwar bhi liye hue thay wo</w:t>
      </w:r>
    </w:p>
    <w:p>
      <w:pPr>
        <w:jc w:val="right"/>
      </w:pPr>
      <w:r>
        <w:t>یہحیدرعمر ایکمرتبہبہت غصےمیںتھے اورکہتےہیںمیںنہیںمانوںگا مجھےنہیںمانناہے تلواربھیلیےہوئےتھےوہ</w:t>
      </w:r>
    </w:p>
    <w:p>
      <w:r>
        <w:rPr>
          <w:b/>
        </w:rPr>
        <w:t xml:space="preserve">[1:10:08] </w:t>
      </w:r>
      <w:r>
        <w:t>ek ayat padh di gayi jo unke khyal ke ulta thi wo gir pade wo wo kehte hain ke mere paon jo hain mere bojh uthane se inkar kar diya unhone mere paon bohat pehalwan admi tha hazrat umar itna pehalwan thay itne layemish the ke masjid nabvi jo banai gayi thi dakhil hue to uske sar mein chotagayi darwaze itne unche nahi thay uske</w:t>
      </w:r>
    </w:p>
    <w:p>
      <w:pPr>
        <w:jc w:val="right"/>
      </w:pPr>
      <w:r>
        <w:t>ایک ایتپڑھدیگئی جوانکےخیالات کے الٹا تھی وہ گرپڑےوہ وہکہتےہیںکہمیرے پاؤںجوہے میرے بوجھاٹھانےسےانکارکردیا انہوںنے میرےپاؤں بہت پہلوانادمیتھاحضرتعمر اتناپہلوانتھےاتنے لعیمشیم تھے کہ مسجد نبویجوبنائیگئیتھی داخلہوئےتواسکےسرمیںچوٹاگئی دروازےاتنےاونچےنہیںتھےاسکے</w:t>
      </w:r>
    </w:p>
    <w:p>
      <w:r>
        <w:rPr>
          <w:b/>
        </w:rPr>
        <w:t xml:space="preserve">[1:10:35] </w:t>
      </w:r>
      <w:r>
        <w:t>to hazrat umar ko rasool allah ki wafat ke baad khade ho gaye thay main nahi manta ke rasool allah ki wafat hui hai to ek ayat padhi gayi ek ayat</w:t>
      </w:r>
    </w:p>
    <w:p>
      <w:pPr>
        <w:jc w:val="right"/>
      </w:pPr>
      <w:r>
        <w:t>تو حضرتعمر کر رسولاللہکیوفاتکےبعد کھڑےہوگئےتھے میںنہیںمانتا کہرسولاللہکیوفاتہوئیہے توایکایتپڑھیگئیایکایت</w:t>
      </w:r>
    </w:p>
    <w:p>
      <w:r>
        <w:rPr>
          <w:b/>
        </w:rPr>
        <w:t xml:space="preserve">[1:10:48] </w:t>
      </w:r>
      <w:r>
        <w:t>aur theher pade bilkul aye ya khuda se darna ke khuda ki baat jab kahi jaye to aap theher pade to ye do baatein agar yaad rakhein ap ke sabse zyada mohabbat khuda se aur sabse zyada dar khuda se</w:t>
      </w:r>
    </w:p>
    <w:p>
      <w:pPr>
        <w:jc w:val="right"/>
      </w:pPr>
      <w:r>
        <w:t>اور ٹھہرپڑےبالکل اےیاخداسےڈرنا کہخداکیباتجب کہیجائےتواپٹھہرپڑیں تویہ دوباتیںاگر یادرکھیںاپ کہ سبسےزیادہ محبتخداسے اور سبسےزیادہڈرخداسے</w:t>
      </w:r>
    </w:p>
    <w:p>
      <w:r>
        <w:rPr>
          <w:b/>
        </w:rPr>
        <w:t xml:space="preserve">[1:11:04] </w:t>
      </w:r>
      <w:r>
        <w:t>ye ye woh log hain jinka poora development hua hai is duniya mein aur ye log hain wahan ke aala darje par payenge sari cheezein nahi to jis darje ki preparation us darje ka pana</w:t>
      </w:r>
    </w:p>
    <w:p>
      <w:pPr>
        <w:jc w:val="right"/>
      </w:pPr>
      <w:r>
        <w:t>یہ یوہلوگہیںجنکا پوراڈیویلپمنٹہواہےاسدنیامیں اوریہلوگ ہیں وہاںکےاعلیدرجےپر پائیںگے ساریچیزیں نہیںتوجسدرجےکیپریپریشناسدرجےکا پانا</w:t>
      </w:r>
    </w:p>
    <w:p>
      <w:r>
        <w:rPr>
          <w:b/>
        </w:rPr>
        <w:t xml:space="preserve">[1:11:18] </w:t>
      </w:r>
      <w:r>
        <w:t>this question is from mr asim shafi from canada</w:t>
      </w:r>
    </w:p>
    <w:p>
      <w:pPr>
        <w:jc w:val="right"/>
      </w:pPr>
      <w:r>
        <w:t>دسکوئسچناز فرام مسٹر اسم شفیعفر امکینیڈا</w:t>
      </w:r>
    </w:p>
    <w:p>
      <w:r>
        <w:rPr>
          <w:b/>
        </w:rPr>
        <w:t xml:space="preserve">[1:11:24] </w:t>
      </w:r>
      <w:r>
        <w:t>molana in your lecture you had talked about the black stone hajar al aswad and that it is just a stone and prophet ibrahim had taken it from one of the mountains you had mentioned that it is just a starting point for tawaf my question is why prophet muhammad used to kiss it and all muslims want to kiss that stone if it is just a stone taken from the mountain</w:t>
      </w:r>
    </w:p>
    <w:p>
      <w:pPr>
        <w:jc w:val="right"/>
      </w:pPr>
      <w:r>
        <w:t>مول اناانونافیورلیکچر یوہیڈٹاکڈاباؤٹ دابلیک سٹون حجر الاسواد اینڈدیٹاٹازجسٹاسٹون اینڈ پرافٹابراہیم ہیڈٹیکن اٹفرام ونافداماؤنٹینز یو ہیڈمینشندیٹ اٹاز جسٹ ا سٹارٹنگپوائنٹفار طواف مائیکوئسچناز وائی پرافٹ محمد یوزٹوکساٹ اینڈال مسلمز وانٹٹوکسداسٹون اف اٹازجسٹاسٹونٹیکنفرامداماؤنٹین</w:t>
      </w:r>
    </w:p>
    <w:p>
      <w:r>
        <w:rPr>
          <w:b/>
        </w:rPr>
        <w:t xml:space="preserve">[1:11:53] </w:t>
      </w:r>
      <w:r>
        <w:t>I would request you to ask for a reference from Quran and Hadith dekho sab se bada reference jo hai is mein Haider Umar Razi Allah Anhu ka qaul hai</w:t>
      </w:r>
    </w:p>
    <w:p>
      <w:pPr>
        <w:jc w:val="right"/>
      </w:pPr>
      <w:r>
        <w:t>ائیوڈریکویسٹیوافیوکینالسوگیوریفرنسفرامقراناورحدیث دیکھیں سبسےبڑاریفرنسجوہے اسمیں حیدرعمر رضیاللہعنہکاقولہے</w:t>
      </w:r>
    </w:p>
    <w:p>
      <w:r>
        <w:rPr>
          <w:b/>
        </w:rPr>
        <w:t xml:space="preserve">[1:12:03] </w:t>
      </w:r>
      <w:r>
        <w:t>jo top ke sahabi the Hazrat Umar Farooq Razi Allah Anhu se bada to koi sahabi nahi mana jata</w:t>
      </w:r>
    </w:p>
    <w:p>
      <w:pPr>
        <w:jc w:val="right"/>
      </w:pPr>
      <w:r>
        <w:t>جو ٹاپکےصحابیتھے حضرتعمرفاروقرضیاللہعنہسےبڑاتوکوئیصحابینہیںماناجاتا</w:t>
      </w:r>
    </w:p>
    <w:p>
      <w:r>
        <w:rPr>
          <w:b/>
        </w:rPr>
        <w:t xml:space="preserve">[1:12:11] </w:t>
      </w:r>
      <w:r>
        <w:t>unhone hajj kiya hajj karte dauran jab wahan pahunche hajar e aswad ke paas</w:t>
      </w:r>
    </w:p>
    <w:p>
      <w:pPr>
        <w:jc w:val="right"/>
      </w:pPr>
      <w:r>
        <w:t>انہوںنےحجکیا حجکرتے دوران جبوہاںپہنچے حجر اسودکےپاس</w:t>
      </w:r>
    </w:p>
    <w:p>
      <w:r>
        <w:rPr>
          <w:b/>
        </w:rPr>
        <w:t xml:space="preserve">[1:12:16] </w:t>
      </w:r>
      <w:r>
        <w:t>tuvahon ne kaha ke aey mein mein mein janta hoon ke tu ek pathar hai</w:t>
      </w:r>
    </w:p>
    <w:p>
      <w:pPr>
        <w:jc w:val="right"/>
      </w:pPr>
      <w:r>
        <w:t>توانہوںنےکہا کہ اے میں میں میںجانتاہوںکہتوایکپتھرہے</w:t>
      </w:r>
    </w:p>
    <w:p>
      <w:r>
        <w:rPr>
          <w:b/>
        </w:rPr>
        <w:t xml:space="preserve">[1:12:24] </w:t>
      </w:r>
      <w:r>
        <w:t>main janta hoon ke tu ek pathar hai na to nuksan pahuncha sakta hai na to faida pahuncha sakta hai ye bhi unhone kaha main janta hoon ke tu sirf ek pathar hai to na nuksan pahuncha sakta hai na faida pahuncha sakta agar main ne rasool allah ko na dekha hota to chumna karte hue to main to chum na karta usko ismein do baatein sochne ki hain</w:t>
      </w:r>
    </w:p>
    <w:p>
      <w:pPr>
        <w:jc w:val="right"/>
      </w:pPr>
      <w:r>
        <w:t>میں جانتاہوںکہتوایکپتھرہے نہتو نقصانپہنچاسکتاہےنہتوفائدہپہنچاسکتاہے یہبھی انہوںنےکہا میں جانتاہوںکہتوصرفایکپتھرہے تو نہنقصانپہنچاسکتاہے نہفائدہپہنچاسکتا اگر میں نے رسولاللہکونہدیکھاہوتا توکسکرتے ہوئےتومیںتوکسنہکرتاتواسکو اسمیںدوباتسوچنےکیہیں</w:t>
      </w:r>
    </w:p>
    <w:p>
      <w:r>
        <w:rPr>
          <w:b/>
        </w:rPr>
        <w:t xml:space="preserve">[1:12:51] </w:t>
      </w:r>
      <w:r>
        <w:t>isme do baat sochne ki hain ke ek baat isme stable ho gayi ke hajar e aswad mein woh cheezein nahi hain jo log buton mein samajhte hain ke but aap ko faida pohanchate hain khud aap ko nuqsan pohanchate hain but but aap ko ashirwad milta hai but aap ko blessing milti hai woh cheez blessing hajar e aswad mein nahi hai simply woh ek stone hai bas sirf ek stone hai</w:t>
      </w:r>
    </w:p>
    <w:p>
      <w:pPr>
        <w:jc w:val="right"/>
      </w:pPr>
      <w:r>
        <w:t>اسمیںدوباتسوچنےکیہیں کہایکباتاسمیںاسٹیبلشہوگئی کہ حجراسودمیں وہچیزیںنہیںہیںجولوگ بتوںمیںسمجھتےہیں کہبت اپکوفائدہپہنچاتےہیں خود اپکونقصانپہنچاتےہیں بت بت اپکواشیروادملتاہے بت اپکوبلیسنگملتیہے وہ چیز بلیس حجراسودمیںنہیںہے سمپلیوہایکسٹونہےبس صرفایک سٹونہے</w:t>
      </w:r>
    </w:p>
    <w:p>
      <w:r>
        <w:rPr>
          <w:b/>
        </w:rPr>
        <w:t xml:space="preserve">[1:13:18] </w:t>
      </w:r>
      <w:r>
        <w:t>ab doosri baat lijiye ke rasool Allah ne kis ko chuma tha kis ko chuma tha rasool Allah ne aur yaad rakhein rasool Allah ne ek hi baar haj kiya tha yeh matlab nahi ke har saal haj karte the sirf ek baar haj kiya tha rasool Allah ne woh jo chuma tha apne hajr e aswad ko nahi kiya tha hazrat Ibrahim ko kiya tha</w:t>
      </w:r>
    </w:p>
    <w:p>
      <w:pPr>
        <w:jc w:val="right"/>
      </w:pPr>
      <w:r>
        <w:t>ابدوسریباتلیجئےکہرسولاللہنےکسکیوںکیا کسکیوںکیارسولاللہنے اوریادرکھیںرسولاللہایکہیبارحجکیاتھایہمطلبیہکہ ہرسالحجکرتے تھے صرفایکبارحجکیاتھارسولاللہنے وہجوکسکیااپنے حجاسودکونہیںکیا حضرتابراہیمکوکیا</w:t>
      </w:r>
    </w:p>
    <w:p>
      <w:r>
        <w:rPr>
          <w:b/>
        </w:rPr>
        <w:t xml:space="preserve">[1:13:42] </w:t>
      </w:r>
      <w:r>
        <w:t>hajar e aswad abrahim ki yaad gaar thi</w:t>
      </w:r>
    </w:p>
    <w:p>
      <w:pPr>
        <w:jc w:val="right"/>
      </w:pPr>
      <w:r>
        <w:t>حج اسود اب راہیمکییادگارتھا</w:t>
      </w:r>
    </w:p>
    <w:p>
      <w:r>
        <w:rPr>
          <w:b/>
        </w:rPr>
        <w:t xml:space="preserve">[1:13:48] </w:t>
      </w:r>
      <w:r>
        <w:t>maine dekha hai hamari hamari maan jo thi toh unki nawasi kuch dinai rahi aur phir chali gayi uski koi cheez baqi reh gayi thi koi ek padao pada toh usko dekhte hue choom lete the usko toh apne dost apne mehboob ki koi cheez milti hai aap ko woh chala gaya door aap se uski mulaqat nahi ho rahi toh koi cheez uski yaad gaar agar hai toh usko aap choom lete hain us cheez ko ismein woh cheez nahi hoti woh woh woh mehboob hota hai</w:t>
      </w:r>
    </w:p>
    <w:p>
      <w:pPr>
        <w:jc w:val="right"/>
      </w:pPr>
      <w:r>
        <w:t>میںنےدیکھاہےہماری ہماریماںجوتھی توانکینواسیکچھدنائی رہیاورپھرچلیگئی اسکیکوئیچیزباقیرہگئیتھیکوئیکپڑاوپڑا تواسکو دیکھتےہوئےچوملیتےتھےاسکو تو اپنے دوست اپنے محبوب کیکوئیچیزملتیہےاپکو وہ چلاگیا دوراپسے اسکیملاقاتنہیںہورہی توکوئیچیزاسکییادگاراگرہے تو اسکواپ چوملیتےہیں اسچیز کواسمیں وہچیزنہیںہوتی وہ وہ وہمحبوبہوتاہے</w:t>
      </w:r>
    </w:p>
    <w:p>
      <w:r>
        <w:rPr>
          <w:b/>
        </w:rPr>
        <w:t xml:space="preserve">[1:14:17] </w:t>
      </w:r>
      <w:r>
        <w:t>aap jante hain hazrat hazrat Ibrahim ko abul anbiya kaha jata hai abul anbiya is duniya mein hazrat Ibrahim ki ek hi cheez hai wohi hajar e aswad jo abhi jo aap dekhte hain kaaba woh toh kitni baar toota kitni baar bana woh nahi hai aaj jo hazrat Ibrahim ne banaya tha koi bhi cheez aaj apni asal shakal mein nahi hai sirf ek hi cheez hai wohi pathar</w:t>
      </w:r>
    </w:p>
    <w:p>
      <w:pPr>
        <w:jc w:val="right"/>
      </w:pPr>
      <w:r>
        <w:t>اپجانتےہیں حضرتحضرتابراہیمکوابوالانبیاءکہاجاتاہےابوالانبیاء اسدنیا میں حضرتابراہیمکیایکہیچیزہے وہیحجراسود جو ابھیجواپدیکھتےہیں کعبہ وہتوکتنیبارٹوٹاکتنیباربناہے وہنہیںہےاججوحضرتابراہیمنےبنایاتھا کوئیبھیچیزاج اپنی اصلشکلمیںنہیںہے صرف ایکہیچیزہےوہیپتھر</w:t>
      </w:r>
    </w:p>
    <w:p>
      <w:r>
        <w:rPr>
          <w:b/>
        </w:rPr>
        <w:t xml:space="preserve">[1:14:42] </w:t>
      </w:r>
      <w:r>
        <w:t>rasool Allah uske saamne aaye toh apne hazrat Ibrahim ko yaad kiya</w:t>
      </w:r>
    </w:p>
    <w:p>
      <w:pPr>
        <w:jc w:val="right"/>
      </w:pPr>
      <w:r>
        <w:t>رسولاللہ اسکےسامنےائے تو اپنےحضرتابراہیمکویادکیا</w:t>
      </w:r>
    </w:p>
    <w:p>
      <w:r>
        <w:rPr>
          <w:b/>
        </w:rPr>
        <w:t xml:space="preserve">[1:14:48] </w:t>
      </w:r>
      <w:r>
        <w:t>aur usko hazrat ibrahim ki yaadgar ke taur par apne kiske</w:t>
      </w:r>
    </w:p>
    <w:p>
      <w:pPr>
        <w:jc w:val="right"/>
      </w:pPr>
      <w:r>
        <w:t>اور اسکو حضرتابراہیمکییادگارکےطورپراپنےکسکیا</w:t>
      </w:r>
    </w:p>
    <w:p>
      <w:r>
        <w:rPr>
          <w:b/>
        </w:rPr>
        <w:t xml:space="preserve">[1:14:52] </w:t>
      </w:r>
      <w:r>
        <w:t>na kaha pathar ke taur par ye to bari taaz batni chare ye insaan ka nichra hai ye</w:t>
      </w:r>
    </w:p>
    <w:p>
      <w:pPr>
        <w:jc w:val="right"/>
      </w:pPr>
      <w:r>
        <w:t>نہکہاسپتھرکےطورپر یہتوبڑیاٹازبٹنیچرل یہانسانکانیچرہےیہ</w:t>
      </w:r>
    </w:p>
    <w:p>
      <w:r>
        <w:rPr>
          <w:b/>
        </w:rPr>
        <w:t xml:space="preserve">[1:15:01] </w:t>
      </w:r>
      <w:r>
        <w:t>tu usko lo log jo us se ke koi holy stone hai wo us mein koi khaas sifat hai wo bilkul galat hai besless hai wo baat</w:t>
      </w:r>
    </w:p>
    <w:p>
      <w:pPr>
        <w:jc w:val="right"/>
      </w:pPr>
      <w:r>
        <w:t>تواسکوجولوگ جو اسسےکہ کوئی ہولی سٹونہےوہ اسمیںکوئیخاص صفتہےوہبالکل غلطہے بیسلیسہےوہبات</w:t>
      </w:r>
    </w:p>
    <w:p>
      <w:r>
        <w:rPr>
          <w:b/>
        </w:rPr>
        <w:t xml:space="preserve">[1:15:11] </w:t>
      </w:r>
      <w:r>
        <w:t>hazrat umar ne saaf saaf kaha la tadhrib tanfu tu na faida pohncha sakta hai tu</w:t>
      </w:r>
    </w:p>
    <w:p>
      <w:pPr>
        <w:jc w:val="right"/>
      </w:pPr>
      <w:r>
        <w:t>حضرتعمر نےصافصافکہا لا تضرب تنفو تونہفائدہپہنچاسکتاہےتو</w:t>
      </w:r>
    </w:p>
    <w:p>
      <w:r>
        <w:rPr>
          <w:b/>
        </w:rPr>
        <w:t xml:space="preserve">[1:15:18] </w:t>
      </w:r>
      <w:r>
        <w:t>nuqsan pohncha sakta hai tu sirf pathar hai ek ap socho ke jab pathar hai wo sirf</w:t>
      </w:r>
    </w:p>
    <w:p>
      <w:pPr>
        <w:jc w:val="right"/>
      </w:pPr>
      <w:r>
        <w:t>نقصانپہنچاسکتاہےتو صرفپتھرہےایک اپسوچیںکہجبپتھرہےوہصرف</w:t>
      </w:r>
    </w:p>
    <w:p>
      <w:r>
        <w:rPr>
          <w:b/>
        </w:rPr>
        <w:t xml:space="preserve">[1:15:23] </w:t>
      </w:r>
      <w:r>
        <w:t>tu rasool allah ne wo kis ko</w:t>
      </w:r>
    </w:p>
    <w:p>
      <w:pPr>
        <w:jc w:val="right"/>
      </w:pPr>
      <w:r>
        <w:t>تورسولاللہنےوہکسکیوں</w:t>
      </w:r>
    </w:p>
    <w:p>
      <w:r>
        <w:rPr>
          <w:b/>
        </w:rPr>
        <w:t xml:space="preserve">[1:15:25] </w:t>
      </w:r>
      <w:r>
        <w:t>kiya tu pathar ke siwa koi waja dhoondni pare gi ap ko wo hai hazrat ibrahim ki yaadgar</w:t>
      </w:r>
    </w:p>
    <w:p>
      <w:pPr>
        <w:jc w:val="right"/>
      </w:pPr>
      <w:r>
        <w:t>کیا تو پتھر کےسواکوئیوجہ ڈھونڈنیپڑےگیاپکو وہہےحضرتابراہیمکییادگار</w:t>
      </w:r>
    </w:p>
    <w:p>
      <w:r>
        <w:rPr>
          <w:b/>
        </w:rPr>
        <w:t xml:space="preserve">[1:15:31] </w:t>
      </w:r>
      <w:r>
        <w:t>hamaap bhi ye hi karte hain hamaap bhi ye hi karte hain ke koi hamara beta ap se bichad gaya koi beti hamari bichad gayi</w:t>
      </w:r>
    </w:p>
    <w:p>
      <w:pPr>
        <w:jc w:val="right"/>
      </w:pPr>
      <w:r>
        <w:t>ہماپبھییہیکرتےہیں ہماپبھییہیکرتےہیں کہکوئیہمارا بیٹا اپسےبچھڑگیا کوئیبیٹیہماریبچھڑگئی</w:t>
      </w:r>
    </w:p>
    <w:p>
      <w:r>
        <w:rPr>
          <w:b/>
        </w:rPr>
        <w:t xml:space="preserve">[1:15:40] </w:t>
      </w:r>
      <w:r>
        <w:t>us se koi cheez mile gi wo ham us ko kiskein ge ke meri beti is is qalam se likhti thi mein beta is kapre ko pehanta tha</w:t>
      </w:r>
    </w:p>
    <w:p>
      <w:pPr>
        <w:jc w:val="right"/>
      </w:pPr>
      <w:r>
        <w:t>اسے کوئیچیزملےگیتوہماسکوکسکریںگے کہمیریبیٹی اس اسقلمسےلکھتیتھی میں بیٹااسکپڑےکوپہنتاتھا</w:t>
      </w:r>
    </w:p>
    <w:p>
      <w:r>
        <w:rPr>
          <w:b/>
        </w:rPr>
        <w:t xml:space="preserve">[1:15:48] </w:t>
      </w:r>
      <w:r>
        <w:t>tu hazrat ibrahim jawab ul anbiya the aur bilashuba</w:t>
      </w:r>
    </w:p>
    <w:p>
      <w:pPr>
        <w:jc w:val="right"/>
      </w:pPr>
      <w:r>
        <w:t>تو حضرتابراہیمجوابوالانبیاءتھے اوربلاشبہ</w:t>
      </w:r>
    </w:p>
    <w:p>
      <w:r>
        <w:rPr>
          <w:b/>
        </w:rPr>
        <w:t xml:space="preserve">[1:15:53] </w:t>
      </w:r>
      <w:r>
        <w:t>bohat bada ka ghaz allah ta'ala ne un se liya</w:t>
      </w:r>
    </w:p>
    <w:p>
      <w:pPr>
        <w:jc w:val="right"/>
      </w:pPr>
      <w:r>
        <w:t>بہت بڑاکاغذاللہتعالینےانسےلیا</w:t>
      </w:r>
    </w:p>
    <w:p>
      <w:r>
        <w:rPr>
          <w:b/>
        </w:rPr>
        <w:t xml:space="preserve">[1:15:57] </w:t>
      </w:r>
      <w:r>
        <w:t>aur bahut badi sacrifice ki unhone wohi sacrifice bhi kisi ne nahi ki apni biwi ko apne bete ko jaake jidr pe daal diya aaj kaun hai jo aisa kar sake jo log choomte hain ek uska ek ek ek percent bhi nahi kar sakte us sacrifice ka jo log bheed karte hain usse choomne ke liye unhone hazrat Ibrahim ke qurbani ka ek percent bhi nahi kiya unhone</w:t>
      </w:r>
    </w:p>
    <w:p>
      <w:pPr>
        <w:jc w:val="right"/>
      </w:pPr>
      <w:r>
        <w:t>اوربہت بڑی سیکریفائسکیانہوںنے وہیسیکریفائسکبھیکسی نےکینہیں اپنی بیویکواپنےبیٹےکوجاکےجدرپہڈالدیااجکونہےجوایساکرسکے جو لوگ چومتےہیں ایک اسکاایک ایک ایک پرسنٹبھینہیںکرسکتےاسسیکریفائسکا جولوگبھیڑکرتےہیںاسےچومنےکےلیے انہوںنےحضرتابراہیمکے قربانیکاایک پرسنٹبھیکچھنہیںکیا انہوںنے</w:t>
      </w:r>
    </w:p>
    <w:p>
      <w:r>
        <w:rPr>
          <w:b/>
        </w:rPr>
        <w:t xml:space="preserve">[1:16:25] </w:t>
      </w:r>
      <w:r>
        <w:t>tu hazrat ibrahim ne itni bari qurbani ki ke dunya ko ek nai nasl dene ke liye</w:t>
      </w:r>
    </w:p>
    <w:p>
      <w:pPr>
        <w:jc w:val="right"/>
      </w:pPr>
      <w:r>
        <w:t>تو حضرتابراہیمنےاتنیبڑیقربانیکیکہدنیا کو ایک نئینسلدینےکےلیے</w:t>
      </w:r>
    </w:p>
    <w:p>
      <w:r>
        <w:rPr>
          <w:b/>
        </w:rPr>
        <w:t xml:space="preserve">[1:16:31] </w:t>
      </w:r>
      <w:r>
        <w:t>duniya ko sachai ko disestablish karne ke liye</w:t>
      </w:r>
    </w:p>
    <w:p>
      <w:pPr>
        <w:jc w:val="right"/>
      </w:pPr>
      <w:r>
        <w:t>دنیا کو سچائیکو ڈسٹیبلشکرنےکےلیے</w:t>
      </w:r>
    </w:p>
    <w:p>
      <w:r>
        <w:rPr>
          <w:b/>
        </w:rPr>
        <w:t xml:space="preserve">[1:16:34] </w:t>
      </w:r>
      <w:r>
        <w:t>dunya ko kisi team dene ke liye jo jo sachai ko</w:t>
      </w:r>
    </w:p>
    <w:p>
      <w:pPr>
        <w:jc w:val="right"/>
      </w:pPr>
      <w:r>
        <w:t>دنیا کو کسی ٹیم دینےکےلیےجو جو سچائیکو</w:t>
      </w:r>
    </w:p>
    <w:p>
      <w:r>
        <w:rPr>
          <w:b/>
        </w:rPr>
        <w:t xml:space="preserve">[1:16:38] </w:t>
      </w:r>
      <w:r>
        <w:t>yani us ki buniyad par revolution laye aur phir dunya mein sari tarqqiyan hon</w:t>
      </w:r>
    </w:p>
    <w:p>
      <w:pPr>
        <w:jc w:val="right"/>
      </w:pPr>
      <w:r>
        <w:t>یعنی اسکیبنیادپہریولوشنلائے اورپھردنیا میںساریترقیاںہوں</w:t>
      </w:r>
    </w:p>
    <w:p>
      <w:r>
        <w:rPr>
          <w:b/>
        </w:rPr>
        <w:t xml:space="preserve">[1:16:44] </w:t>
      </w:r>
      <w:r>
        <w:t>mein ne ek kitab bhi le aaye jo islam in</w:t>
      </w:r>
    </w:p>
    <w:p>
      <w:pPr>
        <w:jc w:val="right"/>
      </w:pPr>
      <w:r>
        <w:t>میںنےایککتاب بھیلےائےجو اسلام ان</w:t>
      </w:r>
    </w:p>
    <w:p>
      <w:r>
        <w:rPr>
          <w:b/>
        </w:rPr>
        <w:t xml:space="preserve">[1:16:49] </w:t>
      </w:r>
      <w:r>
        <w:t>wo islam door kh al aj jisko hum kehte hain modernization</w:t>
      </w:r>
    </w:p>
    <w:p>
      <w:pPr>
        <w:jc w:val="right"/>
      </w:pPr>
      <w:r>
        <w:t>وہ اسلام دور خ الق اج جسکو ہمکہتےہیںماڈرنسولائزیشن</w:t>
      </w:r>
    </w:p>
    <w:p>
      <w:r>
        <w:rPr>
          <w:b/>
        </w:rPr>
        <w:t xml:space="preserve">[1:16:54] </w:t>
      </w:r>
      <w:r>
        <w:t>aj jisko kehte hain tarqqiyan wo sab wahan tak jati hain wo prah wo prah wo wahan shuru hua tha</w:t>
      </w:r>
    </w:p>
    <w:p>
      <w:pPr>
        <w:jc w:val="right"/>
      </w:pPr>
      <w:r>
        <w:t>اج جسکوکہ تےہیںترقیاںوہ سب وہاںتک جاتیہیںوہ پراہوہ پراہوہاںشروعہواتھا</w:t>
      </w:r>
    </w:p>
    <w:p>
      <w:r>
        <w:rPr>
          <w:b/>
        </w:rPr>
        <w:t xml:space="preserve">[1:17:01] </w:t>
      </w:r>
      <w:r>
        <w:t>tu hazrat ibrahim ke itne sare karname itni sari qurbaniyan itni azmatein rasool allah ko yaad aa</w:t>
      </w:r>
    </w:p>
    <w:p>
      <w:pPr>
        <w:jc w:val="right"/>
      </w:pPr>
      <w:r>
        <w:t>توحضرتابراہیمکےاتنےسارےکارنامےاتنیساریقربانیاں اتنیعظمتیں رسولاللہکویادائ</w:t>
      </w:r>
    </w:p>
    <w:p>
      <w:r>
        <w:rPr>
          <w:b/>
        </w:rPr>
        <w:t xml:space="preserve">[1:17:07] </w:t>
      </w:r>
      <w:r>
        <w:t>toh be ikhtiyar apne usko choom liya hazrat Ibrahim ki yaad gaar ke taur par na ke is stone ke taur par usko samjhiye us baat ko log stone mein atke hue hain koi hazrat Ibrahim tak nahi pohancha koi toh gaur kijiye jo log stone mein atke hue hain unhe khabar nahi hai ke Ibrahim ki yaad gaar hai aur kya kar nama tha hazrat Ibrahim ka atke hue hain stone mein mujhse bar bar</w:t>
      </w:r>
    </w:p>
    <w:p>
      <w:pPr>
        <w:jc w:val="right"/>
      </w:pPr>
      <w:r>
        <w:t>یں تو بےاختیاراپنےاسکوکسکرلیا حضرتابراہیمکییادگارکےطورپر نہکہ اساس اسٹونکےطورپر اسکوسمجھئےاسباتکو لوگ اسٹونمیں اٹکےہوئے ہیں کوئی حضرتابراہیمتکنہیںپہنچاکوئی توغورکیجئےجولوگاسٹونمیںاٹکےہوئےہیں انہیں خبرہینہیںکہ ابراہیمکییادگارہے اورکیا کارنامہتھا حضرتابراہیمکا اٹکےہوئےہیںاسٹونمیں مجھسےباربار</w:t>
      </w:r>
    </w:p>
    <w:p>
      <w:r>
        <w:rPr>
          <w:b/>
        </w:rPr>
        <w:t xml:space="preserve">[1:17:34] </w:t>
      </w:r>
      <w:r>
        <w:t>yeh sawal kiya jata hai koi yeh nahi poochta ke ke kya woh azmatein hain hazrat Ibrahim ki jiski wajah se rasool Allah ne usko chooma tha kyunki wohi yaad gaar hai hazrat Ibrahim ki sun naba e ko</w:t>
      </w:r>
    </w:p>
    <w:p>
      <w:pPr>
        <w:jc w:val="right"/>
      </w:pPr>
      <w:r>
        <w:t>یہسوالکیاجاتاہےکوئییہنہیںپوچھتاکہ کہکیا وہ عظمتیںہیں حضرتابراہیمکی جسکیوجہسےرسولاللہنےاسکو کسکیاتھا کیونکہوہیادگارہےحضرتابراہیمکی سن نتابعیکو</w:t>
      </w:r>
    </w:p>
    <w:p>
      <w:r>
        <w:rPr>
          <w:b/>
        </w:rPr>
        <w:t xml:space="preserve">[1:17:49] </w:t>
      </w:r>
      <w:r>
        <w:t>toh yeh ek bilkul ek ek ni chal ki baat thi ni chal baat thi uska stone ki taqaddus se koi ta'alluq nahi har ghaz woh koi holy stone nahi hai jaise ke hazrat Umar ne farmaya woh hazrat Abra</w:t>
      </w:r>
    </w:p>
    <w:p>
      <w:pPr>
        <w:jc w:val="right"/>
      </w:pPr>
      <w:r>
        <w:t>تویہایکبالکل ایکایک نیچرکیباتتھینیچرلباتتھی اسکا اسٹونکی تقدسسےکوئیتعلقنہیں ہرگزوہکوئیہولیسٹوننہیںہے جیسےکہحضرتعمرنےفرمایا وہحضرتابراہ</w:t>
      </w:r>
    </w:p>
    <w:p>
      <w:r>
        <w:rPr>
          <w:b/>
        </w:rPr>
        <w:t xml:space="preserve">[1:18:03] </w:t>
      </w:r>
      <w:r>
        <w:t>him ki yaad gaar hai usi haisiyat se uski ahmiyat hai</w:t>
      </w:r>
    </w:p>
    <w:p>
      <w:pPr>
        <w:jc w:val="right"/>
      </w:pPr>
      <w:r>
        <w:t>یمکییادگارہے اسیحیثیتسےاسکی اہمیتہے</w:t>
      </w:r>
    </w:p>
    <w:p>
      <w:r>
        <w:rPr>
          <w:b/>
        </w:rPr>
        <w:t xml:space="preserve">[1:18:09] </w:t>
      </w:r>
      <w:r>
        <w:t>molana yahya anadar koi question here writes that the quran says establish prayer my question is only in islam government can arrange for the establishment of prayer hence any in islam government should be replaced with dia slam government molana what is your comment</w:t>
      </w:r>
    </w:p>
    <w:p>
      <w:pPr>
        <w:jc w:val="right"/>
      </w:pPr>
      <w:r>
        <w:t>مول اناہیازانادرکوئسچن ہیرائٹسدیٹداقران سیز اسٹیبلش پریر مائیکوئسچناز سنساونلی این اسلام کگورنمنٹ کین ارینجفار دی اسٹیبلشمنٹاف پریر ہینس اینی ان اسلام کگورنمنٹ شوڈبی ریپلیسڈ وددیاسلام کگورنمنٹ مول اناواٹازیورکمنٹ</w:t>
      </w:r>
    </w:p>
    <w:p>
      <w:r>
        <w:rPr>
          <w:b/>
        </w:rPr>
        <w:t xml:space="preserve">[1:18:33] </w:t>
      </w:r>
      <w:r>
        <w:t>aur is be maani question hai be maani hai governments se koi ta'alluq nahi hai rasool Allah ne 13 saal tak makke mein namaz padhi toh wahan toh hukumat thi mushrikon ki toh namaz nahi padhi rasool Allah sallallahu alaihi wasallam ne sahaba ne namaz padhi sahaba ne lehaza sirf habsha mein jaakar namaz padhi jahan ek isai ruler tha wahan hukumat se kya ta'alluq uska main main hairan hoon ke log kis tarah se sochte hain log sahaba ne habsha mein jaakar rahe wahan namaz padhi toh kya unki namaz jhooti namaz thi</w:t>
      </w:r>
    </w:p>
    <w:p>
      <w:pPr>
        <w:jc w:val="right"/>
      </w:pPr>
      <w:r>
        <w:t>اندس بےمعنیکوئسچنیہبےمعنیہے گورنمنٹسےکوئیتعلقہینہیںہے رسولاللہنے 13سال تکمکےمیںنمازپڑھی تووہاںتو حکومت تھیمشرکوںکیتو نمازنہیںپڑھیرسولاللہصلیاللہعلیہوسلمنے صحابہنےنمازپڑھی صحابہنے لہذاصرف حبشمیںجاکرنمازپڑھی جہاںایکعیسائیرولرتھاوہاں حکومت سےکیاتعلقاسکا میں میںحیرانہوںکہلوگ کسطرحسےسوچتےہیںلوگ صحابہنےحبشمیںجاکر رہے وہاںنمازپڑھیتوکیاانکینمازجھوٹینمازتھی</w:t>
      </w:r>
    </w:p>
    <w:p>
      <w:r>
        <w:rPr>
          <w:b/>
        </w:rPr>
        <w:t xml:space="preserve">[1:19:03] </w:t>
      </w:r>
      <w:r>
        <w:t>nauzubillah rasool Allah ne 13 saal tak makke mein namaz padhi jahan dar ul nadwa hukumat thi mushrik sardaron ki hukumat thi toh woh namazein thi unki yaad rakhiye namaz ka ta'alluq dil se hai ibadat ka ta'alluq dil se hai ibadat ek rohani amal hai usse governments se koi ta'alluq nahi hai yeh bahut badi siyasi bidat hai ke logon ne ibadat ko jod rakha hai se superb bidat hai superb bidat aur jin jin ko hum bidat samajhte hain woh toh chhoti bidatein hain</w:t>
      </w:r>
    </w:p>
    <w:p>
      <w:pPr>
        <w:jc w:val="right"/>
      </w:pPr>
      <w:r>
        <w:t>نعوذباللہ رسولاللہ نے13سالتکمکےمیںنمازپڑھی جہاںدارالندوحکومت تھی مشرک سرداروںکیحکومت تھیتووہنمازیںتھیںانکی یادرکھیےنمازکاتعلق دلسےہے عبادت کاتعلقدلسےہے عبادتایکروحانیعمل ہے اسسےگورنمنٹسےکوئیتعلقنہیںہے یہبہتبڑی سیاسی بدعتہے کہلوگوںنےعبادتکوجوڑرکھاہےسے سپربدعتہےسپربدعت اور جنجنکوہمبدعتسمجھتےہیںوہتوچھوٹیبدعتیںہیں</w:t>
      </w:r>
    </w:p>
    <w:p>
      <w:r>
        <w:rPr>
          <w:b/>
        </w:rPr>
        <w:t xml:space="preserve">[1:19:31] </w:t>
      </w:r>
      <w:r>
        <w:t>yeh political bidat woh hai sabse badi bidat hai ke ibadaton ko jod rakha hai governments se political role jab tak nahi hoga toh ibadat bhi nahi ho sakti toh bilkul lugh baat hai be asal baat hai koi uska Islam se koi ta'alluq nahi hai uska</w:t>
      </w:r>
    </w:p>
    <w:p>
      <w:pPr>
        <w:jc w:val="right"/>
      </w:pPr>
      <w:r>
        <w:t>یہ پولیٹیکلبد عتجوہےسبسےبڑیبدعتہے کہ عبادتوںکوجوڑرکھاہےگورنمنٹسے پولیٹیکلرولجبتکنہیںہوگاتو عبادتبھینہیںہوسکتیتوبالکل لغوباتہےبےاصلباتہے کوئیاسکااسلام سےکوئیتعلقنہیںہےاسکا</w:t>
      </w:r>
    </w:p>
    <w:p>
      <w:r>
        <w:rPr>
          <w:b/>
        </w:rPr>
        <w:t xml:space="preserve">[1:19:47] </w:t>
      </w:r>
      <w:r>
        <w:t>this question is from molana azkwan and from Delhi how can one inculcate the spirit of namaz in his whole life kind of commitment</w:t>
      </w:r>
    </w:p>
    <w:p>
      <w:pPr>
        <w:jc w:val="right"/>
      </w:pPr>
      <w:r>
        <w:t>دسکوئسچناز فرام مول انازکوانندویفرامدہلی ہاؤکین ون ان کل کیٹ داسپرٹاف نماز ان ہز ہوللائف کائنڈلیکمنٹ</w:t>
      </w:r>
    </w:p>
    <w:p>
      <w:r>
        <w:rPr>
          <w:b/>
        </w:rPr>
        <w:t xml:space="preserve">[1:20:04] </w:t>
      </w:r>
      <w:r>
        <w:t>haan dekhiye ek baat main arz karoon quran ki ek aayat hai</w:t>
      </w:r>
    </w:p>
    <w:p>
      <w:pPr>
        <w:jc w:val="right"/>
      </w:pPr>
      <w:r>
        <w:t>ہاںدیکھیںایکباتمیںعرضکروں قرانکیایکایتہے</w:t>
      </w:r>
    </w:p>
    <w:p>
      <w:r>
        <w:rPr>
          <w:b/>
        </w:rPr>
        <w:t xml:space="preserve">[1:20:12] </w:t>
      </w:r>
      <w:r>
        <w:t>jab kuch log jannat mein chale jayenge kuch log dozakh mein toh jannat wale poochhenge ke tum ko kya cheez jahannam mein milegi qalu lam k m al musalleen hum musalleen mein se na the musalleen maani namaz padhne walon mein se na the</w:t>
      </w:r>
    </w:p>
    <w:p>
      <w:pPr>
        <w:jc w:val="right"/>
      </w:pPr>
      <w:r>
        <w:t>جب کچھلوگ جنتمیںچلےجائیںگے کچھلوگدوزخمیں تو جنتوالے پوچھیںگے کہتم کوکیا چیزجہنممیںملےگی قالو لم ک مالمصلین ہم مصلینمیںسے نہتھے مصلینمعنی نمازپڑھنےوالوںمیںسےنہتھے</w:t>
      </w:r>
    </w:p>
    <w:p>
      <w:r>
        <w:rPr>
          <w:b/>
        </w:rPr>
        <w:t xml:space="preserve">[1:20:31] </w:t>
      </w:r>
      <w:r>
        <w:t>ab dekhiye ke agar wohi namaz jo form ki shakal mein padhi jati hai wohi namaz namaz ho toh ek aur surah mein padhiye aap surah almaun mein wella il musalleen yani well hai musalleen ke liye namaz padhne walon ke liye kharabi hai dekhiye wohi word yahan bhi hai same word wohan bhi hai qalu lam k musalleen bhi wohi wohi musalleen word hai</w:t>
      </w:r>
    </w:p>
    <w:p>
      <w:pPr>
        <w:jc w:val="right"/>
      </w:pPr>
      <w:r>
        <w:t>ابدیکھیںکہاگر وہینمازجو فارمکیشکلمیںپڑھیجاتیہے وہینمازنمازہو تو ایکاور سورہمیںپڑھیےاپ سورہ الماعونمیں ویلللم صل ین یعنیویلہےمصلینکےلیے نمازپڑھنےوالوںکےلیےخرابیہے دیکھیںوہیسیوورڈیہاںبھیہےسیوورڈوہاںبھیہے قالولم کممصلینبھیوہی وہیمصلینکاورڈہے</w:t>
      </w:r>
    </w:p>
    <w:p>
      <w:r>
        <w:rPr>
          <w:b/>
        </w:rPr>
        <w:t xml:space="preserve">[1:20:59] </w:t>
      </w:r>
      <w:r>
        <w:t>aur wella il musalleen bhi wohi musalleen word hai toh what was the difference between the two ek musalleen ke liye kyun wella hai tabahi hai doosre musalleen ke liye jannat kyun hai toh uska jawab khud quran mein maujood hai allazeena hum sahoon woh log jo sahoon ki namaz padhte hain ghaflat ki namaz padhte hain yani spiritually namaz padhte hain</w:t>
      </w:r>
    </w:p>
    <w:p>
      <w:pPr>
        <w:jc w:val="right"/>
      </w:pPr>
      <w:r>
        <w:t>اور ول مصلینبھیوہیمصلینکاورڈہےتو واٹازڈفرنسبٹوینداٹو ایک مصلینکےلیےکیوں ویلہے تباہیہے دوسرےمصلینکےلیےجنتکیوںہے تواسکاجوابخود قرانمیںموجود ہے الذ ینص احون وہلوگجو صاحبکینمازپڑھتےہیں غفلتکینمازپڑھتےہیں یعنی اسپیٹلیسنمازپڑھتےہیں</w:t>
      </w:r>
    </w:p>
    <w:p>
      <w:r>
        <w:rPr>
          <w:b/>
        </w:rPr>
        <w:t xml:space="preserve">[1:21:26] </w:t>
      </w:r>
      <w:r>
        <w:t>jo spiritually namaz padhte hain unke liye wella hai spiritually namaz padhte hain jinke liye jannat hai ab dekhiye spirit kya cheez hai aap kehte hain spirit aa jayegi toh pura ek culture namaz ka aa jata hai aap ke andar spirit woh hai woh koi aisa nahi ke kahin confine hai woh spirit aap pura revolutionize karti hai aap ke aap ke wajood ko ek nai revolution aap ki zindagi mein aa jata hai</w:t>
      </w:r>
    </w:p>
    <w:p>
      <w:pPr>
        <w:jc w:val="right"/>
      </w:pPr>
      <w:r>
        <w:t>جو اسپیٹلیسنمازپڑھتےہیں انکےلیے ویلہے اسپیٹوالی نمازپڑھتےہیںجنکےلیے جنتہے ابدیکھیںاسپیٹکیاچیزہے اپ کہتےہیںاسپیٹائےگیتو پوراایککلچرنمازکااجاتاہےاپکےاندر اسپیٹجوہے وہکوئیایسانہیںکہکہیںکنفائنرہےوہ اسپیٹ اپ پورا ریولوشنائزکرتیہےاپکےاپکےوجود کو ایکنیاریولوشناپکیزندگی میںاجاتاہے</w:t>
      </w:r>
    </w:p>
    <w:p>
      <w:r>
        <w:rPr>
          <w:b/>
        </w:rPr>
        <w:t xml:space="preserve">[1:21:55] </w:t>
      </w:r>
      <w:r>
        <w:t>ab woh quran mein aap padh ke samajh sakte hain usko misaal ke taur pe dekhiye quran mein hai ke inna salata al muminin ke ta ke namaz waqt waqt par farz ki gayi hai ab dekhiye ke aap panch waqt ki namaz agar waqt waqt par padhte hain doosre kaam mein waqt ki paband na kare toh yeh ho sakta hai uske baad namaz mein aap ne spirit spirit kardiya spirit iski spirit alag kar diya aur formalag kar diya</w:t>
      </w:r>
    </w:p>
    <w:p>
      <w:pPr>
        <w:jc w:val="right"/>
      </w:pPr>
      <w:r>
        <w:t>ابوہقرانمیں اپ پڑھکےسمجھسکتےہیںاسکو مثالکےطورپردیکھیے قرانمیںہےکہ ان الصلوۃالم ومنین کہ تاکہنماز وقت وقتپرفرضکیگئیہے ابدیکھیںکہاپ پانچوقت کینمازاگر وقتوقت پرپڑھتےہیں دوسرےکام میںوقتکیپابندینہکریںتویہہوسکتاہے اسکےبعدنمازمیں اپ نے اسپیٹاسپیٹکردیا اسپیٹ اسکیاسپیٹالگکردیا اورفارمالگکردیا</w:t>
      </w:r>
    </w:p>
    <w:p>
      <w:r>
        <w:rPr>
          <w:b/>
        </w:rPr>
        <w:t xml:space="preserve">[1:22:24] </w:t>
      </w:r>
      <w:r>
        <w:t>yeh to sab hai agar aap namaz ko pabandi se padhenge waqt waqt par to ek poora culture aapki zindagi mein aa jayega time culture</w:t>
      </w:r>
    </w:p>
    <w:p>
      <w:pPr>
        <w:jc w:val="right"/>
      </w:pPr>
      <w:r>
        <w:t>یہتو سب ہے اگر اپ نمازکو پابندیسےپڑھیںگےوقت وقت پر تو ایکپوراکلچراپکیزندگی میںاجائےگا ٹائمکلچر</w:t>
      </w:r>
    </w:p>
    <w:p>
      <w:r>
        <w:rPr>
          <w:b/>
        </w:rPr>
        <w:t xml:space="preserve">[1:22:37] </w:t>
      </w:r>
      <w:r>
        <w:t>aapko time management aa jayega aur har kaam time par karenge aap har kaam time par karenge aap aisha dekhiye namaz ke bare mein quran mein aur bhi besari baatein hain misaal ke taur par surah alkaboot mein hai inna salata tanhaa al fashaa'i wal munkar</w:t>
      </w:r>
    </w:p>
    <w:p>
      <w:pPr>
        <w:jc w:val="right"/>
      </w:pPr>
      <w:r>
        <w:t>اپکوٹائممینجمنٹاجائےگا اورہرکام ٹائمپرکریںگےاپہرکامٹائمپرکریںگےاپ عائشہدیکھیےنمازکےبارےمیںقرانمیںاوربھیبہتساریباتیںہیں مثالکےطورپرسورہالکبوتمیںہے ان الصلوۃتنہا الفاشاءوالمنکر</w:t>
      </w:r>
    </w:p>
    <w:p>
      <w:r>
        <w:rPr>
          <w:b/>
        </w:rPr>
        <w:t xml:space="preserve">[1:22:53] </w:t>
      </w:r>
      <w:r>
        <w:t>namaz rokti hai buri baaton se koi namaz padha to buri baaton se rokne ki speed paida ho gaya aapke andar fazool fazool baatein karna fazool paisa kharch karna fazool outing karna fazool cheezon mein apna waqt zaya karna aur is se aage badhkar ke badsulooki karna is se aage badhkar corruption karna har cheez nikal jayegi aap ki zindagi se</w:t>
      </w:r>
    </w:p>
    <w:p>
      <w:pPr>
        <w:jc w:val="right"/>
      </w:pPr>
      <w:r>
        <w:t>نماز روکتیہےبریباتوںسے کوئینمازپڑھا تو بریباتوںسےروکنےکیاسپیڈپیداہوگیاپکےاندر فضول فض ولباتیںکرنا فضولپیسہخرچکرنا فضول اؤٹنگکرنا فض ول چیزوںمیں اپناوقت ضائعکرنا اور اسسےاگےبڑھکرکےبدسلوکیکرنا اسسےاگےبڑھکر کرپشنکرنا ہرچیزنکلجائےگیاپ کواپکیزندگی سے</w:t>
      </w:r>
    </w:p>
    <w:p>
      <w:r>
        <w:rPr>
          <w:b/>
        </w:rPr>
        <w:t xml:space="preserve">[1:23:21] </w:t>
      </w:r>
      <w:r>
        <w:t>ke namaz padho to speed ke saath padho to kya hoga woh speed aapko aisa bana dega ke aap har buri baat se apne ko bachao bachane lagenge aisi besari cheezein hain jo isko mein keh raha hoon ke namaz culture to ek hai salat sahu ek hai salat khushu quran ke lafzon mein</w:t>
      </w:r>
    </w:p>
    <w:p>
      <w:pPr>
        <w:jc w:val="right"/>
      </w:pPr>
      <w:r>
        <w:t>کہنمازپڑھاتو اسپیٹکےساتھپڑھاتوکیاہوگا وہاسپیٹاپکو ایسابنادےگیکہاپ ہر بریباتسےاپنے کو بچائیں بچانےلگیںگے ایسی بہت ساریچیزیںہیں جو اسکومیںکہہرہاہوںکہنمازکلچر تو ایکہے صلاۃ سہو ایکہےصلاۃ خشوع قرانکےلفظوںمیں</w:t>
      </w:r>
    </w:p>
    <w:p>
      <w:r>
        <w:rPr>
          <w:b/>
        </w:rPr>
        <w:t xml:space="preserve">[1:23:45] </w:t>
      </w:r>
      <w:r>
        <w:t>salat sahu woh hai jisme namaz ke adab shamil na hon jisme namaz ke speed shamil na ho jo mukammal namaz na ho woh salat sahu hai is par koi kuch nahi aur salat khushu kya hai ismein saare adab namaz shamil hon jo jisme namaz ko ikhtiyar kar liya gaya ho to woh woh jo ayat hai qaalul lam yakumul musalleen</w:t>
      </w:r>
    </w:p>
    <w:p>
      <w:pPr>
        <w:jc w:val="right"/>
      </w:pPr>
      <w:r>
        <w:t>صلاۃ سہووہہے جسمیں نمازکےادابشامل نہہوں جسمیں نمازکے اسپیٹشامل نہہو جو مکملنمازنہہو وہ صلاۃصاحبہے اسپرکوئی کچھنہیں اور صلاۃخشوعکیاہے اسمیںسارےاداب نمازشامل ہوں جو جسمیںنماز کواختیارکرلیاگیاہو تو وہ وہ جو ایتہے قالولم کم المصلین</w:t>
      </w:r>
    </w:p>
    <w:p>
      <w:r>
        <w:rPr>
          <w:b/>
        </w:rPr>
        <w:t xml:space="preserve">[1:24:13] </w:t>
      </w:r>
      <w:r>
        <w:t>hum na thay namaz padhne walon mein iska matlab kya hoga hum nahi thay namaz ko poore maanon mein padhne walon mein kyunke is shakl dohrane mein to quran mein khud aaye ke woh usko kuch nahi milega usko weh mil jayega to humne namaz ko iske saare adab ke saath nahi padha namaz ko shakla padha lekin is namaz culture ko ikhtiyar nahi kiya humne mukammal namaz nahi padhi to</w:t>
      </w:r>
    </w:p>
    <w:p>
      <w:pPr>
        <w:jc w:val="right"/>
      </w:pPr>
      <w:r>
        <w:t>ہم نہتھےنمازپڑھنےوالوںمیں اسکامطلبکیاہوگا ہمنہیں تھے نمازکو پورےمعنوںمیںپڑھنےوالوںمیں کیونکہ اس شکلدہرانےمیںتو قرانمیںخود ائےکہ وہ اسکوکچھنہیںملےگااسکوویلملےگا تو ہمنے نمازکو اسکےسارےادابکےساتھنہیںپڑھا نمازکو شک لاپڑھالیکن اسنمازکلچرکواختیارنہیںکیا ہمنےمک ملنمازنہیںپڑھی تو</w:t>
      </w:r>
    </w:p>
    <w:p>
      <w:r>
        <w:rPr>
          <w:b/>
        </w:rPr>
        <w:t xml:space="preserve">[1:24:43] </w:t>
      </w:r>
      <w:r>
        <w:t>hum ko jahannum mein jana pada to ek hai namaz ek hai namaz culture agar sirf aap shakl wali namaz padhte hain to iski koi value nahi hai namaz ke saath agar aapke andar namaz namaz culture bhi aa jaye iski value woh hai woh hi aapko jannat mein le jayegi is baat ko samjhiye aur namaz culture kya hai yeh sab kuch maujood hai quran o hadith mein sab kuch maujood hai quran o hadith mein</w:t>
      </w:r>
    </w:p>
    <w:p>
      <w:pPr>
        <w:jc w:val="right"/>
      </w:pPr>
      <w:r>
        <w:t>ہم کوجہنم میںجاناپڑا تو ایک ہےنماز ایکہےنمازکلچر اگرصرفاپ شکلوالی نمازپڑھتےہیںتواسکیکوئیویلیونہیںہے نمازکےساتھاگراپکےاندرنمازنمازکلچربھیاجائے اسیکیویلیوہےوہیاپکوجنتمیںلےجائےگی اسباتکوسمجھیےاور نمازکلچرکیاہے یہسبکچھموجود ہےقرانوحدیثمیں سبکچھموجود ہے قرانوحدیثمیں</w:t>
      </w:r>
    </w:p>
    <w:p>
      <w:r>
        <w:rPr>
          <w:b/>
        </w:rPr>
        <w:t xml:space="preserve">[1:25:10] </w:t>
      </w:r>
      <w:r>
        <w:t>yani iske ek ek ajza aap dekh sakte hain quran o hadith mein agar aap sach much chahte hain jaan na ke namaz culture kya hai namaz adab namaz kya hain mukammal namaz kya hai ya sahi haqiqi namaz kya hai</w:t>
      </w:r>
    </w:p>
    <w:p>
      <w:pPr>
        <w:jc w:val="right"/>
      </w:pPr>
      <w:r>
        <w:t>یعنیاسکے ایکایکاجزاءاپدیکھسکتےہیںقرانوحدیثمیں اگر اپ سچمچ چاہتےہیںجان ناکہنماز کلچرکیاہے نمازادابنمازکیاہیں مکملنمازکیاہے یا صحیح حقیقینمازکیاہے</w:t>
      </w:r>
    </w:p>
    <w:p>
      <w:r>
        <w:rPr>
          <w:b/>
        </w:rPr>
        <w:t xml:space="preserve">[1:25:28] </w:t>
      </w:r>
      <w:r>
        <w:t>here to more questions</w:t>
      </w:r>
    </w:p>
    <w:p>
      <w:pPr>
        <w:jc w:val="right"/>
      </w:pPr>
      <w:r>
        <w:t>ہیاز ٹومورکوئسچنز</w:t>
      </w:r>
    </w:p>
    <w:p>
      <w:r>
        <w:rPr>
          <w:b/>
        </w:rPr>
        <w:t xml:space="preserve">[1:25:30] </w:t>
      </w:r>
      <w:r>
        <w:t>they are questions as prophet of islam said in his hadith jannati aini fil salat what is meant by this prophet can you please explain</w:t>
      </w:r>
    </w:p>
    <w:p>
      <w:pPr>
        <w:jc w:val="right"/>
      </w:pPr>
      <w:r>
        <w:t>دیادرکوئسچناز پرافٹاف اسلام سیڈان ہزحدیث جیل ت عینی فی الصلوۃ واٹاز مینٹبائیدسپرافیٹکسین گ پلیزایکسپلین</w:t>
      </w:r>
    </w:p>
    <w:p>
      <w:r>
        <w:rPr>
          <w:b/>
        </w:rPr>
        <w:t xml:space="preserve">[1:25:49] </w:t>
      </w:r>
      <w:r>
        <w:t>iska tarjuma yeh hai ke meri aankhon ki thandak namaz mein rakhi gayi hai</w:t>
      </w:r>
    </w:p>
    <w:p>
      <w:pPr>
        <w:jc w:val="right"/>
      </w:pPr>
      <w:r>
        <w:t>اسکا ترجمہیہہے کہمیری انکھوںکیٹھنڈک نمازمیںرکھیگئیہے</w:t>
      </w:r>
    </w:p>
    <w:p>
      <w:r>
        <w:rPr>
          <w:b/>
        </w:rPr>
        <w:t xml:space="preserve">[1:25:58] </w:t>
      </w:r>
      <w:r>
        <w:t>meri meri aankhon ki thandak namaz mein rakhi gayi hai to iska matlab yeh nahi ke namaz ki shakl mein rakhi gayi hai shakl mein nahi isko aap samajh sakte hain is tarah se quran mein aata hai wah jid waqt tariq sajda kar aur khuda se qareeb ho ja to yahan agar lafz salat hai mere ko iska matlab kya hai meri aankhon ki thandak qurbat khuda mein rakhi gayi hai</w:t>
      </w:r>
    </w:p>
    <w:p>
      <w:pPr>
        <w:jc w:val="right"/>
      </w:pPr>
      <w:r>
        <w:t>میری میری انکھوںکیٹھنڈکنمازمیںرکھیگئیہے تو اسکامعنییہنہیںکہنمازکیشکلمیںرکھیگئیہے شکلمیںنہیں اسکواپسمجھسکتےہیںاسطرحسےقرانمیںاتاہے وح جد وقت طریق سجدہکر اور خداسےقریبہوجا تویہاں اگر لفظصلاۃہے میرےکواسکامطلبکیاہے میریانکھوں کیٹھنڈک قربت خدامیںرکھیگئیہے</w:t>
      </w:r>
    </w:p>
    <w:p>
      <w:r>
        <w:rPr>
          <w:b/>
        </w:rPr>
        <w:t xml:space="preserve">[1:26:28] </w:t>
      </w:r>
      <w:r>
        <w:t>shakl namaz mein nahi ke jab mujhe khuda ke ilhamat hasil hote hain jab khuda se qurbat ka tajurba hota hai jab mein apne aap ko khuda ke paas pahunch kar leta hoon woh mere liye thandak ka lamha hota hai woh mere liye rooh ko khushi ke liye khushi ka lamha hota hai yeh matlab hai iska</w:t>
      </w:r>
    </w:p>
    <w:p>
      <w:pPr>
        <w:jc w:val="right"/>
      </w:pPr>
      <w:r>
        <w:t>شکلنمازمیںنہیں کہجبمجھے خدائیلمحات حاصل ہوتےہیں جبخداسےقربتکاتجربہہوتاہے جبمیں اپنےاپکوخداکے پاسپہنچکرتاہوں وہ میرےلیےٹھنڈککالمحہہوتاہے وہ میرےلیے روحکو خوشیکےلیےخوشیکالمحہہوتاہے یہ مطلبہےاسکا</w:t>
      </w:r>
    </w:p>
    <w:p>
      <w:r>
        <w:rPr>
          <w:b/>
        </w:rPr>
        <w:t xml:space="preserve">[1:26:52] </w:t>
      </w:r>
      <w:r>
        <w:t>he also wants to know the meaning of quranic verse mar ahlaka bil salat mar ahlaka bil salat mar ahlaka bil salat apne ahl ko apni family ko namaz padhne ke liye kaho mar ke lafzi tarjume hote hain hukum karna lekin hukum karna yahan yeh nahi ke order karo order ke sense mein nahi hai</w:t>
      </w:r>
    </w:p>
    <w:p>
      <w:pPr>
        <w:jc w:val="right"/>
      </w:pPr>
      <w:r>
        <w:t>ہی السووانٹسٹونو دامیننگاف قرانکورس مر اہل کا بال صلاۃ ہیں مر اہل کا بال صلاۃ مر اہلکابالصلاۃ اپنے اہلکو اپنی فیملیکو نمازپڑھنےکےلیےکہو مر کےلفظیترجمہہوتےہیںحکم کرنالیکن حکمکرنایہاں یہنہیںکہارڈرکرو ارڈرکےسینسمیںنہیںہے</w:t>
      </w:r>
    </w:p>
    <w:p>
      <w:r>
        <w:rPr>
          <w:b/>
        </w:rPr>
        <w:t xml:space="preserve">[1:27:17] </w:t>
      </w:r>
      <w:r>
        <w:t>matlab unko samjhao unko batao namaz ki value unke badan mein dalo unko prepare karo namaz padhne ke liye yeh matlab hai iska to yeh to saare insaanon ko humein batana hai ke khuda ki ibadat karo ghar walon ko batana hai mar ke matlab yeh nahi ke unko hukum do unpar order karo unko yeh matlab nahi hai iska</w:t>
      </w:r>
    </w:p>
    <w:p>
      <w:pPr>
        <w:jc w:val="right"/>
      </w:pPr>
      <w:r>
        <w:t>مطلبانکوسمجھاؤ انکو بتاؤ نمازکیویلیوانکے بدنمیںڈالو انکو پریپیئرکرونمازپڑھنےکےلیے یہمطلبہےاسکا تویہتو سارےانسانوںکوہمیںبتاناہےکہخداکیعبادتکرو گھروالوںکوبتاناہے مر کےمعنییہنہیںکہانکوحکمدو انپر ارڈرکروانکو یہمطلبنہیںہےاسکا</w:t>
      </w:r>
    </w:p>
    <w:p>
      <w:r>
        <w:rPr>
          <w:b/>
        </w:rPr>
        <w:t xml:space="preserve">[1:27:42] </w:t>
      </w:r>
      <w:r>
        <w:t>ek hadith mein aata hai ke ke das saal ke bachhe ho jayein to usko maro namaz ke liye lekin woh maro woh language of hammering hai matlab woh dande se maro kai baatein hain quran o hadith mein aisi hain jisme language of hammering hai matlab bahut zyada shadeed ke saath kaho bahut zyada emphasize dekar kaho bahut zyada zor dekar kaho yeh matlab hai iska koi mare thode namaz padh lega</w:t>
      </w:r>
    </w:p>
    <w:p>
      <w:pPr>
        <w:jc w:val="right"/>
      </w:pPr>
      <w:r>
        <w:t>ایکحدیثمیںاتاہےکہ کہ دسسال کےبچےہوجائیںتواسکومارو نمازکےلیے لیکن وہمارووہ لینگویجافہیمرنگہے مطلبوہڈنڈےسےمارو کئیباتیںہیںقرانوحدیثویسیہے جسمیںلینگویجافہیمرنگہے مطلببہتزیادہشد تکےساتھکہو بہت زیادہایمفیززدےکرکہو بہت زیادہ زوردےکرکہویہمطلبہےاسکا کوئیمارےتھوڑینمازپڑھلےگا</w:t>
      </w:r>
    </w:p>
    <w:p>
      <w:r>
        <w:rPr>
          <w:b/>
        </w:rPr>
        <w:t xml:space="preserve">[1:28:08] </w:t>
      </w:r>
      <w:r>
        <w:t>to quran o hadith mein kai baatein aisi hain jo haqeeqat hai woh language hammering hai isko log literally sense mein le lete hain to mein samajhta hoon yeh isse murad literally sense mein nahi hai yeh .</w:t>
      </w:r>
    </w:p>
    <w:p>
      <w:pPr>
        <w:jc w:val="right"/>
      </w:pPr>
      <w:r>
        <w:t>تو قرانوحدیثمیںکئیباتیںایسیہیںجو حقیقتہےوہلینگویجہیمرنگہے اسکولوگلیٹرلسینسمیںلےلیتےہیں تو میںسمجھتاہوں یہاسسےمرادلیٹرلسینسمیںنہیںہےیہ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