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 Iman May 01, 2007</w:t>
      </w:r>
    </w:p>
    <w:p>
      <w:r>
        <w:t>https://youtu.be/DQL8J0Th5_I</w:t>
      </w:r>
    </w:p>
    <w:p>
      <w:r>
        <w:rPr>
          <w:b/>
        </w:rPr>
        <w:t xml:space="preserve">[00:14] </w:t>
      </w:r>
      <w:r>
        <w:t>bismillah rahman rahim wa salli allah ala nabiyyil karim rabbishrah li sadri wa yassir li amri wahlul uqdatan min lisani yafqahu qawli.</w:t>
      </w:r>
    </w:p>
    <w:p>
      <w:pPr>
        <w:jc w:val="right"/>
      </w:pPr>
      <w:r>
        <w:t>بسم اللہ الرحمن الرحیم و صلی اللہ علی النبی الکریم رب اشرح لی صدری ویسر لی امری واحل العقدۃ من لسانی یفقہ قولی۔</w:t>
      </w:r>
    </w:p>
    <w:p>
      <w:r>
        <w:rPr>
          <w:b/>
        </w:rPr>
        <w:t xml:space="preserve">[00:34] </w:t>
      </w:r>
      <w:r>
        <w:t>aap jante hain ke is tarah ka jab hum gathering karte hain to hamesha sab se pehle</w:t>
      </w:r>
    </w:p>
    <w:p>
      <w:pPr>
        <w:jc w:val="right"/>
      </w:pPr>
      <w:r>
        <w:t>آپ جانتے ہیں کہ اس طرح کا جب ہم گیدرنگ کرتے ہیں تو ہمیشہ سب سے پہلے</w:t>
      </w:r>
    </w:p>
    <w:p>
      <w:r>
        <w:rPr>
          <w:b/>
        </w:rPr>
        <w:t xml:space="preserve">[00:48] </w:t>
      </w:r>
      <w:r>
        <w:t>kalma shahadat padhte hain, jis ko kehte hain tajdeed shahadat. to aaj mein soch raha tha ke aisa kyun hai.</w:t>
      </w:r>
    </w:p>
    <w:p>
      <w:pPr>
        <w:jc w:val="right"/>
      </w:pPr>
      <w:r>
        <w:t>کلمہ شہادت پڑھتے ہیں، جس کو کہتے ہیں تجدید شہادت۔ تو آج میں سوچ رہا تھا کہ ایسا کیوں ہے۔</w:t>
      </w:r>
    </w:p>
    <w:p>
      <w:r>
        <w:rPr>
          <w:b/>
        </w:rPr>
        <w:t xml:space="preserve">[00:59] </w:t>
      </w:r>
      <w:r>
        <w:t>yani hadith mein hai ke jaddidu imanakum bi qawli la ilaha illallah. apne iman ko, apne belief ko renew karte raho,</w:t>
      </w:r>
    </w:p>
    <w:p>
      <w:pPr>
        <w:jc w:val="right"/>
      </w:pPr>
      <w:r>
        <w:t>یعنی حدیث میں ہے کہ جددوا ایمانکم بقول لا الہ الا اللہ۔ اپنے ایمان کو، اپنے بیلیف کو رینیو کرتے رہو،</w:t>
      </w:r>
    </w:p>
    <w:p>
      <w:r>
        <w:rPr>
          <w:b/>
        </w:rPr>
        <w:t xml:space="preserve">[01:12] </w:t>
      </w:r>
      <w:r>
        <w:t>bar bar. yeh keh kar ke la ilaha illallah Muhammadur Rasulullah.</w:t>
      </w:r>
    </w:p>
    <w:p>
      <w:pPr>
        <w:jc w:val="right"/>
      </w:pPr>
      <w:r>
        <w:t>بار بار۔ یہ کہہ کر کہ لا الہ الا اللہ محمد رسول اللہ۔</w:t>
      </w:r>
    </w:p>
    <w:p>
      <w:r>
        <w:rPr>
          <w:b/>
        </w:rPr>
        <w:t xml:space="preserve">[01:19] </w:t>
      </w:r>
      <w:r>
        <w:t>to yeh jo kalma ka ki tajdeed hai, to yeh simply renewal nahi hai.</w:t>
      </w:r>
    </w:p>
    <w:p>
      <w:pPr>
        <w:jc w:val="right"/>
      </w:pPr>
      <w:r>
        <w:t>تو یہ جو کلمہ کا کی تجدید ہے، تو یہ سمپلی رینیول نہیں ہے۔</w:t>
      </w:r>
    </w:p>
    <w:p>
      <w:r>
        <w:rPr>
          <w:b/>
        </w:rPr>
        <w:t xml:space="preserve">[01:31] </w:t>
      </w:r>
      <w:r>
        <w:t>sirf renew karna, revive karna. itna hi nahi hai, yeh to hai hi, lekin is se ziyada hai, yeh more than that hai.</w:t>
      </w:r>
    </w:p>
    <w:p>
      <w:pPr>
        <w:jc w:val="right"/>
      </w:pPr>
      <w:r>
        <w:t>صرف رینیو کرنا، ریوائیو کرنا۔ اتنا ہی نہیں ہے، یہ تو ہے ہی، لیکن اس سے زیادہ ہے، یہ مور دین دیٹ ہے۔</w:t>
      </w:r>
    </w:p>
    <w:p>
      <w:r>
        <w:rPr>
          <w:b/>
        </w:rPr>
        <w:t xml:space="preserve">[01:44] </w:t>
      </w:r>
      <w:r>
        <w:t>woh kya? woh believer ki aik spirit hai, ya momin ki aik spirit hai, is ka manifestation hai.</w:t>
      </w:r>
    </w:p>
    <w:p>
      <w:pPr>
        <w:jc w:val="right"/>
      </w:pPr>
      <w:r>
        <w:t>وہ کیا؟ وہ بیلیور کی ایک سپرٹ ہے، یا مومن کی ایک سپرٹ ہے، اس کا مینیفیسٹیشن ہے۔</w:t>
      </w:r>
    </w:p>
    <w:p>
      <w:r>
        <w:rPr>
          <w:b/>
        </w:rPr>
        <w:t xml:space="preserve">[02:00] </w:t>
      </w:r>
      <w:r>
        <w:t>aap jante hain ke hamara yeh belief hai ke har waqt hum angels ke observation mein hain.</w:t>
      </w:r>
    </w:p>
    <w:p>
      <w:pPr>
        <w:jc w:val="right"/>
      </w:pPr>
      <w:r>
        <w:t>آپ جانتے ہیں کہ ہمارا یہ بیلیف ہے کہ ہر وقت ہم اینجلز کے ابزرویشن میں ہیں۔</w:t>
      </w:r>
    </w:p>
    <w:p>
      <w:r>
        <w:rPr>
          <w:b/>
        </w:rPr>
        <w:t xml:space="preserve">[02:12] </w:t>
      </w:r>
      <w:r>
        <w:t>har waqt, 24 ghanta, hamari recording ho rahi hai. is mein to koi shakk nahi. is 24 ghanta hamari recording ho rahi hai, yeh to hamara belief hai.</w:t>
      </w:r>
    </w:p>
    <w:p>
      <w:pPr>
        <w:jc w:val="right"/>
      </w:pPr>
      <w:r>
        <w:t>ہر وقت، 24 گھنٹہ، ہماری ریکارڈنگ ہو رہی ہے۔ اس میں تو کوئی شک نہیں۔ اس 24 گھنٹہ ہماری ریکارڈنگ ہو رہی ہے، یہ تو ہمارا بیلیف ہے۔</w:t>
      </w:r>
    </w:p>
    <w:p>
      <w:r>
        <w:rPr>
          <w:b/>
        </w:rPr>
        <w:t xml:space="preserve">[02:27] </w:t>
      </w:r>
      <w:r>
        <w:t>to momin yeh chahega ke angels ki recording mein bar bar yeh cheez aati rahe ke maine Allah ko maana,</w:t>
      </w:r>
    </w:p>
    <w:p>
      <w:pPr>
        <w:jc w:val="right"/>
      </w:pPr>
      <w:r>
        <w:t>تو مومن یہ چاہے گا کہ اینجلز کی ریکارڈنگ میں بار بار یہ چیز آتی رہے کہ میں نے اللہ کو مانا،</w:t>
      </w:r>
    </w:p>
    <w:p>
      <w:r>
        <w:rPr>
          <w:b/>
        </w:rPr>
        <w:t xml:space="preserve">[02:42] </w:t>
      </w:r>
      <w:r>
        <w:t>mein ne Allah ko</w:t>
      </w:r>
    </w:p>
    <w:p>
      <w:pPr>
        <w:jc w:val="right"/>
      </w:pPr>
      <w:r>
        <w:t>میں نے اللہ کو</w:t>
      </w:r>
    </w:p>
    <w:p>
      <w:r>
        <w:rPr>
          <w:b/>
        </w:rPr>
        <w:t xml:space="preserve">[02:46] </w:t>
      </w:r>
      <w:r>
        <w:t>discover kiya. yeh baar baar aata rahay.</w:t>
      </w:r>
    </w:p>
    <w:p>
      <w:pPr>
        <w:jc w:val="right"/>
      </w:pPr>
      <w:r>
        <w:t>ڈسکور کیا۔ یہ بار بار آتا رہے۔</w:t>
      </w:r>
    </w:p>
    <w:p>
      <w:r>
        <w:rPr>
          <w:b/>
        </w:rPr>
        <w:t xml:space="preserve">[02:51] </w:t>
      </w:r>
      <w:r>
        <w:t>to mein chahta hoon ke angels ke record mein baar baar laane ke liye yeh baat hai. yaani aik hai aspect is ka ke renew karna, revive karna,</w:t>
      </w:r>
    </w:p>
    <w:p>
      <w:pPr>
        <w:jc w:val="right"/>
      </w:pPr>
      <w:r>
        <w:t>تو میں چاہتا ہوں کہ اینجلز کے ریکارڈ میں بار بار لانے کے لیے یہ بات ہے۔ یعنی ایک ہے اسپیکٹ اس کا کہ رینیو کرنا، ریوائیو کرنا،</w:t>
      </w:r>
    </w:p>
    <w:p>
      <w:r>
        <w:rPr>
          <w:b/>
        </w:rPr>
        <w:t xml:space="preserve">[03:05] </w:t>
      </w:r>
      <w:r>
        <w:t>ya is ko boost dete rehna.</w:t>
      </w:r>
    </w:p>
    <w:p>
      <w:pPr>
        <w:jc w:val="right"/>
      </w:pPr>
      <w:r>
        <w:t>یا اس کو بوسٹ دیتے رہنا۔</w:t>
      </w:r>
    </w:p>
    <w:p>
      <w:r>
        <w:rPr>
          <w:b/>
        </w:rPr>
        <w:t xml:space="preserve">[03:09] </w:t>
      </w:r>
      <w:r>
        <w:t>lekin is se bhi ziyada bari baat yeh hai ke aap yeh jab sochte hain ke hum har waqt, har waqt, har waqt angels ke angels ke observation mein hain,</w:t>
      </w:r>
    </w:p>
    <w:p>
      <w:pPr>
        <w:jc w:val="right"/>
      </w:pPr>
      <w:r>
        <w:t>لیکن اس سے بھی زیادہ بڑی بات یہ ہے کہ آپ یہ جب سوچتے ہیں کہ ہم ہر وقت، ہر وقت، ہر وقت اینجلز کے اینجلز کے ابزرویشن میں ہیں،</w:t>
      </w:r>
    </w:p>
    <w:p>
      <w:r>
        <w:rPr>
          <w:b/>
        </w:rPr>
        <w:t xml:space="preserve">[03:27] </w:t>
      </w:r>
      <w:r>
        <w:t>to aap yaani aap ke dil se nikal pare ga ke khudaaya mein to is ko gawah banata hoon,</w:t>
      </w:r>
    </w:p>
    <w:p>
      <w:pPr>
        <w:jc w:val="right"/>
      </w:pPr>
      <w:r>
        <w:t>تو آپ یعنی آپ کے دل سے نکل پڑے گا کہ خدایا میں تو اس کو گواہ بناتا ہوں،</w:t>
      </w:r>
    </w:p>
    <w:p>
      <w:r>
        <w:rPr>
          <w:b/>
        </w:rPr>
        <w:t xml:space="preserve">[03:37] </w:t>
      </w:r>
      <w:r>
        <w:t>mein angels ko gawah banata hoon, aur marne se pehle yaani compulsory shahadat hone wali hai maut ke baad, is se pehle mein apne apne azadi ke sath to is ko dekhe dekhne se pehle mein is baat ka iqrar karta hoon.</w:t>
      </w:r>
    </w:p>
    <w:p>
      <w:pPr>
        <w:jc w:val="right"/>
      </w:pPr>
      <w:r>
        <w:t>میں اینجلز کو گواہ بناتا ہوں، اور مرنے سے پہلے یعنی کمپلسری شہادت ہونے والی ہے موت کے بعد، اس سے پہلے میں اپنے اپنے آزادی کے ساتھ تو اس کو دیکھے دیکھنے سے پہلے میں اس بات کا اقرار کرتا ہوں۔</w:t>
      </w:r>
    </w:p>
    <w:p>
      <w:r>
        <w:rPr>
          <w:b/>
        </w:rPr>
        <w:t xml:space="preserve">[04:00] </w:t>
      </w:r>
      <w:r>
        <w:t>to mein ab yeh kahoon ga, yeh kalma, aur aap sab log dohraein ge is ko,</w:t>
      </w:r>
    </w:p>
    <w:p>
      <w:pPr>
        <w:jc w:val="right"/>
      </w:pPr>
      <w:r>
        <w:t>تو میں اب یہ کہوں گا، یہ کلمہ، اور آپ سب لوگ دہرائیں گے اس کو،</w:t>
      </w:r>
    </w:p>
    <w:p>
      <w:r>
        <w:rPr>
          <w:b/>
        </w:rPr>
        <w:t xml:space="preserve">[04:07] </w:t>
      </w:r>
      <w:r>
        <w:t>taakeh hamari yeh majlis, hamara yeh kehna, yeh angels ke record mein aa jaye. ashhadu an la ilaha illallah.</w:t>
      </w:r>
    </w:p>
    <w:p>
      <w:pPr>
        <w:jc w:val="right"/>
      </w:pPr>
      <w:r>
        <w:t>تاکہ ہماری یہ مجلس، ہمارا یہ کہنا، یہ اینجلز کے ریکارڈ میں آ جائے۔ اشھد ان لا الہ الا اللہ۔</w:t>
      </w:r>
    </w:p>
    <w:p>
      <w:r>
        <w:rPr>
          <w:b/>
        </w:rPr>
        <w:t xml:space="preserve">[04:16] </w:t>
      </w:r>
      <w:r>
        <w:t>ashhadu an la ilaha illallah. wa ashhadu an Muhammad abduhu wa rasuluh.</w:t>
      </w:r>
    </w:p>
    <w:p>
      <w:pPr>
        <w:jc w:val="right"/>
      </w:pPr>
      <w:r>
        <w:t>اشھد ان لا الہ الا اللہ۔ واشہد ان محمد عبدہ ورسولہ۔</w:t>
      </w:r>
    </w:p>
    <w:p>
      <w:r>
        <w:rPr>
          <w:b/>
        </w:rPr>
        <w:t xml:space="preserve">[04:25] </w:t>
      </w:r>
      <w:r>
        <w:t>arsala bil haqq bashiran wa nazeera.</w:t>
      </w:r>
    </w:p>
    <w:p>
      <w:pPr>
        <w:jc w:val="right"/>
      </w:pPr>
      <w:r>
        <w:t>ارسل بالحق بشیر ونذیرا۔</w:t>
      </w:r>
    </w:p>
    <w:p>
      <w:r>
        <w:rPr>
          <w:b/>
        </w:rPr>
        <w:t xml:space="preserve">[04:32] </w:t>
      </w:r>
      <w:r>
        <w:t>to yeh hai kalma ko, jis ko kehte hain tajdeed karna, renew karna.</w:t>
      </w:r>
    </w:p>
    <w:p>
      <w:pPr>
        <w:jc w:val="right"/>
      </w:pPr>
      <w:r>
        <w:t>تو یہ ہے کلمہ کو، جس کو کہتے ہیں تجدید کرنا، رینیو کرنا۔</w:t>
      </w:r>
    </w:p>
    <w:p>
      <w:r>
        <w:rPr>
          <w:b/>
        </w:rPr>
        <w:t xml:space="preserve">[04:43] </w:t>
      </w:r>
      <w:r>
        <w:t>to jab mein yeh socha, mein ne ke yeh renew karna is liye hai ke</w:t>
      </w:r>
    </w:p>
    <w:p>
      <w:pPr>
        <w:jc w:val="right"/>
      </w:pPr>
      <w:r>
        <w:t>تو جب میں یہ سوچا، میں نے کہ یہ رینیو کرنا اس لیے ہے کہ</w:t>
      </w:r>
    </w:p>
    <w:p>
      <w:r>
        <w:rPr>
          <w:b/>
        </w:rPr>
        <w:t xml:space="preserve">[04:52] </w:t>
      </w:r>
      <w:r>
        <w:t>hamara hamara manna, Allah par hamara bharosa karna, aur maut se pehle pehle, jab ke hum abhi compulsory situation nahi aayi hai, is se pehle pehle hum hamara iqrar karna</w:t>
      </w:r>
    </w:p>
    <w:p>
      <w:pPr>
        <w:jc w:val="right"/>
      </w:pPr>
      <w:r>
        <w:t>ہمارا ہمارا ماننا، اللہ پر ہمارا بھروسہ کرنا، اور موت سے پہلے پہلے، جب کہ ہم ابھی کمپلسری سچوئیشن نہیں آئی ہے، اس سے پہلے پہلے ہم ہمارا اقرار کرنا</w:t>
      </w:r>
    </w:p>
    <w:p>
      <w:r>
        <w:rPr>
          <w:b/>
        </w:rPr>
        <w:t xml:space="preserve">[05:13] </w:t>
      </w:r>
      <w:r>
        <w:t>, yeh farishton ke record mein aa jaye. yeh sochte hue phir mujhe Quran ki aik ayat yaad aayi. yeh ayat jo hai, yeh hai Quran ke chapter number 41 mein,</w:t>
      </w:r>
    </w:p>
    <w:p>
      <w:pPr>
        <w:jc w:val="right"/>
      </w:pPr>
      <w:r>
        <w:t>، یہ فرشتوں کے ریکارڈ میں آ جائے۔ یہ سوچتے ہوئے پھر مجھے قرآن کی ایک آیت یاد آئی۔ یہ آیت جو ہے، یہ ہے قرآن کے چیپٹر نمبر 41 میں،</w:t>
      </w:r>
    </w:p>
    <w:p>
      <w:r>
        <w:rPr>
          <w:b/>
        </w:rPr>
        <w:t xml:space="preserve">[05:29] </w:t>
      </w:r>
      <w:r>
        <w:t>jis ka naam hai haami al sajda. arab log is ko fussilat kehte hain. is ka hai chapter number 41.</w:t>
      </w:r>
    </w:p>
    <w:p>
      <w:pPr>
        <w:jc w:val="right"/>
      </w:pPr>
      <w:r>
        <w:t>جس کا نام ہے حامی السجدہ۔ عرب لوگ اس کو فصرت کہتے ہیں۔ اس کا ہے چیپٹر نمبر 41۔</w:t>
      </w:r>
    </w:p>
    <w:p>
      <w:r>
        <w:rPr>
          <w:b/>
        </w:rPr>
        <w:t xml:space="preserve">[05:39] </w:t>
      </w:r>
      <w:r>
        <w:t>is ki do ayatein mein parhta hoon, woh hain verse number 30 aur 31.</w:t>
      </w:r>
    </w:p>
    <w:p>
      <w:pPr>
        <w:jc w:val="right"/>
      </w:pPr>
      <w:r>
        <w:t>اس کی دو آیتیں میں پڑھتا ہوں، وہ ہیں ورس نمبر 30 اور 31۔</w:t>
      </w:r>
    </w:p>
    <w:p>
      <w:r>
        <w:rPr>
          <w:b/>
        </w:rPr>
        <w:t xml:space="preserve">[05:50] </w:t>
      </w:r>
      <w:r>
        <w:t>is mein kaha gaya hai ke innal lazina qalu rabbuna Allahu thumma istiqamu tatanazzalu alaihimul malaikatu alla takhafu wala tahzanu wa abshiru bil jannatil lati kuntum tu adun nahnu awliya ukum fil hayati d dunya wa fil akhirati wa lakum fiha ma tad'u anfusukum wa lakum fiha ma tastanaun nazulum min ghafurir rahim. is ka matlab yeh hai ke jo log kehte hain ke Allah hamara rab hai,</w:t>
      </w:r>
    </w:p>
    <w:p>
      <w:pPr>
        <w:jc w:val="right"/>
      </w:pPr>
      <w:r>
        <w:t>اس میں کہا گیا ہے کہ ان الذین قالو ربنا اللہ ثم استقاموا تتنزل علیہم الملائکہ اللہ تخاف ولا تحزنوا وابشروا بالجنت التی کنتم توون نحن اولیاء فی الحیات الدنیا وفاخرہ وکم فیہا ما تشتی انفس</w:t>
      </w:r>
    </w:p>
    <w:p>
      <w:r>
        <w:rPr>
          <w:b/>
        </w:rPr>
        <w:t xml:space="preserve">[06:19] </w:t>
      </w:r>
      <w:r>
        <w:t>aur phir is par woh qaim ho jatay hain, yaani is par jam jatay hain, to un par utartay hain farishtay.</w:t>
      </w:r>
    </w:p>
    <w:p>
      <w:pPr>
        <w:jc w:val="right"/>
      </w:pPr>
      <w:r>
        <w:t>کم وکم فیہا ما تدعون نزل من غفور الرحیم۔ اس کا مطلب یہ ہے کہ جو لوگ کہتے ہیں کہ اللہ ہمارا رب ہے،</w:t>
      </w:r>
    </w:p>
    <w:p>
      <w:r>
        <w:rPr>
          <w:b/>
        </w:rPr>
        <w:t xml:space="preserve">[06:34] </w:t>
      </w:r>
      <w:r>
        <w:t>kesi ajib baat hai ke jo log kehte hain ke Allah hamara rab hai, aur is par woh jam jatay hain,</w:t>
      </w:r>
    </w:p>
    <w:p>
      <w:pPr>
        <w:jc w:val="right"/>
      </w:pPr>
      <w:r>
        <w:t>اور پھر اس پر وہ قائم ہو جاتے ہیں، یعنی اس پر جم جاتے ہیں، تو ان پر اترتے ہیں فرشتے۔</w:t>
      </w:r>
    </w:p>
    <w:p>
      <w:r>
        <w:rPr>
          <w:b/>
        </w:rPr>
        <w:t xml:space="preserve">[06:46] </w:t>
      </w:r>
      <w:r>
        <w:t>to un par utartay hain farishtay.</w:t>
      </w:r>
    </w:p>
    <w:p>
      <w:pPr>
        <w:jc w:val="right"/>
      </w:pPr>
      <w:r>
        <w:t>کیسی عجیب بات ہے کہ جو لوگ کہتے ہیں کہ اللہ ہمارا رب ہے، اور اس پر وہ جم جاتے ہیں،</w:t>
      </w:r>
    </w:p>
    <w:p>
      <w:r>
        <w:rPr>
          <w:b/>
        </w:rPr>
        <w:t xml:space="preserve">[07:01] </w:t>
      </w:r>
      <w:r>
        <w:t>aur farishtay utar kar kya karte hain? woh zahir hai ke farishtay utartay hain to aap ko source dete hain,</w:t>
      </w:r>
    </w:p>
    <w:p>
      <w:pPr>
        <w:jc w:val="right"/>
      </w:pPr>
      <w:r>
        <w:t>تو ان پر اترتے ہیں فرشتے۔</w:t>
      </w:r>
    </w:p>
    <w:p>
      <w:r>
        <w:rPr>
          <w:b/>
        </w:rPr>
        <w:t xml:space="preserve">[07:07] </w:t>
      </w:r>
      <w:r>
        <w:t>aap ko yaqeen dete hain, aap conviction barhate hain,</w:t>
      </w:r>
    </w:p>
    <w:p>
      <w:pPr>
        <w:jc w:val="right"/>
      </w:pPr>
      <w:r>
        <w:t>اور فرشتے اتر کر کیا کرتے ہیں؟ وہ ظاہر ہے کہ فرشتے اترتے ہیں تو آپ کو سورس دیتے ہیں،</w:t>
      </w:r>
    </w:p>
    <w:p>
      <w:r>
        <w:rPr>
          <w:b/>
        </w:rPr>
        <w:t xml:space="preserve">[07:16] </w:t>
      </w:r>
      <w:r>
        <w:t>aur woh kehte hain ke hum aap ke sath hain dunya mein bhi aur akhirat mein bhi. tumhare aik wale ko dar nahi hai, tumhare koi hazar nahi hai.</w:t>
      </w:r>
    </w:p>
    <w:p>
      <w:pPr>
        <w:jc w:val="right"/>
      </w:pPr>
      <w:r>
        <w:t>آپ کو یقین دیتے ہیں، آپ کنوکشن بڑھاتے ہیں،</w:t>
      </w:r>
    </w:p>
    <w:p>
      <w:r>
        <w:rPr>
          <w:b/>
        </w:rPr>
        <w:t xml:space="preserve">[07:22] </w:t>
      </w:r>
      <w:r>
        <w:t>aur woh kehte hain ke hum aap ke saath hain dunya mein bhi aur aakhirat mein bhi. tumhare ek wale ko dar nahi hai, tumhare koi hadar nahi hai.</w:t>
      </w:r>
    </w:p>
    <w:p>
      <w:pPr>
        <w:jc w:val="right"/>
      </w:pPr>
      <w:r>
        <w:t>اور وہ کہتے ہیں کہ ہم آپ کے ساتھ ہیں دنیا میں بھی اور آخرت میں بھی۔ تمہارے ایک والے کو ڈر نہیں ہے، تمہارے کوئی حذر نہیں ہے۔</w:t>
      </w:r>
    </w:p>
    <w:p>
      <w:r>
        <w:rPr>
          <w:b/>
        </w:rPr>
        <w:t xml:space="preserve">[07:35] </w:t>
      </w:r>
      <w:r>
        <w:t>to kiya keh farishtay utartay hain aur dunya say akhirat tak hamaray sath rehtay hain. kaisi ajeeb baat hai.</w:t>
      </w:r>
    </w:p>
    <w:p>
      <w:pPr>
        <w:jc w:val="right"/>
      </w:pPr>
      <w:r>
        <w:t>تو کیا کہ فرشتے اترتے ہیں اور دنیا سے آخرت تک ہمارے ساتھ رہتے ہیں۔ کیسی عجیب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