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Political Interpretation of Islam January 26, 2014</w:t>
      </w:r>
    </w:p>
    <w:p>
      <w:r>
        <w:t>https://youtu.be/hXKqLTQcOzw</w:t>
      </w:r>
    </w:p>
    <w:p>
      <w:r>
        <w:rPr>
          <w:b/>
        </w:rPr>
        <w:t xml:space="preserve">[00:14] </w:t>
      </w:r>
      <w:r>
        <w:t>bismillah-hir-rehman-nir-raheem, wa-sallallahu 'ala-n-nabiyyi l-kareem. rab-bish-rah-li sadri, wa yassir li amri,</w:t>
      </w:r>
    </w:p>
    <w:p>
      <w:pPr>
        <w:jc w:val="right"/>
      </w:pPr>
      <w:r>
        <w:t>بسم اللہ الرحمن الرحیم، وصلی اللہ علی النبی الکریم۔ رب اشرح لی صدری، ویسر لی امری،</w:t>
      </w:r>
    </w:p>
    <w:p>
      <w:r>
        <w:rPr>
          <w:b/>
        </w:rPr>
        <w:t xml:space="preserve">[00:31] </w:t>
      </w:r>
      <w:r>
        <w:t>wa-hlul 'uqdatan min lisani, yafqahu qawli. January 2014 ki 26 tareekh hai.</w:t>
      </w:r>
    </w:p>
    <w:p>
      <w:pPr>
        <w:jc w:val="right"/>
      </w:pPr>
      <w:r>
        <w:t>واحل العقدۃ من لسانی، یفقہ قولی۔ جنوری 2014 کی 26 تاریخ ہے۔</w:t>
      </w:r>
    </w:p>
    <w:p>
      <w:r>
        <w:rPr>
          <w:b/>
        </w:rPr>
        <w:t xml:space="preserve">[00:45] </w:t>
      </w:r>
      <w:r>
        <w:t>aaj ka topic hai:</w:t>
      </w:r>
    </w:p>
    <w:p>
      <w:pPr>
        <w:jc w:val="right"/>
      </w:pPr>
      <w:r>
        <w:t>آج کا ٹاپک ہے:</w:t>
      </w:r>
    </w:p>
    <w:p>
      <w:r>
        <w:rPr>
          <w:b/>
        </w:rPr>
        <w:t xml:space="preserve">[00:50] </w:t>
      </w:r>
      <w:r>
        <w:t>political interpretation of Islam, yani Islam ki siyasi ta'beer.</w:t>
      </w:r>
    </w:p>
    <w:p>
      <w:pPr>
        <w:jc w:val="right"/>
      </w:pPr>
      <w:r>
        <w:t>پولیٹیکل انٹرپریٹیشن آف اسلام، یعنی اسلام کی سیاسی تعبیر۔</w:t>
      </w:r>
    </w:p>
    <w:p>
      <w:r>
        <w:rPr>
          <w:b/>
        </w:rPr>
        <w:t xml:space="preserve">[01:04] </w:t>
      </w:r>
      <w:r>
        <w:t>aaj ke akhbar mein aur media mein yeh news aayi hai keh qairoon mein Islam group ke darmiyan aur police ke darmiyan clash hui,</w:t>
      </w:r>
    </w:p>
    <w:p>
      <w:pPr>
        <w:jc w:val="right"/>
      </w:pPr>
      <w:r>
        <w:t>آج کے اخبار میں اور میڈیا میں یہ نیوز آئی ہے کہ قیروں میں اسلام گروپ کے درمیان اور پولیس کے درمیان کلیش ہوئی،</w:t>
      </w:r>
    </w:p>
    <w:p>
      <w:r>
        <w:rPr>
          <w:b/>
        </w:rPr>
        <w:t xml:space="preserve">[01:19] </w:t>
      </w:r>
      <w:r>
        <w:t>aur is mein 30 aadmi maray gaye, yani 30 Muslim. sankaron zakhmi hue, aur bohat se arrest hue.</w:t>
      </w:r>
    </w:p>
    <w:p>
      <w:pPr>
        <w:jc w:val="right"/>
      </w:pPr>
      <w:r>
        <w:t>اور اس میں 30 آدمی مارے گئے، یعنی 30 مسلم۔ سینکڑوں زخمی ہوئے، اور بہت سے ارسٹ ہوئے۔</w:t>
      </w:r>
    </w:p>
    <w:p>
      <w:r>
        <w:rPr>
          <w:b/>
        </w:rPr>
        <w:t xml:space="preserve">[01:34] </w:t>
      </w:r>
      <w:r>
        <w:t>aisa kyun hai? aap jantay hain keh Egypt mein pichlay 60 saal se yahi kaam ho raha hai,</w:t>
      </w:r>
    </w:p>
    <w:p>
      <w:pPr>
        <w:jc w:val="right"/>
      </w:pPr>
      <w:r>
        <w:t>ایسا کیوں ہے؟ آپ جانتے ہیں کہ ایجپٹ میں پچھلے 60 سال سے یہی کام ہو رہا ہے،</w:t>
      </w:r>
    </w:p>
    <w:p>
      <w:r>
        <w:rPr>
          <w:b/>
        </w:rPr>
        <w:t xml:space="preserve">[01:48] </w:t>
      </w:r>
      <w:r>
        <w:t>yani Islam group aur army ke beech mein takrao. hazaron log maray gaye, bohat ziyada nuqsan hua.</w:t>
      </w:r>
    </w:p>
    <w:p>
      <w:pPr>
        <w:jc w:val="right"/>
      </w:pPr>
      <w:r>
        <w:t>یعنی اسلام گروپ اور آرمی کے بیچ میں ٹکراؤ۔ ہزاروں لوگ مارے گئے، بہت زیادہ نقصان ہوا۔</w:t>
      </w:r>
    </w:p>
    <w:p>
      <w:r>
        <w:rPr>
          <w:b/>
        </w:rPr>
        <w:t xml:space="preserve">[02:01] </w:t>
      </w:r>
      <w:r>
        <w:t>mulk ki economy shatter ho rahi hai, lekin violence khatam nahi hota.</w:t>
      </w:r>
    </w:p>
    <w:p>
      <w:pPr>
        <w:jc w:val="right"/>
      </w:pPr>
      <w:r>
        <w:t>દેશ کی اکانومی شیٹر ہو رہی ہے، لیکن وائلنس ختم نہیں ہوتا۔</w:t>
      </w:r>
    </w:p>
    <w:p>
      <w:r>
        <w:rPr>
          <w:b/>
        </w:rPr>
        <w:t xml:space="preserve">[02:14] </w:t>
      </w:r>
      <w:r>
        <w:t>to hamein janna hai keh yeh violence kyun? aisa kyun hai? is par sochtay hue mujhe Rasool Allah ki bohat si hadithain yaad aayin.</w:t>
      </w:r>
    </w:p>
    <w:p>
      <w:pPr>
        <w:jc w:val="right"/>
      </w:pPr>
      <w:r>
        <w:t>تو ہمیں جاننا ہے کہ یہ وائلنس کیوں؟ ایسا کیوں ہے؟ اس پر سوچتے ہوئے مجھے رسول اللہ کی بہت سی حدیثیں یاد آئیں۔</w:t>
      </w:r>
    </w:p>
    <w:p>
      <w:r>
        <w:rPr>
          <w:b/>
        </w:rPr>
        <w:t xml:space="preserve">[02:29] </w:t>
      </w:r>
      <w:r>
        <w:t>Rasool Allah ne</w:t>
      </w:r>
    </w:p>
    <w:p>
      <w:pPr>
        <w:jc w:val="right"/>
      </w:pPr>
      <w:r>
        <w:t>رسول اللہ نے</w:t>
      </w:r>
    </w:p>
    <w:p>
      <w:r>
        <w:rPr>
          <w:b/>
        </w:rPr>
        <w:t xml:space="preserve">[02:33] </w:t>
      </w:r>
      <w:r>
        <w:t>prediction ke taur par pehlay hi bata diya tha keh ummat mein violence barh jaye ga, aapas mein larein ge log.</w:t>
      </w:r>
    </w:p>
    <w:p>
      <w:pPr>
        <w:jc w:val="right"/>
      </w:pPr>
      <w:r>
        <w:t>پریڈکشن کے طور پر پہلے ہی بتا دیا تھا کہ امت میں وائلنس بڑھ جائے گا، آپس میں لڑیں گے لوگ۔</w:t>
      </w:r>
    </w:p>
    <w:p>
      <w:r>
        <w:rPr>
          <w:b/>
        </w:rPr>
        <w:t xml:space="preserve">[02:45] </w:t>
      </w:r>
      <w:r>
        <w:t>aisi bohat si hadithain hain. ek hadith mein yeh sakht alfaaz hain keh: la tarji'u ba'di kuffaran yadhribu ba'dukum riqaba ba'din</w:t>
      </w:r>
    </w:p>
    <w:p>
      <w:pPr>
        <w:jc w:val="right"/>
      </w:pPr>
      <w:r>
        <w:t>ایسی بہت سی حدیثیں ہیں۔ ایک حدیث میں یہ سخت الفاظ ہیں کہ: لا ترجعوا بعدي كفاراً يضرب بعضكم رقاب بعض</w:t>
      </w:r>
    </w:p>
    <w:p>
      <w:r>
        <w:rPr>
          <w:b/>
        </w:rPr>
        <w:t xml:space="preserve">[03:00] </w:t>
      </w:r>
      <w:r>
        <w:t>yani mere baad tum log kafir mat ho jana keh aapas mein ek doosray ko qatal karne lago. itna sakht lafz hai.</w:t>
      </w:r>
    </w:p>
    <w:p>
      <w:pPr>
        <w:jc w:val="right"/>
      </w:pPr>
      <w:r>
        <w:t>یعنی میرے بعد تم لوگ کافر مت ہو جانا کہ آپس میں ایک دوسرے کو قتل کرنے لگو۔ اتنا سخت لفظ ہے۔</w:t>
      </w:r>
    </w:p>
    <w:p>
      <w:r>
        <w:rPr>
          <w:b/>
        </w:rPr>
        <w:t xml:space="preserve">[03:13] </w:t>
      </w:r>
      <w:r>
        <w:t>dekhiye, yeh saada baat nahi hai.</w:t>
      </w:r>
    </w:p>
    <w:p>
      <w:pPr>
        <w:jc w:val="right"/>
      </w:pPr>
      <w:r>
        <w:t>دیکھیے، یہ سادہ بات نہیں ہے۔</w:t>
      </w:r>
    </w:p>
    <w:p>
      <w:r>
        <w:rPr>
          <w:b/>
        </w:rPr>
        <w:t xml:space="preserve">[03:19] </w:t>
      </w:r>
      <w:r>
        <w:t>qatal ka kaam 60 saal ya 100 saal se jari rahe aur khatam na ho to is ko sochna chahiye keh kyun aisa ho raha hai.</w:t>
      </w:r>
    </w:p>
    <w:p>
      <w:pPr>
        <w:jc w:val="right"/>
      </w:pPr>
      <w:r>
        <w:t>قتل کا کام 60 سال یا 100 سال سے جاری رہے اور ختم نہ ہو تو اس کو سوچنا چاہیے کہ کیوں ایسا ہو رہا ہے۔</w:t>
      </w:r>
    </w:p>
    <w:p>
      <w:r>
        <w:rPr>
          <w:b/>
        </w:rPr>
        <w:t xml:space="preserve">[03:32] </w:t>
      </w:r>
      <w:r>
        <w:t>dekhiye, yeh ummat-e-muslima jo hai, is mein Khuda ki kitab mehfooz hai, Rasool Allah ki sunnat mehfooz hai, Sahaba ka model mehfooz hai,</w:t>
      </w:r>
    </w:p>
    <w:p>
      <w:pPr>
        <w:jc w:val="right"/>
      </w:pPr>
      <w:r>
        <w:t>دیکھیے، یہ امت مسلمہ جو ہے، اس میں خدا کی کتاب محفوظ ہے، رسول اللہ کی سنت محفوظ ہے، صحابہ کا ماڈل محفوظ ہے،</w:t>
      </w:r>
    </w:p>
    <w:p>
      <w:r>
        <w:rPr>
          <w:b/>
        </w:rPr>
        <w:t xml:space="preserve">[03:46] </w:t>
      </w:r>
      <w:r>
        <w:t>Islam ki jo history hai woh bhi mehfooz hai. aisi halat mein dekhiye, violence, fasaad-o-qatal violence, is mein nahi ho sakta.</w:t>
      </w:r>
    </w:p>
    <w:p>
      <w:pPr>
        <w:jc w:val="right"/>
      </w:pPr>
      <w:r>
        <w:t>اسلام کی جو ہسٹری ہے وہ بھی محفوظ ہے۔ ایسی حالت میں دیکھیے، وائلنس، فتح سقف وائلنس، اس میں نہیں ہو سکتا۔</w:t>
      </w:r>
    </w:p>
    <w:p>
      <w:r>
        <w:rPr>
          <w:b/>
        </w:rPr>
        <w:t xml:space="preserve">[03:57] </w:t>
      </w:r>
      <w:r>
        <w:t>yeh to impossible hai.</w:t>
      </w:r>
    </w:p>
    <w:p>
      <w:pPr>
        <w:jc w:val="right"/>
      </w:pPr>
      <w:r>
        <w:t>یہ تو امپاسیبل ہے۔</w:t>
      </w:r>
    </w:p>
    <w:p>
      <w:r>
        <w:rPr>
          <w:b/>
        </w:rPr>
        <w:t xml:space="preserve">[04:01] </w:t>
      </w:r>
      <w:r>
        <w:t>aisa kabhi mumkin nahi hai. zaroori hai keh is ka koi justification ho. yani sirf justified violence ummat-e-muslima mein jari ho sakta hai.</w:t>
      </w:r>
    </w:p>
    <w:p>
      <w:pPr>
        <w:jc w:val="right"/>
      </w:pPr>
      <w:r>
        <w:t>ایسا کبھی ممکن نہیں ہے۔ ضروری ہے کہ اس کا کوئی جسٹیفیکیشن ہو۔ یعنی صرف جسٹیفائیڈ وائلنسی امت مسلمہ میں جاری ہو سکتا ہے۔</w:t>
      </w:r>
    </w:p>
    <w:p>
      <w:r>
        <w:rPr>
          <w:b/>
        </w:rPr>
        <w:t xml:space="preserve">[04:18] </w:t>
      </w:r>
      <w:r>
        <w:t>violence, fasaad-o-qatal violence, ummat-e-muslima mein kabhi ho nahi sakta hai. kyunke yeh jo is ki mehfooz deen ki hesiyat hai, woh is mein rok ban ban jaye gi.</w:t>
      </w:r>
    </w:p>
    <w:p>
      <w:pPr>
        <w:jc w:val="right"/>
      </w:pPr>
      <w:r>
        <w:t>وائلنس، فتح سقف وائلنس، امت مسلمہ میں کبھی ہو نہیں سکتا ہے۔ کیونکہ یہ جو اس کی محفوظ دین کی حیثیت ہے، وہ اس میں روک بن بن جائے گی۔</w:t>
      </w:r>
    </w:p>
    <w:p>
      <w:r>
        <w:rPr>
          <w:b/>
        </w:rPr>
        <w:t xml:space="preserve">[04:36] </w:t>
      </w:r>
      <w:r>
        <w:t>yeh violence khatam is liye nahi ho raha hai keh yeh violence saada nahi hai. yeh justified violence hai. yani Islamically justified violence.</w:t>
      </w:r>
    </w:p>
    <w:p>
      <w:pPr>
        <w:jc w:val="right"/>
      </w:pPr>
      <w:r>
        <w:t>یہ وائلنس ختم اس لیے نہیں ہو رہا ہے کہ یہ وائلنس سادہ نہیں ہے۔ یہ جسٹیفائیڈ وائلنس ہے۔ یعنی اسلامیکلی جسٹیفائیڈ وائلنس۔</w:t>
      </w:r>
    </w:p>
    <w:p>
      <w:r>
        <w:rPr>
          <w:b/>
        </w:rPr>
        <w:t xml:space="preserve">[04:48] </w:t>
      </w:r>
      <w:r>
        <w:t>jab aap khud apnay aqeeda, apnay mazhab se justification talash kar lein to aap ruken ge nahi violence se.</w:t>
      </w:r>
    </w:p>
    <w:p>
      <w:pPr>
        <w:jc w:val="right"/>
      </w:pPr>
      <w:r>
        <w:t>جب آپ خود اپنے عقیدہ، اپنے مذہب سے جسٹیفیکیشن تلاش کر لیں تو آپ رکیں گے نہیں وائلنس سے۔</w:t>
      </w:r>
    </w:p>
    <w:p>
      <w:r>
        <w:rPr>
          <w:b/>
        </w:rPr>
        <w:t xml:space="preserve">[04:58] </w:t>
      </w:r>
      <w:r>
        <w:t>kyun? dekhiye, 60 baras pehlay Jamal Abdul Nasser Egypt ke President thay.</w:t>
      </w:r>
    </w:p>
    <w:p>
      <w:pPr>
        <w:jc w:val="right"/>
      </w:pPr>
      <w:r>
        <w:t>کیوں؟ دیکھیے، 60 برس پہلے جمال عبدالناصر ایجپٹ کے پریزیڈنٹ تھے۔</w:t>
      </w:r>
    </w:p>
    <w:p>
      <w:r>
        <w:rPr>
          <w:b/>
        </w:rPr>
        <w:t xml:space="preserve">[05:11] </w:t>
      </w:r>
      <w:r>
        <w:t>unhon ne islam group ke khilaaf bohat zabardast karwai ki.</w:t>
      </w:r>
    </w:p>
    <w:p>
      <w:pPr>
        <w:jc w:val="right"/>
      </w:pPr>
      <w:r>
        <w:t>انہوں نے اسلام گروپ کے خلاف بہت زبردست کارروائی کی۔</w:t>
      </w:r>
    </w:p>
    <w:p>
      <w:r>
        <w:rPr>
          <w:b/>
        </w:rPr>
        <w:t xml:space="preserve">[05:16] </w:t>
      </w:r>
      <w:r>
        <w:t>un ke leader thay us waqt syed qutb. un ko phansi de diya. to kya hua? phansi dene ke baad un ke sath aik aur title lag gaya: syed qutb shaheed.</w:t>
      </w:r>
    </w:p>
    <w:p>
      <w:pPr>
        <w:jc w:val="right"/>
      </w:pPr>
      <w:r>
        <w:t>ان کے لیڈر تھے اس وقت سید قطب۔ ان کو پھانسی دے دیا۔ تو کیا ہوا؟ پھانسی دینے کے بعد ان کے ساتھ ایک اور ٹائٹل لگ گیا: سید قطب شہید۔</w:t>
      </w:r>
    </w:p>
    <w:p>
      <w:r>
        <w:rPr>
          <w:b/>
        </w:rPr>
        <w:t xml:space="preserve">[05:32] </w:t>
      </w:r>
      <w:r>
        <w:t>is ka matlab ke logon ne qualify kar liya un ke qatal ko. ab woh inspiring ban gaya ke lado ge, maro ge to shaheed ho jao ge.</w:t>
      </w:r>
    </w:p>
    <w:p>
      <w:pPr>
        <w:jc w:val="right"/>
      </w:pPr>
      <w:r>
        <w:t>اس کا معنی کہ لوگوں نے گولیفائی کر لیا ان کے قتل کو۔ اب وہ انسپائرنگ بن گیا کہ لڑو گے، مرو گے تو شہید ہو جاؤ گے۔</w:t>
      </w:r>
    </w:p>
    <w:p>
      <w:r>
        <w:rPr>
          <w:b/>
        </w:rPr>
        <w:t xml:space="preserve">[05:43] </w:t>
      </w:r>
      <w:r>
        <w:t>shaheed ho jao ge to jannat mein jao ge.</w:t>
      </w:r>
    </w:p>
    <w:p>
      <w:pPr>
        <w:jc w:val="right"/>
      </w:pPr>
      <w:r>
        <w:t>شہید ہو جاؤ گے تو جنت میں جاؤ گے۔</w:t>
      </w:r>
    </w:p>
    <w:p>
      <w:r>
        <w:rPr>
          <w:b/>
        </w:rPr>
        <w:t xml:space="preserve">[05:46] </w:t>
      </w:r>
      <w:r>
        <w:t>to kaha ke lad kar marna jannat ke ka entry ke liye ticket ban gaya. ab log lad rahe hain, lad rahe hain.</w:t>
      </w:r>
    </w:p>
    <w:p>
      <w:pPr>
        <w:jc w:val="right"/>
      </w:pPr>
      <w:r>
        <w:t>تو کہا کہ لڑ کر مرنا جنت کے کا انٹری کے لیے ٹکٹ بن گیا۔ اب لوگ لڑ رہے ہیں، لڑ رہے ہیں۔</w:t>
      </w:r>
    </w:p>
    <w:p>
      <w:r>
        <w:rPr>
          <w:b/>
        </w:rPr>
        <w:t xml:space="preserve">[05:57] </w:t>
      </w:r>
      <w:r>
        <w:t>samajhte hain ke maren ge to kya farq pada? hum to jannat mein jayen ge. yeh hai jis ko mein keh raha hon ke islamically justified violence.</w:t>
      </w:r>
    </w:p>
    <w:p>
      <w:pPr>
        <w:jc w:val="right"/>
      </w:pPr>
      <w:r>
        <w:t>سمجھتے ہیں کہ مریں گے تو کیا فرق پڑا؟ ہم تو جنت میں جائیں گے۔ یہ ہے جس کو میں کہہ رہا ہوں کہ اسلامیکلی جسٹیفائیڈ وائلنس۔</w:t>
      </w:r>
    </w:p>
    <w:p>
      <w:r>
        <w:rPr>
          <w:b/>
        </w:rPr>
        <w:t xml:space="preserve">[06:10] </w:t>
      </w:r>
      <w:r>
        <w:t>to dekhiye, aaj ke news mein mein ne aik baat parhi.</w:t>
      </w:r>
    </w:p>
    <w:p>
      <w:pPr>
        <w:jc w:val="right"/>
      </w:pPr>
      <w:r>
        <w:t>تو دیکھیے، آج کے نیوز میں میں نے ایک بات پڑھی۔</w:t>
      </w:r>
    </w:p>
    <w:p>
      <w:r>
        <w:rPr>
          <w:b/>
        </w:rPr>
        <w:t xml:space="preserve">[06:18] </w:t>
      </w:r>
      <w:r>
        <w:t>egypt ke aik scholar ne kaha ke yeh jo violence hai egypt mein, yeh log samajhte hain ke yeh army aur istaamar islam group ke darmiyan hai.</w:t>
      </w:r>
    </w:p>
    <w:p>
      <w:pPr>
        <w:jc w:val="right"/>
      </w:pPr>
      <w:r>
        <w:t>ایجپٹ کے ایک اسکالر نے کہا کہ یہ جو وائلنس ہے ایجپٹ میں، یہ لوگ سمجھتے ہیں کہ یہ آرمی اور اسٹمر اسلام گروپ کے درمیان ہے۔</w:t>
      </w:r>
    </w:p>
    <w:p>
      <w:r>
        <w:rPr>
          <w:b/>
        </w:rPr>
        <w:t xml:space="preserve">[06:31] </w:t>
      </w:r>
      <w:r>
        <w:t>aisa nahi hai. yeh army aur religious extremes ke beech mein hai. army aur religious extremes.</w:t>
      </w:r>
    </w:p>
    <w:p>
      <w:pPr>
        <w:jc w:val="right"/>
      </w:pPr>
      <w:r>
        <w:t>ایسا نہیں ہے۔ یہ آرمی اور ریلیجس ایکسٹریمز کے بیچ میں ہے۔ آرمی اور ریلیجس ایکسٹریمز۔</w:t>
      </w:r>
    </w:p>
    <w:p>
      <w:r>
        <w:rPr>
          <w:b/>
        </w:rPr>
        <w:t xml:space="preserve">[06:41] </w:t>
      </w:r>
      <w:r>
        <w:t>yeh baat unhon ne sahi kahi. bas mein bataon ke theek kaha unhon ne.</w:t>
      </w:r>
    </w:p>
    <w:p>
      <w:pPr>
        <w:jc w:val="right"/>
      </w:pPr>
      <w:r>
        <w:t>یہ بات انہوں نے صحیح کہی۔ بس میں بتاؤں کہ ٹھیک کہا انہوں نے۔</w:t>
      </w:r>
    </w:p>
    <w:p>
      <w:r>
        <w:rPr>
          <w:b/>
        </w:rPr>
        <w:t xml:space="preserve">[06:46] </w:t>
      </w:r>
      <w:r>
        <w:t>lekin phir bhi aik sawal hai ke religious extremes kya hai? woh kyun violence tak pohanchata hai?</w:t>
      </w:r>
    </w:p>
    <w:p>
      <w:pPr>
        <w:jc w:val="right"/>
      </w:pPr>
      <w:r>
        <w:t>لیکن پھر بھی ایک سوال ہے کہ ریلیجس ایکسٹریمز کیا ہے؟ وہ کیوں وائرس تک پہنچاتا ہے؟</w:t>
      </w:r>
    </w:p>
    <w:p>
      <w:r>
        <w:rPr>
          <w:b/>
        </w:rPr>
        <w:t xml:space="preserve">[06:58] </w:t>
      </w:r>
      <w:r>
        <w:t>inhabited violence. religious extremes ke liye quran o hadees mein lafz aaya hai: ghalu. ghalu hi ka doosra naam hai religious extremes.</w:t>
      </w:r>
    </w:p>
    <w:p>
      <w:pPr>
        <w:jc w:val="right"/>
      </w:pPr>
      <w:r>
        <w:t>ان ایبیٹڈ وائرس۔ ریلیجس ایکسٹریمز کے لیے قرآن و حدیث میں لفظ آیا ہے: غلو۔ غلو ہی کا دوسرا نام ہے ریلیجس ایکسٹریمز۔</w:t>
      </w:r>
    </w:p>
    <w:p>
      <w:r>
        <w:rPr>
          <w:b/>
        </w:rPr>
        <w:t xml:space="preserve">[07:16] </w:t>
      </w:r>
      <w:r>
        <w:t>quran mein bhi aaya hai, hadees mein bhi aaya hai. rasool Allah ne farmaya ke: ayyakum wal ghalu fid deen wa innama halaka man kana qablakum bil ghalu fid deen ke tum log ghalu se bohat ziyada bacho.</w:t>
      </w:r>
    </w:p>
    <w:p>
      <w:pPr>
        <w:jc w:val="right"/>
      </w:pPr>
      <w:r>
        <w:t>قرآن میں بھی آیا ہے، حدیث میں بھی آیا ہے۔ رسول اللہ نے فرمایا کہ: ایاکم والغلو فی الدین وانما حلق من کان قبلکم بالغلو فی الدین کہ تم لوگ غلو سے بہت زیادہ بچو۔</w:t>
      </w:r>
    </w:p>
    <w:p>
      <w:r>
        <w:rPr>
          <w:b/>
        </w:rPr>
        <w:t xml:space="preserve">[07:34] </w:t>
      </w:r>
      <w:r>
        <w:t>kyun ke pichli ummaten jo halak huin, woh ghalu ki wajah se halak huin. ghalu ya extremes kya hai?</w:t>
      </w:r>
    </w:p>
    <w:p>
      <w:pPr>
        <w:jc w:val="right"/>
      </w:pPr>
      <w:r>
        <w:t>کیونکہ پچھلی امتیں جو ہلاک ہوئیں، وہ غلو کی وجہ سے ہلاک ہوئیں۔ غلو یا ایکسٹریمز کیا ہے؟</w:t>
      </w:r>
    </w:p>
    <w:p>
      <w:r>
        <w:rPr>
          <w:b/>
        </w:rPr>
        <w:t xml:space="preserve">[07:45] </w:t>
      </w:r>
      <w:r>
        <w:t>ghalu ya extremes jo hai, woh yeh hai, is ko mein kahon ga ke in culture of intolerance. jab aap apne aqeeday ko khud follow karen,</w:t>
      </w:r>
    </w:p>
    <w:p>
      <w:pPr>
        <w:jc w:val="right"/>
      </w:pPr>
      <w:r>
        <w:t>غلو یا ایکسٹریمز جو ہے، وہ یہ ہے، اس کو میں کہوں گا کہ ان کلچر آف انٹولرنس۔ جب آپ اپنے عقیدے کو خود فالو کریں،</w:t>
      </w:r>
    </w:p>
    <w:p>
      <w:r>
        <w:rPr>
          <w:b/>
        </w:rPr>
        <w:t xml:space="preserve">[07:58] </w:t>
      </w:r>
      <w:r>
        <w:t>apne mazhab par khud chalen to woh ghalu nahi hota.</w:t>
      </w:r>
    </w:p>
    <w:p>
      <w:pPr>
        <w:jc w:val="right"/>
      </w:pPr>
      <w:r>
        <w:t>اپنے مذہب پر خود چلیں تو وہ غلو نہیں ہوتا۔</w:t>
      </w:r>
    </w:p>
    <w:p>
      <w:r>
        <w:rPr>
          <w:b/>
        </w:rPr>
        <w:t xml:space="preserve">[08:05] </w:t>
      </w:r>
      <w:r>
        <w:t>lekin jab aap yeh chahen ke jo mera aqeeda hai, wohi doosre manen, jo mera tareeqa hai, wohi doosre manen, to is se intolerance aata hai.</w:t>
      </w:r>
    </w:p>
    <w:p>
      <w:pPr>
        <w:jc w:val="right"/>
      </w:pPr>
      <w:r>
        <w:t>لیکن جب آپ یہ چاہیں کہ جو میرا عقیدہ ہے، وہی دوسرے مانیں، جو میرا طریقہ ہے، وہی دوسرے مانیں، تو اس سے انٹولرنس آتا ہے۔</w:t>
      </w:r>
    </w:p>
    <w:p>
      <w:r>
        <w:rPr>
          <w:b/>
        </w:rPr>
        <w:t xml:space="preserve">[08:21] </w:t>
      </w:r>
      <w:r>
        <w:t>in culture of intolerance phailta hai. acha, jab intolerance aye ga to rukay ga nahi phir woh? woh rukay ga nahi?</w:t>
      </w:r>
    </w:p>
    <w:p>
      <w:pPr>
        <w:jc w:val="right"/>
      </w:pPr>
      <w:r>
        <w:t>ان کلچر آف انٹولرنس پھیلتا ہے۔ اچھا، جب انٹولرنس آئے گا تو رکے گا نہیں پھر وہ؟ وہ رکے گا نہیں؟</w:t>
      </w:r>
    </w:p>
    <w:p>
      <w:r>
        <w:rPr>
          <w:b/>
        </w:rPr>
        <w:t xml:space="preserve">[08:31] </w:t>
      </w:r>
      <w:r>
        <w:t>phir hate aye gi, phir violence aye ga, phir larai aye gi,</w:t>
      </w:r>
    </w:p>
    <w:p>
      <w:pPr>
        <w:jc w:val="right"/>
      </w:pPr>
      <w:r>
        <w:t>پھر ہیٹ آئے گی، پھر وائلنس آئے گا، پھر لڑائی آئے گی،</w:t>
      </w:r>
    </w:p>
    <w:p>
      <w:r>
        <w:rPr>
          <w:b/>
        </w:rPr>
        <w:t xml:space="preserve">[08:35] </w:t>
      </w:r>
      <w:r>
        <w:t>gun culture, bomb culture, yahan tak ke suicide bombing.</w:t>
      </w:r>
    </w:p>
    <w:p>
      <w:pPr>
        <w:jc w:val="right"/>
      </w:pPr>
      <w:r>
        <w:t>گن کلچر، بم کلچر، یہاں تک کہ سوسائیڈ بمبنگ۔</w:t>
      </w:r>
    </w:p>
    <w:p>
      <w:r>
        <w:rPr>
          <w:b/>
        </w:rPr>
        <w:t xml:space="preserve">[08:42] </w:t>
      </w:r>
      <w:r>
        <w:t>to ghalu ya extremes jo hai, naam hai is baat ka ke aap khud apne ko follow karne par razi na hon, balkeh aap chahen ke doosre bhi wohi karen jo aap chahte hain.</w:t>
      </w:r>
    </w:p>
    <w:p>
      <w:pPr>
        <w:jc w:val="right"/>
      </w:pPr>
      <w:r>
        <w:t>تو غلو یا ایکسٹریمز جو ہے، نام ہے اس بات کا کہ آپ خود اپنے کو فالو کرنے پر راضی نہ ہوں، بلکہ آپ چاہیں کہ دوسرے بھی وہی کریں جو آپ چاہتے ہیں۔</w:t>
      </w:r>
    </w:p>
    <w:p>
      <w:r>
        <w:rPr>
          <w:b/>
        </w:rPr>
        <w:t xml:space="preserve">[08:57] </w:t>
      </w:r>
      <w:r>
        <w:t>to doosra kahe ga ke mein kyun karon? mujhe azadi hai? to aap kahon ge nahi, mein tum ko maron ga.</w:t>
      </w:r>
    </w:p>
    <w:p>
      <w:pPr>
        <w:jc w:val="right"/>
      </w:pPr>
      <w:r>
        <w:t>تو دوسرا کہے گا کہ میں کیوں کروں؟ مجھے آزادی ہے؟ تو آپ کہیں گے نہیں، میں تم کو ماروں گا۔</w:t>
      </w:r>
    </w:p>
    <w:p>
      <w:r>
        <w:rPr>
          <w:b/>
        </w:rPr>
        <w:t xml:space="preserve">[09:06] </w:t>
      </w:r>
      <w:r>
        <w:t>it is this kind of extremism that leads to culture of intolerance. to yehi us waqt muslim dunya mein aaya aaya hua hai.</w:t>
      </w:r>
    </w:p>
    <w:p>
      <w:pPr>
        <w:jc w:val="right"/>
      </w:pPr>
      <w:r>
        <w:t>It is this kind of extremism that leads to culture of intolerance. تو یہی اس وقت مسلم دنیا میں آیا آیا ہوا ہے۔</w:t>
      </w:r>
    </w:p>
    <w:p>
      <w:r>
        <w:rPr>
          <w:b/>
        </w:rPr>
        <w:t xml:space="preserve">[09:18] </w:t>
      </w:r>
      <w:r>
        <w:t>muslim dunya poori ki poori us waqt culture of intolerance mein jee rahi hai. kahin hate hai, kahin protest hai, kahin jharpein hain, kahin larai hai, kahin suicide bombing hai.</w:t>
      </w:r>
    </w:p>
    <w:p>
      <w:pPr>
        <w:jc w:val="right"/>
      </w:pPr>
      <w:r>
        <w:t>مسلم دنیا پوری کی پوری اس وقت کلچر آف انٹولرنس میں جی رہی ہے۔ کہیں ہیٹ ہے، کہیں پروٹیسٹ ہے، کہیں جھڑپیں ہیں، کہیں لڑائی ہے، کہیں سوسائیڈ بمبنگ ہے۔</w:t>
      </w:r>
    </w:p>
    <w:p>
      <w:r>
        <w:rPr>
          <w:b/>
        </w:rPr>
        <w:t xml:space="preserve">[09:32] </w:t>
      </w:r>
      <w:r>
        <w:t>yeh sab isi ke off shoots hain.</w:t>
      </w:r>
    </w:p>
    <w:p>
      <w:pPr>
        <w:jc w:val="right"/>
      </w:pPr>
      <w:r>
        <w:t>یہ سب اسی کے آف شوٹس ہیں۔</w:t>
      </w:r>
    </w:p>
    <w:p>
      <w:r>
        <w:rPr>
          <w:b/>
        </w:rPr>
        <w:t xml:space="preserve">[09:40] </w:t>
      </w:r>
      <w:r>
        <w:t>to yeh culture of intolerance kyun aaya musalmanon mein? is ka bhi ek reason hai. woh hai political interpretation of Islam.</w:t>
      </w:r>
    </w:p>
    <w:p>
      <w:pPr>
        <w:jc w:val="right"/>
      </w:pPr>
      <w:r>
        <w:t>تو یہ کلچر آف انٹولرنس کیوں آیا مسلمانوں میں؟ اس کا بھی ایک ریزن ہے۔ وہ ہے پولیٹیکل انٹرپریشن آف اسلام۔</w:t>
      </w:r>
    </w:p>
    <w:p>
      <w:r>
        <w:rPr>
          <w:b/>
        </w:rPr>
        <w:t xml:space="preserve">[09:52] </w:t>
      </w:r>
      <w:r>
        <w:t>yeh twenty century mein yeh cheez phaili. Islam mein is se pehle kabhi bhi political interpretation nahi tha. yeh twenty century mein phaila.</w:t>
      </w:r>
    </w:p>
    <w:p>
      <w:pPr>
        <w:jc w:val="right"/>
      </w:pPr>
      <w:r>
        <w:t>یہ ٹونٹی سینچری میں یہ چیز پھیلی۔ اسلام میں اس سے پہلے کبھی بھی پولیٹیکل انٹرپریشن نہیں تھا۔ یہ ٹونٹی سینچری میں پھیلا۔</w:t>
      </w:r>
    </w:p>
    <w:p>
      <w:r>
        <w:rPr>
          <w:b/>
        </w:rPr>
        <w:t xml:space="preserve">[10:06] </w:t>
      </w:r>
      <w:r>
        <w:t>Islam ki siyasi tafseer ka bhi matlab kya hai? is ka matlab wahi hai ke aap yeh chahein ke jis deen ko aap ne mana hai, usi deen ko dunya ke upar aap naafiz karein.</w:t>
      </w:r>
    </w:p>
    <w:p>
      <w:pPr>
        <w:jc w:val="right"/>
      </w:pPr>
      <w:r>
        <w:t>اسلام کی سیاسی تفسیر کا بھی مطلب کیا ہے؟ اس کا مطلب وہی ہے کہ آپ یہ چاہیں کہ جس دین کو آپ نے مانا ہے، اسی دین کو دنیا کے اوپر آپ نافذ کریں۔</w:t>
      </w:r>
    </w:p>
    <w:p>
      <w:r>
        <w:rPr>
          <w:b/>
        </w:rPr>
        <w:t xml:space="preserve">[10:25] </w:t>
      </w:r>
      <w:r>
        <w:t>aap Quran o Hadees ko parhiye to aap ko lagega ke deen jo hai, deen yeh self following deen hai. khud pervi karo.</w:t>
      </w:r>
    </w:p>
    <w:p>
      <w:pPr>
        <w:jc w:val="right"/>
      </w:pPr>
      <w:r>
        <w:t>آپ قرآن و حدیث کو پڑھیے تو آپ کو لگے گا کہ دین جو ہے، دین یہ سیلف فالونگ دین ہے۔ خود پیروی کرو۔</w:t>
      </w:r>
    </w:p>
    <w:p>
      <w:r>
        <w:rPr>
          <w:b/>
        </w:rPr>
        <w:t xml:space="preserve">[10:36] </w:t>
      </w:r>
      <w:r>
        <w:t>Islam jo deen hai, woh is baat ka deen hai ke tum khud apne aap ko Islam par dhalo. self following culture hai yeh.</w:t>
      </w:r>
    </w:p>
    <w:p>
      <w:pPr>
        <w:jc w:val="right"/>
      </w:pPr>
      <w:r>
        <w:t>اسلام جو دین ہے، وہ اس بات کا دین ہے کہ تم خود اپنے آپ کو اسلام پر ڈھالو۔ سیلف فالونگ کلچر ہے یہ۔</w:t>
      </w:r>
    </w:p>
    <w:p>
      <w:r>
        <w:rPr>
          <w:b/>
        </w:rPr>
        <w:t xml:space="preserve">[10:47] </w:t>
      </w:r>
      <w:r>
        <w:t>lekin interpret, political interpretation kya kar diya? ke is ko external implement, implementation ka subject bana diya.</w:t>
      </w:r>
    </w:p>
    <w:p>
      <w:pPr>
        <w:jc w:val="right"/>
      </w:pPr>
      <w:r>
        <w:t>لیکن انٹرپریٹ، پولیٹیکل انٹرپریشن کیا کر دیا؟ کہ اس کو ایکسٹرنل امپلی، امپلیمنٹیشن کا سبجیکٹ بنا دیا۔</w:t>
      </w:r>
    </w:p>
    <w:p>
      <w:r>
        <w:rPr>
          <w:b/>
        </w:rPr>
        <w:t xml:space="preserve">[10:59] </w:t>
      </w:r>
      <w:r>
        <w:t>yani pervi karna nahi, balkeh naafiz karna.</w:t>
      </w:r>
    </w:p>
    <w:p>
      <w:pPr>
        <w:jc w:val="right"/>
      </w:pPr>
      <w:r>
        <w:t>یعنی پیروی کرنا نہیں، بلکہ نافذ کرنا۔</w:t>
      </w:r>
    </w:p>
    <w:p>
      <w:r>
        <w:rPr>
          <w:b/>
        </w:rPr>
        <w:t xml:space="preserve">[11:04] </w:t>
      </w:r>
      <w:r>
        <w:t>saara fasaad is ki wajah se paida hua. misaal ke taur par dekhiye, main aap ko ek misaal deta hoon ke</w:t>
      </w:r>
    </w:p>
    <w:p>
      <w:pPr>
        <w:jc w:val="right"/>
      </w:pPr>
      <w:r>
        <w:t>سارا فساد اس کی وجہ سے پیدا ہوا۔ مثلاً دیکھیے، میں آپ کو ایک مثال دیتا ہوں کہ</w:t>
      </w:r>
    </w:p>
    <w:p>
      <w:r>
        <w:rPr>
          <w:b/>
        </w:rPr>
        <w:t xml:space="preserve">[11:14] </w:t>
      </w:r>
      <w:r>
        <w:t>sab log kehte hain: "justice, justice, justice", jis ko kaha jata hai Arabi mein "adal". sab log adal chahte hain, adal ki baat karte hain.</w:t>
      </w:r>
    </w:p>
    <w:p>
      <w:pPr>
        <w:jc w:val="right"/>
      </w:pPr>
      <w:r>
        <w:t>سب لوگ کہتے ہیں: "جسٹس، جسٹس، جسٹس"، جس کو کہا جاتا ہے عربی میں "عدل"۔ سب لوگ عدل چاہتے ہیں، عدل کی بات کرتے ہیں۔</w:t>
      </w:r>
    </w:p>
    <w:p>
      <w:r>
        <w:rPr>
          <w:b/>
        </w:rPr>
        <w:t xml:space="preserve">[11:24] </w:t>
      </w:r>
      <w:r>
        <w:t>to Quran mein kya aaya hai?</w:t>
      </w:r>
    </w:p>
    <w:p>
      <w:pPr>
        <w:jc w:val="right"/>
      </w:pPr>
      <w:r>
        <w:t>تو قرآن میں کیا آیا ہے؟</w:t>
      </w:r>
    </w:p>
    <w:p>
      <w:r>
        <w:rPr>
          <w:b/>
        </w:rPr>
        <w:t xml:space="preserve">[11:27] </w:t>
      </w:r>
      <w:r>
        <w:t>Quran mein aaya hai ke: inna arsalna rusulana bil bayyinati wa anzalna al-kitaba wal mizana li yaquma al-nas bil qist yani Khuda ne rasool bheje, deen bheja, Islam bheja kis liye?</w:t>
      </w:r>
    </w:p>
    <w:p>
      <w:pPr>
        <w:jc w:val="right"/>
      </w:pPr>
      <w:r>
        <w:t>قرآن میں آیا ہے کہ: انا ارسلنا رسلنا بالبینات ونزلنا ماہ الکتاب والمیزان لیکوم الناس بالقسط یعنی خدا نے رسول بھیجے، دین بھیجا، اسلام بھیجا کس لیے؟</w:t>
      </w:r>
    </w:p>
    <w:p>
      <w:r>
        <w:rPr>
          <w:b/>
        </w:rPr>
        <w:t xml:space="preserve">[11:46] </w:t>
      </w:r>
      <w:r>
        <w:t>log qist ko follow karein, justice ko follow karein. yani khud apne aap ko justice par dhalein.</w:t>
      </w:r>
    </w:p>
    <w:p>
      <w:pPr>
        <w:jc w:val="right"/>
      </w:pPr>
      <w:r>
        <w:t>لوگ قسط کو فالو کریں، جسٹس کو فالو کریں۔ یعنی خود اپنے آپ کو جسٹس پر ڈھالیں۔</w:t>
      </w:r>
    </w:p>
    <w:p>
      <w:r>
        <w:rPr>
          <w:b/>
        </w:rPr>
        <w:t xml:space="preserve">[11:58] </w:t>
      </w:r>
      <w:r>
        <w:t>lekin</w:t>
      </w:r>
    </w:p>
    <w:p>
      <w:pPr>
        <w:jc w:val="right"/>
      </w:pPr>
      <w:r>
        <w:t>لیکن</w:t>
      </w:r>
    </w:p>
    <w:p>
      <w:r>
        <w:rPr>
          <w:b/>
        </w:rPr>
        <w:t xml:space="preserve">[11:59] </w:t>
      </w:r>
      <w:r>
        <w:t>political interpretation kya kiya? is ka matlab hoga ke you have to implement justice in society yani Quran mein to kaha gaya hai ke justice ko follow karo.</w:t>
      </w:r>
    </w:p>
    <w:p>
      <w:pPr>
        <w:jc w:val="right"/>
      </w:pPr>
      <w:r>
        <w:t>پولیٹیکل انٹرپریشن کیا کیا؟ اس کا مطلب ہوگا کہ you have to implement justice in society یعنی قرآن میں تو کہا گیا ہے کہ جسٹس کو فالو کرو۔</w:t>
      </w:r>
    </w:p>
    <w:p>
      <w:r>
        <w:rPr>
          <w:b/>
        </w:rPr>
        <w:t xml:space="preserve">[12:15] </w:t>
      </w:r>
      <w:r>
        <w:t>aam keh rahe hain ke nahi, mujhe justice ko ba taur system ke sath dunya mein naafiz karna hai.</w:t>
      </w:r>
    </w:p>
    <w:p>
      <w:pPr>
        <w:jc w:val="right"/>
      </w:pPr>
      <w:r>
        <w:t>عام کہہ رہے ہیں کہ نہیں، مجھے جسٹس کو بطور سسٹم کے ساتھ دنیا میں نافذ کرنا ہے۔</w:t>
      </w:r>
    </w:p>
    <w:p>
      <w:r>
        <w:rPr>
          <w:b/>
        </w:rPr>
        <w:t xml:space="preserve">[12:21] </w:t>
      </w:r>
      <w:r>
        <w:t>bas yahin se intolerance aaya, yahin se violence aaya, aur yahin se sari ladaiyan shuru ho gayin.</w:t>
      </w:r>
    </w:p>
    <w:p>
      <w:pPr>
        <w:jc w:val="right"/>
      </w:pPr>
      <w:r>
        <w:t>بس یہیں سے انٹولرنس آیا، یہیں سے وائلنس آیا، اور یہیں سے ساری لڑائیاں شروع ہوگئیں۔</w:t>
      </w:r>
    </w:p>
    <w:p>
      <w:r>
        <w:rPr>
          <w:b/>
        </w:rPr>
        <w:t xml:space="preserve">[12:31] </w:t>
      </w:r>
      <w:r>
        <w:t>to Rasool Allah ne jo baat kahi thi, woh is ka hi matlab hai</w:t>
      </w:r>
    </w:p>
    <w:p>
      <w:pPr>
        <w:jc w:val="right"/>
      </w:pPr>
      <w:r>
        <w:t>تو رسول اللہ نے جو بات کہی تھی، وہ اس کا ہی مطلب ہے</w:t>
      </w:r>
    </w:p>
    <w:p>
      <w:r>
        <w:rPr>
          <w:b/>
        </w:rPr>
        <w:t xml:space="preserve">[12:38] </w:t>
      </w:r>
      <w:r>
        <w:t>ke musalmanon mein aap ne farmaya tha ke is se bacho ke tumhare andar ghulu aaye, tumhare andar qital aaye, bahmi takrao aaye.</w:t>
      </w:r>
    </w:p>
    <w:p>
      <w:pPr>
        <w:jc w:val="right"/>
      </w:pPr>
      <w:r>
        <w:t>کہ مسلمانوں میں آپ نے فرمایا تھا کہ اس سے بچو کہ تمہارے اندر غلو آئے، تمہارے اندر قتال آئے، باہمی ٹکراؤ آئے۔</w:t>
      </w:r>
    </w:p>
    <w:p>
      <w:r>
        <w:rPr>
          <w:b/>
        </w:rPr>
        <w:t xml:space="preserve">[12:46] </w:t>
      </w:r>
      <w:r>
        <w:t>to matlab kya hai?</w:t>
      </w:r>
    </w:p>
    <w:p>
      <w:pPr>
        <w:jc w:val="right"/>
      </w:pPr>
      <w:r>
        <w:t>تو مطلب کیا ہے؟</w:t>
      </w:r>
    </w:p>
    <w:p>
      <w:r>
        <w:rPr>
          <w:b/>
        </w:rPr>
        <w:t xml:space="preserve">[12:49] </w:t>
      </w:r>
      <w:r>
        <w:t>ek aisa deen tumhare andar na aane paaye jo</w:t>
      </w:r>
    </w:p>
    <w:p>
      <w:pPr>
        <w:jc w:val="right"/>
      </w:pPr>
      <w:r>
        <w:t>ایک ایسا دین تمہارے اندر نہ آنے پائے جو</w:t>
      </w:r>
    </w:p>
    <w:p>
      <w:r>
        <w:rPr>
          <w:b/>
        </w:rPr>
        <w:t xml:space="preserve">[13:00] </w:t>
      </w:r>
      <w:r>
        <w:t>jo deen ko pervi ke bajaye naafiz ka unwan bana de.</w:t>
      </w:r>
    </w:p>
    <w:p>
      <w:pPr>
        <w:jc w:val="right"/>
      </w:pPr>
      <w:r>
        <w:t>جو دین کو پیروی کے بجائے نفاذ کا عنوان بنا دے۔</w:t>
      </w:r>
    </w:p>
    <w:p>
      <w:r>
        <w:rPr>
          <w:b/>
        </w:rPr>
        <w:t xml:space="preserve">[13:07] </w:t>
      </w:r>
      <w:r>
        <w:t>yani self following deen ko external implementation ka deen bana diya. yeh matlab tha is ka. wahi us waqt ho gaya hai.</w:t>
      </w:r>
    </w:p>
    <w:p>
      <w:pPr>
        <w:jc w:val="right"/>
      </w:pPr>
      <w:r>
        <w:t>یعنی سیلف فالونگ دین کو ایکسٹرنل امپلیمنٹیشن کا دین بنا دیا۔ یہ مطلب تھا اس کا۔ وہی اس وقت ہو گیا ہے۔</w:t>
      </w:r>
    </w:p>
    <w:p>
      <w:r>
        <w:rPr>
          <w:b/>
        </w:rPr>
        <w:t xml:space="preserve">[13:20] </w:t>
      </w:r>
      <w:r>
        <w:t>us waqt jo logon ke hath mein Muslim dunya ki baag dor hai, jo jin ke paas power hai, woh kya kar rahe hain?</w:t>
      </w:r>
    </w:p>
    <w:p>
      <w:pPr>
        <w:jc w:val="right"/>
      </w:pPr>
      <w:r>
        <w:t>اس وقت جو لوگوں کے ہاتھ میں مسلم دنیا کی باگ ڈور ہے، جو جن کے پاس پاور ہے، وہ کیا کر رہے ہیں؟</w:t>
      </w:r>
    </w:p>
    <w:p>
      <w:r>
        <w:rPr>
          <w:b/>
        </w:rPr>
        <w:t xml:space="preserve">[13:31] </w:t>
      </w:r>
      <w:r>
        <w:t>woh taqat istemal kar rahe hain. yani gun aur bomb ki taqat se chahte hain ke is ko daba dein. lekin aap sochne ki baat yeh hai ke kam az kam 60 saal se to yeh ho raha hai.</w:t>
      </w:r>
    </w:p>
    <w:p>
      <w:pPr>
        <w:jc w:val="right"/>
      </w:pPr>
      <w:r>
        <w:t>وہ طاقت استعمال کر رہے ہیں۔ یعنی گن اور بم کی طاقت سے چاہتے ہیں کہ اس کو دبا دیں۔ لیکن آپ سوچنے کی بات یہ ہے کہ کم از کم 60 سال سے تو یہ ہو رہا ہے۔</w:t>
      </w:r>
    </w:p>
    <w:p>
      <w:r>
        <w:rPr>
          <w:b/>
        </w:rPr>
        <w:t xml:space="preserve">[13:46] </w:t>
      </w:r>
      <w:r>
        <w:t>yani jawab Abdul, Jamal Abdul Nasser jo hain, un ki zabanon mein yeh shuru hua aur aaj tak jaari hai. ab time hai reassessment ka.</w:t>
      </w:r>
    </w:p>
    <w:p>
      <w:pPr>
        <w:jc w:val="right"/>
      </w:pPr>
      <w:r>
        <w:t>یعنی جواب عبدال، جمال عبدالناصر جو ہیں، ان کی زبانیں میں یہ شروع ہوا اور آج تک جاری ہے۔ اب ٹائم ہے ری اسیسمنٹ کا۔</w:t>
      </w:r>
    </w:p>
    <w:p>
      <w:r>
        <w:rPr>
          <w:b/>
        </w:rPr>
        <w:t xml:space="preserve">[13:58] </w:t>
      </w:r>
      <w:r>
        <w:t>jab yeh tareeqa is ko daba nahi saka to ab sochna chahiye. ab sirf is ko aap continue rakhein, continue rakhein to is se kuch hone wala nahi.</w:t>
      </w:r>
    </w:p>
    <w:p>
      <w:pPr>
        <w:jc w:val="right"/>
      </w:pPr>
      <w:r>
        <w:t>جب یہ طریقہ اس کو دبا نہیں سکا تو اب سوچنا چاہیے۔ اب صرف اس کو آپ کنٹینیو رکھیں، کنٹینیو رکھیں تو اس سے کچھ ہونے والا نہیں۔</w:t>
      </w:r>
    </w:p>
    <w:p>
      <w:r>
        <w:rPr>
          <w:b/>
        </w:rPr>
        <w:t xml:space="preserve">[14:11] </w:t>
      </w:r>
      <w:r>
        <w:t>yani kai generations beet gayeen aur virus ke zareeye religious, religious extremes ko daba diya is ka.</w:t>
      </w:r>
    </w:p>
    <w:p>
      <w:pPr>
        <w:jc w:val="right"/>
      </w:pPr>
      <w:r>
        <w:t>یعنی کئی جنریشنز بیت گئیں اور وائرس کے ذریعے ریلیجس، ریلیجس ایکسٹریمز کو دبا دیا اس کا۔</w:t>
      </w:r>
    </w:p>
    <w:p>
      <w:r>
        <w:rPr>
          <w:b/>
        </w:rPr>
        <w:t xml:space="preserve">[14:21] </w:t>
      </w:r>
      <w:r>
        <w:t>to ab sochna chahiye ke kya kya karna hai.</w:t>
      </w:r>
    </w:p>
    <w:p>
      <w:pPr>
        <w:jc w:val="right"/>
      </w:pPr>
      <w:r>
        <w:t>تو اب سوچنا چاہیے کہ کیا کیا کرنا ہے۔</w:t>
      </w:r>
    </w:p>
    <w:p>
      <w:r>
        <w:rPr>
          <w:b/>
        </w:rPr>
        <w:t xml:space="preserve">[14:28] </w:t>
      </w:r>
      <w:r>
        <w:t>to na dabane ki wajah, jaisa ke maine arz kiya, yeh hai ke jab aap kisi ko marte hain to woh foran is ke jo manne wale hain, us ko shaheed, shaheed ka laqab de dete hain.</w:t>
      </w:r>
    </w:p>
    <w:p>
      <w:pPr>
        <w:jc w:val="right"/>
      </w:pPr>
      <w:r>
        <w:t>تو نہ دبانے کی وجہ، جیسا کہ میں نے عرض کیا، یہ ہے کہ جب آپ کسی کو مارتے ہیں تو وہ فوراً اس کے جو ماننے والے ہیں، اس کو شہید، شہید کا لقب دے دیتے ہیں۔</w:t>
      </w:r>
    </w:p>
    <w:p>
      <w:r>
        <w:rPr>
          <w:b/>
        </w:rPr>
        <w:t xml:space="preserve">[14:41] </w:t>
      </w:r>
      <w:r>
        <w:t>aur shaheed ka matlab kya hai? bohat bara darja hai. musalmanon mein yeh mana jata hai ke jo shaheed hoga, woh seedhe jannat mein jayega.</w:t>
      </w:r>
    </w:p>
    <w:p>
      <w:pPr>
        <w:jc w:val="right"/>
      </w:pPr>
      <w:r>
        <w:t>اور شہید کا مطلب کیا ہے؟ بہت بڑا درجہ ہے۔ مسلمانوں میں یہ مانا جاتا ہے کہ جو شہید ہوگا، وہ سیدھے جنت میں جائے گا۔</w:t>
      </w:r>
    </w:p>
    <w:p>
      <w:r>
        <w:rPr>
          <w:b/>
        </w:rPr>
        <w:t xml:space="preserve">[14:51] </w:t>
      </w:r>
      <w:r>
        <w:t>wahan huren un ka intezar kar rahi hongi.</w:t>
      </w:r>
    </w:p>
    <w:p>
      <w:pPr>
        <w:jc w:val="right"/>
      </w:pPr>
      <w:r>
        <w:t>وہاں حوریں ان کا انتظار کر رہی ہوں گی۔</w:t>
      </w:r>
    </w:p>
    <w:p>
      <w:r>
        <w:rPr>
          <w:b/>
        </w:rPr>
        <w:t xml:space="preserve">[14:54] </w:t>
      </w:r>
      <w:r>
        <w:t>to jaise hi aap kisi aise aadmi ko jo culture of intolerance chala raha hai, islam ke naam par</w:t>
      </w:r>
    </w:p>
    <w:p>
      <w:pPr>
        <w:jc w:val="right"/>
      </w:pPr>
      <w:r>
        <w:t>تو جیسے ہی آپ کسی ایسے آدمی کو جو کلچر آف انٹولرنس چلا رہا ہے، اسلام کے نام پر</w:t>
      </w:r>
    </w:p>
    <w:p>
      <w:r>
        <w:rPr>
          <w:b/>
        </w:rPr>
        <w:t xml:space="preserve">[15:04] </w:t>
      </w:r>
      <w:r>
        <w:t>marte hain to logon ki nazar mein woh shaheed ban jata hai. aur phir jannat ka certificate us ko mil jata hai.</w:t>
      </w:r>
    </w:p>
    <w:p>
      <w:pPr>
        <w:jc w:val="right"/>
      </w:pPr>
      <w:r>
        <w:t>مارتے ہیں تو لوگوں کی نظر میں وہ شہید بن جاتا ہے۔ اور پھر جنت کا سرٹیفیکیٹ اس کو مل جاتا ہے۔</w:t>
      </w:r>
    </w:p>
    <w:p>
      <w:r>
        <w:rPr>
          <w:b/>
        </w:rPr>
        <w:t xml:space="preserve">[15:15] </w:t>
      </w:r>
      <w:r>
        <w:t>is bina par dekhiye, is masle ka hal violence nahi hai.</w:t>
      </w:r>
    </w:p>
    <w:p>
      <w:pPr>
        <w:jc w:val="right"/>
      </w:pPr>
      <w:r>
        <w:t>اس بنا پر دیکھیے، اس مسئلے کا حل وائنس نہیں ہے۔</w:t>
      </w:r>
    </w:p>
    <w:p>
      <w:r>
        <w:rPr>
          <w:b/>
        </w:rPr>
        <w:t xml:space="preserve">[15:23] </w:t>
      </w:r>
      <w:r>
        <w:t>is masle ka hal sirf ek hai. woh hai alternative ideology.</w:t>
      </w:r>
    </w:p>
    <w:p>
      <w:pPr>
        <w:jc w:val="right"/>
      </w:pPr>
      <w:r>
        <w:t>اس مسئلے کا حل صرف ایک ہے۔ وہ ہے الٹرنیٹو آئیڈیالوجی۔</w:t>
      </w:r>
    </w:p>
    <w:p>
      <w:r>
        <w:rPr>
          <w:b/>
        </w:rPr>
        <w:t xml:space="preserve">[15:31] </w:t>
      </w:r>
      <w:r>
        <w:t>ek hi hal hai. alternative ideology. yani jo log aisa kar rahe hain, un ke paas ek ideology hai. jo log aisa kar rahe hain, woh ek, woh un ke mind mein ek ideology hai.</w:t>
      </w:r>
    </w:p>
    <w:p>
      <w:pPr>
        <w:jc w:val="right"/>
      </w:pPr>
      <w:r>
        <w:t>ایک ہی حل ہے۔ الٹرنیٹو آئیڈیالوجی۔ یعنی جو لوگ ایسا کر رہے ہیں، ان کے پاس ایک آئیڈیالوجی ہے۔ جو لوگ ایسا کر رہے ہیں، وہ ایک، وہ ان کے مائنڈ میں ایک آئیڈیالوجی ہے۔</w:t>
      </w:r>
    </w:p>
    <w:p>
      <w:r>
        <w:rPr>
          <w:b/>
        </w:rPr>
        <w:t xml:space="preserve">[15:46] </w:t>
      </w:r>
      <w:r>
        <w:t>wahi jis ko main kehta hoon political interpretation of islam.</w:t>
      </w:r>
    </w:p>
    <w:p>
      <w:pPr>
        <w:jc w:val="right"/>
      </w:pPr>
      <w:r>
        <w:t>وہی جس کو میں کہتا ہوں پولیٹیکل انٹرپریشن آف اسلام۔</w:t>
      </w:r>
    </w:p>
    <w:p>
      <w:r>
        <w:rPr>
          <w:b/>
        </w:rPr>
        <w:t xml:space="preserve">[15:51] </w:t>
      </w:r>
      <w:r>
        <w:t>political interpretation of islam ki jo ideology hai, woh un ke mind mein bhari hui hai. is ideology ko le kar ke woh apne ko samajhte hain ke hum justified hain jo hum kar rahe hain.</w:t>
      </w:r>
    </w:p>
    <w:p>
      <w:pPr>
        <w:jc w:val="right"/>
      </w:pPr>
      <w:r>
        <w:t>پولیٹیکل انٹرپریشن آف اسلام کی جو آئیڈیالوجی ہے، وہ ان کے مائنڈ میں بھری ہوئی ہے۔ اس آئیڈیالوجی کو لے کر کے وہ اپنے کو سمجھتے ہیں کہ ہم جسٹیفائیڈ ہیں جو ہم کر رہے ہیں۔</w:t>
      </w:r>
    </w:p>
    <w:p>
      <w:r>
        <w:rPr>
          <w:b/>
        </w:rPr>
        <w:t xml:space="preserve">[16:04] </w:t>
      </w:r>
      <w:r>
        <w:t>doosra marega to hum mar ke hum ko jannat mein entry aur aasan kar dega hum ko. khuda khush hoga hum se.</w:t>
      </w:r>
    </w:p>
    <w:p>
      <w:pPr>
        <w:jc w:val="right"/>
      </w:pPr>
      <w:r>
        <w:t>دوسرا مارے گا تو ہم مار کے ہم کو جنت میں انٹری اور آسان کر دے گا ہم کو۔ خدا خوش ہوگا ہم سے۔</w:t>
      </w:r>
    </w:p>
    <w:p>
      <w:r>
        <w:rPr>
          <w:b/>
        </w:rPr>
        <w:t xml:space="preserve">[16:16] </w:t>
      </w:r>
      <w:r>
        <w:t>to ideology ka jo tod hai, woh ideology hai. yaad rakhiye, is dunya mein kabhi bhi kisi ideology ko aap violence se crush nahi kar sakte.</w:t>
      </w:r>
    </w:p>
    <w:p>
      <w:pPr>
        <w:jc w:val="right"/>
      </w:pPr>
      <w:r>
        <w:t>تو آئیڈیالوجی کا جو توڑ ہے، وہ آئیڈیالوجی ہے۔ یاد رکھیے، اس دنیا میں کبھی بھی کسی آئیڈیالوجی کو آپ وائنس سے کرش نہیں کر سکتے۔</w:t>
      </w:r>
    </w:p>
    <w:p>
      <w:r>
        <w:rPr>
          <w:b/>
        </w:rPr>
        <w:t xml:space="preserve">[16:30] </w:t>
      </w:r>
      <w:r>
        <w:t>impossible hai yeh. ideology ko sirf ideology ke zariye aap crush kar sakte hain. to is waqt zaroorat kis baat ki hai?</w:t>
      </w:r>
    </w:p>
    <w:p>
      <w:pPr>
        <w:jc w:val="right"/>
      </w:pPr>
      <w:r>
        <w:t>امپاسیبل ہے یہ۔ آئیڈیالوجی کو صرف آئیڈیالوجی کے ذریعے آپ کرش کر سکتے ہیں۔ تو اس وقت ضرورت کس بات کی ہے؟</w:t>
      </w:r>
    </w:p>
    <w:p>
      <w:r>
        <w:rPr>
          <w:b/>
        </w:rPr>
        <w:t xml:space="preserve">[16:41] </w:t>
      </w:r>
      <w:r>
        <w:t>alternative ideology ki.</w:t>
      </w:r>
    </w:p>
    <w:p>
      <w:pPr>
        <w:jc w:val="right"/>
      </w:pPr>
      <w:r>
        <w:t>الٹرنیٹو آئیڈیالوجی کی۔</w:t>
      </w:r>
    </w:p>
    <w:p>
      <w:r>
        <w:rPr>
          <w:b/>
        </w:rPr>
        <w:t xml:space="preserve">[16:45] </w:t>
      </w:r>
      <w:r>
        <w:t>yani islam ka jo interpretation ya jo ideology logon ke mind mein bhari hui hai, woh itna phail gayi hai, itna phail gayi hai ke poori muslim dunya is mein phansi hui hai.</w:t>
      </w:r>
    </w:p>
    <w:p>
      <w:pPr>
        <w:jc w:val="right"/>
      </w:pPr>
      <w:r>
        <w:t>یعنی اسلام کا جو انٹرپریشن یا جو آئیڈیالوجی لوگوں کے مائنڈ میں بھری ہوئی ہے، وہ اتنا پھیل گئی ہے، اتنا پھیل گئی ہے کہ پوری مسلم دنیا اس میں پھنسی ہوئی ہے۔</w:t>
      </w:r>
    </w:p>
    <w:p>
      <w:r>
        <w:rPr>
          <w:b/>
        </w:rPr>
        <w:t xml:space="preserve">[17:00] </w:t>
      </w:r>
      <w:r>
        <w:t>ya bas samjhiye ke kuch log, kuch log agar active violence kar rahe hain to doosre log passive violence mein phanse hue hain.</w:t>
      </w:r>
    </w:p>
    <w:p>
      <w:pPr>
        <w:jc w:val="right"/>
      </w:pPr>
      <w:r>
        <w:t>یا بس سمجھئے کہ کچھ لوگ، کچھ لوگ اگر ایکٹیو وائنس کر رہے ہیں تو دوسرے لوگ پیسو وائنس میں پھنسے ہوئے ہیں۔</w:t>
      </w:r>
    </w:p>
    <w:p>
      <w:r>
        <w:rPr>
          <w:b/>
        </w:rPr>
        <w:t xml:space="preserve">[17:12] </w:t>
      </w:r>
      <w:r>
        <w:t>poori poori muslim dunya.</w:t>
      </w:r>
    </w:p>
    <w:p>
      <w:pPr>
        <w:jc w:val="right"/>
      </w:pPr>
      <w:r>
        <w:t>پوری پوری مسلم دنیا۔</w:t>
      </w:r>
    </w:p>
    <w:p>
      <w:r>
        <w:rPr>
          <w:b/>
        </w:rPr>
        <w:t xml:space="preserve">[17:16] </w:t>
      </w:r>
      <w:r>
        <w:t>yani kuch logon ne gun utha rakha hai, bomb maar rahe hain, suicide bombing kar rahe hain. to kuch doosre log hain jin ki way thinking wahi hai.</w:t>
      </w:r>
    </w:p>
    <w:p>
      <w:pPr>
        <w:jc w:val="right"/>
      </w:pPr>
      <w:r>
        <w:t>یعنی کچھ لوگوں نے گن اٹھا رکھا ہے، بم مار رہے ہیں، سوسائیڈ بمبنگ کر رہے ہیں۔ تو کچھ دوسرے لوگ ہیں جن کی ویب تھنکنگ وہی ہے۔</w:t>
      </w:r>
    </w:p>
    <w:p>
      <w:r>
        <w:rPr>
          <w:b/>
        </w:rPr>
        <w:t xml:space="preserve">[17:27] </w:t>
      </w:r>
      <w:r>
        <w:t>isi rang par sochna, isi tarah par likhna, isi tarah bolna. jis ka matlab kya hua hai? ke jo log lad rahe hain, mar rahe hain, un ko ek ideological support mila hua hai.</w:t>
      </w:r>
    </w:p>
    <w:p>
      <w:pPr>
        <w:jc w:val="right"/>
      </w:pPr>
      <w:r>
        <w:t>اسی رنگ پر سوچنا، اسی طرح پر لکھنا، اسی طرح بولنا۔ جس کا مطلب کیا ہوا ہے؟ کہ جو لوگ لڑ رہے ہیں، مر رہے ہیں، ان کو ایک آئیڈیالوجیکل سپورٹ ملا ہوا ہے۔</w:t>
      </w:r>
    </w:p>
    <w:p>
      <w:r>
        <w:rPr>
          <w:b/>
        </w:rPr>
        <w:t xml:space="preserve">[17:39] </w:t>
      </w:r>
      <w:r>
        <w:t>poori ummat e muslema ki taraf se. ideological support.</w:t>
      </w:r>
    </w:p>
    <w:p>
      <w:pPr>
        <w:jc w:val="right"/>
      </w:pPr>
      <w:r>
        <w:t>پوری امت مسلمہ کی طرف سے۔ آئیڈیالوجیکل سپورٹ۔</w:t>
      </w:r>
    </w:p>
    <w:p>
      <w:r>
        <w:rPr>
          <w:b/>
        </w:rPr>
        <w:t xml:space="preserve">[17:45] </w:t>
      </w:r>
      <w:r>
        <w:t>to woh kaise chhodenge apne is culture ko? to aap ko ek alternative ideology develop karna hoga.</w:t>
      </w:r>
    </w:p>
    <w:p>
      <w:pPr>
        <w:jc w:val="right"/>
      </w:pPr>
      <w:r>
        <w:t>تو وہ کیسے چھوڑیں گے اپنے اس کلچر کو؟ تو آپ کو ایک الٹرنیٹو آئیڈیالوجی ڈویلپ کرنا ہوگا۔</w:t>
      </w:r>
    </w:p>
    <w:p>
      <w:r>
        <w:rPr>
          <w:b/>
        </w:rPr>
        <w:t xml:space="preserve">[18:02] </w:t>
      </w:r>
      <w:r>
        <w:t>tab aap is ko tod payenge. achha, yeh alternative ideology, alternative ideology, is ko main keh raha hoon, aap apne mind se create nahi kar sakte.</w:t>
      </w:r>
    </w:p>
    <w:p>
      <w:pPr>
        <w:jc w:val="right"/>
      </w:pPr>
      <w:r>
        <w:t>تب آپ اس کو توڑ پائیں گے۔ اچھا، یہ الٹرنیٹو آئیڈیالوجی، الٹرنیٹو آئیڈیالوجی، اس کو میں کہہ رہا ہوں، آپ اپنے مائنڈ سے کریٹ نہیں کر سکتے۔</w:t>
      </w:r>
    </w:p>
    <w:p>
      <w:r>
        <w:rPr>
          <w:b/>
        </w:rPr>
        <w:t xml:space="preserve">[18:15] </w:t>
      </w:r>
      <w:r>
        <w:t>yeh wohi hogi jis ki base quran o hadith mein maujood ho gi.</w:t>
      </w:r>
    </w:p>
    <w:p>
      <w:pPr>
        <w:jc w:val="right"/>
      </w:pPr>
      <w:r>
        <w:t>یہ وہی ہوگی جس کی بیس قرآن و حدیث میں موجود ہو۔</w:t>
      </w:r>
    </w:p>
    <w:p>
      <w:r>
        <w:rPr>
          <w:b/>
        </w:rPr>
        <w:t xml:space="preserve">[18:23] </w:t>
      </w:r>
      <w:r>
        <w:t>aap kuch bhi apne dimagh se ek nikalein, woh logon ko mutmaeen nahi kare ga. kyunke un ki apni jo ideology hai, falsly, us ko unhon ne quran o hadith se nikal</w:t>
      </w:r>
    </w:p>
    <w:p>
      <w:pPr>
        <w:jc w:val="right"/>
      </w:pPr>
      <w:r>
        <w:t>آپ کچھ بھی اپنے دماغ سے ایک نکالیں، وہ لوگوں کو مطمئن نہیں کرے گی۔ کیونکہ ان کی اپنی جو آئیڈیالوجی ہے، فالسلی، اس کو انہوں نے قرآن و حدیث سے نکال</w:t>
      </w:r>
    </w:p>
    <w:p>
      <w:r>
        <w:rPr>
          <w:b/>
        </w:rPr>
        <w:t xml:space="preserve">[18:38] </w:t>
      </w:r>
      <w:r>
        <w:t>rakha hai. jo ideology un ki hai, jo political ideology, us ko unhon ne falsly quran o hadith se nikal rakha hai. ab aap ko yeh karna hai ke aap batayein ke yeh tum ne jo nikal rakha, woh sahi nahi hai.</w:t>
      </w:r>
    </w:p>
    <w:p>
      <w:pPr>
        <w:jc w:val="right"/>
      </w:pPr>
      <w:r>
        <w:t>رکھا ہے۔ جو آئیڈیالوجی ان کی ہے، جو پولیٹیکل آئیڈیالوجی، اس کو انہوں نے فالسلی قرآن و حدیث سے نکال رکھا ہے۔ اب آپ کو یہ کرنا ہے کہ آپ بتائیں کہ یہ تم نے جو نکال رکھا، وہ صحیح نہیں ہے۔</w:t>
      </w:r>
    </w:p>
    <w:p>
      <w:r>
        <w:rPr>
          <w:b/>
        </w:rPr>
        <w:t xml:space="preserve">[18:51] </w:t>
      </w:r>
      <w:r>
        <w:t>quran ke khilaf hai woh.</w:t>
      </w:r>
    </w:p>
    <w:p>
      <w:pPr>
        <w:jc w:val="right"/>
      </w:pPr>
      <w:r>
        <w:t>قرآن کے خلاف ہے وہ۔</w:t>
      </w:r>
    </w:p>
    <w:p>
      <w:r>
        <w:rPr>
          <w:b/>
        </w:rPr>
        <w:t xml:space="preserve">[18:55] </w:t>
      </w:r>
      <w:r>
        <w:t>to dobara aap ko jo ideology banana hai, alternative ideology, woh bhi dobara quran o hadith par pesh karna chahiye. tab is ka wazan hoga.</w:t>
      </w:r>
    </w:p>
    <w:p>
      <w:pPr>
        <w:jc w:val="right"/>
      </w:pPr>
      <w:r>
        <w:t>تو دوبارہ آپ کو جو آئیڈیالوجی بنانا ہے، الٹرنیٹو آئیڈیالوجی، وہ بھی دوبارہ قرآن و حدیث پر پیش کرنا چاہیے۔ تب اس کا وزن ہوگا۔</w:t>
      </w:r>
    </w:p>
    <w:p>
      <w:r>
        <w:rPr>
          <w:b/>
        </w:rPr>
        <w:t xml:space="preserve">[19:06] </w:t>
      </w:r>
      <w:r>
        <w:t>aap ise fatwa dein ya apne dimagh ko kuch kahein, is se kuch hone wala nahi hai.</w:t>
      </w:r>
    </w:p>
    <w:p>
      <w:pPr>
        <w:jc w:val="right"/>
      </w:pPr>
      <w:r>
        <w:t>آپ اسے فتویٰ دیں یا اپنے دماغ کو کچھ کہیں، اس سے کچھ ہونے والا نہیں ہے۔</w:t>
      </w:r>
    </w:p>
    <w:p>
      <w:r>
        <w:rPr>
          <w:b/>
        </w:rPr>
        <w:t xml:space="preserve">[19:14] </w:t>
      </w:r>
      <w:r>
        <w:t>aap aadha aadha sawal pesh karein ke itne log mar gaye, itna nuqsan hua, is se kuch hone wala nahi hai. in ko is ki parwah nahi hai ke nuqsan hua hai ke nahi hua.</w:t>
      </w:r>
    </w:p>
    <w:p>
      <w:pPr>
        <w:jc w:val="right"/>
      </w:pPr>
      <w:r>
        <w:t>آپ آدھا آدھا سوال پیش کریں کہ اتنے لوگ مر گئے، اتنا نقصان ہوا، اس سے کچھ ہونے والا نہیں ہے۔ ان کو اس کی پرواہ نہیں ہے کہ نقصان ہوا ہے کہ نہیں ہوا۔</w:t>
      </w:r>
    </w:p>
    <w:p>
      <w:r>
        <w:rPr>
          <w:b/>
        </w:rPr>
        <w:t xml:space="preserve">[19:25] </w:t>
      </w:r>
      <w:r>
        <w:t>woh active hue hain quran o hadith ke wrong interpretation se.</w:t>
      </w:r>
    </w:p>
    <w:p>
      <w:pPr>
        <w:jc w:val="right"/>
      </w:pPr>
      <w:r>
        <w:t>وہ ایکٹیو ہوئے ہیں قرآن و حدیث کے رونگ انٹرپریشن سے۔</w:t>
      </w:r>
    </w:p>
    <w:p>
      <w:r>
        <w:rPr>
          <w:b/>
        </w:rPr>
        <w:t xml:space="preserve">[19:31] </w:t>
      </w:r>
      <w:r>
        <w:t>ab dobara in ke andar ek correction agar aa sakta hai, agar woh u turn le sakte hain to quran ke sahi interpretation se aisa ho sakta hai. jaise mein ne ek misaal di aap ko.</w:t>
      </w:r>
    </w:p>
    <w:p>
      <w:pPr>
        <w:jc w:val="right"/>
      </w:pPr>
      <w:r>
        <w:t>اب دوبارہ ان کے اندر ایک کریکشن اگر آ سکتا ہے، اگر وہ یو ٹرن لے سکتے ہیں تو قرآن کے صحیح انٹرپریشن سے ایسا ہو سکتا ہے۔ جیسے میں نے ایک مثال دی آپ کو۔</w:t>
      </w:r>
    </w:p>
    <w:p>
      <w:r>
        <w:rPr>
          <w:b/>
        </w:rPr>
        <w:t xml:space="preserve">[19:43] </w:t>
      </w:r>
      <w:r>
        <w:t>in ko yeh batana pare ga ke quran mein to kaha gaya hai ke tum justice ko follow karo. tum ne yeh kahan se nikal liya ke justice ko implement karo?</w:t>
      </w:r>
    </w:p>
    <w:p>
      <w:pPr>
        <w:jc w:val="right"/>
      </w:pPr>
      <w:r>
        <w:t>ان کو یہ بتانا پڑے گا کہ قرآن میں تو کہا گیا ہے کہ تم جسٹس کو فالو کرو۔ تم نے یہ کہاں سے نکال لیا کہ جسٹس کو امپلیمنٹ کرو؟</w:t>
      </w:r>
    </w:p>
    <w:p>
      <w:r>
        <w:rPr>
          <w:b/>
        </w:rPr>
        <w:t xml:space="preserve">[19:52] </w:t>
      </w:r>
      <w:r>
        <w:t>yeh kahan se nikal liya? yeh to kahin hai hi nahi.</w:t>
      </w:r>
    </w:p>
    <w:p>
      <w:pPr>
        <w:jc w:val="right"/>
      </w:pPr>
      <w:r>
        <w:t>یہ کہاں سے نکال لیا؟ یہ تو کہیں ہے ہی نہیں۔</w:t>
      </w:r>
    </w:p>
    <w:p>
      <w:r>
        <w:rPr>
          <w:b/>
        </w:rPr>
        <w:t xml:space="preserve">[20:00] </w:t>
      </w:r>
      <w:r>
        <w:t>is tarah ke jo aayatein hain, woh hadith hain, is ko le kar aap ko batana pare ga ke tum ek force buniyad par khari hui ho.</w:t>
      </w:r>
    </w:p>
    <w:p>
      <w:pPr>
        <w:jc w:val="right"/>
      </w:pPr>
      <w:r>
        <w:t>اس طرح کے جو آیتیں ہیں، وہ حدیثیں ہیں، اس کو لے کر آپ کو بتانا پڑے گا کہ تم ایک فورس بنیاد پر کھڑی ہوئی ہو۔</w:t>
      </w:r>
    </w:p>
    <w:p>
      <w:r>
        <w:rPr>
          <w:b/>
        </w:rPr>
        <w:t xml:space="preserve">[20:12] </w:t>
      </w:r>
      <w:r>
        <w:t>to Allah ke fazal se hum isi mission ke liye kaam kar rahe hain. hamara jo yeh mission hai, woh yahi mission hai.</w:t>
      </w:r>
    </w:p>
    <w:p>
      <w:pPr>
        <w:jc w:val="right"/>
      </w:pPr>
      <w:r>
        <w:t>تو اللہ کے فضل سے ہم اسی مشن کے لیے کام کر رہے ہیں۔ ہمارا جو یہ مشن ہے، وہ یہی مشن ہے۔</w:t>
      </w:r>
    </w:p>
    <w:p>
      <w:r>
        <w:rPr>
          <w:b/>
        </w:rPr>
        <w:t xml:space="preserve">[20:24] </w:t>
      </w:r>
      <w:r>
        <w:t>ek taraf hum ne aisi kitabein chhapi hain jo is interpretation ke galat hone ko batati hain.</w:t>
      </w:r>
    </w:p>
    <w:p>
      <w:pPr>
        <w:jc w:val="right"/>
      </w:pPr>
      <w:r>
        <w:t>ایک طرف ہم نے ایسی کتابیں چھاپی ہیں جو اس انٹرپریشن کے غلط ہونے کو بتاتی ہیں۔</w:t>
      </w:r>
    </w:p>
    <w:p>
      <w:r>
        <w:rPr>
          <w:b/>
        </w:rPr>
        <w:t xml:space="preserve">[20:37] </w:t>
      </w:r>
      <w:r>
        <w:t>quran o hadith ki roshni mein hum ne yeh dikhaya hai ke sara jo political interpretation jo hai, ek false ground par khari hui hai.</w:t>
      </w:r>
    </w:p>
    <w:p>
      <w:pPr>
        <w:jc w:val="right"/>
      </w:pPr>
      <w:r>
        <w:t>قرآن و حدیث کی روشنی میں ہم نے یہ دکھایا ہے کہ سارا جو پولیٹیکل انٹرپریشن جو ہے، ایک فالس گراؤنڈ پر کھڑا ہوا ہے۔</w:t>
      </w:r>
    </w:p>
    <w:p>
      <w:r>
        <w:rPr>
          <w:b/>
        </w:rPr>
        <w:t xml:space="preserve">[20:46] </w:t>
      </w:r>
      <w:r>
        <w:t>wrong interpretation par khari hui hai.</w:t>
      </w:r>
    </w:p>
    <w:p>
      <w:pPr>
        <w:jc w:val="right"/>
      </w:pPr>
      <w:r>
        <w:t>رونگ انٹرپریشن پر کھڑا ہوا ہے۔</w:t>
      </w:r>
    </w:p>
    <w:p>
      <w:r>
        <w:rPr>
          <w:b/>
        </w:rPr>
        <w:t xml:space="preserve">[20:50] </w:t>
      </w:r>
      <w:r>
        <w:t>hamari kitab jo hai, mislan taabeer e ghalat aur doosri kitabon mein yeh baat aap parh sakte hain.</w:t>
      </w:r>
    </w:p>
    <w:p>
      <w:pPr>
        <w:jc w:val="right"/>
      </w:pPr>
      <w:r>
        <w:t>ہماری کتاب جو ہے، مثلاً تعبیر غلطی اور دوسری کتابوں میں یہ بات آپ پڑھ سکتے ہیں۔</w:t>
      </w:r>
    </w:p>
    <w:p>
      <w:r>
        <w:rPr>
          <w:b/>
        </w:rPr>
        <w:t xml:space="preserve">[20:57] </w:t>
      </w:r>
      <w:r>
        <w:t>to hamare mission ka ek hissa yeh hai ke quran o hadith ki buniyad par yeh establish karna ke political interpretation of Islam totally ek, totally ek invalid hai.</w:t>
      </w:r>
    </w:p>
    <w:p>
      <w:pPr>
        <w:jc w:val="right"/>
      </w:pPr>
      <w:r>
        <w:t>تو ہمارے مشن کا ایک حصہ یہ ہے کہ قرآن و حدیث کی بنیاد پر یہ اسٹیبلش کرنا کہ پولیٹیکل انٹرپریشن آف اسلام ٹوٹلی ایک، ٹوٹلی ایک ان ویلڈ ہے۔</w:t>
      </w:r>
    </w:p>
    <w:p>
      <w:r>
        <w:rPr>
          <w:b/>
        </w:rPr>
        <w:t xml:space="preserve">[21:17] </w:t>
      </w:r>
      <w:r>
        <w:t>woh Islam se is ka koi ta'alluq nahi hai.</w:t>
      </w:r>
    </w:p>
    <w:p>
      <w:pPr>
        <w:jc w:val="right"/>
      </w:pPr>
      <w:r>
        <w:t>وہ اسلام سے اس کا کوئی تعلق نہیں ہے۔</w:t>
      </w:r>
    </w:p>
    <w:p>
      <w:r>
        <w:rPr>
          <w:b/>
        </w:rPr>
        <w:t xml:space="preserve">[21:24] </w:t>
      </w:r>
      <w:r>
        <w:t>yeh hum ne Allah ke fazal se apni kitabon mein wazeh kiya hai is ko. to ek pehlu is ka yeh hai. doosra pehlu yeh hai,</w:t>
      </w:r>
    </w:p>
    <w:p>
      <w:pPr>
        <w:jc w:val="right"/>
      </w:pPr>
      <w:r>
        <w:t>یہ ہم نے اللہ کے فضل سے اپنی کتابوں میں واضح کیا ہے اس کو۔ تو ایک پہلو اس کا یہ ہے۔ دوسرا پہلو یہ ہے،</w:t>
      </w:r>
    </w:p>
    <w:p>
      <w:r>
        <w:rPr>
          <w:b/>
        </w:rPr>
        <w:t xml:space="preserve">[21:36] </w:t>
      </w:r>
      <w:r>
        <w:t>jis ko mein kehta hoon alternative ideology. yaani Islam ka true picture, Islam ka sahi interpretation.</w:t>
      </w:r>
    </w:p>
    <w:p>
      <w:pPr>
        <w:jc w:val="right"/>
      </w:pPr>
      <w:r>
        <w:t>جس کو میں کہتا ہوں الٹرنیٹو آئیڈیالوجی۔ یعنی اسلام کا ٹرو پکچر، اسلام کا صحیح انٹرپریشن۔</w:t>
      </w:r>
    </w:p>
    <w:p>
      <w:r>
        <w:rPr>
          <w:b/>
        </w:rPr>
        <w:t xml:space="preserve">[21:44] </w:t>
      </w:r>
      <w:r>
        <w:t>aisa interpretation jo musalmanon ko bhi, musalmanon ke mind ko bhi address kare. aur duniya ko bhi nazar aaye ke waqai yeh Khudawand Rabb ul Aalameen ka diya hua deen hai.</w:t>
      </w:r>
    </w:p>
    <w:p>
      <w:pPr>
        <w:jc w:val="right"/>
      </w:pPr>
      <w:r>
        <w:t>ایسا انٹرپریشن جو مسلمانوں کو بھی، مسلمانوں کے مائنڈ کو بھی ایڈریس کرے۔ اور دنیا کو بھی نظر آئے کہ واقعی یہ خداوند رب العالمین کا دیا ہوا دین ہے۔</w:t>
      </w:r>
    </w:p>
    <w:p>
      <w:r>
        <w:rPr>
          <w:b/>
        </w:rPr>
        <w:t xml:space="preserve">[22:00] </w:t>
      </w:r>
      <w:r>
        <w:t>jo aaj ke lehaz se logon ko lage ke yeh aaj ke lehaz se woh relevant hai. aaj ke jo halaat hain, jo modern age hai, us mein woh logon ko relevant nazar aaye.</w:t>
      </w:r>
    </w:p>
    <w:p>
      <w:pPr>
        <w:jc w:val="right"/>
      </w:pPr>
      <w:r>
        <w:t>جو آج کے لحاظ سے لوگوں کو لگے کہ یہ آج کے لحاظ سے وہ ریلیونٹ ہے۔ آج کے جو حالات ہیں، جو ماڈرن ایج ہے، اس میں وہ لوگوں کو ریلیونٹ نظر آئے۔</w:t>
      </w:r>
    </w:p>
    <w:p>
      <w:r>
        <w:rPr>
          <w:b/>
        </w:rPr>
        <w:t xml:space="preserve">[22:15] </w:t>
      </w:r>
      <w:r>
        <w:t>misal ke taur par aaj ki duniya mein bohat bara darja hai freedom of expression ka. aaj ki duniya jo hai, bohat zyada manti hai is baat ko, freedom of expression ko.</w:t>
      </w:r>
    </w:p>
    <w:p>
      <w:pPr>
        <w:jc w:val="right"/>
      </w:pPr>
      <w:r>
        <w:t>مثال کے طور پر آج کی دنیا میں بہت بڑا درجہ ہے فریڈم آف ایکسپریشن کا۔ آج کی دنیا جو ہے، بہت زیادہ مانتی ہے اس بات کو، فریڈم آف ایکسپریشن کو۔</w:t>
      </w:r>
    </w:p>
    <w:p>
      <w:r>
        <w:rPr>
          <w:b/>
        </w:rPr>
        <w:t xml:space="preserve">[22:29] </w:t>
      </w:r>
      <w:r>
        <w:t>bashart ke aap violence na karein.</w:t>
      </w:r>
    </w:p>
    <w:p>
      <w:pPr>
        <w:jc w:val="right"/>
      </w:pPr>
      <w:r>
        <w:t>بشرط کہ آپ وائنس نہ کریں۔</w:t>
      </w:r>
    </w:p>
    <w:p>
      <w:r>
        <w:rPr>
          <w:b/>
        </w:rPr>
        <w:t xml:space="preserve">[22:34] </w:t>
      </w:r>
      <w:r>
        <w:t>to hamein aisa islam ki aisi tasweer pesh karni padegi jis mein logon ko yeh nazar aaye ke islam bhi manta hai freedom ko, isi tarah jis tarah aaj dunya is ko ahmiyat di hui hai.</w:t>
      </w:r>
    </w:p>
    <w:p>
      <w:pPr>
        <w:jc w:val="right"/>
      </w:pPr>
      <w:r>
        <w:t>تو ہمیں ایسا اسلام کی ایسی تصویر پیش کرنی پڑے گی جس میں لوگوں کو یہ نظر آئے کہ اسلام بھی مانتا ہے فریڈم کو، اسی طرح جس طرح آج دنیا اس کو اہمیت دی ہوئی ہے۔</w:t>
      </w:r>
    </w:p>
    <w:p>
      <w:r>
        <w:rPr>
          <w:b/>
        </w:rPr>
        <w:t xml:space="preserve">[22:54] </w:t>
      </w:r>
      <w:r>
        <w:t>jaiz tor par. aise hi aaj ka, aaj ki jo dunya hai, aaj ka jo mind hai, woh violence ko aur war ko bilkul hate karta hai.</w:t>
      </w:r>
    </w:p>
    <w:p>
      <w:pPr>
        <w:jc w:val="right"/>
      </w:pPr>
      <w:r>
        <w:t>جائز طور پر۔ ایسے ہی آج کا، آج کی جو دنیا ہے، آج کا جو مائنڈ ہے، وہ وائنس کو اور وار کو بالکل ہیٹ کرتا ہے۔</w:t>
      </w:r>
    </w:p>
    <w:p>
      <w:r>
        <w:rPr>
          <w:b/>
        </w:rPr>
        <w:t xml:space="preserve">[23:07] </w:t>
      </w:r>
      <w:r>
        <w:t>aaj ka jo dunya jo hai, woh peace chahti hai, peace. saare log peace chahte hain. kyunke jitne development hain, jitni taraqqiyan hain, woh peace ke baghair ho nahi sakti hain.</w:t>
      </w:r>
    </w:p>
    <w:p>
      <w:pPr>
        <w:jc w:val="right"/>
      </w:pPr>
      <w:r>
        <w:t>آج کا جو دنیا جو ہے، وہ پیس چاہتی ہے، پیس۔ سارے لوگ پیس چاہتے ہیں۔ کیونکہ جتنے ڈیولپمنٹ ہیں، جتنی ترقیاں ہیں، وہ پیس کے بغیر ہو نہیں سکتی ہیں۔</w:t>
      </w:r>
    </w:p>
    <w:p>
      <w:r>
        <w:rPr>
          <w:b/>
        </w:rPr>
        <w:t xml:space="preserve">[23:19] </w:t>
      </w:r>
      <w:r>
        <w:t>to aap ko islam ki aisi tasweer deni padegi jis mein islam religion of peace nazar aaye. religion of violence nazar na aaye.</w:t>
      </w:r>
    </w:p>
    <w:p>
      <w:pPr>
        <w:jc w:val="right"/>
      </w:pPr>
      <w:r>
        <w:t>تو آپ کو اسلام کی ایسی تصویر دینی پڑے گی جس میں اسلام ریلیجن آف پیس نظر آئے۔ ریلیجن آف وائنس نظر نہ آئے۔</w:t>
      </w:r>
    </w:p>
    <w:p>
      <w:r>
        <w:rPr>
          <w:b/>
        </w:rPr>
        <w:t xml:space="preserve">[23:32] </w:t>
      </w:r>
      <w:r>
        <w:t>aur yeh banawati tor par na ho, balkeh haqeeqatan quran o hadees se yahi islam nikal raha ho. agar apne dimagh se aap kuch kahenge to woh insaan ko mutmaeen nahi karega.</w:t>
      </w:r>
    </w:p>
    <w:p>
      <w:pPr>
        <w:jc w:val="right"/>
      </w:pPr>
      <w:r>
        <w:t>اور یہ بناوٹی طور پر نہ ہو، بلکہ حقیقتاً قرآن و حدیث سے یہی اسلام نکل رہا ہو۔ اگر اپنے دماغ سے آپ کچھ کہیں گے تو وہ انسان کو مطمئن نہیں کرے گا۔</w:t>
      </w:r>
    </w:p>
    <w:p>
      <w:r>
        <w:rPr>
          <w:b/>
        </w:rPr>
        <w:t xml:space="preserve">[23:50] </w:t>
      </w:r>
      <w:r>
        <w:t>bilkul bohat hi serious study kar ke aur waqai maanon mein jo jo islam ka jo message hai, waqai maanon mein jo sunnat hai, waqai maanon mein rasool ka aur sahaba rasool ka jo model hai, woh sach mein yahi model ho.</w:t>
      </w:r>
    </w:p>
    <w:p>
      <w:pPr>
        <w:jc w:val="right"/>
      </w:pPr>
      <w:r>
        <w:t>بالکل بہت ہی سیریس اسٹڈی کر کے اور واقعی معنوں میں جو جو اسلام کا جو میسج ہے، واقعی معنوں میں جو سنت ہے، واقعی معنوں میں رسول کا اور صحابہ رسول کا جو ماڈل ہے، وہ سچ میں یہی ماڈل ہو۔</w:t>
      </w:r>
    </w:p>
    <w:p>
      <w:r>
        <w:rPr>
          <w:b/>
        </w:rPr>
        <w:t xml:space="preserve">[24:09] </w:t>
      </w:r>
      <w:r>
        <w:t>yahi model ho ke is mein freedom of expression hai, is mein peace hai, is mein tolerance hai, is mein insaan ki ka ke ke liye respect hai.</w:t>
      </w:r>
    </w:p>
    <w:p>
      <w:pPr>
        <w:jc w:val="right"/>
      </w:pPr>
      <w:r>
        <w:t>یہی ماڈل ہو کہ اس میں فریڈم آف ایکسپریشن ہے، اس میں پیس ہے، اس میں ٹولرنس ہے، اس میں انسان کی کا کے کے لیے ریسپیکٹ ہے۔</w:t>
      </w:r>
    </w:p>
    <w:p>
      <w:r>
        <w:rPr>
          <w:b/>
        </w:rPr>
        <w:t xml:space="preserve">[24:29] </w:t>
      </w:r>
      <w:r>
        <w:t>woh saari cheezein hain jo is zamane mein universal norm kahi jaati hain.</w:t>
      </w:r>
    </w:p>
    <w:p>
      <w:pPr>
        <w:jc w:val="right"/>
      </w:pPr>
      <w:r>
        <w:t>وہ ساری چیزیں ہیں جو اس زمانے میں یونیورسل نارم کہی جاتی ہیں۔</w:t>
      </w:r>
    </w:p>
    <w:p>
      <w:r>
        <w:rPr>
          <w:b/>
        </w:rPr>
        <w:t xml:space="preserve">[24:35] </w:t>
      </w:r>
      <w:r>
        <w:t>aaj ke zamane ka jo universal norm kaha jaata hai, un ko in sab ko is mein jawab maujood ho. aur jaiz tor par.</w:t>
      </w:r>
    </w:p>
    <w:p>
      <w:pPr>
        <w:jc w:val="right"/>
      </w:pPr>
      <w:r>
        <w:t>آج کے زمانے کا جو یونیورسل نارم کہا جاتا ہے، ان کو ان سب کو اس میں جواب موجود ہو۔ اور جائز طور پر۔</w:t>
      </w:r>
    </w:p>
    <w:p>
      <w:r>
        <w:rPr>
          <w:b/>
        </w:rPr>
        <w:t xml:space="preserve">[24:48] </w:t>
      </w:r>
      <w:r>
        <w:t>to aisi ek ideology bhi Allah ke fazl se hum apni kitabon mein pesh kar rahe hain.</w:t>
      </w:r>
    </w:p>
    <w:p>
      <w:pPr>
        <w:jc w:val="right"/>
      </w:pPr>
      <w:r>
        <w:t>تو ایسی ایک آئیڈیالوجی بھی اللہ کے فضل سے ہم اپنی کتابوں میں پیش کر رہے ہیں۔</w:t>
      </w:r>
    </w:p>
    <w:p>
      <w:r>
        <w:rPr>
          <w:b/>
        </w:rPr>
        <w:t xml:space="preserve">[24:57] </w:t>
      </w:r>
      <w:r>
        <w:t>hamari kitabein jin ki tadad sau se zyada hai,</w:t>
      </w:r>
    </w:p>
    <w:p>
      <w:pPr>
        <w:jc w:val="right"/>
      </w:pPr>
      <w:r>
        <w:t>ہماری کتابیں جن کی تعداد سو سے زیادہ ہے،</w:t>
      </w:r>
    </w:p>
    <w:p>
      <w:r>
        <w:rPr>
          <w:b/>
        </w:rPr>
        <w:t xml:space="preserve">[25:01] </w:t>
      </w:r>
      <w:r>
        <w:t>woh sab ki sab direct ya indirect tor par yahi alternative ideology de rahi hai. alternative ideology ka matlab yeh nahi ke koi alag cheez.</w:t>
      </w:r>
    </w:p>
    <w:p>
      <w:pPr>
        <w:jc w:val="right"/>
      </w:pPr>
      <w:r>
        <w:t>وہ سب کی سب ڈائریکٹ یا ان ڈائریکٹ طور پر یہی الٹرنیٹو آئیڈیالوجی دے رہی ہے۔ الٹرنیٹو آئیڈیالوجی کا مطلب یہ نہیں کہ کوئی الگ چیز۔</w:t>
      </w:r>
    </w:p>
    <w:p>
      <w:r>
        <w:rPr>
          <w:b/>
        </w:rPr>
        <w:t xml:space="preserve">[25:15] </w:t>
      </w:r>
      <w:r>
        <w:t>yani true picture of islam.</w:t>
      </w:r>
    </w:p>
    <w:p>
      <w:pPr>
        <w:jc w:val="right"/>
      </w:pPr>
      <w:r>
        <w:t>یعنی ٹرو پکچر آف اسلام۔</w:t>
      </w:r>
    </w:p>
    <w:p>
      <w:r>
        <w:rPr>
          <w:b/>
        </w:rPr>
        <w:t xml:space="preserve">[25:21] </w:t>
      </w:r>
      <w:r>
        <w:t>true picture of islam. yani jo sahi picture islam ka hai, woh dena. sahi jo ta'abeer hai, woh dena.</w:t>
      </w:r>
    </w:p>
    <w:p>
      <w:pPr>
        <w:jc w:val="right"/>
      </w:pPr>
      <w:r>
        <w:t>ٹرو پکچر آف اسلام۔ یعنی جو صحیح پکچر اسلام کا ہے، وہ دینا۔ صحیح جو تعبیر ہے، وہ دینا۔</w:t>
      </w:r>
    </w:p>
    <w:p>
      <w:r>
        <w:rPr>
          <w:b/>
        </w:rPr>
        <w:t xml:space="preserve">[25:29] </w:t>
      </w:r>
      <w:r>
        <w:t>hamare haan dekhein, political interpretation jo hai, woh deviation ka case hai. woh inhiraf ka case hai. ab hum gaadi ko asal patri, woh woh woh derelation tha.</w:t>
      </w:r>
    </w:p>
    <w:p>
      <w:pPr>
        <w:jc w:val="right"/>
      </w:pPr>
      <w:r>
        <w:t>ہمارے ہاں دیکھیں، پولیٹیکل انٹرپریشن جو ہے، وہ ڈیوی ایشن کا کیس ہے۔ وہ انحراف کا کیس ہے۔ اب ہم گاڑی کو اصل پٹری، وہ وہ وہ ڈی ریلیونٹ تھا۔</w:t>
      </w:r>
    </w:p>
    <w:p>
      <w:r>
        <w:rPr>
          <w:b/>
        </w:rPr>
        <w:t xml:space="preserve">[25:47] </w:t>
      </w:r>
      <w:r>
        <w:t>derelation. ab hum islam ke pat, yani musalmanon ki jo muslim thinking hai, muslim thinking ko dobara sahi patri par</w:t>
      </w:r>
    </w:p>
    <w:p>
      <w:pPr>
        <w:jc w:val="right"/>
      </w:pPr>
      <w:r>
        <w:t>ڈی ریلیونٹ۔ اب ہم اسلام کے پٹ، یعنی مسلمانوں کی جو مسلم تھنکنگ ہے، مسلم تھنکنگ کو دوبارہ صحیح پٹری پر</w:t>
      </w:r>
    </w:p>
    <w:p>
      <w:r>
        <w:rPr>
          <w:b/>
        </w:rPr>
        <w:t xml:space="preserve">[25:57] </w:t>
      </w:r>
      <w:r>
        <w:t>lana chahte hain. jo waqiatan quran o sunnat ki patri hai.</w:t>
      </w:r>
    </w:p>
    <w:p>
      <w:pPr>
        <w:jc w:val="right"/>
      </w:pPr>
      <w:r>
        <w:t>لانا چاہتے ہیں۔ جو واقعتاً قرآن و سنت کی پٹری ہے۔</w:t>
      </w:r>
    </w:p>
    <w:p>
      <w:r>
        <w:rPr>
          <w:b/>
        </w:rPr>
        <w:t xml:space="preserve">[26:04] </w:t>
      </w:r>
      <w:r>
        <w:t>to yeh hai aaj ki zaroorat aur yeh hai hamara mission.</w:t>
      </w:r>
    </w:p>
    <w:p>
      <w:pPr>
        <w:jc w:val="right"/>
      </w:pPr>
      <w:r>
        <w:t>تو یہ ہے آج کی ضرورت اور یہ ہے ہمارا مشن۔</w:t>
      </w:r>
    </w:p>
    <w:p>
      <w:r>
        <w:rPr>
          <w:b/>
        </w:rPr>
        <w:t xml:space="preserve">[26:12] </w:t>
      </w:r>
      <w:r>
        <w:t>mukhtalif asbab mein se paida hue beech mein, jis ki wajah se yeh political interpretation of islam bohat phail gaya. balkeh shayad ek ek musalman ke mind mein bhar gaya woh.</w:t>
      </w:r>
    </w:p>
    <w:p>
      <w:pPr>
        <w:jc w:val="right"/>
      </w:pPr>
      <w:r>
        <w:t>مختلف اسباب میں سے پیدا ہوئے بیچ میں، جس کی وجہ سے یہ پولیٹیکل انٹرپریشن آف اسلام بہت پھیل گیا۔ بلکہ شاید ایک ایک مسلمان کے مائنڈ میں بھر گیا وہ۔</w:t>
      </w:r>
    </w:p>
    <w:p>
      <w:r>
        <w:rPr>
          <w:b/>
        </w:rPr>
        <w:t xml:space="preserve">[26:27] </w:t>
      </w:r>
      <w:r>
        <w:t>to hua yeh dekhiye ke pehle sochne walon ne yeh socha ke hamein islam ko naafiz karna hai. implement karna hai.</w:t>
      </w:r>
    </w:p>
    <w:p>
      <w:pPr>
        <w:jc w:val="right"/>
      </w:pPr>
      <w:r>
        <w:t>تو ہوا یہ دیکھیے کہ پہلے سوچنے والوں نے یہ سوچا کہ ہمیں اسلام کو نافذ کرنا ہے۔ امپلیمنٹ کرنا ہے۔</w:t>
      </w:r>
    </w:p>
    <w:p>
      <w:r>
        <w:rPr>
          <w:b/>
        </w:rPr>
        <w:t xml:space="preserve">[26:40] </w:t>
      </w:r>
      <w:r>
        <w:t>isi tarah se hum artist ko islamize karna hai, society ko islamize karna hai. international life ko islamize karna hai.</w:t>
      </w:r>
    </w:p>
    <w:p>
      <w:pPr>
        <w:jc w:val="right"/>
      </w:pPr>
      <w:r>
        <w:t>اسی طریقے سے ہم آرٹسٹ کو اسلامائز کرنا ہے، سوسائٹی کو اسلامائز کرنا ہے۔ انٹرنیشنل لائف کو اسلامائز کرنا ہے۔</w:t>
      </w:r>
    </w:p>
    <w:p>
      <w:r>
        <w:rPr>
          <w:b/>
        </w:rPr>
        <w:t xml:space="preserve">[26:49] </w:t>
      </w:r>
      <w:r>
        <w:t>yeh aaya.</w:t>
      </w:r>
    </w:p>
    <w:p>
      <w:pPr>
        <w:jc w:val="right"/>
      </w:pPr>
      <w:r>
        <w:t>یہ آیا۔</w:t>
      </w:r>
    </w:p>
    <w:p>
      <w:r>
        <w:rPr>
          <w:b/>
        </w:rPr>
        <w:t xml:space="preserve">[26:53] </w:t>
      </w:r>
      <w:r>
        <w:t>to pehle to unhon ne peaceful tareeqe se is ko dissiminate karna shuru kiya. lekin jab unhon ne dekha ke peaceful dissimination se kuch nahi ho raha hai, to unhon ne kya kiya?</w:t>
      </w:r>
    </w:p>
    <w:p>
      <w:pPr>
        <w:jc w:val="right"/>
      </w:pPr>
      <w:r>
        <w:t>تو پہلے تو انہوں نے پیس فل طریقے سے اس کو ڈسپمنیٹ کرنا شروع کیا۔ لیکن جب انہوں نے دیکھا کہ پیس فل ڈسپمنیشن سے کچھ نہیں ہو رہا ہے، تو انہوں نے کیا کیا؟</w:t>
      </w:r>
    </w:p>
    <w:p>
      <w:r>
        <w:rPr>
          <w:b/>
        </w:rPr>
        <w:t xml:space="preserve">[27:08] </w:t>
      </w:r>
      <w:r>
        <w:t>ek woh jump lagai. election mein hissa liya unhon ne. election mein baar baar hissa liya. mukhtalif countries, muslim muslim mulkon</w:t>
      </w:r>
    </w:p>
    <w:p>
      <w:pPr>
        <w:jc w:val="right"/>
      </w:pPr>
      <w:r>
        <w:t>ایک وہ جمپ لگائی۔ الیکشن میں حصہ لیا انہوں نے۔ الیکشن میں بار بار حصہ لیا۔ مختلف کنٹریز، مسلم مسلم ملکوں</w:t>
      </w:r>
    </w:p>
    <w:p>
      <w:r>
        <w:rPr>
          <w:b/>
        </w:rPr>
        <w:t xml:space="preserve">[27:19] </w:t>
      </w:r>
      <w:r>
        <w:t>Mien. Har jagah woh haare. Kahin bhi woh jeet nahi sake. Har Muslim country mein unhon ne is ka tajurba kiya.</w:t>
      </w:r>
    </w:p>
    <w:p>
      <w:pPr>
        <w:jc w:val="right"/>
      </w:pPr>
      <w:r>
        <w:t>میں۔ ہر جگہ وہ ہارے۔ کہیں بھی وہ جیت نہیں سکے۔ ہر مسلم کنٹری میں انہوں نے اس کا تجربہ کیا۔</w:t>
      </w:r>
    </w:p>
    <w:p>
      <w:r>
        <w:rPr>
          <w:b/>
        </w:rPr>
        <w:t xml:space="preserve">[27:30] </w:t>
      </w:r>
      <w:r>
        <w:t>Ke election ke zariye se woh qabza karein political power ko.</w:t>
      </w:r>
    </w:p>
    <w:p>
      <w:pPr>
        <w:jc w:val="right"/>
      </w:pPr>
      <w:r>
        <w:t>کہ الیکشن کے ذریعے سے وہ قبضہ کریں پولیٹیکل پاور کو۔</w:t>
      </w:r>
    </w:p>
    <w:p>
      <w:r>
        <w:rPr>
          <w:b/>
        </w:rPr>
        <w:t xml:space="preserve">[27:36] </w:t>
      </w:r>
      <w:r>
        <w:t>Achha, jab is mein woh un ko haar hui to unhon ne kiya kiya? Protest ka tareeqa ikhtiyar kiya. Street activism.</w:t>
      </w:r>
    </w:p>
    <w:p>
      <w:pPr>
        <w:jc w:val="right"/>
      </w:pPr>
      <w:r>
        <w:t>اچھا، جب اس میں وہ ان کو ہار ہوئی تو انہوں نے کیا کیا؟ پروٹیسٹ کا طریقہ اختیار کیا۔ اسٹریٹ ایکٹیوزم۔</w:t>
      </w:r>
    </w:p>
    <w:p>
      <w:r>
        <w:rPr>
          <w:b/>
        </w:rPr>
        <w:t xml:space="preserve">[27:47] </w:t>
      </w:r>
      <w:r>
        <w:t>Yaani election activism ke bajaye ab un ka tareeqa hua street activism. Juloos juloos nikalna aur protest karna, naara lagana, yeh sab.</w:t>
      </w:r>
    </w:p>
    <w:p>
      <w:pPr>
        <w:jc w:val="right"/>
      </w:pPr>
      <w:r>
        <w:t>یعنی الیکشن ایکٹیوزم کے بجائے اب ان کا طریقہ ہوا اسٹریٹ ایکٹیوزم۔ جلوس جلوس نکالنا اور پروٹیسٹ کرنا، نعرہ لگانا، یہ سب۔</w:t>
      </w:r>
    </w:p>
    <w:p>
      <w:r>
        <w:rPr>
          <w:b/>
        </w:rPr>
        <w:t xml:space="preserve">[28:01] </w:t>
      </w:r>
      <w:r>
        <w:t>Is ne bhi work nahi kiya. Yahan bhi unhon ne dekha ke hum apne goal ko achieve nahi kar pa rahe hain. To phir ek aur marhala aaya.</w:t>
      </w:r>
    </w:p>
    <w:p>
      <w:pPr>
        <w:jc w:val="right"/>
      </w:pPr>
      <w:r>
        <w:t>اس نے بھی ورک نہیں کیا۔ یہاں بھی انہوں نے دیکھا کہ ہم اپنے گول کو اچیو نہیں کر پا رہے ہیں۔ تو پھر ایک اور مرحلہ آیا۔</w:t>
      </w:r>
    </w:p>
    <w:p>
      <w:r>
        <w:rPr>
          <w:b/>
        </w:rPr>
        <w:t xml:space="preserve">[28:12] </w:t>
      </w:r>
      <w:r>
        <w:t>Unhon ne violence shuru kar diya.</w:t>
      </w:r>
    </w:p>
    <w:p>
      <w:pPr>
        <w:jc w:val="right"/>
      </w:pPr>
      <w:r>
        <w:t>انہوں نے وائنس شروع کر دیا۔</w:t>
      </w:r>
    </w:p>
    <w:p>
      <w:r>
        <w:rPr>
          <w:b/>
        </w:rPr>
        <w:t xml:space="preserve">[28:15] </w:t>
      </w:r>
      <w:r>
        <w:t>Violence. Idhar udhar bomb maarna. Yaani jo political installations theen, jo ya army ko jo jaghein theen, wahan bomb maarna.</w:t>
      </w:r>
    </w:p>
    <w:p>
      <w:pPr>
        <w:jc w:val="right"/>
      </w:pPr>
      <w:r>
        <w:t>وائنس۔ ادھر ادھر بم مارنا۔ یعنی جو پولیٹیکل انسٹالیشنز تھیں، جو یا آرمی کو جو جگہیں تھیں، وہاں بم مارنا۔</w:t>
      </w:r>
    </w:p>
    <w:p>
      <w:r>
        <w:rPr>
          <w:b/>
        </w:rPr>
        <w:t xml:space="preserve">[28:29] </w:t>
      </w:r>
      <w:r>
        <w:t>Is se bhi nahi kaam chala to suicide bombing shuru kar di. Yeh sab jab ho gaya to jo log rule kar rahe the, jo hakim the, woh direct aa gaye un ko kill karne ke liye.</w:t>
      </w:r>
    </w:p>
    <w:p>
      <w:pPr>
        <w:jc w:val="right"/>
      </w:pPr>
      <w:r>
        <w:t>اس سے بھی نہیں کام چلا تو سوسائیڈ بمبنگ شروع کر دی۔ یہ سب جب ہو گیا تو جو لوگ رول کر رہے تھے، جو حاکم تھے، وہ ڈائریکٹ آ گئے ان کو کل کرنے کے لیے۔</w:t>
      </w:r>
    </w:p>
    <w:p>
      <w:r>
        <w:rPr>
          <w:b/>
        </w:rPr>
        <w:t xml:space="preserve">[28:43] </w:t>
      </w:r>
      <w:r>
        <w:t>Ab killing ho rahi hai. Jaisa ke maine arz kiya ke Egypt mein Jamal Abdul Nasser ke zamane se yeh kaam shuru hua.</w:t>
      </w:r>
    </w:p>
    <w:p>
      <w:pPr>
        <w:jc w:val="right"/>
      </w:pPr>
      <w:r>
        <w:t>اب کلنگ ہو رہی ہے۔ جیسا کہ میں نے عرض کیا کہ ایجپٹ میں جمال عبدالناصر کے زمانے سے یہ کام شروع ہوا۔</w:t>
      </w:r>
    </w:p>
    <w:p>
      <w:r>
        <w:rPr>
          <w:b/>
        </w:rPr>
        <w:t xml:space="preserve">[28:52] </w:t>
      </w:r>
      <w:r>
        <w:t>Lekin har mulk, har Muslim mulk mein ho raha hai yeh. Har Muslim mulk mein yeh ho raha hai ke wahan yeh religious extremist hain, jo apne ko Islamist kehte hain,</w:t>
      </w:r>
    </w:p>
    <w:p>
      <w:pPr>
        <w:jc w:val="right"/>
      </w:pPr>
      <w:r>
        <w:t>لیکن ہر ملک، ہر مسلم ملک میں ہو رہا ہے یہ۔ ہر مسلم ملک میں یہ ہو رہا ہے کہ وہاں یہ ریلیجس ایکسٹریمسٹ ہیں، جو اپنے کو اسلامسٹ کہتے ہیں،</w:t>
      </w:r>
    </w:p>
    <w:p>
      <w:r>
        <w:rPr>
          <w:b/>
        </w:rPr>
        <w:t xml:space="preserve">[29:06] </w:t>
      </w:r>
      <w:r>
        <w:t>Jinhon ne Islam ko follow karne wala deen ke bajaye implement karne wala deen bana rakha hai.</w:t>
      </w:r>
    </w:p>
    <w:p>
      <w:pPr>
        <w:jc w:val="right"/>
      </w:pPr>
      <w:r>
        <w:t>جنہوں نے اسلام کو فالو کرنے والا دین کے بجائے امپلیمنٹ کرنے والا دین بنا رکھا ہے۔</w:t>
      </w:r>
    </w:p>
    <w:p>
      <w:r>
        <w:rPr>
          <w:b/>
        </w:rPr>
        <w:t xml:space="preserve">[29:13] </w:t>
      </w:r>
      <w:r>
        <w:t>Woh kehte hain hum society ko, mein society ko Islamize karunga. Political rule ko Islamize karunga.</w:t>
      </w:r>
    </w:p>
    <w:p>
      <w:pPr>
        <w:jc w:val="right"/>
      </w:pPr>
      <w:r>
        <w:t>وہ کہتے ہیں ہم سوسائٹی کو، میں سوسائٹی کو اسلامائز کریں گے۔ پولیٹیکل رول کو اسلامائز کریں گے۔</w:t>
      </w:r>
    </w:p>
    <w:p>
      <w:r>
        <w:rPr>
          <w:b/>
        </w:rPr>
        <w:t xml:space="preserve">[29:24] </w:t>
      </w:r>
      <w:r>
        <w:t>Saare system ko Islamize karunga. To jab aisa woh kehte hain to zahir hai ke jo log qabz mein hain, jo rule kar rahe hain, jin ke hath mein power hai, un par zad padti hai.</w:t>
      </w:r>
    </w:p>
    <w:p>
      <w:pPr>
        <w:jc w:val="right"/>
      </w:pPr>
      <w:r>
        <w:t>سارے سسٹم کو اسلامائز کریں گے۔ تو جب ایسا وہ کہتے ہیں تو ظاہر ہے کہ جو لوگ قبض میں ہیں، جو رول کر رہے ہیں، جن کے ہاتھ میں پاور ہے، ان پر زد پڑتی ہے۔</w:t>
      </w:r>
    </w:p>
    <w:p>
      <w:r>
        <w:rPr>
          <w:b/>
        </w:rPr>
        <w:t xml:space="preserve">[29:37] </w:t>
      </w:r>
      <w:r>
        <w:t>Woh samajhte hain ke humein incite kar rahe hain.</w:t>
      </w:r>
    </w:p>
    <w:p>
      <w:pPr>
        <w:jc w:val="right"/>
      </w:pPr>
      <w:r>
        <w:t>وہ سمجھتے ہیں کہ ہمیں انسیٹ کر رہے ہیں۔</w:t>
      </w:r>
    </w:p>
    <w:p>
      <w:r>
        <w:rPr>
          <w:b/>
        </w:rPr>
        <w:t xml:space="preserve">[29:42] </w:t>
      </w:r>
      <w:r>
        <w:t>Woh samajhte hain ke humein, hamara, hum ko khatam kar rahe hain yeh. To woh direct aa jate hain ladne ke liye. Yeh soorat-e-haal poori Muslim dunya mein jaari hai.</w:t>
      </w:r>
    </w:p>
    <w:p>
      <w:pPr>
        <w:jc w:val="right"/>
      </w:pPr>
      <w:r>
        <w:t>وہ سمجھتے ہیں کہ ہمیں، ہمارا، ہم کو ختم کر رہے ہیں یہ۔ تو وہ ڈائریکٹ آ جاتے ہیں لڑنے کے لیے۔ یہ صورتحال پوری مسلم دنیا میں جاری ہے۔</w:t>
      </w:r>
    </w:p>
    <w:p>
      <w:r>
        <w:rPr>
          <w:b/>
        </w:rPr>
        <w:t xml:space="preserve">[29:55] </w:t>
      </w:r>
      <w:r>
        <w:t>Yaani jahan thori bohat azadi thi, wahan to khule taur par ho raha hai yeh. Lekin jin Muslim mulkon mein, jaise Arab countries mein, dictatorship hai, wahan bhi yeh sab ho raha hai.</w:t>
      </w:r>
    </w:p>
    <w:p>
      <w:pPr>
        <w:jc w:val="right"/>
      </w:pPr>
      <w:r>
        <w:t>یعنی جہاں تھوڑی بہت آزادی تھی، وہاں تو کھلے طور پر ہو رہا ہے یہ۔ لیکن جن مسلم ملکوں میں، جیسے عرب کنٹریز میں، ڈکٹیٹرشپ ہے، وہاں بھی یہ سب ہو رہا ہے۔</w:t>
      </w:r>
    </w:p>
    <w:p>
      <w:r>
        <w:rPr>
          <w:b/>
        </w:rPr>
        <w:t xml:space="preserve">[30:08] </w:t>
      </w:r>
      <w:r>
        <w:t>Wahan sab verso activities jaari hain.</w:t>
      </w:r>
    </w:p>
    <w:p>
      <w:pPr>
        <w:jc w:val="right"/>
      </w:pPr>
      <w:r>
        <w:t>وہاں سب ورسو ایکٹیویٹیز جاری ہیں۔</w:t>
      </w:r>
    </w:p>
    <w:p>
      <w:r>
        <w:rPr>
          <w:b/>
        </w:rPr>
        <w:t xml:space="preserve">[30:12] </w:t>
      </w:r>
      <w:r>
        <w:t>Underground ho kar ke log kaam kar rahe hain. To poori Muslim dunya is waqt kehna chahiye ke ek volcano par hai. Poori Muslim dunya.</w:t>
      </w:r>
    </w:p>
    <w:p>
      <w:pPr>
        <w:jc w:val="right"/>
      </w:pPr>
      <w:r>
        <w:t>انڈر گراؤنڈ ہو کر کے لوگ کام کر رہے ہیں۔ تو پوری مسلم دنیا اس وقت کہنا چاہیے کہ ایک ایک والکانو پر ہے۔ پوری مسلم دنیا۔</w:t>
      </w:r>
    </w:p>
    <w:p>
      <w:r>
        <w:rPr>
          <w:b/>
        </w:rPr>
        <w:t xml:space="preserve">[30:26] </w:t>
      </w:r>
      <w:r>
        <w:t>Poori Muslim dunya ek is waqt ek volcano par hai. Aur yeh volcano bana hai isi political interpretation ke zariye se.</w:t>
      </w:r>
    </w:p>
    <w:p>
      <w:pPr>
        <w:jc w:val="right"/>
      </w:pPr>
      <w:r>
        <w:t>پوری مسلم دنیا ایک اس وقت ایک والکانو پر ہے۔ اور یہ والکانو بنا ہے اسی پولیٹیکل انٹرپریشن کے ذریعے سے۔</w:t>
      </w:r>
    </w:p>
    <w:p>
      <w:r>
        <w:rPr>
          <w:b/>
        </w:rPr>
        <w:t xml:space="preserve">[30:36] </w:t>
      </w:r>
      <w:r>
        <w:t>Aur sab se zyada jo Rasool Allah Salallahu Alaihi Wasallam ne bura kaam bataya tha, yaani kufr bataya tha is ko. La tarju ba'da kuffara yadrib ba'dukum riqaba ba'din.</w:t>
      </w:r>
    </w:p>
    <w:p>
      <w:pPr>
        <w:jc w:val="right"/>
      </w:pPr>
      <w:r>
        <w:t>اور سب سے زیادہ جو رسول اللہ صلی اللہ علیہ وسلم نے برا کام بتایا تھا، یعنی کفر بتایا تھا اس کو۔ لا ترجو بعد کفارا یضرب بعضکم رقاب بعض۔</w:t>
      </w:r>
    </w:p>
    <w:p>
      <w:r>
        <w:rPr>
          <w:b/>
        </w:rPr>
        <w:t xml:space="preserve">[30:48] </w:t>
      </w:r>
      <w:r>
        <w:t>Is ko kufr bataya tha, yaani aapas mein ladna. To political interpretation jo hai, is ne kiya kiya ke poori dunya mein Musalmanon ko do tabqon mein bant diya.</w:t>
      </w:r>
    </w:p>
    <w:p>
      <w:pPr>
        <w:jc w:val="right"/>
      </w:pPr>
      <w:r>
        <w:t>اس کو کفر بتایا تھا، یعنی آپس میں لڑنا۔ تو پولیٹیکل انٹرپریشن جو ہے، اس نے کیا کیا کہ پوری دنیا میں مسلمانوں کو دو طبقوں میں بانٹ دیا۔</w:t>
      </w:r>
    </w:p>
    <w:p>
      <w:r>
        <w:rPr>
          <w:b/>
        </w:rPr>
        <w:t xml:space="preserve">[31:01] </w:t>
      </w:r>
      <w:r>
        <w:t>Poori Muslim dunya mein.</w:t>
      </w:r>
    </w:p>
    <w:p>
      <w:pPr>
        <w:jc w:val="right"/>
      </w:pPr>
      <w:r>
        <w:t>پوری مسلم دنیا میں۔</w:t>
      </w:r>
    </w:p>
    <w:p>
      <w:r>
        <w:rPr>
          <w:b/>
        </w:rPr>
        <w:t xml:space="preserve">[31:04] </w:t>
      </w:r>
      <w:r>
        <w:t>Yaani ek taraf woh log hain jo rulers hain, jin ke hath mein hukoomat hai, ya woh log jo un ko support de rahe hain, un ki himayat karte hain.</w:t>
      </w:r>
    </w:p>
    <w:p>
      <w:pPr>
        <w:jc w:val="right"/>
      </w:pPr>
      <w:r>
        <w:t>یعنی ایک طرف وہ لوگ ہیں جو رولرز ہیں، جن کے ہاتھ میں حکومت ہے، یا وہ لوگ جو ان کو سپورٹ دے رہے ہیں، ان کی حمایت کرتے ہیں۔</w:t>
      </w:r>
    </w:p>
    <w:p>
      <w:r>
        <w:rPr>
          <w:b/>
        </w:rPr>
        <w:t xml:space="preserve">[31:16] </w:t>
      </w:r>
      <w:r>
        <w:t>Doosri taraf woh log hain jo kehte hain ke yeh sab galat hain, yeh dushmanon ke agent hain, yeh Islam ko chahte hain ke na aaye.</w:t>
      </w:r>
    </w:p>
    <w:p>
      <w:pPr>
        <w:jc w:val="right"/>
      </w:pPr>
      <w:r>
        <w:t>دوسری طرف وہ لوگ ہیں جو کہتے ہیں کہ یہ سب غلط ہیں، یہ دشمنوں کے ایجنٹ ہیں، یہ اسلام کو چاہتے ہیں کہ نہ آئے۔</w:t>
      </w:r>
    </w:p>
    <w:p>
      <w:r>
        <w:rPr>
          <w:b/>
        </w:rPr>
        <w:t xml:space="preserve">[31:29] </w:t>
      </w:r>
      <w:r>
        <w:t>To yeh doosra group hai.</w:t>
      </w:r>
    </w:p>
    <w:p>
      <w:pPr>
        <w:jc w:val="right"/>
      </w:pPr>
      <w:r>
        <w:t>تو یہ دوسرا گروپ ہے۔</w:t>
      </w:r>
    </w:p>
    <w:p>
      <w:r>
        <w:rPr>
          <w:b/>
        </w:rPr>
        <w:t xml:space="preserve">[31:33] </w:t>
      </w:r>
      <w:r>
        <w:t>to is tareeqay say poori muslim dunya mein do group ban gaye hain. is mein kisi aik bhi mulk ka istasna nahi hai.</w:t>
      </w:r>
    </w:p>
    <w:p>
      <w:pPr>
        <w:jc w:val="right"/>
      </w:pPr>
      <w:r>
        <w:t>تو اس طریقے سے پوری مسلم دنیا میں دو گروپ بن گئے ہیں۔ اس میں کسی ایک بھی ملک کا استثنیٰ نہیں ہے۔</w:t>
      </w:r>
    </w:p>
    <w:p>
      <w:r>
        <w:rPr>
          <w:b/>
        </w:rPr>
        <w:t xml:space="preserve">[31:43] </w:t>
      </w:r>
      <w:r>
        <w:t>is ka aik exception nahi hai. do group ban kar aapas mein woh kaam kar rahay hain jis ko hadith mein sab say bura kaam bataya gaya hai, yani kufr.</w:t>
      </w:r>
    </w:p>
    <w:p>
      <w:pPr>
        <w:jc w:val="right"/>
      </w:pPr>
      <w:r>
        <w:t>اس کا ایک ایکسیپشن نہیں ہے۔ دو گروپ بن کر آپس میں وہ کام کر رہے ہیں جس کو حدیث میں سب سے برا کام بتایا گیا ہے، یعنی کفر۔</w:t>
      </w:r>
    </w:p>
    <w:p>
      <w:r>
        <w:rPr>
          <w:b/>
        </w:rPr>
        <w:t xml:space="preserve">[31:53] </w:t>
      </w:r>
      <w:r>
        <w:t>aapas mein maarna aik doosray ko.</w:t>
      </w:r>
    </w:p>
    <w:p>
      <w:pPr>
        <w:jc w:val="right"/>
      </w:pPr>
      <w:r>
        <w:t>آپس میں مارنا ایک دوسرے کو۔</w:t>
      </w:r>
    </w:p>
    <w:p>
      <w:r>
        <w:rPr>
          <w:b/>
        </w:rPr>
        <w:t xml:space="preserve">[31:56] </w:t>
      </w:r>
      <w:r>
        <w:t>yani hate karna bhi kufr hai, maarna bhi kufr hai, qatal karna bhi kufr hai. aapas mein. lekin yahi sab ho raha hai.</w:t>
      </w:r>
    </w:p>
    <w:p>
      <w:pPr>
        <w:jc w:val="right"/>
      </w:pPr>
      <w:r>
        <w:t>یعنی ہیٹ کرنا بھی کفر ہے، مارنا بھی کفر ہے، قتل کرنا بھی کفر ہے۔ آپس میں۔ لیکن یہی سب ہو رہا ہے۔</w:t>
      </w:r>
    </w:p>
    <w:p>
      <w:r>
        <w:rPr>
          <w:b/>
        </w:rPr>
        <w:t xml:space="preserve">[32:05] </w:t>
      </w:r>
      <w:r>
        <w:t>kyun? yeh justified evil mein kahoon ga is ko.</w:t>
      </w:r>
    </w:p>
    <w:p>
      <w:pPr>
        <w:jc w:val="right"/>
      </w:pPr>
      <w:r>
        <w:t>کیوں؟ یہ جسٹیفائیڈ ایول میں کہوں گا اس کو۔</w:t>
      </w:r>
    </w:p>
    <w:p>
      <w:r>
        <w:rPr>
          <w:b/>
        </w:rPr>
        <w:t xml:space="preserve">[32:12] </w:t>
      </w:r>
      <w:r>
        <w:t>aik justified evil hai jis ki lapait mein poori muslim dunya is waqt aa chuki hai. aur woh itna phail chuka hai ke woh aik volcano ke tareeqay say poori muslim dunya ke neechay aik volcano ka bharrrak raha hai.</w:t>
      </w:r>
    </w:p>
    <w:p>
      <w:pPr>
        <w:jc w:val="right"/>
      </w:pPr>
      <w:r>
        <w:t>ایک جسٹیفائیڈ ایول ہے جس کی لپیٹ میں پوری مسلم دنیا اس وقت آ چکی ہے۔ اور وہ اتنا پھیل چکا ہے کہ وہ ایک والکانو کے طریقے سے پوری مسلم دنیا کے نیچے ایک والکانو کا بھڑک رہا ہے۔</w:t>
      </w:r>
    </w:p>
    <w:p>
      <w:r>
        <w:rPr>
          <w:b/>
        </w:rPr>
        <w:t xml:space="preserve">[32:27] </w:t>
      </w:r>
      <w:r>
        <w:t>kab bharrkay, kab ka ka kata laye.</w:t>
      </w:r>
    </w:p>
    <w:p>
      <w:pPr>
        <w:jc w:val="right"/>
      </w:pPr>
      <w:r>
        <w:t>کب بھڑکے، کب کا کا کٹا لے۔</w:t>
      </w:r>
    </w:p>
    <w:p>
      <w:r>
        <w:rPr>
          <w:b/>
        </w:rPr>
        <w:t xml:space="preserve">[32:32] </w:t>
      </w:r>
      <w:r>
        <w:t>lekin abhi tak jo jo jo jo jin ke paas power hai, woh sirf power ko istemal kar ke chahtay hain ke is ko crush kar dein.</w:t>
      </w:r>
    </w:p>
    <w:p>
      <w:pPr>
        <w:jc w:val="right"/>
      </w:pPr>
      <w:r>
        <w:t>لیکن ابھی تک جو جو جو جو جن کے پاس پاور ہے، وہ صرف پاور کو استعمال کر کے چاہتے ہیں کہ اس کو کرش کر دیں۔</w:t>
      </w:r>
    </w:p>
    <w:p>
      <w:r>
        <w:rPr>
          <w:b/>
        </w:rPr>
        <w:t xml:space="preserve">[32:41] </w:t>
      </w:r>
      <w:r>
        <w:t>to sawal yeh hai ke you have to see the result. result to ulta hua. kahan crush kar paye aap?</w:t>
      </w:r>
    </w:p>
    <w:p>
      <w:pPr>
        <w:jc w:val="right"/>
      </w:pPr>
      <w:r>
        <w:t>تو سوال یہ ہے کہ یو ہیو ٹو سی دا رزلٹ۔ رزلٹ تو الٹا ہوا۔ کہاں کرش کر پائے آپ؟</w:t>
      </w:r>
    </w:p>
    <w:p>
      <w:r>
        <w:rPr>
          <w:b/>
        </w:rPr>
        <w:t xml:space="preserve">[32:50] </w:t>
      </w:r>
      <w:r>
        <w:t>to crush na kar panay ki wajah yeh hai ke agar aik secular aadmi violence kare, woh mara jaye, to us ke jo ghar walay hain kahain ke bhai yeh to bura bekar hai, violence usay kuch milta julta nahi, chhoro us ko violence ko.</w:t>
      </w:r>
    </w:p>
    <w:p>
      <w:pPr>
        <w:jc w:val="right"/>
      </w:pPr>
      <w:r>
        <w:t>تو کرش نہ کر پانے کی وجہ یہ ہے کہ اگر ایک سکولر آدمی وائنس کرے، وہ مارا جائے، تو اس کے جو گھر والے ہیں کہیں کہ بھئی یہ تو برا بیکار ہے، وائنس اسے کچھ ملتا جلتا نہیں، چھوڑو اس کو وائنس کو۔</w:t>
      </w:r>
    </w:p>
    <w:p>
      <w:r>
        <w:rPr>
          <w:b/>
        </w:rPr>
        <w:t xml:space="preserve">[33:07] </w:t>
      </w:r>
      <w:r>
        <w:t>lekin jab mazhabi aadmi violence karta hai aur woh mara jata hai, to us ke log kehtay hain ke yeh to shaheed ho gaya, pehlay say acha ho gaya, ab jannat pakki ho gayi hai is ki.</w:t>
      </w:r>
    </w:p>
    <w:p>
      <w:pPr>
        <w:jc w:val="right"/>
      </w:pPr>
      <w:r>
        <w:t>لیکن جب مذہبی آدمی وائنس کرتا ہے اور وہ مارا جاتا ہے، تو اس کے لوگ کہتے ہیں کہ یہ تو شہید ہو گیا، پہلے سے اچھا ہو گیا، اب جنت پکی ہو گئی ہے اس کی۔</w:t>
      </w:r>
    </w:p>
    <w:p>
      <w:r>
        <w:rPr>
          <w:b/>
        </w:rPr>
        <w:t xml:space="preserve">[33:19] </w:t>
      </w:r>
      <w:r>
        <w:t>to kabhi bhi yaad rakhiye, justified violence ko kabhi bhi aap hukoomat ki taqat say khatam nahi kar saktay.</w:t>
      </w:r>
    </w:p>
    <w:p>
      <w:pPr>
        <w:jc w:val="right"/>
      </w:pPr>
      <w:r>
        <w:t>تو کبھی بھی یاد رکھیے، جسٹیفائیڈ وائنس کو کبھی بھی آپ حکومت کی طاقت سے ختم نہیں کر سکتے۔</w:t>
      </w:r>
    </w:p>
    <w:p>
      <w:r>
        <w:rPr>
          <w:b/>
        </w:rPr>
        <w:t xml:space="preserve">[33:30] </w:t>
      </w:r>
      <w:r>
        <w:t>is ke justification ko chheenana paray ga aap ko. jis justification ko lar raha hai, us ko chheenana paray ga</w:t>
      </w:r>
    </w:p>
    <w:p>
      <w:pPr>
        <w:jc w:val="right"/>
      </w:pPr>
      <w:r>
        <w:t>اس کے جسٹیفیکیشن کو چھیننا پڑے گا آپ کو۔ جس جسٹیفیکیشن کو لڑ رہا ہے، اس کو چھیننا پڑے گا</w:t>
      </w:r>
    </w:p>
    <w:p>
      <w:r>
        <w:rPr>
          <w:b/>
        </w:rPr>
        <w:t xml:space="preserve">[33:35] </w:t>
      </w:r>
      <w:r>
        <w:t>in se. woh dimagh se nikalna paray ga. un ke way of thinking ko badalna paray ga.</w:t>
      </w:r>
    </w:p>
    <w:p>
      <w:pPr>
        <w:jc w:val="right"/>
      </w:pPr>
      <w:r>
        <w:t>ان سے۔ وہ دماغ سے نکالنا پڑے گا۔ ان کے وے آف تھنکنگ کو بدلنا پڑے گا۔</w:t>
      </w:r>
    </w:p>
    <w:p>
      <w:r>
        <w:rPr>
          <w:b/>
        </w:rPr>
        <w:t xml:space="preserve">[33:44] </w:t>
      </w:r>
      <w:r>
        <w:t>batana paray ga ke un ka interpretation jo hai, bilkul false hai, galat hai.</w:t>
      </w:r>
    </w:p>
    <w:p>
      <w:pPr>
        <w:jc w:val="right"/>
      </w:pPr>
      <w:r>
        <w:t>بتانا پڑے گا کہ ان کا انٹرپریشن جو ہے، بالکل فالس ہے، غلط ہے۔</w:t>
      </w:r>
    </w:p>
    <w:p>
      <w:r>
        <w:rPr>
          <w:b/>
        </w:rPr>
        <w:t xml:space="preserve">[33:52] </w:t>
      </w:r>
      <w:r>
        <w:t>to yeh aik two fold mission hai. two fold mission.</w:t>
      </w:r>
    </w:p>
    <w:p>
      <w:pPr>
        <w:jc w:val="right"/>
      </w:pPr>
      <w:r>
        <w:t>تو یہ ایک ٹو فولڈ مشن ہے۔ ٹو فولڈ مشن۔</w:t>
      </w:r>
    </w:p>
    <w:p>
      <w:r>
        <w:rPr>
          <w:b/>
        </w:rPr>
        <w:t xml:space="preserve">[33:58] </w:t>
      </w:r>
      <w:r>
        <w:t>yani aik taraf, yani muslim dunya ko bachanay ke liye, is volcano se bachanay ke liye, is waqt sab se bara kaam yahi hai ke aap aik two fold mission chalain.</w:t>
      </w:r>
    </w:p>
    <w:p>
      <w:pPr>
        <w:jc w:val="right"/>
      </w:pPr>
      <w:r>
        <w:t>یعنی ایک طرف، یعنی مسلم دنیا کو بچانے کے لیے، اس والکانو سے بچانے کے لیے، اس وقت سب سے بڑا کام یہی ہے کہ آپ ایک ٹو فولڈ مشن چلائیں۔</w:t>
      </w:r>
    </w:p>
    <w:p>
      <w:r>
        <w:rPr>
          <w:b/>
        </w:rPr>
        <w:t xml:space="preserve">[34:15] </w:t>
      </w:r>
      <w:r>
        <w:t>sab se bara kaam. kyun ke muslim dunya bilkul tabahi ke aakhir karne puhanch chuki hai.</w:t>
      </w:r>
    </w:p>
    <w:p>
      <w:pPr>
        <w:jc w:val="right"/>
      </w:pPr>
      <w:r>
        <w:t>سب سے بڑا کام۔ کیونکہ مسلم دنیا بالکل تباہی کے آخر کرنے پہنچ چکی ہے۔</w:t>
      </w:r>
    </w:p>
    <w:p>
      <w:r>
        <w:rPr>
          <w:b/>
        </w:rPr>
        <w:t xml:space="preserve">[34:26] </w:t>
      </w:r>
      <w:r>
        <w:t>dekhiye, aik aik usool yeh hai ke bahir ke dushmanon se bachna aasan hai, andar ke dushmanon se bachna namumkin hai.</w:t>
      </w:r>
    </w:p>
    <w:p>
      <w:pPr>
        <w:jc w:val="right"/>
      </w:pPr>
      <w:r>
        <w:t>دیکھیے، ایک ایک اصول یہ ہے کہ باہر کے دشمنوں سے بچنا آسان ہے، اندر کے دشمنوں سے بچنا ناممکن ہے۔</w:t>
      </w:r>
    </w:p>
    <w:p>
      <w:r>
        <w:rPr>
          <w:b/>
        </w:rPr>
        <w:t xml:space="preserve">[34:35] </w:t>
      </w:r>
      <w:r>
        <w:t>yeh andar ke dushman ban chukay hain. har mulk mein Islam ke naam par group banay huay hain. aur woh kahin sabversive activities kar rahay hain.</w:t>
      </w:r>
    </w:p>
    <w:p>
      <w:pPr>
        <w:jc w:val="right"/>
      </w:pPr>
      <w:r>
        <w:t>یہ اندر کے دشمن بن چکے ہیں۔ ہر ملک میں اسلام کے نام پر گروپ بنے ہوئے ہیں۔ اور وہ کہیں سب ورسو ایکٹیویٹیز کر رہے ہیں۔</w:t>
      </w:r>
    </w:p>
    <w:p>
      <w:r>
        <w:rPr>
          <w:b/>
        </w:rPr>
        <w:t xml:space="preserve">[34:45] </w:t>
      </w:r>
      <w:r>
        <w:t>kahin negative thought phaila rahay hain. kahin violence kar rahay hain, kisi shehar mein bomb kar rahay hain, yeh saaray log.</w:t>
      </w:r>
    </w:p>
    <w:p>
      <w:pPr>
        <w:jc w:val="right"/>
      </w:pPr>
      <w:r>
        <w:t>کہیں نیگیٹیو تھاٹ پھیلا رہے ہیں۔ کہیں وائنس کر رہے ہیں، کسی شہر میں بم کر رہے ہیں، یہ سارے لوگ۔</w:t>
      </w:r>
    </w:p>
    <w:p>
      <w:r>
        <w:rPr>
          <w:b/>
        </w:rPr>
        <w:t xml:space="preserve">[34:53] </w:t>
      </w:r>
      <w:r>
        <w:t>to aap ko aik two fold mission darkar hai. yani aik taraf</w:t>
      </w:r>
    </w:p>
    <w:p>
      <w:pPr>
        <w:jc w:val="right"/>
      </w:pPr>
      <w:r>
        <w:t>تو آپ کو ایک ٹو فولڈ مشن درکار ہے۔ یعنی ایک طرف</w:t>
      </w:r>
    </w:p>
    <w:p>
      <w:r>
        <w:rPr>
          <w:b/>
        </w:rPr>
        <w:t xml:space="preserve">[35:03] </w:t>
      </w:r>
      <w:r>
        <w:t>is ideology ko, yani political ideology ko demolish karna. daleel ke zor par.</w:t>
      </w:r>
    </w:p>
    <w:p>
      <w:pPr>
        <w:jc w:val="right"/>
      </w:pPr>
      <w:r>
        <w:t>اس آئیڈیالوجی کو، یعنی پولیٹیکل آئیڈیالوجی کو ڈیمالش کرنا۔ دلیل کے زور پر۔</w:t>
      </w:r>
    </w:p>
    <w:p>
      <w:r>
        <w:rPr>
          <w:b/>
        </w:rPr>
        <w:t xml:space="preserve">[35:13] </w:t>
      </w:r>
      <w:r>
        <w:t>Islam ki jo political ideology hai, Islam ki jo political interpretation hai, us ko demolish karna. aik taraf yeh kaam karna hai aap ne.</w:t>
      </w:r>
    </w:p>
    <w:p>
      <w:pPr>
        <w:jc w:val="right"/>
      </w:pPr>
      <w:r>
        <w:t>اسلام کی جو پولیٹیکل آئیڈیالوجی ہے، اسلام کی جو پولیٹیکل انٹرپریٹیشن ہے، اس کو ڈیمالش کرنا۔ ایک طرف یہ کام کرنا ہے آپ نے۔</w:t>
      </w:r>
    </w:p>
    <w:p>
      <w:r>
        <w:rPr>
          <w:b/>
        </w:rPr>
        <w:t xml:space="preserve">[35:25] </w:t>
      </w:r>
      <w:r>
        <w:t>lekin isi se bhi kaam nahi chalay ga. doosra kaam yeh karna hai ke aap ko Islam ki aik alternative interpretation, alternative ideology bhi dena paray ga.</w:t>
      </w:r>
    </w:p>
    <w:p>
      <w:pPr>
        <w:jc w:val="right"/>
      </w:pPr>
      <w:r>
        <w:t>لیکن اسی سے بھی کام نہیں چلے گا۔ دوسرا کام یہ کرنا ہے کہ آپ کو اسلام کی ایک الٹرنیٹو انٹرپریٹیشن، الٹرنیٹو آئیڈیالوجی بھی دینا پڑے گا۔</w:t>
      </w:r>
    </w:p>
    <w:p>
      <w:r>
        <w:rPr>
          <w:b/>
        </w:rPr>
        <w:t xml:space="preserve">[35:39] </w:t>
      </w:r>
      <w:r>
        <w:t>yeh alternative ideology jo hai, is mein poora ka poora Quran o Hadees par base karti ho. Aaj ke lehaz se woh relevant ho.</w:t>
      </w:r>
    </w:p>
    <w:p>
      <w:pPr>
        <w:jc w:val="right"/>
      </w:pPr>
      <w:r>
        <w:t>یہ الٹرنیٹو آئیڈیالوجی جو ہے، اس میں پورا کا پورا قرآن و حدیث پر بیس کرتی ہو۔ آج کے لحاظ سے وہ ریلیونٹ ہو۔</w:t>
      </w:r>
    </w:p>
    <w:p>
      <w:r>
        <w:rPr>
          <w:b/>
        </w:rPr>
        <w:t xml:space="preserve">[35:49] </w:t>
      </w:r>
      <w:r>
        <w:t>Modern mind ko address karti ho.</w:t>
      </w:r>
    </w:p>
    <w:p>
      <w:pPr>
        <w:jc w:val="right"/>
      </w:pPr>
      <w:r>
        <w:t>ماڈرن مائنڈ کو ایڈریس کرتی ہو۔</w:t>
      </w:r>
    </w:p>
    <w:p>
      <w:r>
        <w:rPr>
          <w:b/>
        </w:rPr>
        <w:t xml:space="preserve">[35:53] </w:t>
      </w:r>
      <w:r>
        <w:t>Aaj ki duniya mein cheezon ko universal darja ki hesiyat hasil hai, is ko bhi, is mein is ki bhi jawab maujood ho, is ki bhi jawab maujood ho.</w:t>
      </w:r>
    </w:p>
    <w:p>
      <w:pPr>
        <w:jc w:val="right"/>
      </w:pPr>
      <w:r>
        <w:t>آج کی دنیا میں چیزوں کو یونیورسل ڈارم کی حیثیت حاصل ہے، اس کو بھی، اس میں اس کی بھی موجود ہو، اس کی بھی جواب موجود ہو۔</w:t>
      </w:r>
    </w:p>
    <w:p>
      <w:r>
        <w:rPr>
          <w:b/>
        </w:rPr>
        <w:t xml:space="preserve">[36:04] </w:t>
      </w:r>
      <w:r>
        <w:t>In sab sharton ko jo fulfill kare, woh hai alternative ideology.</w:t>
      </w:r>
    </w:p>
    <w:p>
      <w:pPr>
        <w:jc w:val="right"/>
      </w:pPr>
      <w:r>
        <w:t>ان سب شرطوں کو جو فلفل کرے، وہ ہے الٹرنیٹو آئیڈیالوجی۔</w:t>
      </w:r>
    </w:p>
    <w:p>
      <w:r>
        <w:rPr>
          <w:b/>
        </w:rPr>
        <w:t xml:space="preserve">[36:14] </w:t>
      </w:r>
      <w:r>
        <w:t>Toh hamara jo mission hai, jo hum</w:t>
      </w:r>
    </w:p>
    <w:p>
      <w:pPr>
        <w:jc w:val="right"/>
      </w:pPr>
      <w:r>
        <w:t>تو ہمارا جو مشن ہے، جو ہم</w:t>
      </w:r>
    </w:p>
    <w:p>
      <w:r>
        <w:rPr>
          <w:b/>
        </w:rPr>
        <w:t xml:space="preserve">[36:21] </w:t>
      </w:r>
      <w:r>
        <w:t>is waqt chala rahe hain, woh yahi mission hai. Yeh mission 1970 se shuru hua.</w:t>
      </w:r>
    </w:p>
    <w:p>
      <w:pPr>
        <w:jc w:val="right"/>
      </w:pPr>
      <w:r>
        <w:t>اس وقت چلا رہے ہیں، وہ یہی مشن ہے۔ یہ مشن انیس سو ستر سے شروع ہوا۔</w:t>
      </w:r>
    </w:p>
    <w:p>
      <w:r>
        <w:rPr>
          <w:b/>
        </w:rPr>
        <w:t xml:space="preserve">[36:30] </w:t>
      </w:r>
      <w:r>
        <w:t>Waise toh bohat pehle se chal raha hai. Yeh mission bohat pehle se chal raha hai, lekin 1970 se baqayda yeh jaari hua.</w:t>
      </w:r>
    </w:p>
    <w:p>
      <w:pPr>
        <w:jc w:val="right"/>
      </w:pPr>
      <w:r>
        <w:t>ویسے تو بہت پہلے سے چل رہا ہے۔ یہ مشن بہت پہلے سے چل رہا ہے، لیکن انیس سو ستر سے باقاعدہ یہ جاری ہوا۔</w:t>
      </w:r>
    </w:p>
    <w:p>
      <w:r>
        <w:rPr>
          <w:b/>
        </w:rPr>
        <w:t xml:space="preserve">[36:41] </w:t>
      </w:r>
      <w:r>
        <w:t>Is mission ko hum jo kar rahe hain, woh hai is ka jo registered title hai, yaani qanoon ke aitbar se jo registered title is mission ka hai, woh hai AlBurz AlIslami lil Buhuth wad Da'wah.</w:t>
      </w:r>
    </w:p>
    <w:p>
      <w:pPr>
        <w:jc w:val="right"/>
      </w:pPr>
      <w:r>
        <w:t>اس مشن کو ہم جو کر رہے ہیں، وہ ہے اس کا جو رجسٹرڈ ٹائٹل ہے، یعنی قانون کے اعتبار سے جو رجسٹرڈ ٹائٹل اس مشن کا ہے، وہ ہے البرکز الاسلامی للبحوث والدعویٰ۔</w:t>
      </w:r>
    </w:p>
    <w:p>
      <w:r>
        <w:rPr>
          <w:b/>
        </w:rPr>
        <w:t xml:space="preserve">[36:57] </w:t>
      </w:r>
      <w:r>
        <w:t>Yeh is ka registered title hai.</w:t>
      </w:r>
    </w:p>
    <w:p>
      <w:pPr>
        <w:jc w:val="right"/>
      </w:pPr>
      <w:r>
        <w:t>یہ اس کا رجسٹرڈ ٹائٹل ہے۔</w:t>
      </w:r>
    </w:p>
    <w:p>
      <w:r>
        <w:rPr>
          <w:b/>
        </w:rPr>
        <w:t xml:space="preserve">[37:04] </w:t>
      </w:r>
      <w:r>
        <w:t>Angrezi mein hum kehte hain is ko Islamic Center, Urdu mein hum kehte hain Islami Markaz. Lekin jo registered title hai is ka, woh hai AlMarkaz AlIslami lil Buhuth wad Da'wah.</w:t>
      </w:r>
    </w:p>
    <w:p>
      <w:pPr>
        <w:jc w:val="right"/>
      </w:pPr>
      <w:r>
        <w:t>انگریزی میں ہم کہتے ہیں اس کو اسلامک سینٹر، اردو میں ہم کہتے ہیں اسلامک مرکز۔ لیکن جو رجسٹرڈ ٹائٹل ہے اس کا، وہ ہے المرکض الاسلامی للبحوث والدعویٰ۔</w:t>
      </w:r>
    </w:p>
    <w:p>
      <w:r>
        <w:rPr>
          <w:b/>
        </w:rPr>
        <w:t xml:space="preserve">[37:16] </w:t>
      </w:r>
      <w:r>
        <w:t>Is ke tehat hum yeh kaam kar rahe hain.</w:t>
      </w:r>
    </w:p>
    <w:p>
      <w:pPr>
        <w:jc w:val="right"/>
      </w:pPr>
      <w:r>
        <w:t>اس کے تحت ہم یہ کام کر رہے ہیں۔</w:t>
      </w:r>
    </w:p>
    <w:p>
      <w:r>
        <w:rPr>
          <w:b/>
        </w:rPr>
        <w:t xml:space="preserve">[37:24] </w:t>
      </w:r>
      <w:r>
        <w:t>Toh jitna bhi literature hum ne chhapa hai, aur jo hum internet ke zariye se, computer ke zariye se, aur jitne bhi zarray hain, is ko istemal kar ke is kaam ko kar rahe hain.</w:t>
      </w:r>
    </w:p>
    <w:p>
      <w:pPr>
        <w:jc w:val="right"/>
      </w:pPr>
      <w:r>
        <w:t>تو جتنا بھی لٹریچر ہم نے چھاپا ہے، اور جو ہم انٹرنیٹ کے ذریعے سے، کمپیوٹر کے ذریعے سے، اور جتنے بھی ذرائع ہیں، اس کو استعمال کر کے اس کام کو کر رہے ہیں۔</w:t>
      </w:r>
    </w:p>
    <w:p>
      <w:r>
        <w:rPr>
          <w:b/>
        </w:rPr>
        <w:t xml:space="preserve">[37:38] </w:t>
      </w:r>
      <w:r>
        <w:t>Kal mein ne parha, Pope ka ek statement tha, unhon ne kaha tha ke yeh jo internet hai, woh ek divine gift hai, gift of God hai.</w:t>
      </w:r>
    </w:p>
    <w:p>
      <w:pPr>
        <w:jc w:val="right"/>
      </w:pPr>
      <w:r>
        <w:t>کل میں نے پڑھا، پوپ کا ایک سٹیٹمنٹ تھا، انہوں نے کہا تھا کہ کہ یہ جو انٹرنیٹ ہے، وہ ایک ڈیوائن گفٹ ہے، گفٹ آف گاڈ ہے۔</w:t>
      </w:r>
    </w:p>
    <w:p>
      <w:r>
        <w:rPr>
          <w:b/>
        </w:rPr>
        <w:t xml:space="preserve">[37:54] </w:t>
      </w:r>
      <w:r>
        <w:t>Toh gift of God hai kis liye? Is liye ke God ke mission ka phal aaya jaye. Yeh is mein yeh baat nahi thi.</w:t>
      </w:r>
    </w:p>
    <w:p>
      <w:pPr>
        <w:jc w:val="right"/>
      </w:pPr>
      <w:r>
        <w:t>تو گفٹ آف گاڈ ہے کس لیے؟ اس لیے کہ گاڈ کے مشن کا پھل آیا جائے۔ یہ اس میں یہ بات نہیں تھی۔</w:t>
      </w:r>
    </w:p>
    <w:p>
      <w:r>
        <w:rPr>
          <w:b/>
        </w:rPr>
        <w:t xml:space="preserve">[38:04] </w:t>
      </w:r>
      <w:r>
        <w:t>Yeh toh sahi hai ke yeh gift of God hai. Yeh internet, yeh communication jo aaj humein hasil hai, yeh bilashubah gift of God hai.</w:t>
      </w:r>
    </w:p>
    <w:p>
      <w:pPr>
        <w:jc w:val="right"/>
      </w:pPr>
      <w:r>
        <w:t>یہ تو صحیح ہے کہ یہ گفٹ آف گاڈ ہے۔ یہ انٹرنیٹ، یہ کمیونیکیشن جو آج ہمیں حاصل ہے، یہ بلاشبہ گفٹ آف گاڈ ہے۔</w:t>
      </w:r>
    </w:p>
    <w:p>
      <w:r>
        <w:rPr>
          <w:b/>
        </w:rPr>
        <w:t xml:space="preserve">[38:16] </w:t>
      </w:r>
      <w:r>
        <w:t>Lekin kis liye? Yaani God ne yeh kyun diya hai hum ko?</w:t>
      </w:r>
    </w:p>
    <w:p>
      <w:pPr>
        <w:jc w:val="right"/>
      </w:pPr>
      <w:r>
        <w:t>لیکن کس لیے؟ یعنی گاڈ نے یہ کیوں دیا ہے ہم کو؟</w:t>
      </w:r>
    </w:p>
    <w:p>
      <w:r>
        <w:rPr>
          <w:b/>
        </w:rPr>
        <w:t xml:space="preserve">[38:24] </w:t>
      </w:r>
      <w:r>
        <w:t>Taake hum ada God ke mission ko phailayein. Is waqt sab se bara jo mission hai, jo sab se bara kaam hai, woh yeh hai ke Khuda ko istemal kiya ja raha hai violence ke liye.</w:t>
      </w:r>
    </w:p>
    <w:p>
      <w:pPr>
        <w:jc w:val="right"/>
      </w:pPr>
      <w:r>
        <w:t>تاکہ ہم اڈا گاڈ کے مشن کو پھیلائیں۔ اس وقت سب سے بڑا جو مشن ہے، جو سب سے بڑا کام ہے، وہ یہ ہے کہ خدا کو استعمال کیا جا رہا ہے وائنس کے لیے۔</w:t>
      </w:r>
    </w:p>
    <w:p>
      <w:r>
        <w:rPr>
          <w:b/>
        </w:rPr>
        <w:t xml:space="preserve">[38:39] </w:t>
      </w:r>
      <w:r>
        <w:t>Khuda ke mazhab ko istemal kiya ja raha hai violence ke liye. Khuda ke deen ko istemal kiya ja raha hai violence ke liye.</w:t>
      </w:r>
    </w:p>
    <w:p>
      <w:pPr>
        <w:jc w:val="right"/>
      </w:pPr>
      <w:r>
        <w:t>خدا کے مذہب کو استعمال کیا جا رہا ہے وائنس کے لیے۔ خدا کے دین کو استعمال کیا جا رہا ہے وائنس کے لیے۔</w:t>
      </w:r>
    </w:p>
    <w:p>
      <w:r>
        <w:rPr>
          <w:b/>
        </w:rPr>
        <w:t xml:space="preserve">[38:47] </w:t>
      </w:r>
      <w:r>
        <w:t>Aur sari duniya mein nafrat, intolerance, maar kaat, gun culture, bomb culture ka sabab yahi hai.</w:t>
      </w:r>
    </w:p>
    <w:p>
      <w:pPr>
        <w:jc w:val="right"/>
      </w:pPr>
      <w:r>
        <w:t>اور ساری دنیا میں نفرت، انٹولرنس، مار کاٹ، گن کلچر، بم کلچر کا سبب یہی ہے۔</w:t>
      </w:r>
    </w:p>
    <w:p>
      <w:r>
        <w:rPr>
          <w:b/>
        </w:rPr>
        <w:t xml:space="preserve">[38:59] </w:t>
      </w:r>
      <w:r>
        <w:t>Toh yeh jo modern communication hai, is ko istemal kar ke humein is fikr ko sari duniya mein phailana hai.</w:t>
      </w:r>
    </w:p>
    <w:p>
      <w:pPr>
        <w:jc w:val="right"/>
      </w:pPr>
      <w:r>
        <w:t>تو یہ جو ماڈرن کمیونیکیشن ہے، اس کو استعمال کر کے ہمیں اس فکر کو ساری دنیا میں پھیلانا ہے۔</w:t>
      </w:r>
    </w:p>
    <w:p>
      <w:r>
        <w:rPr>
          <w:b/>
        </w:rPr>
        <w:t xml:space="preserve">[39:11] </w:t>
      </w:r>
      <w:r>
        <w:t>Allah ke fazl se is mission ke tehat</w:t>
      </w:r>
    </w:p>
    <w:p>
      <w:pPr>
        <w:jc w:val="right"/>
      </w:pPr>
      <w:r>
        <w:t>اللہ کے فضل سے اس مشن کے تحت</w:t>
      </w:r>
    </w:p>
    <w:p>
      <w:r>
        <w:rPr>
          <w:b/>
        </w:rPr>
        <w:t xml:space="preserve">[39:18] </w:t>
      </w:r>
      <w:r>
        <w:t>nazariyati kaam ya ideology ko murattab karne ka kaam bharpoor tor par anjam pa chuka hai, all ready anjam pa chuka hai.</w:t>
      </w:r>
    </w:p>
    <w:p>
      <w:pPr>
        <w:jc w:val="right"/>
      </w:pPr>
      <w:r>
        <w:t>نظریاتی کام یا آئیڈیالوجی کا آئیڈیالوجی کو مرتب کرنے کا کام بھرپور طور پر انجام پا چکا ہے، آل ریڈی انجام پا چکا ہے۔</w:t>
      </w:r>
    </w:p>
    <w:p>
      <w:r>
        <w:rPr>
          <w:b/>
        </w:rPr>
        <w:t xml:space="preserve">[39:29] </w:t>
      </w:r>
      <w:r>
        <w:t>Yaani hamare paas dono qism ka literature maujood hai.</w:t>
      </w:r>
    </w:p>
    <w:p>
      <w:pPr>
        <w:jc w:val="right"/>
      </w:pPr>
      <w:r>
        <w:t>یعنی ہمارے پاس دونوں قسم کا لٹریچر موجود ہے۔</w:t>
      </w:r>
    </w:p>
    <w:p>
      <w:r>
        <w:rPr>
          <w:b/>
        </w:rPr>
        <w:t xml:space="preserve">[39:34] </w:t>
      </w:r>
      <w:r>
        <w:t>Yaani is is ideology ko ghalat sabit karne wala bhi, aur jo woh cheez bhi jis ko hum kehte hain alternative ideology.</w:t>
      </w:r>
    </w:p>
    <w:p>
      <w:pPr>
        <w:jc w:val="right"/>
      </w:pPr>
      <w:r>
        <w:t>یعنی اس اس آئیڈیالوجی کو غلط ثابت کرنے والا بھی، اور جو وہ چیز بھی جس کو ہم کہتے ہیں الٹرنیٹو آئیڈیالوجی۔</w:t>
      </w:r>
    </w:p>
    <w:p>
      <w:r>
        <w:rPr>
          <w:b/>
        </w:rPr>
        <w:t xml:space="preserve">[39:46] </w:t>
      </w:r>
      <w:r>
        <w:t>Dono qism ka literature, literature Allah ke fazl se is waqt hamare paas mukammal tor par maujood ho chuka hai, all ready. Ab kaam kya hai?</w:t>
      </w:r>
    </w:p>
    <w:p>
      <w:pPr>
        <w:jc w:val="right"/>
      </w:pPr>
      <w:r>
        <w:t>دونوں قسم کا لٹریچر، لٹریچر اللہ کے فضل سے اس وقت ہمارے پاس مکمل طور پر موجود ہو چکا ہے، آل ریڈی۔ اب کام کیا ہے؟</w:t>
      </w:r>
    </w:p>
    <w:p>
      <w:r>
        <w:rPr>
          <w:b/>
        </w:rPr>
        <w:t xml:space="preserve">[39:55] </w:t>
      </w:r>
      <w:r>
        <w:t>har zabaan mein is ko phailana.</w:t>
      </w:r>
    </w:p>
    <w:p>
      <w:pPr>
        <w:jc w:val="right"/>
      </w:pPr>
      <w:r>
        <w:t>ہر زبان میں اس کو پھیلانا۔</w:t>
      </w:r>
    </w:p>
    <w:p>
      <w:r>
        <w:rPr>
          <w:b/>
        </w:rPr>
        <w:t xml:space="preserve">[39:59] </w:t>
      </w:r>
      <w:r>
        <w:t>modern communication ko istemaal kar ke is ko aalmi satah par logon tak pahunchana. bas yeh kaam reh gaya hai.</w:t>
      </w:r>
    </w:p>
    <w:p>
      <w:pPr>
        <w:jc w:val="right"/>
      </w:pPr>
      <w:r>
        <w:t>ماڈرن کمیونیکیشن کو استعمال کر کے اس کو عالمی سطح پر لوگوں تک پہنچانا۔ بس یہ کام رہ گیا ہے۔</w:t>
      </w:r>
    </w:p>
    <w:p>
      <w:r>
        <w:rPr>
          <w:b/>
        </w:rPr>
        <w:t xml:space="preserve">[40:10] </w:t>
      </w:r>
      <w:r>
        <w:t>agar aap hamare haan jo kitabein chhapi hain, is ko agar aap parhein to aap khud, aap ka dil gawahi dega ke waqatan jo hum mein kar rahe hain, woh sahih hai.</w:t>
      </w:r>
    </w:p>
    <w:p>
      <w:pPr>
        <w:jc w:val="right"/>
      </w:pPr>
      <w:r>
        <w:t>اگر آپ ہمارے ہاں جو کتابیں چھپی ہیں، اس کو اگر آپ پڑھیں تو آپ خود، آپ کا دل گواہی دے گا کہ واقعتاً جو ہم میں کر رہے ہیں، وہ صحیح ہے۔</w:t>
      </w:r>
    </w:p>
    <w:p>
      <w:r>
        <w:rPr>
          <w:b/>
        </w:rPr>
        <w:t xml:space="preserve">[40:22] </w:t>
      </w:r>
      <w:r>
        <w:t>ke is khatre ki nishandahi bhi is mein maujood hai.</w:t>
      </w:r>
    </w:p>
    <w:p>
      <w:pPr>
        <w:jc w:val="right"/>
      </w:pPr>
      <w:r>
        <w:t>کہ اس خطرے کی نشاندہی بھی اس میں موجود ہے۔</w:t>
      </w:r>
    </w:p>
    <w:p>
      <w:r>
        <w:rPr>
          <w:b/>
        </w:rPr>
        <w:t xml:space="preserve">[40:25] </w:t>
      </w:r>
      <w:r>
        <w:t>yeh jo fitna hai, is ki bhi nishandahi maujood hai is kitaab mein, in kitabon mein. rasool Allah ne jo jo jo predictions kiye thay, is ki bhi wazahat maujood hai.</w:t>
      </w:r>
    </w:p>
    <w:p>
      <w:pPr>
        <w:jc w:val="right"/>
      </w:pPr>
      <w:r>
        <w:t>یہ جو فتنہ ہے، اس کی بھی نشاندہی موجود ہے اس کتاب میں، ان کتابوں میں۔ رسول اللہ نے جو جو جو پریڈکشنز کیے تھے، اس کی بھی وضاحت موجود ہے۔</w:t>
      </w:r>
    </w:p>
    <w:p>
      <w:r>
        <w:rPr>
          <w:b/>
        </w:rPr>
        <w:t xml:space="preserve">[40:39] </w:t>
      </w:r>
      <w:r>
        <w:t>aur is yeh jo fitna hai, is daur ka fitna jo hai,</w:t>
      </w:r>
    </w:p>
    <w:p>
      <w:pPr>
        <w:jc w:val="right"/>
      </w:pPr>
      <w:r>
        <w:t>اور اس یہ جو فتنہ ہے، اس دور کا فتنہ جو ہے،</w:t>
      </w:r>
    </w:p>
    <w:p>
      <w:r>
        <w:rPr>
          <w:b/>
        </w:rPr>
        <w:t xml:space="preserve">[40:45] </w:t>
      </w:r>
      <w:r>
        <w:t>yeh sab se bara fitna hai is zamane ka, jo ke rasool Allah sallay Allah alayh wasallam ne jis ko peshin goi ki thi, jis ki.</w:t>
      </w:r>
    </w:p>
    <w:p>
      <w:pPr>
        <w:jc w:val="right"/>
      </w:pPr>
      <w:r>
        <w:t>یہ سب سے بڑا فتنہ ہے اس زمانے کا، جو کہ رسول اللہ صلی اللہ علیہ وسلم نے جس کو پیشین گوئی کی تھی، جس کی۔</w:t>
      </w:r>
    </w:p>
    <w:p>
      <w:r>
        <w:rPr>
          <w:b/>
        </w:rPr>
        <w:t xml:space="preserve">[40:55] </w:t>
      </w:r>
      <w:r>
        <w:t>yani political interpretation hi ko mein samajhta hoon ke is daur ka sab se bara fitna, jo hadith mein bataya gaya tha.</w:t>
      </w:r>
    </w:p>
    <w:p>
      <w:pPr>
        <w:jc w:val="right"/>
      </w:pPr>
      <w:r>
        <w:t>یعنی پولیٹیکل انٹرپریٹیشن ہی کو میں سمجھتا ہوں کہ اس دور کا سب سے بڑا فتنہ، جو حدیث میں بتایا گیا تھا۔</w:t>
      </w:r>
    </w:p>
    <w:p>
      <w:r>
        <w:rPr>
          <w:b/>
        </w:rPr>
        <w:t xml:space="preserve">[41:06] </w:t>
      </w:r>
      <w:r>
        <w:t>to political interpretation ki ko point out karna, is ki nishandahi karna, is ka is ko radd karne ke liye taqatwar literature tayyar karna,</w:t>
      </w:r>
    </w:p>
    <w:p>
      <w:pPr>
        <w:jc w:val="right"/>
      </w:pPr>
      <w:r>
        <w:t>تو پولیٹیکل انٹرپریٹیشن کی کو پوائنٹ آؤٹ کرنا، اس کی نشاندہی کرنا، اس کا اس کو رد کرنے کے لیے طاقتور لٹریچر تیار کرنا،</w:t>
      </w:r>
    </w:p>
    <w:p>
      <w:r>
        <w:rPr>
          <w:b/>
        </w:rPr>
        <w:t xml:space="preserve">[41:25] </w:t>
      </w:r>
      <w:r>
        <w:t>aur phir is ke baad ek</w:t>
      </w:r>
    </w:p>
    <w:p>
      <w:pPr>
        <w:jc w:val="right"/>
      </w:pPr>
      <w:r>
        <w:t>اور پھر اس کے بعد ایک</w:t>
      </w:r>
    </w:p>
    <w:p>
      <w:r>
        <w:rPr>
          <w:b/>
        </w:rPr>
        <w:t xml:space="preserve">[41:30] </w:t>
      </w:r>
      <w:r>
        <w:t>ek mutabadil ideology, ek alternative ideology tayyar karna, yeh sab Allah ke fazl se ho chuka hai is mission mein.</w:t>
      </w:r>
    </w:p>
    <w:p>
      <w:pPr>
        <w:jc w:val="right"/>
      </w:pPr>
      <w:r>
        <w:t>ایک متبادل آئیڈیالوجی، ایک الٹرنیٹو آئیڈیالوجی تیار کرنا، یہ سب اللہ کے فضل سے ہو چکا ہے اس مشن میں۔</w:t>
      </w:r>
    </w:p>
    <w:p>
      <w:r>
        <w:rPr>
          <w:b/>
        </w:rPr>
        <w:t xml:space="preserve">[41:37] </w:t>
      </w:r>
      <w:r>
        <w:t>karna nahi hai, ho chuka hai. ab sirf kaam hai phailane ka.</w:t>
      </w:r>
    </w:p>
    <w:p>
      <w:pPr>
        <w:jc w:val="right"/>
      </w:pPr>
      <w:r>
        <w:t>کرنا نہیں ہے، ہو چکا ہے۔ اب صرف کام ہے پھیلانے کا۔</w:t>
      </w:r>
    </w:p>
    <w:p>
      <w:r>
        <w:rPr>
          <w:b/>
        </w:rPr>
        <w:t xml:space="preserve">[41:47] </w:t>
      </w:r>
      <w:r>
        <w:t>yani woh jo pope ne kaha ke modern communication jo hai, woh Allah ka ek gift hai, to woh gift isi liye to hai, woh ke aap phailayein is kaam ko.</w:t>
      </w:r>
    </w:p>
    <w:p>
      <w:pPr>
        <w:jc w:val="right"/>
      </w:pPr>
      <w:r>
        <w:t>یعنی وہ جو پوپ نے کہا کہ ماڈرن کمیونیکیشن جو ہے، وہ اللہ کا ایک گفٹ ہے، تو وہ گفٹ اسی لیے تو ہے، وہ کہ آپ پھیلائیں اس کام کو۔</w:t>
      </w:r>
    </w:p>
    <w:p>
      <w:r>
        <w:rPr>
          <w:b/>
        </w:rPr>
        <w:t xml:space="preserve">[42:03] </w:t>
      </w:r>
      <w:r>
        <w:t>yani is is soorat-e-haal ne mazhab ki image bigadi hai, Islam ki image bigadi hai. logon ke zehan ko kharab kiya hai.</w:t>
      </w:r>
    </w:p>
    <w:p>
      <w:pPr>
        <w:jc w:val="right"/>
      </w:pPr>
      <w:r>
        <w:t>یعنی اس اس صورتحال نے مذہب کی امیج بگاڑی ہے، اسلام کی امیج بگاڑی ہے۔ لوگوں کے ذہن کو خراب کیا ہے۔</w:t>
      </w:r>
    </w:p>
    <w:p>
      <w:r>
        <w:rPr>
          <w:b/>
        </w:rPr>
        <w:t xml:space="preserve">[42:13] </w:t>
      </w:r>
      <w:r>
        <w:t>duniya ko hate se, violence se bhar diya hai.</w:t>
      </w:r>
    </w:p>
    <w:p>
      <w:pPr>
        <w:jc w:val="right"/>
      </w:pPr>
      <w:r>
        <w:t>دنیا کو ہیٹ سے، وائنس سے بھر دیا ہے۔</w:t>
      </w:r>
    </w:p>
    <w:p>
      <w:r>
        <w:rPr>
          <w:b/>
        </w:rPr>
        <w:t xml:space="preserve">[42:18] </w:t>
      </w:r>
      <w:r>
        <w:t>to modern communication ko istemaal kar ke hamein is fikr ko sari duniya mein phailana hai.</w:t>
      </w:r>
    </w:p>
    <w:p>
      <w:pPr>
        <w:jc w:val="right"/>
      </w:pPr>
      <w:r>
        <w:t>تو ماڈرن کمیونیکیشن کو استعمال کر کے ہمیں اس فکر کو ساری دنیا میں پھیلانا ہے۔</w:t>
      </w:r>
    </w:p>
    <w:p>
      <w:r>
        <w:rPr>
          <w:b/>
        </w:rPr>
        <w:t xml:space="preserve">[42:26] </w:t>
      </w:r>
      <w:r>
        <w:t>hum mein se har shakhs ka sab se bara farz hai yeh. sab se bari duty hai yeh. is waqt mein samajhta hoon ke aasman ke neeche aur zameen ke oopar is se bara koi kaam nahi hai.</w:t>
      </w:r>
    </w:p>
    <w:p>
      <w:pPr>
        <w:jc w:val="right"/>
      </w:pPr>
      <w:r>
        <w:t>ہم میں سے ہر شخص کا سب سے بڑا فرض ہے یہ۔ سب سے بڑی ڈیوٹی ہے یہ۔ اس وقت میں سمجھتا ہوں کہ آسمان کے نیچے اور زمین کے اوپر اس سے بڑا کوئی کام نہیں ہے۔</w:t>
      </w:r>
    </w:p>
    <w:p>
      <w:r>
        <w:rPr>
          <w:b/>
        </w:rPr>
        <w:t xml:space="preserve">[42:44] </w:t>
      </w:r>
      <w:r>
        <w:t>is se bara koi kaam nahi hai.</w:t>
      </w:r>
    </w:p>
    <w:p>
      <w:pPr>
        <w:jc w:val="right"/>
      </w:pPr>
      <w:r>
        <w:t>اس سے بڑا کوئی کام نہیں ہے۔</w:t>
      </w:r>
    </w:p>
    <w:p>
      <w:r>
        <w:rPr>
          <w:b/>
        </w:rPr>
        <w:t xml:space="preserve">[42:48] </w:t>
      </w:r>
      <w:r>
        <w:t>ke deen ke naam par jo bedini layi gayi hai, Islam ke naam par jo non Islam laya gaya hai, is ko khatam karna.</w:t>
      </w:r>
    </w:p>
    <w:p>
      <w:pPr>
        <w:jc w:val="right"/>
      </w:pPr>
      <w:r>
        <w:t>کہ دین کے نام پر جو بے دینی لائی گئی ہے، اسلام کے نام پر جو نان اسلام لایا گیا ہے، اس کو ختم کرنا۔</w:t>
      </w:r>
    </w:p>
    <w:p>
      <w:r>
        <w:rPr>
          <w:b/>
        </w:rPr>
        <w:t xml:space="preserve">[43:04] </w:t>
      </w:r>
      <w:r>
        <w:t>aur insaan ko jo positive ideology hai, jo sahih ideology hai, woh is ko dena.</w:t>
      </w:r>
    </w:p>
    <w:p>
      <w:pPr>
        <w:jc w:val="right"/>
      </w:pPr>
      <w:r>
        <w:t>اور انسان کو جو پوزیٹیو آئیڈیالوجی ہے، جو صحیح آئیڈیالوجی ہے، وہ اس کو دینا۔</w:t>
      </w:r>
    </w:p>
    <w:p>
      <w:r>
        <w:rPr>
          <w:b/>
        </w:rPr>
        <w:t xml:space="preserve">[43:17] </w:t>
      </w:r>
      <w:r>
        <w:t>to yahi hamara mission hai. yeh mission poore tareeqe se ek non political hai. is ka koi maqsad na to hum fame chahte hain, na stage chahte hain, na hamein maal chahiye.</w:t>
      </w:r>
    </w:p>
    <w:p>
      <w:pPr>
        <w:jc w:val="right"/>
      </w:pPr>
      <w:r>
        <w:t>تو یہی ہمارا مشن ہے۔ یہ مشن پورے طریقے سے ایک نان پولیٹیکل ہے۔ اس کا کوئی مقصد نہ تو ہم فیم چاہتے ہیں، نہ اسٹیج چاہتے ہیں، نہ ہمیں مال چاہیے۔</w:t>
      </w:r>
    </w:p>
    <w:p>
      <w:r>
        <w:rPr>
          <w:b/>
        </w:rPr>
        <w:t xml:space="preserve">[43:37] </w:t>
      </w:r>
      <w:r>
        <w:t>na hamein political power chahiye.</w:t>
      </w:r>
    </w:p>
    <w:p>
      <w:pPr>
        <w:jc w:val="right"/>
      </w:pPr>
      <w:r>
        <w:t>نہ ہمیں پولیٹیکل پاور چاہیے۔</w:t>
      </w:r>
    </w:p>
    <w:p>
      <w:r>
        <w:rPr>
          <w:b/>
        </w:rPr>
        <w:t xml:space="preserve">[43:40] </w:t>
      </w:r>
      <w:r>
        <w:t>hamein sirf yahi chahiye ke aap log is is literature ko, is literature, is literature ko phailayein, is ideology ko phailayein.</w:t>
      </w:r>
    </w:p>
    <w:p>
      <w:pPr>
        <w:jc w:val="right"/>
      </w:pPr>
      <w:r>
        <w:t>ہمیں صرف یہی چاہیے کہ آپ لوگ اس اس لٹریچر کو، اس لٹریچر، اس لٹریچر کو پھیلائیں، اس آئیڈیالوجی کو پھیلائیں۔</w:t>
      </w:r>
    </w:p>
    <w:p>
      <w:r>
        <w:rPr>
          <w:b/>
        </w:rPr>
        <w:t xml:space="preserve">[43:50] </w:t>
      </w:r>
      <w:r>
        <w:t>insaan ko is is evil se nikalein. yeh ek super evil hai. aur is ke rasool Allah sallay Allah alayh wasallam ne peshin goi ki thi ke ek zamane mein aayega super evil.</w:t>
      </w:r>
    </w:p>
    <w:p>
      <w:pPr>
        <w:jc w:val="right"/>
      </w:pPr>
      <w:r>
        <w:t>انسان کو اس اس ایول سے نکالیں۔ یہ ایک سپر ایول ہے۔ اور اس کے رسول اللہ صلی اللہ علیہ وسلم نے پیشین گوئی کی تھی کہ ایک زمانے میں آئے گا سپر ایول۔</w:t>
      </w:r>
    </w:p>
    <w:p>
      <w:r>
        <w:rPr>
          <w:b/>
        </w:rPr>
        <w:t xml:space="preserve">[44:07] </w:t>
      </w:r>
      <w:r>
        <w:t>wohi zamana yeh hai.</w:t>
      </w:r>
    </w:p>
    <w:p>
      <w:pPr>
        <w:jc w:val="right"/>
      </w:pPr>
      <w:r>
        <w:t>وہی زمانہ یہ ہے۔</w:t>
      </w:r>
    </w:p>
    <w:p>
      <w:r>
        <w:rPr>
          <w:b/>
        </w:rPr>
        <w:t xml:space="preserve">[44:12] </w:t>
      </w:r>
      <w:r>
        <w:t>to hamein na shohrat chahiye, na paisa chahiye, na stage chahiye, na political power chahiye, kuch nahin. sirf yeh hai ke aap yeh jo literature tayyar hua hai,</w:t>
      </w:r>
    </w:p>
    <w:p>
      <w:pPr>
        <w:jc w:val="right"/>
      </w:pPr>
      <w:r>
        <w:t>تو ہمیں نہ شہرت چاہیے، نہ پیسہ چاہیے، نہ اسٹیج چاہیے، نہ پولیٹیکل پاور چاہیے، کچھ نہیں۔ صرف یہ ہے کہ آپ یہ جو لٹریچر تیار ہوا ہے،</w:t>
      </w:r>
    </w:p>
    <w:p>
      <w:r>
        <w:rPr>
          <w:b/>
        </w:rPr>
        <w:t xml:space="preserve">[44:27] </w:t>
      </w:r>
      <w:r>
        <w:t>is literature ko sari dunya mein phaila dijiye. har zaban mein.</w:t>
      </w:r>
    </w:p>
    <w:p>
      <w:pPr>
        <w:jc w:val="right"/>
      </w:pPr>
      <w:r>
        <w:t>اس لٹریچر کو ساری دنیا میں پھیلا دیجیے۔ ہر زبان میں۔</w:t>
      </w:r>
    </w:p>
    <w:p>
      <w:r>
        <w:rPr>
          <w:b/>
        </w:rPr>
        <w:t xml:space="preserve">[44:34] </w:t>
      </w:r>
      <w:r>
        <w:t>musalmanon ke darmiyan bhi aur non-muslim ke darmiyan bhi.</w:t>
      </w:r>
    </w:p>
    <w:p>
      <w:pPr>
        <w:jc w:val="right"/>
      </w:pPr>
      <w:r>
        <w:t>مسلمانوں کے درمیان بھی اور نان مسلم کے درمیان بھی۔</w:t>
      </w:r>
    </w:p>
    <w:p>
      <w:r>
        <w:rPr>
          <w:b/>
        </w:rPr>
        <w:t xml:space="preserve">[44:39] </w:t>
      </w:r>
      <w:r>
        <w:t>main samajhta hoon ke is se bara koi kaam is waqt nahin hai.</w:t>
      </w:r>
    </w:p>
    <w:p>
      <w:pPr>
        <w:jc w:val="right"/>
      </w:pPr>
      <w:r>
        <w:t>میں سمجھتا ہوں کہ اس سے بڑا کوئی کام اس وقت نہیں ہے۔</w:t>
      </w:r>
    </w:p>
    <w:p>
      <w:r>
        <w:rPr>
          <w:b/>
        </w:rPr>
        <w:t xml:space="preserve">[44:48] </w:t>
      </w:r>
      <w:r>
        <w:t>main dua karta hoon ke Allah taala mujh ko aur aap ko tofeeq de ke hum is kaam ko anjam dein aur hamein Allah ki raza hasil ho.</w:t>
      </w:r>
    </w:p>
    <w:p>
      <w:pPr>
        <w:jc w:val="right"/>
      </w:pPr>
      <w:r>
        <w:t>میں دعا کرتا ہوں کہ اللہ تعالیٰ مجھ کو اور آپ کو توفیق دے کہ ہم اس کام کو انجام دیں اور ہمیں اللہ کی رضا حاصل ہو۔</w:t>
      </w:r>
    </w:p>
    <w:p>
      <w:r>
        <w:rPr>
          <w:b/>
        </w:rPr>
        <w:t xml:space="preserve">[45:00] </w:t>
      </w:r>
      <w:r>
        <w:t>Allah hamein jannat mein dakhil kare. aqool qawli hadha wa astaghfirullaha li wa lakum ajmaeen.</w:t>
      </w:r>
    </w:p>
    <w:p>
      <w:pPr>
        <w:jc w:val="right"/>
      </w:pPr>
      <w:r>
        <w:t>اللہ ہمیں جنت میں داخل کرے۔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