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Intellectual Stagnation May 13, 2012</w:t>
      </w:r>
    </w:p>
    <w:p>
      <w:r>
        <w:t>https://youtu.be/Qi5BZlv-Vog</w:t>
      </w:r>
    </w:p>
    <w:p>
      <w:r>
        <w:rPr>
          <w:b/>
        </w:rPr>
        <w:t xml:space="preserve">[00:13] </w:t>
      </w:r>
      <w:r>
        <w:t>bismillah hir rahman nir rahim. wa salla Allahu ala an-nabiyyil 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[00:44] </w:t>
      </w:r>
      <w:r>
        <w:t>intellectual</w:t>
      </w:r>
    </w:p>
    <w:p>
      <w:pPr>
        <w:jc w:val="right"/>
      </w:pPr>
      <w:r>
        <w:t>انٹلیکچول</w:t>
      </w:r>
    </w:p>
    <w:p>
      <w:r>
        <w:rPr>
          <w:b/>
        </w:rPr>
        <w:t xml:space="preserve">[00:48] </w:t>
      </w:r>
      <w:r>
        <w:t>zehni jamood, intellectual stagnation. the problem of intellectual stagnation, ya zehni jamood ka masla.</w:t>
      </w:r>
    </w:p>
    <w:p>
      <w:pPr>
        <w:jc w:val="right"/>
      </w:pPr>
      <w:r>
        <w:t>ذہنی جمود، انٹلیکچول اسٹیگنیشن۔ دا پرابلم آف انٹلیکچول اسٹیگنیشن، یا ذہنی جمود کا مسئلہ۔</w:t>
      </w:r>
    </w:p>
    <w:p>
      <w:r>
        <w:rPr>
          <w:b/>
        </w:rPr>
        <w:t xml:space="preserve">[01:03] </w:t>
      </w:r>
      <w:r>
        <w:t>abhi isi mahine January ke first week mein main gaya tha Turkey. Turkey ke ek haftay ke safar ke dauran bohat si baatein wahan samajh aayin.</w:t>
      </w:r>
    </w:p>
    <w:p>
      <w:pPr>
        <w:jc w:val="right"/>
      </w:pPr>
      <w:r>
        <w:t>ابھی اسی مہینہ جنوری کے فرسٹ ویک میں میں گیا تھا ترکی۔ ترکی کے ایک ہفتے کے سفر کے دوران بہت سی باتیں وہاں سمجھ آئیں۔</w:t>
      </w:r>
    </w:p>
    <w:p>
      <w:r>
        <w:rPr>
          <w:b/>
        </w:rPr>
        <w:t xml:space="preserve">[01:21] </w:t>
      </w:r>
      <w:r>
        <w:t>to isi ko le kar aaj main apne baz ta'assurat ko bayan karunga. kuch aur baatein inshallah aindah samne aayengi.</w:t>
      </w:r>
    </w:p>
    <w:p>
      <w:pPr>
        <w:jc w:val="right"/>
      </w:pPr>
      <w:r>
        <w:t>تو اسی کو لے کر آج میں اپنے بعض تاثرات کو بیان کروں گا۔ کچھ اور باتیں انشاءاللہ آئندہ سامنے آئیں گی۔</w:t>
      </w:r>
    </w:p>
    <w:p>
      <w:r>
        <w:rPr>
          <w:b/>
        </w:rPr>
        <w:t xml:space="preserve">[01:34] </w:t>
      </w:r>
      <w:r>
        <w:t>to in mein se ek hai intellectual stagnation.</w:t>
      </w:r>
    </w:p>
    <w:p>
      <w:pPr>
        <w:jc w:val="right"/>
      </w:pPr>
      <w:r>
        <w:t>تو ان میں سے ایک ہے انٹلیکچول اسٹیگنیشن۔</w:t>
      </w:r>
    </w:p>
    <w:p>
      <w:r>
        <w:rPr>
          <w:b/>
        </w:rPr>
        <w:t xml:space="preserve">[01:40] </w:t>
      </w:r>
      <w:r>
        <w:t>yeh ke meri zindagi is period se mutalliq hai jabke Turkey ka bohat charcha tha Muslim millat mein.</w:t>
      </w:r>
    </w:p>
    <w:p>
      <w:pPr>
        <w:jc w:val="right"/>
      </w:pPr>
      <w:r>
        <w:t>یہ کہ میری زندگی اس پیریڈ سے متعلق ہے جبکہ ترکی کا بہت چرچا تھا مسلم ملت میں۔</w:t>
      </w:r>
    </w:p>
    <w:p>
      <w:r>
        <w:rPr>
          <w:b/>
        </w:rPr>
        <w:t xml:space="preserve">[01:55] </w:t>
      </w:r>
      <w:r>
        <w:t>yani jab main paida hua to Turk active thay poori tarah se Turkey mein. aur jab main madrasatul Islam mein dakhla liya 1938 mein, isi saal un ka intiqal hua.</w:t>
      </w:r>
    </w:p>
    <w:p>
      <w:pPr>
        <w:jc w:val="right"/>
      </w:pPr>
      <w:r>
        <w:t>یعنی جب میں پیدا ہوا تو ترک ایکٹیو تھے پوری طریقے سے ترکی میں۔ اور جب میں مدس اسلام میں داخلہ لیا 1938 میں، اسی سال ان کا انتقال ہوا۔</w:t>
      </w:r>
    </w:p>
    <w:p>
      <w:r>
        <w:rPr>
          <w:b/>
        </w:rPr>
        <w:t xml:space="preserve">[02:14] </w:t>
      </w:r>
      <w:r>
        <w:t>to madrasay mein, masjid mein, har jagah charcha tha Turkey ka. khud mere ghar mein.</w:t>
      </w:r>
    </w:p>
    <w:p>
      <w:pPr>
        <w:jc w:val="right"/>
      </w:pPr>
      <w:r>
        <w:t>تو مدرسے میں، مسجد میں، ہر جگہ چرچا تھا ترکی کا۔ خود میرے گھر میں۔</w:t>
      </w:r>
    </w:p>
    <w:p>
      <w:r>
        <w:rPr>
          <w:b/>
        </w:rPr>
        <w:t xml:space="preserve">[02:26] </w:t>
      </w:r>
      <w:r>
        <w:t>is par bohat si kitabein padhin, bohat se mazameen padhe. ek naqsha zehan mein bana. ek naqsha zehan mein bana.</w:t>
      </w:r>
    </w:p>
    <w:p>
      <w:pPr>
        <w:jc w:val="right"/>
      </w:pPr>
      <w:r>
        <w:t>اس پر بہت سی کتابیں پڑھیں، بہت سے مضامین پڑھے۔ ایک نقشہ ذہن میں بنا۔ ایک نقشہ ذہن میں بنا۔</w:t>
      </w:r>
    </w:p>
    <w:p>
      <w:r>
        <w:rPr>
          <w:b/>
        </w:rPr>
        <w:t xml:space="preserve">[02:37] </w:t>
      </w:r>
      <w:r>
        <w:t>to woh naqsha jo hai bilkul hi safar ke baad maloom hua ke woh naqsha bilkul farzi tha. to sari ummat-e-muslima abhi bhi isi naqshay mein jee rahi hai.</w:t>
      </w:r>
    </w:p>
    <w:p>
      <w:pPr>
        <w:jc w:val="right"/>
      </w:pPr>
      <w:r>
        <w:t>تو وہ نقشہ جو ہے بالکل ہی سفر کے بعد معلوم ہوا کہ وہ نقشہ بالکل فرضی تھا۔ تو ساری امت مسلمہ ابھی بھی اسی نقشے میں جی رہی ہے۔</w:t>
      </w:r>
    </w:p>
    <w:p>
      <w:r>
        <w:rPr>
          <w:b/>
        </w:rPr>
        <w:t xml:space="preserve">[02:52] </w:t>
      </w:r>
      <w:r>
        <w:t>to</w:t>
      </w:r>
    </w:p>
    <w:p>
      <w:pPr>
        <w:jc w:val="right"/>
      </w:pPr>
      <w:r>
        <w:t>تو</w:t>
      </w:r>
    </w:p>
    <w:p>
      <w:r>
        <w:rPr>
          <w:b/>
        </w:rPr>
        <w:t xml:space="preserve">[02:57] </w:t>
      </w:r>
      <w:r>
        <w:t>is ko le kar main yeh samajh paya ke intellectual stagnation is the greatest problem of Muslim ummah.</w:t>
      </w:r>
    </w:p>
    <w:p>
      <w:pPr>
        <w:jc w:val="right"/>
      </w:pPr>
      <w:r>
        <w:t>اس کو لے کر میں یہ سمجھ پایا کہ انٹلیکچول اسٹیگنیشن از دا گریٹسٹ پرابلم آف مسلم امہ۔</w:t>
      </w:r>
    </w:p>
    <w:p>
      <w:r>
        <w:rPr>
          <w:b/>
        </w:rPr>
        <w:t xml:space="preserve">[03:09] </w:t>
      </w:r>
      <w:r>
        <w:t>aaj ki ummat-e-muslima ka sab se bara masla yeh hai ke woh zehni jamood mein mubtala hai. kisi baat ko samajhte hi nahin.</w:t>
      </w:r>
    </w:p>
    <w:p>
      <w:pPr>
        <w:jc w:val="right"/>
      </w:pPr>
      <w:r>
        <w:t>آج کے امت مسلمہ کا سب سے بڑا مسئلہ یہ ہے کہ وہ ذہنی جمود میں مبتلا ہے۔ کسی بات کو سمجھتے ہی نہیں۔</w:t>
      </w:r>
    </w:p>
    <w:p>
      <w:r>
        <w:rPr>
          <w:b/>
        </w:rPr>
        <w:t xml:space="preserve">[03:20] </w:t>
      </w:r>
      <w:r>
        <w:t>yahan jab wapsi ke baad main inshallah tayyari kar raha hoon ke kitab likhoon, "Turkey Rediscovered". Turkey ki daryaft-e-nau.</w:t>
      </w:r>
    </w:p>
    <w:p>
      <w:pPr>
        <w:jc w:val="right"/>
      </w:pPr>
      <w:r>
        <w:t>یہاں جب واپسی کے بعد میں انشاءاللہ تیاری کر رہا ہوں کہ کتاب لکھوں، "ٹرکی ری ڈسکورڈ"۔ ترکی کی دریافت نو۔</w:t>
      </w:r>
    </w:p>
    <w:p>
      <w:r>
        <w:rPr>
          <w:b/>
        </w:rPr>
        <w:t xml:space="preserve">[03:35] </w:t>
      </w:r>
      <w:r>
        <w:t>phir main ne socha ke sari baatein musalmanon ke liye na yani maloom bani hui hain.</w:t>
      </w:r>
    </w:p>
    <w:p>
      <w:pPr>
        <w:jc w:val="right"/>
      </w:pPr>
      <w:r>
        <w:t>پھر میں نے سوچا کہ ساری باتیں مسلمانوں کے لیے نا یعنی نامعلوم بنی ہوئی ہیں۔</w:t>
      </w:r>
    </w:p>
    <w:p>
      <w:r>
        <w:rPr>
          <w:b/>
        </w:rPr>
        <w:t xml:space="preserve">[03:44] </w:t>
      </w:r>
      <w:r>
        <w:t>musalman India mein rehte hain lekin main yaqeen ke sath keh sakta hoon ke musalman nahin jante ke India kya hai. hatta ke isi Nizamuddin mein rehte hain musalman, Nizamuddin West mein, woh nahin jante ke Nizamuddin West kya hai.</w:t>
      </w:r>
    </w:p>
    <w:p>
      <w:pPr>
        <w:jc w:val="right"/>
      </w:pPr>
      <w:r>
        <w:t>مسلمان انڈیا میں رہتے ہیں لیکن میں یقین کے ساتھ کہہ سکتا ہوں کہ مسلمان نہیں جانتے کہ انڈیا کیا ہے۔ حتیٰ کہ اسی نظام الدین میں رہتے ہیں مسلمان، نظام الدین ویسٹ میں، وہ نہیں جانتے کہ نظام الدین ویسٹ کیا ہے۔</w:t>
      </w:r>
    </w:p>
    <w:p>
      <w:r>
        <w:rPr>
          <w:b/>
        </w:rPr>
        <w:t xml:space="preserve">[03:58] </w:t>
      </w:r>
      <w:r>
        <w:t>america mein rehte hain, nahi jante ke america kya hai. to main ajib chahta hoon ke main kitab likhoon, "nizamuddin west rediscovered". india rediscovered.</w:t>
      </w:r>
    </w:p>
    <w:p>
      <w:pPr>
        <w:jc w:val="right"/>
      </w:pPr>
      <w:r>
        <w:t>امریکہ میں رہتے ہیں، نہیں جانتے کہ امریکہ کیا ہے۔ تو میں عجیب چاہتا ہوں کہ میں کتاب لکھوں، "نظام الدین ویسٹ ری ڈسکورڈ"۔ انڈیا ری ڈسکورڈ۔</w:t>
      </w:r>
    </w:p>
    <w:p>
      <w:r>
        <w:rPr>
          <w:b/>
        </w:rPr>
        <w:t xml:space="preserve">[04:09] </w:t>
      </w:r>
      <w:r>
        <w:t>america rediscovered.</w:t>
      </w:r>
    </w:p>
    <w:p>
      <w:pPr>
        <w:jc w:val="right"/>
      </w:pPr>
      <w:r>
        <w:t>امریکہ ری ڈسکورڈ۔</w:t>
      </w:r>
    </w:p>
    <w:p>
      <w:r>
        <w:rPr>
          <w:b/>
        </w:rPr>
        <w:t xml:space="preserve">[04:12] </w:t>
      </w:r>
      <w:r>
        <w:t>kyunke musalmanon ki soch taqreeban mukammal taur par bash soch hoti hai. jaise misaal ke taur par dekhen, aaj ke urdu akhbar mein, aaj ke urdu akhbar mein ek khabar thi bohat dhoom se surkhi lagi hui,</w:t>
      </w:r>
    </w:p>
    <w:p>
      <w:pPr>
        <w:jc w:val="right"/>
      </w:pPr>
      <w:r>
        <w:t>کیونکہ مسلمانوں کی سوچ تقریباً مکمل طور پر باش سوچ ہوتی ہے۔ جیسے مثال کے طور پر دیکھیں، آج کے اردو اخبار میں، آج کے اردو اخبار میں ایک خبر تھی بہت دھوم سے سرخی لگی ہوئی،</w:t>
      </w:r>
    </w:p>
    <w:p>
      <w:r>
        <w:rPr>
          <w:b/>
        </w:rPr>
        <w:t xml:space="preserve">[04:27] </w:t>
      </w:r>
      <w:r>
        <w:t>"america mein shariat islami par pabandi". ab is khabar ko unhon ne parha to phir koi baat hi nahi.</w:t>
      </w:r>
    </w:p>
    <w:p>
      <w:pPr>
        <w:jc w:val="right"/>
      </w:pPr>
      <w:r>
        <w:t>"امریکہ میں شریعت اسلامی پر پابندی"۔ اب اس خبر کو انہوں نے پڑھا تو پھر کوئی بات ہی نہیں۔</w:t>
      </w:r>
    </w:p>
    <w:p>
      <w:r>
        <w:rPr>
          <w:b/>
        </w:rPr>
        <w:t xml:space="preserve">[04:37] </w:t>
      </w:r>
      <w:r>
        <w:t>bilkul ek ahmaqana surkhi hai.</w:t>
      </w:r>
    </w:p>
    <w:p>
      <w:pPr>
        <w:jc w:val="right"/>
      </w:pPr>
      <w:r>
        <w:t>بالکل ایک احمقانہ سرخی ہے۔</w:t>
      </w:r>
    </w:p>
    <w:p>
      <w:r>
        <w:rPr>
          <w:b/>
        </w:rPr>
        <w:t xml:space="preserve">[04:39] </w:t>
      </w:r>
      <w:r>
        <w:t>aap ghor kijiye ke america mein shariat islami na to nafiz hone wali hai na wahan pabandi lagne wali hai. america ek secular mulk hai. musalman thode se wahan par hain.</w:t>
      </w:r>
    </w:p>
    <w:p>
      <w:pPr>
        <w:jc w:val="right"/>
      </w:pPr>
      <w:r>
        <w:t>آپ غور کیجیے کہ امریکہ میں شریعت اسلامی نہ تو نافذ ہونے والی ہے نہ وہاں پابندی لگنے والی ہے۔ امریکہ ایک سیکولر ملک ہے۔ مسلمان تھوڑے سے وہاں پر ہیں۔</w:t>
      </w:r>
    </w:p>
    <w:p>
      <w:r>
        <w:rPr>
          <w:b/>
        </w:rPr>
        <w:t xml:space="preserve">[04:50] </w:t>
      </w:r>
      <w:r>
        <w:t>koi sense nahi hai ke america mein shariat islami pabandi. to logon ka haal kya hota hai? bas akhbar mein parhenge aur mind mein le lenge, bas dekho america itna kharab mulk hai, shariat islami pabandi laga diya is ne</w:t>
      </w:r>
    </w:p>
    <w:p>
      <w:pPr>
        <w:jc w:val="right"/>
      </w:pPr>
      <w:r>
        <w:t>کوئی سینس نہیں ہے کہ امریکہ میں شریعت اسلامی پابندی۔ تو لوگوں کا حال کیا ہوتا ہے؟ بس اخبار میں پڑھیں گے اور مائنڈ میں لے لیں گے، بس دیکھو امریکہ اتنا خراب ملک ہے، شریعت اسلامی پابندی لگا دیا اس نے</w:t>
      </w:r>
    </w:p>
    <w:p>
      <w:r>
        <w:rPr>
          <w:b/>
        </w:rPr>
        <w:t xml:space="preserve">[05:05] </w:t>
      </w:r>
      <w:r>
        <w:t>. yeh nahi sochenge ke shariat islami ki nafiz kaise ho gaya america mein.</w:t>
      </w:r>
    </w:p>
    <w:p>
      <w:pPr>
        <w:jc w:val="right"/>
      </w:pPr>
      <w:r>
        <w:t>۔ یہ نہیں سوچیں گے کہ شریعت اسلامی کی نافذ کیسے ہو گیا امریکہ میں۔</w:t>
      </w:r>
    </w:p>
    <w:p>
      <w:r>
        <w:rPr>
          <w:b/>
        </w:rPr>
        <w:t xml:space="preserve">[05:13] </w:t>
      </w:r>
      <w:r>
        <w:t>to isi ka naam hai intellectual stagnation. dekhiye zehni jamood kya hai? is ka ulta hai zehni bedari.</w:t>
      </w:r>
    </w:p>
    <w:p>
      <w:pPr>
        <w:jc w:val="right"/>
      </w:pPr>
      <w:r>
        <w:t>تو اسی کا نام ہے انٹلیکچول اسٹیگنیشن۔ دیکھیے ذہنی جمود کیا ہے؟ اس کا الٹا ہے ذہنی بیداری۔</w:t>
      </w:r>
    </w:p>
    <w:p>
      <w:r>
        <w:rPr>
          <w:b/>
        </w:rPr>
        <w:t xml:space="preserve">[05:25] </w:t>
      </w:r>
      <w:r>
        <w:t>intellectual stagnation ka ulta hai intellectual awakening. yeh kya cheez hai?</w:t>
      </w:r>
    </w:p>
    <w:p>
      <w:pPr>
        <w:jc w:val="right"/>
      </w:pPr>
      <w:r>
        <w:t>انٹلیکچول اسٹیگنیشن کا الٹا ہے انٹلیکچول اویکننگ۔ یہ کیا چیز ہے؟</w:t>
      </w:r>
    </w:p>
    <w:p>
      <w:r>
        <w:rPr>
          <w:b/>
        </w:rPr>
        <w:t xml:space="preserve">[05:33] </w:t>
      </w:r>
      <w:r>
        <w:t>agar aap sirf suni sunai baton ko jante hon to that is intellectual stagnation. jo akhbar mein parh liya, jo kitab mein parh liya, jo sun liya idhar udhar, bas usi ko aap ne maan liya.</w:t>
      </w:r>
    </w:p>
    <w:p>
      <w:pPr>
        <w:jc w:val="right"/>
      </w:pPr>
      <w:r>
        <w:t>اگر آپ صرف سنی سنائی باتوں کو جانتے ہوں تو دیٹ از انٹلیکچول اسٹیگنیشن۔ جو اخبار میں پڑھ لیا، جو کتاب میں پڑھ لیا، جو سن لیا ادھر ادھر، بس اسی کو آپ نے مان لیا۔</w:t>
      </w:r>
    </w:p>
    <w:p>
      <w:r>
        <w:rPr>
          <w:b/>
        </w:rPr>
        <w:t xml:space="preserve">[05:48] </w:t>
      </w:r>
      <w:r>
        <w:t>to woh hai intellectual stagnation. lekin aap ke andar yeh salahiyat ho ke aap khud sochen, khud janen, khud discover karen.</w:t>
      </w:r>
    </w:p>
    <w:p>
      <w:pPr>
        <w:jc w:val="right"/>
      </w:pPr>
      <w:r>
        <w:t>تو وہ ہے انٹلیکچول اسٹیگنیشن۔ لیکن آپ کے اندر یہ صلاحیت ہو کہ آپ خود سوچیں، خود جانیں، خود ڈسکور کریں۔</w:t>
      </w:r>
    </w:p>
    <w:p>
      <w:r>
        <w:rPr>
          <w:b/>
        </w:rPr>
        <w:t xml:space="preserve">[06:01] </w:t>
      </w:r>
      <w:r>
        <w:t>yani self discovered baatein aap ke paas hon. to woh hai zehni bedari, woh hai intellectual awakening.</w:t>
      </w:r>
    </w:p>
    <w:p>
      <w:pPr>
        <w:jc w:val="right"/>
      </w:pPr>
      <w:r>
        <w:t>یعنی سیلف ڈسکورڈ باتیں آپ کے پاس ہوں۔ تو وہ ہے ذہنی بیداری، وہ ہے انٹلیکچول اویکننگ۔</w:t>
      </w:r>
    </w:p>
    <w:p>
      <w:r>
        <w:rPr>
          <w:b/>
        </w:rPr>
        <w:t xml:space="preserve">[06:13] </w:t>
      </w:r>
      <w:r>
        <w:t>to mera tajurba yeh hai ke aaj kal ke jo is zamane ke musalman, parhe likhe log bhi, is se bilkul mehroom ho chuke hain ke woh self discovery ke taur par kisi baat ko janen.</w:t>
      </w:r>
    </w:p>
    <w:p>
      <w:pPr>
        <w:jc w:val="right"/>
      </w:pPr>
      <w:r>
        <w:t>تو میرا تجربہ یہ ہے کہ آج کل کے جو اس زمانے کے مسلمان، پڑھے لکھے لوگ بھی، اس سے بالکل محروم ہو چکے ہیں کہ وہ سیلف ڈسکوری کے طور پر کسی بات کو جانیں۔</w:t>
      </w:r>
    </w:p>
    <w:p>
      <w:r>
        <w:rPr>
          <w:b/>
        </w:rPr>
        <w:t xml:space="preserve">[06:29] </w:t>
      </w:r>
      <w:r>
        <w:t>ab dekhiye turkey ke bare mein hum bachpan se sunte the ke ek turkey mard bimar, yani sick sick man of europe, europe ka mard bimar.</w:t>
      </w:r>
    </w:p>
    <w:p>
      <w:pPr>
        <w:jc w:val="right"/>
      </w:pPr>
      <w:r>
        <w:t>اب دیکھیے ترکی کے بارے میں ہم بچپن سے سنتے تھے کہ ایک ترکی مرد بیمار، یعنی سکھ سکھ مین آف یورپ، یورپ کا مرد بیمار۔</w:t>
      </w:r>
    </w:p>
    <w:p>
      <w:r>
        <w:rPr>
          <w:b/>
        </w:rPr>
        <w:t xml:space="preserve">[06:44] </w:t>
      </w:r>
      <w:r>
        <w:t>to mere zehn mein yeh tha ke turkey ek backward mulk hai. yahan tak ke jab main jane ka mera hua to mera ticket tha turkish airline se.</w:t>
      </w:r>
    </w:p>
    <w:p>
      <w:pPr>
        <w:jc w:val="right"/>
      </w:pPr>
      <w:r>
        <w:t>تو میرے ذہن میں یہ تھا کہ ترکی ایک بیکورڈ ملک ہے۔ یہاں تک کہ جب میں جانے کا میرا ہوا تو میرا ٹکٹ تھا ٹرکش ایئر لائن سے۔</w:t>
      </w:r>
    </w:p>
    <w:p>
      <w:r>
        <w:rPr>
          <w:b/>
        </w:rPr>
        <w:t xml:space="preserve">[06:55] </w:t>
      </w:r>
      <w:r>
        <w:t>to main sochta tha ke pata nahi turkish airline ke rastay mein gir pare, kya ho, koi mamooli si hogi koi. har cheez ke bare mein yani kumtar tasawwur tha.</w:t>
      </w:r>
    </w:p>
    <w:p>
      <w:pPr>
        <w:jc w:val="right"/>
      </w:pPr>
      <w:r>
        <w:t>تو میں سوچتا تھا کہ پتہ نہیں ٹرکش ایئر لائن کے راستے میں گر پڑے، کیا ہو، کوئی معمولی سی ہوگی کوئی۔ ہر چیز کے بارے میں یعنی کمتر تصور تھا۔</w:t>
      </w:r>
    </w:p>
    <w:p>
      <w:r>
        <w:rPr>
          <w:b/>
        </w:rPr>
        <w:t xml:space="preserve">[07:08] </w:t>
      </w:r>
      <w:r>
        <w:t>lekin sahib jab hum turkish airline se safar kiya to bilkul european standard ki airline thi woh. koi kami nahi thi is mein european standard se.</w:t>
      </w:r>
    </w:p>
    <w:p>
      <w:pPr>
        <w:jc w:val="right"/>
      </w:pPr>
      <w:r>
        <w:t>لیکن صاحب جب ہم ٹرکش ایئر لائن سے سفر کیا تو بالکل یورپین اسٹینڈرڈ کی ایئر لائن تھی وہ۔ کوئی کمی نہیں تھی اس میں یورپین اسٹینڈرڈ سے۔</w:t>
      </w:r>
    </w:p>
    <w:p>
      <w:r>
        <w:rPr>
          <w:b/>
        </w:rPr>
        <w:t xml:space="preserve">[07:18] </w:t>
      </w:r>
      <w:r>
        <w:t>bohat hi achi service, bohat acha jahaz, har cheez.</w:t>
      </w:r>
    </w:p>
    <w:p>
      <w:pPr>
        <w:jc w:val="right"/>
      </w:pPr>
      <w:r>
        <w:t>بہت ہی اچھی سروس، بہت اچھا جہاز، ہر چیز۔</w:t>
      </w:r>
    </w:p>
    <w:p>
      <w:r>
        <w:rPr>
          <w:b/>
        </w:rPr>
        <w:t xml:space="preserve">[07:23] </w:t>
      </w:r>
      <w:r>
        <w:t>phir jab main airport utra to istanbul ka airport bilkul european standard ka airport tha. phir main wheel chair leta hoon.</w:t>
      </w:r>
    </w:p>
    <w:p>
      <w:pPr>
        <w:jc w:val="right"/>
      </w:pPr>
      <w:r>
        <w:t>پھر جب میں ایئرپورٹ اترا تو استنبول کا ایئرپورٹ بالکل یورپین اسٹینڈرڈ کا ایئرپورٹ تھا۔ پھر میں ویل چیئر لیتا ہوں۔</w:t>
      </w:r>
    </w:p>
    <w:p>
      <w:r>
        <w:rPr>
          <w:b/>
        </w:rPr>
        <w:t xml:space="preserve">[07:36] </w:t>
      </w:r>
      <w:r>
        <w:t>main ne dekha ke istanbul ke airport par wheel chair ka poora department qaim hai. hamare jaise yani old aadmi ya disable aadmi ke liye poora ek department hai wahan par.</w:t>
      </w:r>
    </w:p>
    <w:p>
      <w:pPr>
        <w:jc w:val="right"/>
      </w:pPr>
      <w:r>
        <w:t>میں نے دیکھا کہ استنبول کے ایئرپورٹ پر ویل چیئر کا پورا ڈیپارٹمنٹ قائم ہے۔ ہمارے جیسے یعنی اولڈ آدمی یا ڈس ایبل آدمی کے لیے پورا ایک ڈیپارٹمنٹ ہے وہاں پر۔</w:t>
      </w:r>
    </w:p>
    <w:p>
      <w:r>
        <w:rPr>
          <w:b/>
        </w:rPr>
        <w:t xml:space="preserve">[07:51] </w:t>
      </w:r>
      <w:r>
        <w:t>iska alag staff hai. to mujh ko bilkul royal treatment mila wahan par. aur free mein, is ka koi charge nahi.</w:t>
      </w:r>
    </w:p>
    <w:p>
      <w:pPr>
        <w:jc w:val="right"/>
      </w:pPr>
      <w:r>
        <w:t>اس کا الگ اسٹاف ہے۔ تو مجھ کو بالکل رائل ٹریٹمنٹ ملا وہاں پر۔ اور فری میں، اس کا کوئی چارج نہیں۔</w:t>
      </w:r>
    </w:p>
    <w:p>
      <w:r>
        <w:rPr>
          <w:b/>
        </w:rPr>
        <w:t xml:space="preserve">[08:01] </w:t>
      </w:r>
      <w:r>
        <w:t>to yeh tasawwur ke europe mard bimar hai, yeh bilkul khud sakhta tasawwur tha. sunte sunte ban gaya tha. to abhi bhi log jate hain turkey lekin phir lotte hain wohi tasawwur le kar.</w:t>
      </w:r>
    </w:p>
    <w:p>
      <w:pPr>
        <w:jc w:val="right"/>
      </w:pPr>
      <w:r>
        <w:t>تو یہ تصور کہ یورپ مرد بیمار ہے، یہ بالکل خود ساختہ تصور تھا۔ سنتے سنتے بن گیا تھا۔ تو ابھی بھی لوگ جاتے ہیں ترکی لیکن پھر لوٹتے ہیں وہی تصور لے کر۔</w:t>
      </w:r>
    </w:p>
    <w:p>
      <w:r>
        <w:rPr>
          <w:b/>
        </w:rPr>
        <w:t xml:space="preserve">[08:16] </w:t>
      </w:r>
      <w:r>
        <w:t>isi tarah dekhiye hum yeh parhte the sunte the ke ata turk jo hai us ne wahan par us ko palt woh power mila,</w:t>
      </w:r>
    </w:p>
    <w:p>
      <w:pPr>
        <w:jc w:val="right"/>
      </w:pPr>
      <w:r>
        <w:t>اسی طرح دیکھیے ہم یہ پڑھتے تھے سنتے تھے کہ عطا ترک جو ہے اس نے وہاں پر اس کو پلٹ وہ پاور ملا،</w:t>
      </w:r>
    </w:p>
    <w:p>
      <w:r>
        <w:rPr>
          <w:b/>
        </w:rPr>
        <w:t xml:space="preserve">[08:32] </w:t>
      </w:r>
      <w:r>
        <w:t>dictator ban gaye woh. aur unhon ne arabi mein azan ko mansookh kar diya. yeh hukum diya ke azan turki mein di jaye.</w:t>
      </w:r>
    </w:p>
    <w:p>
      <w:pPr>
        <w:jc w:val="right"/>
      </w:pPr>
      <w:r>
        <w:t>ڈکٹیٹر بن گئے وہ۔ اور انہوں نے عربی میں اذان کو منسوخ کر دیا۔ یہ حکم دیا کہ اذان ترکی میں دی جائے۔</w:t>
      </w:r>
    </w:p>
    <w:p>
      <w:r>
        <w:rPr>
          <w:b/>
        </w:rPr>
        <w:t xml:space="preserve">[08:42] </w:t>
      </w:r>
      <w:r>
        <w:t>masjido ko museum bana diya. aur turki ki dress khatm kar ke european dress chalu kar diya. arabi zaban ka jo rasm ul khat hai, script, us ko roman script kar diya.</w:t>
      </w:r>
    </w:p>
    <w:p>
      <w:pPr>
        <w:jc w:val="right"/>
      </w:pPr>
      <w:r>
        <w:t>مسجدوں کو میوزیم بنا دیا۔ اور ترکی کی ڈریس ختم کر کے یورپین ڈریس چالو کر دیا۔ عربی زبان کا جو رسم الخط ہے، اسکرپٹ، اس کو رومن اسکرپٹ کر دیا۔</w:t>
      </w:r>
    </w:p>
    <w:p>
      <w:r>
        <w:rPr>
          <w:b/>
        </w:rPr>
        <w:t xml:space="preserve">[08:57] </w:t>
      </w:r>
      <w:r>
        <w:t>is se dimagh bhara hua tha.</w:t>
      </w:r>
    </w:p>
    <w:p>
      <w:pPr>
        <w:jc w:val="right"/>
      </w:pPr>
      <w:r>
        <w:t>اس سے دماغ بھرا ہوا تھا۔</w:t>
      </w:r>
    </w:p>
    <w:p>
      <w:r>
        <w:rPr>
          <w:b/>
        </w:rPr>
        <w:t xml:space="preserve">[09:01] </w:t>
      </w:r>
      <w:r>
        <w:t>to ajib tajurba main arz karta hoon apna. ke wahan ja kar ke jahan hum thehre istanbul ke hotel mein, us hotel ke bahar hi qareeb hi ek masjid thi jis se loud loud speaker par azan hoti thi.</w:t>
      </w:r>
    </w:p>
    <w:p>
      <w:pPr>
        <w:jc w:val="right"/>
      </w:pPr>
      <w:r>
        <w:t>تو عجیب تجربہ میں عرض کرتا ہوں اپنا۔ کہ وہاں جا کر کے جہاں ہم ٹھہرے استنبول کے ہوٹل میں، اس ہوٹل کے باہر ہی قریب ہی ایک مسجد تھی جس سے لاؤڈ لاؤڈ سپیکر پر اذان ہوتی تھی۔</w:t>
      </w:r>
    </w:p>
    <w:p>
      <w:r>
        <w:rPr>
          <w:b/>
        </w:rPr>
        <w:t xml:space="preserve">[09:19] </w:t>
      </w:r>
      <w:r>
        <w:t>to wahan se awaz aati thi wahi arabi alfaz, wahi Allah o Akbar, wahi sab azan ke arabi alfaz</w:t>
      </w:r>
    </w:p>
    <w:p>
      <w:pPr>
        <w:jc w:val="right"/>
      </w:pPr>
      <w:r>
        <w:t>تو وہاں سے آواز آتی تھی وہی عربی الفاظ، وہی اللہ اکبر، وہی سب اذان کے عربی الفاظ</w:t>
      </w:r>
    </w:p>
    <w:p>
      <w:r>
        <w:rPr>
          <w:b/>
        </w:rPr>
        <w:t xml:space="preserve">[09:27] </w:t>
      </w:r>
      <w:r>
        <w:t>. to kuch der mujhe unconsciously yeh khayal hota tha ke shayad main kisi aur mulk ke pahunch gaya hoon, turki mein nahi aaya hoon. unconsciously yeh turki nahi, koi aur doosra mulk hai.</w:t>
      </w:r>
    </w:p>
    <w:p>
      <w:pPr>
        <w:jc w:val="right"/>
      </w:pPr>
      <w:r>
        <w:t>۔ تو کچھ دیر مجھے انکانشیسلی یہ خیال ہوتا تھا کہ شاید میں کسی اور ملک کے پہنچ گیا ہوں، ترکی میں نہیں آیا ہوں۔ انکانشیسلی یہ ترکی نہیں، کوئی اور دوسرا ملک ہے۔</w:t>
      </w:r>
    </w:p>
    <w:p>
      <w:r>
        <w:rPr>
          <w:b/>
        </w:rPr>
        <w:t xml:space="preserve">[09:41] </w:t>
      </w:r>
      <w:r>
        <w:t>aise hi wahan par hum jo bohat bara paper wahan ka hai, zaman, zaman daily, us ke office mein jana hua.</w:t>
      </w:r>
    </w:p>
    <w:p>
      <w:pPr>
        <w:jc w:val="right"/>
      </w:pPr>
      <w:r>
        <w:t>ایسے ہی وہاں پر ہم جو بہت بڑا پیپر وہاں کا ہے، زمن، زمن ڈیلی، اس کے آفس میں جانا ہوا۔</w:t>
      </w:r>
    </w:p>
    <w:p>
      <w:r>
        <w:rPr>
          <w:b/>
        </w:rPr>
        <w:t xml:space="preserve">[09:50] </w:t>
      </w:r>
      <w:r>
        <w:t>wahan hamara interview tha.</w:t>
      </w:r>
    </w:p>
    <w:p>
      <w:pPr>
        <w:jc w:val="right"/>
      </w:pPr>
      <w:r>
        <w:t>وہاں ہمارا انٹرویو تھا۔</w:t>
      </w:r>
    </w:p>
    <w:p>
      <w:r>
        <w:rPr>
          <w:b/>
        </w:rPr>
        <w:t xml:space="preserve">[09:53] </w:t>
      </w:r>
      <w:r>
        <w:t>to bohat bara is ka headquarter hai. is mein kafi bari masjid thi. wahan hum gaye namaz parhne ke liye. to log chale aa rahe hain namaz parhne ke liye, ek se ek barh kar.</w:t>
      </w:r>
    </w:p>
    <w:p>
      <w:pPr>
        <w:jc w:val="right"/>
      </w:pPr>
      <w:r>
        <w:t>تو بہت بڑا اس کا ہیڈ کوارٹر ہے۔ اس میں کافی بڑی مسجد تھی۔ وہاں ہم گئے نماز پڑھنے کے لیے۔ تو لوگ چلے آ رہے ہیں نماز پڑھنے کے لیے، ایک سے ایک بڑھ کر۔</w:t>
      </w:r>
    </w:p>
    <w:p>
      <w:r>
        <w:rPr>
          <w:b/>
        </w:rPr>
        <w:t xml:space="preserve">[10:05] </w:t>
      </w:r>
      <w:r>
        <w:t>sara bhar gaya woh. tab mujhe ehsas hua ke kya main turki mein hoon ya kisi doosre mulk mein hoon. kyunke mind mein itna tha ke turki mein namazi khatm kar diya unho ne.</w:t>
      </w:r>
    </w:p>
    <w:p>
      <w:pPr>
        <w:jc w:val="right"/>
      </w:pPr>
      <w:r>
        <w:t>سارا بھر گیا وہ۔ تب مجھے احساس ہوا کہ کیا میں ترکی میں ہوں یا کسی دوسرے ملک میں ہوں۔ کیونکہ مائنڈ میں اتنا تھا کہ ترکی میں نمازی ختم کر دیا انہوں نے۔</w:t>
      </w:r>
    </w:p>
    <w:p>
      <w:r>
        <w:rPr>
          <w:b/>
        </w:rPr>
        <w:t xml:space="preserve">[10:18] </w:t>
      </w:r>
      <w:r>
        <w:t>phir jab conference shuru hui to ek qari ne aa kar ke tilawat ki, wahi arab lehje mein jaise ke yahan india mein hoti hai.</w:t>
      </w:r>
    </w:p>
    <w:p>
      <w:pPr>
        <w:jc w:val="right"/>
      </w:pPr>
      <w:r>
        <w:t>پھر جب کانفرنس شروع ہوئی تو ایک قاری نے آ کر کے تلاوت کی، وہی عرب لہجے میں جیسے کہ یہاں انڈیا میں ہوتی ہے۔</w:t>
      </w:r>
    </w:p>
    <w:p>
      <w:r>
        <w:rPr>
          <w:b/>
        </w:rPr>
        <w:t xml:space="preserve">[10:28] </w:t>
      </w:r>
      <w:r>
        <w:t>is tarah ke tajurba hote the to unconsciously mere mind mein aata tha ke shayad main kisi doosre mulk pahunch pahunch gaya hoon. to ek waqt laga, kuch der lagi mujhe yeh janne mein ke yahi turki hai.</w:t>
      </w:r>
    </w:p>
    <w:p>
      <w:pPr>
        <w:jc w:val="right"/>
      </w:pPr>
      <w:r>
        <w:t>اس طرح کے تجربات ہوتے تھے تو انکانشیسلی میرے مائنڈ میں آتا تھا کہ شاید میں کسی دوسرے ملک پہنچ پہنچ گیا ہوں۔ تو ایک وقت لگا، کچھ دیر لگی مجھے یہ جاننے میں کہ یہی ترکی ہے۔</w:t>
      </w:r>
    </w:p>
    <w:p>
      <w:r>
        <w:rPr>
          <w:b/>
        </w:rPr>
        <w:t xml:space="preserve">[10:41] </w:t>
      </w:r>
      <w:r>
        <w:t>aur jhooti baatein mujhe batai gayi thin. turki to ek bohat hi developed mulk hai.</w:t>
      </w:r>
    </w:p>
    <w:p>
      <w:pPr>
        <w:jc w:val="right"/>
      </w:pPr>
      <w:r>
        <w:t>اور جھوٹی باتیں مجھے بتائی گئی تھیں۔ ترکی تو ایک بہت ہی ڈویلپڈ ملک ہے۔</w:t>
      </w:r>
    </w:p>
    <w:p>
      <w:r>
        <w:rPr>
          <w:b/>
        </w:rPr>
        <w:t xml:space="preserve">[10:50] </w:t>
      </w:r>
      <w:r>
        <w:t>mera apna ehsas yeh hai ke turki muslim countries mein sab se zyada developed mulk hai. misaal ke taur par dekhiye is ke paas tel nahi hai. lekin woh industry itni barhai hai is ne, industry ke taqreeban yeh khud kifaal hai woh, self sufficient hai woh.</w:t>
      </w:r>
    </w:p>
    <w:p>
      <w:pPr>
        <w:jc w:val="right"/>
      </w:pPr>
      <w:r>
        <w:t>میرا اپنا احساس یہ ہے کہ ترکی مسلم کنٹریز میں سب سے زیادہ ڈویلپڈ ملک ہے۔ مثلاً دیکھیے اس کے پاس تیل نہیں ہے۔ لیکن وہ انڈسٹری اتنی بڑھائی ہے اس نے، انڈسٹری کہ تقریباً اس خود کفیل ہے وہ، سیلف سفیشنٹ ہے وہ۔</w:t>
      </w:r>
    </w:p>
    <w:p>
      <w:r>
        <w:rPr>
          <w:b/>
        </w:rPr>
        <w:t xml:space="preserve">[11:07] </w:t>
      </w:r>
      <w:r>
        <w:t>europe ke mulkon mein apni product bechta hai woh.</w:t>
      </w:r>
    </w:p>
    <w:p>
      <w:pPr>
        <w:jc w:val="right"/>
      </w:pPr>
      <w:r>
        <w:t>یورپ کے ملکوں میں اپنی پروڈکٹ بیچتا ہے وہ۔</w:t>
      </w:r>
    </w:p>
    <w:p>
      <w:r>
        <w:rPr>
          <w:b/>
        </w:rPr>
        <w:t xml:space="preserve">[11:13] </w:t>
      </w:r>
      <w:r>
        <w:t>to kaisi ajib gharib yeh qaum hai ke jahan khari hai usi se bilkul be khabar hai.</w:t>
      </w:r>
    </w:p>
    <w:p>
      <w:pPr>
        <w:jc w:val="right"/>
      </w:pPr>
      <w:r>
        <w:t>تو کیسی عجیب غریب یہ قوم ہے کہ جہاں کھڑی ہے اسی سے بالکل بے خبر ہے۔</w:t>
      </w:r>
    </w:p>
    <w:p>
      <w:r>
        <w:rPr>
          <w:b/>
        </w:rPr>
        <w:t xml:space="preserve">[11:21] </w:t>
      </w:r>
      <w:r>
        <w:t>jis duniya mein reh rahe hain usi duniya se be khabar hain. bas shikayat aati hai musalmano ko, shikayat ke hamare upar zulm ho raha hai, hamare upar sazish ho rahi hai.</w:t>
      </w:r>
    </w:p>
    <w:p>
      <w:pPr>
        <w:jc w:val="right"/>
      </w:pPr>
      <w:r>
        <w:t>جس دنیا میں رہ رہے ہیں اسی دنیا سے بے خبر ہیں۔ بس شکایت آتی ہے مسلمانوں کو، شکایت کہ ہمارے اوپر ظلم ہو رہا ہے، ہمارے اوپر سازش ہو رہی ہے۔</w:t>
      </w:r>
    </w:p>
    <w:p>
      <w:r>
        <w:rPr>
          <w:b/>
        </w:rPr>
        <w:t xml:space="preserve">[11:33] </w:t>
      </w:r>
      <w:r>
        <w:t>kal parson urdu akhbar mein chapa tha ek ek mashhoor aalim ka taqreer ke india mein musalmano par backwardness ko thopa gaya hai.</w:t>
      </w:r>
    </w:p>
    <w:p>
      <w:pPr>
        <w:jc w:val="right"/>
      </w:pPr>
      <w:r>
        <w:t>کل پرسوں اردو اخبار میں چھپا تھا ایک ایک مشہور عالم کا تقریر کہ انڈیا میں مسلمانوں پر بیکورڈنس کو تھوپا گیا ہے۔</w:t>
      </w:r>
    </w:p>
    <w:p>
      <w:r>
        <w:rPr>
          <w:b/>
        </w:rPr>
        <w:t xml:space="preserve">[11:46] </w:t>
      </w:r>
      <w:r>
        <w:t>yeh yeh chapa hua tha waqia tha.</w:t>
      </w:r>
    </w:p>
    <w:p>
      <w:pPr>
        <w:jc w:val="right"/>
      </w:pPr>
      <w:r>
        <w:t>یہ یہ چھپا ہوا تھا واقعہ تھا۔</w:t>
      </w:r>
    </w:p>
    <w:p>
      <w:r>
        <w:rPr>
          <w:b/>
        </w:rPr>
        <w:t xml:space="preserve">[11:50] </w:t>
      </w:r>
      <w:r>
        <w:t>india ke musalmano par backwardness ko yani pasmandagi ko thopa gaya. to main main ne socha ke jis jis qaum ka haal yeh ho ke thopa jaye aur thop jaye to aise jeene ka haq kya hai?</w:t>
      </w:r>
    </w:p>
    <w:p>
      <w:pPr>
        <w:jc w:val="right"/>
      </w:pPr>
      <w:r>
        <w:t>انڈیا کے مسلمانوں پر بیکورڈنس کو یعنی پسماندگی کو تھوپا گیا۔ تو میں میں نے سوچا کہ جس جس قوم کا حال یہ ہو کہ تھوپا جائے اور تھوپ جائے تو ایسے جینے کا حق کیا ہے؟</w:t>
      </w:r>
    </w:p>
    <w:p>
      <w:r>
        <w:rPr>
          <w:b/>
        </w:rPr>
        <w:t xml:space="preserve">[12:03] </w:t>
      </w:r>
      <w:r>
        <w:t>kya zaroorat in ko jeene ki? aise logon ko jeene ka haq kya hai?</w:t>
      </w:r>
    </w:p>
    <w:p>
      <w:pPr>
        <w:jc w:val="right"/>
      </w:pPr>
      <w:r>
        <w:t>کیا ضرورت ان کو جینے کی؟ ایسے لوگوں کو جینے کا حق کیا ہے؟</w:t>
      </w:r>
    </w:p>
    <w:p>
      <w:r>
        <w:rPr>
          <w:b/>
        </w:rPr>
        <w:t xml:space="preserve">[12:10] </w:t>
      </w:r>
      <w:r>
        <w:t>bohat zabardast hammering ki zaroorat hoti hai. main bolta hoon aise alfaz to is liye nahi ke mujhe koi baghair hammering ke aap kisi ki islaah nahi kar sakte.</w:t>
      </w:r>
    </w:p>
    <w:p>
      <w:pPr>
        <w:jc w:val="right"/>
      </w:pPr>
      <w:r>
        <w:t>بہت زبردست ہیمبرنگ کی ضرورت ہوتی ہے۔ میں بولتا ہوں ایسے الفاظ تو اس لیے نہیں کہ مجھے کوئی بغیر ہیمبرنگ کے آپ کسی کی اصلاح نہیں کر سکتے۔</w:t>
      </w:r>
    </w:p>
    <w:p>
      <w:r>
        <w:rPr>
          <w:b/>
        </w:rPr>
        <w:t xml:space="preserve">[12:21] </w:t>
      </w:r>
      <w:r>
        <w:t>aap ko hammering karni paregi.</w:t>
      </w:r>
    </w:p>
    <w:p>
      <w:pPr>
        <w:jc w:val="right"/>
      </w:pPr>
      <w:r>
        <w:t>آپ کو ہیمبرنگ کرنی پڑے گی۔</w:t>
      </w:r>
    </w:p>
    <w:p>
      <w:r>
        <w:rPr>
          <w:b/>
        </w:rPr>
        <w:t xml:space="preserve">[12:26] </w:t>
      </w:r>
      <w:r>
        <w:t>to khair jo wahan par guzra ata turk mein jis ki khabrein aap ne suni hongi ke kamal ata turk ke bare mein ke woh islam dushman tha.</w:t>
      </w:r>
    </w:p>
    <w:p>
      <w:pPr>
        <w:jc w:val="right"/>
      </w:pPr>
      <w:r>
        <w:t>تو خیر جو وہاں پر گزرا عطا ترک میں جس کی خبریں آپ نے سنی ہوں گی کہ کمال عطا ترک کے بارے میں کہ وہ اسلام دشمن تھا۔</w:t>
      </w:r>
    </w:p>
    <w:p>
      <w:r>
        <w:rPr>
          <w:b/>
        </w:rPr>
        <w:t xml:space="preserve">[12:35] </w:t>
      </w:r>
      <w:r>
        <w:t>kuch logon ne yahan tak keh diya ke woh yahoodi nasal se tha. woh aisa tha, woh aisa tha. sab bilkul jhooti baatein hain.</w:t>
      </w:r>
    </w:p>
    <w:p>
      <w:pPr>
        <w:jc w:val="right"/>
      </w:pPr>
      <w:r>
        <w:t>کچھ لوگوں نے یہاں تک کہہ دیا کہ وہ یہودی نسل سے تھا۔ وہ ایسا تھا، وہ ایسا تھا۔ سب بالکل جھوٹی باتیں ہیں۔</w:t>
      </w:r>
    </w:p>
    <w:p>
      <w:r>
        <w:rPr>
          <w:b/>
        </w:rPr>
        <w:t xml:space="preserve">[12:45] </w:t>
      </w:r>
      <w:r>
        <w:t>jo kuch kiya kamal turk ne woh tha us ko kehte hain yani stagnation yani jamood ko todne ke liye radical operation.</w:t>
      </w:r>
    </w:p>
    <w:p>
      <w:pPr>
        <w:jc w:val="right"/>
      </w:pPr>
      <w:r>
        <w:t>جو کچھ کیا کمال ترک نے وہ تھا اس کو کہتے ہیں یعنی اسٹیگنیشن یعنی جمود کو توڑنے کے لیے ریڈیکل آپریشن۔</w:t>
      </w:r>
    </w:p>
    <w:p>
      <w:r>
        <w:rPr>
          <w:b/>
        </w:rPr>
        <w:t xml:space="preserve">[12:58] </w:t>
      </w:r>
      <w:r>
        <w:t>det waz redikal operation.</w:t>
      </w:r>
    </w:p>
    <w:p>
      <w:pPr>
        <w:jc w:val="right"/>
      </w:pPr>
      <w:r>
        <w:t>دیٹ واز ریڈیکل آپریشن۔</w:t>
      </w:r>
    </w:p>
    <w:p>
      <w:r>
        <w:rPr>
          <w:b/>
        </w:rPr>
        <w:t xml:space="preserve">[13:01] </w:t>
      </w:r>
      <w:r>
        <w:t>aur baghair redikal operation operation ke kuch hota nahi. tod phod karna parta hai. redikal operation.</w:t>
      </w:r>
    </w:p>
    <w:p>
      <w:pPr>
        <w:jc w:val="right"/>
      </w:pPr>
      <w:r>
        <w:t>اور بغیر ریڈیکل آپریشن آپریشن کے کچھ ہوتا نہیں۔ توڑ پھوڑ کرنا پڑتا ہے۔ ریڈیکل آپریشن۔</w:t>
      </w:r>
    </w:p>
    <w:p>
      <w:r>
        <w:rPr>
          <w:b/>
        </w:rPr>
        <w:t xml:space="preserve">[13:12] </w:t>
      </w:r>
      <w:r>
        <w:t>aur muslim mula room jo turki ki taraf mansoob hain un ka ek shair bohat sahi shair hai. waise muslimi ko manta manta nahi mein.</w:t>
      </w:r>
    </w:p>
    <w:p>
      <w:pPr>
        <w:jc w:val="right"/>
      </w:pPr>
      <w:r>
        <w:t>اور مسلم ملا روم جو ترکی کی طرف منسوب ہیں ان کا ایک شعر بہت صحیح شعر ہے۔ ویسے مسلمی کو مانتا مانتا نہیں میں۔</w:t>
      </w:r>
    </w:p>
    <w:p>
      <w:r>
        <w:rPr>
          <w:b/>
        </w:rPr>
        <w:t xml:space="preserve">[13:20] </w:t>
      </w:r>
      <w:r>
        <w:t>mein muslimi se mujhe kuch bhi dilchaspi nahi hai. lekin is mein kai baatein aisi hain jo yani sahi</w:t>
      </w:r>
    </w:p>
    <w:p>
      <w:pPr>
        <w:jc w:val="right"/>
      </w:pPr>
      <w:r>
        <w:t>میں مسلمی سے مجھے کچھ بھی دلچسپی نہیں ہے۔ لیکن اس میں کئی باتیں ایسی ہیں جو یعنی صحیح</w:t>
      </w:r>
    </w:p>
    <w:p>
      <w:r>
        <w:rPr>
          <w:b/>
        </w:rPr>
        <w:t xml:space="preserve">[13:29] </w:t>
      </w:r>
      <w:r>
        <w:t>hain. un ka ek shair hai: "chun banaye kehna abadana kunand oola taameer raweeraan kunand".</w:t>
      </w:r>
    </w:p>
    <w:p>
      <w:pPr>
        <w:jc w:val="right"/>
      </w:pPr>
      <w:r>
        <w:t>ہیں۔ ان کا ایک شعر ہے: "چوں بنائے کہنا آباداں کنند اولا تعمیر راویراں کنند"۔</w:t>
      </w:r>
    </w:p>
    <w:p>
      <w:r>
        <w:rPr>
          <w:b/>
        </w:rPr>
        <w:t xml:space="preserve">[13:39] </w:t>
      </w:r>
      <w:r>
        <w:t>yani ek imarat ko jab phir se banana hota hai to us ko tod dete hain. tod ke phir nai imarat khari hoti hai. to yeh us ko kehte hain redikal operation.</w:t>
      </w:r>
    </w:p>
    <w:p>
      <w:pPr>
        <w:jc w:val="right"/>
      </w:pPr>
      <w:r>
        <w:t>یعنی ایک عمارت کو جب پھر سے بنانا ہوتا ہے تو اس کو توڑ دیتے ہیں۔ توڑ کے پھر نئی عمارت کھڑی ہوتی ہے۔ تو یہ اس کو کہتے ہیں ریڈیکل آپریشن۔</w:t>
      </w:r>
    </w:p>
    <w:p>
      <w:r>
        <w:rPr>
          <w:b/>
        </w:rPr>
        <w:t xml:space="preserve">[13:52] </w:t>
      </w:r>
      <w:r>
        <w:t>hamesha dekhiye tareekh mein hamesha aise hi hota hai.</w:t>
      </w:r>
    </w:p>
    <w:p>
      <w:pPr>
        <w:jc w:val="right"/>
      </w:pPr>
      <w:r>
        <w:t>ہمیشہ دیکھیے تاریخ میں ہمیشہ ایسے ہی ہوتا ہے۔</w:t>
      </w:r>
    </w:p>
    <w:p>
      <w:r>
        <w:rPr>
          <w:b/>
        </w:rPr>
        <w:t xml:space="preserve">[13:56] </w:t>
      </w:r>
      <w:r>
        <w:t>koi bhi qaum kuch dinon ke baad woh is mein jamood aa jata hai. koi bhi qaum ho. us waqt ek aisa reformer darkar hota hai jo redikal change laye, tod phod kare.</w:t>
      </w:r>
    </w:p>
    <w:p>
      <w:pPr>
        <w:jc w:val="right"/>
      </w:pPr>
      <w:r>
        <w:t>کوئی بھی قوم کچھ دنوں کے بعد وہ اس میں جمود آ جاتا ہے۔ کوئی بھی قوم ہو۔ اس وقت ایک ایسا ریفارمر درکار ہوتا ہے جو ریڈیکل چینج لائے، توڑ پھوڑ کرے۔</w:t>
      </w:r>
    </w:p>
    <w:p>
      <w:r>
        <w:rPr>
          <w:b/>
        </w:rPr>
        <w:t xml:space="preserve">[14:10] </w:t>
      </w:r>
      <w:r>
        <w:t>agar woh qaum accept nahi karegi aise reformer ko to woh jamood mein pari rahegi. stagnation mein badsoorat pari rahegi.</w:t>
      </w:r>
    </w:p>
    <w:p>
      <w:pPr>
        <w:jc w:val="right"/>
      </w:pPr>
      <w:r>
        <w:t>اگر وہ قوم ایکسیپٹ نہیں کرے گی ایسے ریفارمر کو تو وہ جمود میں پڑی رہے گی۔ اسٹیگنیشن میں بدصورت پڑی رہے گی۔</w:t>
      </w:r>
    </w:p>
    <w:p>
      <w:r>
        <w:rPr>
          <w:b/>
        </w:rPr>
        <w:t xml:space="preserve">[14:21] </w:t>
      </w:r>
      <w:r>
        <w:t>to jo kuch kiya kamal ata turk ne woh mein samajhta hoon ke woh yani is ke liye sahi lafz yahi hai ke redikal operation tha woh.</w:t>
      </w:r>
    </w:p>
    <w:p>
      <w:pPr>
        <w:jc w:val="right"/>
      </w:pPr>
      <w:r>
        <w:t>تو جو کچھ کیا کمال عطا ترک نے وہ میں سمجھتا ہوں کہ وہ یعنی اس کے لیے صحیح لفظ یہی ہے کہ ریڈیکل آپریشن تھا وہ۔</w:t>
      </w:r>
    </w:p>
    <w:p>
      <w:r>
        <w:rPr>
          <w:b/>
        </w:rPr>
        <w:t xml:space="preserve">[14:33] </w:t>
      </w:r>
      <w:r>
        <w:t>mein ek misaal doon aap ko. hum yeh suntay thay, parhtay thay ke kamal ata turk ne turki zaban ko script badal diya.</w:t>
      </w:r>
    </w:p>
    <w:p>
      <w:pPr>
        <w:jc w:val="right"/>
      </w:pPr>
      <w:r>
        <w:t>میں ایک مثال دوں آپ کو۔ ہم یہ سنتے تھے، پڑھتے تھے کہ کمال عطا ترک نے ترکی زبان کو اسکرپٹ بدل دیا۔</w:t>
      </w:r>
    </w:p>
    <w:p>
      <w:r>
        <w:rPr>
          <w:b/>
        </w:rPr>
        <w:t xml:space="preserve">[14:44] </w:t>
      </w:r>
      <w:r>
        <w:t>arabi thi pehle script us ki aur roman kar diya</w:t>
      </w:r>
    </w:p>
    <w:p>
      <w:pPr>
        <w:jc w:val="right"/>
      </w:pPr>
      <w:r>
        <w:t>عربی تھی پہلے اسکرپٹ اس کی اور رومن کر دیا</w:t>
      </w:r>
    </w:p>
    <w:p>
      <w:r>
        <w:rPr>
          <w:b/>
        </w:rPr>
        <w:t xml:space="preserve">[14:48] </w:t>
      </w:r>
      <w:r>
        <w:t>. ab wahan par sare akhbar, sare magazine, sari kitabein roman mein chapti hain. to hum is ko bohat bura samajhtay thay, bohat bura. mein samajhta hoon ke yeh bohat sahi tha.</w:t>
      </w:r>
    </w:p>
    <w:p>
      <w:pPr>
        <w:jc w:val="right"/>
      </w:pPr>
      <w:r>
        <w:t>۔ اب وہاں پر سارے اخبار، سارے میگزین، ساری کتابیں رومن میں چھپتی ہیں۔ تو ہم اس کو بہت برا سمجھتے تھے، بہت برا۔ میں سمجھتا ہوں کہ یہ بہت صحیح تھا۔</w:t>
      </w:r>
    </w:p>
    <w:p>
      <w:r>
        <w:rPr>
          <w:b/>
        </w:rPr>
        <w:t xml:space="preserve">[15:00] </w:t>
      </w:r>
      <w:r>
        <w:t>is ki wajah se kya faida mila? bhai script koi muqaddas hota nahi. script ka yeh bhi theek hai, woh bhi theek hai. arabi rasam ul khut koi jannat ka nahi hai, nahi.</w:t>
      </w:r>
    </w:p>
    <w:p>
      <w:pPr>
        <w:jc w:val="right"/>
      </w:pPr>
      <w:r>
        <w:t>اس کی وجہ سے کیا فائدہ ملا؟ بھئی اسکرپٹ کوئی مقدس ہوتا نہیں۔ اسکرپٹ کا یہ بھی ٹھیک ہے، وہ بھی ٹھیک ہے۔ عربی رسم الخط کوئی جنت کا نہیں ہے، نہیں۔</w:t>
      </w:r>
    </w:p>
    <w:p>
      <w:r>
        <w:rPr>
          <w:b/>
        </w:rPr>
        <w:t xml:space="preserve">[15:12] </w:t>
      </w:r>
      <w:r>
        <w:t>yeh bas wajah hai ke arabi jo script hai woh koi holy script hai, harghiz nahi.</w:t>
      </w:r>
    </w:p>
    <w:p>
      <w:pPr>
        <w:jc w:val="right"/>
      </w:pPr>
      <w:r>
        <w:t>یہ بس وجہ ہے کہ عربی جو اسکرپٹ ہے وہ کوئی ہولی اسکرپٹ ہے، ہرگز نہیں۔</w:t>
      </w:r>
    </w:p>
    <w:p>
      <w:r>
        <w:rPr>
          <w:b/>
        </w:rPr>
        <w:t xml:space="preserve">[15:18] </w:t>
      </w:r>
      <w:r>
        <w:t>har jaisa arabi script, waisa hindi script, waisa roman script, harghiz harghiz woh koi holy script nahi hai. to jo unhon ne yeh kiya ke turki zaban mein jo ek mustaqil zaban hai woh arabi zaban nahi hai.</w:t>
      </w:r>
    </w:p>
    <w:p>
      <w:pPr>
        <w:jc w:val="right"/>
      </w:pPr>
      <w:r>
        <w:t>ہر جیسا عربی اسکرپٹ، ویسا ہندی اسکرپٹ، ویسا رومن اسکرپٹ، ہرگز ہرگز وہ کوئی ہولی اسکرپٹ نہیں ہے۔ تو جو انہوں نے یہ کیا کہ ترکی زبان میں جو ایک مستقل زبان ہے وہ عربی زبان نہیں ہے۔</w:t>
      </w:r>
    </w:p>
    <w:p>
      <w:r>
        <w:rPr>
          <w:b/>
        </w:rPr>
        <w:t xml:space="preserve">[15:36] </w:t>
      </w:r>
      <w:r>
        <w:t>to is ka script badal diya unhon ne, roman kar diya. is ka faida kya hua?</w:t>
      </w:r>
    </w:p>
    <w:p>
      <w:pPr>
        <w:jc w:val="right"/>
      </w:pPr>
      <w:r>
        <w:t>تو اس کا اسکرپٹ بدل دیا انہوں نے، رومن کر دیا۔ اس کا فائدہ کیا ہوا؟</w:t>
      </w:r>
    </w:p>
    <w:p>
      <w:r>
        <w:rPr>
          <w:b/>
        </w:rPr>
        <w:t xml:space="preserve">[15:43] </w:t>
      </w:r>
      <w:r>
        <w:t>jab computer ki zaban aya to yani dharra dhar woh poori zaban computerize ho gayi.</w:t>
      </w:r>
    </w:p>
    <w:p>
      <w:pPr>
        <w:jc w:val="right"/>
      </w:pPr>
      <w:r>
        <w:t>جب کمپیوٹر کی زبان آیا تو یعنی دھڑا دھڑ وہ پوری زبان کمپیوٹرائز ہو گئی۔</w:t>
      </w:r>
    </w:p>
    <w:p>
      <w:r>
        <w:rPr>
          <w:b/>
        </w:rPr>
        <w:t xml:space="preserve">[15:52] </w:t>
      </w:r>
      <w:r>
        <w:t>hamaray to haal hi ka aaj bhi urdu zaban computer ke aitbar se peechay peechay hai, bohat peechay hai. jo tarqqiyan hui hain computer mein us ke aitbar se hum ko faida nahi mila urdu zaban ko.</w:t>
      </w:r>
    </w:p>
    <w:p>
      <w:pPr>
        <w:jc w:val="right"/>
      </w:pPr>
      <w:r>
        <w:t>ہمارے تو حال ہی کا آج بھی اردو زبان کمپیوٹر کے اعتبار سے پیچھے پیچھے ہے، بہت پیچھے ہے۔ جو ترقیاں ہوئی ہیں کمپیوٹر میں اس کے اعتبار سے ہم کو فائدہ نہیں ملا اردو زبان کو۔</w:t>
      </w:r>
    </w:p>
    <w:p>
      <w:r>
        <w:rPr>
          <w:b/>
        </w:rPr>
        <w:t xml:space="preserve">[16:04] </w:t>
      </w:r>
      <w:r>
        <w:t>kyun ke hamaray script jo hai woh doosra hai. aur computer ka script script jo hai wahi hota hai roman.</w:t>
      </w:r>
    </w:p>
    <w:p>
      <w:pPr>
        <w:jc w:val="right"/>
      </w:pPr>
      <w:r>
        <w:t>کیونکہ ہمارے اسکرپٹ جو ہے وہ دوسرا ہے۔ اور کمپیوٹر کا اسکرپٹ اسکرپٹ جو ہے وہی ہوتا ہے رومن۔</w:t>
      </w:r>
    </w:p>
    <w:p>
      <w:r>
        <w:rPr>
          <w:b/>
        </w:rPr>
        <w:t xml:space="preserve">[16:15] </w:t>
      </w:r>
      <w:r>
        <w:t>to zabardast tarqqi un ko hui yani computer age mein. bohat zabardast tarqqi hui. phir dekhiye un ke andar openness aya.</w:t>
      </w:r>
    </w:p>
    <w:p>
      <w:pPr>
        <w:jc w:val="right"/>
      </w:pPr>
      <w:r>
        <w:t>تو زبردست ترقی ان کو ہوئی یعنی کمپیوٹر ایج میں۔ بہت زبردست ترقی ہوئی۔ پھر دیکھیے ان کے اندر اوپننس آیا۔</w:t>
      </w:r>
    </w:p>
    <w:p>
      <w:r>
        <w:rPr>
          <w:b/>
        </w:rPr>
        <w:t xml:space="preserve">[16:28] </w:t>
      </w:r>
      <w:r>
        <w:t>yani ab kamal ata turk jo tod phod kiya tha us mein openness aya. to openness ki wajah se bohat tarqqi un ki hui. bohat tarqqi hui.</w:t>
      </w:r>
    </w:p>
    <w:p>
      <w:pPr>
        <w:jc w:val="right"/>
      </w:pPr>
      <w:r>
        <w:t>یعنی اب کمال عطا ترک جو توڑ پھوڑ کیا تھا اس میں اوپننس آیا۔ تو اوپننس کی وجہ سے بہت ترقی ان کی ہوئی۔ بہت ترقی ہوئی۔</w:t>
      </w:r>
    </w:p>
    <w:p>
      <w:r>
        <w:rPr>
          <w:b/>
        </w:rPr>
        <w:t xml:space="preserve">[16:38] </w:t>
      </w:r>
      <w:r>
        <w:t>is se pehle kya haal tha turki ka? ek misaal mein arz karoon.</w:t>
      </w:r>
    </w:p>
    <w:p>
      <w:pPr>
        <w:jc w:val="right"/>
      </w:pPr>
      <w:r>
        <w:t>اس سے پہلے کیا حال تھا ترکی کا؟ ایک مثال میں عرض کروں۔</w:t>
      </w:r>
    </w:p>
    <w:p>
      <w:r>
        <w:rPr>
          <w:b/>
        </w:rPr>
        <w:t xml:space="preserve">[16:45] </w:t>
      </w:r>
      <w:r>
        <w:t>turki mein ek jab khilafat ka zamana tha to ek sultan thay, un ka naam tha sultan abdul majeed sani.</w:t>
      </w:r>
    </w:p>
    <w:p>
      <w:pPr>
        <w:jc w:val="right"/>
      </w:pPr>
      <w:r>
        <w:t>ترکی میں ایک جب خلافت کا زمانہ تھا تو ایک سلطان تھے، ان کا نام تھا سلطان عبدالمجید ثانی۔</w:t>
      </w:r>
    </w:p>
    <w:p>
      <w:r>
        <w:rPr>
          <w:b/>
        </w:rPr>
        <w:t xml:space="preserve">[16:55] </w:t>
      </w:r>
      <w:r>
        <w:t>un ki death hui hai 1909 mein. yani 1909 ki death hui hai. to unhon ne woh is un se pehle tak wahan par jo kashtiyan hoti theen woh wahi chalti theen, chip push chalnay wali.</w:t>
      </w:r>
    </w:p>
    <w:p>
      <w:pPr>
        <w:jc w:val="right"/>
      </w:pPr>
      <w:r>
        <w:t>ان کی ڈیتھ ہوئی ہے 1909 میں۔ یعنی 1909 کی ڈیتھ ہوئی ہے۔ تو انہوں نے وہ اس ان سے پہلے تک وہاں پر جو کشتیاں ہوتی تھیں وہ وہی چلتی تھیں، چپ پش چلنے والی۔</w:t>
      </w:r>
    </w:p>
    <w:p>
      <w:r>
        <w:rPr>
          <w:b/>
        </w:rPr>
        <w:t xml:space="preserve">[17:14] </w:t>
      </w:r>
      <w:r>
        <w:t>steam power se nahi chalti thi. to woh pehle sultan hain jinhon ne steam power yaani jo jo ke Europe mein aa chuka tha us ko unhon ne hasil kiya aur steam engine ke zariye jahaz banaye, steam engine se chalne wale jahaz.</w:t>
      </w:r>
    </w:p>
    <w:p>
      <w:pPr>
        <w:jc w:val="right"/>
      </w:pPr>
      <w:r>
        <w:t>اسٹیم پاور سے نہیں چلتی تھیں۔ تو وہ پہلے سلطان ہیں جنہوں نے اسٹیم پاور یعنی جو جو کہ یورپ میں آ چکا تھا اس کو انہوں نے حاصل کیا اور اسٹیم انجن کے ذریعے جہاز بنائے، اسٹیم انجن سے چلنے والے جہاز۔</w:t>
      </w:r>
    </w:p>
    <w:p>
      <w:r>
        <w:rPr>
          <w:b/>
        </w:rPr>
        <w:t xml:space="preserve">[17:35] </w:t>
      </w:r>
      <w:r>
        <w:t>to jab aise jahaz bane wahan Turki mein to jante hain kya hua?</w:t>
      </w:r>
    </w:p>
    <w:p>
      <w:pPr>
        <w:jc w:val="right"/>
      </w:pPr>
      <w:r>
        <w:t>تو جب ایسے جہاز بنے وہاں ترکی میں تو جانتے ہیں کیا ہوا؟</w:t>
      </w:r>
    </w:p>
    <w:p>
      <w:r>
        <w:rPr>
          <w:b/>
        </w:rPr>
        <w:t xml:space="preserve">[17:40] </w:t>
      </w:r>
      <w:r>
        <w:t>Ulama ne kaha ke shor machaya ke samandar mein utarne se pehle khatm Bukhari hona chahiye. Warna koi pata nahi kya pesh aa jaye ga.</w:t>
      </w:r>
    </w:p>
    <w:p>
      <w:pPr>
        <w:jc w:val="right"/>
      </w:pPr>
      <w:r>
        <w:t>علماء نے کہا کہ شور مچایا کہ سمندر میں اتارنے سے پہلے ختم بخاری ہونا چاہیے۔ ورنہ کوئی پتہ نہیں کیا پیش آ جائے گا۔</w:t>
      </w:r>
    </w:p>
    <w:p>
      <w:r>
        <w:rPr>
          <w:b/>
        </w:rPr>
        <w:t xml:space="preserve">[17:51] </w:t>
      </w:r>
      <w:r>
        <w:t>Yaani steam power se chalne wale jahazon ko samandar mein utarne se pehle khatm Bukhari kiya jaye. To is par ek ek Turk afsar ne kaha tha is zamane mein jo ke Europe mein parha likha tha, woh jadeed afkar se waqif tha.</w:t>
      </w:r>
    </w:p>
    <w:p>
      <w:pPr>
        <w:jc w:val="right"/>
      </w:pPr>
      <w:r>
        <w:t>یعنی اسٹیم پاور سے چلنے والے جہازوں کو سمندر میں اتارنے سے پہلے ختم بخاری کیا جائے۔ تو اس پر ایک ایک ترک افسر نے کہا تھا اس زمانے میں جو کہ یورپ میں پڑھا لکھا تھا، وہ جدید افکار سے واقف تھا۔</w:t>
      </w:r>
    </w:p>
    <w:p>
      <w:r>
        <w:rPr>
          <w:b/>
        </w:rPr>
        <w:t xml:space="preserve">[18:11] </w:t>
      </w:r>
      <w:r>
        <w:t>To us ne kaha tha ke "Innal astola taseero bil bukhara la bil bukhari".</w:t>
      </w:r>
    </w:p>
    <w:p>
      <w:pPr>
        <w:jc w:val="right"/>
      </w:pPr>
      <w:r>
        <w:t>تو اس نے کہا تھا کہ "ان الاسطول تصیرو بالبخاری بالبخارہ لا بالبخاری"۔</w:t>
      </w:r>
    </w:p>
    <w:p>
      <w:r>
        <w:rPr>
          <w:b/>
        </w:rPr>
        <w:t xml:space="preserve">[18:21] </w:t>
      </w:r>
      <w:r>
        <w:t>Astol kehte hain yeh jo beira hota hai yaani kashtiyon ka ya jahazon ka.</w:t>
      </w:r>
    </w:p>
    <w:p>
      <w:pPr>
        <w:jc w:val="right"/>
      </w:pPr>
      <w:r>
        <w:t>اسطول کہتے ہیں یہ جو بیڑا ہوتا ہے یعنی کشتیوں کا یا جہازوں کا۔</w:t>
      </w:r>
    </w:p>
    <w:p>
      <w:r>
        <w:rPr>
          <w:b/>
        </w:rPr>
        <w:t xml:space="preserve">[18:30] </w:t>
      </w:r>
      <w:r>
        <w:t>To astol "Innal astola taseel taseel bil bil bil bukhara la al Bukhari" yaani kashtiyan chalti hain steam power se na ke Bukhari ke Bukhari kitab jo hai us ka daura karne se.</w:t>
      </w:r>
    </w:p>
    <w:p>
      <w:pPr>
        <w:jc w:val="right"/>
      </w:pPr>
      <w:r>
        <w:t>تو اسطول "ان الاسطول تصیل تصیل بال بال بال بخارہ لا البخاری" یعنی کشتیاں چلتی ہیں اسٹیم پاور سے نہ کہ بخاری کے بخاری کتاب جو ہے اس کا دورہ کرنے سے۔</w:t>
      </w:r>
    </w:p>
    <w:p>
      <w:r>
        <w:rPr>
          <w:b/>
        </w:rPr>
        <w:t xml:space="preserve">[18:55] </w:t>
      </w:r>
      <w:r>
        <w:t>Yeh halat thi.</w:t>
      </w:r>
    </w:p>
    <w:p>
      <w:pPr>
        <w:jc w:val="right"/>
      </w:pPr>
      <w:r>
        <w:t>یہ حالت تھی۔</w:t>
      </w:r>
    </w:p>
    <w:p>
      <w:r>
        <w:rPr>
          <w:b/>
        </w:rPr>
        <w:t xml:space="preserve">[18:58] </w:t>
      </w:r>
      <w:r>
        <w:t>Us ko toda us ne Mustafa Kamal ne aur tod kar ke logon ke andar opinion laye, nayi soch laye. To yeh kitni bari baat thi.</w:t>
      </w:r>
    </w:p>
    <w:p>
      <w:pPr>
        <w:jc w:val="right"/>
      </w:pPr>
      <w:r>
        <w:t>اس کو توڑا اس نے مصطفی کمال نے اور توڑ کر کے لوگوں کے اندر اوپننس لائے، نئی سوچ لائے۔ تو یہ کتنی بڑی بات تھی۔</w:t>
      </w:r>
    </w:p>
    <w:p>
      <w:r>
        <w:rPr>
          <w:b/>
        </w:rPr>
        <w:t xml:space="preserve">[19:09] </w:t>
      </w:r>
      <w:r>
        <w:t>Aaj wahan par wahan ki jo industry hai woh woh isi mayar ke jis mayar ki Europe ki industry hoti hai. Yeh kis is ka credit kis ko jata hai?</w:t>
      </w:r>
    </w:p>
    <w:p>
      <w:pPr>
        <w:jc w:val="right"/>
      </w:pPr>
      <w:r>
        <w:t>آج وہاں پر وہاں کی جو انڈسٹری ہے وہ وہ اسی معیار کے جس معیار کی یورپ کی انڈسٹری ہوتی ہے۔ یہ کس اس کا کریڈٹ کس کو جاتا ہے؟</w:t>
      </w:r>
    </w:p>
    <w:p>
      <w:r>
        <w:rPr>
          <w:b/>
        </w:rPr>
        <w:t xml:space="preserve">[19:19] </w:t>
      </w:r>
      <w:r>
        <w:t>In Ulama ko nahi jinhon ne fatwa diya tha ke khatm Bukhari karo.</w:t>
      </w:r>
    </w:p>
    <w:p>
      <w:pPr>
        <w:jc w:val="right"/>
      </w:pPr>
      <w:r>
        <w:t>ان علماء کو نہیں جنہوں نے فتوی دیا تھا کہ ختم بخاری کرو۔</w:t>
      </w:r>
    </w:p>
    <w:p>
      <w:r>
        <w:rPr>
          <w:b/>
        </w:rPr>
        <w:t xml:space="preserve">[19:26] </w:t>
      </w:r>
      <w:r>
        <w:t>Wahan jahan mein gaya tha wahan 60 mulkon ke Musalman aaye the, 60, 60 Muslim,</w:t>
      </w:r>
    </w:p>
    <w:p>
      <w:pPr>
        <w:jc w:val="right"/>
      </w:pPr>
      <w:r>
        <w:t>وہاں جہاں میں گیا تھا وہاں 60 ملکوں کے مسلمان آئے تھے، 60، 60 مسلم،</w:t>
      </w:r>
    </w:p>
    <w:p>
      <w:r>
        <w:rPr>
          <w:b/>
        </w:rPr>
        <w:t xml:space="preserve">[19:36] </w:t>
      </w:r>
      <w:r>
        <w:t>60 mulkon ke Musalman. To wahan kuch logon ne mujhe tohfe diye. Ek Musalman ne mujhe tohfa diya, dekhiye jo abhi tak isi mein jee rahe hain, woh yeh tohfa dekhiye aap.</w:t>
      </w:r>
    </w:p>
    <w:p>
      <w:pPr>
        <w:jc w:val="right"/>
      </w:pPr>
      <w:r>
        <w:t>60 ملکوں کے مسلمان۔ تو وہاں کچھ لوگوں نے مجھے تحفے دیے۔ ایک مسلمان نے مجھے تحفہ دیا، دیکھیے جو ابھی تک اسی میں جی رہے ہیں، وہ یہ تحفہ دیکھیے آپ۔</w:t>
      </w:r>
    </w:p>
    <w:p>
      <w:r>
        <w:rPr>
          <w:b/>
        </w:rPr>
        <w:t xml:space="preserve">[19:48] </w:t>
      </w:r>
      <w:r>
        <w:t>Is mein jante hain kya tha? Is mein yeh tha, yeh tasbeeh.</w:t>
      </w:r>
    </w:p>
    <w:p>
      <w:pPr>
        <w:jc w:val="right"/>
      </w:pPr>
      <w:r>
        <w:t>اس میں جانتے ہیں کیا تھا؟ اس میں یہ تھا، یہ تسبیح۔</w:t>
      </w:r>
    </w:p>
    <w:p>
      <w:r>
        <w:rPr>
          <w:b/>
        </w:rPr>
        <w:t xml:space="preserve">[19:54] </w:t>
      </w:r>
      <w:r>
        <w:t>Yaani abhi bhi is ke paas yeh tasbeeh ka tohfa hai. Yaani science ke daur mein is tarah ke tohfe zara ek bilkul ridiculous baat hai, ridiculous.</w:t>
      </w:r>
    </w:p>
    <w:p>
      <w:pPr>
        <w:jc w:val="right"/>
      </w:pPr>
      <w:r>
        <w:t>یعنی ابھی بھی اس کے پاس یہ تسبیح کا تحفہ ہے۔ یعنی سائنس کے دور میں اس طرح کے تحفے ذرا ایک بالکل ریڈیکلس بات ہے، ریڈیکلس۔</w:t>
      </w:r>
    </w:p>
    <w:p>
      <w:r>
        <w:rPr>
          <w:b/>
        </w:rPr>
        <w:t xml:space="preserve">[20:06] </w:t>
      </w:r>
      <w:r>
        <w:t>To bare is ke sath unhon ne diya mujhe jaise koi qeemti cheez de rahe hain.</w:t>
      </w:r>
    </w:p>
    <w:p>
      <w:pPr>
        <w:jc w:val="right"/>
      </w:pPr>
      <w:r>
        <w:t>تو بڑے اس کے ساتھ انہوں نے دیا مجھے جیسے کوئی قیمتی چیز دے رہے ہیں۔</w:t>
      </w:r>
    </w:p>
    <w:p>
      <w:r>
        <w:rPr>
          <w:b/>
        </w:rPr>
        <w:t xml:space="preserve">[20:14] </w:t>
      </w:r>
      <w:r>
        <w:t>Isi daur mein jeeta rehta Turki agar Atta Turk ne wahan radical operation na kiya hota to radical operation jamood ko todne ke liye yeh Allah Taala ki sunnat hai.</w:t>
      </w:r>
    </w:p>
    <w:p>
      <w:pPr>
        <w:jc w:val="right"/>
      </w:pPr>
      <w:r>
        <w:t>اسی دور میں جیتا رہتا ترکی اگر عطا ترک نے وہاں ریڈیکل آپریشن نہ کیا ہوتا تو ریڈیکل آپریشن جمود کو توڑنے کے لیے یہ اللہ تعالی کی سنت ہے۔</w:t>
      </w:r>
    </w:p>
    <w:p>
      <w:r>
        <w:rPr>
          <w:b/>
        </w:rPr>
        <w:t xml:space="preserve">[20:28] </w:t>
      </w:r>
      <w:r>
        <w:t>Yeh mamla Atta Turk ka nahi hai, yeh sunnat Allah hai, Ilah of nature hai. Khud Islam ki tareekh mein bar bar yeh waqia pesh aya hai.</w:t>
      </w:r>
    </w:p>
    <w:p>
      <w:pPr>
        <w:jc w:val="right"/>
      </w:pPr>
      <w:r>
        <w:t>یہ معاملہ عطا ترک کا نہیں ہے، یہ سنت اللہ ہے، الہ آف نیچر ہے۔ خود اسلام کی تاریخ میں بار بار یہ واقعہ پیش آیا ہے۔</w:t>
      </w:r>
    </w:p>
    <w:p>
      <w:r>
        <w:rPr>
          <w:b/>
        </w:rPr>
        <w:t xml:space="preserve">[20:40] </w:t>
      </w:r>
      <w:r>
        <w:t>Ab mein is is is qanoon ka zikr khud Quran mein maujood hai. Khud Quran mein dekhiye Surah Aal Imran mein Ghazwa-e-Uhad ka zikr hai jis mein 70 Sahaba halak ho gaye the,</w:t>
      </w:r>
    </w:p>
    <w:p>
      <w:pPr>
        <w:jc w:val="right"/>
      </w:pPr>
      <w:r>
        <w:t>اب میں اس اس اس قانون کا ذکر خود قرآن میں موجود ہے۔ خود قرآن میں دیکھیے سورہ آل عمران میں غزوہ احد کا ذکر ہے جس میں 70 صحابہ ہلاک ہو گئے تھے،</w:t>
      </w:r>
    </w:p>
    <w:p>
      <w:r>
        <w:rPr>
          <w:b/>
        </w:rPr>
        <w:t xml:space="preserve">[20:57] </w:t>
      </w:r>
      <w:r>
        <w:t>70 is ka zikr hai.</w:t>
      </w:r>
    </w:p>
    <w:p>
      <w:pPr>
        <w:jc w:val="right"/>
      </w:pPr>
      <w:r>
        <w:t>70 اس کا ذکر ہے۔</w:t>
      </w:r>
    </w:p>
    <w:p>
      <w:r>
        <w:rPr>
          <w:b/>
        </w:rPr>
        <w:t xml:space="preserve">[21:00] </w:t>
      </w:r>
      <w:r>
        <w:t>To wahan pe yeh ayat hai ke "Ma kanallahu liyuderal momineena ala ma antum alaihi hatta yameezal khabeesa minat tayyib".</w:t>
      </w:r>
    </w:p>
    <w:p>
      <w:pPr>
        <w:jc w:val="right"/>
      </w:pPr>
      <w:r>
        <w:t>تو وہاں پہ یہ آیت ہے کہ "ما کان اللہ لیدر المومنین علی ما انتم علیہ حتییمید الخبیث ابن الطیب"۔</w:t>
      </w:r>
    </w:p>
    <w:p>
      <w:r>
        <w:rPr>
          <w:b/>
        </w:rPr>
        <w:t xml:space="preserve">[21:13] </w:t>
      </w:r>
      <w:r>
        <w:t>Yaani Allah aisa karne wala nahi ke tum ko chhodhe rakhe balkeh woh alag karega, chhante ga khabees ko tayyib se.</w:t>
      </w:r>
    </w:p>
    <w:p>
      <w:pPr>
        <w:jc w:val="right"/>
      </w:pPr>
      <w:r>
        <w:t>یعنی اللہ ایسا کرنے والا نہیں کہ تم کو چھوڑے رکھے بلکہ وہ الگ کرے گا، چھانٹے گا خبیث کو طیب سے۔</w:t>
      </w:r>
    </w:p>
    <w:p>
      <w:r>
        <w:rPr>
          <w:b/>
        </w:rPr>
        <w:t xml:space="preserve">[21:26] </w:t>
      </w:r>
      <w:r>
        <w:t>Wohi radical change, radical operation ke zariye se.</w:t>
      </w:r>
    </w:p>
    <w:p>
      <w:pPr>
        <w:jc w:val="right"/>
      </w:pPr>
      <w:r>
        <w:t>وہی ریڈیکل چینج، ریڈیکل آپریشن کے ذریعے سے۔</w:t>
      </w:r>
    </w:p>
    <w:p>
      <w:r>
        <w:rPr>
          <w:b/>
        </w:rPr>
        <w:t xml:space="preserve">[21:30] </w:t>
      </w:r>
      <w:r>
        <w:t>Dekhein yahan khabees aur tayyib ke lafz jo hain woh is woh sharai mani mein nahi hain. Yaani imaan aur aqeedah ke mani mein nahi hain. Is ka sahi tarjuma mein samajhta hoon yeh hoga ke "He will certainly separate the impure from the pure".</w:t>
      </w:r>
    </w:p>
    <w:p>
      <w:pPr>
        <w:jc w:val="right"/>
      </w:pPr>
      <w:r>
        <w:t>دیکھیں یہاں خبیث اور طیب کے لفظ جو ہیں وہ اس وہ شرعی معنی میں نہیں ہیں۔ یعنی ایمان اور عقیدہ کے معنی میں نہیں ہیں۔ اس کا صحیح ترجمہ میں سمجھتا ہوں یہ ہوگا کہ "ہی ول سرٹینلی سیپریٹ دا امپیور فرام دا پیور"۔</w:t>
      </w:r>
    </w:p>
    <w:p>
      <w:r>
        <w:rPr>
          <w:b/>
        </w:rPr>
        <w:t xml:space="preserve">[21:54] </w:t>
      </w:r>
      <w:r>
        <w:t>Yaani Allah pure ko impure se alag karega.</w:t>
      </w:r>
    </w:p>
    <w:p>
      <w:pPr>
        <w:jc w:val="right"/>
      </w:pPr>
      <w:r>
        <w:t>یعنی اللہ پیور کو امپیور سے الگ کرے گا۔</w:t>
      </w:r>
    </w:p>
    <w:p>
      <w:r>
        <w:rPr>
          <w:b/>
        </w:rPr>
        <w:t xml:space="preserve">[21:59] </w:t>
      </w:r>
      <w:r>
        <w:t>is ke mani kya hain? yani is ka talluq is yani aqide se nahi hai ya ikhlas se nahi hai balkeh soch se hai.</w:t>
      </w:r>
    </w:p>
    <w:p>
      <w:pPr>
        <w:jc w:val="right"/>
      </w:pPr>
      <w:r>
        <w:t>اس کے معنی کیا ہیں؟ یعنی اس کا تعلق اس یعنی عقیدے سے نہیں ہے یا اخلاص سے نہیں ہے بلکہ سوچ سے ہے۔</w:t>
      </w:r>
    </w:p>
    <w:p>
      <w:r>
        <w:rPr>
          <w:b/>
        </w:rPr>
        <w:t xml:space="preserve">[22:09] </w:t>
      </w:r>
      <w:r>
        <w:t>yani soch ke aitbar se jin logon ke andar stagnation hoga un ko woh hampering ke zariye theek karega.</w:t>
      </w:r>
    </w:p>
    <w:p>
      <w:pPr>
        <w:jc w:val="right"/>
      </w:pPr>
      <w:r>
        <w:t>یعنی سوچ کے اعتبار سے جن لوگوں کے اندر اسٹیگنیشن ہوگا ان کو وہ ہیمبرنگ کے ذریعے ٹھیک کرے گا۔</w:t>
      </w:r>
    </w:p>
    <w:p>
      <w:r>
        <w:rPr>
          <w:b/>
        </w:rPr>
        <w:t xml:space="preserve">[22:18] </w:t>
      </w:r>
      <w:r>
        <w:t>un ko ab wahan kya mamla tha? is ko dekhiye yani Uhud ke mauqe par kya mamla tha jis ki wajah se yeh ayat aayi?</w:t>
      </w:r>
    </w:p>
    <w:p>
      <w:pPr>
        <w:jc w:val="right"/>
      </w:pPr>
      <w:r>
        <w:t>ان کو اب وہاں کیا معاملہ تھا؟ اس کو دیکھیے یعنی احد کے موقع پر کیا معاملہ تھا جس کی وجہ سے یہ آیت آئی؟</w:t>
      </w:r>
    </w:p>
    <w:p>
      <w:r>
        <w:rPr>
          <w:b/>
        </w:rPr>
        <w:t xml:space="preserve">[22:31] </w:t>
      </w:r>
      <w:r>
        <w:t>kya mamla tha? yeh ayat ka number hai chapter three verse 179. to dekhiye yeh is ko is ko is ko samjhiye aap kya mamla tha wahan?</w:t>
      </w:r>
    </w:p>
    <w:p>
      <w:pPr>
        <w:jc w:val="right"/>
      </w:pPr>
      <w:r>
        <w:t>کیا معاملہ تھا؟ یہ آیت کا نمبر ہے چیپٹر تھری ورس 179۔ تو دیکھیے یہ اس کو اس کو اس کو سمجھئے آپ کیا معاملہ تھا وہاں؟</w:t>
      </w:r>
    </w:p>
    <w:p>
      <w:r>
        <w:rPr>
          <w:b/>
        </w:rPr>
        <w:t xml:space="preserve">[22:45] </w:t>
      </w:r>
      <w:r>
        <w:t>mamla yeh tha ke woh jo daur tha hazaron saal se jo daur chala aa raha tha us daur ka formula tha "al-harbu wa anfal al-harb"</w:t>
      </w:r>
    </w:p>
    <w:p>
      <w:pPr>
        <w:jc w:val="right"/>
      </w:pPr>
      <w:r>
        <w:t>معاملہ یہ تھا کہ وہ جو دور تھا ہزاروں سال سے جو دور چلا آ رہا تھا اس دور کا فارمولا تھا "الحرب و انفال الحرب"</w:t>
      </w:r>
    </w:p>
    <w:p>
      <w:r>
        <w:rPr>
          <w:b/>
        </w:rPr>
        <w:t xml:space="preserve">[22:58] </w:t>
      </w:r>
      <w:r>
        <w:t>yani war for war, jang ka tod jang hai. "al-harbu wa anfal al-harb"</w:t>
      </w:r>
    </w:p>
    <w:p>
      <w:pPr>
        <w:jc w:val="right"/>
      </w:pPr>
      <w:r>
        <w:t>یعنی وار فار وار، جنگ کا توڑ جنگ ہے۔ "الحرب و انفال الحرب"</w:t>
      </w:r>
    </w:p>
    <w:p>
      <w:r>
        <w:rPr>
          <w:b/>
        </w:rPr>
        <w:t xml:space="preserve">[23:07] </w:t>
      </w:r>
      <w:r>
        <w:t>dusre ka matlab yeh hai ke yani "the problem of war can be can be solved only by war alone" ke jang hai to tumhein bhi ladna hai.</w:t>
      </w:r>
    </w:p>
    <w:p>
      <w:pPr>
        <w:jc w:val="right"/>
      </w:pPr>
      <w:r>
        <w:t>دوسرے کا مطلب یہ ہے کہ یعنی "دا پرابلم آف وار کین بی کین بی سالو اونلی بائی وار الون" کہ جنگ ہے تو تمہیں بھی لڑنا ہے۔</w:t>
      </w:r>
    </w:p>
    <w:p>
      <w:r>
        <w:rPr>
          <w:b/>
        </w:rPr>
        <w:t xml:space="preserve">[23:23] </w:t>
      </w:r>
      <w:r>
        <w:t>yeh hazaron saal se ch</w:t>
      </w:r>
    </w:p>
    <w:p>
      <w:pPr>
        <w:jc w:val="right"/>
      </w:pPr>
      <w:r>
        <w:t>یہ ہزاروں سال سے چ</w:t>
      </w:r>
    </w:p>
    <w:p>
      <w:r>
        <w:rPr>
          <w:b/>
        </w:rPr>
        <w:t xml:space="preserve">[23:25] </w:t>
      </w:r>
      <w:r>
        <w:t>la aa raha tha "al-harbu wa anfal al-harb", war for war. "the problem of war can be solved only", "the problem of war can be solved by war alone".</w:t>
      </w:r>
    </w:p>
    <w:p>
      <w:pPr>
        <w:jc w:val="right"/>
      </w:pPr>
      <w:r>
        <w:t>لا آ رہا تھا "الحرب و انفال الحرب"، وار فار وار۔ "دا پرابلم آف وار کین بی سالو اونلی"، "دا پرابلم آف وار کین بی سالو بائی وار الون"۔</w:t>
      </w:r>
    </w:p>
    <w:p>
      <w:r>
        <w:rPr>
          <w:b/>
        </w:rPr>
        <w:t xml:space="preserve">[23:40] </w:t>
      </w:r>
      <w:r>
        <w:t>islam ek naye ideology ko introduce kar raha tha tareekh mein. yani history mein islam laya tha ek nayi tabdeeli, naya change, ek naya daur.</w:t>
      </w:r>
    </w:p>
    <w:p>
      <w:pPr>
        <w:jc w:val="right"/>
      </w:pPr>
      <w:r>
        <w:t>اسلام ایک نئے آئیڈیالوجی کو انٹروڈیوس کر رہا تھا تاریخ میں۔ یعنی ہسٹری میں اسلام لایا تھا ایک نئی تبدیلی، نیا چینج، ایک نیا دور۔</w:t>
      </w:r>
    </w:p>
    <w:p>
      <w:r>
        <w:rPr>
          <w:b/>
        </w:rPr>
        <w:t xml:space="preserve">[23:50] </w:t>
      </w:r>
      <w:r>
        <w:t>woh kya?</w:t>
      </w:r>
    </w:p>
    <w:p>
      <w:pPr>
        <w:jc w:val="right"/>
      </w:pPr>
      <w:r>
        <w:t>وہ کیا؟</w:t>
      </w:r>
    </w:p>
    <w:p>
      <w:r>
        <w:rPr>
          <w:b/>
        </w:rPr>
        <w:t xml:space="preserve">[23:51] </w:t>
      </w:r>
      <w:r>
        <w:t>"al-sil anfal al-harb" ke peace zyada badi taqat hai jang ke muqable mein. peace zyada badi taqat hai.</w:t>
      </w:r>
    </w:p>
    <w:p>
      <w:pPr>
        <w:jc w:val="right"/>
      </w:pPr>
      <w:r>
        <w:t>"السل انفال الحرب" کہ پیس زیادہ بڑی طاقت ہے جنگ کے مقابلے میں۔ پیس زیادہ بڑی طاقت ہے۔</w:t>
      </w:r>
    </w:p>
    <w:p>
      <w:r>
        <w:rPr>
          <w:b/>
        </w:rPr>
        <w:t xml:space="preserve">[24:01] </w:t>
      </w:r>
      <w:r>
        <w:t>aman ke zariye se mamle ko hal karo, aman ke zariye se apne maqsad ko hasil karo. to tareekh mein jo chala aa raha tha "al-harbu wa anfal al-harb" is ko badalna tha islam ko aur "al-sil anfal al-harb" yeh yeh ek naya daur lana tha.</w:t>
      </w:r>
    </w:p>
    <w:p>
      <w:pPr>
        <w:jc w:val="right"/>
      </w:pPr>
      <w:r>
        <w:t>امن کے ذریعے سے معاملے کو حل کرو، امن کے ذریعے سے اپنے مقصد کو حاصل کرو۔ تو تاریخ میں جو چلا آ رہا تھا "الحرب و انفال الحرب" اس کو بدلنا تھا اسلام کو اور "السل انفال الحرب" یہ یہ ایک نیا دور لانا تھا۔</w:t>
      </w:r>
    </w:p>
    <w:p>
      <w:r>
        <w:rPr>
          <w:b/>
        </w:rPr>
        <w:t xml:space="preserve">[24:21] </w:t>
      </w:r>
      <w:r>
        <w:t>lekin logon ke zehan abhi condition the yani conditioning se bahar nahi aaye the. yani ahle iman ke bhi zehan woh iman la chuke the, ikhlas tha un ke andar, Allah se darte the.</w:t>
      </w:r>
    </w:p>
    <w:p>
      <w:pPr>
        <w:jc w:val="right"/>
      </w:pPr>
      <w:r>
        <w:t>لیکن لوگوں کے ذہن ابھی کنڈیشن تھے یعنی کنڈیشننگ سے باہر نہیں آئے تھے۔ یعنی اہل ایمان کے بھی ذہن وہ ایمان لا چکے تھے، اخلاص تھا ان کے اندر، اللہ سے ڈرتے تھے۔</w:t>
      </w:r>
    </w:p>
    <w:p>
      <w:r>
        <w:rPr>
          <w:b/>
        </w:rPr>
        <w:t xml:space="preserve">[24:33] </w:t>
      </w:r>
      <w:r>
        <w:t>lekin hazaron saal ki conditioning todne ke liye zaroori tha ke un ke un ki woh ki jaye, un ka radical operation kiya jaye.</w:t>
      </w:r>
    </w:p>
    <w:p>
      <w:pPr>
        <w:jc w:val="right"/>
      </w:pPr>
      <w:r>
        <w:t>لیکن ہزاروں سال کی کنڈیشننگ توڑنے کے لیے ضروری تھا کہ ان کے ان کی وہ کی جائے، ان کا ریڈیکل آپریشن کیا جائے۔</w:t>
      </w:r>
    </w:p>
    <w:p>
      <w:r>
        <w:rPr>
          <w:b/>
        </w:rPr>
        <w:t xml:space="preserve">[24:43] </w:t>
      </w:r>
      <w:r>
        <w:t>is ko baat ko samjhiye aap. yani Allah taala ne ek usool qaim kiya, ek ek ek demonstration diya ke chahe rasool peghamabar ke ke sahabi ki bhi ki na hon tab bhi radical operation darkar hai.</w:t>
      </w:r>
    </w:p>
    <w:p>
      <w:pPr>
        <w:jc w:val="right"/>
      </w:pPr>
      <w:r>
        <w:t>اس کو بات کو سمجھئے آپ۔ یعنی اللہ تعالی نے ایک اصول قائم کیا، ایک ایک ایک ڈیمونسٹریشن دیا کہ چاہے رسول پیغمبر کے کے صحابی کی بھی کی نہ ہوں تب بھی ریڈیکل آپریشن درکار ہے۔</w:t>
      </w:r>
    </w:p>
    <w:p>
      <w:r>
        <w:rPr>
          <w:b/>
        </w:rPr>
        <w:t xml:space="preserve">[24:59] </w:t>
      </w:r>
      <w:r>
        <w:t>yeh ek ek aakhri misaal qaim kar di.</w:t>
      </w:r>
    </w:p>
    <w:p>
      <w:pPr>
        <w:jc w:val="right"/>
      </w:pPr>
      <w:r>
        <w:t>یہ ایک ایک آخری مثال قائم کر دی۔</w:t>
      </w:r>
    </w:p>
    <w:p>
      <w:r>
        <w:rPr>
          <w:b/>
        </w:rPr>
        <w:t xml:space="preserve">[25:03] </w:t>
      </w:r>
      <w:r>
        <w:t>to wahan par dekhiye kya tha ke Uhud ke mauqe par jab yeh maloom hua ke woh log aa rahe hain Makka se hamla karne ke liye to jo sahaba the un mein khas taur par jo naujawan sahaba the un mein josh tha ke hum larr kar ke un ko khatm karenge.</w:t>
      </w:r>
    </w:p>
    <w:p>
      <w:pPr>
        <w:jc w:val="right"/>
      </w:pPr>
      <w:r>
        <w:t>تو وہاں پر دیکھیے کیا تھا کہ احد کے موقع پر جب یہ معلوم ہوا کہ وہ لوگ آ رہے ہیں مکہ سے حملہ کرنے کے لیے تو جو صحابہ تھے ان میں خاص طور پر جو نوجوان صحابہ تھے ان میں جوش تھا کہ ہم لڑ کر کے ان کو ختم کریں گے۔</w:t>
      </w:r>
    </w:p>
    <w:p>
      <w:r>
        <w:rPr>
          <w:b/>
        </w:rPr>
        <w:t xml:space="preserve">[25:22] </w:t>
      </w:r>
      <w:r>
        <w:t>to Rasool Allah ki rai yeh thi ke hum Madine mein hum rahein, Madine ke bahar na jayein, un ko aane dein. jab aayenge to hum Madine mein reh kar ke un ka muqabla karenge</w:t>
      </w:r>
    </w:p>
    <w:p>
      <w:pPr>
        <w:jc w:val="right"/>
      </w:pPr>
      <w:r>
        <w:t>تو رسول اللہ کی رائے یہ تھی کہ ہم مدینے میں ہم رہیں، مدینے کے باہر نہ جائیں، ان کو آنے دیں۔ جب آئیں گے تو ہم مدینے میں رہ کر کے ان کا مقابلہ کریں</w:t>
      </w:r>
    </w:p>
    <w:p>
      <w:r>
        <w:rPr>
          <w:b/>
        </w:rPr>
        <w:t xml:space="preserve">[25:32] </w:t>
      </w:r>
      <w:r>
        <w:t>ge. lekin woh jo naujawan sahaba the woh kehte the nahi hum bahar jayenge. to Rasool Allah ne un ki rai ka lihaaz kiya aur bahar aa gaye.</w:t>
      </w:r>
    </w:p>
    <w:p>
      <w:pPr>
        <w:jc w:val="right"/>
      </w:pPr>
      <w:r>
        <w:t>گے۔ لیکن وہ جو نوجوان صحابہ تھے وہ کہتے تھے نہیں ہم باہر جائیں گے۔ تو رسول اللہ نے ان کی رائے کا لحاظ کیا اور باہر آ گئے۔</w:t>
      </w:r>
    </w:p>
    <w:p>
      <w:r>
        <w:rPr>
          <w:b/>
        </w:rPr>
        <w:t xml:space="preserve">[25:42] </w:t>
      </w:r>
      <w:r>
        <w:t>aur Uhud pahad tha jo Madine ke bahar wahan par ladai hui aur 70 sahaba is mein halak ho gaye. yeh kya tha?</w:t>
      </w:r>
    </w:p>
    <w:p>
      <w:pPr>
        <w:jc w:val="right"/>
      </w:pPr>
      <w:r>
        <w:t>اور احد پہاڑ تھا جو مدینے کے باہر وہاں پر لڑائی ہوئی اور 70 صحابہ اس میں ہلاک ہو گئے۔ یہ کیا تھا؟</w:t>
      </w:r>
    </w:p>
    <w:p>
      <w:r>
        <w:rPr>
          <w:b/>
        </w:rPr>
        <w:t xml:space="preserve">[25:53] </w:t>
      </w:r>
      <w:r>
        <w:t>"that was radical operation" ke Allah taala chahta tha ke un ke jo woh woh soch khatm ho,</w:t>
      </w:r>
    </w:p>
    <w:p>
      <w:pPr>
        <w:jc w:val="right"/>
      </w:pPr>
      <w:r>
        <w:t>"دیٹ واز ریڈیکل آپریشن" کہ اللہ تعالی چاہتا تھا کہ ان کے جو وہ وہ سوچ ختم ہو،</w:t>
      </w:r>
    </w:p>
    <w:p>
      <w:r>
        <w:rPr>
          <w:b/>
        </w:rPr>
        <w:t xml:space="preserve">[26:02] </w:t>
      </w:r>
      <w:r>
        <w:t>"al-harbu wa anfal al-harb" ki soch khatm ho, "al-sil anfal al-harb" yeh yeh soch aaye un ke andar. yeh maqsad tha is ka. yeh yeh Allah of nature ke mutabiq is tarah ki tabdeeli baghair shadeed yani jis ko kehte hain shock treatment is ke baad unhein hoti hai.</w:t>
      </w:r>
    </w:p>
    <w:p>
      <w:pPr>
        <w:jc w:val="right"/>
      </w:pPr>
      <w:r>
        <w:t>"الحرب و انفال الحرب" کی سوچ ختم ہو، "السل انفال الحرب" یہ یہ سوچ آئے ان کے اندر۔ یہ مقصد تھا اس کا۔ یہ یہ اللہ آف نیچر کے مطابق اس طرح کی تبدیلی بغیر شدید یعنی جس کو کہتے ہیں شاک ٹریٹمنٹ اس کے بعد انہیں ہوتی ہے۔</w:t>
      </w:r>
    </w:p>
    <w:p>
      <w:r>
        <w:rPr>
          <w:b/>
        </w:rPr>
        <w:t xml:space="preserve">[26:21] </w:t>
      </w:r>
      <w:r>
        <w:t>Allah of nature hai. kuch cheezein aisi hoti hain jo samjha bujha kar ho jati hain. lekin</w:t>
      </w:r>
    </w:p>
    <w:p>
      <w:pPr>
        <w:jc w:val="right"/>
      </w:pPr>
      <w:r>
        <w:t>الہ آف نیچر ہے۔ کچھ چیزیں ایسی ہوتی ہیں جو سمجھا بجھا کر ہو جاتی ہیں۔ لیکن</w:t>
      </w:r>
    </w:p>
    <w:p>
      <w:r>
        <w:rPr>
          <w:b/>
        </w:rPr>
        <w:t xml:space="preserve">[26:27] </w:t>
      </w:r>
      <w:r>
        <w:t>jab conditioning bohat pakki ho jis conditioning ke peeche hazaron saal ki tareekh ho us conditioning ko todne ke liye zaroori hai ke wahan par koi shock treatment diya jaye.</w:t>
      </w:r>
    </w:p>
    <w:p>
      <w:pPr>
        <w:jc w:val="right"/>
      </w:pPr>
      <w:r>
        <w:t>جب کنڈیشننگ بہت پکی ہو جس کنڈیشننگ کے پیچھے ہزاروں سال کی تاریخ ہو اس کنڈیشننگ کو توڑنے کے لیے ضروری ہے کہ وہاں پر کوئی شاک ٹریٹمنٹ دیا جائے۔</w:t>
      </w:r>
    </w:p>
    <w:p>
      <w:r>
        <w:rPr>
          <w:b/>
        </w:rPr>
        <w:t xml:space="preserve">[26:38] </w:t>
      </w:r>
      <w:r>
        <w:t>shock treatment to "Ahad was a shock treatment" jab dekha logon ne ke hum 70 sahabi is mein halak ho gaye aur abhi faisla nahi hua.</w:t>
      </w:r>
    </w:p>
    <w:p>
      <w:pPr>
        <w:jc w:val="right"/>
      </w:pPr>
      <w:r>
        <w:t>شاک ٹریٹمنٹ تو "احد واز ا شاک ٹریٹمنٹ" جب دیکھا لوگوں نے کہ ہم 70 صحابی اس میں ہلاک ہو گئے اور ابھی فیصلہ نہیں ہوا۔</w:t>
      </w:r>
    </w:p>
    <w:p>
      <w:r>
        <w:rPr>
          <w:b/>
        </w:rPr>
        <w:t xml:space="preserve">[26:52] </w:t>
      </w:r>
      <w:r>
        <w:t>yani mamla wahin ka wahin hai.</w:t>
      </w:r>
    </w:p>
    <w:p>
      <w:pPr>
        <w:jc w:val="right"/>
      </w:pPr>
      <w:r>
        <w:t>یعنی معاملہ وہیں کا وہیں ہے۔</w:t>
      </w:r>
    </w:p>
    <w:p>
      <w:r>
        <w:rPr>
          <w:b/>
        </w:rPr>
        <w:t xml:space="preserve">[26:55] </w:t>
      </w:r>
      <w:r>
        <w:t>abhi bhi yani baat khatam nahi hui. to ek rethinking aayi. dekhiye shock treatment jo hai aadmi ke andar kya karta hai?</w:t>
      </w:r>
    </w:p>
    <w:p>
      <w:pPr>
        <w:jc w:val="right"/>
      </w:pPr>
      <w:r>
        <w:t>ابھی بھی یعنی بات ختم نہیں ہوئی۔ تو ایک ری تھنکنگ آئی۔ دیکھیے شاک ٹریٹمنٹ جو ہے آدمی کے اندر کیا کرتا ہے؟</w:t>
      </w:r>
    </w:p>
    <w:p>
      <w:r>
        <w:rPr>
          <w:b/>
        </w:rPr>
        <w:t xml:space="preserve">[27:07] </w:t>
      </w:r>
      <w:r>
        <w:t>rethinking lata hai. rethinking. is rethinking ka nateeja aap ne dekha ke is ke baad kya hua?</w:t>
      </w:r>
    </w:p>
    <w:p>
      <w:pPr>
        <w:jc w:val="right"/>
      </w:pPr>
      <w:r>
        <w:t>ری تھنکنگ لاتا ہے۔ ری تھنکنگ۔ اس ری تھنکنگ کا نتیجہ آپ نے دیکھا کہ اس کے بعد کیا ہوا؟</w:t>
      </w:r>
    </w:p>
    <w:p>
      <w:r>
        <w:rPr>
          <w:b/>
        </w:rPr>
        <w:t xml:space="preserve">[27:17] </w:t>
      </w:r>
      <w:r>
        <w:t>Ghazwa Ahad hua tha san teen hijri mein.</w:t>
      </w:r>
    </w:p>
    <w:p>
      <w:pPr>
        <w:jc w:val="right"/>
      </w:pPr>
      <w:r>
        <w:t>غزوہ احد ہوا تھا سن تین ہجری میں۔</w:t>
      </w:r>
    </w:p>
    <w:p>
      <w:r>
        <w:rPr>
          <w:b/>
        </w:rPr>
        <w:t xml:space="preserve">[27:21] </w:t>
      </w:r>
      <w:r>
        <w:t>is ke baad sirf teen saal ke baad san chheh hijri mein Hudaybiyah hoti hai. Hudaybiyah. Hudaybiyah jo tha wo peace agreement tha.</w:t>
      </w:r>
    </w:p>
    <w:p>
      <w:pPr>
        <w:jc w:val="right"/>
      </w:pPr>
      <w:r>
        <w:t>اس کے بعد صرف تین سال کے بعد سن چھ ہجری میں حدیبیہ ہوتی ہے۔ حدیبیہ۔ حدیبیہ جو تھا وہ پیس ایگریمنٹ تھا۔</w:t>
      </w:r>
    </w:p>
    <w:p>
      <w:r>
        <w:rPr>
          <w:b/>
        </w:rPr>
        <w:t xml:space="preserve">[27:34] </w:t>
      </w:r>
      <w:r>
        <w:t>yani fareeq-e-sani ki yak-tarfa sharton ko maan kar ke aman muahida karna. ye itna mushkil kaam tha ke poori history mein pehli baar aisa waqia pesh aaya.</w:t>
      </w:r>
    </w:p>
    <w:p>
      <w:pPr>
        <w:jc w:val="right"/>
      </w:pPr>
      <w:r>
        <w:t>یعنی فریق ثانی کی یکطرفہ شرطوں کو مان کر کے امن معاہدہ کرنا۔ یہ اتنا مشکل کام تھا کہ پوری ہسٹری میں پہلی بار ایسا واقعہ پیش آیا۔</w:t>
      </w:r>
    </w:p>
    <w:p>
      <w:r>
        <w:rPr>
          <w:b/>
        </w:rPr>
        <w:t xml:space="preserve">[27:45] </w:t>
      </w:r>
      <w:r>
        <w:t>history mein kabhi aisa nahi hua ke koi groh fareeq-e-sani ki yak-tarfa unilateral condition ko maan kar ke peace agreement kare.</w:t>
      </w:r>
    </w:p>
    <w:p>
      <w:pPr>
        <w:jc w:val="right"/>
      </w:pPr>
      <w:r>
        <w:t>ہسٹری میں کبھی ایسا نہیں ہوا کہ کوئی گروہ فریق ثانی کی یکطرفہ یونٹ یونینیٹرل کنڈیشن کو مان کر کے پیس ایگریمنٹ کرے۔</w:t>
      </w:r>
    </w:p>
    <w:p>
      <w:r>
        <w:rPr>
          <w:b/>
        </w:rPr>
        <w:t xml:space="preserve">[27:56] </w:t>
      </w:r>
      <w:r>
        <w:t>poori non history mein pehla waqia ye tha. to ye kaise mumkin hua? jab us waqt ke jo Musalman the un ki hazaron saal ki jo conditioning us ko toda gaya shock treatment ke zariye se.</w:t>
      </w:r>
    </w:p>
    <w:p>
      <w:pPr>
        <w:jc w:val="right"/>
      </w:pPr>
      <w:r>
        <w:t>پوری نون ہسٹری میں پہلا واقعہ یہ تھا۔ تو یہ کیسے ممکن ہوا؟ جب اس وقت کے جو مسلمان تھے ان کی ہزاروں سال کی جو کنڈیشننگ اس کو توڑا گیا شاک ٹریٹمنٹ کے ذریعے سے۔</w:t>
      </w:r>
    </w:p>
    <w:p>
      <w:r>
        <w:rPr>
          <w:b/>
        </w:rPr>
        <w:t xml:space="preserve">[28:10] </w:t>
      </w:r>
      <w:r>
        <w:t>yani Ahad mein 70 aadmi mare gaye aur masla hal nahi hua. phir wahin ka wahin. to rethinking aayi. phir wo mentally wo tayyar ho gaye ke hum peace ke zariye se masle ko hal karein.</w:t>
      </w:r>
    </w:p>
    <w:p>
      <w:pPr>
        <w:jc w:val="right"/>
      </w:pPr>
      <w:r>
        <w:t>یعنی احد میں 70 آدمی مارے گئے اور مسئلہ حل نہیں ہوا۔ پھر وہیں کا وہیں۔ تو ری تھنکنگ آئی۔ پھر وہ مینٹلی وہ تیار ہو گئے کہ ہم پیس کے ذریعے سے مسئلے کو حل کریں۔</w:t>
      </w:r>
    </w:p>
    <w:p>
      <w:r>
        <w:rPr>
          <w:b/>
        </w:rPr>
        <w:t xml:space="preserve">[28:24] </w:t>
      </w:r>
      <w:r>
        <w:t>chunanche Hudaybiyah ke mauqe par jab peace yani wo peace agreement hua to is ke baad kya hua?</w:t>
      </w:r>
    </w:p>
    <w:p>
      <w:pPr>
        <w:jc w:val="right"/>
      </w:pPr>
      <w:r>
        <w:t>چنانچہ حدیبیہ کے موقع پر جب پیس یعنی وہ پیس ایگریمنٹ ہوا تو اس کے بعد کیا ہوا؟</w:t>
      </w:r>
    </w:p>
    <w:p>
      <w:r>
        <w:rPr>
          <w:b/>
        </w:rPr>
        <w:t xml:space="preserve">[28:35] </w:t>
      </w:r>
      <w:r>
        <w:t>ke is ke baad bohat tezi se wahan par Islam phailne laga.</w:t>
      </w:r>
    </w:p>
    <w:p>
      <w:pPr>
        <w:jc w:val="right"/>
      </w:pPr>
      <w:r>
        <w:t>کہ اس کے بعد بہت تیزی سے وہاں پر اسلام پھیلنے لگا۔</w:t>
      </w:r>
    </w:p>
    <w:p>
      <w:r>
        <w:rPr>
          <w:b/>
        </w:rPr>
        <w:t xml:space="preserve">[28:45] </w:t>
      </w:r>
      <w:r>
        <w:t>kyun ke dono fareeqon ke darmiyan jo ladaiyan ho rahi hoti theen to Islam ki dawat ruk ruk gayi thi.</w:t>
      </w:r>
    </w:p>
    <w:p>
      <w:pPr>
        <w:jc w:val="right"/>
      </w:pPr>
      <w:r>
        <w:t>کیونکہ دونوں فریقوں کے درمیان جو لڑائیاں ہو رہی ہوتی تھیں تو اسلام کی دعوت رک رک گئی تھی۔</w:t>
      </w:r>
    </w:p>
    <w:p>
      <w:r>
        <w:rPr>
          <w:b/>
        </w:rPr>
        <w:t xml:space="preserve">[28:54] </w:t>
      </w:r>
      <w:r>
        <w:t>yani dono ka muqabla maidan-e-jang mein hota tha na ke maidan-e-guftagu mein. ab jab aa gaya yani yani jo mamla bajaye bajaye maidan-e-jang ke maidan yani maidan dialogue ke maidan mein aa gaya, baat cheet ke maidan mein aa gaya, peace ke maidan mein aa gaya</w:t>
      </w:r>
    </w:p>
    <w:p>
      <w:pPr>
        <w:jc w:val="right"/>
      </w:pPr>
      <w:r>
        <w:t>یعنی دونوں کا مقابلہ میدان جنگ میں ہوتا تھا نہ کہ میدان گفتگو میں۔ اب جب آگیا یعنی یعنی جو معاملہ بجائے بجائے میدان جنگ کے میدان یعنی میدان ڈائیلاگ کے میدان میں آگیا، بات چیت کے میدان میں آگیا، پیس کے میدان میں آگیا</w:t>
      </w:r>
    </w:p>
    <w:p>
      <w:r>
        <w:rPr>
          <w:b/>
        </w:rPr>
        <w:t xml:space="preserve">[29:19] </w:t>
      </w:r>
      <w:r>
        <w:t>to achaanak Islam phailne laga. aur do saal ke andar andar kya hua ke Makkah fateh ho gaya baghair kisi military military military operation ke.</w:t>
      </w:r>
    </w:p>
    <w:p>
      <w:pPr>
        <w:jc w:val="right"/>
      </w:pPr>
      <w:r>
        <w:t>تو اچانک اسلام پھیلنے لگا۔ اور دو سال کے اندر اندر کیا ہوا کہ مکہ فتح ہو گیا بغیر کسی ملٹری ملٹری ملٹری آپریشن کے۔</w:t>
      </w:r>
    </w:p>
    <w:p>
      <w:r>
        <w:rPr>
          <w:b/>
        </w:rPr>
        <w:t xml:space="preserve">[29:32] </w:t>
      </w:r>
      <w:r>
        <w:t>to "al-harbu wa anfal al-harb" ke zehan ko todne ke liye ek shock treatment tha Ahad ka waqia.</w:t>
      </w:r>
    </w:p>
    <w:p>
      <w:pPr>
        <w:jc w:val="right"/>
      </w:pPr>
      <w:r>
        <w:t>تو "الحرب و انفال الحرب" کے ذہن کو توڑنے کے لیے ایک شاک ٹریٹمنٹ تھا احد کا واقعہ۔</w:t>
      </w:r>
    </w:p>
    <w:p>
      <w:r>
        <w:rPr>
          <w:b/>
        </w:rPr>
        <w:t xml:space="preserve">[29:41] </w:t>
      </w:r>
      <w:r>
        <w:t>to is is ayat ye jo ayat hai is ke bare mein ke "ma kan Allahu li yudhir al-mu'mineena 'ala ma antum 'alayhi hatta yamiz al-khabitha min al-tayyibi" lafz khabith se logon ko dhoka hota hai ke khabith ko le lete hain is ke intehai maanon mein.</w:t>
      </w:r>
    </w:p>
    <w:p>
      <w:pPr>
        <w:jc w:val="right"/>
      </w:pPr>
      <w:r>
        <w:t>تو اس اس آیت یہ جو آیت ہے اس کے بارے میں کہ "ما کان اللہ لیدر المومنین علی منتم علیہ حتییمید الخبیث الطیب" لفظ خبیث سے لوگوں کو دھوکا ہوتا ہے کہ خبیث کو لے لیتے ہیں اس کے انتہائی معنوں میں۔</w:t>
      </w:r>
    </w:p>
    <w:p>
      <w:r>
        <w:rPr>
          <w:b/>
        </w:rPr>
        <w:t xml:space="preserve">[29:56] </w:t>
      </w:r>
      <w:r>
        <w:t>nahi ye soch bhi khabith soch hai ke baghair ladai ke to kuch hoga nahi, aman ke zariye to kuch hone wala nahi, yak-tarfa sharton ko maan le to us se to kuch hone wala hone wala nahi.</w:t>
      </w:r>
    </w:p>
    <w:p>
      <w:pPr>
        <w:jc w:val="right"/>
      </w:pPr>
      <w:r>
        <w:t>نہیں یہ سوچ بھی خبیث سوچ ہے کہ بغیر لڑائی کے تو کچھ ہوگا نہیں، امن کے ذریعے تو کچھ ہونے والا نہیں، یکطرفہ شرطوں کو مان لیں تو اس سے تو کچھ ہونے والا ہونے والا نہیں۔</w:t>
      </w:r>
    </w:p>
    <w:p>
      <w:r>
        <w:rPr>
          <w:b/>
        </w:rPr>
        <w:t xml:space="preserve">[30:07] </w:t>
      </w:r>
      <w:r>
        <w:t>ye bhi khabith soch hai.</w:t>
      </w:r>
    </w:p>
    <w:p>
      <w:pPr>
        <w:jc w:val="right"/>
      </w:pPr>
      <w:r>
        <w:t>یہ بھی خبیث سوچ ہے۔</w:t>
      </w:r>
    </w:p>
    <w:p>
      <w:r>
        <w:rPr>
          <w:b/>
        </w:rPr>
        <w:t xml:space="preserve">[30:09] </w:t>
      </w:r>
      <w:r>
        <w:t>impure impurity ki soch hai ye. to is ayat ka jo hai sahi tarjuma main samajhta hoon ye hoga ke Khuda jo hai impure yani ko ko impurity aur purity ko alag kar kar ke rahega.</w:t>
      </w:r>
    </w:p>
    <w:p>
      <w:pPr>
        <w:jc w:val="right"/>
      </w:pPr>
      <w:r>
        <w:t>امپیور امپیورٹی کی سوچ ہے یہ۔ تو اس آیت کا جو ہے صحیح ترجمہ میں سمجھتا ہوں یہ ہوگا کہ خدا جو ہے امپیور یعنی کو کو امپیورٹی اور پیورٹی کو الگ کر کر کے رہے گا۔</w:t>
      </w:r>
    </w:p>
    <w:p>
      <w:r>
        <w:rPr>
          <w:b/>
        </w:rPr>
        <w:t xml:space="preserve">[30:29] </w:t>
      </w:r>
      <w:r>
        <w:t>He will certainly separate the impure from the from the pure. aur wo</w:t>
      </w:r>
    </w:p>
    <w:p>
      <w:pPr>
        <w:jc w:val="right"/>
      </w:pPr>
      <w:r>
        <w:t>ہی ول سرٹینلی سیپریٹ دا امپیور فرام دا فرام دا پیور۔ اور وہ</w:t>
      </w:r>
    </w:p>
    <w:p>
      <w:r>
        <w:rPr>
          <w:b/>
        </w:rPr>
        <w:t xml:space="preserve">[30:37] </w:t>
      </w:r>
      <w:r>
        <w:t>isi maanon mein hai yani aqeedah, ikhlas, imaan ke maanon mein nahi hai balkeh is soch ke maanon mein hai ke jang wo thop rahe hain hamare upar to hamein bhi ladna parega.</w:t>
      </w:r>
    </w:p>
    <w:p>
      <w:pPr>
        <w:jc w:val="right"/>
      </w:pPr>
      <w:r>
        <w:t>اسی معنی میں ہے یعنی عقیدہ، اخلاص، ایمان کے معنی میں نہیں ہے بلکہ اس سوچ کے معنی میں ہے کہ جنگ وہ ٹھوپ رہے ہیں ہمارے اوپر تو ہمیں بھی لڑنا پڑے گا۔</w:t>
      </w:r>
    </w:p>
    <w:p>
      <w:r>
        <w:rPr>
          <w:b/>
        </w:rPr>
        <w:t xml:space="preserve">[30:48] </w:t>
      </w:r>
      <w:r>
        <w:t>wo attack karte hain to hamein bhi talwar uthani paregi. nahi wo agar yani wo agar fauji andaaz mein soch rahe hain to to peace ke andaaz mein socho.</w:t>
      </w:r>
    </w:p>
    <w:p>
      <w:pPr>
        <w:jc w:val="right"/>
      </w:pPr>
      <w:r>
        <w:t>وہ اٹیک کرتے ہیں تو ہمیں بھی تلوار اٹھانی پڑے گی۔ نہیں وہ اگر یعنی وہ اگر فوجی انداز میں سوچ رہے ہیں تو تو پیس کا انداز میں سوچو۔</w:t>
      </w:r>
    </w:p>
    <w:p>
      <w:r>
        <w:rPr>
          <w:b/>
        </w:rPr>
        <w:t xml:space="preserve">[30:58] </w:t>
      </w:r>
      <w:r>
        <w:t>wo to phir attack kar rahe hain talwar ke zariye se to ideological attack karo un ke upar</w:t>
      </w:r>
    </w:p>
    <w:p>
      <w:pPr>
        <w:jc w:val="right"/>
      </w:pPr>
      <w:r>
        <w:t>وہ تو پھر اٹیک کر رہے ہیں تلوار کے ذریعے سے تو آئیڈیالوجیکل اٹیک کرو ان کے اوپر</w:t>
      </w:r>
    </w:p>
    <w:p>
      <w:r>
        <w:rPr>
          <w:b/>
        </w:rPr>
        <w:t xml:space="preserve">[31:04] </w:t>
      </w:r>
      <w:r>
        <w:t>. jaise Quran mein aaya hai ke "wajahidū bihi jihādan kabīran" Quran ke zariye jihad karo. to Quran ke zariye ke jihad kya hai?</w:t>
      </w:r>
    </w:p>
    <w:p>
      <w:pPr>
        <w:jc w:val="right"/>
      </w:pPr>
      <w:r>
        <w:t>۔ جیسے قرآن میں آیا ہے کہ "وجاہدوا بے جہاد کبیرہ" قرآن کے ذریعے جہاد کرو۔ تو قرآن کے ذریعے کے جہاد کیا ہے؟</w:t>
      </w:r>
    </w:p>
    <w:p>
      <w:r>
        <w:rPr>
          <w:b/>
        </w:rPr>
        <w:t xml:space="preserve">[31:13] </w:t>
      </w:r>
      <w:r>
        <w:t>quran ke ideological jihad yani woh kar rahe hain militancy, woh kar rahe hain talwar ke zariye war.</w:t>
      </w:r>
    </w:p>
    <w:p>
      <w:pPr>
        <w:jc w:val="right"/>
      </w:pPr>
      <w:r>
        <w:t>قرآن کے آئیڈیالوجیکل جہاد یعنی وہ کر رہے ہیں ملٹینسی، وہ کر رہے ہیں تلوار کے ذریعے وار۔</w:t>
      </w:r>
    </w:p>
    <w:p>
      <w:r>
        <w:rPr>
          <w:b/>
        </w:rPr>
        <w:t xml:space="preserve">[31:21] </w:t>
      </w:r>
      <w:r>
        <w:t>to tum quran ki ideology ko le kar aao maidan mein. quran ki ideology ke zariye se un ke un ko badlo, un ke un ke zehan ko aur un ko apna saathi banao</w:t>
      </w:r>
    </w:p>
    <w:p>
      <w:pPr>
        <w:jc w:val="right"/>
      </w:pPr>
      <w:r>
        <w:t>تو تم قرآن کی آئیڈیالوجی کو لے کر آؤ میدان میں۔ قرآن کی آئیڈیالوجی کے ذریعے سے ان کے ان کو بدلو، ان کے ان کے ذہن کو اور ان کو اپنا ساتھی بناؤ</w:t>
      </w:r>
    </w:p>
    <w:p>
      <w:r>
        <w:rPr>
          <w:b/>
        </w:rPr>
        <w:t xml:space="preserve">[31:32] </w:t>
      </w:r>
      <w:r>
        <w:t>. yani bajaye is ke ke un ko qatl karo, un ko apna saathi banao. yeh ek bohat hi revolutionary idea tha jo tareekh mein koi socha nahi gaya tha, kabhi socha nahi gaya tha.</w:t>
      </w:r>
    </w:p>
    <w:p>
      <w:pPr>
        <w:jc w:val="right"/>
      </w:pPr>
      <w:r>
        <w:t>۔ یعنی بجائے اس کے کہ ان کو قتل کرو، ان کو اپنا ساتھی بناؤ۔ یہ ایک بہت ہی ریولیوشنری آئیڈیا تھا جو تاریخ میں کوئی سوچا نہیں گیا تھا، کبھی سوچا نہیں گیا تھا۔</w:t>
      </w:r>
    </w:p>
    <w:p>
      <w:r>
        <w:rPr>
          <w:b/>
        </w:rPr>
        <w:t xml:space="preserve">[31:47] </w:t>
      </w:r>
      <w:r>
        <w:t>to dekhiye yeh main jo kamal tatro ne jo kiya yani radical operation woh poori poori tareekh mein jaari hai.</w:t>
      </w:r>
    </w:p>
    <w:p>
      <w:pPr>
        <w:jc w:val="right"/>
      </w:pPr>
      <w:r>
        <w:t>تو دیکھیے یہ میں جو کمال تاترو نے جو کیا یعنی ریڈیکل آپریشن وہ پوری پوری تاریخ میں جاری ہے۔</w:t>
      </w:r>
    </w:p>
    <w:p>
      <w:r>
        <w:rPr>
          <w:b/>
        </w:rPr>
        <w:t xml:space="preserve">[31:57] </w:t>
      </w:r>
      <w:r>
        <w:t>main aap ko misaal deta hoon.</w:t>
      </w:r>
    </w:p>
    <w:p>
      <w:pPr>
        <w:jc w:val="right"/>
      </w:pPr>
      <w:r>
        <w:t>میں آپ کو مثال دیتا ہوں۔</w:t>
      </w:r>
    </w:p>
    <w:p>
      <w:r>
        <w:rPr>
          <w:b/>
        </w:rPr>
        <w:t xml:space="preserve">[32:00] </w:t>
      </w:r>
      <w:r>
        <w:t>rasool allah ke zamane mein uhud ka waqia isi qism ka waqia tha ke yani "al harbu anfal al harbu" ke zehan ko tod kar ke "al sil harfu anfal al harbu" ka zehan banaya gaya.</w:t>
      </w:r>
    </w:p>
    <w:p>
      <w:pPr>
        <w:jc w:val="right"/>
      </w:pPr>
      <w:r>
        <w:t>رسول اللہ کے زمانے میں احد کا واقعہ اسی قسم کا واقعہ تھا کہ یعنی "الحرب انفال الحرب" کے ذہن کو توڑ کر کے "السل حرف انفال الحرب" کا ذہن بنایا گیا۔</w:t>
      </w:r>
    </w:p>
    <w:p>
      <w:r>
        <w:rPr>
          <w:b/>
        </w:rPr>
        <w:t xml:space="preserve">[32:14] </w:t>
      </w:r>
      <w:r>
        <w:t>is ke baad hudaybiyah agreement hua aur phir poora arab islamize ho gaya.</w:t>
      </w:r>
    </w:p>
    <w:p>
      <w:pPr>
        <w:jc w:val="right"/>
      </w:pPr>
      <w:r>
        <w:t>اس کے بعد حدیبیہ ایگریمنٹ ہوا اور پھر پورا عرب اسلامائز ہو گیا۔</w:t>
      </w:r>
    </w:p>
    <w:p>
      <w:r>
        <w:rPr>
          <w:b/>
        </w:rPr>
        <w:t xml:space="preserve">[32:19] </w:t>
      </w:r>
      <w:r>
        <w:t>is ke baad dekhiye, is ke baad dekhiye ke yeh jo takrao hua, yeh hazrat usman ko logon ne qatl kar diya, ali muawiya ke darmiyan takrao hua.</w:t>
      </w:r>
    </w:p>
    <w:p>
      <w:pPr>
        <w:jc w:val="right"/>
      </w:pPr>
      <w:r>
        <w:t>اس کے بعد دیکھیے، اس کے بعد دیکھیے کہ یہ جو ٹکراؤ ہوا، یہ حضرت عثمان کو لوگوں نے قتل کر دیا، علی معاویہ کے درمیان ٹکراؤ ہوا۔</w:t>
      </w:r>
    </w:p>
    <w:p>
      <w:r>
        <w:rPr>
          <w:b/>
        </w:rPr>
        <w:t xml:space="preserve">[32:38] </w:t>
      </w:r>
      <w:r>
        <w:t>is ke baad phir rethinking aayi aur is ke baad stability aayi. stability aayi, ek ek muddat tak system qaim ho gaya aur is ke zamane mein phir islam kaafi phaila.</w:t>
      </w:r>
    </w:p>
    <w:p>
      <w:pPr>
        <w:jc w:val="right"/>
      </w:pPr>
      <w:r>
        <w:t>اس کے بعد پھر ری تھنکنگ آئی اور اس کے بعد اسٹیبلٹی آئی۔ اسٹیبلٹی آئی، ایک ایک مدت تک اسٹیبل سسٹم قائم ہو گیا اور اس کے زمانے میں پھر اسلام کافی پھیلا۔</w:t>
      </w:r>
    </w:p>
    <w:p>
      <w:r>
        <w:rPr>
          <w:b/>
        </w:rPr>
        <w:t xml:space="preserve">[32:50] </w:t>
      </w:r>
      <w:r>
        <w:t>is ke baad phir kya hua? bani umaya aur bani abbas ke darmiyan takrao hua. that was also radical operation. is se kya cheez nikli?</w:t>
      </w:r>
    </w:p>
    <w:p>
      <w:pPr>
        <w:jc w:val="right"/>
      </w:pPr>
      <w:r>
        <w:t>اس کے بعد پھر کیا ہوا؟ بنو امیہ اور بنو عباس کے درمیان ٹکراؤ ہوا۔ دیٹ واز السو ریڈیکل آپریشن۔ اس سے کیا چیز نکلی؟</w:t>
      </w:r>
    </w:p>
    <w:p>
      <w:r>
        <w:rPr>
          <w:b/>
        </w:rPr>
        <w:t xml:space="preserve">[32:59] </w:t>
      </w:r>
      <w:r>
        <w:t>is se nikli yeh ke yeh jo baghdad aur cairo ilm ka markaz ban gaya. logon ki jo rethink aayi to rethinking mein unhone woh ilm ki taraf is ka rujhan un ko ho gaya.</w:t>
      </w:r>
    </w:p>
    <w:p>
      <w:pPr>
        <w:jc w:val="right"/>
      </w:pPr>
      <w:r>
        <w:t>اس سے نکلی یہ کہ یہ جو بغداد اور قاہرہ علم کا مرکز بن گیا۔ لوگوں کی جو ری تھنک آئی تو ری تھنکنگ میں انہوں نے وہ علم کی طرف اس کا رجحان ان کو ہو گیا۔</w:t>
      </w:r>
    </w:p>
    <w:p>
      <w:r>
        <w:rPr>
          <w:b/>
        </w:rPr>
        <w:t xml:space="preserve">[33:14] </w:t>
      </w:r>
      <w:r>
        <w:t>bajaye takrao karne ke, ilm ko</w:t>
      </w:r>
    </w:p>
    <w:p>
      <w:pPr>
        <w:jc w:val="right"/>
      </w:pPr>
      <w:r>
        <w:t>بجائے ٹکراؤ کرنے کے، علم کو</w:t>
      </w:r>
    </w:p>
    <w:p>
      <w:r>
        <w:rPr>
          <w:b/>
        </w:rPr>
        <w:t xml:space="preserve">[33:16] </w:t>
      </w:r>
      <w:r>
        <w:t>wohi daur hai jab ke usmanon ne ilmi taraqqi ki, ilmi taraqqi. is ke baad dekhiye, spain mein jo wahan bhi aapas mein takrao hua, hukumat khatam ho gayi.</w:t>
      </w:r>
    </w:p>
    <w:p>
      <w:pPr>
        <w:jc w:val="right"/>
      </w:pPr>
      <w:r>
        <w:t>وہی دور ہے جب کہ عثمانوں نے علمی ترقی کی، علمی ترقی۔ اس کے بعد دیکھیے، اسپین میں جو وہاں بھی آپس میں ٹکراؤ ہوا، حکومت ختم ہوگئی۔</w:t>
      </w:r>
    </w:p>
    <w:p>
      <w:r>
        <w:rPr>
          <w:b/>
        </w:rPr>
        <w:t xml:space="preserve">[33:28] </w:t>
      </w:r>
      <w:r>
        <w:t>lekin phir bhi kya hua? phir rethinking aayi aur log spain se nikal kar africa mein aaye aur africa mein isi zamane mein islam phaila hai.</w:t>
      </w:r>
    </w:p>
    <w:p>
      <w:pPr>
        <w:jc w:val="right"/>
      </w:pPr>
      <w:r>
        <w:t>لیکن پھر بھی کیا ہوا؟ پھر ری تھنکنگ آئی اور لوگ اسپین سے نکل کر افریقہ میں آئے اور افریقہ میں اسی زمانے میں اسلام پھیلا ہے۔</w:t>
      </w:r>
    </w:p>
    <w:p>
      <w:r>
        <w:rPr>
          <w:b/>
        </w:rPr>
        <w:t xml:space="preserve">[33:38] </w:t>
      </w:r>
      <w:r>
        <w:t>yani spain ke log aaye jab africa mein, unhone islam phailaya wahan par.</w:t>
      </w:r>
    </w:p>
    <w:p>
      <w:pPr>
        <w:jc w:val="right"/>
      </w:pPr>
      <w:r>
        <w:t>یعنی اسپین کے لوگ آئے جب افریقہ میں، انہوں نے اسلام پھیلایا وہاں پر۔</w:t>
      </w:r>
    </w:p>
    <w:p>
      <w:r>
        <w:rPr>
          <w:b/>
        </w:rPr>
        <w:t xml:space="preserve">[33:43] </w:t>
      </w:r>
      <w:r>
        <w:t>to yeh yeh hamesha aisa hota hai ke ek muddat ke baad zehni jamood aa jata hai, yani intellectual stagnation.</w:t>
      </w:r>
    </w:p>
    <w:p>
      <w:pPr>
        <w:jc w:val="right"/>
      </w:pPr>
      <w:r>
        <w:t>تو یہ یہ ہمیشہ ایسا ہوتا ہے کہ ایک مدت کے بعد ذہنی جمود آ جاتا ہے، یعنی انٹلیکچول اسٹیگنیشن۔</w:t>
      </w:r>
    </w:p>
    <w:p>
      <w:r>
        <w:rPr>
          <w:b/>
        </w:rPr>
        <w:t xml:space="preserve">[33:52] </w:t>
      </w:r>
      <w:r>
        <w:t>is ko todna parta hai. aap sirf samjha bujha kar nahi tod sakte is ko.</w:t>
      </w:r>
    </w:p>
    <w:p>
      <w:pPr>
        <w:jc w:val="right"/>
      </w:pPr>
      <w:r>
        <w:t>اس کو توڑنا پڑتا ہے۔ آپ صرف سمجھا بجھا کر نہیں توڑ سکتے اس کو۔</w:t>
      </w:r>
    </w:p>
    <w:p>
      <w:r>
        <w:rPr>
          <w:b/>
        </w:rPr>
        <w:t xml:space="preserve">[34:00] </w:t>
      </w:r>
      <w:r>
        <w:t>woh is ke liye kya hai? shock treatment darkar hota hai. to shock treatment ke zariye jab jab is ko toda jata hai to phir rethink, rethink aayi, rethinking, phir se sochna.</w:t>
      </w:r>
    </w:p>
    <w:p>
      <w:pPr>
        <w:jc w:val="right"/>
      </w:pPr>
      <w:r>
        <w:t>وہ اس کے لیے کیا ہے؟ شاک ٹریٹمنٹ درکار ہوتا ہے۔ تو شاک ٹریٹمنٹ کے ذریعے جب جب اس کو توڑا جاتا ہے تو پھر ری تھنک، ری تھنک آتی ہے، ری تھنکنگ، پھر سے سوچنا۔</w:t>
      </w:r>
    </w:p>
    <w:p>
      <w:r>
        <w:rPr>
          <w:b/>
        </w:rPr>
        <w:t xml:space="preserve">[34:13] </w:t>
      </w:r>
      <w:r>
        <w:t>to dekhiye jo main ne arz kiya tha ke ek hai ek suni sunai baaton ko manna, ek hai ke khud se discover karna, self discovery ke taur par kisi cheez ko manna.</w:t>
      </w:r>
    </w:p>
    <w:p>
      <w:pPr>
        <w:jc w:val="right"/>
      </w:pPr>
      <w:r>
        <w:t>تو دیکھیے جو میں نے عرض کیا تھا کہ ایک ہے ایک سنی سنائی باتوں کو ماننا، ایک ہے کہ خود سے ڈسکور کرنا، سیلف ڈسکوری کے طور پر کسی چیز کو ماننا۔</w:t>
      </w:r>
    </w:p>
    <w:p>
      <w:r>
        <w:rPr>
          <w:b/>
        </w:rPr>
        <w:t xml:space="preserve">[34:28] </w:t>
      </w:r>
      <w:r>
        <w:t>to aaj main ek misaal deta hoon aap ko. jab main yahan aaya abhi to main ne dekha ke sab computer le ke baithe hue hain log aur meri baat ko woh yani telecast bhi karna hai,</w:t>
      </w:r>
    </w:p>
    <w:p>
      <w:pPr>
        <w:jc w:val="right"/>
      </w:pPr>
      <w:r>
        <w:t>تو آج میں ایک مثال دیتا ہوں آپ کو۔ جب میں یہاں آیا ابھی تو میں نے دیکھا کہ سب کمپیوٹر لے کے بیٹھے ہوئے ہیں لوگ اور میری بات کو وہ یعنی ٹیلی کاسٹ بھی کرنا ہے،</w:t>
      </w:r>
    </w:p>
    <w:p>
      <w:r>
        <w:rPr>
          <w:b/>
        </w:rPr>
        <w:t xml:space="preserve">[34:42] </w:t>
      </w:r>
      <w:r>
        <w:t>yani live telecast bhi karna hai, is ko type kar rahe hain, is ko tarjuma kar rahe hain, yeh kar rahe hain, woh kar rahe hain. yani sara hamare yahan se le ke america tak bohat se log is waqt ja ke main bol raha hoon, bohat se log computer baithe hue yeh sab kar rahe hain.</w:t>
      </w:r>
    </w:p>
    <w:p>
      <w:pPr>
        <w:jc w:val="right"/>
      </w:pPr>
      <w:r>
        <w:t>یعنی لائیو ٹیلی کاسٹ بھی کرنا ہے، اس کو ٹائپ کر رہے ہیں، اس کو ترجمہ کر رہے ہیں، یہ کر رہے ہیں، وہ کر رہے ہیں۔ یعنی سارا ہمارے یہاں سے لے کے امریکہ تک بہت سے لوگ اس وقت جا کے میں بول رہا ہوں، بہت سے لوگ کمپیوٹر بیٹھے ہوئے یہ سب کر رہے ہیں۔</w:t>
      </w:r>
    </w:p>
    <w:p>
      <w:r>
        <w:rPr>
          <w:b/>
        </w:rPr>
        <w:t xml:space="preserve">[34:59] </w:t>
      </w:r>
      <w:r>
        <w:t>to main ne socha ke ek ek ayat meri samajh mein aa gayi. ek quran majeed mein ek ayat hai: "wakafallahul mominul qital".</w:t>
      </w:r>
    </w:p>
    <w:p>
      <w:pPr>
        <w:jc w:val="right"/>
      </w:pPr>
      <w:r>
        <w:t>تو میں نے سوچا کہ ایک ایک آیت میری سمجھ میں آگئی۔ ایک قرآن مجید میں ایک آیت ہے: "وکف اللہ المومن القتال"۔</w:t>
      </w:r>
    </w:p>
    <w:p>
      <w:r>
        <w:rPr>
          <w:b/>
        </w:rPr>
        <w:t xml:space="preserve">[35:11] </w:t>
      </w:r>
      <w:r>
        <w:t>"wakafallahul mominul qital" allah kaafi ho gaya jang ke liye. to yani tumhari taraf se jang ke liye allah kaafi ho gaya.</w:t>
      </w:r>
    </w:p>
    <w:p>
      <w:pPr>
        <w:jc w:val="right"/>
      </w:pPr>
      <w:r>
        <w:t>"وکف اللہ المومن القتال" اللہ کافی ہو گیا جنگ کے لیے۔ تو یعنی تمہاری طرف سے جنگ کے لیے اللہ کافی ہو گیا۔</w:t>
      </w:r>
    </w:p>
    <w:p>
      <w:r>
        <w:rPr>
          <w:b/>
        </w:rPr>
        <w:t xml:space="preserve">[35:22] </w:t>
      </w:r>
      <w:r>
        <w:t>is ayat ko saare log bas qatl qital ke maane mein lete hain. aur ek waqia jo guzra azab ke mauqe par, khandak ke mauqe par, is isi se jure hue hain.</w:t>
      </w:r>
    </w:p>
    <w:p>
      <w:pPr>
        <w:jc w:val="right"/>
      </w:pPr>
      <w:r>
        <w:t>اس آیت کو سارے لوگ بس قتل قتال کے معنی میں لیتے ہیں۔ اور ایک واقعہ جو گزرا عذاب کے موقع پر، خندق کے موقع پر، اس اسی سے جوڑے ہوئے ہیں۔</w:t>
      </w:r>
    </w:p>
    <w:p>
      <w:r>
        <w:rPr>
          <w:b/>
        </w:rPr>
        <w:t xml:space="preserve">[35:34] </w:t>
      </w:r>
      <w:r>
        <w:t>is ayat ko itna hi jante hain bas kyunke un alfaz ka jo tarjuma hai, is isi se waqif hain. woh kuch aur is mein decipher nahi kar paate.</w:t>
      </w:r>
    </w:p>
    <w:p>
      <w:pPr>
        <w:jc w:val="right"/>
      </w:pPr>
      <w:r>
        <w:t>اس آیت کو اتنا ہی جانتے ہیں بس کیونکہ ان الفاظ کا جو ترجمہ ہے، اس اسی سے واقف ہیں۔ وہ کچھ اور اس میں ڈسپر نہیں کر پاتے۔</w:t>
      </w:r>
    </w:p>
    <w:p>
      <w:r>
        <w:rPr>
          <w:b/>
        </w:rPr>
        <w:t xml:space="preserve">[35:45] </w:t>
      </w:r>
      <w:r>
        <w:t>to mujhe ek discovery ho gayi.</w:t>
      </w:r>
    </w:p>
    <w:p>
      <w:pPr>
        <w:jc w:val="right"/>
      </w:pPr>
      <w:r>
        <w:t>تو مجھے ایک ڈسکوری ہو گئی۔</w:t>
      </w:r>
    </w:p>
    <w:p>
      <w:r>
        <w:rPr>
          <w:b/>
        </w:rPr>
        <w:t xml:space="preserve">[35:48] </w:t>
      </w:r>
      <w:r>
        <w:t>woh kya? maine is ko apply kiya is surat-haal par: "wa kafallahu al-mu'mineena al-qitaal" . yaani aaj jo surat-haal hai ke mujhe to computer ki abcd bhi nahi aati, main kuch nahi jaanta, lekin zaroorat thi ke yeh yeh mission jo hai computerize ho, yeh mission computer ke zariye se duniya mein phailay.</w:t>
      </w:r>
    </w:p>
    <w:p>
      <w:pPr>
        <w:jc w:val="right"/>
      </w:pPr>
      <w:r>
        <w:t>وہ کیا؟ میں نے اس کو اپلائی کیا اس صورتحال پر: "وکف اللہ المومنہ دعویٰ"۔ یعنی آج جو صورتحال ہے کہ مجھے تو کمپیوٹر کی ابی سی ڈی بھی نہیں آتی، میں کچھ نہیں جانتا، لیکن ضرورت تھی کہ یہ یہ مشن جو ہے کمپیوٹرائز ہو، یہ مشن کمپیوٹر کے ذریعے سے دنیا میں پھیلے۔</w:t>
      </w:r>
    </w:p>
    <w:p>
      <w:r>
        <w:rPr>
          <w:b/>
        </w:rPr>
        <w:t xml:space="preserve">[36:09] </w:t>
      </w:r>
      <w:r>
        <w:t>to Allah taala ne logon ko khada kar diya. to meri kami ke liye Allah taala ne bohat se logon ko yahan se America tak khada kar diya.</w:t>
      </w:r>
    </w:p>
    <w:p>
      <w:pPr>
        <w:jc w:val="right"/>
      </w:pPr>
      <w:r>
        <w:t>تو اللہ تعالی نے لوگوں کو کھڑا کر دیا۔ تو میری کمی کے لیے اللہ تعالی نے بہت سے لوگوں کو یہاں سے امریکہ تک کھڑا کر دیا۔</w:t>
      </w:r>
    </w:p>
    <w:p>
      <w:r>
        <w:rPr>
          <w:b/>
        </w:rPr>
        <w:t xml:space="preserve">[36:18] </w:t>
      </w:r>
      <w:r>
        <w:t>to aaj is aayat ko hum agar lein is maani mein: "wa kafallahu al-mu'mineena al-qitaal" to woh woh hoga ek self discovery ka ek item hoga.</w:t>
      </w:r>
    </w:p>
    <w:p>
      <w:pPr>
        <w:jc w:val="right"/>
      </w:pPr>
      <w:r>
        <w:t>تو آج اس آیت کو ہم اگر لیں اس معنی میں: "وکف اللہ المومنہ دعویٰ" تو وہ وہ ہوگا ایک سیلف ڈسکوری کا ایک آئٹم ہوگا۔</w:t>
      </w:r>
    </w:p>
    <w:p>
      <w:r>
        <w:rPr>
          <w:b/>
        </w:rPr>
        <w:t xml:space="preserve">[36:29] </w:t>
      </w:r>
      <w:r>
        <w:t>to agar aap sirf lafzon ke maani jaanen aur is ko sirf sirf azaab se jore rahein to ek puranay zamanay ka ek tareekhi waqea jo guzra, usi usi par sirf mehdood kar denge is aayat ko aap.</w:t>
      </w:r>
    </w:p>
    <w:p>
      <w:pPr>
        <w:jc w:val="right"/>
      </w:pPr>
      <w:r>
        <w:t>تو اگر آپ صرف لفظوں کے معنی جانیں اور اس کو صرف صرف عذاب سے جوڑے رہیں تو ایک پرانے زمانے کا ایک تاریخی واقعہ جو گزرا، اسی اسی پر صرف محدود کر دیں گے اس آیت کو آپ۔</w:t>
      </w:r>
    </w:p>
    <w:p>
      <w:r>
        <w:rPr>
          <w:b/>
        </w:rPr>
        <w:t xml:space="preserve">[36:41] </w:t>
      </w:r>
      <w:r>
        <w:t>lekin agar aaj se jorein aap to ek discovery hogi, ek shukr ka naya item aap ke zehan mein aayega.</w:t>
      </w:r>
    </w:p>
    <w:p>
      <w:pPr>
        <w:jc w:val="right"/>
      </w:pPr>
      <w:r>
        <w:t>لیکن اگر آج سے جوڑیں آپ تو ایک ڈسکوری ہوگی، ایک شکر کا نیا آئٹم آپ کے ذہن میں آئے گا۔</w:t>
      </w:r>
    </w:p>
    <w:p>
      <w:r>
        <w:rPr>
          <w:b/>
        </w:rPr>
        <w:t xml:space="preserve">[36:47] </w:t>
      </w:r>
      <w:r>
        <w:t>Allah ki ajeeb o ghareeb yaani blessing ka aap tajurba hoga, aap ko ek naya imaan jaagega aap ke andar. isi ko kehte hain ke yaani creative imaan, isi ko kehte hain yaani intellectual awakening.</w:t>
      </w:r>
    </w:p>
    <w:p>
      <w:pPr>
        <w:jc w:val="right"/>
      </w:pPr>
      <w:r>
        <w:t>اللہ کی عجیب و غریب یعنی بلیسنگ کا آپ تجربہ ہوگا، آپ کو ایک نیا ایمان جاگے گا آپ کے اندر۔ اسی کو کہتے ہیں کہ یعنی کریٹیو ایمان، اسی کو کہتے ہیں یعنی انٹلیکچول اویرننگ۔</w:t>
      </w:r>
    </w:p>
    <w:p>
      <w:r>
        <w:rPr>
          <w:b/>
        </w:rPr>
        <w:t xml:space="preserve">[37:06] </w:t>
      </w:r>
      <w:r>
        <w:t>to yeh jo hai, yeh yeh yeh hamesha aisa hoga ke is stagnation aayega, is ko tod kar todna parta hai taake log phir se sochen,</w:t>
      </w:r>
    </w:p>
    <w:p>
      <w:pPr>
        <w:jc w:val="right"/>
      </w:pPr>
      <w:r>
        <w:t>تو یہ جو ہے، یہ یہ یہ ہمیشہ ایسا ہوگا کہ اس اسٹیگنیشن آئے گا، اس کو توڑ کر توڑنا پڑتا ہے تاکہ لوگ پھر سے سوچیں،</w:t>
      </w:r>
    </w:p>
    <w:p>
      <w:r>
        <w:rPr>
          <w:b/>
        </w:rPr>
        <w:t xml:space="preserve">[37:18] </w:t>
      </w:r>
      <w:r>
        <w:t>phir se sochen. to Kamal Ataturk ne yahi kiya. wahan par jo stagnation aa gaya tha, jo zehni jamood aa gaya tha ke woh samajhte thay ke kashtiyon ko samandar mein daalnay ke liye, yaani steamship ko samandar mein daalnay ke liye zaroori hai ke pehle bukhari ka khatam karwaya jaye.</w:t>
      </w:r>
    </w:p>
    <w:p>
      <w:pPr>
        <w:jc w:val="right"/>
      </w:pPr>
      <w:r>
        <w:t>پھر سے سوچیں۔ تو کمال تاترو نے یہی کیا۔ وہاں پر جو اسٹیگنیشن آ گیا تھا، جو ذہنی جمود آ گیا تھا کہ وہ سمجھتے تھے کہ کشتیوں کو سمندر میں ڈالنے کے لیے، یعنی سٹیم شپ کو سمندر میں ڈالنے کے لیے ضروری ہے کہ پہلے بخاری کا ختم کروایا جائے۔</w:t>
      </w:r>
    </w:p>
    <w:p>
      <w:r>
        <w:rPr>
          <w:b/>
        </w:rPr>
        <w:t xml:space="preserve">[37:36] </w:t>
      </w:r>
      <w:r>
        <w:t>aisa stagnation aaya hua tha. woh samajhte thay ke bas is tarah ki tasbeeh parho, bas to kuch ho jayega.</w:t>
      </w:r>
    </w:p>
    <w:p>
      <w:pPr>
        <w:jc w:val="right"/>
      </w:pPr>
      <w:r>
        <w:t>ایسا اسٹیگنیشن آیا ہوا تھا۔ وہ سمجھتے تھے کہ بس اس طرح کی تسبیح پڑھو، بس تو کچھ ہو جائے گا۔</w:t>
      </w:r>
    </w:p>
    <w:p>
      <w:r>
        <w:rPr>
          <w:b/>
        </w:rPr>
        <w:t xml:space="preserve">[37:44] </w:t>
      </w:r>
      <w:r>
        <w:t>to yeh stagnation jo tha, is ko is ko aap samjha bujha kar nahi tod sakte. aap is ke liye shock treatment darkaar hai. to main samajhta hoon ke Ataturk ko Allah taala ne istemal kiya ke woh tode is jamood ko.</w:t>
      </w:r>
    </w:p>
    <w:p>
      <w:pPr>
        <w:jc w:val="right"/>
      </w:pPr>
      <w:r>
        <w:t>تو یہ اسٹیگنیشن جو تھا، اس کو اس کو آپ سمجھا بجھا کر نہیں توڑ سکتے۔ آپ اس کے لیے شاک ٹریٹمنٹ درکار ہے۔ تو میں سمجھتا ہوں کہ تاترک کو اللہ تعالی نے استعمال کیا کہ وہ توڑے اس جمود کو۔</w:t>
      </w:r>
    </w:p>
    <w:p>
      <w:r>
        <w:rPr>
          <w:b/>
        </w:rPr>
        <w:t xml:space="preserve">[38:00] </w:t>
      </w:r>
      <w:r>
        <w:t>aur aur ek ek baat, ek nayi soch ubhri. is ke baad hi nayi soch ubhri hai in in ke andar, turkon ke andar</w:t>
      </w:r>
    </w:p>
    <w:p>
      <w:pPr>
        <w:jc w:val="right"/>
      </w:pPr>
      <w:r>
        <w:t>اور اور ایک ایک بات، ایک نئی سوچ ابھری۔ اس کے بعد ہی نئی سوچ ابھری ہے ان ان کے اندر، ترکوں کے اندر</w:t>
      </w:r>
    </w:p>
    <w:p>
      <w:r>
        <w:rPr>
          <w:b/>
        </w:rPr>
        <w:t xml:space="preserve">[38:09] </w:t>
      </w:r>
      <w:r>
        <w:t>ek nayi thinking aayi. aur phir itna zabardast un ka education, yaani Turkey is waqt yaani taqreeban 100 feesad taleem yafta qaum hai.</w:t>
      </w:r>
    </w:p>
    <w:p>
      <w:pPr>
        <w:jc w:val="right"/>
      </w:pPr>
      <w:r>
        <w:t>ایک نئی تھنکنگ آئی۔ اور پھر اتنا زبردست ان کا ایجوکیشن، یعنی ترکی اس وقت یعنی تقریباً 100 فیصد تعلیم یافتہ قوم ہے۔</w:t>
      </w:r>
    </w:p>
    <w:p>
      <w:r>
        <w:rPr>
          <w:b/>
        </w:rPr>
        <w:t xml:space="preserve">[38:19] </w:t>
      </w:r>
      <w:r>
        <w:t>Turkey qaum bohat zabardast un ka education hai, bohat zabardast un ka culture hai, bohat zabardast un ka discipline hai, bohat zabardast un ka infrastructure hai.</w:t>
      </w:r>
    </w:p>
    <w:p>
      <w:pPr>
        <w:jc w:val="right"/>
      </w:pPr>
      <w:r>
        <w:t>ترکی قوم بہت زبردست ان کا ایجوکیشن ہے، بہت زبردست ان کا کلچر ہے، بہت زبردست ان کا ڈسپلن ہے، بہت زبردست ان کا انفراسٹرکچر ہے۔</w:t>
      </w:r>
    </w:p>
    <w:p>
      <w:r>
        <w:rPr>
          <w:b/>
        </w:rPr>
        <w:t xml:space="preserve">[38:30] </w:t>
      </w:r>
      <w:r>
        <w:t>hum wahan par aap ko le jaya gaya kuch hospital mein aur college mein jo private logon ne banaya hai, wahan par ek sahib hain jo ek Turk reformer, Fethullah Gülen.</w:t>
      </w:r>
    </w:p>
    <w:p>
      <w:pPr>
        <w:jc w:val="right"/>
      </w:pPr>
      <w:r>
        <w:t>ہم وہاں پر آپ کو لے جایا گیا کچھ ہسپتال میں اور کالج میں جو پرائیویٹ لوگوں نے بنایا ہے، وہاں پر ایک صاحب ہیں جو ایک ترک ریفارمر، فتح اللہ گلن۔</w:t>
      </w:r>
    </w:p>
    <w:p>
      <w:r>
        <w:rPr>
          <w:b/>
        </w:rPr>
        <w:t xml:space="preserve">[38:44] </w:t>
      </w:r>
      <w:r>
        <w:t>Fethullah Gülen jo hai, unhon ne hazaron school un ke sath, un ke followers ne qaim karwa liye hain. ab bohat hi standard ke school,</w:t>
      </w:r>
    </w:p>
    <w:p>
      <w:pPr>
        <w:jc w:val="right"/>
      </w:pPr>
      <w:r>
        <w:t>فتح اللہ گلن جو ہے، انہوں نے ہزاروں اسکول ان کے ساتھ، ان کے فالوورز نے قائم کروا لیے ہیں۔ اب بہت ہی سٹینڈرڈ کے اسکول،</w:t>
      </w:r>
    </w:p>
    <w:p>
      <w:r>
        <w:rPr>
          <w:b/>
        </w:rPr>
        <w:t xml:space="preserve">[38:55] </w:t>
      </w:r>
      <w:r>
        <w:t>store hai, school hai, college hai, hospital hai, aur kitne saaray idaray, akhbar hain, magazine hain, bohat zabardast qism ki kitabein hain, magazine, akhbar, sari cheez kar rahe hain woh log.</w:t>
      </w:r>
    </w:p>
    <w:p>
      <w:pPr>
        <w:jc w:val="right"/>
      </w:pPr>
      <w:r>
        <w:t>اسٹور ہے، اسکول ہے، کالج ہے، ہسپتال ہے، اور کتنے سارے ادارے، اخبار ہیں، میگزین ہیں، بہت زبردست قسم کے کتابیں ہیں، میگزین، اخبار، ساری چیز کر رہے ہیں وہ لوگ۔</w:t>
      </w:r>
    </w:p>
    <w:p>
      <w:r>
        <w:rPr>
          <w:b/>
        </w:rPr>
        <w:t xml:space="preserve">[39:09] </w:t>
      </w:r>
      <w:r>
        <w:t>to ek poora infrastructure unhon ne khada kar diya hai, aur bohat hi standard ka infrastructure. yeh kaisa hua</w:t>
      </w:r>
    </w:p>
    <w:p>
      <w:pPr>
        <w:jc w:val="right"/>
      </w:pPr>
      <w:r>
        <w:t>تو ایک پورا انفراسٹرکچر انہوں نے کھڑا کر دیا ہے، اور بہت ہی سٹینڈرڈ کا انفراسٹرکچر۔ یہ کیسا ہوا</w:t>
      </w:r>
    </w:p>
    <w:p>
      <w:r>
        <w:rPr>
          <w:b/>
        </w:rPr>
        <w:t xml:space="preserve">[39:17] </w:t>
      </w:r>
      <w:r>
        <w:t>? agar Ataturk ne wahan par change na laye thay, woh wahan wahan woh woh is is is stagnation ko khatam na karte to kuch bhi na hota.</w:t>
      </w:r>
    </w:p>
    <w:p>
      <w:pPr>
        <w:jc w:val="right"/>
      </w:pPr>
      <w:r>
        <w:t>؟ اگر عطا ترک نے وہاں پر چینج نہ لائے تھے، وہ وہاں وہاں وہ وہ اس اس اس اس اسٹیگنیشن کو ختم نہ کرتے تو کچھ بھی نہ ہوتا۔</w:t>
      </w:r>
    </w:p>
    <w:p>
      <w:r>
        <w:rPr>
          <w:b/>
        </w:rPr>
        <w:t xml:space="preserve">[39:31] </w:t>
      </w:r>
      <w:r>
        <w:t>pehlay Ataturk ne radical operation kiya, is ke baad yaani Fethullah Gülen jaisay logon ko kaam ka mauqa mila, aur Turkey mein ek nayi taraqqi aa gayi.</w:t>
      </w:r>
    </w:p>
    <w:p>
      <w:pPr>
        <w:jc w:val="right"/>
      </w:pPr>
      <w:r>
        <w:t>پہلے عطا ترک نے ریڈیکل آپریشن کیا، اس کے بعد یعنی فتح فتح اللہ گلن جیسے لوگوں کو کام کا موقع ملا، اور ترکی میں ایک نئی ترقی آ گئی۔</w:t>
      </w:r>
    </w:p>
    <w:p>
      <w:r>
        <w:rPr>
          <w:b/>
        </w:rPr>
        <w:t xml:space="preserve">[39:47] </w:t>
      </w:r>
      <w:r>
        <w:t>dekhen, is tarah ka jab operation kiya jata hai to kuch kuch na kuch is mein tod phod bhi hoti hai, kuch kuch na kuch negative baatein bhi ho jati hain, lekin woh ho nahi ho na, is ke baghair aap aap operation kar nahi sakte.</w:t>
      </w:r>
    </w:p>
    <w:p>
      <w:pPr>
        <w:jc w:val="right"/>
      </w:pPr>
      <w:r>
        <w:t>دیکھیں، اس طرح کا جب آپریشن کیا جاتا ہے تو کچھ کچھ نہ کچھ اس میں توڑ پھوڑ بھی ہوتی ہے، کچھ نہ کچھ نیگیٹیو باتیں بھی ہو جاتی ہیں، لیکن وہ ہو نہیں ہو نا، اس کے بغیر آپ آپ آپریشن کر نہیں سکتے۔</w:t>
      </w:r>
    </w:p>
    <w:p>
      <w:r>
        <w:rPr>
          <w:b/>
        </w:rPr>
        <w:t xml:space="preserve">[40:00] </w:t>
      </w:r>
      <w:r>
        <w:t>jab kisi building ko todenge to kisi ko chot bhi lag jayegi, lekin chot lagne ke liye aisa nahi kaha ke aap building na toden, warna nayi imarat kaise banegi?</w:t>
      </w:r>
    </w:p>
    <w:p>
      <w:pPr>
        <w:jc w:val="right"/>
      </w:pPr>
      <w:r>
        <w:t>جب کسی بلڈنگ کو توڑیں گے تو کسی کو چوٹ بھی لگ جائے گی، لیکن چوٹ لگنے کے لیے ایسا نہیں کہا کہ آپ بلڈنگ نہ توڑیں، ورنہ نئی عمارت کیسے بنے گی؟</w:t>
      </w:r>
    </w:p>
    <w:p>
      <w:r>
        <w:rPr>
          <w:b/>
        </w:rPr>
        <w:t xml:space="preserve">[40:12] </w:t>
      </w:r>
      <w:r>
        <w:t>nayi building kaise banegi? aap</w:t>
      </w:r>
    </w:p>
    <w:p>
      <w:pPr>
        <w:jc w:val="right"/>
      </w:pPr>
      <w:r>
        <w:t>نئی بلڈنگ کیسے بنے گی؟ آپ</w:t>
      </w:r>
    </w:p>
    <w:p>
      <w:r>
        <w:rPr>
          <w:b/>
        </w:rPr>
        <w:t xml:space="preserve">[40:16] </w:t>
      </w:r>
      <w:r>
        <w:t>to baharhal yeh is yaani yeh meri wahan par jo wahan jo main gaya, wahan par yaani safar mein ek haftah laga to mujhe laga ke sau baras se Turkey jo hai yaani is par doctrinism ka parda pada hua tha.</w:t>
      </w:r>
    </w:p>
    <w:p>
      <w:pPr>
        <w:jc w:val="right"/>
      </w:pPr>
      <w:r>
        <w:t>تو بہرحال یہ اس یعنی یہ میری وہاں پر جو وہاں جو میں گیا، وہاں پر یعنی سفر میں ایک ہفتہ لگا تو مجھے لگا کہ سو برس سے ترکی جو ہے یعنی اس پر ڈاکٹرنس کا پردہ پڑا ہوا تھا۔</w:t>
      </w:r>
    </w:p>
    <w:p>
      <w:r>
        <w:rPr>
          <w:b/>
        </w:rPr>
        <w:t xml:space="preserve">[40:39] </w:t>
      </w:r>
      <w:r>
        <w:t>sau baras se Muslim dunya janti nahi thi ke Turkey kya cheez hai.</w:t>
      </w:r>
    </w:p>
    <w:p>
      <w:pPr>
        <w:jc w:val="right"/>
      </w:pPr>
      <w:r>
        <w:t>سو برس سے مسلم دنیا جانتی نہیں تھی کہ ترکی کیا چیز ہے۔</w:t>
      </w:r>
    </w:p>
    <w:p>
      <w:r>
        <w:rPr>
          <w:b/>
        </w:rPr>
        <w:t xml:space="preserve">[40:47] </w:t>
      </w:r>
      <w:r>
        <w:t>abhi mein yeh yeh baat ka zikr kar raha tha, mein yeh hamara jo Saadia hain, jo is ki member hain hamari team ki, to un ka unhon ne mujhe bataya ke woh un ka ek teacher,</w:t>
      </w:r>
    </w:p>
    <w:p>
      <w:pPr>
        <w:jc w:val="right"/>
      </w:pPr>
      <w:r>
        <w:t>ابھی میں یہ یہ بات کا ذکر کر رہا تھا، میں یہ ہمارا جو سعدیہ ہیں، جو اس کی ممبر ہیں ہماری ٹیم کی، تو ان کا انہوں نے مجھے بتایا کہ وہ ان کا ایک ٹیچر،</w:t>
      </w:r>
    </w:p>
    <w:p>
      <w:r>
        <w:rPr>
          <w:b/>
        </w:rPr>
        <w:t xml:space="preserve">[41:02] </w:t>
      </w:r>
      <w:r>
        <w:t>ek lady teacher ne, jo ke kafi study ka shauq in ko parhti rehti hain, har cheez, unhon ne kaha tha ke har Muslim country ko ek Atta Turk chahiye.</w:t>
      </w:r>
    </w:p>
    <w:p>
      <w:pPr>
        <w:jc w:val="right"/>
      </w:pPr>
      <w:r>
        <w:t>ایک لیڈی ٹیچر نے، جو کہ کافی اسٹڈی کا ذوق ان کو پڑھتی رہتی ہیں، ہر چیز، انہوں نے کہا تھا کہ ہر مسلم کنٹری کو ایک عطا ترک چاہیے۔</w:t>
      </w:r>
    </w:p>
    <w:p>
      <w:r>
        <w:rPr>
          <w:b/>
        </w:rPr>
        <w:t xml:space="preserve">[41:18] </w:t>
      </w:r>
      <w:r>
        <w:t>to pehle agar woh kehti to mein na samajh pata tha, lekin ab mein jo gaya wahan par to mein samjha ke sahi baat kahi unhon ne ke har Muslim country ko ek Atta Turk chahiye, tod phod kar ke.</w:t>
      </w:r>
    </w:p>
    <w:p>
      <w:pPr>
        <w:jc w:val="right"/>
      </w:pPr>
      <w:r>
        <w:t>تو پہلے اگر وہ کہتی تو میں نہ سمجھ پاتا تھا، لیکن اب میں جو گیا وہاں پر تو میں سمجھا کہ صحیح بات کہی انہوں نے کہ ہر مسلم کنٹری کو ایک عطا ترک چاہیے، توڑ پھوڑ کرے۔</w:t>
      </w:r>
    </w:p>
    <w:p>
      <w:r>
        <w:rPr>
          <w:b/>
        </w:rPr>
        <w:t xml:space="preserve">[41:30] </w:t>
      </w:r>
      <w:r>
        <w:t>aur wapsi ke baad mujhe ek aur waqia maloom hua. Maaz Aqwan Nadeem sahib ne bataya ke Sweden mein jab yeh gaye, kuch din Sweden mein rahe hain yeh, to Sweden mein ek sahib hain, Zaidi sahib,</w:t>
      </w:r>
    </w:p>
    <w:p>
      <w:pPr>
        <w:jc w:val="right"/>
      </w:pPr>
      <w:r>
        <w:t>اور واپسی کے بعد مجھے ایک اور واقعہ معلوم ہوا۔ معاذ اقوان ندیم صاحب نے بتایا کہ سویڈن میں جب یہ گئے، کچھ دن سویڈن میں رہے ہیں یہ، تو سویڈن میں ایک صاحب ہیں، زیدی صاحب،</w:t>
      </w:r>
    </w:p>
    <w:p>
      <w:r>
        <w:rPr>
          <w:b/>
        </w:rPr>
        <w:t xml:space="preserve">[41:46] </w:t>
      </w:r>
      <w:r>
        <w:t>Saheb ne kaha ji</w:t>
      </w:r>
    </w:p>
    <w:p>
      <w:pPr>
        <w:jc w:val="right"/>
      </w:pPr>
      <w:r>
        <w:t>صاحب نے کہا جی</w:t>
      </w:r>
    </w:p>
    <w:p>
      <w:r>
        <w:rPr>
          <w:b/>
        </w:rPr>
        <w:t xml:space="preserve">[41:48] </w:t>
      </w:r>
      <w:r>
        <w:t>Zaidi sahib, to woh engineer hain. To is se pehle woh ship mein hua karte thay, un ki duty ship mein hua karti thi.</w:t>
      </w:r>
    </w:p>
    <w:p>
      <w:pPr>
        <w:jc w:val="right"/>
      </w:pPr>
      <w:r>
        <w:t>زیدی صاحب، تو وہ انجینئر ہیں۔ تو اس سے پہلے وہ شپ میں ہوا کرتے تھے، ان کی ڈیوٹی شپ میں ہوا کرتی تھی۔</w:t>
      </w:r>
    </w:p>
    <w:p>
      <w:r>
        <w:rPr>
          <w:b/>
        </w:rPr>
        <w:t xml:space="preserve">[42:00] </w:t>
      </w:r>
      <w:r>
        <w:t>to ek baar kya hua ke un ka ship kahin takra gaya, bohat zabardast yani accident tha woh, to toot phoot gaya jahaz</w:t>
      </w:r>
    </w:p>
    <w:p>
      <w:pPr>
        <w:jc w:val="right"/>
      </w:pPr>
      <w:r>
        <w:t>تو ایک بار کیا ہوا کہ ان کا شپ کہیں ٹکرا گیا، بہت زبردست یعنی ایکسیڈنٹ تھا وہ، تو ٹوٹ پھوٹ گیا جہاز</w:t>
      </w:r>
    </w:p>
    <w:p>
      <w:r>
        <w:rPr>
          <w:b/>
        </w:rPr>
        <w:t xml:space="preserve">[42:10] </w:t>
      </w:r>
      <w:r>
        <w:t>. To yeh kisi takhte par teirte teirte lamba yani faasla tay kiya unhon ne, yahan tak ke pahunch gaye woh Turkey ke coast par.</w:t>
      </w:r>
    </w:p>
    <w:p>
      <w:pPr>
        <w:jc w:val="right"/>
      </w:pPr>
      <w:r>
        <w:t>۔ تو یہ کسی تختے پر تیرتے تیرتے لمبا یعنی فاصلہ طے کیا انہوں نے، یہاں تک کہ پہنچ گئے وہ ترکی کے کوسٹ پر۔</w:t>
      </w:r>
    </w:p>
    <w:p>
      <w:r>
        <w:rPr>
          <w:b/>
        </w:rPr>
        <w:t xml:space="preserve">[42:23] </w:t>
      </w:r>
      <w:r>
        <w:t>Yeh sahi waqia hai. To kuch kuch Turkey mein dakhil ho gaye, woh chand mahine Turkey mein rehna pada un ko.</w:t>
      </w:r>
    </w:p>
    <w:p>
      <w:pPr>
        <w:jc w:val="right"/>
      </w:pPr>
      <w:r>
        <w:t>یہ صحیح واقعہ ہے۔ تو کچھ کچھ ترکی میں داخل ہو گئے، وہ چند مہینے ترکی میں رہنا پڑا ان کو۔</w:t>
      </w:r>
    </w:p>
    <w:p>
      <w:r>
        <w:rPr>
          <w:b/>
        </w:rPr>
        <w:t xml:space="preserve">[42:33] </w:t>
      </w:r>
      <w:r>
        <w:t>To unhon ne kaha tha wapsi ke baad, ab woh rehte hain Sweden mein ke wahan mein chand mahine raha aur apne tajrube ki bina par mein keh sakta hoon ke Turkey Muslim dunya mein sab se zyada jandar qaum hai.</w:t>
      </w:r>
    </w:p>
    <w:p>
      <w:pPr>
        <w:jc w:val="right"/>
      </w:pPr>
      <w:r>
        <w:t>تو انہوں نے کہا تھا واپسی کے بعد، اب وہ رہتے ہیں سویڈن میں کہ وہاں میں چند مہینے رہا اور اپنے تجربے کی بنا پر میں کہہ سکتا ہوں کہ ترکی مسلم دنیا میں سب سے زیادہ جاندار قوم ہے۔</w:t>
      </w:r>
    </w:p>
    <w:p>
      <w:r>
        <w:rPr>
          <w:b/>
        </w:rPr>
        <w:t xml:space="preserve">[42:52] </w:t>
      </w:r>
      <w:r>
        <w:t>yani pehle agar yeh qissa mujhe batata koi to mein is yaqeen na karta.</w:t>
      </w:r>
    </w:p>
    <w:p>
      <w:pPr>
        <w:jc w:val="right"/>
      </w:pPr>
      <w:r>
        <w:t>یعنی پہلے اگر یہ قصہ مجھے بتاتا کوئی تو میں اس یقین نہ کرتا۔</w:t>
      </w:r>
    </w:p>
    <w:p>
      <w:r>
        <w:rPr>
          <w:b/>
        </w:rPr>
        <w:t xml:space="preserve">[42:57] </w:t>
      </w:r>
      <w:r>
        <w:t>To unhon ne kaha ke Turkey sab se zyada jandar qaum hai, aur agar koi kaam kuch hoga naye daur mein kisi Muslim mulk se to woh Turkey se hoga.</w:t>
      </w:r>
    </w:p>
    <w:p>
      <w:pPr>
        <w:jc w:val="right"/>
      </w:pPr>
      <w:r>
        <w:t>تو انہوں نے کہا کہ ترکی سب سے زیادہ جاندار قوم ہے، اور اگر کوئی کام کچھ ہوگا نئے دور میں کسی مسلم ملک سے تو وہ ترکی سے ہوگا۔</w:t>
      </w:r>
    </w:p>
    <w:p>
      <w:r>
        <w:rPr>
          <w:b/>
        </w:rPr>
        <w:t xml:space="preserve">[43:12] </w:t>
      </w:r>
      <w:r>
        <w:t>Ab wahan par dekhiye, kai waqiat aise hue hain jis se laga mujhe mehsoos hua ke waqai log jandar log hain. Misal tor par dekhiye, 60 mulkon ke logon ko unhon ne bulaya</w:t>
      </w:r>
    </w:p>
    <w:p>
      <w:pPr>
        <w:jc w:val="right"/>
      </w:pPr>
      <w:r>
        <w:t>اب وہاں پر دیکھیے، کئی واقعات ایسے ہوئے ہیں جس سے لگا مجھے محسوس ہوا کہ واقعی لوگ جاندار لوگ ہیں۔ مثال طور پر دیکھیے، 60 ملکوں کے لوگوں کو انہوں نے بلایا</w:t>
      </w:r>
    </w:p>
    <w:p>
      <w:r>
        <w:rPr>
          <w:b/>
        </w:rPr>
        <w:t xml:space="preserve">[43:24] </w:t>
      </w:r>
      <w:r>
        <w:t>tha, is mein se mein ek tha. Aur mein jab gaya tha yahan se to mein samajhta tha ke wahan par mein ek unknown aadmi ke taur par rahoon ga aur aise wapas chala aaon ga, kuch mera wahan koi role nahi hoga mera.</w:t>
      </w:r>
    </w:p>
    <w:p>
      <w:pPr>
        <w:jc w:val="right"/>
      </w:pPr>
      <w:r>
        <w:t>تھا، اس میں سے میں ایک تھا۔ اور میں جب گیا تھا یہاں سے تو میں سمجھتا تھا کہ وہاں پر میں ایک ان نون آدمی کے طور پر رہوں گا اور ایسے واپس چلا آؤں گا، کچھ میرا وہاں کوئی رول نہیں ہوگا میرا۔</w:t>
      </w:r>
    </w:p>
    <w:p>
      <w:r>
        <w:rPr>
          <w:b/>
        </w:rPr>
        <w:t xml:space="preserve">[43:40] </w:t>
      </w:r>
      <w:r>
        <w:t>Lekin wahan par kya hua? Hamari kuch kitabein Turkey mein bhi tarjuma hui hain, aur wahan ke log kai log Arabi bhi jante hain, Angrezi bhi jante hain.</w:t>
      </w:r>
    </w:p>
    <w:p>
      <w:pPr>
        <w:jc w:val="right"/>
      </w:pPr>
      <w:r>
        <w:t>لیکن وہاں پر کیا ہوا؟ ہماری کچھ کتابیں ترکی میں بھی ترجمہ ہوئی ہیں، اور وہاں کے لوگ کئی لوگ عربی بھی جانتے ہیں، انگریزی بھی جانتے ہیں۔</w:t>
      </w:r>
    </w:p>
    <w:p>
      <w:r>
        <w:rPr>
          <w:b/>
        </w:rPr>
        <w:t xml:space="preserve">[43:48] </w:t>
      </w:r>
      <w:r>
        <w:t>To unhon ne hamari kitab padhi thi,</w:t>
      </w:r>
    </w:p>
    <w:p>
      <w:pPr>
        <w:jc w:val="right"/>
      </w:pPr>
      <w:r>
        <w:t>تو انہوں نے ہماری کتاب پڑھی تھی،</w:t>
      </w:r>
    </w:p>
    <w:p>
      <w:r>
        <w:rPr>
          <w:b/>
        </w:rPr>
        <w:t xml:space="preserve">[43:51] </w:t>
      </w:r>
      <w:r>
        <w:t>to wahan 60 mulk ke log aaye thay, bare top ke log aaye thay. Lekin aap taajjub karein ke ke prime role mujh ko de diya unhon ne.</w:t>
      </w:r>
    </w:p>
    <w:p>
      <w:pPr>
        <w:jc w:val="right"/>
      </w:pPr>
      <w:r>
        <w:t>تو وہاں 60 ملک کے لوگ آئے تھے، بڑے ٹاپ کے لوگ آئے تھے۔ لیکن آپ تعجب کریں کہ کہ پرائم رول مجھ کو دے دیا انہوں نے۔</w:t>
      </w:r>
    </w:p>
    <w:p>
      <w:r>
        <w:rPr>
          <w:b/>
        </w:rPr>
        <w:t xml:space="preserve">[44:01] </w:t>
      </w:r>
      <w:r>
        <w:t>Meri announcement speech hui, aur itna zyada appreciation mila ke jo aghraz thay, aghraz ne kaha ke aap hi ki taqreer jo pehli bhi thi, wahi aakhri bhi thi, ab to koi zaroorat nahi hai.</w:t>
      </w:r>
    </w:p>
    <w:p>
      <w:pPr>
        <w:jc w:val="right"/>
      </w:pPr>
      <w:r>
        <w:t>میری اناؤنسمنٹ سپیچ ہوئی، اور اتنا زیادہ ایپریسیشن ملا کہ جو اغراض تھے، اغراض نے کہا کہ آپ ہی کی تقریر جو پہلی بھی تھی، وہی آخری بھی تھی، اب تو کوئی ضرورت نہیں ہے۔</w:t>
      </w:r>
    </w:p>
    <w:p>
      <w:r>
        <w:rPr>
          <w:b/>
        </w:rPr>
        <w:t xml:space="preserve">[44:18] </w:t>
      </w:r>
      <w:r>
        <w:t>"You were the hero of this conference</w:t>
      </w:r>
    </w:p>
    <w:p>
      <w:pPr>
        <w:jc w:val="right"/>
      </w:pPr>
      <w:r>
        <w:t>"یو ویر دا ہیرو آف دس کانفرنس</w:t>
      </w:r>
    </w:p>
    <w:p>
      <w:r>
        <w:rPr>
          <w:b/>
        </w:rPr>
        <w:t xml:space="preserve">[44:20] </w:t>
      </w:r>
      <w:r>
        <w:t>" Yeh kya hai? Yeh jandar hone ki saboot hai ke Turkey ke bhi kitne muqarrir thay is mein, speaker Turkey ke, speaker Arab mulkon ke, speaker kahan kahan ke, speaker bare bare top ke log.</w:t>
      </w:r>
    </w:p>
    <w:p>
      <w:pPr>
        <w:jc w:val="right"/>
      </w:pPr>
      <w:r>
        <w:t>" یہ کیا ہے؟ یہ جاندار ہونے کی ثبوت ہے کہ ترکی کے بھی کتنے مقرر تھے اس میں، اسپیکر ترکی کے، اسپیکر عرب ملکوں کے، اسپیکر کہاں کہاں کے، اسپیکر بڑے بڑے ٹاپ کے لوگ۔</w:t>
      </w:r>
    </w:p>
    <w:p>
      <w:r>
        <w:rPr>
          <w:b/>
        </w:rPr>
        <w:t xml:space="preserve">[44:31] </w:t>
      </w:r>
      <w:r>
        <w:t>Lekin mere jaise ek aadmi ko unhon ne keh diya ke "You were the hero of this conference" yeh sirf jandar logon ko aisa kar sakte hain, bohat hi jandar.</w:t>
      </w:r>
    </w:p>
    <w:p>
      <w:pPr>
        <w:jc w:val="right"/>
      </w:pPr>
      <w:r>
        <w:t>لیکن میرے جیسے ایک آدمی کو انہوں نے کہہ دیا کہ "یو ویر دا ہیرو آف دس کانفرنس" یہ صرف جاندار لوگوں کو ایسا کر سکتے ہیں، بہت ہی جاندار۔</w:t>
      </w:r>
    </w:p>
    <w:p>
      <w:r>
        <w:rPr>
          <w:b/>
        </w:rPr>
        <w:t xml:space="preserve">[44:41] </w:t>
      </w:r>
      <w:r>
        <w:t>Jo dead log hotay hain, woh sirf apne logon ko jante hain, apne logon ko poochte</w:t>
      </w:r>
    </w:p>
    <w:p>
      <w:pPr>
        <w:jc w:val="right"/>
      </w:pPr>
      <w:r>
        <w:t>جو ڈیڈ لوگ ہوتے ہیں، وہ صرف اپنے لوگوں کو جانتے ہیں، اپنے لوگوں کو پوچھتے</w:t>
      </w:r>
    </w:p>
    <w:p>
      <w:r>
        <w:rPr>
          <w:b/>
        </w:rPr>
        <w:t xml:space="preserve">[44:48] </w:t>
      </w:r>
      <w:r>
        <w:t>hain. Yani personality cult jo hai, woh dead logon ka tareeqa hua karta hai. To is tarah ki kai cheezein huin.</w:t>
      </w:r>
    </w:p>
    <w:p>
      <w:pPr>
        <w:jc w:val="right"/>
      </w:pPr>
      <w:r>
        <w:t>ہیں۔ یعنی پرسنیلٹی کل جو ہے، وہ ڈیڈ لوگوں کا طریقہ ہوا کرتا ہے۔ تو اس طرح کی کئی چیزیں ہوئیں۔</w:t>
      </w:r>
    </w:p>
    <w:p>
      <w:r>
        <w:rPr>
          <w:b/>
        </w:rPr>
        <w:t xml:space="preserve">[44:58] </w:t>
      </w:r>
      <w:r>
        <w:t>To mein yeh kahoon ga ke aap logon se ke aap log phir se Turkey ko samjhiye, aur mein apne is tajrube se yeh samjha hoon ke Turkey se inshallah koi bohat bara kaam hone wala hai dawat ka, kyun ke Turkey aap jante hain ke woh yani Asia Europe ke beech mein hai,</w:t>
      </w:r>
    </w:p>
    <w:p>
      <w:pPr>
        <w:jc w:val="right"/>
      </w:pPr>
      <w:r>
        <w:t>تو میں یہ کہوں گا کہ آپ لوگوں سے کہ آپ لوگ پھر سے ترکی کو سمجھیے، اور میں اپنے اس تجربے سے یہ سمجھا ہوں کہ ترکی سے انشاءاللہ کوئی بہت بڑا کام ہونے والا ہے دعوت کا، کیونکہ ترکی آپ جانتے ہیں کہ وہ یعنی ایشیا یورپ کے بیچ میں ہے،</w:t>
      </w:r>
    </w:p>
    <w:p>
      <w:r>
        <w:rPr>
          <w:b/>
        </w:rPr>
        <w:t xml:space="preserve">[45:21] </w:t>
      </w:r>
      <w:r>
        <w:t>yani East aur West ke beech mein hai. Woh ek bridge hai, goya ke yani Turkey is like a bridge between East and West.</w:t>
      </w:r>
    </w:p>
    <w:p>
      <w:pPr>
        <w:jc w:val="right"/>
      </w:pPr>
      <w:r>
        <w:t>یعنی ایسٹ اور ویسٹ کے بیچ میں ہے۔ وہ ایک برج ہے، گویا کہ یعنی ترکی از لائک ا برج بٹوین ایسٹ اینڈ ویسٹ۔</w:t>
      </w:r>
    </w:p>
    <w:p>
      <w:r>
        <w:rPr>
          <w:b/>
        </w:rPr>
        <w:t xml:space="preserve">[45:29] </w:t>
      </w:r>
      <w:r>
        <w:t>to wahan par tourist bohat ziyada hai, bohat tourist atay hain. jahan hum jatay thay, tourist ki bheer to kaha ke maddu jo hai, khud dai ke paas chala aa raha hai, maddu khud dai ke paas chala aa raha hai.</w:t>
      </w:r>
    </w:p>
    <w:p>
      <w:pPr>
        <w:jc w:val="right"/>
      </w:pPr>
      <w:r>
        <w:t>تو وہاں پر ٹورسٹ بہت زیادہ ہے، بہت ٹورسٹ آتے ہیں۔ جہاں ہم جاتے تھے، ٹورسٹ کی بھیڑ تو کہا کہ مدو جو ہے، خود دائی کے پاس چلا آ رہا ہے، مدو خود دائی کے پاس چلا آ رہا ہے۔</w:t>
      </w:r>
    </w:p>
    <w:p>
      <w:r>
        <w:rPr>
          <w:b/>
        </w:rPr>
        <w:t xml:space="preserve">[45:44] </w:t>
      </w:r>
      <w:r>
        <w:t>to yeh jo potential hai wahan par, agar is ko istemal kiya jaye to wohin aap turki mein bethay bethay sari dunya tak apna paigham pohncha saktay hain.</w:t>
      </w:r>
    </w:p>
    <w:p>
      <w:pPr>
        <w:jc w:val="right"/>
      </w:pPr>
      <w:r>
        <w:t>تو یہ جو پوٹینشل ہے وہاں پر، اگر اس کو استعمال کیا جائے تو وہیں آپ ترکی میں بیٹھے بیٹھے ساری دنیا تک اپنا پیغام پہنچا سکتے ہیں۔</w:t>
      </w:r>
    </w:p>
    <w:p>
      <w:r>
        <w:rPr>
          <w:b/>
        </w:rPr>
        <w:t xml:space="preserve">[45:55] </w:t>
      </w:r>
      <w:r>
        <w:t>yani quran mislan distribute karen aap wahan par</w:t>
      </w:r>
    </w:p>
    <w:p>
      <w:pPr>
        <w:jc w:val="right"/>
      </w:pPr>
      <w:r>
        <w:t>یعنی قرآن مثلاً ڈسٹریبیوٹ کریں آپ وہاں پر</w:t>
      </w:r>
    </w:p>
    <w:p>
      <w:r>
        <w:rPr>
          <w:b/>
        </w:rPr>
        <w:t xml:space="preserve">[45:59] </w:t>
      </w:r>
      <w:r>
        <w:t>to aik hi jagah baith kar sari dunya mein aap quran quran ko pohncha saktay hain. kaisa ajeeb moqa hai wahan par, lekin wahan koi concept nahi tha dawat ka.</w:t>
      </w:r>
    </w:p>
    <w:p>
      <w:pPr>
        <w:jc w:val="right"/>
      </w:pPr>
      <w:r>
        <w:t>تو ایک ہی جگہ بیٹھ کر ساری دنیا میں آپ قرآن قرآن کو پہنچا سکتے ہیں۔ کیسا عجیب موقع ہے وہاں پر، لیکن وہاں کوئی کنسیپٹ نہیں تھا دعوت کا۔</w:t>
      </w:r>
    </w:p>
    <w:p>
      <w:r>
        <w:rPr>
          <w:b/>
        </w:rPr>
        <w:t xml:space="preserve">[46:10] </w:t>
      </w:r>
      <w:r>
        <w:t>log sirf jantay thay ke turki to bas aik ata turk, aik aik aadmi tha dewana, usay tor phor ke sab sab bigar diya sare mamlay ko.</w:t>
      </w:r>
    </w:p>
    <w:p>
      <w:pPr>
        <w:jc w:val="right"/>
      </w:pPr>
      <w:r>
        <w:t>لوگ صرف جانتے تھے کہ ترکی تو بس ایک عطا ترک، ایک ایک آدمی تھا دیوانہ، اسے توڑ پھوڑ کے سب سب بگاڑ دیا سارے معاملے کو۔</w:t>
      </w:r>
    </w:p>
    <w:p>
      <w:r>
        <w:rPr>
          <w:b/>
        </w:rPr>
        <w:t xml:space="preserve">[46:19] </w:t>
      </w:r>
      <w:r>
        <w:t>halankay bilkul galat hai yeh.</w:t>
      </w:r>
    </w:p>
    <w:p>
      <w:pPr>
        <w:jc w:val="right"/>
      </w:pPr>
      <w:r>
        <w:t>حالانکہ بالکل غلط ہے یہ۔</w:t>
      </w:r>
    </w:p>
    <w:p>
      <w:r>
        <w:rPr>
          <w:b/>
        </w:rPr>
        <w:t xml:space="preserve">[46:23] </w:t>
      </w:r>
      <w:r>
        <w:t>abhi bhi wahan par islam poori tarah zinda hai. wahan par yani jahan jahan jahan hum gaye, har jagah musalmanon ke andar hum ne paya ke bohat hi shareef log, bohat hi deendar log, aur bohat hi sahi log.</w:t>
      </w:r>
    </w:p>
    <w:p>
      <w:pPr>
        <w:jc w:val="right"/>
      </w:pPr>
      <w:r>
        <w:t>ابھی بھی وہاں پر اسلام پوری طرح زندہ ہے۔ وہاں پر یعنی جہاں جہاں جہاں ہم گئے، ہر جگہ مسلمانوں کے اندر ہم نے پایا کہ بہت ہی شریف لوگ، بہت ہی دیندار لوگ، اور بہت ہی صحیح لوگ۔</w:t>
      </w:r>
    </w:p>
    <w:p>
      <w:r>
        <w:rPr>
          <w:b/>
        </w:rPr>
        <w:t xml:space="preserve">[46:40] </w:t>
      </w:r>
      <w:r>
        <w:t>kahin bhi hum ko koi negative experience nahi hua, aur bohat taleem yafta log.</w:t>
      </w:r>
    </w:p>
    <w:p>
      <w:pPr>
        <w:jc w:val="right"/>
      </w:pPr>
      <w:r>
        <w:t>کہیں بھی ہم کو کوئی نیگیٹیو ایکسپیرینس نہیں ہوا، اور بہت تعلیم یافتہ لوگ۔</w:t>
      </w:r>
    </w:p>
    <w:p>
      <w:r>
        <w:rPr>
          <w:b/>
        </w:rPr>
        <w:t xml:space="preserve">[46:49] </w:t>
      </w:r>
      <w:r>
        <w:t>to turki se inshallah aik yani do jadeed mein jo aik matloob hai, aik dawah explosion, dawah explosion inshallah turki se hoga.</w:t>
      </w:r>
    </w:p>
    <w:p>
      <w:pPr>
        <w:jc w:val="right"/>
      </w:pPr>
      <w:r>
        <w:t>تو ترکی سے انشاءاللہ ایک یعنی دو جدید میں جو ایک مطلوب ہے، ایک دعویٰ ایکسپلوژن، دعویٰ ایکسپلوژن انشاءاللہ ترکی سے ہوگا۔</w:t>
      </w:r>
    </w:p>
    <w:p>
      <w:r>
        <w:rPr>
          <w:b/>
        </w:rPr>
        <w:t xml:space="preserve">[47:04] </w:t>
      </w:r>
      <w:r>
        <w:t>aisa mera manna hai. is par mein aik kitab likh raha hoon jis ka title mere samajh mein aya hai "turki rediscovered". to is mein yeh baatein inshallah tafseel se ayengi.</w:t>
      </w:r>
    </w:p>
    <w:p>
      <w:pPr>
        <w:jc w:val="right"/>
      </w:pPr>
      <w:r>
        <w:t>ایسا میرا ماننا ہے۔ اس پر میں ایک کتاب لکھ رہا ہوں جس کا ٹائٹل میرے سمجھ میں آیا ہے "ترکی ری ڈسکورڈ"۔ تو اس میں یہ باتیں انشاءاللہ تفصیل سے آئیں گی۔</w:t>
      </w:r>
    </w:p>
    <w:p>
      <w:r>
        <w:rPr>
          <w:b/>
        </w:rPr>
        <w:t xml:space="preserve">[47:19] </w:t>
      </w:r>
      <w:r>
        <w:t>to yeh jo mein ne arz kiya, radical operation, yeh yaad rakhiye, yeh individual ke liye bhi hota hai, qom ke liye bhi hota hai, poore mulk ke liye hota hai.</w:t>
      </w:r>
    </w:p>
    <w:p>
      <w:pPr>
        <w:jc w:val="right"/>
      </w:pPr>
      <w:r>
        <w:t>تو یہ جو میں نے عرض کیا، ریڈیکل آپریشن، یہ یاد رکھیے، یہ انڈیویجول کے لیے بھی ہوتا ہے، قوم کے لیے بھی ہوتا ہے، پورے ملک کے لیے ہوتا ہے۔</w:t>
      </w:r>
    </w:p>
    <w:p>
      <w:r>
        <w:rPr>
          <w:b/>
        </w:rPr>
        <w:t xml:space="preserve">[47:30] </w:t>
      </w:r>
      <w:r>
        <w:t>aik fard ki zindagi bhi jamood aa jata hai. aik fard ki zindagi mein us ko us ke jamood ko torney ke liye bhi koi koi koi radical waqea chahiye.</w:t>
      </w:r>
    </w:p>
    <w:p>
      <w:pPr>
        <w:jc w:val="right"/>
      </w:pPr>
      <w:r>
        <w:t>ایک فرد کی زندگی بھی جمود آ جاتا ہے۔ ایک فرد کی زندگی میں اس کو اس کے جمود کو توڑنے کے لیے بھی کوئی کوئی کوئی ریڈیکل واقعہ چاہیے۔</w:t>
      </w:r>
    </w:p>
    <w:p>
      <w:r>
        <w:rPr>
          <w:b/>
        </w:rPr>
        <w:t xml:space="preserve">[47:44] </w:t>
      </w:r>
      <w:r>
        <w:t>jaise hamare haan aik sahab thay, to woh kuch karte nahi thay, to woh bohat maawashi mein unhon ne khudkushi kar li, khudkushi kha liya, kuch zehriili cheez.</w:t>
      </w:r>
    </w:p>
    <w:p>
      <w:pPr>
        <w:jc w:val="right"/>
      </w:pPr>
      <w:r>
        <w:t>جیسے ہمارے ہاں ایک صاحب تھے، تو وہ کچھ کرتے نہیں تھے، تو وہ بہت معاوشی میں انہوں نے خودکشی کر لی، خودکشی کھا لیا، کچھ زہریلی چیز۔</w:t>
      </w:r>
    </w:p>
    <w:p>
      <w:r>
        <w:rPr>
          <w:b/>
        </w:rPr>
        <w:t xml:space="preserve">[47:58] </w:t>
      </w:r>
      <w:r>
        <w:t>lekin phir jaldi se un ka ilaj hua, woh bach gaye. woh bachne ke baad woh aadmi hero ban gaya. to woh jo khudkushi ki thi, unhon ne mein samajhta hoon ke woh woh woh tha radical operation.</w:t>
      </w:r>
    </w:p>
    <w:p>
      <w:pPr>
        <w:jc w:val="right"/>
      </w:pPr>
      <w:r>
        <w:t>لیکن پھر جلدی سے ان کا علاج ہوا، وہ بچ گئے۔ وہ بچنے کے بعد وہ آدمی ہیرو بن گیا۔ تو وہ جو خودکشی کی تھی، انہوں نے میں سمجھتا ہوں کہ وہ وہ وہ تھا ریڈیکل آپریشن۔</w:t>
      </w:r>
    </w:p>
    <w:p>
      <w:r>
        <w:rPr>
          <w:b/>
        </w:rPr>
        <w:t xml:space="preserve">[48:13] </w:t>
      </w:r>
      <w:r>
        <w:t>is ke zariye un ke andar rethinking aayi, aik nayi shakhsiyat un ke andar paida hui. to fard ke andar bhi kuch aisa bhonchal aata hai, kuch aisa shock treatment hota hai, tab us ke andar aik naya insan jagta hai.</w:t>
      </w:r>
    </w:p>
    <w:p>
      <w:pPr>
        <w:jc w:val="right"/>
      </w:pPr>
      <w:r>
        <w:t>اس کے ذریعے ان کے اندر ری تھنکنگ آئی، ایک نئی شخصیت ان کے اندر پیدا ہوئی۔ تو فرد کے اندر بھی کچھ ایسا بھونچال آتا ہے، کچھ ایسا شاک ٹریٹمنٹ ہوتا ہے، تب اس کے اندر ایک نیا انسان جاگتا ہے۔</w:t>
      </w:r>
    </w:p>
    <w:p>
      <w:r>
        <w:rPr>
          <w:b/>
        </w:rPr>
        <w:t xml:space="preserve">[48:28] </w:t>
      </w:r>
      <w:r>
        <w:t>aisi qomon ke andar, aisay mulkon ke andar. to yeh aik aik aik fitrat ka qanoon hai ke bari tabdeeli hamesha aati hai kisi kisi bhonchal ke zariye se,</w:t>
      </w:r>
    </w:p>
    <w:p>
      <w:pPr>
        <w:jc w:val="right"/>
      </w:pPr>
      <w:r>
        <w:t>ایسی قوموں کے اندر، ایسے ملکوں کے اندر۔ تو یہ ایک ایک ایک فطرت کا قانون ہے کہ بڑی تبدیلی ہمیشہ آتی ہے کسی کسی بھونچال کے ذریعے سے،</w:t>
      </w:r>
    </w:p>
    <w:p>
      <w:r>
        <w:rPr>
          <w:b/>
        </w:rPr>
        <w:t xml:space="preserve">[48:41] </w:t>
      </w:r>
      <w:r>
        <w:t>baghair bhonchal ke bari tabdeeli nahi aati. to mein samajhta hoon ke ata turk ne jo kaam kiya wahan, woh isi qanoon fitrat ka aik misaal thi, isi qanoon fitrat ki misaal thi jis ke zariye se yani shock treatment ke baghair koi bari tabdeeli nahi aati.</w:t>
      </w:r>
    </w:p>
    <w:p>
      <w:pPr>
        <w:jc w:val="right"/>
      </w:pPr>
      <w:r>
        <w:t>بغیر بھونچال کے بڑی تبدیلی نہیں آتی۔ تو میں سمجھتا ہوں کہ عطا ترک نے جو کام کیا وہاں، وہ اسی قوانین فطرت کا ایک مثال تھی، اسی قوانین فطرت کی مثال تھی جس کے ذریعے سے یعنی شاک ٹریٹمنٹ کے بغیر کوئی بڑی تبدیلی نہیں آتی۔</w:t>
      </w:r>
    </w:p>
    <w:p>
      <w:r>
        <w:rPr>
          <w:b/>
        </w:rPr>
        <w:t xml:space="preserve">[49:03] </w:t>
      </w:r>
      <w:r>
        <w:t>ab wahan par dekhiye, wahan koi ziman akhbar hai, woh aik million copy rozana us ki sale hoti hai, aik million copy daily.</w:t>
      </w:r>
    </w:p>
    <w:p>
      <w:pPr>
        <w:jc w:val="right"/>
      </w:pPr>
      <w:r>
        <w:t>اب وہاں پر دیکھیے، وہاں کوئی ضمن اخبار ہے، وہ ایک ملین کاپی روزانہ اس کی سیل ہوتی ہے، ایک ملین کاپی ڈیلی۔</w:t>
      </w:r>
    </w:p>
    <w:p>
      <w:r>
        <w:rPr>
          <w:b/>
        </w:rPr>
        <w:t xml:space="preserve">[49:14] </w:t>
      </w:r>
      <w:r>
        <w:t>kisi muslim mulk mein aisa akhbar nahi hai. muslim mulkon mein jo tel ke mulk hain, tel walay to akhbar chaptay hain.</w:t>
      </w:r>
    </w:p>
    <w:p>
      <w:pPr>
        <w:jc w:val="right"/>
      </w:pPr>
      <w:r>
        <w:t>کسی مسلم ملک میں ایسا اخبار نہیں ہے۔ مسلم ملکوں میں جو تیل کے ملک ہیں، تیل والے تو اخبار چھپتے ہیں۔</w:t>
      </w:r>
    </w:p>
    <w:p>
      <w:r>
        <w:rPr>
          <w:b/>
        </w:rPr>
        <w:t xml:space="preserve">[49:23] </w:t>
      </w:r>
      <w:r>
        <w:t>kya woh wahan par hukoomat ki khabrein hoti hain, badshahon ki khabrein hoti hain? free bantay atay hain, free, koi khareedta nahi.</w:t>
      </w:r>
    </w:p>
    <w:p>
      <w:pPr>
        <w:jc w:val="right"/>
      </w:pPr>
      <w:r>
        <w:t>کیا وہ وہاں پر حکومت کی خبریں ہوتی ہیں، بادشاہوں کی خبریں ہوتی ہیں؟ فری بانٹے آتے ہیں، فری، کوئی خریدتا نہیں۔</w:t>
      </w:r>
    </w:p>
    <w:p>
      <w:r>
        <w:rPr>
          <w:b/>
        </w:rPr>
        <w:t xml:space="preserve">[49:31] </w:t>
      </w:r>
      <w:r>
        <w:t>yeh akhbar jo hai, in ka ziman aaj ke jo modern journals ka jo standard hai, us ke mutabiq hai. yeh bohat hi standard ka parcha hai.</w:t>
      </w:r>
    </w:p>
    <w:p>
      <w:pPr>
        <w:jc w:val="right"/>
      </w:pPr>
      <w:r>
        <w:t>یہ اخبار جو ہے، ان کا ضمن آج کے جو ماڈرن جرنلز کا جو سٹینڈرڈ ہے، اس کے مطابق ہے۔ یہ بہت ہی سٹینڈرڈ کا پرچہ ہے۔</w:t>
      </w:r>
    </w:p>
    <w:p>
      <w:r>
        <w:rPr>
          <w:b/>
        </w:rPr>
        <w:t xml:space="preserve">[49:43] </w:t>
      </w:r>
      <w:r>
        <w:t>mere paas bhi do copyan yahan koi dekhna chahiye to dekh sakta hai. aur chounkay woh taleem bohat hai, turki mein taleem bohat hai, taleem yafta log hain, bohat parhtay hain.</w:t>
      </w:r>
    </w:p>
    <w:p>
      <w:pPr>
        <w:jc w:val="right"/>
      </w:pPr>
      <w:r>
        <w:t>میرے پاس بھی دو کاپیاں یہاں کوئی دیکھنا چاہے تو دیکھ سکتا ہے۔ اور چونکہ وہ تعلیم بہت ہے، ترکی میں تعلیم بہت ہے، تعلیم یافتہ لوگ ہیں، بہت پڑھتے ہیں۔</w:t>
      </w:r>
    </w:p>
    <w:p>
      <w:r>
        <w:rPr>
          <w:b/>
        </w:rPr>
        <w:t xml:space="preserve">[49:58] </w:t>
      </w:r>
      <w:r>
        <w:t>woh</w:t>
      </w:r>
    </w:p>
    <w:p>
      <w:pPr>
        <w:jc w:val="right"/>
      </w:pPr>
      <w:r>
        <w:t>وہ</w:t>
      </w:r>
    </w:p>
    <w:p>
      <w:r>
        <w:rPr>
          <w:b/>
        </w:rPr>
        <w:t xml:space="preserve">[49:59] </w:t>
      </w:r>
      <w:r>
        <w:t>to rozana aik billion copy bikti hai. kisi muslim mulk mein aisa nahi hai ke aik standard ka akhbar aik billion copy us ki bikti ho.</w:t>
      </w:r>
    </w:p>
    <w:p>
      <w:pPr>
        <w:jc w:val="right"/>
      </w:pPr>
      <w:r>
        <w:t>تو روزانہ ایک بلین کاپی بکتی ہے۔ کسی مسلم ملک میں ایسا نہیں ہے کہ ایک سٹینڈرڈ کا اخبار ایک بلین کاپی اس کی بکتی ہو۔</w:t>
      </w:r>
    </w:p>
    <w:p>
      <w:r>
        <w:rPr>
          <w:b/>
        </w:rPr>
        <w:t xml:space="preserve">[50:09] </w:t>
      </w:r>
      <w:r>
        <w:t>yeh aik choti si misaal hai. aisi wahan par libraryan, college, school, hospital, mukhtalif qism ke institutions sab bohat hi European standard ke hain.</w:t>
      </w:r>
    </w:p>
    <w:p>
      <w:pPr>
        <w:jc w:val="right"/>
      </w:pPr>
      <w:r>
        <w:t>یہ ایک چھوٹی سی مثال ہے۔ ایسی وہاں پر لائبریریاں، کالج، اسکول، ہسپتال، مختلف قسم کے انسٹیٹیوشنز سب بہت ہی یورپین سٹینڈرڈ کے ہیں۔</w:t>
      </w:r>
    </w:p>
    <w:p>
      <w:r>
        <w:rPr>
          <w:b/>
        </w:rPr>
        <w:t xml:space="preserve">[50:28] </w:t>
      </w:r>
      <w:r>
        <w:t>is mein aik cheez yeh bhi mein arz karoon ke mein sochta raha ke aakhir aisa kaise hua. to dekhiye, musalmanon ne jo baat ke andar musalmanon mein jo is zamane mein aik aik soch aayi, maghrib se nafrat ki, woh woh ghalat soch thi.</w:t>
      </w:r>
    </w:p>
    <w:p>
      <w:pPr>
        <w:jc w:val="right"/>
      </w:pPr>
      <w:r>
        <w:t>اس میں ایک چیز یہ بھی میں عرض کروں کہ میں سوچتا رہا کہ آخر ایسا کیسے ہوا۔ تو دیکھیے، مسلمانوں نے جو بات کے اندر مسلمانوں میں جو اس زمانے میں ایک ایک سوچ آئی، مغرب سے نفرت کی، وہ وہ غلط سوچ تھی۔</w:t>
      </w:r>
    </w:p>
    <w:p>
      <w:r>
        <w:rPr>
          <w:b/>
        </w:rPr>
        <w:t xml:space="preserve">[50:45] </w:t>
      </w:r>
      <w:r>
        <w:t>maghrib se aap agar aap doori aap ka andar aa jaye, nafrat aur doori to woh is se paida kiya hoga?</w:t>
      </w:r>
    </w:p>
    <w:p>
      <w:pPr>
        <w:jc w:val="right"/>
      </w:pPr>
      <w:r>
        <w:t>مغرب سے آپ اگر آپ دوری آپ کا اندر آ جائے، نفرت اور دوری تو وہ اس سے پیدا کیا ہوگا؟</w:t>
      </w:r>
    </w:p>
    <w:p>
      <w:r>
        <w:rPr>
          <w:b/>
        </w:rPr>
        <w:t xml:space="preserve">[50:54] </w:t>
      </w:r>
      <w:r>
        <w:t>ghetto mentality paida hogi, aap ki taraf ruk jaye gi</w:t>
      </w:r>
    </w:p>
    <w:p>
      <w:pPr>
        <w:jc w:val="right"/>
      </w:pPr>
      <w:r>
        <w:t>گھیٹو مینٹیلٹی پیدا ہوگی، آپ کی طرف رک جائے گی</w:t>
      </w:r>
    </w:p>
    <w:p>
      <w:r>
        <w:rPr>
          <w:b/>
        </w:rPr>
        <w:t xml:space="preserve">[50:57] </w:t>
      </w:r>
      <w:r>
        <w:t>. woh bilkul yaani maghrib hi ka yaani aadha hissa taqreeban europe mein hai, is ka aadha hissa asia mein hai.</w:t>
      </w:r>
    </w:p>
    <w:p>
      <w:pPr>
        <w:jc w:val="right"/>
      </w:pPr>
      <w:r>
        <w:t>۔ وہ بالکل یعنی مغرب ہی کا یعنی آدھا حصہ تقریباً یورپ میں ہے، اس کا آدھا حصہ ایشیا میں ہے۔</w:t>
      </w:r>
    </w:p>
    <w:p>
      <w:r>
        <w:rPr>
          <w:b/>
        </w:rPr>
        <w:t xml:space="preserve">[51:06] </w:t>
      </w:r>
      <w:r>
        <w:t>to har waqt in ka talluq in se, in se in ka interaction, in se in ka business, in se tourism, har bahane aana jana in ka.</w:t>
      </w:r>
    </w:p>
    <w:p>
      <w:pPr>
        <w:jc w:val="right"/>
      </w:pPr>
      <w:r>
        <w:t>تو ہر وقت ان کا تعلق ان سے، ان سے ان کا انٹریکشن، ان سے ان کا بزنس، ان سے ٹورزم، ہر بہانے آنا جانا ان کا۔</w:t>
      </w:r>
    </w:p>
    <w:p>
      <w:r>
        <w:rPr>
          <w:b/>
        </w:rPr>
        <w:t xml:space="preserve">[51:15] </w:t>
      </w:r>
      <w:r>
        <w:t>to maghrib se yaani western world se is talluq ki wajah se in ko moqa mila ke naye afkar in ka phailen aur naye dhang par in ke haan.</w:t>
      </w:r>
    </w:p>
    <w:p>
      <w:pPr>
        <w:jc w:val="right"/>
      </w:pPr>
      <w:r>
        <w:t>تو مغرب سے یعنی ویسٹرن ورلڈ سے اس تعلق کی وجہ سے ان کو موقع ملا کہ نئے افکار ان کا پھیلیں اور نئے ڈھنگ پر ان کے ہاں۔</w:t>
      </w:r>
    </w:p>
    <w:p>
      <w:r>
        <w:rPr>
          <w:b/>
        </w:rPr>
        <w:t xml:space="preserve">[51:28] </w:t>
      </w:r>
      <w:r>
        <w:t>to in ke haan jo cheez mein ne dekhi, sab western standard ki thi, bilkul western standar</w:t>
      </w:r>
    </w:p>
    <w:p>
      <w:pPr>
        <w:jc w:val="right"/>
      </w:pPr>
      <w:r>
        <w:t>تو ان کے ہاں جو چیز میں نے دیکھی، سب ویسٹرن سٹینڈرڈ کی تھی، بالکل ویسٹرن سٹینڈر</w:t>
      </w:r>
    </w:p>
    <w:p>
      <w:r>
        <w:rPr>
          <w:b/>
        </w:rPr>
        <w:t xml:space="preserve">[51:35] </w:t>
      </w:r>
      <w:r>
        <w:t>d ki. is ki wajah yeh hai ke woh europe ka europe ka aik hissa hai, partially, aur is ke asraat in ke haan puhanchte hain.</w:t>
      </w:r>
    </w:p>
    <w:p>
      <w:pPr>
        <w:jc w:val="right"/>
      </w:pPr>
      <w:r>
        <w:t>ڈ کی۔ اس کی وجہ یہ ہے کہ وہ یورپ کا یورپ کا ایک حصہ ہے، پارشلی، اور اس کے اثرات ان کے ہاں پہنچتے ہیں۔</w:t>
      </w:r>
    </w:p>
    <w:p>
      <w:r>
        <w:rPr>
          <w:b/>
        </w:rPr>
        <w:t xml:space="preserve">[51:44] </w:t>
      </w:r>
      <w:r>
        <w:t>aur jin mulkon mein maghrib se nafrat karte hain, maghrib se doori ko pasand karte hain, wahan par aap dekhen ke ghetto mentality parvarish pa rahi hai.</w:t>
      </w:r>
    </w:p>
    <w:p>
      <w:pPr>
        <w:jc w:val="right"/>
      </w:pPr>
      <w:r>
        <w:t>اور جن ملکوں میں مغرب سے نفرت کرتے ہیں، مغرب سے دوری کو پسند کرتے ہیں، وہاں پر آپ دیکھیں کہ گھیٹو مینٹیلٹی پرورش پا رہی ہے۔</w:t>
      </w:r>
    </w:p>
    <w:p>
      <w:r>
        <w:rPr>
          <w:b/>
        </w:rPr>
        <w:t xml:space="preserve">[51:54] </w:t>
      </w:r>
      <w:r>
        <w:t>to kehte hain ke paspaadi hai, wahan par thopi gayi hai.</w:t>
      </w:r>
    </w:p>
    <w:p>
      <w:pPr>
        <w:jc w:val="right"/>
      </w:pPr>
      <w:r>
        <w:t>تو کہتے ہیں کہ پسپادی ہے، وہاں پر تھوپی گئی ہے۔</w:t>
      </w:r>
    </w:p>
    <w:p>
      <w:r>
        <w:rPr>
          <w:b/>
        </w:rPr>
        <w:t xml:space="preserve">[51:58] </w:t>
      </w:r>
      <w:r>
        <w:t>nahi, paspaadi tum ne khud apne oopar orh li hai, kisi aur ne nahi thopa hai, tum ne khud orh li hai. jo separatism ka jo concept hai, alag alag alaihdagi ka, jisay maslan pakistan jo banwaya gaya,</w:t>
      </w:r>
    </w:p>
    <w:p>
      <w:pPr>
        <w:jc w:val="right"/>
      </w:pPr>
      <w:r>
        <w:t>نہیں، پسپادی تم نے خود اپنے اوپر اوڑھ اوڑھ لی ہے، کسی اور نے نہیں تھوپا ہے، تم نے خود اوڑھ لی ہے۔ جو سیپریٹزم کا جو کانسیپٹ ہے، الگ الگ علیحدگی کا، جسے مثلاً پاکستان جو بنوایا گیا،</w:t>
      </w:r>
    </w:p>
    <w:p>
      <w:r>
        <w:rPr>
          <w:b/>
        </w:rPr>
        <w:t xml:space="preserve">[52:14] </w:t>
      </w:r>
      <w:r>
        <w:t>yaani pakistan bananay ki koi sense nahi. isi mulk mein aap taraqqi kijiye, aik baray mulk ka hissa ban kar taraqqi kijiye. alag alag mulk ki kya zaroorat hai? doosre kehte hain ke hamare thopi gayi hai.</w:t>
      </w:r>
    </w:p>
    <w:p>
      <w:pPr>
        <w:jc w:val="right"/>
      </w:pPr>
      <w:r>
        <w:t>یعنی پاکستان بنانے کی کوئی سینس نہیں۔ اسی ملک میں آپ ترقی کیجئے، ایک بڑے ملک کا حصہ بن کر ترقی کیجئے۔ الگ الگ ملک کی کیا ضرورت ہے؟ دوسرے کہتے ہیں کہ ہمارے تھوپی گئی ہے۔</w:t>
      </w:r>
    </w:p>
    <w:p>
      <w:r>
        <w:rPr>
          <w:b/>
        </w:rPr>
        <w:t xml:space="preserve">[52:25] </w:t>
      </w:r>
      <w:r>
        <w:t>nahi, tum ne khud apne oopar orh liya paspaadgi ko. yaani pakistan agar is mulk ka hissa hota to aik baray mulk mein is ke mawaqe saare khule hue thay is ke liye.</w:t>
      </w:r>
    </w:p>
    <w:p>
      <w:pPr>
        <w:jc w:val="right"/>
      </w:pPr>
      <w:r>
        <w:t>نہیں، تم نے خود اپنے اوپر اوڑھ لیا پسپادگی کو۔ یعنی پاکستان اگر اس ملک کا حصہ ہوتا تو ایک بڑے ملک میں اس کے مواقع سارے کھلے ہوئے تھے اس کے لیے۔</w:t>
      </w:r>
    </w:p>
    <w:p>
      <w:r>
        <w:rPr>
          <w:b/>
        </w:rPr>
        <w:t xml:space="preserve">[52:38] </w:t>
      </w:r>
      <w:r>
        <w:t>maslan agar koi karkhana banata, woh is mein aik product nikalta to aik poora aik poora mulk tha jahan us ko us ko market karne ke liye.</w:t>
      </w:r>
    </w:p>
    <w:p>
      <w:pPr>
        <w:jc w:val="right"/>
      </w:pPr>
      <w:r>
        <w:t>مثلاً اگر کوئی کارخانہ بناتا، وہ اس میں ایک پروڈکٹ نکالتا تو ایک پورا ایک پورا ملک تھا جہاں اس کو اس کو مارکیٹ کرنے کے لیے۔</w:t>
      </w:r>
    </w:p>
    <w:p>
      <w:r>
        <w:rPr>
          <w:b/>
        </w:rPr>
        <w:t xml:space="preserve">[52:47] </w:t>
      </w:r>
      <w:r>
        <w:t>ab is ko chota mulk ho gaya. to yeh jo separatism ki tendency jo hai, is ka hi isi ko kehte hain ghetto mentality.</w:t>
      </w:r>
    </w:p>
    <w:p>
      <w:pPr>
        <w:jc w:val="right"/>
      </w:pPr>
      <w:r>
        <w:t>اب اس کو چھوٹا ملک ہو گیا۔ تو یہ جو سیپریٹزم کی ٹینڈنسی جو ہے، اس کا ہی اسی کو کہتے ہیں گھیٹو مینٹیلٹی۔</w:t>
      </w:r>
    </w:p>
    <w:p>
      <w:r>
        <w:rPr>
          <w:b/>
        </w:rPr>
        <w:t xml:space="preserve">[52:59] </w:t>
      </w:r>
      <w:r>
        <w:t>to yeh par turkey mein aisa nahi hua. turkey mein is qism ki alaihdagi pasandagi nahi aayi.</w:t>
      </w:r>
    </w:p>
    <w:p>
      <w:pPr>
        <w:jc w:val="right"/>
      </w:pPr>
      <w:r>
        <w:t>تو یہ پر ترکی میں ایسا نہیں ہوا۔ ترکی میں اس قسم کی علیحدگی پسندگی نہیں آئی۔</w:t>
      </w:r>
    </w:p>
    <w:p>
      <w:r>
        <w:rPr>
          <w:b/>
        </w:rPr>
        <w:t xml:space="preserve">[53:06] </w:t>
      </w:r>
      <w:r>
        <w:t>woh jo jo unhon ne jo ataturk ne jo yeh kiya ke turkey ke jo libaas hua karta tha, pehle ajeeb lamba chaura kurta hua, ajeeb qism ka hua, us ko khatam karwa kar ke coat patloon jari kar diya.</w:t>
      </w:r>
    </w:p>
    <w:p>
      <w:pPr>
        <w:jc w:val="right"/>
      </w:pPr>
      <w:r>
        <w:t>وہ جو جو انہوں نے جو عطا ترک نے جو یہ کیا کہ ترکی کے جو لباس ہوا کرتا تھا، پہلے عجیب لمبا چوڑا کرتا ہوا، عجیب قسم کا ہوا، اس کو ختم کروا کر کے کوٹ پتول جاری کر دیا۔</w:t>
      </w:r>
    </w:p>
    <w:p>
      <w:r>
        <w:rPr>
          <w:b/>
        </w:rPr>
        <w:t xml:space="preserve">[53:20] </w:t>
      </w:r>
      <w:r>
        <w:t>to coat patloon ke maani kya hue thay? jo europe ka libaas, wohi turkon ka libaas. unhon ne script badal diya to jo script europe ka, wohi script ka.</w:t>
      </w:r>
    </w:p>
    <w:p>
      <w:pPr>
        <w:jc w:val="right"/>
      </w:pPr>
      <w:r>
        <w:t>تو کوٹ پتول کے معنی کیا ہوئے تھے؟ جو یورپ کا لباس، وہی ترکوں کا لباس۔ انہوں نے اسکرپٹ بدل دیا تو جو اسکرپٹ یورپ کا، وہی اسکرپٹ کا۔</w:t>
      </w:r>
    </w:p>
    <w:p>
      <w:r>
        <w:rPr>
          <w:b/>
        </w:rPr>
        <w:t xml:space="preserve">[53:34] </w:t>
      </w:r>
      <w:r>
        <w:t>to is tarah se jab jo dono ke darmiyan mushabihat paida hui to is se encouragement mila taraqqi ko. to yeh europe mein jo taraqqi ka standard hai, wohi turkey mein aa gaya, jo kisi bhi muslim mulk mein maujood nahi hai.</w:t>
      </w:r>
    </w:p>
    <w:p>
      <w:pPr>
        <w:jc w:val="right"/>
      </w:pPr>
      <w:r>
        <w:t>تو اس طرح سے جب جو دونوں کے درمیان مشابہت پیدا ہوئی تو اس سے انکریجمنٹ ملا ترقی کو۔ تو یہ یورپ میں جو ترقی کا سٹینڈرڈ ہے، وہی ترکی میں آ گیا، جو کسی بھی مسلم ملک میں موجود نہیں ہے۔</w:t>
      </w:r>
    </w:p>
    <w:p>
      <w:r>
        <w:rPr>
          <w:b/>
        </w:rPr>
        <w:t xml:space="preserve">[53:54] </w:t>
      </w:r>
      <w:r>
        <w:t>to yeh yeh yeh aik radical change ke tor par yeh aaya, kyunke is tarah ki tabdeeli kabhi bhi yaani thanday tareeqay se nahi aya karti.</w:t>
      </w:r>
    </w:p>
    <w:p>
      <w:pPr>
        <w:jc w:val="right"/>
      </w:pPr>
      <w:r>
        <w:t>تو یہ یہ یہ ایک ریڈیکل چینج کے طور پر یہ آیا، کیونکہ اس طرح کی تبدیلی کبھی بھی یعنی ٹھنڈے طریقے سے نہیں آیا کرتی۔</w:t>
      </w:r>
    </w:p>
    <w:p>
      <w:r>
        <w:rPr>
          <w:b/>
        </w:rPr>
        <w:t xml:space="preserve">[54:04] </w:t>
      </w:r>
      <w:r>
        <w:t>woh aik toofani koshish darkar hoti hai, aik tod phod darkar hota hai, aik aik radical method darkar hota hai, tab ja kar ke yeh tabdeelian aati hain aadmi ke andar.</w:t>
      </w:r>
    </w:p>
    <w:p>
      <w:pPr>
        <w:jc w:val="right"/>
      </w:pPr>
      <w:r>
        <w:t>وہ ایک طوفانی کوشش درکار ہوتی ہے، ایک توڑ پھوڑ درکار ہوتا ہے، ایک ایک ریڈیکل میتھڈ درکار ہوتا ہے، تب جا کر کے یہ تبدیلیاں آتی ہیں آدمی کے اندر۔</w:t>
      </w:r>
    </w:p>
    <w:p>
      <w:r>
        <w:rPr>
          <w:b/>
        </w:rPr>
        <w:t xml:space="preserve">[54:15] </w:t>
      </w:r>
      <w:r>
        <w:t>aisa nahi aati.</w:t>
      </w:r>
    </w:p>
    <w:p>
      <w:pPr>
        <w:jc w:val="right"/>
      </w:pPr>
      <w:r>
        <w:t>ایسا نہیں آتی۔</w:t>
      </w:r>
    </w:p>
    <w:p>
      <w:r>
        <w:rPr>
          <w:b/>
        </w:rPr>
        <w:t xml:space="preserve">[54:19] </w:t>
      </w:r>
      <w:r>
        <w:t>to mein aap se wahan se yeh aap hazraat se yeh kahoon ga ke baaton ko samajhne ke liye apne aap ko taassub se bilkul paak banaiye.</w:t>
      </w:r>
    </w:p>
    <w:p>
      <w:pPr>
        <w:jc w:val="right"/>
      </w:pPr>
      <w:r>
        <w:t>تو میں آپ سے وہاں سے یہ آپ حضرات سے یہ کہوں گا کہ باتوں کو سمجھنے کے لیے اپنے آپ کو تعصب سے بالکل پاک بنائیے۔</w:t>
      </w:r>
    </w:p>
    <w:p>
      <w:r>
        <w:rPr>
          <w:b/>
        </w:rPr>
        <w:t xml:space="preserve">[54:33] </w:t>
      </w:r>
      <w:r>
        <w:t>taassub yaani jis ko kehte hain bias thinking. bias thinking jitna zyada aap paak honge, utni baaton ko samajh payenge. bias thinking jo log yaani ataturk ne jo kuch kiya, is ke baad poori poori muslim dunya biased ho gayi.</w:t>
      </w:r>
    </w:p>
    <w:p>
      <w:pPr>
        <w:jc w:val="right"/>
      </w:pPr>
      <w:r>
        <w:t>تعصب یعنی جس کو کہتے ہیں بائس تھنکنگ۔ بائس تھنکنگ جتنا زیادہ آپ پاک ہوں گے، اتنی باتوں کو سمجھ پائیں گے۔ بائس تھنکنگ جو لوگ یعنی عطا ترک نے جو کچھ کیا، اس کے بعد پوری پوری مسلم دنیا بائسڈ ہو گئی۔</w:t>
      </w:r>
    </w:p>
    <w:p>
      <w:r>
        <w:rPr>
          <w:b/>
        </w:rPr>
        <w:t xml:space="preserve">[54:50] </w:t>
      </w:r>
      <w:r>
        <w:t>biased yaani mutasirah soch mein mubtala ho gayi. to kuch jaan nahi paye, jaan nahi paye ke turkey mein kya ho raha hai. bilkul bekhabar rahe. haalankeh turkey mein taraqqi ho rahi thi.</w:t>
      </w:r>
    </w:p>
    <w:p>
      <w:pPr>
        <w:jc w:val="right"/>
      </w:pPr>
      <w:r>
        <w:t>بائسڈ یعنی متاثرہ سوچ میں مبتلا ہو گئی۔ تو کچھ جان نہیں پائے، جان نہیں پائے کہ ترکی میں کیا ہو رہا ہے۔ بالکل بے خبر رہے۔ حالانکہ ترکی میں ترقی ہو رہی تھی۔</w:t>
      </w:r>
    </w:p>
    <w:p>
      <w:r>
        <w:rPr>
          <w:b/>
        </w:rPr>
        <w:t xml:space="preserve">[55:03] </w:t>
      </w:r>
      <w:r>
        <w:t>woh to aik waqti phase tha. woh radical method jo ikhtiyar kiya us ne, woh waqti phase tha. is ke baad taraqqiyat ka sailab para wahan.</w:t>
      </w:r>
    </w:p>
    <w:p>
      <w:pPr>
        <w:jc w:val="right"/>
      </w:pPr>
      <w:r>
        <w:t>وہ تو ایک وقتی فیز تھا۔ وہ ریڈیکل میتھڈ جو اختیار کیا اس نے، وہ وقتی فیز تھا۔ اس کے بعد ترقیات کا سیلاب پڑا وہاں۔</w:t>
      </w:r>
    </w:p>
    <w:p>
      <w:r>
        <w:rPr>
          <w:b/>
        </w:rPr>
        <w:t xml:space="preserve">[55:14] </w:t>
      </w:r>
      <w:r>
        <w:t>to is ko hamein istemal karna tha aur is ko boost dena tha. boost bajaye is ke ke hum is ko boost dein, bahar se bas nafrat ki boli bolne lage, bas aur kuch nahi.</w:t>
      </w:r>
    </w:p>
    <w:p>
      <w:pPr>
        <w:jc w:val="right"/>
      </w:pPr>
      <w:r>
        <w:t>تو اس کو ہمیں استعمال کرنا تھا اور اس کو بوسٹ دینا تھا۔ بوسٹ بجائے اس کے کہ ہم اس کو بوسٹ دیں، باہر سے بس نفرت کی بولی بولنے لگے، بس اور کچھ نہیں۔</w:t>
      </w:r>
    </w:p>
    <w:p>
      <w:r>
        <w:rPr>
          <w:b/>
        </w:rPr>
        <w:t xml:space="preserve">[55:32] </w:t>
      </w:r>
      <w:r>
        <w:t>to yeh yani abhi maine is safar mein jo baatein maine daryaft keen, un mein se is ka aik pehlu yeh tha aur bohat si baatein hain.</w:t>
      </w:r>
    </w:p>
    <w:p>
      <w:pPr>
        <w:jc w:val="right"/>
      </w:pPr>
      <w:r>
        <w:t>تو یہ یعنی ابھی میں نے اس سفر میں جو باتیں میں نے دریافت کیں، ان میں سے اس کا ایک پہلو یہ تھا اور بہت سی باتیں ہیں۔</w:t>
      </w:r>
    </w:p>
    <w:p>
      <w:r>
        <w:rPr>
          <w:b/>
        </w:rPr>
        <w:t xml:space="preserve">[55:40] </w:t>
      </w:r>
      <w:r>
        <w:t>inshallah main aage is par arz karunga. aaj to is pehlu se main arz kar kiya main ne ke ke stagnation kitni buri cheez hai.</w:t>
      </w:r>
    </w:p>
    <w:p>
      <w:pPr>
        <w:jc w:val="right"/>
      </w:pPr>
      <w:r>
        <w:t>انشاءاللہ میں آگے اس پر عرض کروں گا۔ آج تو اس پہلو سے میں عرض کر کیا میں نے کہ کہ اسٹیگنیشن کتنی بری چیز ہے۔</w:t>
      </w:r>
    </w:p>
    <w:p>
      <w:r>
        <w:rPr>
          <w:b/>
        </w:rPr>
        <w:t xml:space="preserve">[55:52] </w:t>
      </w:r>
      <w:r>
        <w:t>stagnation ko torney ke liye baghair stagnation ko torey hue koi nai beginning nahi hoti hoti kisi fard mein ya kisi qaum mein.</w:t>
      </w:r>
    </w:p>
    <w:p>
      <w:pPr>
        <w:jc w:val="right"/>
      </w:pPr>
      <w:r>
        <w:t>اسٹیگنیشن کو توڑنے کے لیے بغیر اسٹیگنیشن کو توڑے ہوئے کوئی نئی بگننگ نہیں ہوتی ہوتی کسی فرد میں یا کسی قوم میں۔</w:t>
      </w:r>
    </w:p>
    <w:p>
      <w:r>
        <w:rPr>
          <w:b/>
        </w:rPr>
        <w:t xml:space="preserve">[56:07] </w:t>
      </w:r>
      <w:r>
        <w:t>aur yeh yeh yeh aik usool hai, aik law of nature hai jo khud quran mein jis ko bataya gaya hai.</w:t>
      </w:r>
    </w:p>
    <w:p>
      <w:pPr>
        <w:jc w:val="right"/>
      </w:pPr>
      <w:r>
        <w:t>اور یہ یہ یہ ایک اصول ہے، ایک لاء آف نیچر ہے جو خود قرآن میں جس کو بتایا گیا ہے۔</w:t>
      </w:r>
    </w:p>
    <w:p>
      <w:r>
        <w:rPr>
          <w:b/>
        </w:rPr>
        <w:t xml:space="preserve">[56:16] </w:t>
      </w:r>
      <w:r>
        <w:t>woh jo ayat maine parhi ke "ma kan allahu li-yudhir al-mu'minina 'ala ma antum 'alayhi hatta khabira min at-tayyib" chapter three ayat 179.</w:t>
      </w:r>
    </w:p>
    <w:p>
      <w:pPr>
        <w:jc w:val="right"/>
      </w:pPr>
      <w:r>
        <w:t>وہ جو آیت میں نے پڑھی کہ "ما کان اللہ لیدر المومنین علی ما انتم علیہ حتی خبیر من الطیب" چیپٹر تھری آیت 179۔</w:t>
      </w:r>
    </w:p>
    <w:p>
      <w:r>
        <w:rPr>
          <w:b/>
        </w:rPr>
        <w:t xml:space="preserve">[56:31] </w:t>
      </w:r>
      <w:r>
        <w:t>is mein isi cheez ko bataya gaya hai ke jab jamood ho jayega to is ko tod phod ki jayegi wahan taake aik naya emergence ho. to yeh law of nature hai.</w:t>
      </w:r>
    </w:p>
    <w:p>
      <w:pPr>
        <w:jc w:val="right"/>
      </w:pPr>
      <w:r>
        <w:t>اس میں اسی چیز کو بتایا گیا ہے کہ جب جمود ہو جائے گا تو اس کو توڑ پھوڑ کی جائے گی وہاں تاکہ ایک نیا ایورجننس ہو۔ تو یہ لاء آف نیچر ہے۔</w:t>
      </w:r>
    </w:p>
    <w:p>
      <w:r>
        <w:rPr>
          <w:b/>
        </w:rPr>
        <w:t xml:space="preserve">[56:45] </w:t>
      </w:r>
      <w:r>
        <w:t>main yeh main yeh nahi kehta ke ataturk ne quran ki is ayat ko parha aur parh kar ke isi ayat ki taameel karne ke liye aisa karne mein woh khare ho gaye.</w:t>
      </w:r>
    </w:p>
    <w:p>
      <w:pPr>
        <w:jc w:val="right"/>
      </w:pPr>
      <w:r>
        <w:t>میں یہ میں یہ نہیں کہتا کہ عطا ترک نے قرآن کی اس آیت کو پڑھا اور پڑھ کر کے اسی آیت کی تعمیل کرنے کے لیے ایسا کرنے میں وہ کھڑے ہو گئے۔</w:t>
      </w:r>
    </w:p>
    <w:p>
      <w:r>
        <w:rPr>
          <w:b/>
        </w:rPr>
        <w:t xml:space="preserve">[56:54] </w:t>
      </w:r>
      <w:r>
        <w:t>main yeh yeh bara daawa nahi hai, lekin jab main ghor karta hoon is ko to un ka un ka jo kaam hai, woh isi category mein aata hai.</w:t>
      </w:r>
    </w:p>
    <w:p>
      <w:pPr>
        <w:jc w:val="right"/>
      </w:pPr>
      <w:r>
        <w:t>میں یہ یہ بڑا دعویٰ نہیں ہے، لیکن جب میں غور کرتا ہوں اس کو تو ان کا ان کا جو کام ہے، وہ اسی کیٹگری میں آتا ہے۔</w:t>
      </w:r>
    </w:p>
    <w:p>
      <w:r>
        <w:rPr>
          <w:b/>
        </w:rPr>
        <w:t xml:space="preserve">[57:05] </w:t>
      </w:r>
      <w:r>
        <w:t>unhon ne jo kaam kiya to aik aik jo wahan par jo soorat-e-haal paida hui, us soorat-e-haal mein jo un ke andar soch aayi, us soorat-e-haal mein un ke andar jo aik jazba ubhra, us jazbe ne jo jo shape ikhtiyar ki, woh woh amalan amalan jo hai isi ayat ka misdaq thi.</w:t>
      </w:r>
    </w:p>
    <w:p>
      <w:pPr>
        <w:jc w:val="right"/>
      </w:pPr>
      <w:r>
        <w:t>انہوں نے جو کام کیا تو ایک ایک جو وہاں پر جو صورتحال پیدا ہوئی، اس صورتحال میں جو ان کے اندر سوچ آئی، اس صورتحال میں ان کے اندر جو ایک جذبہ ابھرا، اس جذبے نے جو جو شیپ اختیار کی، وہ وہ عملاً عملاً جو ہے اسی آیت کا مصداق تھی۔</w:t>
      </w:r>
    </w:p>
    <w:p>
      <w:r>
        <w:rPr>
          <w:b/>
        </w:rPr>
        <w:t xml:space="preserve">[57:23] </w:t>
      </w:r>
      <w:r>
        <w:t>woh</w:t>
      </w:r>
    </w:p>
    <w:p>
      <w:pPr>
        <w:jc w:val="right"/>
      </w:pPr>
      <w:r>
        <w:t>وہ</w:t>
      </w:r>
    </w:p>
    <w:p>
      <w:r>
        <w:rPr>
          <w:b/>
        </w:rPr>
        <w:t xml:space="preserve">[57:24] </w:t>
      </w:r>
      <w:r>
        <w:t>isi qanoon fitrat ki ki taameel thi. woh ke shock treatment ke zariye se jamood ko todna, shock treatment ke zariye se intentional stagnation ko khatam karna taake logon ke andar rethinking aaye</w:t>
      </w:r>
    </w:p>
    <w:p>
      <w:pPr>
        <w:jc w:val="right"/>
      </w:pPr>
      <w:r>
        <w:t>اسی قانون فطرت کی کی تعمیل تھی۔ وہ کہ شاک ٹریٹمنٹ کے ذریعے سے جمود کو توڑنا، شاک ٹریٹمنٹ کے ذریعے سے انٹینشنل اسٹیگنیشن کو ختم کرنا تاکہ لوگوں کے اندر ری تھنکنگ آئے</w:t>
      </w:r>
    </w:p>
    <w:p>
      <w:r>
        <w:rPr>
          <w:b/>
        </w:rPr>
        <w:t xml:space="preserve">[57:39] </w:t>
      </w:r>
      <w:r>
        <w:t>, phir se sochein, phir se yani apni priorities ko reset karein, apni baaton ko zyada gehrai mein ja kar dekhein aur naye halaat ke mutabiq apne aap ko phir se apni taameer ka naqsha banayein.</w:t>
      </w:r>
    </w:p>
    <w:p>
      <w:pPr>
        <w:jc w:val="right"/>
      </w:pPr>
      <w:r>
        <w:t>، پھر سے سوچیں، پھر سے یعنی اپنی پرائرٹیوں کو ری سیٹ کریں، اپنی باتوں کو زیادہ گہرائی میں جا کر دیکھیں اور نئے حالات کے مطابق اپنے آپ کو پھر سے اپنی تعمیر کا نقشہ بنائیں۔</w:t>
      </w:r>
    </w:p>
    <w:p>
      <w:r>
        <w:rPr>
          <w:b/>
        </w:rPr>
        <w:t xml:space="preserve">[57:58] </w:t>
      </w:r>
      <w:r>
        <w:t>yeh sab baghair is ke nahi ho sakta ke aap un ko aik aik shock treatment dein. un ko is ke baghair nahi ho sakta.</w:t>
      </w:r>
    </w:p>
    <w:p>
      <w:pPr>
        <w:jc w:val="right"/>
      </w:pPr>
      <w:r>
        <w:t>یہ سب بغیر اس کے نہیں ہو سکتا کہ آپ ان کو ایک ایک شاک ٹریٹمنٹ دیں۔ ان کو اس کے بغیر نہیں ہو سکتا۔</w:t>
      </w:r>
    </w:p>
    <w:p>
      <w:r>
        <w:rPr>
          <w:b/>
        </w:rPr>
        <w:t xml:space="preserve">[58:05] </w:t>
      </w:r>
      <w:r>
        <w:t>to ataturk jo the, woh aik shock treatment ka case tha un ka aur is se turkon ke andar aik nai bedari aayi aur har har maidan mein unhon ne zabardast taraqqiyan keen,</w:t>
      </w:r>
    </w:p>
    <w:p>
      <w:pPr>
        <w:jc w:val="right"/>
      </w:pPr>
      <w:r>
        <w:t>تو عطا ترک جو تھے، وہ ایک شاک ٹریٹمنٹ کا کیس تھا ان کا اور اس سے ترکوں کے اندر ایک نئی بیداری آئی اور ہر ہر میدان میں انہوں نے زبردست ترقیاں کیں،</w:t>
      </w:r>
    </w:p>
    <w:p>
      <w:r>
        <w:rPr>
          <w:b/>
        </w:rPr>
        <w:t xml:space="preserve">[58:19] </w:t>
      </w:r>
      <w:r>
        <w:t>including religious field. yeh mera wahan ka tajruba tha.</w:t>
      </w:r>
    </w:p>
    <w:p>
      <w:pPr>
        <w:jc w:val="right"/>
      </w:pPr>
      <w:r>
        <w:t>انکلوڈنگ ریلیجیس فیلڈ۔ یہ میرا وہاں کا تجربہ تھا۔</w:t>
      </w:r>
    </w:p>
    <w:p>
      <w:r>
        <w:rPr>
          <w:b/>
        </w:rPr>
        <w:t xml:space="preserve">[58:28] </w:t>
      </w:r>
      <w:r>
        <w:t>meri dua hai ke Allah taala aap ko aap ko yani baaton ko gehrai se samajhne ki tofeeq de taake hum apni zindagi ki sahi planning kar sakein.</w:t>
      </w:r>
    </w:p>
    <w:p>
      <w:pPr>
        <w:jc w:val="right"/>
      </w:pPr>
      <w:r>
        <w:t>میری دعا ہے کہ اللہ تعالیٰ آپ کو آپ کو یعنی باتوں کو گہرائی سے سمجھنے کی توفیق دے تاکہ ہم اپنی زندگی کی صحیح پلاننگ کر سکیں۔</w:t>
      </w:r>
    </w:p>
    <w:p>
      <w:r>
        <w:rPr>
          <w:b/>
        </w:rPr>
        <w:t xml:space="preserve">[58:39] </w:t>
      </w:r>
      <w:r>
        <w:t>aqool qawli haza wastaghfirullaha lakum wa li-jamee'een.</w:t>
      </w:r>
    </w:p>
    <w:p>
      <w:pPr>
        <w:jc w:val="right"/>
      </w:pPr>
      <w:r>
        <w:t>اقول قولھذا واستغفراللہ علیکم اجمعین۔</w:t>
      </w:r>
    </w:p>
    <w:p>
      <w:r>
        <w:rPr>
          <w:b/>
        </w:rPr>
        <w:t xml:space="preserve">[58:57] </w:t>
      </w:r>
      <w:r>
        <w:t>maulana, yeh sawal aaya hai bangalore se Maulana Farhat Ahmad Salafi sahib ka. unhon ne aap se poocha hai ke Maulana ahya-e-ummat ki bajaye ahya-e-khilafat ki dhoom kyun hai?</w:t>
      </w:r>
    </w:p>
    <w:p>
      <w:pPr>
        <w:jc w:val="right"/>
      </w:pPr>
      <w:r>
        <w:t>مولانا، یہ سوال آیا ہے بینگلور سے مولانا فرحت احمد سلفی صاحب کا۔ انہوں نے آپ سے پوچھا ہے کہ مولانا احیائے امت کی بجائے احیائے خلافت کی دھوم کیوں ہے؟</w:t>
      </w:r>
    </w:p>
    <w:p>
      <w:r>
        <w:rPr>
          <w:b/>
        </w:rPr>
        <w:t xml:space="preserve">[59:12] </w:t>
      </w:r>
      <w:r>
        <w:t>yeh mere aziz aik bid'at hai, na ke sunnat.</w:t>
      </w:r>
    </w:p>
    <w:p>
      <w:pPr>
        <w:jc w:val="right"/>
      </w:pPr>
      <w:r>
        <w:t>یہ میرے عزیز ایک بدعت ہے، نہ کہ سنت۔</w:t>
      </w:r>
    </w:p>
    <w:p>
      <w:r>
        <w:rPr>
          <w:b/>
        </w:rPr>
        <w:t xml:space="preserve">[59:24] </w:t>
      </w:r>
      <w:r>
        <w:t>yeh is ko main sunnat nahi</w:t>
      </w:r>
    </w:p>
    <w:p>
      <w:pPr>
        <w:jc w:val="right"/>
      </w:pPr>
      <w:r>
        <w:t>یہ اس کو میں سنت نہیں</w:t>
      </w:r>
    </w:p>
    <w:p>
      <w:r>
        <w:rPr>
          <w:b/>
        </w:rPr>
        <w:t xml:space="preserve">[59:26] </w:t>
      </w:r>
      <w:r>
        <w:t>manunga. asal mein hua yeh ke baad ke zamaney mein jab musalmanon ka aik bara saltanat ban gayi, us zamaney mein yeh fiqh develop hua ke islam ke liye zaroori hai ke is ka political power ho.</w:t>
      </w:r>
    </w:p>
    <w:p>
      <w:pPr>
        <w:jc w:val="right"/>
      </w:pPr>
      <w:r>
        <w:t>مانوں گا۔ اصل میں ہوا یہ کہ بعد کے زمانے میں جب مسلمانوں کا ایک بڑا سلطنت بن گئی، اس زمانے میں یہ فقہ ڈیولپ ہوا کہ اسلام کے لیے ضروری ہے کہ اس کا پولیٹیکل پاور ہو۔</w:t>
      </w:r>
    </w:p>
    <w:p>
      <w:r>
        <w:rPr>
          <w:b/>
        </w:rPr>
        <w:t xml:space="preserve">[59:45] </w:t>
      </w:r>
      <w:r>
        <w:t>to is ke liye unhon ne khilafat Allah mein istemal kiya.</w:t>
      </w:r>
    </w:p>
    <w:p>
      <w:pPr>
        <w:jc w:val="right"/>
      </w:pPr>
      <w:r>
        <w:t>تو اس کے لیے انہوں نے خلافت اللہ میں استعمال کیا۔</w:t>
      </w:r>
    </w:p>
    <w:p>
      <w:r>
        <w:rPr>
          <w:b/>
        </w:rPr>
        <w:t xml:space="preserve">[59:52] </w:t>
      </w:r>
      <w:r>
        <w:t>warna jo hadith mein jo alfaaz hain, woh tajdeed aur ahya ke alfaaz hain, yani deen ki tajdeed. deen ki tajdeed yeh hai ke jab jamood aa jaye to jamood ko todna,</w:t>
      </w:r>
    </w:p>
    <w:p>
      <w:pPr>
        <w:jc w:val="right"/>
      </w:pPr>
      <w:r>
        <w:t>ورنہ جو حدیث میں جو الفاظ ہیں، وہ تجدید اور احیاء کے الفاظ ہیں، یعنی دین کی تجدید۔ دین کی تجدید یہ ہے کہ جب جمود آ جائے تو جمود کو توڑنا،</w:t>
      </w:r>
    </w:p>
    <w:p>
      <w:r>
        <w:rPr>
          <w:b/>
        </w:rPr>
        <w:t xml:space="preserve">[1:00:07] </w:t>
      </w:r>
      <w:r>
        <w:t>jab zawaal aa jaye to phir dobara un mein harkat paida karna, jab</w:t>
      </w:r>
    </w:p>
    <w:p>
      <w:pPr>
        <w:jc w:val="right"/>
      </w:pPr>
      <w:r>
        <w:t>جب زوال آ جائے تو پھر دوبارہ ان میں حرکت پیدا کرنا، جب</w:t>
      </w:r>
    </w:p>
    <w:p>
      <w:r>
        <w:rPr>
          <w:b/>
        </w:rPr>
        <w:t xml:space="preserve">[1:00:15] </w:t>
      </w:r>
      <w:r>
        <w:t>spirit khatm ho jaye, phir form reh jaye to phir se spirit ko le aana. yeh yeh hai ehya aur tajdeed ka kaam. baqi yeh ke hukoomat qaim karna, yeh bilkul hi aik mubtadaana tasawwur hai.</w:t>
      </w:r>
    </w:p>
    <w:p>
      <w:pPr>
        <w:jc w:val="right"/>
      </w:pPr>
      <w:r>
        <w:t>اسپیریٹ ختم ہو جائے، پھر فارم رہ جائے تو پھر سے اسپیریٹ کو لے آنا۔ یہ یہ ہے احیاء اور تجدید کا کام۔ باقی یہ کہ حکومت قائم کرنا، یہ بالکل ہی ایک مبتدانہ تصور ہے۔</w:t>
      </w:r>
    </w:p>
    <w:p>
      <w:r>
        <w:rPr>
          <w:b/>
        </w:rPr>
        <w:t xml:space="preserve">[1:00:30] </w:t>
      </w:r>
      <w:r>
        <w:t>kyunke main logon se poochta hoon ke mujhe batao ke kahan Quran ya Hadees mein hai yeh hukum ke "aqim dawlat al-Islam" yeh kahan likha hua hai?</w:t>
      </w:r>
    </w:p>
    <w:p>
      <w:pPr>
        <w:jc w:val="right"/>
      </w:pPr>
      <w:r>
        <w:t>کیونکہ میں لوگوں سے پوچھتا ہوں کہ مجھے بتاؤ کہ کہاں قرآن یا حدیث میں ہے یہ حکم کہ "اقم دولت الاسلام" یہ کہاں لکھا ہوا ہے؟</w:t>
      </w:r>
    </w:p>
    <w:p>
      <w:r>
        <w:rPr>
          <w:b/>
        </w:rPr>
        <w:t xml:space="preserve">[1:00:39] </w:t>
      </w:r>
      <w:r>
        <w:t>hukoomat Islami qaim karo, yeh kahan likha hua hai?</w:t>
      </w:r>
    </w:p>
    <w:p>
      <w:pPr>
        <w:jc w:val="right"/>
      </w:pPr>
      <w:r>
        <w:t>حکومت اسلامی قائم کرو، یہ کہاں لکھا ہوا ہے؟</w:t>
      </w:r>
    </w:p>
    <w:p>
      <w:r>
        <w:rPr>
          <w:b/>
        </w:rPr>
        <w:t xml:space="preserve">[1:00:43] </w:t>
      </w:r>
      <w:r>
        <w:t>to yeh khud saakhta hai aur yeh yeh fiqh develop hua hai Abbasi daur mein aur phir woh chalta raha, chalta raha, chalta raha. Abbasi daur aap jante hain ke qurun mashhood lah bil khair ke baad ka daur hai.</w:t>
      </w:r>
    </w:p>
    <w:p>
      <w:pPr>
        <w:jc w:val="right"/>
      </w:pPr>
      <w:r>
        <w:t>تو یہ خود ساختہ ہے اور یہ یہ فقہ ڈیولپ ہوا ہے عباسی دور میں اور پھر وہ چلتا رہا، چلتا رہا، چلتا رہا۔ عباسی دور آپ جانتے ہیں کہ قرون مشہود لہب بالخیر کے بعد کا دور ہے۔</w:t>
      </w:r>
    </w:p>
    <w:p>
      <w:r>
        <w:rPr>
          <w:b/>
        </w:rPr>
        <w:t xml:space="preserve">[1:00:59] </w:t>
      </w:r>
      <w:r>
        <w:t>Islam mein dekhiye, qurun qurun thalatha ko miyar mana gaya hai. teen daur yaani ahad risalat, ahad Sahaba, ahad Tabeen, yeh teen daur miyari daur hain.</w:t>
      </w:r>
    </w:p>
    <w:p>
      <w:pPr>
        <w:jc w:val="right"/>
      </w:pPr>
      <w:r>
        <w:t>اسلام میں دیکھیے، قرون قرون ثلاثہ کو معیار مانا گیا ہے۔ تین دور یعنی عہد رسالت، عہد صحابہ، عہد تابعین، یہ تین دور معیاری دور ہیں۔</w:t>
      </w:r>
    </w:p>
    <w:p>
      <w:r>
        <w:rPr>
          <w:b/>
        </w:rPr>
        <w:t xml:space="preserve">[1:01:11] </w:t>
      </w:r>
      <w:r>
        <w:t>is ke baad jo hai, woh miyari daur nahi hai. to koi bhi aisi cheez jo qurun thalatha ke baad paida hui ho, woh bilashuba qabil e tanqeed hai, qabil e tajziya hai.</w:t>
      </w:r>
    </w:p>
    <w:p>
      <w:pPr>
        <w:jc w:val="right"/>
      </w:pPr>
      <w:r>
        <w:t>اس کے بعد جو ہے، وہ معیاری دور نہیں ہے۔ تو کوئی بھی ایسی چیز جو قرون ثلاثہ کے بعد پیدا ہوئی ہو، وہ بلاشبہ قابل تنقید ہے، قابل تجزیہ ہے۔</w:t>
      </w:r>
    </w:p>
    <w:p>
      <w:r>
        <w:rPr>
          <w:b/>
        </w:rPr>
        <w:t xml:space="preserve">[1:01:24] </w:t>
      </w:r>
      <w:r>
        <w:t>is ko hum as it is as it is nahi le sakte.</w:t>
      </w:r>
    </w:p>
    <w:p>
      <w:pPr>
        <w:jc w:val="right"/>
      </w:pPr>
      <w:r>
        <w:t>اس کو ہم ایز اٹ از اٹ از نہیں لے سکتے۔</w:t>
      </w:r>
    </w:p>
    <w:p>
      <w:r>
        <w:rPr>
          <w:b/>
        </w:rPr>
        <w:t xml:space="preserve">[1:01:28] </w:t>
      </w:r>
      <w:r>
        <w:t>isi mein se yeh tasawwur bhi hai, siyasi iqtidaar qaim karne ka tasawwur hai jis ko khilafat yaani is ko Islamize kar ke is ko khilafat ka naam dijiye ga.</w:t>
      </w:r>
    </w:p>
    <w:p>
      <w:pPr>
        <w:jc w:val="right"/>
      </w:pPr>
      <w:r>
        <w:t>اسی میں سے یہ تصور بھی ہے، سیاسی اقتدار قائم کرنے کا تصور ہے جس کو خلافت یعنی اس کو اسلامائز کر کے اس کو خلافت کا نام دیجیے گا۔</w:t>
      </w:r>
    </w:p>
    <w:p>
      <w:r>
        <w:rPr>
          <w:b/>
        </w:rPr>
        <w:t xml:space="preserve">[1:01:43] </w:t>
      </w:r>
      <w:r>
        <w:t>jo khulafa thay, charon khulafa, woh bhi Ameer ul Momineen kehelate thay.</w:t>
      </w:r>
    </w:p>
    <w:p>
      <w:pPr>
        <w:jc w:val="right"/>
      </w:pPr>
      <w:r>
        <w:t>جو خلفاء تھے، چاروں خلفاء، وہ بھی امیرالمومنین کہلاتے تھے۔</w:t>
      </w:r>
    </w:p>
    <w:p>
      <w:r>
        <w:rPr>
          <w:b/>
        </w:rPr>
        <w:t xml:space="preserve">[1:01:52] </w:t>
      </w:r>
      <w:r>
        <w:t>yeh khilafat ka lafz to baad ko raaij hua hai, woh woh Ameer ul Momineen kehelate thay.</w:t>
      </w:r>
    </w:p>
    <w:p>
      <w:pPr>
        <w:jc w:val="right"/>
      </w:pPr>
      <w:r>
        <w:t>یہ خلافت کا لفظ تو بعد کو رائج ہوا ہے، وہ وہ امیرالمومنین کہلاتے تھے۔</w:t>
      </w:r>
    </w:p>
    <w:p>
      <w:r>
        <w:rPr>
          <w:b/>
        </w:rPr>
        <w:t xml:space="preserve">[1:02:02] </w:t>
      </w:r>
      <w:r>
        <w:t>Maulana, agla sawal Karachi Pakistan se hai Miss Saira Latif ka. unhon ne likha hai: "Daur-e-zawaal mein ummat ki islaah ka nuqta-e-aaghaz kya hai?</w:t>
      </w:r>
    </w:p>
    <w:p>
      <w:pPr>
        <w:jc w:val="right"/>
      </w:pPr>
      <w:r>
        <w:t>مولانا، اگلا سوال کراچی پاکستان سے ہے مس سائرہ لطیف کا۔ انہوں نے لکھا ہے: "دور زوال میں امت کی اصلاح کا نقطہ آغاز کیا ہے؟</w:t>
      </w:r>
    </w:p>
    <w:p>
      <w:r>
        <w:rPr>
          <w:b/>
        </w:rPr>
        <w:t xml:space="preserve">[1:02:13] </w:t>
      </w:r>
      <w:r>
        <w:t>madrasa, school, taleemi idara aur masjid war tehreek ya fikri aur zehni lehaaz se logon ko tayyar karna, un ke shaoor ko jagana, un ke andar spirit paida karna, literature aur haftawar meeting ke zariye logon se mulaqat karna waghera." is ke baray mein bataein.</w:t>
      </w:r>
    </w:p>
    <w:p>
      <w:pPr>
        <w:jc w:val="right"/>
      </w:pPr>
      <w:r>
        <w:t>مدرسہ، سکول، تعلیمی ادارہ اور مسجد وار تحریک یا فکری اور ذہنی لحاظ سے لوگوں کو تیار کرنا، ان کے شعور کو جگانا، ان کے اندر سپرٹ پیدا کرنا، لٹریچر اور ہفتہ وار میٹنگ کے ذریعے لوگوں سے ملاقات کرنا وغیرہ۔" اس کے بارے میں بتائیں۔</w:t>
      </w:r>
    </w:p>
    <w:p>
      <w:r>
        <w:rPr>
          <w:b/>
        </w:rPr>
        <w:t xml:space="preserve">[1:02:35] </w:t>
      </w:r>
      <w:r>
        <w:t>yeh to aap ne khud hi jawab de diya hai aur wahi main manta hoon is ko ke masjid o madaris yeh to dhanchay hain.</w:t>
      </w:r>
    </w:p>
    <w:p>
      <w:pPr>
        <w:jc w:val="right"/>
      </w:pPr>
      <w:r>
        <w:t>یہ تو آپ نے خود ہی جواب دے دیا ہے اور وہی میں مانتا ہوں اس کو کہ مسجد و مدرسے یہ تو ڈھانچے ہیں۔</w:t>
      </w:r>
    </w:p>
    <w:p>
      <w:r>
        <w:rPr>
          <w:b/>
        </w:rPr>
        <w:t xml:space="preserve">[1:02:45] </w:t>
      </w:r>
      <w:r>
        <w:t>dhanchay se aaghaz nahi hua karta, aaghaz hota hai spirit se. dhanchay zaroori hain apni jagah par, lekin jab zawaal aa jaye to aaghaz dhanchay se nahi hoga, spirit se hoga.</w:t>
      </w:r>
    </w:p>
    <w:p>
      <w:pPr>
        <w:jc w:val="right"/>
      </w:pPr>
      <w:r>
        <w:t>ڈھانچے سے آغاز نہیں ہوا کرتا، آغاز ہوتا ہے اسپیریٹ سے۔ ڈھانچے ضروری ہیں اپنی جگہ پر، لیکن جب زوال آ جائے تو آغاز ڈھانچے سے نہیں ہوگا، اسپیریٹ سے ہوگا۔</w:t>
      </w:r>
    </w:p>
    <w:p>
      <w:r>
        <w:rPr>
          <w:b/>
        </w:rPr>
        <w:t xml:space="preserve">[1:02:59] </w:t>
      </w:r>
      <w:r>
        <w:t>wahi yaani intellectual devolution lana hoga, logon ke zehn ko phir se reactivate karna hoga, mind ki re-engineering karni hogi.</w:t>
      </w:r>
    </w:p>
    <w:p>
      <w:pPr>
        <w:jc w:val="right"/>
      </w:pPr>
      <w:r>
        <w:t>وہی یعنی انٹلیکچول ڈولیوشن لانا ہوگا، لوگوں کے ذہن کو پھر سے ری ایکٹیویٹ کرنا ہوگا، مائنڈ کی ری انجینئرنگ کرنی ہوگی۔</w:t>
      </w:r>
    </w:p>
    <w:p>
      <w:r>
        <w:rPr>
          <w:b/>
        </w:rPr>
        <w:t xml:space="preserve">[1:03:10] </w:t>
      </w:r>
      <w:r>
        <w:t>yahi hai nuqta e aaghaz.</w:t>
      </w:r>
    </w:p>
    <w:p>
      <w:pPr>
        <w:jc w:val="right"/>
      </w:pPr>
      <w:r>
        <w:t>یہی ہے نقطہ آغاز۔</w:t>
      </w:r>
    </w:p>
    <w:p>
      <w:r>
        <w:rPr>
          <w:b/>
        </w:rPr>
        <w:t xml:space="preserve">[1:03:14] </w:t>
      </w:r>
      <w:r>
        <w:t>dhanchay se aaghaz nahi ho sakta. dhancha to be rooh ho chuka hai. jab be rooh ho chuka to usi se aaghaz kaise karenge aap? dhancha kyun be rooh hua, is ko janna parhe ga.</w:t>
      </w:r>
    </w:p>
    <w:p>
      <w:pPr>
        <w:jc w:val="right"/>
      </w:pPr>
      <w:r>
        <w:t>ڈھانچے سے آغاز نہیں ہو سکتا۔ ڈھانچہ تو بے روح ہو چکا ہے۔ جب بے روح ہو چکا تو اسی سے آغاز کیسے کریں گے آپ؟ ڈھانچہ کیوں بے روح ہوا، اس کو جاننا پڑے گا۔</w:t>
      </w:r>
    </w:p>
    <w:p>
      <w:r>
        <w:rPr>
          <w:b/>
        </w:rPr>
        <w:t xml:space="preserve">[1:03:28] </w:t>
      </w:r>
      <w:r>
        <w:t>dhancha to bohat maujood hai, beshumar masjidain hain, beshumar madaris, beshumar idaray jo kabhi tareekh mein nahi thay, phir bhi ummat par zawaal hai.</w:t>
      </w:r>
    </w:p>
    <w:p>
      <w:pPr>
        <w:jc w:val="right"/>
      </w:pPr>
      <w:r>
        <w:t>ڈھانچہ تو بہت موجود ہے، بے شمار مسجدیں ہیں، بے شمار مدرسے، بے شمار ادارے جو کبھی تاریخ میں نہیں تھے، پھر بھی امت پر زوال ہے۔</w:t>
      </w:r>
    </w:p>
    <w:p>
      <w:r>
        <w:rPr>
          <w:b/>
        </w:rPr>
        <w:t xml:space="preserve">[1:03:38] </w:t>
      </w:r>
      <w:r>
        <w:t>to kyunke to dhanchay ke peechay jo cheez yaani leak kar rahi hai, jo maqbool ho rahi hai, us ko pata kijiye, woh hai spirit.</w:t>
      </w:r>
    </w:p>
    <w:p>
      <w:pPr>
        <w:jc w:val="right"/>
      </w:pPr>
      <w:r>
        <w:t>تو کیونکہ تو ڈھانچے کے پیچھے جو چیز یعنی لیک کر رہی ہے، جو مقبود ہو رہی ہے، اس کو پتہ کیجئے، وہ ہے اسپیریٹ۔</w:t>
      </w:r>
    </w:p>
    <w:p>
      <w:r>
        <w:rPr>
          <w:b/>
        </w:rPr>
        <w:t xml:space="preserve">[1:03:49] </w:t>
      </w:r>
      <w:r>
        <w:t>to spirit se aaghaz hoga, na ke dhanchay se.</w:t>
      </w:r>
    </w:p>
    <w:p>
      <w:pPr>
        <w:jc w:val="right"/>
      </w:pPr>
      <w:r>
        <w:t>تو اسپیریٹ سے آغاز ہوگا، نہ کہ ڈھانچے سے۔</w:t>
      </w:r>
    </w:p>
    <w:p>
      <w:r>
        <w:rPr>
          <w:b/>
        </w:rPr>
        <w:t xml:space="preserve">[1:03:57] </w:t>
      </w:r>
      <w:r>
        <w:t>Maulana, agla sawal hai Maulana Iqbal Umri Sahab ka Tamil Nadu se. unhon ne poocha hai ke logon ka aksar yeh sawal rehta hai ke burai zyada ho chuki hai, hamari aanay wali nasal ka kya hoga?</w:t>
      </w:r>
    </w:p>
    <w:p>
      <w:pPr>
        <w:jc w:val="right"/>
      </w:pPr>
      <w:r>
        <w:t>مولانا، اگلا سوال ہے مولانا اقبال عمری صاحب کا تمل ناڈو سے۔ انہوں نے پوچھا ہے کہ لوگوں کا اکثر یہ سوال رہتا ہے کہ برائی زیادہ ہو چکی ہے، ہماری آنے والی نسل کا کیا ہوگا؟</w:t>
      </w:r>
    </w:p>
    <w:p>
      <w:r>
        <w:rPr>
          <w:b/>
        </w:rPr>
        <w:t xml:space="preserve">[1:04:17] </w:t>
      </w:r>
      <w:r>
        <w:t>yeh to koi sawal nahi hai. yeh nasal ka kya hone ki aap nasal ki islaah kijiye.</w:t>
      </w:r>
    </w:p>
    <w:p>
      <w:pPr>
        <w:jc w:val="right"/>
      </w:pPr>
      <w:r>
        <w:t>یہ تو کوئی سوال نہیں ہے۔ یہ نسل کا کیا ہونے کی آپ نسل کی اصلاح کیجئے۔</w:t>
      </w:r>
    </w:p>
    <w:p>
      <w:r>
        <w:rPr>
          <w:b/>
        </w:rPr>
        <w:t xml:space="preserve">[1:04:25] </w:t>
      </w:r>
      <w:r>
        <w:t>mere aziz to nasal ke bigaad ke sabza zimmedari maa baap par hai. har ghar jo hai, bigaad ka karkhana bana hua hai.</w:t>
      </w:r>
    </w:p>
    <w:p>
      <w:pPr>
        <w:jc w:val="right"/>
      </w:pPr>
      <w:r>
        <w:t>میرے عزیز تو نسل کے بگاڑ کے سبزہ ذمہ داری ماں باپ پر ہے۔ ہر گھر جو ہے، بگاڑ کا کارخانہ بنا ہوا ہے۔</w:t>
      </w:r>
    </w:p>
    <w:p>
      <w:r>
        <w:rPr>
          <w:b/>
        </w:rPr>
        <w:t xml:space="preserve">[1:04:36] </w:t>
      </w:r>
      <w:r>
        <w:t>taqreeban saare maa baap ka haal kya hai is zamane mein ke woh aik hi baat jante hain: paisa kamao aur aur bachon ka status barhao.</w:t>
      </w:r>
    </w:p>
    <w:p>
      <w:pPr>
        <w:jc w:val="right"/>
      </w:pPr>
      <w:r>
        <w:t>تقریباً سارے ماں باپ کا حال کیا ہے اس زمانے میں کہ وہ ایک ہی بات جانتے ہیں: پیسہ کماؤ اور اور بچوں کا اسٹیٹس بڑھاؤ۔</w:t>
      </w:r>
    </w:p>
    <w:p>
      <w:r>
        <w:rPr>
          <w:b/>
        </w:rPr>
        <w:t xml:space="preserve">[1:04:47] </w:t>
      </w:r>
      <w:r>
        <w:t>yani bachchon ko easy money faraham karna, yeh uske liye machine banay hue hain. Maa baap</w:t>
      </w:r>
    </w:p>
    <w:p>
      <w:pPr>
        <w:jc w:val="right"/>
      </w:pPr>
      <w:r>
        <w:t>یعنی بچوں کو ایزی منی فراہم کرنا، یہ اس کے لیے مشین بنے ہوئے ہیں۔ ماں باپ</w:t>
      </w:r>
    </w:p>
    <w:p>
      <w:r>
        <w:rPr>
          <w:b/>
        </w:rPr>
        <w:t xml:space="preserve">[1:04:55] </w:t>
      </w:r>
      <w:r>
        <w:t>jitnay baap maa baap ko main jaanta hoon ke kama kama kar bachchon ko paisa dena to easy money to sab se sab sab bari bigaad ki wajah hai.</w:t>
      </w:r>
    </w:p>
    <w:p>
      <w:pPr>
        <w:jc w:val="right"/>
      </w:pPr>
      <w:r>
        <w:t>جتنے باپ ماں باپ کو میں جانتا ہوں کہ کما کما کر بچوں کو پیسہ دینا تو ایزی منی تو سب سے سب سب بڑی بگاڑ کی وجہ ہے۔</w:t>
      </w:r>
    </w:p>
    <w:p>
      <w:r>
        <w:rPr>
          <w:b/>
        </w:rPr>
        <w:t xml:space="preserve">[1:05:07] </w:t>
      </w:r>
      <w:r>
        <w:t>mere ilm ke mutabiq jitnay maa baap hain, unka aik hi kaam hai: paisa kamao, bachchon ko easy money faraham karo.</w:t>
      </w:r>
    </w:p>
    <w:p>
      <w:pPr>
        <w:jc w:val="right"/>
      </w:pPr>
      <w:r>
        <w:t>میرے علم کے مطابق جتنے ماں باپ ہیں، ان کا ایک ہی کام ہے: پیسہ کماؤ، بچوں کو ایزی منی فراہم کرو۔</w:t>
      </w:r>
    </w:p>
    <w:p>
      <w:r>
        <w:rPr>
          <w:b/>
        </w:rPr>
        <w:t xml:space="preserve">[1:05:18] </w:t>
      </w:r>
      <w:r>
        <w:t>koi log jahaz chala kar se business kama kar aisa karte hain aur jo baray baray log hain, woh corruption ke zariye paisa kamatay hain.</w:t>
      </w:r>
    </w:p>
    <w:p>
      <w:pPr>
        <w:jc w:val="right"/>
      </w:pPr>
      <w:r>
        <w:t>کوئی لوگ جہاز چلا کر سے بزنس کما کر ایسا کرتے ہیں اور جو بڑے بڑے لوگ ہیں، وہ کرپشن کے ذریعے پیسہ کماتے ہیں۔</w:t>
      </w:r>
    </w:p>
    <w:p>
      <w:r>
        <w:rPr>
          <w:b/>
        </w:rPr>
        <w:t xml:space="preserve">[1:05:29] </w:t>
      </w:r>
      <w:r>
        <w:t>baray baray corruption ho rahay hain, karoron arbon ke rupay corruption kis ke liye? Bete ke liye hota hai, sab bachchon ke liye hota hai.</w:t>
      </w:r>
    </w:p>
    <w:p>
      <w:pPr>
        <w:jc w:val="right"/>
      </w:pPr>
      <w:r>
        <w:t>بڑے بڑے کرپشن ہو رہے ہیں، کروڑوں اربوں کے روپے کرپشن کس کے لیے؟ بیٹے کے لیے ہوتا ہے، سب بچوں کے لیے ہوتا ہے۔</w:t>
      </w:r>
    </w:p>
    <w:p>
      <w:r>
        <w:rPr>
          <w:b/>
        </w:rPr>
        <w:t xml:space="preserve">[1:05:36] </w:t>
      </w:r>
      <w:r>
        <w:t>aaj kal corruption ki qissay suntay hain aap ke itna scheme aur itna yani karor arbon rupay ke jo sab qissay atay hain akhbaron mein,</w:t>
      </w:r>
    </w:p>
    <w:p>
      <w:pPr>
        <w:jc w:val="right"/>
      </w:pPr>
      <w:r>
        <w:t>آج کل کرپشن کی قصے سنتے ہیں آپ کہ اتنا اسکیم اور اتنا یعنی کروڑ اربوں روپے کے جو سب قصے آتے ہیں اخباروں میں،</w:t>
      </w:r>
    </w:p>
    <w:p>
      <w:r>
        <w:rPr>
          <w:b/>
        </w:rPr>
        <w:t xml:space="preserve">[1:05:50] </w:t>
      </w:r>
      <w:r>
        <w:t>rshwaten, woh kis ke liye? Bachchon ke liye, sab bachchon ke liye ke woh khud jo leader hai, jo yeh sab kar raha hai, woh to boorha boorha ho ke marne wala hai, chahta hai ke mera bacha jaye, us ke liye dolat ka anbaar laga jaon mein.</w:t>
      </w:r>
    </w:p>
    <w:p>
      <w:pPr>
        <w:jc w:val="right"/>
      </w:pPr>
      <w:r>
        <w:t>رشوتیں، وہ کس کے لیے؟ بچوں کے لیے، سب بچوں کے لیے کہ وہ خود جو لیڈر ہے، جو یہ سب کر رہا ہے، وہ تو بوڑھا بوڑھا ہو کے مرنے والا ہے، چاہتا ہے کہ میرا بچہ جائے، اس کے لیے دولت کا انبار لگا جاؤں میں۔</w:t>
      </w:r>
    </w:p>
    <w:p>
      <w:r>
        <w:rPr>
          <w:b/>
        </w:rPr>
        <w:t xml:space="preserve">[1:06:02] </w:t>
      </w:r>
      <w:r>
        <w:t>to main sochta hoon ke yeh money culture sab se bari wajah hai. Money culture aur money culture har har har ghar mein money culture ka karkhana khula hua hai.</w:t>
      </w:r>
    </w:p>
    <w:p>
      <w:pPr>
        <w:jc w:val="right"/>
      </w:pPr>
      <w:r>
        <w:t>تو میں سوچتا ہوں کہ یہ منی کلچر سب سے بڑی وجہ ہے۔ منی کلچر اور منی کلچر ہر ہر ہر گھر میں منی کلچر کا کارخانہ کھلا ہوا ہے۔</w:t>
      </w:r>
    </w:p>
    <w:p>
      <w:r>
        <w:rPr>
          <w:b/>
        </w:rPr>
        <w:t xml:space="preserve">[1:06:13] </w:t>
      </w:r>
      <w:r>
        <w:t>to doosron ko blame karne dein, jo jo kehtay hain, woh khud bhi isi mein shikar hain. Blame detay hain doosron ko, jo sahib yeh keh rahay hain, un ko is ko pata kijiye, woh khud bhi isi ka shikar hain ke kama kama kar bachchon ko easy money faraham karna.</w:t>
      </w:r>
    </w:p>
    <w:p>
      <w:pPr>
        <w:jc w:val="right"/>
      </w:pPr>
      <w:r>
        <w:t>تو دوسروں کو بلیم کرنے دیں، جو جو کہتے ہیں، وہ خود بھی اسی میں شکار ہیں۔ بلیم دیتے ہیں دوسروں کو، جو صاحب یہ کہہ رہے ہیں، ان کو اس کو پتہ کیجئے، وہ خود بھی اسی کا شکار ہیں کہ کما کما کر بچوں کو ایزی منی فراہم کرنا۔</w:t>
      </w:r>
    </w:p>
    <w:p>
      <w:r>
        <w:rPr>
          <w:b/>
        </w:rPr>
        <w:t xml:space="preserve">[1:06:33] </w:t>
      </w:r>
      <w:r>
        <w:t>maulana, agla sawal nakpoor se hai misster ghafoor dadani sahib ka. Unhon ne likha hai ke auraton ko hi parda kyun hai?</w:t>
      </w:r>
    </w:p>
    <w:p>
      <w:pPr>
        <w:jc w:val="right"/>
      </w:pPr>
      <w:r>
        <w:t>مولانا، اگلا سوال ناکپور سے ہے مسٹر غفور دادانی صاحب کا۔ انہوں نے لکھا ہے کہ عورتوں کو ہی پردہ کیوں ہے؟</w:t>
      </w:r>
    </w:p>
    <w:p>
      <w:r>
        <w:rPr>
          <w:b/>
        </w:rPr>
        <w:t xml:space="preserve">[1:06:42] </w:t>
      </w:r>
      <w:r>
        <w:t>mojudah burqa kya Allah ka hukum hai? Is ke baray mein batayen.</w:t>
      </w:r>
    </w:p>
    <w:p>
      <w:pPr>
        <w:jc w:val="right"/>
      </w:pPr>
      <w:r>
        <w:t>موجودہ برقہ کیا اللہ کا حکم ہے؟ اس کے بارے میں بتائیں۔</w:t>
      </w:r>
    </w:p>
    <w:p>
      <w:r>
        <w:rPr>
          <w:b/>
        </w:rPr>
        <w:t xml:space="preserve">[1:06:50] </w:t>
      </w:r>
      <w:r>
        <w:t>is ke baray mein main pehle arz kar chuka hoon ke best kitab hai allama naseeruddin albani ki "hijab al-banat al-muslima".</w:t>
      </w:r>
    </w:p>
    <w:p>
      <w:pPr>
        <w:jc w:val="right"/>
      </w:pPr>
      <w:r>
        <w:t>اس کے بارے میں میں پہلے عرض کر چکا ہوں کہ بیسٹ کتاب ہے علامہ ناصر الدین البانی کی "حجاب البنات المسلمہ"۔</w:t>
      </w:r>
    </w:p>
    <w:p>
      <w:r>
        <w:rPr>
          <w:b/>
        </w:rPr>
        <w:t xml:space="preserve">[1:07:03] </w:t>
      </w:r>
      <w:r>
        <w:t>is mein unhon ne likha hai ke burqa jo hai, yeh baad ki cheez hai, islami shariyat se is ka koi talluq nahi hai.</w:t>
      </w:r>
    </w:p>
    <w:p>
      <w:pPr>
        <w:jc w:val="right"/>
      </w:pPr>
      <w:r>
        <w:t>اس میں انہوں نے لکھا ہے کہ برقہ جو ہے، یہ بعد کی چیز ہے، اسلامی شریعت سے اس کا کوئی تعلق نہیں ہے۔</w:t>
      </w:r>
    </w:p>
    <w:p>
      <w:r>
        <w:rPr>
          <w:b/>
        </w:rPr>
        <w:t xml:space="preserve">[1:07:13] </w:t>
      </w:r>
      <w:r>
        <w:t>aurat ko saada libas, sater libas, ghair namashi libas yeh hona chahiye bas. Aur poora jo body hai, dhaka hua ho, aisa kapra nahi ke jo hadith mein aata hai ke pehan kar bhi nangay rehna.</w:t>
      </w:r>
    </w:p>
    <w:p>
      <w:pPr>
        <w:jc w:val="right"/>
      </w:pPr>
      <w:r>
        <w:t>عورت کو سادہ لباس، ساتر لباس، غیر نماشی لباس یہ ہونا چاہیے بس۔ اور پورا جو باڈی ہے، ڈھکا ہوا ہو، ایسا کپڑا نہیں کہ جو حدیث میں آتا ہے کہ پہن کر بھی ننگے رہنا۔</w:t>
      </w:r>
    </w:p>
    <w:p>
      <w:r>
        <w:rPr>
          <w:b/>
        </w:rPr>
        <w:t xml:space="preserve">[1:07:35] </w:t>
      </w:r>
      <w:r>
        <w:t>to aisay kapray pehnay atay hain ke kapra bhi hai, phir bhi nanga pan to woh woh kapra nahi ho. To wohi wohi wohi wohi islami tareeqa hai.</w:t>
      </w:r>
    </w:p>
    <w:p>
      <w:pPr>
        <w:jc w:val="right"/>
      </w:pPr>
      <w:r>
        <w:t>تو ایسے کپڑے پہنے آتے ہیں کہ کپڑا بھی ہے، پھر بھی ننگا پن تو وہ وہ کپڑا نہیں ہو۔ تو وہی وہی وہی وہی اسلامی طریقہ ہے۔</w:t>
      </w:r>
    </w:p>
    <w:p>
      <w:r>
        <w:rPr>
          <w:b/>
        </w:rPr>
        <w:t xml:space="preserve">[1:07:50] </w:t>
      </w:r>
      <w:r>
        <w:t>baqi burqa jo hai, koi sa yani rasool Allah ke zamanay mein koi burqa nahi banta tha, burqa tha hi nahi, wahan burqa ka wahan riwaj hi nahi tha.</w:t>
      </w:r>
    </w:p>
    <w:p>
      <w:pPr>
        <w:jc w:val="right"/>
      </w:pPr>
      <w:r>
        <w:t>باقی برقہ جو ہے، کوئی سا یعنی رسول اللہ کے زمانے میں کوئی برقہ نہیں بنتا تھا، برقہ تھا ہی نہیں، وہاں برقہ کا وہاں رواج ہی نہیں تھا۔</w:t>
      </w:r>
    </w:p>
    <w:p>
      <w:r>
        <w:rPr>
          <w:b/>
        </w:rPr>
        <w:t xml:space="preserve">[1:08:01] </w:t>
      </w:r>
      <w:r>
        <w:t>to main nahi samajhta, to is mein to koi shakk nahi, lekin is zamanay mein log itna shadeed ho gaye hain is moamlay mein ke burqa ko islam ka hissa samajhnay lagay hain, yahan se le kar maghribi mulkon tak.</w:t>
      </w:r>
    </w:p>
    <w:p>
      <w:pPr>
        <w:jc w:val="right"/>
      </w:pPr>
      <w:r>
        <w:t>تو میں نہیں سمجھتا، تو اس میں تو کوئی شک نہیں، لیکن اس زمانے میں لوگ اتنا شدید ہو گئے ہیں اس معاملے میں کہ برقہ کو اسلام کا حصہ سمجھنے لگے ہیں، یہاں سے لے کر مغربی ملکوں تک۔</w:t>
      </w:r>
    </w:p>
    <w:p>
      <w:r>
        <w:rPr>
          <w:b/>
        </w:rPr>
        <w:t xml:space="preserve">[1:08:14] </w:t>
      </w:r>
      <w:r>
        <w:t>yeh to aik bidat hai, is ka islam se koi talluq nahi hai. Aur is burqay ke andar woh sab sab kuch hota hai, wohi makeup, wohi zewar, wohi namashi kapray.</w:t>
      </w:r>
    </w:p>
    <w:p>
      <w:pPr>
        <w:jc w:val="right"/>
      </w:pPr>
      <w:r>
        <w:t>یہ تو ایک بدعت ہے، اس کا اسلام سے کوئی تعلق نہیں ہے۔ اور اس برقے کے اندر وہ سب سب کچھ ہوتا ہے، وہی میک اپ، وہی زیور، وہی نماشی کپڑے۔</w:t>
      </w:r>
    </w:p>
    <w:p>
      <w:r>
        <w:rPr>
          <w:b/>
        </w:rPr>
        <w:t xml:space="preserve">[1:08:26] </w:t>
      </w:r>
      <w:r>
        <w:t>to asal cheez jo matloob hai, woh nahi hai. Aik zahiri burqa aik aik bana rakha hai. To beharhal, main burqay ko koi koi sahi sahi cheez nahi samajhta, is ko aik riwaj samajhta hoon.</w:t>
      </w:r>
    </w:p>
    <w:p>
      <w:pPr>
        <w:jc w:val="right"/>
      </w:pPr>
      <w:r>
        <w:t>تو اصل چیز جو مطلوب ہے، وہ نہیں ہے۔ ایک ظاہری برقہ ایک ایک بنا رکھا ہے۔ تو بہرحال، میں برقے کو کوئی کوئی صحیح صحیح چیز نہیں سمجھتا، اس کو ایک رواج سمجھتا ہوں۔</w:t>
      </w:r>
    </w:p>
    <w:p>
      <w:r>
        <w:rPr>
          <w:b/>
        </w:rPr>
        <w:t xml:space="preserve">[1:08:40] </w:t>
      </w:r>
      <w:r>
        <w:t>riwaj. Maulana, agla sawal miss naghma siddiqui ka hai dilli se.</w:t>
      </w:r>
    </w:p>
    <w:p>
      <w:pPr>
        <w:jc w:val="right"/>
      </w:pPr>
      <w:r>
        <w:t>رواج۔ مولانا، اگلا سوال مس نغمہ صدیقی کا ہے دلی سے۔</w:t>
      </w:r>
    </w:p>
    <w:p>
      <w:r>
        <w:rPr>
          <w:b/>
        </w:rPr>
        <w:t xml:space="preserve">[1:08:47] </w:t>
      </w:r>
      <w:r>
        <w:t>unhon ne likha hai ke "aftershock treatment by Ata Turk, were any efforts made for re-engineering of minds in Turkey?" Kindly comment.</w:t>
      </w:r>
    </w:p>
    <w:p>
      <w:pPr>
        <w:jc w:val="right"/>
      </w:pPr>
      <w:r>
        <w:t>انہوں نے لکھا ہے کہ "افٹر شاک ٹریٹمنٹ بائے عطا ترک، وار اینی ایفرٹس میڈ فار ری انجینئرنگ اف مائنڈز ان ٹرکی؟" کائنڈلی کمنٹ۔</w:t>
      </w:r>
    </w:p>
    <w:p>
      <w:r>
        <w:rPr>
          <w:b/>
        </w:rPr>
        <w:t xml:space="preserve">[1:09:00] </w:t>
      </w:r>
      <w:r>
        <w:t>partially, mere ilm mein partially hua hai.</w:t>
      </w:r>
    </w:p>
    <w:p>
      <w:pPr>
        <w:jc w:val="right"/>
      </w:pPr>
      <w:r>
        <w:t>پارشلی، میرے علم میں پارشلی ہوا ہے۔</w:t>
      </w:r>
    </w:p>
    <w:p>
      <w:r>
        <w:rPr>
          <w:b/>
        </w:rPr>
        <w:t xml:space="preserve">[1:09:04] </w:t>
      </w:r>
      <w:r>
        <w:t>jaisa ke hamaray mission mein ho raha hai, waisa nahi hua hai. Maslan fethullah guelen sahib jo hain, woh partially woh kaam kar rahay hain aur syed nursi ne partially yeh kaam kiya.</w:t>
      </w:r>
    </w:p>
    <w:p>
      <w:pPr>
        <w:jc w:val="right"/>
      </w:pPr>
      <w:r>
        <w:t>جیسا کہ ہمارے مشن میں ہو رہا ہے، ویسا نہیں ہوا ہے۔ مثلاً فتح اللہ گلین صاحب جو ہیں، وہ پارشلی وہ کام کر رہے ہیں اور سید نورسی نے پارشلی یہ کام کیا۔</w:t>
      </w:r>
    </w:p>
    <w:p>
      <w:r>
        <w:rPr>
          <w:b/>
        </w:rPr>
        <w:t xml:space="preserve">[1:09:18] </w:t>
      </w:r>
      <w:r>
        <w:t>lekin un ki ideology hoti hai, woh itni clear nahi hai jitni ideology hamaray haan clear hai. Hamaray haan Allah ke fazal se bohat hi bohat hi clear ideology hai is moamlay mein,</w:t>
      </w:r>
    </w:p>
    <w:p>
      <w:pPr>
        <w:jc w:val="right"/>
      </w:pPr>
      <w:r>
        <w:t>لیکن ان کی آئیڈیالوجی ہوتی ہے، وہ اتنی کلیئر نہیں ہے جتنی آئیڈیالوجی ہمارے ہاں کلیئر ہے۔ ہمارے ہاں اللہ کے فضل سے بہت ہی بہت ہی کلیئر آئیڈیالوجی ہے اس معاملے میں،</w:t>
      </w:r>
    </w:p>
    <w:p>
      <w:r>
        <w:rPr>
          <w:b/>
        </w:rPr>
        <w:t xml:space="preserve">[1:09:31] </w:t>
      </w:r>
      <w:r>
        <w:t>yani ideology of re engineering. Wahan itni clear nahi hai, lekin beharhal unhon ne is maidan mein kaam kiya hai.</w:t>
      </w:r>
    </w:p>
    <w:p>
      <w:pPr>
        <w:jc w:val="right"/>
      </w:pPr>
      <w:r>
        <w:t>یعنی آئیڈیالوجی اف ری انجینئرنگ۔ وہاں ایتھی کلیئر نہیں ہے، لیکن بہرحال انہوں نے اس میدان میں کام کیا ہے۔</w:t>
      </w:r>
    </w:p>
    <w:p>
      <w:r>
        <w:rPr>
          <w:b/>
        </w:rPr>
        <w:t xml:space="preserve">[1:09:41] </w:t>
      </w:r>
      <w:r>
        <w:t>maulana, agla sawal dilli se hai mr khalid ansari sahab ka. unhon ne likha hai ke "muslims are still in the obsession of establishing khilafat."</w:t>
      </w:r>
    </w:p>
    <w:p>
      <w:pPr>
        <w:jc w:val="right"/>
      </w:pPr>
      <w:r>
        <w:t>مولانا، اگلا سوال دلی سے ہے مسٹر خالد انصاری صاحب کا۔ انہوں نے لکھا ہے کہ "مسلمز آر سٹل ان دی ابسیشن اف اسٹیبلشنگ خلافت۔"</w:t>
      </w:r>
    </w:p>
    <w:p>
      <w:r>
        <w:rPr>
          <w:b/>
        </w:rPr>
        <w:t xml:space="preserve">[1:09:53] </w:t>
      </w:r>
      <w:r>
        <w:t>Maulana, in an age of nationalism and spirit of freedom, is it possible for these obsessed Muslims to translate their dreams into reality?</w:t>
      </w:r>
    </w:p>
    <w:p>
      <w:pPr>
        <w:jc w:val="right"/>
      </w:pPr>
      <w:r>
        <w:t>مولانا، ان این ایج اف نیشنلزم اینڈ سپرٹ اف فریڈم، از اٹ پوسیبل فار دیز ابسیسڈ مسلمز ٹو ٹرانسلیٹ دیر ڈریمز انٹو ریلیٹی؟</w:t>
      </w:r>
    </w:p>
    <w:p>
      <w:r>
        <w:rPr>
          <w:b/>
        </w:rPr>
        <w:t xml:space="preserve">[1:10:04] </w:t>
      </w:r>
      <w:r>
        <w:t>bilkul hi impossible hai, aakhirat tak impossible hai. dekhen, masla yeh hai ke musalmanon ka mazhab jo hai, it is derived from history and not from the quran.</w:t>
      </w:r>
    </w:p>
    <w:p>
      <w:pPr>
        <w:jc w:val="right"/>
      </w:pPr>
      <w:r>
        <w:t>بالکل ہی امپاسیبل ہے، آخرت تک امپاسیبل ہے۔ دیکھیں، مسئلہ یہ ہے کہ مسلمانوں کا مذہب جو ہے، اٹ از ڈرائیو فرام ہسٹری اینڈ ناٹ فرام دا قرآن۔</w:t>
      </w:r>
    </w:p>
    <w:p>
      <w:r>
        <w:rPr>
          <w:b/>
        </w:rPr>
        <w:t xml:space="preserve">[1:10:16] </w:t>
      </w:r>
      <w:r>
        <w:t>ab jo musalmanon ka mazhab hai, woh tareekh se liya hua hai.</w:t>
      </w:r>
    </w:p>
    <w:p>
      <w:pPr>
        <w:jc w:val="right"/>
      </w:pPr>
      <w:r>
        <w:t>اب جو مسلمانوں کا مذہب ہے، وہ تاریخ سے لیا ہوا ہے۔</w:t>
      </w:r>
    </w:p>
    <w:p>
      <w:r>
        <w:rPr>
          <w:b/>
        </w:rPr>
        <w:t xml:space="preserve">[1:10:21] </w:t>
      </w:r>
      <w:r>
        <w:t>ab musalmanon ke aur islam ke beech mein history hai. quran ka jo daur hai, quran hadith ka jo daur hai, us ke baad tareekh ka zamana aya.</w:t>
      </w:r>
    </w:p>
    <w:p>
      <w:pPr>
        <w:jc w:val="right"/>
      </w:pPr>
      <w:r>
        <w:t>اب مسلمانوں کے اور اسلام کے بیچ میں ہسٹری ہے۔ قرآن کا جو دور ہے، قرآن حدیث کا جو دور ہے، اس کے بعد تاریخ کا زمانہ آیا۔</w:t>
      </w:r>
    </w:p>
    <w:p>
      <w:r>
        <w:rPr>
          <w:b/>
        </w:rPr>
        <w:t xml:space="preserve">[1:10:32] </w:t>
      </w:r>
      <w:r>
        <w:t>to aaj ke musalmanon mein aur quran ke daur mein beech mein history haail hai. to woh history tak pahunch paate hain, us se aage unhein kuch pata nahin.</w:t>
      </w:r>
    </w:p>
    <w:p>
      <w:pPr>
        <w:jc w:val="right"/>
      </w:pPr>
      <w:r>
        <w:t>تو آج کے مسلمانوں میں اور قرآن کے دور میں بیچ میں ہسٹری حائل ہے۔ تو وہ ہسٹری تک پہنچ پاتے ہیں، اس سے آگے انہیں کچھ پتہ نہیں۔</w:t>
      </w:r>
    </w:p>
    <w:p>
      <w:r>
        <w:rPr>
          <w:b/>
        </w:rPr>
        <w:t xml:space="preserve">[1:10:42] </w:t>
      </w:r>
      <w:r>
        <w:t>bade bade in ke jo log hain, bade bade top ke log bhi, woh bhi wohi islam jante hain jo history se unhon ne derive kiya hai.</w:t>
      </w:r>
    </w:p>
    <w:p>
      <w:pPr>
        <w:jc w:val="right"/>
      </w:pPr>
      <w:r>
        <w:t>بڑے بڑے ان کے جو لوگ ہیں، بڑے بڑے ٹاپ کے لوگ بھی، وہ بھی وہی اسلام جانتے ہیں جو ہسٹری سے انہوں نے ڈرائیو کیا ہے۔</w:t>
      </w:r>
    </w:p>
    <w:p>
      <w:r>
        <w:rPr>
          <w:b/>
        </w:rPr>
        <w:t xml:space="preserve">[1:10:51] </w:t>
      </w:r>
      <w:r>
        <w:t>yeh ab musalmanon ka problem hai. baqi yeh ke is zamane mein khilafat qaim karna, khilafat ka matlab hai ke muslim empire, yeh namumkin nahin, balke yeh to badness hai.</w:t>
      </w:r>
    </w:p>
    <w:p>
      <w:pPr>
        <w:jc w:val="right"/>
      </w:pPr>
      <w:r>
        <w:t>یہ اب مسلمانوں کا پرابلم ہے۔ باقی یہ کہ اس زمانے میں خلافت قائم کرنا، خلافت کا مطلب ہے کہ مسلم ایمپائر، یہ ناممکن نہیں، بلکہ یہ تو بیڈنس ہے۔</w:t>
      </w:r>
    </w:p>
    <w:p>
      <w:r>
        <w:rPr>
          <w:b/>
        </w:rPr>
        <w:t xml:space="preserve">[1:11:04] </w:t>
      </w:r>
      <w:r>
        <w:t>badness se kam nahin hai. yeh bilkul hi main hairaan hoon ke kaise aisi baatein log bolte hain aur aql se, aql se, reason se, soch se koi talluq nahin hai.</w:t>
      </w:r>
    </w:p>
    <w:p>
      <w:pPr>
        <w:jc w:val="right"/>
      </w:pPr>
      <w:r>
        <w:t>مائنڈنس سے کم نہیں ہے۔ یہ بالکل ہی میں حیران ہوں کہ کیسے ایسی باتیں لوگ بولتے ہیں اور عقل سے، عقل سے، ریزن سے، سوچ سے کوئی تعلق نہیں ہے۔</w:t>
      </w:r>
    </w:p>
    <w:p>
      <w:r>
        <w:rPr>
          <w:b/>
        </w:rPr>
        <w:t xml:space="preserve">[1:11:17] </w:t>
      </w:r>
      <w:r>
        <w:t>bilashuba, yeh badness hai, badness.</w:t>
      </w:r>
    </w:p>
    <w:p>
      <w:pPr>
        <w:jc w:val="right"/>
      </w:pPr>
      <w:r>
        <w:t>بلاشبہ، یہ بیڈنس ہے، بیڈنس۔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