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Modesty in Islam (English) June 20, 2007</w:t>
      </w:r>
    </w:p>
    <w:p>
      <w:r>
        <w:t>https://youtu.be/mHQWcOA-2qo</w:t>
      </w:r>
    </w:p>
    <w:p>
      <w:r>
        <w:rPr>
          <w:b/>
        </w:rPr>
        <w:t xml:space="preserve">[00:10] </w:t>
      </w:r>
      <w:r>
        <w:t>bismillah hir rahman nir rahim, wa salallahu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the theme for this morning is the importance of modesty in islam.</w:t>
      </w:r>
    </w:p>
    <w:p>
      <w:pPr>
        <w:jc w:val="right"/>
      </w:pPr>
      <w:r>
        <w:t>دا تھیم فار دس مارننگ از دا امپورٹنس آف ماڈیسٹی ان اسلام۔</w:t>
      </w:r>
    </w:p>
    <w:p>
      <w:r>
        <w:rPr>
          <w:b/>
        </w:rPr>
        <w:t xml:space="preserve">[00:46] </w:t>
      </w:r>
      <w:r>
        <w:t>according to my study and my experience,</w:t>
      </w:r>
    </w:p>
    <w:p>
      <w:pPr>
        <w:jc w:val="right"/>
      </w:pPr>
      <w:r>
        <w:t>اکارڈنگ ٹو مائی سٹڈی اینڈ مائی ایکسپیرینس،</w:t>
      </w:r>
    </w:p>
    <w:p>
      <w:r>
        <w:rPr>
          <w:b/>
        </w:rPr>
        <w:t xml:space="preserve">[00:54] </w:t>
      </w:r>
      <w:r>
        <w:t>modesty is the most important quality of human being.</w:t>
      </w:r>
    </w:p>
    <w:p>
      <w:pPr>
        <w:jc w:val="right"/>
      </w:pPr>
      <w:r>
        <w:t>ماڈیسٹی از دا موسٹ امپورٹنٹ کوالٹی آف ہیومن بینگ۔</w:t>
      </w:r>
    </w:p>
    <w:p>
      <w:r>
        <w:rPr>
          <w:b/>
        </w:rPr>
        <w:t xml:space="preserve">[01:03] </w:t>
      </w:r>
      <w:r>
        <w:t>this is the law of nature. as islam is religion of nature, so modesty has a very special place in islamic teachings.</w:t>
      </w:r>
    </w:p>
    <w:p>
      <w:pPr>
        <w:jc w:val="right"/>
      </w:pPr>
      <w:r>
        <w:t>دیز از دی لا آف نیچر۔ ایز اسلام از ریلیجن آف نیچر، سو ماڈیسٹی ہیز ا ویری سپیشل پلیس ان اسلامک ٹیچنگز۔</w:t>
      </w:r>
    </w:p>
    <w:p>
      <w:r>
        <w:rPr>
          <w:b/>
        </w:rPr>
        <w:t xml:space="preserve">[01:21] </w:t>
      </w:r>
      <w:r>
        <w:t>i can say without modesty, there is no islam.</w:t>
      </w:r>
    </w:p>
    <w:p>
      <w:pPr>
        <w:jc w:val="right"/>
      </w:pPr>
      <w:r>
        <w:t>ائی کین سیٹ وداؤٹ ماڈیسٹی، دیر از نو اسلام۔</w:t>
      </w:r>
    </w:p>
    <w:p>
      <w:r>
        <w:rPr>
          <w:b/>
        </w:rPr>
        <w:t xml:space="preserve">[01:32] </w:t>
      </w:r>
      <w:r>
        <w:t>without modesty, there is no islam.</w:t>
      </w:r>
    </w:p>
    <w:p>
      <w:pPr>
        <w:jc w:val="right"/>
      </w:pPr>
      <w:r>
        <w:t>وداؤٹ ماڈیسٹی، دیر از نو اسلام۔</w:t>
      </w:r>
    </w:p>
    <w:p>
      <w:r>
        <w:rPr>
          <w:b/>
        </w:rPr>
        <w:t xml:space="preserve">[01:38] </w:t>
      </w:r>
      <w:r>
        <w:t>but it is a</w:t>
      </w:r>
    </w:p>
    <w:p>
      <w:pPr>
        <w:jc w:val="right"/>
      </w:pPr>
      <w:r>
        <w:t>بٹ اٹ از ا</w:t>
      </w:r>
    </w:p>
    <w:p>
      <w:r>
        <w:rPr>
          <w:b/>
        </w:rPr>
        <w:t xml:space="preserve">[01:43] </w:t>
      </w:r>
      <w:r>
        <w:t>strange phenomenon that present muslims don't know the value of modesti</w:t>
      </w:r>
    </w:p>
    <w:p>
      <w:pPr>
        <w:jc w:val="right"/>
      </w:pPr>
      <w:r>
        <w:t>اسٹرین فینامنا دیٹ پریزنٹ مسلمز ڈونٹ نو دا ویلیو آف ماڈیس</w:t>
      </w:r>
    </w:p>
    <w:p>
      <w:r>
        <w:rPr>
          <w:b/>
        </w:rPr>
        <w:t xml:space="preserve">[01:55] </w:t>
      </w:r>
      <w:r>
        <w:t>ty. according to my experience, every muslim lives sense of pride.</w:t>
      </w:r>
    </w:p>
    <w:p>
      <w:pPr>
        <w:jc w:val="right"/>
      </w:pPr>
      <w:r>
        <w:t>ٹی۔ اکارڈنگ ٹو مائی ایکسپیرینس، ایوری مسلم لیوز سنس آف پرائیڈ۔</w:t>
      </w:r>
    </w:p>
    <w:p>
      <w:r>
        <w:rPr>
          <w:b/>
        </w:rPr>
        <w:t xml:space="preserve">[02:09] </w:t>
      </w:r>
      <w:r>
        <w:t>everyone speaks the language of pride. everyone says i am proud that i am a muslim.</w:t>
      </w:r>
    </w:p>
    <w:p>
      <w:pPr>
        <w:jc w:val="right"/>
      </w:pPr>
      <w:r>
        <w:t>ایوری ون سپیکس دا لینگویج آف پرائیڈ۔ ایوری ون سیز ائی ایم پراؤڈ دیٹ ائی ایم ا مسلم۔</w:t>
      </w:r>
    </w:p>
    <w:p>
      <w:r>
        <w:rPr>
          <w:b/>
        </w:rPr>
        <w:t xml:space="preserve">[02:22] </w:t>
      </w:r>
      <w:r>
        <w:t>i am proud that i was born in a mus</w:t>
      </w:r>
    </w:p>
    <w:p>
      <w:pPr>
        <w:jc w:val="right"/>
      </w:pPr>
      <w:r>
        <w:t>ائی ایم پراؤڈ دیٹ ائی واز بورن ان ا مس</w:t>
      </w:r>
    </w:p>
    <w:p>
      <w:r>
        <w:rPr>
          <w:b/>
        </w:rPr>
        <w:t xml:space="preserve">[02:24] </w:t>
      </w:r>
      <w:r>
        <w:t>lim family. literature depict islam as a religion of pride.</w:t>
      </w:r>
    </w:p>
    <w:p>
      <w:pPr>
        <w:jc w:val="right"/>
      </w:pPr>
      <w:r>
        <w:t>لم فیملی۔ لٹریچرز ڈیپیکٹ اسلام ایز ا ریلیجن آف پرائیڈ۔</w:t>
      </w:r>
    </w:p>
    <w:p>
      <w:r>
        <w:rPr>
          <w:b/>
        </w:rPr>
        <w:t xml:space="preserve">[02:33] </w:t>
      </w:r>
      <w:r>
        <w:t>you know, zia ul haq, muhammad zia ul haq, was the president of pakistan. so he visited america and he addressed united nations.</w:t>
      </w:r>
    </w:p>
    <w:p>
      <w:pPr>
        <w:jc w:val="right"/>
      </w:pPr>
      <w:r>
        <w:t>یو نو، ضیاء الحق، محمد ضیاء الحق، واز دا پریزنٹ آف پاکستان۔ سو ہی وزٹڈ امریکہ اینڈ ہی ایڈریس یو نائٹڈ نیشنز۔</w:t>
      </w:r>
    </w:p>
    <w:p>
      <w:r>
        <w:rPr>
          <w:b/>
        </w:rPr>
        <w:t xml:space="preserve">[02:53] </w:t>
      </w:r>
      <w:r>
        <w:t>in this address, he said muslims have discovered their pride in islam.</w:t>
      </w:r>
    </w:p>
    <w:p>
      <w:pPr>
        <w:jc w:val="right"/>
      </w:pPr>
      <w:r>
        <w:t>ان دس ایڈریس، ہی سیڈ مسلمز ہیو ڈسکورڈ دیر پرائیڈ ان اسلام۔</w:t>
      </w:r>
    </w:p>
    <w:p>
      <w:r>
        <w:rPr>
          <w:b/>
        </w:rPr>
        <w:t xml:space="preserve">[03:08] </w:t>
      </w:r>
      <w:r>
        <w:t>i have attended lecture delivered by a muslim scholar, a great muslim scholar.</w:t>
      </w:r>
    </w:p>
    <w:p>
      <w:pPr>
        <w:jc w:val="right"/>
      </w:pPr>
      <w:r>
        <w:t>ائی ہیو اٹینڈڈ لیکچر ڈیلیورڈ بائی ا مسلم سکالر، ا گریٹ مسلم سکالر۔</w:t>
      </w:r>
    </w:p>
    <w:p>
      <w:r>
        <w:rPr>
          <w:b/>
        </w:rPr>
        <w:t xml:space="preserve">[03:19] </w:t>
      </w:r>
      <w:r>
        <w:t>so he was asked a question of lecture. you said so many thing about the</w:t>
      </w:r>
    </w:p>
    <w:p>
      <w:pPr>
        <w:jc w:val="right"/>
      </w:pPr>
      <w:r>
        <w:t>سو ہی واز اسکڈ ا کوئسچن آف لیکچر۔ یو سیڈ سو مینی تھنگ اباؤٹ دا</w:t>
      </w:r>
    </w:p>
    <w:p>
      <w:r>
        <w:rPr>
          <w:b/>
        </w:rPr>
        <w:t xml:space="preserve">[03:37] </w:t>
      </w:r>
      <w:r>
        <w:t>pride content. about the pride content of islam.</w:t>
      </w:r>
    </w:p>
    <w:p>
      <w:pPr>
        <w:jc w:val="right"/>
      </w:pPr>
      <w:r>
        <w:t>پرائیڈ کنٹینٹ۔ اباؤٹ دا پرائیڈ کنٹینٹ آف اسلام۔</w:t>
      </w:r>
    </w:p>
    <w:p>
      <w:r>
        <w:rPr>
          <w:b/>
        </w:rPr>
        <w:t xml:space="preserve">[03:45] </w:t>
      </w:r>
      <w:r>
        <w:t>now, those muslims were living as a minority in different countries. so what your message to these minority muslims?</w:t>
      </w:r>
    </w:p>
    <w:p>
      <w:pPr>
        <w:jc w:val="right"/>
      </w:pPr>
      <w:r>
        <w:t>ناؤ، دوز مسلمز وار لیونگ ایز ا مائنورٹی ان ڈفرنٹ کنٹریز۔ سو واٹ یور میسج ٹو دیز مائنورٹی مسلمز؟</w:t>
      </w:r>
    </w:p>
    <w:p>
      <w:r>
        <w:rPr>
          <w:b/>
        </w:rPr>
        <w:t xml:space="preserve">[04:00] </w:t>
      </w:r>
      <w:r>
        <w:t>he said, after a pause, after a pause, he said it is a very difficult question.</w:t>
      </w:r>
    </w:p>
    <w:p>
      <w:pPr>
        <w:jc w:val="right"/>
      </w:pPr>
      <w:r>
        <w:t>ہی سیڈ، افٹر ا پاز، افٹر ا پاز، ہی سیڈ اٹ از ا ویری ڈیفیکلٹ کوئسچن۔</w:t>
      </w:r>
    </w:p>
    <w:p>
      <w:r>
        <w:rPr>
          <w:b/>
        </w:rPr>
        <w:t xml:space="preserve">[04:11] </w:t>
      </w:r>
      <w:r>
        <w:t>it is a very difficult question.</w:t>
      </w:r>
    </w:p>
    <w:p>
      <w:pPr>
        <w:jc w:val="right"/>
      </w:pPr>
      <w:r>
        <w:t>اٹ از ا ویری ڈیفیکلٹ کوئسچن۔</w:t>
      </w:r>
    </w:p>
    <w:p>
      <w:r>
        <w:rPr>
          <w:b/>
        </w:rPr>
        <w:t xml:space="preserve">[04:14] </w:t>
      </w:r>
      <w:r>
        <w:t>then he said, in islam, we have the model of strength.</w:t>
      </w:r>
    </w:p>
    <w:p>
      <w:pPr>
        <w:jc w:val="right"/>
      </w:pPr>
      <w:r>
        <w:t>دین ہی سیڈ، ان اسلام، وی ہیو دا ماڈل آف اسٹرینتھ۔</w:t>
      </w:r>
    </w:p>
    <w:p>
      <w:r>
        <w:rPr>
          <w:b/>
        </w:rPr>
        <w:t xml:space="preserve">[04:27] </w:t>
      </w:r>
      <w:r>
        <w:t>but in islam,</w:t>
      </w:r>
    </w:p>
    <w:p>
      <w:pPr>
        <w:jc w:val="right"/>
      </w:pPr>
      <w:r>
        <w:t>بٹ ان اسلام،</w:t>
      </w:r>
    </w:p>
    <w:p>
      <w:r>
        <w:rPr>
          <w:b/>
        </w:rPr>
        <w:t xml:space="preserve">[04:32] </w:t>
      </w:r>
      <w:r>
        <w:t>there is no model of position of modesty.</w:t>
      </w:r>
    </w:p>
    <w:p>
      <w:pPr>
        <w:jc w:val="right"/>
      </w:pPr>
      <w:r>
        <w:t>دیر از نو ماڈل آف پوزیشن آف ماڈیسٹی۔</w:t>
      </w:r>
    </w:p>
    <w:p>
      <w:r>
        <w:rPr>
          <w:b/>
        </w:rPr>
        <w:t xml:space="preserve">[04:41] </w:t>
      </w:r>
      <w:r>
        <w:t>in islam, we have the model of position of strength. but in islam, we have no model of position of modesty.</w:t>
      </w:r>
    </w:p>
    <w:p>
      <w:pPr>
        <w:jc w:val="right"/>
      </w:pPr>
      <w:r>
        <w:t>ان اسلام، وی ہیو دا ماڈل آف پوزیشن آف اسٹرینتھ۔ بٹ ان اسلام، وی ہیو نو ماڈل آف پوزیشن آف ماڈیسٹی۔</w:t>
      </w:r>
    </w:p>
    <w:p>
      <w:r>
        <w:rPr>
          <w:b/>
        </w:rPr>
        <w:t xml:space="preserve">[04:56] </w:t>
      </w:r>
      <w:r>
        <w:t>this answer was very strange. because all the teachings of islam are based on modesty.</w:t>
      </w:r>
    </w:p>
    <w:p>
      <w:pPr>
        <w:jc w:val="right"/>
      </w:pPr>
      <w:r>
        <w:t>دس انسر واز ویری اسٹرینج۔ بیکاز ال دا ٹیچنگز آف اسلام آر بیسڈ ان ماڈیسٹی۔</w:t>
      </w:r>
    </w:p>
    <w:p>
      <w:r>
        <w:rPr>
          <w:b/>
        </w:rPr>
        <w:t xml:space="preserve">[05:09] </w:t>
      </w:r>
      <w:r>
        <w:t>first of all, you know, we see in our kalma: la ilaha illallah. there no god but one god.</w:t>
      </w:r>
    </w:p>
    <w:p>
      <w:pPr>
        <w:jc w:val="right"/>
      </w:pPr>
      <w:r>
        <w:t>فرسٹ آف آل، یو نو، وی سی ان اور کلمہ: لا الہ الا اللہ۔ دیر نو گاڈ بٹ ون گاڈ۔</w:t>
      </w:r>
    </w:p>
    <w:p>
      <w:r>
        <w:rPr>
          <w:b/>
        </w:rPr>
        <w:t xml:space="preserve">[05:20] </w:t>
      </w:r>
      <w:r>
        <w:t>this is the kalma of islam. la ilaha illallah. there no god but one god.</w:t>
      </w:r>
    </w:p>
    <w:p>
      <w:pPr>
        <w:jc w:val="right"/>
      </w:pPr>
      <w:r>
        <w:t>دس از دا کلمہ آف اسلام۔ لا الہ الا اللہ۔ دیر نو گاڈ بٹ ون گاڈ۔</w:t>
      </w:r>
    </w:p>
    <w:p>
      <w:r>
        <w:rPr>
          <w:b/>
        </w:rPr>
        <w:t xml:space="preserve">[05:31] </w:t>
      </w:r>
      <w:r>
        <w:t>but what means?</w:t>
      </w:r>
    </w:p>
    <w:p>
      <w:pPr>
        <w:jc w:val="right"/>
      </w:pPr>
      <w:r>
        <w:t>بٹ واٹ مینز؟</w:t>
      </w:r>
    </w:p>
    <w:p>
      <w:r>
        <w:rPr>
          <w:b/>
        </w:rPr>
        <w:t xml:space="preserve">[05:33] </w:t>
      </w:r>
      <w:r>
        <w:t>it means</w:t>
      </w:r>
    </w:p>
    <w:p>
      <w:pPr>
        <w:jc w:val="right"/>
      </w:pPr>
      <w:r>
        <w:t>اٹ مینز</w:t>
      </w:r>
    </w:p>
    <w:p>
      <w:r>
        <w:rPr>
          <w:b/>
        </w:rPr>
        <w:t xml:space="preserve">[05:38] </w:t>
      </w:r>
      <w:r>
        <w:t>that the greatness is only for god. there is no great but one great. so greatness is only for god.</w:t>
      </w:r>
    </w:p>
    <w:p>
      <w:pPr>
        <w:jc w:val="right"/>
      </w:pPr>
      <w:r>
        <w:t>دیٹ دا گریٹنس از اونلی فار گاڈ۔ دیر از نو گریٹ بٹ ون گریٹ۔ سو گریٹنس از اونلی فار گاڈ۔</w:t>
      </w:r>
    </w:p>
    <w:p>
      <w:r>
        <w:rPr>
          <w:b/>
        </w:rPr>
        <w:t xml:space="preserve">[05:51] </w:t>
      </w:r>
      <w:r>
        <w:t>we are not great. so when we are not great, it means we are modest.</w:t>
      </w:r>
    </w:p>
    <w:p>
      <w:pPr>
        <w:jc w:val="right"/>
      </w:pPr>
      <w:r>
        <w:t>وی آر ناٹ گریٹ۔ سو وین وی آر ناٹ گریٹ، اٹ مینز وی آر ماڈیسٹ۔</w:t>
      </w:r>
    </w:p>
    <w:p>
      <w:r>
        <w:rPr>
          <w:b/>
        </w:rPr>
        <w:t xml:space="preserve">[06:01] </w:t>
      </w:r>
      <w:r>
        <w:t>when greatness is not our</w:t>
      </w:r>
    </w:p>
    <w:p>
      <w:pPr>
        <w:jc w:val="right"/>
      </w:pPr>
      <w:r>
        <w:t>وین گریٹنس از ناٹ اور</w:t>
      </w:r>
    </w:p>
    <w:p>
      <w:r>
        <w:rPr>
          <w:b/>
        </w:rPr>
        <w:t xml:space="preserve">[06:06] </w:t>
      </w:r>
      <w:r>
        <w:t>quality, then the other position is that our quality is modesty. even the word islam itself has the connotation of modesty.</w:t>
      </w:r>
    </w:p>
    <w:p>
      <w:pPr>
        <w:jc w:val="right"/>
      </w:pPr>
      <w:r>
        <w:t>کوالٹی، دین دی ادر پوزیشن از دیٹ اور کوالٹی از ماڈیسٹی۔ ایون دا ورڈ اسلام اٹ سیلف ہیز دا کنوٹریشن آف ماڈیسٹی۔</w:t>
      </w:r>
    </w:p>
    <w:p>
      <w:r>
        <w:rPr>
          <w:b/>
        </w:rPr>
        <w:t xml:space="preserve">[06:21] </w:t>
      </w:r>
      <w:r>
        <w:t>why? islam means submission, surrender. so what is submission and what is surrender?</w:t>
      </w:r>
    </w:p>
    <w:p>
      <w:pPr>
        <w:jc w:val="right"/>
      </w:pPr>
      <w:r>
        <w:t>وائی؟ اسلام مینز سبمیشن، سرینڈر۔ سو واٹ از سبمیشن اینڈ واٹ از سرینڈر؟</w:t>
      </w:r>
    </w:p>
    <w:p>
      <w:r>
        <w:rPr>
          <w:b/>
        </w:rPr>
        <w:t xml:space="preserve">[06:31] </w:t>
      </w:r>
      <w:r>
        <w:t>it is modesty.</w:t>
      </w:r>
    </w:p>
    <w:p>
      <w:pPr>
        <w:jc w:val="right"/>
      </w:pPr>
      <w:r>
        <w:t>اٹ از ماڈیسٹی۔</w:t>
      </w:r>
    </w:p>
    <w:p>
      <w:r>
        <w:rPr>
          <w:b/>
        </w:rPr>
        <w:t xml:space="preserve">[06:35] </w:t>
      </w:r>
      <w:r>
        <w:t>islam means religion of modesty.</w:t>
      </w:r>
    </w:p>
    <w:p>
      <w:pPr>
        <w:jc w:val="right"/>
      </w:pPr>
      <w:r>
        <w:t>اسلام مینز ریلیجن آف ماڈیسٹی۔</w:t>
      </w:r>
    </w:p>
    <w:p>
      <w:r>
        <w:rPr>
          <w:b/>
        </w:rPr>
        <w:t xml:space="preserve">[06:41] </w:t>
      </w:r>
      <w:r>
        <w:t>islam means religion of modesty. then you know, the most important worship in islam is salat.</w:t>
      </w:r>
    </w:p>
    <w:p>
      <w:pPr>
        <w:jc w:val="right"/>
      </w:pPr>
      <w:r>
        <w:t>اسلام مینز ریلیجن آف ماڈیسٹی۔ دین یو نو، دا موسٹ امپورٹنٹ ورشپ ان اسلام از صلاۃ۔</w:t>
      </w:r>
    </w:p>
    <w:p>
      <w:r>
        <w:rPr>
          <w:b/>
        </w:rPr>
        <w:t xml:space="preserve">[06:52] </w:t>
      </w:r>
      <w:r>
        <w:t>that is namaz. we perform five time a day.</w:t>
      </w:r>
    </w:p>
    <w:p>
      <w:pPr>
        <w:jc w:val="right"/>
      </w:pPr>
      <w:r>
        <w:t>دیٹ از نماز۔ وی پرفارم فائیو ٹائم ا ڈے۔</w:t>
      </w:r>
    </w:p>
    <w:p>
      <w:r>
        <w:rPr>
          <w:b/>
        </w:rPr>
        <w:t xml:space="preserve">[07:00] </w:t>
      </w:r>
      <w:r>
        <w:t>salat is the most important worship in islam, which is perform five time every day.</w:t>
      </w:r>
    </w:p>
    <w:p>
      <w:pPr>
        <w:jc w:val="right"/>
      </w:pPr>
      <w:r>
        <w:t>صلاۃ از دا موسٹ امپورٹنٹ ورشپ ان اسلام، وچ از پرفارم فائیو ٹائم ایوری ڈے۔</w:t>
      </w:r>
    </w:p>
    <w:p>
      <w:r>
        <w:rPr>
          <w:b/>
        </w:rPr>
        <w:t xml:space="preserve">[07:10] </w:t>
      </w:r>
      <w:r>
        <w:t>so what is salat? if you visit a mosque and see</w:t>
      </w:r>
    </w:p>
    <w:p>
      <w:pPr>
        <w:jc w:val="right"/>
      </w:pPr>
      <w:r>
        <w:t>سو واٹ از صلاۃ؟ اف یو وزٹ ا مسک اینڈ سی</w:t>
      </w:r>
    </w:p>
    <w:p>
      <w:r>
        <w:rPr>
          <w:b/>
        </w:rPr>
        <w:t xml:space="preserve">[07:24] </w:t>
      </w:r>
      <w:r>
        <w:t>the scene of congregational prayer,</w:t>
      </w:r>
    </w:p>
    <w:p>
      <w:pPr>
        <w:jc w:val="right"/>
      </w:pPr>
      <w:r>
        <w:t>دا سین آف کانگریگیشنل پریئر،</w:t>
      </w:r>
    </w:p>
    <w:p>
      <w:r>
        <w:rPr>
          <w:b/>
        </w:rPr>
        <w:t xml:space="preserve">[07:32] </w:t>
      </w:r>
      <w:r>
        <w:t>in every mosque, you know, muslims organize congregational prayer. so if you visit a mosque and see</w:t>
      </w:r>
    </w:p>
    <w:p>
      <w:pPr>
        <w:jc w:val="right"/>
      </w:pPr>
      <w:r>
        <w:t>ان ایوری مسک، یو نو، مسلمز ارگنائز کانگریگیشنل پریئر۔ سو اف یو وزٹ ا مسک اینڈ سی</w:t>
      </w:r>
    </w:p>
    <w:p>
      <w:r>
        <w:rPr>
          <w:b/>
        </w:rPr>
        <w:t xml:space="preserve">[07:49] </w:t>
      </w:r>
      <w:r>
        <w:t>the scene of congregational prayer, you will find that</w:t>
      </w:r>
    </w:p>
    <w:p>
      <w:pPr>
        <w:jc w:val="right"/>
      </w:pPr>
      <w:r>
        <w:t>دا سین آف کانگریگیشنل پریئر، یو ویل فائنڈ دیٹ</w:t>
      </w:r>
    </w:p>
    <w:p>
      <w:r>
        <w:rPr>
          <w:b/>
        </w:rPr>
        <w:t xml:space="preserve">[07:58] </w:t>
      </w:r>
      <w:r>
        <w:t>one imam is leading the salat. and except one, all are standing behind imam in row.</w:t>
      </w:r>
    </w:p>
    <w:p>
      <w:pPr>
        <w:jc w:val="right"/>
      </w:pPr>
      <w:r>
        <w:t>ون امام از لیڈنگ دا صلاۃ۔ اینڈ ایکسیپٹ ون، ال ار سٹینڈنگ بیہائنڈ امام ان رو۔</w:t>
      </w:r>
    </w:p>
    <w:p>
      <w:r>
        <w:rPr>
          <w:b/>
        </w:rPr>
        <w:t xml:space="preserve">[08:12] </w:t>
      </w:r>
      <w:r>
        <w:t>it means salat means except one, all must go to back seat.</w:t>
      </w:r>
    </w:p>
    <w:p>
      <w:pPr>
        <w:jc w:val="right"/>
      </w:pPr>
      <w:r>
        <w:t>اٹ مینز صلاۃ مینز ایکسیپٹ ون، ال مسٹ گو ٹو بیک سیٹ۔</w:t>
      </w:r>
    </w:p>
    <w:p>
      <w:r>
        <w:rPr>
          <w:b/>
        </w:rPr>
        <w:t xml:space="preserve">[08:24] </w:t>
      </w:r>
      <w:r>
        <w:t>this is congregational prayer.</w:t>
      </w:r>
    </w:p>
    <w:p>
      <w:pPr>
        <w:jc w:val="right"/>
      </w:pPr>
      <w:r>
        <w:t>دس از کانگریگیشنل پریئر۔</w:t>
      </w:r>
    </w:p>
    <w:p>
      <w:r>
        <w:rPr>
          <w:b/>
        </w:rPr>
        <w:t xml:space="preserve">[08:28] </w:t>
      </w:r>
      <w:r>
        <w:t>except one, all have to go to back seat, to back seat, to back seat.</w:t>
      </w:r>
    </w:p>
    <w:p>
      <w:pPr>
        <w:jc w:val="right"/>
      </w:pPr>
      <w:r>
        <w:t>ایکسیپٹ ون، ال ہیو ٹو گو ٹو بیک سیٹ، ٹو بیک سیٹ، ٹو بیک سیٹ۔</w:t>
      </w:r>
    </w:p>
    <w:p>
      <w:r>
        <w:rPr>
          <w:b/>
        </w:rPr>
        <w:t xml:space="preserve">[08:38] </w:t>
      </w:r>
      <w:r>
        <w:t>so in islam,</w:t>
      </w:r>
    </w:p>
    <w:p>
      <w:pPr>
        <w:jc w:val="right"/>
      </w:pPr>
      <w:r>
        <w:t>سو ان اسلام،</w:t>
      </w:r>
    </w:p>
    <w:p>
      <w:r>
        <w:rPr>
          <w:b/>
        </w:rPr>
        <w:t xml:space="preserve">[08:42] </w:t>
      </w:r>
      <w:r>
        <w:t>back seat is rule.</w:t>
      </w:r>
    </w:p>
    <w:p>
      <w:pPr>
        <w:jc w:val="right"/>
      </w:pPr>
      <w:r>
        <w:t>بیک سیٹ از رول۔</w:t>
      </w:r>
    </w:p>
    <w:p>
      <w:r>
        <w:rPr>
          <w:b/>
        </w:rPr>
        <w:t xml:space="preserve">[08:46] </w:t>
      </w:r>
      <w:r>
        <w:t>and seat of imam is an exception. so this is islam.</w:t>
      </w:r>
    </w:p>
    <w:p>
      <w:pPr>
        <w:jc w:val="right"/>
      </w:pPr>
      <w:r>
        <w:t>اینڈ سیٹ اف امام از این ایکسیپشن۔ سو دس از اسلام۔</w:t>
      </w:r>
    </w:p>
    <w:p>
      <w:r>
        <w:rPr>
          <w:b/>
        </w:rPr>
        <w:t xml:space="preserve">[08:59] </w:t>
      </w:r>
      <w:r>
        <w:t>there is no exaggeration to say islam is religion of modesty. religion of modesty.</w:t>
      </w:r>
    </w:p>
    <w:p>
      <w:pPr>
        <w:jc w:val="right"/>
      </w:pPr>
      <w:r>
        <w:t>دیر از نو ایگزیجریشن ٹو سی اسلام از ریلیجن آف ماڈیسٹی۔ ریلیجن آف ماڈیسٹی۔</w:t>
      </w:r>
    </w:p>
    <w:p>
      <w:r>
        <w:rPr>
          <w:b/>
        </w:rPr>
        <w:t xml:space="preserve">[09:09] </w:t>
      </w:r>
      <w:r>
        <w:t>but the problem is that our history was written in the language of pride.</w:t>
      </w:r>
    </w:p>
    <w:p>
      <w:pPr>
        <w:jc w:val="right"/>
      </w:pPr>
      <w:r>
        <w:t>بٹ دا پرابلم از دیٹ اور ہسٹری واز رٹن ان دی لینگویج آف پرائیڈ۔</w:t>
      </w:r>
    </w:p>
    <w:p>
      <w:r>
        <w:rPr>
          <w:b/>
        </w:rPr>
        <w:t xml:space="preserve">[09:21] </w:t>
      </w:r>
      <w:r>
        <w:t>the title our history books is like this: futuh al-sham, victories in syria. futuh al-buldan, victories in countries.</w:t>
      </w:r>
    </w:p>
    <w:p>
      <w:pPr>
        <w:jc w:val="right"/>
      </w:pPr>
      <w:r>
        <w:t>دا ٹائٹل اور ہسٹری بکس از لائک دس: فتوح الشام، وکٹریز ان سیریا۔ فتوح البلدان، وکٹریز ان کنٹریز۔</w:t>
      </w:r>
    </w:p>
    <w:p>
      <w:r>
        <w:rPr>
          <w:b/>
        </w:rPr>
        <w:t xml:space="preserve">[09:35] </w:t>
      </w:r>
      <w:r>
        <w:t>so when you read history, you read the history of victories. victories.</w:t>
      </w:r>
    </w:p>
    <w:p>
      <w:pPr>
        <w:jc w:val="right"/>
      </w:pPr>
      <w:r>
        <w:t>سو وین یو ریڈ ہسٹری، یو ریڈ دا ہسٹری آف وکٹریز۔ وکٹریز۔</w:t>
      </w:r>
    </w:p>
    <w:p>
      <w:r>
        <w:rPr>
          <w:b/>
        </w:rPr>
        <w:t xml:space="preserve">[09:43] </w:t>
      </w:r>
      <w:r>
        <w:t>so when you see islam is religion of pride, this islam is derived not from islamic scriptures, but from islamic history, from muslims history.</w:t>
      </w:r>
    </w:p>
    <w:p>
      <w:pPr>
        <w:jc w:val="right"/>
      </w:pPr>
      <w:r>
        <w:t>سو وین یو سی اسلام از ریلیجن آف پرائیڈ، دس اسلام از ڈرائیو ناٹ فرام اسلامک سکرپچرز، بٹ فرام اسلامک ہسٹری، فرام مسلمز ہسٹری۔</w:t>
      </w:r>
    </w:p>
    <w:p>
      <w:r>
        <w:rPr>
          <w:b/>
        </w:rPr>
        <w:t xml:space="preserve">[10:02] </w:t>
      </w:r>
      <w:r>
        <w:t>this concept that islam is religion of pride</w:t>
      </w:r>
    </w:p>
    <w:p>
      <w:pPr>
        <w:jc w:val="right"/>
      </w:pPr>
      <w:r>
        <w:t>دس کانسیپٹ دیٹ اسلام از ریلیجن آف پرائیڈ</w:t>
      </w:r>
    </w:p>
    <w:p>
      <w:r>
        <w:rPr>
          <w:b/>
        </w:rPr>
        <w:t xml:space="preserve">[10:12] </w:t>
      </w:r>
      <w:r>
        <w:t>is derived from muslims history, other than islamic scriptures.</w:t>
      </w:r>
    </w:p>
    <w:p>
      <w:pPr>
        <w:jc w:val="right"/>
      </w:pPr>
      <w:r>
        <w:t>از ڈرائیو فرام مسلمز ہسٹری، ادر دین اسلامک سکرپچرز۔</w:t>
      </w:r>
    </w:p>
    <w:p>
      <w:r>
        <w:rPr>
          <w:b/>
        </w:rPr>
        <w:t xml:space="preserve">[10:23] </w:t>
      </w:r>
      <w:r>
        <w:t>so this is the tragedy that for present muslims, the source is their history, other than they islamic scriptures.</w:t>
      </w:r>
    </w:p>
    <w:p>
      <w:pPr>
        <w:jc w:val="right"/>
      </w:pPr>
      <w:r>
        <w:t>سو دس از دا ٹریجڈی دیٹ فار پریزنٹ مسلمز، دا سورس از دیر ہسٹری، ادر دین دے اسلامک سکرپچرز۔</w:t>
      </w:r>
    </w:p>
    <w:p>
      <w:r>
        <w:rPr>
          <w:b/>
        </w:rPr>
        <w:t xml:space="preserve">[10:41] </w:t>
      </w:r>
      <w:r>
        <w:t>so according to my study, i have derived my islamic concept from scriptures, not from history.</w:t>
      </w:r>
    </w:p>
    <w:p>
      <w:pPr>
        <w:jc w:val="right"/>
      </w:pPr>
      <w:r>
        <w:t>سو اکارڈنگ ٹو مائی سٹڈی، ائی ہیو ڈرائیو مائی اسلامک کانسیپٹ فرام سکرپچرز، ناٹ فرام ہسٹری۔</w:t>
      </w:r>
    </w:p>
    <w:p>
      <w:r>
        <w:rPr>
          <w:b/>
        </w:rPr>
        <w:t xml:space="preserve">[10:55] </w:t>
      </w:r>
      <w:r>
        <w:t>i have derived my concept of islam from scriptures, that is quran, that is hadith literature, that is the life of the prophet of islam, that is the examples of the companions of the prophet.</w:t>
      </w:r>
    </w:p>
    <w:p>
      <w:pPr>
        <w:jc w:val="right"/>
      </w:pPr>
      <w:r>
        <w:t>ائی ہیو ڈرائیو مائی کانسیپٹ آف اسلام فرام سکرپچرز، دیٹ از القرآن، دیٹ از حدیث لٹریچر، دیٹ از دا لائف آف دا پرافٹ آف اسلام، دیٹ از دا ایگزیمپلز آف دا کمپینینز آف دا پرافٹ۔</w:t>
      </w:r>
    </w:p>
    <w:p>
      <w:r>
        <w:rPr>
          <w:b/>
        </w:rPr>
        <w:t xml:space="preserve">[11:15] </w:t>
      </w:r>
      <w:r>
        <w:t>this is the original source of islam.</w:t>
      </w:r>
    </w:p>
    <w:p>
      <w:pPr>
        <w:jc w:val="right"/>
      </w:pPr>
      <w:r>
        <w:t>دس از دا اوریجنل سورس آف اسلام۔</w:t>
      </w:r>
    </w:p>
    <w:p>
      <w:r>
        <w:rPr>
          <w:b/>
        </w:rPr>
        <w:t xml:space="preserve">[11:22] </w:t>
      </w:r>
      <w:r>
        <w:t>and i have derived my islam from this original source. so i found that islam is religion of modesty.</w:t>
      </w:r>
    </w:p>
    <w:p>
      <w:pPr>
        <w:jc w:val="right"/>
      </w:pPr>
      <w:r>
        <w:t>اینڈ ائی ہیو ڈرائیو مائی اسلام فرام دس اوریجنل سورس۔ سو ائی فاؤنڈ دیٹ اسلام از ریلیجن آف ماڈیسٹی۔</w:t>
      </w:r>
    </w:p>
    <w:p>
      <w:r>
        <w:rPr>
          <w:b/>
        </w:rPr>
        <w:t xml:space="preserve">[11:34] </w:t>
      </w:r>
      <w:r>
        <w:t>islam is religion of patience. islam is religion of peace. islam is religion of tolerance.</w:t>
      </w:r>
    </w:p>
    <w:p>
      <w:pPr>
        <w:jc w:val="right"/>
      </w:pPr>
      <w:r>
        <w:t>اسلام از ریلیجن آف پیشنس۔ اسلام از ریلیجن آف پیس۔ اسلام از ریلیجن آف ٹالرنس۔</w:t>
      </w:r>
    </w:p>
    <w:p>
      <w:r>
        <w:rPr>
          <w:b/>
        </w:rPr>
        <w:t xml:space="preserve">[11:44] </w:t>
      </w:r>
      <w:r>
        <w:t>this is the true picture of islam. this is the true picture of islam. then this picture is quite in accordance with the nature.</w:t>
      </w:r>
    </w:p>
    <w:p>
      <w:pPr>
        <w:jc w:val="right"/>
      </w:pPr>
      <w:r>
        <w:t>دس از دا ٹرو پکچر آف اسلام۔ دس از دا ٹرو پکچر آف اسلام۔ دین دس پکچر از کوائٹ ان اکارڈنس ود دی نیچر۔</w:t>
      </w:r>
    </w:p>
    <w:p>
      <w:r>
        <w:rPr>
          <w:b/>
        </w:rPr>
        <w:t xml:space="preserve">[12:04] </w:t>
      </w:r>
      <w:r>
        <w:t>nechar is world of modesty.</w:t>
      </w:r>
    </w:p>
    <w:p>
      <w:pPr>
        <w:jc w:val="right"/>
      </w:pPr>
      <w:r>
        <w:t>نیچر از ورلڈ آف ماڈیسٹی۔</w:t>
      </w:r>
    </w:p>
    <w:p>
      <w:r>
        <w:rPr>
          <w:b/>
        </w:rPr>
        <w:t xml:space="preserve">[12:09] </w:t>
      </w:r>
      <w:r>
        <w:t>you know, in the vast space, there are numerous bodies. all the bodies are moving.</w:t>
      </w:r>
    </w:p>
    <w:p>
      <w:pPr>
        <w:jc w:val="right"/>
      </w:pPr>
      <w:r>
        <w:t>یو نو، ان دا واسٹ سپیس، دیر آر نیومرس باڈیز۔ ال دا باڈیز آر موونگ۔</w:t>
      </w:r>
    </w:p>
    <w:p>
      <w:r>
        <w:rPr>
          <w:b/>
        </w:rPr>
        <w:t xml:space="preserve">[12:20] </w:t>
      </w:r>
      <w:r>
        <w:t>according to this stand path, they never go out of their orbit</w:t>
      </w:r>
    </w:p>
    <w:p>
      <w:pPr>
        <w:jc w:val="right"/>
      </w:pPr>
      <w:r>
        <w:t>اکارڈنگ ٹو دس سٹینڈ پاتھ، دے نیور گو آؤٹ آف دیر آربٹ</w:t>
      </w:r>
    </w:p>
    <w:p>
      <w:r>
        <w:rPr>
          <w:b/>
        </w:rPr>
        <w:t xml:space="preserve">[12:35] </w:t>
      </w:r>
      <w:r>
        <w:t>. all the planets, all the stars, including our earth, are completely moving under control.</w:t>
      </w:r>
    </w:p>
    <w:p>
      <w:pPr>
        <w:jc w:val="right"/>
      </w:pPr>
      <w:r>
        <w:t>۔ ال دا پلینٹس، ال دی سٹارز، انکلوڈنگ اور ارتھ، آر کمپلیٹلی موونگ انڈر کنٹرول۔</w:t>
      </w:r>
    </w:p>
    <w:p>
      <w:r>
        <w:rPr>
          <w:b/>
        </w:rPr>
        <w:t xml:space="preserve">[12:48] </w:t>
      </w:r>
      <w:r>
        <w:t>so this is the modesty. you can not find any where in the world</w:t>
      </w:r>
    </w:p>
    <w:p>
      <w:pPr>
        <w:jc w:val="right"/>
      </w:pPr>
      <w:r>
        <w:t>سو دس از دا ماڈیسٹی۔ یو کین ناٹ فائنڈ اینی ویر ان دا ورلڈ</w:t>
      </w:r>
    </w:p>
    <w:p>
      <w:r>
        <w:rPr>
          <w:b/>
        </w:rPr>
        <w:t xml:space="preserve">[12:59] </w:t>
      </w:r>
      <w:r>
        <w:t>pride and organs.</w:t>
      </w:r>
    </w:p>
    <w:p>
      <w:pPr>
        <w:jc w:val="right"/>
      </w:pPr>
      <w:r>
        <w:t>پرائیڈ اینڈ ارگنز۔</w:t>
      </w:r>
    </w:p>
    <w:p>
      <w:r>
        <w:rPr>
          <w:b/>
        </w:rPr>
        <w:t xml:space="preserve">[13:02] </w:t>
      </w:r>
      <w:r>
        <w:t>the whole space, the whole universe,</w:t>
      </w:r>
    </w:p>
    <w:p>
      <w:pPr>
        <w:jc w:val="right"/>
      </w:pPr>
      <w:r>
        <w:t>دا ہول سپیس، دا ہول یونیورس،</w:t>
      </w:r>
    </w:p>
    <w:p>
      <w:r>
        <w:rPr>
          <w:b/>
        </w:rPr>
        <w:t xml:space="preserve">[13:08] </w:t>
      </w:r>
      <w:r>
        <w:t>presents a scene of modesty.</w:t>
      </w:r>
    </w:p>
    <w:p>
      <w:pPr>
        <w:jc w:val="right"/>
      </w:pPr>
      <w:r>
        <w:t>پریزنٹس ا سین آف ماڈیسٹی۔</w:t>
      </w:r>
    </w:p>
    <w:p>
      <w:r>
        <w:rPr>
          <w:b/>
        </w:rPr>
        <w:t xml:space="preserve">[13:13] </w:t>
      </w:r>
      <w:r>
        <w:t>so nature itself is based in modesty. and as islam is religion of nature, islam is also based in modesty</w:t>
      </w:r>
    </w:p>
    <w:p>
      <w:pPr>
        <w:jc w:val="right"/>
      </w:pPr>
      <w:r>
        <w:t>سو نیچر اٹ سیلف از بیسڈ ان ماڈیسٹی۔ اینڈ ایز اسلام از ریلیجن آف نیچر، اسلام از السو بیسڈ ان ماڈیسٹی</w:t>
      </w:r>
    </w:p>
    <w:p>
      <w:r>
        <w:rPr>
          <w:b/>
        </w:rPr>
        <w:t xml:space="preserve">[13:22] </w:t>
      </w:r>
      <w:r>
        <w:t>. the prophet of islam has said: "man tawada' rafa' allahu."</w:t>
      </w:r>
    </w:p>
    <w:p>
      <w:pPr>
        <w:jc w:val="right"/>
      </w:pPr>
      <w:r>
        <w:t>۔ دا پرافٹ آف اسلام ہیز سیڈ: "من تواضع رفاع اللہ۔"</w:t>
      </w:r>
    </w:p>
    <w:p>
      <w:r>
        <w:rPr>
          <w:b/>
        </w:rPr>
        <w:t xml:space="preserve">[13:35] </w:t>
      </w:r>
      <w:r>
        <w:t>man tawada' rafa' allahu. one who follows the way of modesty, he will be elevated by god.</w:t>
      </w:r>
    </w:p>
    <w:p>
      <w:pPr>
        <w:jc w:val="right"/>
      </w:pPr>
      <w:r>
        <w:t>من تواضع رفاع اللہ۔ ون ہو فالوز دا وے آف ماڈیسٹی، ہی ویل بی ایلیویٹڈ بائی گاڈ۔</w:t>
      </w:r>
    </w:p>
    <w:p>
      <w:r>
        <w:rPr>
          <w:b/>
        </w:rPr>
        <w:t xml:space="preserve">[13:51] </w:t>
      </w:r>
      <w:r>
        <w:t>one who follows the path of modesty, he will be elevated by god. man tawada' rafa' allahu.</w:t>
      </w:r>
    </w:p>
    <w:p>
      <w:pPr>
        <w:jc w:val="right"/>
      </w:pPr>
      <w:r>
        <w:t>ون ہو فالوز دا پاتھ آف ماڈیسٹی، ہی ویل بی ایلیویٹڈ بائی گاڈ۔ من تواضع رفاع اللہ۔</w:t>
      </w:r>
    </w:p>
    <w:p>
      <w:r>
        <w:rPr>
          <w:b/>
        </w:rPr>
        <w:t xml:space="preserve">[14:03] </w:t>
      </w:r>
      <w:r>
        <w:t>the seb is mentioned in the quran in these words: "alsulhu khair." alsulhu khair means reconciliation is the best.</w:t>
      </w:r>
    </w:p>
    <w:p>
      <w:pPr>
        <w:jc w:val="right"/>
      </w:pPr>
      <w:r>
        <w:t>دا سیب از مینشن ان دا قرآن ان دیز ورڈز: "الصلح خیر۔" الصلح خیر مینز ریکانسلیشن از دا بیسٹ۔</w:t>
      </w:r>
    </w:p>
    <w:p>
      <w:r>
        <w:rPr>
          <w:b/>
        </w:rPr>
        <w:t xml:space="preserve">[14:20] </w:t>
      </w:r>
      <w:r>
        <w:t>reconciliation is the best. now, what is reconciliation? it is method of modesty.</w:t>
      </w:r>
    </w:p>
    <w:p>
      <w:pPr>
        <w:jc w:val="right"/>
      </w:pPr>
      <w:r>
        <w:t>ریکانسلیشن از دا بیسٹ۔ ناؤ، واٹ از ریکانسلیشن؟ اٹ از میتھڈ آف ماڈیسٹی۔</w:t>
      </w:r>
    </w:p>
    <w:p>
      <w:r>
        <w:rPr>
          <w:b/>
        </w:rPr>
        <w:t xml:space="preserve">[14:31] </w:t>
      </w:r>
      <w:r>
        <w:t>reconciliation in neutral, in lateral bases. alsulhu khair means reconciliation in lateral bases is best policy.</w:t>
      </w:r>
    </w:p>
    <w:p>
      <w:pPr>
        <w:jc w:val="right"/>
      </w:pPr>
      <w:r>
        <w:t>ریکانسلیشن ان نیوٹرل، ان لیٹرل بیسز۔ الصلح خیر مینز ریکانسلیشن ان لیٹرل بیسز از بیسٹ پالیسی۔</w:t>
      </w:r>
    </w:p>
    <w:p>
      <w:r>
        <w:rPr>
          <w:b/>
        </w:rPr>
        <w:t xml:space="preserve">[14:47] </w:t>
      </w:r>
      <w:r>
        <w:t>so reconciliation in lateral bases is nothing but modesty.</w:t>
      </w:r>
    </w:p>
    <w:p>
      <w:pPr>
        <w:jc w:val="right"/>
      </w:pPr>
      <w:r>
        <w:t>سو ریکانسلیشن ان لیٹرل بیسز از نتھنگ بٹ ماڈیسٹی۔</w:t>
      </w:r>
    </w:p>
    <w:p>
      <w:r>
        <w:rPr>
          <w:b/>
        </w:rPr>
        <w:t xml:space="preserve">[14:58] </w:t>
      </w:r>
      <w:r>
        <w:t>if you are proud, you can not follow this principle.</w:t>
      </w:r>
    </w:p>
    <w:p>
      <w:pPr>
        <w:jc w:val="right"/>
      </w:pPr>
      <w:r>
        <w:t>اف یو آر پراؤڈ، یو کین ناٹ فالو دس پرنسپل۔</w:t>
      </w:r>
    </w:p>
    <w:p>
      <w:r>
        <w:rPr>
          <w:b/>
        </w:rPr>
        <w:t xml:space="preserve">[15:09] </w:t>
      </w:r>
      <w:r>
        <w:t>if you are proud, you can not follow this path of reconciliation in lateral bases.</w:t>
      </w:r>
    </w:p>
    <w:p>
      <w:pPr>
        <w:jc w:val="right"/>
      </w:pPr>
      <w:r>
        <w:t>اف یو آر پراؤڈ، یو کین ناٹ فالو دس پاتھ آف ریکانسلیشن ان لیٹرل بیسز۔</w:t>
      </w:r>
    </w:p>
    <w:p>
      <w:r>
        <w:rPr>
          <w:b/>
        </w:rPr>
        <w:t xml:space="preserve">[15:20] </w:t>
      </w:r>
      <w:r>
        <w:t>it required modesty. it needs modesty to follow this path</w:t>
      </w:r>
    </w:p>
    <w:p>
      <w:pPr>
        <w:jc w:val="right"/>
      </w:pPr>
      <w:r>
        <w:t>اٹ ریکوائرڈ ماڈیسٹی۔ اٹ نیڈز ماڈیسٹی ٹو فالو دس پاتھ</w:t>
      </w:r>
    </w:p>
    <w:p>
      <w:r>
        <w:rPr>
          <w:b/>
        </w:rPr>
        <w:t xml:space="preserve">[15:32] </w:t>
      </w:r>
      <w:r>
        <w:t>. so quran says: "alsulhu khair." reconciliation in unilateral bases is the best policy.</w:t>
      </w:r>
    </w:p>
    <w:p>
      <w:pPr>
        <w:jc w:val="right"/>
      </w:pPr>
      <w:r>
        <w:t>۔ سو قرآن سیز: "الصلح خیر۔" ریکانسلیشن ان یونی لیٹرل بیسز از دا بیسٹ پالیسی۔</w:t>
      </w:r>
    </w:p>
    <w:p>
      <w:r>
        <w:rPr>
          <w:b/>
        </w:rPr>
        <w:t xml:space="preserve">[15:45] </w:t>
      </w:r>
      <w:r>
        <w:t>and who are those who will follow this policy? only modest people.</w:t>
      </w:r>
    </w:p>
    <w:p>
      <w:pPr>
        <w:jc w:val="right"/>
      </w:pPr>
      <w:r>
        <w:t>اینڈ ہو آر دوز ہو ویل فالو دس پالیسی؟ اونلی ماڈسٹ پیپل۔</w:t>
      </w:r>
    </w:p>
    <w:p>
      <w:r>
        <w:rPr>
          <w:b/>
        </w:rPr>
        <w:t xml:space="preserve">[15:52] </w:t>
      </w:r>
      <w:r>
        <w:t>proud people can not follow this policy.</w:t>
      </w:r>
    </w:p>
    <w:p>
      <w:pPr>
        <w:jc w:val="right"/>
      </w:pPr>
      <w:r>
        <w:t>پراؤڈ پیپل کین ناٹ فالو دس پالیسی۔</w:t>
      </w:r>
    </w:p>
    <w:p>
      <w:r>
        <w:rPr>
          <w:b/>
        </w:rPr>
        <w:t xml:space="preserve">[15:58] </w:t>
      </w:r>
      <w:r>
        <w:t>so all the teachings of islam are based in the principle of modesty.</w:t>
      </w:r>
    </w:p>
    <w:p>
      <w:pPr>
        <w:jc w:val="right"/>
      </w:pPr>
      <w:r>
        <w:t>سو ال دا ٹیچنگز آف اسلام آر بیسڈ ان دا پرنسپل آف ماڈیسٹی۔</w:t>
      </w:r>
    </w:p>
    <w:p>
      <w:r>
        <w:rPr>
          <w:b/>
        </w:rPr>
        <w:t xml:space="preserve">[16:10] </w:t>
      </w:r>
      <w:r>
        <w:t>there is words in the quran: "these words you can read in the chapter luqman</w:t>
      </w:r>
    </w:p>
    <w:p>
      <w:pPr>
        <w:jc w:val="right"/>
      </w:pPr>
      <w:r>
        <w:t>دیر از ورڈز ان دا قرآن: "دس ورڈز یو کین ریڈ ان دا چیپٹر لقمان</w:t>
      </w:r>
    </w:p>
    <w:p>
      <w:r>
        <w:rPr>
          <w:b/>
        </w:rPr>
        <w:t xml:space="preserve">[16:28] </w:t>
      </w:r>
      <w:r>
        <w:t>." it means that true believers are those. true believers are those who walk in earth with modesty.</w:t>
      </w:r>
    </w:p>
    <w:p>
      <w:pPr>
        <w:jc w:val="right"/>
      </w:pPr>
      <w:r>
        <w:t>۔" اٹ مینز دیٹ ٹرو بیلیورز آر دوز۔ ٹرو بیلیورز آر دوز ہو واک ان ارتھ ود ماڈیسٹی۔</w:t>
      </w:r>
    </w:p>
    <w:p>
      <w:r>
        <w:rPr>
          <w:b/>
        </w:rPr>
        <w:t xml:space="preserve">[16:42] </w:t>
      </w:r>
      <w:r>
        <w:t>alrahman alladhīna yashūn 'ala al'arḍ.</w:t>
      </w:r>
    </w:p>
    <w:p>
      <w:pPr>
        <w:jc w:val="right"/>
      </w:pPr>
      <w:r>
        <w:t>"الرحمن الذینیمشون علی الارض۔"</w:t>
      </w:r>
    </w:p>
    <w:p>
      <w:r>
        <w:rPr>
          <w:b/>
        </w:rPr>
        <w:t xml:space="preserve">[16:48] </w:t>
      </w:r>
      <w:r>
        <w:t>true believers are those who walk in earth with modesty.</w:t>
      </w:r>
    </w:p>
    <w:p>
      <w:pPr>
        <w:jc w:val="right"/>
      </w:pPr>
      <w:r>
        <w:t>ٹرو بیلیورز آر دوز ہو واک ان ارتھ ود ماڈیسٹی۔</w:t>
      </w:r>
    </w:p>
    <w:p>
      <w:r>
        <w:rPr>
          <w:b/>
        </w:rPr>
        <w:t xml:space="preserve">[16:58] </w:t>
      </w:r>
      <w:r>
        <w:t>this is the true picture of Islam. this is the true picture of momin. this is the true picture of muslim.</w:t>
      </w:r>
    </w:p>
    <w:p>
      <w:pPr>
        <w:jc w:val="right"/>
      </w:pPr>
      <w:r>
        <w:t>دس از دا ٹرو پکچر آف اسلام۔ دس از دا ٹرو پکچر آف مومن۔ دس از دا ٹرو پکچر آف مسلم۔</w:t>
      </w:r>
    </w:p>
    <w:p>
      <w:r>
        <w:rPr>
          <w:b/>
        </w:rPr>
        <w:t xml:space="preserve">[17:10] </w:t>
      </w:r>
      <w:r>
        <w:t>there is a saying. there is a saying, well known saying, that</w:t>
      </w:r>
    </w:p>
    <w:p>
      <w:pPr>
        <w:jc w:val="right"/>
      </w:pPr>
      <w:r>
        <w:t>دیر از اے سینگ۔ دیر از اے سینگ، ویل نون سینگ، دیٹ</w:t>
      </w:r>
    </w:p>
    <w:p>
      <w:r>
        <w:rPr>
          <w:b/>
        </w:rPr>
        <w:t xml:space="preserve">[17:27] </w:t>
      </w:r>
      <w:r>
        <w:t>there are always room at the top.</w:t>
      </w:r>
    </w:p>
    <w:p>
      <w:pPr>
        <w:jc w:val="right"/>
      </w:pPr>
      <w:r>
        <w:t>دیر آر الویز روم ایٹ دا ٹاپ۔</w:t>
      </w:r>
    </w:p>
    <w:p>
      <w:r>
        <w:rPr>
          <w:b/>
        </w:rPr>
        <w:t xml:space="preserve">[17:34] </w:t>
      </w:r>
      <w:r>
        <w:t>there is always room at the top.</w:t>
      </w:r>
    </w:p>
    <w:p>
      <w:pPr>
        <w:jc w:val="right"/>
      </w:pPr>
      <w:r>
        <w:t>دیر از الویز روم ایٹ دا ٹاپ۔</w:t>
      </w:r>
    </w:p>
    <w:p>
      <w:r>
        <w:rPr>
          <w:b/>
        </w:rPr>
        <w:t xml:space="preserve">[17:38] </w:t>
      </w:r>
      <w:r>
        <w:t>is a well known saying that there is always room at the top. but i would like to say that the better saying, the better formula is quite country.</w:t>
      </w:r>
    </w:p>
    <w:p>
      <w:pPr>
        <w:jc w:val="right"/>
      </w:pPr>
      <w:r>
        <w:t>از اے ویل نون سینگ دیٹ دیر از الویز روم ایٹ دا ٹاپ۔ بٹ ائی وڈ لائک ٹو سی دیٹ دا بیٹر سینگ، دا بیٹر فارمولا از کوائٹ کنٹری۔</w:t>
      </w:r>
    </w:p>
    <w:p>
      <w:r>
        <w:rPr>
          <w:b/>
        </w:rPr>
        <w:t xml:space="preserve">[17:57] </w:t>
      </w:r>
      <w:r>
        <w:t>that is there is always room at the back seat.</w:t>
      </w:r>
    </w:p>
    <w:p>
      <w:pPr>
        <w:jc w:val="right"/>
      </w:pPr>
      <w:r>
        <w:t>دیٹ از دیر از الویز روم ایٹ دا بیک سیٹ۔</w:t>
      </w:r>
    </w:p>
    <w:p>
      <w:r>
        <w:rPr>
          <w:b/>
        </w:rPr>
        <w:t xml:space="preserve">[18:07] </w:t>
      </w:r>
      <w:r>
        <w:t>there is always room at the back seat. it is a better formula. why?</w:t>
      </w:r>
    </w:p>
    <w:p>
      <w:pPr>
        <w:jc w:val="right"/>
      </w:pPr>
      <w:r>
        <w:t>دیر از الویز روم ایٹ دا بیک سیٹ۔ اٹ از اے بیٹر فارمولا۔ وائی؟</w:t>
      </w:r>
    </w:p>
    <w:p>
      <w:r>
        <w:rPr>
          <w:b/>
        </w:rPr>
        <w:t xml:space="preserve">[18:16] </w:t>
      </w:r>
      <w:r>
        <w:t>occupy the top seat required topper. if you are topper, then you can occupy the top seat. otherwise no.</w:t>
      </w:r>
    </w:p>
    <w:p>
      <w:pPr>
        <w:jc w:val="right"/>
      </w:pPr>
      <w:r>
        <w:t>اکوپائی دا ٹاپ سیٹ ریکوائرڈ ٹاپر۔ اف یو آر ٹاپر، دین یو کین اکوپائی دا ٹاپ سیٹ۔ ادر وائز نو۔</w:t>
      </w:r>
    </w:p>
    <w:p>
      <w:r>
        <w:rPr>
          <w:b/>
        </w:rPr>
        <w:t xml:space="preserve">[18:28] </w:t>
      </w:r>
      <w:r>
        <w:t>there is always room at the top means if you are topper, then you will easily find a seat in the top.</w:t>
      </w:r>
    </w:p>
    <w:p>
      <w:pPr>
        <w:jc w:val="right"/>
      </w:pPr>
      <w:r>
        <w:t>دیر از الویز روم ایٹ دا ٹاپ مینز اف یو آر ٹاپر، دین یو ویل ایزیلی فائنڈ ا سیٹ ان دا ٹاپ۔</w:t>
      </w:r>
    </w:p>
    <w:p>
      <w:r>
        <w:rPr>
          <w:b/>
        </w:rPr>
        <w:t xml:space="preserve">[18:40] </w:t>
      </w:r>
      <w:r>
        <w:t>so this formula is useful for those people who are toppers, and there are very few.</w:t>
      </w:r>
    </w:p>
    <w:p>
      <w:pPr>
        <w:jc w:val="right"/>
      </w:pPr>
      <w:r>
        <w:t>سو دس فارمولا از یوزفل فار دوز پیپل ہو آر ٹاپرز، اینڈ دیر ار ویری فیو۔</w:t>
      </w:r>
    </w:p>
    <w:p>
      <w:r>
        <w:rPr>
          <w:b/>
        </w:rPr>
        <w:t xml:space="preserve">[18:51] </w:t>
      </w:r>
      <w:r>
        <w:t>b</w:t>
      </w:r>
    </w:p>
    <w:p>
      <w:pPr>
        <w:jc w:val="right"/>
      </w:pPr>
      <w:r>
        <w:t>ب</w:t>
      </w:r>
    </w:p>
    <w:p>
      <w:r>
        <w:rPr>
          <w:b/>
        </w:rPr>
        <w:t xml:space="preserve">[18:52] </w:t>
      </w:r>
      <w:r>
        <w:t>t my formula is useful for everyone, everyone, everyone.</w:t>
      </w:r>
    </w:p>
    <w:p>
      <w:pPr>
        <w:jc w:val="right"/>
      </w:pPr>
      <w:r>
        <w:t>ٹ مائی فارمولا از یوزفل فار ایوری ون، ایوری ون، ایوری ون۔</w:t>
      </w:r>
    </w:p>
    <w:p>
      <w:r>
        <w:rPr>
          <w:b/>
        </w:rPr>
        <w:t xml:space="preserve">[19:03] </w:t>
      </w:r>
      <w:r>
        <w:t>there is always room at the back seat.</w:t>
      </w:r>
    </w:p>
    <w:p>
      <w:pPr>
        <w:jc w:val="right"/>
      </w:pPr>
      <w:r>
        <w:t>دیر از الویز روم ایٹ دا بیک سیٹ۔</w:t>
      </w:r>
    </w:p>
    <w:p>
      <w:r>
        <w:rPr>
          <w:b/>
        </w:rPr>
        <w:t xml:space="preserve">[19:11] </w:t>
      </w:r>
      <w:r>
        <w:t>why? back seat means going to the opportunities.</w:t>
      </w:r>
    </w:p>
    <w:p>
      <w:pPr>
        <w:jc w:val="right"/>
      </w:pPr>
      <w:r>
        <w:t>وائی؟ بیک سیٹ مینز گوئنگ ٹو دا اپرچونیٹیز۔</w:t>
      </w:r>
    </w:p>
    <w:p>
      <w:r>
        <w:rPr>
          <w:b/>
        </w:rPr>
        <w:t xml:space="preserve">[19:22] </w:t>
      </w:r>
      <w:r>
        <w:t>top setters are achievers. those who are top setter, there are achievers. but those who take back seat, they will find abundance of opportunities.</w:t>
      </w:r>
    </w:p>
    <w:p>
      <w:pPr>
        <w:jc w:val="right"/>
      </w:pPr>
      <w:r>
        <w:t>ٹاپ سیٹرز ار اچیورز۔ دوز ہو آر ٹاپ سیٹر، دیر ار اچیورز۔ بٹ دوز ہو ٹیک بیک سیٹ، دے ویل فائنڈ ابینڈنس اف اپرچونیٹیز۔</w:t>
      </w:r>
    </w:p>
    <w:p>
      <w:r>
        <w:rPr>
          <w:b/>
        </w:rPr>
        <w:t xml:space="preserve">[19:42] </w:t>
      </w:r>
      <w:r>
        <w:t>so going to back seat means going to opportunity.</w:t>
      </w:r>
    </w:p>
    <w:p>
      <w:pPr>
        <w:jc w:val="right"/>
      </w:pPr>
      <w:r>
        <w:t>سو گوئنگ ٹو بیک سیٹ مینز گوئنگ ٹو اپرچونیٹی۔</w:t>
      </w:r>
    </w:p>
    <w:p>
      <w:r>
        <w:rPr>
          <w:b/>
        </w:rPr>
        <w:t xml:space="preserve">[19:54] </w:t>
      </w:r>
      <w:r>
        <w:t>going to back seat means going to opportunity. but very few people know this formula.</w:t>
      </w:r>
    </w:p>
    <w:p>
      <w:pPr>
        <w:jc w:val="right"/>
      </w:pPr>
      <w:r>
        <w:t>گوئنگ ٹو بیک سیٹ مینز گوئنگ ٹو اپرچونیٹی۔ بٹ ویری فیو پیپل نو دس فارمولا۔</w:t>
      </w:r>
    </w:p>
    <w:p>
      <w:r>
        <w:rPr>
          <w:b/>
        </w:rPr>
        <w:t xml:space="preserve">[20:06] </w:t>
      </w:r>
      <w:r>
        <w:t>this is the formula of nature, as well as this is the formula of Islam. there is always room at the back seat. this is the formula of nature, as well as this is the formula of Islam.</w:t>
      </w:r>
    </w:p>
    <w:p>
      <w:pPr>
        <w:jc w:val="right"/>
      </w:pPr>
      <w:r>
        <w:t>دس از دا فارمولا آف نیچر، ایز ویل ایز دس از دا فارمولا آف اسلام۔ دیر از الویز روم ایٹ دا بیک سیٹ۔ دس از دا فارمولا آف نیچر، ایز ویل ایز دس از دا فارمولا آف اسلام۔</w:t>
      </w:r>
    </w:p>
    <w:p>
      <w:r>
        <w:rPr>
          <w:b/>
        </w:rPr>
        <w:t xml:space="preserve">[20:18] </w:t>
      </w:r>
      <w:r>
        <w:t>the best formula is useful for everyone, everyone, everyone.</w:t>
      </w:r>
    </w:p>
    <w:p>
      <w:pPr>
        <w:jc w:val="right"/>
      </w:pPr>
      <w:r>
        <w:t>دا بیسٹ فارمولا از یوزفل فار ایوری ون، ایوری ون، ایوری ون۔</w:t>
      </w:r>
    </w:p>
    <w:p>
      <w:r>
        <w:rPr>
          <w:b/>
        </w:rPr>
        <w:t xml:space="preserve">[20:26] </w:t>
      </w:r>
      <w:r>
        <w:t>now, i would like to say that</w:t>
      </w:r>
    </w:p>
    <w:p>
      <w:pPr>
        <w:jc w:val="right"/>
      </w:pPr>
      <w:r>
        <w:t>ناؤ، ائی وڈ لائک ٹو سی دیٹ</w:t>
      </w:r>
    </w:p>
    <w:p>
      <w:r>
        <w:rPr>
          <w:b/>
        </w:rPr>
        <w:t xml:space="preserve">[20:33] </w:t>
      </w:r>
      <w:r>
        <w:t>in every situation.</w:t>
      </w:r>
    </w:p>
    <w:p>
      <w:pPr>
        <w:jc w:val="right"/>
      </w:pPr>
      <w:r>
        <w:t>ان ایوری سچویشن۔</w:t>
      </w:r>
    </w:p>
    <w:p>
      <w:r>
        <w:rPr>
          <w:b/>
        </w:rPr>
        <w:t xml:space="preserve">[20:38] </w:t>
      </w:r>
      <w:r>
        <w:t>in every situation, there are two possibilities.</w:t>
      </w:r>
    </w:p>
    <w:p>
      <w:pPr>
        <w:jc w:val="right"/>
      </w:pPr>
      <w:r>
        <w:t>ان ایوری سچویشن، دیر آر ٹو پاسیبلیٹیز۔</w:t>
      </w:r>
    </w:p>
    <w:p>
      <w:r>
        <w:rPr>
          <w:b/>
        </w:rPr>
        <w:t xml:space="preserve">[20:45] </w:t>
      </w:r>
      <w:r>
        <w:t>in every situation, in every situation, there are two possibilities. one in term of actual.</w:t>
      </w:r>
    </w:p>
    <w:p>
      <w:pPr>
        <w:jc w:val="right"/>
      </w:pPr>
      <w:r>
        <w:t>ان ایوری سچویشن، ان ایوری سچویشن، دیر آر ٹو پاسیبلیٹیز۔ ون ان ٹرم آف ایکچول۔</w:t>
      </w:r>
    </w:p>
    <w:p>
      <w:r>
        <w:rPr>
          <w:b/>
        </w:rPr>
        <w:t xml:space="preserve">[20:56] </w:t>
      </w:r>
      <w:r>
        <w:t>one in terms of actual, and the second in terms of potential.</w:t>
      </w:r>
    </w:p>
    <w:p>
      <w:pPr>
        <w:jc w:val="right"/>
      </w:pPr>
      <w:r>
        <w:t>ون ان ٹرم آف ایکچول۔ اینڈ دا سیکنڈ ان ٹرم آف پوٹینشل۔</w:t>
      </w:r>
    </w:p>
    <w:p>
      <w:r>
        <w:rPr>
          <w:b/>
        </w:rPr>
        <w:t xml:space="preserve">[21:07] </w:t>
      </w:r>
      <w:r>
        <w:t>in every situation, there are sum actuals, and there are sum potentials.</w:t>
      </w:r>
    </w:p>
    <w:p>
      <w:pPr>
        <w:jc w:val="right"/>
      </w:pPr>
      <w:r>
        <w:t>ان ایوری سچویشن، دیر آر سم ایکچولز، اینڈ دیر آر سم پوٹینشلز۔</w:t>
      </w:r>
    </w:p>
    <w:p>
      <w:r>
        <w:rPr>
          <w:b/>
        </w:rPr>
        <w:t xml:space="preserve">[21:15] </w:t>
      </w:r>
      <w:r>
        <w:t>so in every situation, there are</w:t>
      </w:r>
    </w:p>
    <w:p>
      <w:pPr>
        <w:jc w:val="right"/>
      </w:pPr>
      <w:r>
        <w:t>سو ان ایوری سچویشن، دیر آر</w:t>
      </w:r>
    </w:p>
    <w:p>
      <w:r>
        <w:rPr>
          <w:b/>
        </w:rPr>
        <w:t xml:space="preserve">[21:23] </w:t>
      </w:r>
      <w:r>
        <w:t>two kinds of possibilities. one in term of actual, and the second in term of</w:t>
      </w:r>
    </w:p>
    <w:p>
      <w:pPr>
        <w:jc w:val="right"/>
      </w:pPr>
      <w:r>
        <w:t>ٹو کائنڈ آف پاسیبلیٹیز۔ ون ان ٹرم آف ایکچول، اینڈ دا سیکنڈ ان ٹرم آف</w:t>
      </w:r>
    </w:p>
    <w:p>
      <w:r>
        <w:rPr>
          <w:b/>
        </w:rPr>
        <w:t xml:space="preserve">[21:36] </w:t>
      </w:r>
      <w:r>
        <w:t>potential.</w:t>
      </w:r>
    </w:p>
    <w:p>
      <w:pPr>
        <w:jc w:val="right"/>
      </w:pPr>
      <w:r>
        <w:t>پوٹینشل۔</w:t>
      </w:r>
    </w:p>
    <w:p>
      <w:r>
        <w:rPr>
          <w:b/>
        </w:rPr>
        <w:t xml:space="preserve">[21:42] </w:t>
      </w:r>
      <w:r>
        <w:t>people generally opt for actual. they run after actual. why? because actual is observable.</w:t>
      </w:r>
    </w:p>
    <w:p>
      <w:pPr>
        <w:jc w:val="right"/>
      </w:pPr>
      <w:r>
        <w:t>پیپل جنرلی اپٹ فار ایکچول۔ دے رین افٹر ایکچول۔ وائی؟ بیکاز ایکچول از ابزرویبل۔</w:t>
      </w:r>
    </w:p>
    <w:p>
      <w:r>
        <w:rPr>
          <w:b/>
        </w:rPr>
        <w:t xml:space="preserve">[21:55] </w:t>
      </w:r>
      <w:r>
        <w:t>everyone can see the actuals. but potential is hidden. potential is unseen world.</w:t>
      </w:r>
    </w:p>
    <w:p>
      <w:pPr>
        <w:jc w:val="right"/>
      </w:pPr>
      <w:r>
        <w:t>ایوری ون کین سی دا ایکچولز۔ بٹ پوٹینشل از ہڈن۔ پوٹینشل از ان سین ورلڈ۔</w:t>
      </w:r>
    </w:p>
    <w:p>
      <w:r>
        <w:rPr>
          <w:b/>
        </w:rPr>
        <w:t xml:space="preserve">[22:08] </w:t>
      </w:r>
      <w:r>
        <w:t>potential pertains in unseen world.</w:t>
      </w:r>
    </w:p>
    <w:p>
      <w:pPr>
        <w:jc w:val="right"/>
      </w:pPr>
      <w:r>
        <w:t>پوٹینشل پرٹینز ان ان سین ورلڈ۔</w:t>
      </w:r>
    </w:p>
    <w:p>
      <w:r>
        <w:rPr>
          <w:b/>
        </w:rPr>
        <w:t xml:space="preserve">[22:12] </w:t>
      </w:r>
      <w:r>
        <w:t>so it required great wisdom to see the hidden potentials. everyone can see the actuals.</w:t>
      </w:r>
    </w:p>
    <w:p>
      <w:pPr>
        <w:jc w:val="right"/>
      </w:pPr>
      <w:r>
        <w:t>سو اٹ ریکوائرڈ گریٹ وزڈم ٹو سی دا ہڈن پوٹینشلز۔ ایوری ون کین سی دا ایکچولز۔</w:t>
      </w:r>
    </w:p>
    <w:p>
      <w:r>
        <w:rPr>
          <w:b/>
        </w:rPr>
        <w:t xml:space="preserve">[22:26] </w:t>
      </w:r>
      <w:r>
        <w:t>everyone can see the actuals because it is observable.</w:t>
      </w:r>
    </w:p>
    <w:p>
      <w:pPr>
        <w:jc w:val="right"/>
      </w:pPr>
      <w:r>
        <w:t>ایوری ون کین سی دا ایکچولز بیکاز اٹ از ابزرویبل۔</w:t>
      </w:r>
    </w:p>
    <w:p>
      <w:r>
        <w:rPr>
          <w:b/>
        </w:rPr>
        <w:t xml:space="preserve">[22:34] </w:t>
      </w:r>
      <w:r>
        <w:t>but few people can see the actual because it is in the unseen world. it is hidden at the time.</w:t>
      </w:r>
    </w:p>
    <w:p>
      <w:pPr>
        <w:jc w:val="right"/>
      </w:pPr>
      <w:r>
        <w:t>بٹ فیو پیپل کین سی دا ایکچول بیکاز اٹ از ان دا ورلڈ ان سین۔ اٹ از ہڈن ایٹ دا ٹائم۔</w:t>
      </w:r>
    </w:p>
    <w:p>
      <w:r>
        <w:rPr>
          <w:b/>
        </w:rPr>
        <w:t xml:space="preserve">[22:47] </w:t>
      </w:r>
      <w:r>
        <w:t>before availing, every potential is unseen. so it required great wisdom to see the potential.</w:t>
      </w:r>
    </w:p>
    <w:p>
      <w:pPr>
        <w:jc w:val="right"/>
      </w:pPr>
      <w:r>
        <w:t>بیفور اویلنگ، ایوری پوٹینشل از ان سین۔ سو اٹ ریکوائرڈ گریٹ وزڈم ٹو سی دا پوٹینشل۔</w:t>
      </w:r>
    </w:p>
    <w:p>
      <w:r>
        <w:rPr>
          <w:b/>
        </w:rPr>
        <w:t xml:space="preserve">[22:59] </w:t>
      </w:r>
      <w:r>
        <w:t>so here is a very important point.</w:t>
      </w:r>
    </w:p>
    <w:p>
      <w:pPr>
        <w:jc w:val="right"/>
      </w:pPr>
      <w:r>
        <w:t>سو ہیر از اے ویری امپورٹنٹ پوائنٹ۔</w:t>
      </w:r>
    </w:p>
    <w:p>
      <w:r>
        <w:rPr>
          <w:b/>
        </w:rPr>
        <w:t xml:space="preserve">[23:04] </w:t>
      </w:r>
      <w:r>
        <w:t>it required modesty to see the potential. those who are deprived of modesty, they cannot see the potentials.</w:t>
      </w:r>
    </w:p>
    <w:p>
      <w:pPr>
        <w:jc w:val="right"/>
      </w:pPr>
      <w:r>
        <w:t>اٹ ریکوائرڈ ماڈیسٹی ٹو سی دا پوٹینشل۔ دوز ہو آر ڈیپرائیوڈ اف ماڈیسٹی، دے کین ناٹ سی دی پوٹینشلز۔</w:t>
      </w:r>
    </w:p>
    <w:p>
      <w:r>
        <w:rPr>
          <w:b/>
        </w:rPr>
        <w:t xml:space="preserve">[23:24] </w:t>
      </w:r>
      <w:r>
        <w:t>without modesty, you cannot go to back seats. and it required to go back seat</w:t>
      </w:r>
    </w:p>
    <w:p>
      <w:pPr>
        <w:jc w:val="right"/>
      </w:pPr>
      <w:r>
        <w:t>ودا آؤٹ ماڈیسٹی، یو کین ناٹ گو ٹو بیک سیٹس۔ اینڈ اٹ ریکوائرڈ ٹو گو بیک سیٹ</w:t>
      </w:r>
    </w:p>
    <w:p>
      <w:r>
        <w:rPr>
          <w:b/>
        </w:rPr>
        <w:t xml:space="preserve">[23:35] </w:t>
      </w:r>
      <w:r>
        <w:t>. if you want to understand the potentials, if you want to avail the potentials, you have to go to back seat. so it required modesty.</w:t>
      </w:r>
    </w:p>
    <w:p>
      <w:pPr>
        <w:jc w:val="right"/>
      </w:pPr>
      <w:r>
        <w:t>۔ اف یو وانٹ ٹو انڈرسٹینڈ دا پوٹینشلز، اف یو وانٹ ٹو اویل دا پوٹینشلز، یو ہیو ٹو گو ٹو بیک سیٹ۔ سو اٹ ریکوائرڈ ماڈیسٹی۔</w:t>
      </w:r>
    </w:p>
    <w:p>
      <w:r>
        <w:rPr>
          <w:b/>
        </w:rPr>
        <w:t xml:space="preserve">[23:45] </w:t>
      </w:r>
      <w:r>
        <w:t>the best example of this principle you can see in in the event of Hudaybiyyah.</w:t>
      </w:r>
    </w:p>
    <w:p>
      <w:pPr>
        <w:jc w:val="right"/>
      </w:pPr>
      <w:r>
        <w:t>دا بیسٹ ایگزامپل اف دس پرنسپل یو کین سی ان ان دی ایونٹ اف حدیبیہ۔</w:t>
      </w:r>
    </w:p>
    <w:p>
      <w:r>
        <w:rPr>
          <w:b/>
        </w:rPr>
        <w:t xml:space="preserve">[23:54] </w:t>
      </w:r>
      <w:r>
        <w:t>Hudaybiyyah agreement was finalized in the during the day of during the during the life time of the prophet.</w:t>
      </w:r>
    </w:p>
    <w:p>
      <w:pPr>
        <w:jc w:val="right"/>
      </w:pPr>
      <w:r>
        <w:t>حدیبیہ ایگریمنٹ واز فائنلائزڈ ان دا ڈورنگ دا ڈے اف ڈورنگ دا ڈورنگ دا لائف ٹائم اف دا پرافٹ۔</w:t>
      </w:r>
    </w:p>
    <w:p>
      <w:r>
        <w:rPr>
          <w:b/>
        </w:rPr>
        <w:t xml:space="preserve">[24:05] </w:t>
      </w:r>
      <w:r>
        <w:t>so what was Hudaybiyyah agreement? Hudaybiyyah agreement was going to back seat because prophet</w:t>
      </w:r>
    </w:p>
    <w:p>
      <w:pPr>
        <w:jc w:val="right"/>
      </w:pPr>
      <w:r>
        <w:t>سو واٹ واز حدیبیہ ایگریمنٹ؟ حدیبیہ ایگریمنٹ واز گوئنگ ٹو بیک سیٹ بیکاز پرافٹ</w:t>
      </w:r>
    </w:p>
    <w:p>
      <w:r>
        <w:rPr>
          <w:b/>
        </w:rPr>
        <w:t xml:space="preserve">[24:18] </w:t>
      </w:r>
      <w:r>
        <w:t>wanted to go to Mecca to perform Umrah. prophet with 1400 companions.</w:t>
      </w:r>
    </w:p>
    <w:p>
      <w:pPr>
        <w:jc w:val="right"/>
      </w:pPr>
      <w:r>
        <w:t>وانٹڈ ٹو گو ٹو مکہ ٹو پرفارم عمرہ۔ پرافٹ ود 1400 کمپینینز۔</w:t>
      </w:r>
    </w:p>
    <w:p>
      <w:r>
        <w:rPr>
          <w:b/>
        </w:rPr>
        <w:t xml:space="preserve">[24:29] </w:t>
      </w:r>
      <w:r>
        <w:t>the prophet of Islam accompany 1400 Muslims wanted to go to Mecca to perform Umrah.</w:t>
      </w:r>
    </w:p>
    <w:p>
      <w:pPr>
        <w:jc w:val="right"/>
      </w:pPr>
      <w:r>
        <w:t>دا پرافٹ اف اسلام اکمپنی 1400 مسلمز وانٹڈ ٹو گو ٹو مکہ ٹو پرفارم عمرہ۔</w:t>
      </w:r>
    </w:p>
    <w:p>
      <w:r>
        <w:rPr>
          <w:b/>
        </w:rPr>
        <w:t xml:space="preserve">[24:45] </w:t>
      </w:r>
      <w:r>
        <w:t>but when he reach to Hudaybiyyah, a place near to Mecca, he was borne by the Mecca people</w:t>
      </w:r>
    </w:p>
    <w:p>
      <w:pPr>
        <w:jc w:val="right"/>
      </w:pPr>
      <w:r>
        <w:t>بٹ وین ہی ریچ ٹو حدیبیہ، ا پلیس نیئر ٹو مکہ، ہی واز بورن بائی دا مکہ پیپل</w:t>
      </w:r>
    </w:p>
    <w:p>
      <w:r>
        <w:rPr>
          <w:b/>
        </w:rPr>
        <w:t xml:space="preserve">[24:59] </w:t>
      </w:r>
      <w:r>
        <w:t>. you cannot enter in Mecca, otherwise we will kill you. we Quraish were leader of Mecca.</w:t>
      </w:r>
    </w:p>
    <w:p>
      <w:pPr>
        <w:jc w:val="right"/>
      </w:pPr>
      <w:r>
        <w:t>۔ یو کین ناٹ انٹر ان مکہ، ادر وائز وی ویل کل یو۔ وی قریش ویر لیڈر اف مکہ۔</w:t>
      </w:r>
    </w:p>
    <w:p>
      <w:r>
        <w:rPr>
          <w:b/>
        </w:rPr>
        <w:t xml:space="preserve">[25:11] </w:t>
      </w:r>
      <w:r>
        <w:t>Quraish were ruler of Mecca at the time. and Quraish were idol worshippers. Quraish was a tribe.</w:t>
      </w:r>
    </w:p>
    <w:p>
      <w:pPr>
        <w:jc w:val="right"/>
      </w:pPr>
      <w:r>
        <w:t>قریش وار رولر اف مکہ ایٹ دا ٹائم۔ اینڈ قریش ویر ائیڈل ورسپرز۔ قریش واز ا ٹرائب۔</w:t>
      </w:r>
    </w:p>
    <w:p>
      <w:r>
        <w:rPr>
          <w:b/>
        </w:rPr>
        <w:t xml:space="preserve">[25:24] </w:t>
      </w:r>
      <w:r>
        <w:t>so they gave ultimatum that we are not going to allow you to enter Mecca.</w:t>
      </w:r>
    </w:p>
    <w:p>
      <w:pPr>
        <w:jc w:val="right"/>
      </w:pPr>
      <w:r>
        <w:t>سو دے گیو الٹیمیٹم دیٹ وی ار ناٹ گوئنگ ٹو الاؤ یو ٹو انٹر مکہ۔</w:t>
      </w:r>
    </w:p>
    <w:p>
      <w:r>
        <w:rPr>
          <w:b/>
        </w:rPr>
        <w:t xml:space="preserve">[25:34] </w:t>
      </w:r>
      <w:r>
        <w:t>you have to return to madina. then after fifteen, after 15 days of negotiation, there was a settlement.</w:t>
      </w:r>
    </w:p>
    <w:p>
      <w:pPr>
        <w:jc w:val="right"/>
      </w:pPr>
      <w:r>
        <w:t>یو ہیو ٹو ریٹرن ٹو مدینہ۔ دین افٹر ففٹ، افٹر 15 ڈیز اف نیگوشی ایشن، دیر واز ا سیٹلمنٹ۔</w:t>
      </w:r>
    </w:p>
    <w:p>
      <w:r>
        <w:rPr>
          <w:b/>
        </w:rPr>
        <w:t xml:space="preserve">[25:45] </w:t>
      </w:r>
      <w:r>
        <w:t>prophet was agreed to go to return to madina. and and in the agreement, an article was included that there will be no war up to ten years between muslims and quraish.</w:t>
      </w:r>
    </w:p>
    <w:p>
      <w:pPr>
        <w:jc w:val="right"/>
      </w:pPr>
      <w:r>
        <w:t>پرافٹ واز ایگریڈ ٹو گو ٹو ریٹرن ٹو مدینہ۔ اینڈ اینڈ ان دا ایگریمنٹ، ان ارٹیکل واز انکلوڈڈ دیٹ دیر ویل بی نو وار اپ ٹو ٹین ایئرز بٹوین مسلمز اینڈ قریش۔</w:t>
      </w:r>
    </w:p>
    <w:p>
      <w:r>
        <w:rPr>
          <w:b/>
        </w:rPr>
        <w:t xml:space="preserve">[26:03] </w:t>
      </w:r>
      <w:r>
        <w:t>so prophet of islam returned from hudaybiyyah to madina, instead going to makkah.</w:t>
      </w:r>
    </w:p>
    <w:p>
      <w:pPr>
        <w:jc w:val="right"/>
      </w:pPr>
      <w:r>
        <w:t>سو پرافٹ اف اسلام ریٹرنڈ فرام حدیبیہ ٹو مدینہ، انسٹیڈ گوئنگ ٹو مکہ۔</w:t>
      </w:r>
    </w:p>
    <w:p>
      <w:r>
        <w:rPr>
          <w:b/>
        </w:rPr>
        <w:t xml:space="preserve">[26:13] </w:t>
      </w:r>
      <w:r>
        <w:t>it was return to back seat.</w:t>
      </w:r>
    </w:p>
    <w:p>
      <w:pPr>
        <w:jc w:val="right"/>
      </w:pPr>
      <w:r>
        <w:t>اٹ واز ریٹرن ٹو بیک سیٹ۔</w:t>
      </w:r>
    </w:p>
    <w:p>
      <w:r>
        <w:rPr>
          <w:b/>
        </w:rPr>
        <w:t xml:space="preserve">[26:19] </w:t>
      </w:r>
      <w:r>
        <w:t>it was it, it was to return to back seat because he and muslims wanted to go to makkah.</w:t>
      </w:r>
    </w:p>
    <w:p>
      <w:pPr>
        <w:jc w:val="right"/>
      </w:pPr>
      <w:r>
        <w:t>اٹ واز اٹ، اٹ واز ٹو ریٹرن ٹو بیک سیٹ بیکاز ہی اینڈ مسلمز وانٹڈ ٹو گو ٹو مکہ۔</w:t>
      </w:r>
    </w:p>
    <w:p>
      <w:r>
        <w:rPr>
          <w:b/>
        </w:rPr>
        <w:t xml:space="preserve">[26:30] </w:t>
      </w:r>
      <w:r>
        <w:t>but they decided to return to madina from hudaybiyyah. it was like returning to back seat.</w:t>
      </w:r>
    </w:p>
    <w:p>
      <w:pPr>
        <w:jc w:val="right"/>
      </w:pPr>
      <w:r>
        <w:t>بٹ دے ڈیسائیڈڈ ٹو ریٹرن ٹو مدینہ فرام حدیبیہ۔ اٹ واز لائک ریٹرننگ ٹو بیک سیٹ۔</w:t>
      </w:r>
    </w:p>
    <w:p>
      <w:r>
        <w:rPr>
          <w:b/>
        </w:rPr>
        <w:t xml:space="preserve">[26:41] </w:t>
      </w:r>
      <w:r>
        <w:t>but result was me</w:t>
      </w:r>
    </w:p>
    <w:p>
      <w:pPr>
        <w:jc w:val="right"/>
      </w:pPr>
      <w:r>
        <w:t>بٹ رزلٹ واز می</w:t>
      </w:r>
    </w:p>
    <w:p>
      <w:r>
        <w:rPr>
          <w:b/>
        </w:rPr>
        <w:t xml:space="preserve">[26:43] </w:t>
      </w:r>
      <w:r>
        <w:t>miraculous, miraculous. after after two years, the number of muslims increased</w:t>
      </w:r>
    </w:p>
    <w:p>
      <w:pPr>
        <w:jc w:val="right"/>
      </w:pPr>
      <w:r>
        <w:t>ریکل، میریکلس۔ افٹر افٹر ٹو ایئرز، دا نمبر اف مسلمز انکریز</w:t>
      </w:r>
    </w:p>
    <w:p>
      <w:r>
        <w:rPr>
          <w:b/>
        </w:rPr>
        <w:t xml:space="preserve">[26:55] </w:t>
      </w:r>
      <w:r>
        <w:t>to great to such an extent that they became 10000. at that time, they were 1400, but after two years, they became 10000.</w:t>
      </w:r>
    </w:p>
    <w:p>
      <w:pPr>
        <w:jc w:val="right"/>
      </w:pPr>
      <w:r>
        <w:t>ٹو گریٹ ٹو سچ اینڈ ایکسٹینٹ دیٹ دے بیکم 10000۔ ایٹ دا ٹائم، دے وار 1400، بٹ افٹر ٹو ایئرز، دے بیکم 10000۔</w:t>
      </w:r>
    </w:p>
    <w:p>
      <w:r>
        <w:rPr>
          <w:b/>
        </w:rPr>
        <w:t xml:space="preserve">[27:12] </w:t>
      </w:r>
      <w:r>
        <w:t>so islam became a dominant group in arabia, a dominant group.</w:t>
      </w:r>
    </w:p>
    <w:p>
      <w:pPr>
        <w:jc w:val="right"/>
      </w:pPr>
      <w:r>
        <w:t>سو اسلام بیکم ا ڈومیننٹ گروپ ان عربیہ، ا ڈومیننٹ گروپ۔</w:t>
      </w:r>
    </w:p>
    <w:p>
      <w:r>
        <w:rPr>
          <w:b/>
        </w:rPr>
        <w:t xml:space="preserve">[27:22] </w:t>
      </w:r>
      <w:r>
        <w:t>so this was a miracle of retreat. the miracle of retreat, prophet of islam opted retreat.</w:t>
      </w:r>
    </w:p>
    <w:p>
      <w:pPr>
        <w:jc w:val="right"/>
      </w:pPr>
      <w:r>
        <w:t>سو دس واز ا میریکل اف ریٹریٹ۔ دا میریکل اف ریٹریٹ، پرافٹ اف اسلام اپٹڈ ریٹریٹ۔</w:t>
      </w:r>
    </w:p>
    <w:p>
      <w:r>
        <w:rPr>
          <w:b/>
        </w:rPr>
        <w:t xml:space="preserve">[27:34] </w:t>
      </w:r>
      <w:r>
        <w:t>he returned from hudaybiyyah to madinah.</w:t>
      </w:r>
    </w:p>
    <w:p>
      <w:pPr>
        <w:jc w:val="right"/>
      </w:pPr>
      <w:r>
        <w:t>ہی ریٹرنڈ فرام حدیبیہ ٹو مدین</w:t>
      </w:r>
    </w:p>
    <w:p>
      <w:r>
        <w:rPr>
          <w:b/>
        </w:rPr>
        <w:t xml:space="preserve">[27:37] </w:t>
      </w:r>
      <w:r>
        <w:t>that was clearly a case of going to back seat. but the result was miraculous.</w:t>
      </w:r>
    </w:p>
    <w:p>
      <w:pPr>
        <w:jc w:val="right"/>
      </w:pPr>
      <w:r>
        <w:t>ہ۔ دیٹ واز کلرلی ا کیس اف گوئنگ ٹو بیک سیٹ۔ بٹ دا رزلٹ واز میریکلس۔</w:t>
      </w:r>
    </w:p>
    <w:p>
      <w:r>
        <w:rPr>
          <w:b/>
        </w:rPr>
        <w:t xml:space="preserve">[27:49] </w:t>
      </w:r>
      <w:r>
        <w:t>he was able to march to makkah only after two years. he was able to march to makkah, victorious march.</w:t>
      </w:r>
    </w:p>
    <w:p>
      <w:pPr>
        <w:jc w:val="right"/>
      </w:pPr>
      <w:r>
        <w:t>ہی واز ایبل ٹو مارچ ٹو مکہ اونلی افٹر ٹو ایئرز۔ ہی واز ایبل ٹو مارچ ٹو مکہ، وکٹوریس مارچ۔</w:t>
      </w:r>
    </w:p>
    <w:p>
      <w:r>
        <w:rPr>
          <w:b/>
        </w:rPr>
        <w:t xml:space="preserve">[28:02] </w:t>
      </w:r>
      <w:r>
        <w:t>he was able to organize a victorious march from madina to makkah.</w:t>
      </w:r>
    </w:p>
    <w:p>
      <w:pPr>
        <w:jc w:val="right"/>
      </w:pPr>
      <w:r>
        <w:t>ہی واز ایبل ٹو ارگنائز ا وکٹوریس مارچ فرام مدینہ ٹو مکہ۔</w:t>
      </w:r>
    </w:p>
    <w:p>
      <w:r>
        <w:rPr>
          <w:b/>
        </w:rPr>
        <w:t xml:space="preserve">[28:13] </w:t>
      </w:r>
      <w:r>
        <w:t>and they then quraish has no power to say that we are not going to allow you to to go to makkah. they became helpless.</w:t>
      </w:r>
    </w:p>
    <w:p>
      <w:pPr>
        <w:jc w:val="right"/>
      </w:pPr>
      <w:r>
        <w:t>اینڈ دے دین قریش ہیز نو پاور ٹو سے دیٹ وی ار ناٹ گوئنگ ٹو الاؤ یو ٹو ٹو گو ٹو مکہ۔ دے بیکم ہیلپلس۔</w:t>
      </w:r>
    </w:p>
    <w:p>
      <w:r>
        <w:rPr>
          <w:b/>
        </w:rPr>
        <w:t xml:space="preserve">[28:25] </w:t>
      </w:r>
      <w:r>
        <w:t>after two years, quraish people became helpless.</w:t>
      </w:r>
    </w:p>
    <w:p>
      <w:pPr>
        <w:jc w:val="right"/>
      </w:pPr>
      <w:r>
        <w:t>افٹر ٹو ایئرز، قریش پیپل بیکم ہیلپلس۔</w:t>
      </w:r>
    </w:p>
    <w:p>
      <w:r>
        <w:rPr>
          <w:b/>
        </w:rPr>
        <w:t xml:space="preserve">[28:31] </w:t>
      </w:r>
      <w:r>
        <w:t>so this is the miracle of going to back seat.</w:t>
      </w:r>
    </w:p>
    <w:p>
      <w:pPr>
        <w:jc w:val="right"/>
      </w:pPr>
      <w:r>
        <w:t>سو دس از دا بریکل اف گوئنگ ٹو بیک سیٹ۔</w:t>
      </w:r>
    </w:p>
    <w:p>
      <w:r>
        <w:rPr>
          <w:b/>
        </w:rPr>
        <w:t xml:space="preserve">[28:37] </w:t>
      </w:r>
      <w:r>
        <w:t>so the general formula is there is always room at the top. but i would like to say that according to the nature, according to the law of nature, according to the islamic teachings,</w:t>
      </w:r>
    </w:p>
    <w:p>
      <w:pPr>
        <w:jc w:val="right"/>
      </w:pPr>
      <w:r>
        <w:t>تو جنرل فارمولا از دیر از الویز روم ایٹ دا ٹاپ۔ بٹ ائی وڈ لائک ٹو سی دیٹ اکارڈنگ ٹو دا نیچر، اکارڈنگ ٹو دا لاء اف نیچر، اکارڈنگ ٹو دا اسلامک ٹیچنگز،</w:t>
      </w:r>
    </w:p>
    <w:p>
      <w:r>
        <w:rPr>
          <w:b/>
        </w:rPr>
        <w:t xml:space="preserve">[28:51] </w:t>
      </w:r>
      <w:r>
        <w:t>there is always room the back seat.</w:t>
      </w:r>
    </w:p>
    <w:p>
      <w:pPr>
        <w:jc w:val="right"/>
      </w:pPr>
      <w:r>
        <w:t>دیر از الویز روم دا بیک سیٹ۔</w:t>
      </w:r>
    </w:p>
    <w:p>
      <w:r>
        <w:rPr>
          <w:b/>
        </w:rPr>
        <w:t xml:space="preserve">[28:59] </w:t>
      </w:r>
      <w:r>
        <w:t>then i would like to give two comparative examples in this regard. you know, prophet of islam</w:t>
      </w:r>
    </w:p>
    <w:p>
      <w:pPr>
        <w:jc w:val="right"/>
      </w:pPr>
      <w:r>
        <w:t>دین ائی وڈ لائک ٹو گیو ٹو کمپیریٹیو ایگزامپل ان دس ریگارڈ۔ یو نو، پرافٹ اف اسلام</w:t>
      </w:r>
    </w:p>
    <w:p>
      <w:r>
        <w:rPr>
          <w:b/>
        </w:rPr>
        <w:t xml:space="preserve">[29:12] </w:t>
      </w:r>
      <w:r>
        <w:t>was born in makkah in 570 ad. then he was appointed as prophet in 610.</w:t>
      </w:r>
    </w:p>
    <w:p>
      <w:pPr>
        <w:jc w:val="right"/>
      </w:pPr>
      <w:r>
        <w:t>واز بورن ان مکہ ان 570 اے ڈی۔ دین ہی واز اپوائنٹڈ ایز پرافٹ ان 610۔</w:t>
      </w:r>
    </w:p>
    <w:p>
      <w:r>
        <w:rPr>
          <w:b/>
        </w:rPr>
        <w:t xml:space="preserve">[29:23] </w:t>
      </w:r>
      <w:r>
        <w:t>and after his death, muslims were able to establish khilafah.</w:t>
      </w:r>
    </w:p>
    <w:p>
      <w:pPr>
        <w:jc w:val="right"/>
      </w:pPr>
      <w:r>
        <w:t>اینڈ افٹر ہز ڈیتھ، مسلمز ویر ایبل ٹو اسٹیبلش خلافت۔</w:t>
      </w:r>
    </w:p>
    <w:p>
      <w:r>
        <w:rPr>
          <w:b/>
        </w:rPr>
        <w:t xml:space="preserve">[29:33] </w:t>
      </w:r>
      <w:r>
        <w:t>khilafah and this khilafah continued from madina to damascus, and then to baghdad, to spain, and to turkey.</w:t>
      </w:r>
    </w:p>
    <w:p>
      <w:pPr>
        <w:jc w:val="right"/>
      </w:pPr>
      <w:r>
        <w:t>خلافت اینڈ دس خلافت کنٹینیوڈ فرام مدینہ ٹو دمشق، اینڈ دین ٹو بغداد، ٹو سپین، اینڈ ٹو ٹرکی۔</w:t>
      </w:r>
    </w:p>
    <w:p>
      <w:r>
        <w:rPr>
          <w:b/>
        </w:rPr>
        <w:t xml:space="preserve">[29:48] </w:t>
      </w:r>
      <w:r>
        <w:t>in the final stage, the center of khilafah was turkey. in the final stage, so there was khalifat al-muslimin</w:t>
      </w:r>
    </w:p>
    <w:p>
      <w:pPr>
        <w:jc w:val="right"/>
      </w:pPr>
      <w:r>
        <w:t>ان دا فائنل سٹیج، دا سینٹر اف خلافت واز ٹرکی۔ ان دا فائنل سٹیج، سو دیر واز خلیفۃ المسلمین</w:t>
      </w:r>
    </w:p>
    <w:p>
      <w:r>
        <w:rPr>
          <w:b/>
        </w:rPr>
        <w:t xml:space="preserve">[30:03] </w:t>
      </w:r>
      <w:r>
        <w:t>at the time. There was Khalifat-ul-Muslimeen, and he was virtually</w:t>
      </w:r>
    </w:p>
    <w:p>
      <w:pPr>
        <w:jc w:val="right"/>
      </w:pPr>
      <w:r>
        <w:t>ایٹ دا ٹائم۔ دیر واز خلیفۃ المسلمین، اینڈ ہی واز ورچولی</w:t>
      </w:r>
    </w:p>
    <w:p>
      <w:r>
        <w:rPr>
          <w:b/>
        </w:rPr>
        <w:t xml:space="preserve">[30:12] </w:t>
      </w:r>
      <w:r>
        <w:t>ruler of all Muslim territory in Africa, in and all the Arab countries.</w:t>
      </w:r>
    </w:p>
    <w:p>
      <w:pPr>
        <w:jc w:val="right"/>
      </w:pPr>
      <w:r>
        <w:t>رولر اف ال مسلم ٹیریٹری ان افریقہ، ان اینڈ ال دا عرب کنٹریز۔</w:t>
      </w:r>
    </w:p>
    <w:p>
      <w:r>
        <w:rPr>
          <w:b/>
        </w:rPr>
        <w:t xml:space="preserve">[30:23] </w:t>
      </w:r>
      <w:r>
        <w:t>and he was virtually the ruler of all the Muslim countries. So he was Khalifat al-Muslimeen.</w:t>
      </w:r>
    </w:p>
    <w:p>
      <w:pPr>
        <w:jc w:val="right"/>
      </w:pPr>
      <w:r>
        <w:t>اینڈ ہی واز ورچولی دا رولر اف ال دا مسلم کنٹریز۔ سو ہی واز خلیفۃ المسلمین۔</w:t>
      </w:r>
    </w:p>
    <w:p>
      <w:r>
        <w:rPr>
          <w:b/>
        </w:rPr>
        <w:t xml:space="preserve">[30:31] </w:t>
      </w:r>
      <w:r>
        <w:t>He was center of it at the time. Turkey was center of Islam, center of Muslims, center of Muslim politics, center of Muslim culture.</w:t>
      </w:r>
    </w:p>
    <w:p>
      <w:pPr>
        <w:jc w:val="right"/>
      </w:pPr>
      <w:r>
        <w:t>ہی واز سینٹر اف ایٹ دا ٹائم۔ ٹرکی واز سینٹر اف اسلام، سینٹر اف مسلمز، سینٹر اف مسلم پولیٹکس، سینٹر اف مسلم کلچر۔</w:t>
      </w:r>
    </w:p>
    <w:p>
      <w:r>
        <w:rPr>
          <w:b/>
        </w:rPr>
        <w:t xml:space="preserve">[30:46] </w:t>
      </w:r>
      <w:r>
        <w:t>so at the time, Khalifat-ul-Muslimeen at the time, Turkey was the center of Khalifat-ul-Muslimeen.</w:t>
      </w:r>
    </w:p>
    <w:p>
      <w:pPr>
        <w:jc w:val="right"/>
      </w:pPr>
      <w:r>
        <w:t>سو ایٹ دا ٹائم، خلیفۃ المسلمین ایٹ دا ٹائم، ٹرکی واز دا سینٹر اف خلیفۃ المسلمین۔</w:t>
      </w:r>
    </w:p>
    <w:p>
      <w:r>
        <w:rPr>
          <w:b/>
        </w:rPr>
        <w:t xml:space="preserve">[30:55] </w:t>
      </w:r>
      <w:r>
        <w:t>din wot hipan</w:t>
      </w:r>
    </w:p>
    <w:p>
      <w:pPr>
        <w:jc w:val="right"/>
      </w:pPr>
      <w:r>
        <w:t>دین واٹ ہیپن</w:t>
      </w:r>
    </w:p>
    <w:p>
      <w:r>
        <w:rPr>
          <w:b/>
        </w:rPr>
        <w:t xml:space="preserve">[30:58] </w:t>
      </w:r>
      <w:r>
        <w:t>in the first world war? In the first world war, Turkey joins the joins with Germany.</w:t>
      </w:r>
    </w:p>
    <w:p>
      <w:pPr>
        <w:jc w:val="right"/>
      </w:pPr>
      <w:r>
        <w:t>ان دا فرسٹ ورلڈ وار؟ ان دا فرسٹ ورلڈ وار، ٹرکی جوائنڈ دا جوائنڈ ود جرمنی۔</w:t>
      </w:r>
    </w:p>
    <w:p>
      <w:r>
        <w:rPr>
          <w:b/>
        </w:rPr>
        <w:t xml:space="preserve">[31:12] </w:t>
      </w:r>
      <w:r>
        <w:t>and you know, Germany was defeated, and also Turkey was defeated. So after this defeat, the whole empire shattered.</w:t>
      </w:r>
    </w:p>
    <w:p>
      <w:pPr>
        <w:jc w:val="right"/>
      </w:pPr>
      <w:r>
        <w:t>اینڈ یو نو، جرمنی واز ڈیفیٹڈ، اینڈ السو ٹرکی واز ڈیفیٹڈ۔ سو افٹر دس ڈیفیٹ، دا ہول ایمپائر شیٹر۔</w:t>
      </w:r>
    </w:p>
    <w:p>
      <w:r>
        <w:rPr>
          <w:b/>
        </w:rPr>
        <w:t xml:space="preserve">[31:27] </w:t>
      </w:r>
      <w:r>
        <w:t>It was a great setback to the Khilafat. Then in then then, you know, there was national movement in every country.</w:t>
      </w:r>
    </w:p>
    <w:p>
      <w:pPr>
        <w:jc w:val="right"/>
      </w:pPr>
      <w:r>
        <w:t>اٹ واز ا گریٹ سیٹ بیک ٹو دا خلافت۔ دین ان دین دین، یو نو، دیر واز نیشنل موومنٹ ان ایوری کنٹری۔</w:t>
      </w:r>
    </w:p>
    <w:p>
      <w:r>
        <w:rPr>
          <w:b/>
        </w:rPr>
        <w:t xml:space="preserve">[31:45] </w:t>
      </w:r>
      <w:r>
        <w:t>in every country throughout the world, people wanted to establish national governments</w:t>
      </w:r>
    </w:p>
    <w:p>
      <w:pPr>
        <w:jc w:val="right"/>
      </w:pPr>
      <w:r>
        <w:t>ان ایوری کنٹری تھروٹ دی ورلڈ، پیپل وانٹڈ ٹو اسٹیبلش نیشنل گورنمنٹس</w:t>
      </w:r>
    </w:p>
    <w:p>
      <w:r>
        <w:rPr>
          <w:b/>
        </w:rPr>
        <w:t xml:space="preserve">[31:53] </w:t>
      </w:r>
      <w:r>
        <w:t>in India, also in and also in all the Arab countries. So national movements were great means to the Khilafat, because Khilafat was like an Islamic empire,</w:t>
      </w:r>
    </w:p>
    <w:p>
      <w:pPr>
        <w:jc w:val="right"/>
      </w:pPr>
      <w:r>
        <w:t>ان انڈیا، السو ان اینڈ السو ان ال دا عرب کنٹریز۔ سو نیشنل موومنٹس ویر گریٹ مینس ٹو دا خلافت، بیکاز خلافت واز لائک ا اسلامک ایمپائر،</w:t>
      </w:r>
    </w:p>
    <w:p>
      <w:r>
        <w:rPr>
          <w:b/>
        </w:rPr>
        <w:t xml:space="preserve">[32:13] </w:t>
      </w:r>
      <w:r>
        <w:t>like an Islamic empire. But now, people wanted to establish national governments in every country.</w:t>
      </w:r>
    </w:p>
    <w:p>
      <w:pPr>
        <w:jc w:val="right"/>
      </w:pPr>
      <w:r>
        <w:t>لائک ا ان اسلامک ایمپائر۔ بٹ ناو، پیپل وانٹڈ ٹو اسٹیبلش نیشنل گورنمنٹس ان ایوری کنٹری۔</w:t>
      </w:r>
    </w:p>
    <w:p>
      <w:r>
        <w:rPr>
          <w:b/>
        </w:rPr>
        <w:t xml:space="preserve">[32:23] </w:t>
      </w:r>
      <w:r>
        <w:t>So this was second problem. Due to these problems, the area of Khilafat was reduced, except Turkey.</w:t>
      </w:r>
    </w:p>
    <w:p>
      <w:pPr>
        <w:jc w:val="right"/>
      </w:pPr>
      <w:r>
        <w:t>سو دس واز سیکنڈ پرابلم۔ ڈیو ٹو دیز پرابلمز، دا ایریا اف خلافت واز ریڈیوسڈ، ایکسیپٹ ٹرکی۔</w:t>
      </w:r>
    </w:p>
    <w:p>
      <w:r>
        <w:rPr>
          <w:b/>
        </w:rPr>
        <w:t xml:space="preserve">[32:36] </w:t>
      </w:r>
      <w:r>
        <w:t>The area of Khilafat Islam, area of Khilafat Islami was reduced.</w:t>
      </w:r>
    </w:p>
    <w:p>
      <w:pPr>
        <w:jc w:val="right"/>
      </w:pPr>
      <w:r>
        <w:t>دا ایریا اف خلافت اسلام، ایریا اف خلافت اسلامی واز ریڈیوسڈ۔</w:t>
      </w:r>
    </w:p>
    <w:p>
      <w:r>
        <w:rPr>
          <w:b/>
        </w:rPr>
        <w:t xml:space="preserve">[32:45] </w:t>
      </w:r>
      <w:r>
        <w:t>din all the all the Muslim leaders of the time, all the Muslims of of the time, wanted to revive the Khilafat.</w:t>
      </w:r>
    </w:p>
    <w:p>
      <w:pPr>
        <w:jc w:val="right"/>
      </w:pPr>
      <w:r>
        <w:t>دین ال دا ال دا مسلم لیڈرز اف دا ٹائم، ال دا مسلمز اف اف دا ٹائم، وانٹڈ ٹو ریوائیو دا خلافت۔</w:t>
      </w:r>
    </w:p>
    <w:p>
      <w:r>
        <w:rPr>
          <w:b/>
        </w:rPr>
        <w:t xml:space="preserve">[33:03] </w:t>
      </w:r>
      <w:r>
        <w:t>igzampal, said jamat al-afani af arabia, din muhammad ali and shaukat ali af indiya, nabool kalam azad af indiya.</w:t>
      </w:r>
    </w:p>
    <w:p>
      <w:pPr>
        <w:jc w:val="right"/>
      </w:pPr>
      <w:r>
        <w:t>ایگزیمپل، سید جماعت العفانی اف عربیہ، دین محمد علی اینڈ شوکت علی اف انڈیا، نبول کلام آزاد اف انڈیا۔</w:t>
      </w:r>
    </w:p>
    <w:p>
      <w:r>
        <w:rPr>
          <w:b/>
        </w:rPr>
        <w:t xml:space="preserve">[33:15] </w:t>
      </w:r>
      <w:r>
        <w:t>So throughout the Muslim world, all the Muslim leaders wanted to retain Khilafat, wanted to revive Khilafat.</w:t>
      </w:r>
    </w:p>
    <w:p>
      <w:pPr>
        <w:jc w:val="right"/>
      </w:pPr>
      <w:r>
        <w:t>سو تھروٹ دا مسلم ورلڈ، ال دا مسلم لیڈرز وانٹڈ ٹو ریٹین خلافت، وانٹڈ ٹو ریوائیو خلافت۔</w:t>
      </w:r>
    </w:p>
    <w:p>
      <w:r>
        <w:rPr>
          <w:b/>
        </w:rPr>
        <w:t xml:space="preserve">[33:27] </w:t>
      </w:r>
      <w:r>
        <w:t>but it was impossible. So in 1924, there was Kamal Ata Turk, ruler of Turkey.</w:t>
      </w:r>
    </w:p>
    <w:p>
      <w:pPr>
        <w:jc w:val="right"/>
      </w:pPr>
      <w:r>
        <w:t>بٹ اٹ واز امپوسیبل۔ سو ان 1924، دیر واز کمال اتا ترک، رولر اف ٹرکی۔</w:t>
      </w:r>
    </w:p>
    <w:p>
      <w:r>
        <w:rPr>
          <w:b/>
        </w:rPr>
        <w:t xml:space="preserve">[33:38] </w:t>
      </w:r>
      <w:r>
        <w:t>Kamal Ata Turk was ruler of Turkey at the time.</w:t>
      </w:r>
    </w:p>
    <w:p>
      <w:pPr>
        <w:jc w:val="right"/>
      </w:pPr>
      <w:r>
        <w:t>کمال اتا ترک واز رولر اف ٹرکی ایٹ دا ٹائم۔</w:t>
      </w:r>
    </w:p>
    <w:p>
      <w:r>
        <w:rPr>
          <w:b/>
        </w:rPr>
        <w:t xml:space="preserve">[33:42] </w:t>
      </w:r>
      <w:r>
        <w:t>so hi</w:t>
      </w:r>
    </w:p>
    <w:p>
      <w:pPr>
        <w:jc w:val="right"/>
      </w:pPr>
      <w:r>
        <w:t>سو ہی</w:t>
      </w:r>
    </w:p>
    <w:p>
      <w:r>
        <w:rPr>
          <w:b/>
        </w:rPr>
        <w:t xml:space="preserve">[33:46] </w:t>
      </w:r>
      <w:r>
        <w:t>he abolished the institution of Khilafat in 1924.</w:t>
      </w:r>
    </w:p>
    <w:p>
      <w:pPr>
        <w:jc w:val="right"/>
      </w:pPr>
      <w:r>
        <w:t>ہی ابولش دا انسٹیٹیوشن اف خلافت ان 1924۔</w:t>
      </w:r>
    </w:p>
    <w:p>
      <w:r>
        <w:rPr>
          <w:b/>
        </w:rPr>
        <w:t xml:space="preserve">[33:58] </w:t>
      </w:r>
      <w:r>
        <w:t>So a history was abolished. There was history of 1000 years.</w:t>
      </w:r>
    </w:p>
    <w:p>
      <w:pPr>
        <w:jc w:val="right"/>
      </w:pPr>
      <w:r>
        <w:t>سو ا ہسٹری واز ابولش۔ دیر واز ہسٹری اف 1000 ایئرز۔</w:t>
      </w:r>
    </w:p>
    <w:p>
      <w:r>
        <w:rPr>
          <w:b/>
        </w:rPr>
        <w:t xml:space="preserve">[34:07] </w:t>
      </w:r>
      <w:r>
        <w:t>khilafat was having a history of 1000 years, a long long tradition, long long historical tradition.</w:t>
      </w:r>
    </w:p>
    <w:p>
      <w:pPr>
        <w:jc w:val="right"/>
      </w:pPr>
      <w:r>
        <w:t>خلافت واز ہیونگ ا ہسٹری اف 1000 ایئرز، ا لانگ لانگ ٹریڈیشن، لانگ لانگ ہسٹوریکل ٹریڈیشن۔</w:t>
      </w:r>
    </w:p>
    <w:p>
      <w:r>
        <w:rPr>
          <w:b/>
        </w:rPr>
        <w:t xml:space="preserve">[34:16] </w:t>
      </w:r>
      <w:r>
        <w:t>But in 1924, the whole history was brought, and and the Khilafat was abolished.</w:t>
      </w:r>
    </w:p>
    <w:p>
      <w:pPr>
        <w:jc w:val="right"/>
      </w:pPr>
      <w:r>
        <w:t>بٹ ان 1924، دا ہول ہسٹری واز بریڈ، اینڈ اینڈ دا خلافت واز ابولش۔</w:t>
      </w:r>
    </w:p>
    <w:p>
      <w:r>
        <w:rPr>
          <w:b/>
        </w:rPr>
        <w:t xml:space="preserve">[34:28] </w:t>
      </w:r>
      <w:r>
        <w:t>Now, there is no caliphate al-Muslimeen. Now, there is no caliphate al-Muslimeen.</w:t>
      </w:r>
    </w:p>
    <w:p>
      <w:pPr>
        <w:jc w:val="right"/>
      </w:pPr>
      <w:r>
        <w:t>ناو، دیر از نو خلیفۃ المسلمین۔ ناو، دیر از نو خلیفۃ المسلمین۔</w:t>
      </w:r>
    </w:p>
    <w:p>
      <w:r>
        <w:rPr>
          <w:b/>
        </w:rPr>
        <w:t xml:space="preserve">[34:35] </w:t>
      </w:r>
      <w:r>
        <w:t>muslims of the present world are living without Khaleefatul Muslimeen.</w:t>
      </w:r>
    </w:p>
    <w:p>
      <w:pPr>
        <w:jc w:val="right"/>
      </w:pPr>
      <w:r>
        <w:t>مسلمز اف دا پریزنٹ ورلڈ ار لیونگ وداؤٹ خلیفۃ المسلمین۔</w:t>
      </w:r>
    </w:p>
    <w:p>
      <w:r>
        <w:rPr>
          <w:b/>
        </w:rPr>
        <w:t xml:space="preserve">[34:43] </w:t>
      </w:r>
      <w:r>
        <w:t>but you have to compare the Christendom. You know, Pope is the institution of Pope is alive.</w:t>
      </w:r>
    </w:p>
    <w:p>
      <w:pPr>
        <w:jc w:val="right"/>
      </w:pPr>
      <w:r>
        <w:t>بٹ یو ہیو ٹو کمپیئر دا کرسچنڈم۔ یو نو، پوپ از دا انسٹیٹیوشن اف پوپ از الائیو۔</w:t>
      </w:r>
    </w:p>
    <w:p>
      <w:r>
        <w:rPr>
          <w:b/>
        </w:rPr>
        <w:t xml:space="preserve">[34:58] </w:t>
      </w:r>
      <w:r>
        <w:t>institution of Khaleefatul Muslimeen is dead, but institution of Pope is alive. why?</w:t>
      </w:r>
    </w:p>
    <w:p>
      <w:pPr>
        <w:jc w:val="right"/>
      </w:pPr>
      <w:r>
        <w:t>انسٹیٹیوشن اف خلیفۃ المسلمین از ڈیڈ، بٹ انسٹیٹیوشن اف پوپ از الائیو۔ وائی؟</w:t>
      </w:r>
    </w:p>
    <w:p>
      <w:r>
        <w:rPr>
          <w:b/>
        </w:rPr>
        <w:t xml:space="preserve">[35:08] </w:t>
      </w:r>
      <w:r>
        <w:t>Khaleefatul Muslimeen was like a Pope of the Muslim world, and Pope was like Khaleefatul Muslimeen in the Christian world.</w:t>
      </w:r>
    </w:p>
    <w:p>
      <w:pPr>
        <w:jc w:val="right"/>
      </w:pPr>
      <w:r>
        <w:t>خلیفۃ المسلمین واز لائک ا پوپ اف دا مسلم ورلڈ، اینڈ پوپ واز لائک خلیفۃ المسلمین ان دا کرسچن ورلڈ۔</w:t>
      </w:r>
    </w:p>
    <w:p>
      <w:r>
        <w:rPr>
          <w:b/>
        </w:rPr>
        <w:t xml:space="preserve">[35:20] </w:t>
      </w:r>
      <w:r>
        <w:t>so why happen that</w:t>
      </w:r>
    </w:p>
    <w:p>
      <w:pPr>
        <w:jc w:val="right"/>
      </w:pPr>
      <w:r>
        <w:t>سو وائی ہیپن دیٹ</w:t>
      </w:r>
    </w:p>
    <w:p>
      <w:r>
        <w:rPr>
          <w:b/>
        </w:rPr>
        <w:t xml:space="preserve">[35:25] </w:t>
      </w:r>
      <w:r>
        <w:t>Khaleefatul Muslimeen, the institution of Khaleefatul Muslimeen, was abolished in 1924, but the institution of Pope is still alive.</w:t>
      </w:r>
    </w:p>
    <w:p>
      <w:pPr>
        <w:jc w:val="right"/>
      </w:pPr>
      <w:r>
        <w:t>خلیفۃ المسلمین، دا انسٹیٹیوشن اف خلیفۃ المسلمین، واز ابولش ان 1924؟ بٹ دا انسٹیٹیوشن اف پوپ از سٹل الائیو۔</w:t>
      </w:r>
    </w:p>
    <w:p>
      <w:r>
        <w:rPr>
          <w:b/>
        </w:rPr>
        <w:t xml:space="preserve">[35:37] </w:t>
      </w:r>
      <w:r>
        <w:t>why?</w:t>
      </w:r>
    </w:p>
    <w:p>
      <w:pPr>
        <w:jc w:val="right"/>
      </w:pPr>
      <w:r>
        <w:t>وائی؟</w:t>
      </w:r>
    </w:p>
    <w:p>
      <w:r>
        <w:rPr>
          <w:b/>
        </w:rPr>
        <w:t xml:space="preserve">[35:39] </w:t>
      </w:r>
      <w:r>
        <w:t>because Christian people took the back seat.</w:t>
      </w:r>
    </w:p>
    <w:p>
      <w:pPr>
        <w:jc w:val="right"/>
      </w:pPr>
      <w:r>
        <w:t>بیکاز کرسچن پیپل ٹک دا بیک سیٹ۔</w:t>
      </w:r>
    </w:p>
    <w:p>
      <w:r>
        <w:rPr>
          <w:b/>
        </w:rPr>
        <w:t xml:space="preserve">[35:47] </w:t>
      </w:r>
      <w:r>
        <w:t>Muslims wanted to retain seat at the top, but Christian people opted retreat.</w:t>
      </w:r>
    </w:p>
    <w:p>
      <w:pPr>
        <w:jc w:val="right"/>
      </w:pPr>
      <w:r>
        <w:t>مسلمز وانٹڈ ٹو ریٹین سیٹ ایٹ دا ٹاپ۔ بٹ کرسچن پیپل اپٹڈ ریٹریٹ۔</w:t>
      </w:r>
    </w:p>
    <w:p>
      <w:r>
        <w:rPr>
          <w:b/>
        </w:rPr>
        <w:t xml:space="preserve">[35:59] </w:t>
      </w:r>
      <w:r>
        <w:t>they took back seat</w:t>
      </w:r>
    </w:p>
    <w:p>
      <w:pPr>
        <w:jc w:val="right"/>
      </w:pPr>
      <w:r>
        <w:t>دے ٹک بیک سیٹ</w:t>
      </w:r>
    </w:p>
    <w:p>
      <w:r>
        <w:rPr>
          <w:b/>
        </w:rPr>
        <w:t xml:space="preserve">[36:01] </w:t>
      </w:r>
      <w:r>
        <w:t>. so they are able, they were able to retain the title of Pope successfully.</w:t>
      </w:r>
    </w:p>
    <w:p>
      <w:pPr>
        <w:jc w:val="right"/>
      </w:pPr>
      <w:r>
        <w:t>۔ سو دے ار ایبل، دے ویر ایبل ٹو ریٹین دا ٹائٹل اف پوپ سکسیس فلی۔</w:t>
      </w:r>
    </w:p>
    <w:p>
      <w:r>
        <w:rPr>
          <w:b/>
        </w:rPr>
        <w:t xml:space="preserve">[36:13] </w:t>
      </w:r>
      <w:r>
        <w:t>you know what happened in the Middle Ages? During the Middle Ages, Pope was virtually ruler of the whole Europe, Europe,</w:t>
      </w:r>
    </w:p>
    <w:p>
      <w:pPr>
        <w:jc w:val="right"/>
      </w:pPr>
      <w:r>
        <w:t>یو نو واٹ ہیپن ان دا مڈل ایجز؟ ڈیورنگ دا مڈل ایجز، پوپ واز ورچولی رولر اف دا ہول یورپ، یورپ،</w:t>
      </w:r>
    </w:p>
    <w:p>
      <w:r>
        <w:rPr>
          <w:b/>
        </w:rPr>
        <w:t xml:space="preserve">[36:27] </w:t>
      </w:r>
      <w:r>
        <w:t>whole Christian Europe.</w:t>
      </w:r>
    </w:p>
    <w:p>
      <w:pPr>
        <w:jc w:val="right"/>
      </w:pPr>
      <w:r>
        <w:t>ہول کرسچن یورپ۔</w:t>
      </w:r>
    </w:p>
    <w:p>
      <w:r>
        <w:rPr>
          <w:b/>
        </w:rPr>
        <w:t xml:space="preserve">[36:30] </w:t>
      </w:r>
      <w:r>
        <w:t>during the middle ages, Pope was Pope was ruler of of the whole Europe.</w:t>
      </w:r>
    </w:p>
    <w:p>
      <w:pPr>
        <w:jc w:val="right"/>
      </w:pPr>
      <w:r>
        <w:t>ڈیورنگ دا مڈل ایجز، پوپ واز پوپ واز رولر اف اف دا ہول یورپ۔</w:t>
      </w:r>
    </w:p>
    <w:p>
      <w:r>
        <w:rPr>
          <w:b/>
        </w:rPr>
        <w:t xml:space="preserve">[36:41] </w:t>
      </w:r>
      <w:r>
        <w:t>then during Renaissance, there was revolt. during Renaissance, there was revolt against Christian church.</w:t>
      </w:r>
    </w:p>
    <w:p>
      <w:pPr>
        <w:jc w:val="right"/>
      </w:pPr>
      <w:r>
        <w:t>دین ڈیورنگ رینیساں، دیر واز ریولٹ۔ ڈیورنگ رینیساں، دیر واز ریولٹ اگینسٹ کرسچن چرچ۔</w:t>
      </w:r>
    </w:p>
    <w:p>
      <w:r>
        <w:rPr>
          <w:b/>
        </w:rPr>
        <w:t xml:space="preserve">[36:54] </w:t>
      </w:r>
      <w:r>
        <w:t>so there was a fighting between church and secular Christians.</w:t>
      </w:r>
    </w:p>
    <w:p>
      <w:pPr>
        <w:jc w:val="right"/>
      </w:pPr>
      <w:r>
        <w:t>سو دیر واز ا فائٹنگ بٹوین چرچ اینڈ سیکولر کرسچنز۔</w:t>
      </w:r>
    </w:p>
    <w:p>
      <w:r>
        <w:rPr>
          <w:b/>
        </w:rPr>
        <w:t xml:space="preserve">[37:06] </w:t>
      </w:r>
      <w:r>
        <w:t>it is a long story. after all, there were two options before Christian people</w:t>
      </w:r>
    </w:p>
    <w:p>
      <w:pPr>
        <w:jc w:val="right"/>
      </w:pPr>
      <w:r>
        <w:t>اٹ از ا لانگ سٹوری۔ افٹر ال، دیر واز ٹو اپشن بیفور کرسچن پیپل</w:t>
      </w:r>
    </w:p>
    <w:p>
      <w:r>
        <w:rPr>
          <w:b/>
        </w:rPr>
        <w:t xml:space="preserve">[37:16] </w:t>
      </w:r>
      <w:r>
        <w:t>: either to abolish the Pope, abolish the institution of Pope, like Khaleefatul Muslimeen.</w:t>
      </w:r>
    </w:p>
    <w:p>
      <w:pPr>
        <w:jc w:val="right"/>
      </w:pPr>
      <w:r>
        <w:t>: ایدر ٹو ابولش دا پوپ، ابولش دا انسٹیٹیوشن اف پوپ، لائک خلیفۃ المسلمین۔</w:t>
      </w:r>
    </w:p>
    <w:p>
      <w:r>
        <w:rPr>
          <w:b/>
        </w:rPr>
        <w:t xml:space="preserve">[37:27] </w:t>
      </w:r>
      <w:r>
        <w:t>in the first quarter of 20th century, there were two options before Christians: either abolish institution of Pope, just like Khaleefatul Muslimeen.</w:t>
      </w:r>
    </w:p>
    <w:p>
      <w:pPr>
        <w:jc w:val="right"/>
      </w:pPr>
      <w:r>
        <w:t>ان دا فرسٹ کوارٹر اف ٹونٹی سینچری، دیر واز ٹو اپشنز بیفور کرسچنز: ایدر ابولش انسٹیٹیوشن اف پوپ، جسٹ لائک خلیفۃ المسلمین۔</w:t>
      </w:r>
    </w:p>
    <w:p>
      <w:r>
        <w:rPr>
          <w:b/>
        </w:rPr>
        <w:t xml:space="preserve">[37:43] </w:t>
      </w:r>
      <w:r>
        <w:t>the other option was to take a back seat.</w:t>
      </w:r>
    </w:p>
    <w:p>
      <w:pPr>
        <w:jc w:val="right"/>
      </w:pPr>
      <w:r>
        <w:t>دا ادر اپشن واز ٹو ٹیک ا بیک سیٹ۔</w:t>
      </w:r>
    </w:p>
    <w:p>
      <w:r>
        <w:rPr>
          <w:b/>
        </w:rPr>
        <w:t xml:space="preserve">[37:49] </w:t>
      </w:r>
      <w:r>
        <w:t>so they took a back seat. How it happened in 1929?</w:t>
      </w:r>
    </w:p>
    <w:p>
      <w:pPr>
        <w:jc w:val="right"/>
      </w:pPr>
      <w:r>
        <w:t>سو دے ٹک ا بیک سیٹ۔ ہاؤ اٹ ہیپن ان 1929؟</w:t>
      </w:r>
    </w:p>
    <w:p>
      <w:r>
        <w:rPr>
          <w:b/>
        </w:rPr>
        <w:t xml:space="preserve">[37:57] </w:t>
      </w:r>
      <w:r>
        <w:t>1929, yani after five years of the</w:t>
      </w:r>
    </w:p>
    <w:p>
      <w:pPr>
        <w:jc w:val="right"/>
      </w:pPr>
      <w:r>
        <w:t>1929 یعنی افٹر فائیو ایئرز اف دا</w:t>
      </w:r>
    </w:p>
    <w:p>
      <w:r>
        <w:rPr>
          <w:b/>
        </w:rPr>
        <w:t xml:space="preserve">[38:07] </w:t>
      </w:r>
      <w:r>
        <w:t>abolishing of Khaleefatul Muslimeen.</w:t>
      </w:r>
    </w:p>
    <w:p>
      <w:pPr>
        <w:jc w:val="right"/>
      </w:pPr>
      <w:r>
        <w:t>ابولشنگ اف خلیفۃ المسلمین۔</w:t>
      </w:r>
    </w:p>
    <w:p>
      <w:r>
        <w:rPr>
          <w:b/>
        </w:rPr>
        <w:t xml:space="preserve">[38:12] </w:t>
      </w:r>
      <w:r>
        <w:t>so at the time, I have seen that palace that was called Pope palace.</w:t>
      </w:r>
    </w:p>
    <w:p>
      <w:pPr>
        <w:jc w:val="right"/>
      </w:pPr>
      <w:r>
        <w:t>سو ایٹ دا ٹائم، ائی ہیو سین دیٹ پیلس دیٹ واز کالڈ پوپ پیلس۔</w:t>
      </w:r>
    </w:p>
    <w:p>
      <w:r>
        <w:rPr>
          <w:b/>
        </w:rPr>
        <w:t xml:space="preserve">[38:22] </w:t>
      </w:r>
      <w:r>
        <w:t>palace was living at the time in a great great palace. I have seen that palace during my visit</w:t>
      </w:r>
    </w:p>
    <w:p>
      <w:pPr>
        <w:jc w:val="right"/>
      </w:pPr>
      <w:r>
        <w:t>پیلس واز لیونگ ایٹ دا ٹائم ان ا گریٹ گریٹ پیلس۔ ائی ہیو سین دیٹ پیلس ڈیورنگ مائی وزٹ</w:t>
      </w:r>
    </w:p>
    <w:p>
      <w:r>
        <w:rPr>
          <w:b/>
        </w:rPr>
        <w:t xml:space="preserve">[38:32] </w:t>
      </w:r>
      <w:r>
        <w:t>. This palace is situated in Rome. Then during the rule of Mussolini at the time, Mussolini was ruler of Italy.</w:t>
      </w:r>
    </w:p>
    <w:p>
      <w:pPr>
        <w:jc w:val="right"/>
      </w:pPr>
      <w:r>
        <w:t>۔ دس پیلس از سچویٹڈ ان روم۔ دین ڈیورنگ دا رول اف مسولینی ایٹ دا ٹائم، مسولینی واز رولر اف اٹلی۔</w:t>
      </w:r>
    </w:p>
    <w:p>
      <w:r>
        <w:rPr>
          <w:b/>
        </w:rPr>
        <w:t xml:space="preserve">[38:43] </w:t>
      </w:r>
      <w:r>
        <w:t>So there was a negotiation, long long negotiation between the state of Italy and the representatives of church.</w:t>
      </w:r>
    </w:p>
    <w:p>
      <w:pPr>
        <w:jc w:val="right"/>
      </w:pPr>
      <w:r>
        <w:t>سو دیر واز ا نیگوشی ایشن، لانگ لانگ نیگوشی ایشن بٹوین دا اسٹیٹ اف اٹلی اینڈ دا ریپریزنٹیٹیوز اف چرچ۔</w:t>
      </w:r>
    </w:p>
    <w:p>
      <w:r>
        <w:rPr>
          <w:b/>
        </w:rPr>
        <w:t xml:space="preserve">[38:56] </w:t>
      </w:r>
      <w:r>
        <w:t>So the church agreed to adopt a reduced position of Pope.</w:t>
      </w:r>
    </w:p>
    <w:p>
      <w:pPr>
        <w:jc w:val="right"/>
      </w:pPr>
      <w:r>
        <w:t>سو چرچ ایگریڈ ٹو اڈاپٹ ریڈیوسڈ پوزیشن اف پوپ۔</w:t>
      </w:r>
    </w:p>
    <w:p>
      <w:r>
        <w:rPr>
          <w:b/>
        </w:rPr>
        <w:t xml:space="preserve">[39:06] </w:t>
      </w:r>
      <w:r>
        <w:t>سو چرچ واز الاٹڈ ا ویری سمال پیس اف لینڈ ان روم۔ دیر از کالڈ ویٹیکن۔ یو نو دا ایریا اف ویٹیکن سٹی؟</w:t>
      </w:r>
    </w:p>
    <w:p>
      <w:pPr>
        <w:jc w:val="right"/>
      </w:pPr>
      <w:r>
        <w:t>سو چرچ واز الاٹڈ ا ویری سمال پیس اف لینڈ ان روم۔ دیر از کالڈ ویٹیکن۔ یو نو دا ایریا اف ویٹیکن سٹی؟</w:t>
      </w:r>
    </w:p>
    <w:p>
      <w:r>
        <w:rPr>
          <w:b/>
        </w:rPr>
        <w:t xml:space="preserve">[39:18] </w:t>
      </w:r>
      <w:r>
        <w:t>ویٹیکن سٹی از دا سیٹ اف پوپ۔</w:t>
      </w:r>
    </w:p>
    <w:p>
      <w:pPr>
        <w:jc w:val="right"/>
      </w:pPr>
      <w:r>
        <w:t>ویٹیکن سٹی از دا سیٹ اف پوپ۔</w:t>
      </w:r>
    </w:p>
    <w:p>
      <w:r>
        <w:rPr>
          <w:b/>
        </w:rPr>
        <w:t xml:space="preserve">[39:23] </w:t>
      </w:r>
      <w:r>
        <w:t>ویٹیکن سٹی از سپوز ٹو بی اینڈ انڈیپینڈنٹ کنٹری۔ اینڈ یو نو واٹ از دا ایریا اف دس دس ویٹیکن سٹی؟</w:t>
      </w:r>
    </w:p>
    <w:p>
      <w:pPr>
        <w:jc w:val="right"/>
      </w:pPr>
      <w:r>
        <w:t>ویٹیکن سٹی از سپوز ٹو بی اینڈ انڈیپینڈنٹ کنٹری۔ اینڈ یو نو واٹ از دا ایریا اف دس دس ویٹیکن سٹی؟</w:t>
      </w:r>
    </w:p>
    <w:p>
      <w:r>
        <w:rPr>
          <w:b/>
        </w:rPr>
        <w:t xml:space="preserve">[39:39] </w:t>
      </w:r>
      <w:r>
        <w:t>میرلی ون 110 ایکر۔ دیٹس ال</w:t>
      </w:r>
    </w:p>
    <w:p>
      <w:pPr>
        <w:jc w:val="right"/>
      </w:pPr>
      <w:r>
        <w:t>میرلی ون 110 ایکر۔ دیٹس ال</w:t>
      </w:r>
    </w:p>
    <w:p>
      <w:r>
        <w:rPr>
          <w:b/>
        </w:rPr>
        <w:t xml:space="preserve">[39:46] </w:t>
      </w:r>
      <w:r>
        <w:t>110 ایکر، پریسائزلی 109 ایکر، پریسائزلی 109 ایکر۔</w:t>
      </w:r>
    </w:p>
    <w:p>
      <w:pPr>
        <w:jc w:val="right"/>
      </w:pPr>
      <w:r>
        <w:t>110 ایکر، پریسائزلی 109 ایکر، پریسائزلی 109 ایکر۔</w:t>
      </w:r>
    </w:p>
    <w:p>
      <w:r>
        <w:rPr>
          <w:b/>
        </w:rPr>
        <w:t xml:space="preserve">[39:59] </w:t>
      </w:r>
      <w:r>
        <w:t>دیر از دا ایریا اف ویٹیکن سٹی، بٹ دا سیٹ اف پوپ۔</w:t>
      </w:r>
    </w:p>
    <w:p>
      <w:pPr>
        <w:jc w:val="right"/>
      </w:pPr>
      <w:r>
        <w:t>دیر از دا ایریا اف ویٹیکن سٹی، بٹ دا سیٹ اف پوپ۔</w:t>
      </w:r>
    </w:p>
    <w:p>
      <w:r>
        <w:rPr>
          <w:b/>
        </w:rPr>
        <w:t xml:space="preserve">[40:07] </w:t>
      </w:r>
      <w:r>
        <w:t>So they opted for reduced position, and the result was miraculous.</w:t>
      </w:r>
    </w:p>
    <w:p>
      <w:pPr>
        <w:jc w:val="right"/>
      </w:pPr>
      <w:r>
        <w:t>سو دے اپٹڈ فار ریڈیوسڈ پوزیشن، اینڈ دا رزلٹ واز میریکولس۔</w:t>
      </w:r>
    </w:p>
    <w:p>
      <w:r>
        <w:rPr>
          <w:b/>
        </w:rPr>
        <w:t xml:space="preserve">[40:17] </w:t>
      </w:r>
      <w:r>
        <w:t>Now, Pope is the is now, the Pope is an spiritual ruler of the whole Christian world.</w:t>
      </w:r>
    </w:p>
    <w:p>
      <w:pPr>
        <w:jc w:val="right"/>
      </w:pPr>
      <w:r>
        <w:t>ناو، پوپ از دا از ناو، دا پوپ از ان سپریچول رولر اف دا ہول کرسچن ورلڈ۔</w:t>
      </w:r>
    </w:p>
    <w:p>
      <w:r>
        <w:rPr>
          <w:b/>
        </w:rPr>
        <w:t xml:space="preserve">[40:27] </w:t>
      </w:r>
      <w:r>
        <w:t>From Vatican City, Pope is able to organize all kind of Christian activities throughout the world: educational activities, social activities, and missionary activities.</w:t>
      </w:r>
    </w:p>
    <w:p>
      <w:pPr>
        <w:jc w:val="right"/>
      </w:pPr>
      <w:r>
        <w:t>فرام ویٹیکن سٹی، پوپ از ایبل ٹو ارگنائز ال کائنڈ اف کرسچن ایکٹیویٹیز تھروٹ دی ورلڈ: ایجوکیشنل ایکٹیویٹیز، سوشل ایکٹیویٹیز، اینڈ مشنری ایکٹیویٹیز۔</w:t>
      </w:r>
    </w:p>
    <w:p>
      <w:r>
        <w:rPr>
          <w:b/>
        </w:rPr>
        <w:t xml:space="preserve">[40:44] </w:t>
      </w:r>
      <w:r>
        <w:t>سو الدو دا سیٹ اف پوپ از ویری ویری سمال، نو مور دین 109 ایکر۔</w:t>
      </w:r>
    </w:p>
    <w:p>
      <w:pPr>
        <w:jc w:val="right"/>
      </w:pPr>
      <w:r>
        <w:t>سو الدو دا سیٹ اف پوپ از ویری ویری سمال، نو مور دین 109 ایکر۔</w:t>
      </w:r>
    </w:p>
    <w:p>
      <w:r>
        <w:rPr>
          <w:b/>
        </w:rPr>
        <w:t xml:space="preserve">[40:56] </w:t>
      </w:r>
      <w:r>
        <w:t>دیٹ از ویٹیکن سٹی۔ ائی ہیو سین دس ویٹیکن سٹی۔ اٹ از ویری سمال۔</w:t>
      </w:r>
    </w:p>
    <w:p>
      <w:pPr>
        <w:jc w:val="right"/>
      </w:pPr>
      <w:r>
        <w:t>دیٹ از ویٹیکن سٹی۔ ائی ہیو سین دس ویٹیکن سٹی۔ اٹ از ویری سمال۔</w:t>
      </w:r>
    </w:p>
    <w:p>
      <w:r>
        <w:rPr>
          <w:b/>
        </w:rPr>
        <w:t xml:space="preserve">[41:04] </w:t>
      </w:r>
      <w:r>
        <w:t>But the most important part is that by taking backseat, they they were able to retain historical title Pope.</w:t>
      </w:r>
    </w:p>
    <w:p>
      <w:pPr>
        <w:jc w:val="right"/>
      </w:pPr>
      <w:r>
        <w:t>بٹ دا موسٹ امپورٹنٹ پارٹ از دیٹ بائی ٹیکنگ بیک سیٹ، دے دے ویر ایبل ٹو ریٹین ہسٹوریکل ٹائٹل پوپ۔</w:t>
      </w:r>
    </w:p>
    <w:p>
      <w:r>
        <w:rPr>
          <w:b/>
        </w:rPr>
        <w:t xml:space="preserve">[41:20] </w:t>
      </w:r>
      <w:r>
        <w:t>سو ایریا از ناٹ امپورٹنٹ، دا ہسٹوریکل ٹائٹل از امپورٹنٹ۔</w:t>
      </w:r>
    </w:p>
    <w:p>
      <w:pPr>
        <w:jc w:val="right"/>
      </w:pPr>
      <w:r>
        <w:t>سو ایریا از ناٹ امپورٹنٹ، دا ہسٹوریکل ٹائٹل از امپورٹنٹ۔</w:t>
      </w:r>
    </w:p>
    <w:p>
      <w:r>
        <w:rPr>
          <w:b/>
        </w:rPr>
        <w:t xml:space="preserve">[41:28] </w:t>
      </w:r>
      <w:r>
        <w:t>ان دس کیس، ایریا از ناٹ امپورٹنٹ۔</w:t>
      </w:r>
    </w:p>
    <w:p>
      <w:pPr>
        <w:jc w:val="right"/>
      </w:pPr>
      <w:r>
        <w:t>ان دس کیس، ایریا از ناٹ امپورٹنٹ۔</w:t>
      </w:r>
    </w:p>
    <w:p>
      <w:r>
        <w:rPr>
          <w:b/>
        </w:rPr>
        <w:t xml:space="preserve">[41:34] </w:t>
      </w:r>
      <w:r>
        <w:t>The important thing is that by this policy of modesty. This was the policy of modesty. So by this policy of modesty, they were able to retain the historical title of Pope.</w:t>
      </w:r>
    </w:p>
    <w:p>
      <w:pPr>
        <w:jc w:val="right"/>
      </w:pPr>
      <w:r>
        <w:t>دا امپورٹنٹ تھنگ از دیٹ بائی دس پالیسی اف ماڈیسٹی۔ دس واز دا پالیسی اف ماڈیسٹی۔ سو بائی دس پالیسی اف ماڈیسٹی، دے ویر ایبل ٹو ریٹین دا ہسٹوریکل ٹائٹل اف پوپ۔</w:t>
      </w:r>
    </w:p>
    <w:p>
      <w:r>
        <w:rPr>
          <w:b/>
        </w:rPr>
        <w:t xml:space="preserve">[41:51] </w:t>
      </w:r>
      <w:r>
        <w:t>یو نو، پوپ از ا ویری ویری ہسٹوریکل ٹائٹل۔ اٹ ہیز مسٹیریس گلوری۔</w:t>
      </w:r>
    </w:p>
    <w:p>
      <w:pPr>
        <w:jc w:val="right"/>
      </w:pPr>
      <w:r>
        <w:t>یو نو، پوپ از ا ویری ویری ہسٹوریکل ٹائٹل۔ اٹ ہیز مسٹیریس گلوری۔</w:t>
      </w:r>
    </w:p>
    <w:p>
      <w:r>
        <w:rPr>
          <w:b/>
        </w:rPr>
        <w:t xml:space="preserve">[42:00] </w:t>
      </w:r>
      <w:r>
        <w:t>ورڈ پوپ کنٹینز ا مسٹیریس گلوری</w:t>
      </w:r>
    </w:p>
    <w:p>
      <w:pPr>
        <w:jc w:val="right"/>
      </w:pPr>
      <w:r>
        <w:t>ورڈ پوپ کنٹینز ا مسٹیریس گلوری</w:t>
      </w:r>
    </w:p>
    <w:p>
      <w:r>
        <w:rPr>
          <w:b/>
        </w:rPr>
        <w:t xml:space="preserve">[42:07] </w:t>
      </w:r>
      <w:r>
        <w:t>بیکاز اف ہسٹری، دا لانگ ہسٹری بیہائنڈ دس ٹائٹل۔</w:t>
      </w:r>
    </w:p>
    <w:p>
      <w:pPr>
        <w:jc w:val="right"/>
      </w:pPr>
      <w:r>
        <w:t>بیکاز اف ہسٹری، دا لانگ ہسٹری بیہائنڈ دس ٹائٹل۔</w:t>
      </w:r>
    </w:p>
    <w:p>
      <w:r>
        <w:rPr>
          <w:b/>
        </w:rPr>
        <w:t xml:space="preserve">[42:15] </w:t>
      </w:r>
      <w:r>
        <w:t>دیر از ا لانگ ہسٹوریکل ٹریڈیشن بیہائنڈ دس ٹائٹل۔</w:t>
      </w:r>
    </w:p>
    <w:p>
      <w:pPr>
        <w:jc w:val="right"/>
      </w:pPr>
      <w:r>
        <w:t>دیر از ا لانگ ہسٹوریکل ٹریڈیشن بیہائنڈ دس ٹائٹل۔</w:t>
      </w:r>
    </w:p>
    <w:p>
      <w:r>
        <w:rPr>
          <w:b/>
        </w:rPr>
        <w:t xml:space="preserve">[42:21] </w:t>
      </w:r>
      <w:r>
        <w:t>سو دس واز ا کیس اف ماڈیسٹی۔</w:t>
      </w:r>
    </w:p>
    <w:p>
      <w:pPr>
        <w:jc w:val="right"/>
      </w:pPr>
      <w:r>
        <w:t>سو دس واز ا کیس اف ماڈیسٹی۔</w:t>
      </w:r>
    </w:p>
    <w:p>
      <w:r>
        <w:rPr>
          <w:b/>
        </w:rPr>
        <w:t xml:space="preserve">[42:26] </w:t>
      </w:r>
      <w:r>
        <w:t>By this policy of modesty, Christian people were able to retain the historical title of Pope.</w:t>
      </w:r>
    </w:p>
    <w:p>
      <w:pPr>
        <w:jc w:val="right"/>
      </w:pPr>
      <w:r>
        <w:t>بائی دس پالیسی اف ماڈیسٹی، کرسچن پیپل ویر ایبل ٹو ریٹین دا ہسٹوریکل ٹائٹل اف پوپ۔</w:t>
      </w:r>
    </w:p>
    <w:p>
      <w:r>
        <w:rPr>
          <w:b/>
        </w:rPr>
        <w:t xml:space="preserve">[42:40] </w:t>
      </w:r>
      <w:r>
        <w:t>ناو، یو نو پوپ از دا سٹرینتھ۔ پوپ از سینٹر اف یونٹی فار کرسچنڈم۔</w:t>
      </w:r>
    </w:p>
    <w:p>
      <w:pPr>
        <w:jc w:val="right"/>
      </w:pPr>
      <w:r>
        <w:t>ناو، یو نو پوپ از دا سٹرینتھ۔ پوپ از سینٹر اف یونٹی فار کرسچنڈم۔</w:t>
      </w:r>
    </w:p>
    <w:p>
      <w:r>
        <w:rPr>
          <w:b/>
        </w:rPr>
        <w:t xml:space="preserve">[42:52] </w:t>
      </w:r>
      <w:r>
        <w:t>Pope is spiritual power for Christendom.</w:t>
      </w:r>
    </w:p>
    <w:p>
      <w:pPr>
        <w:jc w:val="right"/>
      </w:pPr>
      <w:r>
        <w:t>پوپ از سپریچول پاور فار کرسچنڈم۔</w:t>
      </w:r>
    </w:p>
    <w:p>
      <w:r>
        <w:rPr>
          <w:b/>
        </w:rPr>
        <w:t xml:space="preserve">[42:57] </w:t>
      </w:r>
      <w:r>
        <w:t>Pope is a great name for Christian community. We have no such name. We have lost.</w:t>
      </w:r>
    </w:p>
    <w:p>
      <w:pPr>
        <w:jc w:val="right"/>
      </w:pPr>
      <w:r>
        <w:t>پوپ از ا گریٹ نیم فار کرسچن کمیونٹی۔ وی ہیو نو سچ نیم۔ وی ہیو لاسٹ۔</w:t>
      </w:r>
    </w:p>
    <w:p>
      <w:r>
        <w:rPr>
          <w:b/>
        </w:rPr>
        <w:t xml:space="preserve">[43:08] </w:t>
      </w:r>
      <w:r>
        <w:t>to khaleefat al muslimeen was a great name for more than pop. khaleefat al muslimeen was having great great historical traditions from abbas period upto uthman period</w:t>
      </w:r>
    </w:p>
    <w:p>
      <w:pPr>
        <w:jc w:val="right"/>
      </w:pPr>
      <w:r>
        <w:t>تو خلیفۃ المسلمین واز ا گریٹ نیم فار مور دین پوپ۔ خلیفۃ المسلمین واز ہیونگ گریٹ گریٹ ہسٹوریکل ٹریڈیشنز فرام عباس پیریڈ اپ ٹو عطمان پیریڈ</w:t>
      </w:r>
    </w:p>
    <w:p>
      <w:r>
        <w:rPr>
          <w:b/>
        </w:rPr>
        <w:t xml:space="preserve">[43:25] </w:t>
      </w:r>
      <w:r>
        <w:t>. the center of abbas khilafat was baghdad, and center of uthman khilafat was turkey.</w:t>
      </w:r>
    </w:p>
    <w:p>
      <w:pPr>
        <w:jc w:val="right"/>
      </w:pPr>
      <w:r>
        <w:t>۔ دا سینٹر اف عباس خلیفت واز بغداد، اینڈ سینٹر اف عطمان خلیفت واز ٹرکی۔</w:t>
      </w:r>
    </w:p>
    <w:p>
      <w:r>
        <w:rPr>
          <w:b/>
        </w:rPr>
        <w:t xml:space="preserve">[43:34] </w:t>
      </w:r>
      <w:r>
        <w:t>so there is a long historical tradition. khaleefat al muslimeen was a very historical title, having a great historical tradition,</w:t>
      </w:r>
    </w:p>
    <w:p>
      <w:pPr>
        <w:jc w:val="right"/>
      </w:pPr>
      <w:r>
        <w:t>سو دیر از ا لانگ ہسٹوریکل ٹریڈیشن۔ خلیفۃ المسلمین واز ا ویری ہسٹوریکل ٹائٹل، ہیونگ ا گریٹ ہسٹوریکل ٹریڈیشن،</w:t>
      </w:r>
    </w:p>
    <w:p>
      <w:r>
        <w:rPr>
          <w:b/>
        </w:rPr>
        <w:t xml:space="preserve">[43:52] </w:t>
      </w:r>
      <w:r>
        <w:t>a mysterious glory for muslims.</w:t>
      </w:r>
    </w:p>
    <w:p>
      <w:pPr>
        <w:jc w:val="right"/>
      </w:pPr>
      <w:r>
        <w:t>ا مسٹیریس گلوری فار مسلمز۔</w:t>
      </w:r>
    </w:p>
    <w:p>
      <w:r>
        <w:rPr>
          <w:b/>
        </w:rPr>
        <w:t xml:space="preserve">[43:56] </w:t>
      </w:r>
      <w:r>
        <w:t>but muslims,</w:t>
      </w:r>
    </w:p>
    <w:p>
      <w:pPr>
        <w:jc w:val="right"/>
      </w:pPr>
      <w:r>
        <w:t>بٹ مسلمز،</w:t>
      </w:r>
    </w:p>
    <w:p>
      <w:r>
        <w:rPr>
          <w:b/>
        </w:rPr>
        <w:t xml:space="preserve">[44:00] </w:t>
      </w:r>
      <w:r>
        <w:t>but muslims fail to retain this title. now, no, no, there is no khaleefat al muslimeen. there is a pop for christians, but there is no khaleefat al muslimeen for muslims.</w:t>
      </w:r>
    </w:p>
    <w:p>
      <w:pPr>
        <w:jc w:val="right"/>
      </w:pPr>
      <w:r>
        <w:t>بٹ مسلمز فیل ٹو ریٹین دس ٹائٹل۔ ناو، نو، نو، دیر از نو خلیفۃ المسلمین۔ دیر از ا پوپ فار کرسچنز، بٹ دیر از نو خلیفۃ المسلمین فار مسلمز۔</w:t>
      </w:r>
    </w:p>
    <w:p>
      <w:r>
        <w:rPr>
          <w:b/>
        </w:rPr>
        <w:t xml:space="preserve">[44:15] </w:t>
      </w:r>
      <w:r>
        <w:t>in our present time, there is a pop for christians, but there is no khaleefat al muslimeen for muslim community.</w:t>
      </w:r>
    </w:p>
    <w:p>
      <w:pPr>
        <w:jc w:val="right"/>
      </w:pPr>
      <w:r>
        <w:t>ان اور پریزنٹ ٹائم، دیر از ا پوپ فار کرسچنز، بٹ دیر از نو خلیفۃ المسلمین فار مسلم کمیونٹی۔</w:t>
      </w:r>
    </w:p>
    <w:p>
      <w:r>
        <w:rPr>
          <w:b/>
        </w:rPr>
        <w:t xml:space="preserve">[44:28] </w:t>
      </w:r>
      <w:r>
        <w:t>and this tragedy happened only due to lack of modesty.</w:t>
      </w:r>
    </w:p>
    <w:p>
      <w:pPr>
        <w:jc w:val="right"/>
      </w:pPr>
      <w:r>
        <w:t>اینڈ دس ٹریجڈی ہیپنڈ اونلی ڈیو ٹو لیک اف ماڈیسٹی۔</w:t>
      </w:r>
    </w:p>
    <w:p>
      <w:r>
        <w:rPr>
          <w:b/>
        </w:rPr>
        <w:t xml:space="preserve">[44:39] </w:t>
      </w:r>
      <w:r>
        <w:t>all our muslim leaders wanted to to retain the top.</w:t>
      </w:r>
    </w:p>
    <w:p>
      <w:pPr>
        <w:jc w:val="right"/>
      </w:pPr>
      <w:r>
        <w:t>ال اور مسلم لیڈرز وانٹڈ ٹو ٹو ریٹین دا ٹاپ۔</w:t>
      </w:r>
    </w:p>
    <w:p>
      <w:r>
        <w:rPr>
          <w:b/>
        </w:rPr>
        <w:t xml:space="preserve">[44:50] </w:t>
      </w:r>
      <w:r>
        <w:t>they wanted to jump to the top, and they fell.</w:t>
      </w:r>
    </w:p>
    <w:p>
      <w:pPr>
        <w:jc w:val="right"/>
      </w:pPr>
      <w:r>
        <w:t>دے وانٹڈ ٹو جمپ ٹو دا ٹاپ، اینڈ دے فیل۔</w:t>
      </w:r>
    </w:p>
    <w:p>
      <w:r>
        <w:rPr>
          <w:b/>
        </w:rPr>
        <w:t xml:space="preserve">[45:00] </w:t>
      </w:r>
      <w:r>
        <w:t>they for them, the real option was to take a back se</w:t>
      </w:r>
    </w:p>
    <w:p>
      <w:pPr>
        <w:jc w:val="right"/>
      </w:pPr>
      <w:r>
        <w:t>دے فار دیم، دا ریل اپشن واز ٹو ٹیک ا بیک سی</w:t>
      </w:r>
    </w:p>
    <w:p>
      <w:r>
        <w:rPr>
          <w:b/>
        </w:rPr>
        <w:t xml:space="preserve">[45:07] </w:t>
      </w:r>
      <w:r>
        <w:t>t. the real option, actual option for our muslim leaders of the time, the only option, only possible option was to take a back seat,</w:t>
      </w:r>
    </w:p>
    <w:p>
      <w:pPr>
        <w:jc w:val="right"/>
      </w:pPr>
      <w:r>
        <w:t>ٹ۔ دی ریل اپشن، ایکچول اپشن فار اور مسلم لیڈرز اف دا ٹائم، دا اونلی اپشن، اونلی پوسیبل اپشن واز ٹو ٹیک ا بیک سیٹ،</w:t>
      </w:r>
    </w:p>
    <w:p>
      <w:r>
        <w:rPr>
          <w:b/>
        </w:rPr>
        <w:t xml:space="preserve">[45:24] </w:t>
      </w:r>
      <w:r>
        <w:t>just like vatican.</w:t>
      </w:r>
    </w:p>
    <w:p>
      <w:pPr>
        <w:jc w:val="right"/>
      </w:pPr>
      <w:r>
        <w:t>جسٹ لائک ویٹیکن۔</w:t>
      </w:r>
    </w:p>
    <w:p>
      <w:r>
        <w:rPr>
          <w:b/>
        </w:rPr>
        <w:t xml:space="preserve">[45:29] </w:t>
      </w:r>
      <w:r>
        <w:t>they have to opt for a small piece of land as a center of khilafat, just like vatican.</w:t>
      </w:r>
    </w:p>
    <w:p>
      <w:pPr>
        <w:jc w:val="right"/>
      </w:pPr>
      <w:r>
        <w:t>دے ہیو ٹو اپٹ فار ا سمال پیس اف لینڈ ایز ا سینٹر اف خلیفت، جسٹ لائک ویٹیکن۔</w:t>
      </w:r>
    </w:p>
    <w:p>
      <w:r>
        <w:rPr>
          <w:b/>
        </w:rPr>
        <w:t xml:space="preserve">[45:41] </w:t>
      </w:r>
      <w:r>
        <w:t>we were able to establish islamic vatican</w:t>
      </w:r>
    </w:p>
    <w:p>
      <w:pPr>
        <w:jc w:val="right"/>
      </w:pPr>
      <w:r>
        <w:t>وی ویر ایبل ٹو اسٹیبلش اسلامک ویٹیکن</w:t>
      </w:r>
    </w:p>
    <w:p>
      <w:r>
        <w:rPr>
          <w:b/>
        </w:rPr>
        <w:t xml:space="preserve">[45:47] </w:t>
      </w:r>
      <w:r>
        <w:t>at the time in 1924.</w:t>
      </w:r>
    </w:p>
    <w:p>
      <w:pPr>
        <w:jc w:val="right"/>
      </w:pPr>
      <w:r>
        <w:t>ایٹ دا ٹائم ان 1924۔</w:t>
      </w:r>
    </w:p>
    <w:p>
      <w:r>
        <w:rPr>
          <w:b/>
        </w:rPr>
        <w:t xml:space="preserve">[45:53] </w:t>
      </w:r>
      <w:r>
        <w:t>to christians establish a vatican in 1929. the same was possible for us establish islamic vatican in 1924.</w:t>
      </w:r>
    </w:p>
    <w:p>
      <w:pPr>
        <w:jc w:val="right"/>
      </w:pPr>
      <w:r>
        <w:t>تو کرسچنز اسٹیبلش ا ویٹیکن ان 1929۔ دا سیم واز پوسیبل فار اس اسٹیبلش اسلامک ویٹیکن ان 1924۔</w:t>
      </w:r>
    </w:p>
    <w:p>
      <w:r>
        <w:rPr>
          <w:b/>
        </w:rPr>
        <w:t xml:space="preserve">[46:12] </w:t>
      </w:r>
      <w:r>
        <w:t>but due to lack of wisdom, we were not able to avail this opportunity.</w:t>
      </w:r>
    </w:p>
    <w:p>
      <w:pPr>
        <w:jc w:val="right"/>
      </w:pPr>
      <w:r>
        <w:t>بٹ ڈیو ٹو لیک اف وزڈم، وی ویر ناٹ ایبل ٹو اویل دس اپرچونیٹی۔</w:t>
      </w:r>
    </w:p>
    <w:p>
      <w:r>
        <w:rPr>
          <w:b/>
        </w:rPr>
        <w:t xml:space="preserve">[46:23] </w:t>
      </w:r>
      <w:r>
        <w:t>so this is the greatest principle of nature, as well this is the greatest principle of islam.</w:t>
      </w:r>
    </w:p>
    <w:p>
      <w:pPr>
        <w:jc w:val="right"/>
      </w:pPr>
      <w:r>
        <w:t>سو دس از دا گریٹسٹ پرنسپل اف نیچر، ایز ویل دس از دا گریٹسٹ پرنسپل اف اسلام۔</w:t>
      </w:r>
    </w:p>
    <w:p>
      <w:r>
        <w:rPr>
          <w:b/>
        </w:rPr>
        <w:t xml:space="preserve">[46:35] </w:t>
      </w:r>
      <w:r>
        <w:t>all though achievements are related to modesty.</w:t>
      </w:r>
    </w:p>
    <w:p>
      <w:pPr>
        <w:jc w:val="right"/>
      </w:pPr>
      <w:r>
        <w:t>ال دو اچیومنٹس ار ریلیٹڈ ٹو ماڈیسٹی۔</w:t>
      </w:r>
    </w:p>
    <w:p>
      <w:r>
        <w:rPr>
          <w:b/>
        </w:rPr>
        <w:t xml:space="preserve">[46:46] </w:t>
      </w:r>
      <w:r>
        <w:t>pride, sense of pride, always lead to destruction.</w:t>
      </w:r>
    </w:p>
    <w:p>
      <w:pPr>
        <w:jc w:val="right"/>
      </w:pPr>
      <w:r>
        <w:t>پرائیڈ، سینس اف پرائیڈ، الویز لیڈ ٹو ڈسٹرکشن۔</w:t>
      </w:r>
    </w:p>
    <w:p>
      <w:r>
        <w:rPr>
          <w:b/>
        </w:rPr>
        <w:t xml:space="preserve">[46:53] </w:t>
      </w:r>
      <w:r>
        <w:t>sense of pride always leads to failure, and sense of modesty always leads to achievement.</w:t>
      </w:r>
    </w:p>
    <w:p>
      <w:pPr>
        <w:jc w:val="right"/>
      </w:pPr>
      <w:r>
        <w:t>سینس اف پرائیڈ الویز لیڈز ٹو فیلیر، اینڈ سینس اف ماڈیسٹی الویز لیڈز ٹو اچیومنٹ۔</w:t>
      </w:r>
    </w:p>
    <w:p>
      <w:r>
        <w:rPr>
          <w:b/>
        </w:rPr>
        <w:t xml:space="preserve">[47:09] </w:t>
      </w:r>
      <w:r>
        <w:t>this is the most important aspect of islam, as well as this is the most important law of nature. both</w:t>
      </w:r>
    </w:p>
    <w:p>
      <w:pPr>
        <w:jc w:val="right"/>
      </w:pPr>
      <w:r>
        <w:t>دس از دا موسٹ امپورٹنٹ اسپیکٹ اف اسلام، ایز ویل ایز دس از دا موسٹ امپورٹنٹ لاء اف نیچر۔ بوتھ</w:t>
      </w:r>
    </w:p>
    <w:p>
      <w:r>
        <w:rPr>
          <w:b/>
        </w:rPr>
        <w:t xml:space="preserve">[47:23] </w:t>
      </w:r>
      <w:r>
        <w:t>wen we say Allahu Akbar, you know in every salat, in every namaz, we say Allahu Akbar.</w:t>
      </w:r>
    </w:p>
    <w:p>
      <w:pPr>
        <w:jc w:val="right"/>
      </w:pPr>
      <w:r>
        <w:t>وین وی سے اللہ اکبر، یو نو ان ایوری صلاۃ، ان ایوری نماز، وی سے اللہ اکبر۔</w:t>
      </w:r>
    </w:p>
    <w:p>
      <w:r>
        <w:rPr>
          <w:b/>
        </w:rPr>
        <w:t xml:space="preserve">[47:32] </w:t>
      </w:r>
      <w:r>
        <w:t>every day, no less than 250 times.</w:t>
      </w:r>
    </w:p>
    <w:p>
      <w:pPr>
        <w:jc w:val="right"/>
      </w:pPr>
      <w:r>
        <w:t>ایوری ڈے، نو لیس دین 250 ٹائمز۔</w:t>
      </w:r>
    </w:p>
    <w:p>
      <w:r>
        <w:rPr>
          <w:b/>
        </w:rPr>
        <w:t xml:space="preserve">[47:37] </w:t>
      </w:r>
      <w:r>
        <w:t>every day, every day, we perform salat five times.</w:t>
      </w:r>
    </w:p>
    <w:p>
      <w:pPr>
        <w:jc w:val="right"/>
      </w:pPr>
      <w:r>
        <w:t>ایوری ڈے، ایوری ڈے، وی پرفارم صلاۃ فائیو ٹائمز۔</w:t>
      </w:r>
    </w:p>
    <w:p>
      <w:r>
        <w:rPr>
          <w:b/>
        </w:rPr>
        <w:t xml:space="preserve">[47:49] </w:t>
      </w:r>
      <w:r>
        <w:t>and during these salat, we repeat this word again and again: Allahu Akbar in azan, as always, as in namaz.</w:t>
      </w:r>
    </w:p>
    <w:p>
      <w:pPr>
        <w:jc w:val="right"/>
      </w:pPr>
      <w:r>
        <w:t>اینڈ ڈیورنگ دیز صلاۃ، وی ریپیٹ دس ورڈ اگین اینڈ اگین: اللہ اکبر ان اذان، ایز الویز، ایز ان نماز۔</w:t>
      </w:r>
    </w:p>
    <w:p>
      <w:r>
        <w:rPr>
          <w:b/>
        </w:rPr>
        <w:t xml:space="preserve">[47:59] </w:t>
      </w:r>
      <w:r>
        <w:t>both</w:t>
      </w:r>
    </w:p>
    <w:p>
      <w:pPr>
        <w:jc w:val="right"/>
      </w:pPr>
      <w:r>
        <w:t>بوتھ</w:t>
      </w:r>
    </w:p>
    <w:p>
      <w:r>
        <w:rPr>
          <w:b/>
        </w:rPr>
        <w:t xml:space="preserve">[48:03] </w:t>
      </w:r>
      <w:r>
        <w:t>so we say Allahu Akbar no less than 250 times every day. Now, what is Allahu Akbar?</w:t>
      </w:r>
    </w:p>
    <w:p>
      <w:pPr>
        <w:jc w:val="right"/>
      </w:pPr>
      <w:r>
        <w:t>سو وی سے اللہ اکبر نو لیس دین 250 ٹائمز ایوری ڈے۔ ناو، واٹ از اللہ اکبر؟</w:t>
      </w:r>
    </w:p>
    <w:p>
      <w:r>
        <w:rPr>
          <w:b/>
        </w:rPr>
        <w:t xml:space="preserve">[48:14] </w:t>
      </w:r>
      <w:r>
        <w:t>Allahu Akbar means God is great.</w:t>
      </w:r>
    </w:p>
    <w:p>
      <w:pPr>
        <w:jc w:val="right"/>
      </w:pPr>
      <w:r>
        <w:t>اللہ اکبر مینز گاڈ از گریٹ۔</w:t>
      </w:r>
    </w:p>
    <w:p>
      <w:r>
        <w:rPr>
          <w:b/>
        </w:rPr>
        <w:t xml:space="preserve">[48:20] </w:t>
      </w:r>
      <w:r>
        <w:t>so when you see, when you say, when you say that God is great,</w:t>
      </w:r>
    </w:p>
    <w:p>
      <w:pPr>
        <w:jc w:val="right"/>
      </w:pPr>
      <w:r>
        <w:t>سو وین یو سی، وین یو سے، وین یو سے دیٹ گاڈ از گریٹ،</w:t>
      </w:r>
    </w:p>
    <w:p>
      <w:r>
        <w:rPr>
          <w:b/>
        </w:rPr>
        <w:t xml:space="preserve">[48:31] </w:t>
      </w:r>
      <w:r>
        <w:t>you are also saying that I am not great, I am modest. Greatness is for God, and modesty is for me.</w:t>
      </w:r>
    </w:p>
    <w:p>
      <w:pPr>
        <w:jc w:val="right"/>
      </w:pPr>
      <w:r>
        <w:t>یو ار السو سینگ دیٹ ائی ایم ناٹ گریٹ، ائی ایم ماڈیسٹ۔ گریٹنس از فار گاڈ، اینڈ ماڈیسٹی از فار می۔</w:t>
      </w:r>
    </w:p>
    <w:p>
      <w:r>
        <w:rPr>
          <w:b/>
        </w:rPr>
        <w:t xml:space="preserve">[48:46] </w:t>
      </w:r>
      <w:r>
        <w:t>Allahu Akbar means greatness is for God, and for me only modesty.</w:t>
      </w:r>
    </w:p>
    <w:p>
      <w:pPr>
        <w:jc w:val="right"/>
      </w:pPr>
      <w:r>
        <w:t>اللہ اکبر مینز گریٹنس از فار گاڈ، اینڈ فار می اونلی ماڈیسٹی۔</w:t>
      </w:r>
    </w:p>
    <w:p>
      <w:r>
        <w:rPr>
          <w:b/>
        </w:rPr>
        <w:t xml:space="preserve">[48:59] </w:t>
      </w:r>
      <w:r>
        <w:t>this is the lesson of Islam. This is the crux of Islam.</w:t>
      </w:r>
    </w:p>
    <w:p>
      <w:pPr>
        <w:jc w:val="right"/>
      </w:pPr>
      <w:r>
        <w:t>دس از دا لیسن اف اسلام۔ دس از دا کرکس اف اسلام۔</w:t>
      </w:r>
    </w:p>
    <w:p>
      <w:r>
        <w:rPr>
          <w:b/>
        </w:rPr>
        <w:t xml:space="preserve">[49:08] </w:t>
      </w:r>
      <w:r>
        <w:t>but people say I am proud to be a Muslim. It is nonsense.</w:t>
      </w:r>
    </w:p>
    <w:p>
      <w:pPr>
        <w:jc w:val="right"/>
      </w:pPr>
      <w:r>
        <w:t>بٹ پیپل سے ائی ایم پراؤڈ ٹو بی ا مسلم۔ اٹ از نان سینس۔</w:t>
      </w:r>
    </w:p>
    <w:p>
      <w:r>
        <w:rPr>
          <w:b/>
        </w:rPr>
        <w:t xml:space="preserve">[49:17] </w:t>
      </w:r>
      <w:r>
        <w:t>everywhere, everywhere, everywhere, people say present Muslims say I am proud to be a Muslim, I am proud to be a Muslim.</w:t>
      </w:r>
    </w:p>
    <w:p>
      <w:pPr>
        <w:jc w:val="right"/>
      </w:pPr>
      <w:r>
        <w:t>ایوری ویر، ایوری ویر، ایوری ویر، پیپل سے پریزنٹ مسلمز سے ائی ایم پراؤڈ ٹو بی ا مسلم، ائی ایم پراؤڈ ٹو بی ا مسلم۔</w:t>
      </w:r>
    </w:p>
    <w:p>
      <w:r>
        <w:rPr>
          <w:b/>
        </w:rPr>
        <w:t xml:space="preserve">[49:28] </w:t>
      </w:r>
      <w:r>
        <w:t>no, it is wrong, it is baseless, is quite against the teachings of Islam.</w:t>
      </w:r>
    </w:p>
    <w:p>
      <w:pPr>
        <w:jc w:val="right"/>
      </w:pPr>
      <w:r>
        <w:t>نو، اٹ از رونگ، اٹ از بیس لیس، از کوائٹ اگینسٹ دا ٹیچنگز اف اسلام۔</w:t>
      </w:r>
    </w:p>
    <w:p>
      <w:r>
        <w:rPr>
          <w:b/>
        </w:rPr>
        <w:t xml:space="preserve">[49:39] </w:t>
      </w:r>
      <w:r>
        <w:t>it is against the law of nature.</w:t>
      </w:r>
    </w:p>
    <w:p>
      <w:pPr>
        <w:jc w:val="right"/>
      </w:pPr>
      <w:r>
        <w:t>اٹ از اگینسٹ دی لاء اف نیچر۔</w:t>
      </w:r>
    </w:p>
    <w:p>
      <w:r>
        <w:rPr>
          <w:b/>
        </w:rPr>
        <w:t xml:space="preserve">[49:44] </w:t>
      </w:r>
      <w:r>
        <w:t>so we have to discover</w:t>
      </w:r>
    </w:p>
    <w:p>
      <w:pPr>
        <w:jc w:val="right"/>
      </w:pPr>
      <w:r>
        <w:t>سو وی ہیو ٹو ڈسکور</w:t>
      </w:r>
    </w:p>
    <w:p>
      <w:r>
        <w:rPr>
          <w:b/>
        </w:rPr>
        <w:t xml:space="preserve">[49:50] </w:t>
      </w:r>
      <w:r>
        <w:t>this principle of nature, this principle of Islam, that modesty is the greatest value in Islam.</w:t>
      </w:r>
    </w:p>
    <w:p>
      <w:pPr>
        <w:jc w:val="right"/>
      </w:pPr>
      <w:r>
        <w:t>دس پرنسپل اف نیچر، دس پرنسپل اف اسلام، دیٹ ماڈیسٹی از دا گریٹسٹ ویلیو ان اسلام۔</w:t>
      </w:r>
    </w:p>
    <w:p>
      <w:r>
        <w:rPr>
          <w:b/>
        </w:rPr>
        <w:t xml:space="preserve">[50:04] </w:t>
      </w:r>
      <w:r>
        <w:t>modesty is the most important value in Islam. Man tawada' rafa' Allah,</w:t>
      </w:r>
    </w:p>
    <w:p>
      <w:pPr>
        <w:jc w:val="right"/>
      </w:pPr>
      <w:r>
        <w:t>ماڈیسٹی از دا موسٹ امپورٹنٹ ویلیو ان اسلام۔ من تواضع رفع اللہ،</w:t>
      </w:r>
    </w:p>
    <w:p>
      <w:r>
        <w:rPr>
          <w:b/>
        </w:rPr>
        <w:t xml:space="preserve">[50:13] </w:t>
      </w:r>
      <w:r>
        <w:t>one who adopts modesty, he will be successful. So modesty is the way of success. Modesty is the way to success.</w:t>
      </w:r>
    </w:p>
    <w:p>
      <w:pPr>
        <w:jc w:val="right"/>
      </w:pPr>
      <w:r>
        <w:t>ون ہو اڈاپٹس ماڈیسٹی، ہی ویل بی سکسیس فل۔ سو ماڈیسٹی از دا وے اف سکسیس۔ ماڈیسٹی از دا وے اف ٹو سکسیس۔</w:t>
      </w:r>
    </w:p>
    <w:p>
      <w:r>
        <w:rPr>
          <w:b/>
        </w:rPr>
        <w:t xml:space="preserve">[50:30] </w:t>
      </w:r>
      <w:r>
        <w:t>Man tawada' rafa' Allah, it means that modesty is the way to success.</w:t>
      </w:r>
    </w:p>
    <w:p>
      <w:pPr>
        <w:jc w:val="right"/>
      </w:pPr>
      <w:r>
        <w:t>من تواضع رفع اللہ، اٹ مینز دیٹ ماڈیسٹی از دا وے ٹو سکسیس۔</w:t>
      </w:r>
    </w:p>
    <w:p>
      <w:r>
        <w:rPr>
          <w:b/>
        </w:rPr>
        <w:t xml:space="preserve">[50:40] </w:t>
      </w:r>
      <w:r>
        <w:t>Quran says Al-Muminun alladheena fi siratihim khashi'un,</w:t>
      </w:r>
    </w:p>
    <w:p>
      <w:pPr>
        <w:jc w:val="right"/>
      </w:pPr>
      <w:r>
        <w:t>قران سے المومنون الذین فی صراطہم خاشعون،</w:t>
      </w:r>
    </w:p>
    <w:p>
      <w:r>
        <w:rPr>
          <w:b/>
        </w:rPr>
        <w:t xml:space="preserve">[50:49] </w:t>
      </w:r>
      <w:r>
        <w:t>falah means success. So success is for those who have the quality of khushu.</w:t>
      </w:r>
    </w:p>
    <w:p>
      <w:pPr>
        <w:jc w:val="right"/>
      </w:pPr>
      <w:r>
        <w:t>فلاں مینز سکسیس۔ سو سکسیس از فار دو ہو ہیو دا کوالٹی اف خشوع۔</w:t>
      </w:r>
    </w:p>
    <w:p>
      <w:r>
        <w:rPr>
          <w:b/>
        </w:rPr>
        <w:t xml:space="preserve">[50:57] </w:t>
      </w:r>
      <w:r>
        <w:t>khushu means modesty.</w:t>
      </w:r>
    </w:p>
    <w:p>
      <w:pPr>
        <w:jc w:val="right"/>
      </w:pPr>
      <w:r>
        <w:t>خشوع مینز ماڈیسٹی۔</w:t>
      </w:r>
    </w:p>
    <w:p>
      <w:r>
        <w:rPr>
          <w:b/>
        </w:rPr>
        <w:t xml:space="preserve">[51:02] </w:t>
      </w:r>
      <w:r>
        <w:t>khushu means modesty. Submission modesty.</w:t>
      </w:r>
    </w:p>
    <w:p>
      <w:pPr>
        <w:jc w:val="right"/>
      </w:pPr>
      <w:r>
        <w:t>خشوع مینز ماڈیسٹی۔ سبمیشن ماڈیسٹی۔</w:t>
      </w:r>
    </w:p>
    <w:p>
      <w:r>
        <w:rPr>
          <w:b/>
        </w:rPr>
        <w:t xml:space="preserve">[51:10] </w:t>
      </w:r>
      <w:r>
        <w:t>falah means success. Al-Muminun alladheena fi siratihim khashi'un, it means that</w:t>
      </w:r>
    </w:p>
    <w:p>
      <w:pPr>
        <w:jc w:val="right"/>
      </w:pPr>
      <w:r>
        <w:t>فلاں مینز سکسیس۔ المومنون الذین فی صراطہم خاشعون، اٹ مینز دیٹ</w:t>
      </w:r>
    </w:p>
    <w:p>
      <w:r>
        <w:rPr>
          <w:b/>
        </w:rPr>
        <w:t xml:space="preserve">[51:21] </w:t>
      </w:r>
      <w:r>
        <w:t>success is for those who are modest.</w:t>
      </w:r>
    </w:p>
    <w:p>
      <w:pPr>
        <w:jc w:val="right"/>
      </w:pPr>
      <w:r>
        <w:t>سکسیس از فار دو ہو ار ماڈیسٹ۔</w:t>
      </w:r>
    </w:p>
    <w:p>
      <w:r>
        <w:rPr>
          <w:b/>
        </w:rPr>
        <w:t xml:space="preserve">[51:29] </w:t>
      </w:r>
      <w:r>
        <w:t>success is for those who are modest.</w:t>
      </w:r>
    </w:p>
    <w:p>
      <w:pPr>
        <w:jc w:val="right"/>
      </w:pPr>
      <w:r>
        <w:t>سکسیس از فار دو ہو ار ماڈیسٹ۔</w:t>
      </w:r>
    </w:p>
    <w:p>
      <w:r>
        <w:rPr>
          <w:b/>
        </w:rPr>
        <w:t xml:space="preserve">[51:36] </w:t>
      </w:r>
      <w:r>
        <w:t>modesty is the culture of universe.</w:t>
      </w:r>
    </w:p>
    <w:p>
      <w:pPr>
        <w:jc w:val="right"/>
      </w:pPr>
      <w:r>
        <w:t>ماڈیسٹی از دا کلچر اف یونیورس۔</w:t>
      </w:r>
    </w:p>
    <w:p>
      <w:r>
        <w:rPr>
          <w:b/>
        </w:rPr>
        <w:t xml:space="preserve">[51:39] </w:t>
      </w:r>
      <w:r>
        <w:t>all the bodies of the space are modest. they modestly follow the law of nature.</w:t>
      </w:r>
    </w:p>
    <w:p>
      <w:pPr>
        <w:jc w:val="right"/>
      </w:pPr>
      <w:r>
        <w:t>ال دا باڈیز اف دا سپیس ار ماڈیسٹ۔ دے ماڈیسٹلی فالو دا لاء اف نیچر۔</w:t>
      </w:r>
    </w:p>
    <w:p>
      <w:r>
        <w:rPr>
          <w:b/>
        </w:rPr>
        <w:t xml:space="preserve">[51:50] </w:t>
      </w:r>
      <w:r>
        <w:t>they modestly follow the command of god. no rebellion, no item of the vast universe goes against the law of nature.</w:t>
      </w:r>
    </w:p>
    <w:p>
      <w:pPr>
        <w:jc w:val="right"/>
      </w:pPr>
      <w:r>
        <w:t>دے ماڈیسٹلی فالو دا کمانڈ اف گاڈ۔ نو ریبیلین، نو ائٹم اف دا واسٹ یونیورس گوز اگینسٹ دی لاء اف نیچر۔</w:t>
      </w:r>
    </w:p>
    <w:p>
      <w:r>
        <w:rPr>
          <w:b/>
        </w:rPr>
        <w:t xml:space="preserve">[52:10] </w:t>
      </w:r>
      <w:r>
        <w:t>they follow with complete submission the law of nature. this is modesty.</w:t>
      </w:r>
    </w:p>
    <w:p>
      <w:pPr>
        <w:jc w:val="right"/>
      </w:pPr>
      <w:r>
        <w:t>دے فالو ود کمپلیٹ سبمیشن دا لاء اف نیچر۔ دس از ماڈیسٹی۔</w:t>
      </w:r>
    </w:p>
    <w:p>
      <w:r>
        <w:rPr>
          <w:b/>
        </w:rPr>
        <w:t xml:space="preserve">[52:21] </w:t>
      </w:r>
      <w:r>
        <w:t>there is a verse in the quran that all the all things in the universe are in sajdah. sajdah, sajdah means modesty.</w:t>
      </w:r>
    </w:p>
    <w:p>
      <w:pPr>
        <w:jc w:val="right"/>
      </w:pPr>
      <w:r>
        <w:t>دیر از ا ورس ان دا قران دیٹ ال دا ال تھنگز ان دا یونیورس ار ان سجدہ۔ سجدہ، سجدہ مینز ماڈیسٹی۔</w:t>
      </w:r>
    </w:p>
    <w:p>
      <w:r>
        <w:rPr>
          <w:b/>
        </w:rPr>
        <w:t xml:space="preserve">[52:38] </w:t>
      </w:r>
      <w:r>
        <w:t>it is quran declaration. quran gives us this news, this great news, that the whole university is in sajdah.</w:t>
      </w:r>
    </w:p>
    <w:p>
      <w:pPr>
        <w:jc w:val="right"/>
      </w:pPr>
      <w:r>
        <w:t>اٹ از قران ڈیکلریشن۔ قران گیوز اس دس نیوز، دس گریٹ نیوز، دیٹ دا ہول یونیورسٹی از ان سجدہ۔</w:t>
      </w:r>
    </w:p>
    <w:p>
      <w:r>
        <w:rPr>
          <w:b/>
        </w:rPr>
        <w:t xml:space="preserve">[52:51] </w:t>
      </w:r>
      <w:r>
        <w:t>all the trees, all the, all the stars are in sajdah. they are doing sajdah.</w:t>
      </w:r>
    </w:p>
    <w:p>
      <w:pPr>
        <w:jc w:val="right"/>
      </w:pPr>
      <w:r>
        <w:t>ال دا ٹریز، ال دا، ال دا سٹارز ار ان سجدہ۔ دے ار ڈوئنگ سجدہ۔</w:t>
      </w:r>
    </w:p>
    <w:p>
      <w:r>
        <w:rPr>
          <w:b/>
        </w:rPr>
        <w:t xml:space="preserve">[53:08] </w:t>
      </w:r>
      <w:r>
        <w:t>an-najmu wash-shajaru yasjudaan, from stars up to tree, everything is in sajdah.</w:t>
      </w:r>
    </w:p>
    <w:p>
      <w:pPr>
        <w:jc w:val="right"/>
      </w:pPr>
      <w:r>
        <w:t>النجم و شجر یسدان، فرام سٹارز اپ ٹو ٹری، ایوری تھنگ از ان سجدہ۔</w:t>
      </w:r>
    </w:p>
    <w:p>
      <w:r>
        <w:rPr>
          <w:b/>
        </w:rPr>
        <w:t xml:space="preserve">[53:17] </w:t>
      </w:r>
      <w:r>
        <w:t>najm means stars, shajar means tree. so an-najmu wash-shajaru yasjudaan, it means that from stars up to the trees,</w:t>
      </w:r>
    </w:p>
    <w:p>
      <w:pPr>
        <w:jc w:val="right"/>
      </w:pPr>
      <w:r>
        <w:t>نجم مینز سٹارز، شجر مینز ٹری۔ سو النجم و شجر یسدان، اٹ مینز دیٹ فرام سٹارز اپ ٹو دا ٹریز،</w:t>
      </w:r>
    </w:p>
    <w:p>
      <w:r>
        <w:rPr>
          <w:b/>
        </w:rPr>
        <w:t xml:space="preserve">[53:30] </w:t>
      </w:r>
      <w:r>
        <w:t>everything is in sajdah.</w:t>
      </w:r>
    </w:p>
    <w:p>
      <w:pPr>
        <w:jc w:val="right"/>
      </w:pPr>
      <w:r>
        <w:t>ایوری تھنگ از ان سجدہ۔</w:t>
      </w:r>
    </w:p>
    <w:p>
      <w:r>
        <w:rPr>
          <w:b/>
        </w:rPr>
        <w:t xml:space="preserve">[53:33] </w:t>
      </w:r>
      <w:r>
        <w:t>sajdah means modesty, submission.</w:t>
      </w:r>
    </w:p>
    <w:p>
      <w:pPr>
        <w:jc w:val="right"/>
      </w:pPr>
      <w:r>
        <w:t>سجدہ مینز ماڈیسٹی، سبمیشن۔</w:t>
      </w:r>
    </w:p>
    <w:p>
      <w:r>
        <w:rPr>
          <w:b/>
        </w:rPr>
        <w:t xml:space="preserve">[53:41] </w:t>
      </w:r>
      <w:r>
        <w:t>so submission or modesty is the culture of the universe. this is the most important teaching of islam.</w:t>
      </w:r>
    </w:p>
    <w:p>
      <w:pPr>
        <w:jc w:val="right"/>
      </w:pPr>
      <w:r>
        <w:t>سو سبمیشن اور ماڈیسٹی از دا کلچر اف دا یونیورس۔ دس از دا موسٹ امپورٹنٹ ٹیچنگ اف اسلام۔</w:t>
      </w:r>
    </w:p>
    <w:p>
      <w:r>
        <w:rPr>
          <w:b/>
        </w:rPr>
        <w:t xml:space="preserve">[53:53] </w:t>
      </w:r>
      <w:r>
        <w:t>modesty is the only way to success.</w:t>
      </w:r>
    </w:p>
    <w:p>
      <w:pPr>
        <w:jc w:val="right"/>
      </w:pPr>
      <w:r>
        <w:t>ماڈیسٹی از دا اونلی وے ٹو سکسیس۔</w:t>
      </w:r>
    </w:p>
    <w:p>
      <w:r>
        <w:rPr>
          <w:b/>
        </w:rPr>
        <w:t xml:space="preserve">[53:58] </w:t>
      </w:r>
      <w:r>
        <w:t>without modesty,</w:t>
      </w:r>
    </w:p>
    <w:p>
      <w:pPr>
        <w:jc w:val="right"/>
      </w:pPr>
      <w:r>
        <w:t>وداؤٹ ماڈیسٹی،</w:t>
      </w:r>
    </w:p>
    <w:p>
      <w:r>
        <w:rPr>
          <w:b/>
        </w:rPr>
        <w:t xml:space="preserve">[54:03] </w:t>
      </w:r>
      <w:r>
        <w:t>there is no success in this world.</w:t>
      </w:r>
    </w:p>
    <w:p>
      <w:pPr>
        <w:jc w:val="right"/>
      </w:pPr>
      <w:r>
        <w:t>دیر از نو سکسیس ان دس ورلڈ۔</w:t>
      </w:r>
    </w:p>
    <w:p>
      <w:r>
        <w:rPr>
          <w:b/>
        </w:rPr>
        <w:t xml:space="preserve">[54:14] </w:t>
      </w:r>
      <w:r>
        <w:t>an-najmu wash-shajaru yasjudaan, this is a verse of the quran.</w:t>
      </w:r>
    </w:p>
    <w:p>
      <w:pPr>
        <w:jc w:val="right"/>
      </w:pPr>
      <w:r>
        <w:t>النجم و شجر یسدان، دس از ا ورس اف دا قران۔</w:t>
      </w:r>
    </w:p>
    <w:p>
      <w:r>
        <w:rPr>
          <w:b/>
        </w:rPr>
        <w:t xml:space="preserve">[54:21] </w:t>
      </w:r>
      <w:r>
        <w:t>you can see it in the chapter rahman.</w:t>
      </w:r>
    </w:p>
    <w:p>
      <w:pPr>
        <w:jc w:val="right"/>
      </w:pPr>
      <w:r>
        <w:t>یو کین سی اٹ ان دا چیپٹر الرحمن۔</w:t>
      </w:r>
    </w:p>
    <w:p>
      <w:r>
        <w:rPr>
          <w:b/>
        </w:rPr>
        <w:t xml:space="preserve">[54:26] </w:t>
      </w:r>
      <w:r>
        <w:t>rahman is the title of a chapter of the quran. in this chapter, you can read this verse. an-najmu wash-shajaru yasjudaan, from stars up to the tree, everything is in sajdah.</w:t>
      </w:r>
    </w:p>
    <w:p>
      <w:pPr>
        <w:jc w:val="right"/>
      </w:pPr>
      <w:r>
        <w:t>الرحمن از دا ٹائٹل اف ا چیپٹر اف دا قران۔ ان دس چیپٹر، یو کین ریڈ دس ورس۔ النجم و شجر یسدان، فرام سٹارز اپ ٹو دا ٹری، ایوری تھنگ از ان سجدہ۔</w:t>
      </w:r>
    </w:p>
    <w:p>
      <w:r>
        <w:rPr>
          <w:b/>
        </w:rPr>
        <w:t xml:space="preserve">[54:44] </w:t>
      </w:r>
      <w:r>
        <w:t>sajdah means submission, modesty.</w:t>
      </w:r>
    </w:p>
    <w:p>
      <w:pPr>
        <w:jc w:val="right"/>
      </w:pPr>
      <w:r>
        <w:t>سجدہ مینز سبمیشن، ماڈیسٹی۔</w:t>
      </w:r>
    </w:p>
    <w:p>
      <w:r>
        <w:rPr>
          <w:b/>
        </w:rPr>
        <w:t xml:space="preserve">[54:50] </w:t>
      </w:r>
      <w:r>
        <w:t>so modesty and submission is the culture of the universe. this is the culture of islam. this is the culture of muslims.</w:t>
      </w:r>
    </w:p>
    <w:p>
      <w:pPr>
        <w:jc w:val="right"/>
      </w:pPr>
      <w:r>
        <w:t>سو ماڈیسٹی اینڈ سبمیشن از دا کلچر اف دا یونیورس۔ دس از دا کلچر اف اسلام۔ دس از دا کلچر اف مسلمز۔</w:t>
      </w:r>
    </w:p>
    <w:p>
      <w:r>
        <w:rPr>
          <w:b/>
        </w:rPr>
        <w:t xml:space="preserve">[54:59] </w:t>
      </w:r>
      <w:r>
        <w:t>and this is the way to success.</w:t>
      </w:r>
    </w:p>
    <w:p>
      <w:pPr>
        <w:jc w:val="right"/>
      </w:pPr>
      <w:r>
        <w:t>اینڈ دس از دا وے ٹو سکسیس۔</w:t>
      </w:r>
    </w:p>
    <w:p>
      <w:r>
        <w:rPr>
          <w:b/>
        </w:rPr>
        <w:t xml:space="preserve">[55:08] </w:t>
      </w:r>
      <w:r>
        <w:t>so we have to know this fact. we have to believe in this fact.</w:t>
      </w:r>
    </w:p>
    <w:p>
      <w:pPr>
        <w:jc w:val="right"/>
      </w:pPr>
      <w:r>
        <w:t>سو وی ہیو ٹو نو دس فیکٹ۔ وی ہیو ٹو بیلیو ان دس فیکٹ۔</w:t>
      </w:r>
    </w:p>
    <w:p>
      <w:r>
        <w:rPr>
          <w:b/>
        </w:rPr>
        <w:t xml:space="preserve">[55:16] </w:t>
      </w:r>
      <w:r>
        <w:t>we have to mould our self in this. in this, we have to mould our self according to this fact.</w:t>
      </w:r>
    </w:p>
    <w:p>
      <w:pPr>
        <w:jc w:val="right"/>
      </w:pPr>
      <w:r>
        <w:t>وی ہیو ٹو مولڈ اور سیلف ان دس۔ ان دس، وی ہیو ٹو مولڈ اور سیلف اکارڈنگ ٹو دس فیکٹ۔</w:t>
      </w:r>
    </w:p>
    <w:p>
      <w:r>
        <w:rPr>
          <w:b/>
        </w:rPr>
        <w:t xml:space="preserve">[55:28] </w:t>
      </w:r>
      <w:r>
        <w:t>we have to make our self modest.</w:t>
      </w:r>
    </w:p>
    <w:p>
      <w:pPr>
        <w:jc w:val="right"/>
      </w:pPr>
      <w:r>
        <w:t>وی ہیو ٹو میک اور سیلف ماڈیسٹ۔</w:t>
      </w:r>
    </w:p>
    <w:p>
      <w:r>
        <w:rPr>
          <w:b/>
        </w:rPr>
        <w:t xml:space="preserve">[55:33] </w:t>
      </w:r>
      <w:r>
        <w:t>so modesty is the only way to success.</w:t>
      </w:r>
    </w:p>
    <w:p>
      <w:pPr>
        <w:jc w:val="right"/>
      </w:pPr>
      <w:r>
        <w:t>سو ماڈیسٹی از دا اونلی وے ٹو سکسیس۔</w:t>
      </w:r>
    </w:p>
    <w:p>
      <w:r>
        <w:rPr>
          <w:b/>
        </w:rPr>
        <w:t xml:space="preserve">[55:42] </w:t>
      </w:r>
      <w:r>
        <w:t>aqool qooli wastaghfirullah a</w:t>
      </w:r>
    </w:p>
    <w:p>
      <w:pPr>
        <w:jc w:val="right"/>
      </w:pPr>
      <w:r>
        <w:t>اقول قولی واستغفراللہ 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