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One Can See God March 4, 2007</w:t>
      </w:r>
    </w:p>
    <w:p>
      <w:r>
        <w:t>https://youtu.be/Xm14mPW0HJI</w:t>
      </w:r>
    </w:p>
    <w:p>
      <w:r>
        <w:rPr>
          <w:b/>
        </w:rPr>
        <w:t xml:space="preserve">[00:25] </w:t>
      </w:r>
      <w:r>
        <w:t>wa ahl al-'uqdat min lisani, yafqahu qawli.</w:t>
      </w:r>
    </w:p>
    <w:p>
      <w:pPr>
        <w:jc w:val="right"/>
      </w:pPr>
      <w:r>
        <w:t>، واحل العقدۃ من لسانی، یفقہ قولی۔</w:t>
      </w:r>
    </w:p>
    <w:p>
      <w:r>
        <w:rPr>
          <w:b/>
        </w:rPr>
        <w:t xml:space="preserve">[00:36] </w:t>
      </w:r>
      <w:r>
        <w:t>aaj ka topic nai mauzu hai, kyunke mere zehan mein koi makhsoos baat nahi hai.</w:t>
      </w:r>
    </w:p>
    <w:p>
      <w:pPr>
        <w:jc w:val="right"/>
      </w:pPr>
      <w:r>
        <w:t>آج کا ٹاپک نئی موضوع ہے، کیونکہ میرے ذہن میں کوئی مخصوص بات نہیں ہے۔</w:t>
      </w:r>
    </w:p>
    <w:p>
      <w:r>
        <w:rPr>
          <w:b/>
        </w:rPr>
        <w:t xml:space="preserve">[00:46] </w:t>
      </w:r>
      <w:r>
        <w:t>abhi</w:t>
      </w:r>
    </w:p>
    <w:p>
      <w:pPr>
        <w:jc w:val="right"/>
      </w:pPr>
      <w:r>
        <w:t>ابھی</w:t>
      </w:r>
    </w:p>
    <w:p>
      <w:r>
        <w:rPr>
          <w:b/>
        </w:rPr>
        <w:t xml:space="preserve">[00:47] </w:t>
      </w:r>
      <w:r>
        <w:t>Mr Khalid Ansari ne</w:t>
      </w:r>
    </w:p>
    <w:p>
      <w:pPr>
        <w:jc w:val="right"/>
      </w:pPr>
      <w:r>
        <w:t>مسٹر خالد انصاری نے</w:t>
      </w:r>
    </w:p>
    <w:p>
      <w:r>
        <w:rPr>
          <w:b/>
        </w:rPr>
        <w:t xml:space="preserve">[00:52] </w:t>
      </w:r>
      <w:r>
        <w:t>ek bataya, ek saahab ka, ke woh koi guru hain aur un ka mission hai. to un ka interview liya unhon ne.</w:t>
      </w:r>
    </w:p>
    <w:p>
      <w:pPr>
        <w:jc w:val="right"/>
      </w:pPr>
      <w:r>
        <w:t>ایک بتایا، ایک صاحب کا، کہ وہ کوئی گرو ہیں اور ان کا مشن ہے۔ تو ان کا انٹرویو لیا انہوں نے۔</w:t>
      </w:r>
    </w:p>
    <w:p>
      <w:r>
        <w:rPr>
          <w:b/>
        </w:rPr>
        <w:t xml:space="preserve">[01:05] </w:t>
      </w:r>
      <w:r>
        <w:t>un ka kehna hai ke</w:t>
      </w:r>
    </w:p>
    <w:p>
      <w:pPr>
        <w:jc w:val="right"/>
      </w:pPr>
      <w:r>
        <w:t>ان کا کہنا ہے کہ</w:t>
      </w:r>
    </w:p>
    <w:p>
      <w:r>
        <w:rPr>
          <w:b/>
        </w:rPr>
        <w:t xml:space="preserve">[01:10] </w:t>
      </w:r>
      <w:r>
        <w:t>Khuda ko daleel se paana mumkin nahi hai.</w:t>
      </w:r>
    </w:p>
    <w:p>
      <w:pPr>
        <w:jc w:val="right"/>
      </w:pPr>
      <w:r>
        <w:t>خدا کو دلیل سے پانا ممکن نہیں ہے۔</w:t>
      </w:r>
    </w:p>
    <w:p>
      <w:r>
        <w:rPr>
          <w:b/>
        </w:rPr>
        <w:t xml:space="preserve">[01:14] </w:t>
      </w:r>
      <w:r>
        <w:t>reason aur logic se Khuda ko paana mumkin nahi hai.</w:t>
      </w:r>
    </w:p>
    <w:p>
      <w:pPr>
        <w:jc w:val="right"/>
      </w:pPr>
      <w:r>
        <w:t>ریزن اور لاجک سے خدا کو پانا ممکن نہیں ہے۔</w:t>
      </w:r>
    </w:p>
    <w:p>
      <w:r>
        <w:rPr>
          <w:b/>
        </w:rPr>
        <w:t xml:space="preserve">[01:22] </w:t>
      </w:r>
      <w:r>
        <w:t>sirf andarooni safar jo hai, usi se aap pa sakte hain. sara khazana andar hai.</w:t>
      </w:r>
    </w:p>
    <w:p>
      <w:pPr>
        <w:jc w:val="right"/>
      </w:pPr>
      <w:r>
        <w:t>صرف اندرونی سفر جو ہے، اسی سے آپ پا سکتے ہیں۔ سارا خزانہ اندر ہے۔</w:t>
      </w:r>
    </w:p>
    <w:p>
      <w:r>
        <w:rPr>
          <w:b/>
        </w:rPr>
        <w:t xml:space="preserve">[01:32] </w:t>
      </w:r>
      <w:r>
        <w:t>to yeh to sirf, yaani woh to woh khud hi aik aik subjective daawa hai.</w:t>
      </w:r>
    </w:p>
    <w:p>
      <w:pPr>
        <w:jc w:val="right"/>
      </w:pPr>
      <w:r>
        <w:t>تو یہ تو صرف، یعنی وہ تو وہ خود ہی ایک ایک سبجیکٹو دعویٰ ہے۔</w:t>
      </w:r>
    </w:p>
    <w:p>
      <w:r>
        <w:rPr>
          <w:b/>
        </w:rPr>
        <w:t xml:space="preserve">[01:39] </w:t>
      </w:r>
      <w:r>
        <w:t>jis ke paas aik sirf subjective daawa hai, woh to usay to mein to bataoon ke sab se behtar yeh hai ke woh chup rahe. us ko bolnay ki zaroorat kya hai?</w:t>
      </w:r>
    </w:p>
    <w:p>
      <w:pPr>
        <w:jc w:val="right"/>
      </w:pPr>
      <w:r>
        <w:t>جس کے پاس ایک صرف سبجیکٹو دعویٰ ہے، وہ تو اسے تو میں تو بتاؤں کہ سب سے بہتر یہ ہے کہ وہ چپ رہے۔ اس کو بولنے کی ضرورت کیا ہے؟</w:t>
      </w:r>
    </w:p>
    <w:p>
      <w:r>
        <w:rPr>
          <w:b/>
        </w:rPr>
        <w:t xml:space="preserve">[01:50] </w:t>
      </w:r>
      <w:r>
        <w:t>lekin aap doosray ko keh rahe hain ke woh reason se nahi pa sakta. aap jo paaye, woh to subjective hai.</w:t>
      </w:r>
    </w:p>
    <w:p>
      <w:pPr>
        <w:jc w:val="right"/>
      </w:pPr>
      <w:r>
        <w:t>لیکن آپ دوسرے کو کہہ رہے ہیں کہ وہ ریزن سے نہیں پا سکتا۔ آپ جو پائے، وہ تو سبجیکٹو ہے۔</w:t>
      </w:r>
    </w:p>
    <w:p>
      <w:r>
        <w:rPr>
          <w:b/>
        </w:rPr>
        <w:t xml:space="preserve">[02:00] </w:t>
      </w:r>
      <w:r>
        <w:t>to aik subjective daryaft wala aadmi kaise radd kar sakta hai doosray ko?</w:t>
      </w:r>
    </w:p>
    <w:p>
      <w:pPr>
        <w:jc w:val="right"/>
      </w:pPr>
      <w:r>
        <w:t>تو ایک سبجیکٹو دریافت والا آدمی کیسے رد کر سکتا ہے دوسرے کو؟</w:t>
      </w:r>
    </w:p>
    <w:p>
      <w:r>
        <w:rPr>
          <w:b/>
        </w:rPr>
        <w:t xml:space="preserve">[02:08] </w:t>
      </w:r>
      <w:r>
        <w:t>dekhein, yeh aik bohat bara, bohat bari fallacy hai. bohat bari fallacy hai. mein keh sakta hoon ke Khuda ko mein ne daleel se paaya hai.</w:t>
      </w:r>
    </w:p>
    <w:p>
      <w:pPr>
        <w:jc w:val="right"/>
      </w:pPr>
      <w:r>
        <w:t>دیکھیں، یہ ایک بہت بڑا، بہت بڑی فلیسی ہے۔ بہت بڑی فلیسی ہے۔ میں کہہ سکتا ہوں کہ خدا کو میں نے دلیل سے پایا ہے۔</w:t>
      </w:r>
    </w:p>
    <w:p>
      <w:r>
        <w:rPr>
          <w:b/>
        </w:rPr>
        <w:t xml:space="preserve">[02:26] </w:t>
      </w:r>
      <w:r>
        <w:t>reason se paaya hai.</w:t>
      </w:r>
    </w:p>
    <w:p>
      <w:pPr>
        <w:jc w:val="right"/>
      </w:pPr>
      <w:r>
        <w:t>ریزن سے پایا ہے۔</w:t>
      </w:r>
    </w:p>
    <w:p>
      <w:r>
        <w:rPr>
          <w:b/>
        </w:rPr>
        <w:t xml:space="preserve">[02:30] </w:t>
      </w:r>
      <w:r>
        <w:t>aur sab se bari daleel mere paas yeh hai ke aisi baatein mere zehn mein aati hain jis ko mein ne kabhi socha nahi tha. woh kaun dene wala hai in baaton ko?</w:t>
      </w:r>
    </w:p>
    <w:p>
      <w:pPr>
        <w:jc w:val="right"/>
      </w:pPr>
      <w:r>
        <w:t>اور سب سے بڑی دلیل میرے پاس یہ ہے کہ ایسی باتیں میرے ذہن میں آتی ہیں جس کو میں نے کبھی سوچا نہیں تھا۔ وہ کون دینے والا ہے ان باتوں کو؟</w:t>
      </w:r>
    </w:p>
    <w:p>
      <w:r>
        <w:rPr>
          <w:b/>
        </w:rPr>
        <w:t xml:space="preserve">[02:42] </w:t>
      </w:r>
      <w:r>
        <w:t>aisi hazaron baatein hain jin ko mein ne parha nahi. jin ko mein ne suna nahi.</w:t>
      </w:r>
    </w:p>
    <w:p>
      <w:pPr>
        <w:jc w:val="right"/>
      </w:pPr>
      <w:r>
        <w:t>ایسی ہزاروں باتیں ہیں جن کو میں نے پڑھا نہیں۔ جن کو میں نے سنا نہیں۔</w:t>
      </w:r>
    </w:p>
    <w:p>
      <w:r>
        <w:rPr>
          <w:b/>
        </w:rPr>
        <w:t xml:space="preserve">[02:51] </w:t>
      </w:r>
      <w:r>
        <w:t>to kahan se aati hain woh? ya agar kahin woh ke woh andar ka jo khazana hai, us mein hai to mujhe koi sa insaan batao ke woh baatein kisi ne kahin hon?</w:t>
      </w:r>
    </w:p>
    <w:p>
      <w:pPr>
        <w:jc w:val="right"/>
      </w:pPr>
      <w:r>
        <w:t>تو کہاں سے آتی ہیں وہ؟ یا اگر کہیں وہ کہ وہ اندر کا جو خزانہ ہے، اس میں ہے تو مجھے کوئی سا انسان بتاؤ کہ وہ باتیں کسی نے کہیں ہوں؟</w:t>
      </w:r>
    </w:p>
    <w:p>
      <w:r>
        <w:rPr>
          <w:b/>
        </w:rPr>
        <w:t xml:space="preserve">[03:03] </w:t>
      </w:r>
      <w:r>
        <w:t>jo log yeh kehte hain ke andar hi sab kuch hai, to woh kuch bhi nahi de paaye.</w:t>
      </w:r>
    </w:p>
    <w:p>
      <w:pPr>
        <w:jc w:val="right"/>
      </w:pPr>
      <w:r>
        <w:t>جو لوگ یہ کہتے ہیں کہ اندر ہی سب کچھ ہے، تو وہ کچھ بھی نہیں دے پائے۔</w:t>
      </w:r>
    </w:p>
    <w:p>
      <w:r>
        <w:rPr>
          <w:b/>
        </w:rPr>
        <w:t xml:space="preserve">[03:08] </w:t>
      </w:r>
      <w:r>
        <w:t>koi aik bhi insaan nahi hai jo yeh daawa karta ho aur koi baat de paaye, takhleeqi baat. dunya ki bari bari kitaabein jo hain, woh science daanon ne likhi hain.</w:t>
      </w:r>
    </w:p>
    <w:p>
      <w:pPr>
        <w:jc w:val="right"/>
      </w:pPr>
      <w:r>
        <w:t>کوئی ایک بھی انسان نہیں ہے جو یہ دعویٰ کرتا ہو اور کوئی بات دے پائے، تخلیقی بات۔ دنیا کی بڑی بڑی کتابیں جو ہیں، وہ سائنسدانوں نے لکھی ہیں۔</w:t>
      </w:r>
    </w:p>
    <w:p>
      <w:r>
        <w:rPr>
          <w:b/>
        </w:rPr>
        <w:t xml:space="preserve">[03:17] </w:t>
      </w:r>
      <w:r>
        <w:t>Rasfold ne likhi hain. aise log to koi bari kitaab nahi de paaye. to aik daawa to zaroor woh kar rahe hain, lekin un ke paas bhi koi is ka saboot nahi hai ke kuch unhon ne paaya hai.</w:t>
      </w:r>
    </w:p>
    <w:p>
      <w:pPr>
        <w:jc w:val="right"/>
      </w:pPr>
      <w:r>
        <w:t>راسفلڈ نے لکھی ہیں۔ ایسے لوگ تو کوئی بڑی کتاب نہیں دے پائے۔ تو ایک دعویٰ تو ضرور وہ کر رہے ہیں، لیکن ان کے پاس بھی کوئی اس کا ثبوت نہیں ہے کہ کچھ انہوں نے پایا ہے۔</w:t>
      </w:r>
    </w:p>
    <w:p>
      <w:r>
        <w:rPr>
          <w:b/>
        </w:rPr>
        <w:t xml:space="preserve">[03:32] </w:t>
      </w:r>
      <w:r>
        <w:t>aik anand bhi jee sakte hain woh, lekin apne se bahar kuch nahi de sake, kuch nahi bata sake ke unhon ne yeh paaya hai.</w:t>
      </w:r>
    </w:p>
    <w:p>
      <w:pPr>
        <w:jc w:val="right"/>
      </w:pPr>
      <w:r>
        <w:t>ایک آنند بھی جی سکتے ہیں وہ، لیکن اپنے سے باہر کچھ نہیں دے سکے، کچھ نہیں بتا سکے کہ انہوں نے یہ پایا ہے۔</w:t>
      </w:r>
    </w:p>
    <w:p>
      <w:r>
        <w:rPr>
          <w:b/>
        </w:rPr>
        <w:t xml:space="preserve">[03:42] </w:t>
      </w:r>
      <w:r>
        <w:t>isi tarah ke aik aadmi se meri mulaqaat hui New York Emeryt mein. un ki taqreer hui thi. English bohat achi bolte thay woh.</w:t>
      </w:r>
    </w:p>
    <w:p>
      <w:pPr>
        <w:jc w:val="right"/>
      </w:pPr>
      <w:r>
        <w:t>اسی طرح کے ایک آدمی سے میری ملاقات ہوئی نیویارک ایمیریٹ میں۔ ان کی تقریر ہوئی تھی۔ انگلش بہت اچھی بولتے تھے وہ۔</w:t>
      </w:r>
    </w:p>
    <w:p>
      <w:r>
        <w:rPr>
          <w:b/>
        </w:rPr>
        <w:t xml:space="preserve">[03:54] </w:t>
      </w:r>
      <w:r>
        <w:t>to bari dhoom thi, taaliyan baj rahi theen.</w:t>
      </w:r>
    </w:p>
    <w:p>
      <w:pPr>
        <w:jc w:val="right"/>
      </w:pPr>
      <w:r>
        <w:t>تو بڑی دھوم تھی، تالیاں بج رہی تھیں۔</w:t>
      </w:r>
    </w:p>
    <w:p>
      <w:r>
        <w:rPr>
          <w:b/>
        </w:rPr>
        <w:t xml:space="preserve">[04:00] </w:t>
      </w:r>
      <w:r>
        <w:t>to mein ne un se poocha ke aap apni koi aisi daryaft bataiye jo sirf aap ko hui ho. mein ne kaha ke mein aap se is par koi behas nahi karoon ga.</w:t>
      </w:r>
    </w:p>
    <w:p>
      <w:pPr>
        <w:jc w:val="right"/>
      </w:pPr>
      <w:r>
        <w:t>تو میں نے ان سے پوچھا کہ آپ اپنی کوئی ایسی دریافت بتائیے جو صرف آپ کو ہوئی ہو۔ میں نے کہا کہ میں آپ سے اس پر کوئی بحث نہیں کروں گا۔</w:t>
      </w:r>
    </w:p>
    <w:p>
      <w:r>
        <w:rPr>
          <w:b/>
        </w:rPr>
        <w:t xml:space="preserve">[04:10] </w:t>
      </w:r>
      <w:r>
        <w:t>sirf aap yeh kahein ke yeh daryaft mujhe hui hai jo meri apni hai. aur mujhe pehle na to mein ne kabhi parha is ko, na suna. yeh khud ki meri daryaft hai.</w:t>
      </w:r>
    </w:p>
    <w:p>
      <w:pPr>
        <w:jc w:val="right"/>
      </w:pPr>
      <w:r>
        <w:t>صرف آپ یہ کہیں کہ یہ دریافت مجھے ہوئی ہے جو میری اپنی ہے۔ اور مجھے پہلے نہ تو میں نے کبھی پڑھا اس کو، نہ سنا۔ یہ خود کی میری دریافت ہے۔</w:t>
      </w:r>
    </w:p>
    <w:p>
      <w:r>
        <w:rPr>
          <w:b/>
        </w:rPr>
        <w:t xml:space="preserve">[04:20] </w:t>
      </w:r>
      <w:r>
        <w:t>poori tareekh mein mein ne pehli baar daryaft kiya hai is ko. to woh aik baat bhi bata sake?</w:t>
      </w:r>
    </w:p>
    <w:p>
      <w:pPr>
        <w:jc w:val="right"/>
      </w:pPr>
      <w:r>
        <w:t>پوری تاریخ میں میں نے پہلی بار دریافت کیا ہے اس کو۔ تو وہ ایک بات بھی بتا سکے؟</w:t>
      </w:r>
    </w:p>
    <w:p>
      <w:r>
        <w:rPr>
          <w:b/>
        </w:rPr>
        <w:t xml:space="preserve">[04:27] </w:t>
      </w:r>
      <w:r>
        <w:t>unhon ne kaha ke hair splitting, yeh munh shigaafi hai. isi tarah ka sawal mein ne kiya Ravi Ravi Shankar se, jo bohat hi maroof aadmi hain.</w:t>
      </w:r>
    </w:p>
    <w:p>
      <w:pPr>
        <w:jc w:val="right"/>
      </w:pPr>
      <w:r>
        <w:t>انہوں نے کہا کہ ہیر اسپلٹنگ، یہ منہ شگافی ہے۔ اسی طرح کا سوال میں نے کیا روی روی شنکر سے، جو بہت ہی معروف آدمی ہیں۔</w:t>
      </w:r>
    </w:p>
    <w:p>
      <w:r>
        <w:rPr>
          <w:b/>
        </w:rPr>
        <w:t xml:space="preserve">[04:40] </w:t>
      </w:r>
      <w:r>
        <w:t>woh bhi kuch nahi bata sake. sirf unhon ne aik saib ya phool ki aaj mujhe de diya. to jo log yeh daawa karte hain ke insaan ke andar hi sab kuch hai, to woh to bataein na ke unhon ne kya is mein nikala hai?</w:t>
      </w:r>
    </w:p>
    <w:p>
      <w:pPr>
        <w:jc w:val="right"/>
      </w:pPr>
      <w:r>
        <w:t>وہ بھی کچھ نہیں بتا سکے۔ صرف انہوں نے ایک سیب یا پھول کی آج مجھے دے دیا۔ تو جو لوگ یہ دعویٰ کرتے ہیں کہ انسان کے اندر ہی سب کچھ ہے، تو وہ تو بتائیں نا کہ انہوں نے کیا اس میں نکالا ہے؟</w:t>
      </w:r>
    </w:p>
    <w:p>
      <w:r>
        <w:rPr>
          <w:b/>
        </w:rPr>
        <w:t xml:space="preserve">[04:54] </w:t>
      </w:r>
      <w:r>
        <w:t>kya nikala hai unhon ne?</w:t>
      </w:r>
    </w:p>
    <w:p>
      <w:pPr>
        <w:jc w:val="right"/>
      </w:pPr>
      <w:r>
        <w:t>کیا نکالا ہے انہوں نے؟</w:t>
      </w:r>
    </w:p>
    <w:p>
      <w:r>
        <w:rPr>
          <w:b/>
        </w:rPr>
        <w:t xml:space="preserve">[04:58] </w:t>
      </w:r>
      <w:r>
        <w:t>is tarah ka daawa karne wala sab se bara tareekh mein tha Rajneesh. shayad itna bara koi nahi aadmi ho jis ne is baat ka daawa kiya ho.</w:t>
      </w:r>
    </w:p>
    <w:p>
      <w:pPr>
        <w:jc w:val="right"/>
      </w:pPr>
      <w:r>
        <w:t>اس طرح کا دعویٰ کرنے والا سب سے بڑا تاریخ میں تھا رجنیش۔ شاید اتنا بڑا کوئی نہیں آدمی ہو جس نے اس بات کا دعویٰ کیا ہو۔</w:t>
      </w:r>
    </w:p>
    <w:p>
      <w:r>
        <w:rPr>
          <w:b/>
        </w:rPr>
        <w:t xml:space="preserve">[05:09] </w:t>
      </w:r>
      <w:r>
        <w:t>aur logon ne bohat sa kiya, lekin yeh mein samajhta hoon ke is maamle mein hero ki hesiyat rakhta hai. to un ki kitaab hai Kundali Andar Base.</w:t>
      </w:r>
    </w:p>
    <w:p>
      <w:pPr>
        <w:jc w:val="right"/>
      </w:pPr>
      <w:r>
        <w:t>اور لوگوں نے بہت سا کیا، لیکن یہ میں سمجھتا ہوں کہ اس معاملے میں ہیرو کی حیثیت رکھتا ہے۔ تو ان کی کتاب ہے کنڈلی اندر بسے۔</w:t>
      </w:r>
    </w:p>
    <w:p>
      <w:r>
        <w:rPr>
          <w:b/>
        </w:rPr>
        <w:t xml:space="preserve">[05:22] </w:t>
      </w:r>
      <w:r>
        <w:t>woh isi mozu par hai, Kundali Andar Base.</w:t>
      </w:r>
    </w:p>
    <w:p>
      <w:pPr>
        <w:jc w:val="right"/>
      </w:pPr>
      <w:r>
        <w:t>وہ اسی موضوع پر ہے، کنڈلی اندر بسے۔</w:t>
      </w:r>
    </w:p>
    <w:p>
      <w:r>
        <w:rPr>
          <w:b/>
        </w:rPr>
        <w:t xml:space="preserve">[05:25] </w:t>
      </w:r>
      <w:r>
        <w:t>is ka theme yeh hai ke woh jo deer hota hai, hiran, jis ke andar woh hota hai,</w:t>
      </w:r>
    </w:p>
    <w:p>
      <w:pPr>
        <w:jc w:val="right"/>
      </w:pPr>
      <w:r>
        <w:t>اس کا تھیم یہ ہے کہ وہ جو ڈیر ہوتا ہے، ہرن، جس کے اندر وہ ہوتا ہے،</w:t>
      </w:r>
    </w:p>
    <w:p>
      <w:r>
        <w:rPr>
          <w:b/>
        </w:rPr>
        <w:t xml:space="preserve">[05:36] </w:t>
      </w:r>
      <w:r>
        <w:t>woh mushk, shayad US ke hota hai woh, musk. toh kaha jata hai ke ek aisa ek andar ek hota hai, us ko kehte hain naafah.</w:t>
      </w:r>
    </w:p>
    <w:p>
      <w:pPr>
        <w:jc w:val="right"/>
      </w:pPr>
      <w:r>
        <w:t>وہ مشک، شاید ایم یو ایس کے ہوتا ہے وہ، مسک۔ تو کہا جاتا ہے کہ ایک ایسا ایک اندر ایک ہوتا ہے، اس کو کہتے ہیں نافہ۔</w:t>
      </w:r>
    </w:p>
    <w:p>
      <w:r>
        <w:rPr>
          <w:b/>
        </w:rPr>
        <w:t xml:space="preserve">[05:52] </w:t>
      </w:r>
      <w:r>
        <w:t>is mein woh mushk hota hai.</w:t>
      </w:r>
    </w:p>
    <w:p>
      <w:pPr>
        <w:jc w:val="right"/>
      </w:pPr>
      <w:r>
        <w:t>اس میں وہ مشک ہوتا ہے۔</w:t>
      </w:r>
    </w:p>
    <w:p>
      <w:r>
        <w:rPr>
          <w:b/>
        </w:rPr>
        <w:t xml:space="preserve">[05:54] </w:t>
      </w:r>
      <w:r>
        <w:t>toh jab woh pakhta ho jata hai toh us ki khushboo nikalne lagti hai. toh woh hiran jo hai, woh der bhagta hai idhar udhar is khushboo ko paane ke liye.</w:t>
      </w:r>
    </w:p>
    <w:p>
      <w:pPr>
        <w:jc w:val="right"/>
      </w:pPr>
      <w:r>
        <w:t>تو جب وہ پختہ ہو جاتا ہے تو اس کی خوشبو نکلنے لگتی ہے۔ تو وہ ہرن جو ہے، وہ ڈیر بھاگتا ہے ادھر اُدھر اس خوشبو کو پانے کے لیے۔</w:t>
      </w:r>
    </w:p>
    <w:p>
      <w:r>
        <w:rPr>
          <w:b/>
        </w:rPr>
        <w:t xml:space="preserve">[06:06] </w:t>
      </w:r>
      <w:r>
        <w:t>halankeh khushboo is ki andar hoti hai, lekin dhoondta hai bahar. toh us ko ek unwaan banaya inhone ke kundli andar base.</w:t>
      </w:r>
    </w:p>
    <w:p>
      <w:pPr>
        <w:jc w:val="right"/>
      </w:pPr>
      <w:r>
        <w:t>حالانکہ خوشبو اس کی اندر ہوتی ہے، لیکن ڈھونڈتا ہے باہر۔ تو اس کو ایک عنوان بنایا انہوں نے کہ کنڈلی اندر بسے۔</w:t>
      </w:r>
    </w:p>
    <w:p>
      <w:r>
        <w:rPr>
          <w:b/>
        </w:rPr>
        <w:t xml:space="preserve">[06:17] </w:t>
      </w:r>
      <w:r>
        <w:t>ab sawal hai ke yeh toh qissah hi kahani hai sirf.</w:t>
      </w:r>
    </w:p>
    <w:p>
      <w:pPr>
        <w:jc w:val="right"/>
      </w:pPr>
      <w:r>
        <w:t>اب سوال ہے کہ یہ تو قصہ ہی کہانی ہے صرف۔</w:t>
      </w:r>
    </w:p>
    <w:p>
      <w:r>
        <w:rPr>
          <w:b/>
        </w:rPr>
        <w:t xml:space="preserve">[06:20] </w:t>
      </w:r>
      <w:r>
        <w:t>scientific taur par aap sabit nahi kar sakte ke koi aisa der hai jo bhagta hai bahar dhoondne ke liye apni khushboo ko. ek farzi kahani par buniyad kar diya inhone ek kahani.</w:t>
      </w:r>
    </w:p>
    <w:p>
      <w:pPr>
        <w:jc w:val="right"/>
      </w:pPr>
      <w:r>
        <w:t>سائنسی طور پر آپ ثابت نہیں کر سکتے کہ کوئی ایسا ڈیر ہے جو بھاگتا ہے باہر ڈھونڈنے کے لیے اپنی خوشبو کو۔ ایک فرضی کہانی پر بنیاد کر دیا انہوں نے ایک کہانی۔</w:t>
      </w:r>
    </w:p>
    <w:p>
      <w:r>
        <w:rPr>
          <w:b/>
        </w:rPr>
        <w:t xml:space="preserve">[06:33] </w:t>
      </w:r>
      <w:r>
        <w:t>toh kaisa aap ka yeh daryaft hai ke is ke liye aap ke paas khud sawa farzi kahani ke, ek banawati kahani ke sawa aur kuch aap ke paas kuch kahani ko nahi hota hai?</w:t>
      </w:r>
    </w:p>
    <w:p>
      <w:pPr>
        <w:jc w:val="right"/>
      </w:pPr>
      <w:r>
        <w:t>تو کیسا آپ کا یہ دریافت ہے کہ اس کے لیے آپ کے پاس خود سوا فرضی کہانی کے، ایک بناوٹی کہانی کے سوا اور کچھ آپ کے پاس کچھ کہانی کو نہیں ہوتا ہے؟</w:t>
      </w:r>
    </w:p>
    <w:p>
      <w:r>
        <w:rPr>
          <w:b/>
        </w:rPr>
        <w:t xml:space="preserve">[06:46] </w:t>
      </w:r>
      <w:r>
        <w:t>kyunkeh jo tareekh hai janwaron ki, woh yeh nahi batati ke woh jo der hota hai, US musk wala, woh is tarah se daurta hai khushboo paane ke liye.</w:t>
      </w:r>
    </w:p>
    <w:p>
      <w:pPr>
        <w:jc w:val="right"/>
      </w:pPr>
      <w:r>
        <w:t>کیونکہ جو تاریخ ہے جانوروں کی، وہ یہ نہیں بتاتی کہ وہ جو ڈیر ہوتا ہے، ایم یو ایس کے مسک والا، وہ اس طرح سے دوڑتا ہے خوشبو پانے کے لیے۔</w:t>
      </w:r>
    </w:p>
    <w:p>
      <w:r>
        <w:rPr>
          <w:b/>
        </w:rPr>
        <w:t xml:space="preserve">[07:00] </w:t>
      </w:r>
      <w:r>
        <w:t>yeh toh ek kahani hai bas. kahani toh zyada kuch bhi nahi. toh in ki daryaft ka yeh haal tha ke maine khud parha in ka listed weekly of India mein.</w:t>
      </w:r>
    </w:p>
    <w:p>
      <w:pPr>
        <w:jc w:val="right"/>
      </w:pPr>
      <w:r>
        <w:t>یہ تو ایک کہانی ہے بس۔ کہانی تو زیادہ کچھ بھی نہیں۔ تو ان کی دریافت کا یہ حال تھا کہ میں نے خود پڑھا ان کا لسٹڈ ویکلی آف انڈیا میں۔</w:t>
      </w:r>
    </w:p>
    <w:p>
      <w:r>
        <w:rPr>
          <w:b/>
        </w:rPr>
        <w:t xml:space="preserve">[07:15] </w:t>
      </w:r>
      <w:r>
        <w:t>inhone kaha ke maine</w:t>
      </w:r>
    </w:p>
    <w:p>
      <w:pPr>
        <w:jc w:val="right"/>
      </w:pPr>
      <w:r>
        <w:t>انہوں نے کہا کہ میں نے</w:t>
      </w:r>
    </w:p>
    <w:p>
      <w:r>
        <w:rPr>
          <w:b/>
        </w:rPr>
        <w:t xml:space="preserve">[07:19] </w:t>
      </w:r>
      <w:r>
        <w:t>do sau saal ko nichora hai bees saal mein. I was squeezed do sau saal ke andar, bees saal mein woh maine enjoy kiya hai jo koi do sau saal mein karta.</w:t>
      </w:r>
    </w:p>
    <w:p>
      <w:pPr>
        <w:jc w:val="right"/>
      </w:pPr>
      <w:r>
        <w:t>دو سو سال کو نچوڑا ہے بیس سال میں۔ آئی وے اسکوئزڈ دو سو سال کے اندر، بیس سال میں وہ میں نے انجوائے کیا ہے جو کوئی دو سو سال میں کرتا۔</w:t>
      </w:r>
    </w:p>
    <w:p>
      <w:r>
        <w:rPr>
          <w:b/>
        </w:rPr>
        <w:t xml:space="preserve">[07:36] </w:t>
      </w:r>
      <w:r>
        <w:t>lekin hua kya? aakhir mein in ka hazmay ka nizaam bilkul fail ho gaya tha.</w:t>
      </w:r>
    </w:p>
    <w:p>
      <w:pPr>
        <w:jc w:val="right"/>
      </w:pPr>
      <w:r>
        <w:t>لیکن ہوا کیا؟ آخر میں ان کا ہاضمے کا نظام بالکل فیل ہو گیا تھا۔</w:t>
      </w:r>
    </w:p>
    <w:p>
      <w:r>
        <w:rPr>
          <w:b/>
        </w:rPr>
        <w:t xml:space="preserve">[07:44] </w:t>
      </w:r>
      <w:r>
        <w:t>Rajneesh ka hazmay ka nizaam aakhir mein fail ho gaya tha. harkat un ki bohat zyada kam ho gayi thi. ek dam, yani</w:t>
      </w:r>
    </w:p>
    <w:p>
      <w:pPr>
        <w:jc w:val="right"/>
      </w:pPr>
      <w:r>
        <w:t>رجنیش کا ہاضمے کا نظام آخر میں فیل ہو گیا تھا۔ حرکت ان کی بہت زیادہ کم ہو گئی تھی۔ ایک دم، یعنی</w:t>
      </w:r>
    </w:p>
    <w:p>
      <w:r>
        <w:rPr>
          <w:b/>
        </w:rPr>
        <w:t xml:space="preserve">[07:56] </w:t>
      </w:r>
      <w:r>
        <w:t>kuch taqat hi un ke andar nahi reh gayi thi. toh kya daryaft kiya inhone? yeh yeh bhi nahi jana inhone ke agar main yeh karoon ke jawani ki umar mein main do sau saal ko bees saal mein nichod kar hasil karna chahoon toh kya ho</w:t>
      </w:r>
    </w:p>
    <w:p>
      <w:pPr>
        <w:jc w:val="right"/>
      </w:pPr>
      <w:r>
        <w:t>کچھ طاقت ہی ان کے اندر نہیں رہ گئی تھی۔ تو کیا دریافت کیا انہوں نے؟ یہ یہ بھی نہیں جانا انہوں نے کہ اگر میں یہ کروں کہ جوانی کی عمر میں میں دو سو سال کو بیس سال میں نچوڑ کر حاصل کرنا چاہوں تو کیا ہو</w:t>
      </w:r>
    </w:p>
    <w:p>
      <w:r>
        <w:rPr>
          <w:b/>
        </w:rPr>
        <w:t xml:space="preserve">[08:13] </w:t>
      </w:r>
      <w:r>
        <w:t>ga? aage? aage jo hai ek murda jism ban jaunga main. toh kya daryaft thi in ki? andar jhaank kar kya paya tha inhone?</w:t>
      </w:r>
    </w:p>
    <w:p>
      <w:pPr>
        <w:jc w:val="right"/>
      </w:pPr>
      <w:r>
        <w:t>گا؟ آگے؟ آگے جو ہے ایک مردہ جسم بن جاؤں گا میں۔ تو کیا دریافت تھی ان کی؟ اندر جھانک کر کیا پایا تھا انہوں نے؟</w:t>
      </w:r>
    </w:p>
    <w:p>
      <w:r>
        <w:rPr>
          <w:b/>
        </w:rPr>
        <w:t xml:space="preserve">[08:24] </w:t>
      </w:r>
      <w:r>
        <w:t>main samajhta hoon ke andar jo hai potential hai na ke maloomat.</w:t>
      </w:r>
    </w:p>
    <w:p>
      <w:pPr>
        <w:jc w:val="right"/>
      </w:pPr>
      <w:r>
        <w:t>میں سمجھتا ہوں کہ اندر جو ہے پوٹینشل ہے نہ کہ معلومات۔</w:t>
      </w:r>
    </w:p>
    <w:p>
      <w:r>
        <w:rPr>
          <w:b/>
        </w:rPr>
        <w:t xml:space="preserve">[08:32] </w:t>
      </w:r>
      <w:r>
        <w:t>potential yeh bohat hi pecheeda masla hai. hum is ko tareef nahi kar sakte scientific istilaah mein. lekin asal cheez yeh hai ke hamare andar potential bohat zyada hai.</w:t>
      </w:r>
    </w:p>
    <w:p>
      <w:pPr>
        <w:jc w:val="right"/>
      </w:pPr>
      <w:r>
        <w:t>پوٹینشل یہ بہت ہی پیچیدہ مسئلہ ہے۔ ہم اس کو تعریف نہیں کر سکتے سائنسی اصطلاح میں۔ لیکن اصل چیز یہ ہے کہ ہمارے اندر پوٹینشل بہت زیادہ ہے۔</w:t>
      </w:r>
    </w:p>
    <w:p>
      <w:r>
        <w:rPr>
          <w:b/>
        </w:rPr>
        <w:t xml:space="preserve">[08:42] </w:t>
      </w:r>
      <w:r>
        <w:t>lekin is potential ko haqeeqi banane ke liye humein bahar mutala kar na pare ga. bahar mushahida karna pare ga. Khuda se madad leni hogi.</w:t>
      </w:r>
    </w:p>
    <w:p>
      <w:pPr>
        <w:jc w:val="right"/>
      </w:pPr>
      <w:r>
        <w:t>لیکن اس پوٹینشل کو حقیقی بنانے کے لیے ہمیں باہر مطالعہ کرنا پڑے گی۔ باہر مشاہدہ کرنا پڑے گا۔ خدا سے مدد لینی ہوگی۔</w:t>
      </w:r>
    </w:p>
    <w:p>
      <w:r>
        <w:rPr>
          <w:b/>
        </w:rPr>
        <w:t xml:space="preserve">[08:54] </w:t>
      </w:r>
      <w:r>
        <w:t>agar koi aadmi Khuda se madad na le, is mutala se madad na le toh jahan woh pahunche ga woh kahan hua? woh ecstasy hogi. saare log is mein ulajhte hain ke ecstasy kuch bhi nahi hai.</w:t>
      </w:r>
    </w:p>
    <w:p>
      <w:pPr>
        <w:jc w:val="right"/>
      </w:pPr>
      <w:r>
        <w:t>اگر کوئی آدمی خدا سے مدد نہ لے، اس مطالعے سے مدد نہ لے تو جہاں وہ پہنچے گا وہ کہاں ہوا؟ وہ ایکسٹاسی ہوگی۔ سارے لوگ اس میں الجھتے ہیں کہ ایکسٹاسی کچھ بھی نہیں ہے۔</w:t>
      </w:r>
    </w:p>
    <w:p>
      <w:r>
        <w:rPr>
          <w:b/>
        </w:rPr>
        <w:t xml:space="preserve">[09:11] </w:t>
      </w:r>
      <w:r>
        <w:t>woh toh ek janwar ko bhi hoti hai, ek bhonde ko bhi hoti hai, ek mor ko bhi hoti hai. toh agar ek insaan ko is darjay ki ecstasy hasil ho jaye, wajd, toh mila kya?</w:t>
      </w:r>
    </w:p>
    <w:p>
      <w:pPr>
        <w:jc w:val="right"/>
      </w:pPr>
      <w:r>
        <w:t>وہ تو ایک جانور کو بھی ہوتی ہے، ایک بھونڈے کو بھی ہوتی ہے، ایک مور کو بھی ہوتی ہے۔ تو اگر ایک انسان کو اس درجے کی ایکسٹاسی حاصل ہو جائے، وجد، تو ملا کیا؟</w:t>
      </w:r>
    </w:p>
    <w:p>
      <w:r>
        <w:rPr>
          <w:b/>
        </w:rPr>
        <w:t xml:space="preserve">[09:24] </w:t>
      </w:r>
      <w:r>
        <w:t>kuch bhi nahi mila. yeh seedhi si janwaron ki takhleeq hai. insaan ko janwar banana. toh kuch kehne ke liye kyun nahi aap ke paas hai?</w:t>
      </w:r>
    </w:p>
    <w:p>
      <w:pPr>
        <w:jc w:val="right"/>
      </w:pPr>
      <w:r>
        <w:t>کچھ بھی نہیں ملا۔ یہ سیدھی سی جانوروں کی تخلیق ہے۔ انسان کو جانور بنانا۔ تو کچھ کہنے کے لیے کیوں نہیں آپ کے پاس ہے؟</w:t>
      </w:r>
    </w:p>
    <w:p>
      <w:r>
        <w:rPr>
          <w:b/>
        </w:rPr>
        <w:t xml:space="preserve">[09:37] </w:t>
      </w:r>
      <w:r>
        <w:t>maine bohat se logon se yeh sawal kiya ke apni koi munfarid daryaft bataiye.</w:t>
      </w:r>
    </w:p>
    <w:p>
      <w:pPr>
        <w:jc w:val="right"/>
      </w:pPr>
      <w:r>
        <w:t>میں نے بہت سے لوگوں سے یہ سوال کیا کہ اپنی کوئی منفرد دریافت بتائیے۔</w:t>
      </w:r>
    </w:p>
    <w:p>
      <w:r>
        <w:rPr>
          <w:b/>
        </w:rPr>
        <w:t xml:space="preserve">[09:45] </w:t>
      </w:r>
      <w:r>
        <w:t>aisi daryaft jo aap ke siwa kisi ko na hui ho. main keh sakta hoon ke is ab mein boorha ho chuka hoon.</w:t>
      </w:r>
    </w:p>
    <w:p>
      <w:pPr>
        <w:jc w:val="right"/>
      </w:pPr>
      <w:r>
        <w:t>ایسی دریافت جو آپ کے سوا کسی کو نہ ہوئی ہو۔ میں کہہ سکتا ہوں کہ اس اب میں بوڑھا ہو چکا ہوں۔</w:t>
      </w:r>
    </w:p>
    <w:p>
      <w:r>
        <w:rPr>
          <w:b/>
        </w:rPr>
        <w:t xml:space="preserve">[09:54] </w:t>
      </w:r>
      <w:r>
        <w:t>ab tak koi ek insaan nahi mila jo yeh kahe ke haan yeh hai meri daryaft.</w:t>
      </w:r>
    </w:p>
    <w:p>
      <w:pPr>
        <w:jc w:val="right"/>
      </w:pPr>
      <w:r>
        <w:t>اب تک کوئی ایک انسان نہیں ملا جو یہ کہے کہ ہاں یہ ہے میری دریافت۔</w:t>
      </w:r>
    </w:p>
    <w:p>
      <w:r>
        <w:rPr>
          <w:b/>
        </w:rPr>
        <w:t xml:space="preserve">[10:03] </w:t>
      </w:r>
      <w:r>
        <w:t>aur pichlay mein chaalees pachaas saal se main Times of India mein parhta raha hoon. aur jitne mazameen chaptay hain sab uljhan. agar aap ko shakk ho toh kyun aaj mazmoon aaye mere paas?</w:t>
      </w:r>
    </w:p>
    <w:p>
      <w:pPr>
        <w:jc w:val="right"/>
      </w:pPr>
      <w:r>
        <w:t>اور پچھلے میں چالیس پچاس سال سے میں ٹائمز آف انڈیا میں پڑھتا رہا ہوں۔ اور جتنے مضامین چھپتے ہیں سب الجھن۔ اگر آپ کو شک ہو تو کیوں آج مضمون آئے میرے پاس؟</w:t>
      </w:r>
    </w:p>
    <w:p>
      <w:r>
        <w:rPr>
          <w:b/>
        </w:rPr>
        <w:t xml:space="preserve">[10:14] </w:t>
      </w:r>
      <w:r>
        <w:t>mein bataunga. uljhan. ab dekhen aaj yeh chupa hai. aaj yeh chupa hai times of india mein.</w:t>
      </w:r>
    </w:p>
    <w:p>
      <w:pPr>
        <w:jc w:val="right"/>
      </w:pPr>
      <w:r>
        <w:t>میں بتاؤں گا۔ الجھن۔ اب دیکھیں آج یہ چھپا ہے۔ آج یہ چھپا ہے ٹائمز آف انڈیا میں۔</w:t>
      </w:r>
    </w:p>
    <w:p>
      <w:r>
        <w:rPr>
          <w:b/>
        </w:rPr>
        <w:t xml:space="preserve">[10:25] </w:t>
      </w:r>
      <w:r>
        <w:t>yeh hai enjoy every moment. har lamhe ko enjoy karo.</w:t>
      </w:r>
    </w:p>
    <w:p>
      <w:pPr>
        <w:jc w:val="right"/>
      </w:pPr>
      <w:r>
        <w:t>یہ ہے انجوائے ایوری مومنٹ۔ ہر لمحے کو انجوائے کرو۔</w:t>
      </w:r>
    </w:p>
    <w:p>
      <w:r>
        <w:rPr>
          <w:b/>
        </w:rPr>
        <w:t xml:space="preserve">[10:34] </w:t>
      </w:r>
      <w:r>
        <w:t>yeh sara uljhan hai. is liye ke dekhiye buniyadi baat yeh nahi ke aap moment ko enjoy karen. buniyadi baat yeh hai ke aap ko aap ke andar sense of enjoy to zaroor hai lekin salahiyat enjoy nahi hai.</w:t>
      </w:r>
    </w:p>
    <w:p>
      <w:pPr>
        <w:jc w:val="right"/>
      </w:pPr>
      <w:r>
        <w:t>یہ سارا الجھن ہے۔ اس لیے کہ دیکھئے بنیادی بات یہ نہیں کہ آپ مومنٹ کو انجوائے کریں۔ بنیادی بات یہ ہے کہ آپ کو آپ کے اندر سینس آف انجوائے تو ضرور ہے لیکن صلاحیت انجوائے نہیں ہے۔</w:t>
      </w:r>
    </w:p>
    <w:p>
      <w:r>
        <w:rPr>
          <w:b/>
        </w:rPr>
        <w:t xml:space="preserve">[10:56] </w:t>
      </w:r>
      <w:r>
        <w:t>ab yeh jo likhne wale hain inhen yeh pata hi nahi hai is baat ka.</w:t>
      </w:r>
    </w:p>
    <w:p>
      <w:pPr>
        <w:jc w:val="right"/>
      </w:pPr>
      <w:r>
        <w:t>اب یہ جو لکھنے والے ہیں انہیں یہ پتہ ہی نہیں ہے اس بات کا۔</w:t>
      </w:r>
    </w:p>
    <w:p>
      <w:r>
        <w:rPr>
          <w:b/>
        </w:rPr>
        <w:t xml:space="preserve">[11:01] </w:t>
      </w:r>
      <w:r>
        <w:t>koi na to is par tanzeer hai, na koi manteq hai, na koi biological mutale ka koi hawala hai. bas lafz lafz lafz ek lafz khel hai.</w:t>
      </w:r>
    </w:p>
    <w:p>
      <w:pPr>
        <w:jc w:val="right"/>
      </w:pPr>
      <w:r>
        <w:t>کوئی نہ تو اس پر تجزیہ ہے، نہ کوئی منطق ہے، نہ کوئی بائیولوجیکل مطالعے کا کوئی حوالہ ہے۔ بس لفظ لفظ لفظ ایک لفظ کھیل ہے۔</w:t>
      </w:r>
    </w:p>
    <w:p>
      <w:r>
        <w:rPr>
          <w:b/>
        </w:rPr>
        <w:t xml:space="preserve">[11:16] </w:t>
      </w:r>
      <w:r>
        <w:t>dekhiye mein aap se arz karunga is tarah ki baat ke moment ko enjoy karo.</w:t>
      </w:r>
    </w:p>
    <w:p>
      <w:pPr>
        <w:jc w:val="right"/>
      </w:pPr>
      <w:r>
        <w:t>دیکھئے میں آپ سے عرض کروں گا اس طرح کی بات کہ مومنٹ کو انجوائے کرو۔</w:t>
      </w:r>
    </w:p>
    <w:p>
      <w:r>
        <w:rPr>
          <w:b/>
        </w:rPr>
        <w:t xml:space="preserve">[11:25] </w:t>
      </w:r>
      <w:r>
        <w:t>babar baais kosh ke aalam dobara neest. na mustaqbil ko socho, na maazi ko socho. anand lo. yeh hamesha in logon ne ki hai jo zyada bare azkar nahi hote.</w:t>
      </w:r>
    </w:p>
    <w:p>
      <w:pPr>
        <w:jc w:val="right"/>
      </w:pPr>
      <w:r>
        <w:t>بابر باعث کوش کے عالم دوبارہ نیست۔ نہ مستقبل کو سوچو، نہ ماضی کو سوچو۔ آنند لو۔ یہ ہمیشہ ان لوگوں نے کی ہے جو زیادہ بڑے اذکارہ نہیں ہوتے۔</w:t>
      </w:r>
    </w:p>
    <w:p>
      <w:r>
        <w:rPr>
          <w:b/>
        </w:rPr>
        <w:t xml:space="preserve">[11:40] </w:t>
      </w:r>
      <w:r>
        <w:t>kisi bhi fikr karne wale ne, kisi bhi falsafi ne yeh baat nahi ki.</w:t>
      </w:r>
    </w:p>
    <w:p>
      <w:pPr>
        <w:jc w:val="right"/>
      </w:pPr>
      <w:r>
        <w:t>کسی بھی فکر کرنے والے نے، کسی بھی فلسفی نے یہ بات نہیں کی۔</w:t>
      </w:r>
    </w:p>
    <w:p>
      <w:r>
        <w:rPr>
          <w:b/>
        </w:rPr>
        <w:t xml:space="preserve">[11:46] </w:t>
      </w:r>
      <w:r>
        <w:t>aap internet par jaiye. encyclopedia ko mashwara kijiye. mujhe bataiye ke kaun falsafi hai jo aisi baatein kehta ho?</w:t>
      </w:r>
    </w:p>
    <w:p>
      <w:pPr>
        <w:jc w:val="right"/>
      </w:pPr>
      <w:r>
        <w:t>آپ انٹرنیٹ پر جائیے۔ انسائیکلوپیڈیا کو مشورہ کیجیے۔ مجھے بتائیے کہ کون فلسفی ہے جو ایسی باتیں کہتا ہو؟</w:t>
      </w:r>
    </w:p>
    <w:p>
      <w:r>
        <w:rPr>
          <w:b/>
        </w:rPr>
        <w:t xml:space="preserve">[11:57] </w:t>
      </w:r>
      <w:r>
        <w:t>falsafi to khushi ke peeche rehta hai. khushi kaise hasil karen hum? libert narsal bohat bada falsafi tha. us ki ek kitaab hai happiness.</w:t>
      </w:r>
    </w:p>
    <w:p>
      <w:pPr>
        <w:jc w:val="right"/>
      </w:pPr>
      <w:r>
        <w:t>فلسفی تو خوشی کے پیچھے رہتا ہے۔ خوشی کیسے حاصل کریں ہم؟ لیبرٹ نرسل بہت بڑا فلسفی تھا۔ اس کی ایک کتاب ہے ہیپینس۔</w:t>
      </w:r>
    </w:p>
    <w:p>
      <w:r>
        <w:rPr>
          <w:b/>
        </w:rPr>
        <w:t xml:space="preserve">[12:08] </w:t>
      </w:r>
      <w:r>
        <w:t>yeh hi naam hai is ka. happiness. is mein woh manta hai ke happiness hasil nahi ho sakti is dunya mein.</w:t>
      </w:r>
    </w:p>
    <w:p>
      <w:pPr>
        <w:jc w:val="right"/>
      </w:pPr>
      <w:r>
        <w:t>یہی نام ہے اس کا۔ ہیپینس۔ اس میں وہ مانتا ہے کہ ہیپینس حاصل نہیں ہو سکتی اس دنیا میں۔</w:t>
      </w:r>
    </w:p>
    <w:p>
      <w:r>
        <w:rPr>
          <w:b/>
        </w:rPr>
        <w:t xml:space="preserve">[12:18] </w:t>
      </w:r>
      <w:r>
        <w:t>yeh to bilkul janwaron qism ke log hain jo aisi boli bolte hain. is liye ke dekhiye cheez kya hai? enjoy karne ke liye zindagi mein, yani lutf lene ke liye aap jante hain kya cheez chahiye?</w:t>
      </w:r>
    </w:p>
    <w:p>
      <w:pPr>
        <w:jc w:val="right"/>
      </w:pPr>
      <w:r>
        <w:t>یہ تو بالکل جانوروں قسم کے لوگ ہیں جو ایسی بولی بولتے ہیں۔ اس لیے کہ دیکھئے چیز کیا ہے؟ انجوائے کرنے کے لیے زندگی میں، یعنی لطف لینے کے لیے آپ جانتے ہیں کیا چیز چاہیے؟</w:t>
      </w:r>
    </w:p>
    <w:p>
      <w:r>
        <w:rPr>
          <w:b/>
        </w:rPr>
        <w:t xml:space="preserve">[12:38] </w:t>
      </w:r>
      <w:r>
        <w:t>akele aap lutf nahi le sakte. beruni dunya ki madad chahiye aap ko.</w:t>
      </w:r>
    </w:p>
    <w:p>
      <w:pPr>
        <w:jc w:val="right"/>
      </w:pPr>
      <w:r>
        <w:t>اکیلے آپ لطف نہیں لے سکتے۔ بیرونی دنیا کی مدد چاہیے آپ کو۔</w:t>
      </w:r>
    </w:p>
    <w:p>
      <w:r>
        <w:rPr>
          <w:b/>
        </w:rPr>
        <w:t xml:space="preserve">[12:47] </w:t>
      </w:r>
      <w:r>
        <w:t>jaise parson aap ne dekha hoga akhbar mein aur TV mein ke hamare sadar sahab gaye the kisi is mein aur gir pade zameen par. woh sadar of India hain woh.</w:t>
      </w:r>
    </w:p>
    <w:p>
      <w:pPr>
        <w:jc w:val="right"/>
      </w:pPr>
      <w:r>
        <w:t>جیسے پرسوں آپ نے دیکھا ہوگا اخبار میں اور ٹی وی میں کہ ہمارے صدر صاحب گئے تھے کسی اس میں اور گر پڑے زمین پر۔ وہ صدر آف انڈیا ہیں وہ۔</w:t>
      </w:r>
    </w:p>
    <w:p>
      <w:r>
        <w:rPr>
          <w:b/>
        </w:rPr>
        <w:t xml:space="preserve">[12:57] </w:t>
      </w:r>
      <w:r>
        <w:t>woh gir pade zameen par. yeh hai insan ka haal.</w:t>
      </w:r>
    </w:p>
    <w:p>
      <w:pPr>
        <w:jc w:val="right"/>
      </w:pPr>
      <w:r>
        <w:t>وہ گر پڑے زمین پر۔ یہ ہے انسان کا حال۔</w:t>
      </w:r>
    </w:p>
    <w:p>
      <w:r>
        <w:rPr>
          <w:b/>
        </w:rPr>
        <w:t xml:space="preserve">[13:04] </w:t>
      </w:r>
      <w:r>
        <w:t>hum jab tak hum khud apne aap apne bal par enjoy nahi kar sakte.</w:t>
      </w:r>
    </w:p>
    <w:p>
      <w:pPr>
        <w:jc w:val="right"/>
      </w:pPr>
      <w:r>
        <w:t>ہم جب تک ہم خود اپنے آپ اپنے بل پر انجوائے نہیں کر سکتے۔</w:t>
      </w:r>
    </w:p>
    <w:p>
      <w:r>
        <w:rPr>
          <w:b/>
        </w:rPr>
        <w:t xml:space="preserve">[13:11] </w:t>
      </w:r>
      <w:r>
        <w:t>jaise aap ko koi cheez bohat zyada pasand ho aap khane lagen. thori der mein aap khane ke qabil nahi rahenge.</w:t>
      </w:r>
    </w:p>
    <w:p>
      <w:pPr>
        <w:jc w:val="right"/>
      </w:pPr>
      <w:r>
        <w:t>جیسے آپ کو کوئی چیز بہت زیادہ پسند ہو آپ کھانے لگیں۔ تھوڑی دیر میں آپ کھانے کے قابل نہیں رہیں گے۔</w:t>
      </w:r>
    </w:p>
    <w:p>
      <w:r>
        <w:rPr>
          <w:b/>
        </w:rPr>
        <w:t xml:space="preserve">[13:22] </w:t>
      </w:r>
      <w:r>
        <w:t>kyun ke hazme ka nizam jo hai is mein aap is ko lamahdood tor par barha nahi sakte. agar barhayenge to bimar padenge. diabetes ho jayenge.</w:t>
      </w:r>
    </w:p>
    <w:p>
      <w:pPr>
        <w:jc w:val="right"/>
      </w:pPr>
      <w:r>
        <w:t>کیونکہ ہاضمے کا نظام جو ہے اس میں آپ اس کو لامحدود طور پر بڑھا نہیں سکتے۔ اگر بڑھائیں گے تو بیمار پڑیں گے۔ ذیابیطس ہو جائیں گے۔</w:t>
      </w:r>
    </w:p>
    <w:p>
      <w:r>
        <w:rPr>
          <w:b/>
        </w:rPr>
        <w:t xml:space="preserve">[13:32] </w:t>
      </w:r>
      <w:r>
        <w:t>blood pressure badhega.</w:t>
      </w:r>
    </w:p>
    <w:p>
      <w:pPr>
        <w:jc w:val="right"/>
      </w:pPr>
      <w:r>
        <w:t>بلڈ پریشر بڑھے گا۔</w:t>
      </w:r>
    </w:p>
    <w:p>
      <w:r>
        <w:rPr>
          <w:b/>
        </w:rPr>
        <w:t xml:space="preserve">[13:38] </w:t>
      </w:r>
      <w:r>
        <w:t>to jo beruni awamil hain beruni awamil ke baghair aap khushi pa nahi sakte.</w:t>
      </w:r>
    </w:p>
    <w:p>
      <w:pPr>
        <w:jc w:val="right"/>
      </w:pPr>
      <w:r>
        <w:t>تو جو بیرونی عوامل ہیں بیرونی عوامل کے بغیر آپ خوشی پا نہیں سکتے۔</w:t>
      </w:r>
    </w:p>
    <w:p>
      <w:r>
        <w:rPr>
          <w:b/>
        </w:rPr>
        <w:t xml:space="preserve">[13:48] </w:t>
      </w:r>
      <w:r>
        <w:t>ek taraf aap ki apni salahiyat woh mehdood hai. har aadmi janta hai. aap mein se har jo log yahan baithe hain woh bhi sochein ke kya aap lamahdood salahiyat hai aap ke paas enjoy karne ki?</w:t>
      </w:r>
    </w:p>
    <w:p>
      <w:pPr>
        <w:jc w:val="right"/>
      </w:pPr>
      <w:r>
        <w:t>ایک طرف آپ کی اپنی صلاحیت وہ محدود ہے۔ ہر آدمی جانتا ہے۔ آپ میں سے ہر جو لوگ یہاں بیٹھے ہیں وہ بھی سوچیں کہ کیا آپ لامحدود صلاحیت ہے آپ کے پاس انجوائے کرنے کی؟</w:t>
      </w:r>
    </w:p>
    <w:p>
      <w:r>
        <w:rPr>
          <w:b/>
        </w:rPr>
        <w:t xml:space="preserve">[14:01] </w:t>
      </w:r>
      <w:r>
        <w:t>kisi bhi cheez ko jo aap ko bohat achhi lagti ho? hai nahi. kisi ke andar bhi nahi.</w:t>
      </w:r>
    </w:p>
    <w:p>
      <w:pPr>
        <w:jc w:val="right"/>
      </w:pPr>
      <w:r>
        <w:t>کسی بھی چیز کو جو آپ کو بہت اچھی لگتی ہو؟ ہے نہیں۔ کسی کے اندر بھی نہیں۔</w:t>
      </w:r>
    </w:p>
    <w:p>
      <w:r>
        <w:rPr>
          <w:b/>
        </w:rPr>
        <w:t xml:space="preserve">[14:08] </w:t>
      </w:r>
      <w:r>
        <w:t>rajneesh ke andar nahi thi. king hussain jo the woh bohat zyada shauq tha un ko shadiyon ka. ghaliban teen shadi ki unhone.</w:t>
      </w:r>
    </w:p>
    <w:p>
      <w:pPr>
        <w:jc w:val="right"/>
      </w:pPr>
      <w:r>
        <w:t>رجنیش کے اندر نہیں تھی۔ کنگ حسین جو تھے وہ بہت زیادہ شوق تھا ان کو شادیاں کا۔ غالباً تین شادی کی انہوں نے۔</w:t>
      </w:r>
    </w:p>
    <w:p>
      <w:r>
        <w:rPr>
          <w:b/>
        </w:rPr>
        <w:t xml:space="preserve">[14:18] </w:t>
      </w:r>
      <w:r>
        <w:t>aur bas un ka yeh enjoy karna hai un ka maqsad tha. lekin aakhir mein kya hua un ka? bistar par ho gaye. bistar par pade hue the, pade pade mar gaye. kyun ke taqat hi kuch nahi rahi hai.</w:t>
      </w:r>
    </w:p>
    <w:p>
      <w:pPr>
        <w:jc w:val="right"/>
      </w:pPr>
      <w:r>
        <w:t>اور بس ان کا یہ انجوائے کرنا ہے ان کا مقصد تھا۔ لیکن آخر میں کیا ہوا ان کا؟ بستر پر ہو گئے۔ بستر پر پڑے ہوئے تھے، پڑے پڑے مر گئے۔ کیونکہ طاقت ہی کچھ نہیں رہی ہے۔</w:t>
      </w:r>
    </w:p>
    <w:p>
      <w:r>
        <w:rPr>
          <w:b/>
        </w:rPr>
        <w:t xml:space="preserve">[14:30] </w:t>
      </w:r>
      <w:r>
        <w:t>kuch taqat nahi rahi.</w:t>
      </w:r>
    </w:p>
    <w:p>
      <w:pPr>
        <w:jc w:val="right"/>
      </w:pPr>
      <w:r>
        <w:t>کچھ طاقت نہیں رہی۔</w:t>
      </w:r>
    </w:p>
    <w:p>
      <w:r>
        <w:rPr>
          <w:b/>
        </w:rPr>
        <w:t xml:space="preserve">[14:33] </w:t>
      </w:r>
      <w:r>
        <w:t>bairooni dunya bhi aap ka saath de aur aap ki salahiyat bhi ho la-mahdood tor par tab aap enjoy kar payenge.</w:t>
      </w:r>
    </w:p>
    <w:p>
      <w:pPr>
        <w:jc w:val="right"/>
      </w:pPr>
      <w:r>
        <w:t>بیرونی دنیا بھی آپ کا ساتھ دے اور آپ کی صلاحیت بھی ہو لامحدود طور پر تب آپ انجوائے کر پائیں گے۔</w:t>
      </w:r>
    </w:p>
    <w:p>
      <w:r>
        <w:rPr>
          <w:b/>
        </w:rPr>
        <w:t xml:space="preserve">[14:42] </w:t>
      </w:r>
      <w:r>
        <w:t>lekin yahan par dono mein se aik bhi nahin hai. dono mein se aik bhi nahin hai. maine aik qissa arz kiya tha aik baar main gaya palgam mein to wahan par pani tha jo oopar pahaar se aa raha tha.</w:t>
      </w:r>
    </w:p>
    <w:p>
      <w:pPr>
        <w:jc w:val="right"/>
      </w:pPr>
      <w:r>
        <w:t>لیکن یہاں پر دونوں میں سے ایک بھی نہیں ہے۔ دونوں میں سے ایک بھی نہیں ہے۔ میں نے ایک قصہ عرض کیا تھا ایک بار میں گیا پالگام میں تو وہاں پر پانی تھا جو اوپر پہاڑ سے آ رہا تھا۔</w:t>
      </w:r>
    </w:p>
    <w:p>
      <w:r>
        <w:rPr>
          <w:b/>
        </w:rPr>
        <w:t xml:space="preserve">[14:56] </w:t>
      </w:r>
      <w:r>
        <w:t>bohat hi acha pani.</w:t>
      </w:r>
    </w:p>
    <w:p>
      <w:pPr>
        <w:jc w:val="right"/>
      </w:pPr>
      <w:r>
        <w:t>بہت ہی اچھا پانی۔</w:t>
      </w:r>
    </w:p>
    <w:p>
      <w:r>
        <w:rPr>
          <w:b/>
        </w:rPr>
        <w:t xml:space="preserve">[14:59] </w:t>
      </w:r>
      <w:r>
        <w:t>to hamare saath kaleemuddin sahib the un par glass tha. to maine glass le kar pani piya. bohat acha laga. to aik piya, do piya, teen piya.</w:t>
      </w:r>
    </w:p>
    <w:p>
      <w:pPr>
        <w:jc w:val="right"/>
      </w:pPr>
      <w:r>
        <w:t>تو ہمارے ساتھ کلیم الدین صاحب تھے ان پر گلاس تھا۔ تو میں نے گلاس لے کر پانی پیا۔ بہت اچھا لگا۔ تو ایک پیا، دو پیا، تین پیا۔</w:t>
      </w:r>
    </w:p>
    <w:p>
      <w:r>
        <w:rPr>
          <w:b/>
        </w:rPr>
        <w:t xml:space="preserve">[15:11] </w:t>
      </w:r>
      <w:r>
        <w:t>chhe glass pani pi gaya main. ab is ke baad jo sar dard hua mujh ko. sar dard. to shaam ko main khana khane ke qabil nahin raha. meri salahiyat ki aik had thi.</w:t>
      </w:r>
    </w:p>
    <w:p>
      <w:pPr>
        <w:jc w:val="right"/>
      </w:pPr>
      <w:r>
        <w:t>چھ گلاس پانی پی گیا میں۔ اب اس کے بعد جو سر درد ہوا مجھ کو۔ سر درد۔ تو شام کو میں کھانا کھانے کے قابل نہیں رہا۔ میری صلاحیت کی ایک حد تھی۔</w:t>
      </w:r>
    </w:p>
    <w:p>
      <w:r>
        <w:rPr>
          <w:b/>
        </w:rPr>
        <w:t xml:space="preserve">[15:22] </w:t>
      </w:r>
      <w:r>
        <w:t>aik do glass tak thi woh. aur chhe glass tak meri had nahin thi. aik chhe glass pani pi kar main enjoy karoon.</w:t>
      </w:r>
    </w:p>
    <w:p>
      <w:pPr>
        <w:jc w:val="right"/>
      </w:pPr>
      <w:r>
        <w:t>ایک دو گلاس تک تھی وہ۔ اور چھ گلاس تک میری حد نہیں تھی۔ ایک چھ گلاس پانی پی کر میں انجوائے کروں۔</w:t>
      </w:r>
    </w:p>
    <w:p>
      <w:r>
        <w:rPr>
          <w:b/>
        </w:rPr>
        <w:t xml:space="preserve">[15:33] </w:t>
      </w:r>
      <w:r>
        <w:t>bairooni awamil. ab dekhiye ke george bush ne saare america ke saare think tank ko istemal kar ke aik bohat zabardast mansooba banaya.</w:t>
      </w:r>
    </w:p>
    <w:p>
      <w:pPr>
        <w:jc w:val="right"/>
      </w:pPr>
      <w:r>
        <w:t>بیرونی عوامل۔ اب دیکھئے کہ جارج بش نے سارے امریکہ کے سارے تھنک ٹینک کو استعمال کر کے ایک بہت زبردست منصوبہ بنایا۔</w:t>
      </w:r>
    </w:p>
    <w:p>
      <w:r>
        <w:rPr>
          <w:b/>
        </w:rPr>
        <w:t xml:space="preserve">[15:47] </w:t>
      </w:r>
      <w:r>
        <w:t>ke hum iraq ko aisa karenge, waisa karenge. aur dunya ka sab se bara hamla</w:t>
      </w:r>
    </w:p>
    <w:p>
      <w:pPr>
        <w:jc w:val="right"/>
      </w:pPr>
      <w:r>
        <w:t>کہ ہم عراق کو ایسا کریں گے، ویسا کریں گے۔ اور دنیا کا سب سے بڑا حملہ</w:t>
      </w:r>
    </w:p>
    <w:p>
      <w:r>
        <w:rPr>
          <w:b/>
        </w:rPr>
        <w:t xml:space="preserve">[15:52] </w:t>
      </w:r>
      <w:r>
        <w:t>kiya. george bush senior ne bhi, george bush junior ne bhi. aur mila kiya? kuch bhi nahin. kal main report parh raha tha ke un ke bohat saare helicopter ko unhone maar ke gira diya.</w:t>
      </w:r>
    </w:p>
    <w:p>
      <w:pPr>
        <w:jc w:val="right"/>
      </w:pPr>
      <w:r>
        <w:t>کیا۔ جارج بش سینئر نے بھی، جارج بش جونیئر نے بھی۔ اور ملا کیا؟ کچھ بھی نہیں۔ کل میں رپورٹ پڑھ رہا تھا کہ ان کے بہت سارے ہیلی کاپٹر کو انہوں نے مار کے گرا دیا۔</w:t>
      </w:r>
    </w:p>
    <w:p>
      <w:r>
        <w:rPr>
          <w:b/>
        </w:rPr>
        <w:t xml:space="preserve">[16:05] </w:t>
      </w:r>
      <w:r>
        <w:t>yani iraq jo hai amrici helicopter ka qabristan ban raha hai.</w:t>
      </w:r>
    </w:p>
    <w:p>
      <w:pPr>
        <w:jc w:val="right"/>
      </w:pPr>
      <w:r>
        <w:t>یعنی عراق جو ہے امریکی ہیلی کاپٹرز کا قبرستان بن رہا ہے۔</w:t>
      </w:r>
    </w:p>
    <w:p>
      <w:r>
        <w:rPr>
          <w:b/>
        </w:rPr>
        <w:t xml:space="preserve">[16:10] </w:t>
      </w:r>
      <w:r>
        <w:t>to kaha george bush ko is par control nahin tha ke iraq ke log jo hain woh un ke helicopter ko na maarein.</w:t>
      </w:r>
    </w:p>
    <w:p>
      <w:pPr>
        <w:jc w:val="right"/>
      </w:pPr>
      <w:r>
        <w:t>تو کہا جارج بش کو اس پر کنٹرول نہیں تھا کہ عراق کے لوگ جو ہیں وہ ان کے ہیلی کاپٹر کو نہ ماریں۔</w:t>
      </w:r>
    </w:p>
    <w:p>
      <w:r>
        <w:rPr>
          <w:b/>
        </w:rPr>
        <w:t xml:space="preserve">[16:21] </w:t>
      </w:r>
      <w:r>
        <w:t>un ki fauj ke logon ko na maarein. maine report parhi ke wahan jo amrici fauj hai woh zehni case ho rahe hain woh log. itna zyada dabao mein rehte hain.</w:t>
      </w:r>
    </w:p>
    <w:p>
      <w:pPr>
        <w:jc w:val="right"/>
      </w:pPr>
      <w:r>
        <w:t>ان کی فوج کے لوگوں کو نہ ماریں۔ میں نے رپورٹ پڑھی کہ وہاں جو امریکی فوج ہے وہ ذہنی کیس ہو رہے ہیں وہ لوگ۔ اتنا زیادہ دباؤ میں رہتے ہیں۔</w:t>
      </w:r>
    </w:p>
    <w:p>
      <w:r>
        <w:rPr>
          <w:b/>
        </w:rPr>
        <w:t xml:space="preserve">[16:32] </w:t>
      </w:r>
      <w:r>
        <w:t>kyun ke george bush jo hai super power ka sarbrah un ke paas hai. sarbrah hain woh super power ke. lekin un ke liye bahir-e-control hai.</w:t>
      </w:r>
    </w:p>
    <w:p>
      <w:pPr>
        <w:jc w:val="right"/>
      </w:pPr>
      <w:r>
        <w:t>کیونکہ جارج بش جو ہے سپر پاور کا سربراہ ان کے پاس ہے۔ سربراہ ہیں وہ سپر پاور کے۔ لیکن ان کے لیے باہرِ کنٹرول ہے۔</w:t>
      </w:r>
    </w:p>
    <w:p>
      <w:r>
        <w:rPr>
          <w:b/>
        </w:rPr>
        <w:t xml:space="preserve">[16:44] </w:t>
      </w:r>
      <w:r>
        <w:t>woh na afghanistan ke logon ko bahir-e-control kar sake, na iraq walon ko kar sake.</w:t>
      </w:r>
    </w:p>
    <w:p>
      <w:pPr>
        <w:jc w:val="right"/>
      </w:pPr>
      <w:r>
        <w:t>وہ نہ افغانستان کے لوگوں کو باہرِ کنٹرول کر سکے، نہ عراق والوں کو کر سکے۔</w:t>
      </w:r>
    </w:p>
    <w:p>
      <w:r>
        <w:rPr>
          <w:b/>
        </w:rPr>
        <w:t xml:space="preserve">[16:51] </w:t>
      </w:r>
      <w:r>
        <w:t>to koi bara ho ya chhota. ghareeb ho ya ameer. na to is ke andar enjoy karne ki la-mahdood salahiyat hai.</w:t>
      </w:r>
    </w:p>
    <w:p>
      <w:pPr>
        <w:jc w:val="right"/>
      </w:pPr>
      <w:r>
        <w:t>تو کوئی بڑا ہو یا چھوٹا۔ غریب ہو یا امیر۔ نہ تو اس کے اندر انجوائے کرنے کی لامحدود صلاحیت ہے۔</w:t>
      </w:r>
    </w:p>
    <w:p>
      <w:r>
        <w:rPr>
          <w:b/>
        </w:rPr>
        <w:t xml:space="preserve">[17:03] </w:t>
      </w:r>
      <w:r>
        <w:t>aur na is ke andar yeh taqat hai ke bahir ke jo awamil chahiye un ko woh control kar sake. to kya karega aadmi?</w:t>
      </w:r>
    </w:p>
    <w:p>
      <w:pPr>
        <w:jc w:val="right"/>
      </w:pPr>
      <w:r>
        <w:t>اور نہ اس کے اندر یہ طاقت ہے کہ باہر کے جو عوامل چاہیے ان کو وہ کنٹرول کر سکے۔ تو کیا کرے گا آدمی؟</w:t>
      </w:r>
    </w:p>
    <w:p>
      <w:r>
        <w:rPr>
          <w:b/>
        </w:rPr>
        <w:t xml:space="preserve">[17:11] </w:t>
      </w:r>
      <w:r>
        <w:t>kaise enjoy karega? sirf hawa karega khali.</w:t>
      </w:r>
    </w:p>
    <w:p>
      <w:pPr>
        <w:jc w:val="right"/>
      </w:pPr>
      <w:r>
        <w:t>کیسے انجوائے کرے گا؟ صرف ہوا کرے گا خالی۔</w:t>
      </w:r>
    </w:p>
    <w:p>
      <w:r>
        <w:rPr>
          <w:b/>
        </w:rPr>
        <w:t xml:space="preserve">[17:16] </w:t>
      </w:r>
      <w:r>
        <w:t>maine kai aise log dekhe hain jo hawa hawa kar rahe the. aur shaam ko jab maine un se mila aur baat ki karida un ko karida to andar se kuch bhi nahin tha.</w:t>
      </w:r>
    </w:p>
    <w:p>
      <w:pPr>
        <w:jc w:val="right"/>
      </w:pPr>
      <w:r>
        <w:t>میں نے کئی ایسے لوگ دیکھے ہیں جو ہوا ہوا کر رہے تھے۔ اور شام کو جب میں نے ان سے ملا اور بات کی کریدہ ان کو کریدہ تو اندر سے کچھ بھی نہیں تھا۔</w:t>
      </w:r>
    </w:p>
    <w:p>
      <w:r>
        <w:rPr>
          <w:b/>
        </w:rPr>
        <w:t xml:space="preserve">[17:29] </w:t>
      </w:r>
      <w:r>
        <w:t>ab dekhiye dunya ka sab se bara super comedian jo hai woh hai woh charlie chaplin.</w:t>
      </w:r>
    </w:p>
    <w:p>
      <w:pPr>
        <w:jc w:val="right"/>
      </w:pPr>
      <w:r>
        <w:t>اب دیکھئے دنیا کا سب سے بڑا سپر کامیڈین جو ہے وہ ہے وہ چارلی چیپلن۔</w:t>
      </w:r>
    </w:p>
    <w:p>
      <w:r>
        <w:rPr>
          <w:b/>
        </w:rPr>
        <w:t xml:space="preserve">[17:39] </w:t>
      </w:r>
      <w:r>
        <w:t>charlie chaplin</w:t>
      </w:r>
    </w:p>
    <w:p>
      <w:pPr>
        <w:jc w:val="right"/>
      </w:pPr>
      <w:r>
        <w:t>چارلی چیپلن</w:t>
      </w:r>
    </w:p>
    <w:p>
      <w:r>
        <w:rPr>
          <w:b/>
        </w:rPr>
        <w:t xml:space="preserve">[17:41] </w:t>
      </w:r>
      <w:r>
        <w:t>dunya ka super comedian mana jata hai. hasna aasan tha aik naam tha is ka. aur bohat zyada paisa ikhatta kiya is ne hasna aasan mein. to woh britain mein paida hua.</w:t>
      </w:r>
    </w:p>
    <w:p>
      <w:pPr>
        <w:jc w:val="right"/>
      </w:pPr>
      <w:r>
        <w:t>۔ دنیا کا سپر کامیڈین مانا جاتا ہے۔ حسنہ آسانہ ایک نام تھا اس کا۔ اور بہت زیادہ پیسہ اکٹھا کیا اس نے حسنہ آسانہ میں۔ تو وہ برٹن میں پیدا ہوا۔</w:t>
      </w:r>
    </w:p>
    <w:p>
      <w:r>
        <w:rPr>
          <w:b/>
        </w:rPr>
        <w:t xml:space="preserve">[17:54] </w:t>
      </w:r>
      <w:r>
        <w:t>woh angrez tha woh. chala gaya america. lekin aap jante hain ke british jo hain woh nafrat karte hain americon se. to is ne wahan par citizenship nahin li.</w:t>
      </w:r>
    </w:p>
    <w:p>
      <w:pPr>
        <w:jc w:val="right"/>
      </w:pPr>
      <w:r>
        <w:t>وہ انگریز تھا وہ۔ چلا گیا امریکہ۔ لیکن آپ جانتے ہیں کہ برٹشز جو ہیں وہ نفرت کرتے ہیں امریکیوں سے۔ تو اس نے وہاں پر سیزرشپ نہیں لی۔</w:t>
      </w:r>
    </w:p>
    <w:p>
      <w:r>
        <w:rPr>
          <w:b/>
        </w:rPr>
        <w:t xml:space="preserve">[18:06] </w:t>
      </w:r>
      <w:r>
        <w:t>wahan par entry visa par raha woh. aur is ke andar kuch socialistic soch thi. aap jante hain yeh zamana is ka hai pehli jang-e-azeem aur doosri jang-e-azeem ke beech ka.</w:t>
      </w:r>
    </w:p>
    <w:p>
      <w:pPr>
        <w:jc w:val="right"/>
      </w:pPr>
      <w:r>
        <w:t>وہاں پر انٹری ویزا پر رہا وہ۔ اور اس کے اندر کچھ سوشلسٹک سوچ تھی۔ آپ جانتے ہیں یہ زمانہ اس کا ہے پہلی جنگ عظیم اور دوسری جنگ عظیم کے بیچ کا۔</w:t>
      </w:r>
    </w:p>
    <w:p>
      <w:r>
        <w:rPr>
          <w:b/>
        </w:rPr>
        <w:t xml:space="preserve">[18:18] </w:t>
      </w:r>
      <w:r>
        <w:t>pehli jang-e-azeem aur doosri jang-e-azeem ke beech ka zamana jo hai wahan aik aik dhoom thi socialism aur communism ki. aap jante hain ke marx jo tha woh london hi mein mara.</w:t>
      </w:r>
    </w:p>
    <w:p>
      <w:pPr>
        <w:jc w:val="right"/>
      </w:pPr>
      <w:r>
        <w:t>پہلی جنگ عظیم اور دوسری جنگ عظیم کے بیچ کا زمانہ جو ہے وہاں ایک ایک دھوم تھی سوشلزم اور کمیونزم کی۔ آپ جانتے ہیں کہ مارکس جو تھا وہ لندن ہی میں مرا۔</w:t>
      </w:r>
    </w:p>
    <w:p>
      <w:r>
        <w:rPr>
          <w:b/>
        </w:rPr>
        <w:t xml:space="preserve">[18:29] </w:t>
      </w:r>
      <w:r>
        <w:t>paida hua tha woh germany mein. lekin aakhir mein woh london mein raha. wohin mara woh.</w:t>
      </w:r>
    </w:p>
    <w:p>
      <w:pPr>
        <w:jc w:val="right"/>
      </w:pPr>
      <w:r>
        <w:t>پیدا ہوا تھا وہ جرمنی میں۔ لیکن آخر میں وہ لندن میں رہا۔ وہیں مرا وہ۔</w:t>
      </w:r>
    </w:p>
    <w:p>
      <w:r>
        <w:rPr>
          <w:b/>
        </w:rPr>
        <w:t xml:space="preserve">[18:35] </w:t>
      </w:r>
      <w:r>
        <w:t>sab se sab se bara is ka jo dost tha woh tha angel jo angrez tha. to wahan par communist ideas bohat phailay. isi se hamaray Nehru ji mutasir huay.</w:t>
      </w:r>
    </w:p>
    <w:p>
      <w:pPr>
        <w:jc w:val="right"/>
      </w:pPr>
      <w:r>
        <w:t>سب سے سب سے بڑا اس کا جو دوست تھا وہ تھا اینجل جو انگریز تھا۔ تو وہاں پر کمیونسٹ آئیڈیاز بہت پھیلے۔ اسی سے ہمارے نہرو جی متاثر ہوئے۔</w:t>
      </w:r>
    </w:p>
    <w:p>
      <w:r>
        <w:rPr>
          <w:b/>
        </w:rPr>
        <w:t xml:space="preserve">[18:48] </w:t>
      </w:r>
      <w:r>
        <w:t>to wahan fabian society jo sab ke sab socialist log thay is mein. to britishz mein bohat se log thay parhay likhay log jo socialist ban gaye. ab yeh tha America mein.</w:t>
      </w:r>
    </w:p>
    <w:p>
      <w:pPr>
        <w:jc w:val="right"/>
      </w:pPr>
      <w:r>
        <w:t>تو وہاں فیبین سوسائٹی جو سب کے سب سوشلسٹ لوگ تھے اس میں۔ تو برٹشز میں بہت سے لوگ تھے پڑھے لکھے لوگ جو سوشلسٹ بن گئے۔ اب یہ تھا امریکہ میں۔</w:t>
      </w:r>
    </w:p>
    <w:p>
      <w:r>
        <w:rPr>
          <w:b/>
        </w:rPr>
        <w:t xml:space="preserve">[18:59] </w:t>
      </w:r>
      <w:r>
        <w:t>aur pehli jang-e-azeem aur doosri jang-e-azeem ke beech mein aap jantay hain America mein kya tha?</w:t>
      </w:r>
    </w:p>
    <w:p>
      <w:pPr>
        <w:jc w:val="right"/>
      </w:pPr>
      <w:r>
        <w:t>اور پہلی جنگ عظیم اور دوسری جنگ عظیم کے بیچ میں آپ جانتے ہیں امریکہ میں کیا تھا؟</w:t>
      </w:r>
    </w:p>
    <w:p>
      <w:r>
        <w:rPr>
          <w:b/>
        </w:rPr>
        <w:t xml:space="preserve">[19:04] </w:t>
      </w:r>
      <w:r>
        <w:t>communism ko apna woh dushman number aik samajhtay thay. dushman number aik. aik baar to ab mein New York mein aik aik international conference mein tha.</w:t>
      </w:r>
    </w:p>
    <w:p>
      <w:pPr>
        <w:jc w:val="right"/>
      </w:pPr>
      <w:r>
        <w:t>کمیونزم کو اپنا وہ دشمن نمبر ایک سمجھتے تھے۔ دشمن نمبر ایک۔ ایک بار تو اب میں نیویارک میں ایک ایک انٹرنیشنل کانفرنس میں تھا۔</w:t>
      </w:r>
    </w:p>
    <w:p>
      <w:r>
        <w:rPr>
          <w:b/>
        </w:rPr>
        <w:t xml:space="preserve">[19:15] </w:t>
      </w:r>
      <w:r>
        <w:t>to is ka jo chairman tha us ne ailaan kiya aik baat ka. ke aik line par mujh ko pata nahi kitnay hazar bataya ke mujhe telegram milay thay.</w:t>
      </w:r>
    </w:p>
    <w:p>
      <w:pPr>
        <w:jc w:val="right"/>
      </w:pPr>
      <w:r>
        <w:t>تو اس کا جو چیئرمین تھا اس نے اعلان کیا ایک بات کا۔ کہ ایک لائن پر مجھ کو پتہ نہیں کتنے ہزار بتایا کہ مجھے ٹیلی گرام ملے تھے۔</w:t>
      </w:r>
    </w:p>
    <w:p>
      <w:r>
        <w:rPr>
          <w:b/>
        </w:rPr>
        <w:t xml:space="preserve">[19:26] </w:t>
      </w:r>
      <w:r>
        <w:t>woh line kya thi? woh yeh thi ke communism is dushman number aik of US A.</w:t>
      </w:r>
    </w:p>
    <w:p>
      <w:pPr>
        <w:jc w:val="right"/>
      </w:pPr>
      <w:r>
        <w:t>وہ لائن کیا تھی؟ وہ یہ تھی کہ کمیونزم از دشمن نمبر ایک آف یو ایس اے۔</w:t>
      </w:r>
    </w:p>
    <w:p>
      <w:r>
        <w:rPr>
          <w:b/>
        </w:rPr>
        <w:t xml:space="preserve">[19:33] </w:t>
      </w:r>
      <w:r>
        <w:t>is par itnay telegram aaye. to yeh haal hai Americayion ka. woh samajhtay hain ke sab se bara dushman hamara jo hai communism hai.</w:t>
      </w:r>
    </w:p>
    <w:p>
      <w:pPr>
        <w:jc w:val="right"/>
      </w:pPr>
      <w:r>
        <w:t>اس پر اتنے ٹیلی گرام آئے۔ تو یہ حال ہے امریکیوں کا۔ وہ سمجھتے ہیں کہ سب سے بڑا دشمن ہمارا جو ہے کمیونزم ہے۔</w:t>
      </w:r>
    </w:p>
    <w:p>
      <w:r>
        <w:rPr>
          <w:b/>
        </w:rPr>
        <w:t xml:space="preserve">[19:42] </w:t>
      </w:r>
      <w:r>
        <w:t>ab in ke andar thora jhukao tha. to woh in chahe ban gaye yeh. Charlie Chaplin America mein in chahe ban gaye. ghair Amrici kaha janay laga in ko.</w:t>
      </w:r>
    </w:p>
    <w:p>
      <w:pPr>
        <w:jc w:val="right"/>
      </w:pPr>
      <w:r>
        <w:t>اب ان کے اندر تھوڑا جھکاؤ تھا۔ تو وہ ان چاہے بن گئے یہ۔ چارلی چیپلن امریکہ میں ان چاہے بن گئے۔ غیر امریکی کہا جانے لگا ان کو۔</w:t>
      </w:r>
    </w:p>
    <w:p>
      <w:r>
        <w:rPr>
          <w:b/>
        </w:rPr>
        <w:t xml:space="preserve">[19:54] </w:t>
      </w:r>
      <w:r>
        <w:t>ab kya karein yeh? ab kai masail in ko ho gaye. number aik America mein woh ghair Amrici manay janay lagay.</w:t>
      </w:r>
    </w:p>
    <w:p>
      <w:pPr>
        <w:jc w:val="right"/>
      </w:pPr>
      <w:r>
        <w:t>اب کیا کریں یہ؟ اب کئی مسائل ان کو ہو گئے۔ نمبر ایک امریکہ میں وہ غیر امریکی مانے جانے لگے۔</w:t>
      </w:r>
    </w:p>
    <w:p>
      <w:r>
        <w:rPr>
          <w:b/>
        </w:rPr>
        <w:t xml:space="preserve">[20:03] </w:t>
      </w:r>
      <w:r>
        <w:t>pro communist manay janay lagay. chaar shadiyan karein kisi se bhi un ki bani nahi. alahdagi hui. paisa bohat kamaya. ab income tax ke masail thay un ke.</w:t>
      </w:r>
    </w:p>
    <w:p>
      <w:pPr>
        <w:jc w:val="right"/>
      </w:pPr>
      <w:r>
        <w:t>پرو کمیونسٹ مانے جانے لگے۔ چار شادیاں کیں کسی سے بھی ان کی بنی نہیں۔ علیحدگی ہوئی۔ پیسہ بہت کمایا۔ اب انکم ٹیکس کے مسائل تھے ان کے۔</w:t>
      </w:r>
    </w:p>
    <w:p>
      <w:r>
        <w:rPr>
          <w:b/>
        </w:rPr>
        <w:t xml:space="preserve">[20:14] </w:t>
      </w:r>
      <w:r>
        <w:t>waghera. aakhir mein kya kiya unhon ne America chhod kar ke chalay gaye. entry ka jo woh kagaz tha entry visa woh surrender kar diya unhon ne.</w:t>
      </w:r>
    </w:p>
    <w:p>
      <w:pPr>
        <w:jc w:val="right"/>
      </w:pPr>
      <w:r>
        <w:t>وغیرہ۔ آخر میں کیا کیا انہوں نے امریکہ چھوڑ کر کے چلے گئے۔ انٹری کا جو وہ کاغذ تھا انٹری ویزا وہ سرنڈر کر دیا انہوں نے۔</w:t>
      </w:r>
    </w:p>
    <w:p>
      <w:r>
        <w:rPr>
          <w:b/>
        </w:rPr>
        <w:t xml:space="preserve">[20:24] </w:t>
      </w:r>
      <w:r>
        <w:t>Switzerland mein surrender kiya unhon ne ja kar ke.</w:t>
      </w:r>
    </w:p>
    <w:p>
      <w:pPr>
        <w:jc w:val="right"/>
      </w:pPr>
      <w:r>
        <w:t>سوئٹزرلینڈ میں سرنڈر کیا انہوں نے جا کر کے۔</w:t>
      </w:r>
    </w:p>
    <w:p>
      <w:r>
        <w:rPr>
          <w:b/>
        </w:rPr>
        <w:t xml:space="preserve">[20:28] </w:t>
      </w:r>
      <w:r>
        <w:t>aur despair member hai woh aadmi. despair member hai woh. to aik aik baar mein ne parha tha ke aik aadmi aaya kisi jo yeh counseling karte hain jo log un ke paas.</w:t>
      </w:r>
    </w:p>
    <w:p>
      <w:pPr>
        <w:jc w:val="right"/>
      </w:pPr>
      <w:r>
        <w:t>اور ڈسپیئر ممبر ہے وہ آدمی۔ ڈسپیئر ممبر ہے وہ۔ تو ایک ایک بار میں نے پڑھا تھا کہ ایک آدمی آیا کسی جو یہ کونسلنگ کرتے ہیں جو لوگ ان کے پاس۔</w:t>
      </w:r>
    </w:p>
    <w:p>
      <w:r>
        <w:rPr>
          <w:b/>
        </w:rPr>
        <w:t xml:space="preserve">[20:43] </w:t>
      </w:r>
      <w:r>
        <w:t>unhon ne kaha ke sahib mein bohat gham mein rehta hoon. bohat mein mujhe bohat hi pareshani rehti hai.</w:t>
      </w:r>
    </w:p>
    <w:p>
      <w:pPr>
        <w:jc w:val="right"/>
      </w:pPr>
      <w:r>
        <w:t>انہوں نے کہا کہ صاحب میں بہت غم میں رہتا ہوں۔ بہت میں مجھے بہت ہی پریشانی رہتی ہے۔</w:t>
      </w:r>
    </w:p>
    <w:p>
      <w:r>
        <w:rPr>
          <w:b/>
        </w:rPr>
        <w:t xml:space="preserve">[20:54] </w:t>
      </w:r>
      <w:r>
        <w:t>to kuch is ka aap hal bataiye.</w:t>
      </w:r>
    </w:p>
    <w:p>
      <w:pPr>
        <w:jc w:val="right"/>
      </w:pPr>
      <w:r>
        <w:t>تو کچھ اس کا آپ حل بتائیے۔</w:t>
      </w:r>
    </w:p>
    <w:p>
      <w:r>
        <w:rPr>
          <w:b/>
        </w:rPr>
        <w:t xml:space="preserve">[20:57] </w:t>
      </w:r>
      <w:r>
        <w:t>to woh jo counselor sahib thay unhon ne kaha ke Charlie Chaplin ka show dekha karo. jo comedian hai bohat bara. jantay hain kya hua?</w:t>
      </w:r>
    </w:p>
    <w:p>
      <w:pPr>
        <w:jc w:val="right"/>
      </w:pPr>
      <w:r>
        <w:t>تو وہ جو کونسلر صاحب تھے انہوں نے کہا کہ چارلی چیپلن کا شو دکھا کرو۔ جو کامیڈین ہے بہت بڑا۔ جانتے ہیں کیا ہوا؟</w:t>
      </w:r>
    </w:p>
    <w:p>
      <w:r>
        <w:rPr>
          <w:b/>
        </w:rPr>
        <w:t xml:space="preserve">[21:08] </w:t>
      </w:r>
      <w:r>
        <w:t>unhon ne kaha ke mein hi to Charlie Chaplin hoon. stage par hansta hoon aur mera dil rota hai. to yeh sab bilkul ahmaqana baatein hain.</w:t>
      </w:r>
    </w:p>
    <w:p>
      <w:pPr>
        <w:jc w:val="right"/>
      </w:pPr>
      <w:r>
        <w:t>انہوں نے کہا کہ میں ہی تو چارلی چیپلن ہوں۔ اسٹیج پر ہنستا ہوں اور میرا دل روتا ہے۔ تو یہ سب بالکل احمقانہ باتیں ہیں۔</w:t>
      </w:r>
    </w:p>
    <w:p>
      <w:r>
        <w:rPr>
          <w:b/>
        </w:rPr>
        <w:t xml:space="preserve">[21:21] </w:t>
      </w:r>
      <w:r>
        <w:t>enjoy every moment. aap enjoy kar nahi</w:t>
      </w:r>
    </w:p>
    <w:p>
      <w:pPr>
        <w:jc w:val="right"/>
      </w:pPr>
      <w:r>
        <w:t>انجوائے ایوری مومنٹ۔ آپ انجوائے کر نہیں</w:t>
      </w:r>
    </w:p>
    <w:p>
      <w:r>
        <w:rPr>
          <w:b/>
        </w:rPr>
        <w:t xml:space="preserve">[21:23] </w:t>
      </w:r>
      <w:r>
        <w:t>saktay. bunyadi baat yeh hai.</w:t>
      </w:r>
    </w:p>
    <w:p>
      <w:pPr>
        <w:jc w:val="right"/>
      </w:pPr>
      <w:r>
        <w:t>سکتے۔ بنیادی بات یہ ہے۔</w:t>
      </w:r>
    </w:p>
    <w:p>
      <w:r>
        <w:rPr>
          <w:b/>
        </w:rPr>
        <w:t xml:space="preserve">[21:27] </w:t>
      </w:r>
      <w:r>
        <w:t>koi bhi insaan mujhe ab tak nahi mila hai jo yeh keh sakay andar se woh udas nahi hai. is mein kurednay ki baat hai. jab mein kuredta hoon to andar se udasi nikalti hai.</w:t>
      </w:r>
    </w:p>
    <w:p>
      <w:pPr>
        <w:jc w:val="right"/>
      </w:pPr>
      <w:r>
        <w:t>کوئی بھی انسان مجھے اب تک نہیں ملا ہے جو یہ کہہ سکے اندر سے وہ اداس نہیں ہے۔ اس میں کریدنے کی بات ہے۔ جب میں کریدتا ہوں تو اندر سے اداسی نکلتا ہے۔</w:t>
      </w:r>
    </w:p>
    <w:p>
      <w:r>
        <w:rPr>
          <w:b/>
        </w:rPr>
        <w:t xml:space="preserve">[21:35] </w:t>
      </w:r>
      <w:r>
        <w:t>har aadmi. har aadmi. aap ko shaq hoga to kisi aadmi ko mujh se milaiye. aik kisi aik aadmi jo aap samajhtay ho dil mein bara khush rehta hai.</w:t>
      </w:r>
    </w:p>
    <w:p>
      <w:pPr>
        <w:jc w:val="right"/>
      </w:pPr>
      <w:r>
        <w:t>ہر آدمی۔ ہر آدمی۔ آپ کو شک ہوگا تو کسی آدمی کو مجھ سے ملائیے۔ ایک کسی ایک آدمی جو آپ سمجھتے ہو دلی میں بڑا خوش رہتا ہے۔</w:t>
      </w:r>
    </w:p>
    <w:p>
      <w:r>
        <w:rPr>
          <w:b/>
        </w:rPr>
        <w:t xml:space="preserve">[21:44] </w:t>
      </w:r>
      <w:r>
        <w:t>mujh se milaiye. mujh se milaiye. scrutiny kar ke dikha doon ga ke andar se udas hai woh aadmi. udas kyun hai?</w:t>
      </w:r>
    </w:p>
    <w:p>
      <w:pPr>
        <w:jc w:val="right"/>
      </w:pPr>
      <w:r>
        <w:t>مجھ سے ملائے۔ مجھ سے ملائیے۔ اسکرٹنی کر کے دکھا دوں گا کہ اندر سے اداس ہے وہ آدمی۔ اداس کیوں ہے؟</w:t>
      </w:r>
    </w:p>
    <w:p>
      <w:r>
        <w:rPr>
          <w:b/>
        </w:rPr>
        <w:t xml:space="preserve">[21:52] </w:t>
      </w:r>
      <w:r>
        <w:t>inhi do wajhon se. aik to yeh ke mein ne kaha ke sense of enjoy to har aadmi mein hai. lekin salahiyat enjoy hai hi nahi.</w:t>
      </w:r>
    </w:p>
    <w:p>
      <w:pPr>
        <w:jc w:val="right"/>
      </w:pPr>
      <w:r>
        <w:t>انہی دو وجہوں سے۔ ایک تو یہ کہ میں نے کہا کہ سینس آف انجوائے تو ہر آدمی میں ہے۔ لیکن صلاحیت انجوائے ہے ہی نہیں۔</w:t>
      </w:r>
    </w:p>
    <w:p>
      <w:r>
        <w:rPr>
          <w:b/>
        </w:rPr>
        <w:t xml:space="preserve">[22:02] </w:t>
      </w:r>
      <w:r>
        <w:t>kya karein ge aap? aur doosri cheez hai beroni awamil aap ko saath nahi detay. woh kisi ka saath nahi detay.</w:t>
      </w:r>
    </w:p>
    <w:p>
      <w:pPr>
        <w:jc w:val="right"/>
      </w:pPr>
      <w:r>
        <w:t>کیا کریں گے آپ؟ اور دوسری چیز ہے بیرونی عوامل آپ کو ساتھ نہیں دیتے۔ وہ کسی کا ساتھ نہیں دیتے۔</w:t>
      </w:r>
    </w:p>
    <w:p>
      <w:r>
        <w:rPr>
          <w:b/>
        </w:rPr>
        <w:t xml:space="preserve">[22:11] </w:t>
      </w:r>
      <w:r>
        <w:t>but breaking ka bhi. ab dekhiye hamaray India ko lijiye aap. Gandhi aur Nehru do top ke aadmi thay hamaray India mein.</w:t>
      </w:r>
    </w:p>
    <w:p>
      <w:pPr>
        <w:jc w:val="right"/>
      </w:pPr>
      <w:r>
        <w:t>بٹ بریکنگ کا بھی۔ اب دیکھئے ہمارے انڈیا کو لیجیے آپ۔ گاندھی اور نہرو دو ٹاپ کے آدمی تھے ہمارے انڈیا میں۔</w:t>
      </w:r>
    </w:p>
    <w:p>
      <w:r>
        <w:rPr>
          <w:b/>
        </w:rPr>
        <w:t xml:space="preserve">[22:20] </w:t>
      </w:r>
      <w:r>
        <w:t>gandhi samajhte the ke azaad India jo hoga woh apna hi apna hoga sab kuch. apna hi apna hoga. aur angrezon ne goli nahi maari thi gandhi ko.</w:t>
      </w:r>
    </w:p>
    <w:p>
      <w:pPr>
        <w:jc w:val="right"/>
      </w:pPr>
      <w:r>
        <w:t>گاندھی سمجھتے تھے کہ آزاد انڈیا جو ہوگا وہ اپنا ہی اپنا ہوگا سب کچھ۔ اپنا ہی اپنا ہوگا۔ اور انگریزوں نے گولی نہیں ماری تھی گاندھی کو۔</w:t>
      </w:r>
    </w:p>
    <w:p>
      <w:r>
        <w:rPr>
          <w:b/>
        </w:rPr>
        <w:t xml:space="preserve">[22:30] </w:t>
      </w:r>
      <w:r>
        <w:t>lekin indian ne goli maar di un ko. aap sochiye. yeh tha azaad India.</w:t>
      </w:r>
    </w:p>
    <w:p>
      <w:pPr>
        <w:jc w:val="right"/>
      </w:pPr>
      <w:r>
        <w:t>لیکن انڈین نے گولی مار دی ان کو۔ آپ سوچیے۔ یہ تھا آزاد انڈیا۔</w:t>
      </w:r>
    </w:p>
    <w:p>
      <w:r>
        <w:rPr>
          <w:b/>
        </w:rPr>
        <w:t xml:space="preserve">[22:39] </w:t>
      </w:r>
      <w:r>
        <w:t>sahib al-bati qastanteen ne kar diya kamaal. to kamaal kar ke jo azaad India banaya nehru gandhi ne. isi India ne un ko goli maar di</w:t>
      </w:r>
    </w:p>
    <w:p>
      <w:pPr>
        <w:jc w:val="right"/>
      </w:pPr>
      <w:r>
        <w:t>صاحب البتی قسطنطین نے کر دیا کمال۔ تو کمال کر کے جو آزاد انڈیا بنایا نہرو گاندھی نے۔ اسی انڈیا نے ان کو گولی مار دی</w:t>
      </w:r>
    </w:p>
    <w:p>
      <w:r>
        <w:rPr>
          <w:b/>
        </w:rPr>
        <w:t xml:space="preserve">[22:48] </w:t>
      </w:r>
      <w:r>
        <w:t>. jabke angrez jo tha un ko rakhta tha agha khan palace mein. nehru ji ki dekhiye aap. India ka sab se zyada jo parosi tha masla parosi.</w:t>
      </w:r>
    </w:p>
    <w:p>
      <w:pPr>
        <w:jc w:val="right"/>
      </w:pPr>
      <w:r>
        <w:t>۔ جبکہ انگریز جو تھا ان کو رکھتا تھا آغا خان پیلس میں۔ نہرو جی کی دیکھئے آپ۔ انڈیا کا سب سے زیادہ جو پڑوسی تھا مسئلہ پڑوسی۔</w:t>
      </w:r>
    </w:p>
    <w:p>
      <w:r>
        <w:rPr>
          <w:b/>
        </w:rPr>
        <w:t xml:space="preserve">[23:03] </w:t>
      </w:r>
      <w:r>
        <w:t>woh tha cheen. to angrezon ki hikmat e amli yeh thi ke woh tibbat ko beech mein buffer is tarah banaye hue the.</w:t>
      </w:r>
    </w:p>
    <w:p>
      <w:pPr>
        <w:jc w:val="right"/>
      </w:pPr>
      <w:r>
        <w:t>وہ تھا چین۔ تو انگریزوں کی حکمت عملی یہ تھی کہ وہ تبت کو بیچ میں بفر اس طرح بنائے ہوئے تھے۔</w:t>
      </w:r>
    </w:p>
    <w:p>
      <w:r>
        <w:rPr>
          <w:b/>
        </w:rPr>
        <w:t xml:space="preserve">[23:13] </w:t>
      </w:r>
      <w:r>
        <w:t>to unhone tibbat khush karne ke liye cheen ko khush karne ke liye tibbat de diya cheen ko. aur unhone nikala hindi cheeni bhai bhai.</w:t>
      </w:r>
    </w:p>
    <w:p>
      <w:pPr>
        <w:jc w:val="right"/>
      </w:pPr>
      <w:r>
        <w:t>تو انہوں نے تبت خوش کرنے کے لیے چین کو خوش کرنے کے لیے تبت دے دیا چین کو۔ اور انہوں نے نکالا ہندی چینی بھائی بھائی۔</w:t>
      </w:r>
    </w:p>
    <w:p>
      <w:r>
        <w:rPr>
          <w:b/>
        </w:rPr>
        <w:t xml:space="preserve">[23:24] </w:t>
      </w:r>
      <w:r>
        <w:t>ab yahan par tibbat de diya un ko khush karne ke liye. cheeniyon ko. aur hindi cheeni bhai bhai ke nare yahan lagne lage. ek hua kya?</w:t>
      </w:r>
    </w:p>
    <w:p>
      <w:pPr>
        <w:jc w:val="right"/>
      </w:pPr>
      <w:r>
        <w:t>اب یہاں پر تبت دے دیا ان کو خوش کرنے کے لیے۔ چینیوں کو۔ اور ہندی چینی بھائی بھائی کے نعرے یہاں لگنے لگے۔ ایک ہوا کیا؟</w:t>
      </w:r>
    </w:p>
    <w:p>
      <w:r>
        <w:rPr>
          <w:b/>
        </w:rPr>
        <w:t xml:space="preserve">[23:33] </w:t>
      </w:r>
      <w:r>
        <w:t>1962 mein cheen ne hamla kar diya. ab ghus aaye assam mein.</w:t>
      </w:r>
    </w:p>
    <w:p>
      <w:pPr>
        <w:jc w:val="right"/>
      </w:pPr>
      <w:r>
        <w:t>1962 میں چین نے حملہ کر دیا۔ اب گھس آئے آسام میں۔</w:t>
      </w:r>
    </w:p>
    <w:p>
      <w:r>
        <w:rPr>
          <w:b/>
        </w:rPr>
        <w:t xml:space="preserve">[23:41] </w:t>
      </w:r>
      <w:r>
        <w:t>ab nehru jo hai un ko dil ka daura ho gaya un ko. aur agle hi saal mar gaye woh. to is mani mein nehru ke qabze mein yeh nahi tha ke cheen jo hai is par control kar sakein woh.</w:t>
      </w:r>
    </w:p>
    <w:p>
      <w:pPr>
        <w:jc w:val="right"/>
      </w:pPr>
      <w:r>
        <w:t>اب نہرو جو ہے ان کو دل کا دورہ ہو گیا ان کو۔ اور اگلے ہی سال مر گئے وہ۔ تو اس معنی میں نہرو کے قبضے میں یہ نہیں تھا کہ چین جو ہے اس پر کنٹرول کر سکیں وہ۔</w:t>
      </w:r>
    </w:p>
    <w:p>
      <w:r>
        <w:rPr>
          <w:b/>
        </w:rPr>
        <w:t xml:space="preserve">[23:54] </w:t>
      </w:r>
      <w:r>
        <w:t>gandhi ke qabze mein nahi tha ke woh indians ko raazi kar sakein ke mujhe goli na maro. to bayroni awamil kis ke qabze mein hain mujhe bataiye.</w:t>
      </w:r>
    </w:p>
    <w:p>
      <w:pPr>
        <w:jc w:val="right"/>
      </w:pPr>
      <w:r>
        <w:t>گاندھی کے قبضے میں نہیں تھا کہ وہ انڈینز کو راضی کر سکیں کہ مجھے گولی نہ مارو۔ تو بیرونی عوامل کس کے قبضے میں ہیں مجھے بتائیے۔</w:t>
      </w:r>
    </w:p>
    <w:p>
      <w:r>
        <w:rPr>
          <w:b/>
        </w:rPr>
        <w:t xml:space="preserve">[24:05] </w:t>
      </w:r>
      <w:r>
        <w:t>to na to aap ke andar khud itni salahiyat hai ke la mahdood tor par enjoy kar sakein. lekin insaan jo hai la mahdood tor par enjoy karna chahta hai yeh bhi samajh lijiye.</w:t>
      </w:r>
    </w:p>
    <w:p>
      <w:pPr>
        <w:jc w:val="right"/>
      </w:pPr>
      <w:r>
        <w:t>تو نہ تو آپ کے اندر خود اتنی صلاحیت ہے کہ لامحدود طور پر انجوائے کر سکیں۔ لیکن انسان جو ہے لامحدود طور پر انجوائے کرنا چاہتا ہے یہ بھی سمجھ لیجیے۔</w:t>
      </w:r>
    </w:p>
    <w:p>
      <w:r>
        <w:rPr>
          <w:b/>
        </w:rPr>
        <w:t xml:space="preserve">[24:19] </w:t>
      </w:r>
      <w:r>
        <w:t>janwaron ki hudood hain. un ko ghaas mil gayi to bas. un ka baat un ko aage kuch nahi sochna hai unhein. insaan ke andar la mahdood shauq hai enjoy karne ka.</w:t>
      </w:r>
    </w:p>
    <w:p>
      <w:pPr>
        <w:jc w:val="right"/>
      </w:pPr>
      <w:r>
        <w:t>جانوروں کی حدود ہیں۔ ان کو گھاس مل گئی تو بس۔ ان کا بات ان کو آگے کچھ نہیں سوچنا ہے انہیں۔ انسان کے اندر لامحدود شوق ہے انجوائے کرنے کا۔</w:t>
      </w:r>
    </w:p>
    <w:p>
      <w:r>
        <w:rPr>
          <w:b/>
        </w:rPr>
        <w:t xml:space="preserve">[24:33] </w:t>
      </w:r>
      <w:r>
        <w:t>la mahdood khwahish hai.</w:t>
      </w:r>
    </w:p>
    <w:p>
      <w:pPr>
        <w:jc w:val="right"/>
      </w:pPr>
      <w:r>
        <w:t>لامحدود خواہش ہے۔</w:t>
      </w:r>
    </w:p>
    <w:p>
      <w:r>
        <w:rPr>
          <w:b/>
        </w:rPr>
        <w:t xml:space="preserve">[24:36] </w:t>
      </w:r>
      <w:r>
        <w:t>to khwahish la mahdood hai. aur salahiyat mahdood hai. yeh tazad hai. ke har insaan ki khwahish la mahdood hai.</w:t>
      </w:r>
    </w:p>
    <w:p>
      <w:pPr>
        <w:jc w:val="right"/>
      </w:pPr>
      <w:r>
        <w:t>تو خواہش لامحدود ہے۔ اور صلاحیت محدود ہے۔ یہ تضاد ہے۔ کہ ہر انسان کی خواہش لامحدود ہے۔</w:t>
      </w:r>
    </w:p>
    <w:p>
      <w:r>
        <w:rPr>
          <w:b/>
        </w:rPr>
        <w:t xml:space="preserve">[24:46] </w:t>
      </w:r>
      <w:r>
        <w:t>lekin salahiyat mahdood hai. is liye thori der mein maloom hota hai ke bas mein to enjoy kar nahi sakta. aur jab bahar ke jo awamil hain thori der mein pata chalta hai ke woh to mujhe mera saath nahi de rahe.</w:t>
      </w:r>
    </w:p>
    <w:p>
      <w:pPr>
        <w:jc w:val="right"/>
      </w:pPr>
      <w:r>
        <w:t>لیکن صلاحیت محدود ہے۔ اس لیے تھوڑی دیر میں معلوم ہوتا ہے کہ بس میں تو انجوائے کر نہیں سکتا۔ اور جب باہر کے جو عوامل ہیں تھوڑی دیر میں پتہ چلتا ہے کہ وہ تو مجھے میرا ساتھ نہیں دے رہے۔</w:t>
      </w:r>
    </w:p>
    <w:p>
      <w:r>
        <w:rPr>
          <w:b/>
        </w:rPr>
        <w:t xml:space="preserve">[25:03] </w:t>
      </w:r>
      <w:r>
        <w:t>to yeh bilkul</w:t>
      </w:r>
    </w:p>
    <w:p>
      <w:pPr>
        <w:jc w:val="right"/>
      </w:pPr>
      <w:r>
        <w:t>تو یہ بالکل</w:t>
      </w:r>
    </w:p>
    <w:p>
      <w:r>
        <w:rPr>
          <w:b/>
        </w:rPr>
        <w:t xml:space="preserve">[25:04] </w:t>
      </w:r>
      <w:r>
        <w:t>ahmaqana baat hai yeh kehna ke enjoy every moment. kaise aap enjoy karenge? ek nayi kainaat banayenge kya aap? ek nayi kainaat banayenge?</w:t>
      </w:r>
    </w:p>
    <w:p>
      <w:pPr>
        <w:jc w:val="right"/>
      </w:pPr>
      <w:r>
        <w:t>احمقانہ بات ہے یہ کہنا کہ انجوائے ایوری مومنٹ۔ کیسے آپ انجوائے کریں گے؟ ایک نئی کائنات بنائیں گے کیا آپ؟ ایک نئی کائنات بنائیں گے؟</w:t>
      </w:r>
    </w:p>
    <w:p>
      <w:r>
        <w:rPr>
          <w:b/>
        </w:rPr>
        <w:t xml:space="preserve">[25:17] </w:t>
      </w:r>
      <w:r>
        <w:t>to dekhiye yeh sab bohat zyada</w:t>
      </w:r>
    </w:p>
    <w:p>
      <w:pPr>
        <w:jc w:val="right"/>
      </w:pPr>
      <w:r>
        <w:t>تو دیکھئے یہ سب بہت زیادہ</w:t>
      </w:r>
    </w:p>
    <w:p>
      <w:r>
        <w:rPr>
          <w:b/>
        </w:rPr>
        <w:t xml:space="preserve">[25:22] </w:t>
      </w:r>
      <w:r>
        <w:t>sochne ki baatein hain. aur jo sochne wala hai jitne falsafi hain jo sochne wale hain woh kabhi aisi boli nahi bolte. enjo</w:t>
      </w:r>
    </w:p>
    <w:p>
      <w:pPr>
        <w:jc w:val="right"/>
      </w:pPr>
      <w:r>
        <w:t>سوچنے کی باتیں ہیں۔ اور جو سوچنے والا ہے جتنے فلسفی ہیں جو سوچنے والے ہیں وہ کبھی ایسی بولی نہیں بولتے۔ انجو</w:t>
      </w:r>
    </w:p>
    <w:p>
      <w:r>
        <w:rPr>
          <w:b/>
        </w:rPr>
        <w:t xml:space="preserve">[25:29] </w:t>
      </w:r>
      <w:r>
        <w:t>y every moment. yeh to aam aadmi ki boli hai. jo log karobar chalate hain. de-stressing ke karobar. un logon ki boliyan hain jo de-stressing ke karobar chalate hain.</w:t>
      </w:r>
    </w:p>
    <w:p>
      <w:pPr>
        <w:jc w:val="right"/>
      </w:pPr>
      <w:r>
        <w:t>ائے ایوری مومنٹ۔ یہ تو عام آدمی کی بولی ہے۔ جو لوگ کاروبار چلاتے ہیں۔ ڈی اسٹریسنگ کے کاروبار۔ ان لوگوں کی بولیاں ہیں جو ڈی اسٹریسنگ کے کاروبار چلاتے ہیں۔</w:t>
      </w:r>
    </w:p>
    <w:p>
      <w:r>
        <w:rPr>
          <w:b/>
        </w:rPr>
        <w:t xml:space="preserve">[25:41] </w:t>
      </w:r>
      <w:r>
        <w:t>yeh un ki boliyan hain. logon ko mutawajjah karne ke liye.</w:t>
      </w:r>
    </w:p>
    <w:p>
      <w:pPr>
        <w:jc w:val="right"/>
      </w:pPr>
      <w:r>
        <w:t>یہ ان کی بولیاں ہیں۔ لوگوں کو متوجہ کرنے کے لیے۔</w:t>
      </w:r>
    </w:p>
    <w:p>
      <w:r>
        <w:rPr>
          <w:b/>
        </w:rPr>
        <w:t xml:space="preserve">[25:48] </w:t>
      </w:r>
      <w:r>
        <w:t>doosri falsafi jo hai woh kya hai? woh ecstasy hai.</w:t>
      </w:r>
    </w:p>
    <w:p>
      <w:pPr>
        <w:jc w:val="right"/>
      </w:pPr>
      <w:r>
        <w:t>دوسری فلسفی جو ہے وہ کیا ہے؟ وہ ایکسٹاسی ہے۔</w:t>
      </w:r>
    </w:p>
    <w:p>
      <w:r>
        <w:rPr>
          <w:b/>
        </w:rPr>
        <w:t xml:space="preserve">[25:56] </w:t>
      </w:r>
      <w:r>
        <w:t>ecstasy hai.</w:t>
      </w:r>
    </w:p>
    <w:p>
      <w:pPr>
        <w:jc w:val="right"/>
      </w:pPr>
      <w:r>
        <w:t>ایکسٹاسی ہے۔</w:t>
      </w:r>
    </w:p>
    <w:p>
      <w:r>
        <w:rPr>
          <w:b/>
        </w:rPr>
        <w:t xml:space="preserve">[25:58] </w:t>
      </w:r>
      <w:r>
        <w:t>haan mein yeh arz kar doon ek baat. phir yeh arz karunga. ke mujhe rozana yeh tajruba hota hai ke Khuda hai. kyun?</w:t>
      </w:r>
    </w:p>
    <w:p>
      <w:pPr>
        <w:jc w:val="right"/>
      </w:pPr>
      <w:r>
        <w:t>ہاں میں یہ عرض کر دوں ایک بات۔ پھر یہ عرض کروں گا۔ کہ مجھے روزانہ یہ تجربہ ہوتا ہے کہ خدا ہے۔ کیوں؟</w:t>
      </w:r>
    </w:p>
    <w:p>
      <w:r>
        <w:rPr>
          <w:b/>
        </w:rPr>
        <w:t xml:space="preserve">[26:08] </w:t>
      </w:r>
      <w:r>
        <w:t>rozana mujhe aisi baatein milti hain jo is se pehle mein ne na suna tha na jaana tha na parha tha. achaanak mere zehen mein aati hain.</w:t>
      </w:r>
    </w:p>
    <w:p>
      <w:pPr>
        <w:jc w:val="right"/>
      </w:pPr>
      <w:r>
        <w:t>روزانہ مجھے ایسی باتیں ملتی ہیں جو اس سے پہلے میں نے نہ سنا تھا نہ جانا تھا نہ پڑھا تھا۔ اچانک میرے ذہن میں آتی ہیں۔</w:t>
      </w:r>
    </w:p>
    <w:p>
      <w:r>
        <w:rPr>
          <w:b/>
        </w:rPr>
        <w:t xml:space="preserve">[26:17] </w:t>
      </w:r>
      <w:r>
        <w:t>khuda se mangta hoon aur mujhe mil jata hai. bible mein hai ke masih ne kaha ke mango to pao ge. mango to pao ge.</w:t>
      </w:r>
    </w:p>
    <w:p>
      <w:pPr>
        <w:jc w:val="right"/>
      </w:pPr>
      <w:r>
        <w:t>خدا سے مانگتا ہوں اور مجھے مل جاتا ہے۔ بائبل میں ہے کہ مسیح نے کہا کہ مانگو تو پاؤ گے۔ مانگو تو پاؤ گے۔</w:t>
      </w:r>
    </w:p>
    <w:p>
      <w:r>
        <w:rPr>
          <w:b/>
        </w:rPr>
        <w:t xml:space="preserve">[26:28] </w:t>
      </w:r>
      <w:r>
        <w:t>ab mislan dekhiye. aaj subah ki baat mein karta hoon. aaj subah ya kal sham ki baat hai. ya aaj hi hai kal ki.</w:t>
      </w:r>
    </w:p>
    <w:p>
      <w:pPr>
        <w:jc w:val="right"/>
      </w:pPr>
      <w:r>
        <w:t>اب مثلاً دیکھیے۔ آج صبح کی بات میں کرتا ہوں۔ آج صبح یا کل شام کی بات ہے۔ یا آج ہی ہے کل کی۔</w:t>
      </w:r>
    </w:p>
    <w:p>
      <w:r>
        <w:rPr>
          <w:b/>
        </w:rPr>
        <w:t xml:space="preserve">[26:37] </w:t>
      </w:r>
      <w:r>
        <w:t>ek muslim naujawan se mulaqat hui. jo angrezi parha likha tha woh. kisi college mein parhta hai woh.</w:t>
      </w:r>
    </w:p>
    <w:p>
      <w:pPr>
        <w:jc w:val="right"/>
      </w:pPr>
      <w:r>
        <w:t>ایک مسلم نوجوان سے ملاقات ہوئی۔ جو انگریزی پڑھا لکھا تھا وہ۔ کسی کالج میں پڑھتا ہے وہ۔</w:t>
      </w:r>
    </w:p>
    <w:p>
      <w:r>
        <w:rPr>
          <w:b/>
        </w:rPr>
        <w:t xml:space="preserve">[26:46] </w:t>
      </w:r>
      <w:r>
        <w:t>english school mein parha hui hai is ki. to us ne musalman tha woh. us ne kaha ke pehle mein namaz parhta tha. ab mein ne namaz chhor di.</w:t>
      </w:r>
    </w:p>
    <w:p>
      <w:pPr>
        <w:jc w:val="right"/>
      </w:pPr>
      <w:r>
        <w:t>انگلش اسکول میں پڑھا ہوئی ہے اس کی۔ تو اس نے مسلمان تھا وہ۔ اس نے کہا کہ پہلے میں نماز پڑھتا تھا۔ اب میں نے نماز چھوڑ دی۔</w:t>
      </w:r>
    </w:p>
    <w:p>
      <w:r>
        <w:rPr>
          <w:b/>
        </w:rPr>
        <w:t xml:space="preserve">[26:57] </w:t>
      </w:r>
      <w:r>
        <w:t>mein ne kaha kyun? kaha kuch samajh to ata nahin. jo kuch parhaya namaz mein jo hamein rutaya gaya hai us ko hamein kuch ata nahin.</w:t>
      </w:r>
    </w:p>
    <w:p>
      <w:pPr>
        <w:jc w:val="right"/>
      </w:pPr>
      <w:r>
        <w:t>میں نے کہا کیوں؟ کہا کچھ سمجھ تو آتا نہیں۔ جو کچھ پڑھایا نماز میں جو ہمیں رٹایا گیا ہے اس کو ہمیں کچھ آتا نہیں۔</w:t>
      </w:r>
    </w:p>
    <w:p>
      <w:r>
        <w:rPr>
          <w:b/>
        </w:rPr>
        <w:t xml:space="preserve">[27:09] </w:t>
      </w:r>
      <w:r>
        <w:t>to mein ne kaha ke chhor do us ko. mein ne isi waqt Allah taala se kaha ke mujhe is ka jawab chahiye. ek second mein jawab ek aya jo kabhi socha bhi nahin tha.</w:t>
      </w:r>
    </w:p>
    <w:p>
      <w:pPr>
        <w:jc w:val="right"/>
      </w:pPr>
      <w:r>
        <w:t>تو میں نے کہا کہ چھوڑ دو اس کو۔ میں نے اسی وقت اللہ تعالیٰ سے کہا کہ مجھے اس کا جواب چاہیے۔ ایک سیکنڈ میں جواب ایک آیا جو کبھی سوچا بھی نہیں تھا۔</w:t>
      </w:r>
    </w:p>
    <w:p>
      <w:r>
        <w:rPr>
          <w:b/>
        </w:rPr>
        <w:t xml:space="preserve">[27:20] </w:t>
      </w:r>
      <w:r>
        <w:t>na tareekh mein kabhi kisi ne yeh baat kahi.</w:t>
      </w:r>
    </w:p>
    <w:p>
      <w:pPr>
        <w:jc w:val="right"/>
      </w:pPr>
      <w:r>
        <w:t>نہ تاریخ میں کبھی کسی نے یہ بات کہی۔</w:t>
      </w:r>
    </w:p>
    <w:p>
      <w:r>
        <w:rPr>
          <w:b/>
        </w:rPr>
        <w:t xml:space="preserve">[27:25] </w:t>
      </w:r>
      <w:r>
        <w:t>mein ne kaha jo aap parhte hain woh sawani hai. doosri cheez hai surrender. jo aap parhte hain namaz mein woh sawani hai.</w:t>
      </w:r>
    </w:p>
    <w:p>
      <w:pPr>
        <w:jc w:val="right"/>
      </w:pPr>
      <w:r>
        <w:t>میں نے کہا جو آپ پڑھتے ہیں وہ ثانوی ہے۔ دوسری چیز ہے سرنڈر۔ جو آپ پڑھتے ہیں نماز میں وہ ثانوی ہے۔</w:t>
      </w:r>
    </w:p>
    <w:p>
      <w:r>
        <w:rPr>
          <w:b/>
        </w:rPr>
        <w:t xml:space="preserve">[27:36] </w:t>
      </w:r>
      <w:r>
        <w:t>jo buniyadi cheez hai woh kya hai? aap jab ruku karte hain sajda karte hain to aap surrender karte hain. woh surrender jo hai woh asal cheez hai.</w:t>
      </w:r>
    </w:p>
    <w:p>
      <w:pPr>
        <w:jc w:val="right"/>
      </w:pPr>
      <w:r>
        <w:t>جو بنیادی چیز ہے وہ کیا ہے؟ آپ جب رکوع کرتے ہیں سجدہ کرتے ہیں تو آپ سرنڈر کرتے ہیں۔ وہ سرنڈر جو ہے وہ اصل چیز ہے۔</w:t>
      </w:r>
    </w:p>
    <w:p>
      <w:r>
        <w:rPr>
          <w:b/>
        </w:rPr>
        <w:t xml:space="preserve">[27:44] </w:t>
      </w:r>
      <w:r>
        <w:t>khuda ka ke surrender. ke aap ne khuda ko socha ke kitna bara kh</w:t>
      </w:r>
    </w:p>
    <w:p>
      <w:pPr>
        <w:jc w:val="right"/>
      </w:pPr>
      <w:r>
        <w:t>خدا کا کہ سرنڈر۔ کہ آپ نے خدا کو سوچا کہ کتنا بڑا خ</w:t>
      </w:r>
    </w:p>
    <w:p>
      <w:r>
        <w:rPr>
          <w:b/>
        </w:rPr>
        <w:t xml:space="preserve">[27:51] </w:t>
      </w:r>
      <w:r>
        <w:t>da hai. itni bari kainat ko chala raha hai. itne bare nizam shamsi ko apne hath mein apne control mein liye hue hai. itni sari cheezein hain.</w:t>
      </w:r>
    </w:p>
    <w:p>
      <w:pPr>
        <w:jc w:val="right"/>
      </w:pPr>
      <w:r>
        <w:t>دا ہے۔ اتنی بڑی کائنات کو چلا رہا ہے۔ اتنے بڑے نظام شمسی کو اپنے ہاتھ میں اپنے کنٹرول میں لیے ہوئے ہیں۔ اتنی ساری چیزیں ہیں۔</w:t>
      </w:r>
    </w:p>
    <w:p>
      <w:r>
        <w:rPr>
          <w:b/>
        </w:rPr>
        <w:t xml:space="preserve">[28:00] </w:t>
      </w:r>
      <w:r>
        <w:t>aur kamil tor par is poori jo kainaati factory jo hai woh zero defect factory hai. itni bari factory poori ki poori zero defect factory hai.</w:t>
      </w:r>
    </w:p>
    <w:p>
      <w:pPr>
        <w:jc w:val="right"/>
      </w:pPr>
      <w:r>
        <w:t>اور کامل طور پر اس پوری جو کائناتی فیکٹری جو ہے وہ زیرو ڈیفیکٹ فیکٹری ہے۔ اتنی بڑی فیکٹری پوری کی پوری زیرو ڈیفیکٹ فیکٹری ہے۔</w:t>
      </w:r>
    </w:p>
    <w:p>
      <w:r>
        <w:rPr>
          <w:b/>
        </w:rPr>
        <w:t xml:space="preserve">[28:14] </w:t>
      </w:r>
      <w:r>
        <w:t>bohat si cheezein mein ne kahin. mein ne kaha ke itne bare khuda ko jab aap sochte hain. to aap ka poori jo hasti aap ki hai. poori jo hasti hai woh chahti hai ke mein surrender karoon.</w:t>
      </w:r>
    </w:p>
    <w:p>
      <w:pPr>
        <w:jc w:val="right"/>
      </w:pPr>
      <w:r>
        <w:t>بہت سی چیزیں میں نے کہیں۔ میں نے کہا کہ اتنے بڑے خدا کو جب آپ سوچتے ہیں۔ تو آپ کا پوری جو ہستی آپ کی ہے۔ پوری جو ہستی ہے وہ چاہتی ہے کہ میں سرنڈر کروں۔</w:t>
      </w:r>
    </w:p>
    <w:p>
      <w:r>
        <w:rPr>
          <w:b/>
        </w:rPr>
        <w:t xml:space="preserve">[28:26] </w:t>
      </w:r>
      <w:r>
        <w:t>to aap surrender kar dete hain. to namaz jo hai woh surrender karna hai.</w:t>
      </w:r>
    </w:p>
    <w:p>
      <w:pPr>
        <w:jc w:val="right"/>
      </w:pPr>
      <w:r>
        <w:t>تو آپ سرنڈر کر دیتے ہیں۔ تو نماز جو ہے وہ سرنڈر کرنا ہے۔</w:t>
      </w:r>
    </w:p>
    <w:p>
      <w:r>
        <w:rPr>
          <w:b/>
        </w:rPr>
        <w:t xml:space="preserve">[28:35] </w:t>
      </w:r>
      <w:r>
        <w:t>surrender andar se hota hai lekin yeh jo hai alamaati surrender hai. woh man gaya woh ke theek hai mein namaz parhoon ga.</w:t>
      </w:r>
    </w:p>
    <w:p>
      <w:pPr>
        <w:jc w:val="right"/>
      </w:pPr>
      <w:r>
        <w:t>سرنڈر اندر سے ہوتا ہے لیکن یہ جو ہے علامتی سرنڈر ہے۔ وہ مان گیا وہ کہ ٹھیک ہے میں نماز پڑھوں گا۔</w:t>
      </w:r>
    </w:p>
    <w:p>
      <w:r>
        <w:rPr>
          <w:b/>
        </w:rPr>
        <w:t xml:space="preserve">[28:43] </w:t>
      </w:r>
      <w:r>
        <w:t>yeh baat jo hai yeh kabhi kitab mein nahin parhi mein ne. kitab mein masail bataye jate hain. rusoomat bataye jate hain.</w:t>
      </w:r>
    </w:p>
    <w:p>
      <w:pPr>
        <w:jc w:val="right"/>
      </w:pPr>
      <w:r>
        <w:t>یہ بات جو ہے یہ کبھی کتاب میں نہیں پڑھی میں نے۔ کتاب میں مسائل بتائے جاتے ہیں۔ رسومات بتائے جاتے ہیں۔</w:t>
      </w:r>
    </w:p>
    <w:p>
      <w:r>
        <w:rPr>
          <w:b/>
        </w:rPr>
        <w:t xml:space="preserve">[28:53] </w:t>
      </w:r>
      <w:r>
        <w:t>fazail bataye jate hain. yeh nahin ke kisi ne bataya ke namaz alamaati surrender hai.</w:t>
      </w:r>
    </w:p>
    <w:p>
      <w:pPr>
        <w:jc w:val="right"/>
      </w:pPr>
      <w:r>
        <w:t>فضائل بتائے جاتے ہیں۔ یہ نہیں کہ کسی نے بتایا کہ نماز علامتی سرنڈر ہے۔</w:t>
      </w:r>
    </w:p>
    <w:p>
      <w:r>
        <w:rPr>
          <w:b/>
        </w:rPr>
        <w:t xml:space="preserve">[29:02] </w:t>
      </w:r>
      <w:r>
        <w:t>aur woh surrender jab aap khuda ko daryaft aap ko hoti hai. mein ne kaha ke isi liye dekhiye namaz mein sab tak kya kehte hain? Allah o Akbar.</w:t>
      </w:r>
    </w:p>
    <w:p>
      <w:pPr>
        <w:jc w:val="right"/>
      </w:pPr>
      <w:r>
        <w:t>اور وہ سرنڈر جب آپ خدا کو دریافت آپ کو ہوتی ہے۔ میں نے کہا کہ اسی لیے دیکھیے نماز میں سب تک کیا کہتے ہیں؟ اللہ اکبر۔</w:t>
      </w:r>
    </w:p>
    <w:p>
      <w:r>
        <w:rPr>
          <w:b/>
        </w:rPr>
        <w:t xml:space="preserve">[29:11] </w:t>
      </w:r>
      <w:r>
        <w:t>khuda azeem hai. khuda azeem hai. to khuda ki azmat ka jo aap ko ehsas hota hai. us ke baad aap aap bilkul yahi chahenge surrender kar doon mein khuda ke aage.</w:t>
      </w:r>
    </w:p>
    <w:p>
      <w:pPr>
        <w:jc w:val="right"/>
      </w:pPr>
      <w:r>
        <w:t>خدا عظیم ہے۔ خدا عظیم ہے۔ تو خدا کی عظمت کا جو آپ کو احساس ہوتا ہے۔ اس کے بعد آپ آپ بالکل یہی چاہیں گے سرنڈر کر دوں میں خدا کے آگے۔</w:t>
      </w:r>
    </w:p>
    <w:p>
      <w:r>
        <w:rPr>
          <w:b/>
        </w:rPr>
        <w:t xml:space="preserve">[29:26] </w:t>
      </w:r>
      <w:r>
        <w:t>mein nahin kar sakta siwaye surrender ke. to yeh to surrender asal cheez hai. jo parhte hain woh to sawani cheez hai.</w:t>
      </w:r>
    </w:p>
    <w:p>
      <w:pPr>
        <w:jc w:val="right"/>
      </w:pPr>
      <w:r>
        <w:t>میں نہیں کر سکتا سوائے سرنڈر کے۔ تو یہ تو سرنڈر اصل چیز ہے۔ جو پڑھتے ہیں وہ تو ثانوی چیز ہے۔</w:t>
      </w:r>
    </w:p>
    <w:p>
      <w:r>
        <w:rPr>
          <w:b/>
        </w:rPr>
        <w:t xml:space="preserve">[29:39] </w:t>
      </w:r>
      <w:r>
        <w:t>aise hi dekhiye abhi kal parson ki baat hai mujhe bolna tha. achaanak ek baat mere zehn mein aai. jo is se pehle mein ne parhi thi na sochi thi na kisi ne bataya tha mujh ko.</w:t>
      </w:r>
    </w:p>
    <w:p>
      <w:pPr>
        <w:jc w:val="right"/>
      </w:pPr>
      <w:r>
        <w:t>ایسے ہی دیکھیے ابھی کل پرسوں کی بات ہے مجھے بولنا تھا۔ اچانک ایک بات میرے ذہن میں آئی۔ جو اس سے پہلے میں نے پڑھی تھی نہ سوچی تھی نہ کسی نے بتایا تھا مجھ کو۔</w:t>
      </w:r>
    </w:p>
    <w:p>
      <w:r>
        <w:rPr>
          <w:b/>
        </w:rPr>
        <w:t xml:space="preserve">[29:49] </w:t>
      </w:r>
      <w:r>
        <w:t>woh kya? bolna tha mujh ko is par. ke multi religious society and Islam.</w:t>
      </w:r>
    </w:p>
    <w:p>
      <w:pPr>
        <w:jc w:val="right"/>
      </w:pPr>
      <w:r>
        <w:t>وہ کیا؟ بولنا تھا مجھ کو اس پر۔ کہ ملٹی ریلیجس سوسائٹی اینڈ اسلام۔</w:t>
      </w:r>
    </w:p>
    <w:p>
      <w:r>
        <w:rPr>
          <w:b/>
        </w:rPr>
        <w:t xml:space="preserve">[30:00] </w:t>
      </w:r>
      <w:r>
        <w:t>multi religious society and Islam. achaanak hi mere zehn mein ek khayal aya.</w:t>
      </w:r>
    </w:p>
    <w:p>
      <w:pPr>
        <w:jc w:val="right"/>
      </w:pPr>
      <w:r>
        <w:t>ملٹی ریلیجس سوسائٹی اینڈ اسلام۔ اچانک ہی میرے ذہن میں ایک خیال آیا۔</w:t>
      </w:r>
    </w:p>
    <w:p>
      <w:r>
        <w:rPr>
          <w:b/>
        </w:rPr>
        <w:t xml:space="preserve">[30:08] </w:t>
      </w:r>
      <w:r>
        <w:t>zahir hai ke woh na to mere andar ke nazariyat mein tha. na kisi kitab mein parha tha mein ne us ko. woh kya tha? mein ne achaanak hi khayal aya ke dekhiye.</w:t>
      </w:r>
    </w:p>
    <w:p>
      <w:pPr>
        <w:jc w:val="right"/>
      </w:pPr>
      <w:r>
        <w:t>ظاہر ہے کہ وہ نہ تو میرے اندر کے نظریات میں تھا۔ نہ کسی کتاب میں پڑھا تھا میں نے اس کو۔ وہ کیا تھا؟ میں نے اچانک ہی خیال آیا کہ دیکھیے۔</w:t>
      </w:r>
    </w:p>
    <w:p>
      <w:r>
        <w:rPr>
          <w:b/>
        </w:rPr>
        <w:t xml:space="preserve">[30:19] </w:t>
      </w:r>
      <w:r>
        <w:t>rasool Allah kya 23 saal the aap ke? nabi ke. is ke do adwaar hain. makkah aur madinah.</w:t>
      </w:r>
    </w:p>
    <w:p>
      <w:pPr>
        <w:jc w:val="right"/>
      </w:pPr>
      <w:r>
        <w:t>رسول اللہ کیا 23 سال تھے آپ کے؟ نبی کے۔ اس کے دو ادوار ہیں۔ مکہ اور مدینہ۔</w:t>
      </w:r>
    </w:p>
    <w:p>
      <w:r>
        <w:rPr>
          <w:b/>
        </w:rPr>
        <w:t xml:space="preserve">[30:29] </w:t>
      </w:r>
      <w:r>
        <w:t>makkah ka dore aur madani dore.</w:t>
      </w:r>
    </w:p>
    <w:p>
      <w:pPr>
        <w:jc w:val="right"/>
      </w:pPr>
      <w:r>
        <w:t>مکہ کا دور اور مدنی دور۔</w:t>
      </w:r>
    </w:p>
    <w:p>
      <w:r>
        <w:rPr>
          <w:b/>
        </w:rPr>
        <w:t xml:space="preserve">[30:33] </w:t>
      </w:r>
      <w:r>
        <w:t>to kiya hua? makkah mein jab aap thay to wahan par aap ke sathi thay. kuch. lekin aap thay aqalliyat mein.</w:t>
      </w:r>
    </w:p>
    <w:p>
      <w:pPr>
        <w:jc w:val="right"/>
      </w:pPr>
      <w:r>
        <w:t>تو کیا ہوا؟ مکہ میں جب آپ تھے تو وہاں پر آپ کے ساتھی تھے۔ کچھ۔ لیکن آپ تھے اقلیت میں۔</w:t>
      </w:r>
    </w:p>
    <w:p>
      <w:r>
        <w:rPr>
          <w:b/>
        </w:rPr>
        <w:t xml:space="preserve">[30:43] </w:t>
      </w:r>
      <w:r>
        <w:t>makkah mein aap aqalliyat mein thay. aur jab madine gaye aap to wahan par aksariyat muslim ho gayi thi to wahan par aap aksariyat mein ho gaye.</w:t>
      </w:r>
    </w:p>
    <w:p>
      <w:pPr>
        <w:jc w:val="right"/>
      </w:pPr>
      <w:r>
        <w:t>مکہ میں آپ اقلیت میں تھے۔ اور جب مدینے گئے آپ تو وہاں پر اکثریت مسلم ہو گئی تھی تو وہاں پر آپ اکثریت میں ہو گئے۔</w:t>
      </w:r>
    </w:p>
    <w:p>
      <w:r>
        <w:rPr>
          <w:b/>
        </w:rPr>
        <w:t xml:space="preserve">[30:54] </w:t>
      </w:r>
      <w:r>
        <w:t>makkah mein aap aqalliyat mein thay. madine mein aap aksariyat mein ho gaye. dono jagah formula ek bataya gaya.</w:t>
      </w:r>
    </w:p>
    <w:p>
      <w:pPr>
        <w:jc w:val="right"/>
      </w:pPr>
      <w:r>
        <w:t>مکہ میں آپ اقلیت میں تھے۔ مدینے میں آپ اکثریت میں ہو گئے۔ دونوں جگہ فارمولا ایک بتایا گیا۔</w:t>
      </w:r>
    </w:p>
    <w:p>
      <w:r>
        <w:rPr>
          <w:b/>
        </w:rPr>
        <w:t xml:space="preserve">[31:04] </w:t>
      </w:r>
      <w:r>
        <w:t>woh kiya? makkah mein yeh ayat utri. ke lakum deenukum waliyadeen. bab number 109 mein aap parh sakte hain.</w:t>
      </w:r>
    </w:p>
    <w:p>
      <w:pPr>
        <w:jc w:val="right"/>
      </w:pPr>
      <w:r>
        <w:t>وہ کیا؟ مکہ میں یہ آیت اتری۔ کہ لکم دینکم ولحدین۔ باب نمبر 109 میں آپ پڑھ سکتے ہیں۔</w:t>
      </w:r>
    </w:p>
    <w:p>
      <w:r>
        <w:rPr>
          <w:b/>
        </w:rPr>
        <w:t xml:space="preserve">[31:15] </w:t>
      </w:r>
      <w:r>
        <w:t>lakum deenukum waliyadeen. for you your religion for me mine. ab aap dekhiye ke madine mein jahan aap aksariyat mein thay.</w:t>
      </w:r>
    </w:p>
    <w:p>
      <w:pPr>
        <w:jc w:val="right"/>
      </w:pPr>
      <w:r>
        <w:t>لکم دینکم ولحدین۔ فار یو یور ریلیجن فار می مائن۔ اب آپ دیکھئے کہ مدینے میں جہاں آپ اکثریت میں تھے۔</w:t>
      </w:r>
    </w:p>
    <w:p>
      <w:r>
        <w:rPr>
          <w:b/>
        </w:rPr>
        <w:t xml:space="preserve">[31:24] </w:t>
      </w:r>
      <w:r>
        <w:t>wahan bhi aap ne aksariyat ke sarbarah ki hesiyat se ek ailan jari kiya. is ko kehte hain saheefa-e-madina.</w:t>
      </w:r>
    </w:p>
    <w:p>
      <w:pPr>
        <w:jc w:val="right"/>
      </w:pPr>
      <w:r>
        <w:t>وہاں بھی آپ نے اکثریت کے سربراہ کی حیثیت سے ایک اعلان جاری کیا۔ اس کو کہتے ہیں صحیفۃ المدینہ۔</w:t>
      </w:r>
    </w:p>
    <w:p>
      <w:r>
        <w:rPr>
          <w:b/>
        </w:rPr>
        <w:t xml:space="preserve">[31:33] </w:t>
      </w:r>
      <w:r>
        <w:t>is mein likha hua tha. lil yahood deenuhum wa lil muslimeen deenuhum. yahood ke liye yahood ka deen.</w:t>
      </w:r>
    </w:p>
    <w:p>
      <w:pPr>
        <w:jc w:val="right"/>
      </w:pPr>
      <w:r>
        <w:t>اس میں لکھا ہوا تھا۔ للیہود دینھم وللمسلمین دینھم۔ یہود کے لیے یہود کا دین۔</w:t>
      </w:r>
    </w:p>
    <w:p>
      <w:r>
        <w:rPr>
          <w:b/>
        </w:rPr>
        <w:t xml:space="preserve">[31:41] </w:t>
      </w:r>
      <w:r>
        <w:t>muslim ke liye muslim ka deen. for yahoodi logon ka mazhab. for muslims ka mazhab. theek wohi zaban aap sochiye.</w:t>
      </w:r>
    </w:p>
    <w:p>
      <w:pPr>
        <w:jc w:val="right"/>
      </w:pPr>
      <w:r>
        <w:t>مسلمان کے لیے مسلمان کا دین۔ فار یہودی لوگوں کا مذہب۔ فار مسلمز کا مذہب۔ ٹھیک وہی زبان آپ سوچیے۔</w:t>
      </w:r>
    </w:p>
    <w:p>
      <w:r>
        <w:rPr>
          <w:b/>
        </w:rPr>
        <w:t xml:space="preserve">[31:51] </w:t>
      </w:r>
      <w:r>
        <w:t>to yeh chahe muslim aqalliyat mein ho. chahe aksariyat mein ho. chahe woh hukmaran hon. chahe woh hukmarani kisi doosre ke hath mein ho.</w:t>
      </w:r>
    </w:p>
    <w:p>
      <w:pPr>
        <w:jc w:val="right"/>
      </w:pPr>
      <w:r>
        <w:t>تو یہ چاہے مسلمان اقلیت میں ہوں۔ چاہے اکثریت میں ہوں۔ چاہے وہ حکمران ہوں۔ چاہے وہ حکمرانی کسی دوسرے کے ہاتھ میں ہو۔</w:t>
      </w:r>
    </w:p>
    <w:p>
      <w:r>
        <w:rPr>
          <w:b/>
        </w:rPr>
        <w:t xml:space="preserve">[32:00] </w:t>
      </w:r>
      <w:r>
        <w:t>dono halaton mein formula kiya hai? follow one and respect all. follow one and respect all.</w:t>
      </w:r>
    </w:p>
    <w:p>
      <w:pPr>
        <w:jc w:val="right"/>
      </w:pPr>
      <w:r>
        <w:t>دونوں حالتوں میں فارمولا کیا ہے؟ فالو ون اینڈ ریسپیکٹ آل۔ فالو ون اینڈ ریسپیکٹ آل۔</w:t>
      </w:r>
    </w:p>
    <w:p>
      <w:r>
        <w:rPr>
          <w:b/>
        </w:rPr>
        <w:t xml:space="preserve">[32:11] </w:t>
      </w:r>
      <w:r>
        <w:t>abhi meri ek taqreer thi aurat ke muamle mein. achaanak mere zehn mein ek baat aayi. ke sanfi barabari jo hai woh to bilkul ajeeb baat hai.</w:t>
      </w:r>
    </w:p>
    <w:p>
      <w:pPr>
        <w:jc w:val="right"/>
      </w:pPr>
      <w:r>
        <w:t>ابھی میری ایک تقریر تھی عورت کے معاملے میں۔ اچانک میرے ذہن میں ایک بات آئی۔ کہ صنفی برابری جو ہے وہ تو بالکل عجیب بات ہے۔</w:t>
      </w:r>
    </w:p>
    <w:p>
      <w:r>
        <w:rPr>
          <w:b/>
        </w:rPr>
        <w:t xml:space="preserve">[32:21] </w:t>
      </w:r>
      <w:r>
        <w:t>ajeeb baat hai. do barabar agar hon dono ke dono to koi dunya mein koi kaam hi nahi hoga. sanfi adam masawat asal cheez hai. na ke barabari.</w:t>
      </w:r>
    </w:p>
    <w:p>
      <w:pPr>
        <w:jc w:val="right"/>
      </w:pPr>
      <w:r>
        <w:t>عجیب بات ہے۔ دو برابر اگر ہوں دونوں کے دونوں تو کوئی دنیا میں کوئی کام ہی نہیں ہوگا۔ صنفی عدم مساوات اصل چیز ہے۔ نہ کہ برابری۔</w:t>
      </w:r>
    </w:p>
    <w:p>
      <w:r>
        <w:rPr>
          <w:b/>
        </w:rPr>
        <w:t xml:space="preserve">[32:31] </w:t>
      </w:r>
      <w:r>
        <w:t>to phir mere zehn mein achaanak kiya aaya? ke yeh log jo hain western consultation yeh kehte hain ke dono ek doosre ke barabar partner hain.</w:t>
      </w:r>
    </w:p>
    <w:p>
      <w:pPr>
        <w:jc w:val="right"/>
      </w:pPr>
      <w:r>
        <w:t>تو پھر میرے ذہن میں اچانک کیا آیا؟ کہ یہ لوگ جو ہیں ویسٹرن کنسلٹیشن یہ کہتے ہیں کہ دونوں ایک دوسرے کے برابر پارٹنر ہیں۔</w:t>
      </w:r>
    </w:p>
    <w:p>
      <w:r>
        <w:rPr>
          <w:b/>
        </w:rPr>
        <w:t xml:space="preserve">[32:41] </w:t>
      </w:r>
      <w:r>
        <w:t>barabar partner. maine kaha galat hai yeh. dono ek doosre ke liye mukammal partner hain. barabar partner nahi hain.</w:t>
      </w:r>
    </w:p>
    <w:p>
      <w:pPr>
        <w:jc w:val="right"/>
      </w:pPr>
      <w:r>
        <w:t>برابر پارٹنر۔ میں نے کہا غلط ہے یہ۔ دونوں ایک دوسرے کے لیے مکمل پارٹنر ہیں۔ برابر پارٹنر نہیں ہیں۔</w:t>
      </w:r>
    </w:p>
    <w:p>
      <w:r>
        <w:rPr>
          <w:b/>
        </w:rPr>
        <w:t xml:space="preserve">[32:52] </w:t>
      </w:r>
      <w:r>
        <w:t>agar barabar partner hon to koi kaam hi nahi hoga. to aurat aur mard dono ke liye barabar partner nahi balkeh mukammal partner hain.</w:t>
      </w:r>
    </w:p>
    <w:p>
      <w:pPr>
        <w:jc w:val="right"/>
      </w:pPr>
      <w:r>
        <w:t>اگر برابر پارٹنر ہوں تو کوئی کام ہی نہیں ہوگا۔ تو عورت اور مرد دونوں کے لیے برابر پارٹنر نہیں بلکہ مکمل پارٹنر ہیں۔</w:t>
      </w:r>
    </w:p>
    <w:p>
      <w:r>
        <w:rPr>
          <w:b/>
        </w:rPr>
        <w:t xml:space="preserve">[33:02] </w:t>
      </w:r>
      <w:r>
        <w:t>yeh kisi ne aaj tak nahi kahi poori tareekh mein. aap dekhiye. novelon mein aap dekhiye saare novelon mein kiya bataya jata hai ke maa jo hai mohabbat ka alamat hai.</w:t>
      </w:r>
    </w:p>
    <w:p>
      <w:pPr>
        <w:jc w:val="right"/>
      </w:pPr>
      <w:r>
        <w:t>یہ کسی نے آج تک نہیں کہی پوری تاریخ میں۔ آپ دیکھیے۔ ناولوں میں آپ دیکھیے سارے ناولوں میں کیا بتایا جاتا ہے کہ ماں جو ہے محبت کا علامت ہے۔</w:t>
      </w:r>
    </w:p>
    <w:p>
      <w:r>
        <w:rPr>
          <w:b/>
        </w:rPr>
        <w:t xml:space="preserve">[33:14] </w:t>
      </w:r>
      <w:r>
        <w:t>pyar ki alamat hai. maine pehli baar tareekh mein daryaft kiya ke yeh jhooti baat hai.</w:t>
      </w:r>
    </w:p>
    <w:p>
      <w:pPr>
        <w:jc w:val="right"/>
      </w:pPr>
      <w:r>
        <w:t>پیار کی علامت ہے۔ میں نے پہلی بار تاریخ میں دریافت کیا کہ یہ جھوٹی بات ہے۔</w:t>
      </w:r>
    </w:p>
    <w:p>
      <w:r>
        <w:rPr>
          <w:b/>
        </w:rPr>
        <w:t xml:space="preserve">[33:20] </w:t>
      </w:r>
      <w:r>
        <w:t>maa beta poojan ki alamat hai. pyar ki alamat nahi hai. yaani shakespeare se le kar aaj tak sab log is khayal mein jee rahe hain.</w:t>
      </w:r>
    </w:p>
    <w:p>
      <w:pPr>
        <w:jc w:val="right"/>
      </w:pPr>
      <w:r>
        <w:t>ماں بیٹا پوجن کی علامت ہے۔ پیار کی علامت نہیں ہے۔ یعنی شیکسپیئر سے لے کر آج تک سب لوگ اس خیال میں جی رہے ہیں۔</w:t>
      </w:r>
    </w:p>
    <w:p>
      <w:r>
        <w:rPr>
          <w:b/>
        </w:rPr>
        <w:t xml:space="preserve">[33:31] </w:t>
      </w:r>
      <w:r>
        <w:t>ke maa jo hai pyar ki alamat hai. kyunke maa jo hai apne bete se pyar karna janti hai. doosre ke bete se thori pyar karti hai woh.</w:t>
      </w:r>
    </w:p>
    <w:p>
      <w:pPr>
        <w:jc w:val="right"/>
      </w:pPr>
      <w:r>
        <w:t>کہ ماں جو ہے پیار کی علامت ہے۔ کیونکہ ماں جو ہے اپنے بیٹے سے پیار کرنا جانتی ہے۔ دوسرے کے بیٹے سے تھوڑی پیار کرتی ہے وہ۔</w:t>
      </w:r>
    </w:p>
    <w:p>
      <w:r>
        <w:rPr>
          <w:b/>
        </w:rPr>
        <w:t xml:space="preserve">[33:41] </w:t>
      </w:r>
      <w:r>
        <w:t>pehli baar tareekh mein maine yeh baat kahi ke maa jo hai beta poojan ki alamat hai. woh pyar ki alamat nahi hai.</w:t>
      </w:r>
    </w:p>
    <w:p>
      <w:pPr>
        <w:jc w:val="right"/>
      </w:pPr>
      <w:r>
        <w:t>پہلی بار تاریخ میں میں نے یہ بات کہی کہ ماں جو ہے بیٹا پوجن کی علامت ہے۔ وہ پیار کی علامت نہیں ہے۔</w:t>
      </w:r>
    </w:p>
    <w:p>
      <w:r>
        <w:rPr>
          <w:b/>
        </w:rPr>
        <w:t xml:space="preserve">[33:51] </w:t>
      </w:r>
      <w:r>
        <w:t>aisi sankaron baatein hain jo meri kitabon mein parh sakte hain. to yeh kahan se aati hai? yeh Khuda ki taraf se aati hai.</w:t>
      </w:r>
    </w:p>
    <w:p>
      <w:pPr>
        <w:jc w:val="right"/>
      </w:pPr>
      <w:r>
        <w:t>ایسی سینکڑوں باتیں ہیں جو میری کتابوں میں پڑھ سکتے ہیں۔ تو یہ کہاں سے آتی ہے؟ یہ خدا کی طرف سے آتی ہے۔</w:t>
      </w:r>
    </w:p>
    <w:p>
      <w:r>
        <w:rPr>
          <w:b/>
        </w:rPr>
        <w:t xml:space="preserve">[34:02] </w:t>
      </w:r>
      <w:r>
        <w:t>Khuda ki taraf se aati hai. agar yahan par bhari hui ho to kyun nahi doosron ne nikal nikal ke keh diya woh?</w:t>
      </w:r>
    </w:p>
    <w:p>
      <w:pPr>
        <w:jc w:val="right"/>
      </w:pPr>
      <w:r>
        <w:t>خدا کی طرف سے آتی ہے۔ اگر یہاں پر بھری ہوئی ہو تو کیوں نہیں دوسروں نے نکال نکال کے کہہ دیا وہ؟</w:t>
      </w:r>
    </w:p>
    <w:p>
      <w:r>
        <w:rPr>
          <w:b/>
        </w:rPr>
        <w:t xml:space="preserve">[34:10] </w:t>
      </w:r>
      <w:r>
        <w:t>doosre bhi kehte. ek bohat jo maine bataya tha aap ko abhi. ke bohat hi bain ul aqwami shohrat ke aadmi thay woh. bain ul aqwami shohrat ke aadmi thay.</w:t>
      </w:r>
    </w:p>
    <w:p>
      <w:pPr>
        <w:jc w:val="right"/>
      </w:pPr>
      <w:r>
        <w:t>دوسرے بھی کہتے۔ ایک بہت جو میں نے بتایا تھا آپ کو ابھی۔ کہ بہت ہی بین الاقوامی شہرت کے آدمی تھے وہ۔ بین الاقوامی شہرت کے آدمی تھے۔</w:t>
      </w:r>
    </w:p>
    <w:p>
      <w:r>
        <w:rPr>
          <w:b/>
        </w:rPr>
        <w:t xml:space="preserve">[34:21] </w:t>
      </w:r>
      <w:r>
        <w:t>aur maine poocha un se ke apni koi munfarid daryaft bataiye. to kehte hain ke yeh to rohani taqseem hai. aap bataiye. un ke paas koi baat karne ke liye nahi hai ke maine ek nayi cheez daryaft ki hai yeh.</w:t>
      </w:r>
    </w:p>
    <w:p>
      <w:pPr>
        <w:jc w:val="right"/>
      </w:pPr>
      <w:r>
        <w:t>اور میں نے پوچھا ان سے کہ اپنی کوئی منفرد دریافت بتائیے۔ تو کہتے ہیں کہ یہ تو روحانی تقسیم ہے۔ آپ بتائیے۔ ان کے پاس کوئی بات کرنے کے لیے نہیں ہے کہ میں نے ایک نئی چیز دریافت کی ہے یہ۔</w:t>
      </w:r>
    </w:p>
    <w:p>
      <w:r>
        <w:rPr>
          <w:b/>
        </w:rPr>
        <w:t xml:space="preserve">[34:34] </w:t>
      </w:r>
      <w:r>
        <w:t>aur yeh sawal jis se bhi mein ne kiya. bohat se logon se kiya. aaj tak koi is ka jawab nahi de saka. yeh</w:t>
      </w:r>
    </w:p>
    <w:p>
      <w:pPr>
        <w:jc w:val="right"/>
      </w:pPr>
      <w:r>
        <w:t>اور یہ سوال جس سے بھی میں نے کیا۔ بہت سے لوگوں سے کیا۔ آج تک کوئی اس کا جواب نہیں دے سکا۔ یہ</w:t>
      </w:r>
    </w:p>
    <w:p>
      <w:r>
        <w:rPr>
          <w:b/>
        </w:rPr>
        <w:t xml:space="preserve">[34:40] </w:t>
      </w:r>
      <w:r>
        <w:t>yeh yeh kehne ki is ki himmat nahi hai ke yeh meri apni daryaft hai yeh.</w:t>
      </w:r>
    </w:p>
    <w:p>
      <w:pPr>
        <w:jc w:val="right"/>
      </w:pPr>
      <w:r>
        <w:t>یہ یہ کہنے کی اس کی ہمت نہیں ہے کہ یہ میری اپنی دریافت ہے یہ۔</w:t>
      </w:r>
    </w:p>
    <w:p>
      <w:r>
        <w:rPr>
          <w:b/>
        </w:rPr>
        <w:t xml:space="preserve">[34:49] </w:t>
      </w:r>
      <w:r>
        <w:t>to mujhe kahan se aati hai? kyun mein subah shaam mein dua yani duaon mein jeeta hoon. dua mein jeeta hoon. meri zindagi satah par dua mein dhali hui hui hai.</w:t>
      </w:r>
    </w:p>
    <w:p>
      <w:pPr>
        <w:jc w:val="right"/>
      </w:pPr>
      <w:r>
        <w:t>تو مجھے کہاں سے آتی ہے؟ کیوں میں صبح شام میں دعا یعنی دعاؤں میں جیتا ہوں۔ دعا میں جیتا ہوں۔ میری زندگی سطح پر دعا میں ڈھلی ہوئی ہوئی ہے۔</w:t>
      </w:r>
    </w:p>
    <w:p>
      <w:r>
        <w:rPr>
          <w:b/>
        </w:rPr>
        <w:t xml:space="preserve">[35:00] </w:t>
      </w:r>
      <w:r>
        <w:t>khuda se mangna khuda se pana. to masih ka jo hai woh ke mango to pao ge. mango to pao ge.</w:t>
      </w:r>
    </w:p>
    <w:p>
      <w:pPr>
        <w:jc w:val="right"/>
      </w:pPr>
      <w:r>
        <w:t>خدا سے مانگنا خدا سے پانا۔ تو مسیح کا جو ہے وہ کہ مانگو تو پاؤ گے۔ مانگو تو پاؤ گے۔</w:t>
      </w:r>
    </w:p>
    <w:p>
      <w:r>
        <w:rPr>
          <w:b/>
        </w:rPr>
        <w:t xml:space="preserve">[35:11] </w:t>
      </w:r>
      <w:r>
        <w:t>quran mein bhi yahi baat hai. to mein to yeh ek zinda saboot hoon is baat ka ke khuda hai. mujh se alag hai khuda woh.</w:t>
      </w:r>
    </w:p>
    <w:p>
      <w:pPr>
        <w:jc w:val="right"/>
      </w:pPr>
      <w:r>
        <w:t>قرآن میں بھی یہی بات ہے۔ تو میں تو یہ ایک زندہ ثبوت ہوں اس بات کا کہ خدا ہے۔ مجھ سے الگ ہے خدا وہ۔</w:t>
      </w:r>
    </w:p>
    <w:p>
      <w:r>
        <w:rPr>
          <w:b/>
        </w:rPr>
        <w:t xml:space="preserve">[35:22] </w:t>
      </w:r>
      <w:r>
        <w:t>marifat jo hai bilkul ghair maujood tasawwur hai. marifat kya hai? sirf shabdon ka jaal hai. marifat jo hai woh shabdon ka jaal hai.</w:t>
      </w:r>
    </w:p>
    <w:p>
      <w:pPr>
        <w:jc w:val="right"/>
      </w:pPr>
      <w:r>
        <w:t>معرفت جو ہے بالکل غیر موجود تصور ہے۔ معرفت کیا ہے؟ صرف शब्दوں کا جال ہے۔ معرفت جو ہے وہ शब्दوں کا جال ہے۔</w:t>
      </w:r>
    </w:p>
    <w:p>
      <w:r>
        <w:rPr>
          <w:b/>
        </w:rPr>
        <w:t xml:space="preserve">[35:34] </w:t>
      </w:r>
      <w:r>
        <w:t>jhoot. ek jhoote falsafi par mabni karta hai marifat.</w:t>
      </w:r>
    </w:p>
    <w:p>
      <w:pPr>
        <w:jc w:val="right"/>
      </w:pPr>
      <w:r>
        <w:t>جھوٹ۔ ایک جھوٹے فلسفی پر مبنی کرتا ہے معرفت۔</w:t>
      </w:r>
    </w:p>
    <w:p>
      <w:r>
        <w:rPr>
          <w:b/>
        </w:rPr>
        <w:t xml:space="preserve">[35:38] </w:t>
      </w:r>
      <w:r>
        <w:t>khuda mujh se alag hai. aur is se mang kar mein pata hoon.</w:t>
      </w:r>
    </w:p>
    <w:p>
      <w:pPr>
        <w:jc w:val="right"/>
      </w:pPr>
      <w:r>
        <w:t>خدا مجھ سے الگ ہے۔ اور اس سے مانگ کر میں پاتا ہوں۔</w:t>
      </w:r>
    </w:p>
    <w:p>
      <w:r>
        <w:rPr>
          <w:b/>
        </w:rPr>
        <w:t xml:space="preserve">[35:46] </w:t>
      </w:r>
      <w:r>
        <w:t>yani agar mein jo mein ne likh chuka hoon apni parchi'on mein. in ko aap parhein. to ek poori kitab is par ban jaye gi kis tarah mein nayi nayi baatein mujhe daryaft hu'en.</w:t>
      </w:r>
    </w:p>
    <w:p>
      <w:pPr>
        <w:jc w:val="right"/>
      </w:pPr>
      <w:r>
        <w:t>یعنی اگر میں جو میں نے لکھ چکا ہوں اپنی پرچیوں میں۔ ان کو آپ پڑھیں۔ تو ایک پوری کتاب اس پر بن جائے گی کس طرح میں نئی نئی باتیں مجھے دریافت ہوئیں۔</w:t>
      </w:r>
    </w:p>
    <w:p>
      <w:r>
        <w:rPr>
          <w:b/>
        </w:rPr>
        <w:t xml:space="preserve">[35:57] </w:t>
      </w:r>
      <w:r>
        <w:t>nayi nayi baatein. jaise mein indonesia gaya. to ek baat bata doon</w:t>
      </w:r>
    </w:p>
    <w:p>
      <w:pPr>
        <w:jc w:val="right"/>
      </w:pPr>
      <w:r>
        <w:t>نئی نئی باتیں۔ جیسے میں انڈونیشیا گیا۔ تو ایک بات بتا دوں</w:t>
      </w:r>
    </w:p>
    <w:p>
      <w:r>
        <w:rPr>
          <w:b/>
        </w:rPr>
        <w:t xml:space="preserve">[36:07] </w:t>
      </w:r>
      <w:r>
        <w:t>aap ko. yeh bhi mein ne kahin nahi parha tha.</w:t>
      </w:r>
    </w:p>
    <w:p>
      <w:pPr>
        <w:jc w:val="right"/>
      </w:pPr>
      <w:r>
        <w:t>آپ کو۔ یہ بھی میں نے کہیں نہیں پڑھا تھا۔</w:t>
      </w:r>
    </w:p>
    <w:p>
      <w:r>
        <w:rPr>
          <w:b/>
        </w:rPr>
        <w:t xml:space="preserve">[36:12] </w:t>
      </w:r>
      <w:r>
        <w:t>indonesia nahi malaysia. kuala lumpur gaya tha. to kuala lumpur mein ek conference thi. ek bohat baray hotel mein thi woh.</w:t>
      </w:r>
    </w:p>
    <w:p>
      <w:pPr>
        <w:jc w:val="right"/>
      </w:pPr>
      <w:r>
        <w:t>انڈونیشیا نہیں ملیشیا۔ کوالالمپور گیا تھا۔ تو کوالالمپور میں ایک کانفرنس تھی۔ ایک بہت بڑے ہوٹل میں تھی وہ۔</w:t>
      </w:r>
    </w:p>
    <w:p>
      <w:r>
        <w:rPr>
          <w:b/>
        </w:rPr>
        <w:t xml:space="preserve">[36:22] </w:t>
      </w:r>
      <w:r>
        <w:t>is hotel mein ek bohat bara hall tha. kafi bara. is ko namaz ke liye khaas kiya gaya tha. kyunke is conference mein musalman musalman aaye thay. yeh musalmanon ki thi conference.</w:t>
      </w:r>
    </w:p>
    <w:p>
      <w:pPr>
        <w:jc w:val="right"/>
      </w:pPr>
      <w:r>
        <w:t>اس ہوٹل میں ایک بہت بڑا ہال تھا۔ کافی بڑا۔ اس کو نماز کے لیے خاص کیا گیا تھا۔ کیونکہ اس کانفرنس میں مسلمان مسلمان آئے تھے۔ یہ مسلمانوں کی تھی کانفرنس۔</w:t>
      </w:r>
    </w:p>
    <w:p>
      <w:r>
        <w:rPr>
          <w:b/>
        </w:rPr>
        <w:t xml:space="preserve">[36:33] </w:t>
      </w:r>
      <w:r>
        <w:t>agarche mukhtalif mumalik ke thay woh.</w:t>
      </w:r>
    </w:p>
    <w:p>
      <w:pPr>
        <w:jc w:val="right"/>
      </w:pPr>
      <w:r>
        <w:t>اگرچہ مختلف ممالک کے تھے وہ۔</w:t>
      </w:r>
    </w:p>
    <w:p>
      <w:r>
        <w:rPr>
          <w:b/>
        </w:rPr>
        <w:t xml:space="preserve">[36:36] </w:t>
      </w:r>
      <w:r>
        <w:t>to woh hall jo hai is ke liye tha. namaz ke liye. to ek din mein subah ko utha kuch sawere. ab fajar kya abhi azan se pehle kuch utha mein.</w:t>
      </w:r>
    </w:p>
    <w:p>
      <w:pPr>
        <w:jc w:val="right"/>
      </w:pPr>
      <w:r>
        <w:t>تو وہ ہال جو ہے اس کے لیے تھا۔ نماز کے لیے۔ تو ایک دن میں صبح کو اٹھا کچھ سویرے۔ اب فجر کیا ابھی اذان سے پہلے کچھ اٹھا میں۔</w:t>
      </w:r>
    </w:p>
    <w:p>
      <w:r>
        <w:rPr>
          <w:b/>
        </w:rPr>
        <w:t xml:space="preserve">[36:50] </w:t>
      </w:r>
      <w:r>
        <w:t>to apne kamre se uth kar ke mein is hall mein gaya. is hall mein is waqt bohat bara is hall tha woh. sirf ek aadmi baitha hua tha.</w:t>
      </w:r>
    </w:p>
    <w:p>
      <w:pPr>
        <w:jc w:val="right"/>
      </w:pPr>
      <w:r>
        <w:t>تو اپنے کمرے سے اٹھ کر کے میں اس ہال میں گیا۔ اس ہال میں اس وقت بہت بڑا اس ہال تھا وہ۔ صرف ایک آدمی بیٹھا ہوا تھا۔</w:t>
      </w:r>
    </w:p>
    <w:p>
      <w:r>
        <w:rPr>
          <w:b/>
        </w:rPr>
        <w:t xml:space="preserve">[37:01] </w:t>
      </w:r>
      <w:r>
        <w:t>ek aadmi. woh mujh se pehle wahan pohnch gaya tha.</w:t>
      </w:r>
    </w:p>
    <w:p>
      <w:pPr>
        <w:jc w:val="right"/>
      </w:pPr>
      <w:r>
        <w:t>ایک آدمی۔ وہ مجھ سے پہلے وہاں پہنچ گیا تھا۔</w:t>
      </w:r>
    </w:p>
    <w:p>
      <w:r>
        <w:rPr>
          <w:b/>
        </w:rPr>
        <w:t xml:space="preserve">[37:06] </w:t>
      </w:r>
      <w:r>
        <w:t>is ko dekhte hi ek achaanak mujhe daryaft hui. ke isi tarah khuda bhi to kainat mein kahin ho sakta hai. to taajjub is ki baat kya hai is mein. ek insan jis tarah baitha hua hai.</w:t>
      </w:r>
    </w:p>
    <w:p>
      <w:pPr>
        <w:jc w:val="right"/>
      </w:pPr>
      <w:r>
        <w:t>اس کو دیکھتے ہی ایک اچانک مجھے دریافت ہوئی۔ کہ اسی طرح خدا بھی تو کائنات میں کہیں ہو سکتا ہے۔ تو تعجب اس کی بات کیا ہے اس میں۔ ایک انسان جس طرح بیٹھا ہوا ہے۔</w:t>
      </w:r>
    </w:p>
    <w:p>
      <w:r>
        <w:rPr>
          <w:b/>
        </w:rPr>
        <w:t xml:space="preserve">[37:16] </w:t>
      </w:r>
      <w:r>
        <w:t>ek sehra mein. akela insan. to aise hi agar kainat mein khuda bhi kahin maujood hai. to is mein taajjub ki baat kya hai. is mein kya hai herat ki baat kya hai is mein.</w:t>
      </w:r>
    </w:p>
    <w:p>
      <w:pPr>
        <w:jc w:val="right"/>
      </w:pPr>
      <w:r>
        <w:t>ایک صحرا میں۔ اکیلا انسان۔ تو ایسے ہی اگر کائنات میں خدا بھی کہیں موجود ہے۔ تو اس میں تعجب کی بات کیا ہے۔ اس میں کیا ہے حیرت کی بات کیا ہے اس میں۔</w:t>
      </w:r>
    </w:p>
    <w:p>
      <w:r>
        <w:rPr>
          <w:b/>
        </w:rPr>
        <w:t xml:space="preserve">[37:27] </w:t>
      </w:r>
      <w:r>
        <w:t>achaanak mein ne khuda ko dekh liya wahan par. achaanak khuda ko mein ne dekh liya wahan par.</w:t>
      </w:r>
    </w:p>
    <w:p>
      <w:pPr>
        <w:jc w:val="right"/>
      </w:pPr>
      <w:r>
        <w:t>اچانک میں نے خدا کو دیکھ لیا وہاں پر۔ اچانک خدا کو میں نے دیکھ لیا وہاں پر۔</w:t>
      </w:r>
    </w:p>
    <w:p>
      <w:r>
        <w:rPr>
          <w:b/>
        </w:rPr>
        <w:t xml:space="preserve">[37:35] </w:t>
      </w:r>
      <w:r>
        <w:t>aise hi yani itne ziyada mujhe tajrubaat hue hain bilkul naye. jo na kisi kitab mein likhe hue hain.</w:t>
      </w:r>
    </w:p>
    <w:p>
      <w:pPr>
        <w:jc w:val="right"/>
      </w:pPr>
      <w:r>
        <w:t>ایسے ہی یعنی اتنے زیادہ مجھے تجربات ہوئے ہیں بالکل نئے۔ جو نہ کسی کتاب میں لکھے ہوئے ہیں۔</w:t>
      </w:r>
    </w:p>
    <w:p>
      <w:r>
        <w:rPr>
          <w:b/>
        </w:rPr>
        <w:t xml:space="preserve">[37:44] </w:t>
      </w:r>
      <w:r>
        <w:t>na kisi ne suna. aur na kabhi is se pehle dekha tha. achaanak woh aate hain ek aag. to kahan se aate hain woh? woh khuda ki taraf se aate hain.</w:t>
      </w:r>
    </w:p>
    <w:p>
      <w:pPr>
        <w:jc w:val="right"/>
      </w:pPr>
      <w:r>
        <w:t>نہ کسی نے سنا۔ اور نہ کبھی اس سے پہلے دیکھا تھا۔ اچانک وہ آتے ہیں ایک آگ۔ تو کہاں سے آتے ہیں وہ؟ وہ خدا کی طرف سے آتے ہیں۔</w:t>
      </w:r>
    </w:p>
    <w:p>
      <w:r>
        <w:rPr>
          <w:b/>
        </w:rPr>
        <w:t xml:space="preserve">[37:55] </w:t>
      </w:r>
      <w:r>
        <w:t>woh khuda ki taraf se aate hain.</w:t>
      </w:r>
    </w:p>
    <w:p>
      <w:pPr>
        <w:jc w:val="right"/>
      </w:pPr>
      <w:r>
        <w:t>وہ خدا کی طرف سے آتے ہیں۔</w:t>
      </w:r>
    </w:p>
    <w:p>
      <w:r>
        <w:rPr>
          <w:b/>
        </w:rPr>
        <w:t xml:space="preserve">[37:58] </w:t>
      </w:r>
      <w:r>
        <w:t>aur phir jab mein ne science parhi. physics aur chemistry aur falakiyat. woh sari cheezein parhein. to jis zamane mein mein is ka mutalia kar raha tha.</w:t>
      </w:r>
    </w:p>
    <w:p>
      <w:pPr>
        <w:jc w:val="right"/>
      </w:pPr>
      <w:r>
        <w:t>اور پھر جب میں نے سائنس پڑھی۔ فزکس اور کیمسٹری اور فلکیات۔ وہ ساری چیزیں پڑھیں۔ تو جس زمانے میں میں اس کا مطالعہ کر رہا تھا۔</w:t>
      </w:r>
    </w:p>
    <w:p>
      <w:r>
        <w:rPr>
          <w:b/>
        </w:rPr>
        <w:t xml:space="preserve">[38:10] </w:t>
      </w:r>
      <w:r>
        <w:t>to is zamane mein ek shah naseer sahib thay hamare adam garh mein. woh aaye mujh se milne ke liye. to shah naseer sahib ne kaha ke.</w:t>
      </w:r>
    </w:p>
    <w:p>
      <w:pPr>
        <w:jc w:val="right"/>
      </w:pPr>
      <w:r>
        <w:t>تو اس زمانے میں ایک شاہ نصیر صاحب تھے ہمارے آدم گڑھ میں۔ وہ آئے مجھ سے ملنے کے لیے۔ تو شاہ نصیر صاحب نے کہا کہ۔</w:t>
      </w:r>
    </w:p>
    <w:p>
      <w:r>
        <w:rPr>
          <w:b/>
        </w:rPr>
        <w:t xml:space="preserve">[38:21] </w:t>
      </w:r>
      <w:r>
        <w:t>kya aadmi khuda ko dekh sakta hai?</w:t>
      </w:r>
    </w:p>
    <w:p>
      <w:pPr>
        <w:jc w:val="right"/>
      </w:pPr>
      <w:r>
        <w:t>کیا آدمی خدا کو دیکھ سکتا ہے؟</w:t>
      </w:r>
    </w:p>
    <w:p>
      <w:r>
        <w:rPr>
          <w:b/>
        </w:rPr>
        <w:t xml:space="preserve">[38:25] </w:t>
      </w:r>
      <w:r>
        <w:t>to achaanak bilkul achaanak meri zabaan se nikla. ke aap ne abhi tak khuda ko dekha nahi? aur main yeh kehne mein bilkul sanjeeda tha.</w:t>
      </w:r>
    </w:p>
    <w:p>
      <w:pPr>
        <w:jc w:val="right"/>
      </w:pPr>
      <w:r>
        <w:t>تو اچانک بالکل اچانک میری زبان سے نکلا۔ کہ آپ نے ابھی تک خدا کو دیکھا نہیں؟ اور میں یہ کہنے میں بالکل سنجیدہ تھا۔</w:t>
      </w:r>
    </w:p>
    <w:p>
      <w:r>
        <w:rPr>
          <w:b/>
        </w:rPr>
        <w:t xml:space="preserve">[38:33] </w:t>
      </w:r>
      <w:r>
        <w:t>ke woh sach much hi mein khuda ko dekh raha tha. yaani takhleeq ki azmat mein. takhleeq ke andar mein uski jalal dekh raha tha khuda ki.</w:t>
      </w:r>
    </w:p>
    <w:p>
      <w:pPr>
        <w:jc w:val="right"/>
      </w:pPr>
      <w:r>
        <w:t>کہ وہ سچ مچ ہی میں خدا کو دیکھ رہا تھا۔ یعنی تخلیق کی عظمت میں۔ تخلیق کے اندر میں اس کی جلال دیکھ رہا تھا خدا کی۔</w:t>
      </w:r>
    </w:p>
    <w:p>
      <w:r>
        <w:rPr>
          <w:b/>
        </w:rPr>
        <w:t xml:space="preserve">[38:44] </w:t>
      </w:r>
      <w:r>
        <w:t>jis tarah se aap kisi badi machine ko dekhein. aur dekh kar ke engineer ke bare mein aap ko ek ehsaas hua paida ho. woh mujhe is kainat ko dekh kar paida hota hai.</w:t>
      </w:r>
    </w:p>
    <w:p>
      <w:pPr>
        <w:jc w:val="right"/>
      </w:pPr>
      <w:r>
        <w:t>جس طرح سے آپ کسی بڑی مشین کو دیکھیں۔ اور دیکھ کر کے انجینئر کے بارے میں آپ کو ایک احساس ہوا پیدا ہو۔ وہ مجھے اس کائنات کو دیکھ کر پیدا ہوتا ہے۔</w:t>
      </w:r>
    </w:p>
    <w:p>
      <w:r>
        <w:rPr>
          <w:b/>
        </w:rPr>
        <w:t xml:space="preserve">[38:55] </w:t>
      </w:r>
      <w:r>
        <w:t>yaani kaun aadmi duniya mein hai jo ek nai machine ko na dekhe. jis ne uran car ko dekha hai wohi. flying car ko.</w:t>
      </w:r>
    </w:p>
    <w:p>
      <w:pPr>
        <w:jc w:val="right"/>
      </w:pPr>
      <w:r>
        <w:t>یعنی کون آدمی دنیا میں ہے جو ایک نئی مشین کو نہ دیکھے۔ جس نے اڑن کار کو دیکھا ہے وہی۔ فلائنگ کار کو۔</w:t>
      </w:r>
    </w:p>
    <w:p>
      <w:r>
        <w:rPr>
          <w:b/>
        </w:rPr>
        <w:t xml:space="preserve">[39:03] </w:t>
      </w:r>
      <w:r>
        <w:t>to kya aap ke zehen mein nahi aayega? ke kaise engineer the jinhone is ko banaya. ek ehsaas hua aayega aap ke andar is engineer ke bare mein.</w:t>
      </w:r>
    </w:p>
    <w:p>
      <w:pPr>
        <w:jc w:val="right"/>
      </w:pPr>
      <w:r>
        <w:t>تو کیا آپ کے ذہن میں نہیں آئے گا؟ کہ کیسے انجینئر تھے جنہوں نے اس کو بنایا۔ ایک احساس ہوا آئے گا آپ کے اندر اس انجینئر کے بارے میں۔</w:t>
      </w:r>
    </w:p>
    <w:p>
      <w:r>
        <w:rPr>
          <w:b/>
        </w:rPr>
        <w:t xml:space="preserve">[39:12] </w:t>
      </w:r>
      <w:r>
        <w:t>jis ne flying car banai hai. isi tarah se itni badi kainat itni badi kainat. jab main is ko dekhta hoon. to bilkul main aisa lagta hai ke main khuda ko dekh raha hoon.</w:t>
      </w:r>
    </w:p>
    <w:p>
      <w:pPr>
        <w:jc w:val="right"/>
      </w:pPr>
      <w:r>
        <w:t>جس نے فلائنگ کار بنائی ہے۔ اسی طرح سے اتنی بڑی کائنات اتنی بڑی کائنات۔ جب میں اس کو دیکھتا ہوں۔ تو بالکل میں ایسا لگتا ہے کہ میں خدا کو دیکھ رہا ہوں۔</w:t>
      </w:r>
    </w:p>
    <w:p>
      <w:r>
        <w:rPr>
          <w:b/>
        </w:rPr>
        <w:t xml:space="preserve">[39:26] </w:t>
      </w:r>
      <w:r>
        <w:t>to main to zinda saboot is baat ka hoon. ke yeh bilkul afsana hai ke andar koi. andar nahi hai bahar hai. woh khuda hai. khuda hai jo hai khazana hai.</w:t>
      </w:r>
    </w:p>
    <w:p>
      <w:pPr>
        <w:jc w:val="right"/>
      </w:pPr>
      <w:r>
        <w:t>تو میں تو زندہ ثبوت اس بات کا ہوں۔ کہ یہ بالکل افسانہ ہے کہ اندر کوئی۔ اندر نہیں ہے باہر ہے۔ وہ خدا ہے۔ خدا ہے جو ہے خزانہ ہے۔</w:t>
      </w:r>
    </w:p>
    <w:p>
      <w:r>
        <w:rPr>
          <w:b/>
        </w:rPr>
        <w:t xml:space="preserve">[39:37] </w:t>
      </w:r>
      <w:r>
        <w:t>khuda jo hai khazana hai. isi se hum paate hain.</w:t>
      </w:r>
    </w:p>
    <w:p>
      <w:pPr>
        <w:jc w:val="right"/>
      </w:pPr>
      <w:r>
        <w:t>خدا جو ہے خزانہ ہے۔ اسی سے ہم پاتے ہیں۔</w:t>
      </w:r>
    </w:p>
    <w:p>
      <w:r>
        <w:rPr>
          <w:b/>
        </w:rPr>
        <w:t xml:space="preserve">[39:43] </w:t>
      </w:r>
      <w:r>
        <w:t>yeh meri. yeh meri aisi daryaft hai. jis ke liye mujhe kabhi shubah nahi hua na inshallah hoga kabhi.</w:t>
      </w:r>
    </w:p>
    <w:p>
      <w:pPr>
        <w:jc w:val="right"/>
      </w:pPr>
      <w:r>
        <w:t>یہ میری۔ یہ میری ایسی دریافت ہے۔ جس کے لیے مجھے کبھی شبہ نہیں ہوا نہ انشاءاللہ ہوگا کبھی۔</w:t>
      </w:r>
    </w:p>
    <w:p>
      <w:r>
        <w:rPr>
          <w:b/>
        </w:rPr>
        <w:t xml:space="preserve">[39:53] </w:t>
      </w:r>
      <w:r>
        <w:t>aqool qawli haza wastaghfirullaha li walakum ajmaeen.</w:t>
      </w:r>
    </w:p>
    <w:p>
      <w:pPr>
        <w:jc w:val="right"/>
      </w:pPr>
      <w:r>
        <w:t>أقول قولي هذا واستغفرالله لي ولكم اجمعين.</w:t>
      </w:r>
    </w:p>
    <w:p>
      <w:r>
        <w:rPr>
          <w:b/>
        </w:rPr>
        <w:t xml:space="preserve">[40:09] </w:t>
      </w:r>
      <w:r>
        <w:t>bahut aham sawal hai. yeh jo kehte hain yeh ek hi baat nahi yeh to aise million log yeh baatein bol rahe hain. aur is se pehle bhi kehte rahe hain.</w:t>
      </w:r>
    </w:p>
    <w:p>
      <w:pPr>
        <w:jc w:val="right"/>
      </w:pPr>
      <w:r>
        <w:t>بہت اہم سوال ہے۔ یہ جو کہتے ہیں یہ ایک ہی بات نہیں یہ تو ایسے ملین لوگ یہ باتیں بول رہے ہیں۔ اور اس سے پہلے بھی کہتے رہے ہیں۔</w:t>
      </w:r>
    </w:p>
    <w:p>
      <w:r>
        <w:rPr>
          <w:b/>
        </w:rPr>
        <w:t xml:space="preserve">[40:21] </w:t>
      </w:r>
      <w:r>
        <w:t>yeh khwab bhi mera hai. babar ne kaha tha ke babar baish gosht ka alam dobara nahi hai. to ab yeh keh rahe hain ke enjoy every moment.</w:t>
      </w:r>
    </w:p>
    <w:p>
      <w:pPr>
        <w:jc w:val="right"/>
      </w:pPr>
      <w:r>
        <w:t>یہ خواب بھی میرا ہے۔ بابر نے کہا تھا کہ بابر بیش گوشت کا عالم دوبارہ نہیں ہے۔ تو اب یہ کہہ رہے ہیں کہ انجوائے ایوری مومنٹ۔</w:t>
      </w:r>
    </w:p>
    <w:p>
      <w:r>
        <w:rPr>
          <w:b/>
        </w:rPr>
        <w:t xml:space="preserve">[40:31] </w:t>
      </w:r>
      <w:r>
        <w:t>to milne milne ki baatein bolte hain lekin. yaad rakhiye kisi philosopher ne yeh boli nahi boli.</w:t>
      </w:r>
    </w:p>
    <w:p>
      <w:pPr>
        <w:jc w:val="right"/>
      </w:pPr>
      <w:r>
        <w:t>تو ملنے ملنے کی باتیں بولتے ہیں لیکن۔ یاد رکھیے کسی فلاسفر نے یہ بولی نہیں بولی۔</w:t>
      </w:r>
    </w:p>
    <w:p>
      <w:r>
        <w:rPr>
          <w:b/>
        </w:rPr>
        <w:t xml:space="preserve">[40:37] </w:t>
      </w:r>
      <w:r>
        <w:t>kisi bade scholar ne yeh baat aisa nahi kaha. is ki wajah kya hai dekhiye.</w:t>
      </w:r>
    </w:p>
    <w:p>
      <w:pPr>
        <w:jc w:val="right"/>
      </w:pPr>
      <w:r>
        <w:t>کسی بڑے اسکالر نے یہ بات ایسا نہیں کہا۔ اس کی وجہ کیا ہے دیکھیے۔</w:t>
      </w:r>
    </w:p>
    <w:p>
      <w:r>
        <w:rPr>
          <w:b/>
        </w:rPr>
        <w:t xml:space="preserve">[40:46] </w:t>
      </w:r>
      <w:r>
        <w:t>is ka bahut hi maroof wajah hai. dekhiye jo bade bade philosopher hote hain bade bade scholars hote hain.</w:t>
      </w:r>
    </w:p>
    <w:p>
      <w:pPr>
        <w:jc w:val="right"/>
      </w:pPr>
      <w:r>
        <w:t>اس کا بہت ہی معروف وجہ ہے۔ دیکھیے جو بڑے بڑے فلاسفر ہوتے ہیں بڑے بڑے اسکالرز ہوتے ہیں۔</w:t>
      </w:r>
    </w:p>
    <w:p>
      <w:r>
        <w:rPr>
          <w:b/>
        </w:rPr>
        <w:t xml:space="preserve">[40:56] </w:t>
      </w:r>
      <w:r>
        <w:t>woh jante hain kis framework available framework konsa hai is mein woh bol sakte hain.</w:t>
      </w:r>
    </w:p>
    <w:p>
      <w:pPr>
        <w:jc w:val="right"/>
      </w:pPr>
      <w:r>
        <w:t>وہ جانتے ہیں کس فریم ورک اویلیبل فریم ورک کونسا ہے اس میں وہ بول سکتے ہیں۔</w:t>
      </w:r>
    </w:p>
    <w:p>
      <w:r>
        <w:rPr>
          <w:b/>
        </w:rPr>
        <w:t xml:space="preserve">[41:02] </w:t>
      </w:r>
      <w:r>
        <w:t>to available framework ko jante hain woh. aur yeh log jo hain yeh jante hain nahi ke. woh framework available nahi hai jis mein yeh bol rahe hain.</w:t>
      </w:r>
    </w:p>
    <w:p>
      <w:pPr>
        <w:jc w:val="right"/>
      </w:pPr>
      <w:r>
        <w:t>تو اویلیبل فریم ورک کو جانتے ہیں وہ۔ اور یہ لوگ جو ہیں یہ جانتے ہیں نہیں کہ۔ وہ فریم ورک اویلیبل نہیں ہے جس میں یہ بول رہے ہیں۔</w:t>
      </w:r>
    </w:p>
    <w:p>
      <w:r>
        <w:rPr>
          <w:b/>
        </w:rPr>
        <w:t xml:space="preserve">[41:15] </w:t>
      </w:r>
      <w:r>
        <w:t>to yeh khaas baat hai is ko aap ko samajhna chahiye. ke jo aadmi jald parha likha hoga itna seekha hua aadmi hoga.</w:t>
      </w:r>
    </w:p>
    <w:p>
      <w:pPr>
        <w:jc w:val="right"/>
      </w:pPr>
      <w:r>
        <w:t>تو یہ خاص بات ہے اس کو آپ کو سمجھنا چاہیے۔ کہ جو آدمی جلد پڑھا لکھا ہوگا اتنا سیکھا ہوا آدمی ہوگا۔</w:t>
      </w:r>
    </w:p>
    <w:p>
      <w:r>
        <w:rPr>
          <w:b/>
        </w:rPr>
        <w:t xml:space="preserve">[41:23] </w:t>
      </w:r>
      <w:r>
        <w:t>hote hi woh jaane ga is baat ko. ke aaj main sirf bol sakta hoon available framework mein.</w:t>
      </w:r>
    </w:p>
    <w:p>
      <w:pPr>
        <w:jc w:val="right"/>
      </w:pPr>
      <w:r>
        <w:t>ہوتے ہی وہ جانے گا اس بات کو۔ کہ آج میں صرف بول سکتا ہوں اویلیبل فریم ورک میں۔</w:t>
      </w:r>
    </w:p>
    <w:p>
      <w:r>
        <w:rPr>
          <w:b/>
        </w:rPr>
        <w:t xml:space="preserve">[41:30] </w:t>
      </w:r>
      <w:r>
        <w:t>jo framework available nahi hai is mein bol hi nahi sakta main.</w:t>
      </w:r>
    </w:p>
    <w:p>
      <w:pPr>
        <w:jc w:val="right"/>
      </w:pPr>
      <w:r>
        <w:t>جو فریم ورک اویلیبل نہیں ہے اس میں بول ہی نہیں سکتا میں۔</w:t>
      </w:r>
    </w:p>
    <w:p>
      <w:r>
        <w:rPr>
          <w:b/>
        </w:rPr>
        <w:t xml:space="preserve">[41:38] </w:t>
      </w:r>
      <w:r>
        <w:t>jaise ke aap dekhiye. yeh log ecstasy ki baat karte hain. to woh available framework ke andar nahi aata woh. available framework mein aadmi yeh soche ga.</w:t>
      </w:r>
    </w:p>
    <w:p>
      <w:pPr>
        <w:jc w:val="right"/>
      </w:pPr>
      <w:r>
        <w:t>جیسے کہ آپ دیکھیے۔ یہ لوگ ایکسٹسی کی بات کرتے ہیں۔ تو وہ اویلیبل فریم ورک کے اندر نہیں آتا وہ۔ اویلیبل فریم ورک میں آدمی یہ سوچے گا۔</w:t>
      </w:r>
    </w:p>
    <w:p>
      <w:r>
        <w:rPr>
          <w:b/>
        </w:rPr>
        <w:t xml:space="preserve">[41:49] </w:t>
      </w:r>
      <w:r>
        <w:t>ke ek hai ecstasy. yaani ehsaas. aur ek hai mera zehn. jo sochta hai.</w:t>
      </w:r>
    </w:p>
    <w:p>
      <w:pPr>
        <w:jc w:val="right"/>
      </w:pPr>
      <w:r>
        <w:t>کہ ایک ہے ایکسٹسی۔ یعنی احساس۔ اور ایک ہے میرا ذہن۔ جو سوچتا ہے۔</w:t>
      </w:r>
    </w:p>
    <w:p>
      <w:r>
        <w:rPr>
          <w:b/>
        </w:rPr>
        <w:t xml:space="preserve">[41:58] </w:t>
      </w:r>
      <w:r>
        <w:t>tajziya karta hai.</w:t>
      </w:r>
    </w:p>
    <w:p>
      <w:pPr>
        <w:jc w:val="right"/>
      </w:pPr>
      <w:r>
        <w:t>تجزیہ کرتا ہے۔</w:t>
      </w:r>
    </w:p>
    <w:p>
      <w:r>
        <w:rPr>
          <w:b/>
        </w:rPr>
        <w:t xml:space="preserve">[42:00] </w:t>
      </w:r>
      <w:r>
        <w:t>to jab tak dono ko mila kar ke koi kamyabi na banai jaye. to framework hi nahi hua woh. insaan ki kamyabi ka koi bhi framework.</w:t>
      </w:r>
    </w:p>
    <w:p>
      <w:pPr>
        <w:jc w:val="right"/>
      </w:pPr>
      <w:r>
        <w:t>تو جب تک دونوں کو ملا کر کے کوئی کامیابی نہ بنائی جائے۔ تو فریم ورک ہی نہیں ہوا وہ۔ انسان کی کامیابی کا کوئی بھی فریم ورک۔</w:t>
      </w:r>
    </w:p>
    <w:p>
      <w:r>
        <w:rPr>
          <w:b/>
        </w:rPr>
        <w:t xml:space="preserve">[42:10] </w:t>
      </w:r>
      <w:r>
        <w:t>jo banaya jaye ga. is mein ehsas ke sath sath jorna pare ga aap ko. yeh zehn ko. jo sochta hai. woh bilkul chhoot jata hai.</w:t>
      </w:r>
    </w:p>
    <w:p>
      <w:pPr>
        <w:jc w:val="right"/>
      </w:pPr>
      <w:r>
        <w:t>جو بنایا جائے گا۔ اس میں احساس کے ساتھ ساتھ جوڑنا پڑے گا آپ کو۔ یہ ذہن کو۔ جو سوچتا ہے۔ وہ بالکل چھوٹ جاتا ہے۔</w:t>
      </w:r>
    </w:p>
    <w:p>
      <w:r>
        <w:rPr>
          <w:b/>
        </w:rPr>
        <w:t xml:space="preserve">[42:21] </w:t>
      </w:r>
      <w:r>
        <w:t>ecstasy mein zehn istemal nahi hota. ecstasy mein koi zehni taraqqi nahi hota.</w:t>
      </w:r>
    </w:p>
    <w:p>
      <w:pPr>
        <w:jc w:val="right"/>
      </w:pPr>
      <w:r>
        <w:t>ایکسٹسی میں ذہن استعمال نہیں ہوتا۔ ایکسٹسی میں کوئی ذہنی ترقی نہیں ہوتا۔</w:t>
      </w:r>
    </w:p>
    <w:p>
      <w:r>
        <w:rPr>
          <w:b/>
        </w:rPr>
        <w:t xml:space="preserve">[42:29] </w:t>
      </w:r>
      <w:r>
        <w:t>koi bhi aadmi hai jo ecstasy mein jeeta ho us se pooch lijiye aap. koi baat nahi bata paye ga woh. mein to aise logon ke sath aadha ghanta baitha hoon mujhe to mushkil hota hai.</w:t>
      </w:r>
    </w:p>
    <w:p>
      <w:pPr>
        <w:jc w:val="right"/>
      </w:pPr>
      <w:r>
        <w:t>کوئی بھی آدمی ہے جو ایکسٹسی میں جیتا ہو اس سے پوچھ لیجیے آپ۔ کوئی بات نہیں بتا پائے گا وہ۔ میں تو ایسے لوگوں کے ساتھ آدھا گھنٹہ بیٹھا ہوں مجھے تو مشکل ہوتا ہے۔</w:t>
      </w:r>
    </w:p>
    <w:p>
      <w:r>
        <w:rPr>
          <w:b/>
        </w:rPr>
        <w:t xml:space="preserve">[42:38] </w:t>
      </w:r>
      <w:r>
        <w:t>koi baat nahi hoti un ke pas. to yeh janta hai ek philosopher. ek bara scholar. ke jo available framework hai is mamle mein.</w:t>
      </w:r>
    </w:p>
    <w:p>
      <w:pPr>
        <w:jc w:val="right"/>
      </w:pPr>
      <w:r>
        <w:t>کوئی بات نہیں ہوتی ان کے پاس۔ تو یہ جانتا ہے ایک فلاسفر۔ ایک بڑا اسکالر۔ کہ جو اویلیبل فریم ورک ہے اس معاملے میں۔</w:t>
      </w:r>
    </w:p>
    <w:p>
      <w:r>
        <w:rPr>
          <w:b/>
        </w:rPr>
        <w:t xml:space="preserve">[42:50] </w:t>
      </w:r>
      <w:r>
        <w:t>woh shamil karta hai ecstasy ko aur zehni soch ko dono ko.</w:t>
      </w:r>
    </w:p>
    <w:p>
      <w:pPr>
        <w:jc w:val="right"/>
      </w:pPr>
      <w:r>
        <w:t>وہ شامل کرتا ہے ایکسٹسی کو اور ذہنی سوچ کو دونوں کو۔</w:t>
      </w:r>
    </w:p>
    <w:p>
      <w:r>
        <w:rPr>
          <w:b/>
        </w:rPr>
        <w:t xml:space="preserve">[42:56] </w:t>
      </w:r>
      <w:r>
        <w:t>ek ko chhod kar ke aap jo banaye ga. woh koi framework hi nahi hoga woh. jo aap bolen ge woh galat hoga. yani jo available framework hai.</w:t>
      </w:r>
    </w:p>
    <w:p>
      <w:pPr>
        <w:jc w:val="right"/>
      </w:pPr>
      <w:r>
        <w:t>ایک کو چھوڑ کر کے آپ جو بنائیں گے۔ وہ کوئی فریم ورک ہی نہیں ہوگا وہ۔ جو آپ بولیں گے وہ غلط ہوگا۔ یعنی جو اویلیبل فریم ورک ہے۔</w:t>
      </w:r>
    </w:p>
    <w:p>
      <w:r>
        <w:rPr>
          <w:b/>
        </w:rPr>
        <w:t xml:space="preserve">[43:08] </w:t>
      </w:r>
      <w:r>
        <w:t>us ke bahir jab aap bolen ge to woh aap ke woh aap ka bolna galat ho jaye ga. yeh sab galat hai. ek philosopher ke nazdeek. yeh kyunke is mein zehn shamil nahi hai.</w:t>
      </w:r>
    </w:p>
    <w:p>
      <w:pPr>
        <w:jc w:val="right"/>
      </w:pPr>
      <w:r>
        <w:t>اس کے باہر جب آپ بولیں گے تو وہ آپ کے وہ آپ کا بولنا غلط ہو جائے گا۔ یہ سب غلط ہے۔ ایک فلاسفر کے نزدیک۔ یہ کیونکہ اس میں ذہن شامل نہیں ہے۔</w:t>
      </w:r>
    </w:p>
    <w:p>
      <w:r>
        <w:rPr>
          <w:b/>
        </w:rPr>
        <w:t xml:space="preserve">[43:21] </w:t>
      </w:r>
      <w:r>
        <w:t>ab bataiye ke zehn ko alag kar ke. kaise aap insaan ko samjha sakte hain. jo sab se bari faculty hai usi ko aap shamil na karein.</w:t>
      </w:r>
    </w:p>
    <w:p>
      <w:pPr>
        <w:jc w:val="right"/>
      </w:pPr>
      <w:r>
        <w:t>اب بتائیے کہ ذہن کو الگ کر کے۔ کیسے آپ انسان کو سمجھا سکتے ہیں۔ جو سب سے بڑی فیکلٹی ہے اسی کو آپ شامل نہ کریں۔</w:t>
      </w:r>
    </w:p>
    <w:p>
      <w:r>
        <w:rPr>
          <w:b/>
        </w:rPr>
        <w:t xml:space="preserve">[43:31] </w:t>
      </w:r>
      <w:r>
        <w:t>aur lagen samjhane mein. to kya aap samjhaein ge aap. to isi wajah se ek bare bare philosopher aur mufakkir hue hain.</w:t>
      </w:r>
    </w:p>
    <w:p>
      <w:pPr>
        <w:jc w:val="right"/>
      </w:pPr>
      <w:r>
        <w:t>اور لگیں سمجھانے میں۔ تو کیا آپ سمجھائیں گے آپ۔ تو اسی وجہ سے ایک بڑے بڑے فلاسفر اور مفکر ہوئے ہیں۔</w:t>
      </w:r>
    </w:p>
    <w:p>
      <w:r>
        <w:rPr>
          <w:b/>
        </w:rPr>
        <w:t xml:space="preserve">[43:42] </w:t>
      </w:r>
      <w:r>
        <w:t>unhon ne baat unhon ne likha aur socha khushi</w:t>
      </w:r>
    </w:p>
    <w:p>
      <w:pPr>
        <w:jc w:val="right"/>
      </w:pPr>
      <w:r>
        <w:t>انہوں نے بات انہوں نے لکھا اور سوچا خوشی</w:t>
      </w:r>
    </w:p>
    <w:p>
      <w:r>
        <w:rPr>
          <w:b/>
        </w:rPr>
        <w:t xml:space="preserve">[43:47] </w:t>
      </w:r>
      <w:r>
        <w:t>par. lekin kisi ne bhi yeh baat nahi kahi. ke ek lamhe ke liye enjoy karo yeh zindagi hai. na apne mazi ko socho na mustaqbil ko socho.</w:t>
      </w:r>
    </w:p>
    <w:p>
      <w:pPr>
        <w:jc w:val="right"/>
      </w:pPr>
      <w:r>
        <w:t>پر۔ لیکن کسی نے بھی یہ بات نہیں کہی۔ کہ ایک لمحے کے لیے انجوائے کرو یہ زندگی ہے۔ نہ اپنے ماضی کو سوچو نہ مستقبل کو سوچو۔</w:t>
      </w:r>
    </w:p>
    <w:p>
      <w:r>
        <w:rPr>
          <w:b/>
        </w:rPr>
        <w:t xml:space="preserve">[43:56] </w:t>
      </w:r>
      <w:r>
        <w:t>bas. magan ho jao. yeh yeh kisi scholar ki boli nahi hai. kyunke scholar janta hai ke.</w:t>
      </w:r>
    </w:p>
    <w:p>
      <w:pPr>
        <w:jc w:val="right"/>
      </w:pPr>
      <w:r>
        <w:t>بس۔ مگن ہو جاؤ۔ یہ یہ کسی اسکالر کی بولی نہیں ہے۔ کیونکہ اسکالر جانتا ہے کہ۔</w:t>
      </w:r>
    </w:p>
    <w:p>
      <w:r>
        <w:rPr>
          <w:b/>
        </w:rPr>
        <w:t xml:space="preserve">[44:06] </w:t>
      </w:r>
      <w:r>
        <w:t>yeh framework available hi nahi hai. aur agar mein bolunga to woh galat ho jayega.</w:t>
      </w:r>
    </w:p>
    <w:p>
      <w:pPr>
        <w:jc w:val="right"/>
      </w:pPr>
      <w:r>
        <w:t>یہ فریم ورک اویلیبل ہی نہیں ہے۔ اور اگر میں بولوں گا تو وہ غلط ہو جائے گا۔</w:t>
      </w:r>
    </w:p>
    <w:p>
      <w:r>
        <w:rPr>
          <w:b/>
        </w:rPr>
        <w:t xml:space="preserve">[44:14] </w:t>
      </w:r>
      <w:r>
        <w:t>to yeh bohat hi ahem baat hai. yeh aisi baat hai jaise aain par. nani palki wala bole ga to woh woh janega aain framework kya hai.</w:t>
      </w:r>
    </w:p>
    <w:p>
      <w:pPr>
        <w:jc w:val="right"/>
      </w:pPr>
      <w:r>
        <w:t>تو یہ بہت ہی اہم بات ہے۔ یہ ایسی بات ہے جیسے آئین پر۔ نانی پالکی والا بولے گا تو وہ وہ جانے گا آئین فریم ورک کیا ہے۔</w:t>
      </w:r>
    </w:p>
    <w:p>
      <w:r>
        <w:rPr>
          <w:b/>
        </w:rPr>
        <w:t xml:space="preserve">[44:24] </w:t>
      </w:r>
      <w:r>
        <w:t>isi ke hisab se bolega. ek aam aadmi bolega aadmi aam aadmi to kuch bhi karne lage ga. woh kuch bhi karne lage ga woh. to aisi hai yeh.</w:t>
      </w:r>
    </w:p>
    <w:p>
      <w:pPr>
        <w:jc w:val="right"/>
      </w:pPr>
      <w:r>
        <w:t>اسی کے حساب سے بولے گا۔ ایک عام آدمی بولے گا آدمی عام آدمی تو کچھ بھی کرنے لگے گا۔ وہ کچھ بھی کرنے لگے گا وہ۔ تو ایسی ہے یہ۔</w:t>
      </w:r>
    </w:p>
    <w:p>
      <w:r>
        <w:rPr>
          <w:b/>
        </w:rPr>
        <w:t xml:space="preserve">[44:34] </w:t>
      </w:r>
      <w:r>
        <w:t>is qism ki cheezein jo hain.</w:t>
      </w:r>
    </w:p>
    <w:p>
      <w:pPr>
        <w:jc w:val="right"/>
      </w:pPr>
      <w:r>
        <w:t>اس قسم کی چیزیں جو ہیں۔</w:t>
      </w:r>
    </w:p>
    <w:p>
      <w:r>
        <w:rPr>
          <w:b/>
        </w:rPr>
        <w:t xml:space="preserve">[44:38] </w:t>
      </w:r>
      <w:r>
        <w:t>hmm. yeh sawal hai doctor a. r. wani.</w:t>
      </w:r>
    </w:p>
    <w:p>
      <w:pPr>
        <w:jc w:val="right"/>
      </w:pPr>
      <w:r>
        <w:t>ہمم۔ یہ سوال ہے ڈاکٹر اے آر وانی۔</w:t>
      </w:r>
    </w:p>
    <w:p>
      <w:r>
        <w:rPr>
          <w:b/>
        </w:rPr>
        <w:t xml:space="preserve">[44:42] </w:t>
      </w:r>
      <w:r>
        <w:t>woh kehte hain kya aman hai jo hamare ird gird hai. and that is why every person is sad. please explain.</w:t>
      </w:r>
    </w:p>
    <w:p>
      <w:pPr>
        <w:jc w:val="right"/>
      </w:pPr>
      <w:r>
        <w:t>وہ کہتے ہیں کیا امن ہے جو ہمارے اردگرد ہے۔ اینڈ دیٹ از وائی ایوری پرسن از سیڈ۔ پلیز ایکسپلین۔</w:t>
      </w:r>
    </w:p>
    <w:p>
      <w:r>
        <w:rPr>
          <w:b/>
        </w:rPr>
        <w:t xml:space="preserve">[44:53] </w:t>
      </w:r>
      <w:r>
        <w:t>dekhiye yeh bhi ek bohat bari ghalati hai.</w:t>
      </w:r>
    </w:p>
    <w:p>
      <w:pPr>
        <w:jc w:val="right"/>
      </w:pPr>
      <w:r>
        <w:t>دیکھیے یہ بھی ایک بہت بڑی غلطی ہے۔</w:t>
      </w:r>
    </w:p>
    <w:p>
      <w:r>
        <w:rPr>
          <w:b/>
        </w:rPr>
        <w:t xml:space="preserve">[44:58] </w:t>
      </w:r>
      <w:r>
        <w:t>ke ird gird mein aman ho tab mujhe aman mile gi. isi liye log ladte rehte hain.</w:t>
      </w:r>
    </w:p>
    <w:p>
      <w:pPr>
        <w:jc w:val="right"/>
      </w:pPr>
      <w:r>
        <w:t>کہ اردگرد میں امن ہو تب مجھے امن ملے گی۔ اسی لیے لوگ لڑتے رہتے ہیں۔</w:t>
      </w:r>
    </w:p>
    <w:p>
      <w:r>
        <w:rPr>
          <w:b/>
        </w:rPr>
        <w:t xml:space="preserve">[45:06] </w:t>
      </w:r>
      <w:r>
        <w:t>aman naam hai aap ke apne state of mind ka. bahir ka nahi hai. yeh bhi sari tareekh mein logon ne is ko nahi jana.</w:t>
      </w:r>
    </w:p>
    <w:p>
      <w:pPr>
        <w:jc w:val="right"/>
      </w:pPr>
      <w:r>
        <w:t>امن نام ہے آپ کے اپنے اسٹیٹ آف مائنڈ کا۔ باہر کا نہیں ہے۔ یہ بھی ساری تاریخ میں لوگوں نے اس کو نہیں جانا۔</w:t>
      </w:r>
    </w:p>
    <w:p>
      <w:r>
        <w:rPr>
          <w:b/>
        </w:rPr>
        <w:t xml:space="preserve">[45:18] </w:t>
      </w:r>
      <w:r>
        <w:t>yeh yeh bhi mujh ko pehli bar daryaft hua hai. ke ideal duniya mein kabhi ho nahi sakti hai.</w:t>
      </w:r>
    </w:p>
    <w:p>
      <w:pPr>
        <w:jc w:val="right"/>
      </w:pPr>
      <w:r>
        <w:t>یہ یہ بھی مجھ کو پہلی بار دریافت ہوا ہے۔ کہ آئیڈیل دنیا میں کبھی ہو نہیں سکتی ہے۔</w:t>
      </w:r>
    </w:p>
    <w:p>
      <w:r>
        <w:rPr>
          <w:b/>
        </w:rPr>
        <w:t xml:space="preserve">[45:28] </w:t>
      </w:r>
      <w:r>
        <w:t>yani jitne bhi log hain. yani Socrates Plato Aristotle. aur jitne wahan se aaj tak jitne bhi log hue hain.</w:t>
      </w:r>
    </w:p>
    <w:p>
      <w:pPr>
        <w:jc w:val="right"/>
      </w:pPr>
      <w:r>
        <w:t>یعنی جتنے بھی لوگ ہیں۔ یعنی سقراط پلیٹو ارسطو۔ اور جتنے وہاں سے آج تک جتنے بھی لوگ ہوئے ہیں۔</w:t>
      </w:r>
    </w:p>
    <w:p>
      <w:r>
        <w:rPr>
          <w:b/>
        </w:rPr>
        <w:t xml:space="preserve">[45:39] </w:t>
      </w:r>
      <w:r>
        <w:t>Marx Rousseau. sab apne zehn mein ek in ke ek ideal tha un ka. is ideal ko. qaim karne ke liye sari zindagi laga di unhon ne.</w:t>
      </w:r>
    </w:p>
    <w:p>
      <w:pPr>
        <w:jc w:val="right"/>
      </w:pPr>
      <w:r>
        <w:t>مارس روسو۔ سب اپنے ذہن میں ایک ان کے ایک آئیڈیل تھا ان کا۔ اس آئیڈیل کو۔ قائم کرنے کے لیے ساری زندگی لگا دی انہوں نے۔</w:t>
      </w:r>
    </w:p>
    <w:p>
      <w:r>
        <w:rPr>
          <w:b/>
        </w:rPr>
        <w:t xml:space="preserve">[45:51] </w:t>
      </w:r>
      <w:r>
        <w:t>hamare mulk mein Gandhi aur Nehru ke zehn mein bhi ek ideal tha.</w:t>
      </w:r>
    </w:p>
    <w:p>
      <w:pPr>
        <w:jc w:val="right"/>
      </w:pPr>
      <w:r>
        <w:t>ہمارے ملک میں گاندھی اور نہرو کے ذہن میں بھی ایک آئیڈیل تھا۔</w:t>
      </w:r>
    </w:p>
    <w:p>
      <w:r>
        <w:rPr>
          <w:b/>
        </w:rPr>
        <w:t xml:space="preserve">[45:55] </w:t>
      </w:r>
      <w:r>
        <w:t>is baat ko maine pehli baar daryaft kiya ke dunya mein ideal. ideal. yaani ideal zindagi ban nahi sakti hai.</w:t>
      </w:r>
    </w:p>
    <w:p>
      <w:pPr>
        <w:jc w:val="right"/>
      </w:pPr>
      <w:r>
        <w:t>اس بات کو میں نے پہلی بار دریافت کیا کہ دنیا میں آئیڈیل۔ آئیڈیل۔ یعنی آئیڈیل زندگی بن نہیں سکتی ہے۔</w:t>
      </w:r>
    </w:p>
    <w:p>
      <w:r>
        <w:rPr>
          <w:b/>
        </w:rPr>
        <w:t xml:space="preserve">[46:07] </w:t>
      </w:r>
      <w:r>
        <w:t>ideal society ban nahi sakti hai. yeh mumkin hi nahi kyun. yeh khuda ke takhleeqi mansoobe ke bahar hai. khuda ka jo takhleeqi mansooba hai.</w:t>
      </w:r>
    </w:p>
    <w:p>
      <w:pPr>
        <w:jc w:val="right"/>
      </w:pPr>
      <w:r>
        <w:t>آئیڈیل سوسائٹی بن نہیں سکتی ہے۔ یہ ممکن ہی نہیں کیوں۔ یہ خدا کے تخلیقی منصوبے کے باہر ہے۔ خدا کا جو تخلیقی منصوبہ ہے۔</w:t>
      </w:r>
    </w:p>
    <w:p>
      <w:r>
        <w:rPr>
          <w:b/>
        </w:rPr>
        <w:t xml:space="preserve">[46:18] </w:t>
      </w:r>
      <w:r>
        <w:t>woh toh yeh hai ke aap ko test dein. test ke liye aap ko azaadi de di aap ko. toh koi bhi ek aadmi azaadi ko galat istemaal kar ke saara maamla bigaad de ga.</w:t>
      </w:r>
    </w:p>
    <w:p>
      <w:pPr>
        <w:jc w:val="right"/>
      </w:pPr>
      <w:r>
        <w:t>وہ تو یہ ہے کہ آپ کو ٹیسٹ لیں۔ ٹیسٹ کے لیے آپ کو آزادی دے دی آپ کو۔ تو کوئی بھی ایک آدمی آزادی کو غلط استعمال کر کے سارا معاملہ بگاڑ دے گا۔</w:t>
      </w:r>
    </w:p>
    <w:p>
      <w:r>
        <w:rPr>
          <w:b/>
        </w:rPr>
        <w:t xml:space="preserve">[46:28] </w:t>
      </w:r>
      <w:r>
        <w:t>jaise mahatma gandhi ke maamle mein ek aadmi ne apni azaadi ko galat istemaal kiya. goli maar di. indira gandhi ke maamle mein ek aadmi ne apni azaadi ko galat istemaal kiya. indira gandhi goli maar di.</w:t>
      </w:r>
    </w:p>
    <w:p>
      <w:pPr>
        <w:jc w:val="right"/>
      </w:pPr>
      <w:r>
        <w:t>جیسے مہاتما گاندھی کے معاملے میں ایک آدمی نے اپنی آزادی کو غلط استعمال کیا۔ گولی مار دی۔ اندرا گاندھی کے معاملے میں ایک آدمی نے اپنی آزادی کو غلط استعمال کیا۔ اندرا گاندھی گولی مار دی۔</w:t>
      </w:r>
    </w:p>
    <w:p>
      <w:r>
        <w:rPr>
          <w:b/>
        </w:rPr>
        <w:t xml:space="preserve">[46:39] </w:t>
      </w:r>
      <w:r>
        <w:t>aise hi raju gandhi ke baare mein hua. ek aadmi ne apni azaadi ko galat istemaal kiya. us ne raju gandhi ko maar diya. toh jab khuda ne.</w:t>
      </w:r>
    </w:p>
    <w:p>
      <w:pPr>
        <w:jc w:val="right"/>
      </w:pPr>
      <w:r>
        <w:t>ایسے ہی راجو گاندھی کے بارے میں ہوا۔ ایک آدمی نے اپنی آزادی کو غلط استعمال کیا۔ اس نے راجو گاندھی کو مار دیا۔ تو جب خدا نے۔</w:t>
      </w:r>
    </w:p>
    <w:p>
      <w:r>
        <w:rPr>
          <w:b/>
        </w:rPr>
        <w:t xml:space="preserve">[46:50] </w:t>
      </w:r>
      <w:r>
        <w:t>is dunya ko banaya hai testing ground ke taur par. aur sab ko diya hai azaadi. toh hazaron aadmiyon ke liye. yaani zaroori nahi ke hazaron aadmi galat istemaal karein.</w:t>
      </w:r>
    </w:p>
    <w:p>
      <w:pPr>
        <w:jc w:val="right"/>
      </w:pPr>
      <w:r>
        <w:t>اس دنیا کو بنایا ہے ٹیسٹنگ گراؤنڈ کے طور پر۔ اور سب کو دیا ہے آزادی۔ تو ہزاروں آدمیوں کے لیے۔ یعنی ضروری نہیں کہ ہزاروں آدمی غلط استعمال کریں۔</w:t>
      </w:r>
    </w:p>
    <w:p>
      <w:r>
        <w:rPr>
          <w:b/>
        </w:rPr>
        <w:t xml:space="preserve">[47:01] </w:t>
      </w:r>
      <w:r>
        <w:t>ek aadmi galat istemaal kar ke saare mahaul ko kharab kar sakta hai. ek aadmi.</w:t>
      </w:r>
    </w:p>
    <w:p>
      <w:pPr>
        <w:jc w:val="right"/>
      </w:pPr>
      <w:r>
        <w:t>ایک آدمی غلط استعمال کر کے سارے ماحول کو خراب کر سکتا ہے۔ ایک آدمی۔</w:t>
      </w:r>
    </w:p>
    <w:p>
      <w:r>
        <w:rPr>
          <w:b/>
        </w:rPr>
        <w:t xml:space="preserve">[47:09] </w:t>
      </w:r>
      <w:r>
        <w:t>toh aap kya karein ge ideal ideal samaaj kaise banayein ge ideal state kaise banayein ge. toh hum kam az kam ideal hi mein hamein jeena hai.</w:t>
      </w:r>
    </w:p>
    <w:p>
      <w:pPr>
        <w:jc w:val="right"/>
      </w:pPr>
      <w:r>
        <w:t>تو آپ کیا کریں گے آئیڈیل آئیڈیل سماج کیسے بنائیں گے آئیڈیل اسٹیٹ کیسے بنائیں گے۔ تو ہم کم از کم آئیڈیل ہی میں ہمیں جینا ہے۔</w:t>
      </w:r>
    </w:p>
    <w:p>
      <w:r>
        <w:rPr>
          <w:b/>
        </w:rPr>
        <w:t xml:space="preserve">[47:20] </w:t>
      </w:r>
      <w:r>
        <w:t>kam az kam ideal hi mein humein. haasil karna hai jo hum chahte hain haasil karna. is ko lorne jaana nahi. itne bare bare moment chalaye.</w:t>
      </w:r>
    </w:p>
    <w:p>
      <w:pPr>
        <w:jc w:val="right"/>
      </w:pPr>
      <w:r>
        <w:t>کم از کم آئیڈیل ہی میں ہمیں۔ حاصل کرنا ہے جو ہم چاہتے ہیں حاصل کرنا۔ اس کو لوڑنے جانا نہیں۔ اتنے بڑے بڑے مومنٹ چلائے۔</w:t>
      </w:r>
    </w:p>
    <w:p>
      <w:r>
        <w:rPr>
          <w:b/>
        </w:rPr>
        <w:t xml:space="preserve">[47:30] </w:t>
      </w:r>
      <w:r>
        <w:t>itne bare bare abhiyan chalaye. aur sab fail sab fail sab fail.</w:t>
      </w:r>
    </w:p>
    <w:p>
      <w:pPr>
        <w:jc w:val="right"/>
      </w:pPr>
      <w:r>
        <w:t>اتنے بڑے بڑے ابھیان چلائے۔ اور سب فیل سب فیل سب فیل۔</w:t>
      </w:r>
    </w:p>
    <w:p>
      <w:r>
        <w:rPr>
          <w:b/>
        </w:rPr>
        <w:t xml:space="preserve">[47:35] </w:t>
      </w:r>
      <w:r>
        <w:t>kyun. un ke zehen mein jo ideal tha. unhone samjha ke isi ko dunya mein hum. yaani translate kar sakte hain.</w:t>
      </w:r>
    </w:p>
    <w:p>
      <w:pPr>
        <w:jc w:val="right"/>
      </w:pPr>
      <w:r>
        <w:t>کیوں۔ ان کے ذہن میں جو آئیڈیل تھا۔ انہوں نے سمجھا کہ اسی کو دنیا میں ہم۔ یعنی ٹرانسلیٹ کر سکتے ہیں۔</w:t>
      </w:r>
    </w:p>
    <w:p>
      <w:r>
        <w:rPr>
          <w:b/>
        </w:rPr>
        <w:t xml:space="preserve">[47:44] </w:t>
      </w:r>
      <w:r>
        <w:t>jo ke mumkin nahi tha. toh cheez kya hai. khuda ke takhleeqi mansoobe mein ideal banne wala hai post death period mein.</w:t>
      </w:r>
    </w:p>
    <w:p>
      <w:pPr>
        <w:jc w:val="right"/>
      </w:pPr>
      <w:r>
        <w:t>جو کہ ممکن نہیں تھا۔ تو چیز کیا ہے۔ خدا کے تخلیقی منصوبے میں آئیڈیل بننے والا ہے پوسٹ ڈیتھ پیریڈ میں۔</w:t>
      </w:r>
    </w:p>
    <w:p>
      <w:r>
        <w:rPr>
          <w:b/>
        </w:rPr>
        <w:t xml:space="preserve">[47:55] </w:t>
      </w:r>
      <w:r>
        <w:t>jo log banana chahte the pre death period. is baat ko wazeh taur par kisi ne kaha hi nahi.</w:t>
      </w:r>
    </w:p>
    <w:p>
      <w:pPr>
        <w:jc w:val="right"/>
      </w:pPr>
      <w:r>
        <w:t>جو لوگ بنانا چاہتے تھے پری ڈیتھ پیریڈ۔ اس بات کو واضح طور پر کسی نے کہا ہی نہیں۔</w:t>
      </w:r>
    </w:p>
    <w:p>
      <w:r>
        <w:rPr>
          <w:b/>
        </w:rPr>
        <w:t xml:space="preserve">[48:03] </w:t>
      </w:r>
      <w:r>
        <w:t>khud muslim philosophers bhi yeh baat nahi kar sake. ke yeh saara jhagda kyun hota hai. is liye hota hai ke ideal world jo banne wala hai post death period mein.</w:t>
      </w:r>
    </w:p>
    <w:p>
      <w:pPr>
        <w:jc w:val="right"/>
      </w:pPr>
      <w:r>
        <w:t>خود مسلم فلاسفرز بھی یہ بات نہیں کر سکے۔ کہ یہ سارا جھگڑا کیوں ہوتا ہے۔ اس لیے ہوتا ہے کہ آئیڈیل ورلڈ جو بننے والا ہے پوسٹ ڈیتھ پیریڈ میں۔</w:t>
      </w:r>
    </w:p>
    <w:p>
      <w:r>
        <w:rPr>
          <w:b/>
        </w:rPr>
        <w:t xml:space="preserve">[48:15] </w:t>
      </w:r>
      <w:r>
        <w:t>is ko yeh log banana chahte hain pre death period mein.</w:t>
      </w:r>
    </w:p>
    <w:p>
      <w:pPr>
        <w:jc w:val="right"/>
      </w:pPr>
      <w:r>
        <w:t>اس کو یہ لوگ بنانا چاہتے ہیں پری ڈیتھ پیریڈ میں۔</w:t>
      </w:r>
    </w:p>
    <w:p>
      <w:r>
        <w:rPr>
          <w:b/>
        </w:rPr>
        <w:t xml:space="preserve">[48:20] </w:t>
      </w:r>
      <w:r>
        <w:t>yeh wajah hai ke sab despair mein marte hain sab. yaani disappointment marte hain. kyunke woh jo cheez chahte the woh haasil nahi hui jo chahte the haasil nahi hui.</w:t>
      </w:r>
    </w:p>
    <w:p>
      <w:pPr>
        <w:jc w:val="right"/>
      </w:pPr>
      <w:r>
        <w:t>یہ وجہ ہے کہ سب ڈسپیر میں مرتے ہیں سب۔ یعنی ڈس اپوائنٹمنٹ مرتے ہیں۔ کیونکہ وہ جو چیز چاہتے تھے وہ حاصل نہیں ہوئی جو چاہتے تھے حاصل نہیں ہوئی۔</w:t>
      </w:r>
    </w:p>
    <w:p>
      <w:r>
        <w:rPr>
          <w:b/>
        </w:rPr>
        <w:t xml:space="preserve">[48:30] </w:t>
      </w:r>
      <w:r>
        <w:t>yeh wajah Allah taala ne mujhe batai. kyunke raat din maine arz kiya ke main duaon mein jeeta hoon. duaon se mujhe milta hai jo kuch milta hai. meri apni koi taqat nahi hai.</w:t>
      </w:r>
    </w:p>
    <w:p>
      <w:pPr>
        <w:jc w:val="right"/>
      </w:pPr>
      <w:r>
        <w:t>یہ وجہ اللہ تعالی نے مجھے بتائی۔ کیونکہ رات دن میں نے عرض کیا کہ میں دعاؤں میں جیتا ہوں۔ دعاؤں سے مجھے ملتا ہے جو کچھ ملتا ہے۔ میری اپنی کوئی طاقت نہیں ہے۔</w:t>
      </w:r>
    </w:p>
    <w:p>
      <w:r>
        <w:rPr>
          <w:b/>
        </w:rPr>
        <w:t xml:space="preserve">[48:41] </w:t>
      </w:r>
      <w:r>
        <w:t>ke mere tak koi khazana nahi hai jis se main nikaal nikaal ke bataoon logon ko baatein.</w:t>
      </w:r>
    </w:p>
    <w:p>
      <w:pPr>
        <w:jc w:val="right"/>
      </w:pPr>
      <w:r>
        <w:t>کہ میرے تک کوئی خزانہ نہیں ہے جس سے میں نکال نکال کے بتاؤں لوگوں کو باتیں۔</w:t>
      </w:r>
    </w:p>
    <w:p>
      <w:r>
        <w:rPr>
          <w:b/>
        </w:rPr>
        <w:t xml:space="preserve">[48:47] </w:t>
      </w:r>
      <w:r>
        <w:t>yeh sawal hai raziya. log aksar kehte hain ke meditating woh darasal apne dimaagh ko time de rahe hain.</w:t>
      </w:r>
    </w:p>
    <w:p>
      <w:pPr>
        <w:jc w:val="right"/>
      </w:pPr>
      <w:r>
        <w:t>یہ سوال ہے راضیہ۔ لوگ اکثر کہتے ہیں کہ میڈیٹیٹنگ وہ دراصل اپنے دماغ کو ٹائم دے رہے ہیں۔</w:t>
      </w:r>
    </w:p>
    <w:p>
      <w:r>
        <w:rPr>
          <w:b/>
        </w:rPr>
        <w:t xml:space="preserve">[48:56] </w:t>
      </w:r>
      <w:r>
        <w:t>time to relax and to come out of the negative mood. so that to be able to positively channelize their energies. please elaborate.</w:t>
      </w:r>
    </w:p>
    <w:p>
      <w:pPr>
        <w:jc w:val="right"/>
      </w:pPr>
      <w:r>
        <w:t>ٹائم ٹو ریلیکس اینڈ ٹو کم آؤٹ آف دا نیگیٹیو موڈ۔ سو دیٹ ٹو بی ایبل ٹو پازیٹیولی چینلائز دیر انرجیز۔ پلیز الیبوریٹ۔</w:t>
      </w:r>
    </w:p>
    <w:p>
      <w:r>
        <w:rPr>
          <w:b/>
        </w:rPr>
        <w:t xml:space="preserve">[49:07] </w:t>
      </w:r>
      <w:r>
        <w:t>dekhiye kuch baatein sirf kehne ke liye kehta jaata hai.</w:t>
      </w:r>
    </w:p>
    <w:p>
      <w:pPr>
        <w:jc w:val="right"/>
      </w:pPr>
      <w:r>
        <w:t>دیکھیے کچھ باتیں صرف کہنے کے لیے کہتا جاتا ہے۔</w:t>
      </w:r>
    </w:p>
    <w:p>
      <w:r>
        <w:rPr>
          <w:b/>
        </w:rPr>
        <w:t xml:space="preserve">[49:11] </w:t>
      </w:r>
      <w:r>
        <w:t>yeh jo hai ek word play hai. koi is ka maani nahi matlab. is ki koi maani nahi hai is ki. is ki koi maani nahi hai. zyada wazeh taur par main yeh kahunga ke is ka yeh hai ke zehen mein jo soch hoti hai toh sochne ke amal ko hum rok dete hain.</w:t>
      </w:r>
    </w:p>
    <w:p>
      <w:pPr>
        <w:jc w:val="right"/>
      </w:pPr>
      <w:r>
        <w:t>یہ جو ہے ایک ورڈ پلے ہے۔ کوئی اس کا معنی نہیں مطلب۔ اس کی کوئی معنی نہیں ہے اس کی۔ اس کی کوئی معنی نہیں ہے۔ زیادہ واضح طور پر میں یہ کہوں گا کہ اس کا یہ ہے کہ ذہن میں جو سوچ ہوتی ہے تو سوچنے کے عمل کو ہم روک دیتے ہیں۔</w:t>
      </w:r>
    </w:p>
    <w:p>
      <w:r>
        <w:rPr>
          <w:b/>
        </w:rPr>
        <w:t xml:space="preserve">[49:30] </w:t>
      </w:r>
      <w:r>
        <w:t>kaise rok dete hain. taake hamara jo zehen hai kuch der relax ho kar ke phir woh soche. yeh kya hai yeh toh main toh kabhi nahi aisa</w:t>
      </w:r>
    </w:p>
    <w:p>
      <w:pPr>
        <w:jc w:val="right"/>
      </w:pPr>
      <w:r>
        <w:t>کیسے روک دیتے ہیں۔ تاکہ ہمارا جو ذہن ہے کچھ دیر ریلیکس ہو کر کے پھر وہ سوچے۔ یہ کیا ہے یہ تو میں تو کبھی نہیں ایسا</w:t>
      </w:r>
    </w:p>
    <w:p>
      <w:r>
        <w:rPr>
          <w:b/>
        </w:rPr>
        <w:t xml:space="preserve">[49:39] </w:t>
      </w:r>
      <w:r>
        <w:t>karta. mera zehen dekhiye kitna zyada takhleeqi zehen hai. maine toh aaj tak kabhi apne zehen ko rok nahi kiya. aur jo rok dete hain aap mujh se milaiye un ko bohat mila hoon logon se.</w:t>
      </w:r>
    </w:p>
    <w:p>
      <w:pPr>
        <w:jc w:val="right"/>
      </w:pPr>
      <w:r>
        <w:t>کرتا۔ میرا ذہن دیکھیے کتنا زیادہ تخلیقی ذہن ہے۔ میں نے تو آج تک کبھی اپنے ذہن کو روک نہیں کیا۔ اور جو روک دیتے ہیں آپ مجھ سے ملائیے ان کو بہت ملا ہوں لوگوں سے۔</w:t>
      </w:r>
    </w:p>
    <w:p>
      <w:r>
        <w:rPr>
          <w:b/>
        </w:rPr>
        <w:t xml:space="preserve">[49:49] </w:t>
      </w:r>
      <w:r>
        <w:t>un ke paas koi takhleeqi baat hoti hi nahi. toh yeh toh kehne ki baat hai sirf. ek word play hai shabdon ka jal jalaal hai. main suufiyon se mila.</w:t>
      </w:r>
    </w:p>
    <w:p>
      <w:pPr>
        <w:jc w:val="right"/>
      </w:pPr>
      <w:r>
        <w:t>ان کے پاس کوئی تخلیقی بات ہوتی ہی نہیں۔ تو یہ تو کہنے کی بات ہے صرف۔ ایک ورڈ پلے ہے शब्दوں کا جل جلال ہے۔ میں صوفیوں سے ملا۔</w:t>
      </w:r>
    </w:p>
    <w:p>
      <w:r>
        <w:rPr>
          <w:b/>
        </w:rPr>
        <w:t xml:space="preserve">[50:02] </w:t>
      </w:r>
      <w:r>
        <w:t>ab bataiye ke ek ek bohat bade sofi india ke. mein un ke khanqah mein gaya.</w:t>
      </w:r>
    </w:p>
    <w:p>
      <w:pPr>
        <w:jc w:val="right"/>
      </w:pPr>
      <w:r>
        <w:t>اب بتائیے کہ ایک ایک بہت بڑے صوفی انڈیا کے۔ میں ان کے خانقاہ میں گیا۔</w:t>
      </w:r>
    </w:p>
    <w:p>
      <w:r>
        <w:rPr>
          <w:b/>
        </w:rPr>
        <w:t xml:space="preserve">[50:07] </w:t>
      </w:r>
      <w:r>
        <w:t>un ke bohat se jo qareeb ke jo ek aadmi the. un se mein ne poocha ke bhai aap bataiye hazrat ji ke bare mein. kahin sahib hazrat ji ka kehna hai yeh woh.</w:t>
      </w:r>
    </w:p>
    <w:p>
      <w:pPr>
        <w:jc w:val="right"/>
      </w:pPr>
      <w:r>
        <w:t>ان کے بہت سے جو قریب کے جو ایک آدمی تھے۔ ان سے میں نے پوچھا کہ بھئی آپ بتائیے حضرت جی کے بارے میں۔ کہیں صاحب حضرت جی کا کہنا ہے یہ وہ۔</w:t>
      </w:r>
    </w:p>
    <w:p>
      <w:r>
        <w:rPr>
          <w:b/>
        </w:rPr>
        <w:t xml:space="preserve">[50:19] </w:t>
      </w:r>
      <w:r>
        <w:t>to phir unhon ne kaha ke ek din mein akela tha. hazrat ji sarpaait pe lete hue the. mein ne kaha sahib. jab woh bimari hone rehne lage the aakhri zamane mein.</w:t>
      </w:r>
    </w:p>
    <w:p>
      <w:pPr>
        <w:jc w:val="right"/>
      </w:pPr>
      <w:r>
        <w:t>تو پھر انہوں نے کہا کہ ایک دن میں اکیلا تھا۔ حضرت جی سرپائیٹ پہ لیٹے ہوئے تھے۔ میں نے کہا صاحب۔ جب وہ بیماری ہونے رہنے لگے تھے آخری زمانے میں۔</w:t>
      </w:r>
    </w:p>
    <w:p>
      <w:r>
        <w:rPr>
          <w:b/>
        </w:rPr>
        <w:t xml:space="preserve">[50:29] </w:t>
      </w:r>
      <w:r>
        <w:t>ke hazrat ji aap to bimar hone lage hain. aap to yahan se chale jayenge hamara kya hoga. hamara kya ho</w:t>
      </w:r>
    </w:p>
    <w:p>
      <w:pPr>
        <w:jc w:val="right"/>
      </w:pPr>
      <w:r>
        <w:t>کہ حضرت جی آپ تو بیمار ہونے لگے ہیں۔ آپ تو یہاں سے چلے جائیں گے ہمارا کیا ہوگا۔ ہمارا کیا ہو</w:t>
      </w:r>
    </w:p>
    <w:p>
      <w:r>
        <w:rPr>
          <w:b/>
        </w:rPr>
        <w:t xml:space="preserve">[50:35] </w:t>
      </w:r>
      <w:r>
        <w:t>ga. yani woh yeh woh shakhs hai jis ko ke bare bare top ke log jis ke murid the. woh insaan hai. itna top ka sofi.</w:t>
      </w:r>
    </w:p>
    <w:p>
      <w:pPr>
        <w:jc w:val="right"/>
      </w:pPr>
      <w:r>
        <w:t>گا۔ یعنی وہ یہ وہ شخص ہے جس کو کہ بڑے بڑے ٹاپ کے لوگ جس کے مرید تھے۔ وہ انسان ہے۔ اتنا ٹاپ کا صوفی۔</w:t>
      </w:r>
    </w:p>
    <w:p>
      <w:r>
        <w:rPr>
          <w:b/>
        </w:rPr>
        <w:t xml:space="preserve">[50:43] </w:t>
      </w:r>
      <w:r>
        <w:t>to unhon ne mujhe bataya ke hazrat ji ne kaha. ke abhi to apna wahan case chal raha hai. aur agar agar mera muamla tay hoga to ek bhi peeche nahi rehne ka.</w:t>
      </w:r>
    </w:p>
    <w:p>
      <w:pPr>
        <w:jc w:val="right"/>
      </w:pPr>
      <w:r>
        <w:t>تو انہوں نے مجھے بتایا کہ حضرت جی نے کہا۔ کہ ابھی تو اپنا وہاں کیس چل رہا ہے۔ اور اگر اگر میرا معاملہ طے ہوگا تو ایک بھی پیچھے نہیں رہنے کا۔</w:t>
      </w:r>
    </w:p>
    <w:p>
      <w:r>
        <w:rPr>
          <w:b/>
        </w:rPr>
        <w:t xml:space="preserve">[50:56] </w:t>
      </w:r>
      <w:r>
        <w:t>yeh kya laghu baat hai absurd baat hai. kya absurd baat hai yeh.</w:t>
      </w:r>
    </w:p>
    <w:p>
      <w:pPr>
        <w:jc w:val="right"/>
      </w:pPr>
      <w:r>
        <w:t>یہ کیا لغو بات ہے ابسورڈ بات ہے۔ کیا ابسورڈ بات ہے یہ۔</w:t>
      </w:r>
    </w:p>
    <w:p>
      <w:r>
        <w:rPr>
          <w:b/>
        </w:rPr>
        <w:t xml:space="preserve">[51:01] </w:t>
      </w:r>
      <w:r>
        <w:t>to jo log ke yeh yeh jo baat batai jati hai philosophy. ke relax karte hain to un ka zehni taraqqi kyun nahi hota.</w:t>
      </w:r>
    </w:p>
    <w:p>
      <w:pPr>
        <w:jc w:val="right"/>
      </w:pPr>
      <w:r>
        <w:t>تو جو لوگ کہ یہ یہ جو بات بتائی جاتی ہے فلاسفی۔ کہ ریلیکس کرتے ہیں تو ان کا ذہنی ترقی کیوں نہیں ہوتا۔</w:t>
      </w:r>
    </w:p>
    <w:p>
      <w:r>
        <w:rPr>
          <w:b/>
        </w:rPr>
        <w:t xml:space="preserve">[51:12] </w:t>
      </w:r>
      <w:r>
        <w:t>yani is theory ke mutabiq. woh relax karne ke liye meditation karte hain woh. to sawal yeh hai ke meditation kar ke jo relax kiya aap ne.</w:t>
      </w:r>
    </w:p>
    <w:p>
      <w:pPr>
        <w:jc w:val="right"/>
      </w:pPr>
      <w:r>
        <w:t>یعنی اس تھیوری کے مطابق۔ وہ ریلیکس کرنے کے لیے میڈیٹیشن کرتے ہیں وہ۔ تو سوال یہ ہے کہ میڈیٹیشن کر کے جو ریلیکس کیا آپ نے۔</w:t>
      </w:r>
    </w:p>
    <w:p>
      <w:r>
        <w:rPr>
          <w:b/>
        </w:rPr>
        <w:t xml:space="preserve">[51:20] </w:t>
      </w:r>
      <w:r>
        <w:t>to aap ka zehni taraqqi kyun ruka hua hai. woh keh nahi hua. mein ne to har ek ko paya hai ke is ka zehni taraqqi ruka hua hai. jis tarah se log paisa kamate hain.</w:t>
      </w:r>
    </w:p>
    <w:p>
      <w:pPr>
        <w:jc w:val="right"/>
      </w:pPr>
      <w:r>
        <w:t>تو آپ کا ذہنی ترقی کیوں رکا ہوا ہے۔ وہ کہ نہیں ہوا۔ میں نے تو ہر ایک کو پایا ہے کہ اس کا ذہنی ترقی رکا ہوا ہے۔ جس طرح سے لوگ پیسہ کماتے ہیں۔</w:t>
      </w:r>
    </w:p>
    <w:p>
      <w:r>
        <w:rPr>
          <w:b/>
        </w:rPr>
        <w:t xml:space="preserve">[51:31] </w:t>
      </w:r>
      <w:r>
        <w:t>koi zehni taraqqi in ka nahi hota. bare bare paise walon ko mein ne dekha ke bilkul bheer bakri ki tarah baatein karte hain woh. paise ki baat ho to khoob hoshiyar hain woh.</w:t>
      </w:r>
    </w:p>
    <w:p>
      <w:pPr>
        <w:jc w:val="right"/>
      </w:pPr>
      <w:r>
        <w:t>کوئی ذہنی ترقی ان کا نہیں ہوتا۔ بڑے بڑے پیسے والوں کو میں نے دیکھا کہ بالکل بھیڑ بکری کی طرح باتیں کرتے ہیں وہ۔ پیسے کی بات ہو تو خوب ہوشیار ہیں وہ۔</w:t>
      </w:r>
    </w:p>
    <w:p>
      <w:r>
        <w:rPr>
          <w:b/>
        </w:rPr>
        <w:t xml:space="preserve">[51:41] </w:t>
      </w:r>
      <w:r>
        <w:t>paise ke bahar jo zehni masla hai.</w:t>
      </w:r>
    </w:p>
    <w:p>
      <w:pPr>
        <w:jc w:val="right"/>
      </w:pPr>
      <w:r>
        <w:t>پیسے کے باہر جو ذہنی مسئلہ ہے۔</w:t>
      </w:r>
    </w:p>
    <w:p>
      <w:r>
        <w:rPr>
          <w:b/>
        </w:rPr>
        <w:t xml:space="preserve">[51:44] </w:t>
      </w:r>
      <w:r>
        <w:t>kuch bhi soch hi nahi un ke andar nahi hai. aise hi mein ne musalman sofiyon ko dekha. aise hi mein ne hindu guruon ko dekha. koi baat hi nahi un ke paas hai. to sawal yeh hai ke jab woh yeh yeh jo keh rahe hain.</w:t>
      </w:r>
    </w:p>
    <w:p>
      <w:pPr>
        <w:jc w:val="right"/>
      </w:pPr>
      <w:r>
        <w:t>کچھ بھی سوچ ہی نہیں ان کے اندر نہیں ہے۔ ایسے ہی میں نے مسلمان صوفیوں کو دیکھا۔ ایسے ہی میں نے ہندو گروؤں کو دیکھا۔ کوئی بات ہی نہیں ان کے پاس ہے۔ تو سوال یہ ہے کہ جب وہ یہ یہ جو کہہ رہے ہیں۔</w:t>
      </w:r>
    </w:p>
    <w:p>
      <w:r>
        <w:rPr>
          <w:b/>
        </w:rPr>
        <w:t xml:space="preserve">[51:57] </w:t>
      </w:r>
      <w:r>
        <w:t>to yeh agar koi sahi baat hai to un ke andar zehni taraqqi bohat zyada hona chahiye. to magar mein mein dekhta hoon kuch bhi nahi hai.</w:t>
      </w:r>
    </w:p>
    <w:p>
      <w:pPr>
        <w:jc w:val="right"/>
      </w:pPr>
      <w:r>
        <w:t>تو یہ اگر کوئی صحیح بات ہے تو ان کے اندر ذہنی ترقی بہت زیادہ ہونا چاہیے۔ تو مگر میں میں دیکھتا ہوں کچھ بھی نہیں ہے۔</w:t>
      </w:r>
    </w:p>
    <w:p>
      <w:r>
        <w:rPr>
          <w:b/>
        </w:rPr>
        <w:t xml:space="preserve">[52:07] </w:t>
      </w:r>
      <w:r>
        <w:t>is wajah se mein samajhta hoon ke yeh mahaz ek kahani ki baat hai. is ki koi haqeeqat nahi hai. aur zehn jo hai ek aisi cheez hai. is ko rokne ki zaroorat nahi hai.</w:t>
      </w:r>
    </w:p>
    <w:p>
      <w:pPr>
        <w:jc w:val="right"/>
      </w:pPr>
      <w:r>
        <w:t>اس وجہ سے میں سمجھتا ہوں کہ یہ محض ایک کہانی کی بات ہے۔ اس کی کوئی حقیقت نہیں ہے۔ اور ذہن جو ہے ایک ایسی چیز ہے۔ اس کو روکنے کی ضرورت نہیں ہے۔</w:t>
      </w:r>
    </w:p>
    <w:p>
      <w:r>
        <w:rPr>
          <w:b/>
        </w:rPr>
        <w:t xml:space="preserve">[52:17] </w:t>
      </w:r>
      <w:r>
        <w:t>zehn kabhi thakta nahi hai. hamari jismani jo body hai woh thak jati hai. zehn nahi thakta hai kabhi. is ko rokne ki zaroorat hi kya hai bhai.</w:t>
      </w:r>
    </w:p>
    <w:p>
      <w:pPr>
        <w:jc w:val="right"/>
      </w:pPr>
      <w:r>
        <w:t>ذہن کبھی تھکتا نہیں ہے۔ ہماری جسمانی جو باڈی ہے وہ تھک جاتی ہے۔ ذہن نہیں تھکتا ہے کبھی۔ اس کو روکنے کی ضرورت ہی کیا ہے بھئی۔</w:t>
      </w:r>
    </w:p>
    <w:p>
      <w:r>
        <w:rPr>
          <w:b/>
        </w:rPr>
        <w:t xml:space="preserve">[52:26] </w:t>
      </w:r>
      <w:r>
        <w:t>woh to sone mein bhi kaam karta rehta hai woh. mera zehn to sone mein bhi kaam karta hai. kitni baatein aisi hain jo sone mein mujhe daryaft ho jati hain.</w:t>
      </w:r>
    </w:p>
    <w:p>
      <w:pPr>
        <w:jc w:val="right"/>
      </w:pPr>
      <w:r>
        <w:t>وہ تو سونے میں بھی کام کرتا رہتا ہے وہ۔ میرا ذہن تو سونے میں بھی کام کرتا ہے۔ کتنی باتیں ایسی ہیں جو سونے میں مجھے دریافت ہو جاتی ہیں۔</w:t>
      </w:r>
    </w:p>
    <w:p>
      <w:r>
        <w:rPr>
          <w:b/>
        </w:rPr>
        <w:t xml:space="preserve">[52:36] </w:t>
      </w:r>
      <w:r>
        <w:t>to zehn jo hai. aisi cheez hi nahi ke is ko rokein aap. woh sone mein bhi chalta rehta hai woh. to rokne ki zaroorat kya hai aap ke fitrat ke khilaf jane ki kya zaroorat hai aap ko.</w:t>
      </w:r>
    </w:p>
    <w:p>
      <w:pPr>
        <w:jc w:val="right"/>
      </w:pPr>
      <w:r>
        <w:t>تو ذہن جو ہے۔ ایسی چیز ہی نہیں کہ اس کو روکیں آپ۔ وہ سونے میں بھی چلتا رہتا ہے وہ۔ تو روکنے کی ضرورت کیا ہے آپ کے فطرت کے خلاف جانے کی کیا ضرورت ہے آپ کو۔</w:t>
      </w:r>
    </w:p>
    <w:p>
      <w:r>
        <w:rPr>
          <w:b/>
        </w:rPr>
        <w:t xml:space="preserve">[52:49] </w:t>
      </w:r>
      <w:r>
        <w:t>rokne ke mani hain is ko. yani woh karna. woh. de function karna. de function.</w:t>
      </w:r>
    </w:p>
    <w:p>
      <w:pPr>
        <w:jc w:val="right"/>
      </w:pPr>
      <w:r>
        <w:t>روکنے کے معنی ہیں اس کو۔ یعنی وہ کرنا۔ وہ۔ ڈی فنک کرنا۔ ڈی ایف یو این سی ٹی۔</w:t>
      </w:r>
    </w:p>
    <w:p>
      <w:r>
        <w:rPr>
          <w:b/>
        </w:rPr>
        <w:t xml:space="preserve">[52:58] </w:t>
      </w:r>
      <w:r>
        <w:t>yeh ek koi kaam hai. yeh koi kaam hi nahi hai. haan chaliye sir. yeh sawal hai mariya</w:t>
      </w:r>
    </w:p>
    <w:p>
      <w:pPr>
        <w:jc w:val="right"/>
      </w:pPr>
      <w:r>
        <w:t>یہ ایک کوئی کام ہے۔ یہ کوئی کام ہی نہیں ہے۔ ہاں چلیے سر۔ یہ سوال ہے ماریہ</w:t>
      </w:r>
    </w:p>
    <w:p>
      <w:r>
        <w:rPr>
          <w:b/>
        </w:rPr>
        <w:t xml:space="preserve">[53:06] </w:t>
      </w:r>
      <w:r>
        <w:t>what does thinking such as enjoy every moment. due to our zehni taraqqi. does it help us to grow. nahi bilkul nahi.</w:t>
      </w:r>
    </w:p>
    <w:p>
      <w:pPr>
        <w:jc w:val="right"/>
      </w:pPr>
      <w:r>
        <w:t>۔ واٹ ڈز تھنکنگ سچ ایز انجوائے ایوری مومنٹ۔ ڈیو ٹو اور ذہنی ترقی۔ ڈز اٹ ہیلپ اس ٹو گرو۔ نہیں بالکل نہیں۔</w:t>
      </w:r>
    </w:p>
    <w:p>
      <w:r>
        <w:rPr>
          <w:b/>
        </w:rPr>
        <w:t xml:space="preserve">[53:18] </w:t>
      </w:r>
      <w:r>
        <w:t>dekhein yeh khoobsurat lafz hai. is baat ka ke animal ban jao.</w:t>
      </w:r>
    </w:p>
    <w:p>
      <w:pPr>
        <w:jc w:val="right"/>
      </w:pPr>
      <w:r>
        <w:t>دیکھیں یہ خوبصورت لفظ ہے۔ اس بات کا کہ انیمل بن جاؤ۔</w:t>
      </w:r>
    </w:p>
    <w:p>
      <w:r>
        <w:rPr>
          <w:b/>
        </w:rPr>
        <w:t xml:space="preserve">[53:25] </w:t>
      </w:r>
      <w:r>
        <w:t>jab dekhiye jab enjoy karna mumkin hi nahi hai. jaise ke mein ne arz kiya ke apni hudood aur bahar ke awamil jo hain woh aap ko saath nahi dete hain.</w:t>
      </w:r>
    </w:p>
    <w:p>
      <w:pPr>
        <w:jc w:val="right"/>
      </w:pPr>
      <w:r>
        <w:t>جب دیکھیے جب انجوائے کرنا ممکن ہی نہیں ہے۔ جیسے کہ میں نے عرض کیا کہ اپنی حدود اور باہر کے عوامل جو ہیں وہ آپ کو ساتھ نہیں دیتے۔</w:t>
      </w:r>
    </w:p>
    <w:p>
      <w:r>
        <w:rPr>
          <w:b/>
        </w:rPr>
        <w:t xml:space="preserve">[53:36] </w:t>
      </w:r>
      <w:r>
        <w:t>to practical baat yeh hai ke aap enjoy kar hi nahi sakte. enjoy karne ko jo aap. woh banayenge apna goal. to sirf yeh hoga ke aap animal ban jayenge.</w:t>
      </w:r>
    </w:p>
    <w:p>
      <w:pPr>
        <w:jc w:val="right"/>
      </w:pPr>
      <w:r>
        <w:t>تو پریکٹیکل بات یہ ہے کہ آپ انجوائے کر ہی نہیں سکتے۔ انجوائے کرنے کو جو آپ۔ وہ بنائیں گے اپنا گول۔ تو صرف یہ ہوگا کہ آپ انیمل بن جائیں گے۔</w:t>
      </w:r>
    </w:p>
    <w:p>
      <w:r>
        <w:rPr>
          <w:b/>
        </w:rPr>
        <w:t xml:space="preserve">[53:48] </w:t>
      </w:r>
      <w:r>
        <w:t>yani animal level par chale jayenge jahan par yeh zehn aap ka kaam nahi karega. aur ek anesthesia jo ho jata hai na.</w:t>
      </w:r>
    </w:p>
    <w:p>
      <w:pPr>
        <w:jc w:val="right"/>
      </w:pPr>
      <w:r>
        <w:t>یعنی انیمل لیول پر چلے جائیں گے جہاں پر یہ ذہن آپ کا کام نہیں کرے گا۔ اور ایک انستھیسی انستھیسیہ جو ہو جاتا ہے نا۔</w:t>
      </w:r>
    </w:p>
    <w:p>
      <w:r>
        <w:rPr>
          <w:b/>
        </w:rPr>
        <w:t xml:space="preserve">[53:57] </w:t>
      </w:r>
      <w:r>
        <w:t>woh woh woh state hai. woh state hai. aur yeh bhi aik khayali baat hai.</w:t>
      </w:r>
    </w:p>
    <w:p>
      <w:pPr>
        <w:jc w:val="right"/>
      </w:pPr>
      <w:r>
        <w:t>وہ وہ وہ اسٹیٹ ہے۔ وہ اسٹیٹ ہے۔ اور یہ بھی ایک خیالی بات ہے۔</w:t>
      </w:r>
    </w:p>
    <w:p>
      <w:r>
        <w:rPr>
          <w:b/>
        </w:rPr>
        <w:t xml:space="preserve">[54:04] </w:t>
      </w:r>
      <w:r>
        <w:t>mein samajhta hoon ke yeh khayali to bohat log kehte hain lekin. woh woh bator waqia koi keh nahi pata. mein sirf misaal deta hoon mein aap ko. woh jo book hai.</w:t>
      </w:r>
    </w:p>
    <w:p>
      <w:pPr>
        <w:jc w:val="right"/>
      </w:pPr>
      <w:r>
        <w:t>میں سمجھتا ہوں کہ یہ خیالی تو بہت لوگ کہتے ہیں لیکن۔ وہ وہ بطور واقعہ کوئی کہہ نہیں پاتا۔ میں صرف مثال دیتا ہوں میں آپ کو۔ وہ جو بک ہے۔</w:t>
      </w:r>
    </w:p>
    <w:p>
      <w:r>
        <w:rPr>
          <w:b/>
        </w:rPr>
        <w:t xml:space="preserve">[54:14] </w:t>
      </w:r>
      <w:r>
        <w:t>poori poori book maine is ko dekha. woh jo hai among who sold his Friday. to aik aadmi jo american lawyer hai.</w:t>
      </w:r>
    </w:p>
    <w:p>
      <w:pPr>
        <w:jc w:val="right"/>
      </w:pPr>
      <w:r>
        <w:t>پوری پوری بک میں نے اس کو دیکھا۔ وہ جو ہے امنک ہو سولڈ از فرائیڈے۔ تو ایک آدمی جو امریکن لائر ہے۔</w:t>
      </w:r>
    </w:p>
    <w:p>
      <w:r>
        <w:rPr>
          <w:b/>
        </w:rPr>
        <w:t xml:space="preserve">[54:23] </w:t>
      </w:r>
      <w:r>
        <w:t>is ki kahani hai woh. ke frieday ko bech kar ke woh jata hai. himalaya pahaar mein. aur bohat wahan pe magan ho jata hai.</w:t>
      </w:r>
    </w:p>
    <w:p>
      <w:pPr>
        <w:jc w:val="right"/>
      </w:pPr>
      <w:r>
        <w:t>اس کی کہانی ہے وہ۔ کہ فرائیڈے کو بیچ کر کے وہ جاتا ہے۔ ہمالیہ پہاڑ میں۔ اور بہت وہاں پہ مگن ہو جاتا ہے۔</w:t>
      </w:r>
    </w:p>
    <w:p>
      <w:r>
        <w:rPr>
          <w:b/>
        </w:rPr>
        <w:t xml:space="preserve">[54:32] </w:t>
      </w:r>
      <w:r>
        <w:t>to mein aap se poochta hoon. ke agar yeh ho sakta hai aisa to yeh to fiction ke roop mein kyun hai woh. kisi sachi kahani kyun nahi hai woh. woh sachi kahani nahi hai woh.</w:t>
      </w:r>
    </w:p>
    <w:p>
      <w:pPr>
        <w:jc w:val="right"/>
      </w:pPr>
      <w:r>
        <w:t>تو میں آپ سے پوچھتا ہوں۔ کہ اگر یہ ہو سکتا ہے ایسا تو یہ تو فکشن کے روپ میں کیوں ہے وہ۔ کسی سچی کہانی کیوں نہیں ہے وہ۔ وہ سچی کہانی نہیں ہے وہ۔</w:t>
      </w:r>
    </w:p>
    <w:p>
      <w:r>
        <w:rPr>
          <w:b/>
        </w:rPr>
        <w:t xml:space="preserve">[54:42] </w:t>
      </w:r>
      <w:r>
        <w:t>yeh bhi log jo hain samajhte hain ke sachi kahani hai. bilkul sachi kahani nahi woh fiction hai woh.</w:t>
      </w:r>
    </w:p>
    <w:p>
      <w:pPr>
        <w:jc w:val="right"/>
      </w:pPr>
      <w:r>
        <w:t>یہ بھی لوگ جو ہیں سمجھتے ہیں کہ سچی کہانی ہے۔ بالکل سچی کہانی نہیں وہ فکشن ہے وہ۔</w:t>
      </w:r>
    </w:p>
    <w:p>
      <w:r>
        <w:rPr>
          <w:b/>
        </w:rPr>
        <w:t xml:space="preserve">[54:49] </w:t>
      </w:r>
      <w:r>
        <w:t>fiction ko sachi kahani ke zabaan mein bataya hai. to sawal yeh hai ke agar yeh mumkin hai ke aadmi himalaya pahaar ja kar ke aik dum woh magan ho jaye.</w:t>
      </w:r>
    </w:p>
    <w:p>
      <w:pPr>
        <w:jc w:val="right"/>
      </w:pPr>
      <w:r>
        <w:t>فکشن کو سچی کہانی کے زبان میں بتایا ہے۔ تو سوال یہ ہے کہ اگر یہ ممکن ہے کہ آدمی ہمالیہ پہاڑ جا کر کے ایک دم وہ مگن ہو جائے۔</w:t>
      </w:r>
    </w:p>
    <w:p>
      <w:r>
        <w:rPr>
          <w:b/>
        </w:rPr>
        <w:t xml:space="preserve">[54:59] </w:t>
      </w:r>
      <w:r>
        <w:t>to aap ke paas aisi sachi mumkin hui hai. mein wahan gaya hoon himalaya pahaar ka jo yeh yeh jo kahani hai.</w:t>
      </w:r>
    </w:p>
    <w:p>
      <w:pPr>
        <w:jc w:val="right"/>
      </w:pPr>
      <w:r>
        <w:t>تو آپ کے پاس ایسی سچی ممکن ہوئی ہے۔ میں وہاں گیا ہوں ہمالیہ پہاڑ کا جو یہ یہ جو کہانی ہے۔</w:t>
      </w:r>
    </w:p>
    <w:p>
      <w:r>
        <w:rPr>
          <w:b/>
        </w:rPr>
        <w:t xml:space="preserve">[55:09] </w:t>
      </w:r>
      <w:r>
        <w:t>aik sahib hain un ki jo book hai. himalaya masters. himalaya masters. moti si book hai.</w:t>
      </w:r>
    </w:p>
    <w:p>
      <w:pPr>
        <w:jc w:val="right"/>
      </w:pPr>
      <w:r>
        <w:t>ایک صاحب ہیں ان کی جو بک ہے۔ ہمالی ماسٹرز۔ ہمالی ماسٹرز۔ موٹی سی بک ہے۔</w:t>
      </w:r>
    </w:p>
    <w:p>
      <w:r>
        <w:rPr>
          <w:b/>
        </w:rPr>
        <w:t xml:space="preserve">[55:15] </w:t>
      </w:r>
      <w:r>
        <w:t>is mein siwaye confusion ke kuch bhi nahi. aur aap ko shaq ho to kitaab laiye mein bata doon ga aap ko. yani master of confusion hain saare is mein.</w:t>
      </w:r>
    </w:p>
    <w:p>
      <w:pPr>
        <w:jc w:val="right"/>
      </w:pPr>
      <w:r>
        <w:t>اس میں سوائے کنفیوژن کے کچھ بھی نہیں۔ اور آپ کو شک ہو تو کتاب لائیے میں بتا دوں گا آپ کو۔ یعنی ماسٹر آف کنفیوژن ہیں سارے اس میں۔</w:t>
      </w:r>
    </w:p>
    <w:p>
      <w:r>
        <w:rPr>
          <w:b/>
        </w:rPr>
        <w:t xml:space="preserve">[55:24] </w:t>
      </w:r>
      <w:r>
        <w:t>jinka naam rakha rakha unhone himalaya masters. woh master of confusion hain. to log shabdon mein khelte hain. sab mein khelte hain.</w:t>
      </w:r>
    </w:p>
    <w:p>
      <w:pPr>
        <w:jc w:val="right"/>
      </w:pPr>
      <w:r>
        <w:t>جن کا نام رکھا رکھا انہوں نے ہمالی ماسٹرز۔ وہ ماسٹر آف کنفیوژن ہیں۔ تو لوگ शब्दوں میں کھیلتے ہیں۔ سب میں کھیلتے ہیں۔</w:t>
      </w:r>
    </w:p>
    <w:p>
      <w:r>
        <w:rPr>
          <w:b/>
        </w:rPr>
        <w:t xml:space="preserve">[55:34] </w:t>
      </w:r>
      <w:r>
        <w:t>is ko na to as a not karte na is ka analysis karte na dekhte ke is ka result kya hai. bas sab mein khelte hain.</w:t>
      </w:r>
    </w:p>
    <w:p>
      <w:pPr>
        <w:jc w:val="right"/>
      </w:pPr>
      <w:r>
        <w:t>اس کو نہ تو ایز اے ناٹ کرتے نہ اس کا انالیسز کرتے نہ دیکھتے کہ اس کا رزلٹ کیا ہے۔ بس سب میں کھیلتے ہیں۔</w:t>
      </w:r>
    </w:p>
    <w:p>
      <w:r>
        <w:rPr>
          <w:b/>
        </w:rPr>
        <w:t xml:space="preserve">[55:45] </w:t>
      </w:r>
      <w:r>
        <w:t>mein dekhiye ab jo baat kehta hoon woh bilkul samajh mein nahi aati har aik ke liye. meri kisi baat ko aap nahi kar sakte ke woh samajh mein nahi aati. lekin in logon ki baat hai. kuch samajh hi mein nahi aati kya keh rahe hain.</w:t>
      </w:r>
    </w:p>
    <w:p>
      <w:pPr>
        <w:jc w:val="right"/>
      </w:pPr>
      <w:r>
        <w:t>میں دیکھیے اب جو بات کہتا ہوں وہ بالکل سمجھ میں نہیں آتی ہر ایک کے لیے۔ میری کسی بات کو آپ نہیں کر سکتے کہ وہ سمجھ میں نہیں آتی۔ لیکن ان لوگوں کی بات ہے۔ کچھ سمجھ ہی میں نہیں آتی کیا کہہ رہے ہیں۔</w:t>
      </w:r>
    </w:p>
    <w:p>
      <w:r>
        <w:rPr>
          <w:b/>
        </w:rPr>
        <w:t xml:space="preserve">[55:56] </w:t>
      </w:r>
      <w:r>
        <w:t>agar aap ko shaq ho to mujhe laiye koi article un ka. ya koi bhi woh kitaab laiye mein aap ko analysis ke liye bata doon ga.</w:t>
      </w:r>
    </w:p>
    <w:p>
      <w:pPr>
        <w:jc w:val="right"/>
      </w:pPr>
      <w:r>
        <w:t>اگر آپ کو شک ہو تو مجھے لائیے کوئی آرٹیکل ان کا۔ یا کوئی بھی وہ کتاب لائیے میں آپ کو انالیسز کے لیے بتا دوں گا۔</w:t>
      </w:r>
    </w:p>
    <w:p>
      <w:r>
        <w:rPr>
          <w:b/>
        </w:rPr>
        <w:t xml:space="preserve">[56:10] </w:t>
      </w:r>
      <w:r>
        <w:t>yeh sawal hai aisha.</w:t>
      </w:r>
    </w:p>
    <w:p>
      <w:pPr>
        <w:jc w:val="right"/>
      </w:pPr>
      <w:r>
        <w:t>یہ سوال ہے عائشہ۔</w:t>
      </w:r>
    </w:p>
    <w:p>
      <w:r>
        <w:rPr>
          <w:b/>
        </w:rPr>
        <w:t xml:space="preserve">[56:12] </w:t>
      </w:r>
      <w:r>
        <w:t>can you please explain a little more what actually namaz is for. dekhiye jahan tak maine samjha hai. namaz jo hai.</w:t>
      </w:r>
    </w:p>
    <w:p>
      <w:pPr>
        <w:jc w:val="right"/>
      </w:pPr>
      <w:r>
        <w:t>کین یو پلیز ایکسپلین اے لٹل مور واٹ ایکچولی نماز از فار۔ دیکھیے جہاں تک میں نے سمجھا ہے۔ نماز جو ہے۔</w:t>
      </w:r>
    </w:p>
    <w:p>
      <w:r>
        <w:rPr>
          <w:b/>
        </w:rPr>
        <w:t xml:space="preserve">[56:24] </w:t>
      </w:r>
      <w:r>
        <w:t>khuda ke aage surrender hai.</w:t>
      </w:r>
    </w:p>
    <w:p>
      <w:pPr>
        <w:jc w:val="right"/>
      </w:pPr>
      <w:r>
        <w:t>خدا کے آگے سرنڈر ہے۔</w:t>
      </w:r>
    </w:p>
    <w:p>
      <w:r>
        <w:rPr>
          <w:b/>
        </w:rPr>
        <w:t xml:space="preserve">[56:31] </w:t>
      </w:r>
      <w:r>
        <w:t>dekhiye. quran mein hai ke har cheez khuda ke aage surrender ki hui hai.</w:t>
      </w:r>
    </w:p>
    <w:p>
      <w:pPr>
        <w:jc w:val="right"/>
      </w:pPr>
      <w:r>
        <w:t>دیکھیے۔ قرآن میں ہے کہ ہر چیز خدا کے آگے سرنڈر کی ہوئی ہے۔</w:t>
      </w:r>
    </w:p>
    <w:p>
      <w:r>
        <w:rPr>
          <w:b/>
        </w:rPr>
        <w:t xml:space="preserve">[56:39] </w:t>
      </w:r>
      <w:r>
        <w:t>jaise quran mein bataya gaya hai ke. jo darakht hai. woh uska saya neeche par jata hai.</w:t>
      </w:r>
    </w:p>
    <w:p>
      <w:pPr>
        <w:jc w:val="right"/>
      </w:pPr>
      <w:r>
        <w:t>جیسے قرآن میں بتایا گیا ہے کہ۔ جو درخت ہے۔ وہ اس کا سایہ نیچے پڑ جاتا ہے۔</w:t>
      </w:r>
    </w:p>
    <w:p>
      <w:r>
        <w:rPr>
          <w:b/>
        </w:rPr>
        <w:t xml:space="preserve">[56:48] </w:t>
      </w:r>
      <w:r>
        <w:t>to woh khud khara rehta hai. woh neeche hota hai. to quran mein bataya hai ke woh sajda karta hai. yani woh surrender ki hui hai.</w:t>
      </w:r>
    </w:p>
    <w:p>
      <w:pPr>
        <w:jc w:val="right"/>
      </w:pPr>
      <w:r>
        <w:t>تو وہ خود کھڑا رہتا ہے۔ وہ نیچے ہوتا ہے۔ تو قرآن میں بتایا ہے کہ وہ سجدہ کرتا ہے۔ یعنی وہ سرنڈر کی ہوئی ہے۔</w:t>
      </w:r>
    </w:p>
    <w:p>
      <w:r>
        <w:rPr>
          <w:b/>
        </w:rPr>
        <w:t xml:space="preserve">[56:58] </w:t>
      </w:r>
      <w:r>
        <w:t>to kainat is kainat mein har cheez khuda ke aage surrender ki hui hai. lekin. yeh hai is ka jo surrender karna.</w:t>
      </w:r>
    </w:p>
    <w:p>
      <w:pPr>
        <w:jc w:val="right"/>
      </w:pPr>
      <w:r>
        <w:t>تو کائنات اس کائنات میں ہر چیز خدا کے آگے سرنڈر کی ہوئی ہے۔ لیکن۔ یہ ہے اس کا جو سرنڈر کرنا۔</w:t>
      </w:r>
    </w:p>
    <w:p>
      <w:r>
        <w:rPr>
          <w:b/>
        </w:rPr>
        <w:t xml:space="preserve">[57:08] </w:t>
      </w:r>
      <w:r>
        <w:t>yeh. apni choice se nahi hai. khuda ne is ko. qanoon fitrat ka itna zyada. is mein jakra hua hai woh.</w:t>
      </w:r>
    </w:p>
    <w:p>
      <w:pPr>
        <w:jc w:val="right"/>
      </w:pPr>
      <w:r>
        <w:t>یہ۔ اپنی چوائس سے نہیں ہے۔ خدا نے اس کو۔ قانون فطرت کا اتنا زیادہ۔ اس میں جکڑا ہوا ہے وہ۔</w:t>
      </w:r>
    </w:p>
    <w:p>
      <w:r>
        <w:rPr>
          <w:b/>
        </w:rPr>
        <w:t xml:space="preserve">[57:20] </w:t>
      </w:r>
      <w:r>
        <w:t>is ke liye koi doosra choice nahi hai. darakht ke liye yeh choice nahi hai ke woh apne apne saaye ko neeche na daley.</w:t>
      </w:r>
    </w:p>
    <w:p>
      <w:pPr>
        <w:jc w:val="right"/>
      </w:pPr>
      <w:r>
        <w:t>اس کے لیے کوئی دوسرا چوائس نہیں ہے۔ درخت کے لیے یہ چوائس نہیں ہے کہ وہ اپنے اپنے سائے کو نیچے نہ ڈالے۔</w:t>
      </w:r>
    </w:p>
    <w:p>
      <w:r>
        <w:rPr>
          <w:b/>
        </w:rPr>
        <w:t xml:space="preserve">[57:30] </w:t>
      </w:r>
      <w:r>
        <w:t>sitaron ke liye yeh choice nahi hai ke woh مدار par na ghoomey.</w:t>
      </w:r>
    </w:p>
    <w:p>
      <w:pPr>
        <w:jc w:val="right"/>
      </w:pPr>
      <w:r>
        <w:t>ستاروں کے لیے یہ چوائس نہیں ہے کہ وہ مدار پر نہ گھومے۔</w:t>
      </w:r>
    </w:p>
    <w:p>
      <w:r>
        <w:rPr>
          <w:b/>
        </w:rPr>
        <w:t xml:space="preserve">[57:37] </w:t>
      </w:r>
      <w:r>
        <w:t>to lekin insaan is poori kainat mein aik hi hai. jo jo apne apne apni azadi ko.</w:t>
      </w:r>
    </w:p>
    <w:p>
      <w:pPr>
        <w:jc w:val="right"/>
      </w:pPr>
      <w:r>
        <w:t>تو لیکن انسان اس پوری کائنات میں ایک ہی ہے۔ جو جو اپنے اپنے اپنی آزادی کو۔</w:t>
      </w:r>
    </w:p>
    <w:p>
      <w:r>
        <w:rPr>
          <w:b/>
        </w:rPr>
        <w:t xml:space="preserve">[57:46] </w:t>
      </w:r>
      <w:r>
        <w:t>yani yani soch kar ke. apni apni azadi ko khuda ke aage surrender karta hai.</w:t>
      </w:r>
    </w:p>
    <w:p>
      <w:pPr>
        <w:jc w:val="right"/>
      </w:pPr>
      <w:r>
        <w:t>یعنی یعنی سوچ کر کے۔ اپنی اپنی آزادی کو خدا کے آگے سرنڈر کرتا ہے۔</w:t>
      </w:r>
    </w:p>
    <w:p>
      <w:r>
        <w:rPr>
          <w:b/>
        </w:rPr>
        <w:t xml:space="preserve">[57:53] </w:t>
      </w:r>
      <w:r>
        <w:t>is liye poori kainat mein. ek aadmi jo sajde mein ho. to poori kainat mein is se bara koi waqia nahi hota. poori poori kainat mein sab se bara jo.</w:t>
      </w:r>
    </w:p>
    <w:p>
      <w:pPr>
        <w:jc w:val="right"/>
      </w:pPr>
      <w:r>
        <w:t>اس لیے پوری کائنات میں۔ ایک آدمی جو سجدے میں ہو۔ تو پوری کائنات میں اس سے بڑا کوئی واقعہ نہیں ہوتا۔ پوری پوری کائنات میں سب سے بڑا جو۔</w:t>
      </w:r>
    </w:p>
    <w:p>
      <w:r>
        <w:rPr>
          <w:b/>
        </w:rPr>
        <w:t xml:space="preserve">[58:04] </w:t>
      </w:r>
      <w:r>
        <w:t>jo ek ek ek phenomena hota hai. woh woh hota hai jab ke ek insaan sajde mein ho.</w:t>
      </w:r>
    </w:p>
    <w:p>
      <w:pPr>
        <w:jc w:val="right"/>
      </w:pPr>
      <w:r>
        <w:t>جو ایک ایک ایک فیناومینا ہوتا ہے۔ وہ وہ ہوتا ہے جب کہ ایک انسان سجدے میں ہو۔</w:t>
      </w:r>
    </w:p>
    <w:p>
      <w:r>
        <w:rPr>
          <w:b/>
        </w:rPr>
        <w:t xml:space="preserve">[58:12] </w:t>
      </w:r>
      <w:r>
        <w:t>kyunke is ko kehte hain shaoori sajda. yani shaoori tor par soch kar ke. apne aap ko khuda ke aage daal dena ke khuda hai to bara hai.</w:t>
      </w:r>
    </w:p>
    <w:p>
      <w:pPr>
        <w:jc w:val="right"/>
      </w:pPr>
      <w:r>
        <w:t>کیونکہ اس کو کہتے ہیں شعوری سجدہ۔ یعنی شعوری طور پر سوچ کر کے۔ اپنے آپ کو خدا کے آگے ڈال دینا کہ خدا ہے تو بڑا ہے۔</w:t>
      </w:r>
    </w:p>
    <w:p>
      <w:r>
        <w:rPr>
          <w:b/>
        </w:rPr>
        <w:t xml:space="preserve">[58:22] </w:t>
      </w:r>
      <w:r>
        <w:t>mein teri azmat ko manta hoon. yeh kaun kar sakta hai mujhe ke na suraj na chand na kahkashan na koi. yeh keh sake.</w:t>
      </w:r>
    </w:p>
    <w:p>
      <w:pPr>
        <w:jc w:val="right"/>
      </w:pPr>
      <w:r>
        <w:t>میں تیری عظمت کو مانتا ہوں۔ یہ کون کر سکتا ہے مجھے کہ نہ سورج نہ چاند نہ کہکشاں نہ کوئی۔ یہ کہہ سکے۔</w:t>
      </w:r>
    </w:p>
    <w:p>
      <w:r>
        <w:rPr>
          <w:b/>
        </w:rPr>
        <w:t xml:space="preserve">[58:32] </w:t>
      </w:r>
      <w:r>
        <w:t>ke khuda hai to hi azeem hai. mein tere aage surrender karta hoon. yeh sirf insaan aisa kar sakta hai.</w:t>
      </w:r>
    </w:p>
    <w:p>
      <w:pPr>
        <w:jc w:val="right"/>
      </w:pPr>
      <w:r>
        <w:t>کہ خدا ہے تو ہی عظیم ہے۔ میں تیرے آگے سرنڈر کرتا ہوں۔ یہ صرف انسان ایسا کر سکتا ہے۔</w:t>
      </w:r>
    </w:p>
    <w:p>
      <w:r>
        <w:rPr>
          <w:b/>
        </w:rPr>
        <w:t xml:space="preserve">[58:42] </w:t>
      </w:r>
      <w:r>
        <w:t>is liye sajde se bara koi waqia is ka is kainat mein nahi hai. aur sajde hi ki sirf jo inaam hai jo de kar aadmi jannat ko paye ga.</w:t>
      </w:r>
    </w:p>
    <w:p>
      <w:pPr>
        <w:jc w:val="right"/>
      </w:pPr>
      <w:r>
        <w:t>اس لیے سجدے سے بڑا کوئی واقعہ اس کا اس کائنات میں نہیں ہے۔ اور سجدے ہی کی صرف جو انعام ہے جو دے کر آدمی جنت کو پائے گا۔</w:t>
      </w:r>
    </w:p>
    <w:p>
      <w:r>
        <w:rPr>
          <w:b/>
        </w:rPr>
        <w:t xml:space="preserve">[58:53] </w:t>
      </w:r>
      <w:r>
        <w:t>sajde se bara koi cheez nahi hai jo paida kar sake koi is poori kainat mein. surrender karna.</w:t>
      </w:r>
    </w:p>
    <w:p>
      <w:pPr>
        <w:jc w:val="right"/>
      </w:pPr>
      <w:r>
        <w:t>سجدے سے بڑی کوئی چیز نہیں ہے جو پیدا کر سکے کوئی اس پوری کائنات میں۔ سرنڈر کرنا۔</w:t>
      </w:r>
    </w:p>
    <w:p>
      <w:r>
        <w:rPr>
          <w:b/>
        </w:rPr>
        <w:t xml:space="preserve">[59:03] </w:t>
      </w:r>
      <w:r>
        <w:t>mein aap ko ek waqia arz karoon. yeh surrender jo hai. ek rooh hai.</w:t>
      </w:r>
    </w:p>
    <w:p>
      <w:pPr>
        <w:jc w:val="right"/>
      </w:pPr>
      <w:r>
        <w:t>میں آپ کو ایک واقعہ عرض کروں۔ یہ سرنڈر جو ہے۔ ایک روح ہے۔</w:t>
      </w:r>
    </w:p>
    <w:p>
      <w:r>
        <w:rPr>
          <w:b/>
        </w:rPr>
        <w:t xml:space="preserve">[59:11] </w:t>
      </w:r>
      <w:r>
        <w:t>jise mein aksar kaha karta hoon ke. kya yeh kehna seekhein ke mein galat tha. yeh bhi surrender hai. yeh bhi sajda hai. yeh bhi namaz hai.</w:t>
      </w:r>
    </w:p>
    <w:p>
      <w:pPr>
        <w:jc w:val="right"/>
      </w:pPr>
      <w:r>
        <w:t>جسے میں اکثر کہا کرتا ہوں کہ۔ کیا یہ کہنا سیکھیں کہ میں غلط تھا۔ یہ بھی سرنڈر ہے۔ یہ بھی سجدہ ہے۔ یہ بھی نماز ہے۔</w:t>
      </w:r>
    </w:p>
    <w:p>
      <w:r>
        <w:rPr>
          <w:b/>
        </w:rPr>
        <w:t xml:space="preserve">[59:21] </w:t>
      </w:r>
      <w:r>
        <w:t>kyunke namaz ki jo asal jo johar hai is ka hai woh surrender karna. apni ana ko chhod dena apni ko chhod dena. mein aksar kaha karta hoon ke sachai jo hai duniya mein khuda ko zahir kar rahi hai.</w:t>
      </w:r>
    </w:p>
    <w:p>
      <w:pPr>
        <w:jc w:val="right"/>
      </w:pPr>
      <w:r>
        <w:t>کیونکہ نماز کی جو اصل جو جوہر ہے اس کا ہے وہ سرنڈر کرنا۔ اپنی انا کو چھوڑ دینا اپنی کو چھوڑ دینا۔ میں اکثر کہا کرتا ہوں کہ سچائی جو ہے دنیا میں خدا کو ظاہر کر رہی ہے۔</w:t>
      </w:r>
    </w:p>
    <w:p>
      <w:r>
        <w:rPr>
          <w:b/>
        </w:rPr>
        <w:t xml:space="preserve">[59:35] </w:t>
      </w:r>
      <w:r>
        <w:t>sachai saamne aaye to aap chhuup jaiye is ke aage.</w:t>
      </w:r>
    </w:p>
    <w:p>
      <w:pPr>
        <w:jc w:val="right"/>
      </w:pPr>
      <w:r>
        <w:t>سچائی سامنے آئے تو آپ چھپ جائیے اس کے آگے۔</w:t>
      </w:r>
    </w:p>
    <w:p>
      <w:r>
        <w:rPr>
          <w:b/>
        </w:rPr>
        <w:t xml:space="preserve">[59:39] </w:t>
      </w:r>
      <w:r>
        <w:t>kahiye ke mein ne is ko maana. mein ne is ko tasleem kiya. mein is ko surrender karta hoon is ke aage. to mein ek waqia arz karta hoon aap ko. yeh bohat hi zyada tasweeri waqia hai.</w:t>
      </w:r>
    </w:p>
    <w:p>
      <w:pPr>
        <w:jc w:val="right"/>
      </w:pPr>
      <w:r>
        <w:t>کہیے کہ میں نے اس کو مانا۔ میں نے اس کو تسلیم کیا۔ میں اس کو سرنڈر کرتا ہوں اس کے آگے۔ تو میں ایک واقعہ عرض کرتا ہوں آپ کو۔ یہ بہت ہی زیادہ تصویری واقعہ ہے۔</w:t>
      </w:r>
    </w:p>
    <w:p>
      <w:r>
        <w:rPr>
          <w:b/>
        </w:rPr>
        <w:t xml:space="preserve">[59:51] </w:t>
      </w:r>
      <w:r>
        <w:t>jab rasool Allah ki wafat hui. madine mein. 632 eesvi mein. to wahan achaanak.</w:t>
      </w:r>
    </w:p>
    <w:p>
      <w:pPr>
        <w:jc w:val="right"/>
      </w:pPr>
      <w:r>
        <w:t>جب رسول اللہ کی وفات ہوئی۔ مدینہ میں۔ 632 عیسوی میں۔ تو وہاں اچانک۔</w:t>
      </w:r>
    </w:p>
    <w:p>
      <w:r>
        <w:rPr>
          <w:b/>
        </w:rPr>
        <w:t xml:space="preserve">[1:00:02] </w:t>
      </w:r>
      <w:r>
        <w:t>ek ek qissa pesh aaya. ke jo.</w:t>
      </w:r>
    </w:p>
    <w:p>
      <w:pPr>
        <w:jc w:val="right"/>
      </w:pPr>
      <w:r>
        <w:t>ایک ایک قصہ پیش آیا۔ کہ جو۔</w:t>
      </w:r>
    </w:p>
    <w:p>
      <w:r>
        <w:rPr>
          <w:b/>
        </w:rPr>
        <w:t xml:space="preserve">[1:00:08] </w:t>
      </w:r>
      <w:r>
        <w:t>ek top ke aadmi the umar farooq. bohat hi top ke aadmi the. aur bohat zabardast yani woh the woh wrestler the is zamane mein woh.</w:t>
      </w:r>
    </w:p>
    <w:p>
      <w:pPr>
        <w:jc w:val="right"/>
      </w:pPr>
      <w:r>
        <w:t>ایک ٹاپ کے آدمی تھے عمر فاروق۔ بہت ہی ٹاپ کے آدمی تھے۔ اور بہت زبردست یعنی وہ تھے وہ ریسلر تھے اس زمانے میں وہ۔</w:t>
      </w:r>
    </w:p>
    <w:p>
      <w:r>
        <w:rPr>
          <w:b/>
        </w:rPr>
        <w:t xml:space="preserve">[1:00:17] </w:t>
      </w:r>
      <w:r>
        <w:t>bare oonche lambe the woh.</w:t>
      </w:r>
    </w:p>
    <w:p>
      <w:pPr>
        <w:jc w:val="right"/>
      </w:pPr>
      <w:r>
        <w:t>بڑے اونچے لمبے تھے وہ۔</w:t>
      </w:r>
    </w:p>
    <w:p>
      <w:r>
        <w:rPr>
          <w:b/>
        </w:rPr>
        <w:t xml:space="preserve">[1:00:20] </w:t>
      </w:r>
      <w:r>
        <w:t>to sab log un se darte the. to jab aap ki wafat hui maut hui aap ki. to woh talwar le kar khade ho gaye wahan par madine ki masjid mein.</w:t>
      </w:r>
    </w:p>
    <w:p>
      <w:pPr>
        <w:jc w:val="right"/>
      </w:pPr>
      <w:r>
        <w:t>تو سب لوگ ان سے ڈرتے تھے۔ تو جب آپ کی وفات ہوئی موت ہوئی آپ کی۔ تو وہ تلوار لے کر کھڑے ہوگئے وہاں پر مدینے کی مسجد میں۔</w:t>
      </w:r>
    </w:p>
    <w:p>
      <w:r>
        <w:rPr>
          <w:b/>
        </w:rPr>
        <w:t xml:space="preserve">[1:00:31] </w:t>
      </w:r>
      <w:r>
        <w:t>kyunke masjid ke hisse mein aap ka jism tha wahan par. to khair wahan par. unhon ne kaha ke jo aadmi yeh kahe ga.</w:t>
      </w:r>
    </w:p>
    <w:p>
      <w:pPr>
        <w:jc w:val="right"/>
      </w:pPr>
      <w:r>
        <w:t>کیونکہ مسجد کے حصے میں آپ کا جسم تھا وہاں پر۔ تو خیر وہاں پر۔ انہوں نے کہا کہ جو آدمی یہ کہے گا۔ کہ رسول اللہ۔</w:t>
      </w:r>
    </w:p>
    <w:p>
      <w:r>
        <w:rPr>
          <w:b/>
        </w:rPr>
        <w:t xml:space="preserve">[1:00:40] </w:t>
      </w:r>
      <w:r>
        <w:t>ke rasool Allah. ki maut ho gayi hai mein is ko. is ki gardan maar doon ga ise ise qatl kar doon ga is ko.</w:t>
      </w:r>
    </w:p>
    <w:p>
      <w:pPr>
        <w:jc w:val="right"/>
      </w:pPr>
      <w:r>
        <w:t>کی موت ہو گئی ہے میں اس کو۔ اس کی گردن مار دوں گا اسے اسے قتل کر دوں گا اس کو۔</w:t>
      </w:r>
    </w:p>
    <w:p>
      <w:r>
        <w:rPr>
          <w:b/>
        </w:rPr>
        <w:t xml:space="preserve">[1:00:47] </w:t>
      </w:r>
      <w:r>
        <w:t>kyunke un ki theory kya thi ke rasool Allah jo hain un ki wafat nahi hui hai. un ki un ki jo rooh hai chali gayi hai khuda se milne ke liye.</w:t>
      </w:r>
    </w:p>
    <w:p>
      <w:pPr>
        <w:jc w:val="right"/>
      </w:pPr>
      <w:r>
        <w:t>کیونکہ ان کی تھیوری کیا تھی کہ رسول اللہ جو ہیں ان کی وفات نہیں ہوئی ہے۔ ان کی ان کی جو روح ہے چلی گئی ہے خدا سے ملنے کے لیے۔</w:t>
      </w:r>
    </w:p>
    <w:p>
      <w:r>
        <w:rPr>
          <w:b/>
        </w:rPr>
        <w:t xml:space="preserve">[1:00:56] </w:t>
      </w:r>
      <w:r>
        <w:t>mil kar lote gi phir isi body mein lote gi. bas un ka aap ne soch thi yeh. jo sahi nahi thi. to bilkul woh keh rahe the ke kisi ki nahi sunoon ga mein.</w:t>
      </w:r>
    </w:p>
    <w:p>
      <w:pPr>
        <w:jc w:val="right"/>
      </w:pPr>
      <w:r>
        <w:t>مل کر لوٹے گی پھر اسی باڈی میں لوٹے گی۔ بس ان کا آپ نے سوچ تھی یہ۔ جو صحیح نہیں تھی۔ تو بالکل وہ کہہ رہے تھے کہ کسی کی نہیں سنوں گا میں۔</w:t>
      </w:r>
    </w:p>
    <w:p>
      <w:r>
        <w:rPr>
          <w:b/>
        </w:rPr>
        <w:t xml:space="preserve">[1:01:09] </w:t>
      </w:r>
      <w:r>
        <w:t>to to woh bohat. ek ek wahan par ek ajeeb. koi un ko control nahi kar sakta tha.</w:t>
      </w:r>
    </w:p>
    <w:p>
      <w:pPr>
        <w:jc w:val="right"/>
      </w:pPr>
      <w:r>
        <w:t>تو تو وہ بہت۔ ایک ایک وہاں پر ایک عجیب۔ کوئی ان کو کنٹرول نہیں کر سکتا تھا۔</w:t>
      </w:r>
    </w:p>
    <w:p>
      <w:r>
        <w:rPr>
          <w:b/>
        </w:rPr>
        <w:t xml:space="preserve">[1:01:18] </w:t>
      </w:r>
      <w:r>
        <w:t>to jo rasool Allah ke baad jo number do par jo aadmi tha abubakar. yeh number teen par hote the. woh kahin madine se bahar the.</w:t>
      </w:r>
    </w:p>
    <w:p>
      <w:pPr>
        <w:jc w:val="right"/>
      </w:pPr>
      <w:r>
        <w:t>تو جو رسول اللہ کے بعد جو نمبر دو پر جو آدمی تھا ابوبکر۔ یہ نمبر تین پر ہوتے تھے۔ وہ کہیں مدینے سے باہر تھے۔</w:t>
      </w:r>
    </w:p>
    <w:p>
      <w:r>
        <w:rPr>
          <w:b/>
        </w:rPr>
        <w:t xml:space="preserve">[1:01:28] </w:t>
      </w:r>
      <w:r>
        <w:t>aaye to maloom hua ke rasool Allah ki maut ho gayi hai. to woh aaye wahan par jahan par yeh. cheekh chilla rahe the talwar le kar ke.</w:t>
      </w:r>
    </w:p>
    <w:p>
      <w:pPr>
        <w:jc w:val="right"/>
      </w:pPr>
      <w:r>
        <w:t>آئے تو معلوم ہوا کہ رسول اللہ کی موت ہو گئی ہے۔ تو وہ آئے وہاں پر جہاں پر یہ۔ چیخ چلا رہے تھے تلوار لے کر کے۔</w:t>
      </w:r>
    </w:p>
    <w:p>
      <w:r>
        <w:rPr>
          <w:b/>
        </w:rPr>
        <w:t xml:space="preserve">[1:01:41] </w:t>
      </w:r>
      <w:r>
        <w:t>to unhon ne kaha umar chup raho. woh woh chup nahi tayyar nahi woh chup rehne par.</w:t>
      </w:r>
    </w:p>
    <w:p>
      <w:pPr>
        <w:jc w:val="right"/>
      </w:pPr>
      <w:r>
        <w:t>تو انہوں نے کہا عمر چپ رہو۔ وہ وہ چپ نہیں تیار نہیں وہ چپ رہنے پر۔</w:t>
      </w:r>
    </w:p>
    <w:p>
      <w:r>
        <w:rPr>
          <w:b/>
        </w:rPr>
        <w:t xml:space="preserve">[1:01:49] </w:t>
      </w:r>
      <w:r>
        <w:t>to kya hua. alag khare ho gaye hazrat abubakar. khare ho kar unhon ne ek ayat padhi.</w:t>
      </w:r>
    </w:p>
    <w:p>
      <w:pPr>
        <w:jc w:val="right"/>
      </w:pPr>
      <w:r>
        <w:t>تو کیا ہوا۔ الگ کھڑے ہوگئے حضرت ابوبکر۔ کھڑے ہو کر انہوں نے ایک آیت پڑھی۔</w:t>
      </w:r>
    </w:p>
    <w:p>
      <w:r>
        <w:rPr>
          <w:b/>
        </w:rPr>
        <w:t xml:space="preserve">[1:02:00] </w:t>
      </w:r>
      <w:r>
        <w:t>quran ki ek ayat. wa muhammad rasool. qad khalaqa min qabl al-rusul. afaqb</w:t>
      </w:r>
    </w:p>
    <w:p>
      <w:pPr>
        <w:jc w:val="right"/>
      </w:pPr>
      <w:r>
        <w:t>قرآن کی ایک آیت۔ وما محمد رسول۔ قد خلق من قبل الرسل۔ افاقب</w:t>
      </w:r>
    </w:p>
    <w:p>
      <w:r>
        <w:rPr>
          <w:b/>
        </w:rPr>
        <w:t xml:space="preserve">[1:02:14] </w:t>
      </w:r>
      <w:r>
        <w:t>he.</w:t>
      </w:r>
    </w:p>
    <w:p>
      <w:pPr>
        <w:jc w:val="right"/>
      </w:pPr>
      <w:r>
        <w:t>ہے۔</w:t>
      </w:r>
    </w:p>
    <w:p>
      <w:r>
        <w:rPr>
          <w:b/>
        </w:rPr>
        <w:t xml:space="preserve">[1:02:19] </w:t>
      </w:r>
      <w:r>
        <w:t>allah is ka translation yeh hai. ke.</w:t>
      </w:r>
    </w:p>
    <w:p>
      <w:pPr>
        <w:jc w:val="right"/>
      </w:pPr>
      <w:r>
        <w:t>اللہ اس کا ٹرانسلیشن یہ ہے۔ کہ۔</w:t>
      </w:r>
    </w:p>
    <w:p>
      <w:r>
        <w:rPr>
          <w:b/>
        </w:rPr>
        <w:t xml:space="preserve">[1:02:31] </w:t>
      </w:r>
      <w:r>
        <w:t>ke muhammad sirf khuda ke rasool hain messenger hain. is ka main literal translation kar raha hoon aap ko. muhammad is ke siwa kuch nahi.</w:t>
      </w:r>
    </w:p>
    <w:p>
      <w:pPr>
        <w:jc w:val="right"/>
      </w:pPr>
      <w:r>
        <w:t>کہ محمد صرف خدا کے رسول ہیں میسنجر ہیں۔ اس کا میں لٹرل ٹرانسلیشن کر رہا ہوں آپ کو۔ محمد اس کے سوا کچھ نہیں۔</w:t>
      </w:r>
    </w:p>
    <w:p>
      <w:r>
        <w:rPr>
          <w:b/>
        </w:rPr>
        <w:t xml:space="preserve">[1:02:42] </w:t>
      </w:r>
      <w:r>
        <w:t>ke woh ek ek messenger hain. un se pehle bhi bohat messenger aaye hain.</w:t>
      </w:r>
    </w:p>
    <w:p>
      <w:pPr>
        <w:jc w:val="right"/>
      </w:pPr>
      <w:r>
        <w:t>کہ وہ ایک ایک میسنجر ہیں۔ ان سے پہلے بھی بہت میسنجر آئے ہیں۔</w:t>
      </w:r>
    </w:p>
    <w:p>
      <w:r>
        <w:rPr>
          <w:b/>
        </w:rPr>
        <w:t xml:space="preserve">[1:02:50] </w:t>
      </w:r>
      <w:r>
        <w:t>agar woh mar jayein.</w:t>
      </w:r>
    </w:p>
    <w:p>
      <w:pPr>
        <w:jc w:val="right"/>
      </w:pPr>
      <w:r>
        <w:t>اگر وہ مر جائیں۔</w:t>
      </w:r>
    </w:p>
    <w:p>
      <w:r>
        <w:rPr>
          <w:b/>
        </w:rPr>
        <w:t xml:space="preserve">[1:02:56] </w:t>
      </w:r>
      <w:r>
        <w:t>ya qatal kar diya jaye.</w:t>
      </w:r>
    </w:p>
    <w:p>
      <w:pPr>
        <w:jc w:val="right"/>
      </w:pPr>
      <w:r>
        <w:t>یا قتل کر دیا جائے۔</w:t>
      </w:r>
    </w:p>
    <w:p>
      <w:r>
        <w:rPr>
          <w:b/>
        </w:rPr>
        <w:t xml:space="preserve">[1:03:01] </w:t>
      </w:r>
      <w:r>
        <w:t>is ko ghor kijiye is ke is ki literal translation mein kar raha hoon is ka. ke muhammad is ke siwa kuch nahi ke woh. khuda ke messenger hain.</w:t>
      </w:r>
    </w:p>
    <w:p>
      <w:pPr>
        <w:jc w:val="right"/>
      </w:pPr>
      <w:r>
        <w:t>اس کو غور کیجئے اس کے اس کی لٹرل ٹرانسلیشن میں کر رہا ہوں اس کا۔ کہ محمد اس کے سوا کچھ نہیں کہ وہ۔ خدا کے میسنجر ہیں۔</w:t>
      </w:r>
    </w:p>
    <w:p>
      <w:r>
        <w:rPr>
          <w:b/>
        </w:rPr>
        <w:t xml:space="preserve">[1:03:11] </w:t>
      </w:r>
      <w:r>
        <w:t>un se pehle bhi bohat se messenger aaye hain. agar woh mar jayein. aur agar woh qatal kar diya jaye.</w:t>
      </w:r>
    </w:p>
    <w:p>
      <w:pPr>
        <w:jc w:val="right"/>
      </w:pPr>
      <w:r>
        <w:t>ان سے پہلے بھی بہت سے میسنجر آئے ہیں۔ اگر وہ مر جائیں۔ اور اگر وہ قتل کر دیا جائے۔</w:t>
      </w:r>
    </w:p>
    <w:p>
      <w:r>
        <w:rPr>
          <w:b/>
        </w:rPr>
        <w:t xml:space="preserve">[1:03:20] </w:t>
      </w:r>
      <w:r>
        <w:t>to kya to ultay paon phir jayega.</w:t>
      </w:r>
    </w:p>
    <w:p>
      <w:pPr>
        <w:jc w:val="right"/>
      </w:pPr>
      <w:r>
        <w:t>تو کیا تو الٹے پاؤں پھر جائے گا۔</w:t>
      </w:r>
    </w:p>
    <w:p>
      <w:r>
        <w:rPr>
          <w:b/>
        </w:rPr>
        <w:t xml:space="preserve">[1:03:28] </w:t>
      </w:r>
      <w:r>
        <w:t>aur jo ultay paon phirega. to khuda ka kuch nahi bigarega woh.</w:t>
      </w:r>
    </w:p>
    <w:p>
      <w:pPr>
        <w:jc w:val="right"/>
      </w:pPr>
      <w:r>
        <w:t>اور جو الٹے پاؤں پھرے گا۔ تو خدا کا کچھ نہیں بگاڑے گا وہ۔</w:t>
      </w:r>
    </w:p>
    <w:p>
      <w:r>
        <w:rPr>
          <w:b/>
        </w:rPr>
        <w:t xml:space="preserve">[1:03:37] </w:t>
      </w:r>
      <w:r>
        <w:t>yeh ayat padhi unhon ne abubakar ne padha. to umar kehte hain.</w:t>
      </w:r>
    </w:p>
    <w:p>
      <w:pPr>
        <w:jc w:val="right"/>
      </w:pPr>
      <w:r>
        <w:t>یہ آیت پڑھی انہوں نے ابوبکر نے پڑھا۔ تو عمر کہتے ہیں۔</w:t>
      </w:r>
    </w:p>
    <w:p>
      <w:r>
        <w:rPr>
          <w:b/>
        </w:rPr>
        <w:t xml:space="preserve">[1:03:45] </w:t>
      </w:r>
      <w:r>
        <w:t>ke main literally zameen par gir pada. aur mera paon jo thay unhon ne mera bojh uthane se inkar kar diya.</w:t>
      </w:r>
    </w:p>
    <w:p>
      <w:pPr>
        <w:jc w:val="right"/>
      </w:pPr>
      <w:r>
        <w:t>کہ میں لٹرلی زمین پر گر پڑا۔ اور میرا پاؤں جو تھے انہوں نے میرا بوجھ اٹھانے سے انکار کر دیا۔</w:t>
      </w:r>
    </w:p>
    <w:p>
      <w:r>
        <w:rPr>
          <w:b/>
        </w:rPr>
        <w:t xml:space="preserve">[1:03:54] </w:t>
      </w:r>
      <w:r>
        <w:t>main jaan liya ke khuda ki main jaan liya ke rasool allah ki maut ho gayi hai. ab aap ghor kijiye ke woh ek ek sentence hi to tha woh. arabic mein ek sentence.</w:t>
      </w:r>
    </w:p>
    <w:p>
      <w:pPr>
        <w:jc w:val="right"/>
      </w:pPr>
      <w:r>
        <w:t>میں جان لیا کہ خدا کی میں جان لیا کہ رسول اللہ کی موت ہو گئی ہے۔ اب آپ غور کیجئے کہ وہ ایک ایک سینٹنس ہی تو تھا وہ۔ عربک میں ایک سینٹنس۔</w:t>
      </w:r>
    </w:p>
    <w:p>
      <w:r>
        <w:rPr>
          <w:b/>
        </w:rPr>
        <w:t xml:space="preserve">[1:04:05] </w:t>
      </w:r>
      <w:r>
        <w:t>woh koi bomb to nahi tha. bomb to nahi tha lekin woh word of god tha. is word of god ke aage woh woh apne ko sambhal nahi sake gir pade zameen par bilkul.</w:t>
      </w:r>
    </w:p>
    <w:p>
      <w:pPr>
        <w:jc w:val="right"/>
      </w:pPr>
      <w:r>
        <w:t>وہ کوئی بم تو نہیں تھا۔ بم تو نہیں تھا لیکن وہ ورڈ آف گاڈ تھا۔ اس ورڈ آف گاڈ کے آگے وہ وہ اپنے کو سنبھال نہیں سکے گر پڑے زمین پر بالکل۔</w:t>
      </w:r>
    </w:p>
    <w:p>
      <w:r>
        <w:rPr>
          <w:b/>
        </w:rPr>
        <w:t xml:space="preserve">[1:04:18] </w:t>
      </w:r>
      <w:r>
        <w:t>yeh hai surrender.</w:t>
      </w:r>
    </w:p>
    <w:p>
      <w:pPr>
        <w:jc w:val="right"/>
      </w:pPr>
      <w:r>
        <w:t>یہ ہے سرنڈر۔</w:t>
      </w:r>
    </w:p>
    <w:p>
      <w:r>
        <w:rPr>
          <w:b/>
        </w:rPr>
        <w:t xml:space="preserve">[1:04:24] </w:t>
      </w:r>
      <w:r>
        <w:t>to sab se bara jo hota hai is zameen par valuable koi waqea woh hai sajda khuda ke aage surrender karna.</w:t>
      </w:r>
    </w:p>
    <w:p>
      <w:pPr>
        <w:jc w:val="right"/>
      </w:pPr>
      <w:r>
        <w:t>تو سب سے بڑا جو ہوتا ہے اس زمین پر ویلیو ایبل کوئی واقعہ وہ ہے سجدہ خدا کے آگے سرنڈر کرنا۔</w:t>
      </w:r>
    </w:p>
    <w:p>
      <w:r>
        <w:rPr>
          <w:b/>
        </w:rPr>
        <w:t xml:space="preserve">[1:04:37] </w:t>
      </w:r>
      <w:r>
        <w:t>is ke kai manifestation hain. ek to panch time mein namaz mein aap surrender karte hain. aur jab aap aap aap se koi ghalati ho gayi.</w:t>
      </w:r>
    </w:p>
    <w:p>
      <w:pPr>
        <w:jc w:val="right"/>
      </w:pPr>
      <w:r>
        <w:t>اس کے کئی مینیفیسٹیشن ہیں۔ ایک تو پانچ ٹائم میں نماز میں آپ سرنڈر کرتے ہیں۔ اور جب آپ آپ آپ سے کوئی غلطی ہو گئی۔</w:t>
      </w:r>
    </w:p>
    <w:p>
      <w:r>
        <w:rPr>
          <w:b/>
        </w:rPr>
        <w:t xml:space="preserve">[1:04:46] </w:t>
      </w:r>
      <w:r>
        <w:t>aur doosra aadmi bataya aap ko. within second aap ko jaan lena chahiye ke main ne ghalat kaha.</w:t>
      </w:r>
    </w:p>
    <w:p>
      <w:pPr>
        <w:jc w:val="right"/>
      </w:pPr>
      <w:r>
        <w:t>اور دوسرا آدمی بتایا آپ کو۔ ود ان سیکنڈ آپ کو جان لینا چاہیے کہ میں نے غلط کہا۔</w:t>
      </w:r>
    </w:p>
    <w:p>
      <w:r>
        <w:rPr>
          <w:b/>
        </w:rPr>
        <w:t xml:space="preserve">[1:04:52] </w:t>
      </w:r>
      <w:r>
        <w:t>aap is ko patch up na karein idhar udhar na karein seedhe seedhe maan lein kahein ke i was wrong to aap ne sajda kiya.</w:t>
      </w:r>
    </w:p>
    <w:p>
      <w:pPr>
        <w:jc w:val="right"/>
      </w:pPr>
      <w:r>
        <w:t>آپ اس کو پیچ اپ نہ کریں ادھر ادھر نہ کریں سیدھے سیدھے مان لیں کہیں کہ آئی واز رونگ تو آپ نے سجدہ کیا۔</w:t>
      </w:r>
    </w:p>
    <w:p>
      <w:r>
        <w:rPr>
          <w:b/>
        </w:rPr>
        <w:t xml:space="preserve">[1:05:02] </w:t>
      </w:r>
      <w:r>
        <w:t>jab bhi koi sachai pesh ki jaye aap ko. to isi isi dheere dheere aap ko pehchan lein. aur kahein ke haan main is ko manta hoon. woh bhi sajda hai.</w:t>
      </w:r>
    </w:p>
    <w:p>
      <w:pPr>
        <w:jc w:val="right"/>
      </w:pPr>
      <w:r>
        <w:t>جب بھی کوئی سچائی پیش کی جائے آپ کو۔ تو اسی اسی دھیرے دھیرے آپ کو پہچان لیں۔ اور کہیں کہ ہاں میں اس کو مانتا ہوں۔ وہ بھی سجدہ ہے۔</w:t>
      </w:r>
    </w:p>
    <w:p>
      <w:r>
        <w:rPr>
          <w:b/>
        </w:rPr>
        <w:t xml:space="preserve">[1:05:11] </w:t>
      </w:r>
      <w:r>
        <w:t>to surrender hai. to sab se bari cheez jo insan pesh kar kar sakta hai khuda ke aage woh hai shaoori taur par khuda ke aage surrender karna.</w:t>
      </w:r>
    </w:p>
    <w:p>
      <w:pPr>
        <w:jc w:val="right"/>
      </w:pPr>
      <w:r>
        <w:t>تو سرنڈر ہے۔ تو سب سے بڑی چیز جو انسان پیش کر کر سکتا ہے خدا کے آگے وہ ہے شعوری طور پر خدا کے آگے سرنڈر کرنا۔</w:t>
      </w:r>
    </w:p>
    <w:p>
      <w:r>
        <w:rPr>
          <w:b/>
        </w:rPr>
        <w:t xml:space="preserve">[1:05:23] </w:t>
      </w:r>
      <w:r>
        <w:t>jabke doosri cheez unconsciously surrender ki hui hai. yani mountain aur ocean aur sitare aur galaxy har unconsciously har ek surrender ki hui hai.</w:t>
      </w:r>
    </w:p>
    <w:p>
      <w:pPr>
        <w:jc w:val="right"/>
      </w:pPr>
      <w:r>
        <w:t>جبکہ دوسری چیز انکانسشیسلی سرنڈر کی ہوئی ہے۔ یعنی ماؤنٹین اور اوشن اور ستارے اور گلیکسی ہر انکانسشیسلی ہر ایک سرنڈر کی ہوئی ہے۔</w:t>
      </w:r>
    </w:p>
    <w:p>
      <w:r>
        <w:rPr>
          <w:b/>
        </w:rPr>
        <w:t xml:space="preserve">[1:05:34] </w:t>
      </w:r>
      <w:r>
        <w:t>insan ki jo. woh hai speciality hai woh yeh hai. ke woh shaoori tor par khuda ke aagay apnay ko surrender kar deta hai.</w:t>
      </w:r>
    </w:p>
    <w:p>
      <w:pPr>
        <w:jc w:val="right"/>
      </w:pPr>
      <w:r>
        <w:t>انسان کی جو۔ وہ ہے اسپیشلٹی ہے وہ یہ ہے۔ کہ وہ شعوری طور پر خدا کے آگے اپنے کو سرنڈر کر دیتا ہے۔</w:t>
      </w:r>
    </w:p>
    <w:p>
      <w:r>
        <w:rPr>
          <w:b/>
        </w:rPr>
        <w:t xml:space="preserve">[1:05:45] </w:t>
      </w:r>
      <w:r>
        <w:t>yahi hai jannat ki inaam.</w:t>
      </w:r>
    </w:p>
    <w:p>
      <w:pPr>
        <w:jc w:val="right"/>
      </w:pPr>
      <w:r>
        <w:t>یہی ہے جنت کی انعام۔</w:t>
      </w:r>
    </w:p>
    <w:p>
      <w:r>
        <w:rPr>
          <w:b/>
        </w:rPr>
        <w:t xml:space="preserve">[1:05:52] </w:t>
      </w:r>
      <w:r>
        <w:t>yeh sawal hai raziya. a little while ago you mentioned about people living in play of words. why is it that people believe in such play of words.</w:t>
      </w:r>
    </w:p>
    <w:p>
      <w:pPr>
        <w:jc w:val="right"/>
      </w:pPr>
      <w:r>
        <w:t>یہ سوال ہے راضیہ۔ اے لٹل وائل اگو یو مینشنڈ اباؤٹ پیپل لیونگ ان پلے آف ورڈز۔ وائی از اٹ دیٹ پیپل بیلیو ان سچ پلے آف ورڈز۔</w:t>
      </w:r>
    </w:p>
    <w:p>
      <w:r>
        <w:rPr>
          <w:b/>
        </w:rPr>
        <w:t xml:space="preserve">[1:06:02] </w:t>
      </w:r>
      <w:r>
        <w:t>please explain. believe karne ki baat nahi hai.</w:t>
      </w:r>
    </w:p>
    <w:p>
      <w:pPr>
        <w:jc w:val="right"/>
      </w:pPr>
      <w:r>
        <w:t>پلیز ایکسپلین۔ بیلیو کرنے کی بات نہیں ہے۔</w:t>
      </w:r>
    </w:p>
    <w:p>
      <w:r>
        <w:rPr>
          <w:b/>
        </w:rPr>
        <w:t xml:space="preserve">[1:06:08] </w:t>
      </w:r>
      <w:r>
        <w:t>intellectual development na hone ki baat hai.</w:t>
      </w:r>
    </w:p>
    <w:p>
      <w:pPr>
        <w:jc w:val="right"/>
      </w:pPr>
      <w:r>
        <w:t>انٹلیکچول ڈیولپمنٹ نہ ہونے کی بات ہے۔</w:t>
      </w:r>
    </w:p>
    <w:p>
      <w:r>
        <w:rPr>
          <w:b/>
        </w:rPr>
        <w:t xml:space="preserve">[1:06:13] </w:t>
      </w:r>
      <w:r>
        <w:t>kyun ke intellectual development bohat hi rare hai bohat hi rare hai. is liye log samajh nahi paatay is ko. log samajh nahi paatay.</w:t>
      </w:r>
    </w:p>
    <w:p>
      <w:pPr>
        <w:jc w:val="right"/>
      </w:pPr>
      <w:r>
        <w:t>کیونکہ انٹلیکچول ڈیولپمنٹ بہت ہی ریئر ہے بہت ہی ریئر ہے۔ اس لیے لوگ سمجھ نہیں پاتے اس کو۔ لوگ سمجھ نہیں پاتے۔</w:t>
      </w:r>
    </w:p>
    <w:p>
      <w:r>
        <w:rPr>
          <w:b/>
        </w:rPr>
        <w:t xml:space="preserve">[1:06:27] </w:t>
      </w:r>
      <w:r>
        <w:t>aap in se baat kijiye ab. do chaar minute mein pakar lain ge ke aadmi baat ko samajh nahi raha hai. log kehne wala samajhta hai aur sunnay wala samajhta hai.</w:t>
      </w:r>
    </w:p>
    <w:p>
      <w:pPr>
        <w:jc w:val="right"/>
      </w:pPr>
      <w:r>
        <w:t>آپ ان سے بات کیجئے اب۔ دو چار منٹ میں پکڑ لیں گے کہ آدمی بات کو سمجھ نہیں رہا ہے۔ لوگ کہنے والا سمجھتا ہے اور سننے والا سمجھتا ہے۔</w:t>
      </w:r>
    </w:p>
    <w:p>
      <w:r>
        <w:rPr>
          <w:b/>
        </w:rPr>
        <w:t xml:space="preserve">[1:06:39] </w:t>
      </w:r>
      <w:r>
        <w:t>yeh to mein barabar aap logon se kehta hoon ke log jo hain. apnay mind ko. ko itna ziyada destruction mein daalay rehtay hain ke intellectual development na ho.</w:t>
      </w:r>
    </w:p>
    <w:p>
      <w:pPr>
        <w:jc w:val="right"/>
      </w:pPr>
      <w:r>
        <w:t>یہ تو میں برابر آپ لوگوں سے کہتا ہوں کہ لوگ جو ہیں۔ اپنے مائنڈ کو۔ کو اتنا زیادہ ڈسٹرکشن میں ڈالے رہتے ہیں کہ انٹلیکچول ڈیولپمنٹ نہ ہو۔</w:t>
      </w:r>
    </w:p>
    <w:p>
      <w:r>
        <w:rPr>
          <w:b/>
        </w:rPr>
        <w:t xml:space="preserve">[1:06:49] </w:t>
      </w:r>
      <w:r>
        <w:t>sab se bara jo gunah hai gunah yaad rakhiye. woh hai destruction. gunah naam hi hai destruction ka.</w:t>
      </w:r>
    </w:p>
    <w:p>
      <w:pPr>
        <w:jc w:val="right"/>
      </w:pPr>
      <w:r>
        <w:t>سب سے بڑا جو سن ہے سن یاد رکھیے۔ وہ ہے ڈسٹرکشن۔ سن نام ہی ہے ڈسٹرکشن کا۔</w:t>
      </w:r>
    </w:p>
    <w:p>
      <w:r>
        <w:rPr>
          <w:b/>
        </w:rPr>
        <w:t xml:space="preserve">[1:07:00] </w:t>
      </w:r>
      <w:r>
        <w:t>har aadmi har lamha distract. kahin koi telephone. phir khwah makhwah har waqt telephone baatein karte hain log.</w:t>
      </w:r>
    </w:p>
    <w:p>
      <w:pPr>
        <w:jc w:val="right"/>
      </w:pPr>
      <w:r>
        <w:t>ہر آدمی ہر لمحہ ڈسٹرکٹ۔ کہیں کوئی ٹیلی فون۔ پھر خواہ مخواہ ہر وقت ٹیلی فون باتیں کرتے ہیں لوگ۔</w:t>
      </w:r>
    </w:p>
    <w:p>
      <w:r>
        <w:rPr>
          <w:b/>
        </w:rPr>
        <w:t xml:space="preserve">[1:07:08] </w:t>
      </w:r>
      <w:r>
        <w:t>aik sahib ke haan america mein thehra hua tha. har waqt telephone ghanti bajti thi un ke haan. mein ne kaha yeh kya har waqt telephone ghanti bajti hai. har waqt destruction hota hai.</w:t>
      </w:r>
    </w:p>
    <w:p>
      <w:pPr>
        <w:jc w:val="right"/>
      </w:pPr>
      <w:r>
        <w:t>ایک صاحب کے ہاں امریکہ میں ٹھہرا ہوا تھا۔ ہر وقت ٹیلی فون گھنٹی بجتی تھی ان کے ہاں۔ میں نے کہا یہ کیا ہر وقت ٹیلی فون گھنٹی بجتی ہے۔ ہر وقت ڈسٹرکشن ہوتا ہے۔</w:t>
      </w:r>
    </w:p>
    <w:p>
      <w:r>
        <w:rPr>
          <w:b/>
        </w:rPr>
        <w:t xml:space="preserve">[1:07:17] </w:t>
      </w:r>
      <w:r>
        <w:t>to unhon ne kaha ke 99 feesad rishtaydaaron ke telephone hotay hain. doston ke rishtaydaaron ke. to mein ne kaha laanat hai aisay telephone par.</w:t>
      </w:r>
    </w:p>
    <w:p>
      <w:pPr>
        <w:jc w:val="right"/>
      </w:pPr>
      <w:r>
        <w:t>تو انہوں نے کہا کہ 99 فیصد رشتہ داروں کے ٹیلی فون ہوتے ہیں۔ دوستوں کے رشتہ داروں کے۔ تو میں نے کہا لعنت ہے ایسے ٹیلی فون پر۔</w:t>
      </w:r>
    </w:p>
    <w:p>
      <w:r>
        <w:rPr>
          <w:b/>
        </w:rPr>
        <w:t xml:space="preserve">[1:07:27] </w:t>
      </w:r>
      <w:r>
        <w:t>aap aap ko attack kyun karte hain is ko. yeh hai destruction log jaantay hain nahi ke destruction hai yeh. destruction ka matlab kya</w:t>
      </w:r>
    </w:p>
    <w:p>
      <w:pPr>
        <w:jc w:val="right"/>
      </w:pPr>
      <w:r>
        <w:t>آپ آپ کو اٹیک کیوں کرتے ہیں اس کو۔ یہ ہے ڈسٹرکشن لوگ جانتے ہیں نہیں کہ ڈسٹرکشن ہے یہ۔ ڈسٹرکشن کا مطلب کیا</w:t>
      </w:r>
    </w:p>
    <w:p>
      <w:r>
        <w:rPr>
          <w:b/>
        </w:rPr>
        <w:t xml:space="preserve">[1:07:37] </w:t>
      </w:r>
      <w:r>
        <w:t>hai. intellectual level intellectual development ka process ruk jaana. jitnay log hain sab jeetay hain destruction mein.</w:t>
      </w:r>
    </w:p>
    <w:p>
      <w:pPr>
        <w:jc w:val="right"/>
      </w:pPr>
      <w:r>
        <w:t>ہے۔ انٹلیکچول لیول انٹلیکچول ڈیولپمنٹ کا پراسیس رک جانا۔ جتنے لوگ ہیں سب جیتے ہیں ڈسٹرکشن میں۔</w:t>
      </w:r>
    </w:p>
    <w:p>
      <w:r>
        <w:rPr>
          <w:b/>
        </w:rPr>
        <w:t xml:space="preserve">[1:07:46] </w:t>
      </w:r>
      <w:r>
        <w:t>kisi ka beta is ko distract kar raha hai. kisi ka telephone kar raha hai. kisi ka woh. TV kar raha hai. kisi ko duniya bhar se milna hai in se milna hai in se milna hai khwah makhwah yahan jaana hai wahan jaana hai.</w:t>
      </w:r>
    </w:p>
    <w:p>
      <w:pPr>
        <w:jc w:val="right"/>
      </w:pPr>
      <w:r>
        <w:t>کسی کا بیٹا اس کو ڈسٹرکٹ کر رہا ہے۔ کسی کا ٹیلی فون کر رہا ہے۔ کسی کا وہ۔ ٹی وی کر رہا ہے۔ کسی کو دنیا بھر سے ملنا ہے ان سے ملنا ہے ان سے ملنا ہے خواہ مخواہ یہاں جانا ہے وہاں جانا ہے۔</w:t>
      </w:r>
    </w:p>
    <w:p>
      <w:r>
        <w:rPr>
          <w:b/>
        </w:rPr>
        <w:t xml:space="preserve">[1:07:59] </w:t>
      </w:r>
      <w:r>
        <w:t>yaqeen kijiye ke mein ne daikha hai har aadmi destruction mein jeeta hai. aur destruction ki wajah se kisi ka intellectual development nahi hota. woh process chalta hi nahi.</w:t>
      </w:r>
    </w:p>
    <w:p>
      <w:pPr>
        <w:jc w:val="right"/>
      </w:pPr>
      <w:r>
        <w:t>یقین کیجئے کہ میں نے دیکھا ہے ہر آدمی ڈسٹرکشن میں جیتا ہے۔ اور ڈسٹرکشن کی وجہ سے کسی کا انٹلیکچول ڈیولپمنٹ نہیں ہوتا۔ وہ پراسیس چلتا ہی نہیں۔</w:t>
      </w:r>
    </w:p>
    <w:p>
      <w:r>
        <w:rPr>
          <w:b/>
        </w:rPr>
        <w:t xml:space="preserve">[1:08:10] </w:t>
      </w:r>
      <w:r>
        <w:t>intellectual development ka process. mein ne soch samajh kar ki hai kya ke mein. aik dam har woh cheez jo distract karti ho.</w:t>
      </w:r>
    </w:p>
    <w:p>
      <w:pPr>
        <w:jc w:val="right"/>
      </w:pPr>
      <w:r>
        <w:t>انٹلیکچول ڈیولپمنٹ کا پراسیس۔ میں نے سوچ سمجھ کر کی ہے کیا کہ میں۔ ایک دم ہر وہ چیز جو ڈسٹرکٹ کرتی ہو۔</w:t>
      </w:r>
    </w:p>
    <w:p>
      <w:r>
        <w:rPr>
          <w:b/>
        </w:rPr>
        <w:t xml:space="preserve">[1:08:19] </w:t>
      </w:r>
      <w:r>
        <w:t>mein us ko alag kar deta hoon. mere larkay ne mujhe woh diya.</w:t>
      </w:r>
    </w:p>
    <w:p>
      <w:pPr>
        <w:jc w:val="right"/>
      </w:pPr>
      <w:r>
        <w:t>میں اس کو الگ کر دیتا ہوں۔ میرے لڑکے نے مجھے وہ دیا۔</w:t>
      </w:r>
    </w:p>
    <w:p>
      <w:r>
        <w:rPr>
          <w:b/>
        </w:rPr>
        <w:t xml:space="preserve">[1:08:26] </w:t>
      </w:r>
      <w:r>
        <w:t>do mobile aik national aik international usi waqt mein lauta diya. unhon ne mujhe woh card diya jo bank mein hota hai international card ke duniya mein kahin bhi ho us se paisa nikaal lo usi mein ne lauta diya.</w:t>
      </w:r>
    </w:p>
    <w:p>
      <w:pPr>
        <w:jc w:val="right"/>
      </w:pPr>
      <w:r>
        <w:t>دو موبائل ایک نیشنل ایک انٹرنیشنل اسی وقت میں لوٹا دیا۔ انہوں نے مجھے وہ کارڈ دیا جو بینک میں ہوتا ہے انٹرنیشنل کارڈ کہ دنیا میں کہیں بھی ہو اس سے پیسہ نکال لو اسی میں نے لوٹا دیا۔</w:t>
      </w:r>
    </w:p>
    <w:p>
      <w:r>
        <w:rPr>
          <w:b/>
        </w:rPr>
        <w:t xml:space="preserve">[1:08:38] </w:t>
      </w:r>
      <w:r>
        <w:t>mein is liye nahi paalta meri jeb mein paisa na ho. to mujhe woh woh mein us ko samajhta hoon ke woh theek hai ziyada. aur yeh card liye phiroon har jagah aur us ko nikaal kar paisa nikaaloon aur shopping karoon.</w:t>
      </w:r>
    </w:p>
    <w:p>
      <w:pPr>
        <w:jc w:val="right"/>
      </w:pPr>
      <w:r>
        <w:t>میں اس لیے نہیں پالتا میری جیب میں پیسہ نہ ہو۔ تو مجھے وہ وہ میں اس کو سمجھتا ہوں کہ وہ ٹھیک ہے زیادہ۔ اور یہ کارڈ لیے پھروں ہر جگہ اور اس کو نکال کر پیسہ نکالوں اور شاپنگ کروں۔</w:t>
      </w:r>
    </w:p>
    <w:p>
      <w:r>
        <w:rPr>
          <w:b/>
        </w:rPr>
        <w:t xml:space="preserve">[1:08:51] </w:t>
      </w:r>
      <w:r>
        <w:t>woh destruction hai. woh destruction hai.</w:t>
      </w:r>
    </w:p>
    <w:p>
      <w:pPr>
        <w:jc w:val="right"/>
      </w:pPr>
      <w:r>
        <w:t>وہ ڈسٹرکشن ہے۔ وہ ڈسٹرکشن ہے۔</w:t>
      </w:r>
    </w:p>
    <w:p>
      <w:r>
        <w:rPr>
          <w:b/>
        </w:rPr>
        <w:t xml:space="preserve">[1:08:55] </w:t>
      </w:r>
      <w:r>
        <w:t>usi waqt mein ne lauta diya. woh bank ka card bhi kya kehtay hain is ko. aur woh mobile aisay hi karta rehta hoon mein. mein kahin jaata hoon to log gift dena chahtay hain ghussa aa jaata hoon mujhe gift nahi chahiye tumhara.</w:t>
      </w:r>
    </w:p>
    <w:p>
      <w:pPr>
        <w:jc w:val="right"/>
      </w:pPr>
      <w:r>
        <w:t>اسی وقت میں نے لوٹا دیا۔ وہ بینک کا کارڈ بھی کیا کہتے ہیں اس کو۔ اور وہ موبائل ایسے ہی کرتا رہتا ہوں میں۔ میں کہیں جاتا ہوں تو لوگ گفٹ دینا چاہتے ہیں غصہ آ جاتا ہوں مجھے گفٹ نہیں چاہیے تمہارا۔</w:t>
      </w:r>
    </w:p>
    <w:p>
      <w:r>
        <w:rPr>
          <w:b/>
        </w:rPr>
        <w:t xml:space="preserve">[1:09:09] </w:t>
      </w:r>
      <w:r>
        <w:t>kuch nahi chahiye mujhe woh bhi destruction hai. to mein apnay intellectual.</w:t>
      </w:r>
    </w:p>
    <w:p>
      <w:pPr>
        <w:jc w:val="right"/>
      </w:pPr>
      <w:r>
        <w:t>کچھ نہیں چاہیے مجھے وہ بھی ڈسٹرکشن ہے۔ تو میں اپنے انٹلیکچول۔</w:t>
      </w:r>
    </w:p>
    <w:p>
      <w:r>
        <w:rPr>
          <w:b/>
        </w:rPr>
        <w:t xml:space="preserve">[1:09:18] </w:t>
      </w:r>
      <w:r>
        <w:t>development ke process ko kisi qeemat par rokta nahi.</w:t>
      </w:r>
    </w:p>
    <w:p>
      <w:pPr>
        <w:jc w:val="right"/>
      </w:pPr>
      <w:r>
        <w:t>ڈیولپمنٹ کے پراسیس کو کسی قیمت پر روکتا نہیں۔</w:t>
      </w:r>
    </w:p>
    <w:p>
      <w:r>
        <w:rPr>
          <w:b/>
        </w:rPr>
        <w:t xml:space="preserve">[1:09:24] </w:t>
      </w:r>
      <w:r>
        <w:t>aur yeh yeh duniya mein aap aap aik hi misaal daikhain ke. mein poochta hoon ke mein ne apni biwi ke liye 63 saal mere saath rahi hain aik bhi jora aik kapra nahi banwaya mein ne.</w:t>
      </w:r>
    </w:p>
    <w:p>
      <w:pPr>
        <w:jc w:val="right"/>
      </w:pPr>
      <w:r>
        <w:t>اور یہ یہ دنیا میں آپ آپ ایک ہی مثال دیکھیں کہ۔ میں پوچھتا ہوں کہ میں نے اپنی بیوی کے لیے 63 سال میرے ساتھ رہی ہیں ایک بھی جوڑا ایک کپڑا نہیں بنوایا میں نے۔</w:t>
      </w:r>
    </w:p>
    <w:p>
      <w:r>
        <w:rPr>
          <w:b/>
        </w:rPr>
        <w:t xml:space="preserve">[1:09:34] </w:t>
      </w:r>
      <w:r>
        <w:t>mujhe pata hai ek aur husband hai aisa karega. main apni bachiyon ke liye kabhi khilona hi nahi laya. tofi nahi laya koi chocolate nahi laya.</w:t>
      </w:r>
    </w:p>
    <w:p>
      <w:pPr>
        <w:jc w:val="right"/>
      </w:pPr>
      <w:r>
        <w:t>مجھے پتہ ہے ایک اور ہسبینڈ ہے ایسا کرے گا۔ میں اپنی بچیوں کے لیے کبھی کھلونا ہی نہیں لایا۔ ٹافی نہیں لایا کوئی چاکلیٹ نہیں لایا۔</w:t>
      </w:r>
    </w:p>
    <w:p>
      <w:r>
        <w:rPr>
          <w:b/>
        </w:rPr>
        <w:t xml:space="preserve">[1:09:45] </w:t>
      </w:r>
      <w:r>
        <w:t>kuch bhi nahi kuch bhi nahi sirf literally kuch bhi nahi kiya.</w:t>
      </w:r>
    </w:p>
    <w:p>
      <w:pPr>
        <w:jc w:val="right"/>
      </w:pPr>
      <w:r>
        <w:t>کچھ بھی نہیں کچھ بھی نہیں صرف لٹرلی کچھ بھی نہیں کیا۔</w:t>
      </w:r>
    </w:p>
    <w:p>
      <w:r>
        <w:rPr>
          <w:b/>
        </w:rPr>
        <w:t xml:space="preserve">[1:09:50] </w:t>
      </w:r>
      <w:r>
        <w:t>kabhi maine apne bachon ko apne bachon ko kiss nahi kiya. god bhi nahi khilaya. yahan sab sab log yahi karte.</w:t>
      </w:r>
    </w:p>
    <w:p>
      <w:pPr>
        <w:jc w:val="right"/>
      </w:pPr>
      <w:r>
        <w:t>کبھی میں نے اپنے بچوں کو اپنے بچوں کو کس نہیں کیا۔ گود بھی نہیں کھلایا۔ یہاں سب سب لوگ یہی کرتے۔</w:t>
      </w:r>
    </w:p>
    <w:p>
      <w:r>
        <w:rPr>
          <w:b/>
        </w:rPr>
        <w:t xml:space="preserve">[1:09:59] </w:t>
      </w:r>
      <w:r>
        <w:t>sab log yahi karte.</w:t>
      </w:r>
    </w:p>
    <w:p>
      <w:pPr>
        <w:jc w:val="right"/>
      </w:pPr>
      <w:r>
        <w:t>سب لوگ یہی کرتے۔</w:t>
      </w:r>
    </w:p>
    <w:p>
      <w:r>
        <w:rPr>
          <w:b/>
        </w:rPr>
        <w:t xml:space="preserve">[1:10:03] </w:t>
      </w:r>
      <w:r>
        <w:t>to aap agar chahte hain intellectual development to apne aap ko. ek enemy se bachaiye woh enemy hai destruction.</w:t>
      </w:r>
    </w:p>
    <w:p>
      <w:pPr>
        <w:jc w:val="right"/>
      </w:pPr>
      <w:r>
        <w:t>تو آپ اگر چاہتے ہیں انٹلیکچول ڈیولپمنٹ تو اپنے آپ کو۔ ایک اینمی سے بچائیے وہ اینمی ہے ڈسٹرکشن۔</w:t>
      </w:r>
    </w:p>
    <w:p>
      <w:r>
        <w:rPr>
          <w:b/>
        </w:rPr>
        <w:t xml:space="preserve">[1:10:16] </w:t>
      </w:r>
      <w:r>
        <w:t>what is the formula of getting out of tension.</w:t>
      </w:r>
    </w:p>
    <w:p>
      <w:pPr>
        <w:jc w:val="right"/>
      </w:pPr>
      <w:r>
        <w:t>واٹ از دی فارمولا اف گیٹنگ آؤٹ آف ٹینشن۔</w:t>
      </w:r>
    </w:p>
    <w:p>
      <w:r>
        <w:rPr>
          <w:b/>
        </w:rPr>
        <w:t xml:space="preserve">[1:10:29] </w:t>
      </w:r>
      <w:r>
        <w:t>dekhen ek hota hai negative tension ek hota hai positive tension. yaad rakhiye. yani spirituality mein bhi tension aate hain.</w:t>
      </w:r>
    </w:p>
    <w:p>
      <w:pPr>
        <w:jc w:val="right"/>
      </w:pPr>
      <w:r>
        <w:t>دیکھیں ایک ہوتا ہے نیگیٹیو ٹینشن ایک ہوتا ہے پازیٹیو ٹینشن۔ یاد رکھیے۔ یعنی سپرچولٹی میں بھی ٹینشن آتے ہیں۔</w:t>
      </w:r>
    </w:p>
    <w:p>
      <w:r>
        <w:rPr>
          <w:b/>
        </w:rPr>
        <w:t xml:space="preserve">[1:10:41] </w:t>
      </w:r>
      <w:r>
        <w:t>aur materialism mein bhi tension aate hain. main samajhta hoon ke positive tension jo hai. woh harmful nahi hai. woh aap ke development ko badhata hai.</w:t>
      </w:r>
    </w:p>
    <w:p>
      <w:pPr>
        <w:jc w:val="right"/>
      </w:pPr>
      <w:r>
        <w:t>اور مٹیریلزم میں بھی ٹینشن آتے ہیں۔ میں سمجھتا ہوں کہ پازیٹیو ٹینشن جو ہے۔ وہ ہارم فل نہیں ہے۔ وہ آپ کے ڈیولپمنٹ کو بڑھاتا ہے۔</w:t>
      </w:r>
    </w:p>
    <w:p>
      <w:r>
        <w:rPr>
          <w:b/>
        </w:rPr>
        <w:t xml:space="preserve">[1:10:54] </w:t>
      </w:r>
      <w:r>
        <w:t>material cheezon ko le kar jo tension hota hai. wahi harmful hai.</w:t>
      </w:r>
    </w:p>
    <w:p>
      <w:pPr>
        <w:jc w:val="right"/>
      </w:pPr>
      <w:r>
        <w:t>مٹیریل چیزوں کو لے کر جو ٹینشن ہوتا ہے۔ وہی ہارم فل ہے۔</w:t>
      </w:r>
    </w:p>
    <w:p>
      <w:r>
        <w:rPr>
          <w:b/>
        </w:rPr>
        <w:t xml:space="preserve">[1:10:59] </w:t>
      </w:r>
      <w:r>
        <w:t>matlab job ka tension. aur janab land ka tension property ka tension. paise ka tension. kapde ka tension shopping ka outing ka tension.</w:t>
      </w:r>
    </w:p>
    <w:p>
      <w:pPr>
        <w:jc w:val="right"/>
      </w:pPr>
      <w:r>
        <w:t>مطلب جاب کا ٹینشن۔ اور جناب لینڈ کا ٹینشن پراپرٹی کا ٹینشن۔ پیسے کا ٹینشن۔ کپڑے کا ٹینشن شاپنگ کا آؤٹنگ کا ٹینشن۔</w:t>
      </w:r>
    </w:p>
    <w:p>
      <w:r>
        <w:rPr>
          <w:b/>
        </w:rPr>
        <w:t xml:space="preserve">[1:11:09] </w:t>
      </w:r>
      <w:r>
        <w:t>isi yahi yeh yeh hai negative tension. yahi harmful hai. baqi spirituality ka jo tension hai maslan aap ko agar yeh ho. ke sari duniya mein log mar rahe hain.</w:t>
      </w:r>
    </w:p>
    <w:p>
      <w:pPr>
        <w:jc w:val="right"/>
      </w:pPr>
      <w:r>
        <w:t>اسی یہی یہ یہ ہے نیگیٹیو ٹینشن۔ یہی ہارم فل ہے۔ باقی سپرچولٹی کا جو ٹینشن ہے مثلاً آپ کو اگر یہ ہو۔ کہ ساری دنیا میں لوگ مر رہے ہیں۔</w:t>
      </w:r>
    </w:p>
    <w:p>
      <w:r>
        <w:rPr>
          <w:b/>
        </w:rPr>
        <w:t xml:space="preserve">[1:11:20] </w:t>
      </w:r>
      <w:r>
        <w:t>main aksar sochta hoon to main behataasha rone lagta hoon ke sare log mar rahe hain. aur main unko pata nahi paya.</w:t>
      </w:r>
    </w:p>
    <w:p>
      <w:pPr>
        <w:jc w:val="right"/>
      </w:pPr>
      <w:r>
        <w:t>میں اکثر سوچتا ہوں تو میں بے تحاشہ رونے لگتا ہوں کہ سارے لوگ مر رہے ہیں۔ اور میں ان کو پتہ نہیں پایا۔</w:t>
      </w:r>
    </w:p>
    <w:p>
      <w:r>
        <w:rPr>
          <w:b/>
        </w:rPr>
        <w:t xml:space="preserve">[1:11:28] </w:t>
      </w:r>
      <w:r>
        <w:t>kuch nahi bata paya woh. ke marne ke baad kya hai. kuch nahi bata paya. to yeh bhi ek tension hai.</w:t>
      </w:r>
    </w:p>
    <w:p>
      <w:pPr>
        <w:jc w:val="right"/>
      </w:pPr>
      <w:r>
        <w:t>کچھ نہیں بتا پایا وہ۔ کہ مرنے کے بعد کیا ہے۔ کچھ نہیں بتا پایا۔ تو یہ بھی ایک ٹینشن ہے۔</w:t>
      </w:r>
    </w:p>
    <w:p>
      <w:r>
        <w:rPr>
          <w:b/>
        </w:rPr>
        <w:t xml:space="preserve">[1:11:40] </w:t>
      </w:r>
      <w:r>
        <w:t>kitne saal mar rahe hain chale ja rahe hain mar rahe hain chale ja rahe hain. aur mujh se door ho rahe hain. abhi is is se pehle ke main bata bata deta hoon unko.</w:t>
      </w:r>
    </w:p>
    <w:p>
      <w:pPr>
        <w:jc w:val="right"/>
      </w:pPr>
      <w:r>
        <w:t>کتنے سال مر رہے ہیں چلے جا رہے ہیں مر رہے ہیں چلے جا رہے ہیں۔ اور مجھ سے دور ہو رہے ہیں۔ ابھی اس اس سے پہلے کہ میں بتا بتا دیتا ہوں ان کو۔</w:t>
      </w:r>
    </w:p>
    <w:p>
      <w:r>
        <w:rPr>
          <w:b/>
        </w:rPr>
        <w:t xml:space="preserve">[1:11:50] </w:t>
      </w:r>
      <w:r>
        <w:t>duniya se chale gaye woh. to yeh hai spiritual tension ya positive tension. yeh harmful nahi hai.</w:t>
      </w:r>
    </w:p>
    <w:p>
      <w:pPr>
        <w:jc w:val="right"/>
      </w:pPr>
      <w:r>
        <w:t>دنیا سے چلے گئے وہ۔ تو یہ ہے سپرچول ٹینشن یا پازیٹیو ٹینشن۔ یہ ہارم فل نہیں ہے۔</w:t>
      </w:r>
    </w:p>
    <w:p>
      <w:r>
        <w:rPr>
          <w:b/>
        </w:rPr>
        <w:t xml:space="preserve">[1:11:58] </w:t>
      </w:r>
      <w:r>
        <w:t>lekin duniya ki cheezon ko le kar ke unhon ne yeh keh diya unhon ne woh keh diya. bas is yeh jo hai. yeh jo tension hai. har ghar mein yeh unhon ne yeh keh diya unhon ne woh keh diya.</w:t>
      </w:r>
    </w:p>
    <w:p>
      <w:pPr>
        <w:jc w:val="right"/>
      </w:pPr>
      <w:r>
        <w:t>لیکن دنیا کی چیزوں کو لے کر کے انہوں نے یہ کہہ دیا انہوں نے وہ کہہ دیا۔ بس اس یہ جو ہے۔ یہ جو ٹینشن ہے۔ ہر گھر میں یہ انہوں نے یہ کہہ دیا انہوں نے وہ کہہ دیا۔</w:t>
      </w:r>
    </w:p>
    <w:p>
      <w:r>
        <w:rPr>
          <w:b/>
        </w:rPr>
        <w:t xml:space="preserve">[1:12:09] </w:t>
      </w:r>
      <w:r>
        <w:t>isi ka tension liye rehte hain log. main to kuch sochta bhi nahi kisi ne kya keh diya. kuch bhi kehta nahi koi. abhi aaj Maulana Rizwan Sahab parcha laye the us ne mujhe bohat bura bhala kaha tha.</w:t>
      </w:r>
    </w:p>
    <w:p>
      <w:pPr>
        <w:jc w:val="right"/>
      </w:pPr>
      <w:r>
        <w:t>اسی کا ٹینشن لیے رہتے ہیں لوگ۔ میں تو کچھ سوچتا بھی نہیں کسی نے کیا کہہ دیا۔ کچھ بھی کہتا نہیں کوئی۔ ابھی آج مولانا رضوان صاحب پرچہ لائے تھے اس نے مجھے بہت برا بھلا کہا تھا۔</w:t>
      </w:r>
    </w:p>
    <w:p>
      <w:r>
        <w:rPr>
          <w:b/>
        </w:rPr>
        <w:t xml:space="preserve">[1:12:20] </w:t>
      </w:r>
      <w:r>
        <w:t>main ne kaha dekhen mujhe mujhe sunna bhi nahi hai. mere khayal se yahudiyon ka agent likha hoga is mein. yeh ji haan</w:t>
      </w:r>
    </w:p>
    <w:p>
      <w:pPr>
        <w:jc w:val="right"/>
      </w:pPr>
      <w:r>
        <w:t>میں نے کہا دیکھیں مجھے مجھے سننا بھی نہیں ہے۔ میرے خیال سے یہودیوں کا ایجنٹ لکھا ہوگا اس میں۔ یہ جی ہاں</w:t>
      </w:r>
    </w:p>
    <w:p>
      <w:r>
        <w:rPr>
          <w:b/>
        </w:rPr>
        <w:t xml:space="preserve">[1:12:28] </w:t>
      </w:r>
      <w:r>
        <w:t>batayi. yahudiyon ka agent. main meri koi pareshani nahi hai is waqt. koi pareshani nahi hoti. to positive tension bura nahi hai.</w:t>
      </w:r>
    </w:p>
    <w:p>
      <w:pPr>
        <w:jc w:val="right"/>
      </w:pPr>
      <w:r>
        <w:t>بتائی۔ یہودیوں کا ایجنٹ۔ میں میری کوئی پریشانی نہیں ہے اس وقت۔ کوئی پریشانی نہیں ہوتی۔ تو پازیٹیو ٹینشن برا نہیں ہے۔</w:t>
      </w:r>
    </w:p>
    <w:p>
      <w:r>
        <w:rPr>
          <w:b/>
        </w:rPr>
        <w:t xml:space="preserve">[1:12:39] </w:t>
      </w:r>
      <w:r>
        <w:t>negative tension bura hai.</w:t>
      </w:r>
    </w:p>
    <w:p>
      <w:pPr>
        <w:jc w:val="right"/>
      </w:pPr>
      <w:r>
        <w:t>نیگیٹیو ٹینشن برا ہے۔</w:t>
      </w:r>
    </w:p>
    <w:p>
      <w:r>
        <w:rPr>
          <w:b/>
        </w:rPr>
        <w:t xml:space="preserve">[1:12:44] </w:t>
      </w:r>
      <w:r>
        <w:t>ah this question is from doctor Muzaffar Nadvi.</w:t>
      </w:r>
    </w:p>
    <w:p>
      <w:pPr>
        <w:jc w:val="right"/>
      </w:pPr>
      <w:r>
        <w:t>اہ دس کوئسچن از فرام ڈاکٹر مظفر ندوی۔</w:t>
      </w:r>
    </w:p>
    <w:p>
      <w:r>
        <w:rPr>
          <w:b/>
        </w:rPr>
        <w:t xml:space="preserve">[1:12:48] </w:t>
      </w:r>
      <w:r>
        <w:t>he says that the statement that I saw God many times is not understood by many of the audiences and is against the Quranic words la tadrakuhu al absaru wa huwa yudrikul absar.</w:t>
      </w:r>
    </w:p>
    <w:p>
      <w:pPr>
        <w:jc w:val="right"/>
      </w:pPr>
      <w:r>
        <w:t>ہی سیز دیٹ دا سٹیٹمنٹ دیٹ آئی سو گاڈ مینی ٹائمز از ناٹ انڈرسٹڈ بائے مینی آف دی آڈینسز اینڈ از اگینسٹ دی قرآنک ورڈز لا تدرب کل کہل ابصار وھوا یدرب الابصار۔</w:t>
      </w:r>
    </w:p>
    <w:p>
      <w:r>
        <w:rPr>
          <w:b/>
        </w:rPr>
        <w:t xml:space="preserve">[1:13:04] </w:t>
      </w:r>
      <w:r>
        <w:t>kindly explain.</w:t>
      </w:r>
    </w:p>
    <w:p>
      <w:pPr>
        <w:jc w:val="right"/>
      </w:pPr>
      <w:r>
        <w:t>کائنڈلی ایکسپلین۔</w:t>
      </w:r>
    </w:p>
    <w:p>
      <w:r>
        <w:rPr>
          <w:b/>
        </w:rPr>
        <w:t xml:space="preserve">[1:13:06] </w:t>
      </w:r>
      <w:r>
        <w:t>dekhen.</w:t>
      </w:r>
    </w:p>
    <w:p>
      <w:pPr>
        <w:jc w:val="right"/>
      </w:pPr>
      <w:r>
        <w:t>دیکھیں۔</w:t>
      </w:r>
    </w:p>
    <w:p>
      <w:r>
        <w:rPr>
          <w:b/>
        </w:rPr>
        <w:t xml:space="preserve">[1:13:12] </w:t>
      </w:r>
      <w:r>
        <w:t>kisi ek ayat ko le kar ya kisi ek hadith ko le kar kabhi baat samajh mein nahi aati. aisa kabhi nahi ho sakta.</w:t>
      </w:r>
    </w:p>
    <w:p>
      <w:pPr>
        <w:jc w:val="right"/>
      </w:pPr>
      <w:r>
        <w:t>کسی ایک آیت کو لے کر یا کسی ایک حدیث کو لے کر کبھی بات سمجھ میں نہیں آتی۔ ایسا کبھی نہیں ہو سکتا۔</w:t>
      </w:r>
    </w:p>
    <w:p>
      <w:r>
        <w:rPr>
          <w:b/>
        </w:rPr>
        <w:t xml:space="preserve">[1:13:22] </w:t>
      </w:r>
      <w:r>
        <w:t>aap ko poori hadith ko ya poore quran ko ke majmoo'ay mein dekh rakh ke dekhna parta hai kisi cheez ko.</w:t>
      </w:r>
    </w:p>
    <w:p>
      <w:pPr>
        <w:jc w:val="right"/>
      </w:pPr>
      <w:r>
        <w:t>آپ کو پوری حدیث کو یا پورے قرآن کو کے مجموعے میں دیکھ رکھ کے دیکھنا پڑتا ہے کسی چیز کو۔</w:t>
      </w:r>
    </w:p>
    <w:p>
      <w:r>
        <w:rPr>
          <w:b/>
        </w:rPr>
        <w:t xml:space="preserve">[1:13:32] </w:t>
      </w:r>
      <w:r>
        <w:t>wo jo aap ne ayat padhi hai wo ek aur context mein wo hai. wo doosre ek context mein hai. main jo baat kehta hoon wo hai is ke liye sahi reference hai hadith mein jis ko hadith jibril kehte hain.</w:t>
      </w:r>
    </w:p>
    <w:p>
      <w:pPr>
        <w:jc w:val="right"/>
      </w:pPr>
      <w:r>
        <w:t>وہ جو آپ نے آیت پڑھی ہے وہ ایک اور کنٹیکسٹ میں وہ ہے۔ وہ دوسرے ایک کنٹیکسٹ میں ہے۔ میں جو بات کہتا ہوں وہ ہے اس کے لیے صحیح ریفرنس ہے حدیث میں جس کو حدیث جبرائیل کہتے ہیں۔</w:t>
      </w:r>
    </w:p>
    <w:p>
      <w:r>
        <w:rPr>
          <w:b/>
        </w:rPr>
        <w:t xml:space="preserve">[1:13:46] </w:t>
      </w:r>
      <w:r>
        <w:t>hadith jibril bohat mashhoor hai.</w:t>
      </w:r>
    </w:p>
    <w:p>
      <w:pPr>
        <w:jc w:val="right"/>
      </w:pPr>
      <w:r>
        <w:t>حدیث جبرائیل بہت مشہور ہے۔</w:t>
      </w:r>
    </w:p>
    <w:p>
      <w:r>
        <w:rPr>
          <w:b/>
        </w:rPr>
        <w:t xml:space="preserve">[1:13:49] </w:t>
      </w:r>
      <w:r>
        <w:t>is mein is mein yeh hai ke sahaba compain aap ke baithe hue thay. aur achaanak ek aadmi aaya.</w:t>
      </w:r>
    </w:p>
    <w:p>
      <w:pPr>
        <w:jc w:val="right"/>
      </w:pPr>
      <w:r>
        <w:t>اس میں اس میں یہ ہے کہ صحابہ کمپین آپ کے بیٹھے ہوئے تھے۔ اور اچانک ایک آدمی آیا۔</w:t>
      </w:r>
    </w:p>
    <w:p>
      <w:r>
        <w:rPr>
          <w:b/>
        </w:rPr>
        <w:t xml:space="preserve">[1:14:00] </w:t>
      </w:r>
      <w:r>
        <w:t>bohat hi saaf suthra kapda tha is ka bilkul fresh jaise ke safar kar ke na aaya ho</w:t>
      </w:r>
    </w:p>
    <w:p>
      <w:pPr>
        <w:jc w:val="right"/>
      </w:pPr>
      <w:r>
        <w:t>بہت ہی صاف ستھرا کپڑا تھا اس کا بالکل فریش جیسے کہ سفر کر کے نہ آیا ہو</w:t>
      </w:r>
    </w:p>
    <w:p>
      <w:r>
        <w:rPr>
          <w:b/>
        </w:rPr>
        <w:t xml:space="preserve">[1:14:06] </w:t>
      </w:r>
      <w:r>
        <w:t>aisa aik aadmi arab mein aadmi safar kar ke aata tha ghar to ghubar hai thaka hua hai</w:t>
      </w:r>
    </w:p>
    <w:p>
      <w:pPr>
        <w:jc w:val="right"/>
      </w:pPr>
      <w:r>
        <w:t>ایسا ایک آدمی عرب میں آدمی سفر کر کے آتا تھا گھر تو غبار ہے تھکا ہوا ہے</w:t>
      </w:r>
    </w:p>
    <w:p>
      <w:r>
        <w:rPr>
          <w:b/>
        </w:rPr>
        <w:t xml:space="preserve">[1:14:12] </w:t>
      </w:r>
      <w:r>
        <w:t>kapray kharab ho rahay hain to bilkul fresh bilkul woh aata hai woh baithta hai</w:t>
      </w:r>
    </w:p>
    <w:p>
      <w:pPr>
        <w:jc w:val="right"/>
      </w:pPr>
      <w:r>
        <w:t>کپڑے خراب ہو رہے ہیں تو بالکل فریش بالکل وہ آتا ہے وہ بیٹھتا ہے</w:t>
      </w:r>
    </w:p>
    <w:p>
      <w:r>
        <w:rPr>
          <w:b/>
        </w:rPr>
        <w:t xml:space="preserve">[1:14:18] </w:t>
      </w:r>
      <w:r>
        <w:t>aur woh sawal karta hai rasool Allah jawab detay hain to is mein hai sawal o jawab mein</w:t>
      </w:r>
    </w:p>
    <w:p>
      <w:pPr>
        <w:jc w:val="right"/>
      </w:pPr>
      <w:r>
        <w:t>اور وہ سوال کرتا ہے رسول اللہ جواب دیتے ہیں تو اس میں ہے سوال و جواب میں</w:t>
      </w:r>
    </w:p>
    <w:p>
      <w:r>
        <w:rPr>
          <w:b/>
        </w:rPr>
        <w:t xml:space="preserve">[1:14:23] </w:t>
      </w:r>
      <w:r>
        <w:t>aik hissa is ka</w:t>
      </w:r>
    </w:p>
    <w:p>
      <w:pPr>
        <w:jc w:val="right"/>
      </w:pPr>
      <w:r>
        <w:t>ایک حصہ اس کا</w:t>
      </w:r>
    </w:p>
    <w:p>
      <w:r>
        <w:rPr>
          <w:b/>
        </w:rPr>
        <w:t xml:space="preserve">[1:14:27] </w:t>
      </w:r>
      <w:r>
        <w:t>ke ta'abbud Allah kun qatra</w:t>
      </w:r>
    </w:p>
    <w:p>
      <w:pPr>
        <w:jc w:val="right"/>
      </w:pPr>
      <w:r>
        <w:t>کہ تعبد اللہ کن قطرا</w:t>
      </w:r>
    </w:p>
    <w:p>
      <w:r>
        <w:rPr>
          <w:b/>
        </w:rPr>
        <w:t xml:space="preserve">[1:14:33] </w:t>
      </w:r>
      <w:r>
        <w:t>ta'abbud Allah kun qatra</w:t>
      </w:r>
    </w:p>
    <w:p>
      <w:pPr>
        <w:jc w:val="right"/>
      </w:pPr>
      <w:r>
        <w:t>تعبد اللہ کن قطرا</w:t>
      </w:r>
    </w:p>
    <w:p>
      <w:r>
        <w:rPr>
          <w:b/>
        </w:rPr>
        <w:t xml:space="preserve">[1:14:36] </w:t>
      </w:r>
      <w:r>
        <w:t>tum ibadat karo Khuda ki is tarah jaise ke tum us ko dekh rahe ho as if you are seeing him goya ke tum us ko dekh rahe ho yeh hai dekhna sach much aise hi dekhna to to jibril ne bhi nahi dekha yaani itna bara Khuda hai aap samajhte hain ke is tarah koi dekh le ga us ko</w:t>
      </w:r>
    </w:p>
    <w:p>
      <w:pPr>
        <w:jc w:val="right"/>
      </w:pPr>
      <w:r>
        <w:t>تم عبادت کرو خدا کی اس طرح جیسے کہ تم اس کو دیکھ رہے ہو ایز اف یو آر سینگ ہم گویا کہ تم اس کو دیکھ رہے ہو یہ ہے دیکھنا سچ مچ ایسے ہی دیکھنا تو تو جبرائیل نے بھی نہیں دیکھا یعنی اتنا بڑا خدا ہے آپ سمجھتے ہیں کہ اس طرح کوئی دیکھ لے گا اس کو</w:t>
      </w:r>
    </w:p>
    <w:p>
      <w:r>
        <w:rPr>
          <w:b/>
        </w:rPr>
        <w:t xml:space="preserve">[1:15:00] </w:t>
      </w:r>
      <w:r>
        <w:t>yeh Khuda ko underestimate karna hai ke aap samjhein ke jibril aise dekhte thay un ko jis tarah hum dekh rahe hain aap logon ko underestimate karna hai Khuda ko ji itni bari universe jis ne banai hai aise koi dekh le ga us ko us ko ke ji peghambar ne dekha hai na ke na jibril ne dekha hai na kisi ne dekha is ko kehte hain shubah rooyat tabud Allah kun qatran shubah rooyat</w:t>
      </w:r>
    </w:p>
    <w:p>
      <w:pPr>
        <w:jc w:val="right"/>
      </w:pPr>
      <w:r>
        <w:t>یہ خدا کو انڈر ایسٹیمیٹ کرنا ہے کہ آپ سمجھیں کہ جبرائیل ایسے دیکھتے تھے ان کو جس طرح ہم دیکھ رہے ہیں آپ لوگوں کو انڈر ایسٹیمیٹ کرنا ہے خدا کو جی اتنی بڑی یونیورس جس نے بنائی ہے ایسے کوئی دیکھ لے گا اس کو اس کو کہ جی پیغمبر نے دیکھا ہے نہ کہ نہ جبرائیل نے دیکھا ہے نہ کسی نے دیکھا اس کو کہتے ہیں شبہ رویت تعبد اللہ کن قطرا شبہ رویت</w:t>
      </w:r>
    </w:p>
    <w:p>
      <w:r>
        <w:rPr>
          <w:b/>
        </w:rPr>
        <w:t xml:space="preserve">[1:15:29] </w:t>
      </w:r>
      <w:r>
        <w:t>yaani goya ke tum us ko dekh rahe ho to yeh yeh hai asal cheez ke ibadat ka wo darja ke presence of god aap ko itna zyada ho jaye presence of god ke jaise ke aap us ko dekh rahe hon aap bas aap ka saare doubt khatam ho chuke hon aap ka yaqeen itna barh chuka ho ke aap ko zara bhi shakk na ho ke Khuda hai to yeh yeh baat hai rooyat ki nahi balkeh shubah rooyat ki hadith ke</w:t>
      </w:r>
    </w:p>
    <w:p>
      <w:pPr>
        <w:jc w:val="right"/>
      </w:pPr>
      <w:r>
        <w:t>یعنی گویا کہ تم اس کو دیکھ رہے ہو تو یہ یہ ہے اصل چیز کہ عبادت کا وہ درجہ کہ پریزنس آف گاڈ آپ کو اتنا زیادہ ہو جائے پریزنس آف گاڈ کہ جیسے کہ آپ اس کو دیکھ رہے ہوں آپ بس آپ کا سارے ڈاؤٹ ختم ہو چکے ہوں آپ کا یقین اتنا بڑھ چکا ہو کہ آپ کو ذرا بھی شک نہ ہو کہ خدا ہے تو یہ یہ بات ہے رویت کی نہیں بلکہ شبہ رویت کی حدیث کے</w:t>
      </w:r>
    </w:p>
    <w:p>
      <w:r>
        <w:rPr>
          <w:b/>
        </w:rPr>
        <w:t xml:space="preserve">[1:15:57] </w:t>
      </w:r>
      <w:r>
        <w:t>mutabiq jab bhi main bolta hoon to isi sense mein bolta hoon</w:t>
      </w:r>
    </w:p>
    <w:p>
      <w:pPr>
        <w:jc w:val="right"/>
      </w:pPr>
      <w:r>
        <w:t>مطابق جب بھی میں بولتا ہوں تو اسی سینس میں بولتا ہوں</w:t>
      </w:r>
    </w:p>
    <w:p>
      <w:r>
        <w:rPr>
          <w:b/>
        </w:rPr>
        <w:t xml:space="preserve">[1:16:05] </w:t>
      </w:r>
      <w:r>
        <w:t>das question is from priya life is a learning curve if we go with the article enjoy every moment then how will we grow intellectually to enter paradise please comment</w:t>
      </w:r>
    </w:p>
    <w:p>
      <w:pPr>
        <w:jc w:val="right"/>
      </w:pPr>
      <w:r>
        <w:t>دس کوئسچن از فرام پریا لائف از ا لرننگ کرو اف وی گو ودی ارٹیکل انجوائے ایوری مومنٹ دین ہاؤ ویل وی گرو انٹلیکچولی ٹو انٹر پیراڈائز پلیز کمنٹ</w:t>
      </w:r>
    </w:p>
    <w:p>
      <w:r>
        <w:rPr>
          <w:b/>
        </w:rPr>
        <w:t xml:space="preserve">[1:16:20] </w:t>
      </w:r>
      <w:r>
        <w:t>haan main samajhta hoon ke yeh bohat important baat hai ke har moment ko aap enjoy karein to is ke maani kya hain har waqt aap excess mein rahein yeh kya hai is ko practical par sochiye aap ke jo aadmi har moment ko enjoy kare ga to kya kare ga wo ya to excess mein rahe ga ya nashe mein rahe</w:t>
      </w:r>
    </w:p>
    <w:p>
      <w:pPr>
        <w:jc w:val="right"/>
      </w:pPr>
      <w:r>
        <w:t>ہاں میں سمجھتا ہوں کہ یہ بہت امپورٹنٹ بات ہے کہ ہر مومنٹ کو آپ انجوائے کریں تو اس کے معنی کیا ہیں ہر وقت آپ ایکسیسو میں رہیں یہ کیا ہے اس کو پریکٹیکل پر سوچیے آپ کہ جو آدمی ہر مومنٹ کو انجوائے کرے گا تو کیا کرے گا وہ یا تو ایکسیسو رہے گا یا نشے میں رہے</w:t>
      </w:r>
    </w:p>
    <w:p>
      <w:r>
        <w:rPr>
          <w:b/>
        </w:rPr>
        <w:t xml:space="preserve">[1:16:41] </w:t>
      </w:r>
      <w:r>
        <w:t>ga yeh bhi hai ke aap sharab piyen aur enjoy kar rahay hain</w:t>
      </w:r>
    </w:p>
    <w:p>
      <w:pPr>
        <w:jc w:val="right"/>
      </w:pPr>
      <w:r>
        <w:t>گا یہ بھی ہے کہ آپ شراب پیئیں اور انجوائے کر رہے ہیں</w:t>
      </w:r>
    </w:p>
    <w:p>
      <w:r>
        <w:rPr>
          <w:b/>
        </w:rPr>
        <w:t xml:space="preserve">[1:16:46] </w:t>
      </w:r>
      <w:r>
        <w:t>ya aap meditation karen to dono halaton mein aap us waqt apnay mind se bahar chalay jatay hain</w:t>
      </w:r>
    </w:p>
    <w:p>
      <w:pPr>
        <w:jc w:val="right"/>
      </w:pPr>
      <w:r>
        <w:t>یا آپ میڈیٹیشن کریں تو دونوں حالتوں میں آپ اس وقت اپنے مائنڈ سے باہر چلے جاتے ہیں</w:t>
      </w:r>
    </w:p>
    <w:p>
      <w:r>
        <w:rPr>
          <w:b/>
        </w:rPr>
        <w:t xml:space="preserve">[1:16:56] </w:t>
      </w:r>
      <w:r>
        <w:t>anand hai magan hai aur enjoy kar rahay hain nashe mein hai excessive mein hai is sab mein</w:t>
      </w:r>
    </w:p>
    <w:p>
      <w:pPr>
        <w:jc w:val="right"/>
      </w:pPr>
      <w:r>
        <w:t>انند ہے مگن ہے اور انجوائے کر رہے ہیں نشے میں ہے ایکسیسو میں ہے اس سب میں</w:t>
      </w:r>
    </w:p>
    <w:p>
      <w:r>
        <w:rPr>
          <w:b/>
        </w:rPr>
        <w:t xml:space="preserve">[1:17:03] </w:t>
      </w:r>
      <w:r>
        <w:t>jo bhi aap word bolen sab mein aap ka mind involve nahi hota</w:t>
      </w:r>
    </w:p>
    <w:p>
      <w:pPr>
        <w:jc w:val="right"/>
      </w:pPr>
      <w:r>
        <w:t>جو بھی آپ ورڈ بولیں سب میں آپ کا مائنڈ انوالو نہیں ہوتا</w:t>
      </w:r>
    </w:p>
    <w:p>
      <w:r>
        <w:rPr>
          <w:b/>
        </w:rPr>
        <w:t xml:space="preserve">[1:17:11] </w:t>
      </w:r>
      <w:r>
        <w:t>mind ke mind mind ke maani yeh hain ke jo capacity thinking ki hai wo is mein wo hai aati hai yaani ruk jati hai thinking stop ho jati hai to aap batayein ke agar thinking stop ho jaye to aisi excess ki zaroorat hi kya hai yaani aap anesthesia de kar kisi ko us ko is mein yaani peace de dein to aisi peace ki zaroorat kya hai</w:t>
      </w:r>
    </w:p>
    <w:p>
      <w:pPr>
        <w:jc w:val="right"/>
      </w:pPr>
      <w:r>
        <w:t>مائنڈ کے مائنڈ مائنڈ کے معنی یہ ہیں کہ جو کیپیسٹی تھنکنگ کی ہے وہ اس میں وہ ہے اتی ہے یعنی رک جاتی ہے تھنکنگ سٹاپ ہو جاتی ہے تو آپ بتائیں کہ اگر تھنکنگ سٹاپ ہو جائے تو ایسی ایکسیسو کی ضرورت ہی کیا ہے یعنی آپ انستھیشیا دے کر کسی کو اس کو اس میں یعنی پیس دے دیں تو ایسی پیس کی ضرورت کیا ہے</w:t>
      </w:r>
    </w:p>
    <w:p>
      <w:r>
        <w:rPr>
          <w:b/>
        </w:rPr>
        <w:t xml:space="preserve">[1:17:40] </w:t>
      </w:r>
      <w:r>
        <w:t>yaani mujhe aap anesthesia ka injection de dein aur khoob mein peace mein ja ke let jaon to mujhe us ki zaroorat kya hai us ki peace wo chahiye jo jis ke saath mera intellect shamil ho meri thinking shamil ho jis ko main janoon us us ko to main janta bhi nahi is excess ko yaani yaani ek ek bekhabri ki excess hoti hai yeh</w:t>
      </w:r>
    </w:p>
    <w:p>
      <w:pPr>
        <w:jc w:val="right"/>
      </w:pPr>
      <w:r>
        <w:t>یعنی مجھے آپ انستھیشیا کا انجیکشن دے دیں اور خوب میں پیس میں جا کے لیٹ جاؤں تو مجھے اس کی ضرورت کیا ہے اس کی پیس وہ چاہیے جو جس کے ساتھ میرا انٹلیکٹ شامل ہو میری تھنکنگ شامل ہو جس کو میں جانوں اس اس کو تو میں جانتا بھی نہیں اس ایکسیسو کو یعنی یعنی ایک ایک بے خبری کی ایکسیسو ہوتی ہے یہ</w:t>
      </w:r>
    </w:p>
    <w:p>
      <w:r>
        <w:rPr>
          <w:b/>
        </w:rPr>
        <w:t xml:space="preserve">[1:18:05] </w:t>
      </w:r>
      <w:r>
        <w:t>to mein samajhta hoon ke sab se logon ko is pe yeh pata nahi hai ke sab se</w:t>
      </w:r>
    </w:p>
    <w:p>
      <w:pPr>
        <w:jc w:val="right"/>
      </w:pPr>
      <w:r>
        <w:t>تو میں سمجھتا ہوں کہ سب سے لوگوں کو اس پہ یہ پتہ نہیں ہے کہ سب سے</w:t>
      </w:r>
    </w:p>
    <w:p>
      <w:r>
        <w:rPr>
          <w:b/>
        </w:rPr>
        <w:t xml:space="preserve">[1:18:10] </w:t>
      </w:r>
      <w:r>
        <w:t>bara pressure jo hai woh intellectual development hai excessive hai hi nahi</w:t>
      </w:r>
    </w:p>
    <w:p>
      <w:pPr>
        <w:jc w:val="right"/>
      </w:pPr>
      <w:r>
        <w:t>بڑا پریشر جو ہے وہ انٹلیکچول ڈیولپمنٹ ہے ایکسیسو ہے ہی نہیں</w:t>
      </w:r>
    </w:p>
    <w:p>
      <w:r>
        <w:rPr>
          <w:b/>
        </w:rPr>
        <w:t xml:space="preserve">[1:18:16] </w:t>
      </w:r>
      <w:r>
        <w:t>sab se bara pressure is dunya mein excessive nahi hai woh sharab peena nahi hai</w:t>
      </w:r>
    </w:p>
    <w:p>
      <w:pPr>
        <w:jc w:val="right"/>
      </w:pPr>
      <w:r>
        <w:t>سب سے بڑا پریشر اس دنیا میں ایکسیسو نہیں ہے وہ شراب پینا نہیں ہے</w:t>
      </w:r>
    </w:p>
    <w:p>
      <w:r>
        <w:rPr>
          <w:b/>
        </w:rPr>
        <w:t xml:space="preserve">[1:18:22] </w:t>
      </w:r>
      <w:r>
        <w:t>sab se bara pressure ke aap sochen discover karen aap ko realization ho</w:t>
      </w:r>
    </w:p>
    <w:p>
      <w:pPr>
        <w:jc w:val="right"/>
      </w:pPr>
      <w:r>
        <w:t>سب سے بڑا پریشر کہ آپ سوچیں ڈسکور کریں آپ کو ریلائزیشن ہو</w:t>
      </w:r>
    </w:p>
    <w:p>
      <w:r>
        <w:rPr>
          <w:b/>
        </w:rPr>
        <w:t xml:space="preserve">[1:18:27] </w:t>
      </w:r>
      <w:r>
        <w:t>sachaiyon ka bari bari baton ka woh jo khushi hoti hai eureka eureka wali khushi aur aap ki</w:t>
      </w:r>
    </w:p>
    <w:p>
      <w:pPr>
        <w:jc w:val="right"/>
      </w:pPr>
      <w:r>
        <w:t>سچائیوں کا بڑی بڑی باتوں کا وہ جو خوشی ہوتی ہے یوریکا یوریکا والی خوشی اور آپ کی</w:t>
      </w:r>
    </w:p>
    <w:p>
      <w:r>
        <w:rPr>
          <w:b/>
        </w:rPr>
        <w:t xml:space="preserve">[1:18:33] </w:t>
      </w:r>
      <w:r>
        <w:t>creativity barhay aap ki creativity</w:t>
      </w:r>
    </w:p>
    <w:p>
      <w:pPr>
        <w:jc w:val="right"/>
      </w:pPr>
      <w:r>
        <w:t>کریٹیوٹی بڑھے آپ کی کریٹیوٹی</w:t>
      </w:r>
    </w:p>
    <w:p>
      <w:r>
        <w:rPr>
          <w:b/>
        </w:rPr>
        <w:t xml:space="preserve">[1:18:35] </w:t>
      </w:r>
      <w:r>
        <w:t>jab bhi aap ko is qism ka mile ga joy to aap ki creativity barhe gi to bas wo criterion yeh hai ke wo khushi sachi khushi hai jo aap ki creativity ko barhaye wo us khushi jhooti khushi hai jo aap ki creativity ko na barhaye</w:t>
      </w:r>
    </w:p>
    <w:p>
      <w:pPr>
        <w:jc w:val="right"/>
      </w:pPr>
      <w:r>
        <w:t>جب بھی آپ کو اس قسم کا ملے گا جوائے تو آپ کی کریٹیوٹی بڑھے گی تو بس وہ کرائٹیرین یہ ہے کہ وہ خوشی سچی خوشی ہے جو آپ کی کریٹیوٹی کو بڑھائے وہ اس خوشی جھوٹی خوشی ہے جو آپ کی کریٹیوٹی کو نہ بڑھائے</w:t>
      </w:r>
    </w:p>
    <w:p>
      <w:r>
        <w:rPr>
          <w:b/>
        </w:rPr>
        <w:t xml:space="preserve">[1:18:57] </w:t>
      </w:r>
      <w:r>
        <w:t>das question is from shahid hussain what is the secret of getting maximum happiness in in in the world</w:t>
      </w:r>
    </w:p>
    <w:p>
      <w:pPr>
        <w:jc w:val="right"/>
      </w:pPr>
      <w:r>
        <w:t>دس کوئسچن از فرام شاہد حسین واٹ از دا سیکرٹ اف گیٹنگ میکسیمم ہیپینس ان ان ان دی ورلڈ</w:t>
      </w:r>
    </w:p>
    <w:p>
      <w:r>
        <w:rPr>
          <w:b/>
        </w:rPr>
        <w:t xml:space="preserve">[1:19:06] </w:t>
      </w:r>
      <w:r>
        <w:t>could it be desire management haan desire management hai happiness to koi goal nahi hai mere nazdeek kyunke wo achievable nahi hai wo</w:t>
      </w:r>
    </w:p>
    <w:p>
      <w:pPr>
        <w:jc w:val="right"/>
      </w:pPr>
      <w:r>
        <w:t>کڈ اٹ بی ڈیزائر مینجمنٹ ہاں ڈیزائر مینجمنٹ ہے ہیپینس تو کوئی گول نہیں ہے میرے نزدیک کیونکہ وہ اچیویبل نہیں ہے وہ</w:t>
      </w:r>
    </w:p>
    <w:p>
      <w:r>
        <w:rPr>
          <w:b/>
        </w:rPr>
        <w:t xml:space="preserve">[1:19:21] </w:t>
      </w:r>
      <w:r>
        <w:t>wo achievable nahi hai goal hai wo hai intellectual development ke duniya mein happiness jo hai wo achievable hi nahi hai to wo goal kaise ho sakta hai</w:t>
      </w:r>
    </w:p>
    <w:p>
      <w:pPr>
        <w:jc w:val="right"/>
      </w:pPr>
      <w:r>
        <w:t>وہ اچیویبل نہیں ہے گول ہے وہ ہے انٹلیکچول ڈیولپمنٹ کہ دنیا میں ہیپینس جو ہے وہ اچیویبل ہی نہیں ہے تو وہ گول کیسے ہو سکتا ہے</w:t>
      </w:r>
    </w:p>
    <w:p>
      <w:r>
        <w:rPr>
          <w:b/>
        </w:rPr>
        <w:t xml:space="preserve">[1:19:33] </w:t>
      </w:r>
      <w:r>
        <w:t>jo cheez goal hai woh yeh hai ke aap ka intellectual development ka jo process hai bila roke</w:t>
      </w:r>
    </w:p>
    <w:p>
      <w:pPr>
        <w:jc w:val="right"/>
      </w:pPr>
      <w:r>
        <w:t>جو چیز گول ہے وہ یہ ہے کہ آپ کا انٹلیکچول ڈیولپمنٹ کا جو پراسیس ہے بلا رکے</w:t>
      </w:r>
    </w:p>
    <w:p>
      <w:r>
        <w:rPr>
          <w:b/>
        </w:rPr>
        <w:t xml:space="preserve">[1:19:39] </w:t>
      </w:r>
      <w:r>
        <w:t>non stop chalta rahay</w:t>
      </w:r>
    </w:p>
    <w:p>
      <w:pPr>
        <w:jc w:val="right"/>
      </w:pPr>
      <w:r>
        <w:t>نان اسٹاپ چلتا رہے</w:t>
      </w:r>
    </w:p>
    <w:p>
      <w:r>
        <w:rPr>
          <w:b/>
        </w:rPr>
        <w:t xml:space="preserve">[1:19:43] </w:t>
      </w:r>
      <w:r>
        <w:t>aur is ki koi limitation nahi hai jab tak aap hazar saal jeeyen tab bhi yeh chalta rahay</w:t>
      </w:r>
    </w:p>
    <w:p>
      <w:pPr>
        <w:jc w:val="right"/>
      </w:pPr>
      <w:r>
        <w:t>اور اس کی کوئی لیمیٹیشن نہیں ہے جب تک آپ ہزار سال جئیں تب بھی یہ چلتا رہے</w:t>
      </w:r>
    </w:p>
    <w:p>
      <w:r>
        <w:rPr>
          <w:b/>
        </w:rPr>
        <w:t xml:space="preserve">[1:19:48] </w:t>
      </w:r>
      <w:r>
        <w:t>ga yeh aur khatam nahi hoga</w:t>
      </w:r>
    </w:p>
    <w:p>
      <w:pPr>
        <w:jc w:val="right"/>
      </w:pPr>
      <w:r>
        <w:t>گا یہ اور ختم نہیں ہوگا</w:t>
      </w:r>
    </w:p>
    <w:p>
      <w:r>
        <w:rPr>
          <w:b/>
        </w:rPr>
        <w:t xml:space="preserve">[1:19:51] </w:t>
      </w:r>
      <w:r>
        <w:t>to mere nazdeek jo cheez achievable hai dunya mein sab se bari woh khushi nahi hai khushi to</w:t>
      </w:r>
    </w:p>
    <w:p>
      <w:pPr>
        <w:jc w:val="right"/>
      </w:pPr>
      <w:r>
        <w:t>تو میرے نزدیک جو چیز اچیویبل ہے دنیا میں سب سے بڑی وہ خوشی نہیں ہے خوشی تو</w:t>
      </w:r>
    </w:p>
    <w:p>
      <w:r>
        <w:rPr>
          <w:b/>
        </w:rPr>
        <w:t xml:space="preserve">[1:19:55] </w:t>
      </w:r>
      <w:r>
        <w:t>wahan akhirat ke liye hai paradise ke liye yahan par jo cheez hai jis ko aap achieve karna</w:t>
      </w:r>
    </w:p>
    <w:p>
      <w:pPr>
        <w:jc w:val="right"/>
      </w:pPr>
      <w:r>
        <w:t>وہاں اخرت کے لیے ہے پیراڈائز کے لیے یہاں پر جو چیز ہے جس کو آپ اچیو کرنا</w:t>
      </w:r>
    </w:p>
    <w:p>
      <w:r>
        <w:rPr>
          <w:b/>
        </w:rPr>
        <w:t xml:space="preserve">[1:20:00] </w:t>
      </w:r>
      <w:r>
        <w:t>chahen woh hai intellectual development</w:t>
      </w:r>
    </w:p>
    <w:p>
      <w:pPr>
        <w:jc w:val="right"/>
      </w:pPr>
      <w:r>
        <w:t>چاہیں وہ ہے انٹلیکچول ڈیولپمنٹ</w:t>
      </w:r>
    </w:p>
    <w:p>
      <w:r>
        <w:rPr>
          <w:b/>
        </w:rPr>
        <w:t xml:space="preserve">[1:20:04] </w:t>
      </w:r>
      <w:r>
        <w:t>jis se aap ki creativity barhti hai creativity ah there is one more question in happiness ah which is asked by faizal hussain ah he writes can you please explain what according to you is true happiness and how can we achieve it</w:t>
      </w:r>
    </w:p>
    <w:p>
      <w:pPr>
        <w:jc w:val="right"/>
      </w:pPr>
      <w:r>
        <w:t>جس سے آپ کی کریٹیوٹی بڑھتی ہے کریٹیوٹی اہ دیر از ون مور کوئسچن ان ہیپینس اہ وچ از اسکڈ بائے فیضل حسین اہ ہی رائٹس کین یو پلیز ایکسپلین واٹ اکارڈنگ ٹو یو از ٹرو ہیپینس اینڈ ہاؤ کین وی اچیو اٹ</w:t>
      </w:r>
    </w:p>
    <w:p>
      <w:r>
        <w:rPr>
          <w:b/>
        </w:rPr>
        <w:t xml:space="preserve">[1:20:25] </w:t>
      </w:r>
      <w:r>
        <w:t>bhai dekhein main happiness ko duniya mein aaj achievable samajhta nahi hoon</w:t>
      </w:r>
    </w:p>
    <w:p>
      <w:pPr>
        <w:jc w:val="right"/>
      </w:pPr>
      <w:r>
        <w:t>بھائی دیکھیں میں ہیپینس کو دنیا میں اج کی اچیویبل سمجھتا نہیں ہوں</w:t>
      </w:r>
    </w:p>
    <w:p>
      <w:r>
        <w:rPr>
          <w:b/>
        </w:rPr>
        <w:t xml:space="preserve">[1:20:33] </w:t>
      </w:r>
      <w:r>
        <w:t>woh false happiness hoti hogi jo agar kisi ko aap dekhen ke woh happiness kehta hai ke mujhe</w:t>
      </w:r>
    </w:p>
    <w:p>
      <w:pPr>
        <w:jc w:val="right"/>
      </w:pPr>
      <w:r>
        <w:t>وہ فالس ہیپینس ہوتی ہوگی جو اگر کسی کو آپ دیکھیں کہ وہ ہیپینس کہتا ہے کہ مجھے</w:t>
      </w:r>
    </w:p>
    <w:p>
      <w:r>
        <w:rPr>
          <w:b/>
        </w:rPr>
        <w:t xml:space="preserve">[1:20:39] </w:t>
      </w:r>
      <w:r>
        <w:t>happiness ملی ہوئی ہے تو وہ false happiness ہے ایسے جیسے کہ anesthesia سے ایک ادمی کو peace</w:t>
      </w:r>
    </w:p>
    <w:p>
      <w:pPr>
        <w:jc w:val="right"/>
      </w:pPr>
      <w:r>
        <w:t>ہیپینس ملی ہوئی ہے تو وہ فالس ہیپینس ہے ایسے جیسے کہ انستھیشیا سے ایک ادمی کو پیس</w:t>
      </w:r>
    </w:p>
    <w:p>
      <w:r>
        <w:rPr>
          <w:b/>
        </w:rPr>
        <w:t xml:space="preserve">[1:20:45] </w:t>
      </w:r>
      <w:r>
        <w:t>mil sakta hai lekin woh false peace hai woh woh sacchi peace nahi hai woh false peace hai</w:t>
      </w:r>
    </w:p>
    <w:p>
      <w:pPr>
        <w:jc w:val="right"/>
      </w:pPr>
      <w:r>
        <w:t>مل سکتا ہے لیکن وہ فالس پیس ہے وہ وہ سچی پیس نہیں ہے وہ فالس پیس ہے</w:t>
      </w:r>
    </w:p>
    <w:p>
      <w:r>
        <w:rPr>
          <w:b/>
        </w:rPr>
        <w:t xml:space="preserve">[1:20:51] </w:t>
      </w:r>
      <w:r>
        <w:t>to agar koi samajhta hai ke mein happiness mein hoon to woh false happiness mein hai woh kyunke</w:t>
      </w:r>
    </w:p>
    <w:p>
      <w:pPr>
        <w:jc w:val="right"/>
      </w:pPr>
      <w:r>
        <w:t>تو اگر کوئی سمجھتا ہے کہ میں ہیپینس میں ہوں تو وہ فالس ہیپینس میں ہے وہ کیونکہ</w:t>
      </w:r>
    </w:p>
    <w:p>
      <w:r>
        <w:rPr>
          <w:b/>
        </w:rPr>
        <w:t xml:space="preserve">[1:20:56] </w:t>
      </w:r>
      <w:r>
        <w:t>asli hipiness to wahi hai discovery realization intellectual development</w:t>
      </w:r>
    </w:p>
    <w:p>
      <w:pPr>
        <w:jc w:val="right"/>
      </w:pPr>
      <w:r>
        <w:t>اصلی ہیپینس تو وہی ہے ڈسکوری ریلائزیشن انٹلیکچول ڈیولپمنٹ</w:t>
      </w:r>
    </w:p>
    <w:p>
      <w:r>
        <w:rPr>
          <w:b/>
        </w:rPr>
        <w:t xml:space="preserve">[1:21:04] </w:t>
      </w:r>
      <w:r>
        <w:t>yeh isi ko aap chahe khushi se kahein yaani khushi kahein ya peace of mind kahein lekin jo cheez achievable hai duniya mein bari se bari cheez wo yahi hai das question is from saadia please elaborate stretch habit haan dekhein stretch kehte hain urdu mein shuturmurgh shuturmurgh</w:t>
      </w:r>
    </w:p>
    <w:p>
      <w:pPr>
        <w:jc w:val="right"/>
      </w:pPr>
      <w:r>
        <w:t>یہ اسی کو آپ چاہے خوشی سے کہیں یعنی خوشی کہیں یا پیس اف مائنڈ کہیں لیکن جو چیز اچیویبل ہے دنیا میں بڑی سے بڑی چیز وہ یہی ہے دس کوئسچن از فرام سعدیہ پلیز ایلیبریٹ اسٹریچ ہیبٹ ہاں دیکھیں اسٹریچ کہتے ہیں اردو میں شترمرغ شترمرغ</w:t>
      </w:r>
    </w:p>
    <w:p>
      <w:r>
        <w:rPr>
          <w:b/>
        </w:rPr>
        <w:t xml:space="preserve">[1:21:27] </w:t>
      </w:r>
      <w:r>
        <w:t>stretch kaha jata hai ke sab se bari bird hai agarche wo flightless hoti hai lekin phir bhi wo bird kaha jata hai wo kyunke is ke pankh hote hain aur wo kafi bhari hota hai wo main samajhta hoon ke shayad dedh sau pound is ka wazan hota hai ghaliban</w:t>
      </w:r>
    </w:p>
    <w:p>
      <w:pPr>
        <w:jc w:val="right"/>
      </w:pPr>
      <w:r>
        <w:t>اسٹریچ کہا جاتا ہے کہ سب سے بڑی برڈ ہے اگرچہ وہ پرائٹ لیس ہوتی ہے لیکن پھر بھی وہ برڈ کہا جاتا ہے وہ کیونکہ اس کے پنکھ ہوتے ہیں اور وہ کافی بھاری ہوتا ہے وہ میں سمجھتا ہوں کہ شاید ڈیڑھ سو پاؤنڈ اس کا وزن ہوتا ہے غالبا</w:t>
      </w:r>
    </w:p>
    <w:p>
      <w:r>
        <w:rPr>
          <w:b/>
        </w:rPr>
        <w:t xml:space="preserve">[1:21:51] </w:t>
      </w:r>
      <w:r>
        <w:t>to</w:t>
      </w:r>
    </w:p>
    <w:p>
      <w:pPr>
        <w:jc w:val="right"/>
      </w:pPr>
      <w:r>
        <w:t>تو</w:t>
      </w:r>
    </w:p>
    <w:p>
      <w:r>
        <w:rPr>
          <w:b/>
        </w:rPr>
        <w:t xml:space="preserve">[1:21:54] </w:t>
      </w:r>
      <w:r>
        <w:t>kaha jata hai ke yani ho sakta hai ke ye legend ho ya ho sakta hai ke ye waqea ho lekin ye baat kahi jati hai behrahal is ko kehte hain stretch habit kaha jata hai ke jab storm aata hai desert mein to desert mein jab storm aa raha hai to wo apna helpless samajhne lagta hai helpless to wo kya karta hai kyunke urr urr to sakta nahi wo bohat zyada bhag bhi nahi sakta</w:t>
      </w:r>
    </w:p>
    <w:p>
      <w:pPr>
        <w:jc w:val="right"/>
      </w:pPr>
      <w:r>
        <w:t>کہا جاتا ہے کہ یعنی ہو سکتا ہے کہ یہ لیجنڈ ہو یا ہو سکتا ہے کہ یہ واقعہ ہو لیکن یہ بات کہی جاتی ہے بہرحال اس کو کہتے ہیں اسٹریچ ہیبٹ کہا جاتا ہے کہ جب سٹارم اتا ہے ڈیزرٹ میں تو ڈیزرٹ میں جب سٹارم ا رہا ہے تو وہ اپنا ہیلپ لیس سمجھنے لگتا ہے ہیلپ لیس تو وہ کیا کرتا ہے کیونکہ اڑ اڑ تو سکتا نہیں وہ بہت زیادہ بھاگ بھی نہیں سکتا</w:t>
      </w:r>
    </w:p>
    <w:p>
      <w:r>
        <w:rPr>
          <w:b/>
        </w:rPr>
        <w:t xml:space="preserve">[1:22:18] </w:t>
      </w:r>
      <w:r>
        <w:t>to wo apna gardan jo hai us mein dal deta hai us mein sign mein matlab mein is storm ko na dekhun yani storm aayega us ko khatam bhi kar dega sab kuch hoga lekin for the moment wo apni us pe gardan mein ret mein daal kar ke ye samajh leta hai ke storm mujh se chala gaya</w:t>
      </w:r>
    </w:p>
    <w:p>
      <w:pPr>
        <w:jc w:val="right"/>
      </w:pPr>
      <w:r>
        <w:t>تو وہ اپنا گردن جو ہے اس میں ڈال دیتا ہے اس میں سائن میں مطلب میں اس سٹارم کو نہ دیکھوں یعنی سٹارم ائے گا اس کو ختم بھی کر دے گا سب کچھ ہوگا لیکن فار دا مومنٹ وہ اپنی اس پہ گردن میں ریت میں ڈال کر کے یہ سمجھ لیتا ہے کہ سٹارم مجھ سے چلا گیا</w:t>
      </w:r>
    </w:p>
    <w:p>
      <w:r>
        <w:rPr>
          <w:b/>
        </w:rPr>
        <w:t xml:space="preserve">[1:22:43] </w:t>
      </w:r>
      <w:r>
        <w:t>to ye hai stretch habit to log yahi karte hain ye ye bhi mein samajhta hoon wahi hai ye jo ye jo hai yani ye jo inhon ne kaha ke enjoy every moment ye bhi stretch habit hai wahi hai ye aap escape karte hain zindagi ke problem se aap ko taqat nahi hai is se ladne ki aap ko jo stress aaya hai jo tension aaya hai us ko aap manage nahi kar sakte to kya karte hain aap</w:t>
      </w:r>
    </w:p>
    <w:p>
      <w:pPr>
        <w:jc w:val="right"/>
      </w:pPr>
      <w:r>
        <w:t>تو یہ ہے اسٹریچ ہیبٹ تو لوگ یہی کرتے ہیں یہ یہ بھی میں سمجھتا ہوں وہی ہے یہ جو یہ جو ہے یعنی یہ جو انہوں نے کہا کہ انجوائے ایوری مومنٹ یہ بھی اسٹریچ ہیبٹ ہے وہی ہے یہ اپ اسکیپ کرتے ہیں زندگی کے پرابلم سے اپ کو طاقت نہیں ہے اس سے لڑنے کی اپ کو جو اسٹریس ایا ہے جو ٹینشن ایا ہے اس کو اپ مینج نہیں کر سکتے تو کیا کرتے ہیں اپ</w:t>
      </w:r>
    </w:p>
    <w:p>
      <w:r>
        <w:rPr>
          <w:b/>
        </w:rPr>
        <w:t xml:space="preserve">[1:23:13] </w:t>
      </w:r>
      <w:r>
        <w:t>excessive mein chale jaate hain</w:t>
      </w:r>
    </w:p>
    <w:p>
      <w:pPr>
        <w:jc w:val="right"/>
      </w:pPr>
      <w:r>
        <w:t>ایکسیسو میں چلے جاتے ہیں</w:t>
      </w:r>
    </w:p>
    <w:p>
      <w:r>
        <w:rPr>
          <w:b/>
        </w:rPr>
        <w:t xml:space="preserve">[1:23:16] </w:t>
      </w:r>
      <w:r>
        <w:t>aur sharab pi kar ke ya meditation ka meditation kar ke ya ho ha kar ke ha ha culture</w:t>
      </w:r>
    </w:p>
    <w:p>
      <w:pPr>
        <w:jc w:val="right"/>
      </w:pPr>
      <w:r>
        <w:t>اور شراب پی کر کے یا میڈیشن کا میڈیشن کر کے یا ہوہا کر کے ہا ہا کلچر</w:t>
      </w:r>
    </w:p>
    <w:p>
      <w:r>
        <w:rPr>
          <w:b/>
        </w:rPr>
        <w:t xml:space="preserve">[1:23:20] </w:t>
      </w:r>
      <w:r>
        <w:t>chala kar ke ab yeh off stretch habit hai yeh</w:t>
      </w:r>
    </w:p>
    <w:p>
      <w:pPr>
        <w:jc w:val="right"/>
      </w:pPr>
      <w:r>
        <w:t>چلا کر کے اب یہ اف سٹریچ ہیبٹ ہے یہ</w:t>
      </w:r>
    </w:p>
    <w:p>
      <w:r>
        <w:rPr>
          <w:b/>
        </w:rPr>
        <w:t xml:space="preserve">[1:23:25] </w:t>
      </w:r>
      <w:r>
        <w:t>ke problem apni jagah waise ki waise hi rehta hai ke aap thori der ke liye apne aap</w:t>
      </w:r>
    </w:p>
    <w:p>
      <w:pPr>
        <w:jc w:val="right"/>
      </w:pPr>
      <w:r>
        <w:t>کہ پرابلم اپنی جگہ ویسے کی ویسے ہی رہتا ہے کہ اپ تھوڑی دیر کے لیے اپنے اپ</w:t>
      </w:r>
    </w:p>
    <w:p>
      <w:r>
        <w:rPr>
          <w:b/>
        </w:rPr>
        <w:t xml:space="preserve">[1:23:29] </w:t>
      </w:r>
      <w:r>
        <w:t>ko escapism ka is ko mein keh sakta hoon ke escapism hai yeh escape kar ke apne aap</w:t>
      </w:r>
    </w:p>
    <w:p>
      <w:pPr>
        <w:jc w:val="right"/>
      </w:pPr>
      <w:r>
        <w:t>کو اسکیپزم کا اس کو میں کہہ سکتا ہوں کہ اسکیپزم ہے یہ اسکیپ کر کے اپنے اپ</w:t>
      </w:r>
    </w:p>
    <w:p>
      <w:r>
        <w:rPr>
          <w:b/>
        </w:rPr>
        <w:t xml:space="preserve">[1:23:34] </w:t>
      </w:r>
      <w:r>
        <w:t>ko ek aisi jagah le aate hain jahan aap thori der ke liye apne ko</w:t>
      </w:r>
    </w:p>
    <w:p>
      <w:pPr>
        <w:jc w:val="right"/>
      </w:pPr>
      <w:r>
        <w:t>کو ایک ایسی جگہ لے اتے ہیں جہاں اپ تھوڑی دیر کے لیے اپنے کو</w:t>
      </w:r>
    </w:p>
    <w:p>
      <w:r>
        <w:rPr>
          <w:b/>
        </w:rPr>
        <w:t xml:space="preserve">[1:23:39] </w:t>
      </w:r>
      <w:r>
        <w:t>in awareness mein daal dein yeh in awareness hai yeh</w:t>
      </w:r>
    </w:p>
    <w:p>
      <w:pPr>
        <w:jc w:val="right"/>
      </w:pPr>
      <w:r>
        <w:t>ان اویرنس میں ڈال دیں یہ ان اویرنس ہے یہ</w:t>
      </w:r>
    </w:p>
    <w:p>
      <w:r>
        <w:rPr>
          <w:b/>
        </w:rPr>
        <w:t xml:space="preserve">[1:23:44] </w:t>
      </w:r>
      <w:r>
        <w:t>to mein samajhta hoon ke ye ye insan ke liye stretch habit hai ye isi type ka ye mamla hai jaisa ke shatrmurgh karta hai stretch aur ye koi yani healthy habit nahi yani stretch ke tarike se apne aap ko in aware in awareness mein daal lena ye mein nahi samajhta ke koi healthy habit hai ye Maulana I have to share one point</w:t>
      </w:r>
    </w:p>
    <w:p>
      <w:pPr>
        <w:jc w:val="right"/>
      </w:pPr>
      <w:r>
        <w:t>تو میں سمجھتا ہوں کہ یہ یہ انسان کے لیے اسٹریچ ہیبٹ ہے یہ اسی ٹائپ کا یہ معاملہ ہے جیسا کہ شترمرغ کرتا ہے اسٹریچ اور یہ کوئی یعنی ہیلدی ہیبٹ نہیں یعنی اسٹریچ کے طریقے سے اپنے اپ کو ان اویر ان اویرنس میں ڈال لینا یہ میں نہیں سمجھتا کہ کوئی ہیلدی ہیبٹ ہے یہ مولانا ائی ہیو ٹو شیئر ون پوائنٹ</w:t>
      </w:r>
    </w:p>
    <w:p>
      <w:r>
        <w:rPr>
          <w:b/>
        </w:rPr>
        <w:t xml:space="preserve">[1:24:14] </w:t>
      </w:r>
      <w:r>
        <w:t>Razi was saying that people do meditation because they get some relaxation or time to think positive basically Maulana ah people take wrong choice in their work or in their job and they take burden of you know their work beyond their capacity which leads to stress</w:t>
      </w:r>
    </w:p>
    <w:p>
      <w:pPr>
        <w:jc w:val="right"/>
      </w:pPr>
      <w:r>
        <w:t>رازی واز سینگ دیٹ پیپل ڈو میڈیٹیشن بیکاز دے گیٹ سم ریلیکسیشن اور ٹائم ٹو تھنک پوزیٹیو بیسکلی مولانا اہ پیپل ٹیک رونگ چوائس ان دیر ورک اور ان دیر جاب اور دے ٹیک برڈن اف یو نو دیر ورک بیونڈ دیر کپیسٹی وچ لیڈز ٹو سٹریس</w:t>
      </w:r>
    </w:p>
    <w:p>
      <w:r>
        <w:rPr>
          <w:b/>
        </w:rPr>
        <w:t xml:space="preserve">[1:24:39] </w:t>
      </w:r>
      <w:r>
        <w:t>now if your mind is to become bombarded with too much of stress you you would need meditation for that it helps but the question is that if you can rationally think of you can positively think you would not take a wrong choice so meditation is the phenomena for those people who basically take the wrong choice in their work and become a victim of the stress unnecessary theek keh rahe hain aap theek hai jazakumullah</w:t>
      </w:r>
    </w:p>
    <w:p>
      <w:pPr>
        <w:jc w:val="right"/>
      </w:pPr>
      <w:r>
        <w:t>ناو اف یور مائنڈ از ٹو بمبارڈڈ ود ٹو مچ اف سٹریس یو یو وڈ نیڈ میڈیٹیشن فار دیٹ اٹ ہیلپس بٹ دی کوئسچن از دیٹ اف یو کین ریشنلی تھنک اف یو کین پوزیٹیولی تھنک یو وڈ ناٹ ٹیک ا رونگ چوائس سو میڈیٹیشن از دی فیناومینا فار دوز پیپل ہو بیسکلی ٹیک دی رونگ چوائس ان دیر ورک اینڈ بیکم ا وکٹم اف دی سٹریس ان نیسیسری ٹھیک کہہ رہے ہیں اپ ٹھیک ہے جزاکم اللہ</w:t>
      </w:r>
    </w:p>
    <w:p>
      <w:r>
        <w:rPr>
          <w:b/>
        </w:rPr>
        <w:t xml:space="preserve">[1:25:08] </w:t>
      </w:r>
      <w:r>
        <w:t>jazakumullah just thinking that un se avail every moment and develop your self intellectually so that you may find eternal happiness in the next world</w:t>
      </w:r>
    </w:p>
    <w:p>
      <w:pPr>
        <w:jc w:val="right"/>
      </w:pPr>
      <w:r>
        <w:t>جزاکم اللہ جسٹ تھنکنگ دیٹ ان سے اویل ایوری مومنٹ اینڈ ڈیولپ یور سیلف انٹلیکچولی سو دیٹ یو می فائنڈ ایٹرنل ہیپینس ان دا نیکسٹ ورلڈ</w:t>
      </w:r>
    </w:p>
    <w:p>
      <w:r>
        <w:rPr>
          <w:b/>
        </w:rPr>
        <w:t xml:space="preserve">[1:25:25] </w:t>
      </w:r>
      <w:r>
        <w:t>avail every moment and develop your self intellectually is it right</w:t>
      </w:r>
    </w:p>
    <w:p>
      <w:pPr>
        <w:jc w:val="right"/>
      </w:pPr>
      <w:r>
        <w:t>اویل ایوری مومنٹ اینڈ ڈیولپ یور سیلف انٹلیکچولی از اٹ رائٹ</w:t>
      </w:r>
    </w:p>
    <w:p>
      <w:r>
        <w:rPr>
          <w:b/>
        </w:rPr>
        <w:t xml:space="preserve">[1:25:33] </w:t>
      </w:r>
      <w:r>
        <w:t>ye baat sahi hai ye dunya sach poochien to opportunity ki dunya hai ye</w:t>
      </w:r>
    </w:p>
    <w:p>
      <w:pPr>
        <w:jc w:val="right"/>
      </w:pPr>
      <w:r>
        <w:t>یہ بات صحیح ہے یہ دنیا سچ پوچھیں تو اپرچونیٹی کی دنیا ہے یہ</w:t>
      </w:r>
    </w:p>
    <w:p>
      <w:r>
        <w:rPr>
          <w:b/>
        </w:rPr>
        <w:t xml:space="preserve">[1:25:41] </w:t>
      </w:r>
      <w:r>
        <w:t>yahan gain karein is ki dunya hai hi nahi sab kuch jo hai wo opportunity hai to kuch log opportunity ko material sense mein le lete hain aur material gain ki taraf daud jate hain wo is ka sahi istemal nahi hai</w:t>
      </w:r>
    </w:p>
    <w:p>
      <w:pPr>
        <w:jc w:val="right"/>
      </w:pPr>
      <w:r>
        <w:t>یہاں گین کریں اس کی دنیا ہے ہی نہیں سب کچھ جو ہے وہ اپرچونیٹی ہے تو کچھ لوگ اپرچونیٹی کو مٹیریل سینس میں لے لیتے ہیں اور مٹیریل گین کی طرف دوڑ جاتے ہیں وہ اس کا صحیح استعمال نہیں ہے</w:t>
      </w:r>
    </w:p>
    <w:p>
      <w:r>
        <w:rPr>
          <w:b/>
        </w:rPr>
        <w:t xml:space="preserve">[1:25:59] </w:t>
      </w:r>
      <w:r>
        <w:t>mein samajhta hoon ke koi bhi cheez ho wo ek opportunity hai is ke liye ke hum apni personality ko develop karein aur wo personality banayein jo paradise ke liye yani deserve kare ke wahan is ko settle kiya jaye to mein is ko manta hoon ke sab kuch opport</w:t>
      </w:r>
    </w:p>
    <w:p>
      <w:pPr>
        <w:jc w:val="right"/>
      </w:pPr>
      <w:r>
        <w:t>میں سمجھتا ہوں کہ کوئی بھی چیز ہو وہ ایک اپرچونیٹی ہے اس کے لیے کہ ہم اپنی پرسنیلٹی کو ڈیولپ کریں اور وہ پرسنیلٹی بنائیں جو پیراڈائز کے لیے یعنی ڈیزرو کرے کہ وہاں اس کو سیٹل کیا جائے تو میں اس کو مانتا ہوں کہ سب کچھ اپرچ</w:t>
      </w:r>
    </w:p>
    <w:p>
      <w:r>
        <w:rPr>
          <w:b/>
        </w:rPr>
        <w:t xml:space="preserve">[1:26:20] </w:t>
      </w:r>
      <w:r>
        <w:t>unity hai yahan khush yani aram ho takleef ho paisa ho na paisa ho poverty ho ya aadmi ke paas daulat ho kuch bhi ho jo bhi ho barhapa ho jawani ho kuch bhi har cheez aap safar mein hain kahin ja rahe hain hawai jahaz mein hain paidal chal rahe hain har cheez aap ko ek opportunity deti hai opportunity ke aap is se lesson draw karein</w:t>
      </w:r>
    </w:p>
    <w:p>
      <w:pPr>
        <w:jc w:val="right"/>
      </w:pPr>
      <w:r>
        <w:t>ونیٹی ہے یہاں خوش یعنی ارام ہو تکلیف ہو پیسہ ہو نہ پیسہ ہو پاورٹی ہو یا ادمی کے پاس دولت ہو کچھ بھی ہو جو بھی ہو بڑھا پا ہو جوانی ہو کچھ بھی ہر چیز اپ سفر میں ہیں کہیں جا رہے ہیں ہوائی جہاز میں ہیں پیدل چل رہے ہیں ہر چیز اپ کو ایک اپرچونیٹی دیتی ہے اپرچونیٹی کہ اپ اس سے لیسن ڈرا کریں</w:t>
      </w:r>
    </w:p>
    <w:p>
      <w:r>
        <w:rPr>
          <w:b/>
        </w:rPr>
        <w:t xml:space="preserve">[1:26:46] </w:t>
      </w:r>
      <w:r>
        <w:t>lesson draw kar ke yani tosum jis ko hum kehta hoon tosum le kar ke apni personality ko develop karte rahein aur ye baat mein ne is se pehle kahi hai ke paradise ba billah hi sab se bari baat nahi hai aap ki idhar wo capacity hona ke aap enjoy kar sakein ye sab se bari baat hai</w:t>
      </w:r>
    </w:p>
    <w:p>
      <w:pPr>
        <w:jc w:val="right"/>
      </w:pPr>
      <w:r>
        <w:t>لیسن ڈرا کر کے یعنی توسم جس کو ہم کہتا ہوں توسم کر کے لیسن لے کر کے اپنی پرسنیلٹی کو ڈیولپ کرتے رہیں اور یہ بات میں نے اس سے پہلے کہی ہے کہ پاراج کی باللہ ہی سب سے بڑی بات نہیں ہے اپ کی ادھر وہ کیپیسٹی ہونا کہ اپ انجوائے کر سکیں یہ سب سے بڑی بات ہے</w:t>
      </w:r>
    </w:p>
    <w:p>
      <w:r>
        <w:rPr>
          <w:b/>
        </w:rPr>
        <w:t xml:space="preserve">[1:27:09] </w:t>
      </w:r>
      <w:r>
        <w:t>kyunke mein ne ek misaal di thi ke ek bohat bohat hi acha ek park hai bohat hi acha garden hai wahan jata hai ek ek battery ka professor aur ek chota sa bacha us ke sath hai</w:t>
      </w:r>
    </w:p>
    <w:p>
      <w:pPr>
        <w:jc w:val="right"/>
      </w:pPr>
      <w:r>
        <w:t>کیونکہ میں نے ایک مثال دی تھی کہ ایک بہت بہت ہی اچھا ایک پارک ہے بہت ہی اچھا گارڈن ہے وہاں جاتا ہے ایک ایک باٹری کا پروفیسر اور ایک چھوٹا سا بچہ اس کے ساتھ ہے</w:t>
      </w:r>
    </w:p>
    <w:p>
      <w:r>
        <w:rPr>
          <w:b/>
        </w:rPr>
        <w:t xml:space="preserve">[1:27:25] </w:t>
      </w:r>
      <w:r>
        <w:t>aap jaen wahan bachcha khoob uchhle koode ga bohat khush hoga dekh dekh kar ke lekin battery ka</w:t>
      </w:r>
    </w:p>
    <w:p>
      <w:pPr>
        <w:jc w:val="right"/>
      </w:pPr>
      <w:r>
        <w:t>اپ جائیں وہاں بچہ خوب اچھلے کودے گا بہت خوش ہوگا دیکھ دیکھ کر کے لیکن باٹری کا</w:t>
      </w:r>
    </w:p>
    <w:p>
      <w:r>
        <w:rPr>
          <w:b/>
        </w:rPr>
        <w:t xml:space="preserve">[1:27:30] </w:t>
      </w:r>
      <w:r>
        <w:t>professor jab dekhe ga wahan kya garden ko to woh jo is mein se baatein paaye ga is</w:t>
      </w:r>
    </w:p>
    <w:p>
      <w:pPr>
        <w:jc w:val="right"/>
      </w:pPr>
      <w:r>
        <w:t>پروفیسر جب دیکھے گا وہاں کیا گارڈن کو تو وہ جو اس میں سے باتیں پائے گا اس</w:t>
      </w:r>
    </w:p>
    <w:p>
      <w:r>
        <w:rPr>
          <w:b/>
        </w:rPr>
        <w:t xml:space="preserve">[1:27:37] </w:t>
      </w:r>
      <w:r>
        <w:t>ka mind jis tarah se realize kare ga zahir hai ke bachcha nahi kar raha hoga to aap</w:t>
      </w:r>
    </w:p>
    <w:p>
      <w:pPr>
        <w:jc w:val="right"/>
      </w:pPr>
      <w:r>
        <w:t>کا مائنڈ جس طرح سے ریلائز کرے گا ظاہر ہے کہ بچہ نہیں کر رہا ہوگا تو اپ</w:t>
      </w:r>
    </w:p>
    <w:p>
      <w:r>
        <w:rPr>
          <w:b/>
        </w:rPr>
        <w:t xml:space="preserve">[1:27:43] </w:t>
      </w:r>
      <w:r>
        <w:t>agar paradise aap ko mil bhi jaye to is tarah mile ke jaise bachche ko</w:t>
      </w:r>
    </w:p>
    <w:p>
      <w:pPr>
        <w:jc w:val="right"/>
      </w:pPr>
      <w:r>
        <w:t>اگر پیراڈائز اپ کو مل بھی جائے تو اس طرح ملے کہ جیسے بچے کو</w:t>
      </w:r>
    </w:p>
    <w:p>
      <w:r>
        <w:rPr>
          <w:b/>
        </w:rPr>
        <w:t xml:space="preserve">[1:27:50] </w:t>
      </w:r>
      <w:r>
        <w:t>rajpati bhawan ke mughal garden mein daal diya jaye to kya faida is se</w:t>
      </w:r>
    </w:p>
    <w:p>
      <w:pPr>
        <w:jc w:val="right"/>
      </w:pPr>
      <w:r>
        <w:t>راجپتی بھون کے مغل گارڈن میں ڈال دیا جائے تو کیا فائدہ اس سے</w:t>
      </w:r>
    </w:p>
    <w:p>
      <w:r>
        <w:rPr>
          <w:b/>
        </w:rPr>
        <w:t xml:space="preserve">[1:27:59] </w:t>
      </w:r>
      <w:r>
        <w:t>asal cheez to ye hai ke aap ne koi itna develop karein ke paradise pe ja jayein to wahan pe sach much aap aap enjoy kar sakein is se sach much enjoy kar sakein aur ye</w:t>
      </w:r>
    </w:p>
    <w:p>
      <w:pPr>
        <w:jc w:val="right"/>
      </w:pPr>
      <w:r>
        <w:t>اصل چیز تو یہ ہے کہ اپ نے کوئی اتنا ڈیولپ کریں کہ پیراڈائز پہ جا جائیں تو وہاں پہ سچ مچ اپ اپ انجوائے کر سکیں اس سے سچ مچ انجوائے کر سکیں اور یہ</w:t>
      </w:r>
    </w:p>
    <w:p>
      <w:r>
        <w:rPr>
          <w:b/>
        </w:rPr>
        <w:t xml:space="preserve">[1:28:10] </w:t>
      </w:r>
      <w:r>
        <w:t>kya hai rajpati bhawan jis ko pehle kaha jata tha woh viceregal lodge aap jante hain ke first</w:t>
      </w:r>
    </w:p>
    <w:p>
      <w:pPr>
        <w:jc w:val="right"/>
      </w:pPr>
      <w:r>
        <w:t>کیا ہے راجپتی بھون جس کو پہلے کہا جاتا تھا وہ وائسرگل لاج اپ جانتے ہیں کہ فرسٹ</w:t>
      </w:r>
    </w:p>
    <w:p>
      <w:r>
        <w:rPr>
          <w:b/>
        </w:rPr>
        <w:t xml:space="preserve">[1:28:18] </w:t>
      </w:r>
      <w:r>
        <w:t>world war ke zamane mein yeh bana tha to is ko kaha jata tha viceregal lodge to jab</w:t>
      </w:r>
    </w:p>
    <w:p>
      <w:pPr>
        <w:jc w:val="right"/>
      </w:pPr>
      <w:r>
        <w:t>ورلڈ وار کے زمانے میں یہ بنا تھا تو اس کو کہا جاتا تھا وائسرگل لاج تو جب</w:t>
      </w:r>
    </w:p>
    <w:p>
      <w:r>
        <w:rPr>
          <w:b/>
        </w:rPr>
        <w:t xml:space="preserve">[1:28:25] </w:t>
      </w:r>
      <w:r>
        <w:t>burger tayyar hua yeh poora jo duniya hai woh</w:t>
      </w:r>
    </w:p>
    <w:p>
      <w:pPr>
        <w:jc w:val="right"/>
      </w:pPr>
      <w:r>
        <w:t>برگر تیار ہوا یہ پورا جو دنیا ہے وہ</w:t>
      </w:r>
    </w:p>
    <w:p>
      <w:r>
        <w:rPr>
          <w:b/>
        </w:rPr>
        <w:t xml:space="preserve">[1:28:29] </w:t>
      </w:r>
      <w:r>
        <w:t>british period mein to France ka ek leader aaya tha bohat hi intelligent aadmi tha woh to is</w:t>
      </w:r>
    </w:p>
    <w:p>
      <w:pPr>
        <w:jc w:val="right"/>
      </w:pPr>
      <w:r>
        <w:t>برٹش پیریڈ میں تو فرانس کا ایک لیڈر ایا تھا بہت ہی انٹیلیجنٹ ادمی تھا وہ تو اس</w:t>
      </w:r>
    </w:p>
    <w:p>
      <w:r>
        <w:rPr>
          <w:b/>
        </w:rPr>
        <w:t xml:space="preserve">[1:28:34] </w:t>
      </w:r>
      <w:r>
        <w:t>ko dekh kar is ne kaha tha what a magnificent what a magnificent world they build to live</w:t>
      </w:r>
    </w:p>
    <w:p>
      <w:pPr>
        <w:jc w:val="right"/>
      </w:pPr>
      <w:r>
        <w:t>کو دیکھ کر اس نے کہا تھا واٹ ا میگنیفیسنٹ واٹ ا میگنیفیسنٹ ورلڈ دے بل ٹو لیو</w:t>
      </w:r>
    </w:p>
    <w:p>
      <w:r>
        <w:rPr>
          <w:b/>
        </w:rPr>
        <w:t xml:space="preserve">[1:28:42] </w:t>
      </w:r>
      <w:r>
        <w:t>kitni shandar dunya unhon ne banai hai sirf is liye ke wo chhod ke chale jayein mein samajhta hoon ke ye har insan ke liye hai har aadmi apni ek ek dunya banata hai bohat hi shandar aur phir us ko chhod ke chala jata hai wo to us ne kaha tha ke what a magnificent world they built to live</w:t>
      </w:r>
    </w:p>
    <w:p>
      <w:pPr>
        <w:jc w:val="right"/>
      </w:pPr>
      <w:r>
        <w:t>کتنی شاندار دنیا انہوں نے بنائی ہے صرف اس لیے کہ وہ چھوڑ کے چلے جائیں میں سمجھتا ہوں کہ یہ ہر انسان کے لیے ہے ہر ادمی اپنی ایک ایک دنیا بناتا ہے بہت ہی شاندار اور پھر اس کو چھوڑ کے چلا جاتا ہے وہ تو اس نے کہا تھا کہ واٹ ا میگنیفیسنٹ ورلڈ دے بل ٹو لیو</w:t>
      </w:r>
    </w:p>
    <w:p>
      <w:r>
        <w:rPr>
          <w:b/>
        </w:rPr>
        <w:t xml:space="preserve">[1:29:03] </w:t>
      </w:r>
      <w:r>
        <w:t>ab dekhein hamare sadar sahab jo hai wo gir gaye wo wo jo us mein rehte hain to kya hai haqeeqat mein dunya ki taraqqiyon ki kuch bhi nahi hai asal cheez wahi hai intellectual development taake aap ko jab wo dunya mile paradise wali to us ko aap sach much enjoy kar sakein aur sach much aap happiness ko yani mehsoos kar sakein abhi to happiness ko aap kya mehsoos karein</w:t>
      </w:r>
    </w:p>
    <w:p>
      <w:pPr>
        <w:jc w:val="right"/>
      </w:pPr>
      <w:r>
        <w:t>اب دیکھیں ہمارے صدر صاحب جو ہے وہ گر گئے وہ وہ جو اس میں رہتے ہیں تو کیا ہے حقیقت میں دنیا کی ترقیوں کی کچھ بھی نہیں ہے اصل چیز وہی ہے انٹلیکچول ڈیولپمنٹ تاکہ اپ کو جب وہ دنیا ملے پیراڈائز والی تو اس کو اپ سچ مچ انجوائے کر سکیں اور سچ مچ اپ ہیپینس کو یعنی محسوس کر سکیں ابھی تو ہیپینس کو اپ کیا محسوس کریں</w:t>
      </w:r>
    </w:p>
    <w:p>
      <w:r>
        <w:rPr>
          <w:b/>
        </w:rPr>
        <w:t xml:space="preserve">[1:29:29] </w:t>
      </w:r>
      <w:r>
        <w:t>ge ye apni aap ki disadvantage aap ke sath judi hui hain ke happiness kya hai aksar log jo hanste hain yaqeen kijiye ke wo hanste hain upar upar andar kuch bhi nahi hota</w:t>
      </w:r>
    </w:p>
    <w:p>
      <w:pPr>
        <w:jc w:val="right"/>
      </w:pPr>
      <w:r>
        <w:t>گے یہ اپنی اپ کی ڈس ایڈوانٹیج اپ کے ساتھ جڑی ہوئی ہیں کہ ہیپینس کیا ہے اکثر لوگ جو ہنستے ہیں یقین کیجئے کہ وہ ہنستے ہیں اوپر اوپر اندر کچھ بھی نہیں ہوتا</w:t>
      </w:r>
    </w:p>
    <w:p>
      <w:r>
        <w:rPr>
          <w:b/>
        </w:rPr>
        <w:t xml:space="preserve">[1:29:43] </w:t>
      </w:r>
      <w:r>
        <w:t>Maulana ek aur Maulana us ko ab ek aur bhi point mein pehle bata dete hain this article enjoy every moment it is very unnatural Maulana because human beings are some total of emotions and sensitivity every second things are happening</w:t>
      </w:r>
    </w:p>
    <w:p>
      <w:pPr>
        <w:jc w:val="right"/>
      </w:pPr>
      <w:r>
        <w:t>مولانا ایک اور مولانا اس کو اب ایک اور بھی پوائنٹ میں پہلے بتا دیتے ہیں دس ارٹیکل انجوائے ایوری مومنٹ اٹ از ویری ان نیچرل مولانا بیکاز ہیومن بینگز ار سم ٹوٹل اف ایموشنز اینڈ سینسٹیوٹی ایوری سیکنڈ تھنگز ار ہیپننگ</w:t>
      </w:r>
    </w:p>
    <w:p>
      <w:r>
        <w:rPr>
          <w:b/>
        </w:rPr>
        <w:t xml:space="preserve">[1:29:58] </w:t>
      </w:r>
      <w:r>
        <w:t>in your life and dramatically opposite to your own personality every second ya to aap bhed bakri ban jaiye koi farq nahi padta aage kya ho raha hai to ye hamara article hi jis hai na enjoy your every moment its very unnatural its impossible to live in this world because you only said about a year or two years ago that when God made you through the mold away so koi bhi aisa insan nahi milta jo aap ke ek dam hi aap ke hisab se aur aap ke sath chale</w:t>
      </w:r>
    </w:p>
    <w:p>
      <w:pPr>
        <w:jc w:val="right"/>
      </w:pPr>
      <w:r>
        <w:t>ان یور لائف اینڈ ڈرامٹکلی اپوزٹ ٹو یور اون پرسنیلٹی ایوری سیکنڈ یا تو اپ بھیڑ بکری بن جائیے کوئی فرق نہیں پڑتا اگے کیا ہو رہا ہے تو یہ ہمارا ارٹیکل ہی جس ہے نا انجوائے یور ایوری مومنٹ اٹس ویری ان نیچرل اٹس امپوسیبل ٹو لیو ان دس ورلڈ بیکاز یو اونلی سیڈ اباؤٹ ا ایئر اور ٹو ایئرز اگو دیٹ وین گاڈ میڈ یو تھرو دا مولڈ اوے سو کوئی بھی ایسا انسان نہیں ملتا جو اپ کے ایک دم ہی اپ کے حساب سے اور اپ کے ساتھ چلے</w:t>
      </w:r>
    </w:p>
    <w:p>
      <w:r>
        <w:rPr>
          <w:b/>
        </w:rPr>
        <w:t xml:space="preserve">[1:30:23] </w:t>
      </w:r>
      <w:r>
        <w:t>so I feel Maulana these one of articles are basically take you into and unnatural domain bahut theek kaha hai unhon ne bahut sahi kaha hai jazakumullah haan one last question there is a hadith which says that in paradise we will see God as we see moon in the sky the question is that can we really see God as you have just said that even Gabriel hasn't seen God</w:t>
      </w:r>
    </w:p>
    <w:p>
      <w:pPr>
        <w:jc w:val="right"/>
      </w:pPr>
      <w:r>
        <w:t>سو ائی فیل مولانا دیز ون اف ارٹیکلز ار بیسکلی ٹیک یو انٹو اینڈ ان نیچرل ڈومین بہت ٹھیک کہا ہے انہوں نے بہت صحیح کہا ہے جزاکم اللہ ہاں ون لاسٹ کوئسچن دیر از ا حدیث وچ سیز دیٹ ان پیراڈائز وی ویل سی گاڈ ایز وی سی مون ان دا سکائی دا کوئسچن از دیٹ کین وی ریلی سی گاڈ ایز یو ہیو جسٹ سیڈ دیٹ ایون گیبریل ہیزنٹ سین گاڈ</w:t>
      </w:r>
    </w:p>
    <w:p>
      <w:r>
        <w:rPr>
          <w:b/>
        </w:rPr>
        <w:t xml:space="preserve">[1:30:53] </w:t>
      </w:r>
      <w:r>
        <w:t>dekhen main jahan tak samajh paya hoon yeh misalein hain yeh kaha gaya ke jaise tum chand ko dekhte ho to is ka matlab yeh nahi ke aise hi sach poochien aise hi hoga meri apni jo samajh hai woh yeh hai ke Khuda ko kabhi koi bharpoor tor par nahi dekh sakega na yahan na paradise mein aap sahi ke jo nazar mein agaya woh woh phir Khuda kyun kar hua kisi shair ne bohat sahi kaha hai ke jo nazar mein agaya woh phir Khuda kyun kar hua</w:t>
      </w:r>
    </w:p>
    <w:p>
      <w:pPr>
        <w:jc w:val="right"/>
      </w:pPr>
      <w:r>
        <w:t>دیکھیں میں جہاں تک سمجھ پایا ہوں یہ مثالیں ہیں یہ کہا گیا کہ جیسے تم چاند کو دیکھتے ہو تو اس کا مطلب یہ نہیں کہ ایسے ہی سچ پوچھیں ایسے ہی ہوگا میری اپنی جو سمجھ ہے وہ یہ ہے کہ خدا کو کبھی کوئی بھرپور طور پر نہیں دیکھ سکے گا نہ یہاں نہ پیراڈائز میں اپ صحیح کہ جو نظر میں اگیا وہ وہ پھر خدا کیوں کر ہوا کسی شاعر نے بہت صحیح کہا ہے کہ جو نظر میں اگیا وہ پھر خدا کیوں کر ہوا</w:t>
      </w:r>
    </w:p>
    <w:p>
      <w:r>
        <w:rPr>
          <w:b/>
        </w:rPr>
        <w:t xml:space="preserve">[1:31:21] </w:t>
      </w:r>
      <w:r>
        <w:t>yani ke aap samajhte hain ke Khuda aisi aisi cheez ho ke aap ek insan is ko bharpoor tor par dekh le aisa kabhi bhi nahi hoga Khuda unlimited hai har aitbar se unlimited hai lekin phir bhi hum is tarah dekhen ke hum yaqeen karen ke hum Khuda ko dekh rahe hain yani bila kisi doubt ke hum yaqeen kar saken ke haan hum Khuda ko dekh rahe hain</w:t>
      </w:r>
    </w:p>
    <w:p>
      <w:pPr>
        <w:jc w:val="right"/>
      </w:pPr>
      <w:r>
        <w:t>یعنی کہ اپ سمجھتے ہیں کہ خدا ایسی ایسی چیز ہو کہ اپ ایک انسان اس کو بھرپور طور پر دیکھ لے ایسا کبھی بھی نہیں ہوگا خدا ان لمیٹڈ ہے ہر اعتبار سے ان لمیٹڈ ہے لیکن پھر بھی ہم اس طرح دیکھیں کہ ہم یقین کریں کہ ہم خدا کو دیکھ رہے ہیں یعنی بلا کسی ڈاؤٹ کے ہم یقین کر سکیں کہ ہاں ہم خدا کو دیکھ رہے ہیں</w:t>
      </w:r>
    </w:p>
    <w:p>
      <w:r>
        <w:rPr>
          <w:b/>
        </w:rPr>
        <w:t xml:space="preserve">[1:31:43] </w:t>
      </w:r>
      <w:r>
        <w:t>kyunke is ka matlab yeh nahi ke is ke poore jo Khuda hai is ko hum yani cover kar saken ge is ko comprehend kar saken ge is ko main nahi samajhta hoon ke yeh possible hai insan ke liye.</w:t>
      </w:r>
    </w:p>
    <w:p>
      <w:pPr>
        <w:jc w:val="right"/>
      </w:pPr>
      <w:r>
        <w:t>کیونکہ اس کا مطلب یہ نہیں کہ اس کے پورے جو خدا ہے اس کو ہم یعنی کور کر سکیں گے اس کو کمپرینڈ کر سکیں گے اس کو میں نہیں سمجھتا ہوں کہ یہ پاسیبل ہے انسان کے لیے.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