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Lessons from The Quran April 30, 2014</w:t>
      </w:r>
    </w:p>
    <w:p>
      <w:r>
        <w:t>https://youtu.be/3Snh2dw-6tk</w:t>
      </w:r>
    </w:p>
    <w:p>
      <w:r>
        <w:rPr>
          <w:b/>
        </w:rPr>
        <w:t xml:space="preserve">[00:14] </w:t>
      </w:r>
      <w:r>
        <w:t>30 April 2014. Surah Al-Maidah, Ayat number 27 ta 31.</w:t>
      </w:r>
    </w:p>
    <w:p>
      <w:pPr>
        <w:jc w:val="right"/>
      </w:pPr>
      <w:r>
        <w:t>30 اپریل 2014۔ سورہ المائدہ، آیت نمبر 27 تا 31۔</w:t>
      </w:r>
    </w:p>
    <w:p>
      <w:r>
        <w:rPr>
          <w:b/>
        </w:rPr>
        <w:t xml:space="preserve">[00:28] </w:t>
      </w:r>
      <w:r>
        <w:t>wa tuloo alaihim nabaa abnay aadama bilhaqq, iz qarr qurbanan fataqabbil min ahadihim wa lam yutaqabbal minal aakhar.</w:t>
      </w:r>
    </w:p>
    <w:p>
      <w:pPr>
        <w:jc w:val="right"/>
      </w:pPr>
      <w:r>
        <w:t>وَاتْلُوا عَلَيْهِمْ نَبَىٰ أَبْنِي آدَمَ بِالْحَقِّ، إذ قَرَّمَا قُرْبَانًا فَتَقُبِّلَ مِنْ أَحَدِهِمَا وَلَمْ يُتَقَبَّلْ مِنَ الْآخَرِ.</w:t>
      </w:r>
    </w:p>
    <w:p>
      <w:r>
        <w:rPr>
          <w:b/>
        </w:rPr>
        <w:t xml:space="preserve">[00:38] </w:t>
      </w:r>
      <w:r>
        <w:t>qala: "laqtulannak", qala: "innama yataqabbalullahu minal muttaqqeen". la in basatta ilayya yadaka li taqtulani, ma ana bibasit yadi ilayka li aqtalak.</w:t>
      </w:r>
    </w:p>
    <w:p>
      <w:pPr>
        <w:jc w:val="right"/>
      </w:pPr>
      <w:r>
        <w:t>قال: "لأقتلنك"، قال: "إنما يتقبل الله من المتقين". لئن بسطت إليّ يدك لتقتلني، ما أنا بباسط يدي إليك لأقتلك.</w:t>
      </w:r>
    </w:p>
    <w:p>
      <w:r>
        <w:rPr>
          <w:b/>
        </w:rPr>
        <w:t xml:space="preserve">[00:50] </w:t>
      </w:r>
      <w:r>
        <w:t>inni akhafu allaha rabbal aalameen. inni ureedu an tabo'a bi ismee wa ismika fa takuna min ashaabil naar, wa zalika jaza'u al-zaalimeen.</w:t>
      </w:r>
    </w:p>
    <w:p>
      <w:pPr>
        <w:jc w:val="right"/>
      </w:pPr>
      <w:r>
        <w:t>إني أخاف الله رب العالمين. إني أريد أن تبوء باثمي واثمك فتكون من أصحاب النار، وذلك جزاء الظالمين.</w:t>
      </w:r>
    </w:p>
    <w:p>
      <w:r>
        <w:rPr>
          <w:b/>
        </w:rPr>
        <w:t xml:space="preserve">[01:03] </w:t>
      </w:r>
      <w:r>
        <w:t>fa tawwa'at lahu nafsuhu qatla akheehi fa qatalahu fa asbaha minal khaasireen. fa ba'athallahu ghuraban yab'hathu fil ard liyuriyahu kayfa yuwaree soo'a akheehi.</w:t>
      </w:r>
    </w:p>
    <w:p>
      <w:pPr>
        <w:jc w:val="right"/>
      </w:pPr>
      <w:r>
        <w:t>فطوعت له نفسه قتل أخيه فقتله فأصبح من الخاسرين. فبعث الله غرابًا يبحث في الأرض ليريه كيف يواري سوء أخيه.</w:t>
      </w:r>
    </w:p>
    <w:p>
      <w:r>
        <w:rPr>
          <w:b/>
        </w:rPr>
        <w:t xml:space="preserve">[01:16] </w:t>
      </w:r>
      <w:r>
        <w:t>qala: "ya waylatah, aja'tu an akoona mithla hazal ghuraabi fa uwariya soo'a akhee", fa asbaha minal naadimeen. aur un ko Adam ke do beton ka qissa haq ke sath sunaoon.</w:t>
      </w:r>
    </w:p>
    <w:p>
      <w:pPr>
        <w:jc w:val="right"/>
      </w:pPr>
      <w:r>
        <w:t>قال: "يا ويلته، آجزت أن أكون مثل هذا الغراب فأواري سوء أخي"، فأصبح من النادمين. اور ان کو آدم کے دو بیٹوں کا قصہ حق کے ساتھ سناؤں۔</w:t>
      </w:r>
    </w:p>
    <w:p>
      <w:r>
        <w:rPr>
          <w:b/>
        </w:rPr>
        <w:t xml:space="preserve">[01:31] </w:t>
      </w:r>
      <w:r>
        <w:t>jab ke un dono ne qurbani pesh ki to un mein se ek ki qurbani qabool hui aur doosre ki qurbani qabool na hui. us ne kaha: "main tujh ko maar daloon ga".</w:t>
      </w:r>
    </w:p>
    <w:p>
      <w:pPr>
        <w:jc w:val="right"/>
      </w:pPr>
      <w:r>
        <w:t>جب کہ ان دونوں نے قربانی پیش کی تو ان میں سے ایک کی قربانی قبول ہوئی اور دوسرے کی قربانی قبول نہ ہوئی۔ اس نے کہا: "میں تجھ کو مار ڈالوں گا"۔</w:t>
      </w:r>
    </w:p>
    <w:p>
      <w:r>
        <w:rPr>
          <w:b/>
        </w:rPr>
        <w:t xml:space="preserve">[01:42] </w:t>
      </w:r>
      <w:r>
        <w:t>us ne jawab diya: "ke Allah to sirf muttaqiyon se qabool karta hai. agar tum mujhe qatal karne ke liye hath uthao ge to main tum ko qatal karne ke liye tum par hath nahi uthaoonga.</w:t>
      </w:r>
    </w:p>
    <w:p>
      <w:pPr>
        <w:jc w:val="right"/>
      </w:pPr>
      <w:r>
        <w:t>اس نے جواب دیا: "کہ اللہ تو صرف متقیوں سے قبول کرتا ہے۔ اگر تم مجھے قتل کرنے کے لیے ہاتھ اٹھاؤ گے تو میں تم کو قتل کرنے کے لیے تم پر ہاتھ نہیں اٹھاؤں گا۔</w:t>
      </w:r>
    </w:p>
    <w:p>
      <w:r>
        <w:rPr>
          <w:b/>
        </w:rPr>
        <w:t xml:space="preserve">[01:55] </w:t>
      </w:r>
      <w:r>
        <w:t>main darta hoon Allah se jo sare jahan ka rab</w:t>
      </w:r>
    </w:p>
    <w:p>
      <w:pPr>
        <w:jc w:val="right"/>
      </w:pPr>
      <w:r>
        <w:t>میں ڈرتا ہوں اللہ سے جو سارے جہاں کا رب</w:t>
      </w:r>
    </w:p>
    <w:p>
      <w:r>
        <w:rPr>
          <w:b/>
        </w:rPr>
        <w:t xml:space="preserve">[01:59] </w:t>
      </w:r>
      <w:r>
        <w:t>hai. main chahta hoon ke mera aur apna gunah to hi le le." phir to aag walon mein shamil ho jaye, aur yahi saza hai zulm karne walon ki.</w:t>
      </w:r>
    </w:p>
    <w:p>
      <w:pPr>
        <w:jc w:val="right"/>
      </w:pPr>
      <w:r>
        <w:t>ہے۔ میں چاہتا ہوں کہ میرا اور اپنا گناہ تو ہی لے لے۔" پھر تو آگ والوں میں شامل ہو جائے، اور یہی سزا ہے ظلم کرنے والوں کی۔</w:t>
      </w:r>
    </w:p>
    <w:p>
      <w:r>
        <w:rPr>
          <w:b/>
        </w:rPr>
        <w:t xml:space="preserve">[02:09] </w:t>
      </w:r>
      <w:r>
        <w:t>phir is ke nafs ne is ko apne bhai ke qatal par razi kar liya, aur us ne is ko qatal kar dala. phir woh nuqsan uthane walon mein shamil ho gaya.</w:t>
      </w:r>
    </w:p>
    <w:p>
      <w:pPr>
        <w:jc w:val="right"/>
      </w:pPr>
      <w:r>
        <w:t>پھر اس کے نفس نے اس کو اپنے بھائی کے قتل پر راضی کر لیا، اور اس نے اس کو قتل کر ڈالا۔ پھر وہ نقصان اٹھانے والوں میں شامل ہو گیا۔</w:t>
      </w:r>
    </w:p>
    <w:p>
      <w:r>
        <w:rPr>
          <w:b/>
        </w:rPr>
        <w:t xml:space="preserve">[02:21] </w:t>
      </w:r>
      <w:r>
        <w:t>phir Khuda ne ek kowwe ko bheja jo zameen mein kuredta tha ta ke woh us ko dikhaye ke woh apne bhai ki lash ko kis tarah chupaye.</w:t>
      </w:r>
    </w:p>
    <w:p>
      <w:pPr>
        <w:jc w:val="right"/>
      </w:pPr>
      <w:r>
        <w:t>پھر خدا نے ایک کوے کو بھیجا جو زمین میں کریدتا تھا تاکہ وہ اس کو دکھائے کہ وہ اپنے بھائی کی لاش کو کس طرح چھپائے۔</w:t>
      </w:r>
    </w:p>
    <w:p>
      <w:r>
        <w:rPr>
          <w:b/>
        </w:rPr>
        <w:t xml:space="preserve">[02:31] </w:t>
      </w:r>
      <w:r>
        <w:t>us ne kaha: "afsos meri halat par ke main is kowwe jaisa bhi na ho saka ke apne bhai ki lash ko chupa deta".</w:t>
      </w:r>
    </w:p>
    <w:p>
      <w:pPr>
        <w:jc w:val="right"/>
      </w:pPr>
      <w:r>
        <w:t>اس نے کہا: "افسوس میری حالت پر کہ میں اس کوے جیسا بھی نہ ہو سکا کہ اپنے بھائی کی لاش کو چھپا دیتا"۔</w:t>
      </w:r>
    </w:p>
    <w:p>
      <w:r>
        <w:rPr>
          <w:b/>
        </w:rPr>
        <w:t xml:space="preserve">[02:41] </w:t>
      </w:r>
      <w:r>
        <w:t>pas woh bohat sharminda hua. Maulana, in ayaton ki wazahat farmayein.</w:t>
      </w:r>
    </w:p>
    <w:p>
      <w:pPr>
        <w:jc w:val="right"/>
      </w:pPr>
      <w:r>
        <w:t>پس وہ بہت شرمندہ ہوا۔ مولانا، ان آیتوں کی وضاحت فرمائیں۔</w:t>
      </w:r>
    </w:p>
    <w:p>
      <w:r>
        <w:rPr>
          <w:b/>
        </w:rPr>
        <w:t xml:space="preserve">[02:49] </w:t>
      </w:r>
      <w:r>
        <w:t>Bismillah Rehman Rahim.</w:t>
      </w:r>
    </w:p>
    <w:p>
      <w:pPr>
        <w:jc w:val="right"/>
      </w:pPr>
      <w:r>
        <w:t>بسم اللہ الرحمن الرحیم۔</w:t>
      </w:r>
    </w:p>
    <w:p>
      <w:r>
        <w:rPr>
          <w:b/>
        </w:rPr>
        <w:t xml:space="preserve">[02:55] </w:t>
      </w:r>
      <w:r>
        <w:t>Qur'an ki yeh ayatein jo padhi gayeen, is mein ek bohat bari naseehat hai.</w:t>
      </w:r>
    </w:p>
    <w:p>
      <w:pPr>
        <w:jc w:val="right"/>
      </w:pPr>
      <w:r>
        <w:t>قرآن کی یہ آیتیں جو پڑھی گئیں، اس میں ایک بہت بڑی نصیحت ہے۔</w:t>
      </w:r>
    </w:p>
    <w:p>
      <w:r>
        <w:rPr>
          <w:b/>
        </w:rPr>
        <w:t xml:space="preserve">[03:05] </w:t>
      </w:r>
      <w:r>
        <w:t>aksar log yeh samajhte hain ke Qur'an mein kai hisse aise hain jin mein koi abadi paigham nahi hai,</w:t>
      </w:r>
    </w:p>
    <w:p>
      <w:pPr>
        <w:jc w:val="right"/>
      </w:pPr>
      <w:r>
        <w:t>اکثر لوگ یہ سمجھتے ہیں کہ قرآن میں کئی حصے ایسے ہیں جن میں کوئی ابدی پیغام نہیں ہے،</w:t>
      </w:r>
    </w:p>
    <w:p>
      <w:r>
        <w:rPr>
          <w:b/>
        </w:rPr>
        <w:t xml:space="preserve">[03:16] </w:t>
      </w:r>
      <w:r>
        <w:t>woh zamani aitbar se hain yani mazi ki tareekh ki ek dastan. lekin aisa nahi hai, aur</w:t>
      </w:r>
    </w:p>
    <w:p>
      <w:pPr>
        <w:jc w:val="right"/>
      </w:pPr>
      <w:r>
        <w:t>وہ زمانی اعتبار سے ہیں یعنی ماضی کی تاریخ کی ایک داستان۔ لیکن ایسا نہیں ہے، اور</w:t>
      </w:r>
    </w:p>
    <w:p>
      <w:r>
        <w:rPr>
          <w:b/>
        </w:rPr>
        <w:t xml:space="preserve">[03:30] </w:t>
      </w:r>
      <w:r>
        <w:t>yeh ayat is baat ka ek saboot hai. dekhiye, ayat ka pehla tukra yeh hai:</w:t>
      </w:r>
    </w:p>
    <w:p>
      <w:pPr>
        <w:jc w:val="right"/>
      </w:pPr>
      <w:r>
        <w:t>یہ آیت اس بات کا ایک ثبوت ہے۔ دیکھیے، آیت کا پہلا ٹکڑا یہ ہے:</w:t>
      </w:r>
    </w:p>
    <w:p>
      <w:r>
        <w:rPr>
          <w:b/>
        </w:rPr>
        <w:t xml:space="preserve">[03:39] </w:t>
      </w:r>
      <w:r>
        <w:t>wa tuloo alaihim nabaa abnay aadama bilhaqqi</w:t>
      </w:r>
    </w:p>
    <w:p>
      <w:pPr>
        <w:jc w:val="right"/>
      </w:pPr>
      <w:r>
        <w:t>وَاتْلُوا عَلَيْهِمْ نَبَىٰ أَبْنَي آدَمَ بِالْحَقِ</w:t>
      </w:r>
    </w:p>
    <w:p>
      <w:r>
        <w:rPr>
          <w:b/>
        </w:rPr>
        <w:t xml:space="preserve">[03:47] </w:t>
      </w:r>
      <w:r>
        <w:t>yani haq ke sath unhein qissa Adam ke beton ka batao. yeh haq ka lafz yahan par jo hai, jo bilhaqq ka jo lafz hai, us mein is baat ka ishara hai ke is mein ek aam naseehat hai.</w:t>
      </w:r>
    </w:p>
    <w:p>
      <w:pPr>
        <w:jc w:val="right"/>
      </w:pPr>
      <w:r>
        <w:t>یعنی حق کے ساتھ انہیں قصہ آدم کے بیٹوں کا بتاؤ۔ یہ حق کا لفظ یہاں پر جو ہے، جو بالحق کا جو لفظ ہے، اس میں اس بات کا اشارہ ہے کہ اس میں ایک عمومی نصیحت ہے۔</w:t>
      </w:r>
    </w:p>
    <w:p>
      <w:r>
        <w:rPr>
          <w:b/>
        </w:rPr>
        <w:t xml:space="preserve">[04:05] </w:t>
      </w:r>
      <w:r>
        <w:t>yani is mein ek aisi haqeeqat hayat batayi gayi hai jis mein sare insano ke liye sabak hai.</w:t>
      </w:r>
    </w:p>
    <w:p>
      <w:pPr>
        <w:jc w:val="right"/>
      </w:pPr>
      <w:r>
        <w:t>یعنی اس میں ایک ایسی حقیقت حیات بتائی گئی ہے جس میں سارے انسانوں کے لیے سبق ہے۔</w:t>
      </w:r>
    </w:p>
    <w:p>
      <w:r>
        <w:rPr>
          <w:b/>
        </w:rPr>
        <w:t xml:space="preserve">[04:18] </w:t>
      </w:r>
      <w:r>
        <w:t>to mein samajhta hoon ke quran ka koi bhi hissa, chahe bظahir woh zamani, waqti ya qadeem tareekh se mutalliq nazar aata ho, us mein abdi sabaq hoga.</w:t>
      </w:r>
    </w:p>
    <w:p>
      <w:pPr>
        <w:jc w:val="right"/>
      </w:pPr>
      <w:r>
        <w:t>تو میں سمجھتا ہوں کہ قرآن کا کوئی بھی حصہ، چاہے بظاہر وہ زمانی، وقتی یا قدیم تاریخ سے متعلق نظر آتا ہو، اس میں ابدی سبق ہوگا۔</w:t>
      </w:r>
    </w:p>
    <w:p>
      <w:r>
        <w:rPr>
          <w:b/>
        </w:rPr>
        <w:t xml:space="preserve">[04:36] </w:t>
      </w:r>
      <w:r>
        <w:t>ab is mein, ab in baaton par ghor kijiye.</w:t>
      </w:r>
    </w:p>
    <w:p>
      <w:pPr>
        <w:jc w:val="right"/>
      </w:pPr>
      <w:r>
        <w:t>اب اس میں، اب ان باتوں پر غور کیجئے۔</w:t>
      </w:r>
    </w:p>
    <w:p>
      <w:r>
        <w:rPr>
          <w:b/>
        </w:rPr>
        <w:t xml:space="preserve">[04:44] </w:t>
      </w:r>
      <w:r>
        <w:t>ab dekhiye, is aayat se maloom hota hai ke adam ke bete ko maloom nahi tha ke apne bhai ki dead body ko kis tarah woh thikane lagaye.</w:t>
      </w:r>
    </w:p>
    <w:p>
      <w:pPr>
        <w:jc w:val="right"/>
      </w:pPr>
      <w:r>
        <w:t>اب دیکھیے، اس آیت سے معلوم ہوتا ہے کہ آدم کے بیٹے کو معلوم نہیں تھا کہ اپنے بھائی کی ڈیڈ باڈی کو کس طرح وہ ٹھکانے لگائے۔</w:t>
      </w:r>
    </w:p>
    <w:p>
      <w:r>
        <w:rPr>
          <w:b/>
        </w:rPr>
        <w:t xml:space="preserve">[05:03] </w:t>
      </w:r>
      <w:r>
        <w:t>to kowe ke zariye use rehnumai mili. is se maloom hua ke kowe ke andar bhi insan ke liye sabaq hai.</w:t>
      </w:r>
    </w:p>
    <w:p>
      <w:pPr>
        <w:jc w:val="right"/>
      </w:pPr>
      <w:r>
        <w:t>تو کوے کے ذریعے اسے رہنمائی ملی۔ اس سے معلوم ہوا کہ کوے کے اندر بھی انسان کے لیے سبق ہے۔</w:t>
      </w:r>
    </w:p>
    <w:p>
      <w:r>
        <w:rPr>
          <w:b/>
        </w:rPr>
        <w:t xml:space="preserve">[05:12] </w:t>
      </w:r>
      <w:r>
        <w:t>yani allah ne rakha hai, tab hai. khaliq ne kowe ke andar sabaq rakha hai, tab insan ko sabaq mil raha hai.</w:t>
      </w:r>
    </w:p>
    <w:p>
      <w:pPr>
        <w:jc w:val="right"/>
      </w:pPr>
      <w:r>
        <w:t>یعنی اللہ نے رکھا ہے، تب ہے۔ خالق نے کوے کے اندر سبق رکھا ہے، تب انسان کو سبق مل رہا ہے۔</w:t>
      </w:r>
    </w:p>
    <w:p>
      <w:r>
        <w:rPr>
          <w:b/>
        </w:rPr>
        <w:t xml:space="preserve">[05:24] </w:t>
      </w:r>
      <w:r>
        <w:t>agar allah ne na rakha hota to sabaq milta bhi nahi.</w:t>
      </w:r>
    </w:p>
    <w:p>
      <w:pPr>
        <w:jc w:val="right"/>
      </w:pPr>
      <w:r>
        <w:t>اگر اللہ نے نہ رکھا ہوتا تو سبق ملتا بھی نہیں۔</w:t>
      </w:r>
    </w:p>
    <w:p>
      <w:r>
        <w:rPr>
          <w:b/>
        </w:rPr>
        <w:t xml:space="preserve">[05:30] </w:t>
      </w:r>
      <w:r>
        <w:t>is se maloom hua ke allah ko matloob hai ke hum har cheez se modesty ka sabaq lein. modesty.</w:t>
      </w:r>
    </w:p>
    <w:p>
      <w:pPr>
        <w:jc w:val="right"/>
      </w:pPr>
      <w:r>
        <w:t>اس سے معلوم ہوا کہ اللہ کو مطلوب ہے کہ ہم ہر چیز سے ماڈیسٹی کا سبق لیں۔ ماڈیسٹی۔</w:t>
      </w:r>
    </w:p>
    <w:p>
      <w:r>
        <w:rPr>
          <w:b/>
        </w:rPr>
        <w:t xml:space="preserve">[05:42] </w:t>
      </w:r>
      <w:r>
        <w:t>chunanche woh adam ka beta kehta hai ke: "ke kaise ajeeb hai ke mein kowe jaisa bhi na ho saka". to allah ne apne nizam fitrat mein yeh ittefaq ki baat nahi hai.</w:t>
      </w:r>
    </w:p>
    <w:p>
      <w:pPr>
        <w:jc w:val="right"/>
      </w:pPr>
      <w:r>
        <w:t>چنانچہ وہ آدم کا بیٹا کہتا ہے کہ: "کہ کیسے عجیب ہے کہ میں کوے جیسا بھی نہ ہو سکا"۔ تو اللہ نے اپنے نظام فطرت میں یہ اتفاق کی بات نہیں ہے۔</w:t>
      </w:r>
    </w:p>
    <w:p>
      <w:r>
        <w:rPr>
          <w:b/>
        </w:rPr>
        <w:t xml:space="preserve">[05:55] </w:t>
      </w:r>
      <w:r>
        <w:t>yeh yani creation plan of god mein shamil hai. yeh creation plan of god ka ek hissa hai.</w:t>
      </w:r>
    </w:p>
    <w:p>
      <w:pPr>
        <w:jc w:val="right"/>
      </w:pPr>
      <w:r>
        <w:t>یہ یعنی کریشن پلان آف گاڈ میں شامل ہے۔ یہ کریشن پلان آف گاڈ کا ایک حصہ ہے۔</w:t>
      </w:r>
    </w:p>
    <w:p>
      <w:r>
        <w:rPr>
          <w:b/>
        </w:rPr>
        <w:t xml:space="preserve">[06:05] </w:t>
      </w:r>
      <w:r>
        <w:t>allah ne takhleeq ka nizam is tarah banaya hai ke yahan insan ko cheezon se modesty ka sabaq milta rahe, ajz ka sabaq milta rahe.</w:t>
      </w:r>
    </w:p>
    <w:p>
      <w:pPr>
        <w:jc w:val="right"/>
      </w:pPr>
      <w:r>
        <w:t>اللہ نے تخلیق کا نظام اس طرح بنایا ہے کہ یہاں انسان کو چیزوں سے ماڈیسٹی کا سبق ملتا رہے، عجز کا سبق ملتا رہے۔</w:t>
      </w:r>
    </w:p>
    <w:p>
      <w:r>
        <w:rPr>
          <w:b/>
        </w:rPr>
        <w:t xml:space="preserve">[06:18] </w:t>
      </w:r>
      <w:r>
        <w:t>yeh khud takhleeq mein yeh shamil hai. agar aisa na hota to sabaq bhi na milta.</w:t>
      </w:r>
    </w:p>
    <w:p>
      <w:pPr>
        <w:jc w:val="right"/>
      </w:pPr>
      <w:r>
        <w:t>یہ خود تخلیق میں یہ شامل ہے۔ اگر ایسا نہ ہوتا تو سبق بھی نہ ملتا۔</w:t>
      </w:r>
    </w:p>
    <w:p>
      <w:r>
        <w:rPr>
          <w:b/>
        </w:rPr>
        <w:t xml:space="preserve">[06:29] </w:t>
      </w:r>
      <w:r>
        <w:t>to yeh kaisi ajeeb baat hai.</w:t>
      </w:r>
    </w:p>
    <w:p>
      <w:pPr>
        <w:jc w:val="right"/>
      </w:pPr>
      <w:r>
        <w:t>تو یہ کیسی عجیب بات ہے۔</w:t>
      </w:r>
    </w:p>
    <w:p>
      <w:r>
        <w:rPr>
          <w:b/>
        </w:rPr>
        <w:t xml:space="preserve">[06:35] </w:t>
      </w:r>
      <w:r>
        <w:t>kaisi ajeeb baat hai. aur is ka raaz kya bataya? wa'ashab biha minal nadimeen. nadamat jo hai, yeh bohat hi ahem baat hai.</w:t>
      </w:r>
    </w:p>
    <w:p>
      <w:pPr>
        <w:jc w:val="right"/>
      </w:pPr>
      <w:r>
        <w:t>کیسی عجیب بات ہے۔ اور اس کا راز کیا بتایا؟ وَاصْحَبْ بَهَا مِنَ الْنَادِمِينَ ندامت جو ہے، یہ بہت ہی اہم بات ہے۔</w:t>
      </w:r>
    </w:p>
    <w:p>
      <w:r>
        <w:rPr>
          <w:b/>
        </w:rPr>
        <w:t xml:space="preserve">[06:47] </w:t>
      </w:r>
      <w:r>
        <w:t>nadamat ke lafzi maani to hain regret. regret. lekin nadamat jo hai, is ki asal haqeeqat kya hai?</w:t>
      </w:r>
    </w:p>
    <w:p>
      <w:pPr>
        <w:jc w:val="right"/>
      </w:pPr>
      <w:r>
        <w:t>ندامت کے لفظی معنی تو ہیں ریگریٹ۔ ریگریٹ۔ لیکن ندامت جو ہے، اس کی اصل حقیقت کیا ہے؟</w:t>
      </w:r>
    </w:p>
    <w:p>
      <w:r>
        <w:rPr>
          <w:b/>
        </w:rPr>
        <w:t xml:space="preserve">[06:56] </w:t>
      </w:r>
      <w:r>
        <w:t>yeh par ghor kijiye.</w:t>
      </w:r>
    </w:p>
    <w:p>
      <w:pPr>
        <w:jc w:val="right"/>
      </w:pPr>
      <w:r>
        <w:t>یہ پر غور کیجئے۔</w:t>
      </w:r>
    </w:p>
    <w:p>
      <w:r>
        <w:rPr>
          <w:b/>
        </w:rPr>
        <w:t xml:space="preserve">[06:58] </w:t>
      </w:r>
      <w:r>
        <w:t>asal haqeeqat yeh hai ke aap ke andar introspection ho. aap ke andar yeh maada ho ke aap apne upar rai sani karein.</w:t>
      </w:r>
    </w:p>
    <w:p>
      <w:pPr>
        <w:jc w:val="right"/>
      </w:pPr>
      <w:r>
        <w:t>اصل حقیقت یہ ہے کہ آپ کے اندر انٹروسپیکشن ہو۔ آپ کے اندر یہ مادہ ہو کہ آپ اپنے اوپر رائے ثانی کریں۔</w:t>
      </w:r>
    </w:p>
    <w:p>
      <w:r>
        <w:rPr>
          <w:b/>
        </w:rPr>
        <w:t xml:space="preserve">[07:09] </w:t>
      </w:r>
      <w:r>
        <w:t>yahan tak ke aap agar paayein ek achi cheez kowe mein to us ka etiraf karein. to nadamat yahan par is maani mein hai ke aadmi ke andar regret hona chahiye, introspection hona chahiye.</w:t>
      </w:r>
    </w:p>
    <w:p>
      <w:pPr>
        <w:jc w:val="right"/>
      </w:pPr>
      <w:r>
        <w:t>یہاں تک کہ آپ اگر پائیں ایک اچھی چیز کوے میں تو اس کا اعتراف کریں۔ تو ندامت یہاں پر اس معنی میں ہے کہ آدمی کے اندر ریگریٹ ہونا چاہیے، انٹروسپیکشن ہونا چاہیے۔</w:t>
      </w:r>
    </w:p>
    <w:p>
      <w:r>
        <w:rPr>
          <w:b/>
        </w:rPr>
        <w:t xml:space="preserve">[07:26] </w:t>
      </w:r>
      <w:r>
        <w:t>is ko is ka shaoor itna badha hua hona chahiye ke agar kowe mein bhi ek ek naseehat hai to us ko poore etiraf ke sath woh qabool kare.</w:t>
      </w:r>
    </w:p>
    <w:p>
      <w:pPr>
        <w:jc w:val="right"/>
      </w:pPr>
      <w:r>
        <w:t>اس کو اس کا شعور اتنا بڑھا ہوا ہونا چاہیے کہ اگر کوے میں بھی ایک ایک نصیحت ہے تو اس کو پورے اعتراف کے ساتھ وہ قبول کرے۔</w:t>
      </w:r>
    </w:p>
    <w:p>
      <w:r>
        <w:rPr>
          <w:b/>
        </w:rPr>
        <w:t xml:space="preserve">[07:38] </w:t>
      </w:r>
      <w:r>
        <w:t>kaisi ajeeb baat hai.</w:t>
      </w:r>
    </w:p>
    <w:p>
      <w:pPr>
        <w:jc w:val="right"/>
      </w:pPr>
      <w:r>
        <w:t>کیسی عجیب بات ہے۔</w:t>
      </w:r>
    </w:p>
    <w:p>
      <w:r>
        <w:rPr>
          <w:b/>
        </w:rPr>
        <w:t xml:space="preserve">[07:42] </w:t>
      </w:r>
      <w:r>
        <w:t>bohat hi ajeeb baat hai.</w:t>
      </w:r>
    </w:p>
    <w:p>
      <w:pPr>
        <w:jc w:val="right"/>
      </w:pPr>
      <w:r>
        <w:t>بہت ہی عجیب بات ہے۔</w:t>
      </w:r>
    </w:p>
    <w:p>
      <w:r>
        <w:rPr>
          <w:b/>
        </w:rPr>
        <w:t xml:space="preserve">[07:48] </w:t>
      </w:r>
      <w:r>
        <w:t>to is waqe mein hamein ek qulo mila sochne ke liye.</w:t>
      </w:r>
    </w:p>
    <w:p>
      <w:pPr>
        <w:jc w:val="right"/>
      </w:pPr>
      <w:r>
        <w:t>تو اس واقعے میں ہمیں ایک قلو ملا سوچنے کے لیے۔</w:t>
      </w:r>
    </w:p>
    <w:p>
      <w:r>
        <w:rPr>
          <w:b/>
        </w:rPr>
        <w:t xml:space="preserve">[07:53] </w:t>
      </w:r>
      <w:r>
        <w:t>qulo mila ke tumhare liye takhleeqi jo plan hai allah ka, us ke mutabiq cheezon mein sabaq rakha gaya hai.</w:t>
      </w:r>
    </w:p>
    <w:p>
      <w:pPr>
        <w:jc w:val="right"/>
      </w:pPr>
      <w:r>
        <w:t>قلو ملا کہ تمہارے لیے تخلیقی جو پلان ہے اللہ کا، اس کے مطابق چیزوں میں سبق رکھا گیا ہے۔</w:t>
      </w:r>
    </w:p>
    <w:p>
      <w:r>
        <w:rPr>
          <w:b/>
        </w:rPr>
        <w:t xml:space="preserve">[08:03] </w:t>
      </w:r>
      <w:r>
        <w:t>ek misaal hai kowe ki, lekin woh us ko generalize kiya. generalize kijiye, us ko har cheez mein sabaq hai. cheenti reh gayi, tab bhi sabaq hai.</w:t>
      </w:r>
    </w:p>
    <w:p>
      <w:pPr>
        <w:jc w:val="right"/>
      </w:pPr>
      <w:r>
        <w:t>ایک مثال ہے کوے کی، لیکن وہ اس کو جنرلائز کیا۔ جنرلائز کیجئے، اس کو ہر چیز میں سبق ہے۔ چیونٹی رہ گئی، تب بھی سبق ہے۔</w:t>
      </w:r>
    </w:p>
    <w:p>
      <w:r>
        <w:rPr>
          <w:b/>
        </w:rPr>
        <w:t xml:space="preserve">[08:15] </w:t>
      </w:r>
      <w:r>
        <w:t>chidiya ure, tab bhi sabaq hai. barish barse, tab bhi sabaq hai. yani kawa jo yahan par hai, woh ek bator ek misaal ke hai ke poore nature mein sabaq hai.</w:t>
      </w:r>
    </w:p>
    <w:p>
      <w:pPr>
        <w:jc w:val="right"/>
      </w:pPr>
      <w:r>
        <w:t>چڑیا اڑے، تب بھی سبق ہے۔ بارش برسے، تب بھی سبق ہے۔ یعنی کوا جو یہاں پر ہے، وہ ایک بطور ایک مثال کے ہے کہ پورے نیچر میں سبق ہے۔</w:t>
      </w:r>
    </w:p>
    <w:p>
      <w:r>
        <w:rPr>
          <w:b/>
        </w:rPr>
        <w:t xml:space="preserve">[08:30] </w:t>
      </w:r>
      <w:r>
        <w:t>yeh bataya gaya hai. isi liye kaha gaya hai bil haqq. achha, nature mein sabaq kyun hai? is ka bhi ek raaz hai. dekhein, insan ko allah ne paida kiya hai azadi ke sath</w:t>
      </w:r>
    </w:p>
    <w:p>
      <w:pPr>
        <w:jc w:val="right"/>
      </w:pPr>
      <w:r>
        <w:t>یہ بتایا گیا ہے۔ اسی لیے کہا گیا ہے بالحق۔ اچھا، نیچر میں سبق کیوں ہے؟ اس کا بھی ایک راز ہے۔ دیکھیں، انسان کو اللہ نے پیدا کیا ہے آزادی کے ساتھ</w:t>
      </w:r>
    </w:p>
    <w:p>
      <w:r>
        <w:rPr>
          <w:b/>
        </w:rPr>
        <w:t xml:space="preserve">[08:44] </w:t>
      </w:r>
      <w:r>
        <w:t>۔ yani freedom of choice diya gaya hai insaan ko. Is bana par kya hota hai? Insaan aksar misuse karta hai apni freedom ko.</w:t>
      </w:r>
    </w:p>
    <w:p>
      <w:pPr>
        <w:jc w:val="right"/>
      </w:pPr>
      <w:r>
        <w:t>۔ یعنی فریڈم آف چوائس دیا گیا ہے انسان کو۔ اس بنا پر کیا ہوتا ہے؟ انسان اکثر مس یوز کرتا ہے اپنی فریڈم کو۔</w:t>
      </w:r>
    </w:p>
    <w:p>
      <w:r>
        <w:rPr>
          <w:b/>
        </w:rPr>
        <w:t xml:space="preserve">[08:57] </w:t>
      </w:r>
      <w:r>
        <w:t>Misuse. To misuse karne ki wajah se woh tarah tarah ki ghalti mein mubtala ho jata hai. Jo jo sirat e mustaqeem hai, sirat e mustaqeem se hat jata hai.</w:t>
      </w:r>
    </w:p>
    <w:p>
      <w:pPr>
        <w:jc w:val="right"/>
      </w:pPr>
      <w:r>
        <w:t>مس یوز۔ تو مس یوز کرنے کی وجہ سے وہ طرح طرح کی غلطی میں مبتلا ہو جاتا ہے۔ جو جو صراط مستقیم ہے، صراط مستقیم سے ہٹ جاتا ہے۔</w:t>
      </w:r>
    </w:p>
    <w:p>
      <w:r>
        <w:rPr>
          <w:b/>
        </w:rPr>
        <w:t xml:space="preserve">[09:12] </w:t>
      </w:r>
      <w:r>
        <w:t>Allah ne tamam makhlooqat ke liye aur insaan ke liye ek sirat e mustaqeem muqarrar kar di. To insaan ko chuki freedom bhi nahi hui hai, to isko azaadi hai ke apni freedom ko misuse kare.</w:t>
      </w:r>
    </w:p>
    <w:p>
      <w:pPr>
        <w:jc w:val="right"/>
      </w:pPr>
      <w:r>
        <w:t>اللہ نے تمام مخلوقات کے لیے اور انسان کے لیے ایک صراط مستقیم مقرر کر دی۔ تو انسان کو چونکہ فریڈم بھی نہیں ہوئی ہے، تو اس کو آزادی ہے کہ اپنی فریڈم کو مس یوز کرے۔</w:t>
      </w:r>
    </w:p>
    <w:p>
      <w:r>
        <w:rPr>
          <w:b/>
        </w:rPr>
        <w:t xml:space="preserve">[09:28] </w:t>
      </w:r>
      <w:r>
        <w:t>Is bana par woh bar bar aisa hota hai ke woh sirat e mustaqeem yani right path se hat jata hai. Accha, lekin doosre makhlooqat ka mamla yeh nahi hai.</w:t>
      </w:r>
    </w:p>
    <w:p>
      <w:pPr>
        <w:jc w:val="right"/>
      </w:pPr>
      <w:r>
        <w:t>اس بنا پر وہ بار بار ایسا ہوتا ہے کہ وہ صراط مستقیم یعنی رائٹ پاتھ سے ہٹ جاتا ہے۔ اچھا، لیکن دوسرے مخلوقات کا معاملہ یہ نہیں ہے۔</w:t>
      </w:r>
    </w:p>
    <w:p>
      <w:r>
        <w:rPr>
          <w:b/>
        </w:rPr>
        <w:t xml:space="preserve">[09:41] </w:t>
      </w:r>
      <w:r>
        <w:t>Insaan ke siwa dekhein, yahan teen qism ki makhlooqat hain: matter, plant aur animal. Material world, plant world aur animal world.</w:t>
      </w:r>
    </w:p>
    <w:p>
      <w:pPr>
        <w:jc w:val="right"/>
      </w:pPr>
      <w:r>
        <w:t>انسان کے سوا دیکھیں، یہاں تین قسم کی مخلوقات ہیں: میٹر، پلانٹ اور اینیمل۔ مٹیریل ورلڈ، پلانٹ ورلڈ اور اینیمل ورلڈ۔</w:t>
      </w:r>
    </w:p>
    <w:p>
      <w:r>
        <w:rPr>
          <w:b/>
        </w:rPr>
        <w:t xml:space="preserve">[09:54] </w:t>
      </w:r>
      <w:r>
        <w:t>Insaan ke siwa yeh teen aur makhlooqat hain. Teeno poore taur par Allah ke qanoon mein jakri hui hain.</w:t>
      </w:r>
    </w:p>
    <w:p>
      <w:pPr>
        <w:jc w:val="right"/>
      </w:pPr>
      <w:r>
        <w:t>انسان کے سوا یہ تین اور مخلوقات ہیں۔ تینوں پورے طور پر اللہ کے قانون میں جکڑی ہوئی ہیں۔</w:t>
      </w:r>
    </w:p>
    <w:p>
      <w:r>
        <w:rPr>
          <w:b/>
        </w:rPr>
        <w:t xml:space="preserve">[10:05] </w:t>
      </w:r>
      <w:r>
        <w:t>Matter mukammal taur par natural laws par chalta hai.</w:t>
      </w:r>
    </w:p>
    <w:p>
      <w:pPr>
        <w:jc w:val="right"/>
      </w:pPr>
      <w:r>
        <w:t>میٹر مکمل طور پر نیچرل لاز پر چلتا ہے۔</w:t>
      </w:r>
    </w:p>
    <w:p>
      <w:r>
        <w:rPr>
          <w:b/>
        </w:rPr>
        <w:t xml:space="preserve">[10:11] </w:t>
      </w:r>
      <w:r>
        <w:t>Natural laws jo hain, is se kabhi hat nahi sakta. Matter. Aise hi dekhiye, plant hai. Plant mein bhi inherent laws hain.</w:t>
      </w:r>
    </w:p>
    <w:p>
      <w:pPr>
        <w:jc w:val="right"/>
      </w:pPr>
      <w:r>
        <w:t>نیچرل لاز جو ہیں، اس سے کبھی ہٹ نہیں سکتا۔ میٹر۔ ایسے ہی دیکھیے، پلانٹ ہے۔ پلانٹ میں بھی انہیرنٹ لاز ہیں۔</w:t>
      </w:r>
    </w:p>
    <w:p>
      <w:r>
        <w:rPr>
          <w:b/>
        </w:rPr>
        <w:t xml:space="preserve">[10:22] </w:t>
      </w:r>
      <w:r>
        <w:t>Is ke mutabiq ek seed ugta hai, aquaa nikalta hai, tarah tarah nikalta hai, shaakhain, patte, phal, phool aur phal.</w:t>
      </w:r>
    </w:p>
    <w:p>
      <w:pPr>
        <w:jc w:val="right"/>
      </w:pPr>
      <w:r>
        <w:t>اس کے مطابق ایک سیڈ اگتا ہے، اکوا نکالتا ہے، طرح طرح نکالتا ہے، شاخیں، پتے، پھل، پھول اور پھل۔</w:t>
      </w:r>
    </w:p>
    <w:p>
      <w:r>
        <w:rPr>
          <w:b/>
        </w:rPr>
        <w:t xml:space="preserve">[10:33] </w:t>
      </w:r>
      <w:r>
        <w:t>Yeh saara ka saara inherent laws ke tehat hota hai. Is mein kabhi farq nahi ho sakta.</w:t>
      </w:r>
    </w:p>
    <w:p>
      <w:pPr>
        <w:jc w:val="right"/>
      </w:pPr>
      <w:r>
        <w:t>یہ سارا کا سارا انہیرنٹ لاز کے تحت ہوتا ہے۔ اس میں کبھی فرق نہیں ہو سکتا۔</w:t>
      </w:r>
    </w:p>
    <w:p>
      <w:r>
        <w:rPr>
          <w:b/>
        </w:rPr>
        <w:t xml:space="preserve">[10:40] </w:t>
      </w:r>
      <w:r>
        <w:t>Misal ke taur par, aisa nahi ho sakta hai ke aap ek peed boein aam ka, is mein nikle babool ke kaante. Aisa nahi ho sakta.</w:t>
      </w:r>
    </w:p>
    <w:p>
      <w:pPr>
        <w:jc w:val="right"/>
      </w:pPr>
      <w:r>
        <w:t>مثلاً، ایسا نہیں ہو سکتا ہے کہ آپ ایک پیڑ بوئیں آم کا، اس میں نکلے ببول کے کاٹیں۔ ایسا نہیں ہو سکتا۔</w:t>
      </w:r>
    </w:p>
    <w:p>
      <w:r>
        <w:rPr>
          <w:b/>
        </w:rPr>
        <w:t xml:space="preserve">[10:49] </w:t>
      </w:r>
      <w:r>
        <w:t>Aap peed boein saib ka, is mein nikle koi aisi cheez jo aap na chahte hon. Aisa nahi ho sakta. Wohi cheez niklegi jo nature mein is ke liye rakh di gayi.</w:t>
      </w:r>
    </w:p>
    <w:p>
      <w:pPr>
        <w:jc w:val="right"/>
      </w:pPr>
      <w:r>
        <w:t>آپ پیڑ بوئیں سیب کا، اس میں نکلے کوئی ایسی چیز جو آپ نہ چاہتے ہوں۔ ایسا نہیں ہو سکتا۔ وہی چیز نکلے گی جو نیچر میں اس کے لیے رکھ دی گئی۔</w:t>
      </w:r>
    </w:p>
    <w:p>
      <w:r>
        <w:rPr>
          <w:b/>
        </w:rPr>
        <w:t xml:space="preserve">[11:02] </w:t>
      </w:r>
      <w:r>
        <w:t>Yani peed mukammal taur par predictable hota hai. Predictable.</w:t>
      </w:r>
    </w:p>
    <w:p>
      <w:pPr>
        <w:jc w:val="right"/>
      </w:pPr>
      <w:r>
        <w:t>یعنی پیڑ مکمل طور پر پریڈکٹیبل ہوتا ہے۔ پریڈکٹیبل۔</w:t>
      </w:r>
    </w:p>
    <w:p>
      <w:r>
        <w:rPr>
          <w:b/>
        </w:rPr>
        <w:t xml:space="preserve">[11:09] </w:t>
      </w:r>
      <w:r>
        <w:t>Gehoon boein to gehoon niklega. Chawal boein, daal boein to daal niklega. Aam boein to aam niklega.</w:t>
      </w:r>
    </w:p>
    <w:p>
      <w:pPr>
        <w:jc w:val="right"/>
      </w:pPr>
      <w:r>
        <w:t>گیہوں بوئیں تو گیہوں نکلے گا۔ چاول بوئیں، دھال بوئیں تو دھال نکلے گا۔ آم بوئیں تو آم نکلے گا۔</w:t>
      </w:r>
    </w:p>
    <w:p>
      <w:r>
        <w:rPr>
          <w:b/>
        </w:rPr>
        <w:t xml:space="preserve">[11:17] </w:t>
      </w:r>
      <w:r>
        <w:t>Saib boein to saib niklega. Yani plant world jo hai, mukammal taur par predictable hai. Qabil e peshangoi hai.</w:t>
      </w:r>
    </w:p>
    <w:p>
      <w:pPr>
        <w:jc w:val="right"/>
      </w:pPr>
      <w:r>
        <w:t>سیب بوئیں تو سیب نکلے گا۔ یعنی پلاٹ ورلڈ جو ہے، مکمل طور پر پریڈکٹیبل ہے۔ قابل پیشنگوئی ہے۔</w:t>
      </w:r>
    </w:p>
    <w:p>
      <w:r>
        <w:rPr>
          <w:b/>
        </w:rPr>
        <w:t xml:space="preserve">[11:29] </w:t>
      </w:r>
      <w:r>
        <w:t>Yahan tak ke farz ki jiye, ek ek ek ek darakht hai, aam ka darakht hai, saib ka darakht hai, is mein phal lage hue hain.</w:t>
      </w:r>
    </w:p>
    <w:p>
      <w:pPr>
        <w:jc w:val="right"/>
      </w:pPr>
      <w:r>
        <w:t>یہاں تک کہ فرض کیے، ایک ایک ایک ایک درخت ہے، آم کا درخت ہے، سیب کا درخت ہے، اس میں پھل لگے ہوئے ہیں۔</w:t>
      </w:r>
    </w:p>
    <w:p>
      <w:r>
        <w:rPr>
          <w:b/>
        </w:rPr>
        <w:t xml:space="preserve">[11:39] </w:t>
      </w:r>
      <w:r>
        <w:t>Aap pathar mariye is ko, phal phal todne ke liye. Upar se phal toot ke girega aur koi ihtijaj nahi, koi shikayat nahi.</w:t>
      </w:r>
    </w:p>
    <w:p>
      <w:pPr>
        <w:jc w:val="right"/>
      </w:pPr>
      <w:r>
        <w:t>آپ پتھر ماریے اس کو، پھل پھل توڑنے کے لیے۔ اوپر سے پھل ٹوٹ کے گرے گا اور کوئی احتجاج نہیں، کوئی شکایت نہیں۔</w:t>
      </w:r>
    </w:p>
    <w:p>
      <w:r>
        <w:rPr>
          <w:b/>
        </w:rPr>
        <w:t xml:space="preserve">[11:49] </w:t>
      </w:r>
      <w:r>
        <w:t>Yani aap pathar marenge to woh bhi pathar nahi marega.</w:t>
      </w:r>
    </w:p>
    <w:p>
      <w:pPr>
        <w:jc w:val="right"/>
      </w:pPr>
      <w:r>
        <w:t>یعنی آپ پتھر ماریں گے تو وہ بھی پتھر نہیں مارے گا۔</w:t>
      </w:r>
    </w:p>
    <w:p>
      <w:r>
        <w:rPr>
          <w:b/>
        </w:rPr>
        <w:t xml:space="preserve">[11:55] </w:t>
      </w:r>
      <w:r>
        <w:t>Aap marenge pathar, woh dega aap ko phal.</w:t>
      </w:r>
    </w:p>
    <w:p>
      <w:pPr>
        <w:jc w:val="right"/>
      </w:pPr>
      <w:r>
        <w:t>آپ ماریں گے پتھر، وہ دے گا آپ کو پھل۔</w:t>
      </w:r>
    </w:p>
    <w:p>
      <w:r>
        <w:rPr>
          <w:b/>
        </w:rPr>
        <w:t xml:space="preserve">[12:04] </w:t>
      </w:r>
      <w:r>
        <w:t>Yani jis ko kehte hain jaise ko taisa, woh peed ka usool nahi hai. Yeh sifat hai peed ke andar. To yeh yeh jo nature hai, material world chalta hai theek theek laws of nature ke mutabiq.</w:t>
      </w:r>
    </w:p>
    <w:p>
      <w:pPr>
        <w:jc w:val="right"/>
      </w:pPr>
      <w:r>
        <w:t>یعنی جس کو کہتے ہیں جیسے کو تیسا، وہ پیڑ کا اصول نہیں ہے۔ یہ صفت ہے پیڑ کے اندر۔ تو یہ یہ جو نیچر ہے، مٹیریل ورلڈ چلتا ہے ٹھیک ٹھیک لاز آف نیچر کے مطابق۔</w:t>
      </w:r>
    </w:p>
    <w:p>
      <w:r>
        <w:rPr>
          <w:b/>
        </w:rPr>
        <w:t xml:space="preserve">[12:23] </w:t>
      </w:r>
      <w:r>
        <w:t>Plant world jo hai, woh chalta hai theek theek inherent inherent law ke mutabiq.</w:t>
      </w:r>
    </w:p>
    <w:p>
      <w:pPr>
        <w:jc w:val="right"/>
      </w:pPr>
      <w:r>
        <w:t>پلانٹ ورلڈ جو ہے، وہ چلتا ہے ٹھیک ٹھیک انہیرنٹ انہیرنٹ لاء کے مطابق۔</w:t>
      </w:r>
    </w:p>
    <w:p>
      <w:r>
        <w:rPr>
          <w:b/>
        </w:rPr>
        <w:t xml:space="preserve">[12:31] </w:t>
      </w:r>
      <w:r>
        <w:t>Is tareeqe se jo animals hain, woh bhi apne instincts pe chalte hain. Poore poore apne instincts se woh control hote hain. Is bana par in ke yahan sirat e mustaqeem se deviation nahi paya jata.</w:t>
      </w:r>
    </w:p>
    <w:p>
      <w:pPr>
        <w:jc w:val="right"/>
      </w:pPr>
      <w:r>
        <w:t>اس طریقے سے جو اینیملز ہیں، وہ بھی اپنے انسٹنکٹس پہ چلتے ہیں۔ پورے پورے اپنے انسٹنکٹس سے وہ کنٹرول ہوتے ہیں۔ اس بنا پر ان کے یہاں صراط مستقیم سے ڈیوی ایشن نہیں پایا جاتا۔</w:t>
      </w:r>
    </w:p>
    <w:p>
      <w:r>
        <w:rPr>
          <w:b/>
        </w:rPr>
        <w:t xml:space="preserve">[12:45] </w:t>
      </w:r>
      <w:r>
        <w:t>Yani khalique ne jo right path muqarrar kar diya gaya hai, usi par chalta hai material world, usi par chalta hai plant world, usi par chalta hai animal world.</w:t>
      </w:r>
    </w:p>
    <w:p>
      <w:pPr>
        <w:jc w:val="right"/>
      </w:pPr>
      <w:r>
        <w:t>یعنی خالق نے جو رائٹ پاتھ مقرر کر دیا گیا ہے، اسی پر چلتا ہے مٹیریل ورلڈ، اسی پر چلتا ہے پلانٹ ورلڈ، اسی پر چلتا ہے اینیمل ورلڈ۔</w:t>
      </w:r>
    </w:p>
    <w:p>
      <w:r>
        <w:rPr>
          <w:b/>
        </w:rPr>
        <w:t xml:space="preserve">[12:57] </w:t>
      </w:r>
      <w:r>
        <w:t>Is bana par in ke haan corruption nahi, fasad nahi, evil nahi. Jabke insaan ke haan sab cheezein hain. To goya ke insaan ke liye agarche freedom of choice diya gaya, lekin ek model de diya gaya ke is tarah chalo.</w:t>
      </w:r>
    </w:p>
    <w:p>
      <w:pPr>
        <w:jc w:val="right"/>
      </w:pPr>
      <w:r>
        <w:t>اس بنا پر ان کے ہاں کرپشن نہیں، فساد نہیں، ایول نہیں۔ جبکہ انسان کے ہاں سب چیزیں ہیں۔ تو گویا کہ انسان کے لیے اگرچہ فریڈم آف چوائس دیا گیا، لیکن ایک ماڈل دے دیا گیا کہ اس طرح چلو۔</w:t>
      </w:r>
    </w:p>
    <w:p>
      <w:r>
        <w:rPr>
          <w:b/>
        </w:rPr>
        <w:t xml:space="preserve">[13:15] </w:t>
      </w:r>
      <w:r>
        <w:t>Insaan ke bahar jo do do doosri cheezein hain, material world, plant world, animal world, woh in sab mein aap ke liye naseehat hai.</w:t>
      </w:r>
    </w:p>
    <w:p>
      <w:pPr>
        <w:jc w:val="right"/>
      </w:pPr>
      <w:r>
        <w:t>انسان کے باہر جو دو دو دوسری چیزیں ہیں، مٹیریل ورلڈ، پلانٹ ورلڈ، اینیمل ورلڈ، وہ ان سب میں آپ کے لیے نصیحت ہے۔</w:t>
      </w:r>
    </w:p>
    <w:p>
      <w:r>
        <w:rPr>
          <w:b/>
        </w:rPr>
        <w:t xml:space="preserve">[13:29] </w:t>
      </w:r>
      <w:r>
        <w:t>misalan, material world jo hai, poora ka poora predictable hai.</w:t>
      </w:r>
    </w:p>
    <w:p>
      <w:pPr>
        <w:jc w:val="right"/>
      </w:pPr>
      <w:r>
        <w:t>مثلاً، مٹیریل ورلڈ جو ہے، پورا کا پورا پریڈکٹیبل ہے۔</w:t>
      </w:r>
    </w:p>
    <w:p>
      <w:r>
        <w:rPr>
          <w:b/>
        </w:rPr>
        <w:t xml:space="preserve">[13:36] </w:t>
      </w:r>
      <w:r>
        <w:t>aap lohay ko ghalaen, lohay se koi cheez banayen to woh woh loha hi rahega, woh lakri nahi ban jayega. Aap darakht lagaen, is par woh phal latkaen to aap pathar maaren to woh pathar hi nahi dega aap ko, aap ko phal dega.</w:t>
      </w:r>
    </w:p>
    <w:p>
      <w:pPr>
        <w:jc w:val="right"/>
      </w:pPr>
      <w:r>
        <w:t>آپ لوہے کو گلائیں، لوہے سے کوئی چیز بنائیں تو وہ وہ لوہا ہی رہے گا، وہ لکڑی نہیں بن جائے گا۔ آپ درخت لگائیں، اس پر وہ پھل لٹکائیں تو آپ پتھر ماریں تو وہ پتھر ہی نہیں دے گا آپ کو، آپ کو پھل دے گا۔</w:t>
      </w:r>
    </w:p>
    <w:p>
      <w:r>
        <w:rPr>
          <w:b/>
        </w:rPr>
        <w:t xml:space="preserve">[13:52] </w:t>
      </w:r>
      <w:r>
        <w:t>aise hi animal hain. Animal bhi bilkul apni nature par hotay hain.</w:t>
      </w:r>
    </w:p>
    <w:p>
      <w:pPr>
        <w:jc w:val="right"/>
      </w:pPr>
      <w:r>
        <w:t>ایسے ہی اینیمل ہیں۔ اینیمل بھی بالکل اپنی نیچر پر ہوتے ہیں۔</w:t>
      </w:r>
    </w:p>
    <w:p>
      <w:r>
        <w:rPr>
          <w:b/>
        </w:rPr>
        <w:t xml:space="preserve">[14:00] </w:t>
      </w:r>
      <w:r>
        <w:t>hadees mein aata hai ke ahle jannat ke baray mein ke afadatum kafadate tair jannat walon ke dil chidiya ke manind honge.</w:t>
      </w:r>
    </w:p>
    <w:p>
      <w:pPr>
        <w:jc w:val="right"/>
      </w:pPr>
      <w:r>
        <w:t>حدیث میں آتا ہے کہ اہل جنت کے بارے میں کہ أفَدَتُمْ كَافَدَةِ التَّيرَ جنت والوں کے دل چڑیا کے مانند ہوں گے۔</w:t>
      </w:r>
    </w:p>
    <w:p>
      <w:r>
        <w:rPr>
          <w:b/>
        </w:rPr>
        <w:t xml:space="preserve">[14:13] </w:t>
      </w:r>
      <w:r>
        <w:t>chidiya ke dil mein kisi ke khilaf keena nahi, hasad nahi, bughz nahi, ghussa nahi. Is se khali ho. Yani chidiya poore maanon mein positive, positivity par qaim hoti hai.</w:t>
      </w:r>
    </w:p>
    <w:p>
      <w:pPr>
        <w:jc w:val="right"/>
      </w:pPr>
      <w:r>
        <w:t>چڑیا کے دل میں کسی کے خلاف کینہ نہیں، حسد نہیں، بغض نہیں، غصہ نہیں۔ اس سے خالی ہو۔ یعنی چڑیا پورے معنوں میں پازیٹیو، پازیٹیوٹی پر قائم ہوتی ہے۔</w:t>
      </w:r>
    </w:p>
    <w:p>
      <w:r>
        <w:rPr>
          <w:b/>
        </w:rPr>
        <w:t xml:space="preserve">[14:30] </w:t>
      </w:r>
      <w:r>
        <w:t>yeh insaan ko sabak hai.</w:t>
      </w:r>
    </w:p>
    <w:p>
      <w:pPr>
        <w:jc w:val="right"/>
      </w:pPr>
      <w:r>
        <w:t>یہ انسان کو سبق ہے۔</w:t>
      </w:r>
    </w:p>
    <w:p>
      <w:r>
        <w:rPr>
          <w:b/>
        </w:rPr>
        <w:t xml:space="preserve">[14:34] </w:t>
      </w:r>
      <w:r>
        <w:t>to Allah taala ne jo nizam banaya hai duniya mein, woh aisa hai ke har qadam par insaan ke liye sabak milta hai.</w:t>
      </w:r>
    </w:p>
    <w:p>
      <w:pPr>
        <w:jc w:val="right"/>
      </w:pPr>
      <w:r>
        <w:t>تو اللہ تعالی نے جو نظام بنایا ہے دنیا میں، وہ ایسا ہے کہ ہر قدم پر انسان کے لیے سبق ملتا ہے۔</w:t>
      </w:r>
    </w:p>
    <w:p>
      <w:r>
        <w:rPr>
          <w:b/>
        </w:rPr>
        <w:t xml:space="preserve">[14:46] </w:t>
      </w:r>
      <w:r>
        <w:t>misalan, dekhiye, sab se pehle to insaan ko aqal di, samajh boojh di. Apni aqal ko istemal kar ke aadmi jaan sakta hai ke what is right, what is wrong.</w:t>
      </w:r>
    </w:p>
    <w:p>
      <w:pPr>
        <w:jc w:val="right"/>
      </w:pPr>
      <w:r>
        <w:t>مثلاً، دیکھیے، سب سے پہلے تو انسان کو عقل دی، سمجھ بوجھ دی۔ اپنی عقل کو استعمال کر کے آدمی جان سکتا ہے کہ واٹ از رائٹ، واٹ از رونگ۔</w:t>
      </w:r>
    </w:p>
    <w:p>
      <w:r>
        <w:rPr>
          <w:b/>
        </w:rPr>
        <w:t xml:space="preserve">[14:56] </w:t>
      </w:r>
      <w:r>
        <w:t>ek to yeh</w:t>
      </w:r>
    </w:p>
    <w:p>
      <w:pPr>
        <w:jc w:val="right"/>
      </w:pPr>
      <w:r>
        <w:t>ایک تو یہ</w:t>
      </w:r>
    </w:p>
    <w:p>
      <w:r>
        <w:rPr>
          <w:b/>
        </w:rPr>
        <w:t xml:space="preserve">[14:57] </w:t>
      </w:r>
      <w:r>
        <w:t>hai, phir is ke baad dekhiye, peghambar bheje, peghambaron ke zariye kitab bheji, wahi bheji. Is se aadmi jaan sakta hai ke sachai kya hai.</w:t>
      </w:r>
    </w:p>
    <w:p>
      <w:pPr>
        <w:jc w:val="right"/>
      </w:pPr>
      <w:r>
        <w:t>ہے، پھر اس کے بعد دیکھیے، پیغمبر بھیجے، پیغمبروں کے ذریعے کتاب بھیجی، وحی بھیجی۔ اس سے آدمی جان سکتا ہے کہ سچائی کیا ہے۔</w:t>
      </w:r>
    </w:p>
    <w:p>
      <w:r>
        <w:rPr>
          <w:b/>
        </w:rPr>
        <w:t xml:space="preserve">[15:09] </w:t>
      </w:r>
      <w:r>
        <w:t>isi ke sath jo hamare aas paas ki duniya hai, in sab ko hamare liye Allah ne role model bana diya. Role model.</w:t>
      </w:r>
    </w:p>
    <w:p>
      <w:pPr>
        <w:jc w:val="right"/>
      </w:pPr>
      <w:r>
        <w:t>اسی کے ساتھ جو ہمارے اس پاس کی دنیا ہے، ان سب کو ہمارے لیے اللہ نے رول ماڈل بنا دیا۔ رول ماڈل۔</w:t>
      </w:r>
    </w:p>
    <w:p>
      <w:r>
        <w:rPr>
          <w:b/>
        </w:rPr>
        <w:t xml:space="preserve">[15:21] </w:t>
      </w:r>
      <w:r>
        <w:t>yani yeh bata, yeh poora duniya bata rahi hai hum ko. Yeh material world bata raha hai ke tum hamari tarah, tum bhi predictable character paida karo apne andar.</w:t>
      </w:r>
    </w:p>
    <w:p>
      <w:pPr>
        <w:jc w:val="right"/>
      </w:pPr>
      <w:r>
        <w:t>یعنی یہ بتا، یہ پورا دنیا بتا رہی ہے ہم کو۔ یہ مٹیریل ورلڈ بتا رہا ہے کہ تم ہماری طرح، تم بھی پریڈکٹیبل کریکٹر پیدا کرو اپنے اندر۔</w:t>
      </w:r>
    </w:p>
    <w:p>
      <w:r>
        <w:rPr>
          <w:b/>
        </w:rPr>
        <w:t xml:space="preserve">[15:34] </w:t>
      </w:r>
      <w:r>
        <w:t>qabil peshangoyi kirdaar. Plant world bata raha hai ke dekho, grow karo. Duniya mein jo tumhare liye rizq hai, us ko le kar ke apni shakhsiyat ka irtaqa karo.</w:t>
      </w:r>
    </w:p>
    <w:p>
      <w:pPr>
        <w:jc w:val="right"/>
      </w:pPr>
      <w:r>
        <w:t>قابل پیشنگوئی کردار۔ پلانٹ ورلڈ بتا رہا ہے کہ دیکھو، گرو کرو۔ دنیا میں جو تمہارے لیے رزق ہے، اس کو لے کر کے اپنی شخصیت کا ارتقاء کرو۔</w:t>
      </w:r>
    </w:p>
    <w:p>
      <w:r>
        <w:rPr>
          <w:b/>
        </w:rPr>
        <w:t xml:space="preserve">[15:47] </w:t>
      </w:r>
      <w:r>
        <w:t>grow karo, grow karo, grow karo. Kyun ke darakht jo hai, grow karta hai.</w:t>
      </w:r>
    </w:p>
    <w:p>
      <w:pPr>
        <w:jc w:val="right"/>
      </w:pPr>
      <w:r>
        <w:t>گرو کرو، گرو کرو، گرو کرو۔ کیونکہ درخت جو ہے، گرو کرتا ہے۔</w:t>
      </w:r>
    </w:p>
    <w:p>
      <w:r>
        <w:rPr>
          <w:b/>
        </w:rPr>
        <w:t xml:space="preserve">[15:52] </w:t>
      </w:r>
      <w:r>
        <w:t>zameen se leta hai ghiza, fiza se leta hai ghiza, suraj se leta hai ghiza, aur grow karta hai, grow karta hai, grow karta hai. To darakht bata raha hai ke aye insaan, tu bhi aise hi kar.</w:t>
      </w:r>
    </w:p>
    <w:p>
      <w:pPr>
        <w:jc w:val="right"/>
      </w:pPr>
      <w:r>
        <w:t>زمین سے لیتا ہے غذا، فضا سے لیتا ہے غذا، سورج سے لیتا ہے غذا، اور گرو کرتا ہے، گرو کرتا ہے، گرو کرتا ہے۔ تو درخت بتا رہا ہے کہ اے انسان، تو بھی ایسے ہی کر۔</w:t>
      </w:r>
    </w:p>
    <w:p>
      <w:r>
        <w:rPr>
          <w:b/>
        </w:rPr>
        <w:t xml:space="preserve">[16:03] </w:t>
      </w:r>
      <w:r>
        <w:t>tere charon taraf rizq hai. Rizq ka matlab yeh hai, yani intellectual rizq, spiritual rizq, naseehat aur lesson ke maani mein rizq.</w:t>
      </w:r>
    </w:p>
    <w:p>
      <w:pPr>
        <w:jc w:val="right"/>
      </w:pPr>
      <w:r>
        <w:t>تیرے چاروں طرف رزق ہے۔ رزق کا مطلب یہ ہے، یعنی انٹلیکچول رزق، اسپیریچول رزق، نصیحت اور لیسن کے معنی میں رزق۔</w:t>
      </w:r>
    </w:p>
    <w:p>
      <w:r>
        <w:rPr>
          <w:b/>
        </w:rPr>
        <w:t xml:space="preserve">[16:16] </w:t>
      </w:r>
      <w:r>
        <w:t>us ko lo, lekin apni personality ko develop karo.</w:t>
      </w:r>
    </w:p>
    <w:p>
      <w:pPr>
        <w:jc w:val="right"/>
      </w:pPr>
      <w:r>
        <w:t>اس کو لو، لیکن اپنی پرسنیلٹی کو ڈیولپ کرو۔</w:t>
      </w:r>
    </w:p>
    <w:p>
      <w:r>
        <w:rPr>
          <w:b/>
        </w:rPr>
        <w:t xml:space="preserve">[16:24] </w:t>
      </w:r>
      <w:r>
        <w:t>hata ke haiwan jo hai, woh bhi sabakte rahen. Aap jante hain ke jangalon mein haiwanat rehte hain, bohat ziyada. Aaj tak kabhi un ke andar first war war aur second war war nahi hui.</w:t>
      </w:r>
    </w:p>
    <w:p>
      <w:pPr>
        <w:jc w:val="right"/>
      </w:pPr>
      <w:r>
        <w:t>حتی کہ حیوان جو ہے، وہ بھی سبکتے رہیں۔ آپ جانتے ہیں کہ جنگلوں میں حیوانات رہتے ہیں، بہت زیادہ۔ آج تک کبھی ان کے اندر فرسٹ وار وار اور سیکنڈ وار وار نہیں ہوئی۔</w:t>
      </w:r>
    </w:p>
    <w:p>
      <w:r>
        <w:rPr>
          <w:b/>
        </w:rPr>
        <w:t xml:space="preserve">[16:38] </w:t>
      </w:r>
      <w:r>
        <w:t>is tarah ki ladaaiyan nahi huin. Peaceful tareeqay se rehte hain. Sare janwar peaceful tareeqay se rehte hain. Kabhi un mein aapas mein war nahi hoti, jise insaan karta hai.</w:t>
      </w:r>
    </w:p>
    <w:p>
      <w:pPr>
        <w:jc w:val="right"/>
      </w:pPr>
      <w:r>
        <w:t>اس طرح کی لڑائیاں نہیں ہوئیں۔ پیس فل طریقے سے رہتے ہیں۔ سارے جانور پیس فل طریقے سے رہتے ہیں۔ کبھی ان میں آپس میں وار نہیں ہوتی، جسے انسان کرتا ہے۔</w:t>
      </w:r>
    </w:p>
    <w:p>
      <w:r>
        <w:rPr>
          <w:b/>
        </w:rPr>
        <w:t xml:space="preserve">[16:52] </w:t>
      </w:r>
      <w:r>
        <w:t>to goya ke animal yeh keh rahe hain insaan se ke aye insaan, tu bhi peaceful tareeqay se reh. Ladai ka tareeqa chhod.</w:t>
      </w:r>
    </w:p>
    <w:p>
      <w:pPr>
        <w:jc w:val="right"/>
      </w:pPr>
      <w:r>
        <w:t>تو گویا کہ اینیمل یہ کہہ رہے ہیں انسان سے کہ اے انسان، تو بھی پیس فل طریقے سے رہ۔ لڑائی کا طریقہ چھوڑ۔</w:t>
      </w:r>
    </w:p>
    <w:p>
      <w:r>
        <w:rPr>
          <w:b/>
        </w:rPr>
        <w:t xml:space="preserve">[17:02] </w:t>
      </w:r>
      <w:r>
        <w:t>ladai ka tareeqa chhod.</w:t>
      </w:r>
    </w:p>
    <w:p>
      <w:pPr>
        <w:jc w:val="right"/>
      </w:pPr>
      <w:r>
        <w:t>لڑائی کا طریقہ چھوڑ۔</w:t>
      </w:r>
    </w:p>
    <w:p>
      <w:r>
        <w:rPr>
          <w:b/>
        </w:rPr>
        <w:t xml:space="preserve">[17:07] </w:t>
      </w:r>
      <w:r>
        <w:t>to jab mein is ayat par sochta hoon to mujhe lagta hai ke yeh ayat mein jo lafz bilhaq ka hai, woh bohat aham hai.</w:t>
      </w:r>
    </w:p>
    <w:p>
      <w:pPr>
        <w:jc w:val="right"/>
      </w:pPr>
      <w:r>
        <w:t>تو جب میں اس آیت پر سوچتا ہوں تو مجھے لگتا ہے کہ یہ آیت میں جو لفظ بالحق کا ہے، وہ بہت اہم ہے۔</w:t>
      </w:r>
    </w:p>
    <w:p>
      <w:r>
        <w:rPr>
          <w:b/>
        </w:rPr>
        <w:t xml:space="preserve">[17:19] </w:t>
      </w:r>
      <w:r>
        <w:t>bilhaq mein ishara maujood hai ke ghuraab ke is waqe mein, yani crow ke is waqe mein, tumhare liye bohat bari naseehat hai.</w:t>
      </w:r>
    </w:p>
    <w:p>
      <w:pPr>
        <w:jc w:val="right"/>
      </w:pPr>
      <w:r>
        <w:t>بالحق میں اشارہ موجود ہے کہ غراب کے اس واقعے میں، یعنی کرو کے اس واقعے میں، تمہارے لیے بہت بڑی نصیحت ہے۔</w:t>
      </w:r>
    </w:p>
    <w:p>
      <w:r>
        <w:rPr>
          <w:b/>
        </w:rPr>
        <w:t xml:space="preserve">[17:31] </w:t>
      </w:r>
      <w:r>
        <w:t>ek haqeeqat batai gayi hai, ek truth bataya gaya hai, ek lesson bataya gaya hai, us ko pakdo. Aur phir ek us ko generalize karo.</w:t>
      </w:r>
    </w:p>
    <w:p>
      <w:pPr>
        <w:jc w:val="right"/>
      </w:pPr>
      <w:r>
        <w:t>ایک حقیقت بتائی گئی ہے، ایک ٹروتھ بتایا گیا ہے، ایک لیسن بتایا گیا ہے، اس کو پکڑو۔ اور پھر ایک اس کو جنرلائز کرو۔</w:t>
      </w:r>
    </w:p>
    <w:p>
      <w:r>
        <w:rPr>
          <w:b/>
        </w:rPr>
        <w:t xml:space="preserve">[17:44] </w:t>
      </w:r>
      <w:r>
        <w:t>generalize karo to sari kainat tumhare liye lesson aur naseehat ka karkhana ban jayegi.</w:t>
      </w:r>
    </w:p>
    <w:p>
      <w:pPr>
        <w:jc w:val="right"/>
      </w:pPr>
      <w:r>
        <w:t>جنرلائز کرو تو ساری کائنات تمہارے لیے لیسن اور نصیحت کا کارخانہ بن جائے گی۔</w:t>
      </w:r>
    </w:p>
    <w:p>
      <w:r>
        <w:rPr>
          <w:b/>
        </w:rPr>
        <w:t xml:space="preserve">[17:53] </w:t>
      </w:r>
      <w:r>
        <w:t>aur jarr kya hai? repentance, nadamat, soch, introspection.</w:t>
      </w:r>
    </w:p>
    <w:p>
      <w:pPr>
        <w:jc w:val="right"/>
      </w:pPr>
      <w:r>
        <w:t>اور جڑ کیا ہے؟ ریپنٹنس، ندامت، سوچ، انٹروسپیکشن۔</w:t>
      </w:r>
    </w:p>
    <w:p>
      <w:r>
        <w:rPr>
          <w:b/>
        </w:rPr>
        <w:t xml:space="preserve">[18:03] </w:t>
      </w:r>
      <w:r>
        <w:t>nadamat ke mani mat samjhein ke sirf sharmindagi. sharmindagi kab aati hai? jab aap sochte hain, jab introspection aap karte hain. aap</w:t>
      </w:r>
    </w:p>
    <w:p>
      <w:pPr>
        <w:jc w:val="right"/>
      </w:pPr>
      <w:r>
        <w:t>ندامت کے معنی مت سمجھیں کہ صرف شرمندگی۔ شرمندگی کب آتی ہے؟ جب آپ سوچتے ہیں، جب انٹروسپیکشن آپ کرتے ہیں۔ آپ</w:t>
      </w:r>
    </w:p>
    <w:p>
      <w:r>
        <w:rPr>
          <w:b/>
        </w:rPr>
        <w:t xml:space="preserve">[18:13] </w:t>
      </w:r>
      <w:r>
        <w:t>ek pathar doosre pathar par gir pade aur toot jaye pathar to us ke andar nadamat nahi aayegi. ek pathar doosre pathar par gire aur woh pathar toot jaye, farz ki jiye, tukre tukre ho jaye to us ka matlab nahi ke us ke andar nadamat aayegi, aa jayegi ke maine toda.</w:t>
      </w:r>
    </w:p>
    <w:p>
      <w:pPr>
        <w:jc w:val="right"/>
      </w:pPr>
      <w:r>
        <w:t>ایک پتھر دوسرے پتھر پر گر پڑے اور ٹوٹ جائے پتھر تو اس کے اندر ندامت نہیں آئے گی۔ ایک پتھر دوسرے پتھر پر گرے اور وہ پتھر ٹوٹ جائے، فرض کیجئے، ٹکڑے ٹکڑے ہو جائے تو اس کا مطلب نہیں کہ اس کے اندر ندامت آئے گی، آ جائے گی کہ میں نے توڑا۔</w:t>
      </w:r>
    </w:p>
    <w:p>
      <w:r>
        <w:rPr>
          <w:b/>
        </w:rPr>
        <w:t xml:space="preserve">[18:31] </w:t>
      </w:r>
      <w:r>
        <w:t>kyun ke nadamat ek insani sifat hai, is ka taluq dimagh se hai, soch se hai.</w:t>
      </w:r>
    </w:p>
    <w:p>
      <w:pPr>
        <w:jc w:val="right"/>
      </w:pPr>
      <w:r>
        <w:t>کیونکہ ندامت ایک انسانی صفت ہے، اس کا تعلق دماغ سے ہے، سوچ سے ہے۔</w:t>
      </w:r>
    </w:p>
    <w:p>
      <w:r>
        <w:rPr>
          <w:b/>
        </w:rPr>
        <w:t xml:space="preserve">[18:37] </w:t>
      </w:r>
      <w:r>
        <w:t>to yeh jo hai ke fasbah min an nazimeen ka matlab yeh hai ke is ka shaoor jaaga, is ka zehni faculty jaag uthi, laga sochte hain, sochte hain, sochte hain.</w:t>
      </w:r>
    </w:p>
    <w:p>
      <w:pPr>
        <w:jc w:val="right"/>
      </w:pPr>
      <w:r>
        <w:t>تو یہ جو ہے کہ فاسبہ من الناظمین کا مطلب یہ ہے کہ اس کا شعور جاگا، اس کا ذہنی فیکلٹی جاگ اٹھی، لگا سوچتے ہیں، سوچتے ہیں، سوچتے ہیں۔</w:t>
      </w:r>
    </w:p>
    <w:p>
      <w:r>
        <w:rPr>
          <w:b/>
        </w:rPr>
        <w:t xml:space="preserve">[18:53] </w:t>
      </w:r>
      <w:r>
        <w:t>to is mein pehli baat yeh hai ke har waqeye par socho, chahe woh kowe ka waqeya kyun na ho, kowe ka ya cheunti ka waqeya kyun na ho, is par socho, soch kar is ke andar sabaq nikalo.</w:t>
      </w:r>
    </w:p>
    <w:p>
      <w:pPr>
        <w:jc w:val="right"/>
      </w:pPr>
      <w:r>
        <w:t>تو اس میں پہلی بات یہ ہے کہ ہر واقعے پر سوچو، چاہے وہ کوے کا واقعہ کیوں نہ ہو، کوے کا یا چیونٹی کا واقعہ کیوں نہ ہو، اس پر سوچو، سوچ کر اس کے اندر سبق نکالو۔</w:t>
      </w:r>
    </w:p>
    <w:p>
      <w:r>
        <w:rPr>
          <w:b/>
        </w:rPr>
        <w:t xml:space="preserve">[19:07] </w:t>
      </w:r>
      <w:r>
        <w:t>yeh matlab hai nadamat ka.</w:t>
      </w:r>
    </w:p>
    <w:p>
      <w:pPr>
        <w:jc w:val="right"/>
      </w:pPr>
      <w:r>
        <w:t>یہ مطلب ہے ندامت کا۔</w:t>
      </w:r>
    </w:p>
    <w:p>
      <w:r>
        <w:rPr>
          <w:b/>
        </w:rPr>
        <w:t xml:space="preserve">[19:15] </w:t>
      </w:r>
      <w:r>
        <w:t>aur phir is mein yeh jo hai ke kowe mein sabaq rakh diya Allah taala ne insaan ke liye. kawa aap jante hain ke bohat mamooli chidiya hai.</w:t>
      </w:r>
    </w:p>
    <w:p>
      <w:pPr>
        <w:jc w:val="right"/>
      </w:pPr>
      <w:r>
        <w:t>اور پھر اس میں یہ جو ہے کہ کوے میں سبق رکھ دیا اللہ تعالی نے انسان کے لیے۔ کوا آپ جانتے ہیں کہ بہت معمولی چڑیا ہے۔</w:t>
      </w:r>
    </w:p>
    <w:p>
      <w:r>
        <w:rPr>
          <w:b/>
        </w:rPr>
        <w:t xml:space="preserve">[19:28] </w:t>
      </w:r>
      <w:r>
        <w:t>to yeh goya nature hum ko sabaq de rahi hai modesty ki. aye insaan, tu kowe se bhi kam janta hai,</w:t>
      </w:r>
    </w:p>
    <w:p>
      <w:pPr>
        <w:jc w:val="right"/>
      </w:pPr>
      <w:r>
        <w:t>تو یہ گویا نیچر ہم کو سبق دے رہی ہے ماڈیسٹی کی۔ اے انسان، تو کوے سے بھی کم جانتا ہے،</w:t>
      </w:r>
    </w:p>
    <w:p>
      <w:r>
        <w:rPr>
          <w:b/>
        </w:rPr>
        <w:t xml:space="preserve">[19:37] </w:t>
      </w:r>
      <w:r>
        <w:t>cheunti se bhi kam janta hai. to bohat zabardast is mein yeh sabaq hai ke aye insaan, kabhi bhi ghamand mat kar, organism mein mubtala na ho.</w:t>
      </w:r>
    </w:p>
    <w:p>
      <w:pPr>
        <w:jc w:val="right"/>
      </w:pPr>
      <w:r>
        <w:t>چیونٹی سے بھی کم جانتا ہے۔ تو بہت زبردست اس میں یہ سبق ہے کہ اے انسان، کبھی بھی گھمنڈ مت کر، ارگنزم میں مبتلا نہ ہو۔</w:t>
      </w:r>
    </w:p>
    <w:p>
      <w:r>
        <w:rPr>
          <w:b/>
        </w:rPr>
        <w:t xml:space="preserve">[19:50] </w:t>
      </w:r>
      <w:r>
        <w:t>hamesha apne ko mutawazin banaye rakh, modest banaye rakh. to kaisa ajeeb sabaq hai yeh!</w:t>
      </w:r>
    </w:p>
    <w:p>
      <w:pPr>
        <w:jc w:val="right"/>
      </w:pPr>
      <w:r>
        <w:t>ہمیشہ اپنے کو متوازن بنائے رکھ، ماڈیس بنائے رکھ۔ تو کیسا عجیب سبق ہے یہ!</w:t>
      </w:r>
    </w:p>
    <w:p>
      <w:r>
        <w:rPr>
          <w:b/>
        </w:rPr>
        <w:t xml:space="preserve">[20:01] </w:t>
      </w:r>
      <w:r>
        <w:t>kaisa ajeeb sabaq hai yeh!</w:t>
      </w:r>
    </w:p>
    <w:p>
      <w:pPr>
        <w:jc w:val="right"/>
      </w:pPr>
      <w:r>
        <w:t>کیسا عجیب سبق ہے یہ!</w:t>
      </w:r>
    </w:p>
    <w:p>
      <w:r>
        <w:rPr>
          <w:b/>
        </w:rPr>
        <w:t xml:space="preserve">[20:04] </w:t>
      </w:r>
      <w:r>
        <w:t>phir is mein yeh bhi sabaq hai ke qatl karna, yani bhai ne bhai ko qatl kar diya. achha, qatl ke baad kya mila is ko?</w:t>
      </w:r>
    </w:p>
    <w:p>
      <w:pPr>
        <w:jc w:val="right"/>
      </w:pPr>
      <w:r>
        <w:t>پھر اس میں یہ بھی سبق ہے کہ قتل کرنا، یعنی بھائی نے بھائی کو قتل کر دیا۔ اچھا، قتل کے بعد کیا ملا اس کو؟</w:t>
      </w:r>
    </w:p>
    <w:p>
      <w:r>
        <w:rPr>
          <w:b/>
        </w:rPr>
        <w:t xml:space="preserve">[20:14] </w:t>
      </w:r>
      <w:r>
        <w:t>koi faida mila? koi khushi mili? kuch bhi nahi mila. afsos, nadamat yeh mila.</w:t>
      </w:r>
    </w:p>
    <w:p>
      <w:pPr>
        <w:jc w:val="right"/>
      </w:pPr>
      <w:r>
        <w:t>کوئی فائدہ ملا؟ کوئی خوشی ملی؟ کچھ بھی نہیں ملا۔ افسوس، ندامت یہ ملا۔</w:t>
      </w:r>
    </w:p>
    <w:p>
      <w:r>
        <w:rPr>
          <w:b/>
        </w:rPr>
        <w:t xml:space="preserve">[20:24] </w:t>
      </w:r>
      <w:r>
        <w:t>is mein yeh bhi sabaq hai ke koi iqdam jab karo to pehle socho is ke ke is ka result, result kya hoga?</w:t>
      </w:r>
    </w:p>
    <w:p>
      <w:pPr>
        <w:jc w:val="right"/>
      </w:pPr>
      <w:r>
        <w:t>اس میں یہ بھی سبق ہے کہ کوئی اقدام جب کرو تو پہلے سوچو اس کے کہ اس کا رزلٹ، رزلٹ کیا ہوگا؟</w:t>
      </w:r>
    </w:p>
    <w:p>
      <w:r>
        <w:rPr>
          <w:b/>
        </w:rPr>
        <w:t xml:space="preserve">[20:36] </w:t>
      </w:r>
      <w:r>
        <w:t>yani bhai ne jab bhai ko mara to peshgi sochta agar yeh ke marne ke baad kya hoga? marne ke baad mujhe sharminda hona padega?</w:t>
      </w:r>
    </w:p>
    <w:p>
      <w:pPr>
        <w:jc w:val="right"/>
      </w:pPr>
      <w:r>
        <w:t>یعنی بھائی نے جب بھائی کو مارا تو پیشگی سوچتا اگر یہ کہ مارنے کے بعد کیا ہوگا؟ مارنے کے بعد مجھے شرمندہ ہونا پڑے گا؟</w:t>
      </w:r>
    </w:p>
    <w:p>
      <w:r>
        <w:rPr>
          <w:b/>
        </w:rPr>
        <w:t xml:space="preserve">[20:51] </w:t>
      </w:r>
      <w:r>
        <w:t>mujhe pata chalega ke main to kowe se bhi kam janta hoon. to agar is result ko sochta ho to qatl ka kaam na karta ho.</w:t>
      </w:r>
    </w:p>
    <w:p>
      <w:pPr>
        <w:jc w:val="right"/>
      </w:pPr>
      <w:r>
        <w:t>مجھے پتہ چلے گا کہ میں تو کوے سے بھی کم جانتا ہوں۔ تو اگر اس رزلٹ کو سوچتا ہو تو قتل کا کام نہ کرتا ہو۔</w:t>
      </w:r>
    </w:p>
    <w:p>
      <w:r>
        <w:rPr>
          <w:b/>
        </w:rPr>
        <w:t xml:space="preserve">[21:04] </w:t>
      </w:r>
      <w:r>
        <w:t>to is mein kitna bara sabaq hai, kitna bara sabaq hai ke aye insaan, koi jab iqdam tum karo, qatl ka iqdam karo, kisi ko gaali do, kisi se ghussa karo,</w:t>
      </w:r>
    </w:p>
    <w:p>
      <w:pPr>
        <w:jc w:val="right"/>
      </w:pPr>
      <w:r>
        <w:t>تو اس میں کتنا بڑا سبق ہے، کتنا بڑا سبق ہے کہ اے انسان، کوئی جب اقدام تم کرو، قتل کا اقدام کرو، کسی کو گالی دو، کسی سے غصہ کرو،</w:t>
      </w:r>
    </w:p>
    <w:p>
      <w:r>
        <w:rPr>
          <w:b/>
        </w:rPr>
        <w:t xml:space="preserve">[21:19] </w:t>
      </w:r>
      <w:r>
        <w:t>kisi ke khilaf inteqam ki karwai karo, kisi ka maal chheeno to soch lo pehle ke result kya hoga, nateeja kya hoga?</w:t>
      </w:r>
    </w:p>
    <w:p>
      <w:pPr>
        <w:jc w:val="right"/>
      </w:pPr>
      <w:r>
        <w:t>کسی کے خلاف انتقام کی کارروائی کرو، کسی کا مال چھینو تو سوچ لو پہلے کہ رزلٹ کیا ہوگا، نتیجہ کیا ہوگا؟</w:t>
      </w:r>
    </w:p>
    <w:p>
      <w:r>
        <w:rPr>
          <w:b/>
        </w:rPr>
        <w:t xml:space="preserve">[21:29] </w:t>
      </w:r>
      <w:r>
        <w:t>yani result oriented thinking bhi is ke andar maujood hai.</w:t>
      </w:r>
    </w:p>
    <w:p>
      <w:pPr>
        <w:jc w:val="right"/>
      </w:pPr>
      <w:r>
        <w:t>یعنی رزلٹ اورینٹڈ تھنکنگ بھی اس کے اندر موجود ہے۔</w:t>
      </w:r>
    </w:p>
    <w:p>
      <w:r>
        <w:rPr>
          <w:b/>
        </w:rPr>
        <w:t xml:space="preserve">[21:38] </w:t>
      </w:r>
      <w:r>
        <w:t>is ke andar kyun ke dekhiye, waqeya batata hai ke agarche is ne apne bhai ko maar dala, lekin faida to kuch bhi nahi mila.</w:t>
      </w:r>
    </w:p>
    <w:p>
      <w:pPr>
        <w:jc w:val="right"/>
      </w:pPr>
      <w:r>
        <w:t>اس کے اندر کیونکہ دیکھیے، واقعہ بتاتا ہے کہ اگرچہ اس نے اپنے بھائی کو مار ڈالا، لیکن فائدہ تو کچھ بھی نہیں ملا۔</w:t>
      </w:r>
    </w:p>
    <w:p>
      <w:r>
        <w:rPr>
          <w:b/>
        </w:rPr>
        <w:t xml:space="preserve">[21:46] </w:t>
      </w:r>
      <w:r>
        <w:t>nahi, is ko jis cheez ko samajhta tha, ab apna nuqsan, is nuqsan ki talafi to hui nahi, woh to apni jagah baqi raha.</w:t>
      </w:r>
    </w:p>
    <w:p>
      <w:pPr>
        <w:jc w:val="right"/>
      </w:pPr>
      <w:r>
        <w:t>نہیں، اس کو جس چیز کو سمجھتا تھا، اب اپنا نقصان، اس نقصان کی تلافی تو ہوئی نہیں، وہ تو اپنی جگہ باقی رہا۔</w:t>
      </w:r>
    </w:p>
    <w:p>
      <w:r>
        <w:rPr>
          <w:b/>
        </w:rPr>
        <w:t xml:space="preserve">[21:59] </w:t>
      </w:r>
      <w:r>
        <w:t>yani bhai ko maar kar bhi is ko koi faida nahi mila.</w:t>
      </w:r>
    </w:p>
    <w:p>
      <w:pPr>
        <w:jc w:val="right"/>
      </w:pPr>
      <w:r>
        <w:t>یعنی بھائی کو مار کر بھی اس کو کوئی فائدہ نہیں ملا۔</w:t>
      </w:r>
    </w:p>
    <w:p>
      <w:r>
        <w:rPr>
          <w:b/>
        </w:rPr>
        <w:t xml:space="preserve">[22:06] </w:t>
      </w:r>
      <w:r>
        <w:t>to is mein yeh aadmi ke liye sabaq hai ke aisa kaam tum kyun karo ke itni bari, yani itna bara bhayanak waqeya karne ke baad bhi to koi mile kuch nahi.</w:t>
      </w:r>
    </w:p>
    <w:p>
      <w:pPr>
        <w:jc w:val="right"/>
      </w:pPr>
      <w:r>
        <w:t>تو اس میں یہ آدمی کے لیے سبق ہے کہ ایسا کام تم کیوں کرو کہ اتنی بڑی، یعنی اتنا بڑا بھیانک واقعہ کرنے کے بعد بھی تو کوئی ملے کچھ نہیں۔</w:t>
      </w:r>
    </w:p>
    <w:p>
      <w:r>
        <w:rPr>
          <w:b/>
        </w:rPr>
        <w:t xml:space="preserve">[22:21] </w:t>
      </w:r>
      <w:r>
        <w:t>to bhai ko maar dalo aur mile kuch nahi.</w:t>
      </w:r>
    </w:p>
    <w:p>
      <w:pPr>
        <w:jc w:val="right"/>
      </w:pPr>
      <w:r>
        <w:t>تو بھائی کو مار ڈالو اور ملے کچھ نہیں۔</w:t>
      </w:r>
    </w:p>
    <w:p>
      <w:r>
        <w:rPr>
          <w:b/>
        </w:rPr>
        <w:t xml:space="preserve">[22:27] </w:t>
      </w:r>
      <w:r>
        <w:t>bhai ko maar daalo to mile kuch nahin.</w:t>
      </w:r>
    </w:p>
    <w:p>
      <w:pPr>
        <w:jc w:val="right"/>
      </w:pPr>
      <w:r>
        <w:t>بھائی کو مار ڈالو تو ملے کچھ نہیں۔</w:t>
      </w:r>
    </w:p>
    <w:p>
      <w:r>
        <w:rPr>
          <w:b/>
        </w:rPr>
        <w:t xml:space="preserve">[22:30] </w:t>
      </w:r>
      <w:r>
        <w:t>riwayat mein aata hai ke maarne ke baad woh bhai jo tha, us ki laash ko kandhe par rakha aur deewangi ke saath ghoomta tha idhar udhar ke haaye, main ne kya kiya!</w:t>
      </w:r>
    </w:p>
    <w:p>
      <w:pPr>
        <w:jc w:val="right"/>
      </w:pPr>
      <w:r>
        <w:t>روایتوں میں آتا ہے کہ مارنے کے بعد وہ بھائی جو تھا، اس کی لاش کو کندھے پر رکھا اور دیوانگی کے ساتھ گھومتا تھا ادھر ادھر کہ ہائے، میں نے کیا کیا!</w:t>
      </w:r>
    </w:p>
    <w:p>
      <w:r>
        <w:rPr>
          <w:b/>
        </w:rPr>
        <w:t xml:space="preserve">[22:41] </w:t>
      </w:r>
      <w:r>
        <w:t>haaye, main ne kya kiya!</w:t>
      </w:r>
    </w:p>
    <w:p>
      <w:pPr>
        <w:jc w:val="right"/>
      </w:pPr>
      <w:r>
        <w:t>ہائے، میں نے کیا کیا!</w:t>
      </w:r>
    </w:p>
    <w:p>
      <w:r>
        <w:rPr>
          <w:b/>
        </w:rPr>
        <w:t xml:space="preserve">[22:43] </w:t>
      </w:r>
      <w:r>
        <w:t>yaani bhai ki dead body ko kandhe par rakh kar ke deewana waar ghoomta raha idhar udhar. yaani wahin nahin hua tha waqea jahan us ne apne bhai ko qatl kiya tha, wahin wahin nahin kawa aaya.</w:t>
      </w:r>
    </w:p>
    <w:p>
      <w:pPr>
        <w:jc w:val="right"/>
      </w:pPr>
      <w:r>
        <w:t>یعنی بھائی کی ڈیڈ باڈی کو کندھے پر رکھ کر کے دیوانہ وار گھومتا رہا ادھر ادھر۔ یعنی وہیں نہیں ہوا تھا واقعہ جہاں اس نے اپنے بھائی کو قتل کیا تھا، وہیں وہیں نہیں کوا آیا۔</w:t>
      </w:r>
    </w:p>
    <w:p>
      <w:r>
        <w:rPr>
          <w:b/>
        </w:rPr>
        <w:t xml:space="preserve">[23:01] </w:t>
      </w:r>
      <w:r>
        <w:t>kawa wahin ka wahin foran, yaani usi waqt dharna dharna nahin aa gaya. woh apne bhai ki laash ko liye phirta raha</w:t>
      </w:r>
    </w:p>
    <w:p>
      <w:pPr>
        <w:jc w:val="right"/>
      </w:pPr>
      <w:r>
        <w:t>کوا وہیں کا وہیں فوراً، یعنی اسی وقت دھرنا دھر نہیں آ گیا۔ وہ اپنے بھائی کی لاش کو لیے پھرتا رہا</w:t>
      </w:r>
    </w:p>
    <w:p>
      <w:r>
        <w:rPr>
          <w:b/>
        </w:rPr>
        <w:t xml:space="preserve">[23:11] </w:t>
      </w:r>
      <w:r>
        <w:t>gham mein aur afsos mein ke haaye, main ne kya kiya! phir aakhir mein kawa aaya. to yeh kitna bara sabak hai ke koi iqdaam karo to pehle socho.</w:t>
      </w:r>
    </w:p>
    <w:p>
      <w:pPr>
        <w:jc w:val="right"/>
      </w:pPr>
      <w:r>
        <w:t>غم میں اور افسوس میں کہ ہائے، میں نے کیا کیا! پھر آخر میں کوا آیا۔ تو یہ کتنا بڑا سبق ہے کہ کوئی اقدام کرو تو پہلے سوچو۔</w:t>
      </w:r>
    </w:p>
    <w:p>
      <w:r>
        <w:rPr>
          <w:b/>
        </w:rPr>
        <w:t xml:space="preserve">[23:24] </w:t>
      </w:r>
      <w:r>
        <w:t>agar iqdaam mein koi nateeja nahin karne wala hai, tab to karo, nahin to iqdaam hi mat karo, iqdaam hi mat karo.</w:t>
      </w:r>
    </w:p>
    <w:p>
      <w:pPr>
        <w:jc w:val="right"/>
      </w:pPr>
      <w:r>
        <w:t>اگر اقدام میں کوئی نتیجہ نہیں کرنے والا ہے، تب تو کرو، نہیں تو اقدام ہی مت کرو، اقدام ہی مت کرو۔</w:t>
      </w:r>
    </w:p>
    <w:p>
      <w:r>
        <w:rPr>
          <w:b/>
        </w:rPr>
        <w:t xml:space="preserve">[23:38] </w:t>
      </w:r>
      <w:r>
        <w:t>main samajhta hoon ke yeh itna bara sabak hai jo insani tareekh ke aaghaz mein diya gaya tha. insani tareekh ke aaghaz mein ke tumhara amal jo hai,</w:t>
      </w:r>
    </w:p>
    <w:p>
      <w:pPr>
        <w:jc w:val="right"/>
      </w:pPr>
      <w:r>
        <w:t>میں سمجھتا ہوں کہ یہ اتنا بڑا سبق ہے جو انسانی تاریخ کے آغاز میں دیا گیا تھا۔ انسانی تاریخ کے آغاز میں کہ تمہارا عمل جو ہے،</w:t>
      </w:r>
    </w:p>
    <w:p>
      <w:r>
        <w:rPr>
          <w:b/>
        </w:rPr>
        <w:t xml:space="preserve">[23:51] </w:t>
      </w:r>
      <w:r>
        <w:t>result oriented rehna chahiye,</w:t>
      </w:r>
    </w:p>
    <w:p>
      <w:pPr>
        <w:jc w:val="right"/>
      </w:pPr>
      <w:r>
        <w:t>رزلٹ اورینٹڈ رہنا چاہیے،</w:t>
      </w:r>
    </w:p>
    <w:p>
      <w:r>
        <w:rPr>
          <w:b/>
        </w:rPr>
        <w:t xml:space="preserve">[23:55] </w:t>
      </w:r>
      <w:r>
        <w:t>warna kya hoga? afsos, nakaami mein izafa, sharmindagi. zahir hai ke woh bhai jo tha, jis ne maara tha, yaqeenan saari umar woh sharminda hi raha hoga ke haaye, main ne kya kiya!</w:t>
      </w:r>
    </w:p>
    <w:p>
      <w:pPr>
        <w:jc w:val="right"/>
      </w:pPr>
      <w:r>
        <w:t>ورنہ کیا ہوگا؟ افسوس، ناکامی میں اضافہ، شرمندگی۔ ظاہر ہے کہ وہ بھائی جو تھا، جس نے مارا تھا، یقینا ساری عمر وہ شرمندہ ہی رہا ہوگا کہ ہائے، میں نے کیا کیا!</w:t>
      </w:r>
    </w:p>
    <w:p>
      <w:r>
        <w:rPr>
          <w:b/>
        </w:rPr>
        <w:t xml:space="preserve">[24:11] </w:t>
      </w:r>
      <w:r>
        <w:t>bhai ko maar daala, mila kuch bhi nahin. aap sochiye, woh bhai saari umar hamesha raha hoga sharmindagi mein, afsos mein, rota raha hoga.</w:t>
      </w:r>
    </w:p>
    <w:p>
      <w:pPr>
        <w:jc w:val="right"/>
      </w:pPr>
      <w:r>
        <w:t>بھائی کو مار ڈالا، ملا کچھ بھی نہیں۔ آپ سوچیے، وہ بھائی ساری عمر ہمیشہ رہا ہوگا شرمندگی میں، افسوس میں، روتا رہا ہوگا۔</w:t>
      </w:r>
    </w:p>
    <w:p>
      <w:r>
        <w:rPr>
          <w:b/>
        </w:rPr>
        <w:t xml:space="preserve">[24:27] </w:t>
      </w:r>
      <w:r>
        <w:t>ab dekhen, kya mila is ko? apni energy zaya ki, is ne apna waqt zaya kiya, is ne. ab woh sochta hoga yaqeenan ke main aur bhai dono taqat thay, main us ki taqat tha, woh meri taqat tha, to main ne is ko kho diya, akela ho gaya.</w:t>
      </w:r>
    </w:p>
    <w:p>
      <w:pPr>
        <w:jc w:val="right"/>
      </w:pPr>
      <w:r>
        <w:t>اب دیکھیں، کیا ملا اس کو؟ اپنی انرجی ضائع کی، اس نے اپنا وقت ضائع کیا، اس نے۔ اب وہ سوچتا ہوگا یقینا کہ میں اور بھائی دونوں طاقت تھے، میں اس کی طاقت تھا، وہ میری طاقت تھا، تو میں نے اس کو کھو دیا، اکیلا ہو گیا۔</w:t>
      </w:r>
    </w:p>
    <w:p>
      <w:r>
        <w:rPr>
          <w:b/>
        </w:rPr>
        <w:t xml:space="preserve">[24:43] </w:t>
      </w:r>
      <w:r>
        <w:t>ab main koi kaam karne ke liye mere paas aik saathi tha, aik saathi tha jis par main trust kar sakta tha, kyunke woh saga bhai tha.</w:t>
      </w:r>
    </w:p>
    <w:p>
      <w:pPr>
        <w:jc w:val="right"/>
      </w:pPr>
      <w:r>
        <w:t>اب میں کوئی کام کرنے کے لیے میرے پاس ایک ساتھی تھا، ایک ساتھی تھا جس پر میں ٹرسٹ کر سکتا تھا، کیونکہ وہ سگا بھائی تھا۔</w:t>
      </w:r>
    </w:p>
    <w:p>
      <w:r>
        <w:rPr>
          <w:b/>
        </w:rPr>
        <w:t xml:space="preserve">[24:56] </w:t>
      </w:r>
      <w:r>
        <w:t>zahir hai ke aap saga bhai par trust karte hain, saga bhai aap ka bohat qabil e aitmad saathi hota hai.</w:t>
      </w:r>
    </w:p>
    <w:p>
      <w:pPr>
        <w:jc w:val="right"/>
      </w:pPr>
      <w:r>
        <w:t>ظاہر ہے کہ آپ سگے بھائی پر ٹرسٹ کرتے ہیں، سگا بھائی آپ کا بہت قابل اعتماد ساتھی ہوتا ہے۔</w:t>
      </w:r>
    </w:p>
    <w:p>
      <w:r>
        <w:rPr>
          <w:b/>
        </w:rPr>
        <w:t xml:space="preserve">[25:07] </w:t>
      </w:r>
      <w:r>
        <w:t>to yaqeenan woh saari umar sochta hoga ke kaisa nadani ka fe'l main ne kiya ke Khuda ne mujhe bhai ki shakal mein aik saathi diya tha, is ko main ne kho diya.</w:t>
      </w:r>
    </w:p>
    <w:p>
      <w:pPr>
        <w:jc w:val="right"/>
      </w:pPr>
      <w:r>
        <w:t>تو یقینا وہ ساری عمر سوچتا ہوگا کہ کیسا نادانی کا فعل میں نے کیا کہ خدا نے مجھے بھائی کی شکل میں ایک ساتھی دیا تھا، اس کو میں نے کھو دیا۔</w:t>
      </w:r>
    </w:p>
    <w:p>
      <w:r>
        <w:rPr>
          <w:b/>
        </w:rPr>
        <w:t xml:space="preserve">[25:22] </w:t>
      </w:r>
      <w:r>
        <w:t>ab main parda nahin</w:t>
      </w:r>
    </w:p>
    <w:p>
      <w:pPr>
        <w:jc w:val="right"/>
      </w:pPr>
      <w:r>
        <w:t>اب میں پردہ نہیں</w:t>
      </w:r>
    </w:p>
    <w:p>
      <w:r>
        <w:rPr>
          <w:b/>
        </w:rPr>
        <w:t xml:space="preserve">[25:23] </w:t>
      </w:r>
      <w:r>
        <w:t>kar sakta is ko, agar main chahoon ke is ko zinda karoon to main nahin kar sakta.</w:t>
      </w:r>
    </w:p>
    <w:p>
      <w:pPr>
        <w:jc w:val="right"/>
      </w:pPr>
      <w:r>
        <w:t>کر سکتا اس کو، اگر میں چاہوں کہ اس کو زندہ کروں تو میں نہیں کر سکتا۔</w:t>
      </w:r>
    </w:p>
    <w:p>
      <w:r>
        <w:rPr>
          <w:b/>
        </w:rPr>
        <w:t xml:space="preserve">[25:29] </w:t>
      </w:r>
      <w:r>
        <w:t>to shuru hi mein yeh sabak de diya gaya insaan ko ke aisi ghalti mat karo, aur sath sath yeh sabak de diya gaya ke tumhare is paas jo dunya hai, woh sab ki sab sabak se bhari hui hai.</w:t>
      </w:r>
    </w:p>
    <w:p>
      <w:pPr>
        <w:jc w:val="right"/>
      </w:pPr>
      <w:r>
        <w:t>تو شروع ہی میں یہ سبق دے دیا گیا انسان کو کہ ایسی غلطی مت کرو، اور ساتھ ساتھ یہ سبق دے دیا گیا کہ تمہارے اس پاس جو دنیا ہے، وہ سب کی سب سبق سے بھری ہوئی ہے۔</w:t>
      </w:r>
    </w:p>
    <w:p>
      <w:r>
        <w:rPr>
          <w:b/>
        </w:rPr>
        <w:t xml:space="preserve">[25:43] </w:t>
      </w:r>
      <w:r>
        <w:t>chidiya mein sabak, peR mein sabak, sitare aur sayare mein sabak, cheunti rengay to is mein bhi sabak.</w:t>
      </w:r>
    </w:p>
    <w:p>
      <w:pPr>
        <w:jc w:val="right"/>
      </w:pPr>
      <w:r>
        <w:t>چڑیا میں سبق، پیڑ میں سبق، ستارے اور سیارے میں سبق، چیونٹی رینگے تو اس میں بھی سبق۔</w:t>
      </w:r>
    </w:p>
    <w:p>
      <w:r>
        <w:rPr>
          <w:b/>
        </w:rPr>
        <w:t xml:space="preserve">[25:53] </w:t>
      </w:r>
      <w:r>
        <w:t>sirf matlab kya hai? sochne ka. agar aap sochen ge to sabak har cheez mein hai, aur phir aadmi sehat e mustaqeem se hatne se bach jayega.</w:t>
      </w:r>
    </w:p>
    <w:p>
      <w:pPr>
        <w:jc w:val="right"/>
      </w:pPr>
      <w:r>
        <w:t>صرف مطلب کیا ہے؟ سوچنے کا۔ اگر آپ سوچیں گے تو سبق ہر چیز میں ہے، اور پھر آدمی صحت مستقیم سے ہٹنے سے بچ جائے گا۔</w:t>
      </w:r>
    </w:p>
    <w:p>
      <w:r>
        <w:rPr>
          <w:b/>
        </w:rPr>
        <w:t xml:space="preserve">[26:08] </w:t>
      </w:r>
      <w:r>
        <w:t>ab ghore kijiye, kitni sari baatein hain is ayat mein jo bohat bari mazi ka qissa hai. zahir hai ke yeh waqea kab</w:t>
      </w:r>
    </w:p>
    <w:p>
      <w:pPr>
        <w:jc w:val="right"/>
      </w:pPr>
      <w:r>
        <w:t>اب غور کیجئے، کتنی ساری باتیں ہیں اس آیت میں جو بہت بڑی ماضی کا قصہ ہے۔ ظاہر ہے کہ یہ واقعہ کب</w:t>
      </w:r>
    </w:p>
    <w:p>
      <w:r>
        <w:rPr>
          <w:b/>
        </w:rPr>
        <w:t xml:space="preserve">[26:19] </w:t>
      </w:r>
      <w:r>
        <w:t>hua? Hazrat Adam ke, yaani ghaliban un ki zindagi mein hua, yaani insaan e awwal ki zindagi mein yeh waqea ho gaya tareekh ke aaghaz mein.</w:t>
      </w:r>
    </w:p>
    <w:p>
      <w:pPr>
        <w:jc w:val="right"/>
      </w:pPr>
      <w:r>
        <w:t>ہوا؟ حضرت آدم کے، یعنی غالباً ان کی زندگی میں ہوا، یعنی انسان اولی کی زندگی میں یہ واقعہ ہو گیا تاریخ کے آغاز میں۔</w:t>
      </w:r>
    </w:p>
    <w:p>
      <w:r>
        <w:rPr>
          <w:b/>
        </w:rPr>
        <w:t xml:space="preserve">[26:34] </w:t>
      </w:r>
      <w:r>
        <w:t>to poori tareekh ke liye aik sabak is mein de diya gaya,</w:t>
      </w:r>
    </w:p>
    <w:p>
      <w:pPr>
        <w:jc w:val="right"/>
      </w:pPr>
      <w:r>
        <w:t>تو پوری تاریخ کے لیے ایک سبق اس میں دے دیا گیا،</w:t>
      </w:r>
    </w:p>
    <w:p>
      <w:r>
        <w:rPr>
          <w:b/>
        </w:rPr>
        <w:t xml:space="preserve">[26:39] </w:t>
      </w:r>
      <w:r>
        <w:t>poori tareekh ke liye,</w:t>
      </w:r>
    </w:p>
    <w:p>
      <w:pPr>
        <w:jc w:val="right"/>
      </w:pPr>
      <w:r>
        <w:t>پوری تاریخ کے لیے،</w:t>
      </w:r>
    </w:p>
    <w:p>
      <w:r>
        <w:rPr>
          <w:b/>
        </w:rPr>
        <w:t xml:space="preserve">[26:45] </w:t>
      </w:r>
      <w:r>
        <w:t>poori tareekh ke liye. aap jante hain ke in sab se bara jo crime hota hai, jurm woh qatl hai. saare kaam, qanoon, saare akhlaqi tasawwurat har jagah yeh bana gaya hai ke sab se bara crime qatl hai,</w:t>
      </w:r>
    </w:p>
    <w:p>
      <w:pPr>
        <w:jc w:val="right"/>
      </w:pPr>
      <w:r>
        <w:t>پوری تاریخ کے لیے۔ آپ جانتے ہیں کہ ان سب سے بڑا جو کرائم ہوتا ہے، جرم وہ قتل ہے۔ سارے کام، قوانین، سارے اخلاقی تصورات ہر جگہ یہ بانا گیا ہے کہ سب سے بڑا کرائم قتل ہے،</w:t>
      </w:r>
    </w:p>
    <w:p>
      <w:r>
        <w:rPr>
          <w:b/>
        </w:rPr>
        <w:t xml:space="preserve">[27:07] </w:t>
      </w:r>
      <w:r>
        <w:t>aur woh ho gaya aaghaz hayat mein, aur us ke saare nataij saamne aa gaye.</w:t>
      </w:r>
    </w:p>
    <w:p>
      <w:pPr>
        <w:jc w:val="right"/>
      </w:pPr>
      <w:r>
        <w:t>اور وہ ہو گیا آغاز حیات میں، اور اس کے سارے نتائج سامنے آ گئے۔</w:t>
      </w:r>
    </w:p>
    <w:p>
      <w:r>
        <w:rPr>
          <w:b/>
        </w:rPr>
        <w:t xml:space="preserve">[27:15] </w:t>
      </w:r>
      <w:r>
        <w:t>is tarah shuru hi mein ek example set ho gaya.</w:t>
      </w:r>
    </w:p>
    <w:p>
      <w:pPr>
        <w:jc w:val="right"/>
      </w:pPr>
      <w:r>
        <w:t>اس طرح شروع ہی میں ایک ایگزیمپل سیٹ ہو گیا۔</w:t>
      </w:r>
    </w:p>
    <w:p>
      <w:r>
        <w:rPr>
          <w:b/>
        </w:rPr>
        <w:t xml:space="preserve">[27:21] </w:t>
      </w:r>
      <w:r>
        <w:t>yeh example goya ek trend setter example hai.</w:t>
      </w:r>
    </w:p>
    <w:p>
      <w:pPr>
        <w:jc w:val="right"/>
      </w:pPr>
      <w:r>
        <w:t>یہ ایگزیمپل گویا ایک ٹرینڈ سیٹر ایگزیمپل ہے۔</w:t>
      </w:r>
    </w:p>
    <w:p>
      <w:r>
        <w:rPr>
          <w:b/>
        </w:rPr>
        <w:t xml:space="preserve">[27:26] </w:t>
      </w:r>
      <w:r>
        <w:t>yeh jo example hai kowe ka aur qabeel habel ka, yeh goya ek trend setter example hai ke is ko agar aadmi follow kare to kis tarah woh ghaltiyon se bache.</w:t>
      </w:r>
    </w:p>
    <w:p>
      <w:pPr>
        <w:jc w:val="right"/>
      </w:pPr>
      <w:r>
        <w:t>یہ جو ایگزیمپل ہے کوے کا اور قابیل ہابیل کا، یہ گویا ایک ٹرینڈ سیٹر ایگزیمپل ہے کہ اس کو اگر آدمی فالو کرے تو کس طرح وہ غلطیوں سے بچ جائے۔</w:t>
      </w:r>
    </w:p>
    <w:p>
      <w:r>
        <w:rPr>
          <w:b/>
        </w:rPr>
        <w:t xml:space="preserve">[27:45] </w:t>
      </w:r>
      <w:r>
        <w:t>to meri dua hai ke Allah taala hum ko, aap ko quran ko samajhne ki tofeeq de.</w:t>
      </w:r>
    </w:p>
    <w:p>
      <w:pPr>
        <w:jc w:val="right"/>
      </w:pPr>
      <w:r>
        <w:t>تو میری دعا ہے کہ اللہ تعالی ہم کو، آپ کو قرآن کو سمجھنے کی توفیق دے۔</w:t>
      </w:r>
    </w:p>
    <w:p>
      <w:r>
        <w:rPr>
          <w:b/>
        </w:rPr>
        <w:t xml:space="preserve">[27:50] </w:t>
      </w:r>
      <w:r>
        <w:t>hum quran ke jo mani hain, is ko daryaft karein aur is ko follow karein apni zindagi mein. Assalam o alaikum wa rehmatullahi wa barakatuh.</w:t>
      </w:r>
    </w:p>
    <w:p>
      <w:pPr>
        <w:jc w:val="right"/>
      </w:pPr>
      <w:r>
        <w:t>ہم قرآن کے جو معنی ہیں، اس کو دریافت کریں اور اس کو فالو کریں اپنی زندگی میں۔ السلام علیکم ورحمۃ اللہ وبرکاتہ۔</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