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Importance of Modesty March 1, 2009</w:t>
      </w:r>
    </w:p>
    <w:p>
      <w:r>
        <w:t>https://youtu.be/c599K8yDwzk</w:t>
      </w:r>
    </w:p>
    <w:p>
      <w:r>
        <w:rPr>
          <w:b/>
        </w:rPr>
        <w:t xml:space="preserve">[00:32] </w:t>
      </w:r>
      <w:r>
        <w:t>aaj ka jo topic hai woh hai "the importance of modesty".</w:t>
      </w:r>
    </w:p>
    <w:p>
      <w:pPr>
        <w:jc w:val="right"/>
      </w:pPr>
      <w:r>
        <w:t>آج کا جو ٹاپک ہے وہ ہے "دا امپورٹنس آف ماڈیسٹی".</w:t>
      </w:r>
    </w:p>
    <w:p>
      <w:r>
        <w:rPr>
          <w:b/>
        </w:rPr>
        <w:t xml:space="preserve">[00:43] </w:t>
      </w:r>
      <w:r>
        <w:t>modesty ko urdu mein kehte hain tawazu, inkesari. To modesty ki ahmiyat, is par mein is waqt bolna chahta hoon kuch.</w:t>
      </w:r>
    </w:p>
    <w:p>
      <w:pPr>
        <w:jc w:val="right"/>
      </w:pPr>
      <w:r>
        <w:t>ماڈیسٹی کو اردو میں کہتے ہیں تواضع، انکساری. تو ماڈیسٹی کی اہمیت، اس پر میں اس وقت بولنا چاہتا ہوں کچھ.</w:t>
      </w:r>
    </w:p>
    <w:p>
      <w:r>
        <w:rPr>
          <w:b/>
        </w:rPr>
        <w:t xml:space="preserve">[01:00] </w:t>
      </w:r>
      <w:r>
        <w:t>dekhein yeh baat poori human history se judi hui hai. Yani yeh kahani shuru hoti hai us waqt se jab Khuda ne insaan ko banaya.</w:t>
      </w:r>
    </w:p>
    <w:p>
      <w:pPr>
        <w:jc w:val="right"/>
      </w:pPr>
      <w:r>
        <w:t>دیکھیں یہ بات پوری ہیومن ہسٹری سے جڑی ہوئی ہے. یعنی یہ کہانی شروع ہوتی ہے اس وقت سے جب خدا نے انسان کو بنایا.</w:t>
      </w:r>
    </w:p>
    <w:p>
      <w:r>
        <w:rPr>
          <w:b/>
        </w:rPr>
        <w:t xml:space="preserve">[01:12] </w:t>
      </w:r>
      <w:r>
        <w:t>yani first man ko banaya, yani Adam ko. To modesty ki kahani wahin shuru hoti hai.</w:t>
      </w:r>
    </w:p>
    <w:p>
      <w:pPr>
        <w:jc w:val="right"/>
      </w:pPr>
      <w:r>
        <w:t>یعنی فرسٹ مین کو بنایا، یعنی آدم کو. تو ماڈیسٹی کی کہانی وہیں شروع ہوتی ہے.</w:t>
      </w:r>
    </w:p>
    <w:p>
      <w:r>
        <w:rPr>
          <w:b/>
        </w:rPr>
        <w:t xml:space="preserve">[01:20] </w:t>
      </w:r>
      <w:r>
        <w:t>aaj ki kahani nahi hai yeh. Woh kaise? Aap jante hain ke Allah taala ne jab banaya pehle insaan yani Adam ko, to us waqt do aur log the.</w:t>
      </w:r>
    </w:p>
    <w:p>
      <w:pPr>
        <w:jc w:val="right"/>
      </w:pPr>
      <w:r>
        <w:t>آج کی کہانی نہیں ہے یہ. وہ کیسے؟ آپ جانتے ہیں کہ اللہ تعالیٰ نے جب بنایا پہلے انسان یعنی آدم کو، تو اس وقت دو اور لوگ تھے.</w:t>
      </w:r>
    </w:p>
    <w:p>
      <w:r>
        <w:rPr>
          <w:b/>
        </w:rPr>
        <w:t xml:space="preserve">[01:37] </w:t>
      </w:r>
      <w:r>
        <w:t>ek angel yani farishta, doosre jinnaat. Un ka sardar tha Satan.</w:t>
      </w:r>
    </w:p>
    <w:p>
      <w:pPr>
        <w:jc w:val="right"/>
      </w:pPr>
      <w:r>
        <w:t>ایک اینجل یعنی فرشتہ، دوسرے جنات. ان کا سردار تھا سیٹن.</w:t>
      </w:r>
    </w:p>
    <w:p>
      <w:r>
        <w:rPr>
          <w:b/>
        </w:rPr>
        <w:t xml:space="preserve">[01:45] </w:t>
      </w:r>
      <w:r>
        <w:t>to do aur the. Farishta aur jinnaat. Angel aur Satan. Aur Shaitan jinnaat.</w:t>
      </w:r>
    </w:p>
    <w:p>
      <w:pPr>
        <w:jc w:val="right"/>
      </w:pPr>
      <w:r>
        <w:t>تو دو اور تھے. فرشتہ اور جنات. اینجل اور سیٹن. اور شیطان جنات.</w:t>
      </w:r>
    </w:p>
    <w:p>
      <w:r>
        <w:rPr>
          <w:b/>
        </w:rPr>
        <w:t xml:space="preserve">[01:56] </w:t>
      </w:r>
      <w:r>
        <w:t>jin jin tha woh un ka sardar tha. To Allah taala ne chounke yeh paida kiya tha insaan ko, to jo creation plan tha Allah taala ka, us ke mutabiq is zameen ko insaan ke charge mein dena tha.</w:t>
      </w:r>
    </w:p>
    <w:p>
      <w:pPr>
        <w:jc w:val="right"/>
      </w:pPr>
      <w:r>
        <w:t>جن جن تھا وہ ان کا سردار تھا. تو اللہ تعالیٰ نے چونکہ یہ پیدا کیا تھا انسان کو، تو جو کرشن پلان تھا اللہ تعالیٰ کا، اس کے مطابق اس زمین کو انسان کے چارج میں دینا تھا.</w:t>
      </w:r>
    </w:p>
    <w:p>
      <w:r>
        <w:rPr>
          <w:b/>
        </w:rPr>
        <w:t xml:space="preserve">[02:15] </w:t>
      </w:r>
      <w:r>
        <w:t>to khaleefa ka lafz quran majeed mein hai, to is ka matlab yeh nahi ke Khuda ka successor. Yeh to bilkul absurd baat hai.</w:t>
      </w:r>
    </w:p>
    <w:p>
      <w:pPr>
        <w:jc w:val="right"/>
      </w:pPr>
      <w:r>
        <w:t>تو خلیفہ کا لفظ قرآن مجید میں ہے، تو اس کا مطلب یہ نہیں کہ خدا کا سکسیسر. یہ تو بالکل ایبسرٹ بات ہے.</w:t>
      </w:r>
    </w:p>
    <w:p>
      <w:r>
        <w:rPr>
          <w:b/>
        </w:rPr>
        <w:t xml:space="preserve">[02:26] </w:t>
      </w:r>
      <w:r>
        <w:t>nahi. Is ka matlab sirf itna hai ke insaan ko is tarah paida kiya ke zameen un ke charge mein de di jaye gi.</w:t>
      </w:r>
    </w:p>
    <w:p>
      <w:pPr>
        <w:jc w:val="right"/>
      </w:pPr>
      <w:r>
        <w:t>نہیں. اس کا مطلب صرف اتنا ہے کہ انسان کو اس طرح پیدا کیا کہ زمین ان کے چارج میں دے دی جائے گی.</w:t>
      </w:r>
    </w:p>
    <w:p>
      <w:r>
        <w:rPr>
          <w:b/>
        </w:rPr>
        <w:t xml:space="preserve">[02:35] </w:t>
      </w:r>
      <w:r>
        <w:t>kyun? Test ke liye. Reward ke liye nahi. Kyun ke zameen agar charge mein na di jaye to test kaise hoga?</w:t>
      </w:r>
    </w:p>
    <w:p>
      <w:pPr>
        <w:jc w:val="right"/>
      </w:pPr>
      <w:r>
        <w:t>کیوں؟ ٹیسٹ کے لیے. ریوارڈ کے لیے نہیں. کیونکہ زمین اگر چارج میں نہ دی جائے تو ٹیسٹ کیسے ہوگا؟</w:t>
      </w:r>
    </w:p>
    <w:p>
      <w:r>
        <w:rPr>
          <w:b/>
        </w:rPr>
        <w:t xml:space="preserve">[02:45] </w:t>
      </w:r>
      <w:r>
        <w:t>to chounke do aur yahan par the maujood, to Allah taala ne chaha ke woh un se cooperate karein.</w:t>
      </w:r>
    </w:p>
    <w:p>
      <w:pPr>
        <w:jc w:val="right"/>
      </w:pPr>
      <w:r>
        <w:t>تو چونکہ دو اور یہاں پر تھے موجود، تو اللہ تعالیٰ نے چاہا کہ وہ ان سے کواپریٹ کریں.</w:t>
      </w:r>
    </w:p>
    <w:p>
      <w:r>
        <w:rPr>
          <w:b/>
        </w:rPr>
        <w:t xml:space="preserve">[02:56] </w:t>
      </w:r>
      <w:r>
        <w:t>rukawat na dalein. To jo quran majeed mein hai ke un se kaha gaya ke un ke aage jhuko, to jhukna jo tha woh kya tha?</w:t>
      </w:r>
    </w:p>
    <w:p>
      <w:pPr>
        <w:jc w:val="right"/>
      </w:pPr>
      <w:r>
        <w:t>رکاوٹ نہ ڈالیں. تو جو قرآن مجید میں ہے کہ ان سے کہا گیا کہ ان کے آگے جھکو، تو جھکنا جو تھا وہ کیا تھا؟</w:t>
      </w:r>
    </w:p>
    <w:p>
      <w:r>
        <w:rPr>
          <w:b/>
        </w:rPr>
        <w:t xml:space="preserve">[03:06] </w:t>
      </w:r>
      <w:r>
        <w:t>woh as a token tha. Yani is jhukne ka matlab yeh tha ke tum insaan ke sath cooperate karoge.</w:t>
      </w:r>
    </w:p>
    <w:p>
      <w:pPr>
        <w:jc w:val="right"/>
      </w:pPr>
      <w:r>
        <w:t>وہ ایز اے ٹوکن تھا. یعنی اس جھکنے کا مطلب یہ تھا کہ تم انسان کے ساتھ کواپریٹ کرو گے.</w:t>
      </w:r>
    </w:p>
    <w:p>
      <w:r>
        <w:rPr>
          <w:b/>
        </w:rPr>
        <w:t xml:space="preserve">[03:15] </w:t>
      </w:r>
      <w:r>
        <w:t>chahe jo bhi kare woh. Fasād kare tab bhi.</w:t>
      </w:r>
    </w:p>
    <w:p>
      <w:pPr>
        <w:jc w:val="right"/>
      </w:pPr>
      <w:r>
        <w:t>چاہے جو بھی کرے وہ. فساد کرے تب بھی.</w:t>
      </w:r>
    </w:p>
    <w:p>
      <w:r>
        <w:rPr>
          <w:b/>
        </w:rPr>
        <w:t xml:space="preserve">[03:21] </w:t>
      </w:r>
      <w:r>
        <w:t>peace aur justice laye tab bhi. Kyun ke test kaise hoga agar is ka is ko rukawat dali jaye to?</w:t>
      </w:r>
    </w:p>
    <w:p>
      <w:pPr>
        <w:jc w:val="right"/>
      </w:pPr>
      <w:r>
        <w:t>پیس اور جسٹس لائے تب بھی. کیونکہ ٹیسٹ کیسے ہوگا اگر اس کا اس کو رکاوٹ ڈالی جائے تو؟</w:t>
      </w:r>
    </w:p>
    <w:p>
      <w:r>
        <w:rPr>
          <w:b/>
        </w:rPr>
        <w:t xml:space="preserve">[03:31] </w:t>
      </w:r>
      <w:r>
        <w:t>is ke liye tha. To kya hua phir ke farishte to jhuk gaye. Wahan sajda ke mani sar zameen par rakhna nahi hai.</w:t>
      </w:r>
    </w:p>
    <w:p>
      <w:pPr>
        <w:jc w:val="right"/>
      </w:pPr>
      <w:r>
        <w:t>اس کے لیے تھا. تو کیا ہوا پھر کہ فرشتے تو جھک گئے. وہاں سجدہ کے معنی سر زمین پر رکھنا نہیں ہے.</w:t>
      </w:r>
    </w:p>
    <w:p>
      <w:r>
        <w:rPr>
          <w:b/>
        </w:rPr>
        <w:t xml:space="preserve">[03:43] </w:t>
      </w:r>
      <w:r>
        <w:t>jhukna hai. To woh jhuk gaye. Aur Satan jo tha, jo jinnaat ka sardar tha, woh nahi jhuka.</w:t>
      </w:r>
    </w:p>
    <w:p>
      <w:pPr>
        <w:jc w:val="right"/>
      </w:pPr>
      <w:r>
        <w:t>جھکنا ہے. تو وہ جھک گئے. اور سیٹن جو تھا، جو جنات کا سردار تھا، وہ نہیں جھکا.</w:t>
      </w:r>
    </w:p>
    <w:p>
      <w:r>
        <w:rPr>
          <w:b/>
        </w:rPr>
        <w:t xml:space="preserve">[03:54] </w:t>
      </w:r>
      <w:r>
        <w:t>to us waqt jab poocha gaya ke tum jhuke kyun nahi? To us ne kya kaha tha?</w:t>
      </w:r>
    </w:p>
    <w:p>
      <w:pPr>
        <w:jc w:val="right"/>
      </w:pPr>
      <w:r>
        <w:t>تو اس وقت جب پوچھا گیا کہ تم جھکے کیوں نہیں؟ تو اس نے کیا کہا تھا؟</w:t>
      </w:r>
    </w:p>
    <w:p>
      <w:r>
        <w:rPr>
          <w:b/>
        </w:rPr>
        <w:t xml:space="preserve">[04:01] </w:t>
      </w:r>
      <w:r>
        <w:t>"ana khair minhu" . main is se acha hoon. "I am better than Adam" .</w:t>
      </w:r>
    </w:p>
    <w:p>
      <w:pPr>
        <w:jc w:val="right"/>
      </w:pPr>
      <w:r>
        <w:t>"أنا خير منه" ۔ میں اس سے اچھا ہوں. "I am better than Adam" ۔</w:t>
      </w:r>
    </w:p>
    <w:p>
      <w:r>
        <w:rPr>
          <w:b/>
        </w:rPr>
        <w:t xml:space="preserve">[04:13] </w:t>
      </w:r>
      <w:r>
        <w:t>tu us ne apni aik logic nikali ke woh mitti se banaye gaye hain, main aag se. tu is liye main un se acha hoon. tu yahin se shuru hua ke angels ne, yani farishton ne, modesty ka tareeqa ikhtiyar kiya.</w:t>
      </w:r>
    </w:p>
    <w:p>
      <w:pPr>
        <w:jc w:val="right"/>
      </w:pPr>
      <w:r>
        <w:t>تو اس نے اپنی ایک لاجک نکالی کہ وہ مٹی سے بنائے گئے ہیں، میں آگ سے. تو اس لیے میں ان سے اچھا ہوں. تو یہیں سے شروع ہوا کہ اینجلز نے، یعنی فرشتوں نے، ماڈیسٹی کا طریقہ اختیار کیا.</w:t>
      </w:r>
    </w:p>
    <w:p>
      <w:r>
        <w:rPr>
          <w:b/>
        </w:rPr>
        <w:t xml:space="preserve">[04:30] </w:t>
      </w:r>
      <w:r>
        <w:t>yahi modesty isi ka naam hai. aur shaitan ne modesty ka tareeqa nahi ikhtiyar kiya. tu quran ko parhne se maloom hota hai ke dunya mein kuch log ikhwan al-shaitan ban jate hain, kuch log ikhwan al-malaika ban jate hain.</w:t>
      </w:r>
    </w:p>
    <w:p>
      <w:pPr>
        <w:jc w:val="right"/>
      </w:pPr>
      <w:r>
        <w:t>یہی ماڈیسٹی اسی کا نام ہے. اور شیطان نے ماڈیسٹی کا طریقہ نہیں اختیار کیا. تو قرآن کو پڑھنے سے معلوم ہوتا ہے کہ دنیا میں کچھ لوگ اخوان الشیطان بن جاتے ہیں، کچھ لوگ اخوان الملائکہ بن جاتے ہیں.</w:t>
      </w:r>
    </w:p>
    <w:p>
      <w:r>
        <w:rPr>
          <w:b/>
        </w:rPr>
        <w:t xml:space="preserve">[04:48] </w:t>
      </w:r>
      <w:r>
        <w:t>yani shaitan ke bhai ya angels ke bhai. tu main bohat dinon se sochta tha ke matlab kya hai is ka.</w:t>
      </w:r>
    </w:p>
    <w:p>
      <w:pPr>
        <w:jc w:val="right"/>
      </w:pPr>
      <w:r>
        <w:t>یعنی شیطان کے بھائی یا اینجلز کے بھائی. تو میں بہت دنوں سے سوچتا تھا کہ مطلب کیا ہے اس کا.</w:t>
      </w:r>
    </w:p>
    <w:p>
      <w:r>
        <w:rPr>
          <w:b/>
        </w:rPr>
        <w:t xml:space="preserve">[04:59] </w:t>
      </w:r>
      <w:r>
        <w:t>tu aik word jab tak na mila hai tab tak aadmi ka mind jo hai us ko pakar nahi pata. tu aaj hi mujhe yeh baat samajh ayi.</w:t>
      </w:r>
    </w:p>
    <w:p>
      <w:pPr>
        <w:jc w:val="right"/>
      </w:pPr>
      <w:r>
        <w:t>تو ایک ورڈ جب تک نہ ملا ہے تب تک آدمی کا مائنڈ جو ہے اس کو پکڑ نہیں پاتا. تو آج ہی مجھے یہ بات سمجھ آئی.</w:t>
      </w:r>
    </w:p>
    <w:p>
      <w:r>
        <w:rPr>
          <w:b/>
        </w:rPr>
        <w:t xml:space="preserve">[05:10] </w:t>
      </w:r>
      <w:r>
        <w:t>kyun ke do word mujhe mile. yani appreciating nature aur non appreciating nature. yeh.</w:t>
      </w:r>
    </w:p>
    <w:p>
      <w:pPr>
        <w:jc w:val="right"/>
      </w:pPr>
      <w:r>
        <w:t>کیونکہ دو ورڈ مجھے ملے. یعنی ایپریشیٹنگ نیچر اور نان ایپریشیٹنگ نیچر. یہ.</w:t>
      </w:r>
    </w:p>
    <w:p>
      <w:r>
        <w:rPr>
          <w:b/>
        </w:rPr>
        <w:t xml:space="preserve">[05:22] </w:t>
      </w:r>
      <w:r>
        <w:t>yani doosre ko appreciate kar sakna. aik hai doosre ko appreciate na kar sakna.</w:t>
      </w:r>
    </w:p>
    <w:p>
      <w:pPr>
        <w:jc w:val="right"/>
      </w:pPr>
      <w:r>
        <w:t>یعنی دوسرے کو ایپریشیٹ کر سکنا. ایک ہے دوسرے کو ایپریشیٹ نہ کر سکنا.</w:t>
      </w:r>
    </w:p>
    <w:p>
      <w:r>
        <w:rPr>
          <w:b/>
        </w:rPr>
        <w:t xml:space="preserve">[05:30] </w:t>
      </w:r>
      <w:r>
        <w:t>tu farishton ka tareeqa kya hai? ke doosre ko appreciate karo. ke khuda ne agar unhein di hai yeh hesiyat ke zameen un ke charge mein rahe to theek hai.</w:t>
      </w:r>
    </w:p>
    <w:p>
      <w:pPr>
        <w:jc w:val="right"/>
      </w:pPr>
      <w:r>
        <w:t>تو فرشتوں کا طریقہ کیا ہے؟ کہ دوسرے کو ایپریشیٹ کرو. کہ خدا نے اگر انہیں دی ہے یہ حیثیت کہ زمین ان کے چارج میں رہے تو ٹھیک ہے.</w:t>
      </w:r>
    </w:p>
    <w:p>
      <w:r>
        <w:rPr>
          <w:b/>
        </w:rPr>
        <w:t xml:space="preserve">[05:40] </w:t>
      </w:r>
      <w:r>
        <w:t>khuda ka faisla hai. is ko hum mante hain. unhon ne acknowledge kar liya. shaitan ne deny kiya. tu kaha us ne appreciate nahi kiya adam ki hesiyat ko.</w:t>
      </w:r>
    </w:p>
    <w:p>
      <w:pPr>
        <w:jc w:val="right"/>
      </w:pPr>
      <w:r>
        <w:t>خدا کا فیصلہ ہے. اس کو ہم مانتے ہیں. انہوں نے اکنالج کر لیا. شیطان نے ڈینائی کیا. تو کہا اس نے ایپریشیٹ نہیں کیا آدم کی حیثیت کو.</w:t>
      </w:r>
    </w:p>
    <w:p>
      <w:r>
        <w:rPr>
          <w:b/>
        </w:rPr>
        <w:t xml:space="preserve">[05:57] </w:t>
      </w:r>
      <w:r>
        <w:t>tu yeh hota aisa hai ke aadmi aaj kal mein socha main ne to dunya mein one percent bhi aise log nahi hain jo doosron ko appreciate kar pate hon.</w:t>
      </w:r>
    </w:p>
    <w:p>
      <w:pPr>
        <w:jc w:val="right"/>
      </w:pPr>
      <w:r>
        <w:t>تو یہ ہوتا ایسا ہے کہ آدمی آج کل میں سوچا میں نے تو دنیا میں ون پرسنٹ بھی ایسے لوگ نہیں ہیں جو دوسروں کو ایپریشیٹ کر پاتے ہوں.</w:t>
      </w:r>
    </w:p>
    <w:p>
      <w:r>
        <w:rPr>
          <w:b/>
        </w:rPr>
        <w:t xml:space="preserve">[06:10] </w:t>
      </w:r>
      <w:r>
        <w:t>sab ka nature non appreciating nature hai.</w:t>
      </w:r>
    </w:p>
    <w:p>
      <w:pPr>
        <w:jc w:val="right"/>
      </w:pPr>
      <w:r>
        <w:t>سب کا نیچر نان ایپریشیٹنگ نیچر ہے.</w:t>
      </w:r>
    </w:p>
    <w:p>
      <w:r>
        <w:rPr>
          <w:b/>
        </w:rPr>
        <w:t xml:space="preserve">[06:16] </w:t>
      </w:r>
      <w:r>
        <w:t>dekhen aap aap khud sochiye. jahan aaj kal ke jo boy and girls hain jab ikattha hote hain to hawa bohat zyada hota hai.</w:t>
      </w:r>
    </w:p>
    <w:p>
      <w:pPr>
        <w:jc w:val="right"/>
      </w:pPr>
      <w:r>
        <w:t>دیکھیں آپ آپ خود سوچیے. جہاں آج کل کے جو بوائے اینڈ گرلز ہیں جب اکٹھا ہوتے ہیں تو ہوا بہت زیادہ ہوتا ہے.</w:t>
      </w:r>
    </w:p>
    <w:p>
      <w:r>
        <w:rPr>
          <w:b/>
        </w:rPr>
        <w:t xml:space="preserve">[06:24] </w:t>
      </w:r>
      <w:r>
        <w:t>kis baat par hota hai?</w:t>
      </w:r>
    </w:p>
    <w:p>
      <w:pPr>
        <w:jc w:val="right"/>
      </w:pPr>
      <w:r>
        <w:t>کس بات پر ہوتا ہے؟</w:t>
      </w:r>
    </w:p>
    <w:p>
      <w:r>
        <w:rPr>
          <w:b/>
        </w:rPr>
        <w:t xml:space="preserve">[06:26] </w:t>
      </w:r>
      <w:r>
        <w:t>kisi ke koi koi koi negative baat nikal kar isi par hawa karte hain. jitna bhi aap yeh jo hota hai hawa.</w:t>
      </w:r>
    </w:p>
    <w:p>
      <w:pPr>
        <w:jc w:val="right"/>
      </w:pPr>
      <w:r>
        <w:t>کسی کے کوئی کوئی کوئی نیگیٹیو بات نکال کر اسی پر ہوا کرتے ہیں. جتنا بھی آپ یہ جو ہوتا ہے ہوا.</w:t>
      </w:r>
    </w:p>
    <w:p>
      <w:r>
        <w:rPr>
          <w:b/>
        </w:rPr>
        <w:t xml:space="preserve">[06:36] </w:t>
      </w:r>
      <w:r>
        <w:t>boy and girls ikattha ho kar ke. chahe college ke andar ho ya us ke bahar ho. hamesha koi negative point kisi ka nikalein ge isi ko le kar hawa karein ge.</w:t>
      </w:r>
    </w:p>
    <w:p>
      <w:pPr>
        <w:jc w:val="right"/>
      </w:pPr>
      <w:r>
        <w:t>بوائے اینڈ گرلز اکٹھا ہو کر کے. چاہے کالج کے اندر ہو یا اس کے باہر ہو. ہمیشہ کوئی نیگیٹیو پوائنٹ کسی کا نکالیں گے اسی کو لے کر ہوا کریں گے.</w:t>
      </w:r>
    </w:p>
    <w:p>
      <w:r>
        <w:rPr>
          <w:b/>
        </w:rPr>
        <w:t xml:space="preserve">[06:48] </w:t>
      </w:r>
      <w:r>
        <w:t>aise hi main ne dekha ke intellectuals jo hain baray. woh bhi bohat zyada woh bhi hawa karte hain.</w:t>
      </w:r>
    </w:p>
    <w:p>
      <w:pPr>
        <w:jc w:val="right"/>
      </w:pPr>
      <w:r>
        <w:t>ایسے ہی میں نے دیکھا کہ انٹلیکچولز جو ہیں بڑے. وہ بھی بہت زیادہ وہ بھی ہوا کرتے ہیں.</w:t>
      </w:r>
    </w:p>
    <w:p>
      <w:r>
        <w:rPr>
          <w:b/>
        </w:rPr>
        <w:t xml:space="preserve">[06:56] </w:t>
      </w:r>
      <w:r>
        <w:t>kis baat par? koi negative point nikal kar ke. tu sab ka nature jo hai ban gaya hai non appreciating nature.</w:t>
      </w:r>
    </w:p>
    <w:p>
      <w:pPr>
        <w:jc w:val="right"/>
      </w:pPr>
      <w:r>
        <w:t>کس بات پر؟ کوئی نیگیٹیو پوائنٹ نکال کر کے. تو سب کا نیچر جو ہے بن گیا ہے نان ایپریشیٹنگ نیچر.</w:t>
      </w:r>
    </w:p>
    <w:p>
      <w:r>
        <w:rPr>
          <w:b/>
        </w:rPr>
        <w:t xml:space="preserve">[07:09] </w:t>
      </w:r>
      <w:r>
        <w:t>hota yeh hai dekhen ke shuru mein aap jeete hain self glory mein. ke barhai to mere liye hai.</w:t>
      </w:r>
    </w:p>
    <w:p>
      <w:pPr>
        <w:jc w:val="right"/>
      </w:pPr>
      <w:r>
        <w:t>ہوتا یہ ہے دیکھیں کہ شروع میں آپ جیتے ہیں سیلف گلوری میں. کہ بڑائی تو میرے لیے ہے.</w:t>
      </w:r>
    </w:p>
    <w:p>
      <w:r>
        <w:rPr>
          <w:b/>
        </w:rPr>
        <w:t xml:space="preserve">[07:18] </w:t>
      </w:r>
      <w:r>
        <w:t>doosre ke liye barhai hai hi nahi. yani satan jo hai aap ke andar yeh sentiment dalta hai. barhai to mere liye hai. barhai doosre ke liye kaise ho sakti hai?</w:t>
      </w:r>
    </w:p>
    <w:p>
      <w:pPr>
        <w:jc w:val="right"/>
      </w:pPr>
      <w:r>
        <w:t>دوسرے کے لیے بڑائی ہے ہی نہیں. یعنی سیٹن جو ہے آپ کے اندر یہ سینٹیمنٹ ڈالتا ہے. بڑائی تو میرے لیے ہے. بڑائی دوسرے کے لیے کیسے ہو سکتی ہے؟</w:t>
      </w:r>
    </w:p>
    <w:p>
      <w:r>
        <w:rPr>
          <w:b/>
        </w:rPr>
        <w:t xml:space="preserve">[07:28] </w:t>
      </w:r>
      <w:r>
        <w:t>hote hote wohi aap ka nature ban jata hai. tu kahin bhi jayen ge aap jahan kitni hi achi baaten wahan par hon. lekin aap ka mind dhoonde ga koi negative point ko.</w:t>
      </w:r>
    </w:p>
    <w:p>
      <w:pPr>
        <w:jc w:val="right"/>
      </w:pPr>
      <w:r>
        <w:t>ہوتے ہوتے وہی آپ کا نیچر بن جاتا ہے. تو کہیں بھی جائیں گے آپ جہاں کتنی ہی اچھی باتیں وہاں پر ہوں. لیکن آپ کا مائنڈ ڈھونڈے گا کوئی نیگیٹیو پوائنٹ کو.</w:t>
      </w:r>
    </w:p>
    <w:p>
      <w:r>
        <w:rPr>
          <w:b/>
        </w:rPr>
        <w:t xml:space="preserve">[07:40] </w:t>
      </w:r>
      <w:r>
        <w:t>main ne bar bar yeh dekha hai ke kahin kahin jate hain log koi function hai koi conference hai koi seminar hai. tu kitna hi zyada woh acha wahan par banaya gaya ho.</w:t>
      </w:r>
    </w:p>
    <w:p>
      <w:pPr>
        <w:jc w:val="right"/>
      </w:pPr>
      <w:r>
        <w:t>میں نے بار بار یہ دیکھا ہے کہ کہیں کہیں جاتے ہیں لوگ کوئی فنکشن ہے کوئی کانفرنس ہے کوئی سیمینار ہے. تو کتنا ہی زیادہ وہ اچھا وہاں پر بنایا گیا ہو.</w:t>
      </w:r>
    </w:p>
    <w:p>
      <w:r>
        <w:rPr>
          <w:b/>
        </w:rPr>
        <w:t xml:space="preserve">[07:52] </w:t>
      </w:r>
      <w:r>
        <w:t>lekin aik negative point nikal kar isi par lage hain bolne. kyun? unhon ne isi woh isi mein conditioned ho gaye hain.</w:t>
      </w:r>
    </w:p>
    <w:p>
      <w:pPr>
        <w:jc w:val="right"/>
      </w:pPr>
      <w:r>
        <w:t>لیکن ایک نیگیٹیو پوائنٹ نکال کر اسی پر لگے ہیں بولنے. کیوں؟ انہوں نے اسی وہ اسی میں کنڈیشنڈ ہو گئے ہیں.</w:t>
      </w:r>
    </w:p>
    <w:p>
      <w:r>
        <w:rPr>
          <w:b/>
        </w:rPr>
        <w:t xml:space="preserve">[08:03] </w:t>
      </w:r>
      <w:r>
        <w:t>yani log jo hain isi mein conditioned ho gaye hain. jis ko urdu mein kahain ge itraf aur be itrafi. itraf ka mizaj aur be itrafi ka mizaj.</w:t>
      </w:r>
    </w:p>
    <w:p>
      <w:pPr>
        <w:jc w:val="right"/>
      </w:pPr>
      <w:r>
        <w:t>یعنی لوگ جو ہیں اسی میں کنڈیشنڈ ہو گئے ہیں. جس کو اردو میں کہیں گے اعتراف اور بے اعترافی. اعتراف کا مزاج اور بے اعترافی کا مزاج.</w:t>
      </w:r>
    </w:p>
    <w:p>
      <w:r>
        <w:rPr>
          <w:b/>
        </w:rPr>
        <w:t xml:space="preserve">[08:14] </w:t>
      </w:r>
      <w:r>
        <w:t>tu itraf ke mizaj mein log conditioned nahi hue hain. sare log yani one percent se bhi zyada woh log hain jo be itrafi ke mizaj mein conditioned ho gaye hain.</w:t>
      </w:r>
    </w:p>
    <w:p>
      <w:pPr>
        <w:jc w:val="right"/>
      </w:pPr>
      <w:r>
        <w:t>تو اعتراف کے مزاج میں لوگ کنڈیشن نہیں ہوئے ہیں. سارے لوگ یعنی ون پرسنٹ سے بھی زیادہ وہ لوگ ہیں جو بے اعترافی کے مزاج میں کنڈیشنڈ ہو گئے ہیں.</w:t>
      </w:r>
    </w:p>
    <w:p>
      <w:r>
        <w:rPr>
          <w:b/>
        </w:rPr>
        <w:t xml:space="preserve">[08:28] </w:t>
      </w:r>
      <w:r>
        <w:t>tu unconsciously isi isi patri mein chale atay hain woh. unconsciously.</w:t>
      </w:r>
    </w:p>
    <w:p>
      <w:pPr>
        <w:jc w:val="right"/>
      </w:pPr>
      <w:r>
        <w:t>تو انکانشیسلی اسی اسی پٹری میں چلے آتے ہیں وہ. انکانشیسلی.</w:t>
      </w:r>
    </w:p>
    <w:p>
      <w:r>
        <w:rPr>
          <w:b/>
        </w:rPr>
        <w:t xml:space="preserve">[08:33] </w:t>
      </w:r>
      <w:r>
        <w:t>unhein sochne ki zaroorat nahi padti. unkaunshisli. kyunke wohi isi mein conditioned ho gaye hain. wohi unka temperament ban gaya hai.</w:t>
      </w:r>
    </w:p>
    <w:p>
      <w:pPr>
        <w:jc w:val="right"/>
      </w:pPr>
      <w:r>
        <w:t>انہیں سوچنے کی ضرورت نہیں پڑتی. انکانشیسلی. کیونکہ وہ اسی میں کنڈیشنڈ ہو گئے ہیں. وہی ان کا ٹیمپرامنٹ بن گیا ہے.</w:t>
      </w:r>
    </w:p>
    <w:p>
      <w:r>
        <w:rPr>
          <w:b/>
        </w:rPr>
        <w:t xml:space="preserve">[08:44] </w:t>
      </w:r>
      <w:r>
        <w:t>yeh bohat bari burai hai jo universal burai kehna sahi hoga iske liye. toh hamari team ko bhi is par sochna chahiye.</w:t>
      </w:r>
    </w:p>
    <w:p>
      <w:pPr>
        <w:jc w:val="right"/>
      </w:pPr>
      <w:r>
        <w:t>یہ بہت بڑی برائی ہے جو یونیورسل برائی کہنا صحیح ہوگا اس کے لیے. تو ہماری ٹیم کو بھی اس پر سوچنا چاہیے.</w:t>
      </w:r>
    </w:p>
    <w:p>
      <w:r>
        <w:rPr>
          <w:b/>
        </w:rPr>
        <w:t xml:space="preserve">[08:55] </w:t>
      </w:r>
      <w:r>
        <w:t>sab ko sochna chahiye</w:t>
      </w:r>
    </w:p>
    <w:p>
      <w:pPr>
        <w:jc w:val="right"/>
      </w:pPr>
      <w:r>
        <w:t>سب کو سوچنا چاہیے</w:t>
      </w:r>
    </w:p>
    <w:p>
      <w:r>
        <w:rPr>
          <w:b/>
        </w:rPr>
        <w:t xml:space="preserve">[08:57] </w:t>
      </w:r>
      <w:r>
        <w:t>. ke aisa toh nahi ke main conditioning ki wajah se aisa ho gaya ho ke mere andar non appreciating nature ban gaya ho.</w:t>
      </w:r>
    </w:p>
    <w:p>
      <w:pPr>
        <w:jc w:val="right"/>
      </w:pPr>
      <w:r>
        <w:t>. کہ ایسا تو نہیں کہ میں کنڈیشننگ کی وجہ سے ایسا ہو گیا ہو کہ میرے اندر نان ایپریشیٹنگ نیچر بن گیا ہو.</w:t>
      </w:r>
    </w:p>
    <w:p>
      <w:r>
        <w:rPr>
          <w:b/>
        </w:rPr>
        <w:t xml:space="preserve">[09:08] </w:t>
      </w:r>
      <w:r>
        <w:t>aur doosre ki cheezon ka appreciate na kar sakoon main. kyun? toh main toh is satan ka bhai ban gaya. yaani satan ki party mein shamil ho gaya main.</w:t>
      </w:r>
    </w:p>
    <w:p>
      <w:pPr>
        <w:jc w:val="right"/>
      </w:pPr>
      <w:r>
        <w:t>اور دوسرے کی چیزوں کا ایپریشیٹ نہ کر سکوں میں. کیوں؟ تو میں تو اس سیٹن کا بھائی بن گیا. یعنی سیٹن کی پارٹی میں شامل ہو گیا میں.</w:t>
      </w:r>
    </w:p>
    <w:p>
      <w:r>
        <w:rPr>
          <w:b/>
        </w:rPr>
        <w:t xml:space="preserve">[09:21] </w:t>
      </w:r>
      <w:r>
        <w:t>yaad rakhiye do hi option hain is duniya mein insaan ke liye. ya toh woh angel ki party mein hoga ya satan ki party mein hoga.</w:t>
      </w:r>
    </w:p>
    <w:p>
      <w:pPr>
        <w:jc w:val="right"/>
      </w:pPr>
      <w:r>
        <w:t>یاد رکھیے دو ہی آپشن ہیں اس دنیا میں انسان کے لیے. یا تو وہ اینجل کی پارٹی میں ہوگا یا سیٹن کی پارٹی میں ہوگا.</w:t>
      </w:r>
    </w:p>
    <w:p>
      <w:r>
        <w:rPr>
          <w:b/>
        </w:rPr>
        <w:t xml:space="preserve">[09:32] </w:t>
      </w:r>
      <w:r>
        <w:t>toh abhi mujh par ek experience hua mujhe. bilkul hi recently. kal hua ek is se pehle parson hua. is par main bohat sochta raha ke aisa kyun hua?</w:t>
      </w:r>
    </w:p>
    <w:p>
      <w:pPr>
        <w:jc w:val="right"/>
      </w:pPr>
      <w:r>
        <w:t>تو ابھی مجھ پر ایک ایکسپیرینس ہوا مجھے. بالکل ہی ریسنٹلی. کل ہوا ایک اس سے پہلے پرسوں ہوا. اس پر میں بہت سوچتا رہا کہ ایسا کیوں ہوا؟</w:t>
      </w:r>
    </w:p>
    <w:p>
      <w:r>
        <w:rPr>
          <w:b/>
        </w:rPr>
        <w:t xml:space="preserve">[09:43] </w:t>
      </w:r>
      <w:r>
        <w:t>kyun main Khuda ke farishte keh sakta hoon ke mera appreciating nature hai.</w:t>
      </w:r>
    </w:p>
    <w:p>
      <w:pPr>
        <w:jc w:val="right"/>
      </w:pPr>
      <w:r>
        <w:t>کیوں میں خدا کے فرشتے کہہ سکتا ہوں کہ میرا ایپریشیٹنگ نیچر ہے.</w:t>
      </w:r>
    </w:p>
    <w:p>
      <w:r>
        <w:rPr>
          <w:b/>
        </w:rPr>
        <w:t xml:space="preserve">[09:49] </w:t>
      </w:r>
      <w:r>
        <w:t>bohat zyada sochta rehta hoon main. balkeh hundred point agar hain. ninety nine point agar is mein acha nahi hai.</w:t>
      </w:r>
    </w:p>
    <w:p>
      <w:pPr>
        <w:jc w:val="right"/>
      </w:pPr>
      <w:r>
        <w:t>بہت زیادہ سوچتا رہتا ہوں میں. بلکہ ہنڈرڈ پوائنٹ اگر ہیں. نائنٹی نائن پوائنٹ اگر اس میں اچھا نہیں ہے.</w:t>
      </w:r>
    </w:p>
    <w:p>
      <w:r>
        <w:rPr>
          <w:b/>
        </w:rPr>
        <w:t xml:space="preserve">[09:57] </w:t>
      </w:r>
      <w:r>
        <w:t>ek acha hai toh main usi ek ko le leta hoon. ninety nine ko chhod deta hoon. kisi bhi cheez mein ninety nine point agar negative hai.</w:t>
      </w:r>
    </w:p>
    <w:p>
      <w:pPr>
        <w:jc w:val="right"/>
      </w:pPr>
      <w:r>
        <w:t>ایک اچھا ہے تو میں اسی ایک کو لے لیتا ہوں. نائنٹی نائن کو چھوڑ دیتا ہوں. کسی بھی چیز میں نائنٹی نائن پوائنٹ اگر نیگیٹیو ہے.</w:t>
      </w:r>
    </w:p>
    <w:p>
      <w:r>
        <w:rPr>
          <w:b/>
        </w:rPr>
        <w:t xml:space="preserve">[10:07] </w:t>
      </w:r>
      <w:r>
        <w:t>isko chhod doonga main.</w:t>
      </w:r>
    </w:p>
    <w:p>
      <w:pPr>
        <w:jc w:val="right"/>
      </w:pPr>
      <w:r>
        <w:t>اس کو چھوڑ دوں گا میں.</w:t>
      </w:r>
    </w:p>
    <w:p>
      <w:r>
        <w:rPr>
          <w:b/>
        </w:rPr>
        <w:t xml:space="preserve">[10:09] </w:t>
      </w:r>
      <w:r>
        <w:t>ek point agar positive hai isko le loonga main. toh mera nature jo hai Khuda ke fazl se appreciation wala ban gaya hai. toh consciously ya unconsciously hamesha mera mind jata hai is taraf ke koi na koi point aisa nikaloon ke main appreciate kar sakoon logon ko.</w:t>
      </w:r>
    </w:p>
    <w:p>
      <w:pPr>
        <w:jc w:val="right"/>
      </w:pPr>
      <w:r>
        <w:t>ایک پوائنٹ اگر پازیٹیو ہے اس کو لے لوں گا میں. تو میرا نیچر جو ہے خدا کے فضل سے ایپریشن ایپریسیشن والا بن گیا ہے. تو کانشیسلی یا انکانشیسلی ہمیشہ میرا مائنڈ جاتا ہے اس طرف کہ کوئی نہ کوئی پوائنٹ ایسا نکالوں کہ میں ایپریشیٹ کر سکوں لوگوں کو.</w:t>
      </w:r>
    </w:p>
    <w:p>
      <w:r>
        <w:rPr>
          <w:b/>
        </w:rPr>
        <w:t xml:space="preserve">[10:28] </w:t>
      </w:r>
      <w:r>
        <w:t>toh iska yeh jo jab aap aisa karte hain tab insaan ka nature address hota hai. insaan ka mind address hota hai.</w:t>
      </w:r>
    </w:p>
    <w:p>
      <w:pPr>
        <w:jc w:val="right"/>
      </w:pPr>
      <w:r>
        <w:t>تو اس کا یہ جو جب آپ ایسا کرتے ہیں تب انسان کا نیچر ایڈریس ہوتا ہے. انسان کا مائنڈ ایڈریس ہوتا ہے.</w:t>
      </w:r>
    </w:p>
    <w:p>
      <w:r>
        <w:rPr>
          <w:b/>
        </w:rPr>
        <w:t xml:space="preserve">[10:39] </w:t>
      </w:r>
      <w:r>
        <w:t>aur law of nature ke mutabiq aap ho jate hain. creation plan ke mutabiq ho jate hain aap. toh aap ke andar universality aa jati hai. abhi aaj ke akhbar mein main ne dekha ke je ho jo hai universal culture ban raha hai.</w:t>
      </w:r>
    </w:p>
    <w:p>
      <w:pPr>
        <w:jc w:val="right"/>
      </w:pPr>
      <w:r>
        <w:t>اور لاء آف نیچر کے مطابق آپ ہو جاتے ہیں. کرشن پلان کے مطابق ہو جاتے ہیں آپ. تو آپ کے اندر یونیورسلٹی آ جاتی ہے. ابھی آج کے اخبار میں میں نے دیکھا کہ جے ہو جو ہے یونیورسل کلچر بن رہا ہے.</w:t>
      </w:r>
    </w:p>
    <w:p>
      <w:r>
        <w:rPr>
          <w:b/>
        </w:rPr>
        <w:t xml:space="preserve">[10:56] </w:t>
      </w:r>
      <w:r>
        <w:t>aaj hi ke paper mein aaya hai.</w:t>
      </w:r>
    </w:p>
    <w:p>
      <w:pPr>
        <w:jc w:val="right"/>
      </w:pPr>
      <w:r>
        <w:t>آج ہی کے پیپر میں آیا ہے.</w:t>
      </w:r>
    </w:p>
    <w:p>
      <w:r>
        <w:rPr>
          <w:b/>
        </w:rPr>
        <w:t xml:space="preserve">[10:59] </w:t>
      </w:r>
      <w:r>
        <w:t>ke ek bohat bari organization hai international organization. iska naam hai Global Language Monitor. aaj ke paper mein aap dekh sakte hain.</w:t>
      </w:r>
    </w:p>
    <w:p>
      <w:pPr>
        <w:jc w:val="right"/>
      </w:pPr>
      <w:r>
        <w:t>کہ ایک بہت بڑی آرگنائزیشن ہے انٹرنیشنل آرگنائزیشن. اس کا نام ہے گلوبل لینگویج مانیٹر. آج کے پیپر میں آپ دیکھ سکتے ہیں.</w:t>
      </w:r>
    </w:p>
    <w:p>
      <w:r>
        <w:rPr>
          <w:b/>
        </w:rPr>
        <w:t xml:space="preserve">[11:09] </w:t>
      </w:r>
      <w:r>
        <w:t>ke ek international organization hai Global Language Monitor. toh isi ka woh survey karte rehte hain.</w:t>
      </w:r>
    </w:p>
    <w:p>
      <w:pPr>
        <w:jc w:val="right"/>
      </w:pPr>
      <w:r>
        <w:t>کہ ایک انٹرنیشنل آرگنائزیشن ہے گلوبل لینگویج مانیٹر. تو اسی کا وہ سروے کرتے رہتے ہیں.</w:t>
      </w:r>
    </w:p>
    <w:p>
      <w:r>
        <w:rPr>
          <w:b/>
        </w:rPr>
        <w:t xml:space="preserve">[11:19] </w:t>
      </w:r>
      <w:r>
        <w:t>ke kaun word jo hai duniya mein zyada chal raha hai.</w:t>
      </w:r>
    </w:p>
    <w:p>
      <w:pPr>
        <w:jc w:val="right"/>
      </w:pPr>
      <w:r>
        <w:t>کہ کون ورڈ جو ہے دنیا میں زیادہ چل رہا ہے.</w:t>
      </w:r>
    </w:p>
    <w:p>
      <w:r>
        <w:rPr>
          <w:b/>
        </w:rPr>
        <w:t xml:space="preserve">[11:23] </w:t>
      </w:r>
      <w:r>
        <w:t>toh unhon ne bataya hai ke is waqt jo word sab se zyada chal raha hai woh je ho hai. yaani isko college ke ladke jo hain jo pehle haye haye karte the.</w:t>
      </w:r>
    </w:p>
    <w:p>
      <w:pPr>
        <w:jc w:val="right"/>
      </w:pPr>
      <w:r>
        <w:t>تو انہوں نے بتایا ہے کہ اس وقت جو ورڈ سب سے زیادہ چل رہا ہے وہ جے ہو ہے. یعنی اس کو لوگ کالج کے لڑکے جو ہیں جو پہلے ہائے ہائے کرتے تھے.</w:t>
      </w:r>
    </w:p>
    <w:p>
      <w:r>
        <w:rPr>
          <w:b/>
        </w:rPr>
        <w:t xml:space="preserve">[11:33] </w:t>
      </w:r>
      <w:r>
        <w:t>hello karte the. woh je ho keh rahe hain. yaani yahan se le kar America tak je ho.</w:t>
      </w:r>
    </w:p>
    <w:p>
      <w:pPr>
        <w:jc w:val="right"/>
      </w:pPr>
      <w:r>
        <w:t>ہیلو کرتے تھے. وہ جے ہو کہہ رہے ہیں. یعنی یہاں سے لے کر امریکہ تک جے ہو.</w:t>
      </w:r>
    </w:p>
    <w:p>
      <w:r>
        <w:rPr>
          <w:b/>
        </w:rPr>
        <w:t xml:space="preserve">[11:42] </w:t>
      </w:r>
      <w:r>
        <w:t>toh main ne socha ke aisa kyun hai?</w:t>
      </w:r>
    </w:p>
    <w:p>
      <w:pPr>
        <w:jc w:val="right"/>
      </w:pPr>
      <w:r>
        <w:t>تو میں نے سوچا کہ ایسا کیوں ہے؟</w:t>
      </w:r>
    </w:p>
    <w:p>
      <w:r>
        <w:rPr>
          <w:b/>
        </w:rPr>
        <w:t xml:space="preserve">[11:45] </w:t>
      </w:r>
      <w:r>
        <w:t>hamare leaders jo hain forty seven ke baad unhon ne ek word chalaya tha. je hind. chala nahi woh. yaani common usage mein nahi aaya woh.</w:t>
      </w:r>
    </w:p>
    <w:p>
      <w:pPr>
        <w:jc w:val="right"/>
      </w:pPr>
      <w:r>
        <w:t>ہمارے لیڈرز جو ہیں فورٹی سیون کے بعد انہوں نے ایک ورڈ چلایا تھا. جے ہند. چلا نہیں وہ. یعنی کامن یوزج میں نہیں آیا وہ.</w:t>
      </w:r>
    </w:p>
    <w:p>
      <w:r>
        <w:rPr>
          <w:b/>
        </w:rPr>
        <w:t xml:space="preserve">[11:54] </w:t>
      </w:r>
      <w:r>
        <w:t>sirf leader ki language ban gayi woh. leader log jab bolte hain toh je hind kehte hain. lekin aap log kahan aisa bolte hain?</w:t>
      </w:r>
    </w:p>
    <w:p>
      <w:pPr>
        <w:jc w:val="right"/>
      </w:pPr>
      <w:r>
        <w:t>صرف لیڈر کی لینگویج بن گئی وہ. لیڈر لوگ جب بولتے ہیں تو جے ہند کہتے ہیں. لیکن آپ لوگ کہاں ایسا بولتے ہیں؟</w:t>
      </w:r>
    </w:p>
    <w:p>
      <w:r>
        <w:rPr>
          <w:b/>
        </w:rPr>
        <w:t xml:space="preserve">[12:03] </w:t>
      </w:r>
      <w:r>
        <w:t>aap log toh wohi yaani haye aur hello aur yeh sab bolte rehte hain. bolte rahe. je hind logon ki language mein nahi aaya.</w:t>
      </w:r>
    </w:p>
    <w:p>
      <w:pPr>
        <w:jc w:val="right"/>
      </w:pPr>
      <w:r>
        <w:t>آپ لوگ تو وہی یعنی ہائے اور ہیلو اور یہ سب بولتے رہتے ہیں. بولتے رہے. جے ہند لوگوں کی لینگویج میں نہیں آیا.</w:t>
      </w:r>
    </w:p>
    <w:p>
      <w:r>
        <w:rPr>
          <w:b/>
        </w:rPr>
        <w:t xml:space="preserve">[12:15] </w:t>
      </w:r>
      <w:r>
        <w:t>aur yeh aa gaya je ho. jaisa ke aaj is ne di hai. yaani Global Language Monitor ki report aayi hai recent jo is ne survey kiya hai.</w:t>
      </w:r>
    </w:p>
    <w:p>
      <w:pPr>
        <w:jc w:val="right"/>
      </w:pPr>
      <w:r>
        <w:t>اور یہ آ گیا جے ہو. جیسا کہ آج اس نے دی ہے. یعنی گلوبل لینگویج مانیٹر کی رپورٹ آئی ہے ریسنٹ جو اس نے سروے کیا ہے.</w:t>
      </w:r>
    </w:p>
    <w:p>
      <w:r>
        <w:rPr>
          <w:b/>
        </w:rPr>
        <w:t xml:space="preserve">[12:26] </w:t>
      </w:r>
      <w:r>
        <w:t>to top ka word ban gaya hai je ho. to maine socha ke kyun aisa</w:t>
      </w:r>
    </w:p>
    <w:p>
      <w:pPr>
        <w:jc w:val="right"/>
      </w:pPr>
      <w:r>
        <w:t>تو ٹاپ کا ورڈ بن گیا ہے جے ہو. تو میں نے سوچا کہ کیوں ایسا</w:t>
      </w:r>
    </w:p>
    <w:p>
      <w:r>
        <w:rPr>
          <w:b/>
        </w:rPr>
        <w:t xml:space="preserve">[12:31] </w:t>
      </w:r>
      <w:r>
        <w:t>hua? is mein universality is ke andar hai. je hind bhi universality nahi hai. is mein aap ek mulk ki koi je bata rahe hain.</w:t>
      </w:r>
    </w:p>
    <w:p>
      <w:pPr>
        <w:jc w:val="right"/>
      </w:pPr>
      <w:r>
        <w:t>ہوا؟ اس میں یونیورسلٹی اس کے اندر ہے. جے ہند بھی یونیورسلٹی نہیں ہے. اس میں آپ ایک ملک کی کوئی جے بتا رہے ہیں.</w:t>
      </w:r>
    </w:p>
    <w:p>
      <w:r>
        <w:rPr>
          <w:b/>
        </w:rPr>
        <w:t xml:space="preserve">[12:41] </w:t>
      </w:r>
      <w:r>
        <w:t>to je ho mein to sari insaniyat ki je bata rahe hain. to je ho jo hai is mein universality hai. to insan nature ne foran is ko maan liya.</w:t>
      </w:r>
    </w:p>
    <w:p>
      <w:pPr>
        <w:jc w:val="right"/>
      </w:pPr>
      <w:r>
        <w:t>تو جے ہو میں تو ساری انسانیت کی جے بتا رہے ہیں. تو جے ہو جو ہے اس میں یونیورسلٹی ہے. تو انسان نیچر نے فوراً اس کو مان لیا.</w:t>
      </w:r>
    </w:p>
    <w:p>
      <w:r>
        <w:rPr>
          <w:b/>
        </w:rPr>
        <w:t xml:space="preserve">[12:50] </w:t>
      </w:r>
      <w:r>
        <w:t>aur je hind mein je hind mein universality nahi thi. to political leader jo thay unhi ki language ban kar reh gayi.</w:t>
      </w:r>
    </w:p>
    <w:p>
      <w:pPr>
        <w:jc w:val="right"/>
      </w:pPr>
      <w:r>
        <w:t>اور جے ہند میں جے ہند میں یونیورسلٹی نہیں تھی. تو پولیٹیکل لیڈر جو تھے انہی کی لینگویج بن کر رہ گئی.</w:t>
      </w:r>
    </w:p>
    <w:p>
      <w:r>
        <w:rPr>
          <w:b/>
        </w:rPr>
        <w:t xml:space="preserve">[13:00] </w:t>
      </w:r>
      <w:r>
        <w:t>to baharhal mein jo keh raha hoon wo yeh keh raha hoon ke mein abhi do din pehle gaya tha gujrat. to wahan par kya hua?</w:t>
      </w:r>
    </w:p>
    <w:p>
      <w:pPr>
        <w:jc w:val="right"/>
      </w:pPr>
      <w:r>
        <w:t>تو بہرحال میں جو کہہ رہا ہوں وہ یہ کہہ رہا ہوں کہ میں ابھی دو دن پہلے گیا تھا گجرات. تو وہاں پر کیا ہوا؟</w:t>
      </w:r>
    </w:p>
    <w:p>
      <w:r>
        <w:rPr>
          <w:b/>
        </w:rPr>
        <w:t xml:space="preserve">[13:13] </w:t>
      </w:r>
      <w:r>
        <w:t>ek all india conference thi wahan par. aur sare is mein log jo thay wo hindu log thay aur doosre mazhab ko mannay walay log thay.</w:t>
      </w:r>
    </w:p>
    <w:p>
      <w:pPr>
        <w:jc w:val="right"/>
      </w:pPr>
      <w:r>
        <w:t>ایک آل انڈیا کانفرنس تھی وہاں پر. اور سارے اس میں لوگ جو تھے وہ ہندو لوگ تھے اور دوسرے مذہب کو ماننے والے لوگ تھے.</w:t>
      </w:r>
    </w:p>
    <w:p>
      <w:r>
        <w:rPr>
          <w:b/>
        </w:rPr>
        <w:t xml:space="preserve">[13:26] </w:t>
      </w:r>
      <w:r>
        <w:t>islam ko mannay walay to bas hum hi chand log thay.</w:t>
      </w:r>
    </w:p>
    <w:p>
      <w:pPr>
        <w:jc w:val="right"/>
      </w:pPr>
      <w:r>
        <w:t>اسلام کو ماننے والے تو بس ہم ہی چند لوگ تھے.</w:t>
      </w:r>
    </w:p>
    <w:p>
      <w:r>
        <w:rPr>
          <w:b/>
        </w:rPr>
        <w:t xml:space="preserve">[13:31] </w:t>
      </w:r>
      <w:r>
        <w:t>to wahan par teen speeches huien. christian ki aur jain mazhab ki aur hindu mazhab ki aur meri speech hui.</w:t>
      </w:r>
    </w:p>
    <w:p>
      <w:pPr>
        <w:jc w:val="right"/>
      </w:pPr>
      <w:r>
        <w:t>تو وہاں پر تین اسپیچز ہوئیں. کرسچن کی اور جین مذہب کی اور ہندو مذہب کی اور میری اسپیچ ہوئی.</w:t>
      </w:r>
    </w:p>
    <w:p>
      <w:r>
        <w:rPr>
          <w:b/>
        </w:rPr>
        <w:t xml:space="preserve">[13:41] </w:t>
      </w:r>
      <w:r>
        <w:t>to sab se zyada wahan par logon ne meri meri speech ko appreciate kiya. aur wahan par kya tha ke hamare saathi gaye thay wahan par bohat sare bundle mein kitabein le kar ke.</w:t>
      </w:r>
    </w:p>
    <w:p>
      <w:pPr>
        <w:jc w:val="right"/>
      </w:pPr>
      <w:r>
        <w:t>تو سب سے زیادہ وہاں پر لوگوں نے میری میری اسپیچ کو ایپریشیٹ کیا. اور وہاں پر کیا تھا کہ ہمارے ساتھی گئے تھے وہاں پر بہت سارے بنڈل میں کتابیں لے کر کے.</w:t>
      </w:r>
    </w:p>
    <w:p>
      <w:r>
        <w:rPr>
          <w:b/>
        </w:rPr>
        <w:t xml:space="preserve">[13:52] </w:t>
      </w:r>
      <w:r>
        <w:t>books jo is like literature hai. main sochta tha ke yeh to le aa rahe hain wahan par kya hoga? shayad wahan se lotana paray yeh.</w:t>
      </w:r>
    </w:p>
    <w:p>
      <w:pPr>
        <w:jc w:val="right"/>
      </w:pPr>
      <w:r>
        <w:t>بکس جو اس لائک لٹریچر ہے. میں سوچتا تھا کہ یہ تو لے آ رہے ہیں وہاں پر کیا ہوگا؟ شاید وہاں سے لوٹانا پڑے یہ.</w:t>
      </w:r>
    </w:p>
    <w:p>
      <w:r>
        <w:rPr>
          <w:b/>
        </w:rPr>
        <w:t xml:space="preserve">[14:01] </w:t>
      </w:r>
      <w:r>
        <w:t>mujhe bohat ajeeb sa lagta tha ke itni sari books hamare saathi wahan le ja rahe hain. to wahan se phir ja ke lotana paray ga.</w:t>
      </w:r>
    </w:p>
    <w:p>
      <w:pPr>
        <w:jc w:val="right"/>
      </w:pPr>
      <w:r>
        <w:t>مجھے بہت عجیب سا لگتا تھا کہ اتنی ساری بکس ہمارے ساتھی وہاں لے جا رہے ہیں. تو وہاں سے پھر جا کے لوٹانا پڑے گا.</w:t>
      </w:r>
    </w:p>
    <w:p>
      <w:r>
        <w:rPr>
          <w:b/>
        </w:rPr>
        <w:t xml:space="preserve">[14:10] </w:t>
      </w:r>
      <w:r>
        <w:t>to khair hua kya? sari kitabein unhon ne loot loot kar le liya logon ne. yani yani in logon ko distribute nahi karna para.</w:t>
      </w:r>
    </w:p>
    <w:p>
      <w:pPr>
        <w:jc w:val="right"/>
      </w:pPr>
      <w:r>
        <w:t>تو خیر ہوا کیا؟ ساری کتابیں انہوں نے لوٹ لوٹ کے لے لیا لوگوں نے. یعنی یعنی ان لوگوں کو ڈسٹریبیوٹ نہیں کرنا پڑا.</w:t>
      </w:r>
    </w:p>
    <w:p>
      <w:r>
        <w:rPr>
          <w:b/>
        </w:rPr>
        <w:t xml:space="preserve">[14:19] </w:t>
      </w:r>
      <w:r>
        <w:t>ek jagah rakh diya tha table par aur logon ne loot loot kar le liya. logon ka bayan yeh hai ke woh chheen chheen kar le liya. main to wahan nahi khara hua tha lekin logon ne bataya aur sab kitabein khatam ho gayeen.</w:t>
      </w:r>
    </w:p>
    <w:p>
      <w:pPr>
        <w:jc w:val="right"/>
      </w:pPr>
      <w:r>
        <w:t>ایک جگہ رکھ دیا تھا ٹیبل پر اور لوگوں نے لوٹ لوٹ کر لے لیا. لوگوں کا بیان یہ ہے کہ وہ چھین چھین کر لے لیا. میں تو وہاں نہیں کھڑا ہوا تھا لیکن لوگوں نے بتایا اور سب کتابیں ختم ہو گئیں.</w:t>
      </w:r>
    </w:p>
    <w:p>
      <w:r>
        <w:rPr>
          <w:b/>
        </w:rPr>
        <w:t xml:space="preserve">[14:33] </w:t>
      </w:r>
      <w:r>
        <w:t>to maine socha ke aisa kyun hua? to mujhe quran ki ek ayat samajh mein aayi. quran mein ek ayat hai ke kaho qul ya ahl al kitab ta'alaw ila kalimat sawaim bain bainakum allahu na'budu illa Allah.</w:t>
      </w:r>
    </w:p>
    <w:p>
      <w:pPr>
        <w:jc w:val="right"/>
      </w:pPr>
      <w:r>
        <w:t>تو میں نے سوچا کہ ایسا کیوں ہوا؟ تو مجھے قرآن کی ایک آیت سمجھ میں آئی. قرآن میں ایک آیت ہے کہ کہو قُلْ يَا أَهْلِ الْكِتَابِ تَعَالُوْا إِلَى كَلَمِةٍ سَوَائِمْ بَيْنَ بَيْنِكُمْۖ اَللَّهُ نَعْبُدُ إِلَّا اللَّهُ ۔</w:t>
      </w:r>
    </w:p>
    <w:p>
      <w:r>
        <w:rPr>
          <w:b/>
        </w:rPr>
        <w:t xml:space="preserve">[14:50] </w:t>
      </w:r>
      <w:r>
        <w:t>to quran mein ek bohat hi wisdom ki baat batayi gayi. lekin quran ki wisdom bhi aap jab samajh payenge. jab is mein universal meaning ko aap nikal saken dhoond saken.</w:t>
      </w:r>
    </w:p>
    <w:p>
      <w:pPr>
        <w:jc w:val="right"/>
      </w:pPr>
      <w:r>
        <w:t>تو قرآن میں ایک بہت ہی وزڈم کی بات بتائی گئی. لیکن قرآن کی وزڈم بھی آپ جب سمجھ پائیں گے. جب اس میں یونیورسل میننگ کو آپ نکال سکیں ڈھونڈ سکیں.</w:t>
      </w:r>
    </w:p>
    <w:p>
      <w:r>
        <w:rPr>
          <w:b/>
        </w:rPr>
        <w:t xml:space="preserve">[15:02] </w:t>
      </w:r>
      <w:r>
        <w:t>sab se bari jo kami hai quran ki commentary jo itni jitni bhi commentary sab mein. universality ghayab hai is mein se. shayad ek bhi commentary is mein exception nahi hai.</w:t>
      </w:r>
    </w:p>
    <w:p>
      <w:pPr>
        <w:jc w:val="right"/>
      </w:pPr>
      <w:r>
        <w:t>سب سے بڑی جو کمی ہے قرآن کی کمنٹری جو اتنی جتنی بھی کمنٹری سب میں. یونیورسلٹی غائب ہے اس میں سے. شاید ایک بھی کمنٹری اس میں ایکسیپشن نہیں ہے.</w:t>
      </w:r>
    </w:p>
    <w:p>
      <w:r>
        <w:rPr>
          <w:b/>
        </w:rPr>
        <w:t xml:space="preserve">[15:16] </w:t>
      </w:r>
      <w:r>
        <w:t>jaise aaj maine is sari commentary ko hum ne dekha aaj. urdu mein english mein aur arabic language mein. to kya hai sab mein kya hai</w:t>
      </w:r>
    </w:p>
    <w:p>
      <w:pPr>
        <w:jc w:val="right"/>
      </w:pPr>
      <w:r>
        <w:t>جیسے آج میں نے اس ساری کمنٹری کو ہم نے دیکھا آج. اردو میں انگلش میں اور عربک لینگویج میں. تو کیا ہے سب میں کیا ہے</w:t>
      </w:r>
    </w:p>
    <w:p>
      <w:r>
        <w:rPr>
          <w:b/>
        </w:rPr>
        <w:t xml:space="preserve">[15:26] </w:t>
      </w:r>
      <w:r>
        <w:t>? chounke is ayat mein refer kiya hai yahood ke is baat ko ke woh bhi mante hain ke khuda ki ibadat hona chahiye.</w:t>
      </w:r>
    </w:p>
    <w:p>
      <w:pPr>
        <w:jc w:val="right"/>
      </w:pPr>
      <w:r>
        <w:t>؟ چونکہ اس آیت میں ریفر کیا ہے یہود کے اس بات کو کہ وہ بھی مانتے ہیں کہ خدا کی عبادت ہونا چاہیے.</w:t>
      </w:r>
    </w:p>
    <w:p>
      <w:r>
        <w:rPr>
          <w:b/>
        </w:rPr>
        <w:t xml:space="preserve">[15:35] </w:t>
      </w:r>
      <w:r>
        <w:t>allahu na'budu illa Allah. bas isi ko le liya unhon ne. ke ibadat chounke hamare darmiyan common hai. to yeh is baat ko le kar is point ko le kar ke un se baat karo.</w:t>
      </w:r>
    </w:p>
    <w:p>
      <w:pPr>
        <w:jc w:val="right"/>
      </w:pPr>
      <w:r>
        <w:t>اَللَّهُ نَعْبُدُ إِلَّا اللَّهُ ۔ بس اسی کو لے لیا انہوں نے. کہ عبادت چونکہ ہمارے درمیان کامن ہے. تو یہ اس بات کو لے کر اس پوائنٹ کو لے کر کے ان سے بات کرو.</w:t>
      </w:r>
    </w:p>
    <w:p>
      <w:r>
        <w:rPr>
          <w:b/>
        </w:rPr>
        <w:t xml:space="preserve">[15:50] </w:t>
      </w:r>
      <w:r>
        <w:t>yaad rakhein yeh quran ki har ayat jo hai is mein yani jo sab ka consideration hai woh yeh hai ke Allah taala ne bheja hai rasool Allah ko sare alam ke liye.</w:t>
      </w:r>
    </w:p>
    <w:p>
      <w:pPr>
        <w:jc w:val="right"/>
      </w:pPr>
      <w:r>
        <w:t>یاد رکھیں یہ قرآن کی ہر آیت جو ہے اس میں یعنی جو سب کا کنسیڈریشن ہے وہ یہ ہے کہ اللہ تعالی نے بھیجا ہے رسول اللہ کو سارے عالم کے لیے.</w:t>
      </w:r>
    </w:p>
    <w:p>
      <w:r>
        <w:rPr>
          <w:b/>
        </w:rPr>
        <w:t xml:space="preserve">[16:05] </w:t>
      </w:r>
      <w:r>
        <w:t>qul. quran majeed mein hai ke lil alamina nadhira. sare alam ke liye. to implicit hai yeh baat ke har ayat mein is ka ek universal aspect hona chahiye.</w:t>
      </w:r>
    </w:p>
    <w:p>
      <w:pPr>
        <w:jc w:val="right"/>
      </w:pPr>
      <w:r>
        <w:t>قل. قرآن مجید میں ہے کہ لِلْعَالَمِينَ نَذِيرًا ۔ سارے عالم کے لیے. تو ایمپلیسٹ ہے یہ بات کہ ہر آیت میں اس کا ایک یونیورسل آسمٹ ہونا چاہیے.</w:t>
      </w:r>
    </w:p>
    <w:p>
      <w:r>
        <w:rPr>
          <w:b/>
        </w:rPr>
        <w:t xml:space="preserve">[16:19] </w:t>
      </w:r>
      <w:r>
        <w:t>rasool Allah jab sare alam ke liye thay to sirf aap agar kahein ke wahan jo log thay arab mein unhi ko address kiya quran ne. to yeh quran ka negation ho jayega.</w:t>
      </w:r>
    </w:p>
    <w:p>
      <w:pPr>
        <w:jc w:val="right"/>
      </w:pPr>
      <w:r>
        <w:t>رسول اللہ جب سارے عالم کے لیے تھے تو صرف آپ اگر کہیں کہ وہاں جو لوگ تھے عرب میں انہی کو ایڈریس کیا قرآن نے. تو یہ قرآن کا نیگیشن ہو جائے گا.</w:t>
      </w:r>
    </w:p>
    <w:p>
      <w:r>
        <w:rPr>
          <w:b/>
        </w:rPr>
        <w:t xml:space="preserve">[16:31] </w:t>
      </w:r>
      <w:r>
        <w:t>to immediate reference ek hota hai yaad rakhiye. lekin is ka ek particular aspect hota hai woh woh is ka ek universal aspect hota hai.</w:t>
      </w:r>
    </w:p>
    <w:p>
      <w:pPr>
        <w:jc w:val="right"/>
      </w:pPr>
      <w:r>
        <w:t>تو امیڈیٹ ریفرنس ایک ہوتا ہے یاد رکھیے. لیکن اس کا ایک پرٹیکولر آسمٹ ہوتا ہے وہ وہ اس کا ایک یونیورسل آسمٹ ہوتا ہے.</w:t>
      </w:r>
    </w:p>
    <w:p>
      <w:r>
        <w:rPr>
          <w:b/>
        </w:rPr>
        <w:t xml:space="preserve">[16:41] </w:t>
      </w:r>
      <w:r>
        <w:t>immediate jo wahan jo audience tha woh yahood thay.</w:t>
      </w:r>
    </w:p>
    <w:p>
      <w:pPr>
        <w:jc w:val="right"/>
      </w:pPr>
      <w:r>
        <w:t>امیڈیٹ جو وہاں جو آڈینس تھا وہ یہود تھے.</w:t>
      </w:r>
    </w:p>
    <w:p>
      <w:r>
        <w:rPr>
          <w:b/>
        </w:rPr>
        <w:t xml:space="preserve">[16:47] </w:t>
      </w:r>
      <w:r>
        <w:t>to un ko le kar kaha ke un ke tumhare darmiyan yeh baat common hai. ke woh bhi kehte hain khuda ki ibadat tum bhi kehte ho khuda ki ibadat.</w:t>
      </w:r>
    </w:p>
    <w:p>
      <w:pPr>
        <w:jc w:val="right"/>
      </w:pPr>
      <w:r>
        <w:t>تو ان کو لے کر کہا کہ ان کے تمہارے درمیان یہ بات کامن ہے. کہ وہ بھی کہتے ہیں خدا کی عبادت تم بھی کہتے ہو خدا کی عبادت.</w:t>
      </w:r>
    </w:p>
    <w:p>
      <w:r>
        <w:rPr>
          <w:b/>
        </w:rPr>
        <w:t xml:space="preserve">[16:57] </w:t>
      </w:r>
      <w:r>
        <w:t>lekin jab hum phailenge phailenge phailenge to har jagah hamein is ko apply karna hoga. to yahan par kalma sawa ka lafz istemal kiya gaya hai.</w:t>
      </w:r>
    </w:p>
    <w:p>
      <w:pPr>
        <w:jc w:val="right"/>
      </w:pPr>
      <w:r>
        <w:t>لیکن جب ہم پھیلیں گے پھیلیں گے پھیلیں گے تو ہر جگہ ہمیں اس کو اپلائی کرنا ہوگا. تو یہاں پر کلمہ سوا کا لفظ استعمال کیا گیا ہے.</w:t>
      </w:r>
    </w:p>
    <w:p>
      <w:r>
        <w:rPr>
          <w:b/>
        </w:rPr>
        <w:t xml:space="preserve">[17:07] </w:t>
      </w:r>
      <w:r>
        <w:t>yani common term ya common ground. lekin is ka matlab kya hai?</w:t>
      </w:r>
    </w:p>
    <w:p>
      <w:pPr>
        <w:jc w:val="right"/>
      </w:pPr>
      <w:r>
        <w:t>یعنی کامن ٹرم یا کامن گراؤنڈ. لیکن اس کا مطلب کیا ہے؟</w:t>
      </w:r>
    </w:p>
    <w:p>
      <w:r>
        <w:rPr>
          <w:b/>
        </w:rPr>
        <w:t xml:space="preserve">[17:13] </w:t>
      </w:r>
      <w:r>
        <w:t>is ka matlab yeh hai ke daai ko chahiye ke mad'u ka se address kare. to first approach kya honi chahiye? starting point kya hona chahiye?</w:t>
      </w:r>
    </w:p>
    <w:p>
      <w:pPr>
        <w:jc w:val="right"/>
      </w:pPr>
      <w:r>
        <w:t>اس کا مطلب یہ ہے کہ داعی کو چاہیے کہ مدعو کا سے ایڈریس کرے. تو فرسٹ اپروچ کیا ہونا چاہیے؟ اسٹارٹنگ پوائنٹ کیا ہونا چاہیے؟</w:t>
      </w:r>
    </w:p>
    <w:p>
      <w:r>
        <w:rPr>
          <w:b/>
        </w:rPr>
        <w:t xml:space="preserve">[17:23] </w:t>
      </w:r>
      <w:r>
        <w:t>donon ke beech mein jo cheez common ho wahan se shuru karo baat. taake repo qaim ho jaye. yeh sirf yahood ke aqeeday ki baat nahi hai is mein.</w:t>
      </w:r>
    </w:p>
    <w:p>
      <w:pPr>
        <w:jc w:val="right"/>
      </w:pPr>
      <w:r>
        <w:t>دونوں کے بیچ میں جو چیز کامن ہو وہاں سے شروع کرو بات. تاکہ ریپو قائم ہو جائے. یہ صرف یہود کے عقیدے کی بات نہیں ہے اس میں.</w:t>
      </w:r>
    </w:p>
    <w:p>
      <w:r>
        <w:rPr>
          <w:b/>
        </w:rPr>
        <w:t xml:space="preserve">[17:34] </w:t>
      </w:r>
      <w:r>
        <w:t>jaisa ke tafseeron mein le rakha hai logon ne. saari hi commentary mein bas yahood yahood yahood ki baat hai.</w:t>
      </w:r>
    </w:p>
    <w:p>
      <w:pPr>
        <w:jc w:val="right"/>
      </w:pPr>
      <w:r>
        <w:t>جیسا کہ تفسیروں میں لے رکھا ہے لوگوں نے. ساری ہی کمنٹری میں بس یہود یہود یہود کی بات ہے.</w:t>
      </w:r>
    </w:p>
    <w:p>
      <w:r>
        <w:rPr>
          <w:b/>
        </w:rPr>
        <w:t xml:space="preserve">[17:40] </w:t>
      </w:r>
      <w:r>
        <w:t>yaad rakhiye yeh insaan ki baat hai. insaan ki baat hai. ke insaan ko jo cheez insaan se tumhein milna hai.</w:t>
      </w:r>
    </w:p>
    <w:p>
      <w:pPr>
        <w:jc w:val="right"/>
      </w:pPr>
      <w:r>
        <w:t>یاد رکھیے یہ انسان کی بات ہے. انسان کی بات ہے. کہ انسان کو جو چیز انسان سے تمہیں ملنا ہے.</w:t>
      </w:r>
    </w:p>
    <w:p>
      <w:r>
        <w:rPr>
          <w:b/>
        </w:rPr>
        <w:t xml:space="preserve">[17:49] </w:t>
      </w:r>
      <w:r>
        <w:t>insaan se tumhein interact karna hai. insaan se tumhein discuss karna hai. insaan se tumhein apna mission pahunchana hai.</w:t>
      </w:r>
    </w:p>
    <w:p>
      <w:pPr>
        <w:jc w:val="right"/>
      </w:pPr>
      <w:r>
        <w:t>انسان سے تمہیں انٹریکٹ کرنا ہے. انسان سے تمہیں ڈسکس کرنا ہے. انسان سے تمہیں اپنا مشن پہنچانا ہے.</w:t>
      </w:r>
    </w:p>
    <w:p>
      <w:r>
        <w:rPr>
          <w:b/>
        </w:rPr>
        <w:t xml:space="preserve">[17:59] </w:t>
      </w:r>
      <w:r>
        <w:t>to yeh jaano ke mere aur us ke beech mein kya common ground hai. aur us ko starting point banao.</w:t>
      </w:r>
    </w:p>
    <w:p>
      <w:pPr>
        <w:jc w:val="right"/>
      </w:pPr>
      <w:r>
        <w:t>تو یہ جانو کہ میرے اور اس کے بیچ میں کیا کامن گراؤنڈ ہے. اور اس کو اسٹارٹنگ پوائنٹ بناؤ.</w:t>
      </w:r>
    </w:p>
    <w:p>
      <w:r>
        <w:rPr>
          <w:b/>
        </w:rPr>
        <w:t xml:space="preserve">[18:08] </w:t>
      </w:r>
      <w:r>
        <w:t>to log bas itna hi jante hain ke yahood ka aqeedah bayan hua hai yahan par. is par universal aspect jo hai woh un se gum ho gaya hai.</w:t>
      </w:r>
    </w:p>
    <w:p>
      <w:pPr>
        <w:jc w:val="right"/>
      </w:pPr>
      <w:r>
        <w:t>تو لوگ بس اتنا ہی جانتے ہیں کہ یہود کا عقیدہ بیان ہوا ہے یہاں پر. اس پر یونیورسل آسمٹ جو ہے وہ ان سے گم ہو گیا ہے.</w:t>
      </w:r>
    </w:p>
    <w:p>
      <w:r>
        <w:rPr>
          <w:b/>
        </w:rPr>
        <w:t xml:space="preserve">[18:17] </w:t>
      </w:r>
      <w:r>
        <w:t>to chunke maine apna mizaj yeh banaya hai to unconsciously mujh se woh baat ho jati hai jo ke jis ko main common ground keh raha hoon.</w:t>
      </w:r>
    </w:p>
    <w:p>
      <w:pPr>
        <w:jc w:val="right"/>
      </w:pPr>
      <w:r>
        <w:t>تو چونکہ میں نے اپنا مزاج یہ بنایا ہے تو انکانشیسلی مجھ سے وہ بات ہو جاتی ہے جو کہ جس کو میں کامن گراؤنڈ کہہ رہا ہوں.</w:t>
      </w:r>
    </w:p>
    <w:p>
      <w:r>
        <w:rPr>
          <w:b/>
        </w:rPr>
        <w:t xml:space="preserve">[18:26] </w:t>
      </w:r>
      <w:r>
        <w:t>unconsciously. sochne soche baghair. jaisa ke hum gaye wahan par. hum log paanch aadmi thay.</w:t>
      </w:r>
    </w:p>
    <w:p>
      <w:pPr>
        <w:jc w:val="right"/>
      </w:pPr>
      <w:r>
        <w:t>انکانشیسلی. سوچنے سوچے بغیر. جیسے کہ ہم گئے وہاں پر. ہم لوگ پانچ آدمی تھے.</w:t>
      </w:r>
    </w:p>
    <w:p>
      <w:r>
        <w:rPr>
          <w:b/>
        </w:rPr>
        <w:t xml:space="preserve">[18:34] </w:t>
      </w:r>
      <w:r>
        <w:t>gujarat mein ek jagah hai. ek district hai mahuva. mahuva district mein ek ashram hai. murari bapu ka ashram.</w:t>
      </w:r>
    </w:p>
    <w:p>
      <w:pPr>
        <w:jc w:val="right"/>
      </w:pPr>
      <w:r>
        <w:t>گجرات میں ایک جگہ ہے. ایک ڈسٹرکٹ ہے مہوا. مہوا ڈسٹرکٹ میں ایک آشرم ہے. مراری باپو کا آشرم.</w:t>
      </w:r>
    </w:p>
    <w:p>
      <w:r>
        <w:rPr>
          <w:b/>
        </w:rPr>
        <w:t xml:space="preserve">[18:45] </w:t>
      </w:r>
      <w:r>
        <w:t>bohat bohat hi khoobsurat bohat hi bara aur aur samandar se thoda faasle par hai woh. to bohat hi nature mein hai woh.</w:t>
      </w:r>
    </w:p>
    <w:p>
      <w:pPr>
        <w:jc w:val="right"/>
      </w:pPr>
      <w:r>
        <w:t>بہت بہت ہی خوبصورت بہت ہی بڑا اور اور سمندر سے تھوڑا فاصلے پر ہے وہ. تو بہت ہی نیچر میں ہے وہ.</w:t>
      </w:r>
    </w:p>
    <w:p>
      <w:r>
        <w:rPr>
          <w:b/>
        </w:rPr>
        <w:t xml:space="preserve">[18:55] </w:t>
      </w:r>
      <w:r>
        <w:t>to jab wahan pahunche hamare liye unhon ne bohat acha stay ka intezam kiya tha. ek poori building hum ko de di thi unhon ne.</w:t>
      </w:r>
    </w:p>
    <w:p>
      <w:pPr>
        <w:jc w:val="right"/>
      </w:pPr>
      <w:r>
        <w:t>تو جب وہاں پہنچے ہمارے لیے انہوں نے بہت اچھا اسٹے کا انتظام کیا تھا. ایک پوری بلڈنگ ہم کو دے دی تھی انہوں نے.</w:t>
      </w:r>
    </w:p>
    <w:p>
      <w:r>
        <w:rPr>
          <w:b/>
        </w:rPr>
        <w:t xml:space="preserve">[19:03] </w:t>
      </w:r>
      <w:r>
        <w:t>to yeh pehle hamein pata nahi tha ke hamein kya intezam kiya unhon ne. lekin jab pahuncha wahan par jab gaadi se utre hum. hum log do gaadi mein thay.</w:t>
      </w:r>
    </w:p>
    <w:p>
      <w:pPr>
        <w:jc w:val="right"/>
      </w:pPr>
      <w:r>
        <w:t>تو یہ پہلے ہمیں پتہ نہیں تھا کہ ہمیں کیا انتظام کیا انہوں نے. لیکن جب پہنچا وہاں پر جب گاڑی سے اترے ہم. ہم لوگ دو گاڑی میں تھے.</w:t>
      </w:r>
    </w:p>
    <w:p>
      <w:r>
        <w:rPr>
          <w:b/>
        </w:rPr>
        <w:t xml:space="preserve">[19:13] </w:t>
      </w:r>
      <w:r>
        <w:t>utarte hi maine dekha ke yahan par yani nature hai aur darakht hain aur hariyali hai. to maine apne sathiyon se kaha ke dekhiye.</w:t>
      </w:r>
    </w:p>
    <w:p>
      <w:pPr>
        <w:jc w:val="right"/>
      </w:pPr>
      <w:r>
        <w:t>اترتے ہی میں نے دیکھا کہ یہاں پر یعنی نیچر ہے اور درخت ہیں اور ہریالی ہے. تو میں نے اپنے ساتھیوں سے کہا کہ دیکھیے.</w:t>
      </w:r>
    </w:p>
    <w:p>
      <w:r>
        <w:rPr>
          <w:b/>
        </w:rPr>
        <w:t xml:space="preserve">[19:24] </w:t>
      </w:r>
      <w:r>
        <w:t>kehne ke liye is ka naam ashram hai. lekin yeh hai spiritual garden. spiritual garden.</w:t>
      </w:r>
    </w:p>
    <w:p>
      <w:pPr>
        <w:jc w:val="right"/>
      </w:pPr>
      <w:r>
        <w:t>کہنے کے لیے اس کا نام آشرم ہے. لیکن یہ ہے اسپریچول گارڈن. اسپریچول گارڈن.</w:t>
      </w:r>
    </w:p>
    <w:p>
      <w:r>
        <w:rPr>
          <w:b/>
        </w:rPr>
        <w:t xml:space="preserve">[19:33] </w:t>
      </w:r>
      <w:r>
        <w:t>ab yeh aisi cheez thi ke hamare aur un ke beech mein common ground ban gaya. agar main yeh kehta ke yeh hinduo'n ka ashram hai. farz kijiye. to kya tasawwur banta ke mere aur un ke beech mein koi common cheez yahan nahi hai.</w:t>
      </w:r>
    </w:p>
    <w:p>
      <w:pPr>
        <w:jc w:val="right"/>
      </w:pPr>
      <w:r>
        <w:t>اب یہ ایسی چیز تھی کہ ہمارے اور ان کے بیچ میں کامن گراؤنڈ بن گیا. اگر میں یہ کہتا کہ یہ ہندوؤں کا آشرم ہے. فرض کیجیے. تو کیا تصور بنتا کہ میرے اور ان کے بیچ میں کوئی کامن چیز یہاں نہیں ہے.</w:t>
      </w:r>
    </w:p>
    <w:p>
      <w:r>
        <w:rPr>
          <w:b/>
        </w:rPr>
        <w:t xml:space="preserve">[19:46] </w:t>
      </w:r>
      <w:r>
        <w:t>hum muslim hain woh hum muslim hain woh hindu hain. to hamare beech mein koi cheez mushtarik nahi hai common nahi hai.</w:t>
      </w:r>
    </w:p>
    <w:p>
      <w:pPr>
        <w:jc w:val="right"/>
      </w:pPr>
      <w:r>
        <w:t>ہم مسلم ہیں وہ ہم مسلم ہیں وہ ہندو ہیں. تو ہمارے بیچ میں کوئی چیز مشترک نہیں ہے کامن نہیں ہے.</w:t>
      </w:r>
    </w:p>
    <w:p>
      <w:r>
        <w:rPr>
          <w:b/>
        </w:rPr>
        <w:t xml:space="preserve">[19:55] </w:t>
      </w:r>
      <w:r>
        <w:t>to main yeh nahi kaha ke dekhiye yeh hinduo'n ke guru hain in ka ashram hai. yeh nahi kaha maine.</w:t>
      </w:r>
    </w:p>
    <w:p>
      <w:pPr>
        <w:jc w:val="right"/>
      </w:pPr>
      <w:r>
        <w:t>تو میں یہ نہیں کہا کہ دیکھیے یہ ہندوؤں کے گرو ہیں ان کا آشرم ہے. یہ نہیں کہا میں نے.</w:t>
      </w:r>
    </w:p>
    <w:p>
      <w:r>
        <w:rPr>
          <w:b/>
        </w:rPr>
        <w:t xml:space="preserve">[20:03] </w:t>
      </w:r>
      <w:r>
        <w:t>maine yeh kaha ke yeh spiritual garden hai. unconsciously aisa hua. to isi tareeqay se jab main wahan par meri speech hui chabbis february ko.</w:t>
      </w:r>
    </w:p>
    <w:p>
      <w:pPr>
        <w:jc w:val="right"/>
      </w:pPr>
      <w:r>
        <w:t>میں نے یہ کہا کہ یہ اسپریچول گارڈن ہے. انکانشیسلی ایسا ہوا. تو اسی طریقے سے جب میں وہاں پر میری اسپیچ ہوئی چھبیس فروری کو.</w:t>
      </w:r>
    </w:p>
    <w:p>
      <w:r>
        <w:rPr>
          <w:b/>
        </w:rPr>
        <w:t xml:space="preserve">[20:18] </w:t>
      </w:r>
      <w:r>
        <w:t>to wahan par jab main aaya stage par. unhon ne hamein diya tha bohat kaafi waqt diya tha. taqreeban ek ghanta.</w:t>
      </w:r>
    </w:p>
    <w:p>
      <w:pPr>
        <w:jc w:val="right"/>
      </w:pPr>
      <w:r>
        <w:t>تو وہاں پر جب میں آیا اسٹیج پر. انہوں نے ہمیں دیا تھا بہت کافی وقت دیا تھا. تقریباً ایک گھنٹہ.</w:t>
      </w:r>
    </w:p>
    <w:p>
      <w:r>
        <w:rPr>
          <w:b/>
        </w:rPr>
        <w:t xml:space="preserve">[20:28] </w:t>
      </w:r>
      <w:r>
        <w:t>to wahan bhi maine yeh baat kahi. spiritual garden wali. wahan maine kuch aur aisi baatein kahein jis se ke hamare aur un ke darmiyan ek repo qaim</w:t>
      </w:r>
    </w:p>
    <w:p>
      <w:pPr>
        <w:jc w:val="right"/>
      </w:pPr>
      <w:r>
        <w:t>تو وہاں بھی میں نے یہ بات کہی. اسپریچول گارڈن والی. وہاں میں نے کچھ اور ایسی باتیں کہیں جس سے کہ ہمارے اور ان کے درمیان ایک ریپو قائم</w:t>
      </w:r>
    </w:p>
    <w:p>
      <w:r>
        <w:rPr>
          <w:b/>
        </w:rPr>
        <w:t xml:space="preserve">[20:40] </w:t>
      </w:r>
      <w:r>
        <w:t>ho jaye. yeh sab unconsciously hua hai yeh soch kar nahi hua yeh. yeh sab soch kar nahi hua. dekhiye aap ko apna mizaj banana padega.</w:t>
      </w:r>
    </w:p>
    <w:p>
      <w:pPr>
        <w:jc w:val="right"/>
      </w:pPr>
      <w:r>
        <w:t>ہو جائے. یہ سب انکانشیسلی ہوا ہے یہ سوچ کر نہیں ہوا یہ. یہ سب سوچ کر نہیں ہوا. دیکھیے آپ کو اپنا مزاج بنانا پڑے گا.</w:t>
      </w:r>
    </w:p>
    <w:p>
      <w:r>
        <w:rPr>
          <w:b/>
        </w:rPr>
        <w:t xml:space="preserve">[20:51] </w:t>
      </w:r>
      <w:r>
        <w:t>insaan jo hai govern hota hai ninety nine percent unconscious mind se. yaad rakhiye. hamara jo yeh jo hum hain jis ko hum kehte hain.</w:t>
      </w:r>
    </w:p>
    <w:p>
      <w:pPr>
        <w:jc w:val="right"/>
      </w:pPr>
      <w:r>
        <w:t>انسان جو ہے گورن ہوتا ہے نائنٹی نائن پرسنٹ انکانشیس مائنڈ سے. یاد رکھیے. ہمارا جو یہ جو ہم ہیں جس کو ہم کہتے ہیں.</w:t>
      </w:r>
    </w:p>
    <w:p>
      <w:r>
        <w:rPr>
          <w:b/>
        </w:rPr>
        <w:t xml:space="preserve">[21:01] </w:t>
      </w:r>
      <w:r>
        <w:t>sirf one percent hi conscious mind se govern hota hai ye. ninety nine percent unconscious mind se govern hota hai ye.</w:t>
      </w:r>
    </w:p>
    <w:p>
      <w:pPr>
        <w:jc w:val="right"/>
      </w:pPr>
      <w:r>
        <w:t>صرف ون پرسنٹ ہی کانش مائنڈ سے گورن ہوتا ہے یہ. نائنٹی نائن پرسنٹ انکانش مائنڈ سے گورن ہوتا ہے یہ.</w:t>
      </w:r>
    </w:p>
    <w:p>
      <w:r>
        <w:rPr>
          <w:b/>
        </w:rPr>
        <w:t xml:space="preserve">[21:12] </w:t>
      </w:r>
      <w:r>
        <w:t>har cheez hai bolna hai khana hai saans lena hai. aap saans lete hain kya aap soch ke saans lete hain? dil aap ka pump kar raha hai kya soch kar pump karwate hain aap dil se?</w:t>
      </w:r>
    </w:p>
    <w:p>
      <w:pPr>
        <w:jc w:val="right"/>
      </w:pPr>
      <w:r>
        <w:t>ہر چیز ہے بولنا ہے کھانا ہے سانس لینا ہے. آپ سانس لیتے ہیں کیا آپ سوچ کے سانس لیتے ہیں؟ دل آپ کا پمپ کر رہا ہے کیا سوچ کر پمپ کرواتے ہیں آپ دل سے؟</w:t>
      </w:r>
    </w:p>
    <w:p>
      <w:r>
        <w:rPr>
          <w:b/>
        </w:rPr>
        <w:t xml:space="preserve">[21:27] </w:t>
      </w:r>
      <w:r>
        <w:t>aap oxygen lete hain hawa se oxygen to kya aap soch kar oxygen lete hain hawa se? kuch bhi nahi. yaad rakhiye ke insaan jo hai palak jhapakate hain aap to kya aap soch kar palak jhapakate hain aap</w:t>
      </w:r>
    </w:p>
    <w:p>
      <w:pPr>
        <w:jc w:val="right"/>
      </w:pPr>
      <w:r>
        <w:t>آپ آکسیجن لیتے ہیں ہوا سے آکسیجن تو کیا آپ سوچ کر آکسیجن لیتے ہیں ہوا سے؟ کچھ بھی نہیں. یاد رکھیے کہ انسان جو ہے پلگ چھپکاتے ہیں آپ تو کیا آپ سوچ کر پلگ چھپکاتے ہیں آپ</w:t>
      </w:r>
    </w:p>
    <w:p>
      <w:r>
        <w:rPr>
          <w:b/>
        </w:rPr>
        <w:t xml:space="preserve">[21:42] </w:t>
      </w:r>
      <w:r>
        <w:t>? kuch nahi. aap khana khate hain to aap mujhe aap chalaate hain to woh soch kar nahi hota hai. woh sab unconsciously hota hai. digest system jo kaam kar raha hai itna zabardast.</w:t>
      </w:r>
    </w:p>
    <w:p>
      <w:pPr>
        <w:jc w:val="right"/>
      </w:pPr>
      <w:r>
        <w:t>؟ کچھ نہیں. آپ کھانا کھاتے ہیں تو آپ مجھے آپ چلاتے ہیں تو وہ سوچ کر نہیں ہوتا ہے. وہ سب انکانشیسلی ہوتا ہے. ڈائجسٹ سسٹم جو کام کر رہا ہے اتنا زبردست.</w:t>
      </w:r>
    </w:p>
    <w:p>
      <w:r>
        <w:rPr>
          <w:b/>
        </w:rPr>
        <w:t xml:space="preserve">[21:53] </w:t>
      </w:r>
      <w:r>
        <w:t>woh soch kar aap digest karwa karte hain apne khane ko? kuch nahi.</w:t>
      </w:r>
    </w:p>
    <w:p>
      <w:pPr>
        <w:jc w:val="right"/>
      </w:pPr>
      <w:r>
        <w:t>وہ سوچ کر آپ ڈائجسٹ کروا کرتے ہیں اپنے کھانے کو؟ کچھ نہیں.</w:t>
      </w:r>
    </w:p>
    <w:p>
      <w:r>
        <w:rPr>
          <w:b/>
        </w:rPr>
        <w:t xml:space="preserve">[22:00] </w:t>
      </w:r>
      <w:r>
        <w:t>hamare jo ye jo exist yani hamara jo wajood hai jo being hamari hai. is mein ninety nine percent se zyada shayad woh cheezein hain jo unconscious mind se govern hoti hain.</w:t>
      </w:r>
    </w:p>
    <w:p>
      <w:pPr>
        <w:jc w:val="right"/>
      </w:pPr>
      <w:r>
        <w:t>ہمارے جو یہ جو ایگزسٹ یعنی ہمارا جو وجود ہے جو بینگ ہماری ہے. اس میں نائنٹی نائن پرسنٹ سے زیادہ شاید وہ چیزیں ہیں جو انکانشیس مائنڈ سے گورن ہوتی ہیں.</w:t>
      </w:r>
    </w:p>
    <w:p>
      <w:r>
        <w:rPr>
          <w:b/>
        </w:rPr>
        <w:t xml:space="preserve">[22:17] </w:t>
      </w:r>
      <w:r>
        <w:t>aur less than one percent jo hum consciously govern soch kar karte hain. to aap mizaj banana parega aap ko apna.</w:t>
      </w:r>
    </w:p>
    <w:p>
      <w:pPr>
        <w:jc w:val="right"/>
      </w:pPr>
      <w:r>
        <w:t>اور لیس دین ون پرسنٹ جو ہم کانشیسلی گورن سوچ کر کرتے ہیں. تو آپ مزاج بنانا پڑے گا آپ کو اپنا.</w:t>
      </w:r>
    </w:p>
    <w:p>
      <w:r>
        <w:rPr>
          <w:b/>
        </w:rPr>
        <w:t xml:space="preserve">[22:27] </w:t>
      </w:r>
      <w:r>
        <w:t>logon ne mizaj bana rakha hai kya?</w:t>
      </w:r>
    </w:p>
    <w:p>
      <w:pPr>
        <w:jc w:val="right"/>
      </w:pPr>
      <w:r>
        <w:t>لوگوں نے مزاج بنا رکھا ہے کیا؟</w:t>
      </w:r>
    </w:p>
    <w:p>
      <w:r>
        <w:rPr>
          <w:b/>
        </w:rPr>
        <w:t xml:space="preserve">[22:29] </w:t>
      </w:r>
      <w:r>
        <w:t>non appreciating mizaj bana rakha hai. yani itne zyada logon ka yeh haal hai ke jisko bhi main dekhta hoon woh isi mein mubtala milta hai.</w:t>
      </w:r>
    </w:p>
    <w:p>
      <w:pPr>
        <w:jc w:val="right"/>
      </w:pPr>
      <w:r>
        <w:t>نان ایپریشیٹنگ مزاج بنا رکھا ہے. یعنی اتنے زیادہ لوگوں کا یہ حال ہے کہ جس کو بھی میں دیکھتا ہوں وہ اسی میں مبتلا ملتا ہے.</w:t>
      </w:r>
    </w:p>
    <w:p>
      <w:r>
        <w:rPr>
          <w:b/>
        </w:rPr>
        <w:t xml:space="preserve">[22:39] </w:t>
      </w:r>
      <w:r>
        <w:t>bana liya apna mizaj. ab kahin jayenge to bas unko negative point dikhai dega unko. to aap ko bohat effort kar ke apna mizaj badalna parega yaad rakhiye.</w:t>
      </w:r>
    </w:p>
    <w:p>
      <w:pPr>
        <w:jc w:val="right"/>
      </w:pPr>
      <w:r>
        <w:t>بنا لیا اپنا مزاج. اب کہیں جائیں گے تو بس ان کو نیگیٹیو پوائنٹ دکھائی دے گا ان کو. تو آپ کو بہت ایفرٹ کر کے اپنا مزاج بدلنا پڑے گا یاد رکھیے.</w:t>
      </w:r>
    </w:p>
    <w:p>
      <w:r>
        <w:rPr>
          <w:b/>
        </w:rPr>
        <w:t xml:space="preserve">[22:51] </w:t>
      </w:r>
      <w:r>
        <w:t>appreciating mizaj banana parega. yahan effort karni paregi aap ko. kyun ke aap conditioned ho chuke hain aap.</w:t>
      </w:r>
    </w:p>
    <w:p>
      <w:pPr>
        <w:jc w:val="right"/>
      </w:pPr>
      <w:r>
        <w:t>ایپریشیٹنگ مزاج بنانا پڑے گا. یہاں ایفرٹ کرنی پڑے گی آپ کو. کیونکہ آپ کنڈیشنڈ ہو چکے ہیں آپ.</w:t>
      </w:r>
    </w:p>
    <w:p>
      <w:r>
        <w:rPr>
          <w:b/>
        </w:rPr>
        <w:t xml:space="preserve">[22:59] </w:t>
      </w:r>
      <w:r>
        <w:t>har aadmi jo pachees baras ka hai pachaas baras ka hai to woh to conditioned ho chuki conditioned ho chuki hai is ki. sab se bara jo problem yeh hai ke har ek conditioned ho chuka hai is mein ke woh appreciation na kare.</w:t>
      </w:r>
    </w:p>
    <w:p>
      <w:pPr>
        <w:jc w:val="right"/>
      </w:pPr>
      <w:r>
        <w:t>ہر آدمی جو پچیس برس کا ہے پچاس برس کا ہے تو وہ تو کنڈیشنڈ ہو چکی کنڈیشنڈ ہو چکی ہے اس کی. سب سے بڑا جو پرابلم یہ ہے کہ ہر ایک کنڈیشنڈ ہو چکا ہے اس میں کہ وہ اپریسیشن نہ کرے.</w:t>
      </w:r>
    </w:p>
    <w:p>
      <w:r>
        <w:rPr>
          <w:b/>
        </w:rPr>
        <w:t xml:space="preserve">[23:12] </w:t>
      </w:r>
      <w:r>
        <w:t>apni kyun ke ab samajhta hai ke main chota ho gaya. agar doosre ke kuch aap ne appreciate kiya to unconsciously wahan par hota hai.</w:t>
      </w:r>
    </w:p>
    <w:p>
      <w:pPr>
        <w:jc w:val="right"/>
      </w:pPr>
      <w:r>
        <w:t>اپنی کیوں کہ اب سمجھتا ہے کہ میں چھوٹا ہو گیا. اگر دوسرے کے کچھ آپ نے اپریشیٹ کیا تو انکانشیسلی وہاں پر ہوتا ہے.</w:t>
      </w:r>
    </w:p>
    <w:p>
      <w:r>
        <w:rPr>
          <w:b/>
        </w:rPr>
        <w:t xml:space="preserve">[23:22] </w:t>
      </w:r>
      <w:r>
        <w:t>ke main chota ho gaya. to woh apne ko chota mein kaise banaoon?</w:t>
      </w:r>
    </w:p>
    <w:p>
      <w:pPr>
        <w:jc w:val="right"/>
      </w:pPr>
      <w:r>
        <w:t>کہ میں چھوٹا ہو گیا. تو وہ اپنے کو چھوٹا میں کیسے بناؤں؟</w:t>
      </w:r>
    </w:p>
    <w:p>
      <w:r>
        <w:rPr>
          <w:b/>
        </w:rPr>
        <w:t xml:space="preserve">[23:27] </w:t>
      </w:r>
      <w:r>
        <w:t>apni line ko chota kaise karoon mein? to behal maine Khuda ke fazal se aisa kiya hai ke maine apne ko soch kar soch kar soch kar appreciation ko maine koot koot bhara apne andar.</w:t>
      </w:r>
    </w:p>
    <w:p>
      <w:pPr>
        <w:jc w:val="right"/>
      </w:pPr>
      <w:r>
        <w:t>اپنی لائن کو چھوٹا کیسے کروں میں؟ تو بہرحال میں نے خدا کے فضل سے ایسا کیا ہے کہ میں نے اپنے کو سوچ کر سوچ کر سوچ کر اپریسیشن کو میں نے کوٹ کوٹ بھرا اپنے اندر.</w:t>
      </w:r>
    </w:p>
    <w:p>
      <w:r>
        <w:rPr>
          <w:b/>
        </w:rPr>
        <w:t xml:space="preserve">[23:40] </w:t>
      </w:r>
      <w:r>
        <w:t>to is ka is ka wahan par reflection hota hai. to</w:t>
      </w:r>
    </w:p>
    <w:p>
      <w:pPr>
        <w:jc w:val="right"/>
      </w:pPr>
      <w:r>
        <w:t>تو اس کا اس کا وہاں پر ریفلیکشن ہوتا ہے. تو</w:t>
      </w:r>
    </w:p>
    <w:p>
      <w:r>
        <w:rPr>
          <w:b/>
        </w:rPr>
        <w:t xml:space="preserve">[23:44] </w:t>
      </w:r>
      <w:r>
        <w:t>khair wahan par jo maine is tarah ki baat ki. ke yeh to spiritual ground hai. phir maine kaha ke Swami Vivekanand ne kaha tha ke India jo hai umm spiritual superpower banega.</w:t>
      </w:r>
    </w:p>
    <w:p>
      <w:pPr>
        <w:jc w:val="right"/>
      </w:pPr>
      <w:r>
        <w:t>خیر وہاں پر جو میں نے اس طرح کی بات کی. کہ یہ تو اسپریچول گراؤنڈ ہے. پھر میں نے کہا کہ سوامی وکانند نے کہا تھا کہ انڈیا جو ہے امم اسپریچول سپر پاور بنے گا.</w:t>
      </w:r>
    </w:p>
    <w:p>
      <w:r>
        <w:rPr>
          <w:b/>
        </w:rPr>
        <w:t xml:space="preserve">[24:00] </w:t>
      </w:r>
      <w:r>
        <w:t>to phir maine wahan hadees jo wahan par jod di. ke Rasool Allah ne farmaya tha ke mujhe India ki taraf se thandi hawaein aati hain.</w:t>
      </w:r>
    </w:p>
    <w:p>
      <w:pPr>
        <w:jc w:val="right"/>
      </w:pPr>
      <w:r>
        <w:t>تو پھر میں نے وہاں حدیث جو وہاں پر جوڑ دی. کہ رسول اللہ نے فرمایا تھا کہ مجھے انڈیا کی طرف سے ٹھنڈی ہوائیں آتی ہیں.</w:t>
      </w:r>
    </w:p>
    <w:p>
      <w:r>
        <w:rPr>
          <w:b/>
        </w:rPr>
        <w:t xml:space="preserve">[24:08] </w:t>
      </w:r>
      <w:r>
        <w:t>isi ko le kar Iqbal ne kaha tha ke mere Arab ko aayi thandi hawa jahan se mera watan wahi hai mera watan wahi hai.</w:t>
      </w:r>
    </w:p>
    <w:p>
      <w:pPr>
        <w:jc w:val="right"/>
      </w:pPr>
      <w:r>
        <w:t>اسی کو لے کر اقبال نے کہا تھا کہ میرے عرب کو آئی ٹھنڈی ہوا جہاں سے میرا وطن وہی ہے میرا وطن وہی ہے.</w:t>
      </w:r>
    </w:p>
    <w:p>
      <w:r>
        <w:rPr>
          <w:b/>
        </w:rPr>
        <w:t xml:space="preserve">[24:16] </w:t>
      </w:r>
      <w:r>
        <w:t>maine kaha ke yeh Rasool Allah ne shayad yeh future ke liye as a prediction kaha tha. ke future mein India aisa banega. aur shayad is potential jo India ke andar tha us ko Rasool Allah ne bataya tha.</w:t>
      </w:r>
    </w:p>
    <w:p>
      <w:pPr>
        <w:jc w:val="right"/>
      </w:pPr>
      <w:r>
        <w:t>میں نے کہا کہ یہ رسول اللہ نے شاید یہ فیوچر کے لیے ایز اے پریڈکشن کہا تھا. کہ فیوچر میں انڈیا ایسا بنے گا. اور شاید اس پوٹینشل جو انڈیا کے اندر تھا اس کو رسول اللہ نے بتایا تھا.</w:t>
      </w:r>
    </w:p>
    <w:p>
      <w:r>
        <w:rPr>
          <w:b/>
        </w:rPr>
        <w:t xml:space="preserve">[24:31] </w:t>
      </w:r>
      <w:r>
        <w:t>ke India ke andar phir maine woh qissa bataya ke Delhi mein ek ek naujawan mila tha Canada ka. to wahan ghoom raha tha aise hi.</w:t>
      </w:r>
    </w:p>
    <w:p>
      <w:pPr>
        <w:jc w:val="right"/>
      </w:pPr>
      <w:r>
        <w:t>کہ انڈیا کے اندر پھر میں نے وہ قصہ بتایا کہ دلی میں ایک ایک نوجوان ملا تھا کینیڈا کا. تو وہاں گھوم رہا تھا ایسے ہی.</w:t>
      </w:r>
    </w:p>
    <w:p>
      <w:r>
        <w:rPr>
          <w:b/>
        </w:rPr>
        <w:t xml:space="preserve">[24:40] </w:t>
      </w:r>
      <w:r>
        <w:t>bilkul mamooli kapra khaddar ka pehne hue. us ne poocha ke tum kaun ho? us ne kaha main Canada mein hoon. tha mera job tha mere paas sab kuch tha wahan par wahan chhod ke yahan aaya.</w:t>
      </w:r>
    </w:p>
    <w:p>
      <w:pPr>
        <w:jc w:val="right"/>
      </w:pPr>
      <w:r>
        <w:t>بالکل معمولی کپڑا کھدر کا پہنے ہوئے. اس نے پوچھا کہ تم کون ہو؟ اس نے کہا میں کینیڈا میں ہوں. تھا میرا جاب تھا میرے پاس سب کچھ تھا وہاں پر وہاں چھوڑ کے یہاں آیا.</w:t>
      </w:r>
    </w:p>
    <w:p>
      <w:r>
        <w:rPr>
          <w:b/>
        </w:rPr>
        <w:t xml:space="preserve">[24:50] </w:t>
      </w:r>
      <w:r>
        <w:t>to yahan kyun aaye?</w:t>
      </w:r>
    </w:p>
    <w:p>
      <w:pPr>
        <w:jc w:val="right"/>
      </w:pPr>
      <w:r>
        <w:t>تو یہاں کیوں آئے؟</w:t>
      </w:r>
    </w:p>
    <w:p>
      <w:r>
        <w:rPr>
          <w:b/>
        </w:rPr>
        <w:t xml:space="preserve">[24:51] </w:t>
      </w:r>
      <w:r>
        <w:t>to us ne bohat hi sanjeedgi se kaha tha ke there I was comfortable physically. here I am comfortable spiritually.</w:t>
      </w:r>
    </w:p>
    <w:p>
      <w:pPr>
        <w:jc w:val="right"/>
      </w:pPr>
      <w:r>
        <w:t>تو اس نے بہت ہی سنجیدگی سے کہا تھا کہ دیر آئی واز کمفرٹیبل فزیکلی. ہیر آئی ایم کمفرٹیبل اسپریچولی.</w:t>
      </w:r>
    </w:p>
    <w:p>
      <w:r>
        <w:rPr>
          <w:b/>
        </w:rPr>
        <w:t xml:space="preserve">[25:02] </w:t>
      </w:r>
      <w:r>
        <w:t>to yeh sab ko le kar maine kaha ke dekhiye India potentially India jo hai us ko samjhiye woh potentially jo hai yani spiritual superpower hai.</w:t>
      </w:r>
    </w:p>
    <w:p>
      <w:pPr>
        <w:jc w:val="right"/>
      </w:pPr>
      <w:r>
        <w:t>تو یہ سب کو لے کر میں نے کہا کہ دیکھیے انڈیا پوٹینشلی انڈیا جو ہے اس کو سمجھیے وہ پوٹینشلی جو ہے یعنی اسپریچول سپر پاور ہے.</w:t>
      </w:r>
    </w:p>
    <w:p>
      <w:r>
        <w:rPr>
          <w:b/>
        </w:rPr>
        <w:t xml:space="preserve">[25:15] </w:t>
      </w:r>
      <w:r>
        <w:t>to is ko hamein ekchual banana hai.</w:t>
      </w:r>
    </w:p>
    <w:p>
      <w:pPr>
        <w:jc w:val="right"/>
      </w:pPr>
      <w:r>
        <w:t>تو اس کو ہمیں ایکچول بنانا ہے.</w:t>
      </w:r>
    </w:p>
    <w:p>
      <w:r>
        <w:rPr>
          <w:b/>
        </w:rPr>
        <w:t xml:space="preserve">[25:18] </w:t>
      </w:r>
      <w:r>
        <w:t>ab is tarah ki baaton se ek bahut zabardast repo qaim ho gaya. phir maine islam ki baaton kahen. ek ghante ki taqreer mein. to wahan jo jo preside kar rahe the unhon ne ailaan kiya ke ke un ka kitabein aayi hain wahan se dilli se yahan rakhi hui hain aap log is ko le sakte hain.</w:t>
      </w:r>
    </w:p>
    <w:p>
      <w:pPr>
        <w:jc w:val="right"/>
      </w:pPr>
      <w:r>
        <w:t>اب اس طرح کی باتوں سے ایک بہت زبردست ریپو قائم ہو گیا. پھر میں نے اسلام کی باتیں کہیں. ایک گھنٹے کی تقریر میں. تو وہاں جو جو پریسائیڈ کر رہے تھے انہوں نے اعلان کیا کہ کہ ان کا کتابیں آئی ہیں وہاں سے دلی سے یہاں رکھی ہوئی ہیں آپ لوگ اس کو لے سکتے ہیں.</w:t>
      </w:r>
    </w:p>
    <w:p>
      <w:r>
        <w:rPr>
          <w:b/>
        </w:rPr>
        <w:t xml:space="preserve">[25:38] </w:t>
      </w:r>
      <w:r>
        <w:t>to jalsa jaise hi khatm hua log isi par toot pade log.</w:t>
      </w:r>
    </w:p>
    <w:p>
      <w:pPr>
        <w:jc w:val="right"/>
      </w:pPr>
      <w:r>
        <w:t>تو جلسہ جیسے ہی ختم ہوا لوگ اسی پر ٹوٹ پڑے لوگ.</w:t>
      </w:r>
    </w:p>
    <w:p>
      <w:r>
        <w:rPr>
          <w:b/>
        </w:rPr>
        <w:t xml:space="preserve">[25:43] </w:t>
      </w:r>
      <w:r>
        <w:t>there was breaking of of of yani of this appreciating nature. agar hum isi baaton kehte jaisa ke log aam taur par taqreerein kiya karte hain.</w:t>
      </w:r>
    </w:p>
    <w:p>
      <w:pPr>
        <w:jc w:val="right"/>
      </w:pPr>
      <w:r>
        <w:t>دیر واز بریکنگ آف آف آف یعنی آف دس ایپریشیٹنگ نیچر. اگر ہم اسی باتیں کہتے جیسا کہ لوگ عام طور پر تقریریں کیا کرتے ہیں.</w:t>
      </w:r>
    </w:p>
    <w:p>
      <w:r>
        <w:rPr>
          <w:b/>
        </w:rPr>
        <w:t xml:space="preserve">[25:59] </w:t>
      </w:r>
      <w:r>
        <w:t>ke gujrat aag mein jal raha hai ya hum musalmanon ke sath discrimination hota hai. to ek bhi kitab koi na leta koi.</w:t>
      </w:r>
    </w:p>
    <w:p>
      <w:pPr>
        <w:jc w:val="right"/>
      </w:pPr>
      <w:r>
        <w:t>کہ گجرات آگ میں جل رہا ہے یا ہم مسلمانوں کے ساتھ ڈسکریمینیشن ہوتا ہے. تو ایک بھی کتاب کوئی نہ لیتا کوئی.</w:t>
      </w:r>
    </w:p>
    <w:p>
      <w:r>
        <w:rPr>
          <w:b/>
        </w:rPr>
        <w:t xml:space="preserve">[26:11] </w:t>
      </w:r>
      <w:r>
        <w:t>kyun ke aap jante hain gujrat ke bare mein yeh tasawwur hai musalmanon mein. aur wahan to kuch bhi aisa nahi. to ek spot par kahin thoda sa waqea hota hai use kuch generalize kar ke batate hain ke gujrat jal raha hai.</w:t>
      </w:r>
    </w:p>
    <w:p>
      <w:pPr>
        <w:jc w:val="right"/>
      </w:pPr>
      <w:r>
        <w:t>کیونکہ آپ جانتے ہیں گجرات کے بارے میں یہ تصور ہے مسلمانوں میں. اور وہاں تو کچھ بھی ایسا نہیں. تو ایک سپاٹ پر کہیں تھوڑا سا واقعہ ہوتا ہے اسے کچھ جنرلائز کر کے بتاتے ہیں کہ گجرات جل رہا ہے.</w:t>
      </w:r>
    </w:p>
    <w:p>
      <w:r>
        <w:rPr>
          <w:b/>
        </w:rPr>
        <w:t xml:space="preserve">[26:25] </w:t>
      </w:r>
      <w:r>
        <w:t>achha kabhi nahi hota.</w:t>
      </w:r>
    </w:p>
    <w:p>
      <w:pPr>
        <w:jc w:val="right"/>
      </w:pPr>
      <w:r>
        <w:t>اچھا کبھی نہیں ہوتا.</w:t>
      </w:r>
    </w:p>
    <w:p>
      <w:r>
        <w:rPr>
          <w:b/>
        </w:rPr>
        <w:t xml:space="preserve">[26:27] </w:t>
      </w:r>
      <w:r>
        <w:t>to phir yeh kal bhi ek hissa aisa hua kal yahan par jalsa tha dilli mein. aur top ke log the dilli ke wahan par maujood.</w:t>
      </w:r>
    </w:p>
    <w:p>
      <w:pPr>
        <w:jc w:val="right"/>
      </w:pPr>
      <w:r>
        <w:t>تو پھر یہ کل بھی ایک حصہ ایسا ہوا کل یہاں پر جلسہ تھا دلی میں. اور ٹاپ کے لوگ تھے دلی کے وہاں پر موجود.</w:t>
      </w:r>
    </w:p>
    <w:p>
      <w:r>
        <w:rPr>
          <w:b/>
        </w:rPr>
        <w:t xml:space="preserve">[26:39] </w:t>
      </w:r>
      <w:r>
        <w:t>top ke log the sab. bahut hi zabardast tha yahan par.</w:t>
      </w:r>
    </w:p>
    <w:p>
      <w:pPr>
        <w:jc w:val="right"/>
      </w:pPr>
      <w:r>
        <w:t>ٹاپ کے لوگ تھے سب. بہت ہی زبردست تھا یہاں پر.</w:t>
      </w:r>
    </w:p>
    <w:p>
      <w:r>
        <w:rPr>
          <w:b/>
        </w:rPr>
        <w:t xml:space="preserve">[26:48] </w:t>
      </w:r>
      <w:r>
        <w:t>lodhi road par ek hall hai us ke andar tha woh. to wahan par bhi kai speaker the different religion ke mujahid e islam par bolna tha.</w:t>
      </w:r>
    </w:p>
    <w:p>
      <w:pPr>
        <w:jc w:val="right"/>
      </w:pPr>
      <w:r>
        <w:t>لودھی روڈ پر ایک ہال ہے اس کے اندر تھا وہ. تو وہاں پر بھی کئی سپیکر تھے ڈفرنٹ ریلیجن کے مجاہد اسلام پر بولنا تھا.</w:t>
      </w:r>
    </w:p>
    <w:p>
      <w:r>
        <w:rPr>
          <w:b/>
        </w:rPr>
        <w:t xml:space="preserve">[27:00] </w:t>
      </w:r>
      <w:r>
        <w:t>to yahan par bhi maine shuru jo kiya. to wahan bhi maine wahi mere mind ne wahi kiya. yeh sab soch kar nahi hota hai.</w:t>
      </w:r>
    </w:p>
    <w:p>
      <w:pPr>
        <w:jc w:val="right"/>
      </w:pPr>
      <w:r>
        <w:t>تو یہاں پر بھی میں نے شروع جو کیا. تو وہاں بھی میں نے وہی میرے مائنڈ نے وہی کیا. یہ سب سوچ کر نہیں ہوتا ہے.</w:t>
      </w:r>
    </w:p>
    <w:p>
      <w:r>
        <w:rPr>
          <w:b/>
        </w:rPr>
        <w:t xml:space="preserve">[27:08] </w:t>
      </w:r>
      <w:r>
        <w:t>aap ko apne mind ko train kar ke banana parega ke is ke andar appreciation ka mizaj aa jaye.</w:t>
      </w:r>
    </w:p>
    <w:p>
      <w:pPr>
        <w:jc w:val="right"/>
      </w:pPr>
      <w:r>
        <w:t>آپ کو اپنے مائنڈ کو ٹرین کر کے بنانا پڑے گا کہ اس کے اندر اپریسیشن کا مزاج آ جائے.</w:t>
      </w:r>
    </w:p>
    <w:p>
      <w:r>
        <w:rPr>
          <w:b/>
        </w:rPr>
        <w:t xml:space="preserve">[27:15] </w:t>
      </w:r>
      <w:r>
        <w:t>to yahan par tha dekhiye topic jo tha prayer. to maine kaha ke dictionary mein jo meaning batai gayi prayer ki woh yeh hai.</w:t>
      </w:r>
    </w:p>
    <w:p>
      <w:pPr>
        <w:jc w:val="right"/>
      </w:pPr>
      <w:r>
        <w:t>تو یہاں پر تھا دیکھیے ٹاپک جو تھا پریر. تو میں نے کہا کہ ڈکشنری میں جو میننگ بتائی گئی پریر کی وہ یہ ہے.</w:t>
      </w:r>
    </w:p>
    <w:p>
      <w:r>
        <w:rPr>
          <w:b/>
        </w:rPr>
        <w:t xml:space="preserve">[27:25] </w:t>
      </w:r>
      <w:r>
        <w:t>ke spiritual communion with higher reality. dictionary mein mujhe webster mein yeh mila tha.</w:t>
      </w:r>
    </w:p>
    <w:p>
      <w:pPr>
        <w:jc w:val="right"/>
      </w:pPr>
      <w:r>
        <w:t>کہ اسپریچول کمیونین ود ہائر ریلیٹی. ڈکشنری میں مجھے ویب سٹار میں یہ ملا تھا.</w:t>
      </w:r>
    </w:p>
    <w:p>
      <w:r>
        <w:rPr>
          <w:b/>
        </w:rPr>
        <w:t xml:space="preserve">[27:39] </w:t>
      </w:r>
      <w:r>
        <w:t>spiritual communion with higher reality.</w:t>
      </w:r>
    </w:p>
    <w:p>
      <w:pPr>
        <w:jc w:val="right"/>
      </w:pPr>
      <w:r>
        <w:t>اسپریچول کمیونین ود ہائر ریلیٹی.</w:t>
      </w:r>
    </w:p>
    <w:p>
      <w:r>
        <w:rPr>
          <w:b/>
        </w:rPr>
        <w:t xml:space="preserve">[27:42] </w:t>
      </w:r>
      <w:r>
        <w:t>to maine kaha ke islamic definition is almost the same. phir rasool Allah ki hadith sunai maine ke taub Allah ka'an tara pray god as if you are seeing him.</w:t>
      </w:r>
    </w:p>
    <w:p>
      <w:pPr>
        <w:jc w:val="right"/>
      </w:pPr>
      <w:r>
        <w:t>تو میں نے کہا کہ اسلامک ڈویژن از الموسٹ دا سیم. پھر رسول اللہ کی حدیث سنائی میں نے کہ توب اللہ کانکترا پری گاڈ ایز اف یو آر سینگ ہم.</w:t>
      </w:r>
    </w:p>
    <w:p>
      <w:r>
        <w:rPr>
          <w:b/>
        </w:rPr>
        <w:t xml:space="preserve">[27:58] </w:t>
      </w:r>
      <w:r>
        <w:t>to maine kaha seeing kya hai? there is experience inner experience.</w:t>
      </w:r>
    </w:p>
    <w:p>
      <w:pPr>
        <w:jc w:val="right"/>
      </w:pPr>
      <w:r>
        <w:t>تو میں نے کہا سینگ کیا ہے؟ دیر از ایکسپیرینس انر ایکسپیرینس.</w:t>
      </w:r>
    </w:p>
    <w:p>
      <w:r>
        <w:rPr>
          <w:b/>
        </w:rPr>
        <w:t xml:space="preserve">[28:04] </w:t>
      </w:r>
      <w:r>
        <w:t>ab dekhen yahan par jo in ko universality dikhai di. is ki wajah se bahut zyada unhon ne appreciate kiya unhon ne. aur aur hairat anghez baat hai ke jo jo chair kar rahe the unhon ne apni taqreer mein kaha ke aap log quran ko padhiye.</w:t>
      </w:r>
    </w:p>
    <w:p>
      <w:pPr>
        <w:jc w:val="right"/>
      </w:pPr>
      <w:r>
        <w:t>اب دیکھیں یہاں پر جو ان کو یونیورسلٹی دکھائی دی. اس کی وجہ سے بہت زیادہ انہوں نے اپریشیٹ کیا انہوں نے. اور اور حیرت انگیز بات ہے کہ جو جو چیئر کر رہے تھے انہوں نے اپنی تقریر میں کہا کہ آپ لوگ قرآن کو پڑھیے.</w:t>
      </w:r>
    </w:p>
    <w:p>
      <w:r>
        <w:rPr>
          <w:b/>
        </w:rPr>
        <w:t xml:space="preserve">[28:23] </w:t>
      </w:r>
      <w:r>
        <w:t>aap zara ghor kijiye top ke log baithe hue the wahan par. woh sab top ke log the woh dilli ke.</w:t>
      </w:r>
    </w:p>
    <w:p>
      <w:pPr>
        <w:jc w:val="right"/>
      </w:pPr>
      <w:r>
        <w:t>آپ ذرا غور کیجیے ٹاپ کے لوگ بیٹھے ہوئے تھے وہاں پر. وہ سب ٹاپ کے لوگ تھے وہ دلی کے.</w:t>
      </w:r>
    </w:p>
    <w:p>
      <w:r>
        <w:rPr>
          <w:b/>
        </w:rPr>
        <w:t xml:space="preserve">[28:30] </w:t>
      </w:r>
      <w:r>
        <w:t>to jo aadmi chair kar raha tha woh keh raha hai apni is yani concluding speech mein ke aap log quran ko padhiye. kyun ke in ko laga hai jab hum ne yeh andaaz ikhtiyar kiya jis mein unhein apna appreciation mila.</w:t>
      </w:r>
    </w:p>
    <w:p>
      <w:pPr>
        <w:jc w:val="right"/>
      </w:pPr>
      <w:r>
        <w:t>تو جو آدمی چیئر کر رہا تھا وہ کہہ رہا ہے اپنی اس یعنی کنکلوڈنگ اسپیچ میں کہ آپ لوگ قرآن کو پڑھیے. کیونکہ ان کو لگا ہے جب ہم نے یہ انداز اختیار کیا جس میں انہیں اپنا اپریسیشن ملا.</w:t>
      </w:r>
    </w:p>
    <w:p>
      <w:r>
        <w:rPr>
          <w:b/>
        </w:rPr>
        <w:t xml:space="preserve">[28:46] </w:t>
      </w:r>
      <w:r>
        <w:t>un ko hum ne acknowledge kiya. aur mera dil yeh bhara hua tha is baat se ke dekhiye in ka unhon ne apna stage bana kar ke hamein bila bulaya hai ke hum is islam ki baaten kahein.</w:t>
      </w:r>
    </w:p>
    <w:p>
      <w:pPr>
        <w:jc w:val="right"/>
      </w:pPr>
      <w:r>
        <w:t>ان کو ہم نے ایکنالج کیا. اور میرا دل یہ بھرا ہوا تھا اس بات سے کہ دیکھیے ان کا انہوں نے اپنا اسٹیج بنا کر کے ہمیں بلا بلایا ہے کہ ہم اس اسلام کی باتیں کہیں.</w:t>
      </w:r>
    </w:p>
    <w:p>
      <w:r>
        <w:rPr>
          <w:b/>
        </w:rPr>
        <w:t xml:space="preserve">[28:57] </w:t>
      </w:r>
      <w:r>
        <w:t>shukr se bhara hua tha mera dil.</w:t>
      </w:r>
    </w:p>
    <w:p>
      <w:pPr>
        <w:jc w:val="right"/>
      </w:pPr>
      <w:r>
        <w:t>شکر سے بھرا ہوا تھا میرا دل.</w:t>
      </w:r>
    </w:p>
    <w:p>
      <w:r>
        <w:rPr>
          <w:b/>
        </w:rPr>
        <w:t xml:space="preserve">[29:04] </w:t>
      </w:r>
      <w:r>
        <w:t>I was grateful. kyun ke dekhiye is tarah ka hum seminar agar karein to use bahut bada hamein bahut kuch karna parega shayad phir bhi hum na in sab logon ko ekattha akatha kar payein.</w:t>
      </w:r>
    </w:p>
    <w:p>
      <w:pPr>
        <w:jc w:val="right"/>
      </w:pPr>
      <w:r>
        <w:t>آئی واز گریٹ فل. کیونکہ دیکھیے اس طرح کا ہم سیمینار اگر کریں تو اسے بہت بڑا ہمیں بہت کچھ کرنا پڑے گا شاید پھر بھی ہم نہ ان سب لوگوں کو اکٹھا اکٹھا کر پائیں.</w:t>
      </w:r>
    </w:p>
    <w:p>
      <w:r>
        <w:rPr>
          <w:b/>
        </w:rPr>
        <w:t xml:space="preserve">[29:17] </w:t>
      </w:r>
      <w:r>
        <w:t>to unhon ne ek bahut achhe hall mein kiya is ke liye sab kuch unhon ne kharch kiya. top ke logon ko bulaya. ek bahut hi zabardast un ke stage banaya.</w:t>
      </w:r>
    </w:p>
    <w:p>
      <w:pPr>
        <w:jc w:val="right"/>
      </w:pPr>
      <w:r>
        <w:t>تو انہوں نے ایک بہت اچھے حال میں کیا اس کے لیے سب کچھ انہوں نے خرچ کیا. ٹاپ کے لوگوں کو بلایا. ایک بہت ہی زبردست ان کے اسٹیج بنایا.</w:t>
      </w:r>
    </w:p>
    <w:p>
      <w:r>
        <w:rPr>
          <w:b/>
        </w:rPr>
        <w:t xml:space="preserve">[29:26] </w:t>
      </w:r>
      <w:r>
        <w:t>ab wahan hum se keh rahe hain ke aaiye aap islam ka concept of prayer kya</w:t>
      </w:r>
    </w:p>
    <w:p>
      <w:pPr>
        <w:jc w:val="right"/>
      </w:pPr>
      <w:r>
        <w:t>اب وہاں ہم سے کہہ رہے ہیں کہ آئیے آپ اسلام کا کانسیپٹ آف پریر کیا</w:t>
      </w:r>
    </w:p>
    <w:p>
      <w:r>
        <w:rPr>
          <w:b/>
        </w:rPr>
        <w:t xml:space="preserve">[29:31] </w:t>
      </w:r>
      <w:r>
        <w:t>hai bataiye. to mera dil bhara hua tha shukr ke jazbe se. mera dil acknowledge kar raha tha un ko kis tarah se unhon ne mujhe aisa mere sath kiya.</w:t>
      </w:r>
    </w:p>
    <w:p>
      <w:pPr>
        <w:jc w:val="right"/>
      </w:pPr>
      <w:r>
        <w:t>ہے بتائیے. تو میرا دل بھرا ہوا تھا شکر کے جذبے سے. میرا دل ایکنالج کر رہا تھا ان کو کس طرح سے انہوں نے مجھے ایسا میرے ساتھ کیا.</w:t>
      </w:r>
    </w:p>
    <w:p>
      <w:r>
        <w:rPr>
          <w:b/>
        </w:rPr>
        <w:t xml:space="preserve">[29:42] </w:t>
      </w:r>
      <w:r>
        <w:t>tab ja kar ke aise andaz mere dil mein bana. achha agar aap ka mizaj operation ka appreciation ka na ho. to na aap aap kuch bhi aap aap ko achha nahi lagega.</w:t>
      </w:r>
    </w:p>
    <w:p>
      <w:pPr>
        <w:jc w:val="right"/>
      </w:pPr>
      <w:r>
        <w:t>تب جا کر کے ایسے انداز میرے دل میں بنا. اچھا اگر آپ کا مزاج اپریشن کا اپریسیشن کا نہ ہو. تو نہ آپ آپ کچھ بھی آپ آپ کو اچھا نہیں لگے گا.</w:t>
      </w:r>
    </w:p>
    <w:p>
      <w:r>
        <w:rPr>
          <w:b/>
        </w:rPr>
        <w:t xml:space="preserve">[29:53] </w:t>
      </w:r>
      <w:r>
        <w:t>bas ek point koi ulta nikal kar ke isi par lagenge bolne aap. yahi karte hain hamare log.</w:t>
      </w:r>
    </w:p>
    <w:p>
      <w:pPr>
        <w:jc w:val="right"/>
      </w:pPr>
      <w:r>
        <w:t>بس ایک پوائنٹ کوئی الٹا نکال کر کے اسی پر لگیں گے بولنے آپ. یہی کرتے ہیں ہمارے لوگ.</w:t>
      </w:r>
    </w:p>
    <w:p>
      <w:r>
        <w:rPr>
          <w:b/>
        </w:rPr>
        <w:t xml:space="preserve">[30:00] </w:t>
      </w:r>
      <w:r>
        <w:t>main ne jitne bhi jalse dekhe hain kam az kam musalmanon ka hal dekhen har musalman khada hota hai to negative boli bolta hai. yahan se le kar bahar tak.</w:t>
      </w:r>
    </w:p>
    <w:p>
      <w:pPr>
        <w:jc w:val="right"/>
      </w:pPr>
      <w:r>
        <w:t>میں نے جتنے بھی جلسے دیکھے ہیں کم از کم مسلمانوں کا حال دیکھیں ہر مسلمان کھڑا ہوتا ہے تو نیگیٹیو بولی بولتا ہے. یہاں سے لے کر باہر تک.</w:t>
      </w:r>
    </w:p>
    <w:p>
      <w:r>
        <w:rPr>
          <w:b/>
        </w:rPr>
        <w:t xml:space="preserve">[30:10] </w:t>
      </w:r>
      <w:r>
        <w:t>negative boli. kyon? appreciation ka mizaj nahi hai un ke andar. lekin yeh bahut hi bahut hi bahut hi serious baat hai yaad rakhiye.</w:t>
      </w:r>
    </w:p>
    <w:p>
      <w:pPr>
        <w:jc w:val="right"/>
      </w:pPr>
      <w:r>
        <w:t>نیگیٹیو بولی. کیوں؟ اپریسیشن کا مزاج نہیں ہے ان کے اندر. لیکن یہ بہت ہی بہت ہی بہت ہی سیریس بات ہے یاد رکھیے.</w:t>
      </w:r>
    </w:p>
    <w:p>
      <w:r>
        <w:rPr>
          <w:b/>
        </w:rPr>
        <w:t xml:space="preserve">[30:19] </w:t>
      </w:r>
      <w:r>
        <w:t>agar aap ke andar non appreciating nature ban gaya hai. to is mani ke aap shaitan ke bhai hain. aap kehte hain serious baat hai yaad rakhiye.</w:t>
      </w:r>
    </w:p>
    <w:p>
      <w:pPr>
        <w:jc w:val="right"/>
      </w:pPr>
      <w:r>
        <w:t>اگر آپ کے اندر نان اپریشیٹنگ نیچر بن گیا ہے. تو اس معنی کہ آپ شیطان کے بھائی ہیں. آپ کہتے ہیں سیریس بات ہے یاد رکھیے.</w:t>
      </w:r>
    </w:p>
    <w:p>
      <w:r>
        <w:rPr>
          <w:b/>
        </w:rPr>
        <w:t xml:space="preserve">[30:28] </w:t>
      </w:r>
      <w:r>
        <w:t>aap ko tatol kar dekhna chahiye ke jab main kahin jata hoon. to main wahan appreciate karta hoon ya koi ulti baat nikal kar ke us par criticize karne lagta hoon.</w:t>
      </w:r>
    </w:p>
    <w:p>
      <w:pPr>
        <w:jc w:val="right"/>
      </w:pPr>
      <w:r>
        <w:t>آپ کو ٹٹول کر دیکھنا چاہیے کہ جب میں کہیں جاتا ہوں. تو میں وہاں اپریشیٹ کرتا ہوں یا کوئی الٹی بات نکال کر کے اس پر کریٹیسائز کرنے لگتا ہوں.</w:t>
      </w:r>
    </w:p>
    <w:p>
      <w:r>
        <w:rPr>
          <w:b/>
        </w:rPr>
        <w:t xml:space="preserve">[30:39] </w:t>
      </w:r>
      <w:r>
        <w:t>ke shayad na bhi karen to chup chap baithe rahen aap tab bhi main pasand nahi karunga us ko. aap ko bolna chahiye appreciate karna chahiye.</w:t>
      </w:r>
    </w:p>
    <w:p>
      <w:pPr>
        <w:jc w:val="right"/>
      </w:pPr>
      <w:r>
        <w:t>کہ شاید نہ بھی کریں تو چپ چاپ بیٹھے رہیں آپ تب بھی میں پسند نہیں کروں گا اس کو. آپ کو بولنا چاہیے اپریشیٹ کرنا چاہیے.</w:t>
      </w:r>
    </w:p>
    <w:p>
      <w:r>
        <w:rPr>
          <w:b/>
        </w:rPr>
        <w:t xml:space="preserve">[30:50] </w:t>
      </w:r>
      <w:r>
        <w:t>to</w:t>
      </w:r>
    </w:p>
    <w:p>
      <w:pPr>
        <w:jc w:val="right"/>
      </w:pPr>
      <w:r>
        <w:t>تو</w:t>
      </w:r>
    </w:p>
    <w:p>
      <w:r>
        <w:rPr>
          <w:b/>
        </w:rPr>
        <w:t xml:space="preserve">[30:51] </w:t>
      </w:r>
      <w:r>
        <w:t>donon jagah yani gujrat mein bhi aur yahan dilli mein bhi. yani itna zyada logon ne kitaben shauq se liya. aur jo cheer kar rahe the jo sahib woh bhi top ke aadmi the.</w:t>
      </w:r>
    </w:p>
    <w:p>
      <w:pPr>
        <w:jc w:val="right"/>
      </w:pPr>
      <w:r>
        <w:t>دونوں جگہ یعنی گجرات میں بھی اور یہاں دلی میں بھی. یعنی اتنا زیادہ لوگوں نے کتابیں شوق سے لیا. اور جو چیئر کر رہے تھے جو صاحب وہ بھی ٹاپ کے آدمی تھے.</w:t>
      </w:r>
    </w:p>
    <w:p>
      <w:r>
        <w:rPr>
          <w:b/>
        </w:rPr>
        <w:t xml:space="preserve">[31:03] </w:t>
      </w:r>
      <w:r>
        <w:t>unhon ne kaha ke hum aap se milna chahte hain aur discuss karna chahte hain. yani isi baaton par.</w:t>
      </w:r>
    </w:p>
    <w:p>
      <w:pPr>
        <w:jc w:val="right"/>
      </w:pPr>
      <w:r>
        <w:t>انہوں نے کہا کہ ہم آپ سے ملنا چاہتے ہیں اور ڈسکس کرنا چاہتے ہیں. یعنی اسی باتوں پر.</w:t>
      </w:r>
    </w:p>
    <w:p>
      <w:r>
        <w:rPr>
          <w:b/>
        </w:rPr>
        <w:t xml:space="preserve">[31:11] </w:t>
      </w:r>
      <w:r>
        <w:t>quran par aur islam par.</w:t>
      </w:r>
    </w:p>
    <w:p>
      <w:pPr>
        <w:jc w:val="right"/>
      </w:pPr>
      <w:r>
        <w:t>قرآن پر اور اسلام پر.</w:t>
      </w:r>
    </w:p>
    <w:p>
      <w:r>
        <w:rPr>
          <w:b/>
        </w:rPr>
        <w:t xml:space="preserve">[31:15] </w:t>
      </w:r>
      <w:r>
        <w:t>yeh jo quran majeed mein kaha gaya hai kalma sawa se ko le kar ke baat karo to is ka matlab yeh nahi ke sirf yahud se aur tumhare beech mein jo kalma kalma sawa hai.</w:t>
      </w:r>
    </w:p>
    <w:p>
      <w:pPr>
        <w:jc w:val="right"/>
      </w:pPr>
      <w:r>
        <w:t>یہ جو قرآن مجید میں کہا گیا ہے کلمہ سوا سے کو لے کر کے بات کرو تو اس کا مطلب یہ نہیں کہ صرف یہود سے اور تمہارے بیچ میں جو کلمہ کلمہ سوا ہے.</w:t>
      </w:r>
    </w:p>
    <w:p>
      <w:r>
        <w:rPr>
          <w:b/>
        </w:rPr>
        <w:t xml:space="preserve">[31:25] </w:t>
      </w:r>
      <w:r>
        <w:t>yani common cheez hai. nahi. sare insanon ke beech mein talash karo koi common ground.</w:t>
      </w:r>
    </w:p>
    <w:p>
      <w:pPr>
        <w:jc w:val="right"/>
      </w:pPr>
      <w:r>
        <w:t>یعنی کامن چیز ہے. نہیں. سارے انسانوں کے بیچ میں تلاش کرو کوئی کامن گراؤنڈ.</w:t>
      </w:r>
    </w:p>
    <w:p>
      <w:r>
        <w:rPr>
          <w:b/>
        </w:rPr>
        <w:t xml:space="preserve">[31:35] </w:t>
      </w:r>
      <w:r>
        <w:t>yeh ek universal principle hai yeh.</w:t>
      </w:r>
    </w:p>
    <w:p>
      <w:pPr>
        <w:jc w:val="right"/>
      </w:pPr>
      <w:r>
        <w:t>یہ ایک یونیورسل پرنسپل ہے یہ.</w:t>
      </w:r>
    </w:p>
    <w:p>
      <w:r>
        <w:rPr>
          <w:b/>
        </w:rPr>
        <w:t xml:space="preserve">[31:40] </w:t>
      </w:r>
      <w:r>
        <w:t>universal principle hai. aur main yeh kahunga ke aap itna apne mizaj ko banayein ke unconsciously aap ke munh se wahi baaten nikalne lagen.</w:t>
      </w:r>
    </w:p>
    <w:p>
      <w:pPr>
        <w:jc w:val="right"/>
      </w:pPr>
      <w:r>
        <w:t>یونیورسل پرنسپل ہے. اور میں یہ کہوں گا کہ آپ اتنا اپنے مزاج کو بنائیں کہ انکانشیسلی آپ کے منہ سے وہی باتیں نکلنے لگیں.</w:t>
      </w:r>
    </w:p>
    <w:p>
      <w:r>
        <w:rPr>
          <w:b/>
        </w:rPr>
        <w:t xml:space="preserve">[31:50] </w:t>
      </w:r>
      <w:r>
        <w:t>soch soch kar kahan tak nikalenge aap? apne ko train karna padega yaad rakhiye.</w:t>
      </w:r>
    </w:p>
    <w:p>
      <w:pPr>
        <w:jc w:val="right"/>
      </w:pPr>
      <w:r>
        <w:t>سوچ سوچ کر کہاں تک نکالیں گے آپ؟ اپنے کو ٹرین کرنا پڑے گا یاد رکھیے.</w:t>
      </w:r>
    </w:p>
    <w:p>
      <w:r>
        <w:rPr>
          <w:b/>
        </w:rPr>
        <w:t xml:space="preserve">[31:58] </w:t>
      </w:r>
      <w:r>
        <w:t>apne andar aap ko appreciating nature banana padega. taake wahi soch bane wahi munh se aa ke wahi baaten niklen. aap ka tone wahi ban jaye.</w:t>
      </w:r>
    </w:p>
    <w:p>
      <w:pPr>
        <w:jc w:val="right"/>
      </w:pPr>
      <w:r>
        <w:t>اپنے اندر آپ کو اپریشیٹنگ نیچر بنانا پڑے گا. تاکہ وہی سوچ بنے وہی منہ سے آ کے وہی باتیں نکلیں. آپ کا ٹون وہی بن جائے.</w:t>
      </w:r>
    </w:p>
    <w:p>
      <w:r>
        <w:rPr>
          <w:b/>
        </w:rPr>
        <w:t xml:space="preserve">[32:11] </w:t>
      </w:r>
      <w:r>
        <w:t>wahan par ek aadmi mila tha mister rajat bata rahe the. us ne kaha tv ka aadmi tha woh ke main bahut commentary banata hoon main bade bade logon ki commentary banai hai.</w:t>
      </w:r>
    </w:p>
    <w:p>
      <w:pPr>
        <w:jc w:val="right"/>
      </w:pPr>
      <w:r>
        <w:t>وہاں پر ایک آدمی ملا تھا مسٹر رجت بتا رہے تھے. اس نے کہا ٹی وی کا آدمی تھا وہ کہ میں بہت کمنٹری بناتا ہوں میں بڑے بڑے لوگوں کی کمنٹری بنائی ہے.</w:t>
      </w:r>
    </w:p>
    <w:p>
      <w:r>
        <w:rPr>
          <w:b/>
        </w:rPr>
        <w:t xml:space="preserve">[32:25] </w:t>
      </w:r>
      <w:r>
        <w:t>lekin jo maulana sahib ki jo awaz hai woh aisi awaz maine kabhi nahi suni. top ke logon ki commentary maine banai hai aur yahi kaam hi mera hai.</w:t>
      </w:r>
    </w:p>
    <w:p>
      <w:pPr>
        <w:jc w:val="right"/>
      </w:pPr>
      <w:r>
        <w:t>لیکن جو مولانا صاحب کی جو آواز ہے وہ ایسی آواز میں نے کبھی نہیں سنی. ٹاپ کے لوگوں کی کمنٹری میں نے بنائی ہے اور یہی کام ہی میرا ہے.</w:t>
      </w:r>
    </w:p>
    <w:p>
      <w:r>
        <w:rPr>
          <w:b/>
        </w:rPr>
        <w:t xml:space="preserve">[32:34] </w:t>
      </w:r>
      <w:r>
        <w:t>to maine socha ke meri awaz mein koi baat aisi hai hi nahi. lekin main ek baat keh sakta hoon ke mera to har insan ke liye pyar hai. kisi ke liye mere pas hate nahi hai.</w:t>
      </w:r>
    </w:p>
    <w:p>
      <w:pPr>
        <w:jc w:val="right"/>
      </w:pPr>
      <w:r>
        <w:t>تو میں نے سوچا کہ میری آواز میں کوئی بات ایسی ہے ہی نہیں. لیکن میں ایک بات کہہ سکتا ہوں کہ میرا تو ہر انسان کے لیے پیار ہے. کسی کے لیے میرے پاس ہیٹ نہیں ہے.</w:t>
      </w:r>
    </w:p>
    <w:p>
      <w:r>
        <w:rPr>
          <w:b/>
        </w:rPr>
        <w:t xml:space="preserve">[32:46] </w:t>
      </w:r>
      <w:r>
        <w:t>ek ayat ke barabar bhi agar koi negative baat aayi thi mere andar use kharch ke nikalta hoon us ko.</w:t>
      </w:r>
    </w:p>
    <w:p>
      <w:pPr>
        <w:jc w:val="right"/>
      </w:pPr>
      <w:r>
        <w:t>ایک آیت کے برابر بھی اگر کوئی نیگیٹیو بات آئی تھی میرے اندر اسے کھرچ کے نکالتا ہوں اس کو.</w:t>
      </w:r>
    </w:p>
    <w:p>
      <w:r>
        <w:rPr>
          <w:b/>
        </w:rPr>
        <w:t xml:space="preserve">[32:55] </w:t>
      </w:r>
      <w:r>
        <w:t>to koi baat aisi nahi ke main alag insan hoon. lekin kisi insan ke liye chuki main negative nahi hoon. is wajah se meri awaz mein yeh baat use dikhai padi hogi.</w:t>
      </w:r>
    </w:p>
    <w:p>
      <w:pPr>
        <w:jc w:val="right"/>
      </w:pPr>
      <w:r>
        <w:t>تو کوئی بات ایسی نہیں کہ میں الگ انسان ہوں. لیکن کسی انسان کے لیے چونکہ میں نیگیٹیو نہیں ہوں. اس وجہ سے میری آواز میں یہ بات اسے دکھائی پڑی ہوگی.</w:t>
      </w:r>
    </w:p>
    <w:p>
      <w:r>
        <w:rPr>
          <w:b/>
        </w:rPr>
        <w:t xml:space="preserve">[33:05] </w:t>
      </w:r>
      <w:r>
        <w:t>aur to koi cheez nahi hai.</w:t>
      </w:r>
    </w:p>
    <w:p>
      <w:pPr>
        <w:jc w:val="right"/>
      </w:pPr>
      <w:r>
        <w:t>اور تو کوئی چیز نہیں ہے.</w:t>
      </w:r>
    </w:p>
    <w:p>
      <w:r>
        <w:rPr>
          <w:b/>
        </w:rPr>
        <w:t xml:space="preserve">[33:11] </w:t>
      </w:r>
      <w:r>
        <w:t>to mera experience hai ya tajurba hai. ke taqreeban sare logon ke andar non appreciating nature bhar gaya hai.</w:t>
      </w:r>
    </w:p>
    <w:p>
      <w:pPr>
        <w:jc w:val="right"/>
      </w:pPr>
      <w:r>
        <w:t>تو میرا ایکسپیرینس ہے یا تجربہ ہے. کہ تقریباً سارے لوگوں کے اندر نان اپریشیٹنگ نیچر بھر گیا ہے.</w:t>
      </w:r>
    </w:p>
    <w:p>
      <w:r>
        <w:rPr>
          <w:b/>
        </w:rPr>
        <w:t xml:space="preserve">[33:22] </w:t>
      </w:r>
      <w:r>
        <w:t>exceptionel tor par kuch log honge jo one person se bhi ki ginti mein bhi nahi aate woh. lekin hamare haan jo jo hamari jo team hai jo jo jure hue hain jo log is se unhein to soch soch kar soch soch kar kharch kar nikalna hai apne andar.</w:t>
      </w:r>
    </w:p>
    <w:p>
      <w:pPr>
        <w:jc w:val="right"/>
      </w:pPr>
      <w:r>
        <w:t>ایکسیپشنل طور پر کچھ لوگ ہوں گے جو ون پرسن سے بھی کی گنتی میں بھی نہیں آتے وہ. لیکن ہمارے ہاں جو جو ہماری جو ٹیم ہے جو جو جڑے ہوئے ہیں جو لوگ اس سے انہیں تو سوچ سوچ کر سوچ سوچ کر کھرچ کر نکالنا ہے اپنے اندر.</w:t>
      </w:r>
    </w:p>
    <w:p>
      <w:r>
        <w:rPr>
          <w:b/>
        </w:rPr>
        <w:t xml:space="preserve">[33:41] </w:t>
      </w:r>
      <w:r>
        <w:t>soch kar nikalna hai taake woh aap ka un ka un ka mind mein bhar jaye woh. aap ka nature ban jaye woh. yaani appreciating nature ban jaye aap ka.</w:t>
      </w:r>
    </w:p>
    <w:p>
      <w:pPr>
        <w:jc w:val="right"/>
      </w:pPr>
      <w:r>
        <w:t>سوچ کر نکالنا ہے تاکہ وہ آپ کا ان کا ان کا مائنڈ میں بھر جائے وہ. آپ کا نیچر بن جائے وہ. یعنی اپریشیٹنگ نیچر بن جائے آپ کا.</w:t>
      </w:r>
    </w:p>
    <w:p>
      <w:r>
        <w:rPr>
          <w:b/>
        </w:rPr>
        <w:t xml:space="preserve">[33:51] </w:t>
      </w:r>
      <w:r>
        <w:t>to aap ko soch soch karna hai ke non appreciating appreciating nature jo hai non appreciating nature jo hai aap ke andar one percent bhi na rahe.</w:t>
      </w:r>
    </w:p>
    <w:p>
      <w:pPr>
        <w:jc w:val="right"/>
      </w:pPr>
      <w:r>
        <w:t>تو آپ کو سوچ سوچ کرنا ہے کہ نان اپریشیٹ اپریشیٹنگ نیچر جو ہے نان اپریشیٹنگ نیچر جو ہے آپ کے اندر ون پرسنٹ بھی نہ رہے.</w:t>
      </w:r>
    </w:p>
    <w:p>
      <w:r>
        <w:rPr>
          <w:b/>
        </w:rPr>
        <w:t xml:space="preserve">[34:02] </w:t>
      </w:r>
      <w:r>
        <w:t>aur aap ke andar appreciating nature ban jaye. soch soch kar aisa karna hai. dekhiye is ke bohat sare aspect hain main aap ko ek qissa batata hoon yeh haal ka.</w:t>
      </w:r>
    </w:p>
    <w:p>
      <w:pPr>
        <w:jc w:val="right"/>
      </w:pPr>
      <w:r>
        <w:t>اور آپ کے اندر اپریشیٹنگ نیچر بن جائے. سوچ سوچ کر ایسا کرنا ہے. دیکھیے اس کے بہت سارے اسپیکٹ ہیں میں آپ کو ایک قصہ بتاتا ہوں یہ حال کا.</w:t>
      </w:r>
    </w:p>
    <w:p>
      <w:r>
        <w:rPr>
          <w:b/>
        </w:rPr>
        <w:t xml:space="preserve">[34:13] </w:t>
      </w:r>
      <w:r>
        <w:t>ek musalman jo ek ek musalman ko ek ek ek safar karna hua unhone bataya mujhe qissa.</w:t>
      </w:r>
    </w:p>
    <w:p>
      <w:pPr>
        <w:jc w:val="right"/>
      </w:pPr>
      <w:r>
        <w:t>ایک مسلمان جو ایک ایک مسلمان کو ایک ایک ایک سفر کرنا ہوا انہوں نے بتایا مجھے قصہ.</w:t>
      </w:r>
    </w:p>
    <w:p>
      <w:r>
        <w:rPr>
          <w:b/>
        </w:rPr>
        <w:t xml:space="preserve">[34:26] </w:t>
      </w:r>
      <w:r>
        <w:t>train se. dilli se adampur jana tha. yeh ek musalman ka qissa hai. dilli se adampur gaye woh ek ek express train idhar jaldi bani hai.</w:t>
      </w:r>
    </w:p>
    <w:p>
      <w:pPr>
        <w:jc w:val="right"/>
      </w:pPr>
      <w:r>
        <w:t>ٹرین سے. دلی سے ادم گڑھ جانا تھا. یہ ایک مسلمان کا قصہ ہے. دلی سے ادم گڑھ گئے وہ ایک ایک ایکسپریس ٹرین ادھر جلدی بنی ہے.</w:t>
      </w:r>
    </w:p>
    <w:p>
      <w:r>
        <w:rPr>
          <w:b/>
        </w:rPr>
        <w:t xml:space="preserve">[34:42] </w:t>
      </w:r>
      <w:r>
        <w:t>pehle hum adampur se dilli aate the to hamein badalna padta tha. pehle shagaj badlo phir lucknow badlo phir dilli aao. yaani do jagah badal kar ke dilli pahonchte the.</w:t>
      </w:r>
    </w:p>
    <w:p>
      <w:pPr>
        <w:jc w:val="right"/>
      </w:pPr>
      <w:r>
        <w:t>پہلے ہم ادم گڑھ سے دلی آتے تھے تو ہمیں بدلنا پڑتا تھا. پہلے شاگج بدلو پھر لکھنؤ بدلو پھر دلی آؤ. یعنی دو جگہ بدل کر کے دلی پہنچتے تھے.</w:t>
      </w:r>
    </w:p>
    <w:p>
      <w:r>
        <w:rPr>
          <w:b/>
        </w:rPr>
        <w:t xml:space="preserve">[34:53] </w:t>
      </w:r>
      <w:r>
        <w:t>ab kya hai ke dilli mein baitho adampur utro adampur baitho dilli mein utro. ek nai baat hui hai. to unhein is train se safar karne ka mauqa mila.</w:t>
      </w:r>
    </w:p>
    <w:p>
      <w:pPr>
        <w:jc w:val="right"/>
      </w:pPr>
      <w:r>
        <w:t>اب کیا ہے کہ دلی میں بیٹھو ادم گڑھ اترو ادم گڑھ بیٹھو دلی میں اترو. ایک نئی بات ہوئی ہے. تو انہیں اس ٹرین سے سفر کرنے کا موقع ملا.</w:t>
      </w:r>
    </w:p>
    <w:p>
      <w:r>
        <w:rPr>
          <w:b/>
        </w:rPr>
        <w:t xml:space="preserve">[35:05] </w:t>
      </w:r>
      <w:r>
        <w:t>kisi ne bulaya tha apne function mein to sara kharcha bhi isi ne diya. aur first class ka ticket</w:t>
      </w:r>
    </w:p>
    <w:p>
      <w:pPr>
        <w:jc w:val="right"/>
      </w:pPr>
      <w:r>
        <w:t>کسی نے بلایا تھا اپنے فنکشن میں تو سارا خرچہ بھی اسی نے دیا. اور فرسٹ کلاس کا ٹکٹ</w:t>
      </w:r>
    </w:p>
    <w:p>
      <w:r>
        <w:rPr>
          <w:b/>
        </w:rPr>
        <w:t xml:space="preserve">[35:10] </w:t>
      </w:r>
      <w:r>
        <w:t>. is mein jo top ka class hai is gaadi mein woh first class ka hai. jo top ka falan top ke safar mein unhone apne paise waqt safar karwaya.</w:t>
      </w:r>
    </w:p>
    <w:p>
      <w:pPr>
        <w:jc w:val="right"/>
      </w:pPr>
      <w:r>
        <w:t>. اس میں جو ٹاپ کا کلاس ہے اس گاڑی میں وہ فرسٹ کلاس کا ہے. جو ٹاپ کا فلاں ٹاپ کے سفر میں انہوں نے اپنے پیسے وقت سفر کروایا.</w:t>
      </w:r>
    </w:p>
    <w:p>
      <w:r>
        <w:rPr>
          <w:b/>
        </w:rPr>
        <w:t xml:space="preserve">[35:22] </w:t>
      </w:r>
      <w:r>
        <w:t>dilli se gaye adampur. adampur se dilli aaye. ab kya hua ke is ke do char din ke baad unhein dilli mein ek mauqa mila.</w:t>
      </w:r>
    </w:p>
    <w:p>
      <w:pPr>
        <w:jc w:val="right"/>
      </w:pPr>
      <w:r>
        <w:t>دلی سے گئے ادم گڑھ. ادم گڑھ سے دلی آئے. اب کیا ہوا کہ اس کے دو چار دن کے بعد انہیں دلی میں ایک موقع ملا.</w:t>
      </w:r>
    </w:p>
    <w:p>
      <w:r>
        <w:rPr>
          <w:b/>
        </w:rPr>
        <w:t xml:space="preserve">[35:35] </w:t>
      </w:r>
      <w:r>
        <w:t>kisi jagah koi function</w:t>
      </w:r>
    </w:p>
    <w:p>
      <w:pPr>
        <w:jc w:val="right"/>
      </w:pPr>
      <w:r>
        <w:t>کسی جگہ کوئی فنکشن</w:t>
      </w:r>
    </w:p>
    <w:p>
      <w:r>
        <w:rPr>
          <w:b/>
        </w:rPr>
        <w:t xml:space="preserve">[35:38] </w:t>
      </w:r>
      <w:r>
        <w:t>tha wahan Lalu Prasad aaye hue the. yeh railway minister. to bare fakhr se unhone bataya ke main ne wahan par kaha ke kya train chalai hai aap ne.</w:t>
      </w:r>
    </w:p>
    <w:p>
      <w:pPr>
        <w:jc w:val="right"/>
      </w:pPr>
      <w:r>
        <w:t>تھا وہاں لالو پرشاد آئے ہوئے تھے. یہ ریلوے منسٹر. تو بڑے فخر سے انہوں نے بتایا کہ میں نے وہاں پر کہا کہ کیا ٹرین چلائی ہے آپ نے.</w:t>
      </w:r>
    </w:p>
    <w:p>
      <w:r>
        <w:rPr>
          <w:b/>
        </w:rPr>
        <w:t xml:space="preserve">[35:49] </w:t>
      </w:r>
      <w:r>
        <w:t>dilli se wahan jate jate 17 ghante late ho gayi woh. yaani sari baatein nikal ke baja yahi ek baat unhone kahi wahan par.</w:t>
      </w:r>
    </w:p>
    <w:p>
      <w:pPr>
        <w:jc w:val="right"/>
      </w:pPr>
      <w:r>
        <w:t>دلی سے وہاں جاتے جاتے 17 گھنٹے لیٹ ہو گئی وہ. یعنی ساری باتیں نکال کہ بجا یہی ایک بات انہوں نے کہی وہاں پر.</w:t>
      </w:r>
    </w:p>
    <w:p>
      <w:r>
        <w:rPr>
          <w:b/>
        </w:rPr>
        <w:t xml:space="preserve">[35:59] </w:t>
      </w:r>
      <w:r>
        <w:t>dekhiye pehle jab hum kya tha dilli se wahan tak gaadi ja nahi sakti thi kyunke meter gauge tha wahan.</w:t>
      </w:r>
    </w:p>
    <w:p>
      <w:pPr>
        <w:jc w:val="right"/>
      </w:pPr>
      <w:r>
        <w:t>دیکھیے پہلے جب ہم کیا تھا دلی سے وہاں تک گاڑی جا نہیں سکتی تھی کیونکہ میٹر گیج تھا وہاں.</w:t>
      </w:r>
    </w:p>
    <w:p>
      <w:r>
        <w:rPr>
          <w:b/>
        </w:rPr>
        <w:t xml:space="preserve">[36:07] </w:t>
      </w:r>
      <w:r>
        <w:t>shagaj se meter gauge tha. to jab tak meter gauge badla na jaye idhar broad gauge hai. tab tak direct train chalai nahi ja sakti.</w:t>
      </w:r>
    </w:p>
    <w:p>
      <w:pPr>
        <w:jc w:val="right"/>
      </w:pPr>
      <w:r>
        <w:t>شاگن سے میٹر گیج تھا. تو جب تک میٹر گیج بدلا نہ جائے ادھر براڈ گیج ہے. تب تک ڈائریکٹ ٹرین چلائی نہیں جا سکتی.</w:t>
      </w:r>
    </w:p>
    <w:p>
      <w:r>
        <w:rPr>
          <w:b/>
        </w:rPr>
        <w:t xml:space="preserve">[36:19] </w:t>
      </w:r>
      <w:r>
        <w:t>to shagaj se adam tak jo tha meter gauge us ko badal kar ke broad gauge kiya gaya. tab ja kar link ho gaya woh dilli se.</w:t>
      </w:r>
    </w:p>
    <w:p>
      <w:pPr>
        <w:jc w:val="right"/>
      </w:pPr>
      <w:r>
        <w:t>تو شاگن سے ادم تک جو تھا میٹر گیج اس کو بدل کر کے براڈ گیج کیا گیا. تب جا کر لنک ہو گیا وہ دلی سے.</w:t>
      </w:r>
    </w:p>
    <w:p>
      <w:r>
        <w:rPr>
          <w:b/>
        </w:rPr>
        <w:t xml:space="preserve">[36:29] </w:t>
      </w:r>
      <w:r>
        <w:t>phir dilli se gaadi chalai gayi.</w:t>
      </w:r>
    </w:p>
    <w:p>
      <w:pPr>
        <w:jc w:val="right"/>
      </w:pPr>
      <w:r>
        <w:t>پھر دلی سے گاڑی چلائی گئی.</w:t>
      </w:r>
    </w:p>
    <w:p>
      <w:r>
        <w:rPr>
          <w:b/>
        </w:rPr>
        <w:t xml:space="preserve">[36:34] </w:t>
      </w:r>
      <w:r>
        <w:t>aap jante hain ke char gaadiyan chalti hain tab yeh hota possible. yaani ek train ke liye char gaadiyan chalani padti hain. tabhi to daily aap is time par is station par gaadi mil jati hai aap ko.</w:t>
      </w:r>
    </w:p>
    <w:p>
      <w:pPr>
        <w:jc w:val="right"/>
      </w:pPr>
      <w:r>
        <w:t>آپ جانتے ہیں کہ چار گاڑیاں چلتی ہیں تب یہ ہوتا پاسیبل. یعنی ایک ٹرین کے لیے چار گاڑیاں چلانی پڑتی ہیں. تبھی تو ڈیلی آپ اس ٹائم پر اس اسٹیشن پر گاڑی مل جاتی ہے آپ کو.</w:t>
      </w:r>
    </w:p>
    <w:p>
      <w:r>
        <w:rPr>
          <w:b/>
        </w:rPr>
        <w:t xml:space="preserve">[36:48] </w:t>
      </w:r>
      <w:r>
        <w:t>to meter gauge ko broad gauge banaya gaya. phir char gaadiyan chalai gayin taake aap ko har din isi tareekh par woh train mil jaye apne station par aap ko.</w:t>
      </w:r>
    </w:p>
    <w:p>
      <w:pPr>
        <w:jc w:val="right"/>
      </w:pPr>
      <w:r>
        <w:t>تو میٹر گیج کو براڈ گیج بنایا گیا. پھر چار گاڑیاں چلائی گئیں تاکہ آپ کو ہر دن اسی تاریخ پر وہ ٹرین مل جائے اپنے اسٹیشن پر آپ کو.</w:t>
      </w:r>
    </w:p>
    <w:p>
      <w:r>
        <w:rPr>
          <w:b/>
        </w:rPr>
        <w:t xml:space="preserve">[36:58] </w:t>
      </w:r>
      <w:r>
        <w:t>yahan baithe wahan utre hain aap. yeh sab kuch</w:t>
      </w:r>
    </w:p>
    <w:p>
      <w:pPr>
        <w:jc w:val="right"/>
      </w:pPr>
      <w:r>
        <w:t>یہاں بیٹھے وہاں اترے ہیں آپ. یہ سب کچھ</w:t>
      </w:r>
    </w:p>
    <w:p>
      <w:r>
        <w:rPr>
          <w:b/>
        </w:rPr>
        <w:t xml:space="preserve">[37:02] </w:t>
      </w:r>
      <w:r>
        <w:t>nahi. bas un ko ek hi baat kehni ki thi ke sahib kaisi gaadi hai 17 ghante late ho gayi. amaan ne un se kaha ke dekhiye.</w:t>
      </w:r>
    </w:p>
    <w:p>
      <w:pPr>
        <w:jc w:val="right"/>
      </w:pPr>
      <w:r>
        <w:t>نہیں. بس ان کو ایک ہی بات کہنی کی تھی کہ صاحب کیسی گاڑی ہے 17 گھنٹے لیٹ ہو گئی. اماں نے ان سے کہا کہ دیکھیے.</w:t>
      </w:r>
    </w:p>
    <w:p>
      <w:r>
        <w:rPr>
          <w:b/>
        </w:rPr>
        <w:t xml:space="preserve">[37:15] </w:t>
      </w:r>
      <w:r>
        <w:t>ek principle maine bataya un ko. ke aap ne bazahir bole aap. Lalu Prasad ke khilaf.</w:t>
      </w:r>
    </w:p>
    <w:p>
      <w:pPr>
        <w:jc w:val="right"/>
      </w:pPr>
      <w:r>
        <w:t>ایک پرنسپل میں نے بتایا ان کو. کہ آپ نے بظاہر بولے آپ. لالو پرشاد کے خلاف.</w:t>
      </w:r>
    </w:p>
    <w:p>
      <w:r>
        <w:rPr>
          <w:b/>
        </w:rPr>
        <w:t xml:space="preserve">[37:23] </w:t>
      </w:r>
      <w:r>
        <w:t>lekin yeh apne khilaf bole aap. khud apne khilaf. kyun?</w:t>
      </w:r>
    </w:p>
    <w:p>
      <w:pPr>
        <w:jc w:val="right"/>
      </w:pPr>
      <w:r>
        <w:t>لیکن یہ اپنے خلاف بولے آپ. خود اپنے خلاف. کیوں؟</w:t>
      </w:r>
    </w:p>
    <w:p>
      <w:r>
        <w:rPr>
          <w:b/>
        </w:rPr>
        <w:t xml:space="preserve">[37:28] </w:t>
      </w:r>
      <w:r>
        <w:t>maine kaha dekhein ek usool hai. ek ek ek philosopher ne kaha hai. ke aadmi har moment apne aap ko radiate karta rehta hai.</w:t>
      </w:r>
    </w:p>
    <w:p>
      <w:pPr>
        <w:jc w:val="right"/>
      </w:pPr>
      <w:r>
        <w:t>میں نے کہا دیکھیں ایک اصول ہے. ایک ایک ایک فلاسفر نے کہا ہے. کہ آدمی ہر مومنٹ اپنے آپ کو ریڈیٹ کرتا رہتا ہے.</w:t>
      </w:r>
    </w:p>
    <w:p>
      <w:r>
        <w:rPr>
          <w:b/>
        </w:rPr>
        <w:t xml:space="preserve">[37:39] </w:t>
      </w:r>
      <w:r>
        <w:t>R. A. D. I. A. T. Radiate. Ek radiation hota hai. To aadmi hairaan apne aap ko radiate karta rehta hai.</w:t>
      </w:r>
    </w:p>
    <w:p>
      <w:pPr>
        <w:jc w:val="right"/>
      </w:pPr>
      <w:r>
        <w:t>ار اے ڈی ائی اے ٹی. ریڈیٹ. ایک ریڈی ایشن ہوتا ہے. تو آدمی حیران اپنے آپ کو ریڈیٹ کرتا رہتا ہے.</w:t>
      </w:r>
    </w:p>
    <w:p>
      <w:r>
        <w:rPr>
          <w:b/>
        </w:rPr>
        <w:t xml:space="preserve">[37:49] </w:t>
      </w:r>
      <w:r>
        <w:t>doosre warD mein aap yeh kahein ke aadmi hairaan apni history banata rehta hai. har moment hamari history ban rahi hai. har waqt.</w:t>
      </w:r>
    </w:p>
    <w:p>
      <w:pPr>
        <w:jc w:val="right"/>
      </w:pPr>
      <w:r>
        <w:t>دوسرے ورڈ میں آپ یہ کہیں کہ آدمی حیران اپنی ہسٹری بناتا رہتا ہے. ہر مومنٹ ہماری ہسٹری بن رہی ہے. ہر وقت.</w:t>
      </w:r>
    </w:p>
    <w:p>
      <w:r>
        <w:rPr>
          <w:b/>
        </w:rPr>
        <w:t xml:space="preserve">[37:58] </w:t>
      </w:r>
      <w:r>
        <w:t>hamari ek history ban rahi hai. isi ko unhon ne kaha ke aadmi hairaan apne aap ko reDiet karta rehta hai. to maine kaha ke railway minister wahan par maujood tha.</w:t>
      </w:r>
    </w:p>
    <w:p>
      <w:pPr>
        <w:jc w:val="right"/>
      </w:pPr>
      <w:r>
        <w:t>ہماری ایک ہسٹری بن رہی ہے. اسی کو انہوں نے کہا کہ آدمی حیران اپنے آپ کو ریڈیٹ کرتا رہتا ہے. تو میں نے کہا کہ ریلوے منسٹر وہاں پر موجود تھا.</w:t>
      </w:r>
    </w:p>
    <w:p>
      <w:r>
        <w:rPr>
          <w:b/>
        </w:rPr>
        <w:t xml:space="preserve">[38:09] </w:t>
      </w:r>
      <w:r>
        <w:t>wahan par mauqa mila aap ko bolne ka.</w:t>
      </w:r>
    </w:p>
    <w:p>
      <w:pPr>
        <w:jc w:val="right"/>
      </w:pPr>
      <w:r>
        <w:t>وہاں پر موقع ملا آپ کو بولنے کا.</w:t>
      </w:r>
    </w:p>
    <w:p>
      <w:r>
        <w:rPr>
          <w:b/>
        </w:rPr>
        <w:t xml:space="preserve">[38:15] </w:t>
      </w:r>
      <w:r>
        <w:t>to ab ab jo aap ne kaha to kya hoga is ke baad?</w:t>
      </w:r>
    </w:p>
    <w:p>
      <w:pPr>
        <w:jc w:val="right"/>
      </w:pPr>
      <w:r>
        <w:t>تو اب اب جو آپ نے کہا تو کیا ہوگا اس کے بعد؟</w:t>
      </w:r>
    </w:p>
    <w:p>
      <w:r>
        <w:rPr>
          <w:b/>
        </w:rPr>
        <w:t xml:space="preserve">[38:20] </w:t>
      </w:r>
      <w:r>
        <w:t>minister sirf aap ke kehne par to rai nahi bana le ga. woh woh railway authority se pooche ga ke bhai 17 ghante let kyun ho gayi?</w:t>
      </w:r>
    </w:p>
    <w:p>
      <w:pPr>
        <w:jc w:val="right"/>
      </w:pPr>
      <w:r>
        <w:t>منسٹر صرف آپ کے کہنے پر تو رائے نہیں بنا لے گا. وہ وہ ریلوے اتھارٹی سے پوچھے گا کہ بھئی 17 گھنٹے لیٹ کیوں ہو گئی؟</w:t>
      </w:r>
    </w:p>
    <w:p>
      <w:r>
        <w:rPr>
          <w:b/>
        </w:rPr>
        <w:t xml:space="preserve">[38:31] </w:t>
      </w:r>
      <w:r>
        <w:t>to woh kya kahein ge woh to dense fog tha is din sari raat. woh gaari raat ko chalti hai. dense fog tha aap kaise tez tez kahan dorate hain wahan par?</w:t>
      </w:r>
    </w:p>
    <w:p>
      <w:pPr>
        <w:jc w:val="right"/>
      </w:pPr>
      <w:r>
        <w:t>تو وہ کیا کہیں گے وہ تو ڈینس فاگ تھا اس دن ساری رات. وہ گاڑی رات کو چلتی ہے. ڈینس فاگ تھا آپ کیسے تیز تیز کہاں دوڑاتے ہیں وہاں پر؟</w:t>
      </w:r>
    </w:p>
    <w:p>
      <w:r>
        <w:rPr>
          <w:b/>
        </w:rPr>
        <w:t xml:space="preserve">[38:44] </w:t>
      </w:r>
      <w:r>
        <w:t>to that was genuine reason. to woh kya samjhe ga aap ke bare mein?</w:t>
      </w:r>
    </w:p>
    <w:p>
      <w:pPr>
        <w:jc w:val="right"/>
      </w:pPr>
      <w:r>
        <w:t>تو دیٹ واز جینون ریزن. تو وہ کیا سمجھے گا آپ کے بارے میں؟</w:t>
      </w:r>
    </w:p>
    <w:p>
      <w:r>
        <w:rPr>
          <w:b/>
        </w:rPr>
        <w:t xml:space="preserve">[38:50] </w:t>
      </w:r>
      <w:r>
        <w:t>ke aap bila zyada soche baghair rai banate hain.</w:t>
      </w:r>
    </w:p>
    <w:p>
      <w:pPr>
        <w:jc w:val="right"/>
      </w:pPr>
      <w:r>
        <w:t>کہ آپ بلا زیادہ سوچے بغیر رائے بناتے ہیں.</w:t>
      </w:r>
    </w:p>
    <w:p>
      <w:r>
        <w:rPr>
          <w:b/>
        </w:rPr>
        <w:t xml:space="preserve">[38:57] </w:t>
      </w:r>
      <w:r>
        <w:t>yani you form your opinion without going to the details. ke aap ke bare mein kya rai banegi aap ki is ki?</w:t>
      </w:r>
    </w:p>
    <w:p>
      <w:pPr>
        <w:jc w:val="right"/>
      </w:pPr>
      <w:r>
        <w:t>یعنی یو فارم یور اوپینین وداؤٹ گوئنگ ٹو دا ڈیٹیلز. کہ آپ کے بارے میں کیا رائے بنے گی آپ کی اس کی؟</w:t>
      </w:r>
    </w:p>
    <w:p>
      <w:r>
        <w:rPr>
          <w:b/>
        </w:rPr>
        <w:t xml:space="preserve">[39:06] </w:t>
      </w:r>
      <w:r>
        <w:t>ke aap ke andar yeh taqat nahi hai ke aap baton ko zyada door tak soch kar apni rai banayein.</w:t>
      </w:r>
    </w:p>
    <w:p>
      <w:pPr>
        <w:jc w:val="right"/>
      </w:pPr>
      <w:r>
        <w:t>کہ آپ کے اندر یہ طاقت نہیں ہے کہ آپ باتوں کو زیادہ دور تک سوچ کر اپنی رائے بنائیں.</w:t>
      </w:r>
    </w:p>
    <w:p>
      <w:r>
        <w:rPr>
          <w:b/>
        </w:rPr>
        <w:t xml:space="preserve">[39:16] </w:t>
      </w:r>
      <w:r>
        <w:t>apni opinion form karein.</w:t>
      </w:r>
    </w:p>
    <w:p>
      <w:pPr>
        <w:jc w:val="right"/>
      </w:pPr>
      <w:r>
        <w:t>اپنی اوپینین فارم کریں.</w:t>
      </w:r>
    </w:p>
    <w:p>
      <w:r>
        <w:rPr>
          <w:b/>
        </w:rPr>
        <w:t xml:space="preserve">[39:20] </w:t>
      </w:r>
      <w:r>
        <w:t>phir doosri baat woh kya soche ga? ke aap ke andar crisis management ki taqat nahi hai. ke agar ek crisis aa gaya ke fog aa gaya aur train let ho rahi hai.</w:t>
      </w:r>
    </w:p>
    <w:p>
      <w:pPr>
        <w:jc w:val="right"/>
      </w:pPr>
      <w:r>
        <w:t>پھر دوسری بات وہ کیا سوچے گا؟ کہ آپ کے اندر کرائسز مینجمنٹ کی طاقت نہیں ہے. کہ اگر ایک کرائسز آ گیا کہ فاگ آ گیا اور ٹرین لیٹ ہو رہی ہے.</w:t>
      </w:r>
    </w:p>
    <w:p>
      <w:r>
        <w:rPr>
          <w:b/>
        </w:rPr>
        <w:t xml:space="preserve">[39:32] </w:t>
      </w:r>
      <w:r>
        <w:t>to aap apne aap ko kisi aur cheez mein busy kar sakte the maslan study mein. discussion mein interaction mein.</w:t>
      </w:r>
    </w:p>
    <w:p>
      <w:pPr>
        <w:jc w:val="right"/>
      </w:pPr>
      <w:r>
        <w:t>تو آپ اپنے آپ کو کسی اور چیز میں بزی کر سکتے تھے مثلاً اسٹڈی میں. ڈسکشن میں انٹریکشن میں.</w:t>
      </w:r>
    </w:p>
    <w:p>
      <w:r>
        <w:rPr>
          <w:b/>
        </w:rPr>
        <w:t xml:space="preserve">[39:42] </w:t>
      </w:r>
      <w:r>
        <w:t>aap ki bogi bhi kai log the use aap interact kar sakte the. ek fruitful discussion kar sakte the study kar sakte the.</w:t>
      </w:r>
    </w:p>
    <w:p>
      <w:pPr>
        <w:jc w:val="right"/>
      </w:pPr>
      <w:r>
        <w:t>آپ کی بوگی بھی کئی لوگ تھے اسے آپ انٹریکٹ کر سکتے تھے. ایک فروٹ فل ڈسٹنس کر سکتے تھے اسٹڈی کر سکتے تھے.</w:t>
      </w:r>
    </w:p>
    <w:p>
      <w:r>
        <w:rPr>
          <w:b/>
        </w:rPr>
        <w:t xml:space="preserve">[39:51] </w:t>
      </w:r>
      <w:r>
        <w:t>to is ka matlab kya hai? you are deprived the art of crisis management. aap ko crisis management nahi aata.</w:t>
      </w:r>
    </w:p>
    <w:p>
      <w:pPr>
        <w:jc w:val="right"/>
      </w:pPr>
      <w:r>
        <w:t>تو اس کا معنی کیا ہے؟ یو آر ڈیپرائیوڈ دی آرٹ آف کرائسز مینجمنٹ. آپ کو کرائسز مینجمنٹ نہیں آتا.</w:t>
      </w:r>
    </w:p>
    <w:p>
      <w:r>
        <w:rPr>
          <w:b/>
        </w:rPr>
        <w:t xml:space="preserve">[40:01] </w:t>
      </w:r>
      <w:r>
        <w:t>bas khali hai ke koi baat bigad gayi to haye haye kar rahe hain. to do qism ke log hote hain dekhein. ke crisis aa jaye to haye haye karne lagen.</w:t>
      </w:r>
    </w:p>
    <w:p>
      <w:pPr>
        <w:jc w:val="right"/>
      </w:pPr>
      <w:r>
        <w:t>بس خالی ہے کہ کوئی بات بگڑ گئی تو ہائے ہائے کر رہے ہیں. تو دو قسم کے لوگ ہوتے ہیں دیکھیں. کہ کرائسز آ جائے تو ہائے ہائے کرنے لگیں.</w:t>
      </w:r>
    </w:p>
    <w:p>
      <w:r>
        <w:rPr>
          <w:b/>
        </w:rPr>
        <w:t xml:space="preserve">[40:11] </w:t>
      </w:r>
      <w:r>
        <w:t>react karein. doosre woh hain. crisis aa jaye to phir rethink karein woh. jab crisis aa gaya to rethink karein.</w:t>
      </w:r>
    </w:p>
    <w:p>
      <w:pPr>
        <w:jc w:val="right"/>
      </w:pPr>
      <w:r>
        <w:t>ری ایکٹ کریں. دوسرے وہ ہیں. کرائسز آ جائے تو پھر ری تھنک کریں وہ. جب کرائسز آ گیا تو ری تھنک کریں.</w:t>
      </w:r>
    </w:p>
    <w:p>
      <w:r>
        <w:rPr>
          <w:b/>
        </w:rPr>
        <w:t xml:space="preserve">[40:20] </w:t>
      </w:r>
      <w:r>
        <w:t>aur use adjust kar ke apna raasta banayein. to maine kaha aap ne jo apne ko reDiet kiya. kya kiya? India ke cabinet minister ki nazar mein aap koi exception nahi sabit hue.</w:t>
      </w:r>
    </w:p>
    <w:p>
      <w:pPr>
        <w:jc w:val="right"/>
      </w:pPr>
      <w:r>
        <w:t>اور اسے ایڈجسٹ کر کے اپنا راستہ بنائیں. تو میں نے کہا آپ نے جو اپنے کو ریڈیٹ کیا. کیا کیا؟ انڈیا کے کیبنٹ منسٹر کی نظر میں آپ کوئی ایکسپشن نہیں ثابت ہوئے.</w:t>
      </w:r>
    </w:p>
    <w:p>
      <w:r>
        <w:rPr>
          <w:b/>
        </w:rPr>
        <w:t xml:space="preserve">[40:36] </w:t>
      </w:r>
      <w:r>
        <w:t>to jis jagah zikr kare ga woh. us ko to rozana itne sare log milte hain.</w:t>
      </w:r>
    </w:p>
    <w:p>
      <w:pPr>
        <w:jc w:val="right"/>
      </w:pPr>
      <w:r>
        <w:t>تو جس جگہ ذکر کرے گا وہ. اس کو تو روزانہ اتنے سارے لوگ ملتے ہیں.</w:t>
      </w:r>
    </w:p>
    <w:p>
      <w:r>
        <w:rPr>
          <w:b/>
        </w:rPr>
        <w:t xml:space="preserve">[40:43] </w:t>
      </w:r>
      <w:r>
        <w:t>to agar aap ne apne ko reDiet kiya hota is tareeqe se ke aadmi jo hai baton ko bohat soch samajh ke bolta hai. crisis management janta hai woh.</w:t>
      </w:r>
    </w:p>
    <w:p>
      <w:pPr>
        <w:jc w:val="right"/>
      </w:pPr>
      <w:r>
        <w:t>تو اگر آپ نے اپنے کو ریڈیٹ کیا ہوتا اس طریقے سے کہ آدمی جو ہے باتوں کو بہت سوچ سمجھ کے بولتا ہے. کرائسز مینجمنٹ جانتا ہے وہ.</w:t>
      </w:r>
    </w:p>
    <w:p>
      <w:r>
        <w:rPr>
          <w:b/>
        </w:rPr>
        <w:t xml:space="preserve">[40:52] </w:t>
      </w:r>
      <w:r>
        <w:t>ek wise aadmi hai woh. to aap us ke upar ek ek ek us ke mind par ek bohat acha asar dalte ho. 10 jagah zikr karta hai ke bhai main ek aisa aadmi se mila.</w:t>
      </w:r>
    </w:p>
    <w:p>
      <w:pPr>
        <w:jc w:val="right"/>
      </w:pPr>
      <w:r>
        <w:t>ایک وائز آدمی ہے وہ. تو آپ اس کے اوپر ایک ایک ایک اس کے مائنڈ پر ایک بہت اچھا اثر ڈالتے ہو. دس جگہ ذکر کرتا ہے کہ بھئی میں ایک ایسا آدمی سے ملا.</w:t>
      </w:r>
    </w:p>
    <w:p>
      <w:r>
        <w:rPr>
          <w:b/>
        </w:rPr>
        <w:t xml:space="preserve">[41:01] </w:t>
      </w:r>
      <w:r>
        <w:t>ek quality us ke andar thi. bohat quality us ke andar thi woh. woh to ek special aadmi mujhe dikhai diya.</w:t>
      </w:r>
    </w:p>
    <w:p>
      <w:pPr>
        <w:jc w:val="right"/>
      </w:pPr>
      <w:r>
        <w:t>ایک کوالٹی اس کے اندر تھی. بہت کوالٹی اس کے اندر تھی وہ. وہ تو ایک سپیشل آدمی مجھے دکھائی دیا.</w:t>
      </w:r>
    </w:p>
    <w:p>
      <w:r>
        <w:rPr>
          <w:b/>
        </w:rPr>
        <w:t xml:space="preserve">[41:10] </w:t>
      </w:r>
      <w:r>
        <w:t>to aap ne ultay sense mein apne aap ko reDiet kiya us ke samne. apni image kharab kar li aap ne.</w:t>
      </w:r>
    </w:p>
    <w:p>
      <w:pPr>
        <w:jc w:val="right"/>
      </w:pPr>
      <w:r>
        <w:t>تو آپ نے الٹے سینس میں اپنے آپ کو ریڈیٹ کیا اس کے سامنے. اپنی امیج خراب کر لی آپ نے.</w:t>
      </w:r>
    </w:p>
    <w:p>
      <w:r>
        <w:rPr>
          <w:b/>
        </w:rPr>
        <w:t xml:space="preserve">[41:20] </w:t>
      </w:r>
      <w:r>
        <w:t>kyun ke dekhiye. zindagi naam hai crisis ko manage karne ka.</w:t>
      </w:r>
    </w:p>
    <w:p>
      <w:pPr>
        <w:jc w:val="right"/>
      </w:pPr>
      <w:r>
        <w:t>کیونکہ دیکھیے. زندگی نام ہے کرائسز کو مینج کرنے کا.</w:t>
      </w:r>
    </w:p>
    <w:p>
      <w:r>
        <w:rPr>
          <w:b/>
        </w:rPr>
        <w:t xml:space="preserve">[41:31] </w:t>
      </w:r>
      <w:r>
        <w:t>life mein to har har waqt crises hai har waqt.</w:t>
      </w:r>
    </w:p>
    <w:p>
      <w:pPr>
        <w:jc w:val="right"/>
      </w:pPr>
      <w:r>
        <w:t>لائف میں تو ہر ہر وقت کرائسز ہے ہر وقت.</w:t>
      </w:r>
    </w:p>
    <w:p>
      <w:r>
        <w:rPr>
          <w:b/>
        </w:rPr>
        <w:t xml:space="preserve">[41:36] </w:t>
      </w:r>
      <w:r>
        <w:t>aaj mein ne paper mein parha aaj ke america soch raha hai ke iraq se apni jo wahan par jo uski army hai wapas bulaye.</w:t>
      </w:r>
    </w:p>
    <w:p>
      <w:pPr>
        <w:jc w:val="right"/>
      </w:pPr>
      <w:r>
        <w:t>آج میں نے پیپر میں پڑھا آج کہ امریکہ سوچ رہا ہے کہ عراق سے اپنی جو وہاں پر جو اس کی آرمی ہے واپس بلائے.</w:t>
      </w:r>
    </w:p>
    <w:p>
      <w:r>
        <w:rPr>
          <w:b/>
        </w:rPr>
        <w:t xml:space="preserve">[41:46] </w:t>
      </w:r>
      <w:r>
        <w:t>apni fauj ko wapas bulaye.</w:t>
      </w:r>
    </w:p>
    <w:p>
      <w:pPr>
        <w:jc w:val="right"/>
      </w:pPr>
      <w:r>
        <w:t>اپنی فوج کو واپس بلائے.</w:t>
      </w:r>
    </w:p>
    <w:p>
      <w:r>
        <w:rPr>
          <w:b/>
        </w:rPr>
        <w:t xml:space="preserve">[41:51] </w:t>
      </w:r>
      <w:r>
        <w:t>to ab rethink kar raha hai wo. ke wo phans gaya wo. aik crises aa gaya un ka samne. ab crises ko khatam kaise karein?</w:t>
      </w:r>
    </w:p>
    <w:p>
      <w:pPr>
        <w:jc w:val="right"/>
      </w:pPr>
      <w:r>
        <w:t>تو اب ری تھنک کر رہا ہے وہ. کہ وہ پھنس گیا وہ. ایک کرائسز آ گیا ان کا سامنے. اب کرائسز کو ختم کیسے کریں؟</w:t>
      </w:r>
    </w:p>
    <w:p>
      <w:r>
        <w:rPr>
          <w:b/>
        </w:rPr>
        <w:t xml:space="preserve">[42:01] </w:t>
      </w:r>
      <w:r>
        <w:t>agar wahin par aur wahi kaam karte rahein jo pehle kar rahe the wo to ab baqi army bhi mari jaye gi wahan par.</w:t>
      </w:r>
    </w:p>
    <w:p>
      <w:pPr>
        <w:jc w:val="right"/>
      </w:pPr>
      <w:r>
        <w:t>اگر وہیں پر اور وہی کام کرتے رہیں جو پہلے کر رہے تھے وہ تو اب باقی آرمی بھی ماری جائے گی وہاں پر.</w:t>
      </w:r>
    </w:p>
    <w:p>
      <w:r>
        <w:rPr>
          <w:b/>
        </w:rPr>
        <w:t xml:space="preserve">[42:11] </w:t>
      </w:r>
      <w:r>
        <w:t>to un har chahe super power ho chahe aik aam aadmi ho hamesha crises samne aata rehta hai hamesha. they no escape from crises.</w:t>
      </w:r>
    </w:p>
    <w:p>
      <w:pPr>
        <w:jc w:val="right"/>
      </w:pPr>
      <w:r>
        <w:t>تو ان ہر چاہے سپر پاور ہو چاہے ایک عام آدمی ہو ہمیشہ کرائسز سامنے آتا رہتا ہے ہمیشہ. دے نو اسکیپ فرام کرائسز.</w:t>
      </w:r>
    </w:p>
    <w:p>
      <w:r>
        <w:rPr>
          <w:b/>
        </w:rPr>
        <w:t xml:space="preserve">[42:21] </w:t>
      </w:r>
      <w:r>
        <w:t>to wo insan jo crises management janta ho jo rethink kar sakta ho. jo phir se apni planning kar sakta ho.</w:t>
      </w:r>
    </w:p>
    <w:p>
      <w:pPr>
        <w:jc w:val="right"/>
      </w:pPr>
      <w:r>
        <w:t>تو وہ انسان جو کرائسز مینجمنٹ جانتا ہو جو ری تھنک کر سکتا ہو. جو پھر سے اپنی پلاننگ کر سکتا ہو.</w:t>
      </w:r>
    </w:p>
    <w:p>
      <w:r>
        <w:rPr>
          <w:b/>
        </w:rPr>
        <w:t xml:space="preserve">[42:30] </w:t>
      </w:r>
      <w:r>
        <w:t>jo situation ko phir se deal karna ko soch sakta ho ke nai situation hai kaise deal karein is ko phir se.</w:t>
      </w:r>
    </w:p>
    <w:p>
      <w:pPr>
        <w:jc w:val="right"/>
      </w:pPr>
      <w:r>
        <w:t>جو سچویشن کو پھر سے ڈیل کرنا کو سوچ سکتا ہو کہ نئی سچویشن ہے کیسے ڈیل کریں اس کو پھر سے.</w:t>
      </w:r>
    </w:p>
    <w:p>
      <w:r>
        <w:rPr>
          <w:b/>
        </w:rPr>
        <w:t xml:space="preserve">[42:39] </w:t>
      </w:r>
      <w:r>
        <w:t>jo apne time ko achi tarah se istemal karna janta ho. yeh sara moqa jo tha wahan aap ko wo aap is ko avail nahi kar paye.</w:t>
      </w:r>
    </w:p>
    <w:p>
      <w:pPr>
        <w:jc w:val="right"/>
      </w:pPr>
      <w:r>
        <w:t>جو اپنے ٹائم کو اچھی طریقے سے استعمال کرنا جانتا ہو. یہ سارا موقع جو تھا وہاں آپ کو وہ آپ اس کو اویل نہیں کر پائے.</w:t>
      </w:r>
    </w:p>
    <w:p>
      <w:r>
        <w:rPr>
          <w:b/>
        </w:rPr>
        <w:t xml:space="preserve">[42:50] </w:t>
      </w:r>
      <w:r>
        <w:t>yani yeh sari story mein se aik baat hai ke due to fog due to dense fog train was late. yeh aik aik baat hai aur bohat sari aur baatein hain.</w:t>
      </w:r>
    </w:p>
    <w:p>
      <w:pPr>
        <w:jc w:val="right"/>
      </w:pPr>
      <w:r>
        <w:t>یعنی یہ ساری سٹوری میں سے ایک بات ہے کہ ڈیو ٹو فاگ ڈیو ٹو ڈینس فاگ ٹرین واز لیٹ. یہ ایک ایک بات ہے اور بہت ساری اور باتیں ہیں.</w:t>
      </w:r>
    </w:p>
    <w:p>
      <w:r>
        <w:rPr>
          <w:b/>
        </w:rPr>
        <w:t xml:space="preserve">[43:02] </w:t>
      </w:r>
      <w:r>
        <w:t>to dekhiye jinho ne aisa kiya wo consciously nahi kiya un ka un ka mizaj ban gaya hai aise hi. kyun ke hua chahe chahe nojawan tabqa ho ya barhe log hon idhar udhar ki baatein karte hain bas.</w:t>
      </w:r>
    </w:p>
    <w:p>
      <w:pPr>
        <w:jc w:val="right"/>
      </w:pPr>
      <w:r>
        <w:t>تو دیکھیے جنہوں نے ایسا کیا وہ کانشیسلی نہیں کیا ان کا ان کا مزاج بن گیا ہے ایسے ہی. کیونکہ ہوا چاہے چاہے نوجوان طبقہ ہو یا بڑے لوگ ہوں ادھر ادھر کی باتیں کرتے ہیں بس.</w:t>
      </w:r>
    </w:p>
    <w:p>
      <w:r>
        <w:rPr>
          <w:b/>
        </w:rPr>
        <w:t xml:space="preserve">[43:15] </w:t>
      </w:r>
      <w:r>
        <w:t>aur idhar udhar ki baatein zyada tar negative baatein hoti hain.</w:t>
      </w:r>
    </w:p>
    <w:p>
      <w:pPr>
        <w:jc w:val="right"/>
      </w:pPr>
      <w:r>
        <w:t>اور ادھر ادھر کی باتیں زیادہ تر نیگیٹیو باتیں ہوتی ہیں.</w:t>
      </w:r>
    </w:p>
    <w:p>
      <w:r>
        <w:rPr>
          <w:b/>
        </w:rPr>
        <w:t xml:space="preserve">[43:18] </w:t>
      </w:r>
      <w:r>
        <w:t>zyada tar mein ne dekha hai.</w:t>
      </w:r>
    </w:p>
    <w:p>
      <w:pPr>
        <w:jc w:val="right"/>
      </w:pPr>
      <w:r>
        <w:t>زیادہ تر میں نے دیکھا ہے.</w:t>
      </w:r>
    </w:p>
    <w:p>
      <w:r>
        <w:rPr>
          <w:b/>
        </w:rPr>
        <w:t xml:space="preserve">[43:22] </w:t>
      </w:r>
      <w:r>
        <w:t>kyun ke agar aap doosre ki achi baatein karein to aap ne apne ko samajhte hain log ke hum ne apne ko ghataaya. ab mera mizaj ban gaya khuda ke fazal se ke mein doosre ki achi baat bayan kar ke mujhe khushi milti hai.</w:t>
      </w:r>
    </w:p>
    <w:p>
      <w:pPr>
        <w:jc w:val="right"/>
      </w:pPr>
      <w:r>
        <w:t>کیونکہ اگر آپ دوسرے کی اچھی باتیں کریں تو آپ نے اپنے کو سمجھتے ہیں لوگ کہ ہم نے اپنے کو گھٹایا. اب میرا مزاج بن گیا خدا کے فضل سے کہ میں دوسرے کی اچھی بات بیان کر کے مجھے خوشی ملتی ہے.</w:t>
      </w:r>
    </w:p>
    <w:p>
      <w:r>
        <w:rPr>
          <w:b/>
        </w:rPr>
        <w:t xml:space="preserve">[43:35] </w:t>
      </w:r>
      <w:r>
        <w:t>kyun ke mein sochta hoon ke insan is ko mein insan se jodta hoon na ke aik aik individual se.</w:t>
      </w:r>
    </w:p>
    <w:p>
      <w:pPr>
        <w:jc w:val="right"/>
      </w:pPr>
      <w:r>
        <w:t>کیونکہ میں سوچتا ہوں کہ انسان اس کو میں انسان سے جوڑتا ہوں نہ کہ ایک ایک انڈیویجول سے.</w:t>
      </w:r>
    </w:p>
    <w:p>
      <w:r>
        <w:rPr>
          <w:b/>
        </w:rPr>
        <w:t xml:space="preserve">[43:45] </w:t>
      </w:r>
      <w:r>
        <w:t>yani mera mizaj aaj se pehle ke mein batata hoon aap ko ke jab misaal mislan mere paas car nahi thi. to mein kisi ko dekhta tha jab car pe chalte hue to mujhe is mein yeh nahi aata tha ke yeh yani wo jalan ya hasad ke dekho is ke paas car hai mere paas car nahi hai.</w:t>
      </w:r>
    </w:p>
    <w:p>
      <w:pPr>
        <w:jc w:val="right"/>
      </w:pPr>
      <w:r>
        <w:t>یعنی میرا مزاج آج سے پہلے کہ میں بتاتا ہوں آپ کو کہ جب مثال مثلاً میرے پاس کار نہیں تھی. تو میں کسی کو دیکھتا تھا جب کار پہ چلتے ہوئے تو مجھے اس میں یہ نہیں آتا تھا کہ یہ یعنی وہ جلن یا حسد کہ دیکھو اس کے پاس کار ہے میرے پاس کار نہیں ہے.</w:t>
      </w:r>
    </w:p>
    <w:p>
      <w:r>
        <w:rPr>
          <w:b/>
        </w:rPr>
        <w:t xml:space="preserve">[44:04] </w:t>
      </w:r>
      <w:r>
        <w:t>bas bas dekho allah taala ka inaam ke insan ko khuda ne car de diya sarak pe daura raha hai wo. yani yeh mera dhyan idhar jata tha mein.</w:t>
      </w:r>
    </w:p>
    <w:p>
      <w:pPr>
        <w:jc w:val="right"/>
      </w:pPr>
      <w:r>
        <w:t>بس بس دیکھو اللہ تعالی کا انعام کہ انسان کو خدا نے کار دے دیا سڑک پر دوڑا رہا ہے وہ. یعنی یہ میرا دھیان ادھر جاتا تھا میں.</w:t>
      </w:r>
    </w:p>
    <w:p>
      <w:r>
        <w:rPr>
          <w:b/>
        </w:rPr>
        <w:t xml:space="preserve">[44:14] </w:t>
      </w:r>
      <w:r>
        <w:t>bajaye is ke ke mein yeh sochun ke dekho is ke paas car hai mere paas car nahi hai aur mein lagun jalne jaisa ke hota hai aam taur par. mein poori insaniyat ko jod kar ke is waqe ko dekhta tha.</w:t>
      </w:r>
    </w:p>
    <w:p>
      <w:pPr>
        <w:jc w:val="right"/>
      </w:pPr>
      <w:r>
        <w:t>بجائے اس کے کہ میں یہ سوچوں کہ دیکھو اس کے پاس کار ہے میرے پاس کار نہیں ہے اور میں لگوں جلنے جیسا کہ ہوتا ہے عام طور پر. میں پوری انسانیت کو جوڑ کر کے اس واقعے کو دیکھتا تھا.</w:t>
      </w:r>
    </w:p>
    <w:p>
      <w:r>
        <w:rPr>
          <w:b/>
        </w:rPr>
        <w:t xml:space="preserve">[44:30] </w:t>
      </w:r>
      <w:r>
        <w:t>ke khuda ne insan ke liye itni bari cheez yahan rakh di thi potentially is ko aadmi ne actual bana kar ke car bana li aur car pe daud raha hai wo aadmi.</w:t>
      </w:r>
    </w:p>
    <w:p>
      <w:pPr>
        <w:jc w:val="right"/>
      </w:pPr>
      <w:r>
        <w:t>کہ خدا نے انسان کے لیے اتنی بڑی چیز یہاں رکھ دی تھی پوٹینشلی اس کو آدمی نے ایکچول بنا کر کے کار بنا لی اور کار پر دوڑ رہا ہے وہ آدمی.</w:t>
      </w:r>
    </w:p>
    <w:p>
      <w:r>
        <w:rPr>
          <w:b/>
        </w:rPr>
        <w:t xml:space="preserve">[44:41] </w:t>
      </w:r>
      <w:r>
        <w:t>phir mein sochta tha ke dekho khuda ne banaya hai aisa law of nature ke aadmi steamship bana kar samandar mein daure.</w:t>
      </w:r>
    </w:p>
    <w:p>
      <w:pPr>
        <w:jc w:val="right"/>
      </w:pPr>
      <w:r>
        <w:t>پھر میں سوچتا تھا کہ دیکھو خدا نے بنایا ہے ایسا لاء آف نیچر کہ آدمی اسٹیم شپ بنا کر سمندر میں دوڑے.</w:t>
      </w:r>
    </w:p>
    <w:p>
      <w:r>
        <w:rPr>
          <w:b/>
        </w:rPr>
        <w:t xml:space="preserve">[44:53] </w:t>
      </w:r>
      <w:r>
        <w:t>aisa banaya hai ke aadmi hawai jahaz ban kar hawa mein ure. to poori insaniyat se jod kar ke aur khuda ke blessing se jod kar ke mein to mein mein apne ko samajhta hoon ke mein bhi shareek hoon.</w:t>
      </w:r>
    </w:p>
    <w:p>
      <w:pPr>
        <w:jc w:val="right"/>
      </w:pPr>
      <w:r>
        <w:t>ایسا بنایا ہے کہ آدمی ہوا جہاز بن کر ہوا میں اڑے. تو پوری انسانیت سے جوڑ کر کے اور خدا کے بلیسنگ سے جوڑ کر کے میں تو میں میں اپنے کو سمجھتا ہوں کہ میں بھی شریک ہوں.</w:t>
      </w:r>
    </w:p>
    <w:p>
      <w:r>
        <w:rPr>
          <w:b/>
        </w:rPr>
        <w:t xml:space="preserve">[45:04] </w:t>
      </w:r>
      <w:r>
        <w:t>jo cheez sare insano ki mili hui hai mujhe bhi mili hui hai wo.</w:t>
      </w:r>
    </w:p>
    <w:p>
      <w:pPr>
        <w:jc w:val="right"/>
      </w:pPr>
      <w:r>
        <w:t>جو چیز سارے انسانوں کی ملی ہوئی ہے مجھے بھی ملی ہوئی ہے وہ.</w:t>
      </w:r>
    </w:p>
    <w:p>
      <w:r>
        <w:rPr>
          <w:b/>
        </w:rPr>
        <w:t xml:space="preserve">[45:08] </w:t>
      </w:r>
      <w:r>
        <w:t>to yeh nature banana parega aap ko. consciously kehta hai aap sochenge ke aisa karein waisa na karein. nature banaiye nature apna banaiye.</w:t>
      </w:r>
    </w:p>
    <w:p>
      <w:pPr>
        <w:jc w:val="right"/>
      </w:pPr>
      <w:r>
        <w:t>تو یہ نیچر بنانا پڑے گا آپ کو. کانشیسلی کہتا ہے آپ سوچیں گے کہ ایسا کریں ویسا نہ کریں. نیچر بنائیے نیچر اپنا بنائیے.</w:t>
      </w:r>
    </w:p>
    <w:p>
      <w:r>
        <w:rPr>
          <w:b/>
        </w:rPr>
        <w:t xml:space="preserve">[45:20] </w:t>
      </w:r>
      <w:r>
        <w:t>un consciously waise hi karne lage aap.</w:t>
      </w:r>
    </w:p>
    <w:p>
      <w:pPr>
        <w:jc w:val="right"/>
      </w:pPr>
      <w:r>
        <w:t>کان ان کانشیسلی ویسے ہی کرنے لگے آپ.</w:t>
      </w:r>
    </w:p>
    <w:p>
      <w:r>
        <w:rPr>
          <w:b/>
        </w:rPr>
        <w:t xml:space="preserve">[45:29] </w:t>
      </w:r>
      <w:r>
        <w:t>to</w:t>
      </w:r>
    </w:p>
    <w:p>
      <w:pPr>
        <w:jc w:val="right"/>
      </w:pPr>
      <w:r>
        <w:t>تو</w:t>
      </w:r>
    </w:p>
    <w:p>
      <w:r>
        <w:rPr>
          <w:b/>
        </w:rPr>
        <w:t xml:space="preserve">[45:30] </w:t>
      </w:r>
      <w:r>
        <w:t>aik aik shabd mein yahi kahunga ke appreciating nature banaiye apne andar. aur non appreciating nature jo hai us ko khatm kar diye khatm kar diye khatm kar diye bilkul apne andar se.</w:t>
      </w:r>
    </w:p>
    <w:p>
      <w:pPr>
        <w:jc w:val="right"/>
      </w:pPr>
      <w:r>
        <w:t>ایک ایک शब्द میں یہی کہوں گا کہ ایپریشیٹنگ نیچر بنائیے اپنے اندر. اور نان ایپریشیٹڈ نیچر جو ہے اس کو ختم کر دیے ختم کر دیے ختم کر دیے بالکل اپنے اندر سے.</w:t>
      </w:r>
    </w:p>
    <w:p>
      <w:r>
        <w:rPr>
          <w:b/>
        </w:rPr>
        <w:t xml:space="preserve">[45:45] </w:t>
      </w:r>
      <w:r>
        <w:t>is se bohat faiday hotay hain. aur yeh marjesty ke baghair is waqt nahi ho sakta. yaad rakhiye. marjesty is ki jar mein hai.</w:t>
      </w:r>
    </w:p>
    <w:p>
      <w:pPr>
        <w:jc w:val="right"/>
      </w:pPr>
      <w:r>
        <w:t>اس سے بہت فائدے ہوتے ہیں. اور یہ مارجسٹی کے بغیر اس وقت نہیں ہو سکتا. یاد رکھیے. مارجسٹی اس کی جڑ میں ہے.</w:t>
      </w:r>
    </w:p>
    <w:p>
      <w:r>
        <w:rPr>
          <w:b/>
        </w:rPr>
        <w:t xml:space="preserve">[45:56] </w:t>
      </w:r>
      <w:r>
        <w:t>is jar mein jo hai marjesty hai.</w:t>
      </w:r>
    </w:p>
    <w:p>
      <w:pPr>
        <w:jc w:val="right"/>
      </w:pPr>
      <w:r>
        <w:t>اس جڑ میں جو ہے مارجسٹی ہے.</w:t>
      </w:r>
    </w:p>
    <w:p>
      <w:r>
        <w:rPr>
          <w:b/>
        </w:rPr>
        <w:t xml:space="preserve">[46:00] </w:t>
      </w:r>
      <w:r>
        <w:t>marjesty agar hai to family life mein koi jhagda nahi hoga. yeh do aur do yani jaise yeh love marriage jo hoti hai kyun jhagda ho jata hai idhar love marriage hui idhar jhagda.</w:t>
      </w:r>
    </w:p>
    <w:p>
      <w:pPr>
        <w:jc w:val="right"/>
      </w:pPr>
      <w:r>
        <w:t>مارجسٹی اگر ہے تو فیملی لائف میں کوئی جھگڑا نہیں ہوگا. یہ دو اور دو یعنی جیسے یہ لو میرج جو ہوتی ہے کیوں جھگڑا ہو جاتا ہے ادھر لو میرج ہوئی ادھر جھگڑا.</w:t>
      </w:r>
    </w:p>
    <w:p>
      <w:r>
        <w:rPr>
          <w:b/>
        </w:rPr>
        <w:t xml:space="preserve">[46:18] </w:t>
      </w:r>
      <w:r>
        <w:t>more than 50 percent love marriage jo hai nakaam ho jati hai. ya to toot jata hai rishta ya rehte hain to aise hi rehte hain bas.</w:t>
      </w:r>
    </w:p>
    <w:p>
      <w:pPr>
        <w:jc w:val="right"/>
      </w:pPr>
      <w:r>
        <w:t>مور دین 50 پرسنٹ لو میرج جو ہے ناکام ہو جاتی ہے. یا تو ٹوٹ جاتا ہے رشتہ یا رہتے ہیں تو ایسے ہی رہتے ہیں بس.</w:t>
      </w:r>
    </w:p>
    <w:p>
      <w:r>
        <w:rPr>
          <w:b/>
        </w:rPr>
        <w:t xml:space="preserve">[46:26] </w:t>
      </w:r>
      <w:r>
        <w:t>woh alag woh alag. kyun?</w:t>
      </w:r>
    </w:p>
    <w:p>
      <w:pPr>
        <w:jc w:val="right"/>
      </w:pPr>
      <w:r>
        <w:t>وہ الگ وہ الگ. کیوں؟</w:t>
      </w:r>
    </w:p>
    <w:p>
      <w:r>
        <w:rPr>
          <w:b/>
        </w:rPr>
        <w:t xml:space="preserve">[46:31] </w:t>
      </w:r>
      <w:r>
        <w:t>marjesty nahi hai dono mein se kisi mein. aur chahti hai ke meri baat woh maane mein un ki baat kyun manoon?</w:t>
      </w:r>
    </w:p>
    <w:p>
      <w:pPr>
        <w:jc w:val="right"/>
      </w:pPr>
      <w:r>
        <w:t>مارجسٹی نہیں ہے دونوں میں سے کسی میں. اور چاہتی ہے کہ میری بات وہ مانے میں ان کی بات کیوں مانوں؟</w:t>
      </w:r>
    </w:p>
    <w:p>
      <w:r>
        <w:rPr>
          <w:b/>
        </w:rPr>
        <w:t xml:space="preserve">[46:39] </w:t>
      </w:r>
      <w:r>
        <w:t>woh chahta hai ke yeh meri baat maane mein un ki kyun baat manoon?</w:t>
      </w:r>
    </w:p>
    <w:p>
      <w:pPr>
        <w:jc w:val="right"/>
      </w:pPr>
      <w:r>
        <w:t>وہ چاہتا ہے کہ یہ میری بات مانے میں ان کی کیوں بات مانوں؟</w:t>
      </w:r>
    </w:p>
    <w:p>
      <w:r>
        <w:rPr>
          <w:b/>
        </w:rPr>
        <w:t xml:space="preserve">[46:46] </w:t>
      </w:r>
      <w:r>
        <w:t>agar marjesty ho to har har marriage kamyab rahe chahe love marriage ho ya ya arrange marriage ho.</w:t>
      </w:r>
    </w:p>
    <w:p>
      <w:pPr>
        <w:jc w:val="right"/>
      </w:pPr>
      <w:r>
        <w:t>اگر مارجسٹی ہو تو ہر ہر میرج کامیاب رہے چاہے لو میرج ہو یا یا ارینج میرج ہو.</w:t>
      </w:r>
    </w:p>
    <w:p>
      <w:r>
        <w:rPr>
          <w:b/>
        </w:rPr>
        <w:t xml:space="preserve">[46:56] </w:t>
      </w:r>
      <w:r>
        <w:t>yaad rakhiye marjesty ki wajah se marriage jo hai fail hoti hai sari duniya mein India mein bhi sari duniya mein bhi.</w:t>
      </w:r>
    </w:p>
    <w:p>
      <w:pPr>
        <w:jc w:val="right"/>
      </w:pPr>
      <w:r>
        <w:t>یاد رکھیے مارجسٹی کی وجہ سے میرج جو ہے فیل ہوتی ہے ساری دنیا میں انڈیا میں بھی ساری دنیا میں بھی.</w:t>
      </w:r>
    </w:p>
    <w:p>
      <w:r>
        <w:rPr>
          <w:b/>
        </w:rPr>
        <w:t xml:space="preserve">[47:07] </w:t>
      </w:r>
      <w:r>
        <w:t>kyun ke dono ke dono mein ego chalta hai dono mein ego clash hota rehta hai zara si baat par ego clash zara si baat pe ego clash. aik kahega ke bhai chalo shopping karna hai doosra kahega nahi bhai shopping nahi karna hai bas aapas mein takrao ho gaya.</w:t>
      </w:r>
    </w:p>
    <w:p>
      <w:pPr>
        <w:jc w:val="right"/>
      </w:pPr>
      <w:r>
        <w:t>کیونکہ دونوں کے دونوں میں ایگو چلتا ہے دونوں میں ایگو کلیش ہوتا رہتا ہے ذرا سی بات پر ایگو کلیش ذرا سی بات پہ ایگو کلیش. ایک کہے گا کہ بھئی چلو شاپنگ کرنا ہے دوسرا کہے گا نہیں بھئی شاپنگ نہیں کرنا ہے بس آپس میں ٹکراؤ ہو گیا.</w:t>
      </w:r>
    </w:p>
    <w:p>
      <w:r>
        <w:rPr>
          <w:b/>
        </w:rPr>
        <w:t xml:space="preserve">[47:22] </w:t>
      </w:r>
      <w:r>
        <w:t>aik kahega bhai coffee peena hai woh kahega nahi nahi chai peena hai ab takrao ho gaya.</w:t>
      </w:r>
    </w:p>
    <w:p>
      <w:pPr>
        <w:jc w:val="right"/>
      </w:pPr>
      <w:r>
        <w:t>ایک کہے گا بھئی کافی پینا ہے وہ کہے گا نہیں نہیں چائے پینا ہے اب ٹکراؤ ہو گیا.</w:t>
      </w:r>
    </w:p>
    <w:p>
      <w:r>
        <w:rPr>
          <w:b/>
        </w:rPr>
        <w:t xml:space="preserve">[47:26] </w:t>
      </w:r>
      <w:r>
        <w:t>kyun? woh samajhta hai ke meri baat chale woh meri baat chale. to marjesty na hone se ghar bigad rahe hain. marjesty na hone ki wajah se nature mein bigad aa raha hai.</w:t>
      </w:r>
    </w:p>
    <w:p>
      <w:pPr>
        <w:jc w:val="right"/>
      </w:pPr>
      <w:r>
        <w:t>کیوں؟ وہ سمجھتا ہے کہ میری بات چلے وہ میری بات چلے. تو مارجسٹی نہ ہونے سے گھر بگڑ رہے ہیں. مارجسٹی نہ ہونے کی وجہ سے نیچر میں بگاڑ آ رہا ہے.</w:t>
      </w:r>
    </w:p>
    <w:p>
      <w:r>
        <w:rPr>
          <w:b/>
        </w:rPr>
        <w:t xml:space="preserve">[47:38] </w:t>
      </w:r>
      <w:r>
        <w:t>marjesty na hone ki wajah se sari policies kharab ho rahi hain. mein aap ko aik waqia sunaoonga jo poori history mein shayad bohat hi exemplary waqia hai woh marjesty ka.</w:t>
      </w:r>
    </w:p>
    <w:p>
      <w:pPr>
        <w:jc w:val="right"/>
      </w:pPr>
      <w:r>
        <w:t>مارجسٹی نہ ہونے کی وجہ سے ساری پالیسیز خراب ہو رہی ہیں. میں آپ کو ایک واقعہ سناؤں گا جو پوری ہسٹری میں شاید بہت ہی ایگزیمپلری واقعہ ہے وہ مارجسٹی کا.</w:t>
      </w:r>
    </w:p>
    <w:p>
      <w:r>
        <w:rPr>
          <w:b/>
        </w:rPr>
        <w:t xml:space="preserve">[47:51] </w:t>
      </w:r>
      <w:r>
        <w:t>is marjesty se kitna faida hua woh mein arz karna chahta hoon.</w:t>
      </w:r>
    </w:p>
    <w:p>
      <w:pPr>
        <w:jc w:val="right"/>
      </w:pPr>
      <w:r>
        <w:t>اس مارجسٹی سے کتنا فائدہ ہوا وہ میں عرض کرنا چاہتا ہوں.</w:t>
      </w:r>
    </w:p>
    <w:p>
      <w:r>
        <w:rPr>
          <w:b/>
        </w:rPr>
        <w:t xml:space="preserve">[47:56] </w:t>
      </w:r>
      <w:r>
        <w:t>bohat hi zabardast waqia. aur is ke peeche kya hai marjesty hai.</w:t>
      </w:r>
    </w:p>
    <w:p>
      <w:pPr>
        <w:jc w:val="right"/>
      </w:pPr>
      <w:r>
        <w:t>بہت ہی زبردست واقعہ. اور اس کے پیچھے کیا ہے مارجسٹی ہے.</w:t>
      </w:r>
    </w:p>
    <w:p>
      <w:r>
        <w:rPr>
          <w:b/>
        </w:rPr>
        <w:t xml:space="preserve">[48:03] </w:t>
      </w:r>
      <w:r>
        <w:t>marjesty ke andar yani capturing power hai capturing. aise aik bari cheez hai log samajhte hain marjesty ko kam samajhte hain.</w:t>
      </w:r>
    </w:p>
    <w:p>
      <w:pPr>
        <w:jc w:val="right"/>
      </w:pPr>
      <w:r>
        <w:t>مارجسٹی کے اندر یعنی کیپچرنگ پاور ہے کیپچرنگ. ایسے ایک بڑی چیز ہے لوگ سمجھتے ہیں مارجسٹی کو کم سمجھتے ہیں.</w:t>
      </w:r>
    </w:p>
    <w:p>
      <w:r>
        <w:rPr>
          <w:b/>
        </w:rPr>
        <w:t xml:space="preserve">[48:14] </w:t>
      </w:r>
      <w:r>
        <w:t>yani kal mujhe aik sahib ne bataya bohat anokhi baat. kal ki baat bata raha h</w:t>
      </w:r>
    </w:p>
    <w:p>
      <w:pPr>
        <w:jc w:val="right"/>
      </w:pPr>
      <w:r>
        <w:t>یعنی کل مجھے ایک صاحب نے بتایا بہت انوکھی بات. کل کی بات بتا رہا ہ</w:t>
      </w:r>
    </w:p>
    <w:p>
      <w:r>
        <w:rPr>
          <w:b/>
        </w:rPr>
        <w:t xml:space="preserve">[48:21] </w:t>
      </w:r>
      <w:r>
        <w:t>oon abhi bilkul recently aisa hua kisi majlis mein aik sahib ne mere jo parhte hain hamara magazine to mein ne is mein likha tha ke ajz jo hai insan ki sab se bari cheez ajz hai aur jab hum ibadat karte hain to aap apne ajz ko establish karte hain.</w:t>
      </w:r>
    </w:p>
    <w:p>
      <w:pPr>
        <w:jc w:val="right"/>
      </w:pPr>
      <w:r>
        <w:t>وں ابھی بالکل ریسنٹلی ایسا ہوا کسی مجلس میں ایک صاحب نے میرے جو پڑھتے ہیں ہمارا میگزین تو میں نے اس میں لکھا تھا کہ عجز جو ہے انسان کی سب سے بڑی چیز عجز ہے اور جب ہم عبادت کرتے ہیں تو آپ اپنے عجز کو اسٹیبلش کرتے ہیں.</w:t>
      </w:r>
    </w:p>
    <w:p>
      <w:r>
        <w:rPr>
          <w:b/>
        </w:rPr>
        <w:t xml:space="preserve">[48:44] </w:t>
      </w:r>
      <w:r>
        <w:t>to unhon ne bataya ke dekho is mein risala mein aisa aaya</w:t>
      </w:r>
    </w:p>
    <w:p>
      <w:pPr>
        <w:jc w:val="right"/>
      </w:pPr>
      <w:r>
        <w:t>تو انہوں نے بتایا کہ دیکھو اس میں رسالہ میں ایسا آیا</w:t>
      </w:r>
    </w:p>
    <w:p>
      <w:r>
        <w:rPr>
          <w:b/>
        </w:rPr>
        <w:t xml:space="preserve">[48:47] </w:t>
      </w:r>
      <w:r>
        <w:t>hai to aik sahib kehte hain kya ajz itni is ke ah hamari inferiority complex paida hoga yeh kaun si cheez thi jo risala wale phaila rahe hain ajz jis se inferiority complex paida hoga sahi kya ajeeb o ghareeb soch hai kyun ke majesty nahi thi un mein manne ka mizaj nahi tha khwamkhwa kaatna hai yani khuda ke mamle mein bol pade woh yeh to khuda ka mamla hai na</w:t>
      </w:r>
    </w:p>
    <w:p>
      <w:pPr>
        <w:jc w:val="right"/>
      </w:pPr>
      <w:r>
        <w:t>ہے تو ایک صاحب کہتے ہیں کیا عجز اتنی اس کے اہ ہماری انفینٹی کاپریس پیدا ہوگا یہ کون سی چیز تھی جو رسالہ والے پھیلا رہے ہیں عجز جس سے انفینٹی کاپریس پیدا ہوگا صحیح کیا عجیب و غریب سوچ ہے کیونکہ مارجسٹی نہیں تھی ان میں ماننے کا مزاج نہیں تھا خوامخواہ کاٹنا ہے یعنی خدا کے معاملے میں بول پڑے وہ یہ تو خدا کا معاملہ ہے نا</w:t>
      </w:r>
    </w:p>
    <w:p>
      <w:r>
        <w:rPr>
          <w:b/>
        </w:rPr>
        <w:t xml:space="preserve">[49:14] </w:t>
      </w:r>
      <w:r>
        <w:t>unhon ne likha tha yeh ke ke ibadat ka jo jo woh just hai woh ajz hai is mein bataya kisi mazmoon mein bataya tha ke insan jab khuda ki ibadat karta hai to ab khuda ke muqable mein yani khuda greatness ke muqable mein ab ajz ko ajz ka matlab hota hai wahi majesty ko establish karta hai woh to kya kehte hain ke sahib yeh to infinity compress paida ho jaye gi insan ke andar</w:t>
      </w:r>
    </w:p>
    <w:p>
      <w:pPr>
        <w:jc w:val="right"/>
      </w:pPr>
      <w:r>
        <w:t>انہوں نے لکھا تھا یہ کہ کہ عبادت کا جو جو وہ جسٹ ہے وہ عجز ہے اس میں بتایا کسی مضمون میں بتایا تھا کہ انسان جب خدا کی عبادت کرتا ہے تو اب خدا کے مقابلے میں یعنی خدا گریٹنس کے مقابلے میں اب عجز کو عجز کا مطلب ہوتا ہے وہی مارجسٹی کو اسٹیبلش کرتا ہے وہ تو کیا کہتے ہیں کہ صاحب یہ تو انفینٹی کمپریس پیدا ہو جائے گی انسان کے اندر</w:t>
      </w:r>
    </w:p>
    <w:p>
      <w:r>
        <w:rPr>
          <w:b/>
        </w:rPr>
        <w:t xml:space="preserve">[49:42] </w:t>
      </w:r>
      <w:r>
        <w:t>to kya khuda ke baghair bhi aap superiority complex paida karna chahte hain jo appreciate ka maada nahi yeh kaise kahein ke sahib risale mein bari achi baat chapi hai yeh to qanoon nahi chahte woh us ko unhein kisi na kisi tareeqe se aik negative point nikalna hai to jab yeh nature ho hoga to bilkul yani yani bilkul absurd tor par aap ka nature wahan reflect karega</w:t>
      </w:r>
    </w:p>
    <w:p>
      <w:pPr>
        <w:jc w:val="right"/>
      </w:pPr>
      <w:r>
        <w:t>تو کیا خدا کے بغیر بھی آپ سپیریٹی کمپریس پیدا کرنا چاہتے ہیں جو ایپریشیٹ کا مادہ نہیں یہ کیسے کہیں کہ صاحب رسالے میں بڑی اچھی بات چھپی ہے یہ تو قانون نہیں چاہتے وہ اس کو انہیں کسی نہ کسی طریقے سے ایک نیگیٹیو پوائنٹ نکالنا ہے تو جب یہ نیچر ہو جا ہوگا تو بالکل یعنی یعنی بالکل ایبسرٹ طور پر آپ کا نیچر وہاں ریفلیکٹ کرے گا</w:t>
      </w:r>
    </w:p>
    <w:p>
      <w:r>
        <w:rPr>
          <w:b/>
        </w:rPr>
        <w:t xml:space="preserve">[50:10] </w:t>
      </w:r>
      <w:r>
        <w:t>jaise yahan par dikha raha hoon misaal di hai mein ne aap ko nature bana hua hai non appreciating to aise mauqe par jahan aap ko chup rehna chahiye wahan bhi bol pade aap ke khuda ka mamla hai ya kya bolein yahan par to aaj ka mizaj yeh hai is waqt ka mizaj lekin is zamane mein jab islam jab jo pehla zamana tha tab ka mein yani sare sahaba ke andar marjesty thi</w:t>
      </w:r>
    </w:p>
    <w:p>
      <w:pPr>
        <w:jc w:val="right"/>
      </w:pPr>
      <w:r>
        <w:t>جیسے یہاں پر دکھا رہا ہوں مثال دی ہے میں نے آپ کو نیچر بنا ہوا ہے نان ایپریشیٹنگ تو ایسے موقع پر جہاں آپ کو چپ رہنا چاہیے وہاں بھی بول پڑے آپ کہ خدا کا معاملہ ہے یا کیا بولیں یہاں پر تو آج کا مزاج یہ ہے اس وقت کا مزاج لیکن اس زمانے میں جب اسلام جب جو پہلا زمانہ تھا تب کا میں یعنی سارے صحابہ کے اندر مارجسٹی تھی</w:t>
      </w:r>
    </w:p>
    <w:p>
      <w:r>
        <w:rPr>
          <w:b/>
        </w:rPr>
        <w:t xml:space="preserve">[50:38] </w:t>
      </w:r>
      <w:r>
        <w:t>sare sahaba jo the rasool Allah ke jo companion the sab ka jo sab se bara jo mein quality mein dekhta hoon un ke andar woh marjesty marjesty marjesty to kya hua Iran mein is waqt jo rule tha woh Sasanian dynasty thi wahan par Sasanian dynasty</w:t>
      </w:r>
    </w:p>
    <w:p>
      <w:pPr>
        <w:jc w:val="right"/>
      </w:pPr>
      <w:r>
        <w:t>سارے صحابہ جو تھے رسول اللہ کے جو کمپینین تھے سب کا جو سب سے بڑا جو میں کوالٹی میں دیکھتا ہوں ان کے اندر وہ مارجسٹی مارجسٹی مارجسٹی تو کیا ہوا ایران میں اس وقت جو رول تھا وہ ساسانی ڈائنسٹی تھی وہاں پر ساسانی ڈائنسٹی</w:t>
      </w:r>
    </w:p>
    <w:p>
      <w:r>
        <w:rPr>
          <w:b/>
        </w:rPr>
        <w:t xml:space="preserve">[51:02] </w:t>
      </w:r>
      <w:r>
        <w:t>woh ek empire tha bohat bara us se takrao ho gaya kyunke do wahan par empire thay roman empire aur sasani empire woh chahte nahi thay ke koi aur yahan par koi aur ubhre doosra un ke siwa toh dono us ke hostile ho gaye toh un se takrao hua</w:t>
      </w:r>
    </w:p>
    <w:p>
      <w:pPr>
        <w:jc w:val="right"/>
      </w:pPr>
      <w:r>
        <w:t>وہ ایک ایمپائر تھا بہت بڑا اس سے ٹکراؤ ہو گیا کیونکہ دو وہاں پر ایمپائر تھے رومن ایمپائر اور ساسانی ایمپائر وہ چاہتے نہیں تھے کہ کوئی اور یہاں پر کوئی اور ابھرے دوسرا ان کے سوا تو دونوں اس کے ہاسٹائل ہو گئے تو ان سے ٹکراؤ ہوا</w:t>
      </w:r>
    </w:p>
    <w:p>
      <w:r>
        <w:rPr>
          <w:b/>
        </w:rPr>
        <w:t xml:space="preserve">[51:23] </w:t>
      </w:r>
      <w:r>
        <w:t>toh takrao mein wahan jo hai wahan tha jo jo king tha wahan ka iran ka uska naam tha yezdgard aur uska sipah salar tha uska naam tha rustam toh unhon ne socha ke bhai yeh toh un se toh lagta hai ke nipatna mushkil hai jaise america soch raha hai ke iraq mein nipatna mushkil hai un se baat cheet karo yeh invite kiya negotiation toh yahan se kai log gaye baat cheet karne</w:t>
      </w:r>
    </w:p>
    <w:p>
      <w:pPr>
        <w:jc w:val="right"/>
      </w:pPr>
      <w:r>
        <w:t>تو ٹکراؤ میں وہاں جو ہے وہاں تھا جو جو کنگ تھا وہاں کا ایران کا اس کا نام تھا یزدگرد اور اس کا سپہ سالار تھا اس کا نام تھا رستم تو انہوں نے سوچا کہ بھئی یہ تو ان سے تو لگتا ہے کہ نپٹنا مشکل ہے جیسے امریکہ سوچ رہا ہے کہ عراق میں نپٹنا مشکل ہے ان سے بات چیت کرو یہ انوائٹ کیا نیگوشی ایشن تو یہاں سے کئی لوگ گئے بات چیت کرنے</w:t>
      </w:r>
    </w:p>
    <w:p>
      <w:r>
        <w:rPr>
          <w:b/>
        </w:rPr>
        <w:t xml:space="preserve">[51:53] </w:t>
      </w:r>
      <w:r>
        <w:t>ke liye woh sab rasool allah ke saathi thay companion thay sahib ashab thay toh isi mein se ek qissa yeh hai ek aadmi jab gaye wahan par yezdgard ka wahan par college tha apne throne par baitha hua tha woh us ke sab darbari thay toh wahan par gaye toh unhon ne arab log jo hai woh jante nahi thay yeh</w:t>
      </w:r>
    </w:p>
    <w:p>
      <w:pPr>
        <w:jc w:val="right"/>
      </w:pPr>
      <w:r>
        <w:t>کے لیے وہ سب رسول اللہ کے ساتھی تھے کمپینین تھے صاحب اصحاب تھے تو اسی میں سے ایک قصہ یہ ہے ایک ادمی جب گئے وہاں پر یزدگرد کا وہاں پر کالج تھا اپنے تھرون پر بیٹھا ہوا تھا وہ اس کے سب درباری تھے تو وہاں پر گئے تو انہوں نے عرب لوگ جو ہے وہ جانتے نہیں تھے یہ</w:t>
      </w:r>
    </w:p>
    <w:p>
      <w:r>
        <w:rPr>
          <w:b/>
        </w:rPr>
        <w:t xml:space="preserve">[52:19] </w:t>
      </w:r>
      <w:r>
        <w:t>woh andaaz jo wahan badshahon ke samne hua karta tha ke jhuk jao aur bohat ziyada adab se baat karo toh seedhe se baat kiya unhon ne bilkul aise hi jaise tum waise hum is tareeqe se matlab badtameezi nahi ki lekin woh badshahon wale adab ko nahi poora kar sake woh toh bohat badshah bohat ghussa ho gaya</w:t>
      </w:r>
    </w:p>
    <w:p>
      <w:pPr>
        <w:jc w:val="right"/>
      </w:pPr>
      <w:r>
        <w:t>وہ انداز جو وہاں بادشاہوں کے سامنے ہوا کرتا تھا کہ جھک جاؤ اور بہت زیادہ ادب سے بات کرو تو سیدھے سے بات کیا انہوں نے بالکل ایسے ہی جیسے تم ویسے ہم اس طریقے سے مطلب بدتمیزی نہیں کی لیکن وہ بادشاہوں والے اداب کو نہیں پورا کر سکے وہ تو بہت بادشاہ بہت غصہ ہو گیا</w:t>
      </w:r>
    </w:p>
    <w:p>
      <w:r>
        <w:rPr>
          <w:b/>
        </w:rPr>
        <w:t xml:space="preserve">[52:45] </w:t>
      </w:r>
      <w:r>
        <w:t>us ne kaha ke un ke sar par mitti ka tukra rakho aur un ko yahan bhaga do maal se bhaga do toh mitti ka tukra laya gaya mitti aur sar par rakh diya gaya ke jao yahan se toh kuch react nahi kiya unhon ne kuch bhi nahi bari normal tareeqe se us ko liya rakh kar ke phir rawana ho gaye</w:t>
      </w:r>
    </w:p>
    <w:p>
      <w:pPr>
        <w:jc w:val="right"/>
      </w:pPr>
      <w:r>
        <w:t>اس نے کہا کہ ان کے سر پر مٹی کا ٹکڑا رکھو اور ان کو یہاں بھگا دو مال سے بھگا دو تو مٹی کا ٹکڑا لایا گیا مٹی اور سر پر رکھ دیا گیا کہ جاؤ یہاں سے تو کچھ ری ایکٹ نہیں کیا انہوں نے کچھ بھی نہیں بڑی نارمل طریقے سے اس کو لیا رکھ کر کے پھر روانہ ہو گئے</w:t>
      </w:r>
    </w:p>
    <w:p>
      <w:r>
        <w:rPr>
          <w:b/>
        </w:rPr>
        <w:t xml:space="preserve">[53:10] </w:t>
      </w:r>
      <w:r>
        <w:t>abhi ghore par aaye thay woh aur ja kar ke jo un ka jo jo un ke jo sipah salar thay saad naam un ka tha tent mein thay woh wahan gaye aur ja kar ke rakh diya ke bhai yeh badshah hain yeh hamein koi gift diya.</w:t>
      </w:r>
    </w:p>
    <w:p>
      <w:pPr>
        <w:jc w:val="right"/>
      </w:pPr>
      <w:r>
        <w:t>ابھی گھوڑے پر ائے تھے وہ اور جا کر کے جو ان کا جو جو ان کے جو سپہ سالار تھے سعد نام ان کا تھا ٹینٹ میں تھے وہ وہاں گئے اور جا کے رکھ دیا کہ بھئی یہ بادشاہ ہیں یہ ہمیں کوئی گفٹ دیا.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