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Importance of Re-Planning November 6, 2022</w:t>
      </w:r>
    </w:p>
    <w:p>
      <w:r>
        <w:t>https://youtu.be/5rg4BU0r5Ow</w:t>
      </w:r>
    </w:p>
    <w:p>
      <w:r>
        <w:rPr>
          <w:b/>
        </w:rPr>
        <w:t xml:space="preserve">[00:10] </w:t>
      </w:r>
      <w:r>
        <w:t>assalamalaykum.</w:t>
      </w:r>
    </w:p>
    <w:p>
      <w:pPr>
        <w:jc w:val="right"/>
      </w:pPr>
      <w:r>
        <w:t>अस्सलामालायकुम.</w:t>
      </w:r>
    </w:p>
    <w:p>
      <w:r>
        <w:rPr>
          <w:b/>
        </w:rPr>
        <w:t xml:space="preserve">[00:16] </w:t>
      </w:r>
      <w:r>
        <w:t>Today we will be discussing a very important subject importance of re planning.</w:t>
      </w:r>
    </w:p>
    <w:p>
      <w:pPr>
        <w:jc w:val="right"/>
      </w:pPr>
      <w:r>
        <w:t>Today we will be discussing a very important subject importance of re planning.</w:t>
      </w:r>
    </w:p>
    <w:p>
      <w:r>
        <w:rPr>
          <w:b/>
        </w:rPr>
        <w:t xml:space="preserve">[00:22] </w:t>
      </w:r>
      <w:r>
        <w:t>We all face failures, setbacks, difficulties and many challenging situations.</w:t>
      </w:r>
    </w:p>
    <w:p>
      <w:pPr>
        <w:jc w:val="right"/>
      </w:pPr>
      <w:r>
        <w:t>We all face failures, setbacks, difficulties and many challenging situations.</w:t>
      </w:r>
    </w:p>
    <w:p>
      <w:r>
        <w:rPr>
          <w:b/>
        </w:rPr>
        <w:t xml:space="preserve">[00:28] </w:t>
      </w:r>
      <w:r>
        <w:t>As a result, many of the people become victim of frustration, negativity, and reaction.</w:t>
      </w:r>
    </w:p>
    <w:p>
      <w:pPr>
        <w:jc w:val="right"/>
      </w:pPr>
      <w:r>
        <w:t>As a result, many of the people become victim of frustration, negativity, and reaction.</w:t>
      </w:r>
    </w:p>
    <w:p>
      <w:r>
        <w:rPr>
          <w:b/>
        </w:rPr>
        <w:t xml:space="preserve">[00:34] </w:t>
      </w:r>
      <w:r>
        <w:t>Many a times these reaction takes the form of extreme violence.</w:t>
      </w:r>
    </w:p>
    <w:p>
      <w:pPr>
        <w:jc w:val="right"/>
      </w:pPr>
      <w:r>
        <w:t>Many a times these reaction takes the form of extreme violence.</w:t>
      </w:r>
    </w:p>
    <w:p>
      <w:r>
        <w:rPr>
          <w:b/>
        </w:rPr>
        <w:t xml:space="preserve">[00:41] </w:t>
      </w:r>
      <w:r>
        <w:t>All this happens due to one's failure to replan one's life or understand the importance of re planning. Re planning essentially means adding experiences to previous planning and planning all over again in the light of new information. So today we will discuss on this subject with professor Fareeda Khanam. Toh chaliye unhi se baatcheet karte hain. Aslam walekum apa kaisi hain aap?</w:t>
      </w:r>
    </w:p>
    <w:p>
      <w:pPr>
        <w:jc w:val="right"/>
      </w:pPr>
      <w:r>
        <w:t>All this happens due to one's failure to replan one's life or understand the importance of re planning. Re planning essentially means adding experiences to previous planning and planning all over again in the light of new information. So today we will discuss on this subject with professor फरीदा खानम. तो चलिए उन्हीं से बातचीत करते हैं. असलम वालेकुम आपा कैसी हैं आप?</w:t>
      </w:r>
    </w:p>
    <w:p>
      <w:r>
        <w:rPr>
          <w:b/>
        </w:rPr>
        <w:t xml:space="preserve">[01:10] </w:t>
      </w:r>
      <w:r>
        <w:t>ji alhamd ullah aap theek hain. alhamd ullah.</w:t>
      </w:r>
    </w:p>
    <w:p>
      <w:pPr>
        <w:jc w:val="right"/>
      </w:pPr>
      <w:r>
        <w:t>जी अलहम्द अल्लाह आप ठीक हैं. अलहम्द अल्ला.</w:t>
      </w:r>
    </w:p>
    <w:p>
      <w:r>
        <w:rPr>
          <w:b/>
        </w:rPr>
        <w:t xml:space="preserve">[01:15] </w:t>
      </w:r>
      <w:r>
        <w:t>aapa aaj ka bohat hi practical subject aapne chuna hai importance of re planning.</w:t>
      </w:r>
    </w:p>
    <w:p>
      <w:pPr>
        <w:jc w:val="right"/>
      </w:pPr>
      <w:r>
        <w:t>आपा आज का बहुत ही practical subject आपने चुना है importance of re planning.</w:t>
      </w:r>
    </w:p>
    <w:p>
      <w:r>
        <w:rPr>
          <w:b/>
        </w:rPr>
        <w:t xml:space="preserve">[01:20] </w:t>
      </w:r>
      <w:r>
        <w:t>to zahir si baat hai sabse pehla sawal subject par hi banta hai ki why do we need</w:t>
      </w:r>
    </w:p>
    <w:p>
      <w:pPr>
        <w:jc w:val="right"/>
      </w:pPr>
      <w:r>
        <w:t>तो ज़ाहिर सी बात है सबसे पहला सवाल subject पर ही बनता है कि why do we need</w:t>
      </w:r>
    </w:p>
    <w:p>
      <w:r>
        <w:rPr>
          <w:b/>
        </w:rPr>
        <w:t xml:space="preserve">[01:25] </w:t>
      </w:r>
      <w:r>
        <w:t>re planning iske bare mein bataen.</w:t>
      </w:r>
    </w:p>
    <w:p>
      <w:pPr>
        <w:jc w:val="right"/>
      </w:pPr>
      <w:r>
        <w:t>re planning इसके बारे में बताएं.</w:t>
      </w:r>
    </w:p>
    <w:p>
      <w:r>
        <w:rPr>
          <w:b/>
        </w:rPr>
        <w:t xml:space="preserve">[01:30] </w:t>
      </w:r>
      <w:r>
        <w:t>asal mein ek yeh mohrana sahab ki kitab hai mansooba band amal.</w:t>
      </w:r>
    </w:p>
    <w:p>
      <w:pPr>
        <w:jc w:val="right"/>
      </w:pPr>
      <w:r>
        <w:t>असल में एक यह मोहराना साहब की किताब है मंसूबा बंद अमल.</w:t>
      </w:r>
    </w:p>
    <w:p>
      <w:r>
        <w:rPr>
          <w:b/>
        </w:rPr>
        <w:t xml:space="preserve">[01:35] </w:t>
      </w:r>
      <w:r>
        <w:t>to ismein se hum kuch baaten aapke samne rakhenge isliye replanning ki hamein kyun zaroorat padti hai?</w:t>
      </w:r>
    </w:p>
    <w:p>
      <w:pPr>
        <w:jc w:val="right"/>
      </w:pPr>
      <w:r>
        <w:t>तो इसमें से हम कुछ बातें आपके सामने रखेंगे इसलिए replanning की हमें क्यों ज़रूरत पड़ती है?</w:t>
      </w:r>
    </w:p>
    <w:p>
      <w:r>
        <w:rPr>
          <w:b/>
        </w:rPr>
        <w:t xml:space="preserve">[01:41] </w:t>
      </w:r>
      <w:r>
        <w:t>Toh Mohan sahib likhte hain ke planning jo hai woh hai toh organized hard work aur replanning us ko kehte hain planning plus. Yaani kabhi kabhi aisa hota hai ke hamari planning jo hai woh fail ho jati hai. Hum kamyabi hasil nahi kar pate hain. Uski bohat sari bujoohat hoti hain. Toh us waqt hamare samne do option hote hain.</w:t>
      </w:r>
    </w:p>
    <w:p>
      <w:pPr>
        <w:jc w:val="right"/>
      </w:pPr>
      <w:r>
        <w:t>तो मोहन साहब लिखते हैं कि planning जो है वह है तो organized hard work और replanning उसको कहते हैं planning plus. यानी कभी कभी ऐसा होता है कि हमारी planning जो है वह fail हो जाती है. हम कामयाबी हासिल नहीं कर पाते हैं. उसकी बहुत सारी बुजुहात होती हैं. तो उस वक्त हमारे सामने दो option होते हैं.</w:t>
      </w:r>
    </w:p>
    <w:p>
      <w:r>
        <w:rPr>
          <w:b/>
        </w:rPr>
        <w:t xml:space="preserve">[02:07] </w:t>
      </w:r>
      <w:r>
        <w:t>Ya toh hum negativity mein pad jaen aur doosron ko blame dene lagen. Ke uski saazish ki wajah se, uski dushmani ki wajah se hamari jo hai scheme fail ho gayi aur doosra jo hai option woh yeh hai ke jo hamein tajarubaat hue hain un tajarubaat ki roshni mein hum re planning karen. Kyun ke jo tajarubaat hote hain aur hamari galtiyan humein samajh mein aati hain.</w:t>
      </w:r>
    </w:p>
    <w:p>
      <w:pPr>
        <w:jc w:val="right"/>
      </w:pPr>
      <w:r>
        <w:t>या तो हम negativity में पड़ जाएं और दूसरों को blame देने लगे. कि उसकी सागिश की वजह से, उसकी दुश्मनी की वजह से हमारी जो है scheme fail हो गई और दूसरा जो है option वह यह है कि जो हमें तज़रबात हुए हैं उन तज़रबात की रौशनी में हम re planning करें. क्योंकि जो तज़रबात होते हैं और हमारी गलतियां हमको समझ में आती हैं.</w:t>
      </w:r>
    </w:p>
    <w:p>
      <w:r>
        <w:rPr>
          <w:b/>
        </w:rPr>
        <w:t xml:space="preserve">[02:34] </w:t>
      </w:r>
      <w:r>
        <w:t>Toh us waqt hum apni galtiyon ko manen aur doosron ko blame dene ki bajaye hum apni galti ko manen. Aitraf karen ke hamare andar kya kami thi jis ki wajah se hum hamari planning fail ho gayi hai aur planning jab hum karen toh puraman planning honi chahiye. Kyun ke tashaddud jo hai woh kabhi bhi us se kamyabi hasil nahi hoti. Toh jo bhi kaam hum karen woh puraman andaaz mein karen.</w:t>
      </w:r>
    </w:p>
    <w:p>
      <w:pPr>
        <w:jc w:val="right"/>
      </w:pPr>
      <w:r>
        <w:t>तो उस वक्त हम अपनी गलतियों को माने और दूसरों को blame देने की बजाय हम अपनी गलती को माने. ऐतराफ करें कि हमारे अंदर क्या कमी थी जिसकी वजह से हम हमारी planning fail हो गई है और planning जब हम करें तो पूराम्न planning होनी चाहिए. क्योंकि तशद्दूत जो है वह कभी भी उससे कामयाबी हासिल नहीं होती. तो जो भी काम हम करें वह पूराम्न अंदाज़ में करें.</w:t>
      </w:r>
    </w:p>
    <w:p>
      <w:r>
        <w:rPr>
          <w:b/>
        </w:rPr>
        <w:t xml:space="preserve">[03:02] </w:t>
      </w:r>
      <w:r>
        <w:t>Toh yahi humein paigambar paigambare islam ki zindagi se yahi sabak milta hai. Misal ke taur par jab ohud ki jang hui toh us mein kuch galti ki wajah se musalmanon ko shikast ho gayi. Ab us waqt do option the. Woh ya toh kahein ke dekho quaraish ne jo hai hamare sath bohat hi galat kaam kiya. Backfire kiya unhon ne. Toh us ki wajah se hum kamyab na ho paen.</w:t>
      </w:r>
    </w:p>
    <w:p>
      <w:pPr>
        <w:jc w:val="right"/>
      </w:pPr>
      <w:r>
        <w:t>तो यही हमको पगंबर पगंबरे इस्लाम की ज़िंदगी से यही सबक मिलता है. मिसाल के तौर पर जब ओहुत की जंग हुई तो उसमें कुछ गलती की वजह से मुसलमानों को शिकस्त हो गई. अब उस वक्त दो option थे. वह या तो कहें कि देखो कुराश ने जो है हमारे साथ बहुत ही गलत काम किया. Backfire किया उन्होंने. तो उसकी वजह से हम कामयाब ना हो पाए.</w:t>
      </w:r>
    </w:p>
    <w:p>
      <w:r>
        <w:rPr>
          <w:b/>
        </w:rPr>
        <w:t xml:space="preserve">[03:31] </w:t>
      </w:r>
      <w:r>
        <w:t>Jabke badr mein un ko kamyabi mili thi. Toh dushman ko bura bhala kehne ki bajaye assa nau planning karna. Toh assa ya nau planning aap ne yeh ki ke aap ne socha ke jang ke maidan se kuch hasil hone wala nahi hai. Halanki jang musalmanon ki taraf se kabhi bhi nahi shuru hoti thi.</w:t>
      </w:r>
    </w:p>
    <w:p>
      <w:pPr>
        <w:jc w:val="right"/>
      </w:pPr>
      <w:r>
        <w:t>जबकि बाद्र में उनको कामयाबी मिली थी. तो दुश्मन को बुरा भला कहने की बजाय अस्सा नौ planning करना. तो अस्सा या नौ planning आपने यह की कि आपने सोचा कि जंग के मैदान से कुछ हासिल होने वाला नहीं है. हालांकि जंग मुसलमानों की तरफ से कभी भी नहीं शुरू होती थी.</w:t>
      </w:r>
    </w:p>
    <w:p>
      <w:r>
        <w:rPr>
          <w:b/>
        </w:rPr>
        <w:t xml:space="preserve">[03:56] </w:t>
      </w:r>
      <w:r>
        <w:t>Woh toh quaraish hi kar rahe thay jang lekin us ko bhi aap ne har tarah se avoid kiya. Bohat sare cases hain avoidance ke aur avoid karne ke baad jab bhi un logon ne baat ko nahi samjha aur woh log har halat mein musalmanon ko jang mein uljhana chaha unhon ne. Toh Rasool Allah sallallahu sallam ne finally bohat hi bohat zabardast planning ke sath sulh Hudaybiyah kar liya.</w:t>
      </w:r>
    </w:p>
    <w:p>
      <w:pPr>
        <w:jc w:val="right"/>
      </w:pPr>
      <w:r>
        <w:t>वह तो कुरैश ही कर रहे थे जंग लेकिन उसको भी आपने हर तरह से avoid किया. बहुत सारे cases हैं avoidance के और avoid करने के बाद जब भी उन लोगों ने बात को नहीं समझा और वो लोग हर हालत में मुसलमानों को जंग में उलझाना चाहा उन्होंने. तो रसूल्लाह सल्लाह सल्लाम ने finally बहुत ही बहुत ज़बरदस्त planning के साथ सूल्य हुदैबिया कर लिया.</w:t>
      </w:r>
    </w:p>
    <w:p>
      <w:r>
        <w:rPr>
          <w:b/>
        </w:rPr>
        <w:t xml:space="preserve">[04:26] </w:t>
      </w:r>
      <w:r>
        <w:t>Sulh Hudaybiyah jo hai woh das saal ka nazang maida tha. Toh us waqt toh sulh Hudaybiyah karne ke liye bohat ziyada halaat jo hai bohat adverse thay. Tamam dushman ki sharaait ko accept karne ke baad hi shulya Hudaybiyah ho paayi thi. Toh lekin ab toh ek universal norm ho gaya hai. Ab toh shulhi ki baat log pasand karte hain.</w:t>
      </w:r>
    </w:p>
    <w:p>
      <w:pPr>
        <w:jc w:val="right"/>
      </w:pPr>
      <w:r>
        <w:t>सूल्य होदैविया जो है वह दस साल का नाज़ंग मायदा था. तो उस वक्त तो सूल्य होदैविया करने के लिए बहुत ज़्यादा हालात जो है बहुत adverse थे. तमाम दुश्मन की शरायत को accept करने के बाद ही शुल्योदैविया हो पाई थी. तो लेकिन अब तो एक universal norm हो गया है. अब तो शुल्ही की बात लोग पसंद करते हैं.</w:t>
      </w:r>
    </w:p>
    <w:p>
      <w:r>
        <w:rPr>
          <w:b/>
        </w:rPr>
        <w:t xml:space="preserve">[04:54] </w:t>
      </w:r>
      <w:r>
        <w:t>Puraman andaaz mein kaam karne ki hamein poori ijazat hai. Toh ab ek duniya badal chuki hai. Musalmanon ko chahiye ke woh nai duniya ko samjhen aur usi ke mutabiq kaam karen taake un ko apni jo hasil karna chahte hain woh hasil kar paen. Ji, aap ab yeh bohat hi important baat batai aap ne ke matlab doosron ko blame na karen.</w:t>
      </w:r>
    </w:p>
    <w:p>
      <w:pPr>
        <w:jc w:val="right"/>
      </w:pPr>
      <w:r>
        <w:t>पुरम अंदाज़ में काम करने की हमें पूरी इजाज़त है. तो अब एक दुनिया बदल चुकी है. मुसलमानों को चाहिए कि वह नई दुनिया को समझें और उसी के मुताबिक काम करें ताकि उनको अपनी जो हासिल करना चाहते हैं वह हासिल कर पाएं. जी, आप अब यह बहुत ही important बात बताई आपने कि मतलब दूसरों को blame ना करें.</w:t>
      </w:r>
    </w:p>
    <w:p>
      <w:r>
        <w:rPr>
          <w:b/>
        </w:rPr>
        <w:t xml:space="preserve">[05:21] </w:t>
      </w:r>
      <w:r>
        <w:t>Agar aap ka pehla jo plan hai woh kamyab nahi hai, toh aap waqt ko zaya na karen. Aap immediately jo hai replanning shuru kar den. Aap aap agar dekha jaye toh replanning ka daur theek wahin se shuru hota hai. First creation of adam aur eve. Jaise quran ne aaya hai ke kis tarah allah taala ne adam aur hawa ko jannat mein rakha.</w:t>
      </w:r>
    </w:p>
    <w:p>
      <w:pPr>
        <w:jc w:val="right"/>
      </w:pPr>
      <w:r>
        <w:t>अगर आपका पहला जो plan है वह कामयाब नहीं है, तो आप वक्त को जाया ना करें. आप immediately जो है replanning शुरू कर दें. आप आप अगर देखा जाए तो replanning का दौर ठीक वहीं से शुरू होता है. First creation of adam और eve. जैसे quran ने आया है कि किस तरह अल्लाह ताला ने आदम और हवा को जन्नत में रखा.</w:t>
      </w:r>
    </w:p>
    <w:p>
      <w:r>
        <w:rPr>
          <w:b/>
        </w:rPr>
        <w:t xml:space="preserve">[05:49] </w:t>
      </w:r>
      <w:r>
        <w:t>Phir mana karne par bhi jab unhon ne forbidden fruit khaya toh unhein banish kar diya gaya, expel kar diya gaya. Unhein phir repentance hui. Toh wahhan se phir woh re planning ka jo ek jo tareeqa hai woh shuru hota hai. Toh main chahunga ke aap is ko thoda wazeh karen. Ji, is ko agar gaur se dekha jaye toh re planning toh day one se hi shuru ho gayi thi.</w:t>
      </w:r>
    </w:p>
    <w:p>
      <w:pPr>
        <w:jc w:val="right"/>
      </w:pPr>
      <w:r>
        <w:t>फिर मना करने पर भी जब उन्होंने forbidden fruit खाया तो उन्हें banish कर दिया गया, expel कर दिया गया. उनको फिर repentance हुई. तो वहाँ से फिर वो re planning का जो एक जो तरीका है वह शुरू होता है. तो मैं चाहूंगा कि आप इसको थोड़ा वाज़े करें. जी, इसको अगर गौर से देखा जाए तो re planning तो day one से ही शुरू हो गई थी.</w:t>
      </w:r>
    </w:p>
    <w:p>
      <w:r>
        <w:rPr>
          <w:b/>
        </w:rPr>
        <w:t xml:space="preserve">[06:16] </w:t>
      </w:r>
      <w:r>
        <w:t>Kyun ke us waqt allah ne yeh plan kiya tha ke insanon ko paida karke usi waqt jannat mein hi rakha jayega. Lekin sirf ek shart thi ke ek forbidden fruit tha uska phal nahi khana hai. Lekin insan jo hai chunke woh us ko mature nahi tha aur us ko tajarubaat nahi thay. Toh woh aa gaya shaitan ke bhaykhaye mein aur woh phal kha liya.</w:t>
      </w:r>
    </w:p>
    <w:p>
      <w:pPr>
        <w:jc w:val="right"/>
      </w:pPr>
      <w:r>
        <w:t>क्योंकि उस वक्त अल्लाह ने यह plan किया था कि इंसानों को पैदा करके उसी वक्त जन्नत में ही रखा जाएगा. लेकिन सिर्फ एक शर्त थी कि एक forbidden fruit था उसका फ़ल नहीं खाना है. लेकिन इंसान जो है चूंकि वह उसको mature नहीं था और उसको तज़र बात नहीं थे. तो वह आ गया सैतान के भयखाए में और वह फ़ल खा लिया.</w:t>
      </w:r>
    </w:p>
    <w:p>
      <w:r>
        <w:rPr>
          <w:b/>
        </w:rPr>
        <w:t xml:space="preserve">[06:44] </w:t>
      </w:r>
      <w:r>
        <w:t>Toh us ke baad khane ke baad unhon ne ehsas kiya. Unhon ne toba kiya. Allah taala ne un ko maaf kiya. Phir un ko dobara jo hai ab dobara allah taala ne khud re planning ki ke bas fauran jannat mein dakhil nahi karna hai insan ko balki un ka ek test lena hai. Test mein jo log poore utrenge wahi jannat mein dakhila un ko milega. Toh test hai iman aur amale saleh.</w:t>
      </w:r>
    </w:p>
    <w:p>
      <w:pPr>
        <w:jc w:val="right"/>
      </w:pPr>
      <w:r>
        <w:t>तो उसके बाद खाने के बाद उनको एहसास हुआ. उन्होंने तौबा किया. अल्लाह तालाह ने उनको माफ किया. फिर उनको दोबारा जो है अब दोबारा अल्लाह तालाह ने खुद re planning की कि बस फ़ौरन जन्नत में दाखिल नहीं करना है इंसान को बल्कि उनका एक test लेना है. Test में जो लोग पूरे उतरेंगे वही जन्नत में दाखिला उनको मिलेगा. तो test है ईमान और अमाले साले.</w:t>
      </w:r>
    </w:p>
    <w:p>
      <w:r>
        <w:rPr>
          <w:b/>
        </w:rPr>
        <w:t xml:space="preserve">[07:14] </w:t>
      </w:r>
      <w:r>
        <w:t>Yaani jo iman aur amale saleh ke test par poora utrega us ko jannat mein jagah milegi. Toh jab allah taala khud re karna hai toh insan ko toh re planning har halat mein karni hai. Kyun ke jab allah taala ne dekha ke pehle mansooba jag work nahi kiya toh allah ne doosra mansooba re plan kiya.</w:t>
      </w:r>
    </w:p>
    <w:p>
      <w:pPr>
        <w:jc w:val="right"/>
      </w:pPr>
      <w:r>
        <w:t>यानी जो ईमान और अमले साले के test पर पूरा उतरेगा उसको जन्नत में जगह मिलेगी. तो जब अल्लाह तालाह खुद re करना है तो इंसान को तो re planning हर हालत में करनी है. क्योंकि जब अल्लाह ताला ने देखा कि प्रजाई मंसूबा जग work नहीं किया तो अल्लाह ने दूसरा मंसूबा re plan किया.</w:t>
      </w:r>
    </w:p>
    <w:p>
      <w:r>
        <w:rPr>
          <w:b/>
        </w:rPr>
        <w:t xml:space="preserve">[07:39] </w:t>
      </w:r>
      <w:r>
        <w:t>Insan ko is duniya mein rakha aur us ke liye test dena jo hai woh zaroori karar paya. Test mein jo log poore utrenge un ko jannat mein jagah milegi. Toh is tarah se jannat jo hai woh selected logon ke liye ho gayi. Sab ke liye nahi hui. Toh yeh jo hai naya mansooba jo hum ko banana hai lekin us mein manfi soch bilkul nahi hona chahiye.</w:t>
      </w:r>
    </w:p>
    <w:p>
      <w:pPr>
        <w:jc w:val="right"/>
      </w:pPr>
      <w:r>
        <w:t>इंसान को इस दुनिया में रखा और उसके लिए test देना जो है वह ज़रूरी करार पाया. Test में जो लोग पूरे उतरेंगे उनको जन्नत में जगह मिलेगी. तो इस तरीके से जन्नत जो है वह selected लोगों के लिए हो गई. सबके लिए नहीं हुई. तो यह जो है नया मनसुबह जो हमको बनाना है लेकिन उसमें मनफी सोच बिल्कुल नहीं होना चाहिए.</w:t>
      </w:r>
    </w:p>
    <w:p>
      <w:r>
        <w:rPr>
          <w:b/>
        </w:rPr>
        <w:t xml:space="preserve">[08:05] </w:t>
      </w:r>
      <w:r>
        <w:t>Kyun ke agar hamare andar hatred hai, inkaam hai, biased thinking hai toh hum naya planning jo hai woh hum nahi kar paenge aur shikayat mein apna time bar baat karte rahenge aur kaam kuch nahi hoga jaise aajkal ho raha hai bas log in ki shikayat un ki shikayat karte rehte hain.</w:t>
      </w:r>
    </w:p>
    <w:p>
      <w:pPr>
        <w:jc w:val="right"/>
      </w:pPr>
      <w:r>
        <w:t>क्योंकि अगर हमारे अंदर hatred है, इनका काम है, biased thinking है तो हम नया planning जो है वह हम नहीं कर पाएंगे और शिकायत में अपना time बार बात करते रहेंगे और काम कुछ नहीं होगा जैसे आजकल हो रहा है बस लोग इनकी शिकायत उनकी शिकायत करते रहते हैं.</w:t>
      </w:r>
    </w:p>
    <w:p>
      <w:r>
        <w:rPr>
          <w:b/>
        </w:rPr>
        <w:t xml:space="preserve">[08:25] </w:t>
      </w:r>
      <w:r>
        <w:t>Toh shikayat nahi karna hai kyun ke yahi humein Rasool Allah sallallahu sallam ki zindagi se yahi milta hai ke aap ne ek lamha bhi apna shikayat mein barbaad nahi kiya. Balki usi waqt positive planning ki aur aap ne duniya ki sab se bari kamyabi hasil ki, ek mukhtasarr muddat ne.</w:t>
      </w:r>
    </w:p>
    <w:p>
      <w:pPr>
        <w:jc w:val="right"/>
      </w:pPr>
      <w:r>
        <w:t>तो शिकायत नहीं करना है क्योंकि यही हमको रसूल्लाह सर्वशलम की ज़िंदगी से यही मिलता है कि आपने एक लम्हा भी अपना शिकायत में बर्बाद नहीं किया. बल्कि उसी वक्त positive planning की और आपने दुनिया की सबसे बड़ी कामयाबी हासिल की, एक मुख्त सर्मुद्दत ने.</w:t>
      </w:r>
    </w:p>
    <w:p>
      <w:r>
        <w:rPr>
          <w:b/>
        </w:rPr>
        <w:t xml:space="preserve">[08:46] </w:t>
      </w:r>
      <w:r>
        <w:t>jee, aap aap jaise ki hum jante hain ke rasol ullah ka jo mission tha, woh tohheed ka mission tha aur unhon ne jab message convey karna shuru kiya makka mein, to phir woh opposition dheere dheere badhta raha. yahan tak ke is had tak pahunch gaya ke unki jaan ko aur sahaba ki jaan ko khatra pad gaya. us time phir rasoloolla ne decide kiya ke woh makka se madina hijrat karenge.</w:t>
      </w:r>
    </w:p>
    <w:p>
      <w:pPr>
        <w:jc w:val="right"/>
      </w:pPr>
      <w:r>
        <w:t>जी, आप आप जैसे कि हम जानते हैं कि रसोल उल्लाह का जो mission था, वह तोहीद का mission था और उन्होंने जब message convey करना शुरू किया मक्का में, तो फिर वह opposition धीरे धीरे बढ़ता रहा. यहां तक कि इस हद तक पहुंच गया कि उनकी जान को और साबा की जान को खतरा पड़ गया. उस time फिर रसोलोल्ला ने decide किया कि वो मक्का से मदीना हिजरात करेंगे.</w:t>
      </w:r>
    </w:p>
    <w:p>
      <w:r>
        <w:rPr>
          <w:b/>
        </w:rPr>
        <w:t xml:space="preserve">[09:14] </w:t>
      </w:r>
      <w:r>
        <w:t>makka se madina taqreeban paanch sau kilometer ka distance hai and then he finally emigrates to madina. to agar dekha jaye to yeh bhi ek replanning ka ek example humein profit ki history se milta hai. to main chahunga isko bhi aap thoda elaborate karke humein iski wisdom batayein. jee yeh to bahut bada case hai replanning ka.</w:t>
      </w:r>
    </w:p>
    <w:p>
      <w:pPr>
        <w:jc w:val="right"/>
      </w:pPr>
      <w:r>
        <w:t>मक्का से मदीना तकरीबन पाँच सौ kilometer का distance है and then he finally emigrates to मदीना. तो अगर देखा जाए तो यह भी एक replanning का एक example हमें profit की history से मिलता है. तो मैं चाहूंगा इसको भी आप थोड़ा elaborate करके हमें इसकी wisdom बताएं. जी यह तो बहुत बड़ा case है replanning का.</w:t>
      </w:r>
    </w:p>
    <w:p>
      <w:r>
        <w:rPr>
          <w:b/>
        </w:rPr>
        <w:t xml:space="preserve">[09:37] </w:t>
      </w:r>
      <w:r>
        <w:t>to makka mein intehai sanjeedgi se aur intehai sabr ke sath bardasht ke sath kaam ho raha tha</w:t>
      </w:r>
    </w:p>
    <w:p>
      <w:pPr>
        <w:jc w:val="right"/>
      </w:pPr>
      <w:r>
        <w:t>तो मक्का में इंतिहाई संजीदगी से और इंतिहाई सब्र के साथ बर्दाश्त के साथ काम हो रहा था</w:t>
      </w:r>
    </w:p>
    <w:p>
      <w:r>
        <w:rPr>
          <w:b/>
        </w:rPr>
        <w:t xml:space="preserve">[09:42] </w:t>
      </w:r>
      <w:r>
        <w:t>lekin wahan ka mahaul sahi nahi tha.</w:t>
      </w:r>
    </w:p>
    <w:p>
      <w:pPr>
        <w:jc w:val="right"/>
      </w:pPr>
      <w:r>
        <w:t>लेकिन वहां का माहौल सही नहीं था.</w:t>
      </w:r>
    </w:p>
    <w:p>
      <w:r>
        <w:rPr>
          <w:b/>
        </w:rPr>
        <w:t xml:space="preserve">[09:47] </w:t>
      </w:r>
      <w:r>
        <w:t>aur log shirk mein mubtala the to unko lagta tha ki yeh ek huda ka jo concept hai</w:t>
      </w:r>
    </w:p>
    <w:p>
      <w:pPr>
        <w:jc w:val="right"/>
      </w:pPr>
      <w:r>
        <w:t>और लोग शिर्ग में मुफ्तला थे तो उनको लगता था कि यह एक होदा का जो concept है</w:t>
      </w:r>
    </w:p>
    <w:p>
      <w:r>
        <w:rPr>
          <w:b/>
        </w:rPr>
        <w:t xml:space="preserve">[09:52] </w:t>
      </w:r>
      <w:r>
        <w:t>isse to hamari sari ek kasadiyan tabah barbad ho jayegi.</w:t>
      </w:r>
    </w:p>
    <w:p>
      <w:pPr>
        <w:jc w:val="right"/>
      </w:pPr>
      <w:r>
        <w:t>इससे तो हमारी सारी एक कसादियां तबाह बर्बाद हो जाएगी.</w:t>
      </w:r>
    </w:p>
    <w:p>
      <w:r>
        <w:rPr>
          <w:b/>
        </w:rPr>
        <w:t xml:space="preserve">[09:57] </w:t>
      </w:r>
      <w:r>
        <w:t>to kyunke woh buton par woh offering aati thi to usi se unka kaam chalta tha.</w:t>
      </w:r>
    </w:p>
    <w:p>
      <w:pPr>
        <w:jc w:val="right"/>
      </w:pPr>
      <w:r>
        <w:t>तो क्योंकि वह बूतों पर वह offering आती थी तो उसी से उनका काम चलता था.</w:t>
      </w:r>
    </w:p>
    <w:p>
      <w:r>
        <w:rPr>
          <w:b/>
        </w:rPr>
        <w:t xml:space="preserve">[10:02] </w:t>
      </w:r>
      <w:r>
        <w:t>wahan aur koi zarea to the nahin.</w:t>
      </w:r>
    </w:p>
    <w:p>
      <w:pPr>
        <w:jc w:val="right"/>
      </w:pPr>
      <w:r>
        <w:t>वहां और कोई जराए तो थे नहीं.</w:t>
      </w:r>
    </w:p>
    <w:p>
      <w:r>
        <w:rPr>
          <w:b/>
        </w:rPr>
        <w:t xml:space="preserve">[10:08] </w:t>
      </w:r>
      <w:r>
        <w:t>to woh bahut zabardast unhon ne mukhalifat ki pagambar ki. yahan tak ke log maarne ke dar par ho gaye. us waqt allah taala ne yeh bataya ke ise mujhe zaroorat karne ke liye ke ek jagah se agar ek jagah kaam nahi ho pa raha hai to doosri jagah chale jao. to is tarike se rasoolullah sallaam ne plan kiya madina jane ka.</w:t>
      </w:r>
    </w:p>
    <w:p>
      <w:pPr>
        <w:jc w:val="right"/>
      </w:pPr>
      <w:r>
        <w:t>तो वह बहुत ज़बरदस्त उन्होंने मुकालिफत की पगंबर की. यहां तक के लोग मारने के दर पर हो गए. उस वक्त अल्लाह ताला ने यह बताया कि इसे मुझे ज़रूरत करने के लिए कि एक जगह से अगर एक जगह काम नहीं हो पा रहा है तो दूसरी जगह चले जाओ. तो इस तरीके से रसोल्लाह सलम ने plan किया मदीना जाने का.</w:t>
      </w:r>
    </w:p>
    <w:p>
      <w:r>
        <w:rPr>
          <w:b/>
        </w:rPr>
        <w:t xml:space="preserve">[10:36] </w:t>
      </w:r>
      <w:r>
        <w:t>madina ke log bahut soft hearted log the. wahan wahan agriculture hota tha. wahan baghbani hoti thi. to wahan ke log jo hain usi hisab se unki kastkari hoti thi. woh woh log businessman nahi the. ab yeh arab jo quaraish the jo makka mein rehte the woh businessman the. sari duniya mein business ke liye jate the. to unko zyada yeh sab baaton ki samajhti ke ab hamare liye kya faida hai?</w:t>
      </w:r>
    </w:p>
    <w:p>
      <w:pPr>
        <w:jc w:val="right"/>
      </w:pPr>
      <w:r>
        <w:t>मदीना के लोग बहुत soft hearted लोग थे. वहां वहां agriculture होता था. वहां बागबानी होती थी. तो वहां के लोग जो हैं उसी हिसाब से उनकी कास्तकारी होती थी. वह वह लोग businessman नहीं थे. अब यह अरब जो कुराहश थे जो मक्का में रहते थे वह businessman थे. सारी दुनिया में business के लिए जाते थे. तो उनको ज़्यादा यह सब बातों की समझती कि अब हमारे लिए क्या फ़ायदा है?</w:t>
      </w:r>
    </w:p>
    <w:p>
      <w:r>
        <w:rPr>
          <w:b/>
        </w:rPr>
        <w:t xml:space="preserve">[11:06] </w:t>
      </w:r>
      <w:r>
        <w:t>kya nahi faida hai? to lekin woh log bahut hi apne nature par the. unko bas dekhna tha ke jo sachchai hai usko manne ke liye woh tayyar the. to is tarike se rasoolullah sallaam ne finally khamoshi ke sath madina hijrat ki aur tamam musalmanon ne madina hijrat ki. to hijrat karne ka yeh matlab nahi tha ke wahan jaakar khamosh bas baithe rehna hai.</w:t>
      </w:r>
    </w:p>
    <w:p>
      <w:pPr>
        <w:jc w:val="right"/>
      </w:pPr>
      <w:r>
        <w:t>क्या नहीं फ़ायदा है? तो लेकिन वह लोग बहुत ही अपने nature पर थे. उनको बस देखना था कि जो सच्चाई है उसको मानने के लिए वह तैयार थे. तो इस तरीके से रसूल्लाह सेव सलम ने finally खामोशी के साथ मदीना हिजरात की और तमाम मुसलमानों ने मदीना हिजरात की. तो हिजरात करने का यह मतलब नहीं था कि वहां जाकर खामोश बस बैठे रहना है.</w:t>
      </w:r>
    </w:p>
    <w:p>
      <w:r>
        <w:rPr>
          <w:b/>
        </w:rPr>
        <w:t xml:space="preserve">[11:30] </w:t>
      </w:r>
      <w:r>
        <w:t>balki poori nai planning ki wahan jaakar jo mawaqe hain woh sab usko istemal karna hai. kyunke wahan ke logon ne aapko apna leader maan liya. tamam log aapke followers ban gaye to wahan poora mahaul ho gaya aapke dawa work karne ka. to jo daati wahan aapne jaakar daati woh food bhejane shuru kiye. wahan par chunke woh zamana na tribal age ka zamana tha.</w:t>
      </w:r>
    </w:p>
    <w:p>
      <w:pPr>
        <w:jc w:val="right"/>
      </w:pPr>
      <w:r>
        <w:t>बल्कि पूरी नई planning कि वहां जाकर जो मवाके हैं वह सब उसको इस्तेमाल करना है. क्योंकि वहां के लोगों ने आपको अपना leader मान लिया. तमाम लोग आपके followers वन गए तो वहां पूरा माहौल हो गया आपके दावा work करने का. तो जो दावती वहां आपने जाकर दावती वह food भेजने शुरू किए. वहां पर चूंकि वह जमाना ना tribal age का जमाना था.</w:t>
      </w:r>
    </w:p>
    <w:p>
      <w:r>
        <w:rPr>
          <w:b/>
        </w:rPr>
        <w:t xml:space="preserve">[11:59] </w:t>
      </w:r>
      <w:r>
        <w:t>to mukhtalif tribes ko aap apne letters bhejte hain, log bhejte aur jab wahan jaakar aapka pragaam un logon ko dete hain. jo rulers the unko aap letters bhijwate hain. to is tarike se aapne tamam doosre jo qabail the aas paas un sabko contact mein lekar ke unko apna pragaam pahunchaya. bahut sare logon ne pragaam ko mana.</w:t>
      </w:r>
    </w:p>
    <w:p>
      <w:pPr>
        <w:jc w:val="right"/>
      </w:pPr>
      <w:r>
        <w:t>तो मुख्तलिफ tribes को आप अपने letters भेजते हैं, लोग भेजते और जब वहां जाकर आपका प्रकाम उन लोगों को देते हैं. जो rulers थे उनको आप letters भेजवाते हैं. तो इस तरीके से आपने तमाम दूसरे जो कबायल थे आसपास उन सबको contact में लेकर के उनको अपना प्रागाम पहुंचाया. बहुत सारे लोगों ने प्रागाम को माना.</w:t>
      </w:r>
    </w:p>
    <w:p>
      <w:r>
        <w:rPr>
          <w:b/>
        </w:rPr>
        <w:t xml:space="preserve">[12:27] </w:t>
      </w:r>
      <w:r>
        <w:t>bahut sare logon ne us par soch soch soch vichaar shuru ho gaya. matlab agar foran unhon ne accept nahi kiya to phir bhi unke dimagh mein ek baat pad gayi aur woh dheere dheere baad mein isi par isi par aa gaye. to rasoolullah sallaam mein wahan jab gaye to jo quaraish the unhon ne aapko wahan bhi nahi chhoda balki ab jang par aam aadmi ho gaye. to aapne har tarah koshish ki ke jang ko avoid kiya jaye.</w:t>
      </w:r>
    </w:p>
    <w:p>
      <w:pPr>
        <w:jc w:val="right"/>
      </w:pPr>
      <w:r>
        <w:t>बहुत सारे लोगों ने उस पर सोच सोच सोच विचार शुरू हो गया. मतलब अगर फ़ौरन उन्होंने accept नहीं किया तो फिर भी उनके दिमाग में एक बात पड़ गई और वह धीरे धीरे बाद में इसी पर इसी पर आ गए. तो रसूल्लाह सलम में वहां जब गए तो जो परेश थे उन्होंने आपको वहां भी नहीं छोड़ा बल्कि अब जंग पर आम आदमी हो गए. तो आपने हर तरह कोशिश की कि जंग को avoid किया जाए.</w:t>
      </w:r>
    </w:p>
    <w:p>
      <w:r>
        <w:rPr>
          <w:b/>
        </w:rPr>
        <w:t xml:space="preserve">[12:56] </w:t>
      </w:r>
      <w:r>
        <w:t>isi jang ko avoid karne ke liye aapne suleh hudaybiyah kiya jo ke das saal ka nauwar pact tha. to is tarike se aapne apna kaam jo hai non stop jaari rakha aur aapki zindagi mein hi sari arab mein aapki mukhalafat khatm ho gayi aur tamam logon ne aapke aapke follower ban gaye. to yeh re planning jo hai bahut important hai. jee, yaqeenan apa jaza kar la.</w:t>
      </w:r>
    </w:p>
    <w:p>
      <w:pPr>
        <w:jc w:val="right"/>
      </w:pPr>
      <w:r>
        <w:t>इसी जंग को avoid करने के लिए आपने सुलेह उदयभीय किया जो कि दस साल का नौवार pact था. तो इस तरीके से आपने अपना काम जो है non stop जारी रखा और आपकी ज़िंदगी में ही सारी अरब में आपकी मुकाल बहुत खत्म हो गई और तमाम लोगों ने आपके आपके follower वन गए. तो यह re planning जो है बहुत important है. जी, यकीनन आपा जज़ा कर ला.</w:t>
      </w:r>
    </w:p>
    <w:p>
      <w:r>
        <w:rPr>
          <w:b/>
        </w:rPr>
        <w:t xml:space="preserve">[13:24] </w:t>
      </w:r>
      <w:r>
        <w:t>apa agar hum ki life se dekhein, profit ki jaise death 06/1932 AD mein hui, uske baad phir khilafat aa gayi jo taqreeban tees saal tak rahi, matlab six '32 AD se six sixty one AD tak. aakhri khalifa jo the hazrat ali ibn talib, woh six sixty one AD tak the aur uske baad phir hum dekhte hain ke ek transition hota hai.</w:t>
      </w:r>
    </w:p>
    <w:p>
      <w:pPr>
        <w:jc w:val="right"/>
      </w:pPr>
      <w:r>
        <w:t>आपा अगर हम की life से देखें, profit की जैसे death 06/1932 AD में हुई, उसके बाद फिर खिलाफत आ गई जो तकरीबन तीस साल तक रही, मतलब six '32 AD से six sixty one AD तक. आखिरी खलीफा जो थे हज़रत अली इब्न तालिब, वो six sixty one AD तक थे और उसके बाद फिर हम देखते हैं कि एक transition होता है.</w:t>
      </w:r>
    </w:p>
    <w:p>
      <w:r>
        <w:rPr>
          <w:b/>
        </w:rPr>
        <w:t xml:space="preserve">[13:51] </w:t>
      </w:r>
      <w:r>
        <w:t>khilafat se dynastic rule aa jata hai, umayyad dynasty aa jati hai. to mera sawal yeh hai ke is transition ko ke profit ke baad, khilafat, khilafat ke baad dynasty rule, isko aap re planning ke context mein aap isko kaise dekhti hain? to isko bhi aap wazeh karein.</w:t>
      </w:r>
    </w:p>
    <w:p>
      <w:pPr>
        <w:jc w:val="right"/>
      </w:pPr>
      <w:r>
        <w:t>खिलाफत से dynastic rule आ जाता है, उमैर dynasty आ जाती है. तो मेरा सवाल यह है कि इस transition को कि profit के बाद, खिलाफत, खिलाफत के बाद dynasty rule, इसको आप re planning के context में आप इसको कैसे देखती हैं? तो इसको भी आप वाज़े करें.</w:t>
      </w:r>
    </w:p>
    <w:p>
      <w:r>
        <w:rPr>
          <w:b/>
        </w:rPr>
        <w:t xml:space="preserve">[14:11] </w:t>
      </w:r>
      <w:r>
        <w:t>asal mein islam mein ne democracy ka system rise karna chaha aur chunke islam mein woh quran mein ek poora chapter hai shura, ashura. yani tumhare jo mamlaat hain woh consultation par based hona chahiye. yahi shura hai. ab us zamane mein yeh election waghera to yeh sab system nahi hua tha.</w:t>
      </w:r>
    </w:p>
    <w:p>
      <w:pPr>
        <w:jc w:val="right"/>
      </w:pPr>
      <w:r>
        <w:t>असल में इस्लाम में ने democracy का system rise करना चाहा और चूंकि इस्लाम में वह कुरान में एक पूरा chapter है शूर्य, अशूर्य. यानी तुम्हारे जो मामलात हैं वह consultation पर based होना चाहिए. यही शूर्य है. अब उस जमाने में यह election वगैरह तो यह सब system नहीं हुआ था.</w:t>
      </w:r>
    </w:p>
    <w:p>
      <w:r>
        <w:rPr>
          <w:b/>
        </w:rPr>
        <w:t xml:space="preserve">[14:36] </w:t>
      </w:r>
      <w:r>
        <w:t>to lekin shura ki jo democracy ki ibtida jo thi woh yahi shura thi. yani logon ki rai ke mutabik hukumat banana. to lekin masla kya hua?</w:t>
      </w:r>
    </w:p>
    <w:p>
      <w:pPr>
        <w:jc w:val="right"/>
      </w:pPr>
      <w:r>
        <w:t>तो लेकिन शूरा की जो democracy की इप्तदा जो थी वह यही शूरा थी. यानी लोगों की राय के मुताबिक हुकूमत बनाना. तो लेकिन मसला क्या हुआ?</w:t>
      </w:r>
    </w:p>
    <w:p>
      <w:r>
        <w:rPr>
          <w:b/>
        </w:rPr>
        <w:t xml:space="preserve">[14:49] </w:t>
      </w:r>
      <w:r>
        <w:t>agar jo ruler hota tha yani khalifa woh bahut hi strong hai tab to log uske under mein kaam karne ke liye tayyar hote the lekin agar strong na hota jaise hazrat usman the bahut hi soft the to log jo hain unki baat nahi unke under mein kaam nahi kar pa rahe the. bar bar unki mukhalafat kar rahe the.</w:t>
      </w:r>
    </w:p>
    <w:p>
      <w:pPr>
        <w:jc w:val="right"/>
      </w:pPr>
      <w:r>
        <w:t>अगर जो ruler होता था यानी खलीफा वह बहुत ही strong है तब तो लोग उसके under में काम करने के लिए तैयार होते थे लेकिन अगर strong ना होता जैसे हद्र दुश्मान थे बहुत ही soft थे तो लोग जो हैं उनकी बात नहीं उनके under में काम नहीं कर पा रहे थे. बार बार उनकी मुखालफत कर रहे थे.</w:t>
      </w:r>
    </w:p>
    <w:p>
      <w:r>
        <w:rPr>
          <w:b/>
        </w:rPr>
        <w:t xml:space="preserve">[15:13] </w:t>
      </w:r>
      <w:r>
        <w:t>to yeh tees saal tak hi chala ki woh jo zamanat hai na woh woh zamane mein jo</w:t>
      </w:r>
    </w:p>
    <w:p>
      <w:pPr>
        <w:jc w:val="right"/>
      </w:pPr>
      <w:r>
        <w:t>तो यह तीस साल तक ही चला कि वह जो जमानत है ना वह वह ज़माने में जो</w:t>
      </w:r>
    </w:p>
    <w:p>
      <w:r>
        <w:rPr>
          <w:b/>
        </w:rPr>
        <w:t xml:space="preserve">[15:23] </w:t>
      </w:r>
      <w:r>
        <w:t>logon ka mindset tha woh yahi tha ki hakim kya ki jo aulad hoti hai chahe beta ho</w:t>
      </w:r>
    </w:p>
    <w:p>
      <w:pPr>
        <w:jc w:val="right"/>
      </w:pPr>
      <w:r>
        <w:t>लोगों का mindset था वह यही था कि हाकिम क्या कि जो औलाद होती है चाहे बेटा हो</w:t>
      </w:r>
    </w:p>
    <w:p>
      <w:r>
        <w:rPr>
          <w:b/>
        </w:rPr>
        <w:t xml:space="preserve">[15:33] </w:t>
      </w:r>
      <w:r>
        <w:t>beti ho bas usi ko right to rule hota hai.</w:t>
      </w:r>
    </w:p>
    <w:p>
      <w:pPr>
        <w:jc w:val="right"/>
      </w:pPr>
      <w:r>
        <w:t>बेटी हो बस उसी को right to rule होता है.</w:t>
      </w:r>
    </w:p>
    <w:p>
      <w:r>
        <w:rPr>
          <w:b/>
        </w:rPr>
        <w:t xml:space="preserve">[15:44] </w:t>
      </w:r>
      <w:r>
        <w:t>ab woh hazaron saal se yeh chala aa raha tha. to ab unki samajh mein nahi aaya ke yeh kya tareeqa hai ke koi bhi hukoomat takht par baith jaye koi bhi hukoomat kare. to yeh unki samajh mein nahi aaya aur chunke rasoolullah sallaam ke koi beta nahi tha to is wajah se wahan par yeh nahi ho sakta tha to aapke damad hazrat ali ko logon ne chaha ke woh woh hakim bane.</w:t>
      </w:r>
    </w:p>
    <w:p>
      <w:pPr>
        <w:jc w:val="right"/>
      </w:pPr>
      <w:r>
        <w:t>अब वह हज़ारों साल से यह चला आ रहा था. तो अब उनकी समझ में नहीं आया कि यह क्या तरीका है कि कोई भी होकू तख्त पर बैठ जाए कोई भी होकूमत करे. तो यह उनकी समझ में नहीं आया और चूंकि रसूल्लाह सल्म के कोई बेटा नहीं था तो इस वजह से वहां पर यह नहीं हो सकता था तो आपके दामाद हजरत अली को लोगों ने चाहा कि वह वह हाकिम बने.</w:t>
      </w:r>
    </w:p>
    <w:p>
      <w:r>
        <w:rPr>
          <w:b/>
        </w:rPr>
        <w:t xml:space="preserve">[16:12] </w:t>
      </w:r>
      <w:r>
        <w:t>to lekin hazrat abu bakr ko rasoolullah sallaam sallaam ne achhe kai baar ishara kiya tha kyunke us zamane mein jo namaz ki imamat karta tha to wahi leader bhi hota tha political leader bhi wahi hota tha. to kai baar aapne hazrat abubakr se namaz ki imamat karwai. phir hazrat abubakr ne hazrat umar ko banaya.</w:t>
      </w:r>
    </w:p>
    <w:p>
      <w:pPr>
        <w:jc w:val="right"/>
      </w:pPr>
      <w:r>
        <w:t>तो लेकिन हदताबू बग्र को रसूल्लाह सल्लाह सल्लाह ने अच्छे कई बार इशारा किया था क्योंकि उस जमाने में जो नमाज़ की इमामत करता था तो वही leader भी होता था political leader भी वही होता था. तो कई बार आपने हज़ात उबगल से नमाज़ की इमामत करवाई. फिर हज़ात उबगल ने हज़ात उमर को बनाया.</w:t>
      </w:r>
    </w:p>
    <w:p>
      <w:r>
        <w:rPr>
          <w:b/>
        </w:rPr>
        <w:t xml:space="preserve">[16:39] </w:t>
      </w:r>
      <w:r>
        <w:t>hazrat umar jo ke bahut hi strong insaan the to woh unhon ne bahut hi consolidate kiya unke zamane mein bahut zyada expansion bhi hua aur consolidation bhi hua. lekin hazrat usman aur hazrat ali ke zamane mein bahut zyada mukhalafat badh gayi. to yeh isse samajh mein yeh aaya ke yeh chalega nahi kyunke logon ka halaat ki riayat dekhni padti hai. logon ko halaat kaise hain?</w:t>
      </w:r>
    </w:p>
    <w:p>
      <w:pPr>
        <w:jc w:val="right"/>
      </w:pPr>
      <w:r>
        <w:t>हज़ात उमर जो कि बहुत ही strong इंसान थे तो वह उन्होंने बहुत ही consolidate किया उनके जमाने में बहुत ज़्यादा expansion भी हुआ और consolidation भी हुआ. लेकिन हज़ात उस्मान और हज़रत अली के जमाने में बहुत ज़्यादा मुखाल बंद बढ़ गई. तो यह इससे समझ में यह आया कि यह चलेगा नहीं क्योंकि लोगों का हालात की रियायत देखनी पड़ती है. लोगों को हालात कैसे हैं?</w:t>
      </w:r>
    </w:p>
    <w:p>
      <w:r>
        <w:rPr>
          <w:b/>
        </w:rPr>
        <w:t xml:space="preserve">[17:06] </w:t>
      </w:r>
      <w:r>
        <w:t>kyunke halaat nahi aise the ke koi democratic leader is tarike se chunkar hakim bane. to is wajah se aisa hua ke dynastic rule aa gaya aur umayyad aur phir unke baad unka beta, unke baad unka beta. isi tarike se unke khandan mein sau saal tak, even nabbe saal tak woh chalta raha.</w:t>
      </w:r>
    </w:p>
    <w:p>
      <w:pPr>
        <w:jc w:val="right"/>
      </w:pPr>
      <w:r>
        <w:t>क्योंकि हालात नहीं ऐसे थे कि कोई democratic leader इस तरीके से चुनकर हाकिम बने. तो इस वजह से ऐसा हुआ कि dynastic rule आ गया और अमीर मां भीया और फिर उनके बाद उनका बेटा, उनके बाद उनका बेटा. इसी तरीके से उनके खानदान में सौ साल तक, even नब्बे साल तक वह चलता रहा.</w:t>
      </w:r>
    </w:p>
    <w:p>
      <w:r>
        <w:rPr>
          <w:b/>
        </w:rPr>
        <w:t xml:space="preserve">[17:30] </w:t>
      </w:r>
      <w:r>
        <w:t>usko logon ne accept kar liya aur yeh ek hota hai dekhiye ideal, ek hota hai practical. to kai mamlaat mein ideal nahi chalta hai to humein practical reason kehta hai to usko accept karna padta hai aur bahut sare logon ne matlab us zamane ke tamam jo ulma the, tamam muhaddiseen the, woh kahte sabne usko accept kiya.</w:t>
      </w:r>
    </w:p>
    <w:p>
      <w:pPr>
        <w:jc w:val="right"/>
      </w:pPr>
      <w:r>
        <w:t>उसको लोगों ने accept कर लिया और यह एक होता है देखिए ideal, एक होता है practical. तो कई मामलात में ideal नहीं चलता है तो हमें practical reason कहता है तो उसको accept करना पड़ता है और बहुत सारे लोगों ने मतलब उस जमाने के तमाम जो वालमा थे, तमाम मोहद्य सेन थे, वह कहा थे सबने उसको accept किया.</w:t>
      </w:r>
    </w:p>
    <w:p>
      <w:r>
        <w:rPr>
          <w:b/>
        </w:rPr>
        <w:t xml:space="preserve">[17:55] </w:t>
      </w:r>
      <w:r>
        <w:t>to isi wajah se kyunke hukoomat ka jo asal maqsad hai woh stability qaim karni hai aur stability qaim thi. banu umayyad ke zamane mein bahut zyada kaam ho raha tha aur islam ka bhi kaam bahut zyada hua aur baqi jo infrastructure waghera yeh sab jo kaam hote hain sab bahut achhe tarike se sab kaam ho raha tha. to logon ne usko accept kar liya.</w:t>
      </w:r>
    </w:p>
    <w:p>
      <w:pPr>
        <w:jc w:val="right"/>
      </w:pPr>
      <w:r>
        <w:t>तो इसी वजह से क्योंकि हुकूमत का जो असल मकसद है वह stability कायम करनी है और stability कायम थी. बनो मैया के जमाने में बहुत ज़्यादा काम हो रहा था और इस्लाम का भी काम बहुत ज़्यादा हुआ और बाकी जो infrastructure वगैरह यह सब जो काम होते हैं सब बहुत अच्छे तरीके से सब काम हो रहा था. तो लोगों ने उसको accept कर लिया.</w:t>
      </w:r>
    </w:p>
    <w:p>
      <w:r>
        <w:rPr>
          <w:b/>
        </w:rPr>
        <w:t xml:space="preserve">[18:20] </w:t>
      </w:r>
      <w:r>
        <w:t>to yeh jo acceptance tha woh halaat ki riayat ki wajah se tha aur halaat ki riayat hamesha karni padti hai. agar halaat ki riayat nahi karenge to log mukhalif ho jayenge aur koi bhi kaam nahi hoga. ab banu umayyad ke baad banu abbas aaye woh bhi dynastic rule tha. woh kai sau saal tak chalta raha aur khilafat to tees saal mein hi khatm ho gayi.</w:t>
      </w:r>
    </w:p>
    <w:p>
      <w:pPr>
        <w:jc w:val="right"/>
      </w:pPr>
      <w:r>
        <w:t>तो यह जो acceptance था वह हालात की रियायत की वजह से था और हालात की रियायत हमेशा करनी पड़ती है. अगर हालात की रियायत नहीं करेंगे तो लोग मुखालिफ हो जाएंगे और कोई भी काम नहीं होगा. अब बनुओ मैया के बाद बनु अब्बास आए वह भी dynastic rule था. वह कई सौ साल तक चलता रहा और खिलाफत तो तीस साल में ही खत्म हो गई.</w:t>
      </w:r>
    </w:p>
    <w:p>
      <w:r>
        <w:rPr>
          <w:b/>
        </w:rPr>
        <w:t xml:space="preserve">[18:45] </w:t>
      </w:r>
      <w:r>
        <w:t>to logon ne usko jo banu umayyad aur banu abbas ki hukoomat the usko mulkiyat se taabeer kiya hai aur usko galat samjha hai ke islam ke khilaf samjha hai. to aisa kuch nahi hai isliye hukoomat hoti hai stability ke liye tamam logon ko mawaqe mile kaam karne ke. to is zamane mein banu umayyad ke zamane mein aur banu abbas ke zamane mein logon ko khoob khoob mauqa mila.</w:t>
      </w:r>
    </w:p>
    <w:p>
      <w:pPr>
        <w:jc w:val="right"/>
      </w:pPr>
      <w:r>
        <w:t>तो लोगों ने उसको जो बनवो मैया और बनवो अब्बाज़ की हुकुमार थे उसको मलुकियत से तावीर किया है और उसको गलत समझा है कि इस्लाम के खिलाफ समझा है. तो ऐसा कुछ नहीं है इसलिए हुकूमत होती है stability के लिए तमाम लोगों को मवाके मिले काम करने के. तो इस जमाने में बनवा मैया के जमाने में और बनवा बास के जमाने में लोगों को खूब खूब मौका मिला.</w:t>
      </w:r>
    </w:p>
    <w:p>
      <w:r>
        <w:rPr>
          <w:b/>
        </w:rPr>
        <w:t xml:space="preserve">[19:12] </w:t>
      </w:r>
      <w:r>
        <w:t>hadees se jama ki gayi, quran ka kaam hua, arabi language ka, grammar ka yeh sare kaam musalsal ho rahe the. tamam jo source books hain usi zamane mein tayyar hui. to yeh dekhna hoga ke kya ek hukoomat mein humein mawaqe mil rahe hain kaam karne ke?</w:t>
      </w:r>
    </w:p>
    <w:p>
      <w:pPr>
        <w:jc w:val="right"/>
      </w:pPr>
      <w:r>
        <w:t>हदी से जमा की गई, कुरान का काम हुआ, Arabi language का, grammar का यह सारे काम मुसलसल हो रहे थे. तमाम जो source books हैं उसी जमाने में तैयार हुई. तो यह देखना होगा कि क्या एक रुकूमत में हमें मवाके मिल रहे हैं काम करने के?</w:t>
      </w:r>
    </w:p>
    <w:p>
      <w:r>
        <w:rPr>
          <w:b/>
        </w:rPr>
        <w:t xml:space="preserve">[19:29] </w:t>
      </w:r>
      <w:r>
        <w:t>agar mawake mil rahe hain to woh theek hai woh accept kiya jayega aur fouqaha ne bhi kaha hai ke raston par aam ho aur hamein ibadat ki ijazat ho, har kaam ki ijazat ho to woh hukoomat jo hai woh qabil e qabool hai. to is tareeqe se khandani hukoomat jo hai us zamane ke lihaz se woh zaroori thi. aaj to democracy jo hai woh ek universal naam ban gaya hai.</w:t>
      </w:r>
    </w:p>
    <w:p>
      <w:pPr>
        <w:jc w:val="right"/>
      </w:pPr>
      <w:r>
        <w:t>अगर मवाके मिल रहे हैं तो वह ठीक है वह accept किया जाएगा और फौकहा ने भी कहा है कि रास्तों पर आम हो और हमें इबादत की इजाज़त हो, हर काम की इजाज़त हो तो वह हुकूमत जो है वह काबिल ए कबूल है. तो इस तरीके से खानदानी हुकूमत जो है उस जमाने के लिहाज से वह ज़रूरी थी. आज तो democracy जो है वह एक universal नाम वन गया है.</w:t>
      </w:r>
    </w:p>
    <w:p>
      <w:r>
        <w:rPr>
          <w:b/>
        </w:rPr>
        <w:t xml:space="preserve">[19:57] </w:t>
      </w:r>
      <w:r>
        <w:t>to aaj ke liye to democracy jo hai woh best best hukoomat ka tareeqa hai. ji aap aap kuch comments padhna chahunga. bohat se log aap ke talk ko pasand kar rahe hain. kafi appreciate kar rahe hain. kuch comments un mein se chunkar padhna chahunga. yeh comment bheja hai doctor asim khan sahab ne saharanpur se.</w:t>
      </w:r>
    </w:p>
    <w:p>
      <w:pPr>
        <w:jc w:val="right"/>
      </w:pPr>
      <w:r>
        <w:t>तो आज के लिए तो democracy जो है वह best best मुकूमत का तरीका है. जी आप आप कुछ comments पढ़ना चाहूंगा. बहुत से लोग आपके talk को पसंद कर रहे हैं. काफी appreciate कर रहे हैं. कुछ comments उनमें से चुनकर पढ़ना चाहूंगा. यह comment भेजा है doctor असम खान साहब ने सहारनपुर से.</w:t>
      </w:r>
    </w:p>
    <w:p>
      <w:r>
        <w:rPr>
          <w:b/>
        </w:rPr>
        <w:t xml:space="preserve">[20:20] </w:t>
      </w:r>
      <w:r>
        <w:t>unhone likha hai 100% correct doctor farida, replanning is a must to achieve super success. Replanning is an act of wisdom, according to the last prophet. Replanning is to look into the present and future, analyzing and organizing ideas into actionable steps. One of the great example was sulah hudebiya. Maulana Wahiduddin Khan also followed the same peaceful strategy in his life.</w:t>
      </w:r>
    </w:p>
    <w:p>
      <w:pPr>
        <w:jc w:val="right"/>
      </w:pPr>
      <w:r>
        <w:t>उन्होंने लिखा है 100% correct doctor फरीदा, re planning is a must to achieve super success. Replanning is an act of wisdom, according to the last profit. Replanning is to look into the present and future, analyzing and organizing ideas into actionable steps. One of the great example was सुलेह हुदेबिया. मुलाना वैदुद्दीन खान also followed the same peaceful strategy in his life.</w:t>
      </w:r>
    </w:p>
    <w:p>
      <w:r>
        <w:rPr>
          <w:b/>
        </w:rPr>
        <w:t xml:space="preserve">[20:50] </w:t>
      </w:r>
      <w:r>
        <w:t>Maulana Iqbal Umri ne Chennai se likha hai the concept of replanning is very hopeful idea to make successful life Miss Farida Kamran ne Pakistan se likha hai dear all pray for Maulana sahib as he connected us to God and gave us the true spirit of Islam. May Allah give him royal reward in paradise, aameen.</w:t>
      </w:r>
    </w:p>
    <w:p>
      <w:pPr>
        <w:jc w:val="right"/>
      </w:pPr>
      <w:r>
        <w:t>मुलाना इकबाल उम्री ने चेन्नई से लिखा है the concept of replanning is very hopeful idea to make successful life Miss फरीदा कामरान ने Pakistan से लिखा है dear all pray for मुलाना साहब as he connected us to God and gave us the true spirit of Islam. May Allah give him royal reward in paradise, आमिन.</w:t>
      </w:r>
    </w:p>
    <w:p>
      <w:r>
        <w:rPr>
          <w:b/>
        </w:rPr>
        <w:t xml:space="preserve">[21:15] </w:t>
      </w:r>
      <w:r>
        <w:t>Ghulam Akbar sahab aur Mohammad bin Shahid sahab ne Pakistan se likha hai very beautiful message for human reform. Mehalla grant doctor Farida a long life, fruitful discussion regarding a vital issue which is imminent in changing situation. Replanning is avoiding negativity and searching the new possible ways.</w:t>
      </w:r>
    </w:p>
    <w:p>
      <w:pPr>
        <w:jc w:val="right"/>
      </w:pPr>
      <w:r>
        <w:t>गुलाम अकबर साहब और मोहम्मद बिन शहीद साहब ने Pakistan से लिखा है very beautiful message for human reform. मेहालाह grant doctor फरीदा a long life, fruitful discussion regarding a vital issue which is imminent in changing situation. Replanning is avoiding negativity and searching the new possible ways.</w:t>
      </w:r>
    </w:p>
    <w:p>
      <w:r>
        <w:rPr>
          <w:b/>
        </w:rPr>
        <w:t xml:space="preserve">[21:40] </w:t>
      </w:r>
      <w:r>
        <w:t>achha aap agar hum Islamic history mein dekhen to ek bohat bada waqea prophet ibrahim ke daur par aaya aur hum yeh keh sakte hain ke aage chal kar yahi waqea Islam ka source bana.</w:t>
      </w:r>
    </w:p>
    <w:p>
      <w:pPr>
        <w:jc w:val="right"/>
      </w:pPr>
      <w:r>
        <w:t>अच्छा आप अगर हम इस्लामic history में देखें तो एक बहुत बड़ा वाक्या prophet इब्राहिम के दौर पर आया और हम यह कह सकते हैं कि आगे चलकर यही वाक्या इस्लाम का source बना.</w:t>
      </w:r>
    </w:p>
    <w:p>
      <w:r>
        <w:rPr>
          <w:b/>
        </w:rPr>
        <w:t xml:space="preserve">[21:53] </w:t>
      </w:r>
      <w:r>
        <w:t>yeh woh waqea tha jab Hazrat Ibrahim ne apni biwi Hajra aur apne bete Ismail ko desert mein settle kiya aur Maulana Wahiduddin Khan sahab is settlement ko desert therapy kaha karte thay. unhone likha bhi hai aur kai lectures mein bhi kaha hai. to main chahunga ke aap yeh batayen ke yeh desert therapy kya hai? isko aap achhe se wazeh karen.</w:t>
      </w:r>
    </w:p>
    <w:p>
      <w:pPr>
        <w:jc w:val="right"/>
      </w:pPr>
      <w:r>
        <w:t>यह वह वाक्या था जब हज़रत इब्राहिम ने अपनी बीवी हाजरा और अपने बेटे इस्माइल को desert में settle किया और मराना वैदुद्दीन खान साहब इस settlement को desert therapy कहा करते थे. उन्होंने लिखा भी है और कई lectures में भी कहा है. तो मैं चाहूंगा कि आप यह बताएं कि यह desert therapy क्या है? इसको आप अच्छे से वाज़े करें.</w:t>
      </w:r>
    </w:p>
    <w:p>
      <w:r>
        <w:rPr>
          <w:b/>
        </w:rPr>
        <w:t xml:space="preserve">[22:22] </w:t>
      </w:r>
      <w:r>
        <w:t>asal mein Allah taala ne jab insan ko paida kiya to usi waqt uske guidance ka intezam bhi kiya. Hazrat Adam Ali Salam pehle insan bhi thay aur pehle paighambar bhi. uske baad musalsal paighambar aate rahe. kaha jata hai ke ek lakh chobis hazar paighambar aaye. lekin zyadatar paighambaron ko bohat hi thode se followers mile.</w:t>
      </w:r>
    </w:p>
    <w:p>
      <w:pPr>
        <w:jc w:val="right"/>
      </w:pPr>
      <w:r>
        <w:t>असल में अल्लाह ताला ने जब इंसान को पैदा किया तो उसी वक्त उसके guidance का इंतज़ाम भी किया. फ़ज़रत आदमी अली सलाम पहले इंसान भी थे और पहले पैगंबर भी. उसके बाद मुसलसल पगंबर आते रहे. कहा जाता है कि एक लाख चौबीस हज़ार पगंबर आए. लेकिन ज़्यादातर पगंबरों को बहुत ही थोड़े से followers मिले.</w:t>
      </w:r>
    </w:p>
    <w:p>
      <w:r>
        <w:rPr>
          <w:b/>
        </w:rPr>
        <w:t xml:space="preserve">[22:48] </w:t>
      </w:r>
      <w:r>
        <w:t>kyunki Allah taala ne azadi di thi aur us azadi ka woh galat istemal karte thay. sachchai ko accept karne mein unko bohat zyada problem hoti thi kyunki woh dunya dari ki ek zindagi guzar rahe thay. to woh unko yeh samajh mein nahi aata tha. to woh inkar hi karte rahe. Quran mein bar bar aaya hai ke maine mere paighambaron ko tumne inkar kiya. tumne istehza kiya.</w:t>
      </w:r>
    </w:p>
    <w:p>
      <w:pPr>
        <w:jc w:val="right"/>
      </w:pPr>
      <w:r>
        <w:t>क्योंकि अल्लाह ताला ने आज़ादी दी थी और उस आज़ादी का वह गलत इस्तेमाल करते थे. सच्चाई को accept करने में उनको बहुत ज़्यादा problem होती थी क्योंकि वह दुनियादारी की एक ज़िंदगी गुज़ार रहे थे. तो वह उनको यह समझ में नहीं आता था. तो वह इनकार ही करते रहे. पुरान में बार बार आया है कि मैंने मेरे पगंबरों को तुमने इनकार किया. तुमने इस्तेहज़ा किया.</w:t>
      </w:r>
    </w:p>
    <w:p>
      <w:r>
        <w:rPr>
          <w:b/>
        </w:rPr>
        <w:t xml:space="preserve">[23:16] </w:t>
      </w:r>
      <w:r>
        <w:t>to yeh Allah taala kyunki Allah taala ne mukammal azadi di hai isliye kafi dinon tak Allah paighambaron ko bhejta raha taake kyunki insan halat test mein hai isi mein uska test ho raha tha. to lekin ab yeh hai ke ek aakhri paighambar Allah ko bhejna tha. to aakhri paighambar bhi wahi haal hota jo doosre paighambaron ko hua.</w:t>
      </w:r>
    </w:p>
    <w:p>
      <w:pPr>
        <w:jc w:val="right"/>
      </w:pPr>
      <w:r>
        <w:t>तो यह अल्लाह तालाह चूंकि अल्लाह तालाह ने मुकंबल आज़ारी दी है इसलिए काफी दिनों तक अल्लाह पगंबरों को भेजता रहा ताकि क्योंकि इंसान हालत test में है इसी में उसका test हो रहा था. तो लेकिन अब यह है कि एक आखिरी पगंबर अल्लाह को भेजना था. तो आखिरी पगंबर भी वही हाल होता जो दूसरे पगंबरों को हुआ.</w:t>
      </w:r>
    </w:p>
    <w:p>
      <w:r>
        <w:rPr>
          <w:b/>
        </w:rPr>
        <w:t xml:space="preserve">[23:44] </w:t>
      </w:r>
      <w:r>
        <w:t>agar usko strong supporters, strong team usko na milti. to Allah taala ne ek nayi re planning ki ke Hazrat Hazrat Ibrahim ke zariye se unki biwi Hazrat Hajra aur unke bete Ismail ko dessert mein basa diya. Dessert mein kuch bhi nahi tha. us waqt wahan pani bhi nahi tha. adam na adamzad.</w:t>
      </w:r>
    </w:p>
    <w:p>
      <w:pPr>
        <w:jc w:val="right"/>
      </w:pPr>
      <w:r>
        <w:t>अगर उसको strong supporters, strong team उसको ना मिलती. तो अल्लाह तालाह ने एक नई re planning की कि हजरत हजरत इब्राहिम के जरिए से उनकी बीवी हजरत हजरा और उनके बेटे इस्माइल को dessert में बसा दिया. Dessert में कुछ भी नहीं था. उस वक्त वहां पानी भी नहीं था. आदम ना आदमज़ाद.</w:t>
      </w:r>
    </w:p>
    <w:p>
      <w:r>
        <w:rPr>
          <w:b/>
        </w:rPr>
        <w:t xml:space="preserve">[24:10] </w:t>
      </w:r>
      <w:r>
        <w:t>to unhone accept kiya Hazrat Hajra ke bohat badi qurbani hai. unhone usko accept kiya aur Allah taala ne phir pani ka intezam kiya dheere dheere. ek qabila Jurhum aa gaya wahan bas gaya.</w:t>
      </w:r>
    </w:p>
    <w:p>
      <w:pPr>
        <w:jc w:val="right"/>
      </w:pPr>
      <w:r>
        <w:t>तो उन्होंने accept किया हजरत हाजरा कि बहुत बड़ी कुर्बानी है. उन्होंने उसको accept किया और रल्ला ताला ने फिर पानी का इंतज़ाम किया धीरे धीरे. एक कबीला जुरूम आ गया वहां बस गया.</w:t>
      </w:r>
    </w:p>
    <w:p>
      <w:r>
        <w:rPr>
          <w:b/>
        </w:rPr>
        <w:t xml:space="preserve">[24:25] </w:t>
      </w:r>
      <w:r>
        <w:t>to Hazrat Ismail jab bade hue to qabila Jurhum ki ek ladki se shadi ki aur talwaalu to tanasul ke zariye se ek poori jo hai nas tayyar ho gayi aur asal mein shehar mein koi burai ka koi inkar hi nahi tha. jo evil hoti hai woh sab society mein hoti hai. misal ke taur par bachcha jayega society mein agar wahan galat kaam ho rahe hain to woh wahin se seekhega jhoot bol raha ab koi to jhoot seekhega.</w:t>
      </w:r>
    </w:p>
    <w:p>
      <w:pPr>
        <w:jc w:val="right"/>
      </w:pPr>
      <w:r>
        <w:t>तो हज़ाद इस्माइल जब बड़े हुए तो कबीला जुरूम की एक लड़की से शादी की और तलवालू तो तनासुल के जरिए से एक पूरी जो है नस तैयार हो गई और असल में शहरा में कोई बुराई का कोई इंकान ही नहीं था. जो evil होती है वह सब society में होती है. मिसाल के तौर पर बच्चा जाएगा society में अगर वहां गलत काम हो रहे हैं तो वह वही से सीखेगा झूठ बोल रहा अब कोई तो झूठ सीखेगा.</w:t>
      </w:r>
    </w:p>
    <w:p>
      <w:r>
        <w:rPr>
          <w:b/>
        </w:rPr>
        <w:t xml:space="preserve">[24:54] </w:t>
      </w:r>
      <w:r>
        <w:t>corruption ho raha hai to corruption seekhega lekin wahan shehar tha. wahan kuch tha hi nahi kuch seekhne ke liye. to us taraf fitrat ke mahol mein woh log badhe hue aur bohat zabardast tareeqe se unke andar woh fitri khushoosiyat paida hui. jafakashi ki, bahadari ki, fayyazi ki aur woh qurbani dekar ke koi kaam karna.</w:t>
      </w:r>
    </w:p>
    <w:p>
      <w:pPr>
        <w:jc w:val="right"/>
      </w:pPr>
      <w:r>
        <w:t>Corruption हो रहा है तो corruption सीखेगा लेकिन वहां सेहरा था. वहां कुछ था ही नहीं कुछ सीखने के लिए. तो उस तरफ फितरत के माहौल में वह लोग बढ़े हुए और बहुत ज़बरदस्त तरीके से उनके अंदर वह फित्री खुशुशियात पैदा हुई. जफाकशी की, बहादरी की, फैयाजी की और वह पुरबानी देकर के कोई काम करना.</w:t>
      </w:r>
    </w:p>
    <w:p>
      <w:r>
        <w:rPr>
          <w:b/>
        </w:rPr>
        <w:t xml:space="preserve">[25:23] </w:t>
      </w:r>
      <w:r>
        <w:t>sachchai ko qubool karne ki unke andar salahiyat paida hui kyunki woh jhoot bolne hi nahi jante thay. agar koi baat keh raha hai aur unko unko akal mein baat woh aa rahi hai to usko foran maan lete thay. kyunki woh yeh Rasool Allah SAW ke upar kabhi bhi unhone jhoot ka ilzam nahi lagaya kyunki woh arab jhoot bolna hi nahi jante thay.</w:t>
      </w:r>
    </w:p>
    <w:p>
      <w:pPr>
        <w:jc w:val="right"/>
      </w:pPr>
      <w:r>
        <w:t>सच्चाई को कुबूल करने की उनके अंदर सलाहियत पैदा हुई क्योंकि वह झूठ बोलने ही नहीं जानते थे. अगर कोई बात कह रहा है और उनको उनको अखल में बात वह आ रही है तो उसको फ़ौरन मान लेते थे. क्योंकि वह यह रसूल्लाह सलम के ऊपर कभी भी उन्होंने झूठ का इलज़ाम नहीं लगाया क्योंकि वह अरब झूठ बोलना ही नहीं जानते थे.</w:t>
      </w:r>
    </w:p>
    <w:p>
      <w:r>
        <w:rPr>
          <w:b/>
        </w:rPr>
        <w:t xml:space="preserve">[25:46] </w:t>
      </w:r>
      <w:r>
        <w:t>to yeh sab unko usi desert mein unko woh sari jo growth hui unki to uski wajah se unhone yeh sara wahan se seekha.</w:t>
      </w:r>
    </w:p>
    <w:p>
      <w:pPr>
        <w:jc w:val="right"/>
      </w:pPr>
      <w:r>
        <w:t>तो यह सब उनको उसी desert में उनको वह सारी जो growth हुई उनकी तो उसकी वजह से उन्होंने यह सारा वहां से सीखा.</w:t>
      </w:r>
    </w:p>
    <w:p>
      <w:r>
        <w:rPr>
          <w:b/>
        </w:rPr>
        <w:t xml:space="preserve">[25:55] </w:t>
      </w:r>
      <w:r>
        <w:t>to tamaddun se door hokar ke ek jandar nasl tayyar hui aur jab Rasool Allah SAW paida hue usi nasl mein to in yahi log thay jinhone jinko sahabi ka darja mila aur unhone Rasool Allah SAW ki har qeemat par, har qurbani par dekar ke Rasool Allah ki asahad diya.</w:t>
      </w:r>
    </w:p>
    <w:p>
      <w:pPr>
        <w:jc w:val="right"/>
      </w:pPr>
      <w:r>
        <w:t>तो तमोदुम से दूर होकर के एक जानदार नस्ल तैयार हुई और जब रसूल्लाह सलम पैदा हुए उसी नस्ल में तो इन यही लोग थे जिन्होंने जिन जिनको साहब का दर्जा मिला और उन्होंने रसूल्लाह का सलम की हर कीमत पर, हर कुर्बानी पर देकर के रसूल्लाह की असाध दिया.</w:t>
      </w:r>
    </w:p>
    <w:p>
      <w:r>
        <w:rPr>
          <w:b/>
        </w:rPr>
        <w:t xml:space="preserve">[26:19] </w:t>
      </w:r>
      <w:r>
        <w:t>to yahi wajah thi jo Allah taala ko bhi re planning karni padi aur yeh log jo thay sirf aisa nahi tha ke tauheed parambmi and kalab sirf sirf ek religious concept hai balki iski wajah se dunya mein jo sari taraqqiyan aayin usi ki wajah se aayin. kyunki insan jo hai nature worship mein mubtala tha.</w:t>
      </w:r>
    </w:p>
    <w:p>
      <w:pPr>
        <w:jc w:val="right"/>
      </w:pPr>
      <w:r>
        <w:t>तो यही वजह थी जो अल्लाह तालक भी re planning करनी पड़ी और यह लोग जो थे सिर्फ ऐसा नहीं था कि तहीद परमब्मी and कलाब सिर्फ सिर्फ एक religious concept है बल्कि इसकी वजह से दुनिया में जो सारी तरक्कियां आईं उसी की वजह से आईं. क्योंकि इंसान जो है nature worship में मुक्तला था.</w:t>
      </w:r>
    </w:p>
    <w:p>
      <w:r>
        <w:rPr>
          <w:b/>
        </w:rPr>
        <w:t xml:space="preserve">[26:45] </w:t>
      </w:r>
      <w:r>
        <w:t>nature worship jab khatam hui kyunki sari Allah taala ko Islam se unko maloom hua ke sirf ek Khuda hai aur baqi tamam cheezein insan ke liye mushakhar kar di gayi hain, insan ke liye banayi gayi hain.</w:t>
      </w:r>
    </w:p>
    <w:p>
      <w:pPr>
        <w:jc w:val="right"/>
      </w:pPr>
      <w:r>
        <w:t>Nature worship जब खत्म हुई क्योंकि सारी अल्लाह तालान को इस्लाम से उनको मालूम हुआ कि सिर्फ एक खोदा है और बाकी तमाम चीज़ें इंसान के लिए मुसखर कर दी गई है, इंसान के लिए बनाई गई है.</w:t>
      </w:r>
    </w:p>
    <w:p>
      <w:r>
        <w:rPr>
          <w:b/>
        </w:rPr>
        <w:t xml:space="preserve">[27:00] </w:t>
      </w:r>
      <w:r>
        <w:t>to is tareeqe se har cheez jo hai woh defy hone se khatam matlab jo defy kar rakha tha woh uska khatma ho gaya aur jo hai usko uske upar tehqeeq shuru ho gayi. to jo tehqeeq shuru hui yeh sab kaam shuru mein musalmanon ne hi kiya hai.</w:t>
      </w:r>
    </w:p>
    <w:p>
      <w:pPr>
        <w:jc w:val="right"/>
      </w:pPr>
      <w:r>
        <w:t>तो इस तरीके से हर चीज़ जो है वह defy होने से खत्म मतलब जो defy कर रखा था वह उसका खत्मा हो गया और जो है उसको उसके ऊपर तहकीक शुरू हो गई. तो जो तहकीक शुरू हुई यह सब काम शुरू में मुसलमानों ने ही किया है.</w:t>
      </w:r>
    </w:p>
    <w:p>
      <w:r>
        <w:rPr>
          <w:b/>
        </w:rPr>
        <w:t xml:space="preserve">[27:23] </w:t>
      </w:r>
      <w:r>
        <w:t>Spain mein bohat zyada kaam hua lekin baad mein woh jo hai ilm jo hai Europe pohncha aur Europe ne usmein bohat zabardast tareeqe se taraqqi ki aur tamam science aur technology jo hai woh maujood mein aayi. to dunya poori badal gayi is re planning se.</w:t>
      </w:r>
    </w:p>
    <w:p>
      <w:pPr>
        <w:jc w:val="right"/>
      </w:pPr>
      <w:r>
        <w:t>Spain में बहुत ज़्यादा काम हुआ लेकिन बाद में वह जो है ilm जो है Europe पहुंचा और Europe ने उसमें बहुत ज़बरदस्त तरीके से तरक्के किए और तमाम science और technology जो है वो मौजूद में आई. तो दुनिया पूरी बदल गई इस re planning से.</w:t>
      </w:r>
    </w:p>
    <w:p>
      <w:r>
        <w:rPr>
          <w:b/>
        </w:rPr>
        <w:t xml:space="preserve">[27:40] </w:t>
      </w:r>
      <w:r>
        <w:t>ab yeh Allah taala hi samajh sakta tha ke itni badi re planning kaise insan to samajh bhi nahi sakta tha ke jahan ke shehar mein ek nasl banayi jaye aur wahan par ek jandar qaum paida ho aur woh aakhri paighambar ka saath de aur phir dunya mein tamam takdile aaye. to yeh thi desert therapy. bhasha Allah. bohat achhe se aapne isko explain kiya apa.</w:t>
      </w:r>
    </w:p>
    <w:p>
      <w:pPr>
        <w:jc w:val="right"/>
      </w:pPr>
      <w:r>
        <w:t>अब यह अल्लाह तालाही समझ सकता था कि इतनी बड़ी re planning कैसे इंसान तो समझ भी नहीं सकता था कि जहां के शहरा में एक नस्ल बनाई जाए और वहां पर एक जानदार कौम पैदा हो और वह आखिरी प्रागंबर का साथ दे और फिर दुनिया में तमाम तक दिले आएं. तो यह थी desert therapy. भाषा अल्लाह. बहुत अच्छे से आपने इसको explain किया आपा.</w:t>
      </w:r>
    </w:p>
    <w:p>
      <w:r>
        <w:rPr>
          <w:b/>
        </w:rPr>
        <w:t xml:space="preserve">[28:07] </w:t>
      </w:r>
      <w:r>
        <w:t>agla sawal lene se pehle kuch comments padhna chahunga aur ek question bhi lena chahunga jo bheja gaya hai Pakistan se. Comments hain yeh Ateeq Syed sahab ne Maharashtra se likha hai. Replanning is an important tool according to the situation. Thank you doctor Farida ma'am for the good guidance. Shahid Mahmood sahab ne Karachi se likha hai excellent message of reforming according to the situation.</w:t>
      </w:r>
    </w:p>
    <w:p>
      <w:pPr>
        <w:jc w:val="right"/>
      </w:pPr>
      <w:r>
        <w:t>अगला सवाल लेने से पहले कुछ comments पढ़ना चाहूंगा और एक question भी लेना चाहूंगा जो भेजा गया है Pakistan से. Comments हैं यह अतीक सय्यद साहब ने महाराष्ट्र से लिखा है. Replanning is an important tool according to the situation. Thank you doctor फरीदा ma'am for the good guidance. शाहिद महमूद साहब ने कराची से लिखा है excellent message of reforming according to the situation.</w:t>
      </w:r>
    </w:p>
    <w:p>
      <w:r>
        <w:rPr>
          <w:b/>
        </w:rPr>
        <w:t xml:space="preserve">[28:36] </w:t>
      </w:r>
      <w:r>
        <w:t>Riyaz Bhatt sahab ne Srinagar se likha hai when one starts an idea against a set tradition he or she has to accept that resistance is natural and success of things lies to find a way by replanning one strategy. Well quoted examples by apa today and to be followed by every dai all the time. Apa yeh ek sawal bheja hai Waqar Waqar Sabbasi sahab ne Pakistan se.</w:t>
      </w:r>
    </w:p>
    <w:p>
      <w:pPr>
        <w:jc w:val="right"/>
      </w:pPr>
      <w:r>
        <w:t>रियाज भट्ट साहब ने श्रीनगर से लिखा है when one starts an idea against a set tradition he or she has to accept that resistance is natural and success of things lies to find a way by replanning one strategy. Well quoted examples by आपा today and to be followed by every दाई all the time. आपा यह एक सवाल भेजा है वकार वकार सब्बासी साहब ने Pakistan से.</w:t>
      </w:r>
    </w:p>
    <w:p>
      <w:r>
        <w:rPr>
          <w:b/>
        </w:rPr>
        <w:t xml:space="preserve">[29:06] </w:t>
      </w:r>
      <w:r>
        <w:t>unhone likha hai ke is it practically possible for a believer to live a akhirat oriented life and make progress in this world at the same time? to dono cheezein kya mumkin hain? iske bare mein aap kya kahengi? Hazrat Usman ek bohat bade tajeer thay. kabhi Rasool Allah SAW ne unko mana nahi kiya tejarat se. Hazrat Khadija tejarat karti thi.</w:t>
      </w:r>
    </w:p>
    <w:p>
      <w:pPr>
        <w:jc w:val="right"/>
      </w:pPr>
      <w:r>
        <w:t>उन्होंने लिखा है कि is it practically possible for a believer to live a आखिरित oriented life and make progress in this world at the same time? तो दोनों चीज़ें क्या मुमकिन हैं? इसके बारे में आप क्या कहेंगी? हजरत उस्मान एक बहुत बड़े ताज़िर थे. कभी रसूल्लाह सस्लाम ने उनको मना नहीं किया तेज़ारत से. हजरत खदीजा तेज़ारत करती थी.</w:t>
      </w:r>
    </w:p>
    <w:p>
      <w:r>
        <w:rPr>
          <w:b/>
        </w:rPr>
        <w:t xml:space="preserve">[29:35] </w:t>
      </w:r>
      <w:r>
        <w:t>kabhi aapne mana nahi kiya. to tezaarat karna duniya to insaan ke hi liye banai gai hai. lekin is duniya ko hasil karte hue woh khuda ko na bhool jaye. ek baar hadrat aisha ne kaha ki abdur rehman ibna off woh bhi ek bade taazir the ki rasoolullah sasm ne farmaaya hai ki woh jannat mein ghasitte hue jayenge.</w:t>
      </w:r>
    </w:p>
    <w:p>
      <w:pPr>
        <w:jc w:val="right"/>
      </w:pPr>
      <w:r>
        <w:t>कभी आपने मना नहीं किया. तो तेज़ारत करना दुनिया तो इंसान के ही लिए बनाई गई है. लेकिन इस दुनिया को हासिल करते हुए वह खुदा को ना भूल जाए. एक बार हदरताइशा ने कहा कि अब्दुर रहमान इब्ना off वह भी एक बड़े ताज़िर थे कि रसूल्लाह सस्म ने फरमाया है कि वह जन्नत में घसिटते हुए जाएंगे.</w:t>
      </w:r>
    </w:p>
    <w:p>
      <w:r>
        <w:rPr>
          <w:b/>
        </w:rPr>
        <w:t xml:space="preserve">[30:00] </w:t>
      </w:r>
      <w:r>
        <w:t>to abdur rehman ibna off ne kaha nahi main to chal kar jaunga aur unhone apna sara jo us waqt ka unka asaasa tha tijarat ke zariye se woh saahab ka sab sadqa o khairaat kar diya. to islam mein yeh galat hai ki jo bhi kamaai ho woh sirf hamare upar istemaal ho balki woh doosron ke upar istemaal karein. deen ke kaam ke liye istemaal karein. sadqa o khairaat karein.</w:t>
      </w:r>
    </w:p>
    <w:p>
      <w:pPr>
        <w:jc w:val="right"/>
      </w:pPr>
      <w:r>
        <w:t>तो अब्दुर रहमान इब्ना off ने कहा नहीं मैं तो चल कर जाऊंगा और उन्होंने अपना सारा जो उस वक्त का उनका असासा था प्रजारत के जरिए से वह साहब का सब शतकाव खैरात कर दिया. तो इस्लाम में यह गलत है कि जो भी कमाई हो वह सिर्फ हमारे ऊपर इस्तेमाल हो बल्कि वह दूसरों के ऊपर इस्तेमाल करें. दीन के काम के लिए इस्तेमाल करें. सदकाओं खैरात करें.</w:t>
      </w:r>
    </w:p>
    <w:p>
      <w:r>
        <w:rPr>
          <w:b/>
        </w:rPr>
        <w:t xml:space="preserve">[30:26] </w:t>
      </w:r>
      <w:r>
        <w:t>rasoolullah sarsalam bahut zyada sadqa o khairaat karte the aur usmein ramzan mein to bahut zyada karte the. to kamaai aap karein lekin uska istemaal usi tarah karein jis tarike se islam mein bataya gaya hai.</w:t>
      </w:r>
    </w:p>
    <w:p>
      <w:pPr>
        <w:jc w:val="right"/>
      </w:pPr>
      <w:r>
        <w:t>रसूल्लाह सरसलम बहुत ज़्यादा सदकाओं खैरात करते थे और उसमें रमज़ान में तो बहुत ज़्यादा करते थे. तो कमाई आप करें लेकिन उसका इस्तेमाल उसी तरह करें जिस तरीके से इस्लाम में बताया गया है.</w:t>
      </w:r>
    </w:p>
    <w:p>
      <w:r>
        <w:rPr>
          <w:b/>
        </w:rPr>
        <w:t xml:space="preserve">[30:47] </w:t>
      </w:r>
      <w:r>
        <w:t>ji, miss kurotulain ne srinagar se likha hai brilliantly explaining the reason why democracy shura could not take roots after the death of prophet. that the basic job of government is to maintain stability and peace and for that a ruler is supposed to be strong and firm is undisputed.</w:t>
      </w:r>
    </w:p>
    <w:p>
      <w:pPr>
        <w:jc w:val="right"/>
      </w:pPr>
      <w:r>
        <w:t>जी, miss कुरुतलैन ने श्रीनगर से लिखा है brilliantly explaining the reason why democracy शुरा could not take roots after the death of prophet. That the basic job of government is to maintain stability and peace and for that a ruler is supposed to be strong and firm is undisputed.</w:t>
      </w:r>
    </w:p>
    <w:p>
      <w:r>
        <w:rPr>
          <w:b/>
        </w:rPr>
        <w:t xml:space="preserve">[31:10] </w:t>
      </w:r>
      <w:r>
        <w:t>that's why after hazrat abu bakr and hazrat umar, people in general appreciated a strong ruler to carry on the affairs of state. no wonder after india's independence, mahatma gandhi in a message to people urge the government to follow the path of hazrat abu bakr and hazrat umar. and now the times have changed and the democratic rule is generally accepted throughout the world.</w:t>
      </w:r>
    </w:p>
    <w:p>
      <w:pPr>
        <w:jc w:val="right"/>
      </w:pPr>
      <w:r>
        <w:t>That's why after हज़रत अबू बकर and हज़रत उमर, people in general appreciated a strong ruler to carry on the affairs of state. No wonder after India's independence, महात्मा गांधी in a message to people urge the government to follow the path of हज़रत अबू बकर and हज़रत उमर. And now the times have changed and the democratic rule is generally accepted throughout the world.</w:t>
      </w:r>
    </w:p>
    <w:p>
      <w:r>
        <w:rPr>
          <w:b/>
        </w:rPr>
        <w:t xml:space="preserve">[31:36] </w:t>
      </w:r>
      <w:r>
        <w:t>miss ruba begum ne rewa se likha hai in our life replanning always gives new new fresh start of anything and make us accountable for past and present too. achha aap agar present times mein dekhein to kareeb teen dashak pehle ek bahut hi deadly episode india mein hua tha. chhah december 1992 babri masjid dhai gai thi.</w:t>
      </w:r>
    </w:p>
    <w:p>
      <w:pPr>
        <w:jc w:val="right"/>
      </w:pPr>
      <w:r>
        <w:t>Miss रूबा बेगम ने रिवा से लिखा है in our life replanning always gives new new fresh start of anything and make us accountable for past and present too. अच्छा आप अगर present times में देखें तो करीब तीन दशक पहले एक बहुत ही deadly episode India में हुआ था. छह December 1992 बाबरी मस्जिद ढाई गई थी.</w:t>
      </w:r>
    </w:p>
    <w:p>
      <w:r>
        <w:rPr>
          <w:b/>
        </w:rPr>
        <w:t xml:space="preserve">[32:04] </w:t>
      </w:r>
      <w:r>
        <w:t>to agar hum usko yeh context of re planning se sochein ki musalmanon ko kya karna chahiye tha ya hum kya sabak lete hain re planning ko lekar, to us par aap kya kahengi? kyunki yeh ek ek bahut bada reference point ban gaya ki kaise cheezon ko avoid kiya ja sakta tha, replanning ho sakti thi aur manana wahiduddin khan sahab ekdam forefront par the.</w:t>
      </w:r>
    </w:p>
    <w:p>
      <w:pPr>
        <w:jc w:val="right"/>
      </w:pPr>
      <w:r>
        <w:t>तो अगर हम उसको यह context of re planning से सोचें कि मुसलमानों को क्या करना चाहिए था या हम क्या सबक लेते हैं re planning को लेकर, तो उस पर आप क्या कहेंगी? क्योंकि यह एक एक बहुत बड़ा reference point वन गया कि कैसे चीज़ों को avoid किया जा सकता था, replanning हो सकती थी और मनाना वैदुद्दीन खान साहब एकदम forefront पर थे.</w:t>
      </w:r>
    </w:p>
    <w:p>
      <w:r>
        <w:rPr>
          <w:b/>
        </w:rPr>
        <w:t xml:space="preserve">[32:28] </w:t>
      </w:r>
      <w:r>
        <w:t>unki jitni bhi baaten akhbaron mein, kitabon mein, talks mein aai hain, aaj woh poori tarah se sahi</w:t>
      </w:r>
    </w:p>
    <w:p>
      <w:pPr>
        <w:jc w:val="right"/>
      </w:pPr>
      <w:r>
        <w:t>उनकी जितनी भी बातें अखबारों में, किताबों में, talks में आई हैं, आज वह पूरी तरीके से सही</w:t>
      </w:r>
    </w:p>
    <w:p>
      <w:r>
        <w:rPr>
          <w:b/>
        </w:rPr>
        <w:t xml:space="preserve">[32:34] </w:t>
      </w:r>
      <w:r>
        <w:t>sabit hui hain.</w:t>
      </w:r>
    </w:p>
    <w:p>
      <w:pPr>
        <w:jc w:val="right"/>
      </w:pPr>
      <w:r>
        <w:t>साबित हुई हैं.</w:t>
      </w:r>
    </w:p>
    <w:p>
      <w:r>
        <w:rPr>
          <w:b/>
        </w:rPr>
        <w:t xml:space="preserve">[32:41] </w:t>
      </w:r>
      <w:r>
        <w:t>to main chahunga ki aap us par kuch roshni dalen.</w:t>
      </w:r>
    </w:p>
    <w:p>
      <w:pPr>
        <w:jc w:val="right"/>
      </w:pPr>
      <w:r>
        <w:t>तो मैं चाहूंगा कि आप उस पर कुछ रौशनी डालें.</w:t>
      </w:r>
    </w:p>
    <w:p>
      <w:r>
        <w:rPr>
          <w:b/>
        </w:rPr>
        <w:t xml:space="preserve">[32:48] </w:t>
      </w:r>
      <w:r>
        <w:t>haan, yeh bohat achha case tha re planning.</w:t>
      </w:r>
    </w:p>
    <w:p>
      <w:pPr>
        <w:jc w:val="right"/>
      </w:pPr>
      <w:r>
        <w:t>हां, यह बहुत अच्छा case था re planning.</w:t>
      </w:r>
    </w:p>
    <w:p>
      <w:r>
        <w:rPr>
          <w:b/>
        </w:rPr>
        <w:t xml:space="preserve">[32:55] </w:t>
      </w:r>
      <w:r>
        <w:t>ka re planning hoti to sara masla hal ho jata.</w:t>
      </w:r>
    </w:p>
    <w:p>
      <w:pPr>
        <w:jc w:val="right"/>
      </w:pPr>
      <w:r>
        <w:t>का re planning होती तो सारा मसला हल हो जाता.</w:t>
      </w:r>
    </w:p>
    <w:p>
      <w:r>
        <w:rPr>
          <w:b/>
        </w:rPr>
        <w:t xml:space="preserve">[33:02] </w:t>
      </w:r>
      <w:r>
        <w:t>to governor the mir baqi babar ke governor isi liye woh babri masjid kahi jati hai. to unhone taameer kiya tha. asal mein shuru se hi yeh tha ki woh ram chabutra tha woh jagah. yeh controversial zameen thi shuru se hi. to woh molana ne to woh visit kiya tha azaadi se pehle.</w:t>
      </w:r>
    </w:p>
    <w:p>
      <w:pPr>
        <w:jc w:val="right"/>
      </w:pPr>
      <w:r>
        <w:t>तो governor थे मीर बाकी बाबर के governor इसीलिए वह बाबरी मस्जिद कही जाती है. तो उन्होंने तामीर किया था. असल में शुरू से ही यह था कि वह राम चबूतरा था वह जगह. यह controversial ज़मीन थी शुरू से ही. तो वह मोलाना ने तो वह visit किया था आज़ादी से पहले.</w:t>
      </w:r>
    </w:p>
    <w:p>
      <w:r>
        <w:rPr>
          <w:b/>
        </w:rPr>
        <w:t xml:space="preserve">[33:23] </w:t>
      </w:r>
      <w:r>
        <w:t>to woh bataya tha unhone ki uske ek hisse mein jo aangan hai bahar ka, aangan hai jo masjid ka to uske ek hisse mein sita chabutra hai aur sita ki rasoi rasoi hai wahan par. to woh yeh iska matlab hai ki woh zameen controversial thi aur islam mein hai ki controversial zameen par masjid nahi banani hai.</w:t>
      </w:r>
    </w:p>
    <w:p>
      <w:pPr>
        <w:jc w:val="right"/>
      </w:pPr>
      <w:r>
        <w:t>तो वह बताया था उन्होंने कि उसके एक हिस्से में जो आंगन है बाहर का, आंगन है जो मस्जिद का तो उसके एक हिस्से में सीता चबूतरा है और सीता की रसोई रसोई है वहां पर. तो वह यह इसका मतलब है कि वह ज़मीन controversial थी और इस्लाम में है कि controversial ज़मीन पर मस्जिद नहीं बनानी है.</w:t>
      </w:r>
    </w:p>
    <w:p>
      <w:r>
        <w:rPr>
          <w:b/>
        </w:rPr>
        <w:t xml:space="preserve">[33:47] </w:t>
      </w:r>
      <w:r>
        <w:t>to baharhaal woh masjid bani aur woh musalsal jo hindus jo hain woh yeh baat kehte rahe objection raise karte rahe lekin woh chalti rahi. yahan tak ke partition ho gaya aur naya daur aaya. to uske baad un logon ne zyada woh kiya uske upar tehreek chalai. kuch logon ne har jagah fundamentalist hote hain.</w:t>
      </w:r>
    </w:p>
    <w:p>
      <w:pPr>
        <w:jc w:val="right"/>
      </w:pPr>
      <w:r>
        <w:t>तो बहरहाल वह मस्जिद बनी और वह मुसलसल जो हिंदूs जो हैं वह यह बात कहते रहे objection raise करते रहे लेकिन वह चलती रही. यहां तक के partition हो गया और नया दौर आया. तो उसके बाद उन लोगों ने ज़्यादा वह किया उसके ऊपर तैरीक चलाई. कुछ लोगों ने हर जगह fundamentalist होते हैं.</w:t>
      </w:r>
    </w:p>
    <w:p>
      <w:r>
        <w:rPr>
          <w:b/>
        </w:rPr>
        <w:t xml:space="preserve">[34:17] </w:t>
      </w:r>
      <w:r>
        <w:t>kuch logon ne usko gira diya. demolition kar diya uska nineteen ninety two mein. to demolition ke baad musalmanon ne jo tehreek uthai woh yeh ki masjid hum wahin banayenge. to wahan makeshift mandir ban chuka tha. to malana ne kaha ki makeshift mandir ban chuka hai. ab koi sawal nahi ki masjid wahin banegi.</w:t>
      </w:r>
    </w:p>
    <w:p>
      <w:pPr>
        <w:jc w:val="right"/>
      </w:pPr>
      <w:r>
        <w:t>कुछ लोगों ने उसको गिरा दिया. Demolition कर दिया उसका nineteen ninety two में. तो demolition के बाद मुसलमानों ने जो तैरीक उठाई वह यह कि मस्जिद हम वहीं बनाएंगे. तो वहां makeshift मंदिर वन चुका था. तो मालाना ने कहा कि makeshift मंदिर वन चुका है. अब कोई सवाल नहीं कि मस्जिद वहीं बनेगी.</w:t>
      </w:r>
    </w:p>
    <w:p>
      <w:r>
        <w:rPr>
          <w:b/>
        </w:rPr>
        <w:t xml:space="preserve">[34:40] </w:t>
      </w:r>
      <w:r>
        <w:t>to uska ek alternative hai bahut achha islam mein relocation ka aur ab main jab petrol dollar aaya aur tamam shahron ki planning hui to logon ko pata chala yahan to har mokaun corner par masjid hai to planning nahi ho sakti. to wahan par baqaida masjidon ki relocation hui.</w:t>
      </w:r>
    </w:p>
    <w:p>
      <w:pPr>
        <w:jc w:val="right"/>
      </w:pPr>
      <w:r>
        <w:t>तो उसका एक alternative है बहुत अच्छा इस्लाम में relocation का और अब मैं जब petrol dollar आया और तमाम शहरों की planning हुई तो लोगों को पता चला यहां तो हर मोकन corner पर मस्जिद है तो planning नहीं हो सकती. तो वहां पर बाकायदा मस्जिदों की relocation हुई.</w:t>
      </w:r>
    </w:p>
    <w:p>
      <w:r>
        <w:rPr>
          <w:b/>
        </w:rPr>
        <w:t xml:space="preserve">[35:05] </w:t>
      </w:r>
      <w:r>
        <w:t>misal ke taur par ek masjid bilal thi madine mein to woh usko woh wahan usko girakar aur usi naam se doosri masjid doosri jagah bana di gai. to aisi ek saahab ne batai thi ek faizul wahidi ek saahab the unka dakaal ho gaye woh wahan rehte the jiddah mein.</w:t>
      </w:r>
    </w:p>
    <w:p>
      <w:pPr>
        <w:jc w:val="right"/>
      </w:pPr>
      <w:r>
        <w:t>मिसाल के तौर पर एक मस्जिद बिलाल थी मदीने में तो वह उसको वह वहां उसको गिराकर और उसी नाम से दूसरी मस्जिद दूसरी जगह बना दी गई. तो ऐसी एक साहब ने बताई थी एक फैयदुल वहीदी एक साहब थे उनका दकाल हो गए वह वहां रहते थे ज़िद्दा में.</w:t>
      </w:r>
    </w:p>
    <w:p>
      <w:r>
        <w:rPr>
          <w:b/>
        </w:rPr>
        <w:t xml:space="preserve">[35:26] </w:t>
      </w:r>
      <w:r>
        <w:t>to unhone bataya tha ki ek ek shahar mein kai kai sau masidon ke saath aisa hua hai aur logon ne koi aitraaz nahi kiya kyunki wahan par azaadi nahi aitraaz karne ki. wahan to bas accept karna hai aamna wa sadqana. to yahan par azaadi us azaadi ka musalmanon ne galat istemaal kiya aur itni tehreek chalai supreme court tak apna case le gaye. to yeh nahi unhone dekha ki halaat ke lihaz se kaam kiya jata hai.</w:t>
      </w:r>
    </w:p>
    <w:p>
      <w:pPr>
        <w:jc w:val="right"/>
      </w:pPr>
      <w:r>
        <w:t>तो उन्होंने बताया था कि एक एक शहर में कई कई सौ मसीदों के साथ ऐसा हुआ है और लोगों ने कोई ऐतराज़ नहीं किया क्योंकि वहां पर आज़ादी नहीं ऐतराज़ करने की. वहां तो बस accept करना है आमन्ना और सब्दतना. तो यहां पर आज़ादी उस आज़ादी का मुसलमानों ने गलत इस्तेमाल किया और इतनी तहरीक चलाई supreme court तक अपना case ले गए. तो यह नहीं उन्होंने देखा कि हालात के लिहाज से काम किया जाता है.</w:t>
      </w:r>
    </w:p>
    <w:p>
      <w:r>
        <w:rPr>
          <w:b/>
        </w:rPr>
        <w:t xml:space="preserve">[35:53] </w:t>
      </w:r>
      <w:r>
        <w:t>wo halaat nahi hai ki masjid wahin bane. to halaat ke lihaz se islam mein jo bataya gaya hai relocation ka to woh baqaida jab arab mulkum ho sakta hai to india mein kyun nahi ho sakta? yahan tak ke kaaba ka bhi relocation hi hua kyunki kaaba pehle chakor nahi tha ek mustateel imarat ki kaaba.</w:t>
      </w:r>
    </w:p>
    <w:p>
      <w:pPr>
        <w:jc w:val="right"/>
      </w:pPr>
      <w:r>
        <w:t>वह हालात नहीं है कि मस्जिद वहीं बने. तो हालात के लिहाज से इस्लाम में जो बताया गया है relocation का तो वह बाकायदा जब अरब मुल्कुम हो सकता है तो India में क्यों नहीं हो सकता? यहां तक के काबाह का भी relocation ही हुआ क्योंकि काबाह पहले चौकोर नहीं था एक मुस्ततील इमारत की काबाह.</w:t>
      </w:r>
    </w:p>
    <w:p>
      <w:r>
        <w:rPr>
          <w:b/>
        </w:rPr>
        <w:t xml:space="preserve">[36:19] </w:t>
      </w:r>
      <w:r>
        <w:t>lekin jab kaaba usmein flood aaya aur gir gaya uski deewarein to jab dobara bana to unke paas itna material nahi tha to unhone chakor kaaba banakar jo jo sab bach gaya tha us par chhat nahi hai. to woh usi tarah se hai wahan par. to kaaba mein bhi aisa hua aur logon ne usko accept kiya kyunki rasoolullah sausalam ne jamma ka fada kar liya.</w:t>
      </w:r>
    </w:p>
    <w:p>
      <w:pPr>
        <w:jc w:val="right"/>
      </w:pPr>
      <w:r>
        <w:t>लेकिन जब काबा उसमें फ़ल्ड़ आया और गिर गया उसकी दीवारें तो जब दोबारा बना तो उनके पास इतना material नहीं था तो उन्होंने चौकोर काबा बनाकर जो जो सब बच गया था उस पर छत नहीं है. तो वह उसी तरीके से है वहां पर. तो काबा में भी ऐसा हुआ और लोगों ने उसको accept किया क्योंकि रसूल्लाह सौसलम ने जम्मा का फ़दा कर लिया.</w:t>
      </w:r>
    </w:p>
    <w:p>
      <w:r>
        <w:rPr>
          <w:b/>
        </w:rPr>
        <w:t xml:space="preserve">[36:46] </w:t>
      </w:r>
      <w:r>
        <w:t>us waqt aapne kaha ki main chahta hoon ki kaaba ko apni asal jo imarat thi usi ke mutabiq usko dobara bana diya jaye. to hazrat aisha ne kaha to aap kyun nahi banate? to aapne kaha ki awam jo hai woh accept nahi karenge. kahenge abhi yeh abhi yeh makka fata hua hai aur abhi kaaba giraya jaane laga. to aapne bhi yahi dekha ki log accept nahi karenge. to yahan to yeh bahut bade paimane par hai ki log accept nahi karenge.</w:t>
      </w:r>
    </w:p>
    <w:p>
      <w:pPr>
        <w:jc w:val="right"/>
      </w:pPr>
      <w:r>
        <w:t>उस वक्त आपने कहा कि मैं चाहता हूं कि काबा को अपनी असल जो इमारत थी उसी के मुताबिक उसको दोबारा बना दिया जाए. तो हदरताइशा ने कहा तो आप क्यों नहीं बनाते? तो आपने कहा कि आवाम जो है वह accept नहीं करेंगे. कहेंगे अभी यह अभी यह मक्का फता हुआ है और अभी कावा गिराया जाने लगा. तो आपने भी यही देखा कि लोग accept नहीं करेंगे. तो यहां तो यह बहुत बड़े पैमाने पर है कि लोग accept नहीं करेंगे.</w:t>
      </w:r>
    </w:p>
    <w:p>
      <w:r>
        <w:rPr>
          <w:b/>
        </w:rPr>
        <w:t xml:space="preserve">[37:16] </w:t>
      </w:r>
      <w:r>
        <w:t>to halaat ki riayat karna jo hai yeh bahut zyada zaroori hai aur iske liye hamein hamesha taiyar rehna chahiye aur hamare paas nazeer bhi thi. precedence bhi tha. uske baad bhi hum yahan ke leaderon ne usko nahi mana. yeh sara leaderon ki wajah se hua aam to jo yeh sab cheezon mein hissa nahi lete hain. unko apne kaam se hi fursat nahi milti.</w:t>
      </w:r>
    </w:p>
    <w:p>
      <w:pPr>
        <w:jc w:val="right"/>
      </w:pPr>
      <w:r>
        <w:t>तो हालात की रियायत करना जो है यह बहुत ज़्यादा ज़रूरी है और इसके लिए हमें हमेशा तैयार रहना चाहिए और हमारे पास नज़ीर भी थी. Precedence भी था. उसके बाद भी हम यहां के leaderओं ने उसको नहीं माना. यह सारा leaderओं की वजह से हुआ आम तो जो यह सब चीज़ों में हिस्सा नहीं लेते हैं. उनको अपने काम से ही फुर्सत नहीं मिलती.</w:t>
      </w:r>
    </w:p>
    <w:p>
      <w:r>
        <w:rPr>
          <w:b/>
        </w:rPr>
        <w:t xml:space="preserve">[37:41] </w:t>
      </w:r>
      <w:r>
        <w:t>lekin leaderon ne yeh jo hai case ko zinda rakha aur masla kabhi hal nahi hone diya. kitne zyada nuksan hue is is silsile mein.</w:t>
      </w:r>
    </w:p>
    <w:p>
      <w:pPr>
        <w:jc w:val="right"/>
      </w:pPr>
      <w:r>
        <w:t>लेकिन leaderओं ने यह जो है case को ज़िंदा रखा और मसला कभी हल नहीं होने दिया. कितने ज़्यादा नुकसान हुए इस इस सिलसिले में.</w:t>
      </w:r>
    </w:p>
    <w:p>
      <w:r>
        <w:rPr>
          <w:b/>
        </w:rPr>
        <w:t xml:space="preserve">[37:53] </w:t>
      </w:r>
      <w:r>
        <w:t>ji aur aap agar hum aise hi ek aur matlab different context mein agar hum example ko dekhein history mein to jo crusade shuru hue which started in January aur woh intermittently December tak musalsal chalte rahe and it was basically the onslaught of western nations against islam.</w:t>
      </w:r>
    </w:p>
    <w:p>
      <w:pPr>
        <w:jc w:val="right"/>
      </w:pPr>
      <w:r>
        <w:t>जी और आप अगर हम ऐसे ही एक और मतलब different context में अगर हम example को देखें history में तो जो crusade शुरू हुए which started in January और वो intermittently December तक मुसलसल चलते रहे and it was basically the onslaught of western nations against islam.</w:t>
      </w:r>
    </w:p>
    <w:p>
      <w:r>
        <w:rPr>
          <w:b/>
        </w:rPr>
        <w:t xml:space="preserve">[38:19] </w:t>
      </w:r>
      <w:r>
        <w:t>lekin hum dekhte hain ki kaise christians re planning karte hain crusades ke baad? to uske hawale se bhi aap thoda aur hamein samjhaiye ki kaise replanning jo hai ek situation ko negative se positive mein badal deti hai ya kis tarah se hum jahan par haar rahe hote hain, hum ekdam jeet jate hain. to yeh ek bahut bada history samay example milta hai crusades ko lekar. iske bare mein bataein.</w:t>
      </w:r>
    </w:p>
    <w:p>
      <w:pPr>
        <w:jc w:val="right"/>
      </w:pPr>
      <w:r>
        <w:t>लेकिन हम देखते हैं कि कैसे christians re planning करते हैं crusades के बाद? तो उसके हवाले से भी आप थोड़ा और हमें समझाइए कि कैसे replanning जो है एक situation को negative से positive में बदल देती है या किस तरीके से हम जहां पर हार रहे होते हैं, हम एकदम जीत जाते हैं. तो यह एक बहुत बड़ा history समय example मिलता है crusades को लेकर. इसके बारे में बताएं.</w:t>
      </w:r>
    </w:p>
    <w:p>
      <w:r>
        <w:rPr>
          <w:b/>
        </w:rPr>
        <w:t xml:space="preserve">[38:49] </w:t>
      </w:r>
      <w:r>
        <w:t>crusades do sau saal tak jaari rahin. yeh das sau pachaanve se barah sau ikyanve do sau saal. to yeh baitul maqdis ko lekar ke tha. asal mein baitul maqdis jo jerusalem hai wahan par sabke muqaddas yaadgaare hain.</w:t>
      </w:r>
    </w:p>
    <w:p>
      <w:pPr>
        <w:jc w:val="right"/>
      </w:pPr>
      <w:r>
        <w:t>Crusades दो सौ साल तक जारी रहीं. यह दस सौ पचानवे से बारह सौ इक्यानवे दो सौ साल. तो यह बैतुल मगदिस को लेकर के था. असल में बैतुल मगदिस जो Jerusalem है वहां पर सबके मुकद्दस यादगारे हैं.</w:t>
      </w:r>
    </w:p>
    <w:p>
      <w:r>
        <w:rPr>
          <w:b/>
        </w:rPr>
        <w:t xml:space="preserve">[39:09] </w:t>
      </w:r>
      <w:r>
        <w:t>yudiyon ki bhi, isaiyon ki bhi aur musalmanon ki us mamle mein hai ki rasoolullah sausalam wahan par meraj ke safar mein wahan gaye the aur wahan tamam paigambar aaye the aur aapki imamat mein namaz padi thi. to yeh tha to teeno jo semitic religions hai unke liye woh muqaddas jagah thi.</w:t>
      </w:r>
    </w:p>
    <w:p>
      <w:pPr>
        <w:jc w:val="right"/>
      </w:pPr>
      <w:r>
        <w:t>योदियों की भी, ईसाईयों की भी और मुसलमानों की उस मामले में है कि रसूल्लाह सौसलम वहां पर महराज के सफर में वहां गए थे और वहां तमाम पागंबर आए थे और आपकी इमामति में नमाज़ पड़ी थी. तो यह था तो तीनों जो semitic religions है उनके लिए वह मुकद्दस जगह थी.</w:t>
      </w:r>
    </w:p>
    <w:p>
      <w:r>
        <w:rPr>
          <w:b/>
        </w:rPr>
        <w:t xml:space="preserve">[39:34] </w:t>
      </w:r>
      <w:r>
        <w:t>to jab musalmanon ne baitul maqdis ko hazrat umar ke zamane mein hi yeh falasteen ka qabza ho gaya tha. to kai taqreeban hazaar varsh tak musalmanon ke paas raha. phir europe mein iske khilaf bahut zyada hua ki isko humko apne is par iske liye jang karni chahiye aur yeh humko apne kabze mein karna chahiye. baitul maqdis ko.</w:t>
      </w:r>
    </w:p>
    <w:p>
      <w:pPr>
        <w:jc w:val="right"/>
      </w:pPr>
      <w:r>
        <w:t>तो जब मुसलमानों ने बैतुल मग्दिस को हज़र उमर के जमाने में ही यह फ़लस्तीन कांकड़ हो गया था. तो कई तकरीबन हज़ार वर्ष तक मुसलमानों के पास हो रहा. फिर Europe में इसके खिलाफ बहुत ज़्यादा हुआ कि इसको हमको अपने इस पर इसके लिए जंग करनी चाहिए और यह हमको अपने कब्जे में करना चाहिए. बैतुल मगदिश को.</w:t>
      </w:r>
    </w:p>
    <w:p>
      <w:r>
        <w:rPr>
          <w:b/>
        </w:rPr>
        <w:t xml:space="preserve">[40:02] </w:t>
      </w:r>
      <w:r>
        <w:t>kyunki zyada tar to wahan par isai logon ki ye huddiyon ki bahut zyada yaadgar hain. rajat maseeh wahan paida paidaish ka bhi hai wahan par sab kuch unka yaadgar wahin par hai. to tamam Europe walon ne milkar jang ki lekin woh musalmanon ko hara nahi sake. to bahut vardas qism ki sakht qism ki defeat unki hui. to woh bahut hi zinda qaum the.</w:t>
      </w:r>
    </w:p>
    <w:p>
      <w:pPr>
        <w:jc w:val="right"/>
      </w:pPr>
      <w:r>
        <w:t>क्योंकि ज़्यादातर तो वहां पर ईसाई लोगों की ये हुद्दियों की बहुत ज़्यादा यादगार हैं. रजत मसीह वहां पैदा पैदाइश का भी है वहां पर सब कुछ उनका यादगार वहीं पर है. तो तमाम Europe वालों ने मिलकर जंग की लेकिन वह मुसलमानों को हरा नहीं सके. तो बहुत वर्दस किस्म की सख़्त किस्म की defeat उनकी हुई. तो वह बहुत ही ज़िंदा कौम थे.</w:t>
      </w:r>
    </w:p>
    <w:p>
      <w:r>
        <w:rPr>
          <w:b/>
        </w:rPr>
        <w:t xml:space="preserve">[40:29] </w:t>
      </w:r>
      <w:r>
        <w:t>unhone socha ki yeh musalmanon ko maidan-e-jang mein hum hara nahi sakte. to unhone usko ilm ke maidan mein harana chaha. to unhone sara ilm hasil kiya sabse pehle to Spain mein jo musalmanon ka ilm tha usko unhone sare kitabon ka tarjuma karwaya. wahan jaakar unhone taleem hasil ki. to woh uske baad unhone us par bahut zyada kaam kiya.</w:t>
      </w:r>
    </w:p>
    <w:p>
      <w:pPr>
        <w:jc w:val="right"/>
      </w:pPr>
      <w:r>
        <w:t>उन्होंने सोचा कि यह मुसलमानों को मैदानें जंग में हम हरा नहीं सकते. तो उन्होंने उसको इल्म के मैदान में हराना चाहा. तो उन्होंने सारा इल्म हासिल किया सबसे पहले तो Spain में जो मुसलमानों का इल्म था उसको उन्होंने सारे किताबों का तर्जुमा करवाया. वहां जाकर उन्होंने तालीम हासिल की. तो वह उसके बाद उन्होंने उस पर बहुत ज़्यादा काम किया.</w:t>
      </w:r>
    </w:p>
    <w:p>
      <w:r>
        <w:rPr>
          <w:b/>
        </w:rPr>
        <w:t xml:space="preserve">[40:58] </w:t>
      </w:r>
      <w:r>
        <w:t>maseed us par kaam kiya. taqreeban solahvin sadi tak Europe mein yeh kitabein jo musalmanon ne tayyar ki thi Spain mein. woh baqayda textbook ke taur par padhai jati thi. to ab unhone ek isko unhone spiritual crusade kaha.</w:t>
      </w:r>
    </w:p>
    <w:p>
      <w:pPr>
        <w:jc w:val="right"/>
      </w:pPr>
      <w:r>
        <w:t>मसीद उस पर काम किया. तकरीबन सोलहवीं सदी तक Europe में यह किताबें जो मुसलमानों ने तैयार की थी Spain में. वह बाकायदा textbook के तौर पर पढ़ाई जाती थी. तो अब उन्होंने एक इसको उन्होंने spiritual crusade कहा.</w:t>
      </w:r>
    </w:p>
    <w:p>
      <w:r>
        <w:rPr>
          <w:b/>
        </w:rPr>
        <w:t xml:space="preserve">[41:16] </w:t>
      </w:r>
      <w:r>
        <w:t>to spiritual crusade yahi tha ilm ilm ke maidan mein spiritual crusade aur unhone itna mehnat ki chaar sau paanch sau saal ki unhone ek bura ekdam naya age liya hai. woh science ka itna zabardast tarah ki aur baqayda tamam ilme unhone nature par tehqeeq ki. nature ki tehqeeq jo hai woh musalmanon ne shuru kiya tha.</w:t>
      </w:r>
    </w:p>
    <w:p>
      <w:pPr>
        <w:jc w:val="right"/>
      </w:pPr>
      <w:r>
        <w:t>तो spiritual crusade यही था elm elm के मैदान में spiritual crusade और उन्होंने इतना मेहनत की चार सौ पांच सौ साल कि उन्होंने एक बुरा एकदम नया age लिया है. वह science का इतना ज़बरदस्त तरह की और बाकायदा तमाम इल्मे उन्होंने nature पर तहकीक की. Nature की तहकीक जो है वह मुसलमानों ने शुरू किया था.</w:t>
      </w:r>
    </w:p>
    <w:p>
      <w:r>
        <w:rPr>
          <w:b/>
        </w:rPr>
        <w:t xml:space="preserve">[41:42] </w:t>
      </w:r>
      <w:r>
        <w:t>kaafi had tak unhone kaam kiya tha lekin chuki musalmanon mein yeh siyasi ukhed pachhad bahut zyada thi aur kuch kuch dino mein ek dynasty khatm ho jati thi aur dynasty mein ek dynasty hoti thi jab aur uske saath chuki pehle zamane mein badshahi ilm ko ki funding karta tha. ilm ko patronize karta tha aalim ko.</w:t>
      </w:r>
    </w:p>
    <w:p>
      <w:pPr>
        <w:jc w:val="right"/>
      </w:pPr>
      <w:r>
        <w:t>काफी हद तक उन्होंने काम किया था लेकिन चूंकि मुसलमानों में यह सियासी उखेड़ पछाड़ बहुत ज़्यादा थी और कुछ कुछ दिनों में एक dynasty खत्म हो जाती थी और dynasty में एक dynasty होती थी जब और उसके साथ क्योंकि पहले जमाने में बादशाही इल्म को की funding करता था. इल्म को patronize करता था आलिम को.</w:t>
      </w:r>
    </w:p>
    <w:p>
      <w:r>
        <w:rPr>
          <w:b/>
        </w:rPr>
        <w:t xml:space="preserve">[42:07] </w:t>
      </w:r>
      <w:r>
        <w:t>to agar jab badshah nahi raha to woh sab unko koi unka pattern khatm ho jata tha. to is tarah se woh kaam ruk jata tha. ab ki tarah nahi hai ki ab jaise yeh dhare hote hain. ek ek hukoomat aaye ya doosri hukoomat aaye isse koi fark nahi padta. lekin pehle yahi badshah aur yeh nawab aur raja yahi log patronize karte the ilm ko.</w:t>
      </w:r>
    </w:p>
    <w:p>
      <w:pPr>
        <w:jc w:val="right"/>
      </w:pPr>
      <w:r>
        <w:t>तो अगर जब बादशाह नहीं रहा तो वह सब उनको कोई उनका pattern खत्म हो जाता था. तो इस तरह से वह काम रुक जाता था. अब की तरह नहीं है कि अब जैसे यह धारे होते हैं. एक एक हुकूमत आए या दूसरी हुकूमत आए इससे कोई फ़र्क नहीं पड़ता. लेकिन पहले यही बादशाह और यह नवाब और राजा यही लोग patronize करते थे इल्म को.</w:t>
      </w:r>
    </w:p>
    <w:p>
      <w:r>
        <w:rPr>
          <w:b/>
        </w:rPr>
        <w:t xml:space="preserve">[42:33] </w:t>
      </w:r>
      <w:r>
        <w:t>to is wajah se woh musalmanon ka ilm jo hai woh khatm hota ja raha tha aur jo ottoman empire thi lekin unhone isko kuch ilm ko bahut zyada ahmad nahi di. to woh bahut sare aise the bade bade scientist jo european court mein chale gaye. to is tarike se yeh kaam jo hai aage badhta raha badhta raha.</w:t>
      </w:r>
    </w:p>
    <w:p>
      <w:pPr>
        <w:jc w:val="right"/>
      </w:pPr>
      <w:r>
        <w:t>तो इस वजह से वह मुसलमानों का इल्म जो है वह खत्म होता जा रहा था और जो ottoman empire थी लेकिन उन्होंने इसको कुछ इल्म को बहुत ज़्यादा अहमद नहीं दी. तो वह बहुत सारे ऐसे थे बड़े बड़े scientist जो european court में चले गए. तो इस तरीके से यह काम जो है आगे बढ़ता रहा बढ़ता रहा.</w:t>
      </w:r>
    </w:p>
    <w:p>
      <w:r>
        <w:rPr>
          <w:b/>
        </w:rPr>
        <w:t xml:space="preserve">[43:01] </w:t>
      </w:r>
      <w:r>
        <w:t>nature ki tehqeeq unhone itni zyada ki ki science aur technology mein itni unhone tarrke kar li ki ek poora daur unhone le aaye aur sirf bedul magdesh nahi balki poori duniya ko unhone colonize kar liya. to yeh re planning jo hai yeh zindakhon mein karti hain aur unhone foran ek minute bhi apna lamba lamba apna barbaad nahi kiya.</w:t>
      </w:r>
    </w:p>
    <w:p>
      <w:pPr>
        <w:jc w:val="right"/>
      </w:pPr>
      <w:r>
        <w:t>Nature की तहकी उन्होंने इतनी ज़्यादा की कि science और technology में इतनी उन्होंने तरक्के कर ली कि एक पूरा दौर उन्होंने ले आए और सिर्फ बेदुल मग्देश नहीं बल्कि पूरी दुनिया को उन्होंने colonize कर लिया. तो यह re planning जो है यह ज़िंदाखों में करती हैं और उन्होंने फ़ौरन एक minute भी अपना लंबा लंबा अपना बर्बाद नहीं किया.</w:t>
      </w:r>
    </w:p>
    <w:p>
      <w:r>
        <w:rPr>
          <w:b/>
        </w:rPr>
        <w:t xml:space="preserve">[43:27] </w:t>
      </w:r>
      <w:r>
        <w:t>foran doosre maidan mein lag gaye jahan unke liye opportunities bahut zyada thi aur usmein unhone tarrke ki aur sari duniya ko apne kabze mein kar liya.</w:t>
      </w:r>
    </w:p>
    <w:p>
      <w:pPr>
        <w:jc w:val="right"/>
      </w:pPr>
      <w:r>
        <w:t>फ़ौरन दूसरे मैदान में लग गए जहां उनके लिए opportunities बहुत ज़्यादा थी और उसमें उन्होंने तरक्के की और सारी दुनिया को अपने कब्ज़े में कर लिया.</w:t>
      </w:r>
    </w:p>
    <w:p>
      <w:r>
        <w:rPr>
          <w:b/>
        </w:rPr>
        <w:t xml:space="preserve">[43:39] </w:t>
      </w:r>
      <w:r>
        <w:t>ab musalmanon ko dekhiye, falasteen mein jab yeh hua jab bal four declaration hua nineteen forty seven mein aur falasteen ka do hissa bana aur jabki achha hissa musalmanon ko diya gaya tha aur jo zara desert wagera type ke the woh yahudiyon ko diya gaya tha. lekin musalmanon ne usko accept nahi kiya. jabki musalmanon ko sochna chahiye tha ki hazaar baras humne hukoomat kiye.</w:t>
      </w:r>
    </w:p>
    <w:p>
      <w:pPr>
        <w:jc w:val="right"/>
      </w:pPr>
      <w:r>
        <w:t>अब मुसलमानों को देखिए, फ़लस्तीन में जब यह हुआ जब बाल four declaration हुआ nineteen forty seven में और फ़लस्तीन का दो हिस्सा बना और जबकि अच्छा हिस्सा मुसलमानों को दिया गया था और जो जरा desert वगैरह type के थे वह यहूदियों को दिया गया था. लेकिन मुसलमानों ने उसको accept नहीं किया. जबकि मुसलमानों को सोचना चाहिए था कि हज़ार बरस हमने उकूमत किए.</w:t>
      </w:r>
    </w:p>
    <w:p>
      <w:r>
        <w:rPr>
          <w:b/>
        </w:rPr>
        <w:t xml:space="preserve">[44:07] </w:t>
      </w:r>
      <w:r>
        <w:t>quran mein aaya hai ki yeh din jo hai badalte rehte hain. kabhi kisi ke paas hukoomat hai, kabhi kisi ke paas hukoomat hai lekin musalman samajh nahi sake aur unhone jo apni cheezein thi unko unke paas bahut sare mamalik the sham, Iraq, Palestine, meshr aur yeh sab bahut sare khel aate hain.</w:t>
      </w:r>
    </w:p>
    <w:p>
      <w:pPr>
        <w:jc w:val="right"/>
      </w:pPr>
      <w:r>
        <w:t>कुरान में आया है कि यह दिन जो है बदलते रहते हैं. कभी किसी के पास उकूमत है, कभी किसी के पास उकूमत है लेकिन मुसलमान समझ नहीं सके और उन्होंने जो अपनी चीज़ें थी उनको उनके पास बहुत सारे ममालिक थे शाम, Iraq, Palestine, मेश्र और यह सब बहुत सारे खेल आते हैं.</w:t>
      </w:r>
    </w:p>
    <w:p>
      <w:r>
        <w:rPr>
          <w:b/>
        </w:rPr>
        <w:t xml:space="preserve">[44:29] </w:t>
      </w:r>
      <w:r>
        <w:t>to woh sare sare musalman tasaddud mein jang mein lag gaye aur jo unke paas resources the, jo opportunities thi usko woh istemal nahi kar sake. ab misaal ke daur par ek opportunity jo naye daur ki hai woh tourist industry hai. to bahut badi tourist industry aaj hai. to uske mutabik jo hai kaam karna chahiye. uske sara infrastructure uske mutabik banana chahiye.</w:t>
      </w:r>
    </w:p>
    <w:p>
      <w:pPr>
        <w:jc w:val="right"/>
      </w:pPr>
      <w:r>
        <w:t>तो वह सारे सारे मुसलमान तसद्दूध में जंग में लग गए और जो उनके पास resources थे, जो opportunities थी उसको वह इस्तेमाल नहीं कर सके. अब मिसाल के दौर पर एक opportunity जो नए दौर की है वह tourist industry है. तो बहुत बड़ी tourist industry आज है. तो उसके मुताबिक जो है काम करना चाहिए. उसके सारा infrastructure उसके मुताबिक बनाना चाहिए.</w:t>
      </w:r>
    </w:p>
    <w:p>
      <w:r>
        <w:rPr>
          <w:b/>
        </w:rPr>
        <w:t xml:space="preserve">[44:56] </w:t>
      </w:r>
      <w:r>
        <w:t>taaki log apne aap ko safe feel karein aur wahan par jaye tareekhi maharat ko dekhein aur usse unki economy jo hai woh bahut zyada usko jila milti hai. bahut zyada economic fayde hote hain. to yeh sare unhone kuch bhi istemal nahi kiya hai. jabki meshr mein to pyramids hain itne purane itni tareekhi buildings hain woh. to usko dekhne ke liye behisab log aayenge.</w:t>
      </w:r>
    </w:p>
    <w:p>
      <w:pPr>
        <w:jc w:val="right"/>
      </w:pPr>
      <w:r>
        <w:t>ताकि लोग अपने आप को safe feel करें और वहां पर जाएं तारीखी महारात को देखें और उससे उनकी economy जो है वह बहुत ज़्यादा उसको जिला मिलती है. बहुत ज़्यादा economic फ़ायदे होते हैं. तो यह सारे उन्होंने कुछ भी इस्तेमाल नहीं किया है. जबकि मेश्र में तो pyramids हैं इतने पुराने इतनी तारीखी buildings हैं वह. तो उसको देखने के लिए बेहिसाब लोग आऐंगे.</w:t>
      </w:r>
    </w:p>
    <w:p>
      <w:r>
        <w:rPr>
          <w:b/>
        </w:rPr>
        <w:t xml:space="preserve">[45:23] </w:t>
      </w:r>
      <w:r>
        <w:t>jabki Turkey mein bahut achha kaam hua hai tourist ke hisab se wahan par log bahut achhe hain. wahan ka mahaul bahut achha hai. wahan ki jo environment bahut hi usmein safety hai. to hotel wagera bahut achhe hain. to wahan itne zyada tourist aate hain kyunki lagta hai ki mela laga hua hai. to yahi kaam yeh log karte hain to in log kuch aur karne ki zaroorat hi nahi thi.</w:t>
      </w:r>
    </w:p>
    <w:p>
      <w:pPr>
        <w:jc w:val="right"/>
      </w:pPr>
      <w:r>
        <w:t>जबकि Turkey में बहुत अच्छा काम हुआ है tourist के हिसाब से वहां पर लोग बहुत अच्छे हैं. वहां का माहौल बहुत अच्छा है. वहां की जो environment बहुत ही उसमें safety है. तो hotel वगैरह बहुत अच्छे हैं. तो वहां इतने ज़्यादा tourist आते हैं क्योंकि लगता है कि मेला लगा हुआ है. तो यही काम यह लोग करते हैं तो इन लोग कुछ और करने की ज़रूरत ही नहीं थी.</w:t>
      </w:r>
    </w:p>
    <w:p>
      <w:r>
        <w:rPr>
          <w:b/>
        </w:rPr>
        <w:t xml:space="preserve">[45:51] </w:t>
      </w:r>
      <w:r>
        <w:t>sirf tourism se unka kaam chal jata. lekin agar aadmi ke andar nafrat ho aur doosre ke liye intiqam ho aur negative thinking ho to phir aadmi soch nahi pata hai. hamara dimag jab bhi sochta hai jab positive thinking kare to negative thinking hamare andar khatm karni padegi.</w:t>
      </w:r>
    </w:p>
    <w:p>
      <w:pPr>
        <w:jc w:val="right"/>
      </w:pPr>
      <w:r>
        <w:t>सिर्फ tourism से उनका काम चल जाता. लेकिन अगर आदमी के अंदर नफरत हो और दूसरे के लिए इंतकाम हो और negative thinking हो तो फिर आदमी सोच नहीं पाता है. हमारा दिमाग जब भी सोचता है जब positive thinking करे तो negative thinking हमारे अंदर खत्म करनी पड़ेगी.</w:t>
      </w:r>
    </w:p>
    <w:p>
      <w:r>
        <w:rPr>
          <w:b/>
        </w:rPr>
        <w:t xml:space="preserve">[46:15] </w:t>
      </w:r>
      <w:r>
        <w:t>doosron se nafrat khatm karni padegi aur sirf positively replan karna padega. puramya replaning kyunki aaj ke zamane mein dekhiye zamana badal gaya hai. aaj tasaddud ki koi jagah nahi hai. tasaddud karke insan kuch nahi milta. ab aap dekh rahe hain sabhi log dekh rahe hain ki roos ne itna bada ekdam kiya aur Ukraine ko ke upar qabza nahi kar paya.</w:t>
      </w:r>
    </w:p>
    <w:p>
      <w:pPr>
        <w:jc w:val="right"/>
      </w:pPr>
      <w:r>
        <w:t>दूसरों से नफरत खत्म करनी पड़ेगी और सिर्फ positively replan करना पड़ेगा. पुराम्य replaning क्योंकि आज के जमाने में देखिए जमाना बदल गया है. आज तसद्दूत की कोई जगह नहीं है. तसद्दूत करके इंसान कुछ नहीं मिलता. अब आप देख रहे हैं सभी लोग देख रहे हैं कि रूस ने इतना बड़ा एकदाम किया और Ukraine को के ऊपर क़ब्ज़ा नहीं कर पाया.</w:t>
      </w:r>
    </w:p>
    <w:p>
      <w:r>
        <w:rPr>
          <w:b/>
        </w:rPr>
        <w:t xml:space="preserve">[46:43] </w:t>
      </w:r>
      <w:r>
        <w:t>jabki usko bahut badi taadan mein uske paas nuclear weapons hai. to ab doosra koi kya kar payega? tashar doodh ke zariye usko kuch nahi milega. lekin andh ke zariye se usko sab kuch milega aur bahut sari aisi misalein hain jo unhone amdh ke zariye se hasil kiya hai. to hamein bhi usmein misalon se sabak seekhna chahiye. ji apa bahut bahut hi achhe se aapne waze kiya.</w:t>
      </w:r>
    </w:p>
    <w:p>
      <w:pPr>
        <w:jc w:val="right"/>
      </w:pPr>
      <w:r>
        <w:t>जबकि उसको बहुत बड़ी तादान में उसके पास nuclear weapons है. तो अब दूसरा कोई क्या कर पाएगा? तशर दूध के जरिए उसको कुछ नहीं मिलेगा. लेकिन अंध के जरिए से उसको सब कुछ मिलेगा और बहुत सारी ऐसी मिसालें हैं जो उन्होंने अम्द के जरिए से हासिल किया है. तो हमें भी उसमें मिसालों से सबक सीखना चाहिए. जी आपा बहुत बहुत ही अच्छे से आपने वाज़े किया.</w:t>
      </w:r>
    </w:p>
    <w:p>
      <w:r>
        <w:rPr>
          <w:b/>
        </w:rPr>
        <w:t xml:space="preserve">[47:10] </w:t>
      </w:r>
      <w:r>
        <w:t>in fact Palestine ke hawale se aapne jis tarah bataya ki kis tarah tourism ko promote kiya ja sakta tha. Maulana ne bahut ek achha example bhi diya hai ki jo hasan al banna jo founder of Muslim brotherhood the, woh aur kuch Arab leaders ne Cairo mein pandrah December 1947 ko ek badi gathering kari aur wahan par jo unhone slogan diya woh yeh tha labbaik Palestine which means o Palestine we are present.</w:t>
      </w:r>
    </w:p>
    <w:p>
      <w:pPr>
        <w:jc w:val="right"/>
      </w:pPr>
      <w:r>
        <w:t>In fact Palestine के हवाले से आपने जिस तरह बताया कि किस तरह tourism को promote किया जा सकता था. मुलाना ने बहुत एक अच्छा example भी दिया है कि जो हसन अल बनना जो founder of मुस्लिम brotherhood थे, वह और कुछ Arab leaders ने Cairo में पंद्रह December 1947 को एक बड़ी gathering करी और वहां पर जो उन्होंने slogan दिया वह यह था लब्बेक palestine which means o palestine we are present.</w:t>
      </w:r>
    </w:p>
    <w:p>
      <w:r>
        <w:rPr>
          <w:b/>
        </w:rPr>
        <w:t xml:space="preserve">[47:40] </w:t>
      </w:r>
      <w:r>
        <w:t>to Maulana ne kaha ki agar woh wise hote to woh yeh na bolte labbaik Palestine, woh yeh bolte labbaik ayyuhan naas, o people we are present aur is tarike se poora future of Islam and Muslims jo hai woh poora reshape ho jata hai constructive terms mein. jaise apa ne abhi bataya ki wahan par itni zyada opportunities thi ki ek tourism jo hai itna promote ho jata log aate hain aur peaceful message of Islam ko convey kar sakte the.</w:t>
      </w:r>
    </w:p>
    <w:p>
      <w:pPr>
        <w:jc w:val="right"/>
      </w:pPr>
      <w:r>
        <w:t>तो मुलाना ने कहा कि अगर वो wise होते तो वो यह ना बोलते लब्बेक Palestine, वो यह बोलते लब्बेक आयुहन नास, o people we are present और इस तरीके से पूरा future of islam and muslims जो है वो पूरा reshape हो जाता है constructive terms में. जैसे आपा ने अभी बताया कि वहां पर इतनी ज़्यादा opportunities थी कि एक tourism जो है इतना promote हो जाता लोग आते हैं और peaceful message of इस्लाम को convey कर सकते थे.</w:t>
      </w:r>
    </w:p>
    <w:p>
      <w:r>
        <w:rPr>
          <w:b/>
        </w:rPr>
        <w:t xml:space="preserve">[48:10] </w:t>
      </w:r>
      <w:r>
        <w:t>but unfortunately this opportunity was lost. so it is very important ki result ko dekhkar action liya jaye. ab main kuch aur comments padhna chahunga agle sawal lene se pehle. yeh bheja hai Mohammad Asif sahab ne Lucknow se. apa ki jo baatein hain woh bahut hi hikmat se bhari hui hain.</w:t>
      </w:r>
    </w:p>
    <w:p>
      <w:pPr>
        <w:jc w:val="right"/>
      </w:pPr>
      <w:r>
        <w:t>But unfortunately this opportunity was lost. So it is very important कि result को देखकर action लिया जाए. अब मैं कुछ और comments पढ़ना चाहूंगा अगले सवाल लेने से पहले. यह भेजा है मोहम्मद आसिफ साहब ने लखनऊ से. आपा की जो बातें हैं वह बहुत ही हिक्मत से भरी हुई हैं.</w:t>
      </w:r>
    </w:p>
    <w:p>
      <w:r>
        <w:rPr>
          <w:b/>
        </w:rPr>
        <w:t xml:space="preserve">[48:32] </w:t>
      </w:r>
      <w:r>
        <w:t>apa jo waqiyat hue hain mazi mein use bahut hi khoobsurat tarike se apa ne rakha aur hamesha yeh taleem ki nasyat di hai ki har halaat mein, har halat mein aapke paas positive re planning maujood hai. use dekhkar aage badhe. bahut shukriya, bahut nasyat mil rahi hai CPS team se Allah ajir de.</w:t>
      </w:r>
    </w:p>
    <w:p>
      <w:pPr>
        <w:jc w:val="right"/>
      </w:pPr>
      <w:r>
        <w:t>आपा जो वाक्यात हुए हैं माज़ी में उसे बहुत ही खूबसूरत तरीके से आपा ने रखा और हमेशा यह तालीम की नस्यत दी है कि हर हालात में, हर हालत में आपके पास positive re planning मौजूद है. उसे देखकर आगे बढ़े. बहुत शुक्रिया, बहुत नसियत मिल रही है CPS team से अल्लाह अजिर दे.</w:t>
      </w:r>
    </w:p>
    <w:p>
      <w:r>
        <w:rPr>
          <w:b/>
        </w:rPr>
        <w:t xml:space="preserve">[48:57] </w:t>
      </w:r>
      <w:r>
        <w:t>main Salia Farooqi ne Pakistan se likha hai Maulana ke duniya se jaane ke baad hum sabko bhi ek nayi planning jo ki re planning ki zaroorat hai. to aap hum to yeh kahenge ki re planning hum sab logon ne yahi kiya ki ab kaam agar pehle sau ki speed se chal raha tha to ab do sau ki speed se chalayenge aur inshallah chal bhi raha hai.</w:t>
      </w:r>
    </w:p>
    <w:p>
      <w:pPr>
        <w:jc w:val="right"/>
      </w:pPr>
      <w:r>
        <w:t>मैं सालिया फारुकी ने Pakistan से लिखा है मुलाना के दुनिया से जाने के बाद हम सबको भी एक नई planning जो कि re planning की ज़रूरत है. तो आप हम तो यह कहेंगे कि re planning हम सब लोगों ने यही किया कि अब काम अगर पहले सौ की speed से चल रहा था तो अब दो सौ की speed से चलाएंगे और इंशालाह चल भी रहा है.</w:t>
      </w:r>
    </w:p>
    <w:p>
      <w:r>
        <w:rPr>
          <w:b/>
        </w:rPr>
        <w:t xml:space="preserve">[49:20] </w:t>
      </w:r>
      <w:r>
        <w:t>yeh re planning hai ki isko aur zyada hamein aur zyada hamein kaam karna hai hikmat ke saath aur united way mein. Maulana Asrar Khatib samne likha hai awesome speech. aisa lag raha tha ki Mulana khud speech de rahe hain. Allah aapko jazai khair ata kare. ek apa yeh sawal aaya hai Rohit Kumar ji ka Amritsar se unhone likha hai.</w:t>
      </w:r>
    </w:p>
    <w:p>
      <w:pPr>
        <w:jc w:val="right"/>
      </w:pPr>
      <w:r>
        <w:t>यह re planning है कि इसको और ज़्यादा हमें और ज़्यादा हमें काम करना है हिक्मत के साथ और united way में. मुलाना अस्रार ख़तीब सामने लिखा है awesome speech. ऐसा लग रहा था कि मुलानक खुद speech दे रहे हैं. अल्लाह आपको जज़ाई खैर अता करें. एक आपा यह सवाल आया है रोहित कुमार जी का अमृतसर से उन्होंने लिखा है.</w:t>
      </w:r>
    </w:p>
    <w:p>
      <w:r>
        <w:rPr>
          <w:b/>
        </w:rPr>
        <w:t xml:space="preserve">[49:48] </w:t>
      </w:r>
      <w:r>
        <w:t>ek hadith bahut sunne ko milti hai musalmanon se ki agar aap kahin burai dekhein to use hath se rokein. hath se nahi to munh se bol kar rokein. aisa bhi nahi kar sakte to man hi man mein bura samjho. aap aap please isko is is hadish ko samjha dijiye.</w:t>
      </w:r>
    </w:p>
    <w:p>
      <w:pPr>
        <w:jc w:val="right"/>
      </w:pPr>
      <w:r>
        <w:t>एक हदीज़ बहुत सुनने को मिलती है मुसलमानों से कि अगर आप कहीं बुराई देखें तो उसे हाथ से रोकें. हाथ से नहीं तो मुंह से बोल कर रोकें. ऐसा भी नहीं कर सकते तो मन ही मन में बुरा समझो. आप आप please इसको इस इस हदीश को समझा दीजिए.</w:t>
      </w:r>
    </w:p>
    <w:p>
      <w:r>
        <w:rPr>
          <w:b/>
        </w:rPr>
        <w:t xml:space="preserve">[50:13] </w:t>
      </w:r>
      <w:r>
        <w:t>asal mein jab society mein burai ho rahi ho aur hum us burai ko accept karein to burai aur zyada failegi. to hamein burai ko samajhna hai aur rokne ka matlab hai bahut hi zyada well wishing ke andaaz mein usko samjhana.</w:t>
      </w:r>
    </w:p>
    <w:p>
      <w:pPr>
        <w:jc w:val="right"/>
      </w:pPr>
      <w:r>
        <w:t>असल में जब society में बुराई हो रही हो और हम उस बुराई को accept करें तो बुराई और ज़्यादा फैलेगी. तो हमें बुराई को समझना है और रोकने का मतलब है बहुत ही ज़्यादा well wishing के अंदाज़ में उसको समझाना.</w:t>
      </w:r>
    </w:p>
    <w:p>
      <w:r>
        <w:rPr>
          <w:b/>
        </w:rPr>
        <w:t xml:space="preserve">[50:31] </w:t>
      </w:r>
      <w:r>
        <w:t>yeh nahi woh tasaddut ke andaaz mein nahi violence ke andaaz mein nahi balkeh well wishing ke andaaz mein usko samjhana hai ke yeh baat galat hai aur yeh baat jo hai taakeh woh baat jisko kehte hain na. Nippet in the ****. Nippet in the ****. woh waale baat. toh usko samjhana hai aur kam se kam apne dil mein bura matlab burai ko bura samajhna na ke us insaan ko bura samajhna.</w:t>
      </w:r>
    </w:p>
    <w:p>
      <w:pPr>
        <w:jc w:val="right"/>
      </w:pPr>
      <w:r>
        <w:t>यह नहीं वह तसद्दूत के अंदाज़ में नहीं violence के अंदाज़ में नहीं बल्कि well wishing के अंदाज़ में उसको समझाना है कि यह बात गलत है और यह बात जो है ताकि वह बात जिसको कहते हैं ना. Nippet in the ****. Nippet in the ****. वह वाले बात. तो उसको समझाना है और कम से कम अपने दिल में बुरा मतलब बुराई को बुरा समझना ना कि उस इंसान को बुरा समझना.</w:t>
      </w:r>
    </w:p>
    <w:p>
      <w:r>
        <w:rPr>
          <w:b/>
        </w:rPr>
        <w:t xml:space="preserve">[50:58] </w:t>
      </w:r>
      <w:r>
        <w:t>toh burai toh ko bura hum nahi samjhenge toh hum bhi usi burai mein matlab bas ho jayenge. toh insaan ko bura nahi samajhna hai. insaan ko samjhate rehna hai aur uske liye duayein karte rehna hai aur jo hai uski har tarah se madad karni hai ke woh burai ko chhod de bilkul aisi hai jaise koi ghar mein koi bachche bachcha koi bura kaam karne lagta hai toh maa baap usko samjhate hain na na ke usko maarna shuru kar dete hain.</w:t>
      </w:r>
    </w:p>
    <w:p>
      <w:pPr>
        <w:jc w:val="right"/>
      </w:pPr>
      <w:r>
        <w:t>तो बुराई तो को बुरा हम नहीं समझेंगे तो हम भी उसी बुराई में मतलब बस हो जाएंगे. तो इंसान को बुरा नहीं समझना है. इंसान को समझाते रहना है और उसके लिए दुआएं करते रहना है और जो है उसकी हर तरह से मदद करनी है कि वह बुराई को छोड़ दे बिल्कुल ऐसी है जैसे कोई घर में कोई बच्चे बच्चा कोई बुरा काम करने लगता है तो मां बाप उसको समझाते हैं ना ना कि उसको मारना शुरू कर देते हैं.</w:t>
      </w:r>
    </w:p>
    <w:p>
      <w:r>
        <w:rPr>
          <w:b/>
        </w:rPr>
        <w:t xml:space="preserve">[51:26] </w:t>
      </w:r>
      <w:r>
        <w:t>toh usko samjhana hai samjha samjha ke burai ko khatam karna hai. kyunke agar hum aisa nahi karenge toh poore maashre mein poori society mein burai phail jayegi. toh yeh hai. ji. ab achha hum dekhte hain history mein ke nation ke level par bhi re planning nations ne kari, countries ne kari aur bahut kaamyaabi haasil kari.</w:t>
      </w:r>
    </w:p>
    <w:p>
      <w:pPr>
        <w:jc w:val="right"/>
      </w:pPr>
      <w:r>
        <w:t>तो उसको समझाना है समझा समझा के बुराई को खत्म करना है. क्योंकि अगर हम ऐसा नहीं करेंगे तो पूरे माश्रे में पूरी society में बुराई फ़ैल जाएगी. तो यह है. जी. अब अच्छा हम देखते हैं history में कि nation के level पर भी re planning nations ने करी, countries ने करी और बहुत कामयाबी हासिल करी.</w:t>
      </w:r>
    </w:p>
    <w:p>
      <w:r>
        <w:rPr>
          <w:b/>
        </w:rPr>
        <w:t xml:space="preserve">[51:53] </w:t>
      </w:r>
      <w:r>
        <w:t>toh jaise example aata hai Britain ka, Germany ka, Japan ka. toh aapne jis tareeqe se individual level par bhi samjhai, religious level par bhi samjhai, secular level ka bhi bataya. toh nation ke level par bhi kis tareeqe se u turn kiya gaya ya re planning kari gayi aur major major accomplishments achieve hui. toh aap iske baare mein bhi batayein Japan, Germany ke hawale se aur Britain ke hawale se.</w:t>
      </w:r>
    </w:p>
    <w:p>
      <w:pPr>
        <w:jc w:val="right"/>
      </w:pPr>
      <w:r>
        <w:t>तो जैसे example आता है Britain का, Germany का, Japan का. तो आपने जिस तरीके से individual level पर भी समझाई, religious level पर भी समझाई, secular level का भी बताया. तो nation के level पर भी किस तरीके से u turn किया गया या re planning करी गई और major major accomplishments achieve हुई. तो आप इसके बारे में भी बताएं Japan, Germany के हवाले से और Britain के हवाले से.</w:t>
      </w:r>
    </w:p>
    <w:p>
      <w:r>
        <w:rPr>
          <w:b/>
        </w:rPr>
        <w:t xml:space="preserve">[52:21] </w:t>
      </w:r>
      <w:r>
        <w:t>jab yeh second world war hui thi toh ismein bahut saare koho mein usmein shaamil ho gayi thi. toh usi mein ek Japan tha. toh yeh tha 1939 se 1945 tak yeh second world war chali thi. toh Japan iska bahut hi sargharib member tha.</w:t>
      </w:r>
    </w:p>
    <w:p>
      <w:pPr>
        <w:jc w:val="right"/>
      </w:pPr>
      <w:r>
        <w:t>जब यह second world war हुई थी तो इसमें बहुत सारे कोहों में उसमें शामिल हो गई थी. तो उसी में एक Japan था. तो यह था 1939 से 1945 तक यह second world war चली थी. तो Japan इसका बहुत ही सरगर्भ member था.</w:t>
      </w:r>
    </w:p>
    <w:p>
      <w:r>
        <w:rPr>
          <w:b/>
        </w:rPr>
        <w:t xml:space="preserve">[52:42] </w:t>
      </w:r>
      <w:r>
        <w:t>toh isne jo hai itna zyada active the yeh log ke inhone Pearl Harbor jo America ka naval fleet jahan rehta tha wahan par woh suicide bombing karke usko khatam kar diya tha. toh America ne bahut zyada kaha ke yeh sab jang se hat jao, nahi hatoge toh phir hum bambari kar denge.</w:t>
      </w:r>
    </w:p>
    <w:p>
      <w:pPr>
        <w:jc w:val="right"/>
      </w:pPr>
      <w:r>
        <w:t>तो इसने जो है इतना ज़्यादा active थे यह लोग कि इन्होंने Pearl Harbor जो America का naval fleet जहां रहता था वहां पर वह suicide bombing करके उसको खत्म कर दिया था. तो America ने बहुत ज़्यादा कहा कि यह सब जंग से हट जाओ, नहीं हटोगे तो फिर हम बम्बारी कर देंगे.</w:t>
      </w:r>
    </w:p>
    <w:p>
      <w:r>
        <w:rPr>
          <w:b/>
        </w:rPr>
        <w:t xml:space="preserve">[53:09] </w:t>
      </w:r>
      <w:r>
        <w:t>toh in logo ne usko seriously nahi liya yahan tak ke America ne Hiroshima aur nagasaki ki khabar atom bomb karke usko tabah kar diya. toh is tareeqe se mukammal shikast ho gayi. ab agar yeh Japan chuki ek zinda qaum tha. agar koi aur hota toh phir bas America ke khilaaf ek tahreek chala deta. ab poori qaum America ke khilaaf ho jati.</w:t>
      </w:r>
    </w:p>
    <w:p>
      <w:pPr>
        <w:jc w:val="right"/>
      </w:pPr>
      <w:r>
        <w:t>तो इन लोगों ने उसको seriously नहीं लिया यहां तक कि America ने Hiroshima और नागासाल की खबर atom bomb करके उसको तबाह कर दिया. तो इस तरीके से मकंबल शिकस्त हो गई. अब अगर यह Japan चूंकि एक ज़िंदा कौम था. अगर कोई और होता तो फिर बस America के खिलाफ एक तहड़ी चला देता. अब पूरी कौम America के खिलाफ हो जाती.</w:t>
      </w:r>
    </w:p>
    <w:p>
      <w:r>
        <w:rPr>
          <w:b/>
        </w:rPr>
        <w:t xml:space="preserve">[53:31] </w:t>
      </w:r>
      <w:r>
        <w:t>lekin in logo ne re planning ki bahut badi misaal hai yeh ke ek nayi soch inke andar aayi aur inka jo badshah tha hero hit ho. usne aakar radio par speech diya ke the time has come to bear the unbearable.</w:t>
      </w:r>
    </w:p>
    <w:p>
      <w:pPr>
        <w:jc w:val="right"/>
      </w:pPr>
      <w:r>
        <w:t>लेकिन इन लोगों ने re planning की बहुत बड़ी मिसाल है यह कि एक नई सोच इनके अंदर आई और इनका जो बादशाह था hero hit हो. उसने आकर radio पर speech दिया कि the time has come to bear the unbearable.</w:t>
      </w:r>
    </w:p>
    <w:p>
      <w:r>
        <w:rPr>
          <w:b/>
        </w:rPr>
        <w:t xml:space="preserve">[53:48] </w:t>
      </w:r>
      <w:r>
        <w:t>tab aap yeh sochiye ke ek aise mauqe par ke do poora shehar industrial cities tabah ho gaye aur kaise un logo ka dimaag itna kaam kar raha tha ke unhone samajh liya ke humein re planning karna hai. toh uske liye unhone apne awaam ko samjhaya ke dekho humne bhi unka Pearl Harbor ko tabah kiya tha nineteen forty one par toh aaj unhone hamare shehar tabah kar diye.</w:t>
      </w:r>
    </w:p>
    <w:p>
      <w:pPr>
        <w:jc w:val="right"/>
      </w:pPr>
      <w:r>
        <w:t>तब आप यह सोचिए कि एक ऐसे मौके पर कि दो पूरा शहर industrial cities तबाह हो गए और कैसे उन लोगों का दिमाग इतना काम कर रहा था कि उन्होंने समझ लिया कि हमें re planning करना है. तो उसके लिए उन्होंने अपने आवाम को समझाया कि देखो हमने भी उनका Pearl Harbor को तबाह किया था nineteen forty one पर तो आज उन्होंने हमारे शहर तबाह कर दिए.</w:t>
      </w:r>
    </w:p>
    <w:p>
      <w:r>
        <w:rPr>
          <w:b/>
        </w:rPr>
        <w:t xml:space="preserve">[54:14] </w:t>
      </w:r>
      <w:r>
        <w:t>toh ab humein taameeri maidan mein lagna hai, ilme ke maidan mein lagna hai aur sanat ke maidan mein lagna hai toh unhone pachees saal zabardast kaam kiya. toh taaleem par saara tawajjuh surf kardi taaleem par. toh pachees saal ke baad aap sab log jaante hain ke woh ek economic super power ban gaya.</w:t>
      </w:r>
    </w:p>
    <w:p>
      <w:pPr>
        <w:jc w:val="right"/>
      </w:pPr>
      <w:r>
        <w:t>तो अब हमें तामीरी मैदान में लगना है, इल्मे के मैदान में लगना है और सनत के मैदान में लगना है तो उन्होंने पच्चीस साल ज़बरदस्त काम किया. तो तालीम पर सारा तवज्जो surf कर दी तालीम पर. तो पच्चीस साल के बाद आप सब लोग जानते हैं कि वह एक economic super power वन गया.</w:t>
      </w:r>
    </w:p>
    <w:p>
      <w:r>
        <w:rPr>
          <w:b/>
        </w:rPr>
        <w:t xml:space="preserve">[54:34] </w:t>
      </w:r>
      <w:r>
        <w:t>toh humko sirf pachees saal chahiye agar hum musbat andaaz mein mehnat se kaam karein toh hum har kaam kar sakte hain ke Allah ne hamare andar jo sabse badi cheez di hai woh dimaag diya hai. dimaag bhi planning karta hai aur aaj ki duniya mein is qadar opportunities hain ke hum opportunities ko istemaal karke har kaam kar sakte hain. bas tasaddud ko aaj duniya accept nahi karti. violence ko duniya accept nahi karti.</w:t>
      </w:r>
    </w:p>
    <w:p>
      <w:pPr>
        <w:jc w:val="right"/>
      </w:pPr>
      <w:r>
        <w:t>तो हमको सिर्फ पच्चीस साल चाहिए अगर हम मुस्बत अंदाज़ में मेहनत से काम करें तो हम हर काम कर सकते हैं कि अल्लाह ने हमारे अंदर जो सबसे बड़ी चीज़ दी है वह दिमाग दिया है. दिमाग भी planning करता है और आज की दुनिया में इस कदर opportunities हैं कि हम opportunities को इस्तेमाल करके हर काम कर सकते हैं. बस तसद्दुद को आज दुनिया accept नहीं करती. Violence को दुनिया accept नहीं करती.</w:t>
      </w:r>
    </w:p>
    <w:p>
      <w:r>
        <w:rPr>
          <w:b/>
        </w:rPr>
        <w:t xml:space="preserve">[55:02] </w:t>
      </w:r>
      <w:r>
        <w:t>Peaceful tareeqe se aap koi bhi kaam karein saari duniya aapke saath hai. toh yeh humko misaal milti hai. ji. isse Japan se.</w:t>
      </w:r>
    </w:p>
    <w:p>
      <w:pPr>
        <w:jc w:val="right"/>
      </w:pPr>
      <w:r>
        <w:t>Peaceful तरीके से आप कोई भी काम करें सारी दुनिया आपके साथ है. तो यह हमको मिसाल मिलती है. जी. इससे Japan से.</w:t>
      </w:r>
    </w:p>
    <w:p>
      <w:r>
        <w:rPr>
          <w:b/>
        </w:rPr>
        <w:t xml:space="preserve">[55:15] </w:t>
      </w:r>
      <w:r>
        <w:t>toh Musalman jo hai woh toh baal faur declaration ko jo pehle maine kaha hai ke woh woh nahi kar paaye kyunke unke andar woh re planning concept pyamber e Islam se hi mila lekin woh itna sochte nahi har kaam dekhiye soch kar samajh mein aata hai. kehte hain na think think there must be a better way.</w:t>
      </w:r>
    </w:p>
    <w:p>
      <w:pPr>
        <w:jc w:val="right"/>
      </w:pPr>
      <w:r>
        <w:t>तो मुसलमान जो है वह तो बाल फ़ौर declaration को जो पहले मैंने कहा है कि वह वह नहीं कर पाए क्योंकि उनके अंदर वह re planning concept प्यागंबर ए इस्लाम से ही मिला लेकिन वह इतना सोचते नहीं हर काम देखिए सोच कर समझ में आता है. कहते हैं ना think think there must be a better way.</w:t>
      </w:r>
    </w:p>
    <w:p>
      <w:r>
        <w:rPr>
          <w:b/>
        </w:rPr>
        <w:t xml:space="preserve">[55:37] </w:t>
      </w:r>
      <w:r>
        <w:t>toh hamein sochna padega bagair soche hum kuch nahi samajh sakte aur soche aur unbiased thinking ho. Hatred nahi ho. agar hatred ho jata hai toh hamare dimaag kaam nahi karega. toh hum bas sirf usko inka kaam par hamara dimaag chalega. toh hamein hatred nahi andar karni hai aur apne maazi ko bhula dena hai. toh ek aur misaal Germany ki bhi hai.</w:t>
      </w:r>
    </w:p>
    <w:p>
      <w:pPr>
        <w:jc w:val="right"/>
      </w:pPr>
      <w:r>
        <w:t>तो हमें सोचना पड़ेगा बगैर सोचे हम कुछ नहीं समझ सकते और सोचे और unbiased thinking हो. Hatred नहीं हो. अगर hatred हो जाता है तो हमारे दिमाग काम नहीं करेगा. तो हम बस सिर्फ उसको इनका काम पर हमारा दिमाग चलेगा. तो हमें hatred नहीं अंदर करनी है और अपने माज़ी को भुला देना है. तो एक और मिसाल Germany की भी है.</w:t>
      </w:r>
    </w:p>
    <w:p>
      <w:r>
        <w:rPr>
          <w:b/>
        </w:rPr>
        <w:t xml:space="preserve">[56:02] </w:t>
      </w:r>
      <w:r>
        <w:t>Germany bhi bahut zabardast tareeqe se jabke sabse bada partner ban gaya tha woh second world war mein aur aap jaante hain second world war mein itni zabardast jang hui thi ke pachas million log maare gaye the aur Germany ko aisi defeat hui thi ke uska ek jo East Germany alag kar diya gaya tha jo ke uska one third uska part tha woh.</w:t>
      </w:r>
    </w:p>
    <w:p>
      <w:pPr>
        <w:jc w:val="right"/>
      </w:pPr>
      <w:r>
        <w:t>Germany भी बहुत ज़बरदस्त तरीके से जबकि सबसे बड़ा partner वन गया था वह second world war में और आप जानते हैं second world war में इतनी ज़बरदस्त जंग हुई थी कि पचास million लोग मारे गए थे और Germany को ऐसी defeat हुई थी कि उसका एक जो East Germany अलग कर दिया गया था जो कि उसका one third उसका part था वह.</w:t>
      </w:r>
    </w:p>
    <w:p>
      <w:r>
        <w:rPr>
          <w:b/>
        </w:rPr>
        <w:t xml:space="preserve">[56:27] </w:t>
      </w:r>
      <w:r>
        <w:t>toh Germany ne bhi zabardast tareeqe se re planning ki aur unhone socha ke ab jang mein hissa nahi lena hai aur re planning karni hai. toh re planning ke liye unhone unka ek bahut bada siyast daan tha Bismarck. toh Bismarck ne kaha tha politics is the art of the possible. toh unhone isko le liya aur possible se planning ki. isse pehle woh impossible se planning kar rahe the.</w:t>
      </w:r>
    </w:p>
    <w:p>
      <w:pPr>
        <w:jc w:val="right"/>
      </w:pPr>
      <w:r>
        <w:t>तो Germany ने भी ज़बरदस्त तरीके से re planning की और उन्होंने सोचा कि अब जंग में हिस्सा नहीं लेना है और re planning करनी है. तो re planning के लिए उन्होंने उनका एक बहुत बड़ा स्यासत दांव था बिस्मार्ग. तो बिस्मार्ग ने कहा था politics is the art of the possible. तो उन्होंने इसको ले लिया और possible से planning की. इससे पहले वह impossible से planning कर रहे थे.</w:t>
      </w:r>
    </w:p>
    <w:p>
      <w:r>
        <w:rPr>
          <w:b/>
        </w:rPr>
        <w:t xml:space="preserve">[56:55] </w:t>
      </w:r>
      <w:r>
        <w:t>kyunke aap jang karenge toh doosra bhi aapse jang karega. toh kuch nahi milega. woh milega bhi toh victory hogi aur kuch dono ka hi nuksaan hoga usmein. toh unhone science aur sanat ke maidan mein zabardast tawajjuh ki aur itni taraf ki ki ki aaj printing press, printing machineein jo hai sab Germany se aati hain kyunke us standard ka aur koi nahi bana pata.</w:t>
      </w:r>
    </w:p>
    <w:p>
      <w:pPr>
        <w:jc w:val="right"/>
      </w:pPr>
      <w:r>
        <w:t>क्योंकि आप जंग करेंगे तो दूसरा भी आपसे जंग करेगा. तो कुछ नहीं मिलेगा. वह मिलेगा भी तो victory होगी और कुछ दोनों का ही नुकसान होगा उसमें. तो उन्होंने science और सड़त के मैदान में ज़बरदस्त तवज्जों की और इतनी तरफ की की कि आज printing press, printing machineएं जो है सब Germany से आती हैं क्योंकि उस standard का और कोई नहीं बना पाता.</w:t>
      </w:r>
    </w:p>
    <w:p>
      <w:r>
        <w:rPr>
          <w:b/>
        </w:rPr>
        <w:t xml:space="preserve">[57:22] </w:t>
      </w:r>
      <w:r>
        <w:t>toh ab unki is ek unki jo economy hai bahut zyada usmein stability aa gayi hai bahut zyada established ho gaya hai woh aur East Germany usko isse milake unhone tarakki ki. jab bahut zyada West Germany tarakki kar li toh East Germany ko khud hi ehsaas hua ke hum mil jayein taakeh isi mein hamara bhi faayda hai. hum bhi tarakki karenge. agar West Germany barbaad ho gaya hota toh is Germany bhi usko na milta.</w:t>
      </w:r>
    </w:p>
    <w:p>
      <w:pPr>
        <w:jc w:val="right"/>
      </w:pPr>
      <w:r>
        <w:t>तो अब उनकी इस एक उनकी जो economy है बहुत ज़्यादा उसमें stability आ गई है बहुत ज़्यादा established हो गया है वह और East Germany उसको इससे मिला के उन्होंने तरक्की की. जब बहुत ज़्यादा West Germany अंतर्की कर ली तो East Germany को खुद ही एहसास हुआ कि हम मिल जाएं ताकि इसी में हमारा भी फ़ायदा है. हम भी तरक्की करेंगे. अगर West Germany बर्बाद हो गया होता तो इस Germany भी उसको ना मिलता.</w:t>
      </w:r>
    </w:p>
    <w:p>
      <w:r>
        <w:rPr>
          <w:b/>
        </w:rPr>
        <w:t xml:space="preserve">[57:50] </w:t>
      </w:r>
      <w:r>
        <w:t>toh asal cheez jo hai woh mansooba bandi hai. asal cheez tasaddud nahi hai kyunke woh tasaddud ka zaman hi khatam ho gaya hai. aaj tasaddud se kuch nahi kisi ko milne wala hai. toh asal cheez hai planning aur planning, re planning kyunke kabhi kabhi aisa hota hai ke planning mein hum fail ho jate hain hamari koi kami reh jati hai koi galti reh jati hai.</w:t>
      </w:r>
    </w:p>
    <w:p>
      <w:pPr>
        <w:jc w:val="right"/>
      </w:pPr>
      <w:r>
        <w:t>तो असल चीज़ जो है वह मंसुआ बंदी है. असल चीज़ तसद्दूध नहीं है क्योंकि वह तसद्दूत का ज़मान ही खत्म हो गया है. आज तसद्दूत से कुछ नहीं किसी को मिलने वाला है. तो असल चीज़ है planning और planning, re planning क्योंकि कभी कभी ऐसा होता है कि planning में हम fail हो जाते हैं हमारी कोई कमी रह जाती है कोई गलती रह जाती है.</w:t>
      </w:r>
    </w:p>
    <w:p>
      <w:r>
        <w:rPr>
          <w:b/>
        </w:rPr>
        <w:t xml:space="preserve">[58:14] </w:t>
      </w:r>
      <w:r>
        <w:t>toh jab hum fail hote hain toh us waqt hamein sochna chahiye ke kis galti ki wajah se kis kami ki wajah se hum fail hue hain aur us usko galti ko na dhonaayein aur nayi planning karein. toh isi tareeqe se hum nayi planning karke yeh saare jo hamare saamne examples hain un sabko dekhein aur usse faayda uthayein aur usse lesson lein. ji.</w:t>
      </w:r>
    </w:p>
    <w:p>
      <w:pPr>
        <w:jc w:val="right"/>
      </w:pPr>
      <w:r>
        <w:t>तो जब हम fail होते हैं तो उस वक्त हमें सोचना चाहिए कि किस गलती की वजह से किस कमी की वजह से हम fail हुए हैं और उस उसको गलती को ना धोनाएं और नई planning करें. तो इसी तरीके से हम नई planning करके यह सारे जो हमारे सामने examples हैं उन सबको देखें और उससे फ़ायदा उठाएं और उससे lesson लें. जी.</w:t>
      </w:r>
    </w:p>
    <w:p>
      <w:r>
        <w:rPr>
          <w:b/>
        </w:rPr>
        <w:t xml:space="preserve">[58:40] </w:t>
      </w:r>
      <w:r>
        <w:t>Papa ek aur country ka dhyan mein aata hai Spain jahan par aath sau saal Muslim rule raha aur phir uske baad woh political control unke haath se nikal kar Christians ke paas chala gaya. toh us uske context mein bhi aap bataiye ke kya sabak milta hai Spain ke hawale se? Spain mein aath sau saal tak Musalmano ne hukoomat ki.</w:t>
      </w:r>
    </w:p>
    <w:p>
      <w:pPr>
        <w:jc w:val="right"/>
      </w:pPr>
      <w:r>
        <w:t>Papa एक और country का ध्यान में आता है Spain जहां पर आठ सौ साल मुस्लिम rule रहा और फिर उसके बाद वह political control उनके हाथ से निकलकर Christians के पास चला गया. तो उस उसके context में भी आप बताइए कि क्या सबक मिलता है Spain के हवाले से? Spain में आठ सौ साल तक मुसलमानों ने हुकूमत की.</w:t>
      </w:r>
    </w:p>
    <w:p>
      <w:r>
        <w:rPr>
          <w:b/>
        </w:rPr>
        <w:t xml:space="preserve">[59:07] </w:t>
      </w:r>
      <w:r>
        <w:t>yeh hukoomat ka jo Musalmano ka ilaqa tha usko Al Andalus kaha jata tha. toh uske baad jo hai wahan par Isaiyon ki jo ek badi taadaad thi woh Isai aur Musalmano mein baar baar woh mukhalafat hoti thi baar baar jangein hoti thi finally woh. woh log jeet gaye aur zabardast jo revolt hua uske uske nateeje mein phir Musalmano ko wahan se nikalna pada.</w:t>
      </w:r>
    </w:p>
    <w:p>
      <w:pPr>
        <w:jc w:val="right"/>
      </w:pPr>
      <w:r>
        <w:t>यह हुकूमत का जो मुसलमानों का इलाका था उसको अल उन्दुलुस कहा जाता था. तो उसके बाद जो है वहां पर ईसाईयों की जो एक बड़ी तादाद थी वह ईसाई और मुसलमानों में बार बार वह मुखालफत होती थी बार बार जंगे होती थी finally वह. वह लोग जीत गए और जबरदस्त जो revolt हुआ उसके उसके नतीजे में फिर मुसलमानों को वहां से निकलना पड़ा.</w:t>
      </w:r>
    </w:p>
    <w:p>
      <w:r>
        <w:rPr>
          <w:b/>
        </w:rPr>
        <w:t xml:space="preserve">[59:34] </w:t>
      </w:r>
      <w:r>
        <w:t>kuch Musalman toh Isai ban gaye jo nahi nikalna cha rahe the aur kuch unko nikalna pada. uske bahut saare woh log idhar udhar chale gaye. toh us itna zabardast mukhalifati dushmani thi ke Musalmano ki tareekh mita mita di gayi. jo Musalmano ki wahan bahut saari badi badi tareekhein maarte thin. ek Cordoba mein ek mahal tha Azhar.</w:t>
      </w:r>
    </w:p>
    <w:p>
      <w:pPr>
        <w:jc w:val="right"/>
      </w:pPr>
      <w:r>
        <w:t>कुछ मुसलमान तो ईसाई वन गए जो नहीं निकलना चाह रहे थे और कुछ उनको निकलना पड़ा. उसके बहुत सारे वह लोग इधर उधर चले गए. तो उसके इतना ज़बरदस्त मुखालिफत्ती दुश्मनी थी कि मुसलमानों की तारीख मिटा मिटा दी गई. जो मुसलमानों की वहां बहुत सारी बड़ी बड़ी तारीखें मारते थीं. एक कोडोबा में एक महाल था अजहरा.</w:t>
      </w:r>
    </w:p>
    <w:p>
      <w:r>
        <w:rPr>
          <w:b/>
        </w:rPr>
        <w:t xml:space="preserve">[1:00:01] </w:t>
      </w:r>
      <w:r>
        <w:t>toh woh saari jo hai sab kuch mita diya unhone. matlab uska bilkul maintain nahi kiya waghera. toh lekin yeh do teen sau saal ke baad jab naya zamana aaya jadeed inqilaab ka nayi possibilities aur Arabon ko petrodollar Arabon ke paas ho gaya.</w:t>
      </w:r>
    </w:p>
    <w:p>
      <w:pPr>
        <w:jc w:val="right"/>
      </w:pPr>
      <w:r>
        <w:t>तो वह सारी जो है सब कुछ मिटा दिया उन्होंने. मतलब उसका बिल्कुल maintain नहीं किया वगैरह. तो लेकिन यह दो तीन सौ साल के बाद जब नया जमाना आया जदीर इंकानाद का नई possibilities और अरबों को petrodollar अरबों के पास हो गया.</w:t>
      </w:r>
    </w:p>
    <w:p>
      <w:r>
        <w:rPr>
          <w:b/>
        </w:rPr>
        <w:t xml:space="preserve">[1:00:22] </w:t>
      </w:r>
      <w:r>
        <w:t>tab unhone nayi re planning ki aur tourism industry toh unhone socha ke hamare yahan itni saari itni saari woh hain tareekhi imaratein toh bahut zyada tourist attraction hai ismein. toh unhone un taawari ke imaraton ko baqayda renovate kiya usko balkeh pehle se bhi behtar bana diya hai.</w:t>
      </w:r>
    </w:p>
    <w:p>
      <w:pPr>
        <w:jc w:val="right"/>
      </w:pPr>
      <w:r>
        <w:t>तब उन्होंने नई re planning की और tourism industry तो उन्होंने सोचा कि हमारे यहां इतनी सारी इतनी सारी वह हैं तारीखी इमारतें तो बहुत ज़्यादा tourist attraction है इसमें. तो उन्होंने उन तवातारी के इमारतों को बाकायदा renovate किया उसको बल्कि पहले से भी बेहतर बना दिया है.</w:t>
      </w:r>
    </w:p>
    <w:p>
      <w:r>
        <w:rPr>
          <w:b/>
        </w:rPr>
        <w:t xml:space="preserve">[1:00:46] </w:t>
      </w:r>
      <w:r>
        <w:t>kyunki Spain mein jo arbon ki jo imaratein thi usmein bagh aur nahrein bahut zyada hoti thin. to ab woh bagh ko agar maintain na kiya jaye to woh sab kharab ho jayega lekin unhon ne pehle se bhi usko behtar bana diya hai. to sari buildingon ke sath unhon ne aisa kiya hai aur uski wajah se unko bahut zyada tourist aate hain aur khas par arbon ke liye bahut hi main source of attraction hai.</w:t>
      </w:r>
    </w:p>
    <w:p>
      <w:pPr>
        <w:jc w:val="right"/>
      </w:pPr>
      <w:r>
        <w:t>क्योंकि Spain में जो अरबों की जो इमारतें थी उसमें भाग और नहरें बहुत ज़्यादा होती थीं. तो अब वह बाघ को अगर maintain ना किया जाए तो वह सब खराब हो जाएगा लेकिन उन्होंने पहले से भी उसको बेहतर बना दिया है. तो सारी buildingओं के साथ उन्होंने ऐसा किया है और उसकी वजह से उनको बहुत ज़्यादा tourist आते हैं और खास पर अरबों के लिए बहुत ही main source of attraction है.</w:t>
      </w:r>
    </w:p>
    <w:p>
      <w:r>
        <w:rPr>
          <w:b/>
        </w:rPr>
        <w:t xml:space="preserve">[1:01:11] </w:t>
      </w:r>
      <w:r>
        <w:t>arbon ne wahan apni colony bhi bana liya hai aur bari bari funding karte hain.</w:t>
      </w:r>
    </w:p>
    <w:p>
      <w:pPr>
        <w:jc w:val="right"/>
      </w:pPr>
      <w:r>
        <w:t>अरबों ने वहां अपनी colony भी बना लिया है और बड़ी बड़ी funding करते हैं.</w:t>
      </w:r>
    </w:p>
    <w:p>
      <w:r>
        <w:rPr>
          <w:b/>
        </w:rPr>
        <w:t xml:space="preserve">[1:01:16] </w:t>
      </w:r>
      <w:r>
        <w:t>bari bari buildingen banate hain.</w:t>
      </w:r>
    </w:p>
    <w:p>
      <w:pPr>
        <w:jc w:val="right"/>
      </w:pPr>
      <w:r>
        <w:t>बड़ी बड़ी buildingएं बनाते हैं.</w:t>
      </w:r>
    </w:p>
    <w:p>
      <w:r>
        <w:rPr>
          <w:b/>
        </w:rPr>
        <w:t xml:space="preserve">[1:01:21] </w:t>
      </w:r>
      <w:r>
        <w:t>to unhon ne waqt par waqt par samajh liya ke hamein tourist industry ko farq dena hai apne yahan</w:t>
      </w:r>
    </w:p>
    <w:p>
      <w:pPr>
        <w:jc w:val="right"/>
      </w:pPr>
      <w:r>
        <w:t>तो उन्होंने वक्त पर वक्त पर समझ लिया कि हमें tourist industry को फ़र्क़ देना है अपने यहां</w:t>
      </w:r>
    </w:p>
    <w:p>
      <w:r>
        <w:rPr>
          <w:b/>
        </w:rPr>
        <w:t xml:space="preserve">[1:01:26] </w:t>
      </w:r>
      <w:r>
        <w:t>uske liye jo kuch bhi ho sakta tha woh unhon ne kiya.</w:t>
      </w:r>
    </w:p>
    <w:p>
      <w:pPr>
        <w:jc w:val="right"/>
      </w:pPr>
      <w:r>
        <w:t>उसके लिए जो कुछ भी हो सकता था वह उन्होंने किया.</w:t>
      </w:r>
    </w:p>
    <w:p>
      <w:r>
        <w:rPr>
          <w:b/>
        </w:rPr>
        <w:t xml:space="preserve">[1:01:31] </w:t>
      </w:r>
      <w:r>
        <w:t>yahan tak ke jo abdul rehman addahil jo spain mein dahil hua tha.</w:t>
      </w:r>
    </w:p>
    <w:p>
      <w:pPr>
        <w:jc w:val="right"/>
      </w:pPr>
      <w:r>
        <w:t>यहां तक कि जो अब्दुल रहमान अद्दाहिल जो Spain में दाहिल हुआ था.</w:t>
      </w:r>
    </w:p>
    <w:p>
      <w:r>
        <w:rPr>
          <w:b/>
        </w:rPr>
        <w:t xml:space="preserve">[1:01:36] </w:t>
      </w:r>
      <w:r>
        <w:t>uska statue banaya wahan ke spain ke sahil par aur talwar liye hue statue banaya.</w:t>
      </w:r>
    </w:p>
    <w:p>
      <w:pPr>
        <w:jc w:val="right"/>
      </w:pPr>
      <w:r>
        <w:t>उसका statue बनाया वहां के Spain के साहिल पर और तलवार लिए हुए statue बनाया.</w:t>
      </w:r>
    </w:p>
    <w:p>
      <w:r>
        <w:rPr>
          <w:b/>
        </w:rPr>
        <w:t xml:space="preserve">[1:01:42] </w:t>
      </w:r>
      <w:r>
        <w:t>to yeh humein halaat ko andaza karna hai, halaat ko samajhna hai aur halaat ke mutabik chalna hai. tabhi hum is duniya mein tarqqi kar sakte hain. to yeh hai ab musalman wahan par baqayda basne lage hain. wahan par masjidें hain. wahan par woh mulk jo hai khushhal mulk ban gaya hai.</w:t>
      </w:r>
    </w:p>
    <w:p>
      <w:pPr>
        <w:jc w:val="right"/>
      </w:pPr>
      <w:r>
        <w:t>तो यह हमें हालात को अंदाज़ा करना है, हालात को समझना है और हालात के मुताबिक चलना है. तभी हम इस दुनिया में तरफ़ की कर सकते हैं. तो यह है अब मुसलमान वहां पर बाकायदा बसने लगे हैं. वहां पर मस्जिदें हैं. वहां पर वह मुल्क जो है खुशाल मुल्क वन गया है.</w:t>
      </w:r>
    </w:p>
    <w:p>
      <w:r>
        <w:rPr>
          <w:b/>
        </w:rPr>
        <w:t xml:space="preserve">[1:02:04] </w:t>
      </w:r>
      <w:r>
        <w:t>to yeh humein agar hum apni negative thinking ko khatm kar dein aur jadeed inkanat ko avail karein jo sari opportunities ko avail karein to hum payenge ki aaj aaj ki duniya mein sari raaste hamare liye khule hue hain. koi bhi kaam aap peaceful andaz mein karein aapko sath hi mil jayenge. lekin tasaddud karenge to aap dusron bhi barbad karenge khud bhi barbad honge.</w:t>
      </w:r>
    </w:p>
    <w:p>
      <w:pPr>
        <w:jc w:val="right"/>
      </w:pPr>
      <w:r>
        <w:t>तो यह हमें अगर हम अपनी negative thinking को खत्म कर दें और ज़दीद इंकानात को avail करें जो सारी opportunities को avail करें तो हम पाएंगे कि आज आज की दुनिया में सारे रास्ते हमारे लिख खुले हुए हैं. कोई भी काम आप peaceful अंदाज़ में करें आपको साथ ही मिल जाएंगे. लेकिन तसद्दूत करेंगे तो आप दूसरों भी बर्बाद करेंगे खुद भी बर्बाद होंगे.</w:t>
      </w:r>
    </w:p>
    <w:p>
      <w:r>
        <w:rPr>
          <w:b/>
        </w:rPr>
        <w:t xml:space="preserve">[1:02:31] </w:t>
      </w:r>
      <w:r>
        <w:t>ab yeh bahut achha message mila that if re planning can be done looking at the situations or circumstances Then a new future can be built provided we are willing to forget the defeats of the past and then plan our actions keeping in mind the possibilities and the opportunities of the future. So yeh bahut achha message aap ne diya.</w:t>
      </w:r>
    </w:p>
    <w:p>
      <w:pPr>
        <w:jc w:val="right"/>
      </w:pPr>
      <w:r>
        <w:t>अब यह बहुत अच्छा message मिला that if re planning can be done looking at the situations or circumstances Then a new future can be built provided we are willing to forget the defeats of the past and then plan our actions keeping in mind the possibilities and the opportunities of the future. So यह बहुत अच्छा message आपने दिया.</w:t>
      </w:r>
    </w:p>
    <w:p>
      <w:r>
        <w:rPr>
          <w:b/>
        </w:rPr>
        <w:t xml:space="preserve">[1:02:56] </w:t>
      </w:r>
      <w:r>
        <w:t>isi ke sath aap aakhri sawal aaj ke session ka ki aap kya message dena chahengi tamam Muslims ko from the perspective of re planning? to iske bare mein aap kuch kahein? asal mein pehle zamane mein aisa tha ki sab kuch jang se hi hasil hota tha. badshahat hoti thi, agricultural system hota tha.</w:t>
      </w:r>
    </w:p>
    <w:p>
      <w:pPr>
        <w:jc w:val="right"/>
      </w:pPr>
      <w:r>
        <w:t>इसी के साथ आप आखिरी सवाल आज के session का कि आप क्या message देना चाहेंगी तमाम मुस्लिमs को from the perspective of re planning? तो इसके बारे में आप कुछ कहें? असल में पहले जमाने में ऐसा था कि सब कुछ जंग से ही हासिल होता था. बादशाहात होती थी, agricultural system होता था.</w:t>
      </w:r>
    </w:p>
    <w:p>
      <w:r>
        <w:rPr>
          <w:b/>
        </w:rPr>
        <w:t xml:space="preserve">[1:03:21] </w:t>
      </w:r>
      <w:r>
        <w:t>jo jiske hath mein talwar hoti thi usi ko kuch milta tha warna kuch milta hi nahi tha. aadhare mudane ka yeh sab zamane hi nahi tha. to musalmanon ne chunke replanning nahi kar sake. unka mindset, unka badla nahi. to aaj bhi yahi samajhte rahe ki jihad ke zariye se hi woh sab kuch hasil karenge. halanki jihad ke mane to struggle ke the. unhon ne jihad ke mane hi badal diya.</w:t>
      </w:r>
    </w:p>
    <w:p>
      <w:pPr>
        <w:jc w:val="right"/>
      </w:pPr>
      <w:r>
        <w:t>जो जिसके हाथ में तलवार होती थी उसी को कुछ मिलता था वरना कुछ मिलता ही नहीं था. आधारे मुदाने का यह सब जमाने ही नहीं था. तो मुसलमानों ने चूंकि replanning नहीं कर सके. उनका mindset, उनका बदला नहीं. तो आज भी यही समझते रहे कि जिहाद के जरिए से ही वह सब कुछ हासिल करेंगे. हालांकि जिहाद के माने तो struggle के थे. उन्होंने जिहाद के माने ही बदल दिया.</w:t>
      </w:r>
    </w:p>
    <w:p>
      <w:r>
        <w:rPr>
          <w:b/>
        </w:rPr>
        <w:t xml:space="preserve">[1:03:46] </w:t>
      </w:r>
      <w:r>
        <w:t>woh jang toh hai qital aur jihad hai struggle kisi bhi achhe kaam ke liye struggle karna.</w:t>
      </w:r>
    </w:p>
    <w:p>
      <w:pPr>
        <w:jc w:val="right"/>
      </w:pPr>
      <w:r>
        <w:t>वह जंग तो है किताल और जिहाद है struggle किसी भी अच्छे काम के लिए struggle करना.</w:t>
      </w:r>
    </w:p>
    <w:p>
      <w:r>
        <w:rPr>
          <w:b/>
        </w:rPr>
        <w:t xml:space="preserve">[1:03:56] </w:t>
      </w:r>
      <w:r>
        <w:t>to unhon ne jihad ke mani badal diye.</w:t>
      </w:r>
    </w:p>
    <w:p>
      <w:pPr>
        <w:jc w:val="right"/>
      </w:pPr>
      <w:r>
        <w:t>तो उन्होंने जिहाद के मानी बदल दिए.</w:t>
      </w:r>
    </w:p>
    <w:p>
      <w:r>
        <w:rPr>
          <w:b/>
        </w:rPr>
        <w:t xml:space="preserve">[1:04:07] </w:t>
      </w:r>
      <w:r>
        <w:t>ab unko aisa laga ke islam mein jihad ke liye kaha gaya hai toh yahi jihad hai.</w:t>
      </w:r>
    </w:p>
    <w:p>
      <w:pPr>
        <w:jc w:val="right"/>
      </w:pPr>
      <w:r>
        <w:t>अब उनको ऐसा लगा कि इस्लाम में जिहाद के लिए कहा गया है तो यही जिहाद है.</w:t>
      </w:r>
    </w:p>
    <w:p>
      <w:r>
        <w:rPr>
          <w:b/>
        </w:rPr>
        <w:t xml:space="preserve">[1:04:18] </w:t>
      </w:r>
      <w:r>
        <w:t>uske baad musalsal jang chalti rahi. musalsal koi na koi ek tarah chalti rahi aur logon ko jihad ki tarah neet deti rahi. hua kuch nahi sirf jo kuch musalmanon ke pas tha woh bhi barbad ho gaya. to har aisi tareeq jo ki na aql ke mutabik hai aur na jadeed halaat ke mutabik hai woh to usko to tabahi hona hai. usko to counter productive hi hona hai. uska koi result nahi aana hai.</w:t>
      </w:r>
    </w:p>
    <w:p>
      <w:pPr>
        <w:jc w:val="right"/>
      </w:pPr>
      <w:r>
        <w:t>उसके बाद मुसलसल जंग चलती रही. मुसलसल कोई ना कोई एक तरीके चलती रही और लोगों को जिहाद की तरह नीत देती रही. हुआ कुछ नहीं सिर्फ जो कुछ मुसलमानों के पास था वह भी बर्बाद हो गया. तो हर ऐसी तरीक जो कि ना अखिल के मुताबिक है और ना जदीद हालात के मुताबिक है वह तो उसको तो तबाही होना है. उसको तो counter productive ही होना है. उसका कोई result नहीं आना है.</w:t>
      </w:r>
    </w:p>
    <w:p>
      <w:r>
        <w:rPr>
          <w:b/>
        </w:rPr>
        <w:t xml:space="preserve">[1:04:47] </w:t>
      </w:r>
      <w:r>
        <w:t>to humein chahiye ki hum u-turn lein aur dobara mamle ko reappraisal karein. dobara usko mahalat ko samjhein aur ab woh samjhenge zamana badal gaya hai. yahi to nahi musalman samajh rahe ki zamana badal gaya hai. aaj siyasi akhtedar zaruri nahi hai. log political interpretation de rahe hain Islam ko aur samajhte hain ki sab kuch politics se hasil hoga. Politics se kuch nahi hasil hota.</w:t>
      </w:r>
    </w:p>
    <w:p>
      <w:pPr>
        <w:jc w:val="right"/>
      </w:pPr>
      <w:r>
        <w:t>तो हमें चाहिए कि हम u-turn लें और दोबारा मामले को reappraisal करें. दोबारा उसको महालात को समझें और अब वह समझेंगे जमाना बदल गया है. यही तो नहीं मुसलमान समझ रहे कि जमाना बदल गया है. आज सियासी अख्तेदार ज़रूरी नहीं है. लोग political interpretation दे रहे हैं इस्लाम को और समझते हैं कि सब कुछ politics से हासिल होगा. Politics से कुछ नहीं हासिल होता.</w:t>
      </w:r>
    </w:p>
    <w:p>
      <w:r>
        <w:rPr>
          <w:b/>
        </w:rPr>
        <w:t xml:space="preserve">[1:05:15] </w:t>
      </w:r>
      <w:r>
        <w:t>aaj toh politics maulana kehte hain usse jo administration hai.</w:t>
      </w:r>
    </w:p>
    <w:p>
      <w:pPr>
        <w:jc w:val="right"/>
      </w:pPr>
      <w:r>
        <w:t>आज तो politics मौराना कहते हैं उससे जो administration है.</w:t>
      </w:r>
    </w:p>
    <w:p>
      <w:r>
        <w:rPr>
          <w:b/>
        </w:rPr>
        <w:t xml:space="preserve">[1:05:21] </w:t>
      </w:r>
      <w:r>
        <w:t>baqi tamam cheezen jo hain woh doosre logon ke hath mein hain.</w:t>
      </w:r>
    </w:p>
    <w:p>
      <w:pPr>
        <w:jc w:val="right"/>
      </w:pPr>
      <w:r>
        <w:t>बाकी तमाम चीज़ें जो है वह दूसरे लोगों के हाथ में है.</w:t>
      </w:r>
    </w:p>
    <w:p>
      <w:r>
        <w:rPr>
          <w:b/>
        </w:rPr>
        <w:t xml:space="preserve">[1:05:27] </w:t>
      </w:r>
      <w:r>
        <w:t>to aaj musalman aedhane banayein.</w:t>
      </w:r>
    </w:p>
    <w:p>
      <w:pPr>
        <w:jc w:val="right"/>
      </w:pPr>
      <w:r>
        <w:t>तो आज मुसलमान ऐधाने बनाएं.</w:t>
      </w:r>
    </w:p>
    <w:p>
      <w:r>
        <w:rPr>
          <w:b/>
        </w:rPr>
        <w:t xml:space="preserve">[1:05:33] </w:t>
      </w:r>
      <w:r>
        <w:t>bade bade NGOs banayein aur tarah tarah se jo opportunities hain unka istemal karein aur educational empire bana</w:t>
      </w:r>
    </w:p>
    <w:p>
      <w:pPr>
        <w:jc w:val="right"/>
      </w:pPr>
      <w:r>
        <w:t>बड़े बड़े NGOs बनाएं और तरह तरह से जो opportunities हैं उनका इस्तेमाल करें और educational empire बना</w:t>
      </w:r>
    </w:p>
    <w:p>
      <w:r>
        <w:rPr>
          <w:b/>
        </w:rPr>
        <w:t xml:space="preserve">[1:05:39] </w:t>
      </w:r>
      <w:r>
        <w:t>sakte hain, dawa empire bana sakte hain aur woh bade bade kaam kar sakte hain.</w:t>
      </w:r>
    </w:p>
    <w:p>
      <w:pPr>
        <w:jc w:val="right"/>
      </w:pPr>
      <w:r>
        <w:t>सकते हैं, दावा empire बना सकते हैं और वह बड़े बड़े काम कर सकते हैं.</w:t>
      </w:r>
    </w:p>
    <w:p>
      <w:r>
        <w:rPr>
          <w:b/>
        </w:rPr>
        <w:t xml:space="preserve">[1:05:46] </w:t>
      </w:r>
      <w:r>
        <w:t>jo hain jaise Christian missionaries hain. ab unhon ne har jagah school banaye hue hain. ab tamam logon se usse contact rehta hai. woh log pad taleem hasil karte hain. unki ek achhi image hoti hai society mein. Hospitals banayein.</w:t>
      </w:r>
    </w:p>
    <w:p>
      <w:pPr>
        <w:jc w:val="right"/>
      </w:pPr>
      <w:r>
        <w:t>जो है जैसे Christian missionaries हैं. अब उन्होंने हर जगह school बनाए हुए हैं. अब तमाम लोगों से उससे contact रहता है. वह लोग पढ़ तालीम हासिल करते हैं. उनकी एक अच्छी image होती है society में. Hospitals बनाएं.</w:t>
      </w:r>
    </w:p>
    <w:p>
      <w:r>
        <w:rPr>
          <w:b/>
        </w:rPr>
        <w:t xml:space="preserve">[1:06:02] </w:t>
      </w:r>
      <w:r>
        <w:t>to sare hi kaam hamare liye matlab sari opportunities hain hamare liye aur agar hum naye zamane ko samjhenge aur musbat andaz mein peaceful andaz mein kaam karenge to aaj duniya hamari hai. kisi ko koi aitraz hi nahi hai peaceful andaz mein kaam karne par.</w:t>
      </w:r>
    </w:p>
    <w:p>
      <w:pPr>
        <w:jc w:val="right"/>
      </w:pPr>
      <w:r>
        <w:t>तो सारे ही काम हमारे लिए मतलब सारी opportunities हैं हमारे लिए और अगर हम नए ज़माने को समझेंगे और मुस्बत अंदाज़ में peaceful अंदाज़ में काम करेंगे तो आज दुनिया हमारी है. किसी को कोई अतराज़ ही नहीं है peaceful अंदाज़ में काम करने पर.</w:t>
      </w:r>
    </w:p>
    <w:p>
      <w:r>
        <w:rPr>
          <w:b/>
        </w:rPr>
        <w:t xml:space="preserve">[1:06:22] </w:t>
      </w:r>
      <w:r>
        <w:t>to humein chahiye ki hum naye zamane ko samjhein aur apni jo hai purwaniya jo jihad ki rah mein de rahe hain woh purwaniya peaceful peaceful field mein usse kaam karein aur tamam tarraqqiyan hasil karein duniya mein bhi aur aakhirat mein bhi Insha Allah.</w:t>
      </w:r>
    </w:p>
    <w:p>
      <w:pPr>
        <w:jc w:val="right"/>
      </w:pPr>
      <w:r>
        <w:t>तो हमें चाहिए कि हम नए ज़माने को समझें और अपनी जो है पूर्वानियां जो जिहाद की राह में दे रहे हैं वह पूर्वानियां peaceful peaceful field में उससे काम करें और तम तमाम तरक्कियां हासिल करें दुनिया में भी और आख़िरत में भी इंशाह अल्ला.</w:t>
      </w:r>
    </w:p>
    <w:p>
      <w:r>
        <w:rPr>
          <w:b/>
        </w:rPr>
        <w:t xml:space="preserve">[1:06:45] </w:t>
      </w:r>
      <w:r>
        <w:t>ji JazakAllah apa aaj bahut hi wisdom ke sath aap ne ek bahut hi important subject ko waze kiya hum sabke liye aur I would also like to tell the viewers that the English version of this book which apa had mentioned is also available on CPS website with the title re planning of the Islamic mission in modern times. So you can get both Urdu as well as the English book on replanning from the CPS website.</w:t>
      </w:r>
    </w:p>
    <w:p>
      <w:pPr>
        <w:jc w:val="right"/>
      </w:pPr>
      <w:r>
        <w:t>जी ज़ज़कल्ला आपा आज बहुत ही wisdom के साथ आपने एक बहुत ही important subject को वाज़े किया हम सबके लिए और I would also like to tell the viewers that the English version of this book which आपा had mentioned is also available on CPS website with the title re planning of the Islamic mission in modern times. So you can get both उर्दू as well as the English book on replanning from the CPS website.</w:t>
      </w:r>
    </w:p>
    <w:p>
      <w:r>
        <w:rPr>
          <w:b/>
        </w:rPr>
        <w:t xml:space="preserve">[1:07:13] </w:t>
      </w:r>
      <w:r>
        <w:t>So before we end today's session, I would like to request Fareeda apa to do two launches today. The spirit of Islam bimonthly magazine is now available for your reading and your sharing. This is the November and December issue of 2022. So I will request apa to do the launch.</w:t>
      </w:r>
    </w:p>
    <w:p>
      <w:pPr>
        <w:jc w:val="right"/>
      </w:pPr>
      <w:r>
        <w:t>So before we end today's session, I would like to request फरीदा आपा to do two launches today. The spirit of इस्लाम bimonthly magazine is now available for your reading and your sharing. This is the November and December issue of 2022. So I will request आपका to do the launch.</w:t>
      </w:r>
    </w:p>
    <w:p>
      <w:r>
        <w:rPr>
          <w:b/>
        </w:rPr>
        <w:t xml:space="preserve">[1:07:43] </w:t>
      </w:r>
      <w:r>
        <w:t>Thank you, apa. Similarly, Hindi Alwisaala bhi CPS website par available hai. Yeh July aur August ka issue hai. Isko bhi aap download karke padh sakte hain aur sabhi logon ke sath share kar sakte hain. So I will request apa to launch the Hindi Alwisaala bi monthly as well. Okay. Thank you, for watching today's program.</w:t>
      </w:r>
    </w:p>
    <w:p>
      <w:pPr>
        <w:jc w:val="right"/>
      </w:pPr>
      <w:r>
        <w:t>Thank you, आपका. Similarly, हिंदी अल्विसाला भी CPS website पर available है. यह July और August का issue है. इसको भी आप download करके पढ़ सकते हैं और सभी लोगों के साथ share कर सकते हैं. So I will request आपका to launch the हिंदी अल्विसाला bi monthly as well. Okay. Thank you, for watching today's program.</w:t>
      </w:r>
    </w:p>
    <w:p>
      <w:r>
        <w:rPr>
          <w:b/>
        </w:rPr>
        <w:t xml:space="preserve">[1:08:13] </w:t>
      </w:r>
      <w:r>
        <w:t>We will be back next Sunday, 10:30AM. Thank you.</w:t>
      </w:r>
    </w:p>
    <w:p>
      <w:pPr>
        <w:jc w:val="right"/>
      </w:pPr>
      <w:r>
        <w:t>We will be back next Sunday, 10:30AM.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