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History of Palestine January 22, 2023</w:t>
      </w:r>
    </w:p>
    <w:p>
      <w:r>
        <w:t>https://youtu.be/KriKW4WEgzw</w:t>
      </w:r>
    </w:p>
    <w:p>
      <w:r>
        <w:rPr>
          <w:b/>
        </w:rPr>
        <w:t xml:space="preserve">[00:11] </w:t>
      </w:r>
      <w:r>
        <w:t>Assalamualikum. Today we will be having a conversation on the history of Palestine with professor Fareeda Khanoom. Palestine was the home of many prophets, prophet Ibrahim, prophet Ishaq, prophet Yaqoob, prophet Dawood, prophet Sulaiman, prophet Yahya, prophet Zakariya, and prophet Isa.</w:t>
      </w:r>
    </w:p>
    <w:p>
      <w:pPr>
        <w:jc w:val="right"/>
      </w:pPr>
      <w:r>
        <w:t>अस्सलामालेकुम. Today we will be having a conversation on the history of Palestine with professor फरीदा खानम. Palestine was the home of many prophets, prophet इब्राहिम, prophet इज़ाक़, prophet याक़ूब, prophet दाऊद, prophet सुलिमान, prophet Yahya, prophet ज़करिया, and prophet ईसा.</w:t>
      </w:r>
    </w:p>
    <w:p>
      <w:r>
        <w:rPr>
          <w:b/>
        </w:rPr>
        <w:t xml:space="preserve">[00:35] </w:t>
      </w:r>
      <w:r>
        <w:t>Palestine also happens to be the place where the miraculous birth of prophet Isa took place. Quran refers to Palestine as a holy land. It is a place where the third holiest mosque of Islam, that is Al Aqsa is located.</w:t>
      </w:r>
    </w:p>
    <w:p>
      <w:pPr>
        <w:jc w:val="right"/>
      </w:pPr>
      <w:r>
        <w:t>Palestine also happens to be the place where the miraculous birth of prophet ईसा took place. कुरान refers to Palestine as a holy land. It is a place where the third holiest mosque of Islam, that is अल अक्सा is located.</w:t>
      </w:r>
    </w:p>
    <w:p>
      <w:r>
        <w:rPr>
          <w:b/>
        </w:rPr>
        <w:t xml:space="preserve">[00:53] </w:t>
      </w:r>
      <w:r>
        <w:t>Prophet's miraculous night journey also happened in Palestine whereby in one night he traveled from Mecca to Palestine and then on to heaven. So we will discuss on the history of Palestine and many more aspects with Fareeda apa today. To chaliye unhi se baat cheet karte hain. Assalamualikum apa kaisi hain aap? Aleef sahib sab theek hai khairiyon se. Ji apa Alhamdulillah.</w:t>
      </w:r>
    </w:p>
    <w:p>
      <w:pPr>
        <w:jc w:val="right"/>
      </w:pPr>
      <w:r>
        <w:t>Prophet's miraculous night journey also happened in Palestine whereby in one night he traveled from Mecca to Palestine and then on to heaven. So we will discuss on the history of Palestine and many more aspects with फरीदा आपा today. तो चलिए उन्हीं से बातचीत करते हैं. अस्लामालिकुम आपा कैसी हैं आप? अलीफ़ साहब सब ठीक है खैरियों से. जी आपा अलहम्देर अल्ला.</w:t>
      </w:r>
    </w:p>
    <w:p>
      <w:r>
        <w:rPr>
          <w:b/>
        </w:rPr>
        <w:t xml:space="preserve">[01:21] </w:t>
      </w:r>
      <w:r>
        <w:t>apa aaj ka jo subject hai usmein bahut history hai, bahut se sabak hain. Lekin seedha history mein jaane se pehle main aapse yeh sawal karna chahunga ki travel agar koi ek insan karte hain to bahut kuch seekhne ko milta hai. Kaha jata hai ki travel jo hai ek moment ki sifat hai aur Quran mein bhi chapter 22 mein isko bahut emphasize kiya gaya hai.</w:t>
      </w:r>
    </w:p>
    <w:p>
      <w:pPr>
        <w:jc w:val="right"/>
      </w:pPr>
      <w:r>
        <w:t>आपा आज का जो subject है उसमें बहुत history है, बहुत से सबक हैं. लेकिन सीधा history में जाने से पहले मैं आपसे यह सवाल करना चाहूंगा कि travel अगर कोई एक इंसान करते हैं तो बहुत कुछ सीखने को मिलता है. कहा जाता है कि travel जो है एक moment की सिफत है और कुरान में भी chapter 22 में इसको बहुत emphasize किया गया है.</w:t>
      </w:r>
    </w:p>
    <w:p>
      <w:r>
        <w:rPr>
          <w:b/>
        </w:rPr>
        <w:t xml:space="preserve">[01:47] </w:t>
      </w:r>
      <w:r>
        <w:t>to main chahunga aap ki pehle sabse pehle aap is iske bare mein bataein travel ke bare mein kyunki aksar insan jab travel karta hai to bahut si cheezein dekhta hai, uska intellectual development hota hai. to main chahunga iske bare mein aap thoda pehle bataein. Ji, Quran mein aaya hai ki zameen mein sair aur safar karne se aql mein izafa hota hai. Yeh Surah Haj mein.</w:t>
      </w:r>
    </w:p>
    <w:p>
      <w:pPr>
        <w:jc w:val="right"/>
      </w:pPr>
      <w:r>
        <w:t>तो मैं चाहूंगा आप कि पहले सबसे पहले आप इस इसके बारे में बताएं travel के बारे में क्योंकि अक्सर इंसान जब travel करता है तो बहुत सी चीज़ें देखता है, उसका intellectual development होता है. तो मैं चाहूंगा इसके बारे में आप थोड़ा पहले बताएं. जी, हुरान में आया है कि ज़मीन में सैर और सफर करने से अक्ल में इज़ाफ़ा होता है. यह सूर्याल हज में.</w:t>
      </w:r>
    </w:p>
    <w:p>
      <w:r>
        <w:rPr>
          <w:b/>
        </w:rPr>
        <w:t xml:space="preserve">[02:17] </w:t>
      </w:r>
      <w:r>
        <w:t>to Maulana travel ko bahut importance dete the aur kai logon ko sath mein lekar chala karte the. to usse jitne bhi unko tajarubat raste mein hote the. kuch na kuch woh study karte the. jaise jahaz mein hote the to jahaz ka magazine padhte the. kuch na kuch usmein se unko milta tha aisi baatein jo hum logon ko bhi batate the aur safarnama bhi likhti thi. unke bahut sare safarnama hain.</w:t>
      </w:r>
    </w:p>
    <w:p>
      <w:pPr>
        <w:jc w:val="right"/>
      </w:pPr>
      <w:r>
        <w:t>तो मोहलाना travel को बहुत importance देते थे और कई लोगों को साथ में लेकर चला करते थे. तो उससे जितने भी उनको तज़र बात रास्ते में होते थे. कुछ ना कुछ वह study करते थे. जैसे जहाज में होते थे तो जहाज का magazine पढ़ते थे. कुछ ना कुछ उसमें से उनको मिलता था ऐसी बातें जो हम लोगों को भी बताते थे और सफरनामा भी लिखती थी. उनके बहुत सारे सफरनामे हैं.</w:t>
      </w:r>
    </w:p>
    <w:p>
      <w:r>
        <w:rPr>
          <w:b/>
        </w:rPr>
        <w:t xml:space="preserve">[02:46] </w:t>
      </w:r>
      <w:r>
        <w:t>yeh safarnama bahut dilchaspi se padhe jate the. to isse bahut zyada ismein aql mein izafa hota hai. naye naye tajarubat hote hain. bilkul aadmi ghar mein baitha raha hai. to usse koi nai baat usko samajh mein nahi aati kyunki insan ke andar jo mind hai woh potential usmein hai. Brain jo hai to usko actual banane ke liye usko naye naye tajarubat nai nai study karna padta hai. usse learning leni padti hai.</w:t>
      </w:r>
    </w:p>
    <w:p>
      <w:pPr>
        <w:jc w:val="right"/>
      </w:pPr>
      <w:r>
        <w:t>यह सफरनामे बहुत दिलचस्पी से पड़े जाते थे. तो इससे बहुत ज़्यादा इसमें अक्ल में जाफा होता है. नए नए तज़र बात होते हैं. बिल्कुल आदमी घर में बैठा रहा है. तो उससे कोई नई बात उसको समझ में नहीं आती क्योंकि इंसान के अंदर जो mind है वह potential उसमें है. Brain जो है तो उसको actual बनाने के लिए उसको नए नए तज़र बाद नई नई study करना पड़ता है. उससे learning लेनी पड़ती है.</w:t>
      </w:r>
    </w:p>
    <w:p>
      <w:r>
        <w:rPr>
          <w:b/>
        </w:rPr>
        <w:t xml:space="preserve">[03:16] </w:t>
      </w:r>
      <w:r>
        <w:t>tab uska jo hai potential jo hai woh actual ke roop mein ikhtiyaar karta hai. to aap jante hain hazrat ibrahim ali salam to missionary jo the woh is tarah ke the ke musalsal woh safar mein hi rehte the. bahut sari jagahon par ja jaakar woh huda ka paigham logon tak pahunchate the. to yeh islam mein iski bahut zyada ahmiyat hai.</w:t>
      </w:r>
    </w:p>
    <w:p>
      <w:pPr>
        <w:jc w:val="right"/>
      </w:pPr>
      <w:r>
        <w:t>तब उसका जो है potential जो है वह actual के रूप में इख्तैयार करता है. तो आप जानते हैं हजरत इब्राहिम अली सलाम तो missionary जो थे वह इस तरह के थे कि मुसलसल वह सफर में ही रहते थे. बहुत सारी जगहों पर जा जाकर वह हुदा का प्रागाम लोगों तक पहुंचाते थे. तो यह इस्लाम में इसकी बहुत ज़्यादा अहमियत है.</w:t>
      </w:r>
    </w:p>
    <w:p>
      <w:r>
        <w:rPr>
          <w:b/>
        </w:rPr>
        <w:t xml:space="preserve">[03:41] </w:t>
      </w:r>
      <w:r>
        <w:t>aur hazrat eisa a.s. ne bhi apne hawariyon ko mukhtalif muqamat par bheja tha ke allah ka paigham woh logon tak pahunchaye jaakar ke. aur aaj to itna aasan ho gaya hai aaj to turant industry ki wajah se itni sulahiyat ho gayi hai har jagah. lekin log uska sahi istemal nahi kar rahe hain. log tafreeh ke liye safar karte hain.</w:t>
      </w:r>
    </w:p>
    <w:p>
      <w:pPr>
        <w:jc w:val="right"/>
      </w:pPr>
      <w:r>
        <w:t>और हज़त ईसाल ए सलाम ने भी अपने हवारियों को मुख्तलिफ मुखामात पर भेजा था कि अल्लाह का प्राकाम वह लोगों तक पहुंचाएं जाकर के. और आज तो इतना आसान हो गया है आज तो तुरंत industry की वजह से इतनी सूलते हो गई है हर जगह. लेकिन लोग उसका सही इस्तेमाल नहीं कर रहे हैं. लोग तफरी के लिए सफर करते हैं.</w:t>
      </w:r>
    </w:p>
    <w:p>
      <w:r>
        <w:rPr>
          <w:b/>
        </w:rPr>
        <w:t xml:space="preserve">[04:07] </w:t>
      </w:r>
      <w:r>
        <w:t>jabki islam ke mutabiq hamein sabak lene ke liye safar karna chahiye. hamein logon se interaction karne ke liye unko huda ka paigham pahunchane ke liye safar karna chahiye. to yeh hamare liye bahut zaroori hai kyunki ek hi jagah hamein tamam log milte nahi ke hum unko yeh khas taur par huda ka jo creation plan hai woh logon ko batana. yeh hamari duty hai.</w:t>
      </w:r>
    </w:p>
    <w:p>
      <w:pPr>
        <w:jc w:val="right"/>
      </w:pPr>
      <w:r>
        <w:t>जबकि इस्लाम के मुताबिक हमें सबक लेने के लिए सफर करना चाहिए. हमें लोगों से interaction करने के लिए उनको होदा का प्राम पहुंचाने के लिए सफर करना चाहिए. तो यह हमारे लिए बहुत ज़रूरी है क्योंकि एक ही जगह हमें तमाम लोग मिलते नहीं कि हम उनको यह खासतौर पर होदा का जो creation plan है वह लोगों को बताना. यह हमारी duty है.</w:t>
      </w:r>
    </w:p>
    <w:p>
      <w:r>
        <w:rPr>
          <w:b/>
        </w:rPr>
        <w:t xml:space="preserve">[04:34] </w:t>
      </w:r>
      <w:r>
        <w:t>to jagah jagah jaakar hamein jahan bhi mauka mile aajkal to conferences hoti hain, programs hote hain, safar, seminars hote hain. to woh hamein jana chahiye aur wahan par ka paigham logon tak pahunchana chahiye. to ismein bahut bada iska sawab hai aur ismein hamara apna bhi hamara development hota hai aur khuda ka uska reward milta hai.</w:t>
      </w:r>
    </w:p>
    <w:p>
      <w:pPr>
        <w:jc w:val="right"/>
      </w:pPr>
      <w:r>
        <w:t>तो जगह जगह जाकर हमें जहां भी मौका मिले आजकल तो conferences होती हैं, programs होते हैं, सफल, seminars होते हैं. तो वह हमें जाना चाहिए और वहां पर का प्रकाम लोगों तक पहुंचाना चाहिए. तो इसमें बहुत बड़ा इसका स्वाभ है और इसमें हमारा अपना भी हमारा development होता है और खुदा क्या उसका reward मिलता है.</w:t>
      </w:r>
    </w:p>
    <w:p>
      <w:r>
        <w:rPr>
          <w:b/>
        </w:rPr>
        <w:t xml:space="preserve">[05:02] </w:t>
      </w:r>
      <w:r>
        <w:t>to ek baar ek sahabi ne rasool allah se poocha. kaha ke mujhe jihad ki ijazat dijiye. to aapne kaha meri ummat ki jihad allah ke raste mein jihad hai. to jihad ka yeh matlab nahi jihad kamane struggle koshish karna. kyunki jihad infiradi jihad to hota nahi. jihad ka yahi matlab hai ke allah ke paigham ko logon tak pahunchana.</w:t>
      </w:r>
    </w:p>
    <w:p>
      <w:pPr>
        <w:jc w:val="right"/>
      </w:pPr>
      <w:r>
        <w:t>तो एक बार एक साहबी ने रसूल्लाह से पुछा. कहा कि मुझे सेहाद की इजाज़त दीजिए. तो आपने कहा मेरी उम्मीद की सेहाद अल्लाह के रास्ते में जिहाद है. तो जिहाद का यह मतलब नहीं जिहाद कमाने struggle कोशिश करना. क्योंकि जिहाद इंफिरादी जिहाद तो होता नहीं. जिहाद का यही मतलब है कि अल्लाह के प्रागाम को लोगों तक पहुंचाना.</w:t>
      </w:r>
    </w:p>
    <w:p>
      <w:r>
        <w:rPr>
          <w:b/>
        </w:rPr>
        <w:t xml:space="preserve">[05:29] </w:t>
      </w:r>
      <w:r>
        <w:t>to yeh jo hai woh jihad hai aur isko hamein har halat mein karna chahiye. jahan bhi hamein mauka mile safar karne ka to woh hamein jana chahiye. wahan ke jo mawaqe hain unse poora faida uthana chahiye. aaj jo hum baat karenge woh Maulana ki kitab hai safar nama falasteen wo sham. to usmein se aaj hum kai baatein aap logon ke samne share karenge. masha allah.</w:t>
      </w:r>
    </w:p>
    <w:p>
      <w:pPr>
        <w:jc w:val="right"/>
      </w:pPr>
      <w:r>
        <w:t>तो यह जो है वह जिहाद है और इसको हमें हर हालत में करना चाहिए. जहां भी हमें मौका मिले सफर करने का तो वह हमें जाना चाहिए. वहां के जो मवाके हैं उनसे पूरा फ़ायदा उठाना चाहिए. आज जो हम बात करेंगे वह मौलाने की किताब है सफल नामा फलस्तीन वो शाम. तो उसमें से आज हम कई बातें आप लोगों के सामने share करेंगे. माशा अल्ला.</w:t>
      </w:r>
    </w:p>
    <w:p>
      <w:r>
        <w:rPr>
          <w:b/>
        </w:rPr>
        <w:t xml:space="preserve">[05:57] </w:t>
      </w:r>
      <w:r>
        <w:t>aap ab Maulana Wahiduddin Khan sahib ne bhi travel karein Palestine mein. unka pehla safar shayad 1995 mein hua aur aap ab Palestine also is considered as a holy land. it is sacred for all three semitic religion, judaism, christianity and islam. to main chahunga ke aap yeh batayein ke kyun usko itna sacred mana gaya hai? what is the significance to this sacredness?</w:t>
      </w:r>
    </w:p>
    <w:p>
      <w:pPr>
        <w:jc w:val="right"/>
      </w:pPr>
      <w:r>
        <w:t>आप अब मुलाना वैद्युद्वीन खान साहब ने भी travel करें Palestine में. उनका पहला सफ़र शायद nineteen ninety five में हुआ और आप अब Palestine also is considered as a holy land. It is sacred for all three semitic religion, judaism, christianity and islam. तो मैं चाहूंगा कि आप यह बताएं कि क्यों उसको इतना sacred माना गया है? What is the significance to this sacredness?</w:t>
      </w:r>
    </w:p>
    <w:p>
      <w:r>
        <w:rPr>
          <w:b/>
        </w:rPr>
        <w:t xml:space="preserve">[06:27] </w:t>
      </w:r>
      <w:r>
        <w:t>iske bare mein batayein. to yeh jo hai muqaddas muqam jo hai teeno mazahib ke liye jo teeno semitic religions hain, teeno ke liye muqaddas sahi hai. to asal mein kya hai ke yeh bahut hi purana oldest civilization hai yahan par. yeh Mesopotamia ka jo ilaqa hai.</w:t>
      </w:r>
    </w:p>
    <w:p>
      <w:pPr>
        <w:jc w:val="right"/>
      </w:pPr>
      <w:r>
        <w:t>इसके बारे में बताएं. तो यह जो है मुकद्दस मुकाम जो है तीनों मज़हब के लिए जो तीनों semitic religions हैं, तीनों के लिए मुकद्दस सही है. तो असल में क्या है कि यह बहुत ही पुराना oldest civilization है यहां पर. यह Mesopotamia का जो इलाका है.</w:t>
      </w:r>
    </w:p>
    <w:p>
      <w:r>
        <w:rPr>
          <w:b/>
        </w:rPr>
        <w:t xml:space="preserve">[06:51] </w:t>
      </w:r>
      <w:r>
        <w:t>to yahin par yahood jo hai hazrat yaqoob a.s. balki yahan tak kaha jata hai kya? hazrat adam jab jannat se nikale gaye the to unko yahin par laqaya gaya tha. jo oldest human habitation hai yeh. yeh bible ke mutabiq hai ke unko yahin par rakha gaya tha. to yeh jo hai bahut hi khas ilaqa hai. yahan tamam paigambar yahan par aaye.</w:t>
      </w:r>
    </w:p>
    <w:p>
      <w:pPr>
        <w:jc w:val="right"/>
      </w:pPr>
      <w:r>
        <w:t>तो यहीं पर यहूद जो है हजरत याकूब अल ए सलाम बल्कि यहां तक कहा जाता है क्या? हजरत आदम जब जन्नत से निकाले गए थे तो उनको यहीं पर लखा गया था. जो oldest human habitation है यह. यह bible के मुताबिक है कि उनको यहीं पर रखा गया था. तो यह जो है बहुत ही खास इलाका है. यहां तमाम प्रागंबर यहां पर आए.</w:t>
      </w:r>
    </w:p>
    <w:p>
      <w:r>
        <w:rPr>
          <w:b/>
        </w:rPr>
        <w:t xml:space="preserve">[07:21] </w:t>
      </w:r>
      <w:r>
        <w:t>yahood ke sare paigambar yahan par aaye aur hazrat yaqoob a.s. yahin par the isi ilaqe mein. to yeh pehle jo hai yeh falasteen iska pehle Kanaan isko bola jata tha. baad mein iska naam falasteen pad gaya. to yahood jooz ka yeh kehna hai ke yeh ilaqa jo hai allah ki taraf se unko warasa diya gaya hai.</w:t>
      </w:r>
    </w:p>
    <w:p>
      <w:pPr>
        <w:jc w:val="right"/>
      </w:pPr>
      <w:r>
        <w:t>यहूद के सारे पगंबर यहां पर आए और हजरत याख़ूब अल्लाम यहीं पर थे इसी इलाके में. तो यह पहले जो है यह फ़लस्तीन इसका पहले कानान इसको बोला जाता था. बाद में इसका नाम फलस्तीन पड़ गया. तो यहूद जूस का यह कहना है कि यह इलाका जो है अल्लाह की तरफ से उनको बरारास्त दिया गया है.</w:t>
      </w:r>
    </w:p>
    <w:p>
      <w:r>
        <w:rPr>
          <w:b/>
        </w:rPr>
        <w:t xml:space="preserve">[07:49] </w:t>
      </w:r>
      <w:r>
        <w:t>kyunki hazrat musa a.s. se allah taala ne kaha tha ke main meri kaum is paak zameen mein dakhil ho jao. jo allah ne tumhare liye likh diye. enter the holy land god has assigned to you. yeh surah almaidah hai aur verse 21. to yeh log is zameen ko muqaddas samajhte hain. arze mawood samajhte hain. kyunki hazrat musa a.s. foran wahan dakhil nahi ho paye the.</w:t>
      </w:r>
    </w:p>
    <w:p>
      <w:pPr>
        <w:jc w:val="right"/>
      </w:pPr>
      <w:r>
        <w:t>क्योंकि हजरत मुसाल ए सलाम से अल्लाह तालाह ने कहा था कि मैं मेरी कुम इस पाख ज़मीन में दाखिल हो जाओ. जो अल्लाह ने तुम्हारे लिए लिख दिए. Enter the holy land god has assigned to you. यह सूर्य अलमायदा है और verse 21. तो यह लोग इस ज़मीन को मुकद्द समझते हैं. अर्जे माहूद समझते हैं. क्योंकि हजरत मुसार ए सलाम फ़ौरन वहां दाखिल नहीं हो पाए थे.</w:t>
      </w:r>
    </w:p>
    <w:p>
      <w:r>
        <w:rPr>
          <w:b/>
        </w:rPr>
        <w:t xml:space="preserve">[08:18] </w:t>
      </w:r>
      <w:r>
        <w:t>kyunki unki qaum iske liye tayyar nahi thi. to lekin woh pehda unko kiya gaya tha. jab qaum tayyar ho jayegi. to unko yeh ilaqa unko de diya jayega. to is tarah se yeh unke liye muqaddas muqam hai. kai baar unko wahan se nikala gaya. to jo pehle ke badshah hote the emperors hote the to woh bahut zyada zulm karte the. to woh khas taur par jo ibadat gahain hoti thi usko dhah dete the.</w:t>
      </w:r>
    </w:p>
    <w:p>
      <w:pPr>
        <w:jc w:val="right"/>
      </w:pPr>
      <w:r>
        <w:t>क्योंकि उनकी कौम इसके लिए तैयार नहीं थी. तो लेकिन वह प्रामेद उनको किया गया था. जब कौम तैयार हो जाएगी. तो उनको यह इलाका उनको दे दिया जाएगा. तो इस तरीके से यह उनके लिए मुकद्दस मुकाम है. कई बार उनको वहां से निकाला गया. तो जो पहले के बादशाह होते थे emperors होते थे तो वह बहुत ज़्यादा जुल्म करते थे. तो वह खासतौर पर जो इबादत गाएं होती थी उसको ढा देते थे.</w:t>
      </w:r>
    </w:p>
    <w:p>
      <w:r>
        <w:rPr>
          <w:b/>
        </w:rPr>
        <w:t xml:space="preserve">[08:46] </w:t>
      </w:r>
      <w:r>
        <w:t>to wahan se woh kai baar nikale gaye. to woh yeh samajhte the yahood ke jab tak ke hamein yeh arz muqaddas hamein mil nahi jayega tab tak hamare masail hal nahi honge. is wajah se woh hamesha yahi koshish karte the ke unko yeh muqaddas sarzameen mein unka dakhla ho jaye taki unke tamam masail hal ho.</w:t>
      </w:r>
    </w:p>
    <w:p>
      <w:pPr>
        <w:jc w:val="right"/>
      </w:pPr>
      <w:r>
        <w:t>तो वहां से वह कई बार निकाले गए. तो वह यह समझते थे यहूद कि जब तक कि हमें यह अर्थ मुकद्दस हमें मिल नहीं जाएगा तब तक हमारे मसाल हल नहीं होंगे. इस वजह से वह हमेशा यही कोशिश करते थे कि उनको यह मुकद्दस सरज़मीन में उनका दाखला हो जाए ताकि उनके तमाम मसाल हल हो.</w:t>
      </w:r>
    </w:p>
    <w:p>
      <w:r>
        <w:rPr>
          <w:b/>
        </w:rPr>
        <w:t xml:space="preserve">[09:09] </w:t>
      </w:r>
      <w:r>
        <w:t>to yeh hazrat eisa a.s. yahan paida hue is tarah isaiyon ka bhi yeh muqaddas muqam hai aur yahin unke mission ki takmeel hui.</w:t>
      </w:r>
    </w:p>
    <w:p>
      <w:pPr>
        <w:jc w:val="right"/>
      </w:pPr>
      <w:r>
        <w:t>तो यह हज़त ईसा अलेह सलाम यहां पैदा हुए इस तरह ईसाइयों का भी यह मुकद्दस मुकाम है और यहीं उनके mission की तक़मील हुई.</w:t>
      </w:r>
    </w:p>
    <w:p>
      <w:r>
        <w:rPr>
          <w:b/>
        </w:rPr>
        <w:t xml:space="preserve">[09:18] </w:t>
      </w:r>
      <w:r>
        <w:t>musalmanon ka yeh hai ke wahan par mohammed ko jo meraj hui to kaha jata hai ke makka se woh jerusalem burraq par gaye hazrat jibril a.s. ke sath aur burraq par wahan par jo ek chattan hai jisko us shakhra bolte hain, to us chattan se woh aasman heavenly journey par us chattan ke upar se gaye.</w:t>
      </w:r>
    </w:p>
    <w:p>
      <w:pPr>
        <w:jc w:val="right"/>
      </w:pPr>
      <w:r>
        <w:t>मुसलमानों का यह है कि वहां पर मोहम्मद को जो मेराज़ हुई तो कहा जाता है कि मक्का से वह Jerusalem बुर्राक पर गए हज़ार जिब्राईल अलाहिस्सलाम के साथ और बुर्राक पर वहां पर जो एक चटान है जिसको उस शखरा बोलते हैं, तो उस चटान से वह आसमान heavenly journey पर उस चटान के ऊपर से गए.</w:t>
      </w:r>
    </w:p>
    <w:p>
      <w:r>
        <w:rPr>
          <w:b/>
        </w:rPr>
        <w:t xml:space="preserve">[09:48] </w:t>
      </w:r>
      <w:r>
        <w:t>to is tarah se woh muqaddas ho gaya. doosri hai ke us jab aap madina gaye to aapne usko woh banaya, qibla banaya. kyunki wahan yahood kafi tadad mein rehte the. unka qibla wahi chattan thi. usko sakhra kehte hain hum. usi ke upar baad mein woh dome banaya gaya to woh qubbat-us-sakhra kaha jaane laga.</w:t>
      </w:r>
    </w:p>
    <w:p>
      <w:pPr>
        <w:jc w:val="right"/>
      </w:pPr>
      <w:r>
        <w:t>तो इस तरीके से वह मुकद्दस हो गया. दूसरी है कि उस जब आप मदीना गए तो आपने उसको वह बनाया, खिमला बनाया. क्योंकि वहां यहूद काफी तादाद में रहते थे. उनका किमला वही चट्टान थी. उसको सखरा कहते हैं हम. उसी के ऊपर बाद में वह डोम बनाया गया तो वह कुब्बतु सखरा कहा जाने लगा.</w:t>
      </w:r>
    </w:p>
    <w:p>
      <w:r>
        <w:rPr>
          <w:b/>
        </w:rPr>
        <w:t xml:space="preserve">[10:15] </w:t>
      </w:r>
      <w:r>
        <w:t>to woh usi woh unka qibla tha yahood ka. kyunki yahood ka qibla tha to ansar mein jo log musalman ho gaye the to woh bhi usi taraf namaz padhte the. to rasool allah sallam jab wahan gaye to aapne unki talif-e-qalb ke liye aapne bhi usi ko qibla bana liya.</w:t>
      </w:r>
    </w:p>
    <w:p>
      <w:pPr>
        <w:jc w:val="right"/>
      </w:pPr>
      <w:r>
        <w:t>तो वह उसी वह उनका किमला था यहूद का. चूंकि यहूद का किमला था तो अंसार में जो लोग मुसलमान हो गए थे तो वह भी उसी तरफ नमाज़ पढ़ते थे. तो रसूल्लाह सुसलम जब वहां गए तो आपने उनकी तालिफ अकाल्म के लिए आपने भी उसी को किब्ला बना लिया.</w:t>
      </w:r>
    </w:p>
    <w:p>
      <w:r>
        <w:rPr>
          <w:b/>
        </w:rPr>
        <w:t xml:space="preserve">[10:36] </w:t>
      </w:r>
      <w:r>
        <w:t>to taqreeban aapne solah mahine us us woh qibla aapne usko banaya uske baad aapko ijazat mili ke kaba ki taraf. kaba ab se qibla hoga aur wahi aapko namaz padhni hai. to is tarah se teeno mazahib jo hain semitic religions unke muqaddas muqamat jo hain woh wahi hain. aisa shayad duniya mein koi bhi aisi jagah nahi hogi.</w:t>
      </w:r>
    </w:p>
    <w:p>
      <w:pPr>
        <w:jc w:val="right"/>
      </w:pPr>
      <w:r>
        <w:t>तो तक़रीबन आपने सोलह महीने उस उस वह किबला आपने उसको बनाया उसके बाद आपको इजाज़त मिली कि काबा की तरफ. काबा अब से किबला होगा और वही आपको नमाज़ पढ़नी है. तो इस तरीके से तीनों मज़ाहिब जो हैं semitic religions उनके मुकद्दस मुकामात जो हैं वह वही हैं. ऐसा शायद दुनिया में कोई भी ऐसी जगह नहीं होगी.</w:t>
      </w:r>
    </w:p>
    <w:p>
      <w:r>
        <w:rPr>
          <w:b/>
        </w:rPr>
        <w:t xml:space="preserve">[11:06] </w:t>
      </w:r>
      <w:r>
        <w:t>dekho teeno mazahib ke muqaddas muqamat ek hi ilaqe mein ho yani jerusalem. woh jerusalem ke jo hai woh do hisse the. ek south ek north. to north jo hai woh Israel kaha jata tha aur south jo hai woh Juda kaha jata tha. to Juda jo hai wahi uska capital jo hai woh jerusalem tha.</w:t>
      </w:r>
    </w:p>
    <w:p>
      <w:pPr>
        <w:jc w:val="right"/>
      </w:pPr>
      <w:r>
        <w:t>देखो तीनों मज़ाहिद के मुकद्दस मुकामात एक ही इलाके में हो यानी Jerusalem. वह Jerusalem के जो है वह दो हिस्से थे. एक south एक north. तो north जो है वो Israel कहा जाता था और south जो है वो juda कहा जाता था. तो juda जो है वही उसका capital जो है वो eroslem था.</w:t>
      </w:r>
    </w:p>
    <w:p>
      <w:r>
        <w:rPr>
          <w:b/>
        </w:rPr>
        <w:t xml:space="preserve">[11:30] </w:t>
      </w:r>
      <w:r>
        <w:t>to hazrat ibrahim a.s. ne hala sara ko yahin par basaya tha aur unhi ke jo bete the yaqoob unhi ko Israel kehte hain. jo bani Israel hai woh unhi ke nasal se hain. to unhi ko Israel kehte hain wahin se hazrat yusuf a.s. unke bete the. to phir woh ek nasal poori nasal chali wahan se.</w:t>
      </w:r>
    </w:p>
    <w:p>
      <w:pPr>
        <w:jc w:val="right"/>
      </w:pPr>
      <w:r>
        <w:t>तो हजरत इब्राहिम अलाहिद सलाम ने हल्सा सारा को यहीं पर बसाया था और उन्हीं के जो बेटे थे याकूब उन्हीं को Israel कहते हैं. जो बमू Israel है वह उन्हीं के नस्ल से हैं. तो उन्हीं को Israel कहते हैं वहीं से आदत युस्फ अलीह सलाम. उनके बेटे थे. तो फिर वह एक नस्ल पूरी नस्ल चली वहां से.</w:t>
      </w:r>
    </w:p>
    <w:p>
      <w:r>
        <w:rPr>
          <w:b/>
        </w:rPr>
        <w:t xml:space="preserve">[11:57] </w:t>
      </w:r>
      <w:r>
        <w:t>to yeh ilaqa jo hai bahut hi zaroori ilaqa tha. wahan bahut sari ibadatein hui aur uski wajah se yeh ilaqa jo hai bahut zyada, iski bahut zyada log yahan par base aur bahut zyada yahan par tarqqi ibadatein hui yahan par. bahut sare kaam in logon ne kiye.</w:t>
      </w:r>
    </w:p>
    <w:p>
      <w:pPr>
        <w:jc w:val="right"/>
      </w:pPr>
      <w:r>
        <w:t>तो यह इलाका जो है बहुत ही ज़रकेद इलाका था. वहां बहुत सारी इजादात हुई और उसकी वजह से यह इलाका जो है बहुत ज़्यादा, इसकी बहुत ज़्यादा लोग यहां पर बसे और बहुत ज़्यादा यहां पर तरदरकी इजादत हुई यहां पर. बहुत सारे काम इन लोगों ने किए.</w:t>
      </w:r>
    </w:p>
    <w:p>
      <w:r>
        <w:rPr>
          <w:b/>
        </w:rPr>
        <w:t xml:space="preserve">[12:19] </w:t>
      </w:r>
      <w:r>
        <w:t>to civilization ek baqayda wahan par paida hui aur na sirf mazhabi kaam hua balki civilizational kaam bhi wahan par bahut zyada hua. ji, to aap shayad isi liye Palestine ko cradle of civilization bhi kaha jata hai. bahut badi history hai. to main chahunga isko thoda sa aur aap wazeh karein.</w:t>
      </w:r>
    </w:p>
    <w:p>
      <w:pPr>
        <w:jc w:val="right"/>
      </w:pPr>
      <w:r>
        <w:t>तो civilization एक बाक़यदा वहां पर पैदा हुई और ना सिर्फ मज़ भी काम हुआ बल्कि civilizational काम भी वहां पर बहुत ज़्यादा हुआ. जी, तो आप शायद इसीलिए Palestine को cradle of civilization भी कहा जाता है. बहुत बड़ी history है. तो मैं चाहूंगा इसको थोड़ा सा और आप वाज़े करें.</w:t>
      </w:r>
    </w:p>
    <w:p>
      <w:r>
        <w:rPr>
          <w:b/>
        </w:rPr>
        <w:t xml:space="preserve">[12:45] </w:t>
      </w:r>
      <w:r>
        <w:t>asal mein yeh das hazar saala tareekh hai. to iske liye bahut zyada time chahiye. to thode se maine kuch points dekhe hain usko. isko fertile crescent bhi kehte hain. to yeh jo ilaqa hai yeh crescent shape mein hai. jo Mediterranean sea hai to yeh ek patli samundar ki patti hai. jabki agar koi bada samundar hota hai jaise Indian Ocean to usmein itna zyada communication nahi ho sakta tha.</w:t>
      </w:r>
    </w:p>
    <w:p>
      <w:pPr>
        <w:jc w:val="right"/>
      </w:pPr>
      <w:r>
        <w:t>असल में यह दस हज़ार साला तारीख़ है. तो इसके लिए बहुत ज़्यादा time चाहिए. तो थोड़े से मैंने कुछ points देखे हैं उसको. इसको fertile crescent भी कहते हैं. तो यह जो इलाका है यह crescent shape में है. जो Mediterranean sea है तो यह एक पतली समुन्दर की पट्टी है. जबकि अगर कोई बड़ा समुन्दर होता है जैसे Indian Ocean तो उसमें इतना ज़्यादा communication नहीं हो सकता था.</w:t>
      </w:r>
    </w:p>
    <w:p>
      <w:r>
        <w:rPr>
          <w:b/>
        </w:rPr>
        <w:t xml:space="preserve">[13:14] </w:t>
      </w:r>
      <w:r>
        <w:t>lekin yeh ek patli patti hai samundar ki jisko Bahr-e-Room bhi kehte hain. iske charon taraf khushki hai. bahut sare wahan par countries hain. teen to woh hain barraz, Asia, Africa, Europe. to yeh sare jo hain samundar ke kinare waqe hain aur ismein bahut sare ilaqe isi ko ab ab Middle East kaha jata hai.</w:t>
      </w:r>
    </w:p>
    <w:p>
      <w:pPr>
        <w:jc w:val="right"/>
      </w:pPr>
      <w:r>
        <w:t>लेकिन यह एक पतली पट्टी है समुन्दर की जिसको बेहर रोम भी कहते हैं. इसके चारों तरफ खुश की है. बहुत सारे वहां पर countries हैं. तीन तो वह हैं बार्याज, Asia, Africa, Europe. तो यह सारे जो हैं समुंदर के किनारे वाके हैं और इसमें बहुत सारे इलाके इसी को अब अब Middle East कहा जाता है.</w:t>
      </w:r>
    </w:p>
    <w:p>
      <w:r>
        <w:rPr>
          <w:b/>
        </w:rPr>
        <w:t xml:space="preserve">[13:41] </w:t>
      </w:r>
      <w:r>
        <w:t>Iraq hai, Syria hai, Lebanon hai, Israel hai, Jordan hai, Palestine, Kuwait, Turkey, yeh sare ilaqe uske kinare kinare jo hain woh base hue hain. to itna zyada yahan par interaction tha ek kyunki pehle zamane mein dekhiye yahi chahe woh darya thi ya samundar bade bade samundar ke liye to bade bade jahaz us waqt hote nahi the.</w:t>
      </w:r>
    </w:p>
    <w:p>
      <w:pPr>
        <w:jc w:val="right"/>
      </w:pPr>
      <w:r>
        <w:t>Iraq है, Syria है, Lebanon है, Israel है, Jordan है, Palestine, कोएद, Turkey, यह सारे इलाके उसके किनारे किनारे जो हैं वह बसे हुए हैं. तो इतना ज़्यादा यहां पर interaction था एक क्योंकि पहले जमाने में देखिए यही चाहे वह दरिया थी या समुद्र बड़े बड़े समुद्र के लिए तो बड़े बड़े जहाज उस वक्त होते नहीं थे.</w:t>
      </w:r>
    </w:p>
    <w:p>
      <w:r>
        <w:rPr>
          <w:b/>
        </w:rPr>
        <w:t xml:space="preserve">[14:08] </w:t>
      </w:r>
      <w:r>
        <w:t>to zyada tar darya ke zariye se ek doosre ilaqe mein woh hota logon interaction hota tha. ek doosre ilaqe mein communication hota tha. to is tarah se wahan par do daryayein bhi thi. Euphrates aur Tigrees. darya dhajla aur farad. to bahut hi yeh darfez ilaqah ho gaya tha. is liye yahan par bahut sare qaumein yahan par aayi aur unhone yahan par bahut kaam kiya.</w:t>
      </w:r>
    </w:p>
    <w:p>
      <w:pPr>
        <w:jc w:val="right"/>
      </w:pPr>
      <w:r>
        <w:t>तो ज़्यादातर दरिया के जरिए से एक दूसरे इलाके में वह होता लोगों interaction होता था. एक दूसरे इलाके में communication होता था. तो इस तरीके से वहां पर दो दरियाएं भी थी. Euphrates और Tigrees. दरिया धज्ला और फ़राद. तो बहुत ही यह दर्फेज़ इलाका हो गया था. इसलिए यहां पर बहुत सारे कौमें यहां पर आई और उन्होंने यहां पर बहुत काम किया.</w:t>
      </w:r>
    </w:p>
    <w:p>
      <w:r>
        <w:rPr>
          <w:b/>
        </w:rPr>
        <w:t xml:space="preserve">[14:36] </w:t>
      </w:r>
      <w:r>
        <w:t>iska ilaqah pehle kaanan bola jata tha. baad mein yeh falasteen iska naam pad gaya. kehte hain ki koi devta tha pels karke. to jo falasteen hua to land of Palestine yani land of pels ke naam se iska naam falasteen pad gaya. to yahan par taqreeban ek hazaar devi devta they.</w:t>
      </w:r>
    </w:p>
    <w:p>
      <w:pPr>
        <w:jc w:val="right"/>
      </w:pPr>
      <w:r>
        <w:t>इसका इलाका पहले कानान बोला जाता था. बाद में यह फलस्तीन इसका नाम पड़ गया. कहते हैं कि कोई देवता था पेल्स करके. तो जो फ़लस्तीन हुआ तो land of Palestine यानी land of पेल्स के नाम से इसका नाम फ़लस्तीन पड़ गया. तो यहां पर तकरीबन एक हज़ार देवी देवता थे.</w:t>
      </w:r>
    </w:p>
    <w:p>
      <w:r>
        <w:rPr>
          <w:b/>
        </w:rPr>
        <w:t xml:space="preserve">[15:02] </w:t>
      </w:r>
      <w:r>
        <w:t>us zamane mein kya tha ki nature worship hoti thi. to jo cheez bhi dekha nature mein koi koi cheez jo hai bahut hi impressive hai, koi bahut suraj hai, chand hai, hawa hai, bahut koi mufeed cheez hai. to har cheez ko woh pooja karne lagte they uski. to is tarah se beshumar devi devta hote they. to in logon ka woh chuki bilkul oldest civilization hai to sabse pehle to yeh log shikar hi karte they.</w:t>
      </w:r>
    </w:p>
    <w:p>
      <w:pPr>
        <w:jc w:val="right"/>
      </w:pPr>
      <w:r>
        <w:t>उस ज़माने में क्या था कि nature worship होती थी. तो जो चीज़ भी देखा nature में कोई कोई चीज़ जो है बहुत ही impressive है, कोई बहुत सूरज है, चांद है, हवा है, बहुत कोई मुफीत चीज़ है. तो हर चीज़ को वह पूजा करने लगते थे उसकी. तो इस तरीके से बेशुमार देवी देवता होते थे. तो इन लोगों का वह चूंकि बिल्कुल oldest civilization है तो सबसे पहले तो यह लोग शिकार ही करते थे.</w:t>
      </w:r>
    </w:p>
    <w:p>
      <w:r>
        <w:rPr>
          <w:b/>
        </w:rPr>
        <w:t xml:space="preserve">[15:30] </w:t>
      </w:r>
      <w:r>
        <w:t>to uski wajah se unki jo life thi woh badduon wali life thi bedun life. baddu log kya karte hain ek jagah nahi rahse rehte. jahan unko shikar milta hai, jahan pani milta hai, wahan apna khema laga dete hain. to yeh to baad mein jab agriculture develop hui tab unhone settle life waqtiyar ki. to uske agriculture se pehle unhone kya kiya? pehle jaise Hazrat Ismail aleh salam bhi chekar karte they.</w:t>
      </w:r>
    </w:p>
    <w:p>
      <w:pPr>
        <w:jc w:val="right"/>
      </w:pPr>
      <w:r>
        <w:t>तो उसकी वजह से उनकी जो life थी वह बद्दूओं वाली life थी बेदुन life. बद्दू लोग क्या करते हैं एक जगह नहीं रहसे रहते. जहां उनको शिकार मिलता है, जहां पानी मिलता है, वहां अपना खेमा लगा देते हैं. तो यह तो बाद में जब agriculture develop हुई तब उन्होंने settle life वक़्त्यार की. तो उसके agriculture से पहले उन्होंने क्या किया? पहले जैसे हज़रत इस्माइल अले सलाम भी चेकार करते थे.</w:t>
      </w:r>
    </w:p>
    <w:p>
      <w:r>
        <w:rPr>
          <w:b/>
        </w:rPr>
        <w:t xml:space="preserve">[15:59] </w:t>
      </w:r>
      <w:r>
        <w:t>wahan koi aur zariya nahi tha. koi aur resources nahi they. to baad mein phir in logon ne janwaron ko domesticate karna shuru kiya. pehle to jaise ghoda hai usko bahut time laga usko usko sajane mein. tabhi woh usko use kar pate they. to unhone janwaron ko sajaya aur janwaron ko domestication kiya. to yeh ek bahut lamba chauda phase tha.</w:t>
      </w:r>
    </w:p>
    <w:p>
      <w:pPr>
        <w:jc w:val="right"/>
      </w:pPr>
      <w:r>
        <w:t>वहां कोई और ज़रिया नहीं था. कोई और resources नहीं थे. तो बाद में फिर इन लोगों ने जानवरों को domesticate करना शुरू किया. पहले तो जैसे घोड़ा है उसको बहुत time लगा उसको उसको सजाने में. तभी वह उसको use कर पाते थे. तो उन्होंने जानवरों को सजाया और जानवरों को domestication किया. तो यह एक बहुत लंबा चौड़ा phase था.</w:t>
      </w:r>
    </w:p>
    <w:p>
      <w:r>
        <w:rPr>
          <w:b/>
        </w:rPr>
        <w:t xml:space="preserve">[16:24] </w:t>
      </w:r>
      <w:r>
        <w:t>uske baad unhone agriculture kehte hain ki ho sakta hai ki Allah taala ne pragambaron ke zariye se un insano ko yeh sab baatein batai ki kaise agriculture aur kaise beej bona hai? kaise time se usko pani dena hai? kya kya uske liye kaam karna padta hai? zameen ko till karna hai? to yeh sab pagambaron ke zariye se Allah taala ne bahut sari baatein batai.</w:t>
      </w:r>
    </w:p>
    <w:p>
      <w:pPr>
        <w:jc w:val="right"/>
      </w:pPr>
      <w:r>
        <w:t>उसके बाद उन्होंने agriculture कहते हैं कि हो सकता है कि अल्लाह ताला ने प्रागंबरों के जरिए से उन इंसानों को यह सब बातें बताई कि कैसे agriculture और कैसे बीज बोना है? कैसे time से उसको पानी देना है? क्या क्या उसके लिए काम करना पड़ता है? ज़मीन को till करना है? तो यह सब पगंबरों के जरिए से अल्लाह तालाह ने बहुत सारी बातें बताई.</w:t>
      </w:r>
    </w:p>
    <w:p>
      <w:r>
        <w:rPr>
          <w:b/>
        </w:rPr>
        <w:t xml:space="preserve">[16:50] </w:t>
      </w:r>
      <w:r>
        <w:t>to is tarah se unke yahan phir agriculture shuru hui kyunki woh land to fertile tha hi. to unhone irrigation karna shuru kiya, farming karna shuru kiya aur is tarah se jab jab settled life hoti hai na tabhi insan kuch jo invention waghera hoti hain tabhi ho sakti hain. jab tak badbaddhiyana zindagi thi tab tak koi kaam nahi ho pata tha. kyunki ek jagah pani khatam ho gaya, chara khatam ho gaya.</w:t>
      </w:r>
    </w:p>
    <w:p>
      <w:pPr>
        <w:jc w:val="right"/>
      </w:pPr>
      <w:r>
        <w:t>तो इस तरीके से उनके यहां फिर agriculture शुरू हुई क्योंकि वह land तो fertile था ही. तो उन्होंने irrigation करना शुरू किया, farming करना शुरू किया और इस तरीके से जब जब settled life होती है ना तभी इंसान कुछ जो invention वगैरह होती हैं तभी हो सकती हैं. जब तक बदबद्धियाना ज़िंदगी थी तब तक कोई काम नहीं हो पाता था. क्योंकि एक जगह पानी खत्म हो गया, चारा खत्म हो गया.</w:t>
      </w:r>
    </w:p>
    <w:p>
      <w:r>
        <w:rPr>
          <w:b/>
        </w:rPr>
        <w:t xml:space="preserve">[17:19] </w:t>
      </w:r>
      <w:r>
        <w:t>to phir woh wahan se chale jate they. to jab ek jagah woh ghar banakar rehne lage tab unhone bahut sari cheezein eejad ki. to unhone writing eejad ki. unhone wheel eejad ki. wahan tak yahan tak ke unke paas library bhi hoti thi. to haath se likhte they aur tarah tarah ke tools unhone eejad kiye.</w:t>
      </w:r>
    </w:p>
    <w:p>
      <w:pPr>
        <w:jc w:val="right"/>
      </w:pPr>
      <w:r>
        <w:t>तो फिर वह वहां से चले जाते थे. तो जब एक जगह वह घर बनाकर रहने लगे तब उन्होंने बहुत सारी चीज़ें ईज़ाद की. तो उन्होंने writing ईज़ाद की. उन्होंने wheel ईज़ाद की. वहां तक यहां तक के उनके पास library भी होती थी. तो हाथ से लिखते थे और तरह तरह के tools उन्होंने ईज़ाद किए.</w:t>
      </w:r>
    </w:p>
    <w:p>
      <w:r>
        <w:rPr>
          <w:b/>
        </w:rPr>
        <w:t xml:space="preserve">[17:43] </w:t>
      </w:r>
      <w:r>
        <w:t>to yeh bahut hi ek ajeeb baat hai ki unhone time bhi unka jo jo time ko kaise recount demarcation time ka karna hai. Hour maine second sab unhone yeh jaad kiya. isse yeh bhi ek baat nikalti hai ki jo woh hai theory of evolution ke mutabiq insan dheere dheere wal hua hai. pehle amoeba se hote hote bandar bana bandar se insan bana.</w:t>
      </w:r>
    </w:p>
    <w:p>
      <w:pPr>
        <w:jc w:val="right"/>
      </w:pPr>
      <w:r>
        <w:t>तो यह बहुत ही एक अजीब बात है कि उन्होंने time भी उनका जो जो time को कैसे recount demarcation time का करना है. Hour मैंने second सब उन्होंने ये जाद किया. इससे यह भी एक बात निकलती है कि जो वह है theory of evolution के मुताबिक इंसान धीरे धीरे वाल हुआ है. पहले अमीबा से होते होते बंदर बना बंदर से इंसान बना.</w:t>
      </w:r>
    </w:p>
    <w:p>
      <w:r>
        <w:rPr>
          <w:b/>
        </w:rPr>
        <w:t xml:space="preserve">[18:11] </w:t>
      </w:r>
      <w:r>
        <w:t>to yeh sab theory jo hai na refute hoti hai. kyunki insan jo oldest civilization hai woh bhi itne bade bade kaam kar sakta tha. to iska matlab hai ki woh woh poore tarah se woh developed mind ke sath paida hua tha. sirf fark yeh hai ki pehle zamane mein education waghera aam nahi thi. to is liye har aadmi jo hai bade bade kaam nahi kar pata tha zyada tar log farming mein hi rehte they. to lekin unka mind usi tarah hi developed tha.</w:t>
      </w:r>
    </w:p>
    <w:p>
      <w:pPr>
        <w:jc w:val="right"/>
      </w:pPr>
      <w:r>
        <w:t>तो यह सब theory जो है ना refute होती है. क्योंकि इंसान जो oldest civilization है वह भी इतने बड़े बड़े काम कर सकता था. तो इसका मतलब है कि वह वह पूरे तरीके से वह developed mind के साथ पैदा हुआ था. सिर्फ फ़र्क़ यह है कि पहले जमाने में education वगैरह आम नहीं थी. तो इसलिए हर आदमी जो है बड़े बड़े काम नहीं कर पाता था ज़्यादातर लोग farming में ही रहते थे. तो लेकिन उनका mind उसी तरह ही developed था.</w:t>
      </w:r>
    </w:p>
    <w:p>
      <w:r>
        <w:rPr>
          <w:b/>
        </w:rPr>
        <w:t xml:space="preserve">[18:39] </w:t>
      </w:r>
      <w:r>
        <w:t>Greece mein dekhiye aap kitne bade bade philosophers paida hue. to isse yeh bhi pata chalta hai aur yeh sari cheezein jo hai na wahan excavation hota hai usse pata chalta hai ki yeh log jo hai us zamane mein kya kya kaam kar rahe they. wahan woh tha architecture bhi tha developed sculpture bhi hota tha statues banate they.</w:t>
      </w:r>
    </w:p>
    <w:p>
      <w:pPr>
        <w:jc w:val="right"/>
      </w:pPr>
      <w:r>
        <w:t>Greece में देखिए आप कितने बड़े बड़े philosophers पैदा हुए. तो इससे यह भी पता चलता है और यह सारी चीज़ें जो है ना वहां excavation होता है उससे पता चलता है कि यह लोग जो है उस ज़माने में क्या क्या काम कर रहे थे. वहां वह था architecture भी था developed sculpture भी होता था statues बनाते थे.</w:t>
      </w:r>
    </w:p>
    <w:p>
      <w:r>
        <w:rPr>
          <w:b/>
        </w:rPr>
        <w:t xml:space="preserve">[19:06] </w:t>
      </w:r>
      <w:r>
        <w:t>to har kaam woh wahan par karte they. bas woh machine ni daur baad mein aaya lekin haath se dastkari wala daur jo tha woh poori tarah se wahan par tha. aur ek aur achhi baat dikhi mujhe usmein auraton ko bhi barabar ka darja diya gaya tha. auratein bhi har kaam mein shamil rehti thi. yeh auraton ko parda karke ghar mein bithana yeh bahut baad mein yeh cheez paida hui.</w:t>
      </w:r>
    </w:p>
    <w:p>
      <w:pPr>
        <w:jc w:val="right"/>
      </w:pPr>
      <w:r>
        <w:t>तो हर काम वह वहां पर करते थे. बस वह machineनी दौर बाद में आया लेकिन हाथ से दस्तकारी वाला दौर जो था वह पूरी तरीके से वहां पर था. और एक और अच्छी बात दिखी मुझे उसमें औरतों को भी बराबर का दर्जा दिया गया था. औरतें भी हर काम में शामिल रहती थी. यह औरतों को पर्दा करके घर में बैठाना यह बहुत बाद में यह चीज़ पैदा हुई.</w:t>
      </w:r>
    </w:p>
    <w:p>
      <w:r>
        <w:rPr>
          <w:b/>
        </w:rPr>
        <w:t xml:space="preserve">[19:33] </w:t>
      </w:r>
      <w:r>
        <w:t>to jo earlier civilization jo hum dekhte hain halanki hum uran ke mutabiq yeh civilization Hazrat Adam se shuru hui iska matlab Hazrat Adam pagambar they. to iska matlab hai ki wahan aurat mard ka woh fark nahi tha discrimination nahi tha balki sab log barabar ka darja tha jo jisse jitna kaam hota tha woh usko kaam karta tha aur bahar ke kaam bhi auratein auratein sab sambhalti thi.</w:t>
      </w:r>
    </w:p>
    <w:p>
      <w:pPr>
        <w:jc w:val="right"/>
      </w:pPr>
      <w:r>
        <w:t>तो जो earlier civilization जो हम देखते हैं हालांकि हम उरान के मुताबिक यह civilization हदरत आदम से शुरू हुई इसका मतलब हदरत आदम पगंबर थे. तो इसका मतलब है कि वहां औरत मर्द का वह फ़र्क नहीं था discrimination नहीं था बल्कि सब लोग बराबर का दर्जा था जो जिससे जितना काम होता था वह उसको काम करता था और बाहर के काम भी औरतें औरतें सब संभालती थी.</w:t>
      </w:r>
    </w:p>
    <w:p>
      <w:r>
        <w:rPr>
          <w:b/>
        </w:rPr>
        <w:t xml:space="preserve">[20:00] </w:t>
      </w:r>
      <w:r>
        <w:t>to yeh bahut achha laga yeh baat ke. yeh jo yeh sab cheezein baad mein aayi hain ki auratein ghar mein baithe mat bahar ka kaam karein sirf. jaisa kalyapa bahut hi amazing aspects bataye aapne. History ko padhne se bahut zehan khulta hai aur ek woh bhi pata chalta hai ki kitna contribution raha hai previous generations ka. tab jaakar aaj hum is maqam tak pahunche hain.</w:t>
      </w:r>
    </w:p>
    <w:p>
      <w:pPr>
        <w:jc w:val="right"/>
      </w:pPr>
      <w:r>
        <w:t>तो यह बहुत अच्छा लगा यह बात के. यह जो यह सब चीज़ें बाद में आई हैं कि औरतें घर में बैठे मत बाहर का काम करें सिर्फ. जैसा कल्यापा बहुत ही amazing aspects बताएं आपने. History को पढ़ने से बहुत ज़हन खुलता है और एक वह भी पता चलता है कि कितना contribution रहा है previous generations का. तब जाकर आज हम इस मकाम तक पहुंचे हैं.</w:t>
      </w:r>
    </w:p>
    <w:p>
      <w:r>
        <w:rPr>
          <w:b/>
        </w:rPr>
        <w:t xml:space="preserve">[20:27] </w:t>
      </w:r>
      <w:r>
        <w:t>aap aapne abhi civilizational transition bataya, to main chahunga ki political transition ke bare mein bhi aap bataye ki jaise hum jante hain ki pehle prophet Daud ka rule raha, uske baad phir prophet Suleman ka period aaya. unhone haikal banaya jisko Romans ne baad mein destroy kar diya aur uske baad phir Arabs ka rule aaya.</w:t>
      </w:r>
    </w:p>
    <w:p>
      <w:pPr>
        <w:jc w:val="right"/>
      </w:pPr>
      <w:r>
        <w:t>आप आपने अभी civilizational transition बताया, तो मैं चाहूंगा कि political transition के बारे में भी आप बताएं कि जैसे हम जानते हैं कि पहले prophet दाऊद का rule रहा, उसके बाद फिर prophet सुलेमान का period आया. उन्होंने हैकल बनाया जिसको Romans ने बाद में destroy कर दिया और उसके बाद फिर Arabs का rule आया.</w:t>
      </w:r>
    </w:p>
    <w:p>
      <w:r>
        <w:rPr>
          <w:b/>
        </w:rPr>
        <w:t xml:space="preserve">[20:53] </w:t>
      </w:r>
      <w:r>
        <w:t>Hazrat Umar bin Khattab bhi travel karke gaye Palestine. In fact aaj bhi unki masjid masjidें Umar maujood hain wahan par. to main chahunga ki yeh jo transition hua political transition iske bare mein bhi aap hum sabko bataye. masjid e Umar mein Maulana ne namaz padhi thi.</w:t>
      </w:r>
    </w:p>
    <w:p>
      <w:pPr>
        <w:jc w:val="right"/>
      </w:pPr>
      <w:r>
        <w:t>हजरत उमर बिन ख़ताब भी travel करके गए Palestine. In fact आज भी उनकी मस्जिद मस्जिदें उमर मौजूद हैं वहां पर. तो मैं चाहूंगा कि यह जो transition हुआ political transition इसके बारे में भी आप हम सबको बताएं. मस्जिद ए उमर में मौलान ने नमाज़ पड़ी थी.</w:t>
      </w:r>
    </w:p>
    <w:p>
      <w:r>
        <w:rPr>
          <w:b/>
        </w:rPr>
        <w:t xml:space="preserve">[21:15] </w:t>
      </w:r>
      <w:r>
        <w:t>to yeh jo hai ab us zamane mein dekhiye jiske bhi taqat hoti thi jo strong hota tha bas usi ki hukoomat hoti thi. us zamane ka koi election waghera yeh sab to tha hi nahi. to jahan bhi koi bhi zyada strong aadmi hota tha to woh jang karke woh us ilaqe mein qabza kar leta tha aur apni hukoomat bana leta tha. to wahan par chuki zyada tar yahudi rehte they.</w:t>
      </w:r>
    </w:p>
    <w:p>
      <w:pPr>
        <w:jc w:val="right"/>
      </w:pPr>
      <w:r>
        <w:t>तो यह जो है अब उस जमाने में देखिए जिसके भी ताकत होती थी जो strong होता था बस उसी की हुकूमत होती थी. उस जमाने का कोई election वगैरह यह सब तो था ही नहीं. तो जहां भी कोई भी ज़्यादा strong आदमी होता था तो वह जंग करके वह उस इलाके में क़ब्ज़ा कर लेता था और अपनी हुकूमत बना लेता था. तो वहां पर चूंकि ज़्यादातर यहूदी रहते थे.</w:t>
      </w:r>
    </w:p>
    <w:p>
      <w:r>
        <w:rPr>
          <w:b/>
        </w:rPr>
        <w:t xml:space="preserve">[21:45] </w:t>
      </w:r>
      <w:r>
        <w:t>to sabse pehle wahan par jo badshah bane hain woh Hazrat David woh pyagambar bhi they unhi ko woh wahan ke badshah they. to unhone asal mein yahudiyon ke paas ek arc thi arc of covenant usko bolte they.</w:t>
      </w:r>
    </w:p>
    <w:p>
      <w:pPr>
        <w:jc w:val="right"/>
      </w:pPr>
      <w:r>
        <w:t>तो सबसे पहले वहां पर जो बादशाह बने हैं वह हज़त David वह प्यगंबर भी थे उन्हीं को वह वहां के बादशाह थे. तो उन्होंने असल में यहूदियों के पास एक arc थी arc of covenant उसको बोलते थे.</w:t>
      </w:r>
    </w:p>
    <w:p>
      <w:r>
        <w:rPr>
          <w:b/>
        </w:rPr>
        <w:t xml:space="preserve">[22:02] </w:t>
      </w:r>
      <w:r>
        <w:t>to woh bahut maqaddas unke yahan samjhi jati hai aur usko usmein jo Hazrat Mohsal hai salam ko jo tablet mila tha jo 10 commandments woh usmein rakha jata tha woh sandook tha woh jahan bhi jate they woh sandook ko apne sath lekar jate they. to usi sandook ke liye Hazrat Daud aleh salam ne banaya tha temple jisko haikal bolte they.</w:t>
      </w:r>
    </w:p>
    <w:p>
      <w:pPr>
        <w:jc w:val="right"/>
      </w:pPr>
      <w:r>
        <w:t>तो वह बहुत मकद्दस उनके यहां समझी जाती है और उसको उसमें जो हज़ात मोहसाल है इस सलाम को जो tablet मिला था जो 10 commandments वह उसमें रखा जाता था वह संदूख था वह जहां भी जाते थे वह संदूख को अपने साथ लेकर जाते थे. तो उसी संदूख के लिए हज़ाद दाऊद अलेह सलाम ने बनाया था temple जिसको हैकल बोलते थे.</w:t>
      </w:r>
    </w:p>
    <w:p>
      <w:r>
        <w:rPr>
          <w:b/>
        </w:rPr>
        <w:t xml:space="preserve">[22:29] </w:t>
      </w:r>
      <w:r>
        <w:t>to yahudiyon ke yahan us waqt bas ek hi temple hota tha. unka kehna tha ki sab ek jagah sab log rahe aur ek hi unki ibadat gaah rahe aur usi mein woh sandook rehta tha. to asal importance usi jaise haram mein kaaba hai usi tarah se unke yahan sandook ki importance thi. to wahin par sab log jama hote they. wahin par ibadat karte they.</w:t>
      </w:r>
    </w:p>
    <w:p>
      <w:pPr>
        <w:jc w:val="right"/>
      </w:pPr>
      <w:r>
        <w:t>तो यहूदियों के यहां उस वक्त बस एक ही temple होता था. उनका कहना था कि सब एक जगह सब लोग रहे और एक ही उनकी इबादत गा रहे और उसी में वह संदूक रहता था. तो असल importance उसी जैसे हरम में काबा है उसी तरीके से उनके यहां संदूक की importance थी. तो वहीं पर सब लोग जमा होते थे. वहीं पर इबादत करते थे.</w:t>
      </w:r>
    </w:p>
    <w:p>
      <w:r>
        <w:rPr>
          <w:b/>
        </w:rPr>
        <w:t xml:space="preserve">[22:53] </w:t>
      </w:r>
      <w:r>
        <w:t>ibadat unki yeh hoti thi ki woh bible ke portions ko padhte they. baad mein jab se nigaag bane na kyunki baad mein jab unko expel kar diya gaya wahan se kai badshah aise nikle jinhone unko wahan se expel kar diya. Babylon se expel kar diya. to jagah jagah woh jahan unko jagah mili wahan chale gaye.</w:t>
      </w:r>
    </w:p>
    <w:p>
      <w:pPr>
        <w:jc w:val="right"/>
      </w:pPr>
      <w:r>
        <w:t>इबादत उनकी यह होती थी कि वह bible के portions को पढ़ते थे. बाद में जब से निगाग बने ना क्योंकि बाद में जब उनको expel कर दिया गया वहां से कई बादशाह ऐसे निकले जिन्होंने उनको वहां से expel कर दिया. Babylon से expel कर दिया. तो जगह जगह वह जहां उनको जगह मिली वहां चले गए.</w:t>
      </w:r>
    </w:p>
    <w:p>
      <w:r>
        <w:rPr>
          <w:b/>
        </w:rPr>
        <w:t xml:space="preserve">[23:20] </w:t>
      </w:r>
      <w:r>
        <w:t>to ab unke logon ne khas taur par ek ajraat unke they prophet unhone socha ki is tarah se woh apne maqam se woh door chale gaye hain. to dheere dheere apne mazhab se bhi hat jayenge. tab unhone synagogue banana shuru kiye. warna pehle yeh haikal tha aur ek hi haikal tha woh. to senegaq banane lage phir wahan woh toura unhone jama kiya aur toura ki wahan jaakar reading kiya karte they.</w:t>
      </w:r>
    </w:p>
    <w:p>
      <w:pPr>
        <w:jc w:val="right"/>
      </w:pPr>
      <w:r>
        <w:t>तो अब उनके लोगों ने खास तौर पर एक अजरात उनके थे prophet उन्होंने सोचा कि इस तरीके से वह अपने मौकाम से वह दूर चले गए हैं. तो धीरे धीरे अपने मज़हब से भी हट जाएंगे. तब उन्होंने synagogue बनाना शुरू किए. वरना पहले यह हैकल था और एक ही हैकल था वह. तो सेनेगाक बनाने लगे फिर वहां वो तौरा उन्होंने जमा किया और तौरा की वहां जाकर reading किया करते थे.</w:t>
      </w:r>
    </w:p>
    <w:p>
      <w:r>
        <w:rPr>
          <w:b/>
        </w:rPr>
        <w:t xml:space="preserve">[23:49] </w:t>
      </w:r>
      <w:r>
        <w:t>to ek hi woh tha hadad Daud ali salam ne woh haikal banaya tha. to uske baad woh haikal jo hai kai aise badshah hue. Roman ek ek baad mein to Titus ka baad usse pehle Roman. to in logon ne kya karte they? sabse numaya jo building hoti thi kisi bhi ilaqe ke purane zamane mein woh ibadat gaah hoti thi.</w:t>
      </w:r>
    </w:p>
    <w:p>
      <w:pPr>
        <w:jc w:val="right"/>
      </w:pPr>
      <w:r>
        <w:t>तो एक ही वो था हदद दाऊद अली सलाम ने वो हैकल बनाया था. तो उसके बाद वह हैकल जो है कई ऐसे बादशाह हुए. Roman एक एक बाद में तो Titus का बाद उससे पहले Roman. तो इन लोगों ने क्या करते थे? सबसे नुमाया जो building होती थी किसी भी इलाके के पुराने ज़माने में वह इबादत गाह होती थी.</w:t>
      </w:r>
    </w:p>
    <w:p>
      <w:r>
        <w:rPr>
          <w:b/>
        </w:rPr>
        <w:t xml:space="preserve">[24:17] </w:t>
      </w:r>
      <w:r>
        <w:t>to sabse pehle agar woh kisi se gussa hote they to sabse pehle ibadat gaah ko todte they. jaise abrah aaya tha makka mein kaaba ko todne ke liye. to ebad gaah ko todte they woh. to woh unhone tod kar usko gulgal khadar bana diya karte they. to phir uske baad Hazrat Daud al e salam ke baad Hazrat Suleman aaye aur unhone usko renovate kiya.</w:t>
      </w:r>
    </w:p>
    <w:p>
      <w:pPr>
        <w:jc w:val="right"/>
      </w:pPr>
      <w:r>
        <w:t>तो सबसे पहले अगर वह किसी से गुस्सा होते थे तो सबसे पहले इबादत गाह को तोड़ते थे. जैसे अबराह आया था मक्का में काबा को तोड़ने के लिए. तो एबाद गाह को तोड़ते थे वो. तो वो उन्होंने तोड़ कर उसको गुलगुल खड़र बना दिया करते थे. तो फिर उसके बाद हज़रत दाऊद अल ए सलाम के बाद हज़रत सुलेमान आए और उन्होंने उसको renovate किया.</w:t>
      </w:r>
    </w:p>
    <w:p>
      <w:r>
        <w:rPr>
          <w:b/>
        </w:rPr>
        <w:t xml:space="preserve">[24:43] </w:t>
      </w:r>
      <w:r>
        <w:t>usko dobara se banaya aur unka Hazrat Suleman ki empire bahut badi thi. unhone Allah taalah suddhwa kiya tha ki mujhe aisi empire di jo aapne kisi ko bhi na diya ho. to kaha jata hai ki woh sare janwar bhi chidiyan bhi aur sab unke sath they unki madad karte they. unke jinnad unki madad karte they. to sare log ki woh baat samajhte they. to unki aisi empire jo hai woh baad mein kisi ko nahi mili.</w:t>
      </w:r>
    </w:p>
    <w:p>
      <w:pPr>
        <w:jc w:val="right"/>
      </w:pPr>
      <w:r>
        <w:t>उसको दोबारा से बनाया और उनका हज़रत सुलेमान की empire बहुत बड़ी थी. उन्होंने अल्लाह तालाह सुद्धवा किया था कि मुझे ऐसी empire दी जो आपने किसी को भी ना दिया हो. तो कहा जाता है कि वह सारे जानवर भी चिड़ियां भी और सब उनके साथ थे उनकी मदद करते थे. उनके जिन्नाद उनकी मदद करते थे. तो सारे लोग की वह बात समझते थे. तो उनकी ऐसी empire जो है वह बाद में किसी को नहीं मिली.</w:t>
      </w:r>
    </w:p>
    <w:p>
      <w:r>
        <w:rPr>
          <w:b/>
        </w:rPr>
        <w:t xml:space="preserve">[25:11] </w:t>
      </w:r>
      <w:r>
        <w:t>to unhon ne us haikal ko dobara banaya aur usko extend kiya uski tause ki. to is tarike se unhon ne us poore ilake ko kyunke woh ilaka do hisson mein tha. to woh do hissa tha ek to ek usko samaria kaha jata tha unke zamane mein aur ek juda. to dono ko ek kar diya aur chunke woh bahut badi unki empire thi.</w:t>
      </w:r>
    </w:p>
    <w:p>
      <w:pPr>
        <w:jc w:val="right"/>
      </w:pPr>
      <w:r>
        <w:t>तो उन्होंने उस हैकल को दोबारा बनाया और उसको extend किया उसकी तौसी की. तो इस तरीके से उन्होंने उस पूरे इलाके को क्योंकि वह इलाका दो हिस्सों में था. तो वह दो हिस्सा था एक तो एक उसको समारिया कहा जाता था उनके जमाने में और एक जुड़ा. तो दोनों को एक कर दिया और चूंकि वह बहुत बड़ी उनकी empire थी.</w:t>
      </w:r>
    </w:p>
    <w:p>
      <w:r>
        <w:rPr>
          <w:b/>
        </w:rPr>
        <w:t xml:space="preserve">[25:36] </w:t>
      </w:r>
      <w:r>
        <w:t>to unhon ne poore ilake ko unite kiya aur is tarike se woh haikal bhi unhon ne dobara banaya to unki zamane mein bahut zyada khushhali hui. lekin pehle zamane mein kya tha ke jab koi bahut hi strong taqatwar badshah hota tha tab to woh chalta tha. uske baad agar koi kamzor badshah aa gaya to koi doosra uske upar qabza kar leta tha. wahan koi usool nahi tha. jo taqatwar hai bas usi ki hukoomat hoti thi.</w:t>
      </w:r>
    </w:p>
    <w:p>
      <w:pPr>
        <w:jc w:val="right"/>
      </w:pPr>
      <w:r>
        <w:t>तो उन्होंने पूरे इलाके को unite किया और इस तरीके से वह हैकल भी उन्होंने दोबारा बनाया तो उनकी ज़माने में बहुत ज़्यादा खुशहाली हुई. लेकिन पहले ज़माने में क्या था कि जब कोई बहुत ही strong ताकतवर बादशाह होता था तब तो वह चलता था. उसके बाद अगर कोई कमज़ोर बादशाह आ गया तो कोई दूसरा उसके ऊपर क़ब्ज़ा कर लेता था. वहां कोई उसूल नहीं था. जो ताकतवर है बस उसी की हुकूमत होती थी.</w:t>
      </w:r>
    </w:p>
    <w:p>
      <w:r>
        <w:rPr>
          <w:b/>
        </w:rPr>
        <w:t xml:space="preserve">[26:06] </w:t>
      </w:r>
      <w:r>
        <w:t>to is tarike se musalsal hukoomaten badalti rehti thi. to yeh ilaka jo hai baad mein Egyptian empire ka hissa ban gaya. yeh uske tehat bhi aata hai ke Allah taala ne har cheez jo hai test ke liye diya hai yeh. to yeh jo hai yeh bhi test ke liye yeh hukoomat jo hai yeh bhi test paper hai. to is tarike se hukoomaten musalsal badalti rehti hain.</w:t>
      </w:r>
    </w:p>
    <w:p>
      <w:pPr>
        <w:jc w:val="right"/>
      </w:pPr>
      <w:r>
        <w:t>तो इस तरीके से मुसलसल हुकूमतें बदलती रहती थी. तो यह इलाका जो है बाद में Egyptian empire का हिस्सा वन गया. यह उसके तहत भी आता है कि अल्लाह तालन ने हर चीज़ जो है test के लिए दिया है यह. तो यह जो है यह भी test के लिए यह हुकूमत जो है यह भी test paper है. तो इस तरीके से हुकूमतें नुसलसल बदलती रहती हैं.</w:t>
      </w:r>
    </w:p>
    <w:p>
      <w:r>
        <w:rPr>
          <w:b/>
        </w:rPr>
        <w:t xml:space="preserve">[26:29] </w:t>
      </w:r>
      <w:r>
        <w:t>to yeh phir Egyptian empire ka hissa ban gaya aur bahut dinon tak yeh jo taqreeban char panch sau saal tak Egyptian rule ke under mein yeh raha to kabhi to koi yahudi jo hai kabhi unko mauka mil jata flourish karne ka apne mazhab ke mutabiq zindagi guzarnay ka kabhi nahi milta. kyunke yeh log bhi revolt kar diya karte the agar koi badshah kyunke doosra badshah to yahudi hota nahi tha.</w:t>
      </w:r>
    </w:p>
    <w:p>
      <w:pPr>
        <w:jc w:val="right"/>
      </w:pPr>
      <w:r>
        <w:t>तो यह फिर Egyptian empire का हिस्सा वन गया और बहुत दिनों तक यह जो तकरीबन चार पांच सौ साल तक Egyptian rule के under में यह रहा तो कभी तो कोई यहूदी जो है कभी उनको मौका मिल जाता flourish करने का अपने मज़हब के मुताबिक ज़िंदगी गुज़ारने का कभी नहीं मिलता. क्योंकि यह लोग भी revolt कर दिया करते थे अगर कोई बादशाह क्योंकि दूसरा बादशाह तो यहूदी होता नहीं था.</w:t>
      </w:r>
    </w:p>
    <w:p>
      <w:r>
        <w:rPr>
          <w:b/>
        </w:rPr>
        <w:t xml:space="preserve">[26:59] </w:t>
      </w:r>
      <w:r>
        <w:t>to agar usne koi aisi policy banayi jo unki mazhab ke khilaf hoti to woh revolt karte the to is wajah se woh log gussa hokar bahut zyada nuksan kar karte the. to phir jab alexander the great ka zamana aa gaya usne bahut badi saltanat banayi aur yeh sare ilake fateh kar liye. yeh taqreeban teen sau iktees marhala maseeh ka zamana hai.</w:t>
      </w:r>
    </w:p>
    <w:p>
      <w:pPr>
        <w:jc w:val="right"/>
      </w:pPr>
      <w:r>
        <w:t>तो अगर उसने कोई ऐसी policy बनाई जो उनकी मज़हब के खिलाफ होती तो वह revolt करते थे तो इस वजह से वह लोग गुस्सा होकर बहुत ज़्यादा नुकसान कर करते थे. तो फिर जब alexander the great का जमाना आ गया उसने बहुत बड़ी सल्तनत बनाई और यह सारे इलाके फ़त्क़ कर लिए. यह तक़रीबन तीन सौ इकत्तीस मामला मसीह का जमाना है.</w:t>
      </w:r>
    </w:p>
    <w:p>
      <w:r>
        <w:rPr>
          <w:b/>
        </w:rPr>
        <w:t xml:space="preserve">[27:25] </w:t>
      </w:r>
      <w:r>
        <w:t>to unhon ne yeh sara ilaka jo hai apne under kiya aur yeh bahut acha hua alexander kyunke alexander yunani badshah tha aur yunan ilm ki bahut zyada tarakki hui thi. to is wajah se jo ilm jagah jagah woh yunani ilm jo hai poori duniya mein thoda majlijiye pahunch gaya. kyunke woh badshah log jahan bhi kahin jate hain to bahut sare logon ko apne sath le jate hain.</w:t>
      </w:r>
    </w:p>
    <w:p>
      <w:pPr>
        <w:jc w:val="right"/>
      </w:pPr>
      <w:r>
        <w:t>तो उन्होंने यह सारा इलाका जो है अपने under किया और यह बहुत अच्छा हुआ alexander क्योंकि alexander युनानी बादशाह था और युनान इल्म की बहुत ज़्यादा तरक्की हुई थी. तो इस वजह से जो इल्म जगह जगह वो युनानी इल्म जो है पूरी दुनिया में थोड़ा मजलीजिए पहुंच गया. क्योंकि वो बादशाह लोग जहां भी कहीं जाते हैं तो बहुत सारे लोगों को अपने साथ ले जाते हैं.</w:t>
      </w:r>
    </w:p>
    <w:p>
      <w:r>
        <w:rPr>
          <w:b/>
        </w:rPr>
        <w:t xml:space="preserve">[27:53] </w:t>
      </w:r>
      <w:r>
        <w:t>misr mein to ek shehri hai poora alexandria to wahan apne logon ko basate hain aur wahan par woh ilm jo hai wahan par phir woh usko failate hain aur yahan tak ke wahan par jo medical college jo sabse pehla alexandria mein bana tha jab baad mein musalmanon ke pas aa gaya jab musalmanon ne misr ko fateh kiya to woh bhi alexandral ke zamane mein hi bana tha.</w:t>
      </w:r>
    </w:p>
    <w:p>
      <w:pPr>
        <w:jc w:val="right"/>
      </w:pPr>
      <w:r>
        <w:t>मिस्र में तो एक शहरी है पूरा alexandria तो वहां अपने लोगों को बसाते हैं और वहां पर वह इल्म जो है वहां पर फिर वह उसको फैलाते हैं और यहां तक के वहां पर जो medical college जो सबसे पहला alexandria में बना था जब बाद में मुसलमानों के पास आ गया जब मुसलमानों ने मिस्र को फ़त्क़ किया तो वह भी alexandral के जमाने में ही बना था.</w:t>
      </w:r>
    </w:p>
    <w:p>
      <w:r>
        <w:rPr>
          <w:b/>
        </w:rPr>
        <w:t xml:space="preserve">[28:19] </w:t>
      </w:r>
      <w:r>
        <w:t>alexandral apne sath bahut sare logon ko tabibon ko aur bahut sare philosophers ko sab le jakar usne sari duniya mein usko basaya tha. to uske baad alkadrend ke baad byzantine empire bani. us zamane mein do badi empire thi. ek byzantine empire ek shasanid empire.</w:t>
      </w:r>
    </w:p>
    <w:p>
      <w:pPr>
        <w:jc w:val="right"/>
      </w:pPr>
      <w:r>
        <w:t>Alexandral अपने साथ बहुत सारे लोगों को तबीबों को और बहुत सारे philosophers को सब ले जाकर उसने सारी दुनिया में उसको बसाया था. तो उसके बाद अलकदेंद्र के बाद byzantine empire बनी. उस जमाने में दो बड़ी empire थी. एक byzantine empire एक शैसानिद empire.</w:t>
      </w:r>
    </w:p>
    <w:p>
      <w:r>
        <w:rPr>
          <w:b/>
        </w:rPr>
        <w:t xml:space="preserve">[28:41] </w:t>
      </w:r>
      <w:r>
        <w:t>to shasanid empire usmein iran, iraq wagera sab shamil tha aur byzantine empire mein rome aur uske aas pas ke ilake sab shamil the. to jab musalmanon ka zamana tha tab yeh do empire bahut taqatwar thi. lekin dono empire mein jang hui uski wajah se bahut zyada dono empire kamzor ho gayi. is wajah se musalmanon ne aasani se unko fata kar liya.</w:t>
      </w:r>
    </w:p>
    <w:p>
      <w:pPr>
        <w:jc w:val="right"/>
      </w:pPr>
      <w:r>
        <w:t>तो शैसानिद empire उसमें Iran, Iraq वगैरह सब शामिल था और byzantine empire में Rome और उसके आस पास के इलाके सब शामिल थे. तो जब मुसलमानों का जमाना था तब यह दो empire बहुत ताकतवर थी. लेकिन दोनों empire में जंग हुई उसकी वजह से बहुत ज़्यादा दोनों empire कमज़ोर हो गई. इस वजह से मुसलमानों ने आसानी से उनको फता कर लिया.</w:t>
      </w:r>
    </w:p>
    <w:p>
      <w:r>
        <w:rPr>
          <w:b/>
        </w:rPr>
        <w:t xml:space="preserve">[29:10] </w:t>
      </w:r>
      <w:r>
        <w:t>to yeh ilaka hazrat umar ke zamane mein misr aur falasteen wagera yeh sab hazrat umar ke zamane mein fatah hua. to phir hazrat umar ne bahut zyada mazhabi azadi di.</w:t>
      </w:r>
    </w:p>
    <w:p>
      <w:pPr>
        <w:jc w:val="right"/>
      </w:pPr>
      <w:r>
        <w:t>तो यह इलाका हजरत उमर के जमाने में मिश्र और फलस्तीन वगैरह यह सब हजरत उमर के जमाने में फताह हुआ. तो फिर हजरत उमर ने बहुत ज़्यादा मज़बी आज़ादी दी.</w:t>
      </w:r>
    </w:p>
    <w:p>
      <w:r>
        <w:rPr>
          <w:b/>
        </w:rPr>
        <w:t xml:space="preserve">[29:25] </w:t>
      </w:r>
      <w:r>
        <w:t>unhon ne kisi bhi kisi bhi church ko kisi bhi synagogue ko jo bhi wahan par the jo bhi mazhabi buildings thi usko unhon ne bilkul koi nuksan nahi pahunchaya aur har tarah ki mazhabi azadi di. aur is tarike se woh bahut har mazhab ke log jo hain unhon ne pehli bar aisa hua ke unhon ne ek mazhabi azadi ko mehsoos kiya.</w:t>
      </w:r>
    </w:p>
    <w:p>
      <w:pPr>
        <w:jc w:val="right"/>
      </w:pPr>
      <w:r>
        <w:t>उन्होंने किसी भी किसी भी church को किसी भी synagogue को जो भी वहां पर थे जो भी मज़बी buildings थी उसको उन्होंने बिल्कुल कोई नुकसान नहीं पहुंचाया और हर तरह की मज़हबी आज़ादी दी. और इस तरीके से वह बहुत हर मज़हब के लोग जो हैं उन्होंने पहली बार ऐसा हुआ कि उन्होंने एक मज़हबी आज़ादी को महसूस किया.</w:t>
      </w:r>
    </w:p>
    <w:p>
      <w:r>
        <w:rPr>
          <w:b/>
        </w:rPr>
        <w:t xml:space="preserve">[29:54] </w:t>
      </w:r>
      <w:r>
        <w:t>kyunke us zamane mein ancient age mein state religion ka daur hota tha. to woh kisi bhi doosre mazhab ko qubool nahi karte the. yeh pehli bar aisa hua ke har mazhab ko azadi mili apne mazhabi shyar mazhabi practices ko amal mein lane ki.</w:t>
      </w:r>
    </w:p>
    <w:p>
      <w:pPr>
        <w:jc w:val="right"/>
      </w:pPr>
      <w:r>
        <w:t>क्योंकि उस जमाने में ancient age में state religion का दौर होता था. तो वह किसी भी दूसरे मज़हब को कुबूल नहीं करते थे. यह पहली बार ऐसा हुआ कि हर मज़हब को आज़ादी मिली अपने मज़हबी श्यार मज़हबी practices को अमल में लाने की.</w:t>
      </w:r>
    </w:p>
    <w:p>
      <w:r>
        <w:rPr>
          <w:b/>
        </w:rPr>
        <w:t xml:space="preserve">[30:16] </w:t>
      </w:r>
      <w:r>
        <w:t>to us zamane mein jo yeh haikal tha na asal mein haikal jo tha us zamane mein ek titus ek emperor tha usne usko bilkul khanda bana diya tha. to jab yeh log gussa ho jate the to sabse pehle mazhabi abad gaaon par hi hamla karte the. kyunke sabse zyada ahum cheez wahi hoti thi. sabse zyada important yahi priestly class hoti thi. to wahin par woh hamla karte the usko khandal bana diya tha.</w:t>
      </w:r>
    </w:p>
    <w:p>
      <w:pPr>
        <w:jc w:val="right"/>
      </w:pPr>
      <w:r>
        <w:t>तो उस जमाने में जो यह हैकल था ना असल में हैकल जो था उस जमाने में एक titus एक emperor था उसने उसको बिल्कुल खंडा बना दिया था. तो जब ये लोग गुस्सा हो जाते थे तो सबसे पहले मज़हबी अबादत गांवों पर ही हमला करते थे. क्योंकि सबसे ज़्यादा अहम् चीज़ वही होती थी. सबसे ज़्यादा important यही priestly class होती थी. तो वहीं पर वह हमला करते थे उसको खंडल बना दिया था.</w:t>
      </w:r>
    </w:p>
    <w:p>
      <w:r>
        <w:rPr>
          <w:b/>
        </w:rPr>
        <w:t xml:space="preserve">[30:45] </w:t>
      </w:r>
      <w:r>
        <w:t>ab masla yeh tha ke woh dobara kyun nahi bana? khandal ki shakal mein woh haikal kyun tha? to uski wajah yeh thi ke yahudiyon ka ek yeh tha pasmoor tha ke haikal chunke haikal ek hi hota hai. masjid ki tarah nahi ke har ilake mein ek masjid mandir bana diya. ek hi haikal hota hai to woh haikal jo hai woh paighambar hi banata hai.</w:t>
      </w:r>
    </w:p>
    <w:p>
      <w:pPr>
        <w:jc w:val="right"/>
      </w:pPr>
      <w:r>
        <w:t>अब मसला यह था कि वह दोबारा क्यों नहीं बना? खड़ल की शक्ल में वह हैकल क्यों था? तो उसकी वजह यह थी कि यहूदियों का एक यह था पसमूर था कि हैकल चूंकि हैकल एक ही होता है. मस्जिद की तरह नहीं कि हर इलाके में एक मस्जिद मंदिर बना दिया. एक ही हैकल होता है तो वह हैकल जो है वह पैगम्बर ही बनाता है.</w:t>
      </w:r>
    </w:p>
    <w:p>
      <w:r>
        <w:rPr>
          <w:b/>
        </w:rPr>
        <w:t xml:space="preserve">[31:13] </w:t>
      </w:r>
      <w:r>
        <w:t>to is wajah se hagrad daud ne banaya, hagrad sulman ne banaya. uske baad yahudi jo hain woh kisi maseeha ka intezar kar rahe the. maseeha to hazrat hazrat isal e salam aaye. uske baad hazrat mohammad salah ab salam paighambar aaye. lekin unhon ne unko mana hi nahi. to isliye woh maseeha ka intezar hi karte rahe aur woh ruin ki shakal mein woh pada hua tha.</w:t>
      </w:r>
    </w:p>
    <w:p>
      <w:pPr>
        <w:jc w:val="right"/>
      </w:pPr>
      <w:r>
        <w:t>तो इस वजह से हग्रद दाऊद ने बनाया, हग्रद सुलमान ने बनाया. उसके बाद यहूदी जो हैं वह किसी मसीहा का इंतज़ार कर रहे थे. मसीहा तो हज़रत हज़रत इसाल ए सलाम आए. उसके बाद हज़रत मोहम्मद सलाह अब सलाम पगम्बर आए. लेकिन उन्होंने उनको माना ही नहीं. तो इसलिए वह मसीहा का इंतज़ार ही करते रहे और वह ruin की शक्ल में वह पड़ा हुआ था.</w:t>
      </w:r>
    </w:p>
    <w:p>
      <w:r>
        <w:rPr>
          <w:b/>
        </w:rPr>
        <w:t xml:space="preserve">[31:41] </w:t>
      </w:r>
      <w:r>
        <w:t>to woh ruin tha jo jis par baad mein abdul malik ne us par woh dome banaya. ji, bahut detailed aapka response diya aapne aur bahut ache se waze kiya. main agle agla sawal lene se pehle kuch comments padhna chahunga. yeh comment bheja hai miss farida kamran ne islamabad pakistan se. unhon ne likha hai during traveling I do dawa work. I distribute quran and molana sahab's literature.</w:t>
      </w:r>
    </w:p>
    <w:p>
      <w:pPr>
        <w:jc w:val="right"/>
      </w:pPr>
      <w:r>
        <w:t>तो वह ruin था जो जिस पर बाद में अब्दुल मलिक ने उस पर वह dome बनाया. जी, बहुत detailed आपका response दिया आपने और बहुत अच्छे से वाज़े किया. मैं अगले अगला सवाल लेने से पहले कुछ comments पढ़ना चाहूंगा. यह comment भेजा है miss फरीदा कामरान ने इस्लामाबाद Pakistan से. उन्होंने लिखा है during traveling I do दावा work. I distribute कुरान and मुलाना साहब's literature.</w:t>
      </w:r>
    </w:p>
    <w:p>
      <w:r>
        <w:rPr>
          <w:b/>
        </w:rPr>
        <w:t xml:space="preserve">[32:11] </w:t>
      </w:r>
      <w:r>
        <w:t>molana sahab always emphasize to plan new new ideas for dawa work. so traveling is a best way for learning and doing dawa work. mohsin mohammad akbar sahab ne likha hai srinagar se unhon ne likha hai once in an answer to a question molana bahiduddin khan sahab said after me you may ask questions regarding the alrasala dawa mission to farida khanam.</w:t>
      </w:r>
    </w:p>
    <w:p>
      <w:pPr>
        <w:jc w:val="right"/>
      </w:pPr>
      <w:r>
        <w:t>मुलाना साहब always emphasize to plan new new ideas for दावा work. So traveling is a best way for learning and doing दावा work. मोहसन मोहम्मद अकबर साहब ने लिखा है श्रीनगर से उन्होंने लिखा है once in an answer to a question मुलाना बहिदुद्दीन खान साहब said after me you may ask questions regarding the अल्रसाला दावा mission to फरीदा खानम.</w:t>
      </w:r>
    </w:p>
    <w:p>
      <w:r>
        <w:rPr>
          <w:b/>
        </w:rPr>
        <w:t xml:space="preserve">[32:40] </w:t>
      </w:r>
      <w:r>
        <w:t>as she understood me and this dawa mission completely and seriously. rohit kumar ji ne amritsar se aur faheem umar sahab ne bhi aaj ka talk bahut pasand kiya. unhon ne kaha hai ke bahut achi tarike se aap usko explain kar rahi hain. papa agla sawal alah se hi hai ke jaisa ke hum jante hain ke third holiest mosque in islam is is masjid al aqsa.</w:t>
      </w:r>
    </w:p>
    <w:p>
      <w:pPr>
        <w:jc w:val="right"/>
      </w:pPr>
      <w:r>
        <w:t>As she understood me and this दावा mission completely and seriously. रोहित कुमार जी ने अमृतसर से और फईम उमर साहब ने भी आज का talk बहुत पसंद किया. उन्होंने कहा है कि बहुत अच्छी तरीके से आप उसको explain कर रही हैं. Papa अगला सवाल अलग साह से ही है कि जैसा कि हम जानते हैं कि third holiest mosque in Islam is is मस्जिद अल अक्षा.</w:t>
      </w:r>
    </w:p>
    <w:p>
      <w:r>
        <w:rPr>
          <w:b/>
        </w:rPr>
        <w:t xml:space="preserve">[33:07] </w:t>
      </w:r>
      <w:r>
        <w:t>to apa al aqsa ki kya mayne hain and why is it so important for muslims all over the world? iski history ke bare mein aur iske significance ke bare mein hum sabko batayein. aksar masjidें aksar jo hai us mayne mein nahi hai ke wahan koi proper masjid bani hui thi balki ibadat gah ke mayne mein hai.</w:t>
      </w:r>
    </w:p>
    <w:p>
      <w:pPr>
        <w:jc w:val="right"/>
      </w:pPr>
      <w:r>
        <w:t>तो आपा अल अक्षा की क्या मायने हैं and why is it so important for मुस्लिमs all over the world? इसकी history के बारे में और इसके significance के बारे में हम सबको बताएं. अक्सर मस्जिदें अक्सर जो है उस माने में नहीं है कि वहां कोई proper मस्जिद बनी हुई थी बल्कि इबादत गाह के माने में है.</w:t>
      </w:r>
    </w:p>
    <w:p>
      <w:r>
        <w:rPr>
          <w:b/>
        </w:rPr>
        <w:t xml:space="preserve">[33:33] </w:t>
      </w:r>
      <w:r>
        <w:t>yani door ki ibadat gah jo quran mein aaya hai na ke Allah taala apne bande ko door ki ibadat gah maze diya le gaya. to ibadat gah ke mayne mein hai lekin ab logon ne bahut zyada confusion hai logon mein. to kyunke woh to ruin tha aur yahudi yahi samajh rahe the ke koi maseeha ayega to woh isko dobara banayega.</w:t>
      </w:r>
    </w:p>
    <w:p>
      <w:pPr>
        <w:jc w:val="right"/>
      </w:pPr>
      <w:r>
        <w:t>यानी दूर की इबादत गाह जो कुरान में आया है ना कि अल्लाह ताला अपने बंदे को दूर की इबादत गाह मज़े दिया अक्सर ले गया. तो इबादत गाह के माने में है लेकिन अब लोगों ने बहुत ज़्यादा confusion है लोगों में. तो क्योंकि वह तो ruin था और यहूदी यही समझ रहे थे कि कोई मसीहा आएगा तो वह इसको दोबारा बनाएगा.</w:t>
      </w:r>
    </w:p>
    <w:p>
      <w:r>
        <w:rPr>
          <w:b/>
        </w:rPr>
        <w:t xml:space="preserve">[33:58] </w:t>
      </w:r>
      <w:r>
        <w:t>to woh ruin ki halat mein woh tha wahan par to kaha jata hai ke bahut zyada log kooda kabaad bhi phenkne lage the jab ruin hota hai to. baad mein hazrat umar raz allan ne usko sara safai karwayi. to asal mein kya hai ke masjid e aqsa aur qubbatus sakra do alag alag hai marte hain.</w:t>
      </w:r>
    </w:p>
    <w:p>
      <w:pPr>
        <w:jc w:val="right"/>
      </w:pPr>
      <w:r>
        <w:t>तो वो ruin की हालत में वो था वहां पर तो कहा जाता है कि बहुत ज़्यादा लोग कोड़ा कबाड़ भी फेंकने लगे थे जब ruin होता है तो. बाद में हज़ार तुमर रज़ अल्लान ने उसको सारा सफाई करवाई. तो असल में क्या है कि मस्जिदे अक्षा और कुब्बतुस सखरा दो अलग अलग है मारते हैं.</w:t>
      </w:r>
    </w:p>
    <w:p>
      <w:r>
        <w:rPr>
          <w:b/>
        </w:rPr>
        <w:t xml:space="preserve">[34:19] </w:t>
      </w:r>
      <w:r>
        <w:t>to logon ne usmein confusion isliye kiya ke masjid e aqsa jo hai woh ek nashibi zameen par hai aur woh uska gumabt bhi chota hai aur jo yeh qubbat us sakra uska gumabt bahut hi shandar bahut namaya aur unchai par hai. to wahin nazar aata hai. to log usko qubbatuskhra ko maz e aqsa samajhte hain. achi bade bade logon molana ne bahut sare hawale diye hain.</w:t>
      </w:r>
    </w:p>
    <w:p>
      <w:pPr>
        <w:jc w:val="right"/>
      </w:pPr>
      <w:r>
        <w:t>तो लोगों ने उसमें confusion इसलिए किया कि मस्जिदे अक्षा जो है वह एक नशीबी ज़मीन पर है और वह उसका गुमबत भी छोटा है और जो यह कुब्बत उस सखरा उसका गुमबत बहुत ही शानदार बहुत नमाया और ऊंचाई पर है. तो वहीं नज़र आता है. तो लोग उसको कुबतुसखरा को मज़द ए अक्सर समझते हैं. अच्छी बड़े बड़े लोगों मौलाना ने बहुत सारे हवाले दिए हैं.</w:t>
      </w:r>
    </w:p>
    <w:p>
      <w:r>
        <w:rPr>
          <w:b/>
        </w:rPr>
        <w:t xml:space="preserve">[34:47] </w:t>
      </w:r>
      <w:r>
        <w:t>bade bade writers bade scholars bhi is mamle mein clear nahi hain. isliye ke log suffer nahi karte na. woh samajhte hain ke israel ka wahan qabza hai to wahan suffer karna jayaz nahi hai. yeh bilkul galat hai. jab mulan likha hai ke jab rasoolullah saslam jab safar karke wahan gaye the to us waqt bhi to kisi non muslims ka hi qabza tha. to aap bhi to gaye the. yeh to koi baat nahi hai.</w:t>
      </w:r>
    </w:p>
    <w:p>
      <w:pPr>
        <w:jc w:val="right"/>
      </w:pPr>
      <w:r>
        <w:t>बड़े बड़े writers बड़े scholars भी इस मामले में clear नहीं है. इसलिए कि लोग suffer नहीं करते ना. वह समझते हैं कि Israel का वहां क़ब्ज़ा है तो वहां सफर करना जायज नहीं है. यह बिल्कुल गलत है. जब मुलान लिखा है कि जब रसूल्ला सस्लाम जब सफर करके वहां गए थे तो उस वक्त भी तो किसी non muslims का ही क़ब्ज़ा था. तो आप भी तो गए थे. यह तो कोई बात नहीं है.</w:t>
      </w:r>
    </w:p>
    <w:p>
      <w:r>
        <w:rPr>
          <w:b/>
        </w:rPr>
        <w:t xml:space="preserve">[35:14] </w:t>
      </w:r>
      <w:r>
        <w:t>lekin ab yeh ek chal chal gaya hai to log safar karte nahi hai. isliye itne bade confusion ka shikar hai. to masjid aqsa to ek mahorana sahab to hum sab logon ko lekar gaye the aapko yaad hoga. to hum logon ne sab dekha hai andar jakar ke masjid aqsa ek bahut bade hall ki manind hai aur woh poore mano mein ek masjid hai.</w:t>
      </w:r>
    </w:p>
    <w:p>
      <w:pPr>
        <w:jc w:val="right"/>
      </w:pPr>
      <w:r>
        <w:t>लेकिन अब यह एक चल चल गया है तो लोग सफर करते नहीं है. इसलिए इतने बड़े confusion का शिकार है. तो मस्जिद अक्षत तो एक महोराणा साहब तो हम सब लोगों को लेकर गए थे आपको याद होगा. तो हम लोगों ने सब देखा है अंदर जाकर के मस्जिद अक्षत एक बहुत बड़े हाल की मानिंद है और वो पूरे मानों में एक मस्जिद है.</w:t>
      </w:r>
    </w:p>
    <w:p>
      <w:r>
        <w:rPr>
          <w:b/>
        </w:rPr>
        <w:t xml:space="preserve">[35:38] </w:t>
      </w:r>
      <w:r>
        <w:t>to woh asal mein wahi jo temple mount usko bolte the haikal ko to temple mount jo harrod ne bhi banwaya tha usko to woh us uske upar hai woh temple mount ke upar aur usmein ek jo deewar hai uski woh original jo temple mount tha woh abhi tak intact hai baqi hai.</w:t>
      </w:r>
    </w:p>
    <w:p>
      <w:pPr>
        <w:jc w:val="right"/>
      </w:pPr>
      <w:r>
        <w:t>तो वो असल में वही जो temple mount उसको बोलते थे हैकल को तो temple mount जो harrod ने भी बनवाया था उसको तो वह उस उसके ऊपर है वह temple mount के ऊपर और उसमें एक जो दीवार है उसकी वह original जो temple mount था वह अभी तक intact है बाकी है.</w:t>
      </w:r>
    </w:p>
    <w:p>
      <w:r>
        <w:rPr>
          <w:b/>
        </w:rPr>
        <w:t xml:space="preserve">[36:04] </w:t>
      </w:r>
      <w:r>
        <w:t>us mein thora sa us ko renovation waghera kiya hua hai lekin hai wahi deewar. to us ko jo hai yahoodi us ko western wall kehte hain aur musalman us ko deewar e girya kehte hain. asal mein deewar e girya is liye kehte hain ke yahoodi wahan aa kar deewar ko pakar kar rote hain aur Allah se dua mangte hain ke humein dobara humein yeh arze mahood humein wapas mil jaye to woh dua karte hain.</w:t>
      </w:r>
    </w:p>
    <w:p>
      <w:pPr>
        <w:jc w:val="right"/>
      </w:pPr>
      <w:r>
        <w:t>उसमें थोड़ा सा उसको renovation वगैरह किया हुआ है लेकिन है वही दीवाल. तो उसको जो है यहूदी उसको western वाल कहते हैं और मुसलमान उसको दीवारिक गिरिया कहते हैं. असल में दीवारिक गिरिया इसलिए कहते हैं कि यहूदी वहां आकर दीवार को पकड़ कर रोते हैं और अल्लाह से दुआ मांगते हैं कि हमें दुबारा हमें यह अर्जे माहूद हमें वापस मिल जाए तो वह दुआ करते हैं.</w:t>
      </w:r>
    </w:p>
    <w:p>
      <w:r>
        <w:rPr>
          <w:b/>
        </w:rPr>
        <w:t xml:space="preserve">[36:32] </w:t>
      </w:r>
      <w:r>
        <w:t>to is tarah se aur dobara un ka haikal wahan par ban jaye. to is liye jab arbon ne dekha yeh log ro rahe hain dua kar rahe hain to uska naam hi deewar e girya rakh diya. lekin yahoodi us ko western wall kehte hain.</w:t>
      </w:r>
    </w:p>
    <w:p>
      <w:pPr>
        <w:jc w:val="right"/>
      </w:pPr>
      <w:r>
        <w:t>तो इस तरीके से और दुबारा उनका हैकल वहां पर वन जाए. तो इसलिए जब अरबों ने देखा यह लोग रोज़ हो रहे हैं द्वा कर रहे हैं तो उसका नाम ही दीवारी गिरिया रख दिया. लेकिन यहूदी उसको Western Wall कहते हैं.</w:t>
      </w:r>
    </w:p>
    <w:p>
      <w:r>
        <w:rPr>
          <w:b/>
        </w:rPr>
        <w:t xml:space="preserve">[36:48] </w:t>
      </w:r>
      <w:r>
        <w:t>to is tarah se jo hai yeh bohat hi ajeeb irony hai ke musalman farq bhi nahi samajhte Masjid e Aqsa aur Qubbat us-Sakhrah ka aur kehte hain tasveer dikhayenge Qubbat us-Sakhrah ka aur kahenge Masjid e Aqsa musalmanon ki amanat hai.</w:t>
      </w:r>
    </w:p>
    <w:p>
      <w:pPr>
        <w:jc w:val="right"/>
      </w:pPr>
      <w:r>
        <w:t>तो इस तरीके से जो है यह बहुत ही अजीब irony है कि मुसलमान फ़र्क भी नहीं समझते मज़द अक्षा और कोब्बतू सखरा का और कहते हैं तस्वीर दिखाएंगे कुब्बतुस सखरा का और कहेंगे मज़द ए अक्षा मुसलमानों की यमानत है.</w:t>
      </w:r>
    </w:p>
    <w:p>
      <w:r>
        <w:rPr>
          <w:b/>
        </w:rPr>
        <w:t xml:space="preserve">[37:12] </w:t>
      </w:r>
      <w:r>
        <w:t>to yeh jo hai bohat bari tragedy hai ke hum log research nahi karte, kuch maloomat nahi karte. sirf jazbati takreerein karte hain. to asal mein jab photo liya jata hai to woh us mein numaya jo hai wohi dikhai deta hai. Qubbat us-Sakhrah dikhai deta hai to is liye har aadmi jo hai usi ko Masjid e Aqsa samajhta hai.</w:t>
      </w:r>
    </w:p>
    <w:p>
      <w:pPr>
        <w:jc w:val="right"/>
      </w:pPr>
      <w:r>
        <w:t>तो यह जो है बहुत बड़ी tragedy है कि हम लोग research नहीं करते, कुछ मालूमात नहीं करते. सिर्फ जज़्बादी तकरीरें करते हैं. तो असल में जब photo लिया जाता है तो वह उसमें नमाया जो है वही दिखाई देता है. कोबतु सखराई दिखाई देता है तो इसलिए हर आदमी जो है उसी को मज़दी अक्सर समझता है.</w:t>
      </w:r>
    </w:p>
    <w:p>
      <w:r>
        <w:rPr>
          <w:b/>
        </w:rPr>
        <w:t xml:space="preserve">[37:38] </w:t>
      </w:r>
      <w:r>
        <w:t>to Baitul Maqdis jo hai woh jo hai woh ek chaukor chaukor bohat bara si chattan hai. asal mein jo chattan thi usi par yahoodi jo hai woh karte the, sacrifice karte the. to yeh chattan jo hai yahi yahudiyon ka qibla tha. Masjid e Aqsa qibla nahi tha balke woh chattan qibla thi. to woh chattan par us waqt gumbad nahi tha. gumbad to baad mein musalmanon ne banaya.</w:t>
      </w:r>
    </w:p>
    <w:p>
      <w:pPr>
        <w:jc w:val="right"/>
      </w:pPr>
      <w:r>
        <w:t>तो बैतुल मक्दिस जो है वह जो है वह एक चौकोर चौकोर बहुत बड़ा सी चटान है. असल में जो चटान थी उसी पर यहूदी जो है वह करते थे, sacrifice करते थे. तो यह चटान जो है यही यहूदियों का किमला था. मज़द ए अक्षा किब्ला नहीं था बल्कि वह चटान किब्ला थी. तो वह चटान पर उस वक्त गुमबद नहीं था. गुमबद तो बाद में मुसलमानों ने बनाया.</w:t>
      </w:r>
    </w:p>
    <w:p>
      <w:r>
        <w:rPr>
          <w:b/>
        </w:rPr>
        <w:t xml:space="preserve">[38:05] </w:t>
      </w:r>
      <w:r>
        <w:t>to wohi qibla thi aur usi ki taraf Rasool Allah sallallahu alaihi wasallam ne bhi namaz padhi aur wahin se Rasool Allah sallallahu alaihi wasallam ko meraj hui thi. jis mein woh heavenly journey par gaye the woh aur wahan par Rasool Allah ne tamam paighambaron ko namaz padhai thi. to yeh bhi bohat hi fast cheez hai Masjid e Aqsa ke sath.</w:t>
      </w:r>
    </w:p>
    <w:p>
      <w:pPr>
        <w:jc w:val="right"/>
      </w:pPr>
      <w:r>
        <w:t>तो वही किब्ला थी और उसी की तरफ रसूल्लाह सल्लाह सल्लाह ने भी नमाज़ पढ़ी और वहीं से रसूल्लाह सल्लाह सल्लाह सल्लाह को मेराज़ हुई थी. जिसमें वो heavenly journey पर गए थे वो और वहां पर रसूल्लाह सल्लाह ने तमाम परगंबरों को नमाज़ पढ़ाई थी. तो यह भी बहुत ही fast चीज़ है मस्जिद अक्षा के साथ.</w:t>
      </w:r>
    </w:p>
    <w:p>
      <w:r>
        <w:rPr>
          <w:b/>
        </w:rPr>
        <w:t xml:space="preserve">[38:31] </w:t>
      </w:r>
      <w:r>
        <w:t>to Masjid e Aqsa jo hai woh yeh baat bilkul clear hona chahiye ke woh us waqt khandar ki shakal mein thi aur woh site thi. woh haikal ki site thi woh. Temple Mount ki site thi woh. baad mein woh us par jo hai woh sara jo building jo taameer hui woh baad mein taameer hui hai. ji.</w:t>
      </w:r>
    </w:p>
    <w:p>
      <w:pPr>
        <w:jc w:val="right"/>
      </w:pPr>
      <w:r>
        <w:t>तो मस्जिद ए अक्षा जो है वह यह बात बिल्कुल clear होना चाहिए कि वह उस वक्त खंडर की शक्ल में थी और वह site थी. वह हैकल की site थी वह. Temple Mount की site थी वह. बाद में वह उस पर जो है वह सारा जो building जो तामीर हुई वह बाद में तामीर हुई है. जी.</w:t>
      </w:r>
    </w:p>
    <w:p>
      <w:r>
        <w:rPr>
          <w:b/>
        </w:rPr>
        <w:t xml:space="preserve">[38:55] </w:t>
      </w:r>
      <w:r>
        <w:t>apa yeh bohat acha aap ne is ko difference ko wazeh kar diya ke alag sau domo flock mein kya farq hai? main yeh bhi chahunga apa ke aap is ko bhi wazeh karen ke jaise aap ne zikr bhi kiya ke Umayyad period mein, jo Khalifa the Abdul Malik unhon ne yeh Dome of the Rock ko build kiya aur baad mein apa history mein jaise ke hum jante bhi hain ke Rasool Allah ne us ko apna qibla bhi banaya.</w:t>
      </w:r>
    </w:p>
    <w:p>
      <w:pPr>
        <w:jc w:val="right"/>
      </w:pPr>
      <w:r>
        <w:t>आपा यह बहुत अच्छा आपने इसको difference को वाज़े कर दिया कि अलग सौ domo flock में क्या फ़र्क़ है? मैं यह भी चाहूंगा आपा कि आप इसको भी वाज़े करें कि जैसे आपने ज़िक्र भी किया कि उमैयद period में, जो ख़लीफ़ा थे अब्दुल मलिक उन्होंने यह dome of rock को build किया और बाद में आपा history में जैसे कि हम जानते भी हैं कि रसोल उल्लाह ने उसको अपना किमला भी बनाया.</w:t>
      </w:r>
    </w:p>
    <w:p>
      <w:r>
        <w:rPr>
          <w:b/>
        </w:rPr>
        <w:t xml:space="preserve">[39:21] </w:t>
      </w:r>
      <w:r>
        <w:t>to is is ke bare mein thora sa aap batayen ke aisa aisa kyun hua? to qibla to is liye banaya ke wahan par jab Madina aap gaye na to aap ne socha ke aisa na ho ke log yeh samjhenge ke yeh koi naya deen lekar aaye hain. log mahatwai socha aap se.</w:t>
      </w:r>
    </w:p>
    <w:p>
      <w:pPr>
        <w:jc w:val="right"/>
      </w:pPr>
      <w:r>
        <w:t>तो इस इसके बारे में थोड़ा सा आप बताएं कि ऐसा ऐसा क्यों हुआ? तो किमला तो इसलिए बनाया कि वहां पर जब मदीना आप गए ना तो आपने सोचा कि ऐसा ना हो कि लोग यह समझेंगे कि यह कोई नया दिन लेकर आए हैं. लोग महत्वाही सोचा आपसे.</w:t>
      </w:r>
    </w:p>
    <w:p>
      <w:r>
        <w:rPr>
          <w:b/>
        </w:rPr>
        <w:t xml:space="preserve">[39:42] </w:t>
      </w:r>
      <w:r>
        <w:t>to is wajah se us ko aap ne qibla ko accept kar liya aur wahan par ansar jo the jo Rasool Allah sallallahu alaihi wasallam ke Madina jane se pehle iman le aaye the woh bhi udhar hi namaz padhte the usi qibla par. is liye aap ne un ki talif e qalb ke liye aisa kiya tha. to phir solah mahine ke baad phir aap ko jab ijazat mili tab aap ne Kaba ki taraf namaz padhna shuru kiya.</w:t>
      </w:r>
    </w:p>
    <w:p>
      <w:pPr>
        <w:jc w:val="right"/>
      </w:pPr>
      <w:r>
        <w:t>तो इस वजह से उसको आपने किब्ले को accept कर लिया और वहां पर अंसार जो थे जो रसूल्लाह सल्लाह सल्लाह के मदीना जाने से पहले ईमान ले आए थे वह भी उधर ही नमाज़ पड़ते थे उसी किबले पर. इसलिए आपने उनकी तालिफ एकल्प के लिए ऐसा किया था. तो फिर सोलह महीने के बाद फिर आपको जब इजाज़त मिली तब आपने काबा की तरफ नमाज़ पढ़ना शुरू किया.</w:t>
      </w:r>
    </w:p>
    <w:p>
      <w:r>
        <w:rPr>
          <w:b/>
        </w:rPr>
        <w:t xml:space="preserve">[40:08] </w:t>
      </w:r>
      <w:r>
        <w:t>to woh to ek bohat bara sa ek bara ek samajh lijiye ek bohat bare kamre ke barabar woh chattan hai. to usi chattan ke upar bohat bara sa gumbad Abdul Malik bin Marwan ne banaya us ki bhi ek woh hai ke kyun us ne banaya? ab woh chunke woh chattan hai na to wahan par andar woh masjid hai hi nahi. woh andar namaz omaz ho hi nahi sakti. wahan par to qurbani hoti thi.</w:t>
      </w:r>
    </w:p>
    <w:p>
      <w:pPr>
        <w:jc w:val="right"/>
      </w:pPr>
      <w:r>
        <w:t>तो वह तो एक बहुत बड़ा सा एक बड़ा एक समझ लीजिए एक बहुत बड़े कमरे के बराबर वह चटान है. तो उसी चटान के ऊपर बहुत बड़ा सा गुमबद अब्दुल मलिक बिन बर्बान ने बनाया उसकी भी एक वह है कि क्यों उसने बनाया? अब वह चूंकि वह चटान है ना तो वहां पर अंदर वो मस्जिद है ही नहीं. वो अंदर नमाज़ उमाज़ हो ही नहीं सकती. वहां पर तो कुर्बानी होती थी.</w:t>
      </w:r>
    </w:p>
    <w:p>
      <w:r>
        <w:rPr>
          <w:b/>
        </w:rPr>
        <w:t xml:space="preserve">[40:35] </w:t>
      </w:r>
      <w:r>
        <w:t>kehte hain yahoodi kehte hain ke Hazrat Isa ki qurbani wahan matlab qurbani honi thi wahan par. litaya tha Ibrahim Alaihis Salam ne. phir Allah Taala ne dhumba bheja. lekin musalman is Islam ke mutabiq Hazrat Ismail ki qurbani thi woh. to is tarah se woh qurbani ki jagah thi woh aur wohi qibla tha. to woh namaz ki jagah nahi thi.</w:t>
      </w:r>
    </w:p>
    <w:p>
      <w:pPr>
        <w:jc w:val="right"/>
      </w:pPr>
      <w:r>
        <w:t>कहते हैं येहूदी कहते हैं कि हजरत ईसाह की कुर्बानी वहां मतलब कुर्बानी होनी थी वहां पर. लिटाया था इब्राहिम अली सलाम ने. फिर अल्लाह तालाह ने धुंबा भेजा. लेकिन मुसलमान इस इस्लाम के मुताबिक ख़दर इस्माइल की कुर्बानी थी वह. तो इस तरीके से वह कुर्बानी की जगह थी वह और वही किमला था. तो वह नमाज़ की जगह नहीं थी.</w:t>
      </w:r>
    </w:p>
    <w:p>
      <w:r>
        <w:rPr>
          <w:b/>
        </w:rPr>
        <w:t xml:space="preserve">[41:02] </w:t>
      </w:r>
      <w:r>
        <w:t>namaz hoti hai to bahar bahar padhte hain namaz kyunke woh to bilkul woh to ooncha neecha pathar hai na? to us ke charon taraf bahar namaz padi jati hai. jo saf qaim hoti hai na to bahar qaim ho jati hai us ke. to ab Abdul Malik bin Marwan ne us gumbad ko is liye banaya kehte hain us ki bhi do wajah batai jati hain.</w:t>
      </w:r>
    </w:p>
    <w:p>
      <w:pPr>
        <w:jc w:val="right"/>
      </w:pPr>
      <w:r>
        <w:t>नमाज़ होती है तो बाहर बाहर पढ़ते हैं नमाज़ क्योंकि वह तो बिल्कुल वह तो ऊंचा नीचा पत्थर है ना? तो उसके चारों तरफ बाहर नमाज़ पड़ी जाती है. जो सफ़ कायम होती है ना तो बाहर कायम हो जाती है उसके. तो अब अब्दुल मलिक बिन मरवान ने उस गम्बत को इसलिए बनाया कहते हैं उसकी भी दो वजह बताई जाती है.</w:t>
      </w:r>
    </w:p>
    <w:p>
      <w:r>
        <w:rPr>
          <w:b/>
        </w:rPr>
        <w:t xml:space="preserve">[41:28] </w:t>
      </w:r>
      <w:r>
        <w:t>ek to yeh hai ke isaiyon ki jab jab musalman musalmanon ki empire bani to un ke pas koi bohat bari jagah dikhane ki thi nahi. isaiyon ke pas bohat bari bari buildingein thin. bare bare church the. to in logon ko yeh hua ke un ke un ke muqable ka kuch banaya jaye. to yeh jo teesri ek to Makkah Madinah ke baad teesri most important jagah yahi thi.</w:t>
      </w:r>
    </w:p>
    <w:p>
      <w:pPr>
        <w:jc w:val="right"/>
      </w:pPr>
      <w:r>
        <w:t>एक तो यह है कि ईसाइयों की जब जब मुसलमान मुसलमानों की empire बनी तो उनके पास कोई बहुत बड़ी जगह दिखाने की थी नहीं. ईसाइयों के पास बहुत बड़ी बड़ी buildingएं थीं. बड़े बड़े church थे. तो इन लोगों को यह हुआ कि उनके उनके मुकाबले का कुछ बनाया जाए. तो यह जो तीसरी एक तो मक्का मदीना के बाद तीसरी most important जगह यही थी.</w:t>
      </w:r>
    </w:p>
    <w:p>
      <w:r>
        <w:rPr>
          <w:b/>
        </w:rPr>
        <w:t xml:space="preserve">[41:55] </w:t>
      </w:r>
      <w:r>
        <w:t>to kyunke Rasool Allah sallallahu alaihi wasallam ko wahan miraj hui thi. to us ne socha ke yahan par kuch kaam kiya jaye. to us ne bohat hi shandar dome banaya. woh sab isai architect aaye wahan se aur itna itna shandar ke us waqt ki woh shayad sab se zada shandar imarat ki woh. to is tarah ek aur wajah batai jati hai ke Abdullah Ibn Zubair ne revolt kar diya tha in ke zamane mein.</w:t>
      </w:r>
    </w:p>
    <w:p>
      <w:pPr>
        <w:jc w:val="right"/>
      </w:pPr>
      <w:r>
        <w:t>तो क्योंकि रसूल्लाह सल्लाह सल्लाह को वहां महिराज हुई थी. तो उसने सोचा कि यहां पर कुछ काम किया जाए. तो उसने बहुत ही शानदार dome बनाया. वह सब ईसाई architect आए वहां से और इतना इतना शानदार के उस वक्त की वो शायद सबसे ज़्यादा शानदार है मारत की वो. तो इस तरह ले एक और वजह बताई जाती है कि अब्दुल्लाह Ibn Zubbair ने revolt कर दिया था इनके जमाने में.</w:t>
      </w:r>
    </w:p>
    <w:p>
      <w:r>
        <w:rPr>
          <w:b/>
        </w:rPr>
        <w:t xml:space="preserve">[42:24] </w:t>
      </w:r>
      <w:r>
        <w:t>to Abdullah ibn Zubair ne jab revolt kiya to woh Makkah mein unhon ne control hasil kar liya aur Makkah mein reh kar ke woh Umayyads ko bohat bura bhala kehte the. ab us ne socha ke logon ko wahan se divert kiya jaye.</w:t>
      </w:r>
    </w:p>
    <w:p>
      <w:pPr>
        <w:jc w:val="right"/>
      </w:pPr>
      <w:r>
        <w:t>तो अब्दुल्लाह ibn zubair ने जब revolt किया तो वो मक्का में उन्होंने control हासिल कर लिया और मक्का में रहकर के वो उमैयज़ को बहुत बुरा भला कहते थे. अब उसने सोचा के लोगों को वहां से divert किया जाए.</w:t>
      </w:r>
    </w:p>
    <w:p>
      <w:r>
        <w:rPr>
          <w:b/>
        </w:rPr>
        <w:t xml:space="preserve">[42:41] </w:t>
      </w:r>
      <w:r>
        <w:t>ab haj karne ke liye to log wahan jate hi lekin thora jo jitna zyada Makkah mein aam taurf thi to thora divert karne ke liye ke ek aur doosri jagah aisi important bana de bari jagah bana de taake log udhar aaye kyunke sab woh bohat zyada burai kar rahe the Umayyads ki aur publicly Umayyads ko condemn karte the. to kehte hain ke musalmanon ka focus divert karne ke liye unhon ne yeh banaya.</w:t>
      </w:r>
    </w:p>
    <w:p>
      <w:pPr>
        <w:jc w:val="right"/>
      </w:pPr>
      <w:r>
        <w:t>अब हज करने के लिए तो लोग वहां जाते ही लेकिन थोड़ा जो जितना ज़्यादा मक्का में आम तौरफ थी तो थोड़ा divert करने के लिए कि एक और दूसरी जगह ऐसी important बना दे बड़ी जगह बना दे ताकि लोग उधर आए क्योंकि सब वो बहुत ज़्यादा बुराई कर रहे थे ओमैयाज़ की और publicly ओमैयाज़ को condemn करते थे. तो कहते हैं कि मुसलमानों का focus divert करने के लिए उन्होंने यह बनाया.</w:t>
      </w:r>
    </w:p>
    <w:p>
      <w:r>
        <w:rPr>
          <w:b/>
        </w:rPr>
        <w:t xml:space="preserve">[43:09] </w:t>
      </w:r>
      <w:r>
        <w:t>to is tarah se yeh shandar imarat ban kar tayyar ho gayi aur ab woh aisa to ho nahi sakta tha ke log jo hai Makkah woh Kaba ki woh jagah hasil kar le lekin phir bhi kuch logon ka aana jana wahan shuru hua aur us ki thora ahmiyat hui hai. hota hai ke ek bohat bari building ban jaye. to log dekhne jate hain.</w:t>
      </w:r>
    </w:p>
    <w:p>
      <w:pPr>
        <w:jc w:val="right"/>
      </w:pPr>
      <w:r>
        <w:t>तो इस तरीके से यह शानदार इमारत बनकर तैयार हो गई और अब वो ऐसा तो हो नहीं सकता था कि लोग जो है मक्का वो काबाज़ की वो जगह हासिल कर ले लेकिन फिर भी कुछ लोगों का आना जाना वहां शुरू हुआ और उसकी थोड़ा अहमियत हुई है. होता है कि एक बहुत बड़ी building वन जाए. तो लोग देख नहीं जाते हैं.</w:t>
      </w:r>
    </w:p>
    <w:p>
      <w:r>
        <w:rPr>
          <w:b/>
        </w:rPr>
        <w:t xml:space="preserve">[43:37] </w:t>
      </w:r>
      <w:r>
        <w:t>aaj bhi woh tourist attraction hai. aaj bhi bohat zyada log wahan par jate hain us ko dekhne ke liye ab us ki historical importance ho gayi hai. ji. apa akhri sawal pucchne se pehle kuch comments padhna chahunga. yeh doctor Safeena Tasawwum ne likha hai, Saharanpur se unhon ne likha hai, very very informative session.</w:t>
      </w:r>
    </w:p>
    <w:p>
      <w:pPr>
        <w:jc w:val="right"/>
      </w:pPr>
      <w:r>
        <w:t>आज भी वह tourist attraction है. आज भी बहुत ज़्यादा लोग वहां पर जाते हैं उसको देखने के लिए अब उसकी historical importance हो गई है. जी. आपल आखिरी सवाल पूछने से पहले कुछ comments पढ़ना चाहूंगा. यह doctor सफीना तवस्वुम ने लिखा है, सहारनपुर से उन्होंने लिखा है, very very informative session.</w:t>
      </w:r>
    </w:p>
    <w:p>
      <w:r>
        <w:rPr>
          <w:b/>
        </w:rPr>
        <w:t xml:space="preserve">[43:59] </w:t>
      </w:r>
      <w:r>
        <w:t>Professor Nazma Siddiqui ne Dubai se likha hai, very educative historical discussion, great learning, things are falling into places. Satish Bhatia ji ne Amritsar se likha hai, sab ko mera salam Allah ke fazl o karam se hum sab ko aapse deen ke bare mein har bar kuch naya seekhne ko milta hai.</w:t>
      </w:r>
    </w:p>
    <w:p>
      <w:pPr>
        <w:jc w:val="right"/>
      </w:pPr>
      <w:r>
        <w:t>Professor नजमा सिद्दी की ने Dubai से लिखा है, very educative historical discussion, great learning, things are falling into places. सतीश भाटिया जी ने अमृतसर से लिखा है, सबको मेरा सलाम अल्लाह के फ़सलों कर्म से हम सबको आपसे दीन के बारे में हर बार कुछ नया सीखने को मिलता है.</w:t>
      </w:r>
    </w:p>
    <w:p>
      <w:r>
        <w:rPr>
          <w:b/>
        </w:rPr>
        <w:t xml:space="preserve">[44:25] </w:t>
      </w:r>
      <w:r>
        <w:t>humein jo deen ki rah par chalne ka tareeqa milta hai, woh aap ki conversation se hi milta hai. aap ki yeh sari baatein sun kar hum sab ki zindagi mein ek naya badlav aa jata hai aur kai aisi ghaltiyon aur gunahon se bach jate hain jo hum pehle anjane mein kar bethe hain. Allah aap sab ko aur jo yeh conversation sun rahe hain un ko bhi Allah akhirat mein kamyabi dein, aameen.</w:t>
      </w:r>
    </w:p>
    <w:p>
      <w:pPr>
        <w:jc w:val="right"/>
      </w:pPr>
      <w:r>
        <w:t>हमें जो दीन की राह पर चलने का तरीका मिलता है, वह आपकी conversation से ही मिलता है. आपकी यह सारी बातें सुनकर हम सबकी ज़िंदगी में एक नया बदलाव आ जाता है और कई ऐसी ग़लतियों और गुनाहों से बच जाते हैं जो हम पहले अनजाने में कर बैठे हैं. अल्लाह आप सबको और जो यह conversation sun रहे हैं उनको भी अल्लाह आख़िरत में कामयाबी दें, आमिन.</w:t>
      </w:r>
    </w:p>
    <w:p>
      <w:r>
        <w:rPr>
          <w:b/>
        </w:rPr>
        <w:t xml:space="preserve">[44:53] </w:t>
      </w:r>
      <w:r>
        <w:t>ek cheez aur aap yahan par main kehna chahunga ke Al-Aqsa mein bhi wahan par ek kafi ek achi team banai gayi hai aur doctor Saniya Stein Khan sahab yahan se continuously kai Quran ke jo translations hain wahan bhejte hain.</w:t>
      </w:r>
    </w:p>
    <w:p>
      <w:pPr>
        <w:jc w:val="right"/>
      </w:pPr>
      <w:r>
        <w:t>एक चीज़ और आप यहां पर मैं कहना चाहूंगा कि अलक्सा में भी वहां पर एक काफ़ी एक अच्छी team बनाई गई है और doctor सानिया स्तेन खान साहब यहां से continuously कई कुरान के जो translations हैं वहां भेजते हैं.</w:t>
      </w:r>
    </w:p>
    <w:p>
      <w:r>
        <w:rPr>
          <w:b/>
        </w:rPr>
        <w:t xml:space="preserve">[45:13] </w:t>
      </w:r>
      <w:r>
        <w:t>kyunke pura jo Israel country hai it's a very popular tourist spot also and jaise aap ne bhi bataya ke Judaism, Christianity aur Islam teeno us ko bohat sacred mante hain. to dunya bhar se log jate hain.</w:t>
      </w:r>
    </w:p>
    <w:p>
      <w:pPr>
        <w:jc w:val="right"/>
      </w:pPr>
      <w:r>
        <w:t>क्योंकि पूरा जो Israel country है it's a very popular tourist spot also and जैसे आपने भी बताया कि Judaism, Christianity और Islam तीनों उसको बहुत sacred मानते हैं. तो दुनिया भर से लोग जाते हैं.</w:t>
      </w:r>
    </w:p>
    <w:p>
      <w:r>
        <w:rPr>
          <w:b/>
        </w:rPr>
        <w:t xml:space="preserve">[45:28] </w:t>
      </w:r>
      <w:r>
        <w:t>to it becomes a great opportunity to give them a copy of the Quran and the literature which talks about what is Islam aur wahan se kai tasveerein aati rehti hain jo share bhi karte hain doctor sahab ke kis tarah log bohat hi khushi khushi jo hain woh Quran ki copies lete hain.</w:t>
      </w:r>
    </w:p>
    <w:p>
      <w:pPr>
        <w:jc w:val="right"/>
      </w:pPr>
      <w:r>
        <w:t>तो it becomes a great opportunity to give them a copy of the कुरान and the literature which talks about what is इस्लाम और वहां से कई तस्वीरें आती रहती हैं जो share भी करते हैं doctor साहब कि किस तरह लोग बहुत ही ख़ुशी ख़ुशी जो हैं वह क़ुरान की copies लेते हैं.</w:t>
      </w:r>
    </w:p>
    <w:p>
      <w:r>
        <w:rPr>
          <w:b/>
        </w:rPr>
        <w:t xml:space="preserve">[45:48] </w:t>
      </w:r>
      <w:r>
        <w:t>to CPS ne yeh bhi ek opportunity convert kari hai ke wahan par jahan par dunya bhar mein us ko directly ya indirectly ek tareeqe se conflict ka subject banaya hua hai. Maulana ki teaching se hum ne usi ko ek subject of opportunity banaya hua hai aur hum us ko regularly avail kar rahe hain. to yeh ek important cheez thi jo main aap sab ke sath share karna chahta hoon.</w:t>
      </w:r>
    </w:p>
    <w:p>
      <w:pPr>
        <w:jc w:val="right"/>
      </w:pPr>
      <w:r>
        <w:t>तो CPS ने यह भी एक opportunity convert करी है कि वहां पर जहां पर दुनिया भर में उसको directly या indirectly एक तरीके से conflict का subject बनाया हुआ है. मुलाना की teaching से हमने उसी को एक subject of opportunity बनाया हुआ है और हम उसको regularly avail कर रहे हैं. तो यह एक important चीज़ थी जो मैं आप सबके साथ share करना चाहता हूं.</w:t>
      </w:r>
    </w:p>
    <w:p>
      <w:r>
        <w:rPr>
          <w:b/>
        </w:rPr>
        <w:t xml:space="preserve">[46:15] </w:t>
      </w:r>
      <w:r>
        <w:t>baqayda Hebrew tarjuma jo hai woh bhi Quran mein Quran mein available hai aur usko bhi wahan par jo local population hai woh bohat receive karte hain. In fact, aap aapko yaad hoga ke jab hum log gaye thay peace conference ke liye Tel Aviv to wahan par president Shimon Peres se mulana ki mulaqat hui thi aur Maulana ne jo hai peace proposal bhi diya tha ke kaise aap conflict ko aap resolve kar sakte hain.</w:t>
      </w:r>
    </w:p>
    <w:p>
      <w:pPr>
        <w:jc w:val="right"/>
      </w:pPr>
      <w:r>
        <w:t>बक़ायदा Hebrew translation जो है वह भी कुरान में कुरान में available है और उसको भी वहां पर जो local population है वह बहुत receive करते हैं. In fact, आप आपको याद होगा कि जब हम लोग गए थे peace conference के लिए तेल Aviv तो वहां पर president शिमोन पेरेस से मुलाना की मुलाकात हुई थी और मुलाना ने जो है peace proposal भी दिया था कि कैसे आप conflict को आप resolve कर सकते हैं.</w:t>
      </w:r>
    </w:p>
    <w:p>
      <w:r>
        <w:rPr>
          <w:b/>
        </w:rPr>
        <w:t xml:space="preserve">[46:43] </w:t>
      </w:r>
      <w:r>
        <w:t>to jab president Shimon Peres ko Quran ki copy di gayi thi to woh bohat heran ho gaye thay. To unhon ne Maulana Wahiduddin Khan sahab se kaha tha ke ye ye translation aap ne kiya hai. To Maulana ne kaha ye maine kiya hai aur meri beti professor Fareeda Khan hum ne usko edit kiya hai. To unhon ne kaha ye English mein hai. To Maulana ne kaha ye English mein hi available hai.</w:t>
      </w:r>
    </w:p>
    <w:p>
      <w:pPr>
        <w:jc w:val="right"/>
      </w:pPr>
      <w:r>
        <w:t>तो जब president शिमोन पेरेस को कुरान की copy दी गई थी तो वो बहुत हैरान हो गए थे. तो उन्होंने मुलाना वैदुद्दीन खान साहब से कहा था कि ये ये translation आपने किया है. तो मुलाना ने कहा ये मैंने किया है और मेरी बेटी professor फरीदा खाना हमने उसको edit किया है. तो उन्होंने कहा ये english में है. तो पुनाने ने कहा ये english में ही available है.</w:t>
      </w:r>
    </w:p>
    <w:p>
      <w:r>
        <w:rPr>
          <w:b/>
        </w:rPr>
        <w:t xml:space="preserve">[47:06] </w:t>
      </w:r>
      <w:r>
        <w:t>to unko bohat taajub hua tha aur humein us interaction se ye bhi pata chala ke is se pehle kisi ne attempt bhi nahi kiya tha ke unko ek Quran ka ek translation diya jaye. And smilingly he took the copy of the Quran in English aur phir doctor sahab ne bhi unko kai kitabein gift ke taur par di jo unhon ne bohat khushi khushi li.</w:t>
      </w:r>
    </w:p>
    <w:p>
      <w:pPr>
        <w:jc w:val="right"/>
      </w:pPr>
      <w:r>
        <w:t>तो उनको बहुत ताजुब हुआ था और हमें उस interaction से ये भी पता चला कि इससे पहले किसी ने attempt भी नहीं किया था कि उनको एक quran का एक translation दिया जाए. And smilingly he took the copy of the कुरान in english और फिर doctor साहब ने भी उनको कई किताबें gift के तौर पर दी जो उन्होंने बहुत खुशी खुशी ली.</w:t>
      </w:r>
    </w:p>
    <w:p>
      <w:r>
        <w:rPr>
          <w:b/>
        </w:rPr>
        <w:t xml:space="preserve">[47:28] </w:t>
      </w:r>
      <w:r>
        <w:t>Including the peace proposal jo Maulana sahab ne prepare kiya tha ke kis tarah aap jo hai is masle ko aap solve kar sakte hain. To humein hamesha tayyar rehna chahiye. Jaise Miss Fareeda Kamran ne bhi kaha ke unhon ne bohat achhi seekh li hai ke hamesha woh apne saath Quran aur Islam ka literature hamesha rakhti hain aur logon ko deti rehti hain.</w:t>
      </w:r>
    </w:p>
    <w:p>
      <w:pPr>
        <w:jc w:val="right"/>
      </w:pPr>
      <w:r>
        <w:t>Including the peace proposal जो मुलाना साहब ने prepare किया था कि किस तरह आप जो है इस मसले को आप solve कर सकते हैं. तो हमें हमेशा त्यार रहना चाहिए. जैसे miss फरीदा कामरान ने भी कहा कि उन्होंने बहुत अच्छी सीख ली है कि हमेशा वह अपने साथ कुरान और इस्लाम का literature हमेशा रखती हैं और लोगों को देती रहती हैं.</w:t>
      </w:r>
    </w:p>
    <w:p>
      <w:r>
        <w:rPr>
          <w:b/>
        </w:rPr>
        <w:t xml:space="preserve">[47:53] </w:t>
      </w:r>
      <w:r>
        <w:t>to ye ek humko jaari rakhna hai aur ye ek bohat hi important activity hai. Aap kyunke ye subject itna vast hai to isko aaj to khatam nahi kiya ja sakta hai. To main aap se request karunga ke iske ek do parts aur karein. Lekin aaj ke session ke aitbaar se jo aakhri sawal hai woh main Wailing Wall ko lekar hi poochna chahunga aapse. Aap ne uska zikr bhi kiya tha. Woh kyun important hai Jews ke liye?</w:t>
      </w:r>
    </w:p>
    <w:p>
      <w:pPr>
        <w:jc w:val="right"/>
      </w:pPr>
      <w:r>
        <w:t>तो यह एक हमको जारी रखना है और यह एक बहुत ही important activity है. आप क्योंकि यह subject इतना vast है तो इसको आज तो खत्म नहीं किया जा सकता है. तो मैं आपसे request करूंगा कि इसके एक दो parts और करें. लेकिन आज के session के अद्बार से जो आखिरी सवाल है वह मैं whaling wall को लेकर ही पूछना चाहूंगा आपसे. आपने उसका ज़िक्र भी किया था. वह क्यों important है Jews के लिए?</w:t>
      </w:r>
    </w:p>
    <w:p>
      <w:r>
        <w:rPr>
          <w:b/>
        </w:rPr>
        <w:t xml:space="preserve">[48:23] </w:t>
      </w:r>
      <w:r>
        <w:t>to uske bare mein aap batayein phir hum aaj ka session yahin par khatam karenge. Asal mein unka jo sabse holiest site tha woh Haiqal tha. Unke prophets ne banaya tha. Hazrat Daud ne Hazrat Sulaiman ne King Herod ne usko renovate kiya tha. To ab woh to asal hai nahi woh to ruin ho gaya tha. Woh is halat mein pahunch gaya tha lekin uski ek deewar reh gayi.</w:t>
      </w:r>
    </w:p>
    <w:p>
      <w:pPr>
        <w:jc w:val="right"/>
      </w:pPr>
      <w:r>
        <w:t>तो उसके बारे में आप बताएं फिर हम आज का session यहीं पर खत्म करेंगे. असल में उनका जो सबसे holiest site था वह हैकल था. उनके prophets ने बनाया था. हज़रत दाऊद ने हज़रत सुलामान ने king hared ने उसको renovate किया था. तो अब वो तो असल है नहीं वो तो ruin हो गया था. वो इनकी हालत में पहुंच गया था लेकिन उसकी एक दीवार रह गई.</w:t>
      </w:r>
    </w:p>
    <w:p>
      <w:r>
        <w:rPr>
          <w:b/>
        </w:rPr>
        <w:t xml:space="preserve">[48:53] </w:t>
      </w:r>
      <w:r>
        <w:t>to is liye ab unke paas jo holiest site hai woh wahi deewar hai. To bas ab wahi baqi reh gaya hai kyunke woh jo hai 70 AD mein usko Romans ne usko destroy kar diya tha wahi ek deewar reh gayi hai. To is wajah se woh itni zyada important hai ke log wahan par aate hain aur wahan par apni duayein mangte hain usko.</w:t>
      </w:r>
    </w:p>
    <w:p>
      <w:pPr>
        <w:jc w:val="right"/>
      </w:pPr>
      <w:r>
        <w:t>तो इसलिए अब उनके पास जो holiest site है वह वही दीवार है. तो बस अब वही बाकी रह गया है क्योंकि वह जो है 70 AD में उसको Romans ने उसको destroy कर दिया था वही एक दीवार रह गई है. तो इस वजह से वह इतनी ज़्यादा important है कि लोग वहां पर आते हैं और वहां पर अपनी दुआएं मांगते हैं उसको.</w:t>
      </w:r>
    </w:p>
    <w:p>
      <w:r>
        <w:rPr>
          <w:b/>
        </w:rPr>
        <w:t xml:space="preserve">[49:17] </w:t>
      </w:r>
      <w:r>
        <w:t>hamesha jab bhi aap kabhi bhi tasveer bhi dekhiye to wahan par log line lagakar khade rehte hain aur usko wall ko chhoo kar rote hain aur duayein mangte hain. To is liye usko Arab jo hai usko Diwari Girya Girya bolte hain. Ab unke paas wahi sabse zyada holiest site ab wahi hai unke unke liye.</w:t>
      </w:r>
    </w:p>
    <w:p>
      <w:pPr>
        <w:jc w:val="right"/>
      </w:pPr>
      <w:r>
        <w:t>हमेशा जब भी आप कभी भी तस्वीर भी देखिए तो वहां पर लोग line लगाकर खड़े रहते हैं और उसको wall को छू कर रोते हैं और दुआएं मांगते हैं. तो इसीलिए उसको अरब जो है उसको दीवारी गिरिया गिरिया बोलते हैं. अब उनके पास वही सबसे ज़्यादा holiest site अब वही है उनके उनके लिए.</w:t>
      </w:r>
    </w:p>
    <w:p>
      <w:r>
        <w:rPr>
          <w:b/>
        </w:rPr>
        <w:t xml:space="preserve">[49:38] </w:t>
      </w:r>
      <w:r>
        <w:t>Thank you Apa for doing this very informative topic today and we will look forward to your part two on the history of Palestine. To aaj ka session hum yahin khatam karte hain hum phir lautenge agle Sunday saade das baje. Thank you.</w:t>
      </w:r>
    </w:p>
    <w:p>
      <w:pPr>
        <w:jc w:val="right"/>
      </w:pPr>
      <w:r>
        <w:t>Thank you आपा for doing this very informative topic today and we will look forward to your part two on the history of Palestine. तो आज का session हम यही ख़त्म करते हैं हम फिर लौटेंगे अगले Sunday साढ़े दस बजे. Thank you.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