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Dua In Islam May 27, 2007</w:t>
      </w:r>
    </w:p>
    <w:p>
      <w:r>
        <w:t>https://youtu.be/wkRQaMb04dI</w:t>
      </w:r>
    </w:p>
    <w:p>
      <w:r>
        <w:rPr>
          <w:b/>
        </w:rPr>
        <w:t xml:space="preserve">[00:13] </w:t>
      </w:r>
      <w:r>
        <w:t>bismillah hir rahman nir rahim, wa salallahu ala nabiyyil karim. rabishrah li sadri, wa yassirli amri, wah lul uqdatan min lisani yafqahu qawli.</w:t>
      </w:r>
    </w:p>
    <w:p>
      <w:pPr>
        <w:jc w:val="right"/>
      </w:pPr>
      <w:r>
        <w:t>بسم اللہ الرحمن الرحیم، وصلیاللہ علی النبی الکریم ۔ رباشرحلی صدری، و یسرلی امری، واحلالعقدۃ من لسانی یفقہ قولی ۔</w:t>
      </w:r>
    </w:p>
    <w:p>
      <w:r>
        <w:rPr>
          <w:b/>
        </w:rPr>
        <w:t xml:space="preserve">[00:34] </w:t>
      </w:r>
      <w:r>
        <w:t>aaj mujhe dua ke bare mein kuch kehna hai.</w:t>
      </w:r>
    </w:p>
    <w:p>
      <w:pPr>
        <w:jc w:val="right"/>
      </w:pPr>
      <w:r>
        <w:t>آجمجھے دعاکےبارےمیں کچھ کہناہے۔</w:t>
      </w:r>
    </w:p>
    <w:p>
      <w:r>
        <w:rPr>
          <w:b/>
        </w:rPr>
        <w:t xml:space="preserve">[00:43] </w:t>
      </w:r>
      <w:r>
        <w:t>aaj ka topic dua hai. ek bad mashhoor si saying hai ke "prayer is power".</w:t>
      </w:r>
    </w:p>
    <w:p>
      <w:pPr>
        <w:jc w:val="right"/>
      </w:pPr>
      <w:r>
        <w:t>آج کاٹاپک دعاہے۔ ایک بد مشہور سیئنگہےکہ "P rayeris power"۔</w:t>
      </w:r>
    </w:p>
    <w:p>
      <w:r>
        <w:rPr>
          <w:b/>
        </w:rPr>
        <w:t xml:space="preserve">[00:54] </w:t>
      </w:r>
      <w:r>
        <w:t>dua ek taqat hai.</w:t>
      </w:r>
    </w:p>
    <w:p>
      <w:pPr>
        <w:jc w:val="right"/>
      </w:pPr>
      <w:r>
        <w:t>دعاایکطاقتہے۔</w:t>
      </w:r>
    </w:p>
    <w:p>
      <w:r>
        <w:rPr>
          <w:b/>
        </w:rPr>
        <w:t xml:space="preserve">[00:59] </w:t>
      </w:r>
      <w:r>
        <w:t>to dekhein, dua taqat hai, koi mysterious sense mein taqat nahi hai woh .</w:t>
      </w:r>
    </w:p>
    <w:p>
      <w:pPr>
        <w:jc w:val="right"/>
      </w:pPr>
      <w:r>
        <w:t>تو دیکھیں،دعا طاقتہے، کوئی مسٹیریسسینسمیںطاقتنہیںہےوہ ۔</w:t>
      </w:r>
    </w:p>
    <w:p>
      <w:r>
        <w:rPr>
          <w:b/>
        </w:rPr>
        <w:t xml:space="preserve">[01:07] </w:t>
      </w:r>
      <w:r>
        <w:t>jaise mantra hota hai, to mantra mein mysteriously kuch baatein hoti hain. to dua ka matlab yeh nahi hai.</w:t>
      </w:r>
    </w:p>
    <w:p>
      <w:pPr>
        <w:jc w:val="right"/>
      </w:pPr>
      <w:r>
        <w:t>جیسےمنترہوتاہے، تو منترمیں مسٹیریسلی کچھباتیںہوتیہیں۔ تو دعاکامطلبیہنہیںہے۔</w:t>
      </w:r>
    </w:p>
    <w:p>
      <w:r>
        <w:rPr>
          <w:b/>
        </w:rPr>
        <w:t xml:space="preserve">[01:21] </w:t>
      </w:r>
      <w:r>
        <w:t>dua ek bahut hi scientific phenomenon hai.</w:t>
      </w:r>
    </w:p>
    <w:p>
      <w:pPr>
        <w:jc w:val="right"/>
      </w:pPr>
      <w:r>
        <w:t>دعاایکبہت ہی سائنٹیفک فینامناہے۔</w:t>
      </w:r>
    </w:p>
    <w:p>
      <w:r>
        <w:rPr>
          <w:b/>
        </w:rPr>
        <w:t xml:space="preserve">[01:27] </w:t>
      </w:r>
      <w:r>
        <w:t>scientific ka matlab yeh hai ke aisi cheez jo hum apni reason se jaan sakein. dekhein, ek cheez woh hoti hai jise hum apni reason se isko explain na kar sakte hon.</w:t>
      </w:r>
    </w:p>
    <w:p>
      <w:pPr>
        <w:jc w:val="right"/>
      </w:pPr>
      <w:r>
        <w:t>سائنٹیفککامطلبیہہےکہ ایسیچیز جوہم اپنی ریزنسےجان سکیں۔ دیکھیں،ایکچیزوہہوتیہےجسےہم اپنی ریزنسےاسکو ایکسپلیننہکرسکتےہوں۔</w:t>
      </w:r>
    </w:p>
    <w:p>
      <w:r>
        <w:rPr>
          <w:b/>
        </w:rPr>
        <w:t xml:space="preserve">[01:44] </w:t>
      </w:r>
      <w:r>
        <w:t>to woh hota hai, woh hoti hai mystery. aur scientific cheez woh hai jisko aap apni reason se explain kar sakte ho.</w:t>
      </w:r>
    </w:p>
    <w:p>
      <w:pPr>
        <w:jc w:val="right"/>
      </w:pPr>
      <w:r>
        <w:t>تو وہہوتاہے، وہہوتیہے مسٹری۔ اور سائنٹیفکچیزوہہے جسکوآپاپنیریزنسے ایکسپلینکرسکتےہوں۔</w:t>
      </w:r>
    </w:p>
    <w:p>
      <w:r>
        <w:rPr>
          <w:b/>
        </w:rPr>
        <w:t xml:space="preserve">[01:57] </w:t>
      </w:r>
      <w:r>
        <w:t>to dua ko mystery nahi hai. dua ek scientific phenomenon hai. "Prayerispower" ka matlab yeh nahi hai ke koi mystery se koi aap ko milta hai kuch, dua se. nahi.</w:t>
      </w:r>
    </w:p>
    <w:p>
      <w:pPr>
        <w:jc w:val="right"/>
      </w:pPr>
      <w:r>
        <w:t>تو دعاکوئیمسٹرینہیںہے۔ دعاایکسائنٹیفکفینامناہے۔ "Prayerispower"کامطلبیہنہیںہےکہکوئیمسٹیریسلیکوئیآپکوملجاتا ہےکچھ ، دعاسے ۔نہیں ۔</w:t>
      </w:r>
    </w:p>
    <w:p>
      <w:r>
        <w:rPr>
          <w:b/>
        </w:rPr>
        <w:t xml:space="preserve">[02:14] </w:t>
      </w:r>
      <w:r>
        <w:t>yeh ek well known phenomenon hai, dua.</w:t>
      </w:r>
    </w:p>
    <w:p>
      <w:pPr>
        <w:jc w:val="right"/>
      </w:pPr>
      <w:r>
        <w:t>یہایک ویلنون فینامناہے، دعا۔</w:t>
      </w:r>
    </w:p>
    <w:p>
      <w:r>
        <w:rPr>
          <w:b/>
        </w:rPr>
        <w:t xml:space="preserve">[02:20] </w:t>
      </w:r>
      <w:r>
        <w:t>dekhein, Islam mein dua ko</w:t>
      </w:r>
    </w:p>
    <w:p>
      <w:pPr>
        <w:jc w:val="right"/>
      </w:pPr>
      <w:r>
        <w:t>دیکھیں، اسلام میں دعاکو</w:t>
      </w:r>
    </w:p>
    <w:p>
      <w:r>
        <w:rPr>
          <w:b/>
        </w:rPr>
        <w:t xml:space="preserve">[02:29] </w:t>
      </w:r>
      <w:r>
        <w:t>English mein dua ke liye "Prayer" bolte hain, aur lekin "Prayer" jo hai English mein bohat zyada, jahan tak mein jaanta hoon, clear nahi hai.</w:t>
      </w:r>
    </w:p>
    <w:p>
      <w:pPr>
        <w:jc w:val="right"/>
      </w:pPr>
      <w:r>
        <w:t>انگل شمیں دعاکےلیے "Prayer"بولتےہیں،اور لیکن "Prayer"جوہے انگل شمیں بہتزیادہ ،جہاںتکمیںجانتاہوں، کلیئرنہیںہے۔</w:t>
      </w:r>
    </w:p>
    <w:p>
      <w:r>
        <w:rPr>
          <w:b/>
        </w:rPr>
        <w:t xml:space="preserve">[02:42] </w:t>
      </w:r>
      <w:r>
        <w:t>kyunki worship aur "Prayer" ka word bhi worship ke liye bura aata hai, kabhi dua ke liye bura aata hai.</w:t>
      </w:r>
    </w:p>
    <w:p>
      <w:pPr>
        <w:jc w:val="right"/>
      </w:pPr>
      <w:r>
        <w:t>کیونکہ ورشپ اور "Prayer"کاورڈکبھیورشپکےلیےبراآتاہے،کبھیدعاکےلیےبراآتاہے۔</w:t>
      </w:r>
    </w:p>
    <w:p>
      <w:r>
        <w:rPr>
          <w:b/>
        </w:rPr>
        <w:t xml:space="preserve">[02:52] </w:t>
      </w:r>
      <w:r>
        <w:t>jahan tak mein jaanta hoon. lekin Islam mein, yani Arabic language mein, worship ke liye ibadat ka lafz hai. aur dua ka lafz jo hai woh Khuda ko pukaarne ke maane mein aata hai.</w:t>
      </w:r>
    </w:p>
    <w:p>
      <w:pPr>
        <w:jc w:val="right"/>
      </w:pPr>
      <w:r>
        <w:t>جہاںتک میںجانتاہوں۔ لیکن اسلام میں ،یعنیعرب کلینگویجمیں، ورشپکےلیے عبادتکالفظہے۔ اور دعاکالفظجوہےوہ خداکوپکارنےکےمعنیمیںآتاہے۔</w:t>
      </w:r>
    </w:p>
    <w:p>
      <w:r>
        <w:rPr>
          <w:b/>
        </w:rPr>
        <w:t xml:space="preserve">[03:07] </w:t>
      </w:r>
      <w:r>
        <w:t>to dua aur ibadat dono ka concept Islam mein bohat alag alag hai. to dua ki bohat zyada importance hai.</w:t>
      </w:r>
    </w:p>
    <w:p>
      <w:pPr>
        <w:jc w:val="right"/>
      </w:pPr>
      <w:r>
        <w:t>تو دعا اور عبادت دونوںکا کان سیپٹ اسلام میں بہتالگالگہے۔ تو دعاکیبہت زیادہ امپورٹنسہے۔</w:t>
      </w:r>
    </w:p>
    <w:p>
      <w:r>
        <w:rPr>
          <w:b/>
        </w:rPr>
        <w:t xml:space="preserve">[03:20] </w:t>
      </w:r>
      <w:r>
        <w:t>Hadees mein aata hai ke "Alduaa makhul ibadah". dua ibadat ka khulasa hai.</w:t>
      </w:r>
    </w:p>
    <w:p>
      <w:pPr>
        <w:jc w:val="right"/>
      </w:pPr>
      <w:r>
        <w:t>حدیثمیںآتاہےکہ "الدعاء م خل عبادہ"۔ دعا عبادتکا کر کسہے۔</w:t>
      </w:r>
    </w:p>
    <w:p>
      <w:r>
        <w:rPr>
          <w:b/>
        </w:rPr>
        <w:t xml:space="preserve">[03:33] </w:t>
      </w:r>
      <w:r>
        <w:t>ek aur Hadees mein hai "Alduaa hi alibadah". dua hi ibadat hai. dua hi worship hai.</w:t>
      </w:r>
    </w:p>
    <w:p>
      <w:pPr>
        <w:jc w:val="right"/>
      </w:pPr>
      <w:r>
        <w:t>ایکاورحدیثمیںہے "الدعاء ہی العبادہ"۔ دعاہیعبادتہے۔ دعاہیورشپہے۔</w:t>
      </w:r>
    </w:p>
    <w:p>
      <w:r>
        <w:rPr>
          <w:b/>
        </w:rPr>
        <w:t xml:space="preserve">[03:45] </w:t>
      </w:r>
      <w:r>
        <w:t>kyun aisa kaha?</w:t>
      </w:r>
    </w:p>
    <w:p>
      <w:pPr>
        <w:jc w:val="right"/>
      </w:pPr>
      <w:r>
        <w:t>کیوں ایساکہا ؟</w:t>
      </w:r>
    </w:p>
    <w:p>
      <w:r>
        <w:rPr>
          <w:b/>
        </w:rPr>
        <w:t xml:space="preserve">[03:47] </w:t>
      </w:r>
      <w:r>
        <w:t>is liye ke ibadat kisi form ka naam nahi hai. ibadat kisi ritual ka naam nahi hai. ibadat Khuda tak pahunchne ki koshish ka naam hai.</w:t>
      </w:r>
    </w:p>
    <w:p>
      <w:pPr>
        <w:jc w:val="right"/>
      </w:pPr>
      <w:r>
        <w:t>اسلیےکہعبادت کسی فارمکانامنہیںہے۔ عبادتکسی ریچولکانامنہیںہے۔ عبادت خدا تک پہنچنےکیکوششکانامہے۔</w:t>
      </w:r>
    </w:p>
    <w:p>
      <w:r>
        <w:rPr>
          <w:b/>
        </w:rPr>
        <w:t xml:space="preserve">[04:01] </w:t>
      </w:r>
      <w:r>
        <w:t>Khuda se contact banane ka naam hai.</w:t>
      </w:r>
    </w:p>
    <w:p>
      <w:pPr>
        <w:jc w:val="right"/>
      </w:pPr>
      <w:r>
        <w:t>خدا سے کنٹیکٹ بنانےکانامہے۔</w:t>
      </w:r>
    </w:p>
    <w:p>
      <w:r>
        <w:rPr>
          <w:b/>
        </w:rPr>
        <w:t xml:space="preserve">[04:06] </w:t>
      </w:r>
      <w:r>
        <w:t>to jab aap Khuda se jud jaate ho to wohi to dua ka asal khulasa hai.</w:t>
      </w:r>
    </w:p>
    <w:p>
      <w:pPr>
        <w:jc w:val="right"/>
      </w:pPr>
      <w:r>
        <w:t>توجبآپ خداسے جڑجائیں تو وہیتودعا کا اصل کر کسہے۔</w:t>
      </w:r>
    </w:p>
    <w:p>
      <w:r>
        <w:rPr>
          <w:b/>
        </w:rPr>
        <w:t xml:space="preserve">[04:15] </w:t>
      </w:r>
      <w:r>
        <w:t>to isi liye kaha ke "Alduaa hi alibadah". dua hi ibadat hai.</w:t>
      </w:r>
    </w:p>
    <w:p>
      <w:pPr>
        <w:jc w:val="right"/>
      </w:pPr>
      <w:r>
        <w:t>تواسیلیے کہاکہ "الدعاء ہی العبادہ"۔ دعاہی عبادتہے۔</w:t>
      </w:r>
    </w:p>
    <w:p>
      <w:r>
        <w:rPr>
          <w:b/>
        </w:rPr>
        <w:t xml:space="preserve">[04:24] </w:t>
      </w:r>
      <w:r>
        <w:t>lekin kal mere paas ek telephone aaya kahin se, woh dua ke baare mein pooch rahe the ek sahib. to unke paas dua ki bohat si kitaabein chhapi hui thi.</w:t>
      </w:r>
    </w:p>
    <w:p>
      <w:pPr>
        <w:jc w:val="right"/>
      </w:pPr>
      <w:r>
        <w:t>لیکن کل میرےپاسایکٹیلیفونآیاکہیںسے، وہدعاکےبارےمیں پوچھرہےتھےایکصاحب۔ توانکےپاس دعاکی بہت سیکتاب یں چھپیہوئی تھیں۔</w:t>
      </w:r>
    </w:p>
    <w:p>
      <w:r>
        <w:rPr>
          <w:b/>
        </w:rPr>
        <w:t xml:space="preserve">[04:36] </w:t>
      </w:r>
      <w:r>
        <w:t>to pooch rahe the ke isko padhoon ke isko padhoon.</w:t>
      </w:r>
    </w:p>
    <w:p>
      <w:pPr>
        <w:jc w:val="right"/>
      </w:pPr>
      <w:r>
        <w:t>تو پوچھرہےتھےکہ اسکو پڑھوںکہاسکوپڑھوں۔</w:t>
      </w:r>
    </w:p>
    <w:p>
      <w:r>
        <w:rPr>
          <w:b/>
        </w:rPr>
        <w:t xml:space="preserve">[04:40] </w:t>
      </w:r>
      <w:r>
        <w:t>log dua ka matlab yeh samajhte hain ke kuch rate hue words, khaas taur par Arabic words, munh se bol dein to bas dua ho gayi.</w:t>
      </w:r>
    </w:p>
    <w:p>
      <w:pPr>
        <w:jc w:val="right"/>
      </w:pPr>
      <w:r>
        <w:t>لوگ دعاکامطلب یہسمجھتےہیں کہکچھ رٹےہوئے शब्द ،خاص طورپرعربکशब्द ،منہسےبول دیںتوبس دعاہوگئی ۔</w:t>
      </w:r>
    </w:p>
    <w:p>
      <w:r>
        <w:rPr>
          <w:b/>
        </w:rPr>
        <w:t xml:space="preserve">[04:57] </w:t>
      </w:r>
      <w:r>
        <w:t>dua rate hue words ke uchcharan ka naam nahi hai. dua to dil ki tadap ka naam hai.</w:t>
      </w:r>
    </w:p>
    <w:p>
      <w:pPr>
        <w:jc w:val="right"/>
      </w:pPr>
      <w:r>
        <w:t>دعا رٹےہوئے शब्द وںکے اچارنکانامنہیںہے۔ دعاتو دل کی تڑپکانامہے۔</w:t>
      </w:r>
    </w:p>
    <w:p>
      <w:r>
        <w:rPr>
          <w:b/>
        </w:rPr>
        <w:t xml:space="preserve">[05:09] </w:t>
      </w:r>
      <w:r>
        <w:t>dil ki tadap jab words ki shakal ikhtiyar kar leti hai to wahi dua ban jaata hai. to dua ek spirit ka naam hai.</w:t>
      </w:r>
    </w:p>
    <w:p>
      <w:pPr>
        <w:jc w:val="right"/>
      </w:pPr>
      <w:r>
        <w:t>دل کیتڑپجب शब्द وںکیشکلاختیارکرلیتیہے تو وہی دعا بنجاتا ہے۔ تو دعاایک سپرٹکانامہے۔</w:t>
      </w:r>
    </w:p>
    <w:p>
      <w:r>
        <w:rPr>
          <w:b/>
        </w:rPr>
        <w:t xml:space="preserve">[05:21] </w:t>
      </w:r>
      <w:r>
        <w:t>dua kisi form ka naam nahi hai. agar che is mein words hote hain, lekin woh words jo hain, woh words wohi, woh andar ki spirit ko bata rahe hote hain.</w:t>
      </w:r>
    </w:p>
    <w:p>
      <w:pPr>
        <w:jc w:val="right"/>
      </w:pPr>
      <w:r>
        <w:t>دعاکسی فار مکانامنہیں ہے۔ اگر چہاسمیں शब्द ہوتےہیں، لیکن وہ शब्द جوہیں،وہ ورڈجوہیں، وہ اندر کی سپرٹکو بتارہےہوتےہیں۔</w:t>
      </w:r>
    </w:p>
    <w:p>
      <w:r>
        <w:rPr>
          <w:b/>
        </w:rPr>
        <w:t xml:space="preserve">[05:35] </w:t>
      </w:r>
      <w:r>
        <w:t>alag se unka koi matlab nahi hota hai.</w:t>
      </w:r>
    </w:p>
    <w:p>
      <w:pPr>
        <w:jc w:val="right"/>
      </w:pPr>
      <w:r>
        <w:t>الگسےانکاکوئیمطلبنہیںہوتاہے۔</w:t>
      </w:r>
    </w:p>
    <w:p>
      <w:r>
        <w:rPr>
          <w:b/>
        </w:rPr>
        <w:t xml:space="preserve">[05:39] </w:t>
      </w:r>
      <w:r>
        <w:t>to Quran mein ek bohat hi basic baat kahi gayi hai dua ke baare mein.</w:t>
      </w:r>
    </w:p>
    <w:p>
      <w:pPr>
        <w:jc w:val="right"/>
      </w:pPr>
      <w:r>
        <w:t>تو قرآنمیںایکبہت ہی بیسکباتکہیگئیہےدعاکےبارےمیں۔</w:t>
      </w:r>
    </w:p>
    <w:p>
      <w:r>
        <w:rPr>
          <w:b/>
        </w:rPr>
        <w:t xml:space="preserve">[05:47] </w:t>
      </w:r>
      <w:r>
        <w:t>yeh hai chapter number 35. chapter number 35 aur verse number 10.</w:t>
      </w:r>
    </w:p>
    <w:p>
      <w:pPr>
        <w:jc w:val="right"/>
      </w:pPr>
      <w:r>
        <w:t>یہہے چیپٹرنمبر 3 5۔ چیپٹر نمبر 3 5 اور ورسنمبر 10 ۔</w:t>
      </w:r>
    </w:p>
    <w:p>
      <w:r>
        <w:rPr>
          <w:b/>
        </w:rPr>
        <w:t xml:space="preserve">[06:00] </w:t>
      </w:r>
      <w:r>
        <w:t>"Ilah yas'ad al kalim al tayyib wal amal al salih yarfa'".</w:t>
      </w:r>
    </w:p>
    <w:p>
      <w:pPr>
        <w:jc w:val="right"/>
      </w:pPr>
      <w:r>
        <w:t>"الہ یسعد الکلم الطیب والع مل الصالح یرفع"۔</w:t>
      </w:r>
    </w:p>
    <w:p>
      <w:r>
        <w:rPr>
          <w:b/>
        </w:rPr>
        <w:t xml:space="preserve">[06:10] </w:t>
      </w:r>
      <w:r>
        <w:t>ila yusad ul kalim ut tayyib wal amal us salih yarfa'a. yeh quran ki ek verse hai. iska translation yeh hai ke</w:t>
      </w:r>
    </w:p>
    <w:p>
      <w:pPr>
        <w:jc w:val="right"/>
      </w:pPr>
      <w:r>
        <w:t>"الہ یسعد الکلم الطیب والع مل الصالح یرفع"۔ یہ قرآن کیایک ورسہے۔ اسکا ٹرانسیشنیہہے کہ"</w:t>
      </w:r>
    </w:p>
    <w:p>
      <w:r>
        <w:rPr>
          <w:b/>
        </w:rPr>
        <w:t xml:space="preserve">[06:26] </w:t>
      </w:r>
      <w:r>
        <w:t>to hum. to hum is and good words. hum H H capital H.</w:t>
      </w:r>
    </w:p>
    <w:p>
      <w:pPr>
        <w:jc w:val="right"/>
      </w:pPr>
      <w:r>
        <w:t>ٹوہم" ۔"ٹوہم اس ینڈ گڈورڈز"۔ "ہم" ایچایچ کیپیٹلایچ۔</w:t>
      </w:r>
    </w:p>
    <w:p>
      <w:r>
        <w:rPr>
          <w:b/>
        </w:rPr>
        <w:t xml:space="preserve">[06:41] </w:t>
      </w:r>
      <w:r>
        <w:t>to hum is and</w:t>
      </w:r>
    </w:p>
    <w:p>
      <w:pPr>
        <w:jc w:val="right"/>
      </w:pPr>
      <w:r>
        <w:t>"ٹوہم اسینڈ</w:t>
      </w:r>
    </w:p>
    <w:p>
      <w:r>
        <w:rPr>
          <w:b/>
        </w:rPr>
        <w:t xml:space="preserve">[06:45] </w:t>
      </w:r>
      <w:r>
        <w:t>good words. and good deeds lifts them up.</w:t>
      </w:r>
    </w:p>
    <w:p>
      <w:pPr>
        <w:jc w:val="right"/>
      </w:pPr>
      <w:r>
        <w:t>گڈورڈز"۔ "این ڈگڈ ڈی ڈز لفٹس دیم اپ"۔</w:t>
      </w:r>
    </w:p>
    <w:p>
      <w:r>
        <w:rPr>
          <w:b/>
        </w:rPr>
        <w:t xml:space="preserve">[06:58] </w:t>
      </w:r>
      <w:r>
        <w:t>and good deeds lifts them up. lift them up</w:t>
      </w:r>
    </w:p>
    <w:p>
      <w:pPr>
        <w:jc w:val="right"/>
      </w:pPr>
      <w:r>
        <w:t>"اینڈگڈ ڈیڈ لفٹسدیم اپ" ۔"لفٹ دیماپ</w:t>
      </w:r>
    </w:p>
    <w:p>
      <w:r>
        <w:rPr>
          <w:b/>
        </w:rPr>
        <w:t xml:space="preserve">[07:04] </w:t>
      </w:r>
      <w:r>
        <w:t>yani khuda ki taraf pak kalim jata hai.</w:t>
      </w:r>
    </w:p>
    <w:p>
      <w:pPr>
        <w:jc w:val="right"/>
      </w:pPr>
      <w:r>
        <w:t>"۔یعنی خدا کیطرف پاک کلمہ جاتا ہے۔</w:t>
      </w:r>
    </w:p>
    <w:p>
      <w:r>
        <w:rPr>
          <w:b/>
        </w:rPr>
        <w:t xml:space="preserve">[07:15] </w:t>
      </w:r>
      <w:r>
        <w:t>aur acha amal usko oper le ata hai, usko oper uthata hai.</w:t>
      </w:r>
    </w:p>
    <w:p>
      <w:pPr>
        <w:jc w:val="right"/>
      </w:pPr>
      <w:r>
        <w:t>اور اچھا عمل اسکو اوپر لےآتاہے،اسکواوپراٹھاتاہے۔</w:t>
      </w:r>
    </w:p>
    <w:p>
      <w:r>
        <w:rPr>
          <w:b/>
        </w:rPr>
        <w:t xml:space="preserve">[07:24] </w:t>
      </w:r>
      <w:r>
        <w:t>iska matlab kya hai? iska matlab hai ke agar aadmi dua karta hai to dua ki ko boost karne ke liye amal chahiye.</w:t>
      </w:r>
    </w:p>
    <w:p>
      <w:pPr>
        <w:jc w:val="right"/>
      </w:pPr>
      <w:r>
        <w:t>اسکامطلبکیاہے ؟ اسکامطلبہےکہاگر آدمی دعاکرتاہے تو دعا کی کو بوسٹکرنےکےلیےعملچاہیے۔</w:t>
      </w:r>
    </w:p>
    <w:p>
      <w:r>
        <w:rPr>
          <w:b/>
        </w:rPr>
        <w:t xml:space="preserve">[07:39] </w:t>
      </w:r>
      <w:r>
        <w:t>amal dua ka booster hai. agar dua ke mutabiq amal na ho to goya ke booster wahan maujood nahi hai.</w:t>
      </w:r>
    </w:p>
    <w:p>
      <w:pPr>
        <w:jc w:val="right"/>
      </w:pPr>
      <w:r>
        <w:t>عمل دعاکا بوسٹرہے۔ اگر دعاکےمطابق عمل نہہو تو گویاکہ بوسٹروہاںموجود نہیںہے۔</w:t>
      </w:r>
    </w:p>
    <w:p>
      <w:r>
        <w:rPr>
          <w:b/>
        </w:rPr>
        <w:t xml:space="preserve">[07:50] </w:t>
      </w:r>
      <w:r>
        <w:t>to oper jayega kaise?</w:t>
      </w:r>
    </w:p>
    <w:p>
      <w:pPr>
        <w:jc w:val="right"/>
      </w:pPr>
      <w:r>
        <w:t>تواوپرجائےگاکیسے ؟</w:t>
      </w:r>
    </w:p>
    <w:p>
      <w:r>
        <w:rPr>
          <w:b/>
        </w:rPr>
        <w:t xml:space="preserve">[07:52] </w:t>
      </w:r>
      <w:r>
        <w:t>to dua without good deeds. is nothing.</w:t>
      </w:r>
    </w:p>
    <w:p>
      <w:pPr>
        <w:jc w:val="right"/>
      </w:pPr>
      <w:r>
        <w:t>تو دعا "وِدآؤٹگڈڈیڈ "۔"ازنتھنگ"۔</w:t>
      </w:r>
    </w:p>
    <w:p>
      <w:r>
        <w:rPr>
          <w:b/>
        </w:rPr>
        <w:t xml:space="preserve">[08:01] </w:t>
      </w:r>
      <w:r>
        <w:t>yeh kya matlab hai iska? yeh bhi koi mysterious cheez nahi hai. dekhen, jab aap dua karte hain to aap khuda se uski blessing mang rahe hain.</w:t>
      </w:r>
    </w:p>
    <w:p>
      <w:pPr>
        <w:jc w:val="right"/>
      </w:pPr>
      <w:r>
        <w:t>یہکیا مطلبہےاسکا؟یہبھیکوئیمسٹیریسچیزنہیںہے۔ دیکھیں،جب آپ دعاکرتے ہیں تو آپخداسے اسکی بلیسنگمانگرہےہیں۔</w:t>
      </w:r>
    </w:p>
    <w:p>
      <w:r>
        <w:rPr>
          <w:b/>
        </w:rPr>
        <w:t xml:space="preserve">[08:15] </w:t>
      </w:r>
      <w:r>
        <w:t>koi na koi baat hoti hai, koi na koi cheez hoti hai, usko aap khuda se mang rahe hote hain.</w:t>
      </w:r>
    </w:p>
    <w:p>
      <w:pPr>
        <w:jc w:val="right"/>
      </w:pPr>
      <w:r>
        <w:t>کوئینہکوئیباتہوتیہے، کوئینہکوئیچیزہوتیہے،اسکوآپخداسےمانگرہےہوتےہیں۔</w:t>
      </w:r>
    </w:p>
    <w:p>
      <w:r>
        <w:rPr>
          <w:b/>
        </w:rPr>
        <w:t xml:space="preserve">[08:23] </w:t>
      </w:r>
      <w:r>
        <w:t>farz kijiye ke aap ko raat ko neend nahi aati. aap khuda se keh rahe honge ke khuda mujhe raat ko neend aa jaye kare. raat ko sooon, jaise sab log sote hain.</w:t>
      </w:r>
    </w:p>
    <w:p>
      <w:pPr>
        <w:jc w:val="right"/>
      </w:pPr>
      <w:r>
        <w:t>فرضکیجیےکہآپکوراتکونیندنہیںآتی ۔ آپخداسے کہہرہےہوںکہخدا مجھےراتکونیندآجائےکرے۔ راتکو سونگ،جیسےسبلوگسوتےہیں۔</w:t>
      </w:r>
    </w:p>
    <w:p>
      <w:r>
        <w:rPr>
          <w:b/>
        </w:rPr>
        <w:t xml:space="preserve">[08:35] </w:t>
      </w:r>
      <w:r>
        <w:t>ya aap ki family mein kuch differences aa gaye hain, family life mein. aap khuda se dua karen, khuda mere family mein differences khatam ho jayein.</w:t>
      </w:r>
    </w:p>
    <w:p>
      <w:pPr>
        <w:jc w:val="right"/>
      </w:pPr>
      <w:r>
        <w:t>یاآپ کی فیملیمیں کچھ ڈیفرنسزآگئےہیں، فیملیلائفمیں۔ آپخداسےدعاکریں،خدا میرے فیملیمیںڈیفرنسزختمہوجائیں۔</w:t>
      </w:r>
    </w:p>
    <w:p>
      <w:r>
        <w:rPr>
          <w:b/>
        </w:rPr>
        <w:t xml:space="preserve">[08:50] </w:t>
      </w:r>
      <w:r>
        <w:t>to is tarah ke bohat se problems hote hain jin mein aap khuda ki blessing mang rahe hote hain apni dua mein.</w:t>
      </w:r>
    </w:p>
    <w:p>
      <w:pPr>
        <w:jc w:val="right"/>
      </w:pPr>
      <w:r>
        <w:t>تو اسطرح کےبہت سےپرابلمہوتےہیں جسمیں آپ خداکی بلیسنگمانگرہےہوتےہیں اپنیدعامیں۔</w:t>
      </w:r>
    </w:p>
    <w:p>
      <w:r>
        <w:rPr>
          <w:b/>
        </w:rPr>
        <w:t xml:space="preserve">[09:01] </w:t>
      </w:r>
      <w:r>
        <w:t>to condition kya hai? main samajhta hoon ke ek condition hai aisi ke iske baghair dua dua nahi hai.</w:t>
      </w:r>
    </w:p>
    <w:p>
      <w:pPr>
        <w:jc w:val="right"/>
      </w:pPr>
      <w:r>
        <w:t>تو کنڈیشنکیا ہے؟ میں سمجھتاہوںکہایککنڈیشنہے ایسی کہ اسکے بغیر دعا دعانہیںہے۔</w:t>
      </w:r>
    </w:p>
    <w:p>
      <w:r>
        <w:rPr>
          <w:b/>
        </w:rPr>
        <w:t xml:space="preserve">[09:10] </w:t>
      </w:r>
      <w:r>
        <w:t>woh kya?</w:t>
      </w:r>
    </w:p>
    <w:p>
      <w:pPr>
        <w:jc w:val="right"/>
      </w:pPr>
      <w:r>
        <w:t>وہکیا ؟</w:t>
      </w:r>
    </w:p>
    <w:p>
      <w:r>
        <w:rPr>
          <w:b/>
        </w:rPr>
        <w:t xml:space="preserve">[09:14] </w:t>
      </w:r>
      <w:r>
        <w:t>woh hai ke jab aap dua mang rahe hon to aur koi blessing mang rahe hon khuda se, to wahan par sawaliya paida hota hai ke is se pehle jo khuda ki blessing thi aap ko, kya usko acknowledge kiya hai aap ne?</w:t>
      </w:r>
    </w:p>
    <w:p>
      <w:pPr>
        <w:jc w:val="right"/>
      </w:pPr>
      <w:r>
        <w:t>وہہےکہ جب آپ دعا مانگرہےہوں تو اورکوئیبلیسنگمانگرہےہوںخداسے ،تو وہاںپر سوالیہپیداہوتاہےکہ اسسے پہلے جوخداکیبلیسنگتھیآپکو ،کیا اسکواکنالجکیاہےآپنے ؟</w:t>
      </w:r>
    </w:p>
    <w:p>
      <w:r>
        <w:rPr>
          <w:b/>
        </w:rPr>
        <w:t xml:space="preserve">[09:33] </w:t>
      </w:r>
      <w:r>
        <w:t>is se pehle bhi to bohat si blessing aap ko khuda ki ho chuki hain.</w:t>
      </w:r>
    </w:p>
    <w:p>
      <w:pPr>
        <w:jc w:val="right"/>
      </w:pPr>
      <w:r>
        <w:t>اسسے پہلے بھیتو بہت سی بلیسنگآپکوخداکیہوچکیہے۔</w:t>
      </w:r>
    </w:p>
    <w:p>
      <w:r>
        <w:rPr>
          <w:b/>
        </w:rPr>
        <w:t xml:space="preserve">[09:38] </w:t>
      </w:r>
      <w:r>
        <w:t>aap ka paida hona hi khud blessing tha.</w:t>
      </w:r>
    </w:p>
    <w:p>
      <w:pPr>
        <w:jc w:val="right"/>
      </w:pPr>
      <w:r>
        <w:t>آپکا پیدا ہوناہیخودبلیسنگتھا۔</w:t>
      </w:r>
    </w:p>
    <w:p>
      <w:r>
        <w:rPr>
          <w:b/>
        </w:rPr>
        <w:t xml:space="preserve">[09:44] </w:t>
      </w:r>
      <w:r>
        <w:t>to pehle is se pehle jo blessing aap ki thi, hai, raat din, usko aap ne acknowledge nahi kiya hai agar.</w:t>
      </w:r>
    </w:p>
    <w:p>
      <w:pPr>
        <w:jc w:val="right"/>
      </w:pPr>
      <w:r>
        <w:t>تو پہلے اسسےپہلے جوبلیسنگآپکیتھی، ہے، راتدن ،اسکو آپ نےاکنالجنہیںکیاہےاگر۔</w:t>
      </w:r>
    </w:p>
    <w:p>
      <w:r>
        <w:rPr>
          <w:b/>
        </w:rPr>
        <w:t xml:space="preserve">[09:54] </w:t>
      </w:r>
      <w:r>
        <w:t>to shukr kiya jata hai. shukr ka matlab hai acknowledge karna. to aur blessing kahan se milegi aap ko?</w:t>
      </w:r>
    </w:p>
    <w:p>
      <w:pPr>
        <w:jc w:val="right"/>
      </w:pPr>
      <w:r>
        <w:t>توشکرکہاجاتاہے۔ شکرکامطلبہےاکنالجکرنا۔ تو اور بلیسنگکہاںسےملےگیآپکو ؟</w:t>
      </w:r>
    </w:p>
    <w:p>
      <w:r>
        <w:rPr>
          <w:b/>
        </w:rPr>
        <w:t xml:space="preserve">[10:05] </w:t>
      </w:r>
      <w:r>
        <w:t>jaise main apna ek experience batata hoon aap ko usko illustrate karne ke liye. ek bar main Dilli se USA gaya to wahan par jab main utra Los Angeles mein,</w:t>
      </w:r>
    </w:p>
    <w:p>
      <w:pPr>
        <w:jc w:val="right"/>
      </w:pPr>
      <w:r>
        <w:t>جیسےمیںاپناایک ایکسپیرینسبتاتاہوںآپکواسکوایلسٹریٹکرنےکےلیے۔ ایکبار میں دلیسے یوایساےگیا تووہاںپرجب میں ات را لاساینجلس میں،</w:t>
      </w:r>
    </w:p>
    <w:p>
      <w:r>
        <w:rPr>
          <w:b/>
        </w:rPr>
        <w:t xml:space="preserve">[10:21] </w:t>
      </w:r>
      <w:r>
        <w:t>Los Angeles mein jab airport se bahar aaya to bohat se log the wahan par. saare log wohin woh daud rahe hain caron ke liye, taxi ke liye taake aage ja sakein woh.</w:t>
      </w:r>
    </w:p>
    <w:p>
      <w:pPr>
        <w:jc w:val="right"/>
      </w:pPr>
      <w:r>
        <w:t>لاساینجلسمیںجبایئرپورٹسےباہرآیا تو بہت سےلوگتھےوہاںپر ۔ سارےلوگجوہیںوہ دوڑرہےہیں کار وںکےلیے،ٹیکسیکےلیے تاکہآگےجاسکیںوہ ۔</w:t>
      </w:r>
    </w:p>
    <w:p>
      <w:r>
        <w:rPr>
          <w:b/>
        </w:rPr>
        <w:t xml:space="preserve">[10:36] </w:t>
      </w:r>
      <w:r>
        <w:t>to mein logon ke chehre parh na chaha ke kya is se pehle jo blessing hui thi Khuda ki, ke unhein airplane par, unhein jahaz par safar karne ka mauqa mila, yeh bhi to blessing thi.</w:t>
      </w:r>
    </w:p>
    <w:p>
      <w:pPr>
        <w:jc w:val="right"/>
      </w:pPr>
      <w:r>
        <w:t>تو میں لوگوںکےچہرےپرپڑھناچاہاکہکیا اسسےپہلے جوبلیسنگہوئیتھیخداکی، کہ انہیں ایروپ لینپر ،انہیں جہازپرسفرکرنےکاموقعملا، یہبھیتوبلیسنگتھی۔</w:t>
      </w:r>
    </w:p>
    <w:p>
      <w:r>
        <w:rPr>
          <w:b/>
        </w:rPr>
        <w:t xml:space="preserve">[10:50] </w:t>
      </w:r>
      <w:r>
        <w:t>woh bhool chuke hain log. ab sab ka dhyan kis par hai? car par, taxi par.</w:t>
      </w:r>
    </w:p>
    <w:p>
      <w:pPr>
        <w:jc w:val="right"/>
      </w:pPr>
      <w:r>
        <w:t>وہ بھولچکےہیںلوگ ۔ ابسبکادھیانکسپرہے؟ کار پر ، ٹیکسیپر ۔</w:t>
      </w:r>
    </w:p>
    <w:p>
      <w:r>
        <w:rPr>
          <w:b/>
        </w:rPr>
        <w:t xml:space="preserve">[10:58] </w:t>
      </w:r>
      <w:r>
        <w:t>to agli blessing woh cha rahe hain aur pichli blessing ko acknowledge nahi kar rahe. aur meri yeh halat thi ke mein airport ke bahar aaya to wahan par der tak woh khara tha.</w:t>
      </w:r>
    </w:p>
    <w:p>
      <w:pPr>
        <w:jc w:val="right"/>
      </w:pPr>
      <w:r>
        <w:t>تواگلیبلیسنگوہچاہرہےہیں اورپچھلیبلیسنگکواکنالجنہیںکررہے۔ اورمیرایہحالتھاکہمیں ایئرپورٹکےباہرآیا تو وہاںپر دیرتک وہکھڑاتھا۔</w:t>
      </w:r>
    </w:p>
    <w:p>
      <w:r>
        <w:rPr>
          <w:b/>
        </w:rPr>
        <w:t xml:space="preserve">[11:10] </w:t>
      </w:r>
      <w:r>
        <w:t>mere sath jo aaye thay woh dhoondh rahe thay mujh ko ke kidhar hain, kidhar hain. kyun khara ho gaya mein</w:t>
      </w:r>
    </w:p>
    <w:p>
      <w:pPr>
        <w:jc w:val="right"/>
      </w:pPr>
      <w:r>
        <w:t>میرےساتھ یجوآئےتھےوہڈھونڈرہےتھےمجھکو کہکدھرہیں،کدھرہیں۔ کیوںکھڑاہوگیا میں</w:t>
      </w:r>
    </w:p>
    <w:p>
      <w:r>
        <w:rPr>
          <w:b/>
        </w:rPr>
        <w:t xml:space="preserve">[11:19] </w:t>
      </w:r>
      <w:r>
        <w:t>?achanak ek idea mind mein aaya ke dekho jab mein Delhi mein tha tab bhi Khuda ki taraf se mujh ko oxygen supply ho rahi thi,</w:t>
      </w:r>
    </w:p>
    <w:p>
      <w:pPr>
        <w:jc w:val="right"/>
      </w:pPr>
      <w:r>
        <w:t>؟اچانکایک آئیڈیامائنڈمیںآیا کہدیکھو جب میں دہلیمیںتھا تب بھی خدا کیطرفسےمجھکو آکسیجنکیسپلائیہورہیتھی،</w:t>
      </w:r>
    </w:p>
    <w:p>
      <w:r>
        <w:rPr>
          <w:b/>
        </w:rPr>
        <w:t xml:space="preserve">[11:34] </w:t>
      </w:r>
      <w:r>
        <w:t>free supply.</w:t>
      </w:r>
    </w:p>
    <w:p>
      <w:pPr>
        <w:jc w:val="right"/>
      </w:pPr>
      <w:r>
        <w:t>فریسپلائی ۔</w:t>
      </w:r>
    </w:p>
    <w:p>
      <w:r>
        <w:rPr>
          <w:b/>
        </w:rPr>
        <w:t xml:space="preserve">[11:37] </w:t>
      </w:r>
      <w:r>
        <w:t>aap jante hain ke agar oxygen na mile to hum mar jayenge thori der mein. to mere mind mein aaya ke dekho jab mein Delhi mein tha tab bhi Khuda ki taraf se mujh ko oxygen ki free supply ho rahi thi.</w:t>
      </w:r>
    </w:p>
    <w:p>
      <w:pPr>
        <w:jc w:val="right"/>
      </w:pPr>
      <w:r>
        <w:t>آپجانتےہیںکہاگرآکسیجننہملے تو ہممرجائیںگے تھوڑیدیرمیں۔ تومیرےمائنڈمیںآیاکہدیکھو جب میںدہلیمیںتھا تببھیخداکیطرف سے مجھکو آکسیجنکیفریسپلائیہورہیتھی۔</w:t>
      </w:r>
    </w:p>
    <w:p>
      <w:r>
        <w:rPr>
          <w:b/>
        </w:rPr>
        <w:t xml:space="preserve">[11:53] </w:t>
      </w:r>
      <w:r>
        <w:t>aur yahan mein itni door pohancha hoon aur is angle ki sadak par khara hua hoon, tab bhi isi tarah Khuda ki taraf se oxygen ki free supply ho rahi hai.</w:t>
      </w:r>
    </w:p>
    <w:p>
      <w:pPr>
        <w:jc w:val="right"/>
      </w:pPr>
      <w:r>
        <w:t>اور یہاں میںاتنیدور پہنچاہوں اور ل اساینجلس کی سڑکپرکھڑاہواہوں، تب بھیاسیطرح خدا کی طرف سے آکسیجنکی فریسپلائیہورہیہے۔</w:t>
      </w:r>
    </w:p>
    <w:p>
      <w:r>
        <w:rPr>
          <w:b/>
        </w:rPr>
        <w:t xml:space="preserve">[12:10] </w:t>
      </w:r>
      <w:r>
        <w:t>free supply ho rahi hai.</w:t>
      </w:r>
    </w:p>
    <w:p>
      <w:pPr>
        <w:jc w:val="right"/>
      </w:pPr>
      <w:r>
        <w:t>فریسپلائیہورہیہے۔</w:t>
      </w:r>
    </w:p>
    <w:p>
      <w:r>
        <w:rPr>
          <w:b/>
        </w:rPr>
        <w:t xml:space="preserve">[12:13] </w:t>
      </w:r>
      <w:r>
        <w:t>ab yeh haal mein jo gum hua is soch mein to wohi khara ho gaya, khara ho gaya, khara ho gaya. ab log mere jo aaye thay receive karne ke liye woh dhoondh rahe hain mujh ko idhar udhar.</w:t>
      </w:r>
    </w:p>
    <w:p>
      <w:pPr>
        <w:jc w:val="right"/>
      </w:pPr>
      <w:r>
        <w:t>ابیہاسمیںجو میں گمہوااس سوچمیں تووہیںکھڑاہوگیا،کھڑاہوگیا،کھڑاہوگیا۔ابلوگ میرےجوآئےتھےریسیوکرنےکےلیےوہڈھونڈرہےہیںمجھکوادھرادھر۔</w:t>
      </w:r>
    </w:p>
    <w:p>
      <w:r>
        <w:rPr>
          <w:b/>
        </w:rPr>
        <w:t xml:space="preserve">[12:24] </w:t>
      </w:r>
      <w:r>
        <w:t>to dekhein, mein samajhta hoon ke pehli condition yeh hai ke jab aap Khuda se uski agli blessing mang rahe hain to pichli blessing ko dekhein ke aap acknowledge kiya hai aapne.</w:t>
      </w:r>
    </w:p>
    <w:p>
      <w:pPr>
        <w:jc w:val="right"/>
      </w:pPr>
      <w:r>
        <w:t>تو دیکھیں، میں سمجھتاہوںکہ پہ لی کنڈیشن یہہے کہجبآپخداسے اسکی اگلی بلیسنگمانگرہےہیں تو پچھلیبلیسنگکو دیکھیںکہآپ اکنالجکیاہےآپنے ۔</w:t>
      </w:r>
    </w:p>
    <w:p>
      <w:r>
        <w:rPr>
          <w:b/>
        </w:rPr>
        <w:t xml:space="preserve">[12:44] </w:t>
      </w:r>
      <w:r>
        <w:t>mein samajhta hoon ke</w:t>
      </w:r>
    </w:p>
    <w:p>
      <w:pPr>
        <w:jc w:val="right"/>
      </w:pPr>
      <w:r>
        <w:t>میںسمجھتاہوںکہ</w:t>
      </w:r>
    </w:p>
    <w:p>
      <w:r>
        <w:rPr>
          <w:b/>
        </w:rPr>
        <w:t xml:space="preserve">[12:48] </w:t>
      </w:r>
      <w:r>
        <w:t>mili hui cheez ko log bhule rehte hain aur na mili hui cheez ke liye dua karte hain. yeh sab ka haal hai.</w:t>
      </w:r>
    </w:p>
    <w:p>
      <w:pPr>
        <w:jc w:val="right"/>
      </w:pPr>
      <w:r>
        <w:t>ملی ہوئی چیزکو لوگ بھولےرہتےہیں اور نہملی ہوئیچیزکےلیےدعاکرتے ہیں۔ یہیسبکاحال ہے۔</w:t>
      </w:r>
    </w:p>
    <w:p>
      <w:r>
        <w:rPr>
          <w:b/>
        </w:rPr>
        <w:t xml:space="preserve">[12:59] </w:t>
      </w:r>
      <w:r>
        <w:t>mili hui cheez ko bhule rehte hain.</w:t>
      </w:r>
    </w:p>
    <w:p>
      <w:pPr>
        <w:jc w:val="right"/>
      </w:pPr>
      <w:r>
        <w:t>ملی ہوئیچیزکو بھولےرہتےہیں۔</w:t>
      </w:r>
    </w:p>
    <w:p>
      <w:r>
        <w:rPr>
          <w:b/>
        </w:rPr>
        <w:t xml:space="preserve">[13:03] </w:t>
      </w:r>
      <w:r>
        <w:t>mili hui cheez ke liye Khuda ki ko acknowledge nahi karte. aur aur aur mang rahe hain, aur aur mang rahe hain.</w:t>
      </w:r>
    </w:p>
    <w:p>
      <w:pPr>
        <w:jc w:val="right"/>
      </w:pPr>
      <w:r>
        <w:t>ملی ہوئیچیزکےلیے خدا کی کواکنالجنہیںکرتے۔ اور اوراور مانگرہےہیں،اوراورمانگرہےہیں۔</w:t>
      </w:r>
    </w:p>
    <w:p>
      <w:r>
        <w:rPr>
          <w:b/>
        </w:rPr>
        <w:t xml:space="preserve">[13:16] </w:t>
      </w:r>
      <w:r>
        <w:t>to yaad rakhiye ek baat bohat hi important hai.</w:t>
      </w:r>
    </w:p>
    <w:p>
      <w:pPr>
        <w:jc w:val="right"/>
      </w:pPr>
      <w:r>
        <w:t>تویادرکھیے ایکباتبہتہیامپورٹنٹہے۔</w:t>
      </w:r>
    </w:p>
    <w:p>
      <w:r>
        <w:rPr>
          <w:b/>
        </w:rPr>
        <w:t xml:space="preserve">[13:22] </w:t>
      </w:r>
      <w:r>
        <w:t>ke dua do qism ki hoti hai.</w:t>
      </w:r>
    </w:p>
    <w:p>
      <w:pPr>
        <w:jc w:val="right"/>
      </w:pPr>
      <w:r>
        <w:t>کہ دعا دو قسم کیہوتیہے۔</w:t>
      </w:r>
    </w:p>
    <w:p>
      <w:r>
        <w:rPr>
          <w:b/>
        </w:rPr>
        <w:t xml:space="preserve">[13:28] </w:t>
      </w:r>
      <w:r>
        <w:t>ek hai ke aisi cheez mangna hai jo jis ka talluq test paper se hai.</w:t>
      </w:r>
    </w:p>
    <w:p>
      <w:pPr>
        <w:jc w:val="right"/>
      </w:pPr>
      <w:r>
        <w:t>ایکہےکہ ایسیچیز مانگنا ہےجو جسکا تعلق ٹیسٹ پیپرسےہے۔</w:t>
      </w:r>
    </w:p>
    <w:p>
      <w:r>
        <w:rPr>
          <w:b/>
        </w:rPr>
        <w:t xml:space="preserve">[13:35] </w:t>
      </w:r>
      <w:r>
        <w:t>aur ek hai aisi cheez mangna hai jis ka talluq rewards se hai, paradise se hai, Khuda ki rehmaton se hai.</w:t>
      </w:r>
    </w:p>
    <w:p>
      <w:pPr>
        <w:jc w:val="right"/>
      </w:pPr>
      <w:r>
        <w:t>اور ایک ہےایسیچیزمانگناہےجسکاتعلق ریوارڈزسےہے، پیراڈائزسےہے، خداکیرحمتوںسےہے۔</w:t>
      </w:r>
    </w:p>
    <w:p>
      <w:r>
        <w:rPr>
          <w:b/>
        </w:rPr>
        <w:t xml:space="preserve">[13:46] </w:t>
      </w:r>
      <w:r>
        <w:t>to jahan tak Khuda ke reward ka talluq hai, jannat ka talluq hai, is ke liye dua kabhi bhi qabool nahi hogi us waqt tak jab tak ke aap aaj ki jannat ko acknowledge na kiya ho.</w:t>
      </w:r>
    </w:p>
    <w:p>
      <w:pPr>
        <w:jc w:val="right"/>
      </w:pPr>
      <w:r>
        <w:t>توجہاںتک خداکےریوارڈکاتعلقہے، جنتکاتعلقہے، اسکےلیےدعاکبھی بھی قبولنہیں ہوگی اسوقت تکجبتککہآپ آجکیجنتکواکنالجنہکیاہو۔</w:t>
      </w:r>
    </w:p>
    <w:p>
      <w:r>
        <w:rPr>
          <w:b/>
        </w:rPr>
        <w:t xml:space="preserve">[13:58] </w:t>
      </w:r>
      <w:r>
        <w:t>aap aaj bhi Khuda ne humein yeh jannat di hai. aap dekhein sari universe mein itna bara space hai, itna bara space hai.</w:t>
      </w:r>
    </w:p>
    <w:p>
      <w:pPr>
        <w:jc w:val="right"/>
      </w:pPr>
      <w:r>
        <w:t>آپآجبھیخدانےہمیںیہجنتدیہے۔ آپدیکھیے سارییونیورس میں اتنا بڑا اسپیسہے،اتنابڑااسپیسہے۔</w:t>
      </w:r>
    </w:p>
    <w:p>
      <w:r>
        <w:rPr>
          <w:b/>
        </w:rPr>
        <w:t xml:space="preserve">[14:10] </w:t>
      </w:r>
      <w:r>
        <w:t>new numerous bodies hain. koi ginti nahi ho sakti.</w:t>
      </w:r>
    </w:p>
    <w:p>
      <w:pPr>
        <w:jc w:val="right"/>
      </w:pPr>
      <w:r>
        <w:t>نیومرسباڈیزہیں۔ کوئیگنتینہیںہوسکتی۔</w:t>
      </w:r>
    </w:p>
    <w:p>
      <w:r>
        <w:rPr>
          <w:b/>
        </w:rPr>
        <w:t xml:space="preserve">[14:15] </w:t>
      </w:r>
      <w:r>
        <w:t>ek scientist ne likha hai ke sare desert mein, sare samundaron mein jitne particles hain, jitne ret ke zarre hain, utne hi space mein stars aur planets hain.</w:t>
      </w:r>
    </w:p>
    <w:p>
      <w:pPr>
        <w:jc w:val="right"/>
      </w:pPr>
      <w:r>
        <w:t>ایک سائنٹسٹنےلکھاہےکہ سارے ڈیزرٹمیں،سارے سمندروںمیں جتنے پارٹیکلزہیں، جتنےریتکےذرےہیں، اتنےہی اسپیسمیں اسٹارزاورپلینٹسہیں۔</w:t>
      </w:r>
    </w:p>
    <w:p>
      <w:r>
        <w:rPr>
          <w:b/>
        </w:rPr>
        <w:t xml:space="preserve">[14:31] </w:t>
      </w:r>
      <w:r>
        <w:t>aap koi ginti kar sakta hai is ki ?</w:t>
      </w:r>
    </w:p>
    <w:p>
      <w:pPr>
        <w:jc w:val="right"/>
      </w:pPr>
      <w:r>
        <w:t>آپکوئیگنتیکرسکتاہے اسکی ؟</w:t>
      </w:r>
    </w:p>
    <w:p>
      <w:r>
        <w:rPr>
          <w:b/>
        </w:rPr>
        <w:t xml:space="preserve">[14:35] </w:t>
      </w:r>
      <w:r>
        <w:t>to aisi ek duniya mein sirf ek hi planet hai zameen. jahan life support exist karti hai. jahan pani hai, jahan hawa hai, jahan sun light hai,</w:t>
      </w:r>
    </w:p>
    <w:p>
      <w:pPr>
        <w:jc w:val="right"/>
      </w:pPr>
      <w:r>
        <w:t>تو ایسی ایک دنیا میں صرفایک ہی پلینٹہےزمین ۔ جہاں لائفسپورٹسسٹمہے۔ جہاں پانیہے، جہاںہوا ہے، جہاں سن لائٹہے،</w:t>
      </w:r>
    </w:p>
    <w:p>
      <w:r>
        <w:rPr>
          <w:b/>
        </w:rPr>
        <w:t xml:space="preserve">[14:50] </w:t>
      </w:r>
      <w:r>
        <w:t>jahan sawala hai. to kitni bari blessing hai ye.</w:t>
      </w:r>
    </w:p>
    <w:p>
      <w:pPr>
        <w:jc w:val="right"/>
      </w:pPr>
      <w:r>
        <w:t>جہاں سوائلہے۔ تو کتنیبڑی بلیسنگیہہے۔</w:t>
      </w:r>
    </w:p>
    <w:p>
      <w:r>
        <w:rPr>
          <w:b/>
        </w:rPr>
        <w:t xml:space="preserve">[14:57] </w:t>
      </w:r>
      <w:r>
        <w:t>lekin log jo hain khub anjoy karte hain, khub exploit karte hain. lekin shukr, haqeeqi shukr, haqeeqi acknowledgement ki zaban se nahi nikalta.</w:t>
      </w:r>
    </w:p>
    <w:p>
      <w:pPr>
        <w:jc w:val="right"/>
      </w:pPr>
      <w:r>
        <w:t>لیکن لوگ جوہیں خوبانجوائےکرتےہیں، خوب ایکسپلائٹکرتےہیں۔ لیکن شکر،حقی قیشکر،حقی قی اکنالجمنٹ کیزبان سےنہیںنکلتا۔</w:t>
      </w:r>
    </w:p>
    <w:p>
      <w:r>
        <w:rPr>
          <w:b/>
        </w:rPr>
        <w:t xml:space="preserve">[15:11] </w:t>
      </w:r>
      <w:r>
        <w:t>to main ne kaha tha ke do qism ki cheezein hain. ek ye hai ke Khuda ki jo asal blessing hai, jannat, paradise, is ke liye aap dua karein.</w:t>
      </w:r>
    </w:p>
    <w:p>
      <w:pPr>
        <w:jc w:val="right"/>
      </w:pPr>
      <w:r>
        <w:t>تو میںنےکہاتھاکہدو قسم کیچیزیںہیں۔ ایک یہہےکہ خدا کیجو اصل بلیسنگہے، جن ت ،پیراڈائز، اسکےلیےآپدعاکریں۔</w:t>
      </w:r>
    </w:p>
    <w:p>
      <w:r>
        <w:rPr>
          <w:b/>
        </w:rPr>
        <w:t xml:space="preserve">[15:24] </w:t>
      </w:r>
      <w:r>
        <w:t>aur ye hai ke dunya ka jo test paper hai, is mein se kisi cheez ke liye dua karein. yani paisa hai, makan hai, gari hai, aulad hai, ye sab cheezein hain.</w:t>
      </w:r>
    </w:p>
    <w:p>
      <w:pPr>
        <w:jc w:val="right"/>
      </w:pPr>
      <w:r>
        <w:t>اور یہہےکہدنیا کاجوٹیسٹ پیپرہے، اس میںسےکسیچیزکےلیےدعاکریں۔ یعنیپیسہہے،مکانہے، گاڑیہے، اول ادہے،یہسبچیزیں۔</w:t>
      </w:r>
    </w:p>
    <w:p>
      <w:r>
        <w:rPr>
          <w:b/>
        </w:rPr>
        <w:t xml:space="preserve">[15:36] </w:t>
      </w:r>
      <w:r>
        <w:t>to dono ka nature alag alag hai. jahan tak ta'alluq hai Khuda ki blessing ka, real blessing ka, wo to dua us waqt qabool hogi jab ke sach much aur cheezon ke liye aap ne acknowledge kiya ho.</w:t>
      </w:r>
    </w:p>
    <w:p>
      <w:pPr>
        <w:jc w:val="right"/>
      </w:pPr>
      <w:r>
        <w:t>تو دونوںکا نیچرالگالگہے۔ جہاںتک تعلق ہے خداکی بلیسنگکا، ریئلبلیسنگکا، وہ تو دعا اسیوقتقبولہوگی جب کہ سچمچ اورچیزوںکےلیےآپنےاکنالجکیاہو ۔</w:t>
      </w:r>
    </w:p>
    <w:p>
      <w:r>
        <w:rPr>
          <w:b/>
        </w:rPr>
        <w:t xml:space="preserve">[15:55] </w:t>
      </w:r>
      <w:r>
        <w:t>ye condition poori ki ho. lekin jahan tak doosri cheezon ka ta'alluq hai, test paper ka, to wo to daaku bhi dua kare to ho sakta hai dua qabool ho jaye.</w:t>
      </w:r>
    </w:p>
    <w:p>
      <w:pPr>
        <w:jc w:val="right"/>
      </w:pPr>
      <w:r>
        <w:t>یہ کنڈیشنپوری کیہو۔ لیکن جہاںتکدوس ریچیزکاتعلقہے،ٹیسٹ پیپرکا، تووہتو ڈاکوبھیدعاکرےگاتو ہوسکتاہےدعاقبولہوجائے۔</w:t>
      </w:r>
    </w:p>
    <w:p>
      <w:r>
        <w:rPr>
          <w:b/>
        </w:rPr>
        <w:t xml:space="preserve">[16:06] </w:t>
      </w:r>
      <w:r>
        <w:t>kyun ke test paper aur mang raha hai, wo aur mang raha hai, to theek Khuda keh raha hai, de de us ko. bohat zyada chahta hai ke is ko test paper, is ko bohat zyada imtehan dena pade to de de us ko.</w:t>
      </w:r>
    </w:p>
    <w:p>
      <w:pPr>
        <w:jc w:val="right"/>
      </w:pPr>
      <w:r>
        <w:t>کیونکہ ٹیسٹ پیپر اور مانگرہاہے،وہاورمانگرہاہے،توٹھیکخداکہہرہاہے،دےدواسکو۔ بہتزیادہ چاہتاہے کہاسکوٹیسٹ پیپر،اسکو بہتزیادہامتحاندیناپڑےتو دےدواسکو۔</w:t>
      </w:r>
    </w:p>
    <w:p>
      <w:r>
        <w:rPr>
          <w:b/>
        </w:rPr>
        <w:t xml:space="preserve">[16:23] </w:t>
      </w:r>
      <w:r>
        <w:t>ye baat main ne ek hadith se jani. ye farq jo main kar raha hoon, farq. dekhein ek hadith hai ke prophet ke zamaney mein ek aadmi, Madine ka qissa hai ye,</w:t>
      </w:r>
    </w:p>
    <w:p>
      <w:pPr>
        <w:jc w:val="right"/>
      </w:pPr>
      <w:r>
        <w:t>یہبات میںنےایکحدیثسےجانی۔ یہفرقجومیںکررہاہوں،فرق۔ دیکھیںایکحدیثہے کہ پرافٹکےزمان ےمیں ایک آدمی، مدینہکاقصہہےیہ،</w:t>
      </w:r>
    </w:p>
    <w:p>
      <w:r>
        <w:rPr>
          <w:b/>
        </w:rPr>
        <w:t xml:space="preserve">[16:40] </w:t>
      </w:r>
      <w:r>
        <w:t>aap ke paas aaya.</w:t>
      </w:r>
    </w:p>
    <w:p>
      <w:pPr>
        <w:jc w:val="right"/>
      </w:pPr>
      <w:r>
        <w:t>آپکےپاسآیا۔</w:t>
      </w:r>
    </w:p>
    <w:p>
      <w:r>
        <w:rPr>
          <w:b/>
        </w:rPr>
        <w:t xml:space="preserve">[16:43] </w:t>
      </w:r>
      <w:r>
        <w:t>us ne kaha ke aap dua kijiye ke mere paas khub paisa ho jaye. main khub wo ho jaoon. wealthy aadmi ho jaoon Madine ka.</w:t>
      </w:r>
    </w:p>
    <w:p>
      <w:pPr>
        <w:jc w:val="right"/>
      </w:pPr>
      <w:r>
        <w:t>اسنےکہاکہآپدعاکیجیےکہمیرےپاسخوبپیسہہوجائے۔ میں خوب وہہوجاؤں۔ ویلدیآدمیہوجاؤںمدینےکا ۔</w:t>
      </w:r>
    </w:p>
    <w:p>
      <w:r>
        <w:rPr>
          <w:b/>
        </w:rPr>
        <w:t xml:space="preserve">[16:55] </w:t>
      </w:r>
      <w:r>
        <w:t>to aap ne kaha ke aisi dua mat mango.</w:t>
      </w:r>
    </w:p>
    <w:p>
      <w:pPr>
        <w:jc w:val="right"/>
      </w:pPr>
      <w:r>
        <w:t>تو آپ نے کہا کہ ایسی دعا مت مانگو ۔</w:t>
      </w:r>
    </w:p>
    <w:p>
      <w:r>
        <w:rPr>
          <w:b/>
        </w:rPr>
        <w:t xml:space="preserve">[17:03] </w:t>
      </w:r>
      <w:r>
        <w:t>ab dekhein ke aap doosri hadithon ko milaiye ke Rasool Allah ke paas log aate the, kehte hain Khuda dua kijiye ke mere paas mujhe jannat mil jaye. mujhe Khuda ki rehmat mil jaye.</w:t>
      </w:r>
    </w:p>
    <w:p>
      <w:pPr>
        <w:jc w:val="right"/>
      </w:pPr>
      <w:r>
        <w:t>ابدیکھیںکہآپ دوسریحدیثوںکوملائیے کہ رسولاللہکےپاسلوگآتےتھے،کہتےہیںخدا دعاکیجیےکہمیرےپاس مجھےجنتملجائے۔ مجھے خداکیرحمتملجائے۔</w:t>
      </w:r>
    </w:p>
    <w:p>
      <w:r>
        <w:rPr>
          <w:b/>
        </w:rPr>
        <w:t xml:space="preserve">[17:16] </w:t>
      </w:r>
      <w:r>
        <w:t>mujhe farishton ki sohbat mil jaye. to kabhi aap ne mana nahi kiya? mere dil mein Khuda ki mohabbat aa jaye, mere dil mein Khuda ka khauf aa jaye.</w:t>
      </w:r>
    </w:p>
    <w:p>
      <w:pPr>
        <w:jc w:val="right"/>
      </w:pPr>
      <w:r>
        <w:t>مجھے فرشتوںکیصحبتملجائے۔توکبھیآپنےمنعنہیںکیا ؟ میرےدلمیںخداکیمحبتآجائے، میرےدلمیںخداکاخوفآجائے۔</w:t>
      </w:r>
    </w:p>
    <w:p>
      <w:r>
        <w:rPr>
          <w:b/>
        </w:rPr>
        <w:t xml:space="preserve">[17:25] </w:t>
      </w:r>
      <w:r>
        <w:t>un cheezon ke liye Rasool Allah ke paas log aate the dua karne ke liye. to aap dua karte the un ko</w:t>
      </w:r>
    </w:p>
    <w:p>
      <w:pPr>
        <w:jc w:val="right"/>
      </w:pPr>
      <w:r>
        <w:t>انچیزوںکےلیےرسولاللہ کےپاسلوگآتےتھےدعاکرنےکےلیے۔ توآپدعاکرتے تھےانکو</w:t>
      </w:r>
    </w:p>
    <w:p>
      <w:r>
        <w:rPr>
          <w:b/>
        </w:rPr>
        <w:t xml:space="preserve">[17:31] </w:t>
      </w:r>
      <w:r>
        <w:t>۔ kabhi aap ne mana nahi kiya?</w:t>
      </w:r>
    </w:p>
    <w:p>
      <w:pPr>
        <w:jc w:val="right"/>
      </w:pPr>
      <w:r>
        <w:t>۔ کبھیآپنےمنعنہیںکیا ؟</w:t>
      </w:r>
    </w:p>
    <w:p>
      <w:r>
        <w:rPr>
          <w:b/>
        </w:rPr>
        <w:t xml:space="preserve">[17:37] </w:t>
      </w:r>
      <w:r>
        <w:t>lekin us ne kaha ke mujhe dua kijiye ke main Madine ka ek wealthy aadmi ban jaoon. to aap ne kaha is baat ke liye dua mat karwao mujh se.</w:t>
      </w:r>
    </w:p>
    <w:p>
      <w:pPr>
        <w:jc w:val="right"/>
      </w:pPr>
      <w:r>
        <w:t>لیکن اسنےکہاکہمجھےدعاکیجیےکہمیں مدینےکاایکویلدیآدمیبنجاؤں۔ تو آپنےکہااسباتکےلیے دعامتکرواؤمجھسے۔</w:t>
      </w:r>
    </w:p>
    <w:p>
      <w:r>
        <w:rPr>
          <w:b/>
        </w:rPr>
        <w:t xml:space="preserve">[17:49] </w:t>
      </w:r>
      <w:r>
        <w:t>to kyun test paper mein izafa kyun karna chahte ho?</w:t>
      </w:r>
    </w:p>
    <w:p>
      <w:pPr>
        <w:jc w:val="right"/>
      </w:pPr>
      <w:r>
        <w:t>تو کیوں انٹیسٹ پیپرمیںاضافہکیوںکرناچاہتےہو ؟</w:t>
      </w:r>
    </w:p>
    <w:p>
      <w:r>
        <w:rPr>
          <w:b/>
        </w:rPr>
        <w:t xml:space="preserve">[17:55] </w:t>
      </w:r>
      <w:r>
        <w:t>test paper mein jitna tumhare paas test paper hai, wo kiya kam hai? aur badhana chahte ho is mein? matlab responsibility badhana.</w:t>
      </w:r>
    </w:p>
    <w:p>
      <w:pPr>
        <w:jc w:val="right"/>
      </w:pPr>
      <w:r>
        <w:t>ٹیسٹ پیپرمیں جتنا تمہارےپاسٹیسٹ پیپرہے، وہیکیا کمہے؟ اوربڑھاناچاہتےہواسمیں ؟ مطلبرسپانسبیلٹیبڑھانا۔</w:t>
      </w:r>
    </w:p>
    <w:p>
      <w:r>
        <w:rPr>
          <w:b/>
        </w:rPr>
        <w:t xml:space="preserve">[18:07] </w:t>
      </w:r>
      <w:r>
        <w:t>zyada wealthy banne ke ma'ne kiya hain? apni responsibility badhana.</w:t>
      </w:r>
    </w:p>
    <w:p>
      <w:pPr>
        <w:jc w:val="right"/>
      </w:pPr>
      <w:r>
        <w:t>زیادہ ویلدیبننےکےمعنیکیاہیں؟ اپنیرسپانسبیلٹیبڑھانا۔</w:t>
      </w:r>
    </w:p>
    <w:p>
      <w:r>
        <w:rPr>
          <w:b/>
        </w:rPr>
        <w:t xml:space="preserve">[18:15] </w:t>
      </w:r>
      <w:r>
        <w:t>zyada poochh gachh hone lage tumhari Khuda ke haan. to us ne kaha ke nahi aap zaroor dua kijiye, bohat us ne insist kiya.</w:t>
      </w:r>
    </w:p>
    <w:p>
      <w:pPr>
        <w:jc w:val="right"/>
      </w:pPr>
      <w:r>
        <w:t>زیادہ پوچھگچھہونےلگےتمہاریخداکےہاں۔ تواسنےکہاکہنہیںآپ ضروردعاکیجیے،بہت اسنے انسسٹکیا۔</w:t>
      </w:r>
    </w:p>
    <w:p>
      <w:r>
        <w:rPr>
          <w:b/>
        </w:rPr>
        <w:t xml:space="preserve">[18:24] </w:t>
      </w:r>
      <w:r>
        <w:t>to aap ne dua kar di. aur us ko kya hua ke sach much wo wealthy aadmi ban gaya. to us ne ek bagh lagaya wahan par, aap jante hain ke wahan par khajoor hua karti thi.</w:t>
      </w:r>
    </w:p>
    <w:p>
      <w:pPr>
        <w:jc w:val="right"/>
      </w:pPr>
      <w:r>
        <w:t>توآپنےدعاکردی ۔ اور اسکو کیاہوا کہ سچمچوہویلدیآدمیبنگیا۔ تواسنےایکباغلگایاوہاںپر،آپجانتےہیںکہوہاںپر کھجورہواکرتیتھی۔</w:t>
      </w:r>
    </w:p>
    <w:p>
      <w:r>
        <w:rPr>
          <w:b/>
        </w:rPr>
        <w:t xml:space="preserve">[18:41] </w:t>
      </w:r>
      <w:r>
        <w:t>bagh lagaya khub, khub is mein phal aaye aur khub is mein us ko faida hua.</w:t>
      </w:r>
    </w:p>
    <w:p>
      <w:pPr>
        <w:jc w:val="right"/>
      </w:pPr>
      <w:r>
        <w:t>باغلگایاخوب ، خوب اسمیں پھلآئے اورخوباسمیں اسکوفائدہہوا۔</w:t>
      </w:r>
    </w:p>
    <w:p>
      <w:r>
        <w:rPr>
          <w:b/>
        </w:rPr>
        <w:t xml:space="preserve">[18:50] </w:t>
      </w:r>
      <w:r>
        <w:t>to kya hua ke wo Rasool Allah ke paas aana kam ho gaya uska.</w:t>
      </w:r>
    </w:p>
    <w:p>
      <w:pPr>
        <w:jc w:val="right"/>
      </w:pPr>
      <w:r>
        <w:t>تو کیا ہوا کہ وہرسولاللہکےپاسآناکمہوگیا اسکا ۔</w:t>
      </w:r>
    </w:p>
    <w:p>
      <w:r>
        <w:rPr>
          <w:b/>
        </w:rPr>
        <w:t xml:space="preserve">[18:58] </w:t>
      </w:r>
      <w:r>
        <w:t>Rasool Allah ke paas pehle aaya karta tha, baithta tha, sunta tha aap ki baatein. ab aana kam ho gaya. aur dheere dheere bilkul hi aana band ho gaya uska.</w:t>
      </w:r>
    </w:p>
    <w:p>
      <w:pPr>
        <w:jc w:val="right"/>
      </w:pPr>
      <w:r>
        <w:t>رسولاللہکےپاسپہلےآیاکرتاتھا ، بیٹھتاتھا، سن تاتھا آپکیباتیں۔ ابآناکمہوگیا۔ اور دھیرےدھیرےبالکلہیآنا بندہوگیااسکا ۔</w:t>
      </w:r>
    </w:p>
    <w:p>
      <w:r>
        <w:rPr>
          <w:b/>
        </w:rPr>
        <w:t xml:space="preserve">[19:09] </w:t>
      </w:r>
      <w:r>
        <w:t>to wajah kya thi?</w:t>
      </w:r>
    </w:p>
    <w:p>
      <w:pPr>
        <w:jc w:val="right"/>
      </w:pPr>
      <w:r>
        <w:t>تو وجہ کیا تھی ؟</w:t>
      </w:r>
    </w:p>
    <w:p>
      <w:r>
        <w:rPr>
          <w:b/>
        </w:rPr>
        <w:t xml:space="preserve">[19:11] </w:t>
      </w:r>
      <w:r>
        <w:t>har waqt koi na koi grahak aa raha hai khajoor khareedne ke liye. kahin hai ke jahan pani is mein irrigation karna hai. kabhi aaya ke iska woh jo taabeer, nakhalj woh hua karti thi.</w:t>
      </w:r>
    </w:p>
    <w:p>
      <w:pPr>
        <w:jc w:val="right"/>
      </w:pPr>
      <w:r>
        <w:t>ہروقتکوئی کوئینہکوئی گاہکآرہاہےکھجورخریدنےکےلیے۔ کہیں ہےکہ جہاںپانی اسمیںاریگیشنکرناہے۔ کبھیآیاکہ اسکاوہ جو تعبیر،نخلجوہوا کرتیتھی۔</w:t>
      </w:r>
    </w:p>
    <w:p>
      <w:r>
        <w:rPr>
          <w:b/>
        </w:rPr>
        <w:t xml:space="preserve">[19:24] </w:t>
      </w:r>
      <w:r>
        <w:t>yani artificial pollination woh karna hai. dunya bhar ke kaam .</w:t>
      </w:r>
    </w:p>
    <w:p>
      <w:pPr>
        <w:jc w:val="right"/>
      </w:pPr>
      <w:r>
        <w:t>یعنی آرٹیفیشلپولینیشن وہکرناہے۔ دنیا بھرکےکام ۔</w:t>
      </w:r>
    </w:p>
    <w:p>
      <w:r>
        <w:rPr>
          <w:b/>
        </w:rPr>
        <w:t xml:space="preserve">[19:32] </w:t>
      </w:r>
      <w:r>
        <w:t>toh paison mein woh jeene laga.</w:t>
      </w:r>
    </w:p>
    <w:p>
      <w:pPr>
        <w:jc w:val="right"/>
      </w:pPr>
      <w:r>
        <w:t>تو پیسوںمیںوہجینےلگا۔</w:t>
      </w:r>
    </w:p>
    <w:p>
      <w:r>
        <w:rPr>
          <w:b/>
        </w:rPr>
        <w:t xml:space="preserve">[19:35] </w:t>
      </w:r>
      <w:r>
        <w:t>paison ka nafa nuksan is par chha gaya. kah abhi ek grahak aa raha hai, woh kaise bachao rasool Allah ke paas? abhi toh ise nimatna hai, toh woh doosra grahak aa gaya.</w:t>
      </w:r>
    </w:p>
    <w:p>
      <w:pPr>
        <w:jc w:val="right"/>
      </w:pPr>
      <w:r>
        <w:t>پیسوںکا نفعنقصاناسپرچھاگیا۔ کہابھیایک گاہکآرہاہے، وہکیسےبچاؤںرسولاللہکےپاس؟ابھیتواسےنمٹناہے،تووہدوسراگاہکآگیا۔</w:t>
      </w:r>
    </w:p>
    <w:p>
      <w:r>
        <w:rPr>
          <w:b/>
        </w:rPr>
        <w:t xml:space="preserve">[19:47] </w:t>
      </w:r>
      <w:r>
        <w:t>yani ek ke baad ek . yahan tak ke isi haal mein iska mar gaya woh.</w:t>
      </w:r>
    </w:p>
    <w:p>
      <w:pPr>
        <w:jc w:val="right"/>
      </w:pPr>
      <w:r>
        <w:t>یعنیایککےبعد ایک ۔ یہاںتککہاسیحالمیںاسکا مرگیا وہ۔</w:t>
      </w:r>
    </w:p>
    <w:p>
      <w:r>
        <w:rPr>
          <w:b/>
        </w:rPr>
        <w:t xml:space="preserve">[19:56] </w:t>
      </w:r>
      <w:r>
        <w:t>toh is se maine yeh nikala ke woh dua jismein aadmi ka test paper badhta ho, woh toh Khuda har aadmi ki poori kar deta hai.</w:t>
      </w:r>
    </w:p>
    <w:p>
      <w:pPr>
        <w:jc w:val="right"/>
      </w:pPr>
      <w:r>
        <w:t>تو اسسےمیںنےیہنکالا کہ وہ دعا جسمیں آدمی کاٹیسٹ پیپربڑھتاہو ، وہ تو خدا ہرآدمیکیپوریکردیتاہے۔</w:t>
      </w:r>
    </w:p>
    <w:p>
      <w:r>
        <w:rPr>
          <w:b/>
        </w:rPr>
        <w:t xml:space="preserve">[20:12] </w:t>
      </w:r>
      <w:r>
        <w:t>koi aadmi agar mang raha hai ke mera test paper badha do, toh Khuda kehta hai ke badha do isko. aur zyada iski jaan chohegi. aur zyada iski pakad hogi.</w:t>
      </w:r>
    </w:p>
    <w:p>
      <w:pPr>
        <w:jc w:val="right"/>
      </w:pPr>
      <w:r>
        <w:t>کوئیآدمیاگرمانگرہاہے کہمیراٹیسٹ پیپربڑھادو، تو خداکہتاہےکہبڑھادواسکو۔ اورزیادہ اسکیجانچہوگی۔ اور زیادہ اسکیپکڑہوگی۔</w:t>
      </w:r>
    </w:p>
    <w:p>
      <w:r>
        <w:rPr>
          <w:b/>
        </w:rPr>
        <w:t xml:space="preserve">[20:24] </w:t>
      </w:r>
      <w:r>
        <w:t>lekin jo aadmi mange jannat, toh is tarah nahi iski dua qubool hogi. ke isne mangi aur jannat mil gayi .</w:t>
      </w:r>
    </w:p>
    <w:p>
      <w:pPr>
        <w:jc w:val="right"/>
      </w:pPr>
      <w:r>
        <w:t>لیکن جو آدمی مانگے جنت، تو اس طرح نہیں اسکیدعاقبولہوگی۔ کہاسنےمانگی اورجنتملگئی ۔</w:t>
      </w:r>
    </w:p>
    <w:p>
      <w:r>
        <w:rPr>
          <w:b/>
        </w:rPr>
        <w:t xml:space="preserve">[20:36] </w:t>
      </w:r>
      <w:r>
        <w:t>kabhi nahi aisa hoga.</w:t>
      </w:r>
    </w:p>
    <w:p>
      <w:pPr>
        <w:jc w:val="right"/>
      </w:pPr>
      <w:r>
        <w:t>کبھینہیںایساہوگا۔</w:t>
      </w:r>
    </w:p>
    <w:p>
      <w:r>
        <w:rPr>
          <w:b/>
        </w:rPr>
        <w:t xml:space="preserve">[20:39] </w:t>
      </w:r>
      <w:r>
        <w:t>iske liye ise is condition ko poora karna padega. ke is dua se pehle Khuda ne isko jo jannat di hai, iski jo blessing di hai, isko bharpoor taur par acknowledge karna.</w:t>
      </w:r>
    </w:p>
    <w:p>
      <w:pPr>
        <w:jc w:val="right"/>
      </w:pPr>
      <w:r>
        <w:t>اسکےلیے اسے اس کنڈیشنکوپوراکرناپڑےگا۔ کہاس دعاسےپہلے خدانے اسکوجو جنتدیہے، اس کیجو بلیسنگدیہے، اسکو بھرپور طور پراکنالجکرنا۔</w:t>
      </w:r>
    </w:p>
    <w:p>
      <w:r>
        <w:rPr>
          <w:b/>
        </w:rPr>
        <w:t xml:space="preserve">[20:58] </w:t>
      </w:r>
      <w:r>
        <w:t>jannat ka matlab yeh nahi ke aapko koi place de diya hai.</w:t>
      </w:r>
    </w:p>
    <w:p>
      <w:pPr>
        <w:jc w:val="right"/>
      </w:pPr>
      <w:r>
        <w:t>جنتکامطلبیہنہیںکہآپکو کوئی پیلسدےدیاہے۔</w:t>
      </w:r>
    </w:p>
    <w:p>
      <w:r>
        <w:rPr>
          <w:b/>
        </w:rPr>
        <w:t xml:space="preserve">[21:04] </w:t>
      </w:r>
      <w:r>
        <w:t>yeh hamara jo Khuda ne jo banaya hai, hum ko yeh bhi toh jannat hai ke hum soch sakte hain, hum bol sakte hain, hum dekh sakte hain, hum chal sakte hain.</w:t>
      </w:r>
    </w:p>
    <w:p>
      <w:pPr>
        <w:jc w:val="right"/>
      </w:pPr>
      <w:r>
        <w:t>یہہماراجو خدانےجو بنایاہے،ہمکویہبھیتوجنتیہے کہہمسوچسکتےہیں،ہمبولسکتےہیں،ہمدیکھسکتےہیں،ہمچلسکتےہیں۔</w:t>
      </w:r>
    </w:p>
    <w:p>
      <w:r>
        <w:rPr>
          <w:b/>
        </w:rPr>
        <w:t xml:space="preserve">[21:14] </w:t>
      </w:r>
      <w:r>
        <w:t>yeh kis jannat se kam hai ?</w:t>
      </w:r>
    </w:p>
    <w:p>
      <w:pPr>
        <w:jc w:val="right"/>
      </w:pPr>
      <w:r>
        <w:t>یہکسجنتسےکمہے ؟</w:t>
      </w:r>
    </w:p>
    <w:p>
      <w:r>
        <w:rPr>
          <w:b/>
        </w:rPr>
        <w:t xml:space="preserve">[21:19] </w:t>
      </w:r>
      <w:r>
        <w:t>toh hum, hamara paida hona, hamara jeena, aur dunya mein jo life support system hai, woh hamare liye Khuda ki taraf se faraham kiya jaana,</w:t>
      </w:r>
    </w:p>
    <w:p>
      <w:pPr>
        <w:jc w:val="right"/>
      </w:pPr>
      <w:r>
        <w:t>توہم ،ہمارا پیدا ہونا، ہماراجینا، اور دنیا میں جو لائفسپورٹسسٹمہے، وہ ہمارےلیے خداکیطرف سے فراہمکیا جانا،</w:t>
      </w:r>
    </w:p>
    <w:p>
      <w:r>
        <w:rPr>
          <w:b/>
        </w:rPr>
        <w:t xml:space="preserve">[21:32] </w:t>
      </w:r>
      <w:r>
        <w:t>yeh sab jannat jannat toh hai yeh. toh pre-death period mein Khuda ne jo blessing ki hai, isko jab acknowledge kar chuka ho aadmi,</w:t>
      </w:r>
    </w:p>
    <w:p>
      <w:pPr>
        <w:jc w:val="right"/>
      </w:pPr>
      <w:r>
        <w:t>یہ سب جنتیجنتتوہےیہ۔ تو پریڈیتھپیریڈمیں خدانے جو بلیسنگکیہے، اسکو جباکنالجکرچکاہو آدمی،</w:t>
      </w:r>
    </w:p>
    <w:p>
      <w:r>
        <w:rPr>
          <w:b/>
        </w:rPr>
        <w:t xml:space="preserve">[21:45] </w:t>
      </w:r>
      <w:r>
        <w:t>tab iski dua post-death period ke liye accept ki jayegi. nahi toh nahi .</w:t>
      </w:r>
    </w:p>
    <w:p>
      <w:pPr>
        <w:jc w:val="right"/>
      </w:pPr>
      <w:r>
        <w:t>تب اسکیدعا پوسٹڈیتھپیریڈکےلیے ایکسیپٹکیجائےگی۔ نہیںتونہیں ۔</w:t>
      </w:r>
    </w:p>
    <w:p>
      <w:r>
        <w:rPr>
          <w:b/>
        </w:rPr>
        <w:t xml:space="preserve">[21:54] </w:t>
      </w:r>
      <w:r>
        <w:t>isko achhi tarah samajh lijiye. kaha agar aadmi test paper mein badhana chahta hai ke aur zyada paisa ho, aur zyada mere paas property ho, aur zyada mera business badhe, toh woh apne test paper ko badhana chahta hai.</w:t>
      </w:r>
    </w:p>
    <w:p>
      <w:pPr>
        <w:jc w:val="right"/>
      </w:pPr>
      <w:r>
        <w:t>اسکواچھیطرحسمجھلیجیے۔ کہاگرآدمی ٹیسٹ پیپرمیں بڑھاناچاہتاہے کہاورزیادہ پیسہہو،اورزیادہ میرےپاس پراپرٹیہو ، اورزیادہ میرابزنسبڑھے،تو وہ اپنے ٹیسٹ پیپر کوبڑھاناچاہتاہے۔</w:t>
      </w:r>
    </w:p>
    <w:p>
      <w:r>
        <w:rPr>
          <w:b/>
        </w:rPr>
        <w:t xml:space="preserve">[22:11] </w:t>
      </w:r>
      <w:r>
        <w:t>woh toh Khuda keh dega, theek hai, mang raha hai jo isko de do . jo mang raha hai woh de do isko.</w:t>
      </w:r>
    </w:p>
    <w:p>
      <w:pPr>
        <w:jc w:val="right"/>
      </w:pPr>
      <w:r>
        <w:t>وہتوخداکہہدےگا،ٹھیکہے، مانگرہاہےجواسکودےدو ۔ جو مانگرہاہےوہدےدواسکو۔</w:t>
      </w:r>
    </w:p>
    <w:p>
      <w:r>
        <w:rPr>
          <w:b/>
        </w:rPr>
        <w:t xml:space="preserve">[22:20] </w:t>
      </w:r>
      <w:r>
        <w:t>beta beti mang raha hai woh bhi de do.</w:t>
      </w:r>
    </w:p>
    <w:p>
      <w:pPr>
        <w:jc w:val="right"/>
      </w:pPr>
      <w:r>
        <w:t>بیٹا بیٹیمانگرہاہےوہبھیدےدو۔</w:t>
      </w:r>
    </w:p>
    <w:p>
      <w:r>
        <w:rPr>
          <w:b/>
        </w:rPr>
        <w:t xml:space="preserve">[22:24] </w:t>
      </w:r>
      <w:r>
        <w:t>lekin jab woh mangega post-death period mein Khuda ka jo sabse bada inaam hai, jannat paradise, woh kabhi bhi is tarah se nahi diya jayega.</w:t>
      </w:r>
    </w:p>
    <w:p>
      <w:pPr>
        <w:jc w:val="right"/>
      </w:pPr>
      <w:r>
        <w:t>لیکن جب وہ مانگےگا پوسٹ ڈیتھپیریڈمیں خداکا جو سبسےبڑاانعامہے، جن تیاپیراڈائز، وہ کبھیبھیاسطرحسےنہیںدیاجائےگا۔</w:t>
      </w:r>
    </w:p>
    <w:p>
      <w:r>
        <w:rPr>
          <w:b/>
        </w:rPr>
        <w:t xml:space="preserve">[22:39] </w:t>
      </w:r>
      <w:r>
        <w:t>ke ek dua yaad karke hum padh rahe hain aur jannat mil gayi hai. jaise ek dua hai, Allahumma inna nas'alukal jannata wa na'oozubika minan nar.</w:t>
      </w:r>
    </w:p>
    <w:p>
      <w:pPr>
        <w:jc w:val="right"/>
      </w:pPr>
      <w:r>
        <w:t>کہ ایک دعا یادکرکےہمپڑھرہےہیںاور جنتملگئیہے۔ جیسےایکدعاہے، اللہ م ان ا نسل کالجنہ ون عوذبکمن النار ۔</w:t>
      </w:r>
    </w:p>
    <w:p>
      <w:r>
        <w:rPr>
          <w:b/>
        </w:rPr>
        <w:t xml:space="preserve">[22:52] </w:t>
      </w:r>
      <w:r>
        <w:t>bahut achhi dua hai. Allahumma inna nas'alukal jannata wa na'oozubika minan nar. aye Khuda hum tujh se jannat mangte hain.</w:t>
      </w:r>
    </w:p>
    <w:p>
      <w:pPr>
        <w:jc w:val="right"/>
      </w:pPr>
      <w:r>
        <w:t>بہت اچھیدعاہے۔ اللہ م انا نسل کالجنہ ون عوذبکمن النار ۔ اےخدا ہم تجھسے جن تمانگتےہیں۔</w:t>
      </w:r>
    </w:p>
    <w:p>
      <w:r>
        <w:rPr>
          <w:b/>
        </w:rPr>
        <w:t xml:space="preserve">[23:07] </w:t>
      </w:r>
      <w:r>
        <w:t>aur tujh se health se panah mangte hain. agar yeh dua aadmi kar raha hai sirf lip service ke taur par, lip service ke taur par toh woh kabhi qubool nahi hogi.</w:t>
      </w:r>
    </w:p>
    <w:p>
      <w:pPr>
        <w:jc w:val="right"/>
      </w:pPr>
      <w:r>
        <w:t>اور تجھسے ہیلتھسے پناہمانگتےہیں۔ اگر یہ دعا آدمیکررہاہے صرف لپسروسکےطورپر ،لپسروسکےطورپرتووہکبھیقبولنہیںہوگی۔</w:t>
      </w:r>
    </w:p>
    <w:p>
      <w:r>
        <w:rPr>
          <w:b/>
        </w:rPr>
        <w:t xml:space="preserve">[23:23] </w:t>
      </w:r>
      <w:r>
        <w:t>lekin agar is dua se pehle Khuda ne jo isko blessing di thi, de rakhi hai, isko bharpoor taur par isne acknowledge kiya hai, tab zaroor qubool hogi.</w:t>
      </w:r>
    </w:p>
    <w:p>
      <w:pPr>
        <w:jc w:val="right"/>
      </w:pPr>
      <w:r>
        <w:t>لیکن اگر اس دعاسےپہلے خدانےجواسکو بلیسنگدیتھی، دےرکھیہے، اسکو بھرپورطورپراسنےاکنالجکیاہے، تب ضرورقبولہوگی۔</w:t>
      </w:r>
    </w:p>
    <w:p>
      <w:r>
        <w:rPr>
          <w:b/>
        </w:rPr>
        <w:t xml:space="preserve">[23:36] </w:t>
      </w:r>
      <w:r>
        <w:t>tab woh zaroor qubool hogi.</w:t>
      </w:r>
    </w:p>
    <w:p>
      <w:pPr>
        <w:jc w:val="right"/>
      </w:pPr>
      <w:r>
        <w:t>تبوہضرورقبولہوگی۔</w:t>
      </w:r>
    </w:p>
    <w:p>
      <w:r>
        <w:rPr>
          <w:b/>
        </w:rPr>
        <w:t xml:space="preserve">[23:40] </w:t>
      </w:r>
      <w:r>
        <w:t>to woh jo ayat mein ne parhi ke, ilayhi yas ad al qalb al tayyib wal amal al salih yarfa, to hum is good words and good deeds, lift them up.</w:t>
      </w:r>
    </w:p>
    <w:p>
      <w:pPr>
        <w:jc w:val="right"/>
      </w:pPr>
      <w:r>
        <w:t>تووہجو آیتمیںنےپڑھیکہ ،الیہیسعد القلب الطیب والع مل الصالح یرفع، ٹوہم اسن گڈورڈز اینڈ گڈ ڈیڈز ،لفٹ دیم اپ۔</w:t>
      </w:r>
    </w:p>
    <w:p>
      <w:r>
        <w:rPr>
          <w:b/>
        </w:rPr>
        <w:t xml:space="preserve">[24:03] </w:t>
      </w:r>
      <w:r>
        <w:t>to jab aap dua kar rahe hon to us ke mutabiq amal chahiye.</w:t>
      </w:r>
    </w:p>
    <w:p>
      <w:pPr>
        <w:jc w:val="right"/>
      </w:pPr>
      <w:r>
        <w:t>توجب آپ دعاکررہےہوںتواسکےمطابق عمل چاہیے۔</w:t>
      </w:r>
    </w:p>
    <w:p>
      <w:r>
        <w:rPr>
          <w:b/>
        </w:rPr>
        <w:t xml:space="preserve">[24:08] </w:t>
      </w:r>
      <w:r>
        <w:t>jab dua ke mutabiq amal hoga to woh amal ko booster ka kaam karega. Upar le jayega. Ab mein aap ko</w:t>
      </w:r>
    </w:p>
    <w:p>
      <w:pPr>
        <w:jc w:val="right"/>
      </w:pPr>
      <w:r>
        <w:t>جب دعاکےمط ابق عمل ہوگا تو وہعمل کوہے بوسٹرکاکامکرےگا۔ اوپرلےجائےگا۔ ابمیںآپکو</w:t>
      </w:r>
    </w:p>
    <w:p>
      <w:r>
        <w:rPr>
          <w:b/>
        </w:rPr>
        <w:t xml:space="preserve">[24:22] </w:t>
      </w:r>
      <w:r>
        <w:t>do ek waqea arz karunga jis se ke meri baat jo hai aur zyada wazeh hoti hai.</w:t>
      </w:r>
    </w:p>
    <w:p>
      <w:pPr>
        <w:jc w:val="right"/>
      </w:pPr>
      <w:r>
        <w:t>دوایکواقع ہعرضکروںگاجسسےکہ میریباتجوہےاور زیادہ واضحہوتیہے۔</w:t>
      </w:r>
    </w:p>
    <w:p>
      <w:r>
        <w:rPr>
          <w:b/>
        </w:rPr>
        <w:t xml:space="preserve">[24:33] </w:t>
      </w:r>
      <w:r>
        <w:t>kuch waqea aap ko mein hadith se</w:t>
      </w:r>
    </w:p>
    <w:p>
      <w:pPr>
        <w:jc w:val="right"/>
      </w:pPr>
      <w:r>
        <w:t>کچھ واقع ہآپ کو میں حدیثسے</w:t>
      </w:r>
    </w:p>
    <w:p>
      <w:r>
        <w:rPr>
          <w:b/>
        </w:rPr>
        <w:t xml:space="preserve">[24:36] </w:t>
      </w:r>
      <w:r>
        <w:t>sunauga. Is se pehle mein ek waqea arz karna chahta hoon jo dua ka hai us ko batane ke liye. Mein samajhta hoon ke ek bohat hi acha waqea mujhe maloom hua jab mein Rampur mein tha us waqt. Yeh sacha waqea hai.</w:t>
      </w:r>
    </w:p>
    <w:p>
      <w:pPr>
        <w:jc w:val="right"/>
      </w:pPr>
      <w:r>
        <w:t>سناؤںگا۔ اسسےپہلے میںایکواقعہعرضکرناچاہتاہوںجو دعاکیا ہے اسکو بت انےکےلیے۔ میںسمجھتاہوںکہ ایکبہت ہیاچھا واقعہمجھےمعلومہوا جبمیںرامپورمیںتھااسوقت ۔یہسچاواقع ہہے۔</w:t>
      </w:r>
    </w:p>
    <w:p>
      <w:r>
        <w:rPr>
          <w:b/>
        </w:rPr>
        <w:t xml:space="preserve">[24:53] </w:t>
      </w:r>
      <w:r>
        <w:t>to wahan par aisa tha ke ek school teacher the, un ka ek beta tha.</w:t>
      </w:r>
    </w:p>
    <w:p>
      <w:pPr>
        <w:jc w:val="right"/>
      </w:pPr>
      <w:r>
        <w:t>تو وہاںپرایساتھا کہ ایک اسکول ٹیچرتھے، انکاایکبیٹاتھا۔</w:t>
      </w:r>
    </w:p>
    <w:p>
      <w:r>
        <w:rPr>
          <w:b/>
        </w:rPr>
        <w:t xml:space="preserve">[25:03] </w:t>
      </w:r>
      <w:r>
        <w:t>wo beta chahta tha ek bicycle. Apne baap se kaha ke mujhe ek bicycle khareed de dijiye.</w:t>
      </w:r>
    </w:p>
    <w:p>
      <w:pPr>
        <w:jc w:val="right"/>
      </w:pPr>
      <w:r>
        <w:t>وہ بیٹا چاہتاتھاایک بائیسکل ۔ اپنے باپسےکہاکہمجھےایکبائیسکل خریددےدیجیے۔</w:t>
      </w:r>
    </w:p>
    <w:p>
      <w:r>
        <w:rPr>
          <w:b/>
        </w:rPr>
        <w:t xml:space="preserve">[25:14] </w:t>
      </w:r>
      <w:r>
        <w:t>ek bicycle mujhe khareed dijiye. To baap school teacher tha, us ke paas itni income nahi thi. Us ne kaha ke bhai mere paas bas ka nahi hai bicycle khareedne ka.</w:t>
      </w:r>
    </w:p>
    <w:p>
      <w:pPr>
        <w:jc w:val="right"/>
      </w:pPr>
      <w:r>
        <w:t>ایکبائیسکلمجھےخریددیجیے۔ تو باپ اسکولٹیچرتھا، اسکےپاس اتنیان کمنہیںتھی۔ اسنےکہاکہبھائیمیرےپاسبسکانہیںہےبائیسکلخریدنےکا۔</w:t>
      </w:r>
    </w:p>
    <w:p>
      <w:r>
        <w:rPr>
          <w:b/>
        </w:rPr>
        <w:t xml:space="preserve">[25:27] </w:t>
      </w:r>
      <w:r>
        <w:t>ghar ka jo roz ka kaam hai wohi poora ho raha hai, ho jaye wohi bohat bari baat hai.</w:t>
      </w:r>
    </w:p>
    <w:p>
      <w:pPr>
        <w:jc w:val="right"/>
      </w:pPr>
      <w:r>
        <w:t>گھرکاجو روز کاکامہےوہیپوراہورہاہے، ہوجائے وہیبہتبڑیباتہے۔</w:t>
      </w:r>
    </w:p>
    <w:p>
      <w:r>
        <w:rPr>
          <w:b/>
        </w:rPr>
        <w:t xml:space="preserve">[25:33] </w:t>
      </w:r>
      <w:r>
        <w:t>lekin wo beta jo tha woh bicycle ka bohat chahta tha. To bar bar kehta raha. Ek din bete ne bohat zyada insist kiya.</w:t>
      </w:r>
    </w:p>
    <w:p>
      <w:pPr>
        <w:jc w:val="right"/>
      </w:pPr>
      <w:r>
        <w:t>لیکن وہ بیٹا جوتھاوہبائیسکلکابہت چاہتاتھا۔ تو باربارکہتارہا۔ ایکدن بیٹےنے بہت زیادہ انسسٹکیا۔</w:t>
      </w:r>
    </w:p>
    <w:p>
      <w:r>
        <w:rPr>
          <w:b/>
        </w:rPr>
        <w:t xml:space="preserve">[25:49] </w:t>
      </w:r>
      <w:r>
        <w:t>aur baap ne idhar baap ko ghussa aa gaya ke dekh ab se tum ko kai baar mein keh chuka hoon ke mujhe bicycle nahi lena hai, mere bas mein nahi hai.</w:t>
      </w:r>
    </w:p>
    <w:p>
      <w:pPr>
        <w:jc w:val="right"/>
      </w:pPr>
      <w:r>
        <w:t>اورباپنے ادھرباپغصہآگیا کہدیکھوابسے تم کوکئیبار میں کہہچکاہوںکہ مج ھےبائیسکلنہیںلیناہے، میرےبسمیںنہیںہے۔</w:t>
      </w:r>
    </w:p>
    <w:p>
      <w:r>
        <w:rPr>
          <w:b/>
        </w:rPr>
        <w:t xml:space="preserve">[26:02] </w:t>
      </w:r>
      <w:r>
        <w:t>to ab agar tum ne kaha bicycle ke liye to mein tum ko marunga. Yeh kaha us ne. Jab yeh kaha us ne to beta rone laga.</w:t>
      </w:r>
    </w:p>
    <w:p>
      <w:pPr>
        <w:jc w:val="right"/>
      </w:pPr>
      <w:r>
        <w:t>تو اباگر تم نےکہابائیسکلکےلیےتومیںتمکو ماروںگا۔ یہکہااسنے ۔ جب یہکہااسنےتوبیٹا رونےلگا۔</w:t>
      </w:r>
    </w:p>
    <w:p>
      <w:r>
        <w:rPr>
          <w:b/>
        </w:rPr>
        <w:t xml:space="preserve">[26:15] </w:t>
      </w:r>
      <w:r>
        <w:t>phir ro kar us ne kaha bete ne ke aap hi woh hamare baap hain. Aap se na kahein to kis se kahein?</w:t>
      </w:r>
    </w:p>
    <w:p>
      <w:pPr>
        <w:jc w:val="right"/>
      </w:pPr>
      <w:r>
        <w:t>پھرروکراسنےکہا بیٹےنے کہ آپ ہیتوہمارےباپہیں۔ آپ سے نہکہیںتوکسسےکہیں؟</w:t>
      </w:r>
    </w:p>
    <w:p>
      <w:r>
        <w:rPr>
          <w:b/>
        </w:rPr>
        <w:t xml:space="preserve">[26:30] </w:t>
      </w:r>
      <w:r>
        <w:t>yani beta ro raha tha aur yeh keh raha tha ke aap hi woh hamare baap hain. Aap se na kahein to kis se kahein?</w:t>
      </w:r>
    </w:p>
    <w:p>
      <w:pPr>
        <w:jc w:val="right"/>
      </w:pPr>
      <w:r>
        <w:t>یعنیبیٹا رورہاتھااوریہکہہرہاتھا کہ آپ ہیتوہمارے باپہیں۔ آپسے نہکہیںتوکسسےکہیں؟</w:t>
      </w:r>
    </w:p>
    <w:p>
      <w:r>
        <w:rPr>
          <w:b/>
        </w:rPr>
        <w:t xml:space="preserve">[26:41] </w:t>
      </w:r>
      <w:r>
        <w:t>jab baap ne yeh suna to woh naram pad gaya. Achanak naram pad gaya woh.</w:t>
      </w:r>
    </w:p>
    <w:p>
      <w:pPr>
        <w:jc w:val="right"/>
      </w:pPr>
      <w:r>
        <w:t>جب باپنےیہسنا تو وہنرمپڑگیا۔ اچانکنرمپڑگیا وہ۔</w:t>
      </w:r>
    </w:p>
    <w:p>
      <w:r>
        <w:rPr>
          <w:b/>
        </w:rPr>
        <w:t xml:space="preserve">[26:53] </w:t>
      </w:r>
      <w:r>
        <w:t>chand second us ne socha. Ab baap phir rone laga.</w:t>
      </w:r>
    </w:p>
    <w:p>
      <w:pPr>
        <w:jc w:val="right"/>
      </w:pPr>
      <w:r>
        <w:t>چند سیکنڈاسنےسوچا۔ ابباپبھیرونےلگا۔</w:t>
      </w:r>
    </w:p>
    <w:p>
      <w:r>
        <w:rPr>
          <w:b/>
        </w:rPr>
        <w:t xml:space="preserve">[27:00] </w:t>
      </w:r>
      <w:r>
        <w:t>aur phir us ne kaha kaha acha theek hai. Mein tumhein bicycle khareed dunga. Aur us ke baad us ne kahin se paise ka intezam karke aur bicycle ke liye khareed di.</w:t>
      </w:r>
    </w:p>
    <w:p>
      <w:pPr>
        <w:jc w:val="right"/>
      </w:pPr>
      <w:r>
        <w:t>اورپھراسنےکہاکہاچھاٹھیکہے۔ میں تمہیں بائیسکلخریدکردوںگا۔ اور اسکےبعد اسنے کہیںسے پیسےکاانتظامکرکے اوربائیسکل کےلیے خریددی ۔</w:t>
      </w:r>
    </w:p>
    <w:p>
      <w:r>
        <w:rPr>
          <w:b/>
        </w:rPr>
        <w:t xml:space="preserve">[27:17] </w:t>
      </w:r>
      <w:r>
        <w:t>is dua ko mein ne socha ke is waqea ko mein ne socha ke kiya wajah hai ke baap jo pehle razi nahi tha aur phir razi ho gaya.</w:t>
      </w:r>
    </w:p>
    <w:p>
      <w:pPr>
        <w:jc w:val="right"/>
      </w:pPr>
      <w:r>
        <w:t>اسدعاکومیںنےسوچاکہ اساس واقعےکومیںنےسوچاکہکیاوجہ ہےکہباپجو پہلے راضینہیںتھا اورپھرراضیہوگیا۔</w:t>
      </w:r>
    </w:p>
    <w:p>
      <w:r>
        <w:rPr>
          <w:b/>
        </w:rPr>
        <w:t xml:space="preserve">[27:27] </w:t>
      </w:r>
      <w:r>
        <w:t>to meri samajh mein aya ke jab bete ne yeh keh diya ke aap hi woh hamare baap hain. Aap se na kahein to kis se kahein?</w:t>
      </w:r>
    </w:p>
    <w:p>
      <w:pPr>
        <w:jc w:val="right"/>
      </w:pPr>
      <w:r>
        <w:t>تومیریسمجھمیںآیاکہ جب بیٹےنےیہکہہدیا کہآپہیتوہمارےباپہیں۔ آپ سےنہکہیںتوکسسےکہیں؟</w:t>
      </w:r>
    </w:p>
    <w:p>
      <w:r>
        <w:rPr>
          <w:b/>
        </w:rPr>
        <w:t xml:space="preserve">[27:38] </w:t>
      </w:r>
      <w:r>
        <w:t>to us ne us ke fatherhood ko challenge kar diya.</w:t>
      </w:r>
    </w:p>
    <w:p>
      <w:pPr>
        <w:jc w:val="right"/>
      </w:pPr>
      <w:r>
        <w:t>تو اسنے اسکے فادر ہڈکوچیلنجکردیا۔</w:t>
      </w:r>
    </w:p>
    <w:p>
      <w:r>
        <w:rPr>
          <w:b/>
        </w:rPr>
        <w:t xml:space="preserve">[27:45] </w:t>
      </w:r>
      <w:r>
        <w:t>bete ne us ki fatherhood ko challenge kar diya.</w:t>
      </w:r>
    </w:p>
    <w:p>
      <w:pPr>
        <w:jc w:val="right"/>
      </w:pPr>
      <w:r>
        <w:t>بیٹےنے اسکی فادرہڈکوچیلنجکردیا۔</w:t>
      </w:r>
    </w:p>
    <w:p>
      <w:r>
        <w:rPr>
          <w:b/>
        </w:rPr>
        <w:t xml:space="preserve">[27:58] </w:t>
      </w:r>
      <w:r>
        <w:t>to hadith mein aata hai ke</w:t>
      </w:r>
    </w:p>
    <w:p>
      <w:pPr>
        <w:jc w:val="right"/>
      </w:pPr>
      <w:r>
        <w:t>تو حدیثمیںآتاہےکہ</w:t>
      </w:r>
    </w:p>
    <w:p>
      <w:r>
        <w:rPr>
          <w:b/>
        </w:rPr>
        <w:t xml:space="preserve">[28:09] </w:t>
      </w:r>
      <w:r>
        <w:t>kuch aise log hain jin ke baal bikhre hue hain. Yeh kapdon par gard padi hui hai.</w:t>
      </w:r>
    </w:p>
    <w:p>
      <w:pPr>
        <w:jc w:val="right"/>
      </w:pPr>
      <w:r>
        <w:t>کچھایسےلوگ ہیں جن کے بال بکھرےہوئےہیں۔ یہ کپڑوںپر گرد پڑیہوئیہے۔</w:t>
      </w:r>
    </w:p>
    <w:p>
      <w:r>
        <w:rPr>
          <w:b/>
        </w:rPr>
        <w:t xml:space="preserve">[28:22] </w:t>
      </w:r>
      <w:r>
        <w:t>un logon ke haan un ko dawat par bulaya nahi jata.</w:t>
      </w:r>
    </w:p>
    <w:p>
      <w:pPr>
        <w:jc w:val="right"/>
      </w:pPr>
      <w:r>
        <w:t>انلوگوںکےہاںانکودعوتپربلایانہیںجاتا ۔</w:t>
      </w:r>
    </w:p>
    <w:p>
      <w:r>
        <w:rPr>
          <w:b/>
        </w:rPr>
        <w:t xml:space="preserve">[28:26] </w:t>
      </w:r>
      <w:r>
        <w:t>koi apne darwaze par baitha ho, koi kuch chahiye nahi pilata.</w:t>
      </w:r>
    </w:p>
    <w:p>
      <w:pPr>
        <w:jc w:val="right"/>
      </w:pPr>
      <w:r>
        <w:t>کوئی اپنےدروازےپربیٹھاہو،کوئیکچھچائےنہیںپلاتا۔</w:t>
      </w:r>
    </w:p>
    <w:p>
      <w:r>
        <w:rPr>
          <w:b/>
        </w:rPr>
        <w:t xml:space="preserve">[28:35] </w:t>
      </w:r>
      <w:r>
        <w:t>agar woh khuda par qasam kha lein to khuda unki qasam poori karta hai. Yani woh keh dein ke khuda main tum par qasam dilata hoon tum ko. Tujh ko yeh karna padega.</w:t>
      </w:r>
    </w:p>
    <w:p>
      <w:pPr>
        <w:jc w:val="right"/>
      </w:pPr>
      <w:r>
        <w:t>اگر وہخداپرقسم کھالیں تو خداانکیقسم پوراکرتاہے۔ یعنیوہکہہدیںکہخدامیںتمپرقسم دلاتاہوںتم کو۔تجھکویہکرناپڑےگا۔</w:t>
      </w:r>
    </w:p>
    <w:p>
      <w:r>
        <w:rPr>
          <w:b/>
        </w:rPr>
        <w:t xml:space="preserve">[28:50] </w:t>
      </w:r>
      <w:r>
        <w:t>khuda tujh ko teri khudaai ki qasam, tujh ko aisa karna padega.</w:t>
      </w:r>
    </w:p>
    <w:p>
      <w:pPr>
        <w:jc w:val="right"/>
      </w:pPr>
      <w:r>
        <w:t>خدا تجھکوتیریخدائیکیقسم ،تجھکوایساکرناپڑےگا۔</w:t>
      </w:r>
    </w:p>
    <w:p>
      <w:r>
        <w:rPr>
          <w:b/>
        </w:rPr>
        <w:t xml:space="preserve">[28:55] </w:t>
      </w:r>
      <w:r>
        <w:t>to khuda poora kar deta hai. To yeh main samajhta hoon ke wohi cheez hai ke jis tarah se is bete ne jab kaha to usne uske fatherhood ko challenge kar diya.</w:t>
      </w:r>
    </w:p>
    <w:p>
      <w:pPr>
        <w:jc w:val="right"/>
      </w:pPr>
      <w:r>
        <w:t>توخداپوراکردیتاہے۔ تویہ میںسمجھتاہوںکہوہیچیزہے کہجس طرحسے اسبیٹےنے جب کہا تواسنےاسکے فادرہڈکوچیلنجکردیا۔</w:t>
      </w:r>
    </w:p>
    <w:p>
      <w:r>
        <w:rPr>
          <w:b/>
        </w:rPr>
        <w:t xml:space="preserve">[29:11] </w:t>
      </w:r>
      <w:r>
        <w:t>isi tarah jo aadmi, yeh aam aadmi ki baat nahi hai, yeh us aadmi ki baat hai jo khuda ne itna dedicate kiya ho.</w:t>
      </w:r>
    </w:p>
    <w:p>
      <w:pPr>
        <w:jc w:val="right"/>
      </w:pPr>
      <w:r>
        <w:t>اسیطرح جوآدمی، یہ عام آدمیکیباتنہیں ہے،یہ اسآدمیکیباتہے جو خدانےاتنے ڈیڈیکیٹکیاہو۔</w:t>
      </w:r>
    </w:p>
    <w:p>
      <w:r>
        <w:rPr>
          <w:b/>
        </w:rPr>
        <w:t xml:space="preserve">[29:22] </w:t>
      </w:r>
      <w:r>
        <w:t>khuda main itna zyada gum ho gaya hoon.</w:t>
      </w:r>
    </w:p>
    <w:p>
      <w:pPr>
        <w:jc w:val="right"/>
      </w:pPr>
      <w:r>
        <w:t>خدا میںاتنازیادہگمہوگیاہو۔</w:t>
      </w:r>
    </w:p>
    <w:p>
      <w:r>
        <w:rPr>
          <w:b/>
        </w:rPr>
        <w:t xml:space="preserve">[29:24] </w:t>
      </w:r>
      <w:r>
        <w:t>yeh jo keh rahe hain ke baal bikhre hue hain, kapdon par gard padi hui hai. Logon ke haan iska koi pooch nahi hai. Iska matlab kya hai ?</w:t>
      </w:r>
    </w:p>
    <w:p>
      <w:pPr>
        <w:jc w:val="right"/>
      </w:pPr>
      <w:r>
        <w:t>یہجوکہہرہےہیںکہبالبکھرےہوئےہیں، کپڑوںپرگرد پڑیہوئیہے۔ لوگوںکےہاںاسکاکوئیپوچھنہیںہے۔ اسکامطلبکیاہے ؟</w:t>
      </w:r>
    </w:p>
    <w:p>
      <w:r>
        <w:rPr>
          <w:b/>
        </w:rPr>
        <w:t xml:space="preserve">[29:35] </w:t>
      </w:r>
      <w:r>
        <w:t>yani khuda main itna zyada woh gum ho chuka hai. Apne ko khuda main itna zyada dedicate kar diya hai ke iska yeh haal ho gaya hai.</w:t>
      </w:r>
    </w:p>
    <w:p>
      <w:pPr>
        <w:jc w:val="right"/>
      </w:pPr>
      <w:r>
        <w:t>یعنیخدامیں اتنازیادہ وہ گمہوچکاہے۔ اپنے کوخدامیںاتنازیادہڈیڈیکیٹکردیاہے کہاسکایہحالہوگیاہے۔</w:t>
      </w:r>
    </w:p>
    <w:p>
      <w:r>
        <w:rPr>
          <w:b/>
        </w:rPr>
        <w:t xml:space="preserve">[29:46] </w:t>
      </w:r>
      <w:r>
        <w:t>to agar woh aisa bol de, aisa insaan,</w:t>
      </w:r>
    </w:p>
    <w:p>
      <w:pPr>
        <w:jc w:val="right"/>
      </w:pPr>
      <w:r>
        <w:t>تواگر وہایسابول دے، ایسا انسان،</w:t>
      </w:r>
    </w:p>
    <w:p>
      <w:r>
        <w:rPr>
          <w:b/>
        </w:rPr>
        <w:t xml:space="preserve">[29:54] </w:t>
      </w:r>
      <w:r>
        <w:t>to wahan par khuda uski dua ko poora kar deta hai.</w:t>
      </w:r>
    </w:p>
    <w:p>
      <w:pPr>
        <w:jc w:val="right"/>
      </w:pPr>
      <w:r>
        <w:t>تو وہاںپر خدا اسکیدعاکوپوراکردیتاہے۔</w:t>
      </w:r>
    </w:p>
    <w:p>
      <w:r>
        <w:rPr>
          <w:b/>
        </w:rPr>
        <w:t xml:space="preserve">[30:03] </w:t>
      </w:r>
      <w:r>
        <w:t>to kya keh yeh keh kar usne khuda ki khudaai ko challenge kar diya.</w:t>
      </w:r>
    </w:p>
    <w:p>
      <w:pPr>
        <w:jc w:val="right"/>
      </w:pPr>
      <w:r>
        <w:t>تو کیا کہیہکہہکراسنےخداکیخدائیکوچیلنجکردیا۔</w:t>
      </w:r>
    </w:p>
    <w:p>
      <w:r>
        <w:rPr>
          <w:b/>
        </w:rPr>
        <w:t xml:space="preserve">[30:11] </w:t>
      </w:r>
      <w:r>
        <w:t>khuda ki khudaai ko challenge kar diya usne.</w:t>
      </w:r>
    </w:p>
    <w:p>
      <w:pPr>
        <w:jc w:val="right"/>
      </w:pPr>
      <w:r>
        <w:t>خداکیخدائیکوچیلنجکردیا اسنے۔</w:t>
      </w:r>
    </w:p>
    <w:p>
      <w:r>
        <w:rPr>
          <w:b/>
        </w:rPr>
        <w:t xml:space="preserve">[30:18] </w:t>
      </w:r>
      <w:r>
        <w:t>yeh yeh ek aisa darja hai jisko aam insaan, aam insaan samajh nahi sakta. Aam insaan isko samajh nahi sakta. Fiqh ki zabaan mein aap samajh nahi sakte isko aap .</w:t>
      </w:r>
    </w:p>
    <w:p>
      <w:pPr>
        <w:jc w:val="right"/>
      </w:pPr>
      <w:r>
        <w:t>یہ یہ ایکایسادرج ہہے جسکوعامان سان،عامانسان سمجھنہیںسکتا۔ عام انسان اسکوسمجھنہیںسکتا۔ فقہکیزبان میںآپسمجھنہیںسکتےاسکوآپ ۔</w:t>
      </w:r>
    </w:p>
    <w:p>
      <w:r>
        <w:rPr>
          <w:b/>
        </w:rPr>
        <w:t xml:space="preserve">[30:32] </w:t>
      </w:r>
      <w:r>
        <w:t>yani ek ek deewane aadmi jab yeh keh de ke khuda to kaisa khuda hai, agar tu aisa na kare to fiqah keh gaye to kaafir ho gaya.</w:t>
      </w:r>
    </w:p>
    <w:p>
      <w:pPr>
        <w:jc w:val="right"/>
      </w:pPr>
      <w:r>
        <w:t>یعنیایک ایک دیوانہآدمیجبیہکہہدےکہخداتوکیساخداہے، اگر توایسانہکرے تو فقیہکہہگئےتوکافرہوگیا۔</w:t>
      </w:r>
    </w:p>
    <w:p>
      <w:r>
        <w:rPr>
          <w:b/>
        </w:rPr>
        <w:t xml:space="preserve">[30:42] </w:t>
      </w:r>
      <w:r>
        <w:t>fiqah keh gaye to kaafir ho gaya.</w:t>
      </w:r>
    </w:p>
    <w:p>
      <w:pPr>
        <w:jc w:val="right"/>
      </w:pPr>
      <w:r>
        <w:t>فقیہکہہگئےتوکافرہوگیا۔</w:t>
      </w:r>
    </w:p>
    <w:p>
      <w:r>
        <w:rPr>
          <w:b/>
        </w:rPr>
        <w:t xml:space="preserve">[30:47] </w:t>
      </w:r>
      <w:r>
        <w:t>lekin woh woh darja hota hai jabke khuda uski dua ko poora kar deta hai.</w:t>
      </w:r>
    </w:p>
    <w:p>
      <w:pPr>
        <w:jc w:val="right"/>
      </w:pPr>
      <w:r>
        <w:t>لیکن وہ وہ درجہہوتاہےجبکہخدااسکیدعاکوپوراکردیتاہے۔</w:t>
      </w:r>
    </w:p>
    <w:p>
      <w:r>
        <w:rPr>
          <w:b/>
        </w:rPr>
        <w:t xml:space="preserve">[30:55] </w:t>
      </w:r>
      <w:r>
        <w:t>jaise ek baaz kahaniyan hoti hain lekin woh behad achhi state karti hain kisi cheez ko . Jaise yeh yahudiyon ke haan jo Talmud hai, Talmud ek bahut bada daftar hai, bahut ismein qisse kahaniyan hain.</w:t>
      </w:r>
    </w:p>
    <w:p>
      <w:pPr>
        <w:jc w:val="right"/>
      </w:pPr>
      <w:r>
        <w:t>جیسےایک بعض کہانیاںہوتیہیںلیکن وہ بہتاچھی سٹیٹکرتیہیںکسی چیزکو ۔ جیسے یہ ودیوںکےہاںجو تالمودہے، تالمود ایکبہت بڑا دفترہے،بہت اسمیں قصےکہانیاںہیں۔</w:t>
      </w:r>
    </w:p>
    <w:p>
      <w:r>
        <w:rPr>
          <w:b/>
        </w:rPr>
        <w:t xml:space="preserve">[31:11] </w:t>
      </w:r>
      <w:r>
        <w:t>ismein ek kahani aati hai ke Musa ek martaba kahin chal rahe the to unhone dekha ke ek gadariya hai, bhed bakri chara raha tha wahan.</w:t>
      </w:r>
    </w:p>
    <w:p>
      <w:pPr>
        <w:jc w:val="right"/>
      </w:pPr>
      <w:r>
        <w:t>اسمیںایککہانیآتیہے کہ موسی ٰ ایک مرتبہکہیںچلرہےتھے توانہوںنےدیکھاکہایکگڈیریاہے، بھیڑبکریچرارہاتھاوہاں۔</w:t>
      </w:r>
    </w:p>
    <w:p>
      <w:r>
        <w:rPr>
          <w:b/>
        </w:rPr>
        <w:t xml:space="preserve">[31:23] </w:t>
      </w:r>
      <w:r>
        <w:t>to gadariya wohahan baitha hua, peed ke neeche, uski bhed bakri wahan par hai. To woh keh raha hai ke ab jahil aadmi bilkul, padha likha tha nahi, woh intelligent bhi nahi hoga shayad,</w:t>
      </w:r>
    </w:p>
    <w:p>
      <w:pPr>
        <w:jc w:val="right"/>
      </w:pPr>
      <w:r>
        <w:t>تو گڈیریاوہاںبیٹھاہوا ،پیڑکےنیچے،اسکیبھیڑ بکریوہاںپرہے۔ تو وہکہہرہاہےکہ ابجاہلآدمیبالکل ،پڑھالکھاتھانہیں،وہ انٹیلیجنٹبھینہیںہوگاشاید،</w:t>
      </w:r>
    </w:p>
    <w:p>
      <w:r>
        <w:rPr>
          <w:b/>
        </w:rPr>
        <w:t xml:space="preserve">[31:39] </w:t>
      </w:r>
      <w:r>
        <w:t>woh kehta hai ke khuda ya agar tu mujh ko milta</w:t>
      </w:r>
    </w:p>
    <w:p>
      <w:pPr>
        <w:jc w:val="right"/>
      </w:pPr>
      <w:r>
        <w:t>وہکہتاہےکہ خدایا اگر تو مجھکو ملتا</w:t>
      </w:r>
    </w:p>
    <w:p>
      <w:r>
        <w:rPr>
          <w:b/>
        </w:rPr>
        <w:t xml:space="preserve">[31:49] </w:t>
      </w:r>
      <w:r>
        <w:t>to main tera paon dabata.</w:t>
      </w:r>
    </w:p>
    <w:p>
      <w:pPr>
        <w:jc w:val="right"/>
      </w:pPr>
      <w:r>
        <w:t>تو میں تیراپاؤںدباتا۔</w:t>
      </w:r>
    </w:p>
    <w:p>
      <w:r>
        <w:rPr>
          <w:b/>
        </w:rPr>
        <w:t xml:space="preserve">[31:54] </w:t>
      </w:r>
      <w:r>
        <w:t>agar tu mujh ko milta to main tera sar dabata.</w:t>
      </w:r>
    </w:p>
    <w:p>
      <w:pPr>
        <w:jc w:val="right"/>
      </w:pPr>
      <w:r>
        <w:t>اگر تو مجھکو ملتاتومیںتیراسردباتا۔</w:t>
      </w:r>
    </w:p>
    <w:p>
      <w:r>
        <w:rPr>
          <w:b/>
        </w:rPr>
        <w:t xml:space="preserve">[32:00] </w:t>
      </w:r>
      <w:r>
        <w:t>is tarah ki baatein bol raha tha woh. To Musa ne, Musa ne usko, to khuda ne, Musa ne kaha ke tum kya kar rahe ho ?</w:t>
      </w:r>
    </w:p>
    <w:p>
      <w:pPr>
        <w:jc w:val="right"/>
      </w:pPr>
      <w:r>
        <w:t>اسطرحکیباتیںبولرہاتھاوہ۔ تو موسیٰنے،موسیٰنےاسکو، توخدا نے،موسیٰنےکہاکہتمکیاکررہےہو ؟</w:t>
      </w:r>
    </w:p>
    <w:p>
      <w:r>
        <w:rPr>
          <w:b/>
        </w:rPr>
        <w:t xml:space="preserve">[32:08] </w:t>
      </w:r>
      <w:r>
        <w:t>yeh to badtameezi ki baatein hain. Tum khuda ka paon dabao ge, khuda ka sar dabao ge ?</w:t>
      </w:r>
    </w:p>
    <w:p>
      <w:pPr>
        <w:jc w:val="right"/>
      </w:pPr>
      <w:r>
        <w:t>یہتوبدتمیزیکیباتیںہیں۔ تم خداکاپاؤںدباؤگے،خداکاسردباؤگے؟</w:t>
      </w:r>
    </w:p>
    <w:p>
      <w:r>
        <w:rPr>
          <w:b/>
        </w:rPr>
        <w:t xml:space="preserve">[32:17] </w:t>
      </w:r>
      <w:r>
        <w:t>to khuda ne kaha ke Musa tumne galat kiya.</w:t>
      </w:r>
    </w:p>
    <w:p>
      <w:pPr>
        <w:jc w:val="right"/>
      </w:pPr>
      <w:r>
        <w:t>تو خدانےکہاکہموسیٰ تمنےغلطکیا۔</w:t>
      </w:r>
    </w:p>
    <w:p>
      <w:r>
        <w:rPr>
          <w:b/>
        </w:rPr>
        <w:t xml:space="preserve">[32:23] </w:t>
      </w:r>
      <w:r>
        <w:t>iske paas yeh yeh hai, iske sochne ka framework yeh hai. apne framework ke saath, ailaan se woh jo ke har raha tha woh theek ke har raha tha. isko kehne do, mat isko roko.</w:t>
      </w:r>
    </w:p>
    <w:p>
      <w:pPr>
        <w:jc w:val="right"/>
      </w:pPr>
      <w:r>
        <w:t>اسکےپاس یہیہے، اسکے سوچنےکافریمورکیہیہے۔ اپنے فریمورککےساتھ ،اعلانسےوہجوکہہرہاتھاوہٹھیککہہرہاتھا۔ اسکو کہنےدو، مت اسکوروکو۔</w:t>
      </w:r>
    </w:p>
    <w:p>
      <w:r>
        <w:rPr>
          <w:b/>
        </w:rPr>
        <w:t xml:space="preserve">[32:40] </w:t>
      </w:r>
      <w:r>
        <w:t>to yeh kuch baatein aisi hoti hain jisko aap fiqah ki zabaan mein naap nahi, naap nahi sakte. woh na fatwa laga denge iske upar.</w:t>
      </w:r>
    </w:p>
    <w:p>
      <w:pPr>
        <w:jc w:val="right"/>
      </w:pPr>
      <w:r>
        <w:t>تویہ کچھباتیںایسیہوتیہیںجسکوآپ فقہکیزبان میں ناپنہیں،ناپنہیںسکتے۔ وہنہفتویٰلگادیںگےاسکےاوپر ۔</w:t>
      </w:r>
    </w:p>
    <w:p>
      <w:r>
        <w:rPr>
          <w:b/>
        </w:rPr>
        <w:t xml:space="preserve">[32:51] </w:t>
      </w:r>
      <w:r>
        <w:t>to har haal yeh to ek kahani ki baat thi. lekin hadees mein kuch waqeaat aaye hain jo sachche waqeaat hain.</w:t>
      </w:r>
    </w:p>
    <w:p>
      <w:pPr>
        <w:jc w:val="right"/>
      </w:pPr>
      <w:r>
        <w:t>توبہرحال یہتو ایک کہانیکیباتتھی۔ لیکن حدیثمیں کچھ واقع اتآئےہیں جوسچےواقع اتہیں۔</w:t>
      </w:r>
    </w:p>
    <w:p>
      <w:r>
        <w:rPr>
          <w:b/>
        </w:rPr>
        <w:t xml:space="preserve">[33:02] </w:t>
      </w:r>
      <w:r>
        <w:t>aur jin mein hamare liye bari naseehat hai.</w:t>
      </w:r>
    </w:p>
    <w:p>
      <w:pPr>
        <w:jc w:val="right"/>
      </w:pPr>
      <w:r>
        <w:t>اورجنمیںہمارےلیے بڑینصیحتہے۔</w:t>
      </w:r>
    </w:p>
    <w:p>
      <w:r>
        <w:rPr>
          <w:b/>
        </w:rPr>
        <w:t xml:space="preserve">[33:09] </w:t>
      </w:r>
      <w:r>
        <w:t>misalan ek waqea hadees mein aata hai ke teen aadmi, pehle zamane mein jab koi sarke nahi hoti thi, aajkal ki tarah se shahar nahi hote the, aaj ki tarah se theherne ke liye hotel nahi hote the, tab ki baat hai yeh.</w:t>
      </w:r>
    </w:p>
    <w:p>
      <w:pPr>
        <w:jc w:val="right"/>
      </w:pPr>
      <w:r>
        <w:t>مثلاًایکواقع ہحدیثمیںآتاہے کہ تینآدمی، پہلے زمانےمیںجبکوئیسڑکیںنہیںہوتیتھیں، آجکل کیطرح سےشہر نہیںہوتےتھے، آجکی طرحسےٹھہرنےکےلیےہوٹلنہیںہوتےتھے،تبکیباتہےیہ۔</w:t>
      </w:r>
    </w:p>
    <w:p>
      <w:r>
        <w:rPr>
          <w:b/>
        </w:rPr>
        <w:t xml:space="preserve">[33:26] </w:t>
      </w:r>
      <w:r>
        <w:t>to teen aadmi kahin ja rahe the to raat ho gayi.</w:t>
      </w:r>
    </w:p>
    <w:p>
      <w:pPr>
        <w:jc w:val="right"/>
      </w:pPr>
      <w:r>
        <w:t>توتینآدمیکہیں جارہےتھے تو راتہوگئی ۔</w:t>
      </w:r>
    </w:p>
    <w:p>
      <w:r>
        <w:rPr>
          <w:b/>
        </w:rPr>
        <w:t xml:space="preserve">[33:33] </w:t>
      </w:r>
      <w:r>
        <w:t>to raat ke waqt woh ek ek jo isko cave kehte hain, cave kho, pahad ka kho, is mein woh theher gaye raat guzarne ke liye.</w:t>
      </w:r>
    </w:p>
    <w:p>
      <w:pPr>
        <w:jc w:val="right"/>
      </w:pPr>
      <w:r>
        <w:t>تورات کےوقت وہ ایک ایک جو اسکو کیو کہتےہیں، کیو کھو، پہاڑکاکھو، اس میں وہ ٹھہرگئےراتگزارنےکےلیے۔</w:t>
      </w:r>
    </w:p>
    <w:p>
      <w:r>
        <w:rPr>
          <w:b/>
        </w:rPr>
        <w:t xml:space="preserve">[33:48] </w:t>
      </w:r>
      <w:r>
        <w:t>aap jante hain ke mountain mein yeh jagah jagah jagah ghare hote hain, cave hote hain. to is mein woh theher gaye teeno aadmi. yahan par raat ko guzar lenge, phir jayenge subah ko.</w:t>
      </w:r>
    </w:p>
    <w:p>
      <w:pPr>
        <w:jc w:val="right"/>
      </w:pPr>
      <w:r>
        <w:t>آپجانتےہیںکہماؤنٹینمیں یہجگہجگہجگہ غارہوتےہیں، کیوہوتےہیں۔ تو اسمیں وہٹھہرگئےتینوںآدمی ۔یہاںپرراتکو گزارلیںگے،پھرجائیںگےصبحکو ۔</w:t>
      </w:r>
    </w:p>
    <w:p>
      <w:r>
        <w:rPr>
          <w:b/>
        </w:rPr>
        <w:t xml:space="preserve">[34:02] </w:t>
      </w:r>
      <w:r>
        <w:t>to landslide hua. pahadon mein aap jante hain ke landslide hota rehta hai. to landslide is tarah hua ke woh jo jo cave tha, cave ka jo mouth tha, uska jo munh tha, uska ek dam band ho gaya.</w:t>
      </w:r>
    </w:p>
    <w:p>
      <w:pPr>
        <w:jc w:val="right"/>
      </w:pPr>
      <w:r>
        <w:t>تو ل ینڈسلائیڈہوا۔ پہاڑوںمیںآپجانتےہیںکہلینڈسلائیڈہوتارہتاہے۔ تو لینڈسلائیڈاسطرحہوا کہ وہجو جو کیوتھا، کیوکاجو ماؤتھتھا،اسکاجومنہتھا،اسکاایکدمبندہوگیا۔</w:t>
      </w:r>
    </w:p>
    <w:p>
      <w:r>
        <w:rPr>
          <w:b/>
        </w:rPr>
        <w:t xml:space="preserve">[34:19] </w:t>
      </w:r>
      <w:r>
        <w:t>itna band ho gaya ke nikalne ke liye jagah nahi rahi logon ko, nahi rahi.</w:t>
      </w:r>
    </w:p>
    <w:p>
      <w:pPr>
        <w:jc w:val="right"/>
      </w:pPr>
      <w:r>
        <w:t>اتنابندہوگیا کہ نکلنےکےلیے جگہنہیںرہیلوگوںکو،نہیں رہی۔</w:t>
      </w:r>
    </w:p>
    <w:p>
      <w:r>
        <w:rPr>
          <w:b/>
        </w:rPr>
        <w:t xml:space="preserve">[34:28] </w:t>
      </w:r>
      <w:r>
        <w:t>bahut bada pathar tha, woh hata sakte nahi the. ab teeno ne kaha ke bhai ab kya karein? yeh waqea sahi hai, bahut hadees mein aaya hai.</w:t>
      </w:r>
    </w:p>
    <w:p>
      <w:pPr>
        <w:jc w:val="right"/>
      </w:pPr>
      <w:r>
        <w:t>بہت بڑاپتھرتھا،وہہٹا سکتےنہیںتھے۔ ابتینوںنےکہاکہبھئیابکیاکریں؟ یہواقع ہصحیحہے، بہت حدیث میںآیاہے۔</w:t>
      </w:r>
    </w:p>
    <w:p>
      <w:r>
        <w:rPr>
          <w:b/>
        </w:rPr>
        <w:t xml:space="preserve">[34:41] </w:t>
      </w:r>
      <w:r>
        <w:t>pehli ummaton ke zamane ke liye aaya hai ke pehle log jo the, Khuda ke bande, unke bare mein aaya hai.</w:t>
      </w:r>
    </w:p>
    <w:p>
      <w:pPr>
        <w:jc w:val="right"/>
      </w:pPr>
      <w:r>
        <w:t>پچھلیامتوںکےزمانےکےلیےآیاہےکہپچھلےلوگ جوتھے،خداکےبندے، انکےبارےمیںآیاہے۔</w:t>
      </w:r>
    </w:p>
    <w:p>
      <w:r>
        <w:rPr>
          <w:b/>
        </w:rPr>
        <w:t xml:space="preserve">[34:49] </w:t>
      </w:r>
      <w:r>
        <w:t>to yeh in logon ne socha ke hum log agar hamare paas koi amal hai, koi sachcha amal, to uska reference de kar hum dua karein.</w:t>
      </w:r>
    </w:p>
    <w:p>
      <w:pPr>
        <w:jc w:val="right"/>
      </w:pPr>
      <w:r>
        <w:t>تو یہ انلوگوںنےسوچاکہہملوگ اگر ہمارےپاس کوئیعمل ہے، کوئیسچاعمل، تو اسکا ریفرنسدےکرہمدعاکریں۔</w:t>
      </w:r>
    </w:p>
    <w:p>
      <w:r>
        <w:rPr>
          <w:b/>
        </w:rPr>
        <w:t xml:space="preserve">[35:03] </w:t>
      </w:r>
      <w:r>
        <w:t>ke Khuda ya maine aisa kiya, tere liye aisa kiya, to uska mein wasta de kar, uska reference de kar dua karta hoon ke tu is pathar ko hata de.</w:t>
      </w:r>
    </w:p>
    <w:p>
      <w:pPr>
        <w:jc w:val="right"/>
      </w:pPr>
      <w:r>
        <w:t>کہخدایا میںنےایساکیا، تیرےلیےایساکیا،تو اسکا میں واسطہدےکر، اسکاریفرنسدےکردعاکرتاہوںکہتو اس پتھرکوہٹادے۔</w:t>
      </w:r>
    </w:p>
    <w:p>
      <w:r>
        <w:rPr>
          <w:b/>
        </w:rPr>
        <w:t xml:space="preserve">[35:20] </w:t>
      </w:r>
      <w:r>
        <w:t>to ek aadmi ne dua ki. usne kaha ke Khuda ya</w:t>
      </w:r>
    </w:p>
    <w:p>
      <w:pPr>
        <w:jc w:val="right"/>
      </w:pPr>
      <w:r>
        <w:t>تو ایک آدمینے دعاکی۔ اسنےکہاکہخدایا</w:t>
      </w:r>
    </w:p>
    <w:p>
      <w:r>
        <w:rPr>
          <w:b/>
        </w:rPr>
        <w:t xml:space="preserve">[35:32] </w:t>
      </w:r>
      <w:r>
        <w:t>ek aadmi ko maine hire kiya, din bhar ka karne ke liye, mazdoor ko. to subah se shamat tak usne kaam kiya.</w:t>
      </w:r>
    </w:p>
    <w:p>
      <w:pPr>
        <w:jc w:val="right"/>
      </w:pPr>
      <w:r>
        <w:t>ایک آدمیکومیںنےہائرکیا ،دنبھرکامکرنےکےلیے،مزدورکو ۔توصبحسےشامتکاسنےکامکیا۔</w:t>
      </w:r>
    </w:p>
    <w:p>
      <w:r>
        <w:rPr>
          <w:b/>
        </w:rPr>
        <w:t xml:space="preserve">[35:42] </w:t>
      </w:r>
      <w:r>
        <w:t>ab uska kuch paisa banta tha,</w:t>
      </w:r>
    </w:p>
    <w:p>
      <w:pPr>
        <w:jc w:val="right"/>
      </w:pPr>
      <w:r>
        <w:t>اباسکاکچھپیسہبنتاتھا،</w:t>
      </w:r>
    </w:p>
    <w:p>
      <w:r>
        <w:rPr>
          <w:b/>
        </w:rPr>
        <w:t xml:space="preserve">[35:47] </w:t>
      </w:r>
      <w:r>
        <w:t>kuch dirham dinar. to sham ko woh paisa mujhe usko dena tha, lekin kisi wajah se woh chala gaya. aur phir paisa lene ke liye lauta nahi.</w:t>
      </w:r>
    </w:p>
    <w:p>
      <w:pPr>
        <w:jc w:val="right"/>
      </w:pPr>
      <w:r>
        <w:t>کچھدرہمدینار ۔تو شامکو وہ پیسہمجھےاسکودیناتھا، لیکن کسی وجہسےوہچلاگیا۔ اورپھرپیسہلینےکےلیےلوٹانہیں ۔</w:t>
      </w:r>
    </w:p>
    <w:p>
      <w:r>
        <w:rPr>
          <w:b/>
        </w:rPr>
        <w:t xml:space="preserve">[35:58] </w:t>
      </w:r>
      <w:r>
        <w:t>yeh bilkul sachcha qissa hai jo Bukhari mein aaya hai. to bahut dinon ke baad woh lauta.</w:t>
      </w:r>
    </w:p>
    <w:p>
      <w:pPr>
        <w:jc w:val="right"/>
      </w:pPr>
      <w:r>
        <w:t>یہبالکلسچاقص ہہے جو بخ اریمیںآیاہے۔ تو بہت دنوںکےبعد وہلوٹا۔</w:t>
      </w:r>
    </w:p>
    <w:p>
      <w:r>
        <w:rPr>
          <w:b/>
        </w:rPr>
        <w:t xml:space="preserve">[36:08] </w:t>
      </w:r>
      <w:r>
        <w:t>is beech mein kya hua tha?</w:t>
      </w:r>
    </w:p>
    <w:p>
      <w:pPr>
        <w:jc w:val="right"/>
      </w:pPr>
      <w:r>
        <w:t>اسبیچمیںکیاہواتھا ؟</w:t>
      </w:r>
    </w:p>
    <w:p>
      <w:r>
        <w:rPr>
          <w:b/>
        </w:rPr>
        <w:t xml:space="preserve">[36:11] </w:t>
      </w:r>
      <w:r>
        <w:t>is aadmi ne is paise ko jo uski mazdoori ka paisa tha, usse kuch bhed bakri khareed li. usne uska haan bhed bakri ka kaam kiya karta tha.</w:t>
      </w:r>
    </w:p>
    <w:p>
      <w:pPr>
        <w:jc w:val="right"/>
      </w:pPr>
      <w:r>
        <w:t>اس آدمینے اس پیسےکوجواسکیمزدوریکاپیسہتھا، اسسےکچھبھیڑبکریخریدلی۔اسنے اسکاہاںبھیڑبکریکاکامہواکرتاتھا۔</w:t>
      </w:r>
    </w:p>
    <w:p>
      <w:r>
        <w:rPr>
          <w:b/>
        </w:rPr>
        <w:t xml:space="preserve">[36:23] </w:t>
      </w:r>
      <w:r>
        <w:t>to aisa hua ke itni barkat hui, itni barkat hui, use bachche paida hue, bachche paida hue, bahut bada ek gala ban gaya.</w:t>
      </w:r>
    </w:p>
    <w:p>
      <w:pPr>
        <w:jc w:val="right"/>
      </w:pPr>
      <w:r>
        <w:t>تو ایسا ہوا کہ اتنیبرکتہوئی،اتنیبرکتہوئی، اسےبچےپیدا ہوئے،بچےپیدا ہوئے ،بہت بڑا ایک گلہبنگیا۔</w:t>
      </w:r>
    </w:p>
    <w:p>
      <w:r>
        <w:rPr>
          <w:b/>
        </w:rPr>
        <w:t xml:space="preserve">[36:34] </w:t>
      </w:r>
      <w:r>
        <w:t>horde, bahut si bhed bakri, bahut saare.</w:t>
      </w:r>
    </w:p>
    <w:p>
      <w:pPr>
        <w:jc w:val="right"/>
      </w:pPr>
      <w:r>
        <w:t>ہورڈ ،بہت سیبھیڑبکری،بہتسارے۔</w:t>
      </w:r>
    </w:p>
    <w:p>
      <w:r>
        <w:rPr>
          <w:b/>
        </w:rPr>
        <w:t xml:space="preserve">[36:38] </w:t>
      </w:r>
      <w:r>
        <w:t>us zamane mein bhed bakri jo hai, woh bahut badi wealth hoti thi, wealth.</w:t>
      </w:r>
    </w:p>
    <w:p>
      <w:pPr>
        <w:jc w:val="right"/>
      </w:pPr>
      <w:r>
        <w:t>اس زمانےمیںبھیڑبکریجوہے، وہبہتبڑیویلتھہوتیتھی،ویلتھ۔</w:t>
      </w:r>
    </w:p>
    <w:p>
      <w:r>
        <w:rPr>
          <w:b/>
        </w:rPr>
        <w:t xml:space="preserve">[36:46] </w:t>
      </w:r>
      <w:r>
        <w:t>to uska ghar aisi jagah tha ke uske ghar ke samne field thi, maidan tha.</w:t>
      </w:r>
    </w:p>
    <w:p>
      <w:pPr>
        <w:jc w:val="right"/>
      </w:pPr>
      <w:r>
        <w:t>تو اسکاگھرایسیجگہتھاکہاسکےگھرکےسامنے فیل ڈتھی، میدانتھا۔</w:t>
      </w:r>
    </w:p>
    <w:p>
      <w:r>
        <w:rPr>
          <w:b/>
        </w:rPr>
        <w:t xml:space="preserve">[36:53] </w:t>
      </w:r>
      <w:r>
        <w:t>to bohat dinon, kuch saalon ke baad woh aadmi jo hai, aaya aur kaha ke dekho mein wohi mazdoor hoon</w:t>
      </w:r>
    </w:p>
    <w:p>
      <w:pPr>
        <w:jc w:val="right"/>
      </w:pPr>
      <w:r>
        <w:t>تو بہت دنوں، کچھسالوںکےبعد وہآدمیجوہے، آیا اور کہاکہدیکھو میں وہی مزدورہوں</w:t>
      </w:r>
    </w:p>
    <w:p>
      <w:r>
        <w:rPr>
          <w:b/>
        </w:rPr>
        <w:t xml:space="preserve">[37:05] </w:t>
      </w:r>
      <w:r>
        <w:t>aur maine tumhare haan ek din kaam kiya tha, din bhar, bohat mehnat ke saath, phir mein mazdoori liye baghair chala gaya.</w:t>
      </w:r>
    </w:p>
    <w:p>
      <w:pPr>
        <w:jc w:val="right"/>
      </w:pPr>
      <w:r>
        <w:t>اور میںنےتمہارےہاںایکدنکامکیا تھا، دن بھر ،بہت محنتکےساتھ ،پھرمیں مزدوری لیے بغیرچلاگیا۔</w:t>
      </w:r>
    </w:p>
    <w:p>
      <w:r>
        <w:rPr>
          <w:b/>
        </w:rPr>
        <w:t xml:space="preserve">[37:14] </w:t>
      </w:r>
      <w:r>
        <w:t>to meri mazdoori mujhe de do, mein usi ke liye aaya hoon.</w:t>
      </w:r>
    </w:p>
    <w:p>
      <w:pPr>
        <w:jc w:val="right"/>
      </w:pPr>
      <w:r>
        <w:t>تومیریمزدوری مجھےدےدو،میںاسیکےلیےآیاہوں۔</w:t>
      </w:r>
    </w:p>
    <w:p>
      <w:r>
        <w:rPr>
          <w:b/>
        </w:rPr>
        <w:t xml:space="preserve">[37:28] </w:t>
      </w:r>
      <w:r>
        <w:t>to is aadmi ne kaha</w:t>
      </w:r>
    </w:p>
    <w:p>
      <w:pPr>
        <w:jc w:val="right"/>
      </w:pPr>
      <w:r>
        <w:t>تواسآدمینےکہا</w:t>
      </w:r>
    </w:p>
    <w:p>
      <w:r>
        <w:rPr>
          <w:b/>
        </w:rPr>
        <w:t xml:space="preserve">[37:35] </w:t>
      </w:r>
      <w:r>
        <w:t>yeh yeh jo oopar field hai, jo maidan hai, jitna bhi bhed bakri hai, sab yeh tumhari mazdoori hai, yeh tumhare wages hain, yeh sab le jao tum.</w:t>
      </w:r>
    </w:p>
    <w:p>
      <w:pPr>
        <w:jc w:val="right"/>
      </w:pPr>
      <w:r>
        <w:t>یہ یہجواوپنفیل ڈہے،جو میدانہے، جتنا بھیڑبکریہے، سب یہتمہاریمزدوریہے، یہتمہارےویجزہیں،یہ سب لےجاؤتم۔</w:t>
      </w:r>
    </w:p>
    <w:p>
      <w:r>
        <w:rPr>
          <w:b/>
        </w:rPr>
        <w:t xml:space="preserve">[37:50] </w:t>
      </w:r>
      <w:r>
        <w:t>us ne kaha ke mere saath mazaaq mat karo, mujh se jo karo,</w:t>
      </w:r>
    </w:p>
    <w:p>
      <w:pPr>
        <w:jc w:val="right"/>
      </w:pPr>
      <w:r>
        <w:t>اسنےکہاکہمیرےساتھ مذاقمتکرو،مجھسےجوکمتکرو ،</w:t>
      </w:r>
    </w:p>
    <w:p>
      <w:r>
        <w:rPr>
          <w:b/>
        </w:rPr>
        <w:t xml:space="preserve">[37:55] </w:t>
      </w:r>
      <w:r>
        <w:t>bhai meri jo mazdoori thi, wohi de do mujhe, yeh to jo kar rahe hain aap ke saara bhi bhed bakri mein utha le jaoon yahan se. us ne kaha ke nahin, yeh sab tumhare hi hain.</w:t>
      </w:r>
    </w:p>
    <w:p>
      <w:pPr>
        <w:jc w:val="right"/>
      </w:pPr>
      <w:r>
        <w:t>بھئیمیریجومزدوریتھی،وہیدےدومجھے، یہتوجوککررہےہیںآپکےسارابھیڑبکریمیںاٹھالےجاؤںیہاںسے۔ اسنےکہاکہنہیں، یہسبتمہارےہیہیں۔</w:t>
      </w:r>
    </w:p>
    <w:p>
      <w:r>
        <w:rPr>
          <w:b/>
        </w:rPr>
        <w:t xml:space="preserve">[38:08] </w:t>
      </w:r>
      <w:r>
        <w:t>kyun ke tumhare paise hi se maine kuch bhed bakri khareedi aur barhte barhte itni ho gayi ab yeh Khuda ki barkat hai, tumhara paisa hi hai jo itna zyada barh gaya, to sab le jao.</w:t>
      </w:r>
    </w:p>
    <w:p>
      <w:pPr>
        <w:jc w:val="right"/>
      </w:pPr>
      <w:r>
        <w:t>کیونکہتمہارےپیسےہی سےمیںنے کچھبھیڑبکریخریدی اور بڑھتےبڑھتےاتنیہوگئیتوابیہخداکیبرکتہے، تمہاراپیسہہیہےجواتنازیادہ بڑھگیا، تو سبلےجاؤ۔</w:t>
      </w:r>
    </w:p>
    <w:p>
      <w:r>
        <w:rPr>
          <w:b/>
        </w:rPr>
        <w:t xml:space="preserve">[38:23] </w:t>
      </w:r>
      <w:r>
        <w:t>to is aadmi ne dua mein kaha ke Khuda ya</w:t>
      </w:r>
    </w:p>
    <w:p>
      <w:pPr>
        <w:jc w:val="right"/>
      </w:pPr>
      <w:r>
        <w:t>تواسآدمینےدعامیںکہاکہخدایا</w:t>
      </w:r>
    </w:p>
    <w:p>
      <w:r>
        <w:rPr>
          <w:b/>
        </w:rPr>
        <w:t xml:space="preserve">[38:30] </w:t>
      </w:r>
      <w:r>
        <w:t>maine aisa kaha is mazdoor se. phir is mazdoor ne kiya kiya ke saara bhed bakri utha le gaya, haq haq haq kar chala gaya, le kar ke ek bhed nahin chhora is ne.</w:t>
      </w:r>
    </w:p>
    <w:p>
      <w:pPr>
        <w:jc w:val="right"/>
      </w:pPr>
      <w:r>
        <w:t>میںنےایساکہااسمزدورسے ۔پھر اسمزدورنےکیا کیا کہ سارا بھیڑبکریاٹھالےگیا،حق حقحق کرچلاگیا،لےکرکے ایکبھینہیںچھوڑااسنے۔</w:t>
      </w:r>
    </w:p>
    <w:p>
      <w:r>
        <w:rPr>
          <w:b/>
        </w:rPr>
        <w:t xml:space="preserve">[38:43] </w:t>
      </w:r>
      <w:r>
        <w:t>aur maine khushi khushi ke saath us ko de diya, maine usay mana nahin kiya kyun ke usi ke paise the, usi paise ka woh tha.</w:t>
      </w:r>
    </w:p>
    <w:p>
      <w:pPr>
        <w:jc w:val="right"/>
      </w:pPr>
      <w:r>
        <w:t>اورمیںنےخوشدلیکےساتھاسکودےدیا، میںنےاسےمنعنہیںکیا کیونکہاسیکےپیسےتھے، اسیکےپیسےکاوہتھا۔</w:t>
      </w:r>
    </w:p>
    <w:p>
      <w:r>
        <w:rPr>
          <w:b/>
        </w:rPr>
        <w:t xml:space="preserve">[38:51] </w:t>
      </w:r>
      <w:r>
        <w:t>to us ne kaha Khuda ya yeh kaam jo maine kiya, yeh tere liye kiya kyun ke mein tujh se darta tha.</w:t>
      </w:r>
    </w:p>
    <w:p>
      <w:pPr>
        <w:jc w:val="right"/>
      </w:pPr>
      <w:r>
        <w:t>تواسنےکہاخدایایہکامجومیںنےکیا، یہتیرےلیے کیا کیونکہمیں تجھسےڈرتاتھا۔</w:t>
      </w:r>
    </w:p>
    <w:p>
      <w:r>
        <w:rPr>
          <w:b/>
        </w:rPr>
        <w:t xml:space="preserve">[39:01] </w:t>
      </w:r>
      <w:r>
        <w:t>mein jaanta tha ke yeh bhed bakri isi paise ki wajah se hai, isi paise ki barkat se itna sab ho gaya hai. yeh to Khuda ya mein tujh se darta tha, is liye maine us ko saara bhed bakri de diya.</w:t>
      </w:r>
    </w:p>
    <w:p>
      <w:pPr>
        <w:jc w:val="right"/>
      </w:pPr>
      <w:r>
        <w:t>میںجانتاتھاکہیہبھیڑبکری اسیپیسےکیوجہ سےہے، اسیپیسےکیبرکتسےاتناسبہوگیاہے۔یہ تو خدایامیں تجھسےڈرتاتھا،اسلیےمیںنےاسکو سارابھیڑبکریدےدیا۔</w:t>
      </w:r>
    </w:p>
    <w:p>
      <w:r>
        <w:rPr>
          <w:b/>
        </w:rPr>
        <w:t xml:space="preserve">[39:14] </w:t>
      </w:r>
      <w:r>
        <w:t>to tu is pathar ko khiska de.</w:t>
      </w:r>
    </w:p>
    <w:p>
      <w:pPr>
        <w:jc w:val="right"/>
      </w:pPr>
      <w:r>
        <w:t>تو تو اسپتھرکوکھسکادے۔</w:t>
      </w:r>
    </w:p>
    <w:p>
      <w:r>
        <w:rPr>
          <w:b/>
        </w:rPr>
        <w:t xml:space="preserve">[39:20] </w:t>
      </w:r>
      <w:r>
        <w:t>to hadith mein aata hai ke pathar thoda sa khisak gaya, magar itna nahin khiska ke log us se paar ho jayen, itna nahin khiska.</w:t>
      </w:r>
    </w:p>
    <w:p>
      <w:pPr>
        <w:jc w:val="right"/>
      </w:pPr>
      <w:r>
        <w:t>توحدیثمیںآتاہےکہپتھرتھوڑاساکھسکگیا، مگراتنانہیں کھسکاکہلوگ اسسےپارہوجائیں، اتنانہیںکھسکا۔</w:t>
      </w:r>
    </w:p>
    <w:p>
      <w:r>
        <w:rPr>
          <w:b/>
        </w:rPr>
        <w:t xml:space="preserve">[39:32] </w:t>
      </w:r>
      <w:r>
        <w:t>phir baqi donon ne bhi duaen keen, aisi hi ek ek apne amal ko le kar ke. mein is detail mein nahin jaunga. baqi donon ne bhi isi tarah apna ek ek amal pesh kar ke dua ki ke Khuda ya yeh jo amal maine kiya tha,</w:t>
      </w:r>
    </w:p>
    <w:p>
      <w:pPr>
        <w:jc w:val="right"/>
      </w:pPr>
      <w:r>
        <w:t>پھر بقیہدونوںنےبھی دعائیںکیں، ایسی ہیایک ایک اپنےعمل کولےکرکے۔ میں اسڈیٹیلمیںنہیںجاؤںگا۔ بقیہدونوںنےبھی اسیطرح اپناایکایکعمل پیشکرکےدعاکی کہخدایہجوعمل میںنےکیاتھا،</w:t>
      </w:r>
    </w:p>
    <w:p>
      <w:r>
        <w:rPr>
          <w:b/>
        </w:rPr>
        <w:t xml:space="preserve">[39:47] </w:t>
      </w:r>
      <w:r>
        <w:t>woh tere liye kiya tha,</w:t>
      </w:r>
    </w:p>
    <w:p>
      <w:pPr>
        <w:jc w:val="right"/>
      </w:pPr>
      <w:r>
        <w:t>وہ تیرےلیےکیاتھا،</w:t>
      </w:r>
    </w:p>
    <w:p>
      <w:r>
        <w:rPr>
          <w:b/>
        </w:rPr>
        <w:t xml:space="preserve">[39:49] </w:t>
      </w:r>
      <w:r>
        <w:t>to tu is pathar ko hata de hamare raaste se. to doosre ki dua se kuch hatta, lekin abhi itna nahin hatta ke woh woh log nikal jayen us se bahar.</w:t>
      </w:r>
    </w:p>
    <w:p>
      <w:pPr>
        <w:jc w:val="right"/>
      </w:pPr>
      <w:r>
        <w:t>تو تو اسپتھرکوہٹادےہمارےراستےسے ۔ تو دوسرےکیدعاسےکچھہٹا، لیکن ابھیاتنانہیںہٹاتھاکہوہ وہلوگنکلجائیںاسسےباہر ۔</w:t>
      </w:r>
    </w:p>
    <w:p>
      <w:r>
        <w:rPr>
          <w:b/>
        </w:rPr>
        <w:t xml:space="preserve">[40:02] </w:t>
      </w:r>
      <w:r>
        <w:t>jab teesre ne dua ki, teesre ne, tab poora hatta woh aur teennon ke teennon nikal gaye woh.</w:t>
      </w:r>
    </w:p>
    <w:p>
      <w:pPr>
        <w:jc w:val="right"/>
      </w:pPr>
      <w:r>
        <w:t>جب تیسرےنےدعاکی،تیسرےنے ،تب پوراہٹگیاوہ اور تینوںکےتینوںنکلگئےوہ۔</w:t>
      </w:r>
    </w:p>
    <w:p>
      <w:r>
        <w:rPr>
          <w:b/>
        </w:rPr>
        <w:t xml:space="preserve">[40:11] </w:t>
      </w:r>
      <w:r>
        <w:t>ab is mein dekhen ke woh jo ayat hai ke amal saleh us ke upar le aata hai, good deed us ke upar le aata hai, to kiya matlab hai is ka?</w:t>
      </w:r>
    </w:p>
    <w:p>
      <w:pPr>
        <w:jc w:val="right"/>
      </w:pPr>
      <w:r>
        <w:t>اباسمیںدیکھیںکہوہجو آیتہےکہ عمل صالحاسکےاوپرلےآتاہے، گڈڈیڈاسکےاوپرلےآتاہے،توکیامطلبہےاسکا ؟</w:t>
      </w:r>
    </w:p>
    <w:p>
      <w:r>
        <w:rPr>
          <w:b/>
        </w:rPr>
        <w:t xml:space="preserve">[40:22] </w:t>
      </w:r>
      <w:r>
        <w:t>is tarah ka amal agar aap aadmi ke paas hai to woh booster ban jayega us ki dua ke liye.</w:t>
      </w:r>
    </w:p>
    <w:p>
      <w:pPr>
        <w:jc w:val="right"/>
      </w:pPr>
      <w:r>
        <w:t>اسطرحکا عمل اگر آپ آدمیکےپاسہے تو وہ بوسٹربنجائےگااسکیدعاکےلیے۔</w:t>
      </w:r>
    </w:p>
    <w:p>
      <w:r>
        <w:rPr>
          <w:b/>
        </w:rPr>
        <w:t xml:space="preserve">[40:30] </w:t>
      </w:r>
      <w:r>
        <w:t>booster</w:t>
      </w:r>
    </w:p>
    <w:p>
      <w:pPr>
        <w:jc w:val="right"/>
      </w:pPr>
      <w:r>
        <w:t>بوسٹر</w:t>
      </w:r>
    </w:p>
    <w:p>
      <w:r>
        <w:rPr>
          <w:b/>
        </w:rPr>
        <w:t xml:space="preserve">[40:34] </w:t>
      </w:r>
      <w:r>
        <w:t>tum teennon ke liye, tum teennon ne ke paas aise amal the, to jab woh us ko refer kar ke woh dua ki unhon ne, to apne booster ko shamil kar diya unhon ne is dua ke liye.</w:t>
      </w:r>
    </w:p>
    <w:p>
      <w:pPr>
        <w:jc w:val="right"/>
      </w:pPr>
      <w:r>
        <w:t>انت ینوںکےلیے، انتینوںنے کےپاس ایسےعمل تھے، توجب وہاسکو ریفر کرکےوہدعاکیانہوںنے ،تو اپنے بوسٹرکوشامل کردیا انہوںنےاسدعاکےلیے۔</w:t>
      </w:r>
    </w:p>
    <w:p>
      <w:r>
        <w:rPr>
          <w:b/>
        </w:rPr>
        <w:t xml:space="preserve">[40:47] </w:t>
      </w:r>
      <w:r>
        <w:t>to dua Khuda tak pahunch gayi aur woh pathar hatta.</w:t>
      </w:r>
    </w:p>
    <w:p>
      <w:pPr>
        <w:jc w:val="right"/>
      </w:pPr>
      <w:r>
        <w:t>تو دعاخداتکپہنچگئی اور وہ پتھرہٹگیا۔</w:t>
      </w:r>
    </w:p>
    <w:p>
      <w:r>
        <w:rPr>
          <w:b/>
        </w:rPr>
        <w:t xml:space="preserve">[40:55] </w:t>
      </w:r>
      <w:r>
        <w:t>is se aap andaza kar sakte hain ke dua jo hai, jo kaha gaya ke prayer is power, to kiya matlab hai is ka?</w:t>
      </w:r>
    </w:p>
    <w:p>
      <w:pPr>
        <w:jc w:val="right"/>
      </w:pPr>
      <w:r>
        <w:t>اسسےآپاندازہکرسکتےہیں کہ دعاجوہے، جوکہاگیا کہ پریراز پاور،توکیا مطلبہےاسکا ؟</w:t>
      </w:r>
    </w:p>
    <w:p>
      <w:r>
        <w:rPr>
          <w:b/>
        </w:rPr>
        <w:t xml:space="preserve">[41:05] </w:t>
      </w:r>
      <w:r>
        <w:t>prirazpawar ka kia matlab hai?</w:t>
      </w:r>
    </w:p>
    <w:p>
      <w:pPr>
        <w:jc w:val="right"/>
      </w:pPr>
      <w:r>
        <w:t>پریرازپاورکاکیامطلبہے ؟</w:t>
      </w:r>
    </w:p>
    <w:p>
      <w:r>
        <w:rPr>
          <w:b/>
        </w:rPr>
        <w:t xml:space="preserve">[41:12] </w:t>
      </w:r>
      <w:r>
        <w:t>iski aik aik aik historic misal mein kahunga, tareekh y misal mein kahunga ki yeh hai. is waqe mein aap dekh sakte hain jo ke sahih bukhari mein aya hai, yeh waqe ha</w:t>
      </w:r>
    </w:p>
    <w:p>
      <w:pPr>
        <w:jc w:val="right"/>
      </w:pPr>
      <w:r>
        <w:t>اسکی ایک ایک ایک ہسٹورک مثالمیںکہوںگا، تاریخ یمثالمیںکہوںگاکہیہہے۔ اس واقعےمیںآپدیکھسکتےہیںجوکہ صحیحبخ اریمیںآیاہے،یہواقع ہ</w:t>
      </w:r>
    </w:p>
    <w:p>
      <w:r>
        <w:rPr>
          <w:b/>
        </w:rPr>
        <w:t xml:space="preserve">[41:25] </w:t>
      </w:r>
      <w:r>
        <w:t>ke lambi hadith hai. aap chahein ke tafseel dekhna to aap hadith mein dekh sakte hain iski tafseel, kyunke sahih bukhari jo hai, iska urdu mein bhi hai, urdu mein bhi hai, english mein bhi hai, har zuban mein maujood hai. woh aap parh sakte hain isko. achha, ab aik aur waqe hamein arz karunga.</w:t>
      </w:r>
    </w:p>
    <w:p>
      <w:pPr>
        <w:jc w:val="right"/>
      </w:pPr>
      <w:r>
        <w:t>کہ لمبیحدیث ہے۔آپ چاہیںکہ تفصیل دیکھنا توآپحدیثمیںدیکھسکتےہیںاسکیتفصیل ،کیونکہصحیحبخاریجوہے،اسکا عرب کمیںبھیہے، ارد ومیںبھیہے، انگل شمیںبھیہے،ہرزبان میںموجود ہے۔وہ آپپڑھسکتےہیںاسکو ۔اچھا،ابایکاور واقع ہمیںعرضکروںگا۔</w:t>
      </w:r>
    </w:p>
    <w:p>
      <w:r>
        <w:rPr>
          <w:b/>
        </w:rPr>
        <w:t xml:space="preserve">[41:44] </w:t>
      </w:r>
      <w:r>
        <w:t>dekhein, yeh mere hath mein kitab hai, al-kamil fi al-tareekh.</w:t>
      </w:r>
    </w:p>
    <w:p>
      <w:pPr>
        <w:jc w:val="right"/>
      </w:pPr>
      <w:r>
        <w:t>دیکھیں،یہمیرےہاتھمیںکتاب ہے، الکامل فی التاریخ۔</w:t>
      </w:r>
    </w:p>
    <w:p>
      <w:r>
        <w:rPr>
          <w:b/>
        </w:rPr>
        <w:t xml:space="preserve">[41:53] </w:t>
      </w:r>
      <w:r>
        <w:t>al-kamil fi al-tareekh</w:t>
      </w:r>
    </w:p>
    <w:p>
      <w:pPr>
        <w:jc w:val="right"/>
      </w:pPr>
      <w:r>
        <w:t>الکاملفی التاریخ</w:t>
      </w:r>
    </w:p>
    <w:p>
      <w:r>
        <w:rPr>
          <w:b/>
        </w:rPr>
        <w:t xml:space="preserve">[41:58] </w:t>
      </w:r>
      <w:r>
        <w:t>yeh hai, al-kamil fi al-tareekh. yeh islam ki history, yani muslim history ki bohat hi authentic kitab mani jati hai.</w:t>
      </w:r>
    </w:p>
    <w:p>
      <w:pPr>
        <w:jc w:val="right"/>
      </w:pPr>
      <w:r>
        <w:t>یہہے، الکامل فی التاریخ ۔یہ اسلام ک ہسٹریکی ،یعنیمسلمہسٹریکیبہتہیاتھینٹکبکمانیجاتیہے۔</w:t>
      </w:r>
    </w:p>
    <w:p>
      <w:r>
        <w:rPr>
          <w:b/>
        </w:rPr>
        <w:t xml:space="preserve">[42:14] </w:t>
      </w:r>
      <w:r>
        <w:t>yeh al-kamil fi al-tareekh ka matlab yeh hai ke kam parh hanso book in history.</w:t>
      </w:r>
    </w:p>
    <w:p>
      <w:pPr>
        <w:jc w:val="right"/>
      </w:pPr>
      <w:r>
        <w:t>یہ الکامل فیالتاریخکامطلبیہہے کہ کم پرہینسو بک ان ہسٹری۔</w:t>
      </w:r>
    </w:p>
    <w:p>
      <w:r>
        <w:rPr>
          <w:b/>
        </w:rPr>
        <w:t xml:space="preserve">[42:25] </w:t>
      </w:r>
      <w:r>
        <w:t>yeh aik jild nahi hai, yeh bohat sari jilden iski hain. yeh mein aik jild laya hoon yahan par, iski 12 jilden hain, isi tarah se 12, 12 wali woh.</w:t>
      </w:r>
    </w:p>
    <w:p>
      <w:pPr>
        <w:jc w:val="right"/>
      </w:pPr>
      <w:r>
        <w:t>یہایکجلدنہیںہے،یہبہتساریجلدیںاسکی ہیں۔ یہ میںایک جلد لایاہوںیہاںپر ،اسکی 12جلدیںہیں،اسیطرحسے12 ،12 والی وم۔</w:t>
      </w:r>
    </w:p>
    <w:p>
      <w:r>
        <w:rPr>
          <w:b/>
        </w:rPr>
        <w:t xml:space="preserve">[42:37] </w:t>
      </w:r>
      <w:r>
        <w:t>to yeh bohat authentic mani jati hai.</w:t>
      </w:r>
    </w:p>
    <w:p>
      <w:pPr>
        <w:jc w:val="right"/>
      </w:pPr>
      <w:r>
        <w:t>تو یہ بہت اتھینٹکمانیجاتیہے۔</w:t>
      </w:r>
    </w:p>
    <w:p>
      <w:r>
        <w:rPr>
          <w:b/>
        </w:rPr>
        <w:t xml:space="preserve">[42:43] </w:t>
      </w:r>
      <w:r>
        <w:t>aur yeh iska jo author hai, is zamanay mein yeh zinda tha jab maujood tha, jab ke tatariyon ne hamla kiya tha.</w:t>
      </w:r>
    </w:p>
    <w:p>
      <w:pPr>
        <w:jc w:val="right"/>
      </w:pPr>
      <w:r>
        <w:t>اور یہ اسکاجو اتھرہے، اس زمان ےمیںیہزندہتھاجب موجود تھا، جب کہ تاتاریوںنےحملہکیاتھا۔</w:t>
      </w:r>
    </w:p>
    <w:p>
      <w:r>
        <w:rPr>
          <w:b/>
        </w:rPr>
        <w:t xml:space="preserve">[42:55] </w:t>
      </w:r>
      <w:r>
        <w:t>woh jab itna bada jo disaster, itna bada jo itni badi tragedy hui thi islam ki history mein, tatari hamla jo hua tha, uska woh ain shahid hai, uska witness hai. yeh khud dekha isne apne jism mein isko likha hai, isne iske qisse kahani.</w:t>
      </w:r>
    </w:p>
    <w:p>
      <w:pPr>
        <w:jc w:val="right"/>
      </w:pPr>
      <w:r>
        <w:t>وہ جب اتنابڑاجو ڈساسٹ، اتنابڑاجو اتنیبڑیٹریجڈیہوئیتھیاسلام کیہسٹریمیں، تاتاریحملہجوہواتھا، اسکا وہ عینیشاہدہے، اسکا وٹنس ہے۔یہخوددیکھااسنے اپنے جسمیںاسکولکھاہے،اسنےاسکے قصےکہانی۔</w:t>
      </w:r>
    </w:p>
    <w:p>
      <w:r>
        <w:rPr>
          <w:b/>
        </w:rPr>
        <w:t xml:space="preserve">[43:15] </w:t>
      </w:r>
      <w:r>
        <w:t>to behal ismein aik waqe ha hai,</w:t>
      </w:r>
    </w:p>
    <w:p>
      <w:pPr>
        <w:jc w:val="right"/>
      </w:pPr>
      <w:r>
        <w:t>تو بہرحالاسمیںایک واقع ہ ہے،</w:t>
      </w:r>
    </w:p>
    <w:p>
      <w:r>
        <w:rPr>
          <w:b/>
        </w:rPr>
        <w:t xml:space="preserve">[43:23] </w:t>
      </w:r>
      <w:r>
        <w:t>aik khalifa tha jab spain mein musalmanon ki hukumat thi. musalmanon ki hukumat sare spain mein nahi thi, spain ke two-third mein thi jis ko al-andalus kaha jata tha.</w:t>
      </w:r>
    </w:p>
    <w:p>
      <w:pPr>
        <w:jc w:val="right"/>
      </w:pPr>
      <w:r>
        <w:t>ایک خلیفہتھا جب اسپ ینمیں مسلمانوںکیحکومت تھی۔ مسلمانوںکیحکومت سارےاسپینمیںنہیںتھی، اسپینکے ٹوتھرڈمیںتھی جسکو الاندلسکہاجاتا تھا۔</w:t>
      </w:r>
    </w:p>
    <w:p>
      <w:r>
        <w:rPr>
          <w:b/>
        </w:rPr>
        <w:t xml:space="preserve">[43:36] </w:t>
      </w:r>
      <w:r>
        <w:t>andalus</w:t>
      </w:r>
    </w:p>
    <w:p>
      <w:pPr>
        <w:jc w:val="right"/>
      </w:pPr>
      <w:r>
        <w:t>اند لس</w:t>
      </w:r>
    </w:p>
    <w:p>
      <w:r>
        <w:rPr>
          <w:b/>
        </w:rPr>
        <w:t xml:space="preserve">[43:39] </w:t>
      </w:r>
      <w:r>
        <w:t>to andalus ko chhod kar jo spain ka hissa tha, woh christian log wohan rule karte the aur jo hissa musalmanon ka ke ismein tha, usko andalus kehte the.</w:t>
      </w:r>
    </w:p>
    <w:p>
      <w:pPr>
        <w:jc w:val="right"/>
      </w:pPr>
      <w:r>
        <w:t>تو اند لسکوچھوڑکرجو اسپینکاحصہتھا،وہ کرسچن لوگوہاںرولکرتے تھے اور جو حص ہ مسلمانوںکا کہ اسمیںتھا،اسکو اند لسکہتےتھے۔</w:t>
      </w:r>
    </w:p>
    <w:p>
      <w:r>
        <w:rPr>
          <w:b/>
        </w:rPr>
        <w:t xml:space="preserve">[43:52] </w:t>
      </w:r>
      <w:r>
        <w:t>to aik aik king jis ka naam tha abdul rehman al-naser, abdul rehman al-naser, iski death hui hai cordoba mein jo kehte hain cardoba.</w:t>
      </w:r>
    </w:p>
    <w:p>
      <w:pPr>
        <w:jc w:val="right"/>
      </w:pPr>
      <w:r>
        <w:t>تو ایک ایک کنگ جسکانامتھا عبدالرحمن الناصر ، عبدالرحمن الناصر، اسکیڈیتھہوئیہے قرطبہمیں جو کہتےہیں کار ڈوبہ۔</w:t>
      </w:r>
    </w:p>
    <w:p>
      <w:r>
        <w:rPr>
          <w:b/>
        </w:rPr>
        <w:t xml:space="preserve">[44:08] </w:t>
      </w:r>
      <w:r>
        <w:t>mein gaya hoon wohan par cardoba mein, bohat zabardast shehar tha, to mein ne wohan kuch cheezen dekheen. to cordoba mein yeh aadmi ki death hui hai 961 mein,</w:t>
      </w:r>
    </w:p>
    <w:p>
      <w:pPr>
        <w:jc w:val="right"/>
      </w:pPr>
      <w:r>
        <w:t>میں گیاہوںوہاںپرکارڈوبہمیں، بہت زبردستشہر تھا، تومیںنےوہاں کچھچیزیںدیکھیں۔ تو قرطبہمیں یہآدمی کی ڈیتھہوئیہے 9 6 1 میں،</w:t>
      </w:r>
    </w:p>
    <w:p>
      <w:r>
        <w:rPr>
          <w:b/>
        </w:rPr>
        <w:t xml:space="preserve">[44:27] </w:t>
      </w:r>
      <w:r>
        <w:t>ji 961 isvi, 961 isvi mein iski death hui hai cordoba mein. yeh king tha wohan par abdul rehman al-naser.</w:t>
      </w:r>
    </w:p>
    <w:p>
      <w:pPr>
        <w:jc w:val="right"/>
      </w:pPr>
      <w:r>
        <w:t>جی9 6 1 عیسوی، 9 61عیسویمیںاسکیڈیتھہوئیہےقرطبہمیں۔ یہ کنگتھاوہاںپر عبدالرحمن الناصر ۔</w:t>
      </w:r>
    </w:p>
    <w:p>
      <w:r>
        <w:rPr>
          <w:b/>
        </w:rPr>
        <w:t xml:space="preserve">[44:40] </w:t>
      </w:r>
      <w:r>
        <w:t>to is ne is zamanay mein aik bohat bada palace banaya tha, woh itna bada tha ke iska naam tha qasr al-zahra. iska naam tha sirf qasr nahi tha, sirf qasr mani palace.</w:t>
      </w:r>
    </w:p>
    <w:p>
      <w:pPr>
        <w:jc w:val="right"/>
      </w:pPr>
      <w:r>
        <w:t>تو اسنے اس زمان ےمیںایکبہت بڑا پیلسبنایاتھا، وہاتنابڑاتھاکہاسکانامتھا قصر الزہرا۔ اسکانام تھا صرفقصرنہیںتھا،صرف قصر معنیپیلس۔</w:t>
      </w:r>
    </w:p>
    <w:p>
      <w:r>
        <w:rPr>
          <w:b/>
        </w:rPr>
        <w:t xml:space="preserve">[44:53] </w:t>
      </w:r>
      <w:r>
        <w:t>urdu mein qasr ka matlab hota hai palace, lekin iska naam pada tha qasr al-zahra, yani baghon ka mahal. itna bada tha, itna bada tha, itna bada tha.</w:t>
      </w:r>
    </w:p>
    <w:p>
      <w:pPr>
        <w:jc w:val="right"/>
      </w:pPr>
      <w:r>
        <w:t>عرب کمیں قصرکامطلبہوتاہےپیلس، لیکن اسکانام پڑاتھاقصر الزہرا، یعنی باغوںکامحل۔ اتنابڑاتھا،اتنابڑاتھا،اتنابڑاتھا۔</w:t>
      </w:r>
    </w:p>
    <w:p>
      <w:r>
        <w:rPr>
          <w:b/>
        </w:rPr>
        <w:t xml:space="preserve">[45:06] </w:t>
      </w:r>
      <w:r>
        <w:t>is zamanay mein kaha jata hai ke waisa palace kisi badshah ne nahi banaya tha, is ne banaya tha.</w:t>
      </w:r>
    </w:p>
    <w:p>
      <w:pPr>
        <w:jc w:val="right"/>
      </w:pPr>
      <w:r>
        <w:t>اس زمان ےمیں کہاجاتاہےکہ ویسا پیلس کسی بادشاہنے نہیںبنایاتھا، اس نےبنایاتھا۔</w:t>
      </w:r>
    </w:p>
    <w:p>
      <w:r>
        <w:rPr>
          <w:b/>
        </w:rPr>
        <w:t xml:space="preserve">[45:15] </w:t>
      </w:r>
      <w:r>
        <w:t>to iska qissa ismein likha hai aik</w:t>
      </w:r>
    </w:p>
    <w:p>
      <w:pPr>
        <w:jc w:val="right"/>
      </w:pPr>
      <w:r>
        <w:t>تو اسکا قصہاسمیںلکھاہےایک</w:t>
      </w:r>
    </w:p>
    <w:p>
      <w:r>
        <w:rPr>
          <w:b/>
        </w:rPr>
        <w:t xml:space="preserve">[45:20] </w:t>
      </w:r>
      <w:r>
        <w:t>ke 961 mein iski death hui. to iski death se pehle wahan par aik martaba aisa hua ke sokha pada, qahat pada, yani pani ruk gaya, barish nahi ho rahi thi, bohat pareshan the log.</w:t>
      </w:r>
    </w:p>
    <w:p>
      <w:pPr>
        <w:jc w:val="right"/>
      </w:pPr>
      <w:r>
        <w:t>کہ 9 6 1میںاسکیڈیتھہوئی۔ تو اسکیڈیتھسےپہلے وہاںپرایک مرتبہایساہوا کہ سوکھاپڑا، قحطپڑا،یعنیپانیرکگیا، بارشنہیںہورہیتھی، بہت پریشانتھےلوگ ۔</w:t>
      </w:r>
    </w:p>
    <w:p>
      <w:r>
        <w:rPr>
          <w:b/>
        </w:rPr>
        <w:t xml:space="preserve">[45:39] </w:t>
      </w:r>
      <w:r>
        <w:t>to barish jabr ki hui thi aur bohat pareshan the log, to us waqt wahan par aik the qazi manzar, yani justice manzar. qazi ka matlab hota hai justice, woh oopar justice the, woh judge the.</w:t>
      </w:r>
    </w:p>
    <w:p>
      <w:pPr>
        <w:jc w:val="right"/>
      </w:pPr>
      <w:r>
        <w:t>تو بارشجبرکیہوئیتھیاوربہت پریشانتھےلوگ، تو اسوقت وہاںپرایک تھے قاضی منظر ،یعنیجسٹسمنظر۔قاضیکامطلبہوتاہےجسٹس، وہاوپرجسٹستھے،وہ ججتھے۔</w:t>
      </w:r>
    </w:p>
    <w:p>
      <w:r>
        <w:rPr>
          <w:b/>
        </w:rPr>
        <w:t xml:space="preserve">[45:55] </w:t>
      </w:r>
      <w:r>
        <w:t>to justice manzar wahan par the, yani cordoba mein.</w:t>
      </w:r>
    </w:p>
    <w:p>
      <w:pPr>
        <w:jc w:val="right"/>
      </w:pPr>
      <w:r>
        <w:t>تو جسٹس منظر وہاںپر تھے، یعنی قرطبہمیں ۔</w:t>
      </w:r>
    </w:p>
    <w:p>
      <w:r>
        <w:rPr>
          <w:b/>
        </w:rPr>
        <w:t xml:space="preserve">[46:02] </w:t>
      </w:r>
      <w:r>
        <w:t>to yeh jo king tha abdulrehman al-nasir, isne ek din apna ek aadmi bheja qazi manzar ke paas, jo bohat bade scholar thay, bohat bade buzurg aadmi thay, bohat naik aadmi thay.</w:t>
      </w:r>
    </w:p>
    <w:p>
      <w:pPr>
        <w:jc w:val="right"/>
      </w:pPr>
      <w:r>
        <w:t>تو یہجو کنگتھا عبدالرحمن الناصر ، اسنے ایکدن اپنا ایک آدمی بھیجا قاضیمنظرکےپاس ،جوبہت بڑے سکالرتھے،بہتبڑے بزرگ آدمیتھے،بہتنیکآدمیتھے۔</w:t>
      </w:r>
    </w:p>
    <w:p>
      <w:r>
        <w:rPr>
          <w:b/>
        </w:rPr>
        <w:t xml:space="preserve">[46:20] </w:t>
      </w:r>
      <w:r>
        <w:t>inke paas bheja ke jaakar inse kaho ke dua karein ke barish ho, public bohat pareshan hai, inse kaho ke dua karein.</w:t>
      </w:r>
    </w:p>
    <w:p>
      <w:pPr>
        <w:jc w:val="right"/>
      </w:pPr>
      <w:r>
        <w:t>انکےپاسبھیجا کہ جاکرانسےکہوکہ دعاکریں کہبارشہو ، پبلکبہت پریشانہے، انسےکہوکہدعاکریں۔</w:t>
      </w:r>
    </w:p>
    <w:p>
      <w:r>
        <w:rPr>
          <w:b/>
        </w:rPr>
        <w:t xml:space="preserve">[46:34] </w:t>
      </w:r>
      <w:r>
        <w:t>to yeh uska king ka aadmi jab pahuncha wahan par, king ka aadmi jab pahuncha qazi manzar ke paas, to qazi sahib jo thay, bohat hi oonche aadmi thay, unhone kaha ke</w:t>
      </w:r>
    </w:p>
    <w:p>
      <w:pPr>
        <w:jc w:val="right"/>
      </w:pPr>
      <w:r>
        <w:t>تو یہاسکا کنگکاآدمیجبپہنچاوہاںپر، کنگکاآدمیجبپہنچا قاضیمنظرکےپاس، تو قاضیصاحبجوتھے،بہت ہی اونچےآدمیتھے، انہوں نےکہاکہ</w:t>
      </w:r>
    </w:p>
    <w:p>
      <w:r>
        <w:rPr>
          <w:b/>
        </w:rPr>
        <w:t xml:space="preserve">[46:53] </w:t>
      </w:r>
      <w:r>
        <w:t>badshah ne mujhse kahwaya hai ke main dua karoon. badshah khud kya keh raha hai? woh khud kya kar raha hai?</w:t>
      </w:r>
    </w:p>
    <w:p>
      <w:pPr>
        <w:jc w:val="right"/>
      </w:pPr>
      <w:r>
        <w:t>بادشاہنے مجھسے کہلوایاہےکہمیںدعاکروں۔ بادشاہخودکیاکہہرہاہے؟ وہخود کیاکررہاہے؟</w:t>
      </w:r>
    </w:p>
    <w:p>
      <w:r>
        <w:rPr>
          <w:b/>
        </w:rPr>
        <w:t xml:space="preserve">[47:04] </w:t>
      </w:r>
      <w:r>
        <w:t>woh jo qasid tha, jo aadmi tha, usse kaha, unhone poocha ke badshah ne mujhse kahwaya hai ke main dua karoon aur badshah khud kya kar raha hai?</w:t>
      </w:r>
    </w:p>
    <w:p>
      <w:pPr>
        <w:jc w:val="right"/>
      </w:pPr>
      <w:r>
        <w:t>وہجو قاصدتھا، جو آدمیتھا، اسسے کہا،انہوںنے پوچھا کہ بادشاہنےمجھسےکہلوایاہےکہمیںدعاکروں اوربادشاہخودکیاکررہاہے؟</w:t>
      </w:r>
    </w:p>
    <w:p>
      <w:r>
        <w:rPr>
          <w:b/>
        </w:rPr>
        <w:t xml:space="preserve">[47:20] </w:t>
      </w:r>
      <w:r>
        <w:t>to is aadmi ne kaha ke aaj se zyada maine badshah ko kabhi pareshan nahi dekha.</w:t>
      </w:r>
    </w:p>
    <w:p>
      <w:pPr>
        <w:jc w:val="right"/>
      </w:pPr>
      <w:r>
        <w:t>تو اسآدمینےکہا کہ آجسےزیادہ میںنے بادشاہکو کبھی پریشاننہیںدیکھا۔</w:t>
      </w:r>
    </w:p>
    <w:p>
      <w:r>
        <w:rPr>
          <w:b/>
        </w:rPr>
        <w:t xml:space="preserve">[47:31] </w:t>
      </w:r>
      <w:r>
        <w:t>main is haal mein inko chhodkar aaya hoon ke woh takht se utar gaya, apne jo badshahi libas tha, utaar diya aur jo crown tha, crown utaar diya aur apne upar mitti mal li, mitti,</w:t>
      </w:r>
    </w:p>
    <w:p>
      <w:pPr>
        <w:jc w:val="right"/>
      </w:pPr>
      <w:r>
        <w:t>میں اسحالمیںانکوچھوڑکرآیاہوں کہ وہتختسےاترگیا، اپنے جو بادشاہیلباستھا،اتاردیا اورجو کراؤنتھا،کراؤن اتاردیا اور اپنے اوپر مٹیمللیا،مٹی،</w:t>
      </w:r>
    </w:p>
    <w:p>
      <w:r>
        <w:rPr>
          <w:b/>
        </w:rPr>
        <w:t xml:space="preserve">[47:49] </w:t>
      </w:r>
      <w:r>
        <w:t>aur zameen pe gir pada sajde mein.</w:t>
      </w:r>
    </w:p>
    <w:p>
      <w:pPr>
        <w:jc w:val="right"/>
      </w:pPr>
      <w:r>
        <w:t>اور زمین پہگر پڑا سجدےمیں۔</w:t>
      </w:r>
    </w:p>
    <w:p>
      <w:r>
        <w:rPr>
          <w:b/>
        </w:rPr>
        <w:t xml:space="preserve">[47:55] </w:t>
      </w:r>
      <w:r>
        <w:t>sajde mein gir pada</w:t>
      </w:r>
    </w:p>
    <w:p>
      <w:pPr>
        <w:jc w:val="right"/>
      </w:pPr>
      <w:r>
        <w:t>سجدےمیںگرپڑا</w:t>
      </w:r>
    </w:p>
    <w:p>
      <w:r>
        <w:rPr>
          <w:b/>
        </w:rPr>
        <w:t xml:space="preserve">[48:01] </w:t>
      </w:r>
      <w:r>
        <w:t>aur sajde mein gir kar ro raha hai, ro raha hai, ro raha hai, khuda se dua kar raha hai aur keh raha hai ke</w:t>
      </w:r>
    </w:p>
    <w:p>
      <w:pPr>
        <w:jc w:val="right"/>
      </w:pPr>
      <w:r>
        <w:t>اورسجدےمیںگرکررورہاہے،رورہاہے،رورہاہے،خداسےدعاکررہاہے اورکہہرہاہےکہ</w:t>
      </w:r>
    </w:p>
    <w:p>
      <w:r>
        <w:rPr>
          <w:b/>
        </w:rPr>
        <w:t xml:space="preserve">[48:16] </w:t>
      </w:r>
      <w:r>
        <w:t>ae khuda! kya main teri wajah se saare logon ko azab dega?</w:t>
      </w:r>
    </w:p>
    <w:p>
      <w:pPr>
        <w:jc w:val="right"/>
      </w:pPr>
      <w:r>
        <w:t>اےخدا!کیا تومیریوجہ سے سارےلوگوںکو عذابدےگا؟</w:t>
      </w:r>
    </w:p>
    <w:p>
      <w:r>
        <w:rPr>
          <w:b/>
        </w:rPr>
        <w:t xml:space="preserve">[48:24] </w:t>
      </w:r>
      <w:r>
        <w:t>main to ek ek galat aadmi hoon, lekin kya meri wajah se, kyunke woh badshah tha, woh khalifa tha, woh kya poore mulk ka numainda tha?</w:t>
      </w:r>
    </w:p>
    <w:p>
      <w:pPr>
        <w:jc w:val="right"/>
      </w:pPr>
      <w:r>
        <w:t>میں تو ایک ایک غلطآدمیہوں، لیکن کیامیریوجہسے،کیونکہوہبادشاہتھا،وہخلیفہتھا، وہ کیا پورےملککا نمائندہتھا؟</w:t>
      </w:r>
    </w:p>
    <w:p>
      <w:r>
        <w:rPr>
          <w:b/>
        </w:rPr>
        <w:t xml:space="preserve">[48:39] </w:t>
      </w:r>
      <w:r>
        <w:t>to woh keh raha tha ke khuda ya! kya meri wajah se tu logon ko museebat mein daalega? haalanke tu arham ul rahimin hai, yeh keh raha hai aur ro raha hai.</w:t>
      </w:r>
    </w:p>
    <w:p>
      <w:pPr>
        <w:jc w:val="right"/>
      </w:pPr>
      <w:r>
        <w:t>تو وہ کہہرہاتھاکہخدایا!کیا میریوجہ سےتو تولوگوںکو مصیبتمیںڈالےگا؟ حالانکہتوارحم الراحمین ہے، یہ کہہرہاہےاوررورہاہے۔</w:t>
      </w:r>
    </w:p>
    <w:p>
      <w:r>
        <w:rPr>
          <w:b/>
        </w:rPr>
        <w:t xml:space="preserve">[48:52] </w:t>
      </w:r>
      <w:r>
        <w:t>to jab yeh kaha is aadmi ne qazi manzar se,</w:t>
      </w:r>
    </w:p>
    <w:p>
      <w:pPr>
        <w:jc w:val="right"/>
      </w:pPr>
      <w:r>
        <w:t>تو جب یہ کہا اسآدمینے قاضیمنظرسے،</w:t>
      </w:r>
    </w:p>
    <w:p>
      <w:r>
        <w:rPr>
          <w:b/>
        </w:rPr>
        <w:t xml:space="preserve">[48:59] </w:t>
      </w:r>
      <w:r>
        <w:t>to qazi manzar ne kya kaha? woh bohat hi top ke aadmi thay, woh unhone kaha ke jaao, barish le kar jaao.</w:t>
      </w:r>
    </w:p>
    <w:p>
      <w:pPr>
        <w:jc w:val="right"/>
      </w:pPr>
      <w:r>
        <w:t>تو قاضیمنظرنےکیاکہا؟ وہبہت ہی ٹاپکےآدمیتھے،وہ انہوںنےکہاکہ جاؤ، بارشلےکرجاؤ۔</w:t>
      </w:r>
    </w:p>
    <w:p>
      <w:r>
        <w:rPr>
          <w:b/>
        </w:rPr>
        <w:t xml:space="preserve">[49:12] </w:t>
      </w:r>
      <w:r>
        <w:t>bohat top ke aadmi thay, woh unhone kaha ke barish le kar jaao.</w:t>
      </w:r>
    </w:p>
    <w:p>
      <w:pPr>
        <w:jc w:val="right"/>
      </w:pPr>
      <w:r>
        <w:t>بہت ٹاپکےآدمیتھے،وہ انہوںنےکہاکہبارشلےکرجاؤ۔</w:t>
      </w:r>
    </w:p>
    <w:p>
      <w:r>
        <w:rPr>
          <w:b/>
        </w:rPr>
        <w:t xml:space="preserve">[49:19] </w:t>
      </w:r>
      <w:r>
        <w:t>kyun?</w:t>
      </w:r>
    </w:p>
    <w:p>
      <w:pPr>
        <w:jc w:val="right"/>
      </w:pPr>
      <w:r>
        <w:t>کیوں ؟</w:t>
      </w:r>
    </w:p>
    <w:p>
      <w:r>
        <w:rPr>
          <w:b/>
        </w:rPr>
        <w:t xml:space="preserve">[49:22] </w:t>
      </w:r>
      <w:r>
        <w:t>us waqt jinhone kaha tha, woh is kitab mein aap dekh sakte hain: "idha khasha jabbab al-ard rahim jabbab al-sama".</w:t>
      </w:r>
    </w:p>
    <w:p>
      <w:pPr>
        <w:jc w:val="right"/>
      </w:pPr>
      <w:r>
        <w:t>اسوقتجوانہوںنےکہاتھا،وہ اسکتاب میں آپدیکھسکتےہیں: "اذا خشا جببار الارض رحم جببار السماء"۔</w:t>
      </w:r>
    </w:p>
    <w:p>
      <w:r>
        <w:rPr>
          <w:b/>
        </w:rPr>
        <w:t xml:space="preserve">[49:37] </w:t>
      </w:r>
      <w:r>
        <w:t>"idha khasha jabbab al-ard rahim jabbab al-sama".</w:t>
      </w:r>
    </w:p>
    <w:p>
      <w:pPr>
        <w:jc w:val="right"/>
      </w:pPr>
      <w:r>
        <w:t>"اذا خشاجببار الارض رحم جببار السماء"۔</w:t>
      </w:r>
    </w:p>
    <w:p>
      <w:r>
        <w:rPr>
          <w:b/>
        </w:rPr>
        <w:t xml:space="preserve">[49:45] </w:t>
      </w:r>
      <w:r>
        <w:t>iska matlab yeh hai</w:t>
      </w:r>
    </w:p>
    <w:p>
      <w:pPr>
        <w:jc w:val="right"/>
      </w:pPr>
      <w:r>
        <w:t>اسکامطلبیہہے</w:t>
      </w:r>
    </w:p>
    <w:p>
      <w:r>
        <w:rPr>
          <w:b/>
        </w:rPr>
        <w:t xml:space="preserve">[49:48] </w:t>
      </w:r>
      <w:r>
        <w:t>ke zameen ka badshah jab</w:t>
      </w:r>
    </w:p>
    <w:p>
      <w:pPr>
        <w:jc w:val="right"/>
      </w:pPr>
      <w:r>
        <w:t>کہ زمین کا بادشاہ جب</w:t>
      </w:r>
    </w:p>
    <w:p>
      <w:r>
        <w:rPr>
          <w:b/>
        </w:rPr>
        <w:t xml:space="preserve">[49:55] </w:t>
      </w:r>
      <w:r>
        <w:t>zameen ka badshah jab jhuk jaata hai</w:t>
      </w:r>
    </w:p>
    <w:p>
      <w:pPr>
        <w:jc w:val="right"/>
      </w:pPr>
      <w:r>
        <w:t>زمین کابادشاہجب جھکجاتاہے</w:t>
      </w:r>
    </w:p>
    <w:p>
      <w:r>
        <w:rPr>
          <w:b/>
        </w:rPr>
        <w:t xml:space="preserve">[50:01] </w:t>
      </w:r>
      <w:r>
        <w:t>to aasman ke badshah ko aasman ke badshah ko reham aa jaata hai.</w:t>
      </w:r>
    </w:p>
    <w:p>
      <w:pPr>
        <w:jc w:val="right"/>
      </w:pPr>
      <w:r>
        <w:t>تو آسمانکےبادشاہکو آسمانکےبادشاہکورحمآجاتاہے۔</w:t>
      </w:r>
    </w:p>
    <w:p>
      <w:r>
        <w:rPr>
          <w:b/>
        </w:rPr>
        <w:t xml:space="preserve">[50:08] </w:t>
      </w:r>
      <w:r>
        <w:t>"idha khasha jabbab al-ard rahim jabbab al-sama"</w:t>
      </w:r>
    </w:p>
    <w:p>
      <w:pPr>
        <w:jc w:val="right"/>
      </w:pPr>
      <w:r>
        <w:t>"اذا خشاجببار الارض رحم جببار السماء"</w:t>
      </w:r>
    </w:p>
    <w:p>
      <w:r>
        <w:rPr>
          <w:b/>
        </w:rPr>
        <w:t xml:space="preserve">[50:12] </w:t>
      </w:r>
      <w:r>
        <w:t>yaani zameen ke badshah jab jhuk jaaye khuda ke aage is tareeqe jaise ke woh jhuka hua hai to aasman ke badshah ko reham aa jaata hai.</w:t>
      </w:r>
    </w:p>
    <w:p>
      <w:pPr>
        <w:jc w:val="right"/>
      </w:pPr>
      <w:r>
        <w:t>یعنیزمین کےبادشاہ جب جھکجائےخداکےآگے اسطریقےجیسےکہوہجھکاہواہے تو آسمانکےبادشاہکورحمآجاتاہے۔</w:t>
      </w:r>
    </w:p>
    <w:p>
      <w:r>
        <w:rPr>
          <w:b/>
        </w:rPr>
        <w:t xml:space="preserve">[50:23] </w:t>
      </w:r>
      <w:r>
        <w:t>chunanche aise hua ke woh aadmi mehlatak jab loota</w:t>
      </w:r>
    </w:p>
    <w:p>
      <w:pPr>
        <w:jc w:val="right"/>
      </w:pPr>
      <w:r>
        <w:t>چنانچہایسےہوا کہوہآدمی محلتکجبلو ٹا</w:t>
      </w:r>
    </w:p>
    <w:p>
      <w:r>
        <w:rPr>
          <w:b/>
        </w:rPr>
        <w:t xml:space="preserve">[50:30] </w:t>
      </w:r>
      <w:r>
        <w:t>to baarish shuru ho chuki thi,</w:t>
      </w:r>
    </w:p>
    <w:p>
      <w:pPr>
        <w:jc w:val="right"/>
      </w:pPr>
      <w:r>
        <w:t>تو بارششروعہوچکیتھی،</w:t>
      </w:r>
    </w:p>
    <w:p>
      <w:r>
        <w:rPr>
          <w:b/>
        </w:rPr>
        <w:t xml:space="preserve">[50:35] </w:t>
      </w:r>
      <w:r>
        <w:t>baarish shuru ho chuki thi.</w:t>
      </w:r>
    </w:p>
    <w:p>
      <w:pPr>
        <w:jc w:val="right"/>
      </w:pPr>
      <w:r>
        <w:t>بارششروعہوچکیتھی۔</w:t>
      </w:r>
    </w:p>
    <w:p>
      <w:r>
        <w:rPr>
          <w:b/>
        </w:rPr>
        <w:t xml:space="preserve">[50:40] </w:t>
      </w:r>
      <w:r>
        <w:t>maine bhi yeh karishma dua ke zariye baarish ka karishma maine khud bhi dekha hai jab hum padhte the madras e mein, ghaliban 1940 ki baat hai, 1940 ki baat hai, 1940 ki baat hai.</w:t>
      </w:r>
    </w:p>
    <w:p>
      <w:pPr>
        <w:jc w:val="right"/>
      </w:pPr>
      <w:r>
        <w:t>میںنےبھی یہ کرشمہ دعاکےذریعےبارشکاکرشمہمیںنےخودبھیدیکھاہے جبہمپڑھتےتھے مدرس ےمیں، غالباً19 40کیباتہے، 1940کیباتہے، 1940کیباتہے۔</w:t>
      </w:r>
    </w:p>
    <w:p>
      <w:r>
        <w:rPr>
          <w:b/>
        </w:rPr>
        <w:t xml:space="preserve">[50:55] </w:t>
      </w:r>
      <w:r>
        <w:t>to bahut qahat pada, sokha pada, baarish ruk gayi, woh bahut pareshan the. To main is zamane mein padhta tha madras e mein</w:t>
      </w:r>
    </w:p>
    <w:p>
      <w:pPr>
        <w:jc w:val="right"/>
      </w:pPr>
      <w:r>
        <w:t>تو بہت قحطپڑا،سوکھاپڑا،بارشرکگئی، وہبہت پریشانتھے۔ تو میںاسزمانےمیںپڑھتاتھامدرس ےمیں</w:t>
      </w:r>
    </w:p>
    <w:p>
      <w:r>
        <w:rPr>
          <w:b/>
        </w:rPr>
        <w:t xml:space="preserve">[51:06] </w:t>
      </w:r>
      <w:r>
        <w:t>to yeh hua ke istisqa ki namaz padhi jaye. Istisqa ki namaz maidan mein padhi jati thi, khuli masjid mein nahi padhi jati.</w:t>
      </w:r>
    </w:p>
    <w:p>
      <w:pPr>
        <w:jc w:val="right"/>
      </w:pPr>
      <w:r>
        <w:t>تویہہوا کہ استسقاءکینمازپڑھیجائے۔ استسقاءکینماز میدانمیںپڑھیجاتیتھی،کھلی مسجدمیںنہیںپڑھیجاتی۔</w:t>
      </w:r>
    </w:p>
    <w:p>
      <w:r>
        <w:rPr>
          <w:b/>
        </w:rPr>
        <w:t xml:space="preserve">[51:15] </w:t>
      </w:r>
      <w:r>
        <w:t>istisqa ki namaz masjid mein nahi padhi jati, khule maidan mein padhi jati hai. To wahan hamare madras e se kuch do kilometer shayad jagah fasla hoga, do kilometer ke fasle par ek jagah thi bina para, wahan par ek bahut khula maidan tha.</w:t>
      </w:r>
    </w:p>
    <w:p>
      <w:pPr>
        <w:jc w:val="right"/>
      </w:pPr>
      <w:r>
        <w:t>استسقاءکینمازمسجدمیںنہیںپڑھیجاتی،کھلےمیدان میں پڑھیجاتیہے۔ تو وہاں ہمارے مدرس ےسے کچھ دوکلومی ٹر شایدجگہفاصلہہوگا، دو کلومیٹرکےفاصلےپرایکجگہتھی بیناپار ہ، وہاںپر ایکبہت کھلا میدانتھا۔</w:t>
      </w:r>
    </w:p>
    <w:p>
      <w:r>
        <w:rPr>
          <w:b/>
        </w:rPr>
        <w:t xml:space="preserve">[51:34] </w:t>
      </w:r>
      <w:r>
        <w:t>to hum madras e ke log wahan gaye, gaon ke log wahan aaye aur ek wahan kafi log ikhatta hue. To mere ustad the Maulana Saeed Ahmed Nadvi, ek sahib the, woh bahut hi naik aadmi the,</w:t>
      </w:r>
    </w:p>
    <w:p>
      <w:pPr>
        <w:jc w:val="right"/>
      </w:pPr>
      <w:r>
        <w:t>توہممدرس ےکےلوگوہاںگئے،گاؤںکےلوگوہاںآئے اور ایک وہاںکافی لوگ اکٹھاہوئے۔ تومیرےاستاد تھے مول انا سعیداحمد ندوی، ایکصاحبتھے، وہبہتہی نیکآدمیتھے،</w:t>
      </w:r>
    </w:p>
    <w:p>
      <w:r>
        <w:rPr>
          <w:b/>
        </w:rPr>
        <w:t xml:space="preserve">[51:51] </w:t>
      </w:r>
      <w:r>
        <w:t>waisa naik aadmi shayad kam dekha ho maine. Maulana Saeed Ahmed Nadvi mujh e mujhko hadith inse maine hadith padhi hai,</w:t>
      </w:r>
    </w:p>
    <w:p>
      <w:pPr>
        <w:jc w:val="right"/>
      </w:pPr>
      <w:r>
        <w:t>ویسانیکآدمیشاید کم دیکھاہومیںنے۔ مول اناسعیداحمد ندوی مجھ ےمجھکوحدیث انسےمیںنےحدیثپڑھیہے،</w:t>
      </w:r>
    </w:p>
    <w:p>
      <w:r>
        <w:rPr>
          <w:b/>
        </w:rPr>
        <w:t xml:space="preserve">[52:04] </w:t>
      </w:r>
      <w:r>
        <w:t>woh hadith ke ustad the hamare madras e mein. Kabhi maine unko kuch kisi se ghasp karte hue, paan khate hue, idhar khade idhar khade nahi dekha.</w:t>
      </w:r>
    </w:p>
    <w:p>
      <w:pPr>
        <w:jc w:val="right"/>
      </w:pPr>
      <w:r>
        <w:t>وہحدیثکےاستادتھےہمارےمدرس ےمیں۔کبھیمیںنےانکوکچھکسی سے گاسپکرتے ہوئے، پان کھاتےہوئے، ادھرکھڑےادھرکھڑےنہیںدیکھا۔</w:t>
      </w:r>
    </w:p>
    <w:p>
      <w:r>
        <w:rPr>
          <w:b/>
        </w:rPr>
        <w:t xml:space="preserve">[52:13] </w:t>
      </w:r>
      <w:r>
        <w:t>apne kamre mein rehte the, kitabon ka study karte the aur class bhaag ke padha dete the, bas namaz padhte the. Bahut hi naik aadmi the.</w:t>
      </w:r>
    </w:p>
    <w:p>
      <w:pPr>
        <w:jc w:val="right"/>
      </w:pPr>
      <w:r>
        <w:t>اپنے کمرےمیںرہتےتھے، کتاب وںکا اسٹڈیکرتے تھے اور کلاسبھاگکےپڑھادیتےتھے،بسنمازپڑھتےتھے۔ بہت ہی نیکآدمیتھے۔</w:t>
      </w:r>
    </w:p>
    <w:p>
      <w:r>
        <w:rPr>
          <w:b/>
        </w:rPr>
        <w:t xml:space="preserve">[52:23] </w:t>
      </w:r>
      <w:r>
        <w:t>to hum sab log wahan gaye aur unhone namaz padhai Maulana Saeed sahib ne.</w:t>
      </w:r>
    </w:p>
    <w:p>
      <w:pPr>
        <w:jc w:val="right"/>
      </w:pPr>
      <w:r>
        <w:t>تو ہمسبلوگ وہاںگئے اورانہوں نےنمازپڑھائی مولاناسعیدصاحبنے۔</w:t>
      </w:r>
    </w:p>
    <w:p>
      <w:r>
        <w:rPr>
          <w:b/>
        </w:rPr>
        <w:t xml:space="preserve">[52:30] </w:t>
      </w:r>
      <w:r>
        <w:t>yeh baat hai 1940 ki ghaliban.</w:t>
      </w:r>
    </w:p>
    <w:p>
      <w:pPr>
        <w:jc w:val="right"/>
      </w:pPr>
      <w:r>
        <w:t>یہباتہے 19 40کیغالباً۔</w:t>
      </w:r>
    </w:p>
    <w:p>
      <w:r>
        <w:rPr>
          <w:b/>
        </w:rPr>
        <w:t xml:space="preserve">[52:34] </w:t>
      </w:r>
      <w:r>
        <w:t>to jab hum log gaye the madras e se to ek dam dhoop thi, bahut sakht dhoop thi, bahut zabardast dhoop thi. Aur Maulana Saeed sahib ne namaz padhai aur dua kiya.</w:t>
      </w:r>
    </w:p>
    <w:p>
      <w:pPr>
        <w:jc w:val="right"/>
      </w:pPr>
      <w:r>
        <w:t>توجبہملوگگئےتھےمدرس ےسے تو ایکدم دھوپتھی،بہت سختدھوپتھی، بہت زبردستدھوپتھی۔ اور مولاناسعیدصاحبنے نمازپڑھائی اور دعاکیا۔</w:t>
      </w:r>
    </w:p>
    <w:p>
      <w:r>
        <w:rPr>
          <w:b/>
        </w:rPr>
        <w:t xml:space="preserve">[52:53] </w:t>
      </w:r>
      <w:r>
        <w:t>to waqeatan woh kiske kiske dil se unhone dua ki hogi, Allah hi behtar janta hai. Lekin wahi waqea hua ke jab hum wahan se laute, madras e tak pahunchte pahunchte khoob baarish shuru ho gayi, yani abhi bheegte hue apne kamre mein dakhil hue.</w:t>
      </w:r>
    </w:p>
    <w:p>
      <w:pPr>
        <w:jc w:val="right"/>
      </w:pPr>
      <w:r>
        <w:t>تو واقعتاً وہ کسکیسےدلسےانہوںنےدعاکیہوگی، اللہ ہیبہترجانتاہے۔ لیکن وہی واقعہہواکہجبہموہاںسےلوٹے، مدرس ےتکپہنچتےپہنچتے خوببارششروعہوگئی، یعنیاببھیگتےہوئے اپنےکمرےمیںداخلہوئے۔</w:t>
      </w:r>
    </w:p>
    <w:p>
      <w:r>
        <w:rPr>
          <w:b/>
        </w:rPr>
        <w:t xml:space="preserve">[53:15] </w:t>
      </w:r>
      <w:r>
        <w:t>yeh wapas jab gaye the to dhoop mein gaye the, garmi mein</w:t>
      </w:r>
    </w:p>
    <w:p>
      <w:pPr>
        <w:jc w:val="right"/>
      </w:pPr>
      <w:r>
        <w:t>یہواپس جب گئےتھےتودھوپمیںگئےتھے، گرمیمیں</w:t>
      </w:r>
    </w:p>
    <w:p>
      <w:r>
        <w:rPr>
          <w:b/>
        </w:rPr>
        <w:t xml:space="preserve">[53:21] </w:t>
      </w:r>
      <w:r>
        <w:t>wapas hue to madras e mein pahunchte pahunchte khoob baarish shuru ho chuki thi aur kapde bheeg chuke the hamare jab humne madras e ke kamre mein dakhil hue hain. Hum</w:t>
      </w:r>
    </w:p>
    <w:p>
      <w:pPr>
        <w:jc w:val="right"/>
      </w:pPr>
      <w:r>
        <w:t>واپس ہوئے تو مدرس ےمیںپہنچتےپہنچتےخوببارششروعہوچکیتھی اورکپڑےبھیگچکےتھےہمارے جبہمنے مدرس ےکےکمرےمیں داخل ہوئےہیں۔ہم</w:t>
      </w:r>
    </w:p>
    <w:p>
      <w:r>
        <w:rPr>
          <w:b/>
        </w:rPr>
        <w:t xml:space="preserve">[53:34] </w:t>
      </w:r>
      <w:r>
        <w:t>yeh hai dua,</w:t>
      </w:r>
    </w:p>
    <w:p>
      <w:pPr>
        <w:jc w:val="right"/>
      </w:pPr>
      <w:r>
        <w:t>یہہے دعا،</w:t>
      </w:r>
    </w:p>
    <w:p>
      <w:r>
        <w:rPr>
          <w:b/>
        </w:rPr>
        <w:t xml:space="preserve">[53:37] </w:t>
      </w:r>
      <w:r>
        <w:t>yani dua ka karishma history mein bhi aap dekh sakte hain, apni zindagi mein bhi dekh sakte hain, khud apne aap pe aap dua ka tajurba kar sakte hain.</w:t>
      </w:r>
    </w:p>
    <w:p>
      <w:pPr>
        <w:jc w:val="right"/>
      </w:pPr>
      <w:r>
        <w:t>یعنیدعاکاکرشمہ ہسٹریمیںبھیآپدیکھسکتےہیں، اپنیزندگی میں بھیدیکھسکتےہیں، خود اپنے آپ پہ آپدعاکاتجربہکرسکتےہیں۔</w:t>
      </w:r>
    </w:p>
    <w:p>
      <w:r>
        <w:rPr>
          <w:b/>
        </w:rPr>
        <w:t xml:space="preserve">[53:50] </w:t>
      </w:r>
      <w:r>
        <w:t>kyunki Quran mein hai ke "wa idha sa'alaka ibadi anni fa inni qarib".</w:t>
      </w:r>
    </w:p>
    <w:p>
      <w:pPr>
        <w:jc w:val="right"/>
      </w:pPr>
      <w:r>
        <w:t>کیونکہقرآنمیںہےکہ" وَإِذَاأَسَاءَلَكَعِبَادِيأَنِّي فَإِنِّيقَرِيبٌ" ۔</w:t>
      </w:r>
    </w:p>
    <w:p>
      <w:r>
        <w:rPr>
          <w:b/>
        </w:rPr>
        <w:t xml:space="preserve">[54:03] </w:t>
      </w:r>
      <w:r>
        <w:t>jab mere bande mujhse poochhein to keh do ke main unse qareeb hoon, uske pukarne ki pukaar ko sunta hoon. Main</w:t>
      </w:r>
    </w:p>
    <w:p>
      <w:pPr>
        <w:jc w:val="right"/>
      </w:pPr>
      <w:r>
        <w:t>جب میرےبندےمجھسےپوچھیں تو کہہدو کہمیںانسےقریبہوں، اسکے پکارنےکیپکارکوسنتاہوں۔میں</w:t>
      </w:r>
    </w:p>
    <w:p>
      <w:r>
        <w:rPr>
          <w:b/>
        </w:rPr>
        <w:t xml:space="preserve">[54:15] </w:t>
      </w:r>
      <w:r>
        <w:t>main is par ghor kar raha tha ke qareeb hone ka matlab kya hai.</w:t>
      </w:r>
    </w:p>
    <w:p>
      <w:pPr>
        <w:jc w:val="right"/>
      </w:pPr>
      <w:r>
        <w:t>میںاسپرغورکررہاتھاکہقریبہونےکامطلبکیاہے۔</w:t>
      </w:r>
    </w:p>
    <w:p>
      <w:r>
        <w:rPr>
          <w:b/>
        </w:rPr>
        <w:t xml:space="preserve">[54:21] </w:t>
      </w:r>
      <w:r>
        <w:t>yeh jo hai ke "ani qarib", main iske qareeb hoon, kya matlab kya hai ?</w:t>
      </w:r>
    </w:p>
    <w:p>
      <w:pPr>
        <w:jc w:val="right"/>
      </w:pPr>
      <w:r>
        <w:t>یہجوہے کہ "انی قریب "،میں اسکےقریبہوں، کیا مطلبکیاہے ؟</w:t>
      </w:r>
    </w:p>
    <w:p>
      <w:r>
        <w:rPr>
          <w:b/>
        </w:rPr>
        <w:t xml:space="preserve">[54:30] </w:t>
      </w:r>
      <w:r>
        <w:t>main samajhta hoon ke yeh baat kahi gayi hai Khuda ki taraf se, lekin woh haqeeqat mein woh bande ki taraf se hai. Khuda to qareeb hai hi, Khuda to har waqt qareeb hai, woh daku ke bhi paas hai, woh sabke paas hai.</w:t>
      </w:r>
    </w:p>
    <w:p>
      <w:pPr>
        <w:jc w:val="right"/>
      </w:pPr>
      <w:r>
        <w:t>میںسمجھتاہوںکہیہبات کہیگئیہےخداکیطرف سے ،لیکن وہحقیقتمیں وہبندےکیطرفسےہے۔ خداتوقریبہےہی، خداتوہروقتقریبہے،وہ ڈاکوکےبھی پاسہے، وہ سبکےپاسہے۔</w:t>
      </w:r>
    </w:p>
    <w:p>
      <w:r>
        <w:rPr>
          <w:b/>
        </w:rPr>
        <w:t xml:space="preserve">[54:45] </w:t>
      </w:r>
      <w:r>
        <w:t>Khuda to already paas hi paas sabke hai. Yahan kyun kaha gaya ke main qareeb hoon ?</w:t>
      </w:r>
    </w:p>
    <w:p>
      <w:pPr>
        <w:jc w:val="right"/>
      </w:pPr>
      <w:r>
        <w:t>خداتو الریڈیپاسہیپاسسبکےہے۔ یہاںکیوںکہاگیاکہمیںقریبہوں ؟</w:t>
      </w:r>
    </w:p>
    <w:p>
      <w:r>
        <w:rPr>
          <w:b/>
        </w:rPr>
        <w:t xml:space="preserve">[54:52] </w:t>
      </w:r>
      <w:r>
        <w:t>to kaha gaya hai khuda ki taraf se, lekin asal mein yeh bande ki taraf se hai. yani jo banda apne aap ko</w:t>
      </w:r>
    </w:p>
    <w:p>
      <w:pPr>
        <w:jc w:val="right"/>
      </w:pPr>
      <w:r>
        <w:t>تو کہاگیاہے خداکیطرف سے ،لیکن اصلمیںیہبندےکیطرفسے ہے۔ یعنیجوبندہ اپنےآپکو</w:t>
      </w:r>
    </w:p>
    <w:p>
      <w:r>
        <w:rPr>
          <w:b/>
        </w:rPr>
        <w:t xml:space="preserve">[55:05] </w:t>
      </w:r>
      <w:r>
        <w:t>aise aisa amal karta hai, banda aisa ke woh woh us waqt bilkul khuda ke qareeb pahunch jata hai. jaise ke badshah ka waqia maine bataya ke us waqt badshah khuda ke qareeb pahunch chuka tha.</w:t>
      </w:r>
    </w:p>
    <w:p>
      <w:pPr>
        <w:jc w:val="right"/>
      </w:pPr>
      <w:r>
        <w:t>ایسے ایسا عمل کرتاہے،بندہایسا کہوہ وہ اسوقت بالکلخداکےقریبپہنچجاتاہے۔ جیسےکہ بادشاہکاواقعہمیںنےبتایا کہاسوقت بادشاہخداکےقریبپہنچچکاتھا۔</w:t>
      </w:r>
    </w:p>
    <w:p>
      <w:r>
        <w:rPr>
          <w:b/>
        </w:rPr>
        <w:t xml:space="preserve">[55:20] </w:t>
      </w:r>
      <w:r>
        <w:t>is liye mujh se jo nikla to barish ban gaya. woh aise hi Maulana Saeed sahib, main samajhta hoon ke us waqt woh khuda ke qareeb pahunch chuke thay. jo dua unhon ne likhi, woh us waqt woh hone laga. waise hi to yeh jo kaha gaya ke "ani qareeb" ke main qareeb hoon,</w:t>
      </w:r>
    </w:p>
    <w:p>
      <w:pPr>
        <w:jc w:val="right"/>
      </w:pPr>
      <w:r>
        <w:t>اسلیےمجھسےجونکلا تو بارشبنگیا۔ وہ ایسےہیمولاناسعیدصاحب،میںسمجھتاہوںکہاسوقت وہ خداکےقریبپہنچچکےتھے۔ جو دعاانہوںنےلکھی،وہ اسیوقت وہ ہونے لگا۔ویسےہی تویہجو کہاگیاکہ"انیقریب" کہمیںقریب ہوں،</w:t>
      </w:r>
    </w:p>
    <w:p>
      <w:r>
        <w:rPr>
          <w:b/>
        </w:rPr>
        <w:t xml:space="preserve">[55:41] </w:t>
      </w:r>
      <w:r>
        <w:t>iska matlab yeh hai ke tum mere paas pahunch sakte ho agar chaho to.</w:t>
      </w:r>
    </w:p>
    <w:p>
      <w:pPr>
        <w:jc w:val="right"/>
      </w:pPr>
      <w:r>
        <w:t>اسکامطلبیہہےکہتم میرے پاسپہنچسکتےہو اگر چاہوتو۔</w:t>
      </w:r>
    </w:p>
    <w:p>
      <w:r>
        <w:rPr>
          <w:b/>
        </w:rPr>
        <w:t xml:space="preserve">[55:50] </w:t>
      </w:r>
      <w:r>
        <w:t>kyun ke khuda to qareeb hai hi, already sab ke paas hai. woh insaan ko bataya gaya ke main itna zyada tumhare liye meherban hoon</w:t>
      </w:r>
    </w:p>
    <w:p>
      <w:pPr>
        <w:jc w:val="right"/>
      </w:pPr>
      <w:r>
        <w:t>کیونکہخداتوقریبہےہی،الریڈی سبکےپاسہے۔وہ انسان کوبتایاگیا کہمیں اتنازیادہ تمہارےلیے مہربانہوں</w:t>
      </w:r>
    </w:p>
    <w:p>
      <w:r>
        <w:rPr>
          <w:b/>
        </w:rPr>
        <w:t xml:space="preserve">[56:07] </w:t>
      </w:r>
      <w:r>
        <w:t>ke agar tum koshish karo, agar tum woh condition poori karo to tum paoge ke tum mere qareeb pahunch chuke ho.</w:t>
      </w:r>
    </w:p>
    <w:p>
      <w:pPr>
        <w:jc w:val="right"/>
      </w:pPr>
      <w:r>
        <w:t>کہاگرتم کوششکرو ،اگر تم وہ کنڈیشن پوریکرو تو تم پاؤگےکہتم میرےقریبپہنچچکےہو۔</w:t>
      </w:r>
    </w:p>
    <w:p>
      <w:r>
        <w:rPr>
          <w:b/>
        </w:rPr>
        <w:t xml:space="preserve">[56:19] </w:t>
      </w:r>
      <w:r>
        <w:t>aur phir us waqt jo tum dua karoge, woh woh qubool ho kar rahe gi.</w:t>
      </w:r>
    </w:p>
    <w:p>
      <w:pPr>
        <w:jc w:val="right"/>
      </w:pPr>
      <w:r>
        <w:t>اورپھراسوقتجوتمدعاکروگے، وہ وہقبولہوکررہےگی۔</w:t>
      </w:r>
    </w:p>
    <w:p>
      <w:r>
        <w:rPr>
          <w:b/>
        </w:rPr>
        <w:t xml:space="preserve">[56:27] </w:t>
      </w:r>
      <w:r>
        <w:t>to main samajhta hoon ke "prayers power" bilkul sahi hai, lekin kisi mysterious scene mein koi iska koi mystery matlab nahi hai.</w:t>
      </w:r>
    </w:p>
    <w:p>
      <w:pPr>
        <w:jc w:val="right"/>
      </w:pPr>
      <w:r>
        <w:t>تو میںسمجھتاہوںکہ "پریریز پاور"بالکل صحیحہے، لیکن کسی مسٹیریسسینمیں کوئیاسکاکوئیمسٹیریسمطلبنہیں ہے۔</w:t>
      </w:r>
    </w:p>
    <w:p>
      <w:r>
        <w:rPr>
          <w:b/>
        </w:rPr>
        <w:t xml:space="preserve">[56:38] </w:t>
      </w:r>
      <w:r>
        <w:t>woh bilkul ek scientific baat hai. log scientific ka matlab samajhte hain ke rocket ki ho, aijaz ki baat ho. yeh matlab science ka nahi hua karta.</w:t>
      </w:r>
    </w:p>
    <w:p>
      <w:pPr>
        <w:jc w:val="right"/>
      </w:pPr>
      <w:r>
        <w:t>وہبالکل ایک سائنٹیفکباتہے۔ لوگ سائنٹیفککامطلبسمجھتےہیںکہ راکٹکیہو،اعجازکیباتہو ۔ یہمطلبسائنسکانہیںہواکرتا۔</w:t>
      </w:r>
    </w:p>
    <w:p>
      <w:r>
        <w:rPr>
          <w:b/>
        </w:rPr>
        <w:t xml:space="preserve">[56:49] </w:t>
      </w:r>
      <w:r>
        <w:t>dekhein, science ka matlab kya hota hai? science ka matlab yeh hota hai ke hamara jo framework hai, uske mutabiq woh understandable ho.</w:t>
      </w:r>
    </w:p>
    <w:p>
      <w:pPr>
        <w:jc w:val="right"/>
      </w:pPr>
      <w:r>
        <w:t>دیکھیں،سائنسکامطلبکیاہوتاہے ؟ سائنسکامطلبیہہوتاہےکہ ہماراجوفریمورکہے، اسکےمطابق وہانڈرسٹینڈیبلہو ۔</w:t>
      </w:r>
    </w:p>
    <w:p>
      <w:r>
        <w:rPr>
          <w:b/>
        </w:rPr>
        <w:t xml:space="preserve">[57:03] </w:t>
      </w:r>
      <w:r>
        <w:t>mythology jo hai, woh hamara framework nahi hai. mythological language kuch kahein aap to hum usko samajh nahi payenge.</w:t>
      </w:r>
    </w:p>
    <w:p>
      <w:pPr>
        <w:jc w:val="right"/>
      </w:pPr>
      <w:r>
        <w:t>میتھالوجیجوہے،وہہمارافریمورکنہیںہے۔ میتھالوجیکل لینگویجکچھکہیںآپتوہماسکوسمجھنہیںپائیںگے۔</w:t>
      </w:r>
    </w:p>
    <w:p>
      <w:r>
        <w:rPr>
          <w:b/>
        </w:rPr>
        <w:t xml:space="preserve">[57:15] </w:t>
      </w:r>
      <w:r>
        <w:t>to hum jo baat, yani hamare reason mein baithti hai, jo logical hoti hai, jo hamare framework mein sama jati hai, understandable ban jati hai, woh is tarah se jo baat keh di jaye to woh scientific baat hai.</w:t>
      </w:r>
    </w:p>
    <w:p>
      <w:pPr>
        <w:jc w:val="right"/>
      </w:pPr>
      <w:r>
        <w:t>تو ہم جو بات ،یعنیہمارے ریزنمیںبیٹھتیہے، جو لاجیکل ہوتیہے، جوہمارےفریمورک میں سماجاتیہے، انڈرسٹینڈیبلبنجاتیہے،وہ اسطرحسےجوباتکہہدیجائےتووہیسائنٹیفکباتہے۔</w:t>
      </w:r>
    </w:p>
    <w:p>
      <w:r>
        <w:rPr>
          <w:b/>
        </w:rPr>
        <w:t xml:space="preserve">[57:36] </w:t>
      </w:r>
      <w:r>
        <w:t>to yeh jo hai "prayers power"</w:t>
      </w:r>
    </w:p>
    <w:p>
      <w:pPr>
        <w:jc w:val="right"/>
      </w:pPr>
      <w:r>
        <w:t>تو یہ جوہے "پری ریز پ اور"</w:t>
      </w:r>
    </w:p>
    <w:p>
      <w:r>
        <w:rPr>
          <w:b/>
        </w:rPr>
        <w:t xml:space="preserve">[57:42] </w:t>
      </w:r>
      <w:r>
        <w:t>mujhe apni zaati zindagi mein bhi aur aur jo maine parha hai kitabon mein, woh bhi aur jo maine tajrubaat mujhe hue hain, woh bhi sab ke baad main yeh keh sakta hoon ke yeh bilkul ek ekdam ek hone wali baat hai ke "prayers power" lekin kuch condition hai.</w:t>
      </w:r>
    </w:p>
    <w:p>
      <w:pPr>
        <w:jc w:val="right"/>
      </w:pPr>
      <w:r>
        <w:t>مجھے اپنیذاتیزندگی میںبھی اور اور جومیںنےپڑھاہےکتاب وںمیں،وہبھی اورجومیںنےتجربات مجھےہوئےہیں،وہبھی سب کےبعد میں یہکہہسکتاہوںکہیہبالکل ایک ایکدم ایکہونے والیباتہے کہ"پری ریز پاور" لیکن کچھکنڈیشن ہے۔</w:t>
      </w:r>
    </w:p>
    <w:p>
      <w:r>
        <w:rPr>
          <w:b/>
        </w:rPr>
        <w:t xml:space="preserve">[58:03] </w:t>
      </w:r>
      <w:r>
        <w:t>is condition ko humein poora karna padega,</w:t>
      </w:r>
    </w:p>
    <w:p>
      <w:pPr>
        <w:jc w:val="right"/>
      </w:pPr>
      <w:r>
        <w:t>اسکنڈیشنکوہمیںپوراکرناپڑےگا،</w:t>
      </w:r>
    </w:p>
    <w:p>
      <w:r>
        <w:rPr>
          <w:b/>
        </w:rPr>
        <w:t xml:space="preserve">[58:08] </w:t>
      </w:r>
      <w:r>
        <w:t>is condition ko poora karna padega. kai log jo hain kehte hain ke kisi ke waste se dua karna, ke kisi qabr wale ke waste se, kisi mare hue buzurg ke waste se, yeh sab bilkul besali baatein hain.</w:t>
      </w:r>
    </w:p>
    <w:p>
      <w:pPr>
        <w:jc w:val="right"/>
      </w:pPr>
      <w:r>
        <w:t>اسکنڈیشنکوپوراکرناپڑےگا۔ کئیلوگجوہیںکہتےہیںکہکسی کےواسطےسےدعاکرنا ،کہکسی قبروالےکےواسطےسے ،کسی مرےہوئےبزرگ کےواسطےسے،یہسببالکلبیسلیسباتیںہیں۔</w:t>
      </w:r>
    </w:p>
    <w:p>
      <w:r>
        <w:rPr>
          <w:b/>
        </w:rPr>
        <w:t xml:space="preserve">[58:22] </w:t>
      </w:r>
      <w:r>
        <w:t>apne amal ke waste se dua karna</w:t>
      </w:r>
    </w:p>
    <w:p>
      <w:pPr>
        <w:jc w:val="right"/>
      </w:pPr>
      <w:r>
        <w:t>اپنے عمل کےواسطےسےدعاکرنا</w:t>
      </w:r>
    </w:p>
    <w:p>
      <w:r>
        <w:rPr>
          <w:b/>
        </w:rPr>
        <w:t xml:space="preserve">[58:27] </w:t>
      </w:r>
      <w:r>
        <w:t>yaad rakhiye, dua kisi buzurg ke waste se nahi hoti, kisi qabr wale ke waste se nahi hoti, apne amal ke waste se hoti hai.</w:t>
      </w:r>
    </w:p>
    <w:p>
      <w:pPr>
        <w:jc w:val="right"/>
      </w:pPr>
      <w:r>
        <w:t>یادرکھیے،دعا کسی بزرگ کےواسطےسےنہیںہوتی، کسی قبروالے کے واسطےسےنہیںہوتی، اپنےعمل کےواسطےسےہوتیہے۔</w:t>
      </w:r>
    </w:p>
    <w:p>
      <w:r>
        <w:rPr>
          <w:b/>
        </w:rPr>
        <w:t xml:space="preserve">[58:43] </w:t>
      </w:r>
      <w:r>
        <w:t>wal amal salihirfa'ajulo log ismein pade hue hain ke koi buzurg daryaft karein, koi qabr wala daryaft karein, uska wasta de kar dua karein to qubool ho jayegi, yeh bilkul besali baat hai.</w:t>
      </w:r>
    </w:p>
    <w:p>
      <w:pPr>
        <w:jc w:val="right"/>
      </w:pPr>
      <w:r>
        <w:t>والعملصالحیرفعجولوگ اسمیں پڑےہوئےہیںکہکوئیبزرگ دریافتکریں، کوئیقبروالادریا فتکریں، اسکاواسطہدےکردعاکریںتوقبولہوجائےگی،یہبالکل بیسلیسباتہے۔</w:t>
      </w:r>
    </w:p>
    <w:p>
      <w:r>
        <w:rPr>
          <w:b/>
        </w:rPr>
        <w:t xml:space="preserve">[58:55] </w:t>
      </w:r>
      <w:r>
        <w:t>aap ka apna amal jo hai, wohi wasta hai. jaisa ke maine aap ko qissa bataya</w:t>
      </w:r>
    </w:p>
    <w:p>
      <w:pPr>
        <w:jc w:val="right"/>
      </w:pPr>
      <w:r>
        <w:t>آپ کا اپناعمل جوہے،وہیواسطہہے۔ جیساکہمیںنےآپکوقصہبتایا</w:t>
      </w:r>
    </w:p>
    <w:p>
      <w:r>
        <w:rPr>
          <w:b/>
        </w:rPr>
        <w:t xml:space="preserve">[59:04] </w:t>
      </w:r>
      <w:r>
        <w:t>to aadmi apne amal se sachaa amal karke, sachaa amal khuda se itna zyada qareeb ho jata hai, itna qareeb ho jata hai ke bilkul</w:t>
      </w:r>
    </w:p>
    <w:p>
      <w:pPr>
        <w:jc w:val="right"/>
      </w:pPr>
      <w:r>
        <w:t>تو آدمی اپنے عمل سے سچاعمل کرکے،سچاعمل خداسے اتنازیادہ قریبہوجاتا ہے،اتناقریبہوجاتاہےکہبالکل</w:t>
      </w:r>
    </w:p>
    <w:p>
      <w:r>
        <w:rPr>
          <w:b/>
        </w:rPr>
        <w:t xml:space="preserve">[59:20] </w:t>
      </w:r>
      <w:r>
        <w:t>jaise hadith mein aata hai ke woh bilkul khuda ke paas pahunch jata hai,</w:t>
      </w:r>
    </w:p>
    <w:p>
      <w:pPr>
        <w:jc w:val="right"/>
      </w:pPr>
      <w:r>
        <w:t>جیسےحدیثمیںآتاہےکہ وہ بالکل خداکےپاسپہنچجاتا ہے،</w:t>
      </w:r>
    </w:p>
    <w:p>
      <w:r>
        <w:rPr>
          <w:b/>
        </w:rPr>
        <w:t xml:space="preserve">[59:31] </w:t>
      </w:r>
      <w:r>
        <w:t>bilkul khuda ke paas pahunch jata hai.</w:t>
      </w:r>
    </w:p>
    <w:p>
      <w:pPr>
        <w:jc w:val="right"/>
      </w:pPr>
      <w:r>
        <w:t>بالکل خداکےپاسپہنچجاتا ہے۔</w:t>
      </w:r>
    </w:p>
    <w:p>
      <w:r>
        <w:rPr>
          <w:b/>
        </w:rPr>
        <w:t xml:space="preserve">[59:33] </w:t>
      </w:r>
      <w:r>
        <w:t>iska matlab hai ke khuda paas already hai, lekin masla hai ke mera pahunchna khuda tak woh hota hai kab? jab main is condition ko poora karoon.</w:t>
      </w:r>
    </w:p>
    <w:p>
      <w:pPr>
        <w:jc w:val="right"/>
      </w:pPr>
      <w:r>
        <w:t>اسکامعنیہےکہخداپاسالریڈیہے، لیکن مسئلہہےکہمیراپہنچناخداتک وہہوتاہے کب ؟جب میںاسکنڈیشنکوپوراکروں۔</w:t>
      </w:r>
    </w:p>
    <w:p>
      <w:r>
        <w:rPr>
          <w:b/>
        </w:rPr>
        <w:t xml:space="preserve">[59:45] </w:t>
      </w:r>
      <w:r>
        <w:t>to jab main is condition ko poora kar doon to wohi waqt hota hai jab ke "aldawatu lataruddu" ke dua kabhi bhi reject nahi hoti.</w:t>
      </w:r>
    </w:p>
    <w:p>
      <w:pPr>
        <w:jc w:val="right"/>
      </w:pPr>
      <w:r>
        <w:t>توجبمیں اسکنڈیشنکوپوراکردوں تووہیوقتہوتاہے جب کہ "الدعوت لاتردو" کہ دعا کبھیبھی ریجیکٹنہیںہوتی۔</w:t>
      </w:r>
    </w:p>
    <w:p>
      <w:r>
        <w:rPr>
          <w:b/>
        </w:rPr>
        <w:t xml:space="preserve">[1:00:01] </w:t>
      </w:r>
      <w:r>
        <w:t>duaa jo reject nahin hoti, sachi duaa qabool hoti hai, lekin sachi duaa ke peeche sacha amal chahiye, sachi duaa ke peeche sachi spirit chahiye.</w:t>
      </w:r>
    </w:p>
    <w:p>
      <w:pPr>
        <w:jc w:val="right"/>
      </w:pPr>
      <w:r>
        <w:t>دعاجو ریجیکٹنہیںہوتی، سچی دعا قبولیہوتیہے، لیکن س چیدعاکےپیچھے سچاعملچاہیے، سچیدعاکےپیچھےسچی اسپرٹچاہیے۔</w:t>
      </w:r>
    </w:p>
    <w:p>
      <w:r>
        <w:rPr>
          <w:b/>
        </w:rPr>
        <w:t xml:space="preserve">[1:00:16] </w:t>
      </w:r>
      <w:r>
        <w:t>to yaad rakhiye, jo duaa sachi spirit ke saath aur sache amal ke saath ki jaaye, woh behrahaal qabool hokar rehti hai.</w:t>
      </w:r>
    </w:p>
    <w:p>
      <w:pPr>
        <w:jc w:val="right"/>
      </w:pPr>
      <w:r>
        <w:t>تویادرکھیے،جو دعا سچی اسپرٹکےساتھ اور سچےعمل کےساتھ کیجائے، وہ بہرحالقبولہوکررہتیہے۔</w:t>
      </w:r>
    </w:p>
    <w:p>
      <w:r>
        <w:rPr>
          <w:b/>
        </w:rPr>
        <w:t xml:space="preserve">[1:00:27] </w:t>
      </w:r>
      <w:r>
        <w:t>aqool qooli hazaa wa astaghfirullaha alaikum wa li jamee'een.</w:t>
      </w:r>
    </w:p>
    <w:p>
      <w:pPr>
        <w:jc w:val="right"/>
      </w:pPr>
      <w:r>
        <w:t>اقول قولیھذا واستغفراللہعلیک ماجمعین۔</w:t>
      </w:r>
    </w:p>
    <w:p>
      <w:r>
        <w:rPr>
          <w:b/>
        </w:rPr>
        <w:t xml:space="preserve">[1:00:46] </w:t>
      </w:r>
      <w:r>
        <w:t>isko koi sacha nazariya science ka ya isko understanding things as per framework, but different people have different framework of thinking.</w:t>
      </w:r>
    </w:p>
    <w:p>
      <w:pPr>
        <w:jc w:val="right"/>
      </w:pPr>
      <w:r>
        <w:t>دسکوئسچنازفرام ستی مول انا۔سائنسایزیوسیڈ از انڈرسٹینڈنگتھنگزایزپر ار فریمورک، بٹڈفرنٹپیپلہیوڈفرنٹ فریمورکافتھنکنگ۔</w:t>
      </w:r>
    </w:p>
    <w:p>
      <w:r>
        <w:rPr>
          <w:b/>
        </w:rPr>
        <w:t xml:space="preserve">[1:00:59] </w:t>
      </w:r>
      <w:r>
        <w:t>don't you think that the scientific argument made different to different people? please elaborate. maine shayad jo word use kiya, woh is mauqe ke liye theek nahin tha</w:t>
      </w:r>
    </w:p>
    <w:p>
      <w:pPr>
        <w:jc w:val="right"/>
      </w:pPr>
      <w:r>
        <w:t>ڈونٹیوتھنکدیٹدیسائنٹیفکارگیومنٹمیڈیفرٹوڈفرنٹپیپل؟ پلیزالیبریٹ۔ میںنےشایدجو ورڈیوزکیا،وہ اس موقعکےلیےٹھیکنہیںتھا</w:t>
      </w:r>
    </w:p>
    <w:p>
      <w:r>
        <w:rPr>
          <w:b/>
        </w:rPr>
        <w:t xml:space="preserve">[1:01:15] </w:t>
      </w:r>
      <w:r>
        <w:t>ya misunderstanding hui. dekhen, framework ka word jo maine use kiya, woh tha "approved framework", "objectively approved framework".</w:t>
      </w:r>
    </w:p>
    <w:p>
      <w:pPr>
        <w:jc w:val="right"/>
      </w:pPr>
      <w:r>
        <w:t>یا مسانڈرسٹینڈنگہوئی ۔ دیکھیں،فریمورک کاورڈجومیںنےیوزکیا،وہ تھا "اپرووڈفریمورک"، "اب جیکٹولی اپرووڈفریمورک"۔</w:t>
      </w:r>
    </w:p>
    <w:p>
      <w:r>
        <w:rPr>
          <w:b/>
        </w:rPr>
        <w:t xml:space="preserve">[1:01:28] </w:t>
      </w:r>
      <w:r>
        <w:t>yeh nahin ke mere apne lehaz se jo framework mera hai, woh nahin mera matlab tha.</w:t>
      </w:r>
    </w:p>
    <w:p>
      <w:pPr>
        <w:jc w:val="right"/>
      </w:pPr>
      <w:r>
        <w:t>یہنہیںکہمیرے اپنے لحاظسےجو فریمورکمیراہے،وہنہیںمیرامطلبتھا۔</w:t>
      </w:r>
    </w:p>
    <w:p>
      <w:r>
        <w:rPr>
          <w:b/>
        </w:rPr>
        <w:t xml:space="preserve">[1:01:36] </w:t>
      </w:r>
      <w:r>
        <w:t>yani kisi zamane mein, is is zamane mein jo jo logic hai, jo established logic hai, jo rational argument ka jo matlab samjha jaata hai us scholars ke beech mein ya scientific development ne jo jis knowledge ko acceptance ka darja de diya hai,</w:t>
      </w:r>
    </w:p>
    <w:p>
      <w:pPr>
        <w:jc w:val="right"/>
      </w:pPr>
      <w:r>
        <w:t>یعنی کسی زمان ےمیں، اس اسزمانےمیںجو جو لاجکہے،جو اسٹیبلشلاجکہے، جو ریشنلارگیومنٹکاجومطلب سمجھاجاتاہے اسک الرزکےبیچمیں یا سائنٹیفکڈیویلپمنٹنے جو جس نالجکو ایکسیپٹنسکادرجہدےدیاہے،</w:t>
      </w:r>
    </w:p>
    <w:p>
      <w:r>
        <w:rPr>
          <w:b/>
        </w:rPr>
        <w:t xml:space="preserve">[1:02:02] </w:t>
      </w:r>
      <w:r>
        <w:t>iske hisaab se jo framework banta hai,</w:t>
      </w:r>
    </w:p>
    <w:p>
      <w:pPr>
        <w:jc w:val="right"/>
      </w:pPr>
      <w:r>
        <w:t>اسکے حسابسےجو فریمورکبنتاہے،</w:t>
      </w:r>
    </w:p>
    <w:p>
      <w:r>
        <w:rPr>
          <w:b/>
        </w:rPr>
        <w:t xml:space="preserve">[1:02:09] </w:t>
      </w:r>
      <w:r>
        <w:t>woh accepted framework mera matlab hai.</w:t>
      </w:r>
    </w:p>
    <w:p>
      <w:pPr>
        <w:jc w:val="right"/>
      </w:pPr>
      <w:r>
        <w:t>وہ ایکسیپٹڈفریمورک میرامطلبہے۔</w:t>
      </w:r>
    </w:p>
    <w:p>
      <w:r>
        <w:rPr>
          <w:b/>
        </w:rPr>
        <w:t xml:space="preserve">[1:02:14] </w:t>
      </w:r>
      <w:r>
        <w:t>yeh nahin ke mera personal framework, woh mera matlab nahin tha.</w:t>
      </w:r>
    </w:p>
    <w:p>
      <w:pPr>
        <w:jc w:val="right"/>
      </w:pPr>
      <w:r>
        <w:t>یہنہیںکہمیراپرسنلفریمورک،وہمیرامطلبنہیں تھا۔</w:t>
      </w:r>
    </w:p>
    <w:p>
      <w:r>
        <w:rPr>
          <w:b/>
        </w:rPr>
        <w:t xml:space="preserve">[1:02:22] </w:t>
      </w:r>
      <w:r>
        <w:t>yeh baat clear hui? ji, ekdum. isko discuss karna farmaiye. what is the role of helplessness into duaa?</w:t>
      </w:r>
    </w:p>
    <w:p>
      <w:pPr>
        <w:jc w:val="right"/>
      </w:pPr>
      <w:r>
        <w:t>یہباتکلیئرہوئی ؟جی، ایکدم۔ دسکوئسچنازفرامنغمہ۔ واٹازدارولاف ہیلپلیسنس انٹودعا ؟</w:t>
      </w:r>
    </w:p>
    <w:p>
      <w:r>
        <w:rPr>
          <w:b/>
        </w:rPr>
        <w:t xml:space="preserve">[1:02:34] </w:t>
      </w:r>
      <w:r>
        <w:t>sabse bada role to usi ka hai.</w:t>
      </w:r>
    </w:p>
    <w:p>
      <w:pPr>
        <w:jc w:val="right"/>
      </w:pPr>
      <w:r>
        <w:t>سبسےبڑارولتواسیکاہے۔</w:t>
      </w:r>
    </w:p>
    <w:p>
      <w:r>
        <w:rPr>
          <w:b/>
        </w:rPr>
        <w:t xml:space="preserve">[1:02:39] </w:t>
      </w:r>
      <w:r>
        <w:t>sabse bada role jo hai, woh helplessness ka hi hai.</w:t>
      </w:r>
    </w:p>
    <w:p>
      <w:pPr>
        <w:jc w:val="right"/>
      </w:pPr>
      <w:r>
        <w:t>سبسےبڑارولجوہے،وہہیلپلیسنسہیکاہے۔</w:t>
      </w:r>
    </w:p>
    <w:p>
      <w:r>
        <w:rPr>
          <w:b/>
        </w:rPr>
        <w:t xml:space="preserve">[1:02:46] </w:t>
      </w:r>
      <w:r>
        <w:t>aur sabse badi helplessness jo woh hai ke aadmi ke paas taaqat ho, phir bhi apne ko helpless feel kare. woh jaise maine badshah ki misaal di, khud badshah ko koi problem nahin tha, uske paas paani bhi tha, people bhi tha, sab kuch tha,</w:t>
      </w:r>
    </w:p>
    <w:p>
      <w:pPr>
        <w:jc w:val="right"/>
      </w:pPr>
      <w:r>
        <w:t>اورسبسے بڑیہیلپلیسنس جووہ ہے کہ آدمیکےپاس طاقتہو،پھربھی اپنےکوہیلپلیسفیلکرے۔وہ جیسےمیںنےبادشاہکیمثالدی، خود بادشاہکوئیپرابلمنہیںتھا، اس کےپاسپانیبھیتھا، پیلسبھیتھا،سبکچھتھا،</w:t>
      </w:r>
    </w:p>
    <w:p>
      <w:r>
        <w:rPr>
          <w:b/>
        </w:rPr>
        <w:t xml:space="preserve">[1:03:02] </w:t>
      </w:r>
      <w:r>
        <w:t>phir bhi usne helpless feel kiya. to helplessness ki bhi do qismein hain.</w:t>
      </w:r>
    </w:p>
    <w:p>
      <w:pPr>
        <w:jc w:val="right"/>
      </w:pPr>
      <w:r>
        <w:t>پھربھیاسنےہیلپلیسفیل کیا۔ تو ہیلپلیسکیبھیدوقسم یںہیں۔</w:t>
      </w:r>
    </w:p>
    <w:p>
      <w:r>
        <w:rPr>
          <w:b/>
        </w:rPr>
        <w:t xml:space="preserve">[1:03:09] </w:t>
      </w:r>
      <w:r>
        <w:t>quran majeed mein hai ke tum apni boat le kar jaate ho samandar mein, hawa start maarta hai, phans jaate ho to duaa karte ho,</w:t>
      </w:r>
    </w:p>
    <w:p>
      <w:pPr>
        <w:jc w:val="right"/>
      </w:pPr>
      <w:r>
        <w:t>قرآنمجیدمیںہےکہ تم اپنی بوٹلےکرجاتےہو سمندرمیں، ہوا سٹارمارتاہے،پھنسجاتےہو تو دعاکرتےہو ،</w:t>
      </w:r>
    </w:p>
    <w:p>
      <w:r>
        <w:rPr>
          <w:b/>
        </w:rPr>
        <w:t xml:space="preserve">[1:03:21] </w:t>
      </w:r>
      <w:r>
        <w:t>to khuda duaa qabool karta hai. amaa yujeebul mustarru idhaa da'aahu wa yakshifu. to ek helplessness woh hai ke waqe'an aap helpless hain,</w:t>
      </w:r>
    </w:p>
    <w:p>
      <w:pPr>
        <w:jc w:val="right"/>
      </w:pPr>
      <w:r>
        <w:t>تو خدادعاقبولکرتاہے۔ اما یجیب المستررضادعاویکشو ۔ تو ایک ہیلپ لیسنسوہہےکہواق عتاآپہیلپلیسہیں،</w:t>
      </w:r>
    </w:p>
    <w:p>
      <w:r>
        <w:rPr>
          <w:b/>
        </w:rPr>
        <w:t xml:space="preserve">[1:03:32] </w:t>
      </w:r>
      <w:r>
        <w:t>matlab wealth nahin hai, political power nahin hai, koi status nahin hai samaaj mein, kuch bhi nahin hai. to woh bhi helplessness jo hai, bahut badi cheez hai.</w:t>
      </w:r>
    </w:p>
    <w:p>
      <w:pPr>
        <w:jc w:val="right"/>
      </w:pPr>
      <w:r>
        <w:t>مطلب ویلتھنہیںہے، پولیٹیکلپاورنہیںہے، کوئیسٹیٹسنہیںہےسماجمیں،کچھبھینہیںہے۔ تو وہبھیہیلپلیس نس جوہے، بہت بڑیچ یزہے۔</w:t>
      </w:r>
    </w:p>
    <w:p>
      <w:r>
        <w:rPr>
          <w:b/>
        </w:rPr>
        <w:t xml:space="preserve">[1:03:45] </w:t>
      </w:r>
      <w:r>
        <w:t>kyunki aajkal to yeh hai ke jhuggi jhopdi par rehta hai aadmi aur badi badi baatein karta hai.</w:t>
      </w:r>
    </w:p>
    <w:p>
      <w:pPr>
        <w:jc w:val="right"/>
      </w:pPr>
      <w:r>
        <w:t>کیونکہآجکلتویہہےکہجھگیجھوپڑیپررہتاہےآدمی اوربڑیبڑیباتیںکرتاہے۔</w:t>
      </w:r>
    </w:p>
    <w:p>
      <w:r>
        <w:rPr>
          <w:b/>
        </w:rPr>
        <w:t xml:space="preserve">[1:03:51] </w:t>
      </w:r>
      <w:r>
        <w:t>lekin is se bhi bada darja woh hai helplessness ka, jab ke aadmi ke paas apparently sab kuch hai, lekin woh dekhta hai ke khuda ke liye us wajah se to main kuch bhi nahin hoon.</w:t>
      </w:r>
    </w:p>
    <w:p>
      <w:pPr>
        <w:jc w:val="right"/>
      </w:pPr>
      <w:r>
        <w:t>لیکن اسسےبھیبڑادرجہوہہے ہیلپلیسنسکا، جب کہآدمی کےپاس اپیئرنٹلیسبکچھہے، لیکن وہ دیکھتاہے کہ خداکے لیے اسوجہسےتومیںکچھبھینہیںہوں۔</w:t>
      </w:r>
    </w:p>
    <w:p>
      <w:r>
        <w:rPr>
          <w:b/>
        </w:rPr>
        <w:t xml:space="preserve">[1:04:04] </w:t>
      </w:r>
      <w:r>
        <w:t>kyunki bahut badi cheez hai woh.</w:t>
      </w:r>
    </w:p>
    <w:p>
      <w:pPr>
        <w:jc w:val="right"/>
      </w:pPr>
      <w:r>
        <w:t>کیونکہبہتبڑیچیزہےوہ ۔</w:t>
      </w:r>
    </w:p>
    <w:p>
      <w:r>
        <w:rPr>
          <w:b/>
        </w:rPr>
        <w:t xml:space="preserve">[1:04:08] </w:t>
      </w:r>
      <w:r>
        <w:t>to behrahaal, is se pehle maine aapko yaad hoga ek baar kaha tha ke insaan ka, ke insaan ki sabse badi quality yeh hai ke woh khuda ki,</w:t>
      </w:r>
    </w:p>
    <w:p>
      <w:pPr>
        <w:jc w:val="right"/>
      </w:pPr>
      <w:r>
        <w:t>توبہرحال،اسسےپہلے میںنےآپکویادہوگاایکبارکہاتھاکہ انسان کا، کہانسان کی سبسےبڑی کوالٹییہہے کہ وہ خداکی،</w:t>
      </w:r>
    </w:p>
    <w:p>
      <w:r>
        <w:rPr>
          <w:b/>
        </w:rPr>
        <w:t xml:space="preserve">[1:04:23] </w:t>
      </w:r>
      <w:r>
        <w:t>yani yeh kaha tha maine ke khuda all powerful hai, hum all powerless hain. yeh duniya mein do extent hain: khuda all powerful hai, hum all powerless hain.</w:t>
      </w:r>
    </w:p>
    <w:p>
      <w:pPr>
        <w:jc w:val="right"/>
      </w:pPr>
      <w:r>
        <w:t>ی عنییہکہاتھا میںنےکہخداال پاورفل ہے، ہم الپاورلیسہیں۔ یہدنیامیںدوایکسٹینٹہیں: خداال پاورفل ہے، ہم الپاورلیسہیں۔</w:t>
      </w:r>
    </w:p>
    <w:p>
      <w:r>
        <w:rPr>
          <w:b/>
        </w:rPr>
        <w:t xml:space="preserve">[1:04:37] </w:t>
      </w:r>
      <w:r>
        <w:t>to</w:t>
      </w:r>
    </w:p>
    <w:p>
      <w:pPr>
        <w:jc w:val="right"/>
      </w:pPr>
      <w:r>
        <w:t>تو</w:t>
      </w:r>
    </w:p>
    <w:p>
      <w:r>
        <w:rPr>
          <w:b/>
        </w:rPr>
        <w:t xml:space="preserve">[1:04:38] </w:t>
      </w:r>
      <w:r>
        <w:t>already him are powerless, lekin jab hum consciously daryaft karein to woh lamha bohat bara lamha hota hai.</w:t>
      </w:r>
    </w:p>
    <w:p>
      <w:pPr>
        <w:jc w:val="right"/>
      </w:pPr>
      <w:r>
        <w:t>ال ریڈیہمالپاورلیسہیں،لیکن جبہمکانشیسلیدریافتکریں تو وہلمحہبہت بڑالمحہہوتاہے۔</w:t>
      </w:r>
    </w:p>
    <w:p>
      <w:r>
        <w:rPr>
          <w:b/>
        </w:rPr>
        <w:t xml:space="preserve">[1:04:49] </w:t>
      </w:r>
      <w:r>
        <w:t>is waqt dua zaroor qabool ho jati hai. to maine yeh kaha tha ke khuda ki qudrat ke muqable mein insan is ka doosra extent banata hai.</w:t>
      </w:r>
    </w:p>
    <w:p>
      <w:pPr>
        <w:jc w:val="right"/>
      </w:pPr>
      <w:r>
        <w:t>اس وقت دعاضرورقبولہوجاتیہے۔ تومیںنےیہکہاتھاکہ خدا کی قدرت کےمقابلےمیں انسان اسکا دوسراایکسٹینٹبناتاہے۔</w:t>
      </w:r>
    </w:p>
    <w:p>
      <w:r>
        <w:rPr>
          <w:b/>
        </w:rPr>
        <w:t xml:space="preserve">[1:05:03] </w:t>
      </w:r>
      <w:r>
        <w:t>khuda aik extent par hai, all powerful ke extent par khuda hai. hum doosra extent banate hain, all powered is ka extent consciously.</w:t>
      </w:r>
    </w:p>
    <w:p>
      <w:pPr>
        <w:jc w:val="right"/>
      </w:pPr>
      <w:r>
        <w:t>خداایکایکسٹینٹپرہے، ال پاورفلکےایکسٹینٹپرخداہے۔ ہم دوسرا ایکسٹینٹبناتےہیں، ال پاورڈسکاایکسٹینٹ کان شیسلی۔</w:t>
      </w:r>
    </w:p>
    <w:p>
      <w:r>
        <w:rPr>
          <w:b/>
        </w:rPr>
        <w:t xml:space="preserve">[1:05:17] </w:t>
      </w:r>
      <w:r>
        <w:t>yeh insan ka sab se bara, yani ke sab se bari cheez hai jo insan is duniya mein pesh kar sakta hai.</w:t>
      </w:r>
    </w:p>
    <w:p>
      <w:pPr>
        <w:jc w:val="right"/>
      </w:pPr>
      <w:r>
        <w:t>یہ انسانکا سبسےبڑا، یعنیکہ سبسے بڑیچیزہےجوانسان اسدنیا میںپیشکرسکتاہے۔</w:t>
      </w:r>
    </w:p>
    <w:p>
      <w:r>
        <w:rPr>
          <w:b/>
        </w:rPr>
        <w:t xml:space="preserve">[1:05:30] </w:t>
      </w:r>
      <w:r>
        <w:t>aur jab woh, woh jab darja aa jaye ke aadmi apne hi helplessness ko discover kar le, aik discovery hai. yeh yeh aik discovery hai,</w:t>
      </w:r>
    </w:p>
    <w:p>
      <w:pPr>
        <w:jc w:val="right"/>
      </w:pPr>
      <w:r>
        <w:t>اورجب وہ ،وہ جب درج ہآجائے کہآدمی اپنے ہیلپلیسنس کو ڈسکورکرلے،ایکڈسکوریہے۔یہ یہایکڈسکوریہے،</w:t>
      </w:r>
    </w:p>
    <w:p>
      <w:r>
        <w:rPr>
          <w:b/>
        </w:rPr>
        <w:t xml:space="preserve">[1:05:44] </w:t>
      </w:r>
      <w:r>
        <w:t>yeh aik discovery hai ke do jab aadmi apne helplessness ko discover kar le to woh sab se bari cheez ko, ya yeh kehna chahiye ke jo real position is ki universe mein hai, woh is ko discover karta hai.</w:t>
      </w:r>
    </w:p>
    <w:p>
      <w:pPr>
        <w:jc w:val="right"/>
      </w:pPr>
      <w:r>
        <w:t>یہایکڈسکوریہے کہ دو جبآدمیاپنےہیلپلیسنسکو ڈسکورکرلے تو وہ سبسے بڑیچیزکو ،یا یہکہناچاہیےکہ جو ریئل پوزیشناسکیاسیونیورس میںہے،وہاسکوڈسکورکرتاہے۔</w:t>
      </w:r>
    </w:p>
    <w:p>
      <w:r>
        <w:rPr>
          <w:b/>
        </w:rPr>
        <w:t xml:space="preserve">[1:06:04] </w:t>
      </w:r>
      <w:r>
        <w:t>yani us waqt aadmi crisis ho jata hai.</w:t>
      </w:r>
    </w:p>
    <w:p>
      <w:pPr>
        <w:jc w:val="right"/>
      </w:pPr>
      <w:r>
        <w:t>یعنیاسوقت آدمیکریٹیسائزہوجاتاہے۔</w:t>
      </w:r>
    </w:p>
    <w:p>
      <w:r>
        <w:rPr>
          <w:b/>
        </w:rPr>
        <w:t xml:space="preserve">[1:06:09] </w:t>
      </w:r>
      <w:r>
        <w:t>to jab aadmi crisis ho jaye to woh woh lamha hota hai jab ke is ki dua zaroor qabool hoti hai.</w:t>
      </w:r>
    </w:p>
    <w:p>
      <w:pPr>
        <w:jc w:val="right"/>
      </w:pPr>
      <w:r>
        <w:t>توجبآدمیکریٹیسائزہوجائے تووہیوہلمحہہوتاہے جب کہاسکیدعا ضرورقبولہوتیہے۔</w:t>
      </w:r>
    </w:p>
    <w:p>
      <w:r>
        <w:rPr>
          <w:b/>
        </w:rPr>
        <w:t xml:space="preserve">[1:06:19] </w:t>
      </w:r>
      <w:r>
        <w:t>yeh mera tajurba bhi hai, yeh parha bhi hai maine.</w:t>
      </w:r>
    </w:p>
    <w:p>
      <w:pPr>
        <w:jc w:val="right"/>
      </w:pPr>
      <w:r>
        <w:t>یہمیراتجربہبھیہے، یہپڑھابھیہےمیںنے۔</w:t>
      </w:r>
    </w:p>
    <w:p>
      <w:r>
        <w:rPr>
          <w:b/>
        </w:rPr>
        <w:t xml:space="preserve">[1:06:26] </w:t>
      </w:r>
      <w:r>
        <w:t>discussing is not from the depth. sometimes we feel that we are nearer to God, but sometimes we feel that God is very far.</w:t>
      </w:r>
    </w:p>
    <w:p>
      <w:pPr>
        <w:jc w:val="right"/>
      </w:pPr>
      <w:r>
        <w:t>دسکوئسچنازفرامدیپتی۔ سمٹائمزوی فیل دیٹویآرویرینیئرٹوگاڈ، بٹسمٹائمزوی فیل دیٹگاڈاز ویریفار ۔</w:t>
      </w:r>
    </w:p>
    <w:p>
      <w:r>
        <w:rPr>
          <w:b/>
        </w:rPr>
        <w:t xml:space="preserve">[1:06:36] </w:t>
      </w:r>
      <w:r>
        <w:t>is the subject of action</w:t>
      </w:r>
    </w:p>
    <w:p>
      <w:pPr>
        <w:jc w:val="right"/>
      </w:pPr>
      <w:r>
        <w:t>از دسبیکازاف عمل</w:t>
      </w:r>
    </w:p>
    <w:p>
      <w:r>
        <w:rPr>
          <w:b/>
        </w:rPr>
        <w:t xml:space="preserve">[1:06:38] </w:t>
      </w:r>
      <w:r>
        <w:t>?if yes, then how can we do good action daily? haan, dekhiye,</w:t>
      </w:r>
    </w:p>
    <w:p>
      <w:pPr>
        <w:jc w:val="right"/>
      </w:pPr>
      <w:r>
        <w:t>؟اف یس، دینہاؤکینویڈوگڈعمل ڈیلی؟ ہاں،دیکھیے،</w:t>
      </w:r>
    </w:p>
    <w:p>
      <w:r>
        <w:rPr>
          <w:b/>
        </w:rPr>
        <w:t xml:space="preserve">[1:06:49] </w:t>
      </w:r>
      <w:r>
        <w:t>is mein fluctuation naturally hai.</w:t>
      </w:r>
    </w:p>
    <w:p>
      <w:pPr>
        <w:jc w:val="right"/>
      </w:pPr>
      <w:r>
        <w:t>اسمیں فلکچویشن نیچرلہے۔</w:t>
      </w:r>
    </w:p>
    <w:p>
      <w:r>
        <w:rPr>
          <w:b/>
        </w:rPr>
        <w:t xml:space="preserve">[1:06:56] </w:t>
      </w:r>
      <w:r>
        <w:t>yeh bhi samajh lijiye, aik hi halat kabhe hamesha nahi reh sakti.</w:t>
      </w:r>
    </w:p>
    <w:p>
      <w:pPr>
        <w:jc w:val="right"/>
      </w:pPr>
      <w:r>
        <w:t>یہبھیسمجھلیجئے، ایکہیحالت کبہمیشہ نہیںرہسکتی ۔</w:t>
      </w:r>
    </w:p>
    <w:p>
      <w:r>
        <w:rPr>
          <w:b/>
        </w:rPr>
        <w:t xml:space="preserve">[1:07:04] </w:t>
      </w:r>
      <w:r>
        <w:t>aik hadith mein aata hai ke aik the companion, un ka naam tha, un ka naam tha woh Hazrat.</w:t>
      </w:r>
    </w:p>
    <w:p>
      <w:pPr>
        <w:jc w:val="right"/>
      </w:pPr>
      <w:r>
        <w:t>ایک حدیثمیںآتاہےکہ ایک تھے کمپین،انکانامتھا، انکانامتھا وہ حنزلہ۔</w:t>
      </w:r>
    </w:p>
    <w:p>
      <w:r>
        <w:rPr>
          <w:b/>
        </w:rPr>
        <w:t xml:space="preserve">[1:07:16] </w:t>
      </w:r>
      <w:r>
        <w:t>to Hazrat aik roz ja rahe the Rasool Allah ke paas, jahan Rasool Allah rehte the. Madina jo tha, humare aaj kal jo city hote hain, jaise Delhi hai, ghar se ghar mila hua, aesa nahi hota tha. wahan par har ghar alag.</w:t>
      </w:r>
    </w:p>
    <w:p>
      <w:pPr>
        <w:jc w:val="right"/>
      </w:pPr>
      <w:r>
        <w:t>تو حنزلہ ایک روز جارہےتھےرسولاللہ کے پاس ،جہاںرسولاللہرہتےتھے۔ مدینہجوتھا، ہمارے آجکلجو سٹیہوتےہیں،جیسےدلیہے، گھرسےگھرملاہوا،ایسانہیںہوتاتھا۔وہاںپر ہرگھرالگ۔</w:t>
      </w:r>
    </w:p>
    <w:p>
      <w:r>
        <w:rPr>
          <w:b/>
        </w:rPr>
        <w:t xml:space="preserve">[1:07:33] </w:t>
      </w:r>
      <w:r>
        <w:t>pehlay zamanay mein jo hua karte the to aese hi hua karte the. har ghar aik unit hai, is ka koi bhed bakri hai, is ki apni aik duniya hai, phir aik aur ghar hai, phir aik aur ghar hai.</w:t>
      </w:r>
    </w:p>
    <w:p>
      <w:pPr>
        <w:jc w:val="right"/>
      </w:pPr>
      <w:r>
        <w:t>پہلے زمان ےمیںجوہواکرتے تھےتو ایسےہیہواکرتے تھے۔ ہرگھرایک یونٹہے، اسکاکوئیبھیڑبکریہے، اسکیاپنیایکدنیا ہے، پھرایکاورگھرہے،پھرایکاورگھرہے۔</w:t>
      </w:r>
    </w:p>
    <w:p>
      <w:r>
        <w:rPr>
          <w:b/>
        </w:rPr>
        <w:t xml:space="preserve">[1:07:46] </w:t>
      </w:r>
      <w:r>
        <w:t>is tarah se Madina tha. ab Madina jo hai, woh bhi aesi tarah ho gayi jaise ke humara Delhi hai, ghar se ghar mila hua. to behar haal, aik din aesa hua ke Hazrat jo the,</w:t>
      </w:r>
    </w:p>
    <w:p>
      <w:pPr>
        <w:jc w:val="right"/>
      </w:pPr>
      <w:r>
        <w:t>اسطرحسےمدینہ تھا۔ ابتومدینہجوہے،وہبھیاسیطرحہوگئیجیسےکہہمارادلیہے، گھرسےگھرملاہوا ۔ تو بہرحال، ایکدن ایساہوا کہحنزلہجوتھے،</w:t>
      </w:r>
    </w:p>
    <w:p>
      <w:r>
        <w:rPr>
          <w:b/>
        </w:rPr>
        <w:t xml:space="preserve">[1:07:59] </w:t>
      </w:r>
      <w:r>
        <w:t>apne ghar se nikal kar ja rahe the Rasool Allah ke paas,</w:t>
      </w:r>
    </w:p>
    <w:p>
      <w:pPr>
        <w:jc w:val="right"/>
      </w:pPr>
      <w:r>
        <w:t>اپنےگھرسےنکل کرجارہےتھےرسولاللہکےپاس ،</w:t>
      </w:r>
    </w:p>
    <w:p>
      <w:r>
        <w:rPr>
          <w:b/>
        </w:rPr>
        <w:t xml:space="preserve">[1:08:03] </w:t>
      </w:r>
      <w:r>
        <w:t>to rastay mein un ko doosre companion mile, jo ke un ka naam aur tha. to unhon ne kaha, "kahan ja rahe ho? " to unhon ne kaha ke "nafaq Hazrat." Hazrat to munafeq ho gaya.</w:t>
      </w:r>
    </w:p>
    <w:p>
      <w:pPr>
        <w:jc w:val="right"/>
      </w:pPr>
      <w:r>
        <w:t>تو راستےمیںانکو دوسرے کمپینرملے،جوکہانکاناماور تھا۔ توانہوںنےکہا،"کہاںجارہےہو؟ "توانہوںنےکہاکہ" نا فق حنزلہ۔" حنزلہتومنافقہوگیا۔</w:t>
      </w:r>
    </w:p>
    <w:p>
      <w:r>
        <w:rPr>
          <w:b/>
        </w:rPr>
        <w:t xml:space="preserve">[1:08:18] </w:t>
      </w:r>
      <w:r>
        <w:t>munafeq maani wohi hote hain ke hum mante hain sab kuch, lekin is spirit jo hai, woh mehsoos nahi ho rahi hai ke woh spirit nahi hai humare andar</w:t>
      </w:r>
    </w:p>
    <w:p>
      <w:pPr>
        <w:jc w:val="right"/>
      </w:pPr>
      <w:r>
        <w:t>منافقمعنیوہیہوتےہیںکہ ہم مانتےہیںسبکچھ،لیکن اسپرٹجوہے،وہ محسوسنہیںہورہیہےکہوہاسپرٹنہیں ہے ہمارےاند</w:t>
      </w:r>
    </w:p>
    <w:p>
      <w:r>
        <w:rPr>
          <w:b/>
        </w:rPr>
        <w:t xml:space="preserve">[1:08:27] </w:t>
      </w:r>
      <w:r>
        <w:t>r. woh living spirit jo hai, kabhi kabhi aesa hota hai ke woh spirit bilkul living spirit ban kar rehti hai humare andar. kabhi aesa hota hai ke woh living spirit nahi hai.</w:t>
      </w:r>
    </w:p>
    <w:p>
      <w:pPr>
        <w:jc w:val="right"/>
      </w:pPr>
      <w:r>
        <w:t>ر۔ وہ لیونگاسپرٹجوہے، کبھیکبھیایساہوتاہےکہوہاسپرٹبالکل لیونگاسپرٹبنکررہتیہےہمارےاندر۔ کبھیایساہوتاہےکہوہلیونگاسپرٹنہیںہے۔</w:t>
      </w:r>
    </w:p>
    <w:p>
      <w:r>
        <w:rPr>
          <w:b/>
        </w:rPr>
        <w:t xml:space="preserve">[1:08:37] </w:t>
      </w:r>
      <w:r>
        <w:t>to unhon ne kaha ke "nafaq Hazrat." haan, munafeq baatein karte hain ke nahi, "hypocrite." hypocrite matlab hai ke aadmi mun se bolay aur kare na.</w:t>
      </w:r>
    </w:p>
    <w:p>
      <w:pPr>
        <w:jc w:val="right"/>
      </w:pPr>
      <w:r>
        <w:t>تو انہوںنےکہاکہ"نافقحنزلہ۔" ہاں،منافقباتیںکرتے ہیں کہ نہیں،"ہپوکریٹ۔" ہپوکریٹمطلبہےکہآدمیمنہسےبولےاورکرےنہیں۔</w:t>
      </w:r>
    </w:p>
    <w:p>
      <w:r>
        <w:rPr>
          <w:b/>
        </w:rPr>
        <w:t xml:space="preserve">[1:08:50] </w:t>
      </w:r>
      <w:r>
        <w:t>to unhon ne kaha ke "nafaq Hazrat." Hazrat to munafeq ho gaya. to kaha, "kaise?"</w:t>
      </w:r>
    </w:p>
    <w:p>
      <w:pPr>
        <w:jc w:val="right"/>
      </w:pPr>
      <w:r>
        <w:t>تو انہوںنےکہاکہ"نافقحنزلہ۔"حنزلہتومنافقہوگیا۔ تو کہا،"کیسے؟</w:t>
      </w:r>
    </w:p>
    <w:p>
      <w:r>
        <w:rPr>
          <w:b/>
        </w:rPr>
        <w:t xml:space="preserve">[1:08:57] </w:t>
      </w:r>
      <w:r>
        <w:t>"to unhon ne kaha ke hum Rasool Allah ke paas jab hote hain, Rasool Allah aap ko jannat ki baatein batate hain, jahannum ki baatein batate hain, Khuda ki baatein batate hain, to humare andar aik living spirit mehsoos hoti hai us waqt ."</w:t>
      </w:r>
    </w:p>
    <w:p>
      <w:pPr>
        <w:jc w:val="right"/>
      </w:pPr>
      <w:r>
        <w:t>"توانہوںنےکہاکہہمرسولاللہکےپاسجبہوتےہیں، رسولاللہآپکوجنتکیباتبتاتےہیں، ہیلکیباتبتاتےہیں،خداکیباتبتاتےہیں،توہمارےاندر ایک لیونگاسپرٹمحسوسہوتیہےاسوقت ۔</w:t>
      </w:r>
    </w:p>
    <w:p>
      <w:r>
        <w:rPr>
          <w:b/>
        </w:rPr>
        <w:t xml:space="preserve">[1:09:07] </w:t>
      </w:r>
      <w:r>
        <w:t>lekin jab aap chale aate hain apne paal bachchon mein, apni kheti baadi mein, apni bhed bakri mein, to woh woh living spirit nahin rehta us waqt. to Umar bin Khattab ne kaha, "yeh to mera bhi haal hai."</w:t>
      </w:r>
    </w:p>
    <w:p>
      <w:pPr>
        <w:jc w:val="right"/>
      </w:pPr>
      <w:r>
        <w:t>لیکن جبآپچلےآتےہیں اپنےپالبچوںمیں،اپنیکھیتیباڑیمیں، اپنی بھیڑبکریمیں، تووہ وہلیونگاسپرٹنہیں رہتیاسوقت ۔ تو عمر ابن خطابنےکہا،"یہتومیرابھیحالہے۔"</w:t>
      </w:r>
    </w:p>
    <w:p>
      <w:r>
        <w:rPr>
          <w:b/>
        </w:rPr>
        <w:t xml:space="preserve">[1:09:22] </w:t>
      </w:r>
      <w:r>
        <w:t>to unhon ne kaha, "agar naafiqah Umar to do top ke ek campaign yeh kehte hue jaate hain keh naafiqah Umar." woh kehte hain, "naafiqah Hanzalah." to Rasool Allah poochte hain, to woh yeh batate hain. woh to aap us waqt kya jawab dete hain?</w:t>
      </w:r>
    </w:p>
    <w:p>
      <w:pPr>
        <w:jc w:val="right"/>
      </w:pPr>
      <w:r>
        <w:t>تو انہوںنےکہا،"اگرنافقہعمر تو دو ٹاپ کے ایک کمپینریہکہتےہوئے جاتےہیں کہنافقہعمر۔"وہکہتےہیں،"نافقہحنزلہ۔" تورسولاللہپوچھتےہیں، تووہیہبتاتےہیں۔وہ تو آپ اسوقت کیاجوابدیتےہیں؟</w:t>
      </w:r>
    </w:p>
    <w:p>
      <w:r>
        <w:rPr>
          <w:b/>
        </w:rPr>
        <w:t xml:space="preserve">[1:09:40] </w:t>
      </w:r>
      <w:r>
        <w:t>aap ne kaha, "Ahyaanan ya Hanzalah." yeh کیفیت to kabhi kabhi</w:t>
      </w:r>
    </w:p>
    <w:p>
      <w:pPr>
        <w:jc w:val="right"/>
      </w:pPr>
      <w:r>
        <w:t>آپنےکہا،"احیانایاحنزلہ۔" یہ کیفیتتوکبھیکب</w:t>
      </w:r>
    </w:p>
    <w:p>
      <w:r>
        <w:rPr>
          <w:b/>
        </w:rPr>
        <w:t xml:space="preserve">[1:09:46] </w:t>
      </w:r>
      <w:r>
        <w:t>hi yeh hogi. agar yeh jo spirit hai, yeh living spirit har waqt rahe, har waqt rahe, to tum afford nahin kar sakoge. tum afford nahin kar sakoge</w:t>
      </w:r>
    </w:p>
    <w:p>
      <w:pPr>
        <w:jc w:val="right"/>
      </w:pPr>
      <w:r>
        <w:t>ھیہیہوگی ۔اگر یہجو اسپرٹہے، یہلیونگاسپرٹہروقترہے،ہروقترہے، تو تم افورڈنہیںکرسکوگے۔ تم افورڈنہیںکرسکوگ</w:t>
      </w:r>
    </w:p>
    <w:p>
      <w:r>
        <w:rPr>
          <w:b/>
        </w:rPr>
        <w:t xml:space="preserve">[1:09:56] </w:t>
      </w:r>
      <w:r>
        <w:t>is liye spirit aadmi ko pareshan nahin hona chahiye. aur sirf yeh cheez hai keh agar is mein, yaani kabhi yeh ho, kabhi woh ho, to bilkul theek hai. woh aur ek da milliong spirit kabhi na ho, sirf lift service chal raha ho,</w:t>
      </w:r>
    </w:p>
    <w:p>
      <w:pPr>
        <w:jc w:val="right"/>
      </w:pPr>
      <w:r>
        <w:t>ے۔اسوجہسےاسپرآدمیکوپریشاننہیںہوناچاہیے۔ اور صرفیہچیزہےکہ اگر اسمیں ،یعنی کبھییہہو،کبھیوہہو،توبالکلٹھیکہے۔وہ اور ایک د میلیونگاسپرٹکبھینہہو،صرف لفٹسروسچلرہاہو،</w:t>
      </w:r>
    </w:p>
    <w:p>
      <w:r>
        <w:rPr>
          <w:b/>
        </w:rPr>
        <w:t xml:space="preserve">[1:10:16] </w:t>
      </w:r>
      <w:r>
        <w:t>sirf ritual par aadmi zindagi guzar raha ho, to woh albatta woh bohat hi buri haalat hai.</w:t>
      </w:r>
    </w:p>
    <w:p>
      <w:pPr>
        <w:jc w:val="right"/>
      </w:pPr>
      <w:r>
        <w:t>صرف ریچولپرآدمی زندگی گزاررہاہو، تو وہ البتہوہبہتہیبریحالتہے۔</w:t>
      </w:r>
    </w:p>
    <w:p>
      <w:r>
        <w:rPr>
          <w:b/>
        </w:rPr>
        <w:t xml:space="preserve">[1:10:26] </w:t>
      </w:r>
      <w:r>
        <w:t>yeh insaan ke saath Khuda ki rahayat hai, kyunkeh insaan ko duniya mein samaaj mein rehna hai, usko duniya ka kaam bhi karna hai. to agar woh living spirit har waqt bhari rahe iske upar, to kuch nahin kar sakta.</w:t>
      </w:r>
    </w:p>
    <w:p>
      <w:pPr>
        <w:jc w:val="right"/>
      </w:pPr>
      <w:r>
        <w:t>یہ انسان کےساتھ خداکیرعایتہے،کیونکہانسانکو دنیا میں سماجمیںرہناہے، اسکو دنیا کاکامبھیکرناہے۔ تواگر وہ لیونگاسپرٹہروقتبھریرہےاسکےاوپر، تو کچھنہیںکرسکتا۔</w:t>
      </w:r>
    </w:p>
    <w:p>
      <w:r>
        <w:rPr>
          <w:b/>
        </w:rPr>
        <w:t xml:space="preserve">[1:10:44] </w:t>
      </w:r>
      <w:r>
        <w:t>ab mein apne baare mein keh sakta hoon keh Khuda ne mujhe pata nahin kyun is ke liye select kiya keh har waqt mujh pe wohi کیفیت aa rehti hai.</w:t>
      </w:r>
    </w:p>
    <w:p>
      <w:pPr>
        <w:jc w:val="right"/>
      </w:pPr>
      <w:r>
        <w:t>ابمیں اپنےبارےمیںکہہسکتاہوںکہ خدانےمجھےپتہنہیںکیوںاسیکےلیے سلیکٹکیا کہہروقت مجھپہوہی کیفیتآئیرہتیہے۔</w:t>
      </w:r>
    </w:p>
    <w:p>
      <w:r>
        <w:rPr>
          <w:b/>
        </w:rPr>
        <w:t xml:space="preserve">[1:10:55] </w:t>
      </w:r>
      <w:r>
        <w:t>lekin meri beti yahan maujood hai, Farida, pooch lijiye. chhoti chhoti baaton ko bhool jaata hoon mein. chhoti chhoti baatein meri samajh mein nahin aati. inse poochta hoon keh mein yeh karoon keh woh karoon.</w:t>
      </w:r>
    </w:p>
    <w:p>
      <w:pPr>
        <w:jc w:val="right"/>
      </w:pPr>
      <w:r>
        <w:t>لیکن میریبیٹییہاںموجود ہے،فریدہ،پوچھلیجئے۔ چھوٹیچھوٹیباتوںکوبھولجاتاہوںمیں۔ چھوٹیچھوٹیباتمیریسمجھمیںنہیںآتی۔ انسےپوچھتاہوںکہمیںیہکروںکہوہکروں۔</w:t>
      </w:r>
    </w:p>
    <w:p>
      <w:r>
        <w:rPr>
          <w:b/>
        </w:rPr>
        <w:t xml:space="preserve">[1:11:07] </w:t>
      </w:r>
      <w:r>
        <w:t>yaani woh baat jo har aadmi jaanta hai, woh mein jaan nahin paata.</w:t>
      </w:r>
    </w:p>
    <w:p>
      <w:pPr>
        <w:jc w:val="right"/>
      </w:pPr>
      <w:r>
        <w:t>یعنیوہباتجوہرآدمیجانتاہے، وہیمیں جان نہیںپاتا۔</w:t>
      </w:r>
    </w:p>
    <w:p>
      <w:r>
        <w:rPr>
          <w:b/>
        </w:rPr>
        <w:t xml:space="preserve">[1:11:14] </w:t>
      </w:r>
      <w:r>
        <w:t>aap pooch sakte hain meri beti jo Farida hain, maujood hain aap. to yeh koi achhi baat nahin hai. aaj hum ne inse kaha hai keh agar mere jaise sab log ho jayein to duniya ka kaam ruk jaaye.</w:t>
      </w:r>
    </w:p>
    <w:p>
      <w:pPr>
        <w:jc w:val="right"/>
      </w:pPr>
      <w:r>
        <w:t>آپپوچھسکتےہیںمیری بیٹیجوفریدہہیں،موجود ہیںآپ۔ تویہکوئیاچھیباتنہیںہے۔ آجہیمیںنےانسےکہاہےکہاگرمیرےجیسےسبلوگہوجائیں تو دنیا کامٹھپہوجائے۔</w:t>
      </w:r>
    </w:p>
    <w:p>
      <w:r>
        <w:rPr>
          <w:b/>
        </w:rPr>
        <w:t xml:space="preserve">[1:11:27] </w:t>
      </w:r>
      <w:r>
        <w:t>agar sab log mere jaise ho jayein to duniya ka kaam ruk jaaye ga. itna concentration, itna dedication, itna ziyada living spirit bhari ho aadmi ke andar, to phir woh kuch nahin kar sakega. woh to Khuda yeh bhi chahta hai keh samaaj chale, duniya mein duniya ka karobar bhi chale,</w:t>
      </w:r>
    </w:p>
    <w:p>
      <w:pPr>
        <w:jc w:val="right"/>
      </w:pPr>
      <w:r>
        <w:t>اگر سبلوگمیرےجیسےہوجائیںتودنیا کامٹھپہوجائےگا۔ اتنا کنسنٹریشن، اتنا ڈیڈیکیشن، اتنازیادہ لیونگاسپرٹبھریہوآدمیکےاندر، تو پھروہکچھنہیںکرسکےگا۔وہ تو خدا یہبھیچاہتاہےکہ سماجچلے، دنیا میں دنیا کاکاروباربھیچلے،</w:t>
      </w:r>
    </w:p>
    <w:p>
      <w:r>
        <w:rPr>
          <w:b/>
        </w:rPr>
        <w:t xml:space="preserve">[1:11:50] </w:t>
      </w:r>
      <w:r>
        <w:t>history jo hai, woh abhi history ki journey bhi jaari rahe. yeh bhi chahta hai Khuda.</w:t>
      </w:r>
    </w:p>
    <w:p>
      <w:pPr>
        <w:jc w:val="right"/>
      </w:pPr>
      <w:r>
        <w:t>ہسٹریجوہے،وہابھیہسٹریکیجرنیبھیجاریرہے۔ یہبھیچاہتاہےخدا۔</w:t>
      </w:r>
    </w:p>
    <w:p>
      <w:r>
        <w:rPr>
          <w:b/>
        </w:rPr>
        <w:t xml:space="preserve">[1:11:55] </w:t>
      </w:r>
      <w:r>
        <w:t>to sab ko Khuda aasani banata. agar Khuda sab ko aisa bana de to history ki journey ruk jaaye, sab maamla khatam ho jaaye, phir kuch bhi na ho.</w:t>
      </w:r>
    </w:p>
    <w:p>
      <w:pPr>
        <w:jc w:val="right"/>
      </w:pPr>
      <w:r>
        <w:t>تو سبکوخداآسانیبناتا۔ اگرخداسبکو ایسابنادےتو ہسٹریکیجرنیرکجائے،سبمعاملہختمہوجائے، پھرکچھبھینہہو۔</w:t>
      </w:r>
    </w:p>
    <w:p>
      <w:r>
        <w:rPr>
          <w:b/>
        </w:rPr>
        <w:t xml:space="preserve">[1:12:09] </w:t>
      </w:r>
      <w:r>
        <w:t>is wajah se aadmi ko iski tamanna nahin karni chahiye. yaad rakhiye keh har waqt mein living spirit pe hoon, iski tamanna na karo. bohat hi sakht cheez hai. woh</w:t>
      </w:r>
    </w:p>
    <w:p>
      <w:pPr>
        <w:jc w:val="right"/>
      </w:pPr>
      <w:r>
        <w:t>اس وجہسےآدمیکواسکیتم نانہیںکرنیچاہیے۔یادرکھیے کہہروقت میں لیونگاسپرٹپہرہوں، اسکیتمنانہیںکرو۔بہتہیسختچیزہے۔وہ</w:t>
      </w:r>
    </w:p>
    <w:p>
      <w:r>
        <w:rPr>
          <w:b/>
        </w:rPr>
        <w:t xml:space="preserve">[1:12:22] </w:t>
      </w:r>
      <w:r>
        <w:t>woh nervous breakdown ke paas pahunch jaata hai. aadmi iski tamanna nahin karni chahiye. jo hai, us pe shukr karna chahiye.</w:t>
      </w:r>
    </w:p>
    <w:p>
      <w:pPr>
        <w:jc w:val="right"/>
      </w:pPr>
      <w:r>
        <w:t>وہ نروس بریکڈاؤن کے پاسپہنچجاتاہے۔آدمی اسکیتم نانہیںکرنیچاہیے۔ جوہے،اسپرشکرکرناچاہیے۔</w:t>
      </w:r>
    </w:p>
    <w:p>
      <w:r>
        <w:rPr>
          <w:b/>
        </w:rPr>
        <w:t xml:space="preserve">[1:12:33] </w:t>
      </w:r>
      <w:r>
        <w:t>albatta jo cheezein khulli khulli haraam hain, us ke paas nahin jaana chahiye.</w:t>
      </w:r>
    </w:p>
    <w:p>
      <w:pPr>
        <w:jc w:val="right"/>
      </w:pPr>
      <w:r>
        <w:t>البتہ جو چیزیںکھلیکھلیحرامہیں، اس کےپاس نہیںجاناچاہیے۔</w:t>
      </w:r>
    </w:p>
    <w:p>
      <w:r>
        <w:rPr>
          <w:b/>
        </w:rPr>
        <w:t xml:space="preserve">[1:12:39] </w:t>
      </w:r>
      <w:r>
        <w:t>lekin ek hai living spirit, jisko mein keh raha hoon, woh ek hai khulli khulli cheezein jo bilkul mana hain, haraam hain. woh to woh to hum, woh us se to har haal mein door rehna hai aadmi ko.</w:t>
      </w:r>
    </w:p>
    <w:p>
      <w:pPr>
        <w:jc w:val="right"/>
      </w:pPr>
      <w:r>
        <w:t>لیکن ایک ہے لیونگاسپرٹ،جسکومیںکہہرہاہوں،وہ ایکہےکھلیکھلیچیزیںجوبالکلمنعہیں،حرامہیں۔ وہ تو وہتوہم، وہ اسسےتوہرحالمیں دوررہ ناہےآدمیکو ۔</w:t>
      </w:r>
    </w:p>
    <w:p>
      <w:r>
        <w:rPr>
          <w:b/>
        </w:rPr>
        <w:t xml:space="preserve">[1:12:55] </w:t>
      </w:r>
      <w:r>
        <w:t>jo jo khulli khulli haraam hain, us se to us se door rehna hi rehna hai. jaise misaal ke taur par sharab hai, sharab kisi haal mein peeni nahin hai.</w:t>
      </w:r>
    </w:p>
    <w:p>
      <w:pPr>
        <w:jc w:val="right"/>
      </w:pPr>
      <w:r>
        <w:t>جو جوکھلیکھلیحرامہیں، اسسےتو اسسےدور رہناہیرہناہے۔ جیسےمثلاً شرابہے، شرابکسی حالمیںپینانہیںہے۔</w:t>
      </w:r>
    </w:p>
    <w:p>
      <w:r>
        <w:rPr>
          <w:b/>
        </w:rPr>
        <w:t xml:space="preserve">[1:13:08] </w:t>
      </w:r>
      <w:r>
        <w:t>aisi aur bohat si cheezein hain. to khulli khulli jo haraam cheezein hain, us se to har haal bachna hai hum ko. lekin yeh cheez, jisko mein living spirit keh raha hoon, woh bohat hi mushkil cheez hai.</w:t>
      </w:r>
    </w:p>
    <w:p>
      <w:pPr>
        <w:jc w:val="right"/>
      </w:pPr>
      <w:r>
        <w:t>ایسیاوربہتسیچیزیںہیں۔ تو کھلیکھلیجوحرامچیزیںہیں،اسسےتوبہرحالبچناہےہمکو۔ لیکن یہچیز،جسکومیںلیونگاسپرٹکہہرہاہوں، وہ بہت ہیمشکلچیزہے۔</w:t>
      </w:r>
    </w:p>
    <w:p>
      <w:r>
        <w:rPr>
          <w:b/>
        </w:rPr>
        <w:t xml:space="preserve">[1:13:25] </w:t>
      </w:r>
      <w:r>
        <w:t>kisi kisi ko Khuda deta hai. woh mujhe Khuda ne, mujhe nahin maloom keh kyun Khuda ne mujhe is ke liye select kiya, lekin woh bohat mushkil kaam hai.</w:t>
      </w:r>
    </w:p>
    <w:p>
      <w:pPr>
        <w:jc w:val="right"/>
      </w:pPr>
      <w:r>
        <w:t>کسی کسیکوخدا دیتاہے۔وہ مجھےخدانے،مجھے نہیںمعلومکہکیوںخدانےمجھےاسکےلیے سلیکٹکیا، لیکن وہبہت مشکلکام ہے۔</w:t>
      </w:r>
    </w:p>
    <w:p>
      <w:r>
        <w:rPr>
          <w:b/>
        </w:rPr>
        <w:t xml:space="preserve">[1:13:37] </w:t>
      </w:r>
      <w:r>
        <w:t>haddiyan, haddiyan jo hain, haddiyan toot jaati hain, khoon khushk ho jaata hai, zindagi ka sukh chain khatam ho jaata hai.</w:t>
      </w:r>
    </w:p>
    <w:p>
      <w:pPr>
        <w:jc w:val="right"/>
      </w:pPr>
      <w:r>
        <w:t>ہڈیاں، ہڈیاںجوہیں، ہڈیاں ٹوٹجاتیہیں، خونخشکہوجاتا ہے، زندگی کاسکھچنختمہوجاتاہے۔</w:t>
      </w:r>
    </w:p>
    <w:p>
      <w:r>
        <w:rPr>
          <w:b/>
        </w:rPr>
        <w:t xml:space="preserve">[1:13:50] </w:t>
      </w:r>
      <w:r>
        <w:t>bohat mushkil cheez hai. woh to hadees mein yeh bhi aata hai keh is liye dua mat kiya karo, jo hai, usi pe, usi pe, usi pe, usi pe shukr karo.</w:t>
      </w:r>
    </w:p>
    <w:p>
      <w:pPr>
        <w:jc w:val="right"/>
      </w:pPr>
      <w:r>
        <w:t>بہت مشکلچیزہے۔وہ توحدیثمیںیہبھیآتاہےکہاسلیےدعامتکیاکرو ، جوہے، اسیپر ،اسیپر، اسیپر، اسیپر شکرکرو۔</w:t>
      </w:r>
    </w:p>
    <w:p>
      <w:r>
        <w:rPr>
          <w:b/>
        </w:rPr>
        <w:t xml:space="preserve">[1:14:07] </w:t>
      </w:r>
      <w:r>
        <w:t>to do baat mein ne kahi. ek to yeh keh jo cheezein khulli khulli haraam hain, dekhein, haraam mein log samajhte hain keh sharab waghera haraam hain. ek aur cheez hai, bohat hi buri cheez hai, jis se sab log mubtala hote hain,</w:t>
      </w:r>
    </w:p>
    <w:p>
      <w:pPr>
        <w:jc w:val="right"/>
      </w:pPr>
      <w:r>
        <w:t>تو دوباتمیںنےکہی۔ایک تویہکہجوچیزیںکھلیکھلیحرامہیں، دیکھیں،حراممیں لوگ سمجھتےہیںکہشرابوغیرہحرامہے۔ ایک اورچیزہے، بہتہی بریچیزہے، جس سے سبلوگمبتلاہوتےہیں،</w:t>
      </w:r>
    </w:p>
    <w:p>
      <w:r>
        <w:rPr>
          <w:b/>
        </w:rPr>
        <w:t xml:space="preserve">[1:14:21] </w:t>
      </w:r>
      <w:r>
        <w:t>woh hai negative statement. negative statement sharab se ziyada buri cheez hai.</w:t>
      </w:r>
    </w:p>
    <w:p>
      <w:pPr>
        <w:jc w:val="right"/>
      </w:pPr>
      <w:r>
        <w:t>وہہے نیگیٹیوسٹیٹمنٹ۔ نیگیٹیوسٹیٹمنٹشرابسےزیادہ بریچیزہے۔</w:t>
      </w:r>
    </w:p>
    <w:p>
      <w:r>
        <w:rPr>
          <w:b/>
        </w:rPr>
        <w:t xml:space="preserve">[1:14:30] </w:t>
      </w:r>
      <w:r>
        <w:t>fauran log doosre ke bare mein kuch ulti baat keh dete hain. fauran, yaani positive statement to nahin denge, lekin negative baat koi nahin sunenge, dard se usko bhi bayan kar denge.</w:t>
      </w:r>
    </w:p>
    <w:p>
      <w:pPr>
        <w:jc w:val="right"/>
      </w:pPr>
      <w:r>
        <w:t>فوراًلوگدوسرےکےبارےمیںکچھالٹیباتکہہدیتےہیں۔ فوراً، یعنی پازیٹیوسٹیٹمنٹتونہیںدیںگے، لیکن نیگیٹیوباتکوئیسنیںگے، دردسےاسکوبیانکردیںگے۔</w:t>
      </w:r>
    </w:p>
    <w:p>
      <w:r>
        <w:rPr>
          <w:b/>
        </w:rPr>
        <w:t xml:space="preserve">[1:14:46] </w:t>
      </w:r>
      <w:r>
        <w:t>jisko kaha jaata hai, jisko bura karna, gheebat karna kaha jaata hai, usi ko keh raha hoon negative statement. kisi ke khilaaf koi ulti baat keh dena,</w:t>
      </w:r>
    </w:p>
    <w:p>
      <w:pPr>
        <w:jc w:val="right"/>
      </w:pPr>
      <w:r>
        <w:t>جسکوکہاجاتاہے، جسکوبر ائیکرنا،غیبتکرناکہاجاتاہے،اسیکوکہہرہاہوںنیگیٹیوسٹیٹمنٹ۔ کسی کےخلاف کوئیالٹیباتکہہدینا،</w:t>
      </w:r>
    </w:p>
    <w:p>
      <w:r>
        <w:rPr>
          <w:b/>
        </w:rPr>
        <w:t xml:space="preserve">[1:14:59] </w:t>
      </w:r>
      <w:r>
        <w:t>jaise mere bare mein. ab main RSS ke jalase mein gaya ke dekho, yeh to RSS ka agent hai. yeh abhi kal mere paas ek saahab ka telephone aaya Pakistan se, to unhone kaha ke falan saahab, ek saahab jo America mein rehte hain,</w:t>
      </w:r>
    </w:p>
    <w:p>
      <w:pPr>
        <w:jc w:val="right"/>
      </w:pPr>
      <w:r>
        <w:t>جیسےمیرےبارےمیں۔ ابمیںآرایسایسکےجلسےمیںگیاکہ دیکھو،یہتوآرایسایسکاایجنٹہے۔یہ ابھیکل میرےپاس ایک صاحبکاٹیلیفونآیا پاکستان سے، تو انہوںنےکہاکہ فلاںصاحب، ایکصاحبجو امریک ہمیںرہتےہیں،</w:t>
      </w:r>
    </w:p>
    <w:p>
      <w:r>
        <w:rPr>
          <w:b/>
        </w:rPr>
        <w:t xml:space="preserve">[1:15:17] </w:t>
      </w:r>
      <w:r>
        <w:t>wo to pehle bahut mu'taqid the aap ke aur bahut aap ke fan the, ab to bilkul aap se jaise unko allergy ho gayi hai.</w:t>
      </w:r>
    </w:p>
    <w:p>
      <w:pPr>
        <w:jc w:val="right"/>
      </w:pPr>
      <w:r>
        <w:t>وہتوپہلے بہت معتقدتھےآپکے اوربہت آپ کے فینتھے، ابتوبالکل آپسے جیسےانکوالر جیہوگئیہے۔</w:t>
      </w:r>
    </w:p>
    <w:p>
      <w:r>
        <w:rPr>
          <w:b/>
        </w:rPr>
        <w:t xml:space="preserve">[1:15:26] </w:t>
      </w:r>
      <w:r>
        <w:t>kya baat hai ?</w:t>
      </w:r>
    </w:p>
    <w:p>
      <w:pPr>
        <w:jc w:val="right"/>
      </w:pPr>
      <w:r>
        <w:t>کیاباتہے ؟</w:t>
      </w:r>
    </w:p>
    <w:p>
      <w:r>
        <w:rPr>
          <w:b/>
        </w:rPr>
        <w:t xml:space="preserve">[1:15:29] </w:t>
      </w:r>
      <w:r>
        <w:t>wohi Pakistani hain, lekin rehte hain America mein. to jaante hain raaz kya hai iska? waq'atan woh mere bahut fan the, bahut zyada mujh se unko tha.</w:t>
      </w:r>
    </w:p>
    <w:p>
      <w:pPr>
        <w:jc w:val="right"/>
      </w:pPr>
      <w:r>
        <w:t>وہی پاکستانی ہیں،لیکنرہتےہیںامریکہمیں۔ تو جانتےہیںرازکیاہےاسکا ؟ واق عتاًوہمیرےبہتفینتھے،بہتزیادہ مجھسے انکوتھا۔</w:t>
      </w:r>
    </w:p>
    <w:p>
      <w:r>
        <w:rPr>
          <w:b/>
        </w:rPr>
        <w:t xml:space="preserve">[1:15:38] </w:t>
      </w:r>
      <w:r>
        <w:t>lekin hua yeh ke ek baar maine wahan par India aur Pakistan ka comparison hua. India aur Pakistan ka comparison to maine kuch aisi baat keh di jo India ki favour mein thi aur Pakistan favour mein nahin thi.</w:t>
      </w:r>
    </w:p>
    <w:p>
      <w:pPr>
        <w:jc w:val="right"/>
      </w:pPr>
      <w:r>
        <w:t>لیکن ہوا یہکہ ایکبار میںنے وہاںپر انڈیااور پاکستان کا کمپیریزنہوا۔ انڈیااور پاکستانکاکمپیریزن تومیںنےکچھایسیباتکہہدی جو انڈیا کی فیورمیںتھیاور پاکستانفی ورمیںنہیںتھی۔</w:t>
      </w:r>
    </w:p>
    <w:p>
      <w:r>
        <w:rPr>
          <w:b/>
        </w:rPr>
        <w:t xml:space="preserve">[1:15:56] </w:t>
      </w:r>
      <w:r>
        <w:t>to Pakistan logon ka haal yeh hai ke agar comparative maamla ho, alag se aap kuch bhi keh dijiye, lekin agar as comparative Pakistan, agar aap India ke bare mein kuch bol dein to samajhte hain, dekho, India ka agent hai. yeh fauran woh keh denge, India ka agent hai ke main isko bhugatta hoon, bhugta raha hoon. isko mere khilaaf ek kitaab chhapi hai Pakistan se, iska naam hai "Ghaddar Maulana".</w:t>
      </w:r>
    </w:p>
    <w:p>
      <w:pPr>
        <w:jc w:val="right"/>
      </w:pPr>
      <w:r>
        <w:t>تو پاکستان لوگوںکاحالیہہےکہاگر کمپیریٹیو معاملہہو ، الگسےآپکچھبھیکہہدیجئے،لیکناگر ایزکمپیئرٹو پاکستان ،اگر آپانڈیاکےبارےمیںکچھبول دیںتو سمجھتےہیں،دیکھو،انڈیاکاایجنٹہے۔یہ فوراًوہکہہدیںگے،انڈیاکاایجنٹہے کہمیںاسکوبھگتتاہوں،بھگترہاہوں۔اسکو میرےخلاف ایککتاب چھپیہے پاکستان سے،اسکانامہے "غ دار مول انا"۔</w:t>
      </w:r>
    </w:p>
    <w:p>
      <w:r>
        <w:rPr>
          <w:b/>
        </w:rPr>
        <w:t xml:space="preserve">[1:16:21] </w:t>
      </w:r>
      <w:r>
        <w:t>yeh title hai is kitaab ka, motive is kitaab. ghaddar bolna</w:t>
      </w:r>
    </w:p>
    <w:p>
      <w:pPr>
        <w:jc w:val="right"/>
      </w:pPr>
      <w:r>
        <w:t>یہ ٹائٹلہےاسکتاب کا ، موٹیسیکتاب۔ غدار بولنا</w:t>
      </w:r>
    </w:p>
    <w:p>
      <w:r>
        <w:rPr>
          <w:b/>
        </w:rPr>
        <w:t xml:space="preserve">[1:16:26] </w:t>
      </w:r>
      <w:r>
        <w:t>kyun? unhone dekha ke India aur Pakistan ke jab woh hua to to maine kabhi aisi baat keh di jo India ke favour mein ja rahi thi to bas woh ghaddar ban gaya.</w:t>
      </w:r>
    </w:p>
    <w:p>
      <w:pPr>
        <w:jc w:val="right"/>
      </w:pPr>
      <w:r>
        <w:t>کیوں ؟ انہوںنےدیکھا کہ انڈیااور پاکستان کےجب وہ ہوا تو تومیںنےکبھی ایسیباتکہہدی جو انڈیاکےفیورمیںجارہیتھی تو بسوہغداربنگیا۔</w:t>
      </w:r>
    </w:p>
    <w:p>
      <w:r>
        <w:rPr>
          <w:b/>
        </w:rPr>
        <w:t xml:space="preserve">[1:16:38] </w:t>
      </w:r>
      <w:r>
        <w:t>yaani as comparative Pakistan, agar koi lafz bol diya to bas yeh aadmi Bhartiya agent hai aur Pakistan ka dushman hai. aisa kuch hua wahan to woh unko logon ne bharkaya, bharkakar ke unko yeh kiya ke saahab, yeh to Bhartiya agent hai.</w:t>
      </w:r>
    </w:p>
    <w:p>
      <w:pPr>
        <w:jc w:val="right"/>
      </w:pPr>
      <w:r>
        <w:t>یعنیایزکمپیئرٹو پاکستان،اگر کوئیلفظبولدیا تو بس یہآدمیبھارتی ایجنٹہے اور پاکستانکادشمنہے۔ ایساکچھہوا وہاںتووہ انکولوگوںنےبھڑکایا، بھڑکاکرکےانکویہکیا کہصاحب، یہتوبھارتی ایجنٹہے۔</w:t>
      </w:r>
    </w:p>
    <w:p>
      <w:r>
        <w:rPr>
          <w:b/>
        </w:rPr>
        <w:t xml:space="preserve">[1:16:54] </w:t>
      </w:r>
      <w:r>
        <w:t>yeh haraam se sab se haraam hai. yaad rakhiye, kisi ke bare mein bura rakhna, kisi ke bare mein ulti statement dena, kisi ke bare mein negative raay dena, yeh sharaab se zyada haraam hai. baat hai yeh aur samaaj mein sab log is mein pade hue hain.</w:t>
      </w:r>
    </w:p>
    <w:p>
      <w:pPr>
        <w:jc w:val="right"/>
      </w:pPr>
      <w:r>
        <w:t>یہ حرامسے سپرحرامہے۔ یادرکھیے، کسی کےبارےمیںبریرائےرکھنا ،کسی کےبارےمیںالٹاسٹیٹمنٹدینا، کسی کےبارےمیں نیگیٹیورائےدینا، یہ شراب سےزیادہ حرامہے۔باتہےیہاور سماجمیں سبلوگ اسمیںپڑےہوئےہیں۔</w:t>
      </w:r>
    </w:p>
    <w:p>
      <w:r>
        <w:rPr>
          <w:b/>
        </w:rPr>
        <w:t xml:space="preserve">[1:17:13] </w:t>
      </w:r>
      <w:r>
        <w:t>to bahut hi zyada koshish ho is maamle mein ke mujhe mujh se koi negative statement na nikle. lekin sahi baat kya hai?</w:t>
      </w:r>
    </w:p>
    <w:p>
      <w:pPr>
        <w:jc w:val="right"/>
      </w:pPr>
      <w:r>
        <w:t>تو بہت ہیزیادہ کاشسہو اسمعاملےمیں کہمجھےمجھسےکوئینیگیٹیوسٹیٹمنٹنہنکلے۔ لیکن صحیحباتکیاہے؟</w:t>
      </w:r>
    </w:p>
    <w:p>
      <w:r>
        <w:rPr>
          <w:b/>
        </w:rPr>
        <w:t xml:space="preserve">[1:17:24] </w:t>
      </w:r>
      <w:r>
        <w:t>man kaan yumin billahi wal yawm al akhir fal yaqul khair an yaskut. ke jo aadmi Khuda par aur aakhirat par yaqeen rakhta ho to usko chahiye ke bole to theek baat bole, nahin to chup rahe.</w:t>
      </w:r>
    </w:p>
    <w:p>
      <w:pPr>
        <w:jc w:val="right"/>
      </w:pPr>
      <w:r>
        <w:t>من کان یومنباللہوالی ومالاخر فلیق الخیر اول یسبد کہجو آدمی خداپر اورآخرتپر یقینرکھتاہو تواسکوچاہیے کہ بولےتو ٹھیکباتبولے،نہیںتوچپرہے۔</w:t>
      </w:r>
    </w:p>
    <w:p>
      <w:r>
        <w:rPr>
          <w:b/>
        </w:rPr>
        <w:t xml:space="preserve">[1:17:42] </w:t>
      </w:r>
      <w:r>
        <w:t>to yaad rakhiye, kisi ke bare mein agar aap ko positive statement dena hai to khoob dijiye ke aadmi sachcha hai, aadmi honest hai, khoob kahiye usko.</w:t>
      </w:r>
    </w:p>
    <w:p>
      <w:pPr>
        <w:jc w:val="right"/>
      </w:pPr>
      <w:r>
        <w:t>تو یادرکھیے،کسی کےبارےمیں اگرآپکو پازیٹیوسٹیٹمنٹدیناہے تو خوبدیجئے کہآدمیسچاہے،آدمی اونسٹہے، خوب کہیےاسکو۔</w:t>
      </w:r>
    </w:p>
    <w:p>
      <w:r>
        <w:rPr>
          <w:b/>
        </w:rPr>
        <w:t xml:space="preserve">[1:17:54] </w:t>
      </w:r>
      <w:r>
        <w:t>lekin agar aap ko negative statement dena hai to hazaar baar sochiye, hazaar baar iski scrutiny kijiye.</w:t>
      </w:r>
    </w:p>
    <w:p>
      <w:pPr>
        <w:jc w:val="right"/>
      </w:pPr>
      <w:r>
        <w:t>لیکن اگر آپکو نیگیٹیوسٹیٹمنٹدیناہے تو ہزار بارسوچیے،ہزارباراسکیسکروٹنیکیجئے۔</w:t>
      </w:r>
    </w:p>
    <w:p>
      <w:r>
        <w:rPr>
          <w:b/>
        </w:rPr>
        <w:t xml:space="preserve">[1:18:04] </w:t>
      </w:r>
      <w:r>
        <w:t>saare log main dekhta hoon ke negative statement ki baadshahat bani hui hai. dar se koi ulti baat keh dein kisi ke bare mein, dar se keh denge</w:t>
      </w:r>
    </w:p>
    <w:p>
      <w:pPr>
        <w:jc w:val="right"/>
      </w:pPr>
      <w:r>
        <w:t>سارےلوگ میںدیکھتاہوںکہنیگیٹیوسٹیٹمنٹکیبادشاہبنیہوئیہیں۔ ڈرسےکوئیالٹیباتکہہدیںکسیکےبارےمیں، ڈرسےکہہدیںگے</w:t>
      </w:r>
    </w:p>
    <w:p>
      <w:r>
        <w:rPr>
          <w:b/>
        </w:rPr>
        <w:t xml:space="preserve">[1:18:15] </w:t>
      </w:r>
      <w:r>
        <w:t>to main samajhta hoon ke woh living spirit to kabhi kabhi aati hai. lekin har waqt ka mas'ala hai wohi yeh hai ke aap koshish ho jayein ke mere munh se kabhi aisi baat na nikle kisi ke bare mein</w:t>
      </w:r>
    </w:p>
    <w:p>
      <w:pPr>
        <w:jc w:val="right"/>
      </w:pPr>
      <w:r>
        <w:t>تومیںسمجھتاہوںکہوہ لیونگاسپرٹتو کبھیکبھیآتیہے۔ لیکن ہروقتکاجومسئلہہےوہیہہے کہآپ کاشسہوجائیںکہمیرےمنہسےکبھیایسیباتنہنکلے کسی کےبارےمیں</w:t>
      </w:r>
    </w:p>
    <w:p>
      <w:r>
        <w:rPr>
          <w:b/>
        </w:rPr>
        <w:t xml:space="preserve">[1:18:29] </w:t>
      </w:r>
      <w:r>
        <w:t>jo jisko kehte hain bura karna, usi ko kehte hain negative statement. is se bahut zyada bachne ki zaroorat hai.</w:t>
      </w:r>
    </w:p>
    <w:p>
      <w:pPr>
        <w:jc w:val="right"/>
      </w:pPr>
      <w:r>
        <w:t>جو جسکوکہتےہیںبرائیکرنا،اسیکوکہتےہیںنیگیٹیوسٹیٹمنٹ۔ اسسے بہت زیادہ بچنےکیضرورتہے۔</w:t>
      </w:r>
    </w:p>
    <w:p>
      <w:r>
        <w:rPr>
          <w:b/>
        </w:rPr>
        <w:t xml:space="preserve">[1:18:40] </w:t>
      </w:r>
      <w:r>
        <w:t>yeh cheez Khuda ke haan maaf nahin hogi.</w:t>
      </w:r>
    </w:p>
    <w:p>
      <w:pPr>
        <w:jc w:val="right"/>
      </w:pPr>
      <w:r>
        <w:t>یہچیز خداکےہاںمعافنہیںہوگی۔</w:t>
      </w:r>
    </w:p>
    <w:p>
      <w:r>
        <w:rPr>
          <w:b/>
        </w:rPr>
        <w:t xml:space="preserve">[1:18:46] </w:t>
      </w:r>
      <w:r>
        <w:t>dusko is suchnaaz from aazreen: please tell us of the reason and dua for contentment and mental peace.</w:t>
      </w:r>
    </w:p>
    <w:p>
      <w:pPr>
        <w:jc w:val="right"/>
      </w:pPr>
      <w:r>
        <w:t>دسکوئسچنازفرامناظرین :پلیزٹیلاساف دیرازاینیدعافار کنٹینٹمنٹ اینڈ مینٹلپیس۔</w:t>
      </w:r>
    </w:p>
    <w:p>
      <w:r>
        <w:rPr>
          <w:b/>
        </w:rPr>
        <w:t xml:space="preserve">[1:18:56] </w:t>
      </w:r>
      <w:r>
        <w:t>dekhein, dua to har cheez ki hoti hai, iski bhi dua hai. lekin maine kaha ke dua ke peeche ek booster chahiye, booster chahiye.</w:t>
      </w:r>
    </w:p>
    <w:p>
      <w:pPr>
        <w:jc w:val="right"/>
      </w:pPr>
      <w:r>
        <w:t>دیکھیں، دعاتوہرچیزکیہوتیہے،اسکیبھیدعاہے۔ لیکن میںنےکہاناکہدعاکےپیچھےایکبوسٹرچاہیے، بوسٹرچاہیے۔</w:t>
      </w:r>
    </w:p>
    <w:p>
      <w:r>
        <w:rPr>
          <w:b/>
        </w:rPr>
        <w:t xml:space="preserve">[1:19:09] </w:t>
      </w:r>
      <w:r>
        <w:t>contentment ko sirf dua se aap haasil nahin kar sakte,</w:t>
      </w:r>
    </w:p>
    <w:p>
      <w:pPr>
        <w:jc w:val="right"/>
      </w:pPr>
      <w:r>
        <w:t>کنٹینٹمنٹکو صرفدعاسےآپحاصلنہیںکرسکتے ،</w:t>
      </w:r>
    </w:p>
    <w:p>
      <w:r>
        <w:rPr>
          <w:b/>
        </w:rPr>
        <w:t xml:space="preserve">[1:19:14] </w:t>
      </w:r>
      <w:r>
        <w:t>apna hissa aap ko is mein shaamil karna padega. apna hissa. misaal ke taur par aap yeh sochein ke jitna zyada,</w:t>
      </w:r>
    </w:p>
    <w:p>
      <w:pPr>
        <w:jc w:val="right"/>
      </w:pPr>
      <w:r>
        <w:t>اپناحصہ آپکواسمیںشامل کرناپڑےگا۔ اپناحصہ۔مثالکےطورپرآپ یہسوچیں کہ جتنا زیادہ،</w:t>
      </w:r>
    </w:p>
    <w:p>
      <w:r>
        <w:rPr>
          <w:b/>
        </w:rPr>
        <w:t xml:space="preserve">[1:19:29] </w:t>
      </w:r>
      <w:r>
        <w:t>yaani jitna zyada worldly cheezein mere paas ho jaati hain, to mera test paper badh jaata hai. zyada kamane, zyada test paper.</w:t>
      </w:r>
    </w:p>
    <w:p>
      <w:pPr>
        <w:jc w:val="right"/>
      </w:pPr>
      <w:r>
        <w:t>یعنی جتنازیادہ ورلڈلی چیزیںمیرےپاسہوگئیہوتیہیں،تومیراٹیسٹ پیپر بڑھجاتا ہے۔ زیادہ کمانے،زیادہ ٹیسٹ پیپر۔</w:t>
      </w:r>
    </w:p>
    <w:p>
      <w:r>
        <w:rPr>
          <w:b/>
        </w:rPr>
        <w:t xml:space="preserve">[1:19:40] </w:t>
      </w:r>
      <w:r>
        <w:t>to containment je hai, wahi is mein safeguard mein mein hoon. containment ke maani yeh hue ke mera test paper kam hai</w:t>
      </w:r>
    </w:p>
    <w:p>
      <w:pPr>
        <w:jc w:val="right"/>
      </w:pPr>
      <w:r>
        <w:t>تو کنٹینٹمنٹجوہے،وہی اسمیں سیفسائیڈمیںمیںہوں۔ کنٹینٹمنٹکےمعنییہہوئےکہ میراٹیسٹ پیپرکمہے</w:t>
      </w:r>
    </w:p>
    <w:p>
      <w:r>
        <w:rPr>
          <w:b/>
        </w:rPr>
        <w:t xml:space="preserve">[1:19:53] </w:t>
      </w:r>
      <w:r>
        <w:t>aur zyada agar samaan mein hai to ghar mein mera test paper badh gaya. to yeh agar soch banayein apne andar, yeh soch banayein</w:t>
      </w:r>
    </w:p>
    <w:p>
      <w:pPr>
        <w:jc w:val="right"/>
      </w:pPr>
      <w:r>
        <w:t>اور زیادہ اگر سامانمیں ہےتو گھر میںمیراٹیسٹ پیپربڑھگیا۔ تو یہاگر سوچبنائیںاپنےاندر، یہسوچبنائیں</w:t>
      </w:r>
    </w:p>
    <w:p>
      <w:r>
        <w:rPr>
          <w:b/>
        </w:rPr>
        <w:t xml:space="preserve">[1:20:07] </w:t>
      </w:r>
      <w:r>
        <w:t>ke mein zyada kyun chahoon?</w:t>
      </w:r>
    </w:p>
    <w:p>
      <w:pPr>
        <w:jc w:val="right"/>
      </w:pPr>
      <w:r>
        <w:t>کہ میںزیادہکیوںچاہوں؟</w:t>
      </w:r>
    </w:p>
    <w:p>
      <w:r>
        <w:rPr>
          <w:b/>
        </w:rPr>
        <w:t xml:space="preserve">[1:20:10] </w:t>
      </w:r>
      <w:r>
        <w:t>jo hai, isi par mein apne ko woh karoon, isi par zindagi guzarne ki koshish karoon. yeh soch banayein ke zyada ke maani hain ke mera test paper badhe to to woh to greater evil hai.</w:t>
      </w:r>
    </w:p>
    <w:p>
      <w:pPr>
        <w:jc w:val="right"/>
      </w:pPr>
      <w:r>
        <w:t>جوہے،اسیپرمیںاپنے کو وہ کروں، اسی پر زندگی گزارنےکیکوششکروں۔ یہسو چبنائیںکہزیادہ کےمعنیہیںکہمیرا ٹیسٹ پیپربڑھے تو تو وہتوگریٹرایولہے۔</w:t>
      </w:r>
    </w:p>
    <w:p>
      <w:r>
        <w:rPr>
          <w:b/>
        </w:rPr>
        <w:t xml:space="preserve">[1:20:26] </w:t>
      </w:r>
      <w:r>
        <w:t>jaise mein aapko bataoon ke mere paas kal ek sahib ka telephone aaya Pakistan se, kyunke Pakistan mein meri kitabein kaafi phaili hain, to wahan se aksar telephone aate rehte hain advice lene ke liye mujh se.</w:t>
      </w:r>
    </w:p>
    <w:p>
      <w:pPr>
        <w:jc w:val="right"/>
      </w:pPr>
      <w:r>
        <w:t>جیسےمیںآپکوبتاؤںکہمیرےپاسکل ایک صاحبکاٹیلیفونآیا پاکستانسے ، کیونکہ پاکستانمیں میریکتاب یںکافیپھیلیہیں،تووہاںسے اکثر ٹیلیفونآتےرہتےہیں ایڈوائسلینےکےلیےمجھسے۔</w:t>
      </w:r>
    </w:p>
    <w:p>
      <w:r>
        <w:rPr>
          <w:b/>
        </w:rPr>
        <w:t xml:space="preserve">[1:20:39] </w:t>
      </w:r>
      <w:r>
        <w:t>to ek sahib telephone aaye, unhone kaha ke mein madrasay ka padha hua hoon, kal ya parson ki baat hai. to madrasay ka padha hua hoon, to meri aamdani, meri income koi bahut zyada nahi hai.</w:t>
      </w:r>
    </w:p>
    <w:p>
      <w:pPr>
        <w:jc w:val="right"/>
      </w:pPr>
      <w:r>
        <w:t>تو ایکصاحبٹیلیفونآئے،انہوںنےکہاکہمیں مدرس ےکاپڑھاہواہوں، کل یاپرسوںکیباتہے۔ تو مدرس ےکاپڑھاہواہوں،تومیری آمدنی،میریانکمکوئیبہتزیادہنہیںہے۔</w:t>
      </w:r>
    </w:p>
    <w:p>
      <w:r>
        <w:rPr>
          <w:b/>
        </w:rPr>
        <w:t xml:space="preserve">[1:20:51] </w:t>
      </w:r>
      <w:r>
        <w:t>waise MBA hota, doctor hota, engineer hota to zyada meri tankhwah hoti, lekin mein madrasay ka padha hua hoon to itni zyada meri income nahi hai.</w:t>
      </w:r>
    </w:p>
    <w:p>
      <w:pPr>
        <w:jc w:val="right"/>
      </w:pPr>
      <w:r>
        <w:t>ویسےایمبیاےہوتا، ڈاکٹرہوتا،انجینئرہوتاتوزیادہمیریتنخواہہوتی، لیکن میںمدرس ےکاپڑھاہواہوںتواتنیزیادہ میریانکمنہیںہے۔</w:t>
      </w:r>
    </w:p>
    <w:p>
      <w:r>
        <w:rPr>
          <w:b/>
        </w:rPr>
        <w:t xml:space="preserve">[1:21:00] </w:t>
      </w:r>
      <w:r>
        <w:t>to sochta rehta hoon ke mein income badhaoon, apne bachchon ko achhi padhai padhaoon, apne bachchon ke liye achha ghar ho. to sochta rehta hoon ke mein kuch aur kaam karoon.</w:t>
      </w:r>
    </w:p>
    <w:p>
      <w:pPr>
        <w:jc w:val="right"/>
      </w:pPr>
      <w:r>
        <w:t>تو سوچتارہتاہوںکہمیںابانکمبڑھاؤں، اپنےبچوںکو اچھیپڑھائیپڑھاؤں،اپنےبچوںکےلیےاچھاگھرہو۔ تو سوچتارہتاہوںکہمیںکچھاورکامکروں۔</w:t>
      </w:r>
    </w:p>
    <w:p>
      <w:r>
        <w:rPr>
          <w:b/>
        </w:rPr>
        <w:t xml:space="preserve">[1:21:13] </w:t>
      </w:r>
      <w:r>
        <w:t>to mein ne unko kaha ke dekhiye, aap jaise logon ke liye jo formula mere paas hai, woh kya hai?</w:t>
      </w:r>
    </w:p>
    <w:p>
      <w:pPr>
        <w:jc w:val="right"/>
      </w:pPr>
      <w:r>
        <w:t>تومیںنےانکو کہا کہ دیکھیے، آپ جیسےلوگ کےلیےجو فارمولامیرےپاسہے،وہکیاہے؟</w:t>
      </w:r>
    </w:p>
    <w:p>
      <w:r>
        <w:rPr>
          <w:b/>
        </w:rPr>
        <w:t xml:space="preserve">[1:21:24] </w:t>
      </w:r>
      <w:r>
        <w:t>apne liye qanaat, bachchon ke liye taraqqi, yaani apne liye containment, hum bachchon ke liye taraqqi. is ka matlab kya hai?</w:t>
      </w:r>
    </w:p>
    <w:p>
      <w:pPr>
        <w:jc w:val="right"/>
      </w:pPr>
      <w:r>
        <w:t>اپنےلیے قناعت، بچوںکےلیے تر قی، یعنیاپنےلیےکنٹینٹمنٹ ،ہمبچوںکےلیےتر قی۔ اسکامطلبکیاہے؟</w:t>
      </w:r>
    </w:p>
    <w:p>
      <w:r>
        <w:rPr>
          <w:b/>
        </w:rPr>
        <w:t xml:space="preserve">[1:21:35] </w:t>
      </w:r>
      <w:r>
        <w:t>aap ne jo padhai padhi, us se aap ko ek kaam mila, isi par aap qanaat kar lijiye, isi par containment kar lijiye. ab phir se peeche jayein, phir se doosri padhai padhein, phir se schooling karein, phir se aap MBA karein, phir se doctor banein, phir engineer banein. to yeh to possible nahi hai.</w:t>
      </w:r>
    </w:p>
    <w:p>
      <w:pPr>
        <w:jc w:val="right"/>
      </w:pPr>
      <w:r>
        <w:t>آپ نےجوپڑھائیپڑھی، اسسےآپکوایک کام ملا، اسیپرآپ قناعتکرلیجئے،اسیپرکنٹینٹمنٹکرلیجئے۔ ابپھرسےپیچھےجائیں،پھرسےدوسریپڑھائیپڑھیں، پھرسےاسک ولنگکریں، پھرسےآپایمبیاےکریں،پھرسےڈاکٹربنیں،پھرانجینئربنیں۔تویہتو پاسیبلنہیںہے۔</w:t>
      </w:r>
    </w:p>
    <w:p>
      <w:r>
        <w:rPr>
          <w:b/>
        </w:rPr>
        <w:t xml:space="preserve">[1:21:54] </w:t>
      </w:r>
      <w:r>
        <w:t>aur business bhi aap karenge, aap ab aap business mein successful nahi reh sakte. jo jo unki umar thi, woh to aap business ki nahi. ab jinki umar to khatam ho chuki hai aapki.</w:t>
      </w:r>
    </w:p>
    <w:p>
      <w:pPr>
        <w:jc w:val="right"/>
      </w:pPr>
      <w:r>
        <w:t>اور بزنسبھیآپکریںگے،آپ ابآپبزنسمیں سکسیسفل نہیںرہسکتے۔ جو جو انیکیعمر تھی،وہتوآپبزنسکیانہیں ۔ اب جوانیکیعمرتوختمہوچکیہےآپکی۔</w:t>
      </w:r>
    </w:p>
    <w:p>
      <w:r>
        <w:rPr>
          <w:b/>
        </w:rPr>
        <w:t xml:space="preserve">[1:22:07] </w:t>
      </w:r>
      <w:r>
        <w:t>to business jab shuru karta hai aadmi to badi mehnat karni padti hai, bahut hi struggle karna padta hai, tab business establish hota hai. aise thodi hota hai. to ab aap ke liye yeh choice nahi reh gaya.</w:t>
      </w:r>
    </w:p>
    <w:p>
      <w:pPr>
        <w:jc w:val="right"/>
      </w:pPr>
      <w:r>
        <w:t>تو بزنسجبشروعکرتاہےآدمیتوبڑیمحنتکرنیپڑتیہے، بہتہی سٹرگلکرناپڑتاہے، تب بزنساسٹیبلشہوتاہے۔ ایسےتھوڑیہوتاہے۔ تو ابآپکےلیے یہچوائسنہیںرہگیا۔</w:t>
      </w:r>
    </w:p>
    <w:p>
      <w:r>
        <w:rPr>
          <w:b/>
        </w:rPr>
        <w:t xml:space="preserve">[1:22:20] </w:t>
      </w:r>
      <w:r>
        <w:t>ab jo choice hai, kya hai? woh containment ka choice hai,</w:t>
      </w:r>
    </w:p>
    <w:p>
      <w:pPr>
        <w:jc w:val="right"/>
      </w:pPr>
      <w:r>
        <w:t>ابجو چوائسہے،کیاہے؟وہکنٹینٹمنٹکاچوائسہے،</w:t>
      </w:r>
    </w:p>
    <w:p>
      <w:r>
        <w:rPr>
          <w:b/>
        </w:rPr>
        <w:t xml:space="preserve">[1:22:25] </w:t>
      </w:r>
      <w:r>
        <w:t>yaani jo hai, is par aap qanaat kar lein. aur bachchon ke liye albatta khoob unko ubhariye ke bhai tum ko aage badhna hai, tum ko taraqqi karna hai, tum ko mehnat karna hai, tum ko struggle karna hai.</w:t>
      </w:r>
    </w:p>
    <w:p>
      <w:pPr>
        <w:jc w:val="right"/>
      </w:pPr>
      <w:r>
        <w:t>یعنیجوہے، اسپر آپ قناعتکرلیں۔ اوربچوںکےلیےالبتہخوبانکو ابھاریےکہبھئیتم کوآگےبڑھناہے،تمکوترقیکرناہے،تمکومحنتکرناہے،تمکوسٹرگلکرناہے۔</w:t>
      </w:r>
    </w:p>
    <w:p>
      <w:r>
        <w:rPr>
          <w:b/>
        </w:rPr>
        <w:t xml:space="preserve">[1:22:36] </w:t>
      </w:r>
      <w:r>
        <w:t>un ke andar spirit bhariye. yeh to mein ne formula bataya unko ke apne liye qanaat, bachchon ke liye taraqqi. is tarah sochna padta hai.</w:t>
      </w:r>
    </w:p>
    <w:p>
      <w:pPr>
        <w:jc w:val="right"/>
      </w:pPr>
      <w:r>
        <w:t>انکےاندراسپیریٹبھریے۔ یہتو میںنےفارمولابتایا انکو کہ اپنےلیے قناعت، بچوںکےلیےترقی ۔ اس طرح سوچناپڑتاہے۔</w:t>
      </w:r>
    </w:p>
    <w:p>
      <w:r>
        <w:rPr>
          <w:b/>
        </w:rPr>
        <w:t xml:space="preserve">[1:22:47] </w:t>
      </w:r>
      <w:r>
        <w:t>yeh hai intellectual management. sirf dua, mein ne aap ayat padh di aap ke saam</w:t>
      </w:r>
    </w:p>
    <w:p>
      <w:pPr>
        <w:jc w:val="right"/>
      </w:pPr>
      <w:r>
        <w:t>یہہےانٹلیکچولمینجمنٹ۔ صرف دعا، میںنےآپ آیتپڑھدیآپکےسام</w:t>
      </w:r>
    </w:p>
    <w:p>
      <w:r>
        <w:rPr>
          <w:b/>
        </w:rPr>
        <w:t xml:space="preserve">[1:22:55] </w:t>
      </w:r>
      <w:r>
        <w:t>ne. aisa nahi ke dua ki jaye, dua pahunch gayi wahan par. us ke saath amal saleh lagana padta hai. to yeh hai intellectual management ke jo aap chahte hain ke Khuda ya mujhe containment aa jaye,</w:t>
      </w:r>
    </w:p>
    <w:p>
      <w:pPr>
        <w:jc w:val="right"/>
      </w:pPr>
      <w:r>
        <w:t>نے۔ ایسانہیںکہدعاکیجائے،دعاپہنچگئیوہاںپر ۔اسکےساتھ عمل صالحلگاناپڑتاہے۔ تویہہےانٹلیکچول مینجمنٹ کہجو آپ چاہتےہیں کہخدایامجھےکنٹینٹمنٹآجائے،</w:t>
      </w:r>
    </w:p>
    <w:p>
      <w:r>
        <w:rPr>
          <w:b/>
        </w:rPr>
        <w:t xml:space="preserve">[1:23:10] </w:t>
      </w:r>
      <w:r>
        <w:t>to intellectual management ke zariye aap ko isi tarah apne aap ko banana padega. woh yeh soch banani padegi, tab ja kar ke woh dua qabool hogi.</w:t>
      </w:r>
    </w:p>
    <w:p>
      <w:pPr>
        <w:jc w:val="right"/>
      </w:pPr>
      <w:r>
        <w:t>تو انٹلیکچولمینجمنٹکےذریعےآپکو اسیطرح اپنےآپکوبناناپڑےگا۔ وہ یسوچ بنانیپڑےگی، تب جاکرکےوہدعاقبولہوگی۔</w:t>
      </w:r>
    </w:p>
    <w:p>
      <w:r>
        <w:rPr>
          <w:b/>
        </w:rPr>
        <w:t xml:space="preserve">[1:23:20] </w:t>
      </w:r>
      <w:r>
        <w:t>mein aksar kaha karta hoon ke dekhiye, yeh 50-50 ka maamla hai.</w:t>
      </w:r>
    </w:p>
    <w:p>
      <w:pPr>
        <w:jc w:val="right"/>
      </w:pPr>
      <w:r>
        <w:t>میںاکثرکہاکرتاہوںکہدیکھیے، یہ 50-50کامعاملہہے۔</w:t>
      </w:r>
    </w:p>
    <w:p>
      <w:r>
        <w:rPr>
          <w:b/>
        </w:rPr>
        <w:t xml:space="preserve">[1:23:25] </w:t>
      </w:r>
      <w:r>
        <w:t>50 percent dua, 50 percent aap ka apna amal. agar aap apna 50 percent amal is mein nahi jodte hain to sirf 50 percent dua woh kaam nahi karegi.</w:t>
      </w:r>
    </w:p>
    <w:p>
      <w:pPr>
        <w:jc w:val="right"/>
      </w:pPr>
      <w:r>
        <w:t>50پرسنٹدعا، 5 0پرسنٹآپکا اپنا عمل ۔اگر آپ اپنا 50پرسنٹعمل اسمیں نہیںجوڑتےہیں تو صرف 50پرسنٹدعاجوہے،وہکامنہیںکرےگی۔</w:t>
      </w:r>
    </w:p>
    <w:p>
      <w:r>
        <w:rPr>
          <w:b/>
        </w:rPr>
        <w:t xml:space="preserve">[1:23:40] </w:t>
      </w:r>
      <w:r>
        <w:t>mein aksar kaha karta hoon ke yeh 50-50 ka maamla hai. koi aadmi chahe ke bas dua karo, dua karo, dua karo to kuch bhi hone wala nahi hai. is se</w:t>
      </w:r>
    </w:p>
    <w:p>
      <w:pPr>
        <w:jc w:val="right"/>
      </w:pPr>
      <w:r>
        <w:t>میںاکثرکہاکرتاہوںکہیہ50-50کامعاملہہے۔ کوئیآدمیچاہےکہبسدعاکرو،دعاکرو،دعاکرو توکچھبھیہونےوالانہیں۔اسسے</w:t>
      </w:r>
    </w:p>
    <w:p>
      <w:r>
        <w:rPr>
          <w:b/>
        </w:rPr>
        <w:t xml:space="preserve">[1:23:55] </w:t>
      </w:r>
      <w:r>
        <w:t>dua 50 percent aur amal 50 percent, tab ja kar ke amal ka matlab yahi hai: intellectual management, apne soch ko waise banana jaise containment ke liye dua aap kar rahe hain, aur soch waise na banayein to phir kuch bhi nahi hoga.</w:t>
      </w:r>
    </w:p>
    <w:p>
      <w:pPr>
        <w:jc w:val="right"/>
      </w:pPr>
      <w:r>
        <w:t>دعا50پرسنٹ اور عمل 50پرسنٹ، تب جاکرکے عمل کامطلبیہیہے: انٹلیکچولمینجمنٹ ، اپنے سوچکوویسےبنانا جیسےکنٹینٹمنٹکےلیےدعاآپکررہےہیں،اور سوچویسےنہبن ائیں توپھرکچھبھینہیںہوگا۔</w:t>
      </w:r>
    </w:p>
    <w:p>
      <w:r>
        <w:rPr>
          <w:b/>
        </w:rPr>
        <w:t xml:space="preserve">[1:24:15] </w:t>
      </w:r>
      <w:r>
        <w:t>to woh formula jo hai, mein samajhta hoon ke bahut se logon ke liye formula hai, woh ke apne liye taraqqi soch sochana chhod do, woh bachchon pe dalo. apne liye containment, bachchon ke liye taraqqi.</w:t>
      </w:r>
    </w:p>
    <w:p>
      <w:pPr>
        <w:jc w:val="right"/>
      </w:pPr>
      <w:r>
        <w:t>تو وہ فار مولاجوہے، میںسمجھتاہوںکہبہت سےلوگوںکےلیےفارمولاہے،وہ کہ اپنےلیے تر قی سوچسوچناچھوڑدو، وہبچوںپہڈالو۔اپنے لیےکنٹینٹمنٹ ،بچوںکےلیےتر قی۔</w:t>
      </w:r>
    </w:p>
    <w:p>
      <w:r>
        <w:rPr>
          <w:b/>
        </w:rPr>
        <w:t xml:space="preserve">[1:24:30] </w:t>
      </w:r>
      <w:r>
        <w:t>best formula yeh hai mere nazdeek.</w:t>
      </w:r>
    </w:p>
    <w:p>
      <w:pPr>
        <w:jc w:val="right"/>
      </w:pPr>
      <w:r>
        <w:t>بیسٹفارمولایہ ہےمیرےنزدیک۔</w:t>
      </w:r>
    </w:p>
    <w:p>
      <w:r>
        <w:rPr>
          <w:b/>
        </w:rPr>
        <w:t xml:space="preserve">[1:24:35] </w:t>
      </w:r>
      <w:r>
        <w:t>The question is from Sati: People usually say, "Please do the farming." How do you understand this?</w:t>
      </w:r>
    </w:p>
    <w:p>
      <w:pPr>
        <w:jc w:val="right"/>
      </w:pPr>
      <w:r>
        <w:t>دسکوئسچنازفرامستی : پیپلیوزلی سے پلیزڈودعافار می۔ ہاؤریلیونٹاز دس</w:t>
      </w:r>
    </w:p>
    <w:p>
      <w:r>
        <w:rPr>
          <w:b/>
        </w:rPr>
        <w:t xml:space="preserve">[1:24:43] </w:t>
      </w:r>
      <w:r>
        <w:t>statement? Kuch bhi nahin, aapka bhi kara hai dawa. Yeh bilkul hi absurd hai, yeh baseless hai. Yeh merely dawa kijiye.</w:t>
      </w:r>
    </w:p>
    <w:p>
      <w:pPr>
        <w:jc w:val="right"/>
      </w:pPr>
      <w:r>
        <w:t>سٹیٹمنٹ ؟ کچھبھینہیں،آپکابیکارہےیہدعا۔ یہبالکل ہیایبسرڈہے،یہ بیسلیسہے۔یہ میرےلیےدعاکیجئے۔</w:t>
      </w:r>
    </w:p>
    <w:p>
      <w:r>
        <w:rPr>
          <w:b/>
        </w:rPr>
        <w:t xml:space="preserve">[1:24:52] </w:t>
      </w:r>
      <w:r>
        <w:t>main samajhtahoon uska social value. uska social value matlab kahin milay hain khushise to kya kahin?yhisabkehdengay:arebhai,hamare liye dua kijiye.</w:t>
      </w:r>
    </w:p>
    <w:p>
      <w:pPr>
        <w:jc w:val="right"/>
      </w:pPr>
      <w:r>
        <w:t>میں سمجھتاہوںاسکاسو شلویلیوہے۔ اسکا سوشلویلیومطلبکہیںملےہیں خوشیسے تو کیا کہیں؟یہیسبکہہدیںگے:ارےبھائی،ہمارےلیےدعاکیجئے۔</w:t>
      </w:r>
    </w:p>
    <w:p>
      <w:r>
        <w:rPr>
          <w:b/>
        </w:rPr>
        <w:t xml:space="preserve">[1:25:03] </w:t>
      </w:r>
      <w:r>
        <w:t>bas soshilweliwaskeandarhe, aurkuchbhiniaskandare. dwadakhiye, bande aurkhudakebichkamamlahae.</w:t>
      </w:r>
    </w:p>
    <w:p>
      <w:pPr>
        <w:jc w:val="right"/>
      </w:pPr>
      <w:r>
        <w:t>بس سوشلویلیواسکےاندرہے،اورکچھبھینہیںاسکےاندرہے۔ دعادیکھیے، بندےاورخداکےبیچکامعاملہہے۔</w:t>
      </w:r>
    </w:p>
    <w:p>
      <w:r>
        <w:rPr>
          <w:b/>
        </w:rPr>
        <w:t xml:space="preserve">[1:25:13] </w:t>
      </w:r>
      <w:r>
        <w:t>bas aksarloagsumjhtayhainkihsikibuzurgse dwakrawalo to kambanjayega.yebalkulbaislisbathe. aksarloag, yaniyahan kahanse atayhainkihazrats se chal ke dwakrawanaha.</w:t>
      </w:r>
    </w:p>
    <w:p>
      <w:pPr>
        <w:jc w:val="right"/>
      </w:pPr>
      <w:r>
        <w:t>بس اکثرلوگسمجھتےہیںکہکسیبزرگ سےدعاکروالو تو کامبنجائےگا۔یہ بالکل بیسلیسباتہے۔ اکثرلوگ، یعنیکہاںکہاںسےآتےہیں کہحضرتسےچلکےدعاکرواناہے۔</w:t>
      </w:r>
    </w:p>
    <w:p>
      <w:r>
        <w:rPr>
          <w:b/>
        </w:rPr>
        <w:t xml:space="preserve">[1:25:29] </w:t>
      </w:r>
      <w:r>
        <w:t>yebalkulbaislisbathe. koihazrat aise nahinduniya mein hain, nahiphele nahiaaj kihw dwakardin to kam ban jayega.</w:t>
      </w:r>
    </w:p>
    <w:p>
      <w:pPr>
        <w:jc w:val="right"/>
      </w:pPr>
      <w:r>
        <w:t>یہبالکل بیسلیسباتہے۔ کوئی حضرت ایسےنہیںدنیا میںہیں، نہپہلے نہآج کہوہدعاکردیںتوکام بنجائے۔</w:t>
      </w:r>
    </w:p>
    <w:p>
      <w:r>
        <w:rPr>
          <w:b/>
        </w:rPr>
        <w:t xml:space="preserve">[1:25:39] </w:t>
      </w:r>
      <w:r>
        <w:t>apki apnidwa jw he, mainapkubataoon aik aikqissa. isi dilika aik af sarhe,gormantbade bade afsar hain, woh aurbahuthi aunsat admihe, bahut aunsat admi.</w:t>
      </w:r>
    </w:p>
    <w:p>
      <w:pPr>
        <w:jc w:val="right"/>
      </w:pPr>
      <w:r>
        <w:t>آپ کی اپنی دعاجوہے، میںآپکوبتاؤںایک ایکقصہ۔ اسی دلیکا ایک اف سرہے،گورنمنٹبڑےبڑےافسرہیں،وہ اوربہتہی اونسٹ آدمیہے، بہت اونسٹآدمی۔</w:t>
      </w:r>
    </w:p>
    <w:p>
      <w:r>
        <w:rPr>
          <w:b/>
        </w:rPr>
        <w:t xml:space="preserve">[1:25:55] </w:t>
      </w:r>
      <w:r>
        <w:t>twanka kyatarikahe ?</w:t>
      </w:r>
    </w:p>
    <w:p>
      <w:pPr>
        <w:jc w:val="right"/>
      </w:pPr>
      <w:r>
        <w:t>توانکا کیاطریقہہے ؟</w:t>
      </w:r>
    </w:p>
    <w:p>
      <w:r>
        <w:rPr>
          <w:b/>
        </w:rPr>
        <w:t xml:space="preserve">[1:25:57] </w:t>
      </w:r>
      <w:r>
        <w:t>agar koiadmi iskakesjainonkaishe aur dairaktlipahunchjaayenke pas to zaruriskakamkarte hain woh .</w:t>
      </w:r>
    </w:p>
    <w:p>
      <w:pPr>
        <w:jc w:val="right"/>
      </w:pPr>
      <w:r>
        <w:t>اگر کوئی آدمی اسکا کیسجینونکیسہے اور ڈائریکٹلیپہنچجائےانکےپاس تو ضروراسکاکامکرتے ہیںوہ ۔</w:t>
      </w:r>
    </w:p>
    <w:p>
      <w:r>
        <w:rPr>
          <w:b/>
        </w:rPr>
        <w:t xml:space="preserve">[1:26:06] </w:t>
      </w:r>
      <w:r>
        <w:t>aur agar koiadmi saurslekarjaayna to bhagadetayhainisko. kyon ? wohsamjhtayhainki tumne meri aunsṭti par shakk kiya ki saurs hogatabmain karunga, nahintunahinkarunga.</w:t>
      </w:r>
    </w:p>
    <w:p>
      <w:pPr>
        <w:jc w:val="right"/>
      </w:pPr>
      <w:r>
        <w:t>اور اگر کوئیآدمی سورسلےکرجائےنا تو بھگادیتےہیںاسکو۔ کیوں ؟ وہسمجھتےہیںکہتمنےمیری اونسٹٹیپر شک کیا کہ سورسہوگاتبمیںکروںگا، نہیںتونہیںکروںگا۔</w:t>
      </w:r>
    </w:p>
    <w:p>
      <w:r>
        <w:rPr>
          <w:b/>
        </w:rPr>
        <w:t xml:space="preserve">[1:26:20] </w:t>
      </w:r>
      <w:r>
        <w:t>woh ghushojatahaiskaupar</w:t>
      </w:r>
    </w:p>
    <w:p>
      <w:pPr>
        <w:jc w:val="right"/>
      </w:pPr>
      <w:r>
        <w:t>وہ غصہہوجاتاہےاسکےاوپر</w:t>
      </w:r>
    </w:p>
    <w:p>
      <w:r>
        <w:rPr>
          <w:b/>
        </w:rPr>
        <w:t xml:space="preserve">[1:26:28] </w:t>
      </w:r>
      <w:r>
        <w:t>kitumne meriyaunsṭṭipar shakk kiya. bhayi, tumharakes agar jainonkaishe to main juk mar ke karunga isko.kahangay:kyon nahinkarungamainisko? main lakhnau mein aikjastisthe, bechare mar gaye, bahut aunsṭat admi the.</w:t>
      </w:r>
    </w:p>
    <w:p>
      <w:pPr>
        <w:jc w:val="right"/>
      </w:pPr>
      <w:r>
        <w:t>کہتم نے میریاونسٹٹیپرشککیا۔ بھئی،تمہاراکیساگر جینونکیسہےتو میں جھکمارکےکروںگااسکو۔کہیںگے:کیوںنہیںکروںگامیںاسکو؟ میں لکھنومیںایکجسٹستھے،بیچارےمرگئے، بہت اونسٹآدمیتھے۔</w:t>
      </w:r>
    </w:p>
    <w:p>
      <w:r>
        <w:rPr>
          <w:b/>
        </w:rPr>
        <w:t xml:space="preserve">[1:26:43] </w:t>
      </w:r>
      <w:r>
        <w:t>to aik inka, inkarishtedar aikaya, aik safarishle kar ke to mara iskabagida. unhone kaha: tumsamjhtay ho ki tumsafarishkaroge tabmain judgment dunga?</w:t>
      </w:r>
    </w:p>
    <w:p>
      <w:pPr>
        <w:jc w:val="right"/>
      </w:pPr>
      <w:r>
        <w:t>تو ایک انکا، انکا رشتہدارایکآیا،ایک سفارشلےکرکےتو مارااسکوباقاعدہ۔انہوںنے کہا:تمسمجھتےہوکہتمسفارشکروگےتب میںججمنٹدوںگا؟</w:t>
      </w:r>
    </w:p>
    <w:p>
      <w:r>
        <w:rPr>
          <w:b/>
        </w:rPr>
        <w:t xml:space="preserve">[1:26:53] </w:t>
      </w:r>
      <w:r>
        <w:t>ki sagar sahi kaishhe to mujhe dinahai judgment, nahitunahindinahai. to dekhen, insankayehmamlahae ki insaan isko apne liye woh achhanahipasadkartahai is</w:t>
      </w:r>
    </w:p>
    <w:p>
      <w:pPr>
        <w:jc w:val="right"/>
      </w:pPr>
      <w:r>
        <w:t>کی ساگر صحیحکیسہےتومجھےدیناہےججمنٹ،نہیںتونہیںدیناہے۔ تو دیکھیں،انسان کا یہمعاملہہےکہانسان اسکو اپنے لیے وہ اچھانہیں پسندکرتاہےاس</w:t>
      </w:r>
    </w:p>
    <w:p>
      <w:r>
        <w:rPr>
          <w:b/>
        </w:rPr>
        <w:t xml:space="preserve">[1:27:04] </w:t>
      </w:r>
      <w:r>
        <w:t>ko ki safarishle kar jayen aap uske pas. apni aunsṭṭipar, aapne askiyanaunsṭṭipar shakk kiya gaya to kya khuda pasand karega isko ?</w:t>
      </w:r>
    </w:p>
    <w:p>
      <w:pPr>
        <w:jc w:val="right"/>
      </w:pPr>
      <w:r>
        <w:t>کو کہسفارشلےکرجائیںآپاسکےپاس۔ اپنی اونسٹٹیپر ،آپنےاسکیاونسٹٹیپرشککیاگیا تو کیا خدا پسندکرےگااسکو ؟</w:t>
      </w:r>
    </w:p>
    <w:p>
      <w:r>
        <w:rPr>
          <w:b/>
        </w:rPr>
        <w:t xml:space="preserve">[1:27:16] </w:t>
      </w:r>
      <w:r>
        <w:t>kihkhuda pasand kare koisaursle ke johe khuda ke pas jayen? aap yaki kejiyee, jomaine padha hai quran ko, hadith ko, main pure kanuk shanke sath keh sakta hoon kih balkul yeh sochhiaybsardhe, beslishe kihsikihazrat ke se dwakarao to dwakabul ho jayegi.</w:t>
      </w:r>
    </w:p>
    <w:p>
      <w:pPr>
        <w:jc w:val="right"/>
      </w:pPr>
      <w:r>
        <w:t>کہخداپسندکرےکوئیسورسلےکے جوہےخداکےپاسجائیں؟آپ یقینکیجئے،جومیںنےپڑھاہےقرآنکو،حدیثکو ،میں پورےکنوک شنکےساتھکہہسکتاہوں کہ بالکل یہ سوچہیایبسرڈہے، بیسلیسہے کہ کسیحضرت کے سےدعاکرواؤتو دعاقبولہوجائےگی۔</w:t>
      </w:r>
    </w:p>
    <w:p>
      <w:r>
        <w:rPr>
          <w:b/>
        </w:rPr>
        <w:t xml:space="preserve">[1:27:33] </w:t>
      </w:r>
      <w:r>
        <w:t>aise koihazratnahin hai,</w:t>
      </w:r>
    </w:p>
    <w:p>
      <w:pPr>
        <w:jc w:val="right"/>
      </w:pPr>
      <w:r>
        <w:t>ایسےکوئیحضرتنہیں ہے،</w:t>
      </w:r>
    </w:p>
    <w:p>
      <w:r>
        <w:rPr>
          <w:b/>
        </w:rPr>
        <w:t xml:space="preserve">[1:27:35] </w:t>
      </w:r>
      <w:r>
        <w:t>aise koihazratnahiphele the nahiaaj. aap khud dwakijiye, aur apkidwa agarjainonhe aur sachiyaspiriṭke sathhe to khuda kabul karega.</w:t>
      </w:r>
    </w:p>
    <w:p>
      <w:pPr>
        <w:jc w:val="right"/>
      </w:pPr>
      <w:r>
        <w:t>ایسےکوئیحضرتنہپہلے تھےنہآجہے۔ آپخود دعاکیجئے، اور آپ کیدعااگرجینونہے اورسچیاسپیریٹکےساتھہے توخداقبولکرےگا۔</w:t>
      </w:r>
    </w:p>
    <w:p>
      <w:r>
        <w:rPr>
          <w:b/>
        </w:rPr>
        <w:t xml:space="preserve">[1:27:49] </w:t>
      </w:r>
      <w:r>
        <w:t>is yaki ke sath aap dwakijiye. bas yehhazratkadawnpakadne se kabhikuchh hone wala nahihai.</w:t>
      </w:r>
    </w:p>
    <w:p>
      <w:pPr>
        <w:jc w:val="right"/>
      </w:pPr>
      <w:r>
        <w:t>اس یقینکےساتھآپدعاکیجئے۔ بس یہحضرتکاداؤنپکڑنےسے کبھیکچھہونےوالانہیںہے۔</w:t>
      </w:r>
    </w:p>
    <w:p>
      <w:r>
        <w:rPr>
          <w:b/>
        </w:rPr>
        <w:t xml:space="preserve">[1:27:59] </w:t>
      </w:r>
      <w:r>
        <w:t>The question is from anyone: Can two prayers be read at the same time?</w:t>
      </w:r>
    </w:p>
    <w:p>
      <w:pPr>
        <w:jc w:val="right"/>
      </w:pPr>
      <w:r>
        <w:t>دسکوئسچنازفرامہمای وں : کینٹوپریئرزبی ریڈایٹداسیمٹائم؟</w:t>
      </w:r>
    </w:p>
    <w:p>
      <w:r>
        <w:rPr>
          <w:b/>
        </w:rPr>
        <w:t xml:space="preserve">[1:28:05] </w:t>
      </w:r>
      <w:r>
        <w:t>faraygzampl, maghrab and isha, af dyuṭosam importanakṭiviti, vimsvanafdim. dekhen, jomusalhehe fiqhi musalhe, woh to yehe kih maghrab mein aur safar mein, yani barsho ya safar aap kar rahe hon, to aap do namazon ko milaskte hain.</w:t>
      </w:r>
    </w:p>
    <w:p>
      <w:pPr>
        <w:jc w:val="right"/>
      </w:pPr>
      <w:r>
        <w:t>فارایگزامپل،مغ رب اینڈعشاء، اف ڈیوٹوسم امپورٹنٹایکٹیویٹی،ویمس ونافدیم۔ دیکھیں،جومسئلہہے فقہیمسئلہ، وہتویہہے کہ مطربمیںاور سفرمیں ،یعنیبارشہو یا سفر آپکررہےہوں، توآپ دو نمازوںکوملاسکتےہیں۔</w:t>
      </w:r>
    </w:p>
    <w:p>
      <w:r>
        <w:rPr>
          <w:b/>
        </w:rPr>
        <w:t xml:space="preserve">[1:28:32] </w:t>
      </w:r>
      <w:r>
        <w:t>jaise farz kijiyekibarsheshuru hui, din mein chali jarahi he, chali jarahi he, maghrab bhi aur isha bhi, sab barshi barsho hui, chali jarahi he.</w:t>
      </w:r>
    </w:p>
    <w:p>
      <w:pPr>
        <w:jc w:val="right"/>
      </w:pPr>
      <w:r>
        <w:t>جیسےفرضکیجئےکہ بارششروعہوئی،دنمیں چلیجارہیہے،چلیجارہیہے،مغرببھیاورعشاءبھی،سببارشہیبارشہوئی،چلیجارہیہے۔</w:t>
      </w:r>
    </w:p>
    <w:p>
      <w:r>
        <w:rPr>
          <w:b/>
        </w:rPr>
        <w:t xml:space="preserve">[1:28:41] </w:t>
      </w:r>
      <w:r>
        <w:t>to aap apne ghar mein maghrab aur isha milakar padh sakte hain,</w:t>
      </w:r>
    </w:p>
    <w:p>
      <w:pPr>
        <w:jc w:val="right"/>
      </w:pPr>
      <w:r>
        <w:t>تو آپ اپنے گھرمیں مغرباورعشاءملاکرپڑھسکتےہیں،</w:t>
      </w:r>
    </w:p>
    <w:p>
      <w:r>
        <w:rPr>
          <w:b/>
        </w:rPr>
        <w:t xml:space="preserve">[1:28:49] </w:t>
      </w:r>
      <w:r>
        <w:t>aur agar aap safar mein hon tab bhi aap milakar padh sakte hain. milana sirf donamzon ke liye hota hai:</w:t>
      </w:r>
    </w:p>
    <w:p>
      <w:pPr>
        <w:jc w:val="right"/>
      </w:pPr>
      <w:r>
        <w:t>اور اگر آپ سفرمیںہوںتب بھیآپ ملاکرپڑھسکتےہیں۔مل انا صرفدونمازوںکےلیےہوتاہے:</w:t>
      </w:r>
    </w:p>
    <w:p>
      <w:r>
        <w:rPr>
          <w:b/>
        </w:rPr>
        <w:t xml:space="preserve">[1:28:56] </w:t>
      </w:r>
      <w:r>
        <w:t>yato maghrab aur isha ya zohar aur asar. aisa hota hai. maghrab, fajar ko aap zohar mein nahimilasakte.</w:t>
      </w:r>
    </w:p>
    <w:p>
      <w:pPr>
        <w:jc w:val="right"/>
      </w:pPr>
      <w:r>
        <w:t>یاتو مغرباورعشاء یا ظہراورعصر۔ ایساہوتاہے۔ مط لب،فجرکو آپ ظہرمیںنہیںملاسکتے۔</w:t>
      </w:r>
    </w:p>
    <w:p>
      <w:r>
        <w:rPr>
          <w:b/>
        </w:rPr>
        <w:t xml:space="preserve">[1:29:08] </w:t>
      </w:r>
      <w:r>
        <w:t>haan, zuhr aur asr mein taqdeem aur ta'kheer ke saath mila sakte hain. yaani ya to, yaani zuhr ke baad asr parh lein, asr ke baad zuhr parh lein.</w:t>
      </w:r>
    </w:p>
    <w:p>
      <w:pPr>
        <w:jc w:val="right"/>
      </w:pPr>
      <w:r>
        <w:t>ہاں،ظہراورعصرمیںتقدیماورتاخیرکےساتھملاسکتےہیں۔ یعنییاتو، یعنی ظہرکےبعدعصرپڑھلیں، عصرکےبعدظہرپڑھلیں۔</w:t>
      </w:r>
    </w:p>
    <w:p>
      <w:r>
        <w:rPr>
          <w:b/>
        </w:rPr>
        <w:t xml:space="preserve">[1:29:18] </w:t>
      </w:r>
      <w:r>
        <w:t>isko kehte hain taqdeem o ta'kheer. ya maghrib ke baad isha parh lein, ya isha ke baad maghrib parh lein. yeh to fiqhi mas'ala hai,</w:t>
      </w:r>
    </w:p>
    <w:p>
      <w:pPr>
        <w:jc w:val="right"/>
      </w:pPr>
      <w:r>
        <w:t>اسکوکہتےہیںتقدیموتاخیر۔ یا مغربکےبعدعشاءپڑھلیں،یاعشاءکےبعدمغربپڑھلیں۔ یہتو فقہیمسئلہہے،</w:t>
      </w:r>
    </w:p>
    <w:p>
      <w:r>
        <w:rPr>
          <w:b/>
        </w:rPr>
        <w:t xml:space="preserve">[1:29:28] </w:t>
      </w:r>
      <w:r>
        <w:t>lekin main jahan tak samajh paya hoon is maamle mein, woh yeh hai ke yeh zamana jo industrial zamana hai, is zamane mein main samajhta hoon ke logon ko rukhsat dena chahiye ke jo log office mein kaam karte hain,</w:t>
      </w:r>
    </w:p>
    <w:p>
      <w:pPr>
        <w:jc w:val="right"/>
      </w:pPr>
      <w:r>
        <w:t>لیکن میں جہاںتکسمجھپایاہوںاسمعاملےمیں،وہیہہےکہیہ زمانہجو انڈسٹریلزمان ہہے، اس زمان ےمیں میں سمجھتاہوںکہلوگوںکورخصتدیناچاہیے کہجولوگ افسمیںکامکرتےہیں،</w:t>
      </w:r>
    </w:p>
    <w:p>
      <w:r>
        <w:rPr>
          <w:b/>
        </w:rPr>
        <w:t xml:space="preserve">[1:29:42] </w:t>
      </w:r>
      <w:r>
        <w:t>unke liye bara mas'ala hai: ya to job karein, ya to job chodein, ya namaz chodein.</w:t>
      </w:r>
    </w:p>
    <w:p>
      <w:pPr>
        <w:jc w:val="right"/>
      </w:pPr>
      <w:r>
        <w:t>ابانکےلیےبڑامسئلہہے:یاتو جابکریں، یا توجابچھوڑیں،یانمازچھوڑیں۔</w:t>
      </w:r>
    </w:p>
    <w:p>
      <w:r>
        <w:rPr>
          <w:b/>
        </w:rPr>
        <w:t xml:space="preserve">[1:29:49] </w:t>
      </w:r>
      <w:r>
        <w:t>agar agar wahan par jahan job kar rahe hain, wahan par aap ko facility di jaati hai namaz parhne ki to theek hai, lekin aap jhagda karein. wahan kai log jhagda karte hain ke sahib, hamein namaz ke liye time dena padega.</w:t>
      </w:r>
    </w:p>
    <w:p>
      <w:pPr>
        <w:jc w:val="right"/>
      </w:pPr>
      <w:r>
        <w:t>اگر اگر وہاںپرجہاںجابکررہےہیں، وہاںپرآپکو فیسلیٹیدیجاتیہےنمازپڑھنےکی توٹھیکہے،لیکنآپجھگڑاکریں۔وہاںکئیلوگجھگڑاکرتےہیںکہصاحب،ہمیںنمازکےلیےٹائمدیناپڑےگا۔</w:t>
      </w:r>
    </w:p>
    <w:p>
      <w:r>
        <w:rPr>
          <w:b/>
        </w:rPr>
        <w:t xml:space="preserve">[1:30:00] </w:t>
      </w:r>
      <w:r>
        <w:t>ab woh company wale kehte hain ke nahin, hum to nahin denge. ab akhbar mein chupta hai ke dekho, wahan namaz nahin parhne dete. yeh bohat galat baat hai mere nazdeek, yeh bohat hi galat baat hai. main to isko jaaiz samajhta hoon.</w:t>
      </w:r>
    </w:p>
    <w:p>
      <w:pPr>
        <w:jc w:val="right"/>
      </w:pPr>
      <w:r>
        <w:t>ابوہکمپنیوالے کہتےہیںکہنہیں،ہمتونہیںدیںگے۔ اب اخبارمیںچھپتاہےکہدیکھو،وہاںنمازنہیںپڑھنےدیتے۔ یہ بہت غلطباتہےمیرےنزدیک، یہبہت ہیغلطباتہے۔میںتواسکوناجائزسمجھتاہوں۔</w:t>
      </w:r>
    </w:p>
    <w:p>
      <w:r>
        <w:rPr>
          <w:b/>
        </w:rPr>
        <w:t xml:space="preserve">[1:30:13] </w:t>
      </w:r>
      <w:r>
        <w:t>haan, yeh main jaaiz samjhoonga ke aisa aadmi yeh kare ke zuhr ke baad asr mila ke parh le,</w:t>
      </w:r>
    </w:p>
    <w:p>
      <w:pPr>
        <w:jc w:val="right"/>
      </w:pPr>
      <w:r>
        <w:t>ہاں،یہ میںجائزسمجھوںگا کہایسا آدمی یہ کرے کہ ظہرکےبعد عصرملاکےپڑھلے،</w:t>
      </w:r>
    </w:p>
    <w:p>
      <w:r>
        <w:rPr>
          <w:b/>
        </w:rPr>
        <w:t xml:space="preserve">[1:30:24] </w:t>
      </w:r>
      <w:r>
        <w:t>ya asr ke baad zuhr mila ke parh le, kyunke zyada tar aise logon ke liye do hi waqt ka mas'ala hota hai: zuhr aur asr ka. kyunke isha aur maghrib mein to woh ghar par hote hain.</w:t>
      </w:r>
    </w:p>
    <w:p>
      <w:pPr>
        <w:jc w:val="right"/>
      </w:pPr>
      <w:r>
        <w:t>یا عصرکےبعدظہرملاکےپڑھلے،کیونکہ زیادہ ترایسےلوگوںکےلیےدوہیوقتکامسئلہہوتاہے:ظہراورعصرکا۔ کیونکہعشاءاورمغربمیںتووہگھرپرہوتےہیں۔</w:t>
      </w:r>
    </w:p>
    <w:p>
      <w:r>
        <w:rPr>
          <w:b/>
        </w:rPr>
        <w:t xml:space="preserve">[1:30:34] </w:t>
      </w:r>
      <w:r>
        <w:t>to beharhaal, yaani baarish aur safar ke maamle mein to fiqh mein mas'ala maujood hai ke aap isko mila kar parh sakte hain do namaz ko, aur hajj bhi hajj mein mila kar parha jaata hai.</w:t>
      </w:r>
    </w:p>
    <w:p>
      <w:pPr>
        <w:jc w:val="right"/>
      </w:pPr>
      <w:r>
        <w:t>تو بہرحال، یعنی بارش اور سفر کےمعاملےمیں توفقہمیںمسئلہموجود ہےکہآپاسکوملاکرپڑھسکتےہیںدو نمازکو، اور حجبھیحجمیںملاکرپڑھاجاتا ہے۔</w:t>
      </w:r>
    </w:p>
    <w:p>
      <w:r>
        <w:rPr>
          <w:b/>
        </w:rPr>
        <w:t xml:space="preserve">[1:30:48] </w:t>
      </w:r>
      <w:r>
        <w:t>lekin yeh mas'ala fiqh mein likha hua nahin hai ke job ke liye, job se jo mas'ala paida hota hai, problem uske liye bhi aisa hai.</w:t>
      </w:r>
    </w:p>
    <w:p>
      <w:pPr>
        <w:jc w:val="right"/>
      </w:pPr>
      <w:r>
        <w:t>لیکن یہ مسئلہفقہمیںلکھاہوانہیںہے کہ جابکےلیے، جابسےجو مسئلہ پیدا ہوتاہے،پرابلم اسکےلیےبھی ایساہے۔</w:t>
      </w:r>
    </w:p>
    <w:p>
      <w:r>
        <w:rPr>
          <w:b/>
        </w:rPr>
        <w:t xml:space="preserve">[1:30:58] </w:t>
      </w:r>
      <w:r>
        <w:t>to main samajhta hoon ke job walon ko bhi agar waqe'atan unki zaroorat hai is time ki, jaise hai kya, yeh mas'ala hai ke al-zarurat tubihu al-mahzurat, jo kehte hain laa of necessity.</w:t>
      </w:r>
    </w:p>
    <w:p>
      <w:pPr>
        <w:jc w:val="right"/>
      </w:pPr>
      <w:r>
        <w:t>تو میںسمجھتاہوںکہ جاب والوںکوبھی اگر واقعتاانکیضرورتہےاسٹائپکی، جیسےہےکیا ،یہمسئلہہےکہ الضرورات تبیح المحضورات، جوکہتےہیںلاآفنسیسٹی۔</w:t>
      </w:r>
    </w:p>
    <w:p>
      <w:r>
        <w:rPr>
          <w:b/>
        </w:rPr>
        <w:t xml:space="preserve">[1:31:12] </w:t>
      </w:r>
      <w:r>
        <w:t>to laa of necessity bhi ek ek law hai. to is zamane mein ek necessity yeh paida hui hai ke jo log job karte hain, unke liye bara mas'ala paida hota hai, bohat problem hota hai ke aaj job chodein ya namaz chodein.</w:t>
      </w:r>
    </w:p>
    <w:p>
      <w:pPr>
        <w:jc w:val="right"/>
      </w:pPr>
      <w:r>
        <w:t>تو لاآفنسیسٹیبھیایکایک لاہے۔ تواس زمان ےمیں ایک نسیسٹییہپیدا ہوئیہے کہجولوگ جابکرتےہیں،انکےلیےبڑامسئلہپیدا ہوتاہے، بہت پرابلمہوتاہے کہآججابچھوڑیںیانمازچھوڑیں۔</w:t>
      </w:r>
    </w:p>
    <w:p>
      <w:r>
        <w:rPr>
          <w:b/>
        </w:rPr>
        <w:t xml:space="preserve">[1:31:26] </w:t>
      </w:r>
      <w:r>
        <w:t>to main yeh kahunga ke aisi haalat mein woh do namazon ko mila kar parh lein, do namazon ko mila kar parh lein. misaal ke taur par yeh ke zuhr ke waqt to woh apne office mein hain, to wapas aa kar ke jab daftar se wapas aayen to asr ka waqt to phir bhi rehta hai.</w:t>
      </w:r>
    </w:p>
    <w:p>
      <w:pPr>
        <w:jc w:val="right"/>
      </w:pPr>
      <w:r>
        <w:t>تو میںیہکہوںگاکہایسیحالتمیںوہ دونمازوںکوملاکرپڑھلیں، دونمازوںکوملاکرپڑھلیں۔مثلاًیہکہظہرکےوقت تو وہ اپنے افسمیںہیں، تو واپسآکرکے جب دفترسےواپسآئیں تو عصرکاوقتتوپھربھیرہتاہے۔</w:t>
      </w:r>
    </w:p>
    <w:p>
      <w:r>
        <w:rPr>
          <w:b/>
        </w:rPr>
        <w:t xml:space="preserve">[1:31:47] </w:t>
      </w:r>
      <w:r>
        <w:t>asr se, yaani zuhr ka waqt to nahin parh payenge ke office mein kaam kar rahe hain. woh asr ka waqt milta hai unhein bahar aa kar,</w:t>
      </w:r>
    </w:p>
    <w:p>
      <w:pPr>
        <w:jc w:val="right"/>
      </w:pPr>
      <w:r>
        <w:t>عصرسے ،یعنیظہرکاوقت تونہیںپڑھپائیںگےکہافسمیںکامکررہےہیں۔وہ عصرکاوقتملتاہےانہیں باہرآکر،</w:t>
      </w:r>
    </w:p>
    <w:p>
      <w:r>
        <w:rPr>
          <w:b/>
        </w:rPr>
        <w:t xml:space="preserve">[1:31:55] </w:t>
      </w:r>
      <w:r>
        <w:t>to asr ke saath zuhr ko mila lein woh. aur kabhi raat ka agar kisi ki duty hai raat ki to maghrib ke saath isha mila sakta hai woh.</w:t>
      </w:r>
    </w:p>
    <w:p>
      <w:pPr>
        <w:jc w:val="right"/>
      </w:pPr>
      <w:r>
        <w:t>توعصرکےساتھ ظہرکوملالیںوہ۔ اورکبھیراتکااگر کسی کیڈیوٹیہےراتکی تو مغربکےساتھعشاءملاسکتاہےوہ۔</w:t>
      </w:r>
    </w:p>
    <w:p>
      <w:r>
        <w:rPr>
          <w:b/>
        </w:rPr>
        <w:t xml:space="preserve">[1:32:04] </w:t>
      </w:r>
      <w:r>
        <w:t>yeh main bator ijtihad ke keh raha hoon, yeh fiqh mein likha hua nahin hai aisa, yeh meri rai hai. beharhaal, yeh yeh ek ek baat, ek waqe'a mujhe yaad aaya.</w:t>
      </w:r>
    </w:p>
    <w:p>
      <w:pPr>
        <w:jc w:val="right"/>
      </w:pPr>
      <w:r>
        <w:t>یہ میں بطوراجتہادکےکہہرہاہوں، یہ فقہمیںلکھاہوانہیںہےایسا، یہایسیمیریرائےہے۔بہرحال، یہ یہ ایکایکبات،ایکواقعہمجھےیادآیا۔</w:t>
      </w:r>
    </w:p>
    <w:p>
      <w:r>
        <w:rPr>
          <w:b/>
        </w:rPr>
        <w:t xml:space="preserve">[1:32:14] </w:t>
      </w:r>
      <w:r>
        <w:t>bara mas'ala hota hai in logon ke jo job karte hain, bohat hi pecheeda. america mein ek baar aisa hua ke main aam taur par bahar jaata hoon, main namaz nahin parhata.</w:t>
      </w:r>
    </w:p>
    <w:p>
      <w:pPr>
        <w:jc w:val="right"/>
      </w:pPr>
      <w:r>
        <w:t>بڑامسئلہہوتاہےانلوگوںکےجوجابکرتے ہیں،بہت ہیپیچیدہ۔ امریک ہمیںایکبارایساہوا کہمیںعامطورپر باہرجاتاہوں،میںنمازنہیںپڑھاتا۔</w:t>
      </w:r>
    </w:p>
    <w:p>
      <w:r>
        <w:rPr>
          <w:b/>
        </w:rPr>
        <w:t xml:space="preserve">[1:32:25] </w:t>
      </w:r>
      <w:r>
        <w:t>main jaanta hoon ke is mein bohat bohat yeh bohat hi complex cheez hai yeh. to ek baar aisa hua ke america mein ek ek jagah humne jumma parha to unhone kaha aap jumma ki namaz parhaiye.</w:t>
      </w:r>
    </w:p>
    <w:p>
      <w:pPr>
        <w:jc w:val="right"/>
      </w:pPr>
      <w:r>
        <w:t>میںجانتاہوںکہاسمیںبہت بہت یہبہتہی کامپلیکسچیزہےیہ۔ توایکبارایساہواکہ امریکہمیںایک ایک جگہہمنےجمعہپڑھا توانہوںنےکہاآپ جمعہکینمازپڑھائیے۔</w:t>
      </w:r>
    </w:p>
    <w:p>
      <w:r>
        <w:rPr>
          <w:b/>
        </w:rPr>
        <w:t xml:space="preserve">[1:32:38] </w:t>
      </w:r>
      <w:r>
        <w:t>to maine kaha ke nahin nahin, main namaz nahin parhata. to unhone kaha nahin nahin, aap parhaiye. to sahib, jumma ki namaz hai, maine parhai. ab ek sahib bohat gussa ho gaye baat ko maloom hua, jaante hain kis liye?</w:t>
      </w:r>
    </w:p>
    <w:p>
      <w:pPr>
        <w:jc w:val="right"/>
      </w:pPr>
      <w:r>
        <w:t>تو میںنےکہاکہنہیںنہیں،میںنمازنہیںپڑھاتا۔ توانہوںنےکہانہیںنہیں،آپپڑھائیے۔ تو صاحب،جمعہکینمازہے،میںنےپڑھائی۔ ابایکصاحببہتغصہہوگئےباتکومعلومہوا،جانتےہیںکسلیے؟</w:t>
      </w:r>
    </w:p>
    <w:p>
      <w:r>
        <w:rPr>
          <w:b/>
        </w:rPr>
        <w:t xml:space="preserve">[1:32:50] </w:t>
      </w:r>
      <w:r>
        <w:t>namaz parhne ke baad ek sahib bohat gussa hue,</w:t>
      </w:r>
    </w:p>
    <w:p>
      <w:pPr>
        <w:jc w:val="right"/>
      </w:pPr>
      <w:r>
        <w:t>نمازپڑھنےکےبعد ایکصاحببہتغصہہوئے،</w:t>
      </w:r>
    </w:p>
    <w:p>
      <w:r>
        <w:rPr>
          <w:b/>
        </w:rPr>
        <w:t xml:space="preserve">[1:32:53] </w:t>
      </w:r>
      <w:r>
        <w:t>mujh se nahin kaha unhone, lekin doosre ne to gussa ho gaya. kyun? woh kahin job karte the, us job mein unko bohat kam time milta tha, bohat hi kam time, yaani itna kam time ke woh khutba behan sun sakte the. woh namaz mein aa ke mil jaate the. woh to aisa hisab lagaya tha unhone ke jaise hi khutba khatam ho aur namaz shuru ho to theek waqt pahunch jaye. woh</w:t>
      </w:r>
    </w:p>
    <w:p>
      <w:pPr>
        <w:jc w:val="right"/>
      </w:pPr>
      <w:r>
        <w:t>مجھسےنہیںکہاانہوںنے،لیکندوسرےنےتوغصہہوگیا۔کیوں؟ وہکہیںجابکرتے تھے، اس جابمیں انکو بہت کم ٹائمملتاتھا،بہت ہیکم ٹائم، یعنیاتناکمٹائمکہوہ خط بہنہیںسنسکتےتھے۔وہ نمازمیںآکےملجاتےتھے۔وہ تو ایساحسابلگایاتھاانہوںنے کہ جیسےہی خطبہختمہو اور نمازشروع ہو توٹھیکوقتپہنچجائے۔وہ</w:t>
      </w:r>
    </w:p>
    <w:p>
      <w:r>
        <w:rPr>
          <w:b/>
        </w:rPr>
        <w:t xml:space="preserve">[1:33:23] </w:t>
      </w:r>
      <w:r>
        <w:t>to takbeer-e-ula unhein mil jaye, kyunke khutba ke waqt daftar se nahin, office se nahin aa sakte the. woh to namaz ka jo takbeer-e-ula, usko kehte hain pehli pehli Allahu Akbar, us waqt pahunch jayein. woh ab janab, kaisa hua ke main to jaanta nahin tha wahan par yeh maamla.</w:t>
      </w:r>
    </w:p>
    <w:p>
      <w:pPr>
        <w:jc w:val="right"/>
      </w:pPr>
      <w:r>
        <w:t>تو تکبیربلاانہیں انہیںملجائے، کیونکہخطبہکےوقت دفترسےنہیں، افسسےنہیںآسکتےتھے۔وہ تو نماز کا جو تکبیربلا،اسکوکہتےہیںپہلیپہلیاللہ اکبر، اسوقت پہنچجائیں۔وہ ابجناب،کیساہوا کہمیںتوجانتانہیںتھا وہاںپر یہمعاملہ۔</w:t>
      </w:r>
    </w:p>
    <w:p>
      <w:r>
        <w:rPr>
          <w:b/>
        </w:rPr>
        <w:t xml:space="preserve">[1:33:42] </w:t>
      </w:r>
      <w:r>
        <w:t>to maine khutba jo diya, to khutbe mein maine do minute pehle khatam kiya. pehle mera khutba,</w:t>
      </w:r>
    </w:p>
    <w:p>
      <w:pPr>
        <w:jc w:val="right"/>
      </w:pPr>
      <w:r>
        <w:t>تو میںنےخطبہجودیا،توخطبےمیںمیںنے دومنٹپہلے ختمہوگا۔پہلے میراخطبہ،</w:t>
      </w:r>
    </w:p>
    <w:p>
      <w:r>
        <w:rPr>
          <w:b/>
        </w:rPr>
        <w:t xml:space="preserve">[1:33:49] </w:t>
      </w:r>
      <w:r>
        <w:t>mera khutba yeh tha, do minute wahan ke hisab kitab se jo calculation tha wahan ka, main jaanta tha nahin isko. to khada ho gaya main musalle par aur namaz shuru ho gayi.</w:t>
      </w:r>
    </w:p>
    <w:p>
      <w:pPr>
        <w:jc w:val="right"/>
      </w:pPr>
      <w:r>
        <w:t>میراخطبہیہتھا،دومنٹوہاںکےحسابکتاب سے جو کیلکولیشنتھاوہاںکا، میںجانتاتھا نہیںاسکو ۔ تو کھڑاہوگیامیںمصلےپر اورنمازشروعہوگئی۔</w:t>
      </w:r>
    </w:p>
    <w:p>
      <w:r>
        <w:rPr>
          <w:b/>
        </w:rPr>
        <w:t xml:space="preserve">[1:33:59] </w:t>
      </w:r>
      <w:r>
        <w:t>to do minute woh ghadi dekh kar aaye to namaz shuru ho chuki thi, yaani pehla pehli takbeer unko nahin mili. to khutbe mein to woh aa nahin sakte the, aaye nahin the woh, lekin woh chahte the ke takbeer-e-ula mujhe mil jaye.</w:t>
      </w:r>
    </w:p>
    <w:p>
      <w:pPr>
        <w:jc w:val="right"/>
      </w:pPr>
      <w:r>
        <w:t>تو دومنٹ وہگھڑیدیکھکرآئےتو نمازشروعہوچکیتھی، یعنی پہلا پہلیتکبیرانکونہیںملی ۔ تو خطبہمیںتووہ آنہیںسکتےتھے،آئےنہیںتھےوہ ،لیکن وہچاہتےتھےکہ تکبیر اولیمجھےملجائے۔</w:t>
      </w:r>
    </w:p>
    <w:p>
      <w:r>
        <w:rPr>
          <w:b/>
        </w:rPr>
        <w:t xml:space="preserve">[1:34:16] </w:t>
      </w:r>
      <w:r>
        <w:t>woh nahi mili, kyunke humne do minute pehle namaz shuru kardi.</w:t>
      </w:r>
    </w:p>
    <w:p>
      <w:pPr>
        <w:jc w:val="right"/>
      </w:pPr>
      <w:r>
        <w:t>وہنہیںملی،کیونکہمیںنےدومنٹپہلےنمازشروعکردی۔</w:t>
      </w:r>
    </w:p>
    <w:p>
      <w:r>
        <w:rPr>
          <w:b/>
        </w:rPr>
        <w:t xml:space="preserve">[1:34:20] </w:t>
      </w:r>
      <w:r>
        <w:t>ab bohat wahan log woh hua baat ko shikayat o kayat ki unhone. toh is hadith, is waqe'e se humne ek bohat badi cheez daryaft ki, yeh discovery mujhe ho gayi.</w:t>
      </w:r>
    </w:p>
    <w:p>
      <w:pPr>
        <w:jc w:val="right"/>
      </w:pPr>
      <w:r>
        <w:t>اببہت وہاں لوگ وہہواباتکوشکایتوکایتکیانہوںنے۔ تو اس حدیث ،اس واقع ےسے میںنےایکبہتبڑیچیزدریافت کی،یہڈسکوریمجھےہوگئی ۔</w:t>
      </w:r>
    </w:p>
    <w:p>
      <w:r>
        <w:rPr>
          <w:b/>
        </w:rPr>
        <w:t xml:space="preserve">[1:34:31] </w:t>
      </w:r>
      <w:r>
        <w:t>abu daud mein ek riwayat hai ke ek sahabi gaye ek baar namaz kahin kisi tribe mein, kisi basti mein.</w:t>
      </w:r>
    </w:p>
    <w:p>
      <w:pPr>
        <w:jc w:val="right"/>
      </w:pPr>
      <w:r>
        <w:t>ابوداؤدمیںایکروایتہے کہایکصحابی گئے ایک بار نمازکہیںکسی ٹرائبمیں، کسی بستیمیں۔</w:t>
      </w:r>
    </w:p>
    <w:p>
      <w:r>
        <w:rPr>
          <w:b/>
        </w:rPr>
        <w:t xml:space="preserve">[1:34:41] </w:t>
      </w:r>
      <w:r>
        <w:t>toh unhone kaha ke namaz padhaiye. woh kam pait the, woh sahabi the. toh unhone kaha ke nahi, main namaz nahi padhaunga,</w:t>
      </w:r>
    </w:p>
    <w:p>
      <w:pPr>
        <w:jc w:val="right"/>
      </w:pPr>
      <w:r>
        <w:t>تو انہوں نےکہاکہنمازپڑھائیے۔ وہکم پینینتھے،وہصحابیتھے۔ توانہوںنےکہاکہنہیں،میںنمازنہیںپڑھاؤںگا،</w:t>
      </w:r>
    </w:p>
    <w:p>
      <w:r>
        <w:rPr>
          <w:b/>
        </w:rPr>
        <w:t xml:space="preserve">[1:34:49] </w:t>
      </w:r>
      <w:r>
        <w:t>aap hum mein se koi shakhs namaz padhaye. toh unhone rasool Allah ka us waqt ditta ho chuki thi, tab ki baat hai yeh. toh iqbal aisa karte hain, aap unhone kaha maine khud rasool Allah ko aisa kehte hue suna ke tum jab kisi ke haan jao toh unhi ka ek aadmi namaz padhaye, tum namaz mat padhao.</w:t>
      </w:r>
    </w:p>
    <w:p>
      <w:pPr>
        <w:jc w:val="right"/>
      </w:pPr>
      <w:r>
        <w:t>آپ ہیمیںسےکوئیشخصنمازپڑھائے۔ تو انہوںنے رسولاللہ کااسوقت ڈٹہوچکیتھی،تبکیباتہےیہ۔ تو اقبالایساکرتےہیں،آپانہوںنےکہامیںنےخود رسولاللہکوایساکہتےہوئےسنا کہتم جب کسی کےہاںجاؤ تو انہیکاایکآدمینمازپڑھائے، تم نمازمتپڑھاؤ۔</w:t>
      </w:r>
    </w:p>
    <w:p>
      <w:r>
        <w:rPr>
          <w:b/>
        </w:rPr>
        <w:t xml:space="preserve">[1:35:14] </w:t>
      </w:r>
      <w:r>
        <w:t>toh us waqt mujhe samajh aaya ke jo local aadmi hoga, local aadmi woh hoga, woh is cheez ko jaanta hoga.</w:t>
      </w:r>
    </w:p>
    <w:p>
      <w:pPr>
        <w:jc w:val="right"/>
      </w:pPr>
      <w:r>
        <w:t>تو اسوقت مجھےسمجھآیاکہ جو لو کلآدمیہوگا، لو کلآدمیجوہوگا، وہ اس اسچیزکوجانتاہوگا۔</w:t>
      </w:r>
    </w:p>
    <w:p>
      <w:r>
        <w:rPr>
          <w:b/>
        </w:rPr>
        <w:t xml:space="preserve">[1:35:28] </w:t>
      </w:r>
      <w:r>
        <w:t>iske, yaani is local aadmi woh hoga, iske jo iski zakat hain, iski jo baatein hain, woh samajhta hoga usko.</w:t>
      </w:r>
    </w:p>
    <w:p>
      <w:pPr>
        <w:jc w:val="right"/>
      </w:pPr>
      <w:r>
        <w:t>اسکے ،یعنیاس لوکلآدمیجوہوگا،اسکے جو اسکینزاکتیںہیں،اسکیجوباتیںہیں،وہسمجھتاہوگااسکو۔</w:t>
      </w:r>
    </w:p>
    <w:p>
      <w:r>
        <w:rPr>
          <w:b/>
        </w:rPr>
        <w:t xml:space="preserve">[1:35:37] </w:t>
      </w:r>
      <w:r>
        <w:t>toh is hadith ke alfaaz yeh hain: abu daud jo kitaab hai, usmein ke mun zaar qawm afla yomuh marj liman minhum.</w:t>
      </w:r>
    </w:p>
    <w:p>
      <w:pPr>
        <w:jc w:val="right"/>
      </w:pPr>
      <w:r>
        <w:t>تو اسحدیثکےالفاظیہہیں: ابوداؤد جو کتاب ہے،اسمیں کہ من ذار قوم افلایومہ مرج لمنہم۔</w:t>
      </w:r>
    </w:p>
    <w:p>
      <w:r>
        <w:rPr>
          <w:b/>
        </w:rPr>
        <w:t xml:space="preserve">[1:35:49] </w:t>
      </w:r>
      <w:r>
        <w:t>yeh itni badi baat hai is hadith mein, lekin daryaft iski iski samajh mein nahi aayi America humein ke mun zaar qawm f la yom hum rajul minhum ke jo aadmi kisi jagah jaaye toh woh wahan imam na bane,</w:t>
      </w:r>
    </w:p>
    <w:p>
      <w:pPr>
        <w:jc w:val="right"/>
      </w:pPr>
      <w:r>
        <w:t>یہ اتنیبڑیباتہےاسحدیثمیں ،لیکن دریا فت اسکی اسکیسمجھمیںنہیںآئیامریک ہمیں کہمن ذارقوما ف لایوم ہم رجلمنہم کہجو آدمی کسی جگہجائے تو وہ وہاں امامنہبنے،</w:t>
      </w:r>
    </w:p>
    <w:p>
      <w:r>
        <w:rPr>
          <w:b/>
        </w:rPr>
        <w:t xml:space="preserve">[1:36:05] </w:t>
      </w:r>
      <w:r>
        <w:t>aur imam mare, inhi ka koi aadmi apna. kitna ismein kitni gehri baat hai iske andar ke agar meri jagah par jo local aadmi hota toh woh jaanta ke do minute ke farq se inka maamla bigad jayega.</w:t>
      </w:r>
    </w:p>
    <w:p>
      <w:pPr>
        <w:jc w:val="right"/>
      </w:pPr>
      <w:r>
        <w:t>اوراماممرے،انہیکاکوئیآدمی اپنا۔ کتنیاسمیں کتنیگہریباتہےاسکےاندر کہاگر میریجگہپر جو لوکلآدمیہوتا تووہجانتاکہ دومنٹکےفرقسے انکا معاملہبگڑجائےگا۔</w:t>
      </w:r>
    </w:p>
    <w:p>
      <w:r>
        <w:rPr>
          <w:b/>
        </w:rPr>
        <w:t xml:space="preserve">[1:36:21] </w:t>
      </w:r>
      <w:r>
        <w:t>toh woh do minute ka farq na karta, main jaanta nahi tha. toh maine do minute ka farq kardiya anjaane mein, aur woh bohat pareshan ho gaye, woh</w:t>
      </w:r>
    </w:p>
    <w:p>
      <w:pPr>
        <w:jc w:val="right"/>
      </w:pPr>
      <w:r>
        <w:t>تووہدومنٹکافرقنہکرتا، میںجانتانہیںتھا۔ تو میںنےدومنٹکافرقکردیا انجانےمیں، اوروہبہتپریشانہوگئے،وہ</w:t>
      </w:r>
    </w:p>
    <w:p>
      <w:r>
        <w:rPr>
          <w:b/>
        </w:rPr>
        <w:t xml:space="preserve">[1:36:30] </w:t>
      </w:r>
      <w:r>
        <w:t>kyunke unka sochiya tha ke agar mujhe khat behan nahi mila hai toh kam az kam takbeer e awwal toh mil jaye. unka sochiya tha ke khat beh toh main nahi pa sakta, itna mujhe afsar mein time nahi milta hai, toh kam az kam takbeer e awwal mujhe mil jaye. abhi yeh sooch ke tehat aate the wahan par,</w:t>
      </w:r>
    </w:p>
    <w:p>
      <w:pPr>
        <w:jc w:val="right"/>
      </w:pPr>
      <w:r>
        <w:t>کیونکہانکاسوچیہتھیکہاگرمجھے خط بہنہیںملاہےتوکمازکم تکبیراولیتوملجائے۔ انکیسوچیہتھی کہ خط بہ تو میںنہیںپاسکتا، اتنامجھےافسمیںٹائمنہیںملتاہے، تو کمازکمتکبیراولیمجھےملجائے۔ابیہاسسوچکےتحت آتےتھےوہاںپر،</w:t>
      </w:r>
    </w:p>
    <w:p>
      <w:r>
        <w:rPr>
          <w:b/>
        </w:rPr>
        <w:t xml:space="preserve">[1:36:49] </w:t>
      </w:r>
      <w:r>
        <w:t>aur do rakat namaz padh ke foran chale aate the. woh toh abhi sab baatein local aadmi jaanta hai, bahar ka aadmi nahi jaanta hai.</w:t>
      </w:r>
    </w:p>
    <w:p>
      <w:pPr>
        <w:jc w:val="right"/>
      </w:pPr>
      <w:r>
        <w:t>اوردورکعتنمازپڑھکےفوراًچلےآتےتھے۔وہ تو ابیہ سب باتیںلوکلآدمیجانتاہے، باہرکاآدمینہیںجانتاہے۔</w:t>
      </w:r>
    </w:p>
    <w:p>
      <w:r>
        <w:rPr>
          <w:b/>
        </w:rPr>
        <w:t xml:space="preserve">[1:36:58] </w:t>
      </w:r>
      <w:r>
        <w:t>toh rasool Allah ne kaha ke jab koi aadmi kahin jaaye toh wahan par woh namaz na padhaye, namaz padhaye local aadmi. yeh mujhe yeh discovery hui.</w:t>
      </w:r>
    </w:p>
    <w:p>
      <w:pPr>
        <w:jc w:val="right"/>
      </w:pPr>
      <w:r>
        <w:t>تورسولاللہنےکہاکہجب کوئیآدمیکہیںجائے تو وہاںپروہنمازنہپڑھائے، نمازپڑھائے لوکلآدمی۔ یہمجھے یہڈسکوریہوئی ۔</w:t>
      </w:r>
    </w:p>
    <w:p>
      <w:r>
        <w:rPr>
          <w:b/>
        </w:rPr>
        <w:t xml:space="preserve">[1:37:11] </w:t>
      </w:r>
      <w:r>
        <w:t>aur kya hai? sir, bohat saare hain. ah, discovery question is from Ali: is niyat befor namaz important or can we begin without without it?</w:t>
      </w:r>
    </w:p>
    <w:p>
      <w:pPr>
        <w:jc w:val="right"/>
      </w:pPr>
      <w:r>
        <w:t>اور کیا ہے؟سر ،بہت سارے ہیں۔اہ، دسکوئسچن ازفر ام علی :از انیت بیفور انماز امپورٹنٹ اور کینویبگنوداؤٹ وداؤٹاٹ؟</w:t>
      </w:r>
    </w:p>
    <w:p>
      <w:r>
        <w:rPr>
          <w:b/>
        </w:rPr>
        <w:t xml:space="preserve">[1:37:26] </w:t>
      </w:r>
      <w:r>
        <w:t>kya phir</w:t>
      </w:r>
    </w:p>
    <w:p>
      <w:pPr>
        <w:jc w:val="right"/>
      </w:pPr>
      <w:r>
        <w:t>کیا پھر</w:t>
      </w:r>
    </w:p>
    <w:p>
      <w:r>
        <w:rPr>
          <w:b/>
        </w:rPr>
        <w:t xml:space="preserve">[1:37:27] </w:t>
      </w:r>
      <w:r>
        <w:t>padhiye? is niyat befor namaz important or can we begin the namaz without without it? dekhein, niyat woh hai, jo niyat ka jo bola jaata hai, woh jo hai, woh woh woh zaruri nahi hai, woh namaz ka part nahi hai.</w:t>
      </w:r>
    </w:p>
    <w:p>
      <w:pPr>
        <w:jc w:val="right"/>
      </w:pPr>
      <w:r>
        <w:t>پڑھیے ؟ از انیت بیفور انماز امپورٹنٹ اور کینوی بگن دینمازوداؤٹ وداؤٹاٹ؟ دیکھیں،نیتجوہے، جو نیت کا جوبولاجاتاہے، وہ جوہے،وہ وہ وہضرورینہیںہے، وہ نمازکاپارٹنہیںہے۔</w:t>
      </w:r>
    </w:p>
    <w:p>
      <w:r>
        <w:rPr>
          <w:b/>
        </w:rPr>
        <w:t xml:space="preserve">[1:37:47] </w:t>
      </w:r>
      <w:r>
        <w:t>woh jo bola jaata hai ke mera mutraqu blle ke peeche namaz ke waghera jo bola jaata hai, sab woh namaz ka hissa nahi hai.</w:t>
      </w:r>
    </w:p>
    <w:p>
      <w:pPr>
        <w:jc w:val="right"/>
      </w:pPr>
      <w:r>
        <w:t>وہجوبولاجاتاہےکہ میرا مترق بلےکے پیچھےنمازکےوغیرہجوبولاجاتاہے،سب وہ نمازکاحصہنہیںہے۔</w:t>
      </w:r>
    </w:p>
    <w:p>
      <w:r>
        <w:rPr>
          <w:b/>
        </w:rPr>
        <w:t xml:space="preserve">[1:37:56] </w:t>
      </w:r>
      <w:r>
        <w:t>niyat ka matlab nahi hai ke zabaan se bolna, niyat ka matlab hai dil mein hona. toh niyat zaruri hai, lekin is sense mein nahi ke woh munh se bolen.</w:t>
      </w:r>
    </w:p>
    <w:p>
      <w:pPr>
        <w:jc w:val="right"/>
      </w:pPr>
      <w:r>
        <w:t>نیتکامطلبنہیںہےکہزبان سےبول نا،نیتکامطلبہےدلمیںہونا۔ تونیت ضروریہے، لیکن اس سینسمیںنہیںکہوہمنہسےبولیں۔</w:t>
      </w:r>
    </w:p>
    <w:p>
      <w:r>
        <w:rPr>
          <w:b/>
        </w:rPr>
        <w:t xml:space="preserve">[1:38:05] </w:t>
      </w:r>
      <w:r>
        <w:t>aap niyat ka matlab hai ke presence aapka wohaan par ho, aap yeh soch kar shareek hon ke main Khuda ki namaz padhne ja raha hoon, main asr ki namaz padhne ja raha hoon, us waqt main masjid mein hoon.</w:t>
      </w:r>
    </w:p>
    <w:p>
      <w:pPr>
        <w:jc w:val="right"/>
      </w:pPr>
      <w:r>
        <w:t>آپ نیتکامطلبہےکہ پریزنسآپکاوہاںپرہو، آپ یہسوچکر شریکہوں کہ میں خداکینمازپڑھنےجارہاہوں، میں عصرکینمازپڑھنےجارہاہوں، اسوقت میں مسجدمیںہوں۔</w:t>
      </w:r>
    </w:p>
    <w:p>
      <w:r>
        <w:rPr>
          <w:b/>
        </w:rPr>
        <w:t xml:space="preserve">[1:38:20] </w:t>
      </w:r>
      <w:r>
        <w:t>yeh nahi ke aap masjid mein khade hue hain aur aapka dimagh ghoom raha hai kahin doosri jagah.</w:t>
      </w:r>
    </w:p>
    <w:p>
      <w:pPr>
        <w:jc w:val="right"/>
      </w:pPr>
      <w:r>
        <w:t>یہنہیںکہآپ مسجدمیںکھڑےہوئےہیں اور آپ کادماغگھومرہاہےکہیںدوسریجگہ۔</w:t>
      </w:r>
    </w:p>
    <w:p>
      <w:r>
        <w:rPr>
          <w:b/>
        </w:rPr>
        <w:t xml:space="preserve">[1:38:27] </w:t>
      </w:r>
      <w:r>
        <w:t>aap yaani aisa hota hai ke aap jaante hain ke idhar udhar dimagh dimagh daudta hai logon ka. toh asal cheez yeh hai ke aapka aap ki jo presence wohaan hai, woh woh ho ke aap poore dil ke saath, poore dimagh ke saath mehsoos karein ke main masjid mein hoon, main namaz padh raha hoon, main yeh kar raha hoon, woh kar raha hoon.</w:t>
      </w:r>
    </w:p>
    <w:p>
      <w:pPr>
        <w:jc w:val="right"/>
      </w:pPr>
      <w:r>
        <w:t>آپ یعنی ایساہوتاہےکہآپجانتےہیںکہادھرادھر دماغدماغدوڑتاہےلوگوںکا۔ تو اصلچیزیہہےکہآپکا آپ کیجو پریزنسوہاںہے، وہ وہ ہو کہ آپ پورے دلکےساتھ ،پورےدماغکےساتھ محسوسکریںکہمیںمسجدمیںہوں، میںنمازپڑھرہاہوں،میںیہکررہاہوں،وہکررہاہوں۔</w:t>
      </w:r>
    </w:p>
    <w:p>
      <w:r>
        <w:rPr>
          <w:b/>
        </w:rPr>
        <w:t xml:space="preserve">[1:38:48] </w:t>
      </w:r>
      <w:r>
        <w:t>yeh hai niyat. zabaan se keh diya toh theek hai, na kehta bhi theek hai. zabaan se na karke bhi namaz ho jayegi aapki,</w:t>
      </w:r>
    </w:p>
    <w:p>
      <w:pPr>
        <w:jc w:val="right"/>
      </w:pPr>
      <w:r>
        <w:t>یہ ہےنیت۔ زبان سےکہہدیا توٹھیکہے،نہکہاتببھیٹھیکہے۔ زبان سےنہکرکےبھینمازہوجائےگیآپکی،</w:t>
      </w:r>
    </w:p>
    <w:p>
      <w:r>
        <w:rPr>
          <w:b/>
        </w:rPr>
        <w:t xml:space="preserve">[1:38:56] </w:t>
      </w:r>
      <w:r>
        <w:t>lekin niyat zaruri hai dil mein. woh ho toh phir namaz nahi hogi ke aap asr ki namaz padh rahe hain aur dimagh aapka daud raha hai market mein, toh woh namaz nahi hogi.</w:t>
      </w:r>
    </w:p>
    <w:p>
      <w:pPr>
        <w:jc w:val="right"/>
      </w:pPr>
      <w:r>
        <w:t>لیکن نیت ضروریہےدلمیں۔وہ ہو توپھرنمازنہیںہوگی کہآپ عصرکینمازپڑھرہےہیں اور دماغآپاڑرہاہےمارکیٹمیں، تووہنمازنہیںہوگی۔</w:t>
      </w:r>
    </w:p>
    <w:p>
      <w:r>
        <w:rPr>
          <w:b/>
        </w:rPr>
        <w:t xml:space="preserve">[1:39:07] </w:t>
      </w:r>
      <w:r>
        <w:t>wahan par ke aajaaye ke tumhari niyat nahi thi namaz ki, tum toh market ki niyat liye hue khade the wahan par. toh niyat ka matlab kuch shabdon ko dohrana nahi hai, niyat ka matlab hai ke dil poori tarah se wohaan par maujood ho aapka, aapki soch wohaan par poori tarah maujood ho,</w:t>
      </w:r>
    </w:p>
    <w:p>
      <w:pPr>
        <w:jc w:val="right"/>
      </w:pPr>
      <w:r>
        <w:t>وہاںپر کہ اجائےکہتمہارینیتہینہیںتھینمازکی ، تم تومارکیٹکینیتلیےہوئےکھڑےتھےوہاںپر۔ تو نیتکامطلب کچھ शब्दوںکودہرانہیں ہے، نیتکامطلبہےکہدل پوریطریقےسےوہاںپرموجود ہوآپکا، آپکی سوچوہاںپرپوریطرحموجود ہو ،</w:t>
      </w:r>
    </w:p>
    <w:p>
      <w:r>
        <w:rPr>
          <w:b/>
        </w:rPr>
        <w:t xml:space="preserve">[1:39:24] </w:t>
      </w:r>
      <w:r>
        <w:t>pure dilawar pure dimagh ke sath aap namaz parh rahe hon. yeh matlab hai iska. das ko is suchnaaz from doctor farida khan m: simple say that god already knows our needs, so where so we are in need of prayer?</w:t>
      </w:r>
    </w:p>
    <w:p>
      <w:pPr>
        <w:jc w:val="right"/>
      </w:pPr>
      <w:r>
        <w:t>پورےدلاورپورےدماغکےساتھآپ نمازپڑھرہےہوں۔ یہمطلبہےاسکا ۔ دسکوئسچنازفرامڈاکٹرفریدہخان م: سمپیپل سے دیٹگاڈ الریڈی نوز اور نیڈز ،سو ویئر سوویئرازدانیڈافپریر؟</w:t>
      </w:r>
    </w:p>
    <w:p>
      <w:r>
        <w:rPr>
          <w:b/>
        </w:rPr>
        <w:t xml:space="preserve">[1:39:45] </w:t>
      </w:r>
      <w:r>
        <w:t>hmm,</w:t>
      </w:r>
    </w:p>
    <w:p>
      <w:pPr>
        <w:jc w:val="right"/>
      </w:pPr>
      <w:r>
        <w:t>ہمم ،</w:t>
      </w:r>
    </w:p>
    <w:p>
      <w:r>
        <w:rPr>
          <w:b/>
        </w:rPr>
        <w:t xml:space="preserve">[1:39:51] </w:t>
      </w:r>
      <w:r>
        <w:t>dekhen, is mein main samajhta hoon ke do baatein hain</w:t>
      </w:r>
    </w:p>
    <w:p>
      <w:pPr>
        <w:jc w:val="right"/>
      </w:pPr>
      <w:r>
        <w:t>دیکھیں،اسمیں میں سمجھتاہوںکہدوباتیںہیں</w:t>
      </w:r>
    </w:p>
    <w:p>
      <w:r>
        <w:rPr>
          <w:b/>
        </w:rPr>
        <w:t xml:space="preserve">[1:39:56] </w:t>
      </w:r>
      <w:r>
        <w:t>ke</w:t>
      </w:r>
    </w:p>
    <w:p>
      <w:pPr>
        <w:jc w:val="right"/>
      </w:pPr>
      <w:r>
        <w:t>کہ</w:t>
      </w:r>
    </w:p>
    <w:p>
      <w:r>
        <w:rPr>
          <w:b/>
        </w:rPr>
        <w:t xml:space="preserve">[1:40:00] </w:t>
      </w:r>
      <w:r>
        <w:t>ek hai aam insan, aam insan jisne apne aap ko khuda ke liye dedicate nahi kiya hai, apne aap ko khuda ke rastay par dala nahi hai, to uska muamla alag hota hai.</w:t>
      </w:r>
    </w:p>
    <w:p>
      <w:pPr>
        <w:jc w:val="right"/>
      </w:pPr>
      <w:r>
        <w:t>ایک ہےعام انسان ،عام انسان جسنے اپنےآپکوخداکےلیےڈیڈیکیٹنہیںکیاہے، اپنےآپکو خداکےراستےپرڈالانہیںہے، تواسکا معاملہالگہوتاہے۔</w:t>
      </w:r>
    </w:p>
    <w:p>
      <w:r>
        <w:rPr>
          <w:b/>
        </w:rPr>
        <w:t xml:space="preserve">[1:40:16] </w:t>
      </w:r>
      <w:r>
        <w:t>is ki zarooriyat ki zimmedari khuda nahi le ga,</w:t>
      </w:r>
    </w:p>
    <w:p>
      <w:pPr>
        <w:jc w:val="right"/>
      </w:pPr>
      <w:r>
        <w:t>اس کی ضروریاتکیذمہداریخدانہیںلےگا،</w:t>
      </w:r>
    </w:p>
    <w:p>
      <w:r>
        <w:rPr>
          <w:b/>
        </w:rPr>
        <w:t xml:space="preserve">[1:40:20] </w:t>
      </w:r>
      <w:r>
        <w:t>un cheezon ki zimmedari to le ga jo test paper ke tor par us ko di gayi hain. yaad rakhiye ke is din mein jaise quran mein ek ke woh mun dabati illa Allah rizqah,</w:t>
      </w:r>
    </w:p>
    <w:p>
      <w:pPr>
        <w:jc w:val="right"/>
      </w:pPr>
      <w:r>
        <w:t>انچیزوںکیذمہداریتولےگا جو ٹیسٹ پیپرکےطورپراسکودیگئیہیں۔ یادرکھیےکہاسدنیا میں جیسےقرآنمیںایک کہ وہ من دابتی الا اللہ رزقہ،</w:t>
      </w:r>
    </w:p>
    <w:p>
      <w:r>
        <w:rPr>
          <w:b/>
        </w:rPr>
        <w:t xml:space="preserve">[1:40:39] </w:t>
      </w:r>
      <w:r>
        <w:t>mun dabati illa Allah rizqah ke zameen mein jo bhi koi paida hua hai, koi bhi creature, har creature ka rizq khuda ke oopar hai.</w:t>
      </w:r>
    </w:p>
    <w:p>
      <w:pPr>
        <w:jc w:val="right"/>
      </w:pPr>
      <w:r>
        <w:t>منداب تی الا اللہرزقہ کہزمین میں جوبھی کوئی پیدا ہواہے،کوئیبھی کریچر، ہر کریچرکارزق خداکےاوپرہے۔</w:t>
      </w:r>
    </w:p>
    <w:p>
      <w:r>
        <w:rPr>
          <w:b/>
        </w:rPr>
        <w:t xml:space="preserve">[1:40:49] </w:t>
      </w:r>
      <w:r>
        <w:t>to yeh har rizq hai jo duniya mein yani apna test denay ke liye zaroori hai. to woh khuda khud hi supply karta rehta hai, sunlight deta hai, oxygen deta hai, ghalla paida karta hai.</w:t>
      </w:r>
    </w:p>
    <w:p>
      <w:pPr>
        <w:jc w:val="right"/>
      </w:pPr>
      <w:r>
        <w:t>تویہوہرزقہےجو دنیا میں یعنی اپنا ٹیسٹ دینےکےلیےضروریہے۔ تو وہخداخودہیسپلائیکرتارہتاہے، سنلائٹدیتاہے، اکسیجندیتاہے، غلہپیدا کرتاہے۔</w:t>
      </w:r>
    </w:p>
    <w:p>
      <w:r>
        <w:rPr>
          <w:b/>
        </w:rPr>
        <w:t xml:space="preserve">[1:41:04] </w:t>
      </w:r>
      <w:r>
        <w:t>yeh yeh zarooriyat hain jo hain, woh khuda khud hi khud supply karta rehta hai in ki, kyun ke woh nahi hon gi to test kese dein ge aap?</w:t>
      </w:r>
    </w:p>
    <w:p>
      <w:pPr>
        <w:jc w:val="right"/>
      </w:pPr>
      <w:r>
        <w:t>یہ یہ ضرورتیںہیںجو ہیں،وہ خدا خود ہیخودسپلائیکرتارہتاہےانکی،کیونکہ وہنہیںہوگاتوٹیسٹ کیسےدیںگےآپ؟</w:t>
      </w:r>
    </w:p>
    <w:p>
      <w:r>
        <w:rPr>
          <w:b/>
        </w:rPr>
        <w:t xml:space="preserve">[1:41:11] </w:t>
      </w:r>
      <w:r>
        <w:t>lekin jahan deen ka muamla hai, akhirat ka muamla hai, jannat ka muamla hai, to woh baghair mangay huay nahi kisi ko mile gi.</w:t>
      </w:r>
    </w:p>
    <w:p>
      <w:pPr>
        <w:jc w:val="right"/>
      </w:pPr>
      <w:r>
        <w:t>لیکن جہاںدینکامعاملہہے، آخرتکامعاملہہے،جنتکامعاملہہے، تو وہ بغیر مانگےہوئےنہیںکسیکوملےگی۔</w:t>
      </w:r>
    </w:p>
    <w:p>
      <w:r>
        <w:rPr>
          <w:b/>
        </w:rPr>
        <w:t xml:space="preserve">[1:41:21] </w:t>
      </w:r>
      <w:r>
        <w:t>yeh aisa nahi ho sakta, woh to mangna paray ga, yani khud hi khud de de, aisa nahi ho ga. woh ke khuda janta hai, to is ka matlab yeh hai ke khuda janta hai, to apne aap hi khuda janta hai ke yeh aadmi woh hai, is ko hi ilm mein nahi chalna chahiye.</w:t>
      </w:r>
    </w:p>
    <w:p>
      <w:pPr>
        <w:jc w:val="right"/>
      </w:pPr>
      <w:r>
        <w:t>یہایسانہیںہوسکتا، وہتومانگناپڑےگا، یعنیخودہیخوددےدے،ایسانہیںہوگا۔وہ کہخداجانتاہے،تو اسکامطلبیہہےکہخداجانتاہے،تو اپنےآپہیخداجانتاہےکہیہآدمیجوہے،اسکوہیلمیںنہیںچلناچاہیے۔</w:t>
      </w:r>
    </w:p>
    <w:p>
      <w:r>
        <w:rPr>
          <w:b/>
        </w:rPr>
        <w:t xml:space="preserve">[1:41:37] </w:t>
      </w:r>
      <w:r>
        <w:t>kese sahay ga is ilmi musibat ko? to is ko jannat de do, aisa nahi kabhi ho ga. aap ko jannat ka hareess banna paray ga.</w:t>
      </w:r>
    </w:p>
    <w:p>
      <w:pPr>
        <w:jc w:val="right"/>
      </w:pPr>
      <w:r>
        <w:t>کیسے سہےگااسہیلکیمصیبتکو ؟تواسکوجنتدےدو ، ایسانہیںکبھیہوگا۔ آپ کو جنتکاحریصبنناپڑےگا۔</w:t>
      </w:r>
    </w:p>
    <w:p>
      <w:r>
        <w:rPr>
          <w:b/>
        </w:rPr>
        <w:t xml:space="preserve">[1:41:49] </w:t>
      </w:r>
      <w:r>
        <w:t>ab to ek baat aur hai jis ka main khud tajurba kiya. ek hadith hai ke is hadith mein ke alfaaz yeh hain ke</w:t>
      </w:r>
    </w:p>
    <w:p>
      <w:pPr>
        <w:jc w:val="right"/>
      </w:pPr>
      <w:r>
        <w:t>اب توایکباتاور ہے جسکامیں خود تجربہکیا۔ ایکحدیثہے کہ اسحدیثمیں کےالفاظیہہیں کہ</w:t>
      </w:r>
    </w:p>
    <w:p>
      <w:r>
        <w:rPr>
          <w:b/>
        </w:rPr>
        <w:t xml:space="preserve">[1:42:07] </w:t>
      </w:r>
      <w:r>
        <w:t>woh</w:t>
      </w:r>
    </w:p>
    <w:p>
      <w:pPr>
        <w:jc w:val="right"/>
      </w:pPr>
      <w:r>
        <w:t>وہ</w:t>
      </w:r>
    </w:p>
    <w:p>
      <w:r>
        <w:rPr>
          <w:b/>
        </w:rPr>
        <w:t xml:space="preserve">[1:42:12] </w:t>
      </w:r>
      <w:r>
        <w:t>man ja'al al-hammuhu wahid an al-ham al-akhirati ka fa'allahu 'an hum bil dunya,</w:t>
      </w:r>
    </w:p>
    <w:p>
      <w:pPr>
        <w:jc w:val="right"/>
      </w:pPr>
      <w:r>
        <w:t>من جعل الهم محمد واحد اہمآخرتک فاح اللہ عنہم بالدنیا،</w:t>
      </w:r>
    </w:p>
    <w:p>
      <w:r>
        <w:rPr>
          <w:b/>
        </w:rPr>
        <w:t xml:space="preserve">[1:42:22] </w:t>
      </w:r>
      <w:r>
        <w:t>man ja'al al-hammuhu wahid an al-ham al-akhirati ka fa'allahu 'an hum bil dunya. jo aadmi apne gham ko sara ka sara akhirat ka gham bana le, to khuda us ke duniya ke gham ke liye kaafi ho jata hai.</w:t>
      </w:r>
    </w:p>
    <w:p>
      <w:pPr>
        <w:jc w:val="right"/>
      </w:pPr>
      <w:r>
        <w:t>من جعلالهم محمد واحد ا ہمآخرتک فاح اللہعنہم بالدنیا۔ جو آدمی اپنے غمکو ساراکاساراآخرتکاغمبنالے، توخدااسکےدنیا کےغمکےلیےکافیہوجاتاہے۔</w:t>
      </w:r>
    </w:p>
    <w:p>
      <w:r>
        <w:rPr>
          <w:b/>
        </w:rPr>
        <w:t xml:space="preserve">[1:42:41] </w:t>
      </w:r>
      <w:r>
        <w:t>matlab jo apne aap ko bilkul daal de khuda ke rastay mein, deewanay war is mein lag jaye, apni kuch fikr na kare apni ma'ash ki, apne duniya ke mamlaat ki, to wahan par aisa hota hai ke khuda chunke is ne apne aap ko khuda ke rastay mein daal diya hai,</w:t>
      </w:r>
    </w:p>
    <w:p>
      <w:pPr>
        <w:jc w:val="right"/>
      </w:pPr>
      <w:r>
        <w:t>مطلبجو اپنےآپکو بالکل ڈالدےخداکےراستےمیں ،دیوانہواراسیمیںلگجائے، اپنی کچھفکرنہکرےاپنی معاشکی، اپنے دنیا کے معاملات کی ، تو وہاںپرایساہوتاہےکہ خدا چونکہاسنےاپنےآپکوخداکےراستےمیںڈالدیا ہے،</w:t>
      </w:r>
    </w:p>
    <w:p>
      <w:r>
        <w:rPr>
          <w:b/>
        </w:rPr>
        <w:t xml:space="preserve">[1:43:02] </w:t>
      </w:r>
      <w:r>
        <w:t>to khuda us ki us ki zimmedari le leta hai.</w:t>
      </w:r>
    </w:p>
    <w:p>
      <w:pPr>
        <w:jc w:val="right"/>
      </w:pPr>
      <w:r>
        <w:t>تو خدااسکی اسکیذمہداریلےلیتاہے۔</w:t>
      </w:r>
    </w:p>
    <w:p>
      <w:r>
        <w:rPr>
          <w:b/>
        </w:rPr>
        <w:t xml:space="preserve">[1:43:07] </w:t>
      </w:r>
      <w:r>
        <w:t>is hadith ko mein ne as waqt samjha ek baar mein gaya ek ghaliban jammu ke ilaqay mein, kisi ilaqay mein ek forester thay wahan par.</w:t>
      </w:r>
    </w:p>
    <w:p>
      <w:pPr>
        <w:jc w:val="right"/>
      </w:pPr>
      <w:r>
        <w:t>اسحدیثکومیںاسوقتسمجھا ایکبارمیں گیا ایک غالباًجموںکےعلاقےمیں،کسیعلاقےمیں ایک فائسٹرتھےوہاںپر۔</w:t>
      </w:r>
    </w:p>
    <w:p>
      <w:r>
        <w:rPr>
          <w:b/>
        </w:rPr>
        <w:t xml:space="preserve">[1:43:19] </w:t>
      </w:r>
      <w:r>
        <w:t>to un se mujhe maloom hua ke forester ko ghanbheedi jati hai, kyun ke forester ki duty aisi jagah hoti hai jahan ke wahan par waise animal nahi hain, matlab bheriya hai, shair hai,</w:t>
      </w:r>
    </w:p>
    <w:p>
      <w:pPr>
        <w:jc w:val="right"/>
      </w:pPr>
      <w:r>
        <w:t>تو انسےمجھےمعلومہواکہ فائسٹرکوگنبھیدی جاتیہے، کیونکہفائسٹرکیڈیوٹیایسیجگہہوتیہے جہاںکہوہاںپر ویسے این یملہیں، مطلببھیڑیاہے، شیرہے،</w:t>
      </w:r>
    </w:p>
    <w:p>
      <w:r>
        <w:rPr>
          <w:b/>
        </w:rPr>
        <w:t xml:space="preserve">[1:43:35] </w:t>
      </w:r>
      <w:r>
        <w:t>wahan par un ko duty deni parti hai. to wahan par government kiya karti hai ke un ko sath sath ghanbheedi deti hai, kyun ke ghanbhe nahi to woh kese kaam woh wahan kese kaam karein ge?</w:t>
      </w:r>
    </w:p>
    <w:p>
      <w:pPr>
        <w:jc w:val="right"/>
      </w:pPr>
      <w:r>
        <w:t>وہاںپرانکوڈیوٹیدینیپڑتیہے۔ تو وہاںپر گورنمنٹکیاکرتیہےکہانکو ساتھ ساتھ گنبھیدیتیہے، کیونکہگننہہوتووہکیسےکاموہ اںکیسےکامکریںگے؟</w:t>
      </w:r>
    </w:p>
    <w:p>
      <w:r>
        <w:rPr>
          <w:b/>
        </w:rPr>
        <w:t xml:space="preserve">[1:43:47] </w:t>
      </w:r>
      <w:r>
        <w:t>is se mein ne samjha ke jo aadmi apne aap ko deen ke rastay mein daal deta hai, to khuda yeh dekhta hai ke us ki zarooriyat kiya hain.</w:t>
      </w:r>
    </w:p>
    <w:p>
      <w:pPr>
        <w:jc w:val="right"/>
      </w:pPr>
      <w:r>
        <w:t>اسسےمیںنےسمجھاکہجو آدمی اپنےآپکو دینکےراستےمیںڈالدیتاہے، تو خدا یہ دیکھتاہےکہاسکیضرورتیںکیاہیں۔</w:t>
      </w:r>
    </w:p>
    <w:p>
      <w:r>
        <w:rPr>
          <w:b/>
        </w:rPr>
        <w:t xml:space="preserve">[1:43:58] </w:t>
      </w:r>
      <w:r>
        <w:t>jo zarooriyat hain, us ke woh poora karta rahe ga, poora karta rahe ga, poora karta rahe ga. yeh sab ka muamla nahi hota, yeh un ka muamla hota hai jo apne aap ko khuda ke rastay mein bharpoor tor par daal dein, itna daal dein ke apni sudh nahi rehti un ko.</w:t>
      </w:r>
    </w:p>
    <w:p>
      <w:pPr>
        <w:jc w:val="right"/>
      </w:pPr>
      <w:r>
        <w:t>جو ضرورتیںہیں،اسکےوہپوراکرتارہےگا،پوراکرتارہےگا،پوراکرتارہےگا۔ یہ سب کامعاملہنہیںہوتا،یہانکامعاملہہوتاہےجو اپنےآپکوخداکےراستےمیں بھرپورطورپرڈالدیں، اتناڈالدیںکہ اپنی سدھنہرہےانکو۔</w:t>
      </w:r>
    </w:p>
    <w:p>
      <w:r>
        <w:rPr>
          <w:b/>
        </w:rPr>
        <w:t xml:space="preserve">[1:44:14] </w:t>
      </w:r>
      <w:r>
        <w:t>yani khuda ki yaad mein, khuda ke kaam mein, khuda ke deen ki da'awat mein itna ziyada apni ko busy kar lein ke apni sudh nahi rehti, apni fikr nahi rehti, to wahan khuda us ko poora karta rehta hai.</w:t>
      </w:r>
    </w:p>
    <w:p>
      <w:pPr>
        <w:jc w:val="right"/>
      </w:pPr>
      <w:r>
        <w:t>یعنیخدا کی یادمیں، خداکےکاممیں، خداکےدینکیدعوتمیں اتنازیادہ اپنی کوبزیکرلیں کہاپنیسدھنہرہے، اپنی فکر نہرہے، تو وہاںخدااسکو پوراکرتارہتاہے۔</w:t>
      </w:r>
    </w:p>
    <w:p>
      <w:r>
        <w:rPr>
          <w:b/>
        </w:rPr>
        <w:t xml:space="preserve">[1:44:30] </w:t>
      </w:r>
      <w:r>
        <w:t>aisakuch mein ne samjhaya. das ko is se nacha faram Maria: can we change our destiny by doing dua?</w:t>
      </w:r>
    </w:p>
    <w:p>
      <w:pPr>
        <w:jc w:val="right"/>
      </w:pPr>
      <w:r>
        <w:t>ایساکچھمیںنےسمجھایا۔ دسکوئسچنازفرامماریہ :کینوی چینج اور ڈیسٹینی بائےڈوئنگدعا؟</w:t>
      </w:r>
    </w:p>
    <w:p>
      <w:r>
        <w:rPr>
          <w:b/>
        </w:rPr>
        <w:t xml:space="preserve">[1:44:43] </w:t>
      </w:r>
      <w:r>
        <w:t>dekhen, ek hadith isi ma'ne mein aati hai ke la tad al qaza illal dua, la tad al qaza illal dua.</w:t>
      </w:r>
    </w:p>
    <w:p>
      <w:pPr>
        <w:jc w:val="right"/>
      </w:pPr>
      <w:r>
        <w:t>دیکھیں،ایکحدیث اسی معنیمیںآتیہے کہ لا ت رد القضا الا الدعا، لا ترد القضا الا الدعا۔</w:t>
      </w:r>
    </w:p>
    <w:p>
      <w:r>
        <w:rPr>
          <w:b/>
        </w:rPr>
        <w:t xml:space="preserve">[1:44:57] </w:t>
      </w:r>
      <w:r>
        <w:t>destiny ko qaza ma'ne destiny, destiny ko sirf dua badal sakti hai.</w:t>
      </w:r>
    </w:p>
    <w:p>
      <w:pPr>
        <w:jc w:val="right"/>
      </w:pPr>
      <w:r>
        <w:t>ڈیسٹینیکو قضامعنیڈیسٹینی، ڈیسٹینیکوصرف دعابدلسکتیہے۔</w:t>
      </w:r>
    </w:p>
    <w:p>
      <w:r>
        <w:rPr>
          <w:b/>
        </w:rPr>
        <w:t xml:space="preserve">[1:45:06] </w:t>
      </w:r>
      <w:r>
        <w:t>yeh hadith maujood hai, sahi hadith hai. yeh</w:t>
      </w:r>
    </w:p>
    <w:p>
      <w:pPr>
        <w:jc w:val="right"/>
      </w:pPr>
      <w:r>
        <w:t>یہحدیث موجود ہے، صحیححدیثہے۔یہ</w:t>
      </w:r>
    </w:p>
    <w:p>
      <w:r>
        <w:rPr>
          <w:b/>
        </w:rPr>
        <w:t xml:space="preserve">[1:45:10] </w:t>
      </w:r>
      <w:r>
        <w:t>is hadith ko le kar mein yeh samjha hoon ke yeh har dua ki baat nahi hai, yeh bohat hi koi khaas dua hoti hogi.</w:t>
      </w:r>
    </w:p>
    <w:p>
      <w:pPr>
        <w:jc w:val="right"/>
      </w:pPr>
      <w:r>
        <w:t>اسحدیثکولےکر میں یہسمجھاہوں کہ یہہردعاکیباتنہیںہے، یہبہت ہیکوئیخاص دعاہوتیہوگی۔</w:t>
      </w:r>
    </w:p>
    <w:p>
      <w:r>
        <w:rPr>
          <w:b/>
        </w:rPr>
        <w:t xml:space="preserve">[1:45:22] </w:t>
      </w:r>
      <w:r>
        <w:t>to is se mein samjha hoon ke dua woh hai, itni powerful cheez hai ke woh destiny ko bhi badal sakti hai.</w:t>
      </w:r>
    </w:p>
    <w:p>
      <w:pPr>
        <w:jc w:val="right"/>
      </w:pPr>
      <w:r>
        <w:t>تو اسسےمیںسمجھاہوںکہ دعاجوہے، اتنیپاورفل چیزہےکہوہڈیسٹینیکوبھی بدلسکتیہے۔</w:t>
      </w:r>
    </w:p>
    <w:p>
      <w:r>
        <w:rPr>
          <w:b/>
        </w:rPr>
        <w:t xml:space="preserve">[1:45:33] </w:t>
      </w:r>
      <w:r>
        <w:t>lekin yeh is ka matlab nahi ke har aadmi aisi dua kare</w:t>
      </w:r>
    </w:p>
    <w:p>
      <w:pPr>
        <w:jc w:val="right"/>
      </w:pPr>
      <w:r>
        <w:t>لیکن یہ اسکامطلبنہیںکہ ہرآدمیایسیدعاکرس</w:t>
      </w:r>
    </w:p>
    <w:p>
      <w:r>
        <w:rPr>
          <w:b/>
        </w:rPr>
        <w:t xml:space="preserve">[1:45:37] </w:t>
      </w:r>
      <w:r>
        <w:t>karta hai, yeh bohat hi special dua koi hoti hai, tab aisa hota hai.</w:t>
      </w:r>
    </w:p>
    <w:p>
      <w:pPr>
        <w:jc w:val="right"/>
      </w:pPr>
      <w:r>
        <w:t>کتاہے، یہبہت ہی اسپیشلدعاکوئی ہوتیہے، تب ایساہوتاہے۔</w:t>
      </w:r>
    </w:p>
    <w:p>
      <w:r>
        <w:rPr>
          <w:b/>
        </w:rPr>
        <w:t xml:space="preserve">[1:45:46] </w:t>
      </w:r>
      <w:r>
        <w:t>lekin is ke upar aap bharosa nahi kar sakte, bharosa nahi kar sakte, sirf aqeedah door rakh sakte hain aap ke dua itni powerful hai.</w:t>
      </w:r>
    </w:p>
    <w:p>
      <w:pPr>
        <w:jc w:val="right"/>
      </w:pPr>
      <w:r>
        <w:t>لیکن اسکےاوپرآپبھروسہنہیںکرسکتے، بھروسہنہیںکرسکتے،صرفعقیدہدوررکھسکتےہیںآپ کہدعااتنیپاورفلہے۔</w:t>
      </w:r>
    </w:p>
    <w:p>
      <w:r>
        <w:rPr>
          <w:b/>
        </w:rPr>
        <w:t xml:space="preserve">[1:45:56] </w:t>
      </w:r>
      <w:r>
        <w:t>lekin aap ko phir bhi cause and effect hi par apna planning karni padegi.</w:t>
      </w:r>
    </w:p>
    <w:p>
      <w:pPr>
        <w:jc w:val="right"/>
      </w:pPr>
      <w:r>
        <w:t>لیکن آپ کو پھربھی کازاینڈایفیکٹہیپر پراپنا پلاننگکرنیپڑےگی۔</w:t>
      </w:r>
    </w:p>
    <w:p>
      <w:r>
        <w:rPr>
          <w:b/>
        </w:rPr>
        <w:t xml:space="preserve">[1:46:06] </w:t>
      </w:r>
      <w:r>
        <w:t>apni planning jo hai, aap ko cause and effect ki buniyad par karni padegi. aap yeh nahi kar sakte ke is par woh karein.</w:t>
      </w:r>
    </w:p>
    <w:p>
      <w:pPr>
        <w:jc w:val="right"/>
      </w:pPr>
      <w:r>
        <w:t>اپنی پلاننگجوہے،آپکو کازاینڈایفیکٹہیکیبنیادپرکرنیپڑےگی۔آپیہنہیںکرسکتے کہ اسپر وہکریں۔</w:t>
      </w:r>
    </w:p>
    <w:p>
      <w:r>
        <w:rPr>
          <w:b/>
        </w:rPr>
        <w:t xml:space="preserve">[1:46:17] </w:t>
      </w:r>
      <w:r>
        <w:t>jaise ke ek ek Rasool Allah se ek aadmi ne poocha to kal ka masla. to tawakkul ma'ne Khuda par trust karna</w:t>
      </w:r>
    </w:p>
    <w:p>
      <w:pPr>
        <w:jc w:val="right"/>
      </w:pPr>
      <w:r>
        <w:t>جیسےکہ ایک ایک رسولاللہسےایکآدمینےپوچھا تو کلکامسئلہ ۔ توکل معنیخداپر ٹرسٹکرنا</w:t>
      </w:r>
    </w:p>
    <w:p>
      <w:r>
        <w:rPr>
          <w:b/>
        </w:rPr>
        <w:t xml:space="preserve">[1:46:27] </w:t>
      </w:r>
      <w:r>
        <w:t>ke mein is se poocha, woh oont ka kaam hota tha wahan par. is ne kaha ke mein apne oont ko bandh kar Khuda par trust karoon ya oont ko chhod kar Khuda par trust karoon?</w:t>
      </w:r>
    </w:p>
    <w:p>
      <w:pPr>
        <w:jc w:val="right"/>
      </w:pPr>
      <w:r>
        <w:t>کہمیں اسسےپوچھا،وہ اونٹکا کامہوتاتھاوہاںپر۔اسنےکہاکہمیںاپنےاونٹکو باندھکر خداپرٹرسٹکروں یااونٹکوچھوڑکرخداپرٹرسٹکروں؟</w:t>
      </w:r>
    </w:p>
    <w:p>
      <w:r>
        <w:rPr>
          <w:b/>
        </w:rPr>
        <w:t xml:space="preserve">[1:46:41] </w:t>
      </w:r>
      <w:r>
        <w:t>to aap ne kaha ke: "aqil haafiz to wakil". pehle oont ko bandho, phir Khuda par trust karo.</w:t>
      </w:r>
    </w:p>
    <w:p>
      <w:pPr>
        <w:jc w:val="right"/>
      </w:pPr>
      <w:r>
        <w:t>تو آپنےکہاکہ: "اق لهافتوکل" ۔پہلےاونٹکوباندھو، پھرخداپرٹرسٹکرو۔</w:t>
      </w:r>
    </w:p>
    <w:p>
      <w:r>
        <w:rPr>
          <w:b/>
        </w:rPr>
        <w:t xml:space="preserve">[1:46:52] </w:t>
      </w:r>
      <w:r>
        <w:t>"aqil haafiz to wakil". pehle oont ko bandho, phir Khuda par trust karo.</w:t>
      </w:r>
    </w:p>
    <w:p>
      <w:pPr>
        <w:jc w:val="right"/>
      </w:pPr>
      <w:r>
        <w:t>"اقلهافت وکل" ۔پہلےاونٹکوباندھو، پھرخداپرٹرسٹکرو۔</w:t>
      </w:r>
    </w:p>
    <w:p>
      <w:r>
        <w:rPr>
          <w:b/>
        </w:rPr>
        <w:t xml:space="preserve">[1:46:57] </w:t>
      </w:r>
      <w:r>
        <w:t>to yeh bohat hi nazuk cheez hai. hum aisa nahi kar sakte ke chalo bhai sab kuch chhod dein, chalo bhai Khuda to kar de ga. yeh galat baat hai, yeh extremism ho jaye ga, ghalu ho jaye ga,</w:t>
      </w:r>
    </w:p>
    <w:p>
      <w:pPr>
        <w:jc w:val="right"/>
      </w:pPr>
      <w:r>
        <w:t>تویہبہت ہی نازکچیزہے۔ ہم ایسانہیںکرسکتے کہچلوبھئیسبکچھچھوڑدیں،چلوبھئیخدا توکرہیدےگا۔ یہ غلطباتہے، یہ ایکسٹریمزمہوجائےگا، غلوہوجائےگا،</w:t>
      </w:r>
    </w:p>
    <w:p>
      <w:r>
        <w:rPr>
          <w:b/>
        </w:rPr>
        <w:t xml:space="preserve">[1:47:13] </w:t>
      </w:r>
      <w:r>
        <w:t>ghalu ho jaye ga. yeh jaise humein farz kiya kahin dawat ke liye kahin jaana hai, yaani dawat lil Allah ke liye koi deeni kaam ke liye jaana hai,</w:t>
      </w:r>
    </w:p>
    <w:p>
      <w:pPr>
        <w:jc w:val="right"/>
      </w:pPr>
      <w:r>
        <w:t>غلوہوجائےگا۔یہ جیسےہمیںفرضکیےکہیں دعوتکےلیےکہیںجاناہے، یعنی دعوت للہکےلیےکوئی دینیکام کےلیےجاناہے،</w:t>
      </w:r>
    </w:p>
    <w:p>
      <w:r>
        <w:rPr>
          <w:b/>
        </w:rPr>
        <w:t xml:space="preserve">[1:47:24] </w:t>
      </w:r>
      <w:r>
        <w:t>hum kahenge: "chalo bhai, business jo hai woh Khuda dekhe ga aur agriculture jo hai woh Khuda sambhal le ga is ko" aur chale jayein. hum is ko yeh galat baat hai, yeh bilkul yeh galat baat hai.</w:t>
      </w:r>
    </w:p>
    <w:p>
      <w:pPr>
        <w:jc w:val="right"/>
      </w:pPr>
      <w:r>
        <w:t>ہمکہیںگے:"چلوبھئی، بزنسجوہےوہخدادیکھےگا اور ایگریکلچرجوہےوہخداسنبھاللےگااسکو" اور چلےجائیں۔ہماسکو یہغلطباتہے،یہبالکل یہغلطباتہے۔</w:t>
      </w:r>
    </w:p>
    <w:p>
      <w:r>
        <w:rPr>
          <w:b/>
        </w:rPr>
        <w:t xml:space="preserve">[1:47:36] </w:t>
      </w:r>
      <w:r>
        <w:t>"aqil haafiz to wakil". pehle bandho oont ko, phir Khuda par trust karo, yaani apna bandobast karo, apne mamlaat ko theek karo, cause and effect ke mutabiq apni planning karo.</w:t>
      </w:r>
    </w:p>
    <w:p>
      <w:pPr>
        <w:jc w:val="right"/>
      </w:pPr>
      <w:r>
        <w:t>"اق لهافتوکل" ۔پہلے باندھواونٹکو ،پھر خداپرٹرسٹکرو، یعنیاپنابندوبستکرو، اپنے معاملاتکوٹھیککرو، کازاینڈایفیکٹکےمطابق اپنیپلاننگکرو۔</w:t>
      </w:r>
    </w:p>
    <w:p>
      <w:r>
        <w:rPr>
          <w:b/>
        </w:rPr>
        <w:t xml:space="preserve">[1:47:51] </w:t>
      </w:r>
      <w:r>
        <w:t>to yeh Islam mein jaiz nahi hai ke aadmi yeh chhod kar chala jaye ke Khuda to kar de ga. bohat hi rare case mein aisa hota hai, lekin yeh general rule nahi hai.</w:t>
      </w:r>
    </w:p>
    <w:p>
      <w:pPr>
        <w:jc w:val="right"/>
      </w:pPr>
      <w:r>
        <w:t>تو یہ اسلام میں جائزنہیںہےکہآدمی یہچھوڑکرچلاجائے کہخداتوکرہیدےگا۔ بہت ہیریئرکیسزمیںایساہوتاہے، لیکن یہ جنرلرولنہیںہے۔</w:t>
      </w:r>
    </w:p>
    <w:p>
      <w:r>
        <w:rPr>
          <w:b/>
        </w:rPr>
        <w:t xml:space="preserve">[1:48:07] </w:t>
      </w:r>
      <w:r>
        <w:t>das ko is chunaaz faram Hamid Hussain: "My prayer is generally for seeking blessings for righteousness, devotion to Allah and utilizing my resources towards humanity.</w:t>
      </w:r>
    </w:p>
    <w:p>
      <w:pPr>
        <w:jc w:val="right"/>
      </w:pPr>
      <w:r>
        <w:t>دسکوئسچنازفرام حامدحسین :"مائیپریراز جنرلیفار سیکنگبلیسنگزفار رائٹیسنس ،ڈیوشنٹواللہ اینڈیوٹیلائزنگمائیس روسز ٹورڈزہیومین ٹی۔</w:t>
      </w:r>
    </w:p>
    <w:p>
      <w:r>
        <w:rPr>
          <w:b/>
        </w:rPr>
        <w:t xml:space="preserve">[1:48:21] </w:t>
      </w:r>
      <w:r>
        <w:t>I do not ask for paradise or saving myself from hell. This is what my heart feels and that is what I pray for.</w:t>
      </w:r>
    </w:p>
    <w:p>
      <w:pPr>
        <w:jc w:val="right"/>
      </w:pPr>
      <w:r>
        <w:t>ائیڈوناٹاسک فار پیراڈائز اور سیونگمائیسیلففرامہیل۔ دسازواٹمائیہارٹفیل ز اینڈدیٹازواٹائیپریفار ۔</w:t>
      </w:r>
    </w:p>
    <w:p>
      <w:r>
        <w:rPr>
          <w:b/>
        </w:rPr>
        <w:t xml:space="preserve">[1:48:30] </w:t>
      </w:r>
      <w:r>
        <w:t>Please guide me if I am wrong." Bhalashubah rang hai yeh, is liye ke jitni bhi hadithein aap duaen padhein, aap jahannum se panah mangti hain.</w:t>
      </w:r>
    </w:p>
    <w:p>
      <w:pPr>
        <w:jc w:val="right"/>
      </w:pPr>
      <w:r>
        <w:t>پلیزگائیڈمی افائیایمرونگ۔" بلاشبہرنگہےیہ، اسلیےکہ جتنیبھیحدیثیںآپ دعائیںپڑھیں،آپ ہیلسے پناہمانگجاتیہیں۔</w:t>
      </w:r>
    </w:p>
    <w:p>
      <w:r>
        <w:rPr>
          <w:b/>
        </w:rPr>
        <w:t xml:space="preserve">[1:48:41] </w:t>
      </w:r>
      <w:r>
        <w:t>Rasool Allah ne kaha ke: "mein 70 bar Khuda ki panah mangta hoon." Yeh nazariya galat hai, yeh Sufiyon ka nazariya hai. yeh</w:t>
      </w:r>
    </w:p>
    <w:p>
      <w:pPr>
        <w:jc w:val="right"/>
      </w:pPr>
      <w:r>
        <w:t>رسولاللہنےکہاکہ:"میں70 بار خداکیپناہمانگتاہوں۔" یہ نظریہغلطہے، یہ صوفیوںکانظریہہے۔یہ</w:t>
      </w:r>
    </w:p>
    <w:p>
      <w:r>
        <w:rPr>
          <w:b/>
        </w:rPr>
        <w:t xml:space="preserve">[1:48:50] </w:t>
      </w:r>
      <w:r>
        <w:t>yeh Sufiyon ka nazariya hai ke: "bas jannat maango." Yeh sahi nahi hai. yeh mein ne abhi jo dua padhi thi, woh yeh thi ke: "Allah man as'alukal jannata wa.</w:t>
      </w:r>
    </w:p>
    <w:p>
      <w:pPr>
        <w:jc w:val="right"/>
      </w:pPr>
      <w:r>
        <w:t>یہ صوفیوںکانظریہہے کہ:"بسجنتمانگو ۔" یہصحیحنہیںہے۔یہ میںنےابھیجودعاپڑھیتھی، وہیہتھیکہ: "اللہ مانیاصلکالجنہون ار ۔</w:t>
      </w:r>
    </w:p>
    <w:p>
      <w:r>
        <w:rPr>
          <w:b/>
        </w:rPr>
        <w:t xml:space="preserve">[1:49:07] </w:t>
      </w:r>
      <w:r>
        <w:t>yeh donon saath saath chalta hai ke: "khuda ya mein tujh se jannat mangta hoon aur jahannum se panah mangta hoon." jo aadmi jannat se panah na mangta ho, mat samjhta ho ke is ko islam hi nahin mila hai, is ko</w:t>
      </w:r>
    </w:p>
    <w:p>
      <w:pPr>
        <w:jc w:val="right"/>
      </w:pPr>
      <w:r>
        <w:t>" یہدونوںساتھ ساتھچلتاہے کہ:"خدایامیںتجھسےجنتمانگتاہوںاورجہنمسےپناہمانگتاہوں۔" جو آدمی جنتسےپناہنہمانگتاہو، مت سمجھتاہوکہاسکواسلام ہینہیںملاہے،اسکو</w:t>
      </w:r>
    </w:p>
    <w:p>
      <w:r>
        <w:rPr>
          <w:b/>
        </w:rPr>
        <w:t xml:space="preserve">[1:49:20] </w:t>
      </w:r>
      <w:r>
        <w:t>ko namaz wagera sababikara hai. is ki kya? is se islam ko kya discovery? is ko huiya islam ki. dekhen, jahannum se panah mangna khuda ki qudrat ka eteraaf hai. yaad rahe achhe tareeqe se ke khuda aap ko koi khali bhandara nahin bantne ke liye ke aap ko bant ta rahe.</w:t>
      </w:r>
    </w:p>
    <w:p>
      <w:pPr>
        <w:jc w:val="right"/>
      </w:pPr>
      <w:r>
        <w:t>کوئینمازوغیرہ سببیکارہے۔اسکی کیا ؟اسسےاسلام کو کیا ڈسکوری؟اسکوہوئیاسلام کی۔ دیکھیں،جہنمسےپناہمانگنا خداکیقدرتکااعترافہے۔یادرہےاچھےطریقےسے کہخداآپکو کوئی خالی بھنڈارہےبانٹنےکےلیےکہآپکوبانٹتارہے۔</w:t>
      </w:r>
    </w:p>
    <w:p>
      <w:r>
        <w:rPr>
          <w:b/>
        </w:rPr>
        <w:t xml:space="preserve">[1:49:38] </w:t>
      </w:r>
      <w:r>
        <w:t>o bhai, chalo jannat tum ko de dete hain. khuda ko kya samajhte hain aap? sab se bari cheez jo hai, woh khuda ki qudrat kamilah ka eteraaf hai.</w:t>
      </w:r>
    </w:p>
    <w:p>
      <w:pPr>
        <w:jc w:val="right"/>
      </w:pPr>
      <w:r>
        <w:t>اوبھئی،چلوجنتتمکودےدیتےہیں۔ خداکوکیاسمجھتےہیںآپ ؟ سبسے بڑیچیزجوہے،وہخداکی قدرت کاملہکااعترافہے۔</w:t>
      </w:r>
    </w:p>
    <w:p>
      <w:r>
        <w:rPr>
          <w:b/>
        </w:rPr>
        <w:t xml:space="preserve">[1:49:47] </w:t>
      </w:r>
      <w:r>
        <w:t>al amru ya ma'id lil laah.</w:t>
      </w:r>
    </w:p>
    <w:p>
      <w:pPr>
        <w:jc w:val="right"/>
      </w:pPr>
      <w:r>
        <w:t>"الامریامائد للہ۔ "</w:t>
      </w:r>
    </w:p>
    <w:p>
      <w:r>
        <w:rPr>
          <w:b/>
        </w:rPr>
        <w:t xml:space="preserve">[1:49:51] </w:t>
      </w:r>
      <w:r>
        <w:t>khuda al mighty hai, khuda al powerful hai. is ka eteraaf ke khuda mujh ko jahannum mein bhi daal sakta hai. yahin nahin hai to kuch nahin. mein to samajhta hoon, yeh kuch nahin. yaad rakhi, yeh soofiyon ka nazariya hai jo ke sab kuch woh mohabbat khuda par base karte hain aur khauf khuda nikaal diya unhon ne.</w:t>
      </w:r>
    </w:p>
    <w:p>
      <w:pPr>
        <w:jc w:val="right"/>
      </w:pPr>
      <w:r>
        <w:t>خدا الم ائٹیہے،خداالپاورفلہے۔اسکااعت راف کہخدامجھکوجہنممیںبھیڈالسکتاہے۔ یہینہیںہےتوکچھبھینہیں۔میںتوسمجھتاہوں، یہکچھبھینہیں۔یادرکھی،یہ صوفیوںکانظریہہےجو کہسبکچھوہ محبت خداپربیسکرتےہیں اورخوف خدانکالدیاانہوںنے۔</w:t>
      </w:r>
    </w:p>
    <w:p>
      <w:r>
        <w:rPr>
          <w:b/>
        </w:rPr>
        <w:t xml:space="preserve">[1:50:11] </w:t>
      </w:r>
      <w:r>
        <w:t>mein is ko gumrah samajhta hoon, mein is ko gumrah samajhta hoon. is ko</w:t>
      </w:r>
    </w:p>
    <w:p>
      <w:pPr>
        <w:jc w:val="right"/>
      </w:pPr>
      <w:r>
        <w:t>میںاسکو گمراہیسمجھتاہوں، میںاسکوگمراہیسمجھتاہوں۔اسکو</w:t>
      </w:r>
    </w:p>
    <w:p>
      <w:r>
        <w:rPr>
          <w:b/>
        </w:rPr>
        <w:t xml:space="preserve">[1:50:17] </w:t>
      </w:r>
      <w:r>
        <w:t>khuda ki azmat jo hai, woh aap ko agar khauf na paida kare to woh kuch nahin hai. woh isi liye dekhen, quran mein do lafz aaye hain, do yaani criterion bataya gaya, woh ek hai:</w:t>
      </w:r>
    </w:p>
    <w:p>
      <w:pPr>
        <w:jc w:val="right"/>
      </w:pPr>
      <w:r>
        <w:t>خداکیعظمتجوہے،وہآپکواگرخوفنہپیدا کرے تو وہکچھبھینہیںہے۔وہ اسیلیےدیکھیں،قرآنمیںدولفظآئےہیں، دو یعنی کرائٹیرینجوبتایاگیا،وہ ایکہے:</w:t>
      </w:r>
    </w:p>
    <w:p>
      <w:r>
        <w:rPr>
          <w:b/>
        </w:rPr>
        <w:t xml:space="preserve">[1:50:32] </w:t>
      </w:r>
      <w:r>
        <w:t>ashaddu hubbal lil laah. ashaddu hubbal lil laah yaani woh khuda se bahut zyada love karne wale, khuda se bahut zyada mohabbat karne wale yaani believer kaun hai?</w:t>
      </w:r>
    </w:p>
    <w:p>
      <w:pPr>
        <w:jc w:val="right"/>
      </w:pPr>
      <w:r>
        <w:t>"اشدتح ب للہ۔ "اشدتحبللہیعنی وہ خداسے بہت زیادہ لوکرنے والے ، خداسےبہتزیادہمحبتکرنے والے یعنیبیلیورکونہے؟</w:t>
      </w:r>
    </w:p>
    <w:p>
      <w:r>
        <w:rPr>
          <w:b/>
        </w:rPr>
        <w:t xml:space="preserve">[1:50:45] </w:t>
      </w:r>
      <w:r>
        <w:t>ashaddu hubbal lil laah, khuda se bahut zyada mohabbat karne wale hote hain woh. aur doosri jagah kya hai? "wa la yaksha illal laah" ke woh dara, is ko dar hai sirf khuda ka.</w:t>
      </w:r>
    </w:p>
    <w:p>
      <w:pPr>
        <w:jc w:val="right"/>
      </w:pPr>
      <w:r>
        <w:t>اشدتحبللہ ،خداسے بہت زیادہ محبتکرنے والےہوتےہیںوہ ۔ اور دوسریجگہکیاہے؟ "ول میکشاالا اللہ" کہوہڈرا، اسکوڈرہےصرفخداکا ۔</w:t>
      </w:r>
    </w:p>
    <w:p>
      <w:r>
        <w:rPr>
          <w:b/>
        </w:rPr>
        <w:t xml:space="preserve">[1:50:57] </w:t>
      </w:r>
      <w:r>
        <w:t>to dar aur mohabbat dono saath saath hona chahiye. agar saath saath nahin hai to woh islam nahin hai, woh woh kuch khud apni banai hui koi cheez hai.</w:t>
      </w:r>
    </w:p>
    <w:p>
      <w:pPr>
        <w:jc w:val="right"/>
      </w:pPr>
      <w:r>
        <w:t>تو ڈراور محبت دونوں ساتھ ساتھہوناچاہیے۔ اگر ساتھ ساتھنہیںہےتووہاسلام نہیںہے،وہ وہکچھ خود اپنی بنائیہوئیکوئیچیزہے۔</w:t>
      </w:r>
    </w:p>
    <w:p>
      <w:r>
        <w:rPr>
          <w:b/>
        </w:rPr>
        <w:t xml:space="preserve">[1:51:07] </w:t>
      </w:r>
      <w:r>
        <w:t>kyun ke agar agar dar nahin hai to is ka matlab ke khuda ka, khuda ke, khuda ki taaqat ka eteraaf nahin hai. khuda ka knowledge kya hai ke nahin?</w:t>
      </w:r>
    </w:p>
    <w:p>
      <w:pPr>
        <w:jc w:val="right"/>
      </w:pPr>
      <w:r>
        <w:t>کیونکہاگر اگر ڈرنہیںہے تواسمعنیکہخداکا، خدا کے ،خداکیطاقتکااعترافنہیںہے۔ خداکااکنالجکیاہےکہنہیں؟</w:t>
      </w:r>
    </w:p>
    <w:p>
      <w:r>
        <w:rPr>
          <w:b/>
        </w:rPr>
        <w:t xml:space="preserve">[1:51:16] </w:t>
      </w:r>
      <w:r>
        <w:t>kya aadmi ne khuda ko samjha hai ke bantne wala hai? chalo, hum bhi bant baant rahe hain, khuda hum bhi le ja kar ke is silsile mein. jo aadmi sirf jannat ke liye duaen karta hai, us ne khuda ki qudrat ka eteraaf nahin kiya, khuda ke al powerful hone ka eteraaf nahin kiya.</w:t>
      </w:r>
    </w:p>
    <w:p>
      <w:pPr>
        <w:jc w:val="right"/>
      </w:pPr>
      <w:r>
        <w:t>کیاآدمینے خداکوسمجھتاہےکہب انٹنےوالاہے؟ چلو،ہمبھی بانٹبانٹرہاہے،خداہمبھیلےلےجاکرکےاسسے۔ جو آدمیصرفجنتکےلیے دعائیںکرتاہے، اسنے خدا کی قدرتکااعترافنہیںکیا،خداکے ال پاورفلہونےکااعترافنہیںکیا۔</w:t>
      </w:r>
    </w:p>
    <w:p>
      <w:r>
        <w:rPr>
          <w:b/>
        </w:rPr>
        <w:t xml:space="preserve">[1:51:36] </w:t>
      </w:r>
      <w:r>
        <w:t>isi liye aap dekhen, Allah ta'ala rasool Allah ki jo duaen padhi hain, aap aisi ajeeb ghareeb duaen hain, aisi ajeeb ghareeb</w:t>
      </w:r>
    </w:p>
    <w:p>
      <w:pPr>
        <w:jc w:val="right"/>
      </w:pPr>
      <w:r>
        <w:t>اسیلیےآپدیکھیں، اللہتعالیٰ رسولاللہکیجودعائیںپڑھیہیں،آپ ایسیعجیبغریبدعائیںہیں، ایسیعجیبغ</w:t>
      </w:r>
    </w:p>
    <w:p>
      <w:r>
        <w:rPr>
          <w:b/>
        </w:rPr>
        <w:t xml:space="preserve">[1:51:44] </w:t>
      </w:r>
      <w:r>
        <w:t>ghareeb duaen hain. misaal ke taur par aap ne farmaya ke: "wallah la adri, wallah la adri, wallah la adri, wa anaa rasoolullah ma yaf'al bi mala qawm." khuda ki qasam, mein nahin jaanta, khuda ki qasam, mein nahin jaanta, khuda ki qasam, mein nahin jaanta.</w:t>
      </w:r>
    </w:p>
    <w:p>
      <w:pPr>
        <w:jc w:val="right"/>
      </w:pPr>
      <w:r>
        <w:t>ریبدعائیںہیں۔مثلاًآپنےفرمایاکہ: "واللہ لاادری،واللہ لاادری،واللہ لاادری،وانارسولاللہ مایفعلامیبلاک م۔" خداکیقسم،میںنہیںجانتا، خداکیقسم ،میںنہیںجانتا، خداکیقسم ،میںنہیںجانتا۔</w:t>
      </w:r>
    </w:p>
    <w:p>
      <w:r>
        <w:rPr>
          <w:b/>
        </w:rPr>
        <w:t xml:space="preserve">[1:52:00] </w:t>
      </w:r>
      <w:r>
        <w:t>agar che mein khuda ka rasool hoon, kya kiya jayega mere saath? kya kiya jayega tumhare saath?</w:t>
      </w:r>
    </w:p>
    <w:p>
      <w:pPr>
        <w:jc w:val="right"/>
      </w:pPr>
      <w:r>
        <w:t>اگر چہمیںخداکارسولہوں، کیا کیا جائےگامیرےساتھ؟کیا کیاجائےگاتمہارےساتھ ؟</w:t>
      </w:r>
    </w:p>
    <w:p>
      <w:r>
        <w:rPr>
          <w:b/>
        </w:rPr>
        <w:t xml:space="preserve">[1:52:11] </w:t>
      </w:r>
      <w:r>
        <w:t>hazrat umar jo the, itna bada darja tha un ka jab un ko mara, khanjar mara, khoon bah raha tha haath se.</w:t>
      </w:r>
    </w:p>
    <w:p>
      <w:pPr>
        <w:jc w:val="right"/>
      </w:pPr>
      <w:r>
        <w:t>حضرتعمر جوتھے، اتنا بڑادرجہتھاانکا جبانکو مارا،خنجرمارا،خونبہہرہاتھا۔</w:t>
      </w:r>
    </w:p>
    <w:p>
      <w:r>
        <w:rPr>
          <w:b/>
        </w:rPr>
        <w:t xml:space="preserve">[1:52:21] </w:t>
      </w:r>
      <w:r>
        <w:t>ab bas bakht hone wale the. us waqt un ke bete ne kaha ke: "aap ka bada darja hai, aap ne rasool Allah ke saath yeh kiya, woh kiya, aap ne khilafat qaim ki, yeh kiya, woh kiya.</w:t>
      </w:r>
    </w:p>
    <w:p>
      <w:pPr>
        <w:jc w:val="right"/>
      </w:pPr>
      <w:r>
        <w:t>اب بسابختمہونےوالے تھے۔ اسوقت انکےبیٹےنے کہاکہ:"آپ کابڑادرجہہے، آپ نے رسولاللہکےساتھ یہکیا،وہکیا، آپ نےخلافتقائمکی،یہکیا،وہکیا۔</w:t>
      </w:r>
    </w:p>
    <w:p>
      <w:r>
        <w:rPr>
          <w:b/>
        </w:rPr>
        <w:t xml:space="preserve">[1:52:33] </w:t>
      </w:r>
      <w:r>
        <w:t>" to woh kehte, unhon ne kaha ke: "jhoot mat bolo."</w:t>
      </w:r>
    </w:p>
    <w:p>
      <w:pPr>
        <w:jc w:val="right"/>
      </w:pPr>
      <w:r>
        <w:t>"تو وہ کہتے،انہوںنےکہاکہ:"جھوٹمتبولو۔"</w:t>
      </w:r>
    </w:p>
    <w:p>
      <w:r>
        <w:rPr>
          <w:b/>
        </w:rPr>
        <w:t xml:space="preserve">[1:52:37] </w:t>
      </w:r>
      <w:r>
        <w:t>apne bete se kaha tha: "jhoot mat bolo, mujh ko dhoka mat do."</w:t>
      </w:r>
    </w:p>
    <w:p>
      <w:pPr>
        <w:jc w:val="right"/>
      </w:pPr>
      <w:r>
        <w:t>اپنےبیٹےسےکہاتھا:"جھوٹمتبولو، مجھکودھوکہمتدو ۔"</w:t>
      </w:r>
    </w:p>
    <w:p>
      <w:r>
        <w:rPr>
          <w:b/>
        </w:rPr>
        <w:t xml:space="preserve">[1:52:45] </w:t>
      </w:r>
      <w:r>
        <w:t>unhon ne kaha ke: "la alay wa la alay hi." agar maamla wahan barabar barabar ho jaye to bohat bari baat hai.</w:t>
      </w:r>
    </w:p>
    <w:p>
      <w:pPr>
        <w:jc w:val="right"/>
      </w:pPr>
      <w:r>
        <w:t>انہوںنےکہاکہ:"لاعلیولا علی ہ۔" اگر معاملہوہاںبرابربر ابرہوجائےتوبہتبڑیباتہے۔</w:t>
      </w:r>
    </w:p>
    <w:p>
      <w:r>
        <w:rPr>
          <w:b/>
        </w:rPr>
        <w:t xml:space="preserve">[1:52:53] </w:t>
      </w:r>
      <w:r>
        <w:t>to dar woh hai, woh to rasool Allah ke haan aap dekhiye, companiyon ke haan aap dekhiye, dar to islam ka bohat hi bada hissa hai. dar nahin to islam nahin.</w:t>
      </w:r>
    </w:p>
    <w:p>
      <w:pPr>
        <w:jc w:val="right"/>
      </w:pPr>
      <w:r>
        <w:t>تو ڈرجوہے،وہتو رسولاللہ کےہاںآپدیکھیے،کمپینکےہاںآپدیکھیے، ڈرتو اسلام کا بہت ہیبڑا حصہہے۔ ڈرنہیںتواسلام نہیں۔</w:t>
      </w:r>
    </w:p>
    <w:p>
      <w:r>
        <w:rPr>
          <w:b/>
        </w:rPr>
        <w:t xml:space="preserve">[1:53:09] </w:t>
      </w:r>
      <w:r>
        <w:t>saara bhara hua hai quran o hadith ka literature is baat se.</w:t>
      </w:r>
    </w:p>
    <w:p>
      <w:pPr>
        <w:jc w:val="right"/>
      </w:pPr>
      <w:r>
        <w:t>سارا بھراہواہےقرآنوحدیثکالٹریچر اسباتسے ۔</w:t>
      </w:r>
    </w:p>
    <w:p>
      <w:r>
        <w:rPr>
          <w:b/>
        </w:rPr>
        <w:t xml:space="preserve">[1:53:18] </w:t>
      </w:r>
      <w:r>
        <w:t>this is a question from doctor farida khana: "according to our scripture chapter six, we are asked to avoid all sin open or secret, that is outward and inward.</w:t>
      </w:r>
    </w:p>
    <w:p>
      <w:pPr>
        <w:jc w:val="right"/>
      </w:pPr>
      <w:r>
        <w:t>دسکوئسچنازفرامڈاکٹرفریدہخانہ :"اکارڈنگٹواورس انچیپٹر سکس ،ویآراسکڈٹواوائڈ ال سناو پن اور سیکرٹ، دیٹاز ظاہراینڈباطن ۔</w:t>
      </w:r>
    </w:p>
    <w:p>
      <w:r>
        <w:rPr>
          <w:b/>
        </w:rPr>
        <w:t xml:space="preserve">[1:53:31] </w:t>
      </w:r>
      <w:r>
        <w:t>what is meant by this?"</w:t>
      </w:r>
    </w:p>
    <w:p>
      <w:pPr>
        <w:jc w:val="right"/>
      </w:pPr>
      <w:r>
        <w:t>واٹاز مینٹبائیدس؟"</w:t>
      </w:r>
    </w:p>
    <w:p>
      <w:r>
        <w:rPr>
          <w:b/>
        </w:rPr>
        <w:t xml:space="preserve">[1:53:46] </w:t>
      </w:r>
      <w:r>
        <w:t>mein samajhta hoon ke is mein koi koi mystery wali baat nahin hai. woh hai</w:t>
      </w:r>
    </w:p>
    <w:p>
      <w:pPr>
        <w:jc w:val="right"/>
      </w:pPr>
      <w:r>
        <w:t>میںسمجھتاہوںکہاسمیںکوئی کوئی مس ٹیریسباتنہیں ہے۔ وہ ہے</w:t>
      </w:r>
    </w:p>
    <w:p>
      <w:r>
        <w:rPr>
          <w:b/>
        </w:rPr>
        <w:t xml:space="preserve">[1:53:57] </w:t>
      </w:r>
      <w:r>
        <w:t>keh kuch kaam aadmi public mein karta hai, kuch aadmi wahan karta hai jahan koi dekhne wala nahi hota.</w:t>
      </w:r>
    </w:p>
    <w:p>
      <w:pPr>
        <w:jc w:val="right"/>
      </w:pPr>
      <w:r>
        <w:t>کہکچھ کام آدمی پبلکمیںکرتاہے،کچھآدمی وہاںکرتاہےجہاںکوئیدیکھنےوالانہیںہوتا۔</w:t>
      </w:r>
    </w:p>
    <w:p>
      <w:r>
        <w:rPr>
          <w:b/>
        </w:rPr>
        <w:t xml:space="preserve">[1:54:06] </w:t>
      </w:r>
      <w:r>
        <w:t>hum rehte hain society mein to sab ke beech mein hote hain, sab log jante hain ke hum kya kar rahe hain.</w:t>
      </w:r>
    </w:p>
    <w:p>
      <w:pPr>
        <w:jc w:val="right"/>
      </w:pPr>
      <w:r>
        <w:t>ہم رہتےہیںسوسائٹیمیں تو سب کےبیچمیںہوتےہیں،سب لوگجانتےہیںکہہمکیاکررہےہیں۔</w:t>
      </w:r>
    </w:p>
    <w:p>
      <w:r>
        <w:rPr>
          <w:b/>
        </w:rPr>
        <w:t xml:space="preserve">[1:54:13] </w:t>
      </w:r>
      <w:r>
        <w:t>lekin kuch aise bhi hum par waqt hota hai jab hum akele hon, koi dekhne wala na ho . jaise hadith mein aata hai ke: "fasurruni la ilaha illallah fa surruni."</w:t>
      </w:r>
    </w:p>
    <w:p>
      <w:pPr>
        <w:jc w:val="right"/>
      </w:pPr>
      <w:r>
        <w:t>لیکن کچھایسے بھیہمپر وقتہوتاہےجبہماکیلےہوں، کوئیدیکھنےوالانہہو ۔ جیسےحدیثمیںآتاہےکہ:"ف سر ول انی ہ خشیت اللہ فسر ول انیہ۔</w:t>
      </w:r>
    </w:p>
    <w:p>
      <w:r>
        <w:rPr>
          <w:b/>
        </w:rPr>
        <w:t xml:space="preserve">[1:54:29] </w:t>
      </w:r>
      <w:r>
        <w:t>"khuda ne kaha ke tum daro akely mein bhi aur public mein bhi.</w:t>
      </w:r>
    </w:p>
    <w:p>
      <w:pPr>
        <w:jc w:val="right"/>
      </w:pPr>
      <w:r>
        <w:t>"خدانےکہاکہتم ڈرو اک یلےمیںبھیاورپبلکمیںبھی ۔</w:t>
      </w:r>
    </w:p>
    <w:p>
      <w:r>
        <w:rPr>
          <w:b/>
        </w:rPr>
        <w:t xml:space="preserve">[1:54:36] </w:t>
      </w:r>
      <w:r>
        <w:t>main samajhta hoon ke wohi wahan bhi matlab hai, koi uska mystery matlab nahi hai ke jab tum mehsoos karo ke tum logon ke beech mein ho , logon ki nazrein tum ko dekh rahi hain, tab bhi tum khuda ke tareeqe par qaim raho.</w:t>
      </w:r>
    </w:p>
    <w:p>
      <w:pPr>
        <w:jc w:val="right"/>
      </w:pPr>
      <w:r>
        <w:t>میںسمجھتاہوںکہوہیوہاںبھیمطلبہے، کوئیاسکا مسٹیریسمطلبنہیںہے کہ جب تم محسوسکروکہتملوگوںکےبیچمیںہو ، لوگوںکینظریںتمکودیکھرہیہیں، تب بھیتم خدا کے طریقےپرقائمرہو۔</w:t>
      </w:r>
    </w:p>
    <w:p>
      <w:r>
        <w:rPr>
          <w:b/>
        </w:rPr>
        <w:t xml:space="preserve">[1:54:54] </w:t>
      </w:r>
      <w:r>
        <w:t>aur jab dekho, koi koi koi tumhara dekhne wala nahi hai, koi pak, koi koi aankh nahi jo tum ko dekh rahi ho us waqt, tab bhi yeh socho ke khuda dekh raha hai.</w:t>
      </w:r>
    </w:p>
    <w:p>
      <w:pPr>
        <w:jc w:val="right"/>
      </w:pPr>
      <w:r>
        <w:t>اور جب دیکھو،کوئی کوئی کوئیتمہارادیکھنےوالانہیںہے، کوئی پک،کوئی کوئیآنکھنہیںجوتمکودیکھرہیہواسوقت، تببھییہسوچوکہخداتودیکھرہاہے۔</w:t>
      </w:r>
    </w:p>
    <w:p>
      <w:r>
        <w:rPr>
          <w:b/>
        </w:rPr>
        <w:t xml:space="preserve">[1:55:06] </w:t>
      </w:r>
      <w:r>
        <w:t>koi dekhne wala na ho to us waqt hi khuda dekh raha hai hum ko . to bas yahi uska matlab hai aur koi mystery matlab nahi hai.</w:t>
      </w:r>
    </w:p>
    <w:p>
      <w:pPr>
        <w:jc w:val="right"/>
      </w:pPr>
      <w:r>
        <w:t>کوئیدیکھنےوالانہہو تو اسوقتہیخداتودیکھرہاہےہماسکو ۔ توبستویہیاسکامطلبہےاورکوئی مسٹیریسمطلبنہیںہے۔</w:t>
      </w:r>
    </w:p>
    <w:p>
      <w:r>
        <w:rPr>
          <w:b/>
        </w:rPr>
        <w:t xml:space="preserve">[1:55:18] </w:t>
      </w:r>
      <w:r>
        <w:t>isko koi sach na farma saadi: "what is the difference between sahaba asking prophet to pray for them and people asking some Hazrat to pray for them?"</w:t>
      </w:r>
    </w:p>
    <w:p>
      <w:pPr>
        <w:jc w:val="right"/>
      </w:pPr>
      <w:r>
        <w:t>دسکوئسچنازفرامسعدیہ :"واٹازداڈیفرنسبٹوین صحابہ اسک نگ پرافٹ ٹوپریفار دیم اینڈ پیپلاسک نگ سم حضرت ٹوپریفار دیم؟"</w:t>
      </w:r>
    </w:p>
    <w:p>
      <w:r>
        <w:rPr>
          <w:b/>
        </w:rPr>
        <w:t xml:space="preserve">[1:55:42] </w:t>
      </w:r>
      <w:r>
        <w:t>bhai, main to samajhta hoon ke yeh baat ek social value hai.</w:t>
      </w:r>
    </w:p>
    <w:p>
      <w:pPr>
        <w:jc w:val="right"/>
      </w:pPr>
      <w:r>
        <w:t>بھائی،میںتوسمجھتاہوںکہیہباتایکسوشلویلیوہے۔</w:t>
      </w:r>
    </w:p>
    <w:p>
      <w:r>
        <w:rPr>
          <w:b/>
        </w:rPr>
        <w:t xml:space="preserve">[1:55:48] </w:t>
      </w:r>
      <w:r>
        <w:t>social value hai. agar rasool allah sallallahu alaihi wasallam ki dua se hi koi baat banne wali hoti to rasool allah ne bohat dua kiya apne chacha ke liye, abu talib ke liye.</w:t>
      </w:r>
    </w:p>
    <w:p>
      <w:pPr>
        <w:jc w:val="right"/>
      </w:pPr>
      <w:r>
        <w:t>سوشلویلیوہے۔اگررسولاللہصلیاللہعلیہوسلمکیدعاسےہی کوئیباتبننےوالی ہوتی تو رسولاللہنےبہتدعاکیاپنےچچاکےلیے، ابوطالبکےلیے۔</w:t>
      </w:r>
    </w:p>
    <w:p>
      <w:r>
        <w:rPr>
          <w:b/>
        </w:rPr>
        <w:t xml:space="preserve">[1:55:57] </w:t>
      </w:r>
      <w:r>
        <w:t>to woh woh thi, unko to iman nahi mila. hazrat ibrahim ne bohat dua kiya apne baap ke liye, unko iman nahi mila. hazrat nuh ne bohat dua kiya apne bete ke liye, unko iman nahi mila.</w:t>
      </w:r>
    </w:p>
    <w:p>
      <w:pPr>
        <w:jc w:val="right"/>
      </w:pPr>
      <w:r>
        <w:t>تووہ وہتھی،انکوتوایماننہیںملا۔ حضرتابراہیمنےبہتدعاکیاپنےباپکےلیے، انکوایماننہیںملا۔ حضرتنوحنےبہتدعاکیاپنےبیٹےکےلیے،انکوایماننہیںملا۔</w:t>
      </w:r>
    </w:p>
    <w:p>
      <w:r>
        <w:rPr>
          <w:b/>
        </w:rPr>
        <w:t xml:space="preserve">[1:56:08] </w:t>
      </w:r>
      <w:r>
        <w:t>to yeh ek social cheez hai. bh</w:t>
      </w:r>
    </w:p>
    <w:p>
      <w:pPr>
        <w:jc w:val="right"/>
      </w:pPr>
      <w:r>
        <w:t>تویہایک سوشلچیزہے۔بھ</w:t>
      </w:r>
    </w:p>
    <w:p>
      <w:r>
        <w:rPr>
          <w:b/>
        </w:rPr>
        <w:t xml:space="preserve">[1:56:10] </w:t>
      </w:r>
      <w:r>
        <w:t>ai, mile to kya kahe? bhai kehte hain: "hazrat, mere liye dua kijiye." baqi yeh samajhna ke is se hazrat ki dua se ho jayega, yeh bilkul baseless baat hai. kisi ki dua se kuch nahi hota.</w:t>
      </w:r>
    </w:p>
    <w:p>
      <w:pPr>
        <w:jc w:val="right"/>
      </w:pPr>
      <w:r>
        <w:t>ئی،ملےتوکیاکہے؟بھیکہتےہیں:"حضرت،میرےلیےدعاکیجئے۔" باقی یہسمجھناکہاسسےحضرتکیدعاسےہوجائےگا، یہبالکل بیسلیسباتہے۔ کسی کیدعاسےکچھنہیںہوتا۔</w:t>
      </w:r>
    </w:p>
    <w:p>
      <w:r>
        <w:rPr>
          <w:b/>
        </w:rPr>
        <w:t xml:space="preserve">[1:56:23] </w:t>
      </w:r>
      <w:r>
        <w:t>apni dua ek zati amal hai, dua mera apna amal hai.</w:t>
      </w:r>
    </w:p>
    <w:p>
      <w:pPr>
        <w:jc w:val="right"/>
      </w:pPr>
      <w:r>
        <w:t>اپنی دعاایکذاتیعمل ہے، دعامیرااپناعمل ہے۔</w:t>
      </w:r>
    </w:p>
    <w:p>
      <w:r>
        <w:rPr>
          <w:b/>
        </w:rPr>
        <w:t xml:space="preserve">[1:56:30] </w:t>
      </w:r>
      <w:r>
        <w:t>main iske khilaf nahi hoon ke aap yeh kahein ke bhai, hazrat, mere liye dua kijiye. kyunke main is, lekin main is ko ek ek social cheez samajh</w:t>
      </w:r>
    </w:p>
    <w:p>
      <w:pPr>
        <w:jc w:val="right"/>
      </w:pPr>
      <w:r>
        <w:t>میںاسکےخلاف نہیںہوںکہآپیہکہیںکہبھئی،حضرت،میرےلیےدعاکیجئے۔ کیونکہمیں اس،لیکنمیںاسکوایک ایک سوشلچیزسمج</w:t>
      </w:r>
    </w:p>
    <w:p>
      <w:r>
        <w:rPr>
          <w:b/>
        </w:rPr>
        <w:t xml:space="preserve">[1:56:37] </w:t>
      </w:r>
      <w:r>
        <w:t>ta hoon. jaise kisi ne kaha, ek banda, koi aisi baat ek aadmi ne kahi chaye ke bare mein. to unhone kaha ke bhai, chaye jo hai, uske andar koi , yani woh hai nahi, uske andar koi koi faida to hai nahi,</w:t>
      </w:r>
    </w:p>
    <w:p>
      <w:pPr>
        <w:jc w:val="right"/>
      </w:pPr>
      <w:r>
        <w:t>ھتاہوں۔جیسےکسینےکہا، ایک بندہ،کوئیاسیباتایکآدمینےکہی چائےکےبارےمیں۔ تو انہوںنےکہاکہبھئی،چائےجوہے،اسکےاندرکوئی ،یعنی وہ ہےنہیں،اسکےاندرکوئی کوئیفائدہتوہےنہیں،</w:t>
      </w:r>
    </w:p>
    <w:p>
      <w:r>
        <w:rPr>
          <w:b/>
        </w:rPr>
        <w:t xml:space="preserve">[1:56:54] </w:t>
      </w:r>
      <w:r>
        <w:t>koi nutritional value to uske andar hai na. to unhone kaha ke bhai, ek social value uske andar hai ke do aadmi baithe hain to kya karein? bhai, chalo, bhai, chaye pi lete hain. do char aadmi ikattha hon to kya karein?</w:t>
      </w:r>
    </w:p>
    <w:p>
      <w:pPr>
        <w:jc w:val="right"/>
      </w:pPr>
      <w:r>
        <w:t>کوئی نیوٹریشنلویلیوتواسکےاندرہےنہیں۔ توانہوںنےکہاکہبھئی،ایکسوشلویلیواسکےاندرہے کہدوآدمیبیٹھےہیںتوکیاکریں؟بھئی،چلو،بھئی،چائےپیلیتےہیں۔ دوچارآدمیاکٹھاہوںتوکیا کریں؟</w:t>
      </w:r>
    </w:p>
    <w:p>
      <w:r>
        <w:rPr>
          <w:b/>
        </w:rPr>
        <w:t xml:space="preserve">[1:57:06] </w:t>
      </w:r>
      <w:r>
        <w:t>kaha, bhai, chaye mangalo, chalo, chaye pi rahe hain, baatein kar rahe hain. to chaye ki unhone kaha ke social value hai. aisi baat samajhta hoon ke bhai, social value hai ke hazrat, mere liye dua kijiye.</w:t>
      </w:r>
    </w:p>
    <w:p>
      <w:pPr>
        <w:jc w:val="right"/>
      </w:pPr>
      <w:r>
        <w:t>کہا،بھئی،چائےمنگالو، چلو،چائےپیرہےہیں،باتیںکررہےہیں۔ تو چائے کیانہوںنےکہاکہسوشلویلیوہے۔ ایسی باتسمجھتاہوںکہبھئی،سوشلویلیوہےکہحضرت،میرےلیےدعاکیجئے۔</w:t>
      </w:r>
    </w:p>
    <w:p>
      <w:r>
        <w:rPr>
          <w:b/>
        </w:rPr>
        <w:t xml:space="preserve">[1:57:19] </w:t>
      </w:r>
      <w:r>
        <w:t>kyunke yeh sabit hai ke peghambaron ki dua se doosre ke liye kuch nahi ban paya. yeh to bilkul sabit hai. hazrat nuh ne apne bete ke liye dua ki, kuch nahi hua.</w:t>
      </w:r>
    </w:p>
    <w:p>
      <w:pPr>
        <w:jc w:val="right"/>
      </w:pPr>
      <w:r>
        <w:t>کیونکہیہثابتہےکہ پیغمبروںکیدعاسےدوسرےکےلیےکچھنہیں بنپایا۔ یہتوبالکلثابتہے۔ حضرتنوح نےاپنےبیٹےکےلیےدعاکی،کچھنہیںہوا۔</w:t>
      </w:r>
    </w:p>
    <w:p>
      <w:r>
        <w:rPr>
          <w:b/>
        </w:rPr>
        <w:t xml:space="preserve">[1:57:30] </w:t>
      </w:r>
      <w:r>
        <w:t>ibrahim ne apne baap ke liye dua ki, kuch nahi hua. rasool allah ne apne chacha ke liye dua ki, dua ki, kuch nahi hua. to dua se ho jayega, yeh sochna bilkul mere nazdeek baseless hai.</w:t>
      </w:r>
    </w:p>
    <w:p>
      <w:pPr>
        <w:jc w:val="right"/>
      </w:pPr>
      <w:r>
        <w:t>ابراہیمنےاپنےباپکےلیےدعاکی،کچھنہیںہوا۔ رسولاللہ نےاپنےچچاکےلیےدعاکی، دعاکی،کچھنہیںہوا۔ تو دعاسے ہوجائےگا،یہ سوچنابالکل میرےنزدیکبیسلیسہے۔</w:t>
      </w:r>
    </w:p>
    <w:p>
      <w:r>
        <w:rPr>
          <w:b/>
        </w:rPr>
        <w:t xml:space="preserve">[1:57:43] </w:t>
      </w:r>
      <w:r>
        <w:t>meri apni jo hai, apne mein kaisa hoon, is par khuda faisla karta hai. doosra kya keh raha hai, is se nahi faisla hota.</w:t>
      </w:r>
    </w:p>
    <w:p>
      <w:pPr>
        <w:jc w:val="right"/>
      </w:pPr>
      <w:r>
        <w:t>میری اپنی جوہے، اپنے میںکیساہوں،اسپر خدافیصلہکرتاہے۔ دوسراکیاکہہرہاہے،اسسےنہیںفیصلہہوتا۔</w:t>
      </w:r>
    </w:p>
    <w:p>
      <w:r>
        <w:rPr>
          <w:b/>
        </w:rPr>
        <w:t xml:space="preserve">[1:57:54] </w:t>
      </w:r>
      <w:r>
        <w:t>is wajah se main is ko ek ek social value ki cheez samajhta hoon, is se zyada kuch nahi.</w:t>
      </w:r>
    </w:p>
    <w:p>
      <w:pPr>
        <w:jc w:val="right"/>
      </w:pPr>
      <w:r>
        <w:t>اسوجہسےمیںاسکوایک ایک سوشلویلیوکیچیزسمجھتاہوں، اسسےزیادہ کچھنہیں۔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