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Prophetic Example Oct 20, 2013</w:t>
      </w:r>
    </w:p>
    <w:p>
      <w:r>
        <w:t>https://youtu.be/0dITZjMkR5k</w:t>
      </w:r>
    </w:p>
    <w:p>
      <w:r>
        <w:rPr>
          <w:b/>
        </w:rPr>
        <w:t xml:space="preserve">[00:27] </w:t>
      </w:r>
      <w:r>
        <w:t>wahel al-uqdata min lisani, yafqahu qawli.</w:t>
      </w:r>
    </w:p>
    <w:p>
      <w:pPr>
        <w:jc w:val="right"/>
      </w:pPr>
      <w:r>
        <w:t>واحل العقدۃ من لسانی، یفقہ قولی۔</w:t>
      </w:r>
    </w:p>
    <w:p>
      <w:r>
        <w:rPr>
          <w:b/>
        </w:rPr>
        <w:t xml:space="preserve">[00:35] </w:t>
      </w:r>
      <w:r>
        <w:t>aaj October 2013 ki 20 tareekh hai.</w:t>
      </w:r>
    </w:p>
    <w:p>
      <w:pPr>
        <w:jc w:val="right"/>
      </w:pPr>
      <w:r>
        <w:t>آج اکتوبر 2013 کی 20 تاریخ ہے۔</w:t>
      </w:r>
    </w:p>
    <w:p>
      <w:r>
        <w:rPr>
          <w:b/>
        </w:rPr>
        <w:t xml:space="preserve">[00:45] </w:t>
      </w:r>
      <w:r>
        <w:t>aaj ka topic hai</w:t>
      </w:r>
    </w:p>
    <w:p>
      <w:pPr>
        <w:jc w:val="right"/>
      </w:pPr>
      <w:r>
        <w:t>آج کا ٹاپک ہے</w:t>
      </w:r>
    </w:p>
    <w:p>
      <w:r>
        <w:rPr>
          <w:b/>
        </w:rPr>
        <w:t xml:space="preserve">[00:52] </w:t>
      </w:r>
      <w:r>
        <w:t>"the prophetic example" yani paighambar ka uswa.</w:t>
      </w:r>
    </w:p>
    <w:p>
      <w:pPr>
        <w:jc w:val="right"/>
      </w:pPr>
      <w:r>
        <w:t>"دا پرافیٹک ایگزیمپل" یعنی پیغمبر کا اسوہ۔</w:t>
      </w:r>
    </w:p>
    <w:p>
      <w:r>
        <w:rPr>
          <w:b/>
        </w:rPr>
        <w:t xml:space="preserve">[01:01] </w:t>
      </w:r>
      <w:r>
        <w:t>Quran mein ye lafz, uswa ka lafz, do paighambaron ke liye aaya hai: ek Paighambar e Islam aur doosre Hazrat Ibrahim.</w:t>
      </w:r>
    </w:p>
    <w:p>
      <w:pPr>
        <w:jc w:val="right"/>
      </w:pPr>
      <w:r>
        <w:t>قرآن میں یہ لفظ، اسوہ کا لفظ، دو پیغمبروں کے لیے آیا ہے: ایک پیغمبر اسلام اور دوسرے حضرت ابراہیم۔</w:t>
      </w:r>
    </w:p>
    <w:p>
      <w:r>
        <w:rPr>
          <w:b/>
        </w:rPr>
        <w:t xml:space="preserve">[01:16] </w:t>
      </w:r>
      <w:r>
        <w:t>Surah Al-Ahzab mein Rasool Allah ke bare mein farmaya ke laqad kana lakum fi Rasool Allah uswatun hasanah</w:t>
      </w:r>
    </w:p>
    <w:p>
      <w:pPr>
        <w:jc w:val="right"/>
      </w:pPr>
      <w:r>
        <w:t>سورہ الاحزاب میں رسول اللہ کے بارے میں فرمایا کہ لقد کان لکم فی رسول اللہ اسوۃ حسنہ</w:t>
      </w:r>
    </w:p>
    <w:p>
      <w:r>
        <w:rPr>
          <w:b/>
        </w:rPr>
        <w:t xml:space="preserve">[01:26] </w:t>
      </w:r>
      <w:r>
        <w:t>yani Muhammad Sallallahu Alaihi Wasallam ki zindagi mein hamare liye achha namuna hai. Aur doosra Hazrat Ibrahim, jo qadeem zamane ke Nabi thay,</w:t>
      </w:r>
    </w:p>
    <w:p>
      <w:pPr>
        <w:jc w:val="right"/>
      </w:pPr>
      <w:r>
        <w:t>یعنی محمد صلی اللہ علیہ وسلم کی زندگی میں ہمارے لیے اچھا نمونہ ہے۔ اور دوسرا حضرت ابراہیم، جو قدیم زمانے کے نبی تھے،</w:t>
      </w:r>
    </w:p>
    <w:p>
      <w:r>
        <w:rPr>
          <w:b/>
        </w:rPr>
        <w:t xml:space="preserve">[01:40] </w:t>
      </w:r>
      <w:r>
        <w:t>unke bare mein aaya hai Surah Al-Mumtahina mein ke qad kanat lakum uswatun hasanah fi Ibrahim wal-ladheena ma'ahu iz qalu liqawmihim inna bara'u minkum wa mimma ta'buduna min dunillahi</w:t>
      </w:r>
    </w:p>
    <w:p>
      <w:pPr>
        <w:jc w:val="right"/>
      </w:pPr>
      <w:r>
        <w:t>ان کے بارے میں آیا ہے سورہ الممتحنہ میں کہ قد كانت لکم اسوۃ حسنہ فی ابراہیم والذین ماہو اس قالو لقوم انا براؤ منکم وما تعبدون من دون اللہ</w:t>
      </w:r>
    </w:p>
    <w:p>
      <w:r>
        <w:rPr>
          <w:b/>
        </w:rPr>
        <w:t xml:space="preserve">[02:03] </w:t>
      </w:r>
      <w:r>
        <w:t>ye Hazrat Ibrahim ka qaul hai jis mein uswatun hasanah ka lafz aaya hai.</w:t>
      </w:r>
    </w:p>
    <w:p>
      <w:pPr>
        <w:jc w:val="right"/>
      </w:pPr>
      <w:r>
        <w:t>یہ حضرت ابراہیم کا قول ہے جس میں اسوہ حسنہ کا لفظ آیا ہے۔</w:t>
      </w:r>
    </w:p>
    <w:p>
      <w:r>
        <w:rPr>
          <w:b/>
        </w:rPr>
        <w:t xml:space="preserve">[02:11] </w:t>
      </w:r>
      <w:r>
        <w:t>Hazrat Ibrahim</w:t>
      </w:r>
    </w:p>
    <w:p>
      <w:pPr>
        <w:jc w:val="right"/>
      </w:pPr>
      <w:r>
        <w:t>حضرت ابراہیم</w:t>
      </w:r>
    </w:p>
    <w:p>
      <w:r>
        <w:rPr>
          <w:b/>
        </w:rPr>
        <w:t xml:space="preserve">[02:14] </w:t>
      </w:r>
      <w:r>
        <w:t>20th century BC mein Iraq mein paida hue. Wahan ek pur shehar hua karta tha us zamane mein, wahi capital tha</w:t>
      </w:r>
    </w:p>
    <w:p>
      <w:pPr>
        <w:jc w:val="right"/>
      </w:pPr>
      <w:r>
        <w:t>20 سینچری بی سی میں عراق میں پیدا ہوئے۔ وہاں ایک پر شہر ہوا کرتا تھا اس زمانے میں، وہی کیپیٹل تھا</w:t>
      </w:r>
    </w:p>
    <w:p>
      <w:r>
        <w:rPr>
          <w:b/>
        </w:rPr>
        <w:t xml:space="preserve">[02:31] </w:t>
      </w:r>
      <w:r>
        <w:t>aur zyada abadi wahin thi. To wahan aap ne tauheed ka paigham logon ko bataya.</w:t>
      </w:r>
    </w:p>
    <w:p>
      <w:pPr>
        <w:jc w:val="right"/>
      </w:pPr>
      <w:r>
        <w:t>اور زیادہ آبادی وہیں تھی۔ تو وہاں آپ نے توحید کا پیغام لوگوں کو بتایا۔</w:t>
      </w:r>
    </w:p>
    <w:p>
      <w:r>
        <w:rPr>
          <w:b/>
        </w:rPr>
        <w:t xml:space="preserve">[02:39] </w:t>
      </w:r>
      <w:r>
        <w:t>bohat bare paimane par us zamane mein shirk yani idol worship phaili hui thi. To Hazrat Ibrahim ki umar bohat lambi hui thi yani 191 years.</w:t>
      </w:r>
    </w:p>
    <w:p>
      <w:pPr>
        <w:jc w:val="right"/>
      </w:pPr>
      <w:r>
        <w:t>بہت بڑے پیمانے پر اس زمانے میں شرک یعنی آرڈر ورشپ پھیلی ہوئی تھی۔ تو حضرت ابراہیم کی عمر بہت لمبی ہوئی تھی یعنی 191 ایئرز۔</w:t>
      </w:r>
    </w:p>
    <w:p>
      <w:r>
        <w:rPr>
          <w:b/>
        </w:rPr>
        <w:t xml:space="preserve">[02:54] </w:t>
      </w:r>
      <w:r>
        <w:t>to lambi muddat tak woh wahan par</w:t>
      </w:r>
    </w:p>
    <w:p>
      <w:pPr>
        <w:jc w:val="right"/>
      </w:pPr>
      <w:r>
        <w:t>تو لمبی مدت تک وہ وہاں پر</w:t>
      </w:r>
    </w:p>
    <w:p>
      <w:r>
        <w:rPr>
          <w:b/>
        </w:rPr>
        <w:t xml:space="preserve">[02:59] </w:t>
      </w:r>
      <w:r>
        <w:t>dawat dete rahe. Lekin jaisa ke Quran aur Bible se maloom hota hai, koi ek shakhs bhi aap par iman nahi laya.</w:t>
      </w:r>
    </w:p>
    <w:p>
      <w:pPr>
        <w:jc w:val="right"/>
      </w:pPr>
      <w:r>
        <w:t>دعوت دیتے رہے۔ لیکن جیسا کہ قرآن اور بائبل سے معلوم ہوتا ہے، کوئی ایک شخص بھی آپ پر ایمان نہیں لایا۔</w:t>
      </w:r>
    </w:p>
    <w:p>
      <w:r>
        <w:rPr>
          <w:b/>
        </w:rPr>
        <w:t xml:space="preserve">[03:12] </w:t>
      </w:r>
      <w:r>
        <w:t>sirf aap ki jo apni family thi, wahi chand aadmi thay.</w:t>
      </w:r>
    </w:p>
    <w:p>
      <w:pPr>
        <w:jc w:val="right"/>
      </w:pPr>
      <w:r>
        <w:t>صرف آپ کی جو اپنی فیملی تھی، وہی چند آدمی تھے۔</w:t>
      </w:r>
    </w:p>
    <w:p>
      <w:r>
        <w:rPr>
          <w:b/>
        </w:rPr>
        <w:t xml:space="preserve">[03:19] </w:t>
      </w:r>
      <w:r>
        <w:t>yahan tak ke woh log itna ghussa hue ke aap ko baandh kar ke aag mein daal diya. phir Allah ne bacha liya aap ko.</w:t>
      </w:r>
    </w:p>
    <w:p>
      <w:pPr>
        <w:jc w:val="right"/>
      </w:pPr>
      <w:r>
        <w:t>یہاں تک کہ وہ لوگ اتنا غصہ ہوئے کہ آپ کو باندھ کر کے آگ میں ڈال دیا۔ پھر اللہ نے بچا لیا آپ کو۔</w:t>
      </w:r>
    </w:p>
    <w:p>
      <w:r>
        <w:rPr>
          <w:b/>
        </w:rPr>
        <w:t xml:space="preserve">[03:31] </w:t>
      </w:r>
      <w:r>
        <w:t>to is ke baad jo waqea hua, usi ke bare mein yeh aaya hai ke ibrahim ki zindagi mein wale namuna hai.</w:t>
      </w:r>
    </w:p>
    <w:p>
      <w:pPr>
        <w:jc w:val="right"/>
      </w:pPr>
      <w:r>
        <w:t>تو اس کے بعد جو واقعہ ہوا، اسی کے بارے میں یہ آیا ہے کہ ابراہیم کی زندگی میں والے نمونہ ہے۔</w:t>
      </w:r>
    </w:p>
    <w:p>
      <w:r>
        <w:rPr>
          <w:b/>
        </w:rPr>
        <w:t xml:space="preserve">[03:44] </w:t>
      </w:r>
      <w:r>
        <w:t>yeh aayat hai surah as-saaffaat mein.</w:t>
      </w:r>
    </w:p>
    <w:p>
      <w:pPr>
        <w:jc w:val="right"/>
      </w:pPr>
      <w:r>
        <w:t>یہ آیت ہے سورہ الصافات میں۔</w:t>
      </w:r>
    </w:p>
    <w:p>
      <w:r>
        <w:rPr>
          <w:b/>
        </w:rPr>
        <w:t xml:space="preserve">[03:48] </w:t>
      </w:r>
      <w:r>
        <w:t>is mein farmaya ke tumhare liye ibrahim ki zindagi mein aur jo un ke sath thay, is mein acha namuna hai.</w:t>
      </w:r>
    </w:p>
    <w:p>
      <w:pPr>
        <w:jc w:val="right"/>
      </w:pPr>
      <w:r>
        <w:t>اس میں فرمایا کہ تمہارے لیے ابراہیم کی زندگی میں اور جو ان کے ساتھ تھے، اس میں اچھا نمونہ ہے۔</w:t>
      </w:r>
    </w:p>
    <w:p>
      <w:r>
        <w:rPr>
          <w:b/>
        </w:rPr>
        <w:t xml:space="preserve">[04:00] </w:t>
      </w:r>
      <w:r>
        <w:t>jab unhon ne kaha apni qaum se ke hum tum se bari hain yaani hum tum ko disown karte hain aur jis ki tum ibaadat karte ho un sab se.</w:t>
      </w:r>
    </w:p>
    <w:p>
      <w:pPr>
        <w:jc w:val="right"/>
      </w:pPr>
      <w:r>
        <w:t>جب انہوں نے کہا اپنی قوم سے کہ ہم تم سے بری ہیں یعنی ہم تم کو ڈس اون کرتے ہیں اور جس کی تم عبادت کرتے ہو ان سب سے۔</w:t>
      </w:r>
    </w:p>
    <w:p>
      <w:r>
        <w:rPr>
          <w:b/>
        </w:rPr>
        <w:t xml:space="preserve">[04:12] </w:t>
      </w:r>
      <w:r>
        <w:t>yeh aayat hai surah al-mumtahanah mein.</w:t>
      </w:r>
    </w:p>
    <w:p>
      <w:pPr>
        <w:jc w:val="right"/>
      </w:pPr>
      <w:r>
        <w:t>یہ آیت ہے سورہ الممتحنہ میں۔</w:t>
      </w:r>
    </w:p>
    <w:p>
      <w:r>
        <w:rPr>
          <w:b/>
        </w:rPr>
        <w:t xml:space="preserve">[04:16] </w:t>
      </w:r>
      <w:r>
        <w:t>yahan par yeh sawal hai ke hazrat ibrahim ka uswa kya tha? tafseeron mein is ka koi wazeh jawab nahi milta. dekhen, jahan tak paighambar e islam ki baat hai to wahan to is lafz ka mafhoom wazeh hai.</w:t>
      </w:r>
    </w:p>
    <w:p>
      <w:pPr>
        <w:jc w:val="right"/>
      </w:pPr>
      <w:r>
        <w:t>یہاں پر یہ سوال ہے کہ حضرت ابراہیم کا اسوہ کیا تھا؟ تفسیروں میں اس کا کوئی واضح جواب نہیں ملتا۔ دیکھیں، جہاں تک پیغمبر اسلام کی بات ہے تو وہاں تو اس لفظ کا مفہوم واضح ہے۔</w:t>
      </w:r>
    </w:p>
    <w:p>
      <w:r>
        <w:rPr>
          <w:b/>
        </w:rPr>
        <w:t xml:space="preserve">[04:33] </w:t>
      </w:r>
      <w:r>
        <w:t>kyun ke rasool Allah ki zindagi jo hai, ahadees mein jis ko hum kehte hain sunnat e rasool, tafseer se maujood hai ke kaise aap ne namaz ada ki, aap ka akhlaq kya tha,</w:t>
      </w:r>
    </w:p>
    <w:p>
      <w:pPr>
        <w:jc w:val="right"/>
      </w:pPr>
      <w:r>
        <w:t>کیونکہ رسول اللہ کی زندگی جو ہے، احادیث میں جس کو ہم کہتے ہیں سنت رسول، تفسیر سے موجود ہے کہ کیسے آپ نے نماز ادا کی، آپ کا اخلاق کیا تھا،</w:t>
      </w:r>
    </w:p>
    <w:p>
      <w:r>
        <w:rPr>
          <w:b/>
        </w:rPr>
        <w:t xml:space="preserve">[04:48] </w:t>
      </w:r>
      <w:r>
        <w:t>aap ka dawat ka tareeqa kya tha. yaani sari cheezein jo rasool Allah ki zindagi se mutalliq hain, woh hadees ki kitabon mein maujood hain.</w:t>
      </w:r>
    </w:p>
    <w:p>
      <w:pPr>
        <w:jc w:val="right"/>
      </w:pPr>
      <w:r>
        <w:t>آپ کا دعوت کا طریقہ کیا تھا۔ یعنی ساری چیزیں جو رسول اللہ کی زندگی سے متعلق ہیں، وہ حدیث کی کتابوں میں موجود ہیں۔</w:t>
      </w:r>
    </w:p>
    <w:p>
      <w:r>
        <w:rPr>
          <w:b/>
        </w:rPr>
        <w:t xml:space="preserve">[04:59] </w:t>
      </w:r>
      <w:r>
        <w:t>to yahan par is mein muhammadi ka matlab yeh hota hai ke aap ki jo sunnat hamein riwayat ke zariye se pohnchi hai, jo mehfooz hai kitabon mein, us ko hum janen aur us ko follow karen.</w:t>
      </w:r>
    </w:p>
    <w:p>
      <w:pPr>
        <w:jc w:val="right"/>
      </w:pPr>
      <w:r>
        <w:t>تو یہاں پر اس میں محمدی کا مطلب یہ ہوتا ہے کہ آپ کی جو سنت ہمیں روایت کے ذریعے سے پہنچی ہے، جو محفوظ ہے کتابوں میں، اس کو ہم جانیں اور اس کو فالو کریں۔</w:t>
      </w:r>
    </w:p>
    <w:p>
      <w:r>
        <w:rPr>
          <w:b/>
        </w:rPr>
        <w:t xml:space="preserve">[05:14] </w:t>
      </w:r>
      <w:r>
        <w:t>lekin jahan tak hazrat ibrahim ki baat hai to tafseer ki kitabon mein kuch bhi wazeh nahi hai ke kya tha hazrat ibrahim ka uswa.</w:t>
      </w:r>
    </w:p>
    <w:p>
      <w:pPr>
        <w:jc w:val="right"/>
      </w:pPr>
      <w:r>
        <w:t>لیکن جہاں تک حضرت ابراہیم کی بات ہے تو تفسیر کی کتابوں میں کچھ بھی واضح نہیں ہے کہ کیا تھا حضرت ابراہیم کا اسوہ۔</w:t>
      </w:r>
    </w:p>
    <w:p>
      <w:r>
        <w:rPr>
          <w:b/>
        </w:rPr>
        <w:t xml:space="preserve">[05:26] </w:t>
      </w:r>
      <w:r>
        <w:t>dekhen, aap is par ghhor kijiye to aap ko maloom ho jayega.</w:t>
      </w:r>
    </w:p>
    <w:p>
      <w:pPr>
        <w:jc w:val="right"/>
      </w:pPr>
      <w:r>
        <w:t>دیکھیں، آپ اس پر غور کیجئے تو آپ کو معلوم ہو جائے گا۔</w:t>
      </w:r>
    </w:p>
    <w:p>
      <w:r>
        <w:rPr>
          <w:b/>
        </w:rPr>
        <w:t xml:space="preserve">[05:35] </w:t>
      </w:r>
      <w:r>
        <w:t>yaani yeh baat ghhor kar ke aap jaan sakte hain, likhi hui shakal mein nahi milegi aap ko. misaal ke taur par dekhen, surah al-mumtahanah mein yeh aayat hai.</w:t>
      </w:r>
    </w:p>
    <w:p>
      <w:pPr>
        <w:jc w:val="right"/>
      </w:pPr>
      <w:r>
        <w:t>یعنی یہ بات غور کر کے آپ جان سکتے ہیں، لکھی ہوئی شکل میں نہیں ملے گی آپ کو۔ مثلاً دیکھیں، سورہ الممتحنہ میں یہ آیت ہے۔</w:t>
      </w:r>
    </w:p>
    <w:p>
      <w:r>
        <w:rPr>
          <w:b/>
        </w:rPr>
        <w:t xml:space="preserve">[05:45] </w:t>
      </w:r>
      <w:r>
        <w:t>is ke baad surah as-saaffaat mein yeh jumla hai ke unhon ne kaha apni qaum se inni zaahibun ila rabbi sa-yahdeen mein jata hoon apne Rab ki taraf, woh mujh ko hidayat dega.</w:t>
      </w:r>
    </w:p>
    <w:p>
      <w:pPr>
        <w:jc w:val="right"/>
      </w:pPr>
      <w:r>
        <w:t>اس کے بعد سورہ الصافات میں یہ جملہ ہے کہ انہوں نے کہا اپنی قوم سے إني ذاهب إلى ربي سيهدين میں جاتا ہوں اپنے رب کی طرف، وہ مجھ کو ہدایت دے گا۔</w:t>
      </w:r>
    </w:p>
    <w:p>
      <w:r>
        <w:rPr>
          <w:b/>
        </w:rPr>
        <w:t xml:space="preserve">[06:07] </w:t>
      </w:r>
      <w:r>
        <w:t>to yeh yeh ishara karti hai yeh aayat ke is waqt kya tha. woh</w:t>
      </w:r>
    </w:p>
    <w:p>
      <w:pPr>
        <w:jc w:val="right"/>
      </w:pPr>
      <w:r>
        <w:t>تو یہ یہ اشارہ کرتی ہے یہ آیت کہ اس وقت کیا تھا۔ وہ</w:t>
      </w:r>
    </w:p>
    <w:p>
      <w:r>
        <w:rPr>
          <w:b/>
        </w:rPr>
        <w:t xml:space="preserve">[06:14] </w:t>
      </w:r>
      <w:r>
        <w:t>surah as-saaffaat ki aayat mein yeh ishara hai ke hazrat ibrahim ka uswa kya tha jis ko hamein follow karna chahiye. woh is tarah se ke aap hazrat ibrahim ki tareekh par ko padhen, bible mein bhi hai, quran mein hai ke aap iraq chhod kar kahan kahan gaye.</w:t>
      </w:r>
    </w:p>
    <w:p>
      <w:pPr>
        <w:jc w:val="right"/>
      </w:pPr>
      <w:r>
        <w:t>سورہ الصافات کی آیت میں یہ اشارہ ہے کہ حضرت ابراہیم کا اسوہ کیا تھا جس کو ہمیں فالو کرنا چاہیے۔ وہ اس طرح سے کہ آپ حضرت ابراہیم کی تاریخ پر کو پڑھیں، بائبل میں بھی ہے، قرآن میں ہے کہ آپ عراق چھوڑ کر کہاں کہاں گئے۔</w:t>
      </w:r>
    </w:p>
    <w:p>
      <w:r>
        <w:rPr>
          <w:b/>
        </w:rPr>
        <w:t xml:space="preserve">[06:36] </w:t>
      </w:r>
      <w:r>
        <w:t>yeh jo kaha tha unhon ne ke main ja raha hoon apne Rab ki taraf, to kahan gaye woh?</w:t>
      </w:r>
    </w:p>
    <w:p>
      <w:pPr>
        <w:jc w:val="right"/>
      </w:pPr>
      <w:r>
        <w:t>یہ جو کہا تھا انہوں نے کہ میں جا رہا ہوں اپنے رب کی طرف، تو کہاں گئے وہ؟</w:t>
      </w:r>
    </w:p>
    <w:p>
      <w:r>
        <w:rPr>
          <w:b/>
        </w:rPr>
        <w:t xml:space="preserve">[06:43] </w:t>
      </w:r>
      <w:r>
        <w:t>bible aur quran dono mein bataya gaya hai ke wahan se nikal kar ke woh mukhtalif ilaqon se hote hue pohnche.</w:t>
      </w:r>
    </w:p>
    <w:p>
      <w:pPr>
        <w:jc w:val="right"/>
      </w:pPr>
      <w:r>
        <w:t>بائبل اور قرآن دونوں میں بتایا گیا ہے کہ وہاں سے نکل کر کے وہ مختلف علاقوں سے ہوتے ہوئے پہنچے۔</w:t>
      </w:r>
    </w:p>
    <w:p>
      <w:r>
        <w:rPr>
          <w:b/>
        </w:rPr>
        <w:t xml:space="preserve">[06:53] </w:t>
      </w:r>
      <w:r>
        <w:t>woh jahan ab makkah hai, us waqt yeh sehra tha, desert tha. to yahan par unhon ne kya kiya ke</w:t>
      </w:r>
    </w:p>
    <w:p>
      <w:pPr>
        <w:jc w:val="right"/>
      </w:pPr>
      <w:r>
        <w:t>وہاں جہاں اب مکہ ہے، اس وقت یہ صحرا تھا، ڈیزرٹ تھا۔ تو یہاں پر انہوں نے کیا کیا کہ</w:t>
      </w:r>
    </w:p>
    <w:p>
      <w:r>
        <w:rPr>
          <w:b/>
        </w:rPr>
        <w:t xml:space="preserve">[07:04] </w:t>
      </w:r>
      <w:r>
        <w:t>yahan par jo unhon ne kiya, wohi uswa un ka hai. is sehra mein unhon ne jo kaam kiya, wohi hazrat ibrahim ka uswa hai.</w:t>
      </w:r>
    </w:p>
    <w:p>
      <w:pPr>
        <w:jc w:val="right"/>
      </w:pPr>
      <w:r>
        <w:t>یہاں پر جو انہوں نے کیا، وہی اسوہ ان کا ہے۔ اس صحرا میں انہوں نے جو کام کیا، وہی حضرت ابراہیم کا اسوہ ہے۔</w:t>
      </w:r>
    </w:p>
    <w:p>
      <w:r>
        <w:rPr>
          <w:b/>
        </w:rPr>
        <w:t xml:space="preserve">[07:14] </w:t>
      </w:r>
      <w:r>
        <w:t>is silsile mein dekhen, adl sarbiyah ek bab hota hai bukhari mein. is mein bataya gaya hai ke jab rawana hue hazrat ibrahim iraq se to aap ke sath jibril thay.</w:t>
      </w:r>
    </w:p>
    <w:p>
      <w:pPr>
        <w:jc w:val="right"/>
      </w:pPr>
      <w:r>
        <w:t>اس سلسلے میں دیکھیں، عادل سربیہ ایک باب ہوتا ہے بخاری میں۔ اس میں بتایا گیا ہے کہ جب روانہ ہوئے حضرت ابراہیم عراق سے تو آپ کے ساتھ جبرائیل تھے۔</w:t>
      </w:r>
    </w:p>
    <w:p>
      <w:r>
        <w:rPr>
          <w:b/>
        </w:rPr>
        <w:t xml:space="preserve">[07:33] </w:t>
      </w:r>
      <w:r>
        <w:t>to baaz darmiyan mein jagah jagah koi basti parti thi. to hazrat ibrahim poochte thay ke aye jibril, kya mujh ko yahan theherne ka hukum diya gaya hai?</w:t>
      </w:r>
    </w:p>
    <w:p>
      <w:pPr>
        <w:jc w:val="right"/>
      </w:pPr>
      <w:r>
        <w:t>تو بعض درمیان میں جگہ جگہ کوئی بستی پڑتی تھی۔ تو حضرت ابراہیم پوچھتے تھے کہ اے جبرائیل، کیا مجھ کو یہاں ٹھہرنے کا حکم دیا گیا ہے؟</w:t>
      </w:r>
    </w:p>
    <w:p>
      <w:r>
        <w:rPr>
          <w:b/>
        </w:rPr>
        <w:t xml:space="preserve">[07:45] </w:t>
      </w:r>
      <w:r>
        <w:t>unhon ne kaha ke nahi. aage aise hi sawal karte thay. unhon ne kaha ke nahi. yahan tak ke jab pohnche is maqam par jahan makkah ab hai aur pehle desert tha, to jibril ne kaha ke yeh hai woh maqam.</w:t>
      </w:r>
    </w:p>
    <w:p>
      <w:pPr>
        <w:jc w:val="right"/>
      </w:pPr>
      <w:r>
        <w:t>انہوں نے کہا کہ نہیں۔ آگے ایسے ہی سوال کرتے تھے۔ انہوں نے کہا کہ نہیں۔ یہاں تک کہ جب پہنچے اس مقام پر جہاں مکہ اب ہے اور پہلے ڈیزرٹ تھا، تو جبرائیل نے کہا کہ یہ ہے وہ مقام۔</w:t>
      </w:r>
    </w:p>
    <w:p>
      <w:r>
        <w:rPr>
          <w:b/>
        </w:rPr>
        <w:t xml:space="preserve">[08:01] </w:t>
      </w:r>
      <w:r>
        <w:t>to hadees se maloom hota hai ke wahan aap ne hazrat haajrah ko, jo aap ki biwi theen, aap ka chhota bachcha, chhote bete jo ismail ka naam tha, un ko basa diya is desert mein jahan pani nahi tha,</w:t>
      </w:r>
    </w:p>
    <w:p>
      <w:pPr>
        <w:jc w:val="right"/>
      </w:pPr>
      <w:r>
        <w:t>تو حدیث سے معلوم ہوتا ہے کہ وہاں آپ نے حضرت ہاجرہ کو، جو آپ کی بیوی تھیں، آپ کا چھوٹا بچہ، چھوٹے بیٹے جو اسماعیل کا نام تھا، ان کو بسا دیا اس ڈیزرٹ میں جہاں پانی نہیں تھا،</w:t>
      </w:r>
    </w:p>
    <w:p>
      <w:r>
        <w:rPr>
          <w:b/>
        </w:rPr>
        <w:t xml:space="preserve">[08:20] </w:t>
      </w:r>
      <w:r>
        <w:t>aabadi nahi thi, koi sabza nahi tha, khane peene ka saman nahi tha, koi shelter nahi tha, kuch bhi nahi. desert, desert, desert.</w:t>
      </w:r>
    </w:p>
    <w:p>
      <w:pPr>
        <w:jc w:val="right"/>
      </w:pPr>
      <w:r>
        <w:t>آبادی نہیں تھی، کوئی سبزہ نہیں تھا، کھانے پینے کا سامان نہیں تھا، کوئی شیلٹر نہیں تھا، کچھ بھی نہیں۔ ڈیزرٹ، ڈیزرٹ، ڈیزرٹ۔</w:t>
      </w:r>
    </w:p>
    <w:p>
      <w:r>
        <w:rPr>
          <w:b/>
        </w:rPr>
        <w:t xml:space="preserve">[08:28] </w:t>
      </w:r>
      <w:r>
        <w:t>ab to wahan makkah ka shehar hai, is waqt desert tha. to jab woh wahan un ko chhod kar jaane lage to kya tha?</w:t>
      </w:r>
    </w:p>
    <w:p>
      <w:pPr>
        <w:jc w:val="right"/>
      </w:pPr>
      <w:r>
        <w:t>اب تو وہاں مکہ کا شہر ہے، اس وقت ڈیزرٹ تھا۔ تو جب وہ وہاں ان کو چھوڑ کر جانے لگے تو کیا تھا؟</w:t>
      </w:r>
    </w:p>
    <w:p>
      <w:r>
        <w:rPr>
          <w:b/>
        </w:rPr>
        <w:t xml:space="preserve">[08:40] </w:t>
      </w:r>
      <w:r>
        <w:t>pani ke ek mashq di thi unhon ne un ko, aise hi kuch bas. to Hazrat Hajra ne poocha ke hum ko yahan chhod ke kahan ja rahe hain aap?</w:t>
      </w:r>
    </w:p>
    <w:p>
      <w:pPr>
        <w:jc w:val="right"/>
      </w:pPr>
      <w:r>
        <w:t>پانی کے ایک مشق دی تھی انہوں نے ان کو، ایسے ہی کچھ بس۔ تو حضرت ہاجرہ نے پوچھا کہ ہم کو یہاں چھوڑ کے کہاں جا رہے ہیں آپ؟</w:t>
      </w:r>
    </w:p>
    <w:p>
      <w:r>
        <w:rPr>
          <w:b/>
        </w:rPr>
        <w:t xml:space="preserve">[08:52] </w:t>
      </w:r>
      <w:r>
        <w:t>to Bukhari ki riwayat mein bataya gaya hai ke Hazrat Ibrahim ne koi jawab nahi diya.</w:t>
      </w:r>
    </w:p>
    <w:p>
      <w:pPr>
        <w:jc w:val="right"/>
      </w:pPr>
      <w:r>
        <w:t>تو بخاری کی روایت میں بتایا گیا ہے کہ حضرت ابراہیم نے کوئی جواب نہیں دیا۔</w:t>
      </w:r>
    </w:p>
    <w:p>
      <w:r>
        <w:rPr>
          <w:b/>
        </w:rPr>
        <w:t xml:space="preserve">[08:58] </w:t>
      </w:r>
      <w:r>
        <w:t>do baar poocha, teen baar poocha to koi jawab nahi diya. phir Hazrat Hajra ne kaha ke kya Allah ne aap ko is ka hukum diya hai?</w:t>
      </w:r>
    </w:p>
    <w:p>
      <w:pPr>
        <w:jc w:val="right"/>
      </w:pPr>
      <w:r>
        <w:t>دو بار پوچھا، تین بار پوچھا تو کوئی جواب نہیں دیا۔ پھر حضرت ہاجرہ نے کہا کہ کیا اللہ نے آپ کو اس کا حکم دیا ہے؟</w:t>
      </w:r>
    </w:p>
    <w:p>
      <w:r>
        <w:rPr>
          <w:b/>
        </w:rPr>
        <w:t xml:space="preserve">[09:08] </w:t>
      </w:r>
      <w:r>
        <w:t>tab Hazrat Ibrahim ne kaha ke haan. is waqt Hazrat Hajra ki zuban se yeh nikla: idhan la yudee'una</w:t>
      </w:r>
    </w:p>
    <w:p>
      <w:pPr>
        <w:jc w:val="right"/>
      </w:pPr>
      <w:r>
        <w:t>تب حضرت ابراہیم نے کہا کہ ہاں۔ اس وقت حضرت ہاجرہ کی زبان سے یہ نکلا: إذن لا يضيعنا</w:t>
      </w:r>
    </w:p>
    <w:p>
      <w:r>
        <w:rPr>
          <w:b/>
        </w:rPr>
        <w:t xml:space="preserve">[09:20] </w:t>
      </w:r>
      <w:r>
        <w:t>tab Allah hum ko waste nahi karega, hum ko zaya nahi karega.</w:t>
      </w:r>
    </w:p>
    <w:p>
      <w:pPr>
        <w:jc w:val="right"/>
      </w:pPr>
      <w:r>
        <w:t>تب اللہ ہم کو ویسٹ نہیں کرے گا، ہم کو ضائع نہیں کرے گا۔</w:t>
      </w:r>
    </w:p>
    <w:p>
      <w:r>
        <w:rPr>
          <w:b/>
        </w:rPr>
        <w:t xml:space="preserve">[09:28] </w:t>
      </w:r>
      <w:r>
        <w:t>is tarah se yeh shuru hua. jis ke maani hain ke Iraq mein apni qaum ko chhod kar jo is woh milta hai hamein Hazrat Ibrahim ka, woh yahi hai ke Iraq ko chhod kar ke aa kar ke desert mein apne khandan ko basana.</w:t>
      </w:r>
    </w:p>
    <w:p>
      <w:pPr>
        <w:jc w:val="right"/>
      </w:pPr>
      <w:r>
        <w:t>اس طرح سے یہ شروع ہوا۔ جس کے معنی ہیں کہ عراق میں اپنی قوم کو چھوڑ کر جو اسوہ ملتا ہے ہمیں حضرت ابراہیم کا، وہ یہی ہے کہ عراق کو چھوڑ کر کے آ کر کے ڈیزرٹ میں اپنے خاندان کو بسانا۔</w:t>
      </w:r>
    </w:p>
    <w:p>
      <w:r>
        <w:rPr>
          <w:b/>
        </w:rPr>
        <w:t xml:space="preserve">[09:48] </w:t>
      </w:r>
      <w:r>
        <w:t>ab dekhen kya hota hai. to Bukhari ki jo riwayat jo hai Adil al Anbiya mein, us mein yeh hai ke Hazrat Ibrahim is waqt wahan chhod kar chale gaye.</w:t>
      </w:r>
    </w:p>
    <w:p>
      <w:pPr>
        <w:jc w:val="right"/>
      </w:pPr>
      <w:r>
        <w:t>اب دیکھیں کیا ہوتا ہے۔ تو بخاری کی جو روایت جو ہے عادل الانبیاء میں، اس میں یہ ہے کہ حضرت ابراہیم اس وقت وہاں چھوڑ کر چلے گئے۔</w:t>
      </w:r>
    </w:p>
    <w:p>
      <w:r>
        <w:rPr>
          <w:b/>
        </w:rPr>
        <w:t xml:space="preserve">[10:00] </w:t>
      </w:r>
      <w:r>
        <w:t>woh ghaleban gaye is ilaqe mein jahan hum us ko Jordan kaha jata hai. wahan par un ke bhatije Lut the, wahan woh dawat ka kaam kar rahe the.</w:t>
      </w:r>
    </w:p>
    <w:p>
      <w:pPr>
        <w:jc w:val="right"/>
      </w:pPr>
      <w:r>
        <w:t>وہ غالباً گئے اس علاقے میں جہاں ہم اس کو اردن کہا جاتا ہے۔ وہاں پر ان کے بھتیجے لوط تھے، وہاں وہ دعوت کا کام کر رہے تھے۔</w:t>
      </w:r>
    </w:p>
    <w:p>
      <w:r>
        <w:rPr>
          <w:b/>
        </w:rPr>
        <w:t xml:space="preserve">[10:16] </w:t>
      </w:r>
      <w:r>
        <w:t>to woh darmiyan mein kabhi kabhi aate the ghore par sawar ho kar ke.</w:t>
      </w:r>
    </w:p>
    <w:p>
      <w:pPr>
        <w:jc w:val="right"/>
      </w:pPr>
      <w:r>
        <w:t>تو وہ درمیان میں کبھی کبھی آتے تھے گھوڑے پر سوار ہو کر کے۔</w:t>
      </w:r>
    </w:p>
    <w:p>
      <w:r>
        <w:rPr>
          <w:b/>
        </w:rPr>
        <w:t xml:space="preserve">[10:24] </w:t>
      </w:r>
      <w:r>
        <w:t>itna saada nahi hai is zamane mein safar. aaj to hum aise hi keh dete hain. is zamane mein raste mein pahad the, jangal tha aur bohat hi koi rasta nahi tha, na sadak, na kuch bhi nahi tha.</w:t>
      </w:r>
    </w:p>
    <w:p>
      <w:pPr>
        <w:jc w:val="right"/>
      </w:pPr>
      <w:r>
        <w:t>اتنا سادہ نہیں ہے اس زمانے میں سفر۔ آج تو ہم ایسے ہی کہہ دیتے ہیں۔ اس زمانے میں راستے میں پہاڑ تھے، جنگل تھا اور بہت ہی کوئی راستہ نہیں تھا، نہ سڑک، نہ کچھ بھی نہیں۔</w:t>
      </w:r>
    </w:p>
    <w:p>
      <w:r>
        <w:rPr>
          <w:b/>
        </w:rPr>
        <w:t xml:space="preserve">[10:38] </w:t>
      </w:r>
      <w:r>
        <w:t>to is zamane mein itna lamba safar karna ek bilkul hi ek behad dushwar guzar mamla tha.</w:t>
      </w:r>
    </w:p>
    <w:p>
      <w:pPr>
        <w:jc w:val="right"/>
      </w:pPr>
      <w:r>
        <w:t>تو اس زمانے میں اتنا لمبا سفر کرنا ایک بالکل ہی ایک بے حد دشوار گزار معاملہ تھا۔</w:t>
      </w:r>
    </w:p>
    <w:p>
      <w:r>
        <w:rPr>
          <w:b/>
        </w:rPr>
        <w:t xml:space="preserve">[10:48] </w:t>
      </w:r>
      <w:r>
        <w:t>to jab hum keh dete hain ke wahan se wahan aaye to karna bohat aasan hai, lekin ek bohat hi qamat khez safar kar ke goya pahunchna tha wahan.</w:t>
      </w:r>
    </w:p>
    <w:p>
      <w:pPr>
        <w:jc w:val="right"/>
      </w:pPr>
      <w:r>
        <w:t>تو جب ہم کہہ دیتے ہیں کہ وہاں سے وہاں آئے تو کرنا بہت آسان ہے، لیکن ایک بہت ہی قامت خیز سفر کر کے گویا پہنچنا تھا وہاں۔</w:t>
      </w:r>
    </w:p>
    <w:p>
      <w:r>
        <w:rPr>
          <w:b/>
        </w:rPr>
        <w:t xml:space="preserve">[10:58] </w:t>
      </w:r>
      <w:r>
        <w:t>to is mein aata hai Bukhari ki riwayat mein ke is mein kya hua ke aap ke bete bano Ismail the, woh thoda bare jab hue to unhon ne wahan par ek qabila tha Jarham, us ki ek ladki se shadi kar li.</w:t>
      </w:r>
    </w:p>
    <w:p>
      <w:pPr>
        <w:jc w:val="right"/>
      </w:pPr>
      <w:r>
        <w:t>تو اس میں آتا ہے بخاری کی روایت میں کہ اس میں کیا ہوا کہ آپ کے بیٹے بنو اسماعیل تھے، وہ تھوڑا بڑے جب ہوئے تو انہوں نے وہاں پر ایک قبیلہ تھا جرحم، اس کی ایک لڑکی سے شادی کر لی۔</w:t>
      </w:r>
    </w:p>
    <w:p>
      <w:r>
        <w:rPr>
          <w:b/>
        </w:rPr>
        <w:t xml:space="preserve">[11:18] </w:t>
      </w:r>
      <w:r>
        <w:t>unhon ne yeh lamba qissa hai, main us ko mukhtasar kar raha hoon.</w:t>
      </w:r>
    </w:p>
    <w:p>
      <w:pPr>
        <w:jc w:val="right"/>
      </w:pPr>
      <w:r>
        <w:t>انہوں نے یہ لمبا قصہ ہے، میں اس کو مختصر کر رہا ہوں۔</w:t>
      </w:r>
    </w:p>
    <w:p>
      <w:r>
        <w:rPr>
          <w:b/>
        </w:rPr>
        <w:t xml:space="preserve">[11:23] </w:t>
      </w:r>
      <w:r>
        <w:t>to jab Hazrat Ibrahim ghore par sawar ho kar aaye to dekha ke wahan pe ek khatoon baithi hui hain. is waqt tak Hazrat Hajra ki wafat ho chuki thi, woh nahi maujood nahi thi.</w:t>
      </w:r>
    </w:p>
    <w:p>
      <w:pPr>
        <w:jc w:val="right"/>
      </w:pPr>
      <w:r>
        <w:t>تو جب حضرت ابراہیم گھوڑے پر سوار ہو کر آئے تو دیکھا کہ وہاں پہ ایک خاتون بیٹھی ہوئی ہیں۔ اس وقت تک حضرت ہاجرہ کی وفات ہو چکی تھی، وہ نہیں موجود نہیں تھی۔</w:t>
      </w:r>
    </w:p>
    <w:p>
      <w:r>
        <w:rPr>
          <w:b/>
        </w:rPr>
        <w:t xml:space="preserve">[11:34] </w:t>
      </w:r>
      <w:r>
        <w:t>woh to woh naujawan khatoon se unhon ne poocha, woh theen un ki biwi Ismail ki.</w:t>
      </w:r>
    </w:p>
    <w:p>
      <w:pPr>
        <w:jc w:val="right"/>
      </w:pPr>
      <w:r>
        <w:t>وہ تو وہ نوجوان خاتون سے انہوں نے پوچھا، وہ تھیں ان کی بیوی اسماعیل کی۔</w:t>
      </w:r>
    </w:p>
    <w:p>
      <w:r>
        <w:rPr>
          <w:b/>
        </w:rPr>
        <w:t xml:space="preserve">[11:45] </w:t>
      </w:r>
      <w:r>
        <w:t>unhon ne poocha ke tumhari guzar kaise hoti hai?</w:t>
      </w:r>
    </w:p>
    <w:p>
      <w:pPr>
        <w:jc w:val="right"/>
      </w:pPr>
      <w:r>
        <w:t>انہوں نے پوچھا کہ تمہاری گزر کیسے ہوتی ہے؟</w:t>
      </w:r>
    </w:p>
    <w:p>
      <w:r>
        <w:rPr>
          <w:b/>
        </w:rPr>
        <w:t xml:space="preserve">[11:48] </w:t>
      </w:r>
      <w:r>
        <w:t>kaha bohat mushkil hai, yahan to kuch hi nahi, kuch bhi nahi hai. yeh hum sara hum pade hue hain, bohat mushkil zindagi hai. to is waqt unhon ne kaha ke tumhare aadmi jab aayenge to keh jaon ke ek ek jumla ek keh ke chale gaye ke ghayri 'utmi babak apne ghar ki chaukhat ko badal do,</w:t>
      </w:r>
    </w:p>
    <w:p>
      <w:pPr>
        <w:jc w:val="right"/>
      </w:pPr>
      <w:r>
        <w:t>کہا بہت مشکل ہے، یہاں تو کچھ ہی نہیں، کچھ بھی نہیں ہے۔ یہ ہم سارا ہم پڑے ہوئے ہیں، بہت مشکل زندگی ہے۔ تو اس وقت انہوں نے کہا کہ تمہارے آدمی جب آئیں گے تو کہہ جاؤں کہ ایک ایک جملہ ایک کہہ کے چلے گئے کہ غير عتمت بابک اپنے گھر کی چوکھٹ کو بدل دو،</w:t>
      </w:r>
    </w:p>
    <w:p>
      <w:r>
        <w:rPr>
          <w:b/>
        </w:rPr>
        <w:t xml:space="preserve">[12:13] </w:t>
      </w:r>
      <w:r>
        <w:t>apne ghar ki chaukhat ko badal do.</w:t>
      </w:r>
    </w:p>
    <w:p>
      <w:pPr>
        <w:jc w:val="right"/>
      </w:pPr>
      <w:r>
        <w:t>اپنے گھر کی چوکھٹ کو بدل دو۔</w:t>
      </w:r>
    </w:p>
    <w:p>
      <w:r>
        <w:rPr>
          <w:b/>
        </w:rPr>
        <w:t xml:space="preserve">[12:18] </w:t>
      </w:r>
      <w:r>
        <w:t>ek aadmi chale gaye, ab jab wapas aaye yani Ismail jab wapas aaye to un ki biwi ne kaha ke ek ek buzurg aaye the ghore par sawar ho kar, un se aisi dialogue hua aur woh yeh keh kar chale gaye.</w:t>
      </w:r>
    </w:p>
    <w:p>
      <w:pPr>
        <w:jc w:val="right"/>
      </w:pPr>
      <w:r>
        <w:t>ایک آدمی چلے گئے، اب جب واپس آئے یعنی اسماعیل جب واپس آئے تو ان کی بیوی نے کہا کہ ایک ایک بزرگ آئے تھے گھوڑے پر سوار ہو کر، ان سے ایسی ڈائیلاگ ہوا اور وہ یہ کہہ کر چلے گئے۔</w:t>
      </w:r>
    </w:p>
    <w:p>
      <w:r>
        <w:rPr>
          <w:b/>
        </w:rPr>
        <w:t xml:space="preserve">[12:35] </w:t>
      </w:r>
      <w:r>
        <w:t>to woh samajh gaye, Ismail samajh gaye, unhon ne kaha ke woh mere baap the aur yeh keh gaye hain ke main tum ko talak de doon.</w:t>
      </w:r>
    </w:p>
    <w:p>
      <w:pPr>
        <w:jc w:val="right"/>
      </w:pPr>
      <w:r>
        <w:t>تو وہ سمجھ گئے، اسماعیل سمجھ گئے، انہوں نے کہا کہ وہ میرے باپ تھے اور یہ کہہ گئے ہیں کہ میں تم کو طلاق دے دوں۔</w:t>
      </w:r>
    </w:p>
    <w:p>
      <w:r>
        <w:rPr>
          <w:b/>
        </w:rPr>
        <w:t xml:space="preserve">[12:51] </w:t>
      </w:r>
      <w:r>
        <w:t>is ka matlab kya tha? Hazrat Ismail ki jo family ban rahi thi, to Hazrat Ibrahim barabar us ko supervise kar rahe the ke kaisi ban rahi hai.</w:t>
      </w:r>
    </w:p>
    <w:p>
      <w:pPr>
        <w:jc w:val="right"/>
      </w:pPr>
      <w:r>
        <w:t>اس کا مطلب کیا تھا؟ حضرت اسماعیل کی جو فیملی بن رہی تھی، تو حضرت ابراہیم برابر اس کو سپروائز کر رہے تھے کہ کیسی بن رہی ہے۔</w:t>
      </w:r>
    </w:p>
    <w:p>
      <w:r>
        <w:rPr>
          <w:b/>
        </w:rPr>
        <w:t xml:space="preserve">[13:04] </w:t>
      </w:r>
      <w:r>
        <w:t>to dekha ke yeh biwi jo hai, to shikayat wali hai, us ko shikayat ka mizaj hai, us ke andar negative thinking us ke andar hai.</w:t>
      </w:r>
    </w:p>
    <w:p>
      <w:pPr>
        <w:jc w:val="right"/>
      </w:pPr>
      <w:r>
        <w:t>تو دیکھا کہ یہ بیوی جو ہے، تو شکایت والی ہے، اس کو شکایت کا مزاج ہے، اس کے اندر نیگیٹیو تھنکنگ اس کے اندر ہے۔</w:t>
      </w:r>
    </w:p>
    <w:p>
      <w:r>
        <w:rPr>
          <w:b/>
        </w:rPr>
        <w:t xml:space="preserve">[13:14] </w:t>
      </w:r>
      <w:r>
        <w:t>to kaha ke us ko talak de do.</w:t>
      </w:r>
    </w:p>
    <w:p>
      <w:pPr>
        <w:jc w:val="right"/>
      </w:pPr>
      <w:r>
        <w:t>تو کہا کہ اس کو طلاق دے دو۔</w:t>
      </w:r>
    </w:p>
    <w:p>
      <w:r>
        <w:rPr>
          <w:b/>
        </w:rPr>
        <w:t xml:space="preserve">[13:18] </w:t>
      </w:r>
      <w:r>
        <w:t>is ke kuch dinon ke baad dobara aaye to ek nai larki se shadi ki thi unhon ne. to phir wahi sawal kiya unhon ne ke tumhari guzar kaise hoti hai?</w:t>
      </w:r>
    </w:p>
    <w:p>
      <w:pPr>
        <w:jc w:val="right"/>
      </w:pPr>
      <w:r>
        <w:t>اس کے کچھ دنوں کے بعد دوبارہ آئے تو ایک نئی لڑکی سے شادی کی تھی انہوں نے۔ تو پھر وہی سوال کیا انہوں نے کہ تمہاری گزر کیسے ہوتی ہے؟</w:t>
      </w:r>
    </w:p>
    <w:p>
      <w:r>
        <w:rPr>
          <w:b/>
        </w:rPr>
        <w:t xml:space="preserve">[13:27] </w:t>
      </w:r>
      <w:r>
        <w:t>ismail wahan maujood nahi the,</w:t>
      </w:r>
    </w:p>
    <w:p>
      <w:pPr>
        <w:jc w:val="right"/>
      </w:pPr>
      <w:r>
        <w:t>اسماعیل وہاں موجود نہیں تھے،</w:t>
      </w:r>
    </w:p>
    <w:p>
      <w:r>
        <w:rPr>
          <w:b/>
        </w:rPr>
        <w:t xml:space="preserve">[13:33] </w:t>
      </w:r>
      <w:r>
        <w:t>wo hunting waghera ke liye jaya karte the. to is khatoon ne kaha ke bohat acha hai, bohat achi guzar rahi hai. halanke halaat wahi the, ab bhi halaat bazahir wahi the, lekin is ne khoob shukr ki baat ki.</w:t>
      </w:r>
    </w:p>
    <w:p>
      <w:pPr>
        <w:jc w:val="right"/>
      </w:pPr>
      <w:r>
        <w:t>وہ ہنٹنگ وغیرہ کے لیے جایا کرتے تھے۔ تو اس خاتون نے کہا کہ بہت اچھا ہے، بہت اچھی گزر رہی ہے۔ حالانکہ حالات وہی تھے، اب بھی حالات بظاہر وہی تھے، لیکن اس نے خوب شکر کی بات کی۔</w:t>
      </w:r>
    </w:p>
    <w:p>
      <w:r>
        <w:rPr>
          <w:b/>
        </w:rPr>
        <w:t xml:space="preserve">[13:47] </w:t>
      </w:r>
      <w:r>
        <w:t>to yeh keh kar chale gaye ke jab dobara aadmi aayenge to use kehna hai ke ثبت aur pata babak ka, apne darwaze ki chokhat ko baqi rakho.</w:t>
      </w:r>
    </w:p>
    <w:p>
      <w:pPr>
        <w:jc w:val="right"/>
      </w:pPr>
      <w:r>
        <w:t>تو یہ کہہ کر چلے گئے کہ جب دوبارہ آدمی آئیں گے تو اسے کہنا ہے کہ ثبت اور پتہ بابک کا، اپنے دروازے کی چوکھٹ کو باقی رکھو۔</w:t>
      </w:r>
    </w:p>
    <w:p>
      <w:r>
        <w:rPr>
          <w:b/>
        </w:rPr>
        <w:t xml:space="preserve">[14:05] </w:t>
      </w:r>
      <w:r>
        <w:t>to jab wo wapas aaye ghar, ghar kya tha? koi aise hi koi jhonpre type ka. to un ki biwi ne kaha ke ehsas hua ke ek buzurg aaye the, aisa keh ke chale gaye.</w:t>
      </w:r>
    </w:p>
    <w:p>
      <w:pPr>
        <w:jc w:val="right"/>
      </w:pPr>
      <w:r>
        <w:t>تو جب وہ واپس آئے گھر، گھر کیا تھا؟ کوئی ایسے ہی کوئی جھونپڑے ٹائپ کا۔ تو ان کی بیوی نے کہا کہ احساس ہوا کہ ایک بزرگ آئے تھے، ایسا کہہ کے چلے گئے۔</w:t>
      </w:r>
    </w:p>
    <w:p>
      <w:r>
        <w:rPr>
          <w:b/>
        </w:rPr>
        <w:t xml:space="preserve">[14:17] </w:t>
      </w:r>
      <w:r>
        <w:t>to unhon ne kaha ke unhon ne yeh tamseel ki zaban mein yeh kaha hai ke tum theek thak ho aur tum ko mein apni aaliyah ke taur par unhon ne kaha tasdeeq kar di ke yeh theek hai, tumhari thora zawj.</w:t>
      </w:r>
    </w:p>
    <w:p>
      <w:pPr>
        <w:jc w:val="right"/>
      </w:pPr>
      <w:r>
        <w:t>تو انہوں نے کہا کہ انہوں نے یہ تمثیل کی زبان میں یہ کہا ہے کہ تم ٹھیک ٹھاک ہو اور تم کو میں اپنی عالیہ کے طور پر انہوں نے کہا تصدیق کر دی کہ یہ ٹھیک ہے، تمہاری تھوڑا زوج۔</w:t>
      </w:r>
    </w:p>
    <w:p>
      <w:r>
        <w:rPr>
          <w:b/>
        </w:rPr>
        <w:t xml:space="preserve">[14:34] </w:t>
      </w:r>
      <w:r>
        <w:t>is tarah se wahan par ek nai nasal bani</w:t>
      </w:r>
    </w:p>
    <w:p>
      <w:pPr>
        <w:jc w:val="right"/>
      </w:pPr>
      <w:r>
        <w:t>اس طرح سے وہاں پر ایک نئی نسل بنی</w:t>
      </w:r>
    </w:p>
    <w:p>
      <w:r>
        <w:rPr>
          <w:b/>
        </w:rPr>
        <w:t xml:space="preserve">[14:39] </w:t>
      </w:r>
      <w:r>
        <w:t>aur isi se wo qaum paida hui jis ko hum kehte hain bano ismail. to us waqt kya hai? Hazrat Ibrahim ka uswa.</w:t>
      </w:r>
    </w:p>
    <w:p>
      <w:pPr>
        <w:jc w:val="right"/>
      </w:pPr>
      <w:r>
        <w:t>اور اسی سے وہ قوم پیدا ہوئی جس کو ہم کہتے ہیں بنو اسماعیل۔ تو اس وقت کیا ہے؟ حضرت ابراہیم کا اسوہ۔</w:t>
      </w:r>
    </w:p>
    <w:p>
      <w:r>
        <w:rPr>
          <w:b/>
        </w:rPr>
        <w:t xml:space="preserve">[14:47] </w:t>
      </w:r>
      <w:r>
        <w:t>is ko samajhne ke liye aap ko yani gehrai mein jana pare ga. iswa yeh hua Hazrat Ibrahim ka ke jab log itne zyada conditioned ho jayen, un ki samajh mein sachai ki baat na aayen.</w:t>
      </w:r>
    </w:p>
    <w:p>
      <w:pPr>
        <w:jc w:val="right"/>
      </w:pPr>
      <w:r>
        <w:t>اس کو سمجھنے کے لیے آپ کو یعنی گہرائی میں جانا پڑے گا۔ اسوہ یہ ہوا حضرت ابراہیم کا کہ جب لوگ اتنے زیادہ کنڈیشنڈ ہو جائیں، ان کی سمجھ میں سچائی کی بات نہ آئے۔</w:t>
      </w:r>
    </w:p>
    <w:p>
      <w:r>
        <w:rPr>
          <w:b/>
        </w:rPr>
        <w:t xml:space="preserve">[15:08] </w:t>
      </w:r>
      <w:r>
        <w:t>kyun ke wo us zamane mein abadi bohat thori thi,</w:t>
      </w:r>
    </w:p>
    <w:p>
      <w:pPr>
        <w:jc w:val="right"/>
      </w:pPr>
      <w:r>
        <w:t>کیونکہ وہ اس زمانے میں آبادی بہت تھوڑی تھی،</w:t>
      </w:r>
    </w:p>
    <w:p>
      <w:r>
        <w:rPr>
          <w:b/>
        </w:rPr>
        <w:t xml:space="preserve">[15:12] </w:t>
      </w:r>
      <w:r>
        <w:t>wo ilaaqa tha jo jis ko hum kehte hain mesopiti, mesopotamia, dajal aur furaat ke darmiyan yani tigri aur eufrat ke darmiyan jo ilaaqa tha, us ko kehte the mesopotamia.</w:t>
      </w:r>
    </w:p>
    <w:p>
      <w:pPr>
        <w:jc w:val="right"/>
      </w:pPr>
      <w:r>
        <w:t>وہ علاقہ تھا جو جس کو ہم کہتے ہیں میسوپیٹی، میسوپوٹامیا، دجلہ اور فرات کے درمیان یعنی ٹگری اور ایوفریٹ کے درمیان جو علاقہ تھا، اس کو کہتے تھے میسوپوٹامیا۔</w:t>
      </w:r>
    </w:p>
    <w:p>
      <w:r>
        <w:rPr>
          <w:b/>
        </w:rPr>
        <w:t xml:space="preserve">[15:27] </w:t>
      </w:r>
      <w:r>
        <w:t>isi ko hum iraq kehte hain. to insani abadi shuru mein wahin thi, bohat kam log the.</w:t>
      </w:r>
    </w:p>
    <w:p>
      <w:pPr>
        <w:jc w:val="right"/>
      </w:pPr>
      <w:r>
        <w:t>اسی کو ہم عراق کہتے ہیں۔ تو انسانی آبادی شروع میں وہیں تھی، بہت کم لوگ تھے۔</w:t>
      </w:r>
    </w:p>
    <w:p>
      <w:r>
        <w:rPr>
          <w:b/>
        </w:rPr>
        <w:t xml:space="preserve">[15:35] </w:t>
      </w:r>
      <w:r>
        <w:t>to is mein shirk phail gaya aur sari sari qaum shirk mein mubtala ho gayi aur itna zyada conditioning barhi un ki ke wo is qabil nahi rahe ke wo samajh saken tauheed ki baat ko.</w:t>
      </w:r>
    </w:p>
    <w:p>
      <w:pPr>
        <w:jc w:val="right"/>
      </w:pPr>
      <w:r>
        <w:t>تو اس میں شرک پھیل گیا اور ساری ساری قوم شرک میں مبتلا ہو گئی اور اتنا زیادہ کنڈیشننگ بڑھی ان کی کہ وہ اس قابل نہیں رہے کہ وہ سمجھ سکیں توحید کی بات کو۔</w:t>
      </w:r>
    </w:p>
    <w:p>
      <w:r>
        <w:rPr>
          <w:b/>
        </w:rPr>
        <w:t xml:space="preserve">[15:52] </w:t>
      </w:r>
      <w:r>
        <w:t>tauheed ki baat ko samajhne ke qabil wo nahi rahe. to ek planning thi Hazrat Ibrahim ke zariye se, ek planning thi ek nai nasal banane ki, naye afraad banane ki.</w:t>
      </w:r>
    </w:p>
    <w:p>
      <w:pPr>
        <w:jc w:val="right"/>
      </w:pPr>
      <w:r>
        <w:t>توحید کی بات کو سمجھنے کے قابل وہ نہیں رہے۔ تو ایک پلاننگ تھی حضرت ابراہیم کے ذریعے سے، ایک پلاننگ تھی ایک نئی نسل بنانے کی، نئے افراد بنانے کی۔</w:t>
      </w:r>
    </w:p>
    <w:p>
      <w:r>
        <w:rPr>
          <w:b/>
        </w:rPr>
        <w:t xml:space="preserve">[16:04] </w:t>
      </w:r>
      <w:r>
        <w:t>aise afraad jo is conditioning se bache hue hon. wo conditioning kahan ho sakti thi? shehron se door, abadiyon se door.</w:t>
      </w:r>
    </w:p>
    <w:p>
      <w:pPr>
        <w:jc w:val="right"/>
      </w:pPr>
      <w:r>
        <w:t>ایسے افراد جو اس کنڈیشننگ سے بچے ہوئے ہوں۔ وہ کنڈیشننگ کہاں ہو سکتی تھی؟ شہروں سے دور، آبادیوں سے دور۔</w:t>
      </w:r>
    </w:p>
    <w:p>
      <w:r>
        <w:rPr>
          <w:b/>
        </w:rPr>
        <w:t xml:space="preserve">[16:16] </w:t>
      </w:r>
      <w:r>
        <w:t>to wo desert tha. to yeh haqeeqat mein ek nai nasal banane ki ek planning thi.</w:t>
      </w:r>
    </w:p>
    <w:p>
      <w:pPr>
        <w:jc w:val="right"/>
      </w:pPr>
      <w:r>
        <w:t>تو وہ ڈیزرٹ تھا۔ تو یہ حقیقت میں ایک نئی نسل بنانے کی ایک پلاننگ تھی۔</w:t>
      </w:r>
    </w:p>
    <w:p>
      <w:r>
        <w:rPr>
          <w:b/>
        </w:rPr>
        <w:t xml:space="preserve">[16:24] </w:t>
      </w:r>
      <w:r>
        <w:t>is ko mein kahunga ke Hazrat Ibrahim ka uswa yeh hai ke ek disadvantaged environment mein logon ko ikatha kar ke wahan par un ki tarbiyat karo.</w:t>
      </w:r>
    </w:p>
    <w:p>
      <w:pPr>
        <w:jc w:val="right"/>
      </w:pPr>
      <w:r>
        <w:t>اس کو میں کہوں گا کہ حضرت ابراہیم کا اسوہ یہ ہے کہ ایک ڈسٹیجڈ انوائرمنٹ میں لوگوں کو اکٹھا کر کے وہاں پر ان کی تربیت کرو۔</w:t>
      </w:r>
    </w:p>
    <w:p>
      <w:r>
        <w:rPr>
          <w:b/>
        </w:rPr>
        <w:t xml:space="preserve">[16:37] </w:t>
      </w:r>
      <w:r>
        <w:t>disadvantaged environment yani alag thalag mahol mein. yeh hai Hazrat Ibrahim ka uswa. aaj Hazrat Ibrahim ka uswa bilkul hamare liye qabil amal ho gaya hai.</w:t>
      </w:r>
    </w:p>
    <w:p>
      <w:pPr>
        <w:jc w:val="right"/>
      </w:pPr>
      <w:r>
        <w:t>ڈسٹیجڈ انوائرمنٹ یعنی الگ تھلگ ماحول میں۔ یہ ہے حضرت ابراہیم کا اسوہ۔ آج حضرت ابراہیم کا اسوہ بالکل ہمارے لیے قابل عمل ہو گیا ہے۔</w:t>
      </w:r>
    </w:p>
    <w:p>
      <w:r>
        <w:rPr>
          <w:b/>
        </w:rPr>
        <w:t xml:space="preserve">[16:50] </w:t>
      </w:r>
      <w:r>
        <w:t>aaj kya suratehal hai?</w:t>
      </w:r>
    </w:p>
    <w:p>
      <w:pPr>
        <w:jc w:val="right"/>
      </w:pPr>
      <w:r>
        <w:t>آج کیا صورتحال ہے؟</w:t>
      </w:r>
    </w:p>
    <w:p>
      <w:r>
        <w:rPr>
          <w:b/>
        </w:rPr>
        <w:t xml:space="preserve">[16:53] </w:t>
      </w:r>
      <w:r>
        <w:t>dekhen, ek hadith mein aata hai ke ek zamana aayega jab ke dunya mein is ko kaha gaya hai dohe mah ka fitna.</w:t>
      </w:r>
    </w:p>
    <w:p>
      <w:pPr>
        <w:jc w:val="right"/>
      </w:pPr>
      <w:r>
        <w:t>دیکھیں، ایک حدیث میں آتا ہے کہ ایک زمانہ آئے گا جب کہ دنیا میں اس کو کہا گیا ہے دوہے ماہ کا فتنہ۔</w:t>
      </w:r>
    </w:p>
    <w:p>
      <w:r>
        <w:rPr>
          <w:b/>
        </w:rPr>
        <w:t xml:space="preserve">[17:02] </w:t>
      </w:r>
      <w:r>
        <w:t>fitna dohe mah. fitna dohe mah ka matlab hota hai total darkness. yeh hadith mein bataya gaya hai ke ek zamana aayega jab ke dunya mein total darkness ho jayegi.</w:t>
      </w:r>
    </w:p>
    <w:p>
      <w:pPr>
        <w:jc w:val="right"/>
      </w:pPr>
      <w:r>
        <w:t>فتنہ دوہے ماہ۔ فتنہ دوہے ماہ کا مطلب ہوتا ہے ٹوٹل ڈارکنس۔ یہ حدیث میں بتایا گیا ہے کہ ایک زمانہ آئے گا جب کہ دنیا میں ٹوٹل ڈارکنس ہو جائے گی۔</w:t>
      </w:r>
    </w:p>
    <w:p>
      <w:r>
        <w:rPr>
          <w:b/>
        </w:rPr>
        <w:t xml:space="preserve">[17:15] </w:t>
      </w:r>
      <w:r>
        <w:t>dekhen, darkness ka matlab yeh nahi ke suraj nahi rahe ga, chand nahi rahe ga. yeh matlab nahi hai is ka.</w:t>
      </w:r>
    </w:p>
    <w:p>
      <w:pPr>
        <w:jc w:val="right"/>
      </w:pPr>
      <w:r>
        <w:t>دیکھیں، ڈارکنس کا مطلب یہ نہیں کہ سورج نہیں رہے گا، چاند نہیں رہے گا۔ یہ مطلب نہیں ہے اس کا۔</w:t>
      </w:r>
    </w:p>
    <w:p>
      <w:r>
        <w:rPr>
          <w:b/>
        </w:rPr>
        <w:t xml:space="preserve">[17:24] </w:t>
      </w:r>
      <w:r>
        <w:t>darkness ka matlab hai intellectual darkness. intellectual darkness yani itna zyada log, logon ko ek conditioning un ko ho ke sahi baat ko samajh mein na aayen.</w:t>
      </w:r>
    </w:p>
    <w:p>
      <w:pPr>
        <w:jc w:val="right"/>
      </w:pPr>
      <w:r>
        <w:t>ڈارکنس کا مطلب ہے انٹلیکچول ڈارکنس۔ انٹلیکچول ڈارکنس یعنی اتنا زیادہ لوگ، لوگوں کو ایک کنڈیشننگ ان کو ہو جائے کہ صحیح بات کو سمجھ میں نہ آئے۔</w:t>
      </w:r>
    </w:p>
    <w:p>
      <w:r>
        <w:rPr>
          <w:b/>
        </w:rPr>
        <w:t xml:space="preserve">[17:40] </w:t>
      </w:r>
      <w:r>
        <w:t>to mein samajhta hoon ke yeh jo hadith mein hai fitna damah ki baat, yeh darasal media ke zamane ki baat hai. pehle zamane mein yeh mumkin nahi tha ke sare alam ke log bhag j</w:t>
      </w:r>
    </w:p>
    <w:p>
      <w:pPr>
        <w:jc w:val="right"/>
      </w:pPr>
      <w:r>
        <w:t>تو میں سمجھتا ہوں کہ یہ جو حدیث میں ہے فتنہ دامہ کی بات، یہ دراصل میڈیا کے زمانے کی بات ہے۔ پہلے زمانے میں یہ ممکن نہیں تھا کہ سارے عالم کے لوگ بھاگ ج</w:t>
      </w:r>
    </w:p>
    <w:p>
      <w:r>
        <w:rPr>
          <w:b/>
        </w:rPr>
        <w:t xml:space="preserve">[17:53] </w:t>
      </w:r>
      <w:r>
        <w:t>ayen. kaise bhagayenge aap? yani pura jo globe, wo sab ko aap bhagana chahen to pehle aap bhaga nahi sakte the.</w:t>
      </w:r>
    </w:p>
    <w:p>
      <w:pPr>
        <w:jc w:val="right"/>
      </w:pPr>
      <w:r>
        <w:t>ائیں۔ کیسے بھاگائیں گے آپ؟ یعنی پورا جو گلوب ہے، وہ سب کو آپ بھاگانا چاہیں تو پہلے آپ بھاگا نہیں سکتے تھے۔</w:t>
      </w:r>
    </w:p>
    <w:p>
      <w:r>
        <w:rPr>
          <w:b/>
        </w:rPr>
        <w:t xml:space="preserve">[18:02] </w:t>
      </w:r>
      <w:r>
        <w:t>yeh sirf media ke zamane mein possible hua hai. aaj jo akhbarat niklte hain, jo tv hai aur jo modern communication hai, uski wajah se global level par mumkin ho gaya hai ke aap apni baat ko pohncha saken.</w:t>
      </w:r>
    </w:p>
    <w:p>
      <w:pPr>
        <w:jc w:val="right"/>
      </w:pPr>
      <w:r>
        <w:t>یہ صرف میڈیا کے زمانے میں پاسیبل ہوا ہے۔ آج جو اخبارات نکلتے ہیں، جو ٹی وی ہے اور جو ماڈرن کمیونیکیشن ہے، اس کی وجہ سے گلوبل لیول پر ممکن ہو گیا ہے کہ آپ اپنی بات کو پہنچا سکیں۔</w:t>
      </w:r>
    </w:p>
    <w:p>
      <w:r>
        <w:rPr>
          <w:b/>
        </w:rPr>
        <w:t xml:space="preserve">[18:19] </w:t>
      </w:r>
      <w:r>
        <w:t>aap jante hain ke tv mein jo program hote hain, woh back pass sari duniya ke log dekhte hain. to yeh media ke daur ka ek phenomena hai jisko hadith mein fitna dohama kaha gaya hai.</w:t>
      </w:r>
    </w:p>
    <w:p>
      <w:pPr>
        <w:jc w:val="right"/>
      </w:pPr>
      <w:r>
        <w:t>آپ جانتے ہیں کہ ٹی وی میں جو پروگرام ہوتے ہیں، وہ بیک پاس ساری دنیا کے لوگ دیکھتے ہیں۔ تو یہ میڈیا کے دور کا ایک فیناومینا ہے جس کو حدیث میں فتنہ دوہما کہا گیا ہے۔</w:t>
      </w:r>
    </w:p>
    <w:p>
      <w:r>
        <w:rPr>
          <w:b/>
        </w:rPr>
        <w:t xml:space="preserve">[18:32] </w:t>
      </w:r>
      <w:r>
        <w:t>to media ke daur mein kya hua hai? media ke sath sath duniya mein aaya materialism, madah parasti. to media jo hai, woh ban gaya materialism ki publicity ka zariya.</w:t>
      </w:r>
    </w:p>
    <w:p>
      <w:pPr>
        <w:jc w:val="right"/>
      </w:pPr>
      <w:r>
        <w:t>تو میڈیا کے دور میں کیا ہوا ہے؟ میڈیا کے ساتھ ساتھ دنیا میں آیا مٹیریلزم، مادہ پرستی۔ تو میڈیا جو ہے، وہ بن گیا مٹیریلزم کی پبلشری کا ذریعہ۔</w:t>
      </w:r>
    </w:p>
    <w:p>
      <w:r>
        <w:rPr>
          <w:b/>
        </w:rPr>
        <w:t xml:space="preserve">[18:47] </w:t>
      </w:r>
      <w:r>
        <w:t>global publicity, materialism ki global publicity, negative thinking ki global publicity. kyunke media mein dekhen, hot news ko select karte hain.</w:t>
      </w:r>
    </w:p>
    <w:p>
      <w:pPr>
        <w:jc w:val="right"/>
      </w:pPr>
      <w:r>
        <w:t>گلوبل پبلشری، مٹیریلزم کی گلوبل پبلشری، نیگیٹیو تھنکنگ کی گلوبل پبلشری۔ کیونکہ میڈیا میں دیکھیں، ہاٹ نیوز کو سلیکٹ کرتے ہیں۔</w:t>
      </w:r>
    </w:p>
    <w:p>
      <w:r>
        <w:rPr>
          <w:b/>
        </w:rPr>
        <w:t xml:space="preserve">[19:00] </w:t>
      </w:r>
      <w:r>
        <w:t>woh yahan bomb phat gaya, wahan gun bandook chal gayi, wahan woh mara gaya, wahan murder hua. yahi hisab rehta hai media mein.</w:t>
      </w:r>
    </w:p>
    <w:p>
      <w:pPr>
        <w:jc w:val="right"/>
      </w:pPr>
      <w:r>
        <w:t>وہ یہاں بم پھٹ گیا، وہاں گن بندوق چل گئی، وہاں وہ مارا گیا، وہاں مرڈر ہوا۔ یہی حساب رہتا ہے میڈیا میں۔</w:t>
      </w:r>
    </w:p>
    <w:p>
      <w:r>
        <w:rPr>
          <w:b/>
        </w:rPr>
        <w:t xml:space="preserve">[19:10] </w:t>
      </w:r>
      <w:r>
        <w:t>positive news ko media select nahi karta.</w:t>
      </w:r>
    </w:p>
    <w:p>
      <w:pPr>
        <w:jc w:val="right"/>
      </w:pPr>
      <w:r>
        <w:t>پازیٹیو نیوز کو میڈیا سلیکٹ نہیں کرتا۔</w:t>
      </w:r>
    </w:p>
    <w:p>
      <w:r>
        <w:rPr>
          <w:b/>
        </w:rPr>
        <w:t xml:space="preserve">[19:15] </w:t>
      </w:r>
      <w:r>
        <w:t>to media aane ke sath kya hua? global level par materialism aur negative thinking yeh aa gayi. ise kaha gaya hai fitna dohama yani almi satah par darkness, almi satah par intellectual perversion,</w:t>
      </w:r>
    </w:p>
    <w:p>
      <w:pPr>
        <w:jc w:val="right"/>
      </w:pPr>
      <w:r>
        <w:t>تو میڈیا آنے کے ساتھ کیا ہوا؟ گلوبل لیول پر مٹیریلزم اور نیگیٹیو تھنکنگ یہ آ گئی۔ اسے کہا گیا ہے فتنہ دوہما یعنی عالمی سطح پر ڈارکنس، عالمی سطح پر انٹلیکچول پرورژن،</w:t>
      </w:r>
    </w:p>
    <w:p>
      <w:r>
        <w:rPr>
          <w:b/>
        </w:rPr>
        <w:t xml:space="preserve">[19:36] </w:t>
      </w:r>
      <w:r>
        <w:t>almi satah par zehn ka bigad, almi satah par negative thinking.</w:t>
      </w:r>
    </w:p>
    <w:p>
      <w:pPr>
        <w:jc w:val="right"/>
      </w:pPr>
      <w:r>
        <w:t>عالمی سطح پر ذہن کا بگاڑ، عالمی سطح پر نیگیٹیو تھنکنگ۔</w:t>
      </w:r>
    </w:p>
    <w:p>
      <w:r>
        <w:rPr>
          <w:b/>
        </w:rPr>
        <w:t xml:space="preserve">[19:43] </w:t>
      </w:r>
      <w:r>
        <w:t>to jab yeh daur aa jaye to kya karna hai? isi ka jawab hai Hazrat Ibrahim ki zindagi. jab global level par log bigad jayen, logon ke andar negative thinking aa jaye,</w:t>
      </w:r>
    </w:p>
    <w:p>
      <w:pPr>
        <w:jc w:val="right"/>
      </w:pPr>
      <w:r>
        <w:t>تو جب یہ دور آ جائے تو کیا کرنا ہے؟ اسی کا جواب ہے حضرت ابراہیم کی زندگی۔ جب گلوبل لیول پر لوگ بگڑ جائیں، لوگوں کے اندر نیگیٹیو تھنکنگ آ جائے،</w:t>
      </w:r>
    </w:p>
    <w:p>
      <w:r>
        <w:rPr>
          <w:b/>
        </w:rPr>
        <w:t xml:space="preserve">[19:59] </w:t>
      </w:r>
      <w:r>
        <w:t>log right thinking se mehroom ho jayen to kya karna hoga? aap ko ek mehdood mahol banana padega yani detached environment create karna padega.</w:t>
      </w:r>
    </w:p>
    <w:p>
      <w:pPr>
        <w:jc w:val="right"/>
      </w:pPr>
      <w:r>
        <w:t>لوگ رائٹ تھنکنگ سے محروم ہو جائیں تو کیا کرنا ہوگا؟ آپ کو ایک محدود ماحول بنانا پڑے گا یعنی ڈسٹیجڈ انوائرمنٹ کریٹ کرنا پڑے گا۔</w:t>
      </w:r>
    </w:p>
    <w:p>
      <w:r>
        <w:rPr>
          <w:b/>
        </w:rPr>
        <w:t xml:space="preserve">[20:12] </w:t>
      </w:r>
      <w:r>
        <w:t>is detached environment mein aap layenge afraad ko, unko train karenge, unko unko unki islaah karenge.</w:t>
      </w:r>
    </w:p>
    <w:p>
      <w:pPr>
        <w:jc w:val="right"/>
      </w:pPr>
      <w:r>
        <w:t>اس ڈسٹیجڈ انوائرمنٹ میں آپ لائیں گے افراد کو، ان کو ٹرین کریں گے، ان کو ان کو ان کی اصلاح کریں گے۔</w:t>
      </w:r>
    </w:p>
    <w:p>
      <w:r>
        <w:rPr>
          <w:b/>
        </w:rPr>
        <w:t xml:space="preserve">[20:22] </w:t>
      </w:r>
      <w:r>
        <w:t>jaise Hazrat Ibrahim. ek detached mahol mein le gaye, ek ek fard, ek ek fard, ek ek fard kar ke unko tayar karne lage.</w:t>
      </w:r>
    </w:p>
    <w:p>
      <w:pPr>
        <w:jc w:val="right"/>
      </w:pPr>
      <w:r>
        <w:t>جیسے حضرت ابراہیم۔ ایک ڈسٹیجڈ ماحول میں لے گئے، ایک ایک فرد، ایک ایک فرد، ایک ایک فرد کر کے ان کو تیار کرنے لگے۔</w:t>
      </w:r>
    </w:p>
    <w:p>
      <w:r>
        <w:rPr>
          <w:b/>
        </w:rPr>
        <w:t xml:space="preserve">[20:32] </w:t>
      </w:r>
      <w:r>
        <w:t>yahan tak ke do hazar saal beet gaye</w:t>
      </w:r>
    </w:p>
    <w:p>
      <w:pPr>
        <w:jc w:val="right"/>
      </w:pPr>
      <w:r>
        <w:t>یہاں تک کہ دو ہزار سال بیت گئے</w:t>
      </w:r>
    </w:p>
    <w:p>
      <w:r>
        <w:rPr>
          <w:b/>
        </w:rPr>
        <w:t xml:space="preserve">[20:37] </w:t>
      </w:r>
      <w:r>
        <w:t>to main samajhta hoon ke yeh fitna dohama ke zamane mein jo maujooda zamana hai yani media ke zariye jo bigad aaya hai, uske zamane mein hum ko woh karna padega jo Hazrat Ibrahim ne kiya tha.</w:t>
      </w:r>
    </w:p>
    <w:p>
      <w:pPr>
        <w:jc w:val="right"/>
      </w:pPr>
      <w:r>
        <w:t>تو میں سمجھتا ہوں کہ یہ فتنہ دوہما کے زمانے میں جو موجودہ زمانہ ہے یعنی میڈیا کے ذریعے جو بگاڑ آیا ہے، اس کے زمانے میں ہم کو وہ کرنا پڑے گا جو حضرت ابراہیم نے کیا تھا۔</w:t>
      </w:r>
    </w:p>
    <w:p>
      <w:r>
        <w:rPr>
          <w:b/>
        </w:rPr>
        <w:t xml:space="preserve">[20:55] </w:t>
      </w:r>
      <w:r>
        <w:t>yani iska matlab nahi ke hum desert mein jayenge. aaj desert mein jane ki zaroorat nahi hai.</w:t>
      </w:r>
    </w:p>
    <w:p>
      <w:pPr>
        <w:jc w:val="right"/>
      </w:pPr>
      <w:r>
        <w:t>یعنی اس کا مطلب نہیں کہ ہم ڈیزرٹ میں جائیں گے۔ آج ڈیزرٹ میں جانے کی ضرورت نہیں ہے۔</w:t>
      </w:r>
    </w:p>
    <w:p>
      <w:r>
        <w:rPr>
          <w:b/>
        </w:rPr>
        <w:t xml:space="preserve">[21:02] </w:t>
      </w:r>
      <w:r>
        <w:t>woh to desert unhe is liye jana pada tha ke wahan par jala jalane ke tayar ho gaye woh log. yani jo mutabadal shahar the, wahan par tayar ho gaye woh ke in logon ko jala do, phoonk do, maar dalo, kaat dalo.</w:t>
      </w:r>
    </w:p>
    <w:p>
      <w:pPr>
        <w:jc w:val="right"/>
      </w:pPr>
      <w:r>
        <w:t>وہ تو ڈیزرٹ انہیں اس لیے جانا پڑا تھا کہ وہاں پر جلا جلانے کے تیار ہو گئے وہ لوگ۔ یعنی جو متبدل شہر تھے، وہاں پر تیار ہو گئے وہ کہ ان لوگوں کو جلا دو، پھونک دو، مار ڈالو، کاٹ ڈالو۔</w:t>
      </w:r>
    </w:p>
    <w:p>
      <w:r>
        <w:rPr>
          <w:b/>
        </w:rPr>
        <w:t xml:space="preserve">[21:17] </w:t>
      </w:r>
      <w:r>
        <w:t>yani woh zamana tha religious persecution ka zamana. religious persecution ke zamane mein aap koi aisa mahol nahi pa sakte the shahar ke andar.</w:t>
      </w:r>
    </w:p>
    <w:p>
      <w:pPr>
        <w:jc w:val="right"/>
      </w:pPr>
      <w:r>
        <w:t>یعنی وہ زمانہ تھا ریلیجس پرسیکیوشن کا زمانہ۔ ریلیجس پرسیکیوشن کے زمانے میں آپ کوئی ایسا ماحول نہیں پا سکتے تھے شہر کے اندر۔</w:t>
      </w:r>
    </w:p>
    <w:p>
      <w:r>
        <w:rPr>
          <w:b/>
        </w:rPr>
        <w:t xml:space="preserve">[21:29] </w:t>
      </w:r>
      <w:r>
        <w:t>aap ko bahar hi mil sakta tha mahol.</w:t>
      </w:r>
    </w:p>
    <w:p>
      <w:pPr>
        <w:jc w:val="right"/>
      </w:pPr>
      <w:r>
        <w:t>آپ کو باہر ہی مل سکتا تھا ماحول۔</w:t>
      </w:r>
    </w:p>
    <w:p>
      <w:r>
        <w:rPr>
          <w:b/>
        </w:rPr>
        <w:t xml:space="preserve">[21:32] </w:t>
      </w:r>
      <w:r>
        <w:t>itna zabardast jahan religious persecution ho ke sirf yeh kehne par ke Allah ek hai, log daal diye jayen aag mein to aap shahar ke andar kaise koi bana sakte hain?</w:t>
      </w:r>
    </w:p>
    <w:p>
      <w:pPr>
        <w:jc w:val="right"/>
      </w:pPr>
      <w:r>
        <w:t>اتنا زبردست جہاں ریلیجس پرسیکیوشن ہو کہ صرف یہ کہنے پر کہ اللہ ایک ہے، لوگ ڈال دیے جائیں آگ میں تو آپ شہر کے اندر کیسے کوئی بنا سکتے ہیں؟</w:t>
      </w:r>
    </w:p>
    <w:p>
      <w:r>
        <w:rPr>
          <w:b/>
        </w:rPr>
        <w:t xml:space="preserve">[21:46] </w:t>
      </w:r>
      <w:r>
        <w:t>koi alag thalag mahol. to Hazrat Ibrahim ko jana pada shaharoon se door, shaharoon se door, desert mein jana pada.</w:t>
      </w:r>
    </w:p>
    <w:p>
      <w:pPr>
        <w:jc w:val="right"/>
      </w:pPr>
      <w:r>
        <w:t>کوئی الگ تھلگ ماحول۔ تو حضرت ابراہیم کو جانا پڑا شہروں سے دور، شہروں سے دور، ڈیزرٹ میں جانا پڑا۔</w:t>
      </w:r>
    </w:p>
    <w:p>
      <w:r>
        <w:rPr>
          <w:b/>
        </w:rPr>
        <w:t xml:space="preserve">[21:56] </w:t>
      </w:r>
      <w:r>
        <w:t>aaj iski zaroorat nahi hai. aaj religious freedom ka zamana hai</w:t>
      </w:r>
    </w:p>
    <w:p>
      <w:pPr>
        <w:jc w:val="right"/>
      </w:pPr>
      <w:r>
        <w:t>آج اس کی ضرورت نہیں ہے۔ آج ریلیجس فریڈم کا زمانہ ہے</w:t>
      </w:r>
    </w:p>
    <w:p>
      <w:r>
        <w:rPr>
          <w:b/>
        </w:rPr>
        <w:t xml:space="preserve">[22:01] </w:t>
      </w:r>
      <w:r>
        <w:t>aur main samajhta hoon ke yeh jo hum logon ne CPS ka banaya hai, yeh wohi hai. isi uswe ka modern application hai.</w:t>
      </w:r>
    </w:p>
    <w:p>
      <w:pPr>
        <w:jc w:val="right"/>
      </w:pPr>
      <w:r>
        <w:t>اور میں سمجھتا ہوں کہ یہ جو ہم لوگوں نے سی پی ایس کا بنایا ہے، یہ وہی ہے۔ اسی اسوے کا ماڈرن ایپلیکیشن ہے۔</w:t>
      </w:r>
    </w:p>
    <w:p>
      <w:r>
        <w:rPr>
          <w:b/>
        </w:rPr>
        <w:t xml:space="preserve">[22:12] </w:t>
      </w:r>
      <w:r>
        <w:t>woh jana pada tha unko due to age factor. desert mein hum yahan par ek ek building mein logon ko ikatha karte hain, unko train karte hain.</w:t>
      </w:r>
    </w:p>
    <w:p>
      <w:pPr>
        <w:jc w:val="right"/>
      </w:pPr>
      <w:r>
        <w:t>وہ جانا پڑا تھا ان کو ڈیو ٹو ایج فیکٹر۔ ڈیزرٹ میں ہم یہاں پر ایک ایک بلڈنگ میں لوگوں کو اکٹھا کرتے ہیں، ان کو ٹرین کرتے ہیں۔</w:t>
      </w:r>
    </w:p>
    <w:p>
      <w:r>
        <w:rPr>
          <w:b/>
        </w:rPr>
        <w:t xml:space="preserve">[22:24] </w:t>
      </w:r>
      <w:r>
        <w:t>to detached thinking, woh detached environment darkar hai ya umoom bigad aa jaye, log global level par bigad jayen.</w:t>
      </w:r>
    </w:p>
    <w:p>
      <w:pPr>
        <w:jc w:val="right"/>
      </w:pPr>
      <w:r>
        <w:t>تو ڈسٹیجڈ تھنکنگ، وہ ڈسٹیجڈ انوائرمنٹ درکار ہے یا عموم بگاڑ آ جائے، لوگ گلوبل لیول پر بگڑ جائیں۔</w:t>
      </w:r>
    </w:p>
    <w:p>
      <w:r>
        <w:rPr>
          <w:b/>
        </w:rPr>
        <w:t xml:space="preserve">[22:35] </w:t>
      </w:r>
      <w:r>
        <w:t>log is waqt kya hai? sare musalman, sare musalman negative thinking mein pad gaye hain. negative thinking, unko sab duniya zalim aur sazishi nazar aati hai.</w:t>
      </w:r>
    </w:p>
    <w:p>
      <w:pPr>
        <w:jc w:val="right"/>
      </w:pPr>
      <w:r>
        <w:t>لوگ اس وقت کیا ہے؟ سارے مسلمان، سارے مسلمان نیگیٹیو تھنکنگ میں پڑ گئے ہیں۔ نیگیٹیو تھنکنگ، ان کو سب دنیا ظالم اور سازشی نظر آتی ہے۔</w:t>
      </w:r>
    </w:p>
    <w:p>
      <w:r>
        <w:rPr>
          <w:b/>
        </w:rPr>
        <w:t xml:space="preserve">[22:51] </w:t>
      </w:r>
      <w:r>
        <w:t>ab kaise islaah</w:t>
      </w:r>
    </w:p>
    <w:p>
      <w:pPr>
        <w:jc w:val="right"/>
      </w:pPr>
      <w:r>
        <w:t>اب کیسے اصلاح</w:t>
      </w:r>
    </w:p>
    <w:p>
      <w:r>
        <w:rPr>
          <w:b/>
        </w:rPr>
        <w:t xml:space="preserve">[22:52] </w:t>
      </w:r>
      <w:r>
        <w:t>ho? poori ummat ko be waqt aap address nahin kar sakte, na is se koi islaah nahin ho sakti. to afraad ko le le kar ke aap ko train karna pare ga.</w:t>
      </w:r>
    </w:p>
    <w:p>
      <w:pPr>
        <w:jc w:val="right"/>
      </w:pPr>
      <w:r>
        <w:t>ہو؟ پوری امت کو بے وقت آپ ایڈریس نہیں کر سکتے، نہ اس سے کوئی اصلاح نہیں ہو سکتی۔ تو افراد کو لے لے کر کے آپ کو ٹرین کرنا پڑے گا۔</w:t>
      </w:r>
    </w:p>
    <w:p>
      <w:r>
        <w:rPr>
          <w:b/>
        </w:rPr>
        <w:t xml:space="preserve">[23:01] </w:t>
      </w:r>
      <w:r>
        <w:t>afraad ko le le kar ke, chahe musalmanon ko ho ya non muslim ko ho. to yeh jo yeh jo pattern hum ne ikhtiyar kiya hai, yeh is wa ibrahimi ka modern application hai</w:t>
      </w:r>
    </w:p>
    <w:p>
      <w:pPr>
        <w:jc w:val="right"/>
      </w:pPr>
      <w:r>
        <w:t>افراد کو لے لے کر کے، چاہے مسلمانوں کو ہو یا نان مسلم کو ہو۔ تو یہ جو یہ جو پیٹرن ہم نے اختیار کیا ہے، یہ اسوہ ابراہیمی کا ماڈرن ایپلیکیشن ہے</w:t>
      </w:r>
    </w:p>
    <w:p>
      <w:r>
        <w:rPr>
          <w:b/>
        </w:rPr>
        <w:t xml:space="preserve">[23:17] </w:t>
      </w:r>
      <w:r>
        <w:t>ke disstaged mahaul mein, disstaged environment mein logon ko train karna yeh hai. ab is mein dekhen, ek baat mein yahan par arz karunga jo is ko aap samjhen ke disstaged mahaul mein bohat zyada aap ko sensitive hona pare ga ke koi distraction na ho.</w:t>
      </w:r>
    </w:p>
    <w:p>
      <w:pPr>
        <w:jc w:val="right"/>
      </w:pPr>
      <w:r>
        <w:t>کہ ڈسٹیجڈ ماحول میں، ڈسٹیجڈ انوائرمنٹ میں لوگوں کو ٹرین کرنا یہ ہے۔ اب اس میں دیکھیں، ایک بات میں یہاں پر عرض کروں گا جو اس کو آپ سمجھیے کہ ڈسٹیجڈ ماحول میں بہت زیادہ آپ کو سینسٹیو ہونا پڑے گا کہ کوئی ڈسٹریکشن نہ ہو۔</w:t>
      </w:r>
    </w:p>
    <w:p>
      <w:r>
        <w:rPr>
          <w:b/>
        </w:rPr>
        <w:t xml:space="preserve">[23:41] </w:t>
      </w:r>
      <w:r>
        <w:t>jaise Hazrat Ibrahim ne dekhen, is biwi ko talaq dene ke liye keh diya jis ke andar shukr ka mizaj nahin tha. aaj jo hai, aaj jo halaat hain, kisi biwi ke andar shukr ka mizaj na ho to is ka koi mufti nahin kahe ga ke aap talaq de sakte hain.</w:t>
      </w:r>
    </w:p>
    <w:p>
      <w:pPr>
        <w:jc w:val="right"/>
      </w:pPr>
      <w:r>
        <w:t>جیسے حضرت ابراہیم نے دیکھیں، اس بیوی کو طلاق دینے کے لیے کہہ دیا جس کے اندر شکر کا مزاج نہیں تھا۔ آج جو ہے، آج جو حالات ہیں، کسی بیوی کے اندر شکر کا مزاج نہ ہو تو اس کا کوئی مفتی نہیں کہے گا کہ آپ طلاق دے سکتے ہیں۔</w:t>
      </w:r>
    </w:p>
    <w:p>
      <w:r>
        <w:rPr>
          <w:b/>
        </w:rPr>
        <w:t xml:space="preserve">[24:01] </w:t>
      </w:r>
      <w:r>
        <w:t>aaj ke mahaul mein yeh koi mufti nahin kahe ga ke agar tumhari biwi mein shukr ka mizaj na ho to talaq de do. is waqt zaroori ho gaya tha,</w:t>
      </w:r>
    </w:p>
    <w:p>
      <w:pPr>
        <w:jc w:val="right"/>
      </w:pPr>
      <w:r>
        <w:t>آج کے ماحول میں یہ کوئی مفتی نہیں کہے گا کہ اگر تمہاری بیوی میں شکر کا مزاج نہ ہو تو طلاق دے دو۔ اس وقت ضروری ہو گیا تھا،</w:t>
      </w:r>
    </w:p>
    <w:p>
      <w:r>
        <w:rPr>
          <w:b/>
        </w:rPr>
        <w:t xml:space="preserve">[24:11] </w:t>
      </w:r>
      <w:r>
        <w:t>is waqt zaroori ho gaya tha. koi kuch cheezen aisi hain jo halaat ke lehaz se zaroori ho jati hain, halaat ke lehaz se. to lekin aaj kya karna hai?</w:t>
      </w:r>
    </w:p>
    <w:p>
      <w:pPr>
        <w:jc w:val="right"/>
      </w:pPr>
      <w:r>
        <w:t>اس وقت ضروری ہو گیا تھا۔ کوئی کچھ چیزیں ایسی ہیں جو حالات کے لحاظ سے ضروری ہو جاتی ہیں، حالات کے لحاظ سے۔ تو لیکن آج کیا کرنا ہے؟</w:t>
      </w:r>
    </w:p>
    <w:p>
      <w:r>
        <w:rPr>
          <w:b/>
        </w:rPr>
        <w:t xml:space="preserve">[24:22] </w:t>
      </w:r>
      <w:r>
        <w:t>humein aaj humein kya karna hai? aaj ke lehaz se humein yeh karna hai ke hum jo apna disstaged mahaul banayen, apna alag thalag mahaul, us mein hum sakhti se is ka lehaz karen ke wahan koi distraction na ho.</w:t>
      </w:r>
    </w:p>
    <w:p>
      <w:pPr>
        <w:jc w:val="right"/>
      </w:pPr>
      <w:r>
        <w:t>ہمیں آج ہمیں کیا کرنا ہے؟ آج کے لحاظ سے ہمیں یہ کرنا ہے کہ ہم جو اپنا ڈسٹیجڈ ماحول بنائیں، اپنا الگ تھلگ ماحول، اس میں ہم سختی سے اس کا لحاظ کریں کہ وہاں کوئی ڈسٹریکشن نہ ہو۔</w:t>
      </w:r>
    </w:p>
    <w:p>
      <w:r>
        <w:rPr>
          <w:b/>
        </w:rPr>
        <w:t xml:space="preserve">[24:36] </w:t>
      </w:r>
      <w:r>
        <w:t>isi liye dekhen, hum is yahan par jo hum program karte hain har Sunday ko, sakhti se hum yeh kehte hain ke yahan koi mobile istemal na kare, yahan koi aapas mein baat cheet na kare, yahan koi apne bachon ko na laye,</w:t>
      </w:r>
    </w:p>
    <w:p>
      <w:pPr>
        <w:jc w:val="right"/>
      </w:pPr>
      <w:r>
        <w:t>اسی لیے دیکھیں، ہم اس یہاں پر جو ہم پروگرام کرتے ہیں ہر سنڈے کو، سختی سے ہم یہ کہتے ہیں کہ یہاں کوئی موبائل استعمال نہ کرے، یہاں کوئی آپس میں بات چیت نہ کرے، یہاں کوئی اپنے بچوں کو نہ لائے،</w:t>
      </w:r>
    </w:p>
    <w:p>
      <w:r>
        <w:rPr>
          <w:b/>
        </w:rPr>
        <w:t xml:space="preserve">[24:51] </w:t>
      </w:r>
      <w:r>
        <w:t>yahan aam qism ki bheed na ikhatta ki jaye. yeh sab isi liye kehte hain ke jo hum ne yahan par ek disstaged environment banaya hai, us ko disturb karne wali cheezon se humein bachna pare ga, nahin to kaam hi nahin hoga.</w:t>
      </w:r>
    </w:p>
    <w:p>
      <w:pPr>
        <w:jc w:val="right"/>
      </w:pPr>
      <w:r>
        <w:t>یہاں عام قسم کی بھیڑ نہ اکٹھا کی جائے۔ یہ سب اسی لیے کہتے ہیں کہ جو ہم نے یہاں پر ایک ڈسٹیجڈ انوائرمنٹ بنایا ہے، اس کو ڈسٹرب کرنے والی چیزوں سے ہمیں بچنا پڑے گا، نہیں تو کام ہی نہیں ہوگا۔</w:t>
      </w:r>
    </w:p>
    <w:p>
      <w:r>
        <w:rPr>
          <w:b/>
        </w:rPr>
        <w:t xml:space="preserve">[25:06] </w:t>
      </w:r>
      <w:r>
        <w:t>is waqt Hazrat Ibrahim ko mehsoos hua ke aisi biwi jo shikayaten kare, us ke zariye se woh nasal nahin banai ja sakti.</w:t>
      </w:r>
    </w:p>
    <w:p>
      <w:pPr>
        <w:jc w:val="right"/>
      </w:pPr>
      <w:r>
        <w:t>اس وقت حضرت ابراہیم کو محسوس ہوا کہ ایسی بیوی جو شکایتیں کرے، اس کے ذریعے سے وہ نسل نہیں بنائی جا سکتی۔</w:t>
      </w:r>
    </w:p>
    <w:p>
      <w:r>
        <w:rPr>
          <w:b/>
        </w:rPr>
        <w:t xml:space="preserve">[25:19] </w:t>
      </w:r>
      <w:r>
        <w:t>yani jab aayenge Hazrat Ismail ghar mein shikar waghera karne ki jaya karte the, woh to lage gi shikayaten karne ke kahan la ke daal diya hum ko, kahan yeh desert mein pade hue hain, yeh kuch nahin.</w:t>
      </w:r>
    </w:p>
    <w:p>
      <w:pPr>
        <w:jc w:val="right"/>
      </w:pPr>
      <w:r>
        <w:t>یعنی جب آئیں گے حضرت اسماعیل گھر میں شکار وغیرہ کرنے کی جایا کرتے تھے، وہ تو لگے گی شکایتیں کرنے کہ کہاں لا کے ڈال دیا ہم کو، کہاں یہ ڈیزرٹ میں پڑے ہوئے ہیں، یہ کچھ نہیں۔</w:t>
      </w:r>
    </w:p>
    <w:p>
      <w:r>
        <w:rPr>
          <w:b/>
        </w:rPr>
        <w:t xml:space="preserve">[25:33] </w:t>
      </w:r>
      <w:r>
        <w:t>halanke dono ko mil kar ke planning kar</w:t>
      </w:r>
    </w:p>
    <w:p>
      <w:pPr>
        <w:jc w:val="right"/>
      </w:pPr>
      <w:r>
        <w:t>حالانکہ دونوں کو مل کر کے پلاننگ کر</w:t>
      </w:r>
    </w:p>
    <w:p>
      <w:r>
        <w:rPr>
          <w:b/>
        </w:rPr>
        <w:t xml:space="preserve">[25:35] </w:t>
      </w:r>
      <w:r>
        <w:t>na tha, tauheed ki planning, kaise afraad banaye jayen, us ki planning. to bajaye is ke ke is par baat chal pare gi, yahan to kuch khane peene ka saman nahin, kaise rahen yahan?</w:t>
      </w:r>
    </w:p>
    <w:p>
      <w:pPr>
        <w:jc w:val="right"/>
      </w:pPr>
      <w:r>
        <w:t>نا تھا، توحید کی پلاننگ، کیسے افراد بنائے جائیں، اس کی پلاننگ۔ تو بجائے اس کے کہ اس پر بات چل پڑے گی، یہاں تو کچھ کھانے پینے کا سامان نہیں، کیسے رہیں یہاں؟</w:t>
      </w:r>
    </w:p>
    <w:p>
      <w:r>
        <w:rPr>
          <w:b/>
        </w:rPr>
        <w:t xml:space="preserve">[25:47] </w:t>
      </w:r>
      <w:r>
        <w:t>to in cheezon se zehn ko khali kar ke yeh zaroorat thi wahan ke Ismail aur woh khatoon yeh sochen ke kis tarah se yahan par hum afraad ko tayyar karen jo un ke haan bachche paida ho rahe honge, un bachchon ko kaise hum banayen.</w:t>
      </w:r>
    </w:p>
    <w:p>
      <w:pPr>
        <w:jc w:val="right"/>
      </w:pPr>
      <w:r>
        <w:t>تو ان چیزوں سے ذہن کو خالی کر کے یہ ضرورت تھی وہاں کہ اسماعیل اور وہ خاتون یہ سوچیں کہ کس طرح سے یہاں پر ہم افراد کو تیار کریں جو ان کے ہاں بچے پیدا ہو رہے ہوں گے، ان بچوں کو کیسے ہم بنائیں۔</w:t>
      </w:r>
    </w:p>
    <w:p>
      <w:r>
        <w:rPr>
          <w:b/>
        </w:rPr>
        <w:t xml:space="preserve">[26:06] </w:t>
      </w:r>
      <w:r>
        <w:t>to is ke liye unhon ne kaha is ko talaq de do. is cheez ka aaj ke lehaz se hum ne yeh apply kiya hai ke yahan jo hum mahaul banate hain, yeh mahaul mein hum sakhti se yeh is ka dhyan rakhte hain ke yahan koi distraction wali baat na ho.</w:t>
      </w:r>
    </w:p>
    <w:p>
      <w:pPr>
        <w:jc w:val="right"/>
      </w:pPr>
      <w:r>
        <w:t>تو اس کے لیے انہوں نے کہا اس کو طلاق دے دو۔ اس چیز کا آج کے لحاظ سے ہم نے یہ اپلائی کیا ہے کہ یہاں جو ہم ماحول بناتے ہیں، یہ ماحول میں ہم سختی سے یہ اس کا دھیان رکھتے ہیں کہ یہاں کوئی ڈسٹریکشن والی بات نہ ہو۔</w:t>
      </w:r>
    </w:p>
    <w:p>
      <w:r>
        <w:rPr>
          <w:b/>
        </w:rPr>
        <w:t xml:space="preserve">[26:27] </w:t>
      </w:r>
      <w:r>
        <w:t>sakhti se is ka woh karte hain. isi liye hum ko mana karte hain logon ke haan mobile istemal na karen, yahan bachchon ko na layen, yahan aapas mein baith ke baaten na karen.</w:t>
      </w:r>
    </w:p>
    <w:p>
      <w:pPr>
        <w:jc w:val="right"/>
      </w:pPr>
      <w:r>
        <w:t>سختی سے اس کا وہ کرتے ہیں۔ اسی لیے ہم کو منع کرتے ہیں لوگوں کے ہاں موبائل استعمال نہ کریں، یہاں بچوں کو نہ لائیں، یہاں آپس میں بیٹھ کے باتیں نہ کریں۔</w:t>
      </w:r>
    </w:p>
    <w:p>
      <w:r>
        <w:rPr>
          <w:b/>
        </w:rPr>
        <w:t xml:space="preserve">[26:38] </w:t>
      </w:r>
      <w:r>
        <w:t>hum yeh bhi kehte hain ke haan, koi political baat na ki jaye</w:t>
      </w:r>
    </w:p>
    <w:p>
      <w:pPr>
        <w:jc w:val="right"/>
      </w:pPr>
      <w:r>
        <w:t>ہم یہ بھی کہتے ہیں کہ ہاں، کوئی پولیٹیکل بات نہ کی جائے</w:t>
      </w:r>
    </w:p>
    <w:p>
      <w:r>
        <w:rPr>
          <w:b/>
        </w:rPr>
        <w:t xml:space="preserve">[26:43] </w:t>
      </w:r>
      <w:r>
        <w:t>wo</w:t>
      </w:r>
    </w:p>
    <w:p>
      <w:pPr>
        <w:jc w:val="right"/>
      </w:pPr>
      <w:r>
        <w:t>و</w:t>
      </w:r>
    </w:p>
    <w:p>
      <w:r>
        <w:rPr>
          <w:b/>
        </w:rPr>
        <w:t xml:space="preserve">[26:44] </w:t>
      </w:r>
      <w:r>
        <w:t>ghera. kyun? yeh ek disstaged mahaul mein, ek exclusive mahaul mein humein mind banana hai jo negative thinking se pak ho, jo yani is se pak ho ke Khuda Allah ke siwa doosri cheezon ki jo concern banai hui hain, us se pak ho.</w:t>
      </w:r>
    </w:p>
    <w:p>
      <w:pPr>
        <w:jc w:val="right"/>
      </w:pPr>
      <w:r>
        <w:t>غیرہ۔ کیوں؟ یہ ایک ڈسٹیجڈ ماحول میں، ایک ایکسکلوسیو ماحول میں ہمیں مائنڈ بنانا ہے جو نیگیٹیو تھنکنگ سے پاک ہو، جو یعنی اس سے پاک ہو کہ خدا اللہ کے سوا دوسری چیزوں کی جو کنسرن بنائی ہوئی ہیں، اس سے پاک ہو۔</w:t>
      </w:r>
    </w:p>
    <w:p>
      <w:r>
        <w:rPr>
          <w:b/>
        </w:rPr>
        <w:t xml:space="preserve">[27:05] </w:t>
      </w:r>
      <w:r>
        <w:t>to is tarah ka yahan humein dawat-i-zehen jis ke andar ho, kyun ke negative thinking ki wajah se musalmanon ke andar dawat-i-zehen bilkul khatam ho gaya hai.</w:t>
      </w:r>
    </w:p>
    <w:p>
      <w:pPr>
        <w:jc w:val="right"/>
      </w:pPr>
      <w:r>
        <w:t>تو اس طرح کا یہاں ہمیں دعوتی ذہن جس کے اندر ہو، کیونکہ نیگیٹیو تھنکنگ کی وجہ سے مسلمانوں کے اندر دعوتی ذہن بالکل ختم ہو گیا ہے۔</w:t>
      </w:r>
    </w:p>
    <w:p>
      <w:r>
        <w:rPr>
          <w:b/>
        </w:rPr>
        <w:t xml:space="preserve">[27:15] </w:t>
      </w:r>
      <w:r>
        <w:t>mein ek waqia bataun jo abhi pichhle Sunday ka hai, yani ek hafta pehle ka, ke kis tarah se musalmanon mein ghair ta'limi zehen itne bare paane par paida ho chuka hai.</w:t>
      </w:r>
    </w:p>
    <w:p>
      <w:pPr>
        <w:jc w:val="right"/>
      </w:pPr>
      <w:r>
        <w:t>میں ایک واقعہ بتاؤں جو ابھی پچھلے سنڈے کا ہے، یعنی ایک ہفتہ پہلے کا، کہ کس طرح سے مسلمانوں میں غیر تعلیمی ذہن اتنے بڑے پانے پر پیدا ہو چکا ہے۔</w:t>
      </w:r>
    </w:p>
    <w:p>
      <w:r>
        <w:rPr>
          <w:b/>
        </w:rPr>
        <w:t xml:space="preserve">[27:28] </w:t>
      </w:r>
      <w:r>
        <w:t>ghair dawat-i-zehen.</w:t>
      </w:r>
    </w:p>
    <w:p>
      <w:pPr>
        <w:jc w:val="right"/>
      </w:pPr>
      <w:r>
        <w:t>غیر دعوتی ذہن۔</w:t>
      </w:r>
    </w:p>
    <w:p>
      <w:r>
        <w:rPr>
          <w:b/>
        </w:rPr>
        <w:t xml:space="preserve">[27:31] </w:t>
      </w:r>
      <w:r>
        <w:t>Mahboob bhai hamare saathi hain Bombay mein, un ka telephone aaya, unhon ne bataya ke wahan par woh barabar kaam kar rahe hain, Bollywood ke logon mein kaam kar rahe hain, saalon se kar rahe hain.</w:t>
      </w:r>
    </w:p>
    <w:p>
      <w:pPr>
        <w:jc w:val="right"/>
      </w:pPr>
      <w:r>
        <w:t>محبوب بھائی ہمارے ساتھی ہیں بمبے میں، ان کا ٹیلی فون آیا، انہوں نے بتایا کہ وہاں پر وہ برابر کام کر رہے ہیں، بالی وڈ کے لوگوں میں کام کر رہے ہیں، سالوں سے کر رہے ہیں۔</w:t>
      </w:r>
    </w:p>
    <w:p>
      <w:r>
        <w:rPr>
          <w:b/>
        </w:rPr>
        <w:t xml:space="preserve">[27:43] </w:t>
      </w:r>
      <w:r>
        <w:t>wo to abhi pichhle Sunday ko ek sahib wahan par jo non muslim hain, wahan ke post college mein rehte hain aur Government of India mein bare afsar hua karte the pehle aur ab retire hain.</w:t>
      </w:r>
    </w:p>
    <w:p>
      <w:pPr>
        <w:jc w:val="right"/>
      </w:pPr>
      <w:r>
        <w:t>وہ تو ابھی پچھلے سنڈے کو ایک صاحب وہاں پر جو نان مسلم ہیں، وہاں کے پوسٹ کالج میں رہتے ہیں اور گورنمنٹ آف انڈیا میں بڑے افسر ہوا کرتے تھے پہلے اور اب ریٹائر ہیں۔</w:t>
      </w:r>
    </w:p>
    <w:p>
      <w:r>
        <w:rPr>
          <w:b/>
        </w:rPr>
        <w:t xml:space="preserve">[28:01] </w:t>
      </w:r>
      <w:r>
        <w:t>to unhon ne un ko pata chala ke ye quran distribute karte hain, yani mahbub bhai quran distribute karti hai, un ko pata chala. to unhon ne telephone kiya, un ko kaha ke aap mujh se mulaqat kijiye.</w:t>
      </w:r>
    </w:p>
    <w:p>
      <w:pPr>
        <w:jc w:val="right"/>
      </w:pPr>
      <w:r>
        <w:t>تو انہوں نے ان کو پتہ چلا کہ یہ قرآن ڈسٹریبیوٹ کرتے ہیں، یعنی محبوب بھائی قرآن ڈسٹریبیوٹ کرتی ہے، ان کو پتہ چلا۔ تو انہوں نے ٹیلی فون کیا، ان کو کہا کہ آپ مجھ سے ملاقات کیجئے۔</w:t>
      </w:r>
    </w:p>
    <w:p>
      <w:r>
        <w:rPr>
          <w:b/>
        </w:rPr>
        <w:t xml:space="preserve">[28:14] </w:t>
      </w:r>
      <w:r>
        <w:t>to jab badadar mein un ke gaye, un ke ghar par aur unhon ne quran pesh kiya, un ko to mahbub bhai ne bataya ke quran ko dekhte hi wo zar o qatar rone lage aur der tak rote rahe.</w:t>
      </w:r>
    </w:p>
    <w:p>
      <w:pPr>
        <w:jc w:val="right"/>
      </w:pPr>
      <w:r>
        <w:t>تو جب بادادر میں ان کے گئے، ان کے گھر پر اور انہوں نے قرآن پیش کیا، ان کو تو محبوب بھائی نے بتایا کہ قرآن کو دیکھتے ہی وہ زار و قطار رونے لگے اور دیر تک روتے رہے۔</w:t>
      </w:r>
    </w:p>
    <w:p>
      <w:r>
        <w:rPr>
          <w:b/>
        </w:rPr>
        <w:t xml:space="preserve">[28:31] </w:t>
      </w:r>
      <w:r>
        <w:t>wo bohat parhe likhe aadmi hain, paise wale aadmi hain, ek non muslim hain, wo senior aadmi hain, ek bohat hi post college mein rehte hain bombay ke.</w:t>
      </w:r>
    </w:p>
    <w:p>
      <w:pPr>
        <w:jc w:val="right"/>
      </w:pPr>
      <w:r>
        <w:t>وہ بہت پڑھے لکھے آدمی ہیں، پیسے والے آدمی ہیں، ایک نان مسلم ہیں، وہ سینئر آدمی ہیں، ایک بہت ہی پوسٹ کالج میں رہتے ہیں بمبے کے۔</w:t>
      </w:r>
    </w:p>
    <w:p>
      <w:r>
        <w:rPr>
          <w:b/>
        </w:rPr>
        <w:t xml:space="preserve">[28:43] </w:t>
      </w:r>
      <w:r>
        <w:t>to wo zar o qatar rone lage.</w:t>
      </w:r>
    </w:p>
    <w:p>
      <w:pPr>
        <w:jc w:val="right"/>
      </w:pPr>
      <w:r>
        <w:t>تو وہ زار و قطار رونے لگے۔</w:t>
      </w:r>
    </w:p>
    <w:p>
      <w:r>
        <w:rPr>
          <w:b/>
        </w:rPr>
        <w:t xml:space="preserve">[28:46] </w:t>
      </w:r>
      <w:r>
        <w:t>phir unhon ne bataya apna qissa ke jab main government of india mein service kar raha tha to hajj ke zamane mein meri posting hui saudi arab mein hajiyon ki dekh bhal ke liye.</w:t>
      </w:r>
    </w:p>
    <w:p>
      <w:pPr>
        <w:jc w:val="right"/>
      </w:pPr>
      <w:r>
        <w:t>پھر انہوں نے بتایا اپنا قصہ کہ جب میں گورنمنٹ آف انڈیا میں سروس کر رہا تھا تو حج کے زمانے میں میری پوسٹنگ ہوئی سعودی عرب میں حاجیوں کی دیکھ بھال کے لیے۔</w:t>
      </w:r>
    </w:p>
    <w:p>
      <w:r>
        <w:rPr>
          <w:b/>
        </w:rPr>
        <w:t xml:space="preserve">[29:03] </w:t>
      </w:r>
      <w:r>
        <w:t>to unhon ne bataya ke wahan par mujh se 14 shaikh mile, bare bare shaikh, top ke shaikh aur arab ke.</w:t>
      </w:r>
    </w:p>
    <w:p>
      <w:pPr>
        <w:jc w:val="right"/>
      </w:pPr>
      <w:r>
        <w:t>تو انہوں نے بتایا کہ وہاں پر مجھ سے 14 شیوخ ملے، بڑے بڑے شیخ، ٹاپ کے شیخ اور عرب کے۔</w:t>
      </w:r>
    </w:p>
    <w:p>
      <w:r>
        <w:rPr>
          <w:b/>
        </w:rPr>
        <w:t xml:space="preserve">[29:13] </w:t>
      </w:r>
      <w:r>
        <w:t>to unhon ne un ko gift ke taur par quran diya, packet. har ek ne ek quran diya aur bohat hi khubsurat packing thi us ki.</w:t>
      </w:r>
    </w:p>
    <w:p>
      <w:pPr>
        <w:jc w:val="right"/>
      </w:pPr>
      <w:r>
        <w:t>تو انہوں نے ان کو گفٹ کے طور پر قرآن دیا، پیکٹ۔ ہر ایک نے ایک قرآن دیا اور بہت ہی خوبصورت پیکنگ تھی اس کی۔</w:t>
      </w:r>
    </w:p>
    <w:p>
      <w:r>
        <w:rPr>
          <w:b/>
        </w:rPr>
        <w:t xml:space="preserve">[29:23] </w:t>
      </w:r>
      <w:r>
        <w:t>aur kaha ke ye quran hai jo hum aap ko de rahe hain. to ye 14 quran jo bohat hi khubsurat packing mein tha, wo apne sath bombay le aaye.</w:t>
      </w:r>
    </w:p>
    <w:p>
      <w:pPr>
        <w:jc w:val="right"/>
      </w:pPr>
      <w:r>
        <w:t>اور کہا کہ یہ قرآن ہے جو ہم آپ کو دے رہے ہیں۔ تو یہ 14 قرآن جو بہت ہی خوبصورت پیکنگ میں تھا، وہ اپنے ساتھ بمبے لے آئے۔</w:t>
      </w:r>
    </w:p>
    <w:p>
      <w:r>
        <w:rPr>
          <w:b/>
        </w:rPr>
        <w:t xml:space="preserve">[29:36] </w:t>
      </w:r>
      <w:r>
        <w:t>yahan aa kar jab khola unhon ne to bohat hi khubsurat jild, bohat khubsurat chhapayi, aath paper par chha hua aur binding bohat thi, sunhari kaam is ka, golden work us ke upar.</w:t>
      </w:r>
    </w:p>
    <w:p>
      <w:pPr>
        <w:jc w:val="right"/>
      </w:pPr>
      <w:r>
        <w:t>یہاں آ کر جب کھولا انہوں نے تو بہت ہی خوبصورت جلد، بہت خوبصورت چھپائی، آٹھ پیپر پر چھپا ہوا اور بائنڈنگ بہت تھی، سنہری کام اس کا، گولڈن ورک اس کے اوپر۔</w:t>
      </w:r>
    </w:p>
    <w:p>
      <w:r>
        <w:rPr>
          <w:b/>
        </w:rPr>
        <w:t xml:space="preserve">[29:51] </w:t>
      </w:r>
      <w:r>
        <w:t>lekin jab khola unhon ne to wo arabic text tha, sirf arabi zaban mein jo text hai quran ka, wo chha hua tha. to bohat khubsurat tha lekin wo arabi zaban mein tha.</w:t>
      </w:r>
    </w:p>
    <w:p>
      <w:pPr>
        <w:jc w:val="right"/>
      </w:pPr>
      <w:r>
        <w:t>لیکن جب کھولا انہوں نے تو وہ عربک ٹیکسٹ تھا، صرف عربی زبان میں جو ٹیکسٹ ہے قرآن کا، وہ چھپا ہوا تھا۔ تو بہت خوبصورت تھا لیکن وہ عربی زبان میں تھا۔</w:t>
      </w:r>
    </w:p>
    <w:p>
      <w:r>
        <w:rPr>
          <w:b/>
        </w:rPr>
        <w:t xml:space="preserve">[30:03] </w:t>
      </w:r>
      <w:r>
        <w:t>to is ne kaha ke main kya karunga is</w:t>
      </w:r>
    </w:p>
    <w:p>
      <w:pPr>
        <w:jc w:val="right"/>
      </w:pPr>
      <w:r>
        <w:t>تو اس نے کہا کہ میں کیا کروں گا اس</w:t>
      </w:r>
    </w:p>
    <w:p>
      <w:r>
        <w:rPr>
          <w:b/>
        </w:rPr>
        <w:t xml:space="preserve">[30:05] </w:t>
      </w:r>
      <w:r>
        <w:t>ko? main to arabi janta nahin. to unhon ne kaha ke ye 14 ka 14 quran main ne ek muslim ko de diya. aur tab se main tars raha tha ke kash main janta ke quran mein hai kya,</w:t>
      </w:r>
    </w:p>
    <w:p>
      <w:pPr>
        <w:jc w:val="right"/>
      </w:pPr>
      <w:r>
        <w:t>کو؟ میں تو عربی جانتا نہیں۔ تو انہوں نے کہا کہ یہ 14 کا 14 قرآن میں نے ایک مسلم کو دے دیا۔ اور تب سے میں ترس رہا تھا کہ کاش میں جانتا کہ قرآن میں ہے کیا،</w:t>
      </w:r>
    </w:p>
    <w:p>
      <w:r>
        <w:rPr>
          <w:b/>
        </w:rPr>
        <w:t xml:space="preserve">[30:18] </w:t>
      </w:r>
      <w:r>
        <w:t>meri apni understandable language mein main jaan pata ke quran mein hai kiya. to unhon ne kaha ke barson se mera ye khwab tha, barson se main is intezar mein tha ke kash main jaan sakun ke quran mein hai kiya.</w:t>
      </w:r>
    </w:p>
    <w:p>
      <w:pPr>
        <w:jc w:val="right"/>
      </w:pPr>
      <w:r>
        <w:t>میری اپنی انڈرسٹینڈیبل لینگویج میں میں جان پاتا کہ قرآن میں ہے کیا۔ تو انہوں نے کہا کہ برسوں سے میرا یہ خواب تھا، برسوں سے میں اس انتظار میں تھا کہ کاش میں جان سکوں کہ قرآن میں ہے کیا۔</w:t>
      </w:r>
    </w:p>
    <w:p>
      <w:r>
        <w:rPr>
          <w:b/>
        </w:rPr>
        <w:t xml:space="preserve">[30:33] </w:t>
      </w:r>
      <w:r>
        <w:t>to jab aap ne ye quran diya english mein, jo meri easily understandable hai, to mujhe sara wo jo andar mera ubal pada ke mujhe mera intezar pura ho gaya, mera khwab pura ho gaya,</w:t>
      </w:r>
    </w:p>
    <w:p>
      <w:pPr>
        <w:jc w:val="right"/>
      </w:pPr>
      <w:r>
        <w:t>تو جب آپ نے یہ قرآن دیا انگلش میں، جو میری ایزیلی انڈرسٹینڈیبل ہے، تو مجھے سارا وہ جو اندر میرا ابل پڑا کہ مجھے میرا انتظار پورا ہو گیا، میرا خواب پورا ہو گیا،</w:t>
      </w:r>
    </w:p>
    <w:p>
      <w:r>
        <w:rPr>
          <w:b/>
        </w:rPr>
        <w:t xml:space="preserve">[30:47] </w:t>
      </w:r>
      <w:r>
        <w:t>wo cheez mil gayi. ab is mein dekhen, do taswiren hain. ek taraf wo aadmi goya aaj ke insan ka ko represent kar raha hai.</w:t>
      </w:r>
    </w:p>
    <w:p>
      <w:pPr>
        <w:jc w:val="right"/>
      </w:pPr>
      <w:r>
        <w:t>وہ چیز مل گئی۔ اب اس میں دیکھیں، دو تصویریں ہیں۔ ایک طرف وہ آدمی گویا آج کے انسان کا کو ریپریزنٹ کر رہا ہے۔</w:t>
      </w:r>
    </w:p>
    <w:p>
      <w:r>
        <w:rPr>
          <w:b/>
        </w:rPr>
        <w:t xml:space="preserve">[31:00] </w:t>
      </w:r>
      <w:r>
        <w:t>aaj ka insan is daur mein hai jab quran news ban chuka hai, lekin us ko quran hasil nahin. musalman jo hain, wo un ko quran ko as a gift de rahe hain, arabi zaban mein chha hua, bohat khubsurat chha hua, lekin ek gift item ke taur par,</w:t>
      </w:r>
    </w:p>
    <w:p>
      <w:pPr>
        <w:jc w:val="right"/>
      </w:pPr>
      <w:r>
        <w:t>آج کا انسان اس دور میں ہے جب قرآن نیوز بن چکا ہے، لیکن اس کو قرآن حاصل نہیں۔ مسلمان جو ہیں، وہ ان کو قرآن کو ایز اے گفٹ دے رہے ہیں، عربی زبان میں چھپا ہوا، بہت خوبصورت چھپا ہوا، لیکن ایک گفٹ آئٹم کے طور پر،</w:t>
      </w:r>
    </w:p>
    <w:p>
      <w:r>
        <w:rPr>
          <w:b/>
        </w:rPr>
        <w:t xml:space="preserve">[31:20] </w:t>
      </w:r>
      <w:r>
        <w:t>yani guidance ke taur par nahin. agar is ka aap translation dein to wo aadmi jaan lega ke is mein kya guidance hai,</w:t>
      </w:r>
    </w:p>
    <w:p>
      <w:pPr>
        <w:jc w:val="right"/>
      </w:pPr>
      <w:r>
        <w:t>یعنی گائیڈ گائیڈنس کے طور پر نہیں۔ اگر اس کا آپ ٹرانسلیشن دیں تو وہ آدمی جان لے گا کہ اس میں کیا گائیڈنس ہے،</w:t>
      </w:r>
    </w:p>
    <w:p>
      <w:r>
        <w:rPr>
          <w:b/>
        </w:rPr>
        <w:t xml:space="preserve">[31:29] </w:t>
      </w:r>
      <w:r>
        <w:t>lekin wo to sirf ek gift item ke taur par de rahe hain, gift item.</w:t>
      </w:r>
    </w:p>
    <w:p>
      <w:pPr>
        <w:jc w:val="right"/>
      </w:pPr>
      <w:r>
        <w:t>لیکن وہ تو صرف ایک گفٹ آئٹم کے طور پر دے رہے ہیں، گفٹ آئٹم۔</w:t>
      </w:r>
    </w:p>
    <w:p>
      <w:r>
        <w:rPr>
          <w:b/>
        </w:rPr>
        <w:t xml:space="preserve">[31:36] </w:t>
      </w:r>
      <w:r>
        <w:t>kyun? musalmanon ke andar ek dunya se ek nafrat paida ho gayi hai. sari dunya se wo samajhte hain ke sari dunya zalim hai, sab hamare khilaf conspiracy kar rahe hain.</w:t>
      </w:r>
    </w:p>
    <w:p>
      <w:pPr>
        <w:jc w:val="right"/>
      </w:pPr>
      <w:r>
        <w:t>کیوں؟ مسلمانوں کے اندر ایک دنیا سے ایک نفرت پیدا ہو گئی ہے۔ ساری دنیا سے وہ سمجھتے ہیں کہ ساری دنیا ظالم ہے، سب ہمارے خلاف کانسپریسی کر رہے ہیں۔</w:t>
      </w:r>
    </w:p>
    <w:p>
      <w:r>
        <w:rPr>
          <w:b/>
        </w:rPr>
        <w:t xml:space="preserve">[31:48] </w:t>
      </w:r>
      <w:r>
        <w:t>main samajhta hoon ke is chhat ke niche log jama hain, is ke siwa kam az kam main ne dunya bhar mein ghuma hoon, main kahin main ne nahin paya ke logon ke andar negativity na ho.</w:t>
      </w:r>
    </w:p>
    <w:p>
      <w:pPr>
        <w:jc w:val="right"/>
      </w:pPr>
      <w:r>
        <w:t>میں سمجھتا ہوں کہ اس چھت کے نیچے لوگ جمع ہیں، اس کے سوا کم از کم میں نے دنیا بھر میں گھوما ہوں، میں کہیں میں نے نہیں پایا کہ لوگوں کے اندر نیگیٹیوٹی نہ ہو۔</w:t>
      </w:r>
    </w:p>
    <w:p>
      <w:r>
        <w:rPr>
          <w:b/>
        </w:rPr>
        <w:t xml:space="preserve">[31:58] </w:t>
      </w:r>
      <w:r>
        <w:t>har ek nafrat kar raha hai, america se nafrat, europe se nafrat, israel se nafrat, hindu se nafrat, yahudiyon se nafrat. ye musalmanon ka maujudah zamane ka mindset hai.</w:t>
      </w:r>
    </w:p>
    <w:p>
      <w:pPr>
        <w:jc w:val="right"/>
      </w:pPr>
      <w:r>
        <w:t>ہر ایک نفرت کر رہا ہے، امریکہ سے نفرت، یورپ سے نفرت، اسرائیل سے نفرت، ہندو سے نفرت، یہودیوں سے نفرت۔ یہ مسلمانوں کا موجودہ زمانے کا مائنڈ سیٹ ہے۔</w:t>
      </w:r>
    </w:p>
    <w:p>
      <w:r>
        <w:rPr>
          <w:b/>
        </w:rPr>
        <w:t xml:space="preserve">[32:10] </w:t>
      </w:r>
      <w:r>
        <w:t>dekhen, dawati zehan ke liye color hai negative thought, negative thinking. aap ko mauzu se mohabbat karna padta hai, tab aap ke andar jazba aata hai dawat ka.</w:t>
      </w:r>
    </w:p>
    <w:p>
      <w:pPr>
        <w:jc w:val="right"/>
      </w:pPr>
      <w:r>
        <w:t>دیکھیں، دعوتی ذہن کے لیے کلر ہے نیگیٹیو تھاٹ، نیگیٹیو تھنکنگ۔ آپ کو موضوع سے محبت کرنا پڑتا ہے، تب آپ کے اندر جذبہ آتا ہے دعوت کا۔</w:t>
      </w:r>
    </w:p>
    <w:p>
      <w:r>
        <w:rPr>
          <w:b/>
        </w:rPr>
        <w:t xml:space="preserve">[32:26] </w:t>
      </w:r>
      <w:r>
        <w:t>main ek bar bhopal gaya, ek sahab aaye, unhon ne kaha ke aap dawat dawat karte hain, hum bhi dawat ka kaam karte hain.</w:t>
      </w:r>
    </w:p>
    <w:p>
      <w:pPr>
        <w:jc w:val="right"/>
      </w:pPr>
      <w:r>
        <w:t>میں ایک بار بھوپال گیا، ایک صاحب آئے، انہوں نے کہا کہ آپ دعوت دعوت کرتے ہیں، ہم بھی دعوت کا کام کرتے ہیں۔</w:t>
      </w:r>
    </w:p>
    <w:p>
      <w:r>
        <w:rPr>
          <w:b/>
        </w:rPr>
        <w:t xml:space="preserve">[32:35] </w:t>
      </w:r>
      <w:r>
        <w:t>to main ne pucha ke ye bataiye ke aap ko hindu se mohabbat hai? to unhon ne kaha ke nahin. main ne kaha kyun? unhon ne bab tod diya.</w:t>
      </w:r>
    </w:p>
    <w:p>
      <w:pPr>
        <w:jc w:val="right"/>
      </w:pPr>
      <w:r>
        <w:t>تو میں نے پوچھا کہ یہ بتائیے کہ آپ کو ہندو سے محبت ہے؟ تو انہوں نے کہا کہ نہیں۔ میں نے کہا کیوں؟ انہوں نے باب توڑ دیا۔</w:t>
      </w:r>
    </w:p>
    <w:p>
      <w:r>
        <w:rPr>
          <w:b/>
        </w:rPr>
        <w:t xml:space="preserve">[32:45] </w:t>
      </w:r>
      <w:r>
        <w:t>main ne kaha aap ko israel se mohabbat hai? kaha nahin. unhon ne is falasteen se musalmanon ki hukumat khatm kar di. to main ne kaha aap dawat kya phir hain?</w:t>
      </w:r>
    </w:p>
    <w:p>
      <w:pPr>
        <w:jc w:val="right"/>
      </w:pPr>
      <w:r>
        <w:t>میں نے کہا آپ کو اسرائیل سے محبت ہے؟ کہا نہیں۔ انہوں نے اس فلسطین سے مسلمانوں کی حکومت ختم کر دی۔ تو میں نے کہا آپ دعوت کیا پھر ہیں؟</w:t>
      </w:r>
    </w:p>
    <w:p>
      <w:r>
        <w:rPr>
          <w:b/>
        </w:rPr>
        <w:t xml:space="preserve">[32:54] </w:t>
      </w:r>
      <w:r>
        <w:t>yeh sab madعو hain, chahe hindu ho ya yahoodi ho ya american ho, european ho, sab madعو hain. To madعو se aap ko mohabbat nahi aur aap dawat ka naam lete hain.</w:t>
      </w:r>
    </w:p>
    <w:p>
      <w:pPr>
        <w:jc w:val="right"/>
      </w:pPr>
      <w:r>
        <w:t>یہ سب مدعو ہیں، چاہے ہندو ہو یا یہودی ہو یا امریکن ہو، یورپین ہو، سب مدعو ہیں۔ تو مدعو سے آپ کو محبت نہیں اور آپ دعوت کا نام لیتے ہیں۔</w:t>
      </w:r>
    </w:p>
    <w:p>
      <w:r>
        <w:rPr>
          <w:b/>
        </w:rPr>
        <w:t xml:space="preserve">[33:05] </w:t>
      </w:r>
      <w:r>
        <w:t>To sari dunya ke musalmanon ka haal yeh hai ke woh badu se nafrat karte hain aur negative thinking mein jeete hain. Unhein insaan ki kharkhai un ke dil mein nahi,</w:t>
      </w:r>
    </w:p>
    <w:p>
      <w:pPr>
        <w:jc w:val="right"/>
      </w:pPr>
      <w:r>
        <w:t>تو ساری دنیا کے مسلمانوں کا حال یہ ہے کہ وہ بدو سے نفرت کرتے ہیں اور نیگیٹیو تھنکنگ میں جیتے ہیں۔ انہیں انسان کی خرخائی ان کے دل میں نہیں،</w:t>
      </w:r>
    </w:p>
    <w:p>
      <w:r>
        <w:rPr>
          <w:b/>
        </w:rPr>
        <w:t xml:space="preserve">[33:15] </w:t>
      </w:r>
      <w:r>
        <w:t>Unhein yeh dar nahi ke Allah akhirat mein poochega ke aye musalmano, aye Muhammad, ummat Muhammad, tum ne kya apne zamane ke insaan ko mera paigham pohanchaya?</w:t>
      </w:r>
    </w:p>
    <w:p>
      <w:pPr>
        <w:jc w:val="right"/>
      </w:pPr>
      <w:r>
        <w:t>انہیں یہ ڈر نہیں کہ اللہ آخرت میں پوچھے گا کہ اے مسلمانوں، اے محمد، امت محمدی، تم نے کیا اپنے زمانے کے انسان کو میرا پیغام پہنچایا؟</w:t>
      </w:r>
    </w:p>
    <w:p>
      <w:r>
        <w:rPr>
          <w:b/>
        </w:rPr>
        <w:t xml:space="preserve">[33:29] </w:t>
      </w:r>
      <w:r>
        <w:t>Hamara aqeeda hai ke ek waqt aayega jab haj ke maidan mein sare hi insaan khare kiye jayenge, sare insaan wahan jama honge.</w:t>
      </w:r>
    </w:p>
    <w:p>
      <w:pPr>
        <w:jc w:val="right"/>
      </w:pPr>
      <w:r>
        <w:t>ہمارا عقیدہ ہے کہ ایک وقت آئے گا جب حج کے میدان میں سارے ہی انسان کھڑے کیے جائیں گے، سارے انسان وہاں جمع ہوں گے۔</w:t>
      </w:r>
    </w:p>
    <w:p>
      <w:r>
        <w:rPr>
          <w:b/>
        </w:rPr>
        <w:t xml:space="preserve">[33:38] </w:t>
      </w:r>
      <w:r>
        <w:t>Us waqt Allah ki taraf se poocha jayega ummat Muhammad se ke kya tum ne apne zamane ke logon ko Quran pohanchaya?</w:t>
      </w:r>
    </w:p>
    <w:p>
      <w:pPr>
        <w:jc w:val="right"/>
      </w:pPr>
      <w:r>
        <w:t>اس وقت اللہ کی طرف سے پوچھا جائے گا امت محمد سے کہ کیا تم نے اپنے زمانے کے لوگوں کو قرآن پہنچایا؟</w:t>
      </w:r>
    </w:p>
    <w:p>
      <w:r>
        <w:rPr>
          <w:b/>
        </w:rPr>
        <w:t xml:space="preserve">[33:46] </w:t>
      </w:r>
      <w:r>
        <w:t>To kya jawab denge? Ke yeh kahenge hum ne gift item de diya un ko.</w:t>
      </w:r>
    </w:p>
    <w:p>
      <w:pPr>
        <w:jc w:val="right"/>
      </w:pPr>
      <w:r>
        <w:t>تو کیا جواب دیں گے؟ کہ یہ کہیں گے ہم نے گفٹ آئٹم دے دیا ان کو۔</w:t>
      </w:r>
    </w:p>
    <w:p>
      <w:r>
        <w:rPr>
          <w:b/>
        </w:rPr>
        <w:t xml:space="preserve">[33:53] </w:t>
      </w:r>
      <w:r>
        <w:t>Yeh hai woh muamla jis se hum humein idhar pesh hai. To humein ek ek team banana hai. Us waqt jo hum koshish kar rahe hain</w:t>
      </w:r>
    </w:p>
    <w:p>
      <w:pPr>
        <w:jc w:val="right"/>
      </w:pPr>
      <w:r>
        <w:t>یہ ہے وہ معاملہ جس سے ہم ہمیں ادھر پیش ہے۔ تو ہمیں ایک ایک ٹیم بنانا ہے۔ اس وقت جو ہم کوشش کر رہے ہیں</w:t>
      </w:r>
    </w:p>
    <w:p>
      <w:r>
        <w:rPr>
          <w:b/>
        </w:rPr>
        <w:t xml:space="preserve">[34:02] </w:t>
      </w:r>
      <w:r>
        <w:t>, woh isi liye kar rahe hain ke daaiyon ki ek team banayein. Woh ek detached environment nahi ban sakti hai, ek alag thalag mahol hi ban sakti hai.</w:t>
      </w:r>
    </w:p>
    <w:p>
      <w:pPr>
        <w:jc w:val="right"/>
      </w:pPr>
      <w:r>
        <w:t>، وہ اسی لیے کر رہے ہیں کہ داعیوں کی ایک ٹیم بنائیں۔ وہ ایک ڈیٹرائٹ انوائرمنٹ نہیں بن سکتی ہے، ایک الگ تھلگ ماحول ہی بن سکتی ہے۔</w:t>
      </w:r>
    </w:p>
    <w:p>
      <w:r>
        <w:rPr>
          <w:b/>
        </w:rPr>
        <w:t xml:space="preserve">[34:12] </w:t>
      </w:r>
      <w:r>
        <w:t>To yeh hum ne jo yahan par CPS ka jo mahol hai, yeh ek detroit environment is ko kahiyye. Aap</w:t>
      </w:r>
    </w:p>
    <w:p>
      <w:pPr>
        <w:jc w:val="right"/>
      </w:pPr>
      <w:r>
        <w:t>تو یہ ہم نے جو یہاں پر سی پی ایس کا جو ماحول ہے، یہ ایک ڈیٹرائٹ انوائرمنٹ اس کو کہیے۔ آپ</w:t>
      </w:r>
    </w:p>
    <w:p>
      <w:r>
        <w:rPr>
          <w:b/>
        </w:rPr>
        <w:t xml:space="preserve">[34:19] </w:t>
      </w:r>
      <w:r>
        <w:t>Yahan hum logon ko ki deconditioning karte hain, un ke zehn ko islaah karte hain, un ke andar positive thinking late hain, un ke andar dawat ki soch ubharte hain, un ko yeh batate hain ke Allah ke haan khush ho gayi ke dawat ka kaam kyun nahi kiya.</w:t>
      </w:r>
    </w:p>
    <w:p>
      <w:pPr>
        <w:jc w:val="right"/>
      </w:pPr>
      <w:r>
        <w:t>یہاں ہم لوگوں کو کی ڈی کنڈیشننگ کرتے ہیں، ان کے ذہن کو اصلاح کرتے ہیں، ان کے اندر پازیٹیو تھنکنگ لاتے ہیں، ان کے اندر دعوت کی سوچ ابھارتے ہیں، ان کو یہ بتاتے ہیں کہ اللہ کے ہاں خوش ہو گئی کہ دعوت کا کام کیوں نہیں کیا۔</w:t>
      </w:r>
    </w:p>
    <w:p>
      <w:r>
        <w:rPr>
          <w:b/>
        </w:rPr>
        <w:t xml:space="preserve">[34:37] </w:t>
      </w:r>
      <w:r>
        <w:t>Is tarah se hum individuals ko, afraad ko tayyar kar rahe hain.</w:t>
      </w:r>
    </w:p>
    <w:p>
      <w:pPr>
        <w:jc w:val="right"/>
      </w:pPr>
      <w:r>
        <w:t>اس طرح سے ہم انڈیویجولز کو، افراد کو تیار کر رہے ہیں۔</w:t>
      </w:r>
    </w:p>
    <w:p>
      <w:r>
        <w:rPr>
          <w:b/>
        </w:rPr>
        <w:t xml:space="preserve">[34:41] </w:t>
      </w:r>
      <w:r>
        <w:t>Yeh jo team ban rahi hai, yeh phir mashallah calculate kar rahi hai. Jate hain log jagah jagah, jagah jagah daawati kaam karte hain. To pehle dekhein, individual banta hai, phir team banti hai, phir group banta hai, phir dunya mein baat phailti hai.</w:t>
      </w:r>
    </w:p>
    <w:p>
      <w:pPr>
        <w:jc w:val="right"/>
      </w:pPr>
      <w:r>
        <w:t>یہ جو ٹیم بن رہی ہے، یہ پھر ماشاءاللہ کیلکولیٹ کر رہی ہے۔ جاتے ہیں لوگ جگہ جگہ، جگہ جگہ دعوتی کام کرتے ہیں۔ تو پہلے دیکھیں، انڈیویجول بنتا ہے، پھر ٹیم بنتی ہے، پھر گروپ بنتا ہے، پھر دنیا میں بات پھیلتی ہے۔</w:t>
      </w:r>
    </w:p>
    <w:p>
      <w:r>
        <w:rPr>
          <w:b/>
        </w:rPr>
        <w:t xml:space="preserve">[34:57] </w:t>
      </w:r>
      <w:r>
        <w:t>Yeh hai Hazrat Ibrahim ki uswa. Hazrat Ibrahim ne pehle individual banaye, phir ek qaum bani, phir woh qaum se ek team bani.</w:t>
      </w:r>
    </w:p>
    <w:p>
      <w:pPr>
        <w:jc w:val="right"/>
      </w:pPr>
      <w:r>
        <w:t>یہ ہے حضرت ابراہیم کوسوا۔ حضرت ابراہیم نے پہلے انڈیویجول بنائے، پھر ایک قوم بنی، پھر وہ قوم سے ایک ٹیم بنی۔</w:t>
      </w:r>
    </w:p>
    <w:p>
      <w:r>
        <w:rPr>
          <w:b/>
        </w:rPr>
        <w:t xml:space="preserve">[35:06] </w:t>
      </w:r>
      <w:r>
        <w:t>Is team ne sari dunya mein Islam ko phailaya. Ab dobara wohi tareekh lot aayi hai. Ab history dobara wohi lot aayi hai ke hum wohi pattern ikhtiyar karein jo Hazrat Ibrahim ka pattern tha.</w:t>
      </w:r>
    </w:p>
    <w:p>
      <w:pPr>
        <w:jc w:val="right"/>
      </w:pPr>
      <w:r>
        <w:t>اس ٹیم نے ساری دنیا میں اسلام کو پھیلایا۔ اب دوبارہ وہی تاریخ لوٹ آئی ہے۔ اب ہسٹری دوبارہ وہی لوٹ آئی ہے کہ ہم وہی پیٹرن اختیار کریں جو حضرت ابراہیم کا پیٹرن تھا۔</w:t>
      </w:r>
    </w:p>
    <w:p>
      <w:r>
        <w:rPr>
          <w:b/>
        </w:rPr>
        <w:t xml:space="preserve">[35:18] </w:t>
      </w:r>
      <w:r>
        <w:t>Ab is ayat ko samajh sakte hain aap ke sath. Matlab kya hai</w:t>
      </w:r>
    </w:p>
    <w:p>
      <w:pPr>
        <w:jc w:val="right"/>
      </w:pPr>
      <w:r>
        <w:t>اب اس آیت کو سمجھ سکتے ہیں آپ کے ساتھ۔ مطلب کیا ہے</w:t>
      </w:r>
    </w:p>
    <w:p>
      <w:r>
        <w:rPr>
          <w:b/>
        </w:rPr>
        <w:t xml:space="preserve">[35:24] </w:t>
      </w:r>
      <w:r>
        <w:t>Ke qad qala lakum uswa hasana fi Ibrahim wa lahu qala inna bara unkum mimma ta'budun min dunillah yani tumhare liye is mein hasana hai Ibrahim ki zindagi mein</w:t>
      </w:r>
    </w:p>
    <w:p>
      <w:pPr>
        <w:jc w:val="right"/>
      </w:pPr>
      <w:r>
        <w:t>کہ قد قال لكم اسرة حسنہ فی ابراہیم ولد نماہ اس قول و لقول میں انا برا منکم محمد عبد من دون اللہ یعنی تمہارے لیے اس میں حسنہ ہے ابراہیم کی زندگی میں</w:t>
      </w:r>
    </w:p>
    <w:p>
      <w:r>
        <w:rPr>
          <w:b/>
        </w:rPr>
        <w:t xml:space="preserve">[35:42] </w:t>
      </w:r>
      <w:r>
        <w:t>Jab unhone kaha apni qaum se ke hum tum ko disown karte hain aur jo tum ki ibadat karte ho aur inni thahib ila rabbi sayadain mein ja raha hoon tum ko chhod kar ke.</w:t>
      </w:r>
    </w:p>
    <w:p>
      <w:pPr>
        <w:jc w:val="right"/>
      </w:pPr>
      <w:r>
        <w:t>جب انہوں نے کہا اپنی قوم سے کہ ہم تم کو ڈس اون کرتے ہیں اور جو تم کی عبادت کرتے ہو اور انی ذاہب علی ربی سیدین میں جا رہا ہوں تم کو چھوڑ کر کے۔</w:t>
      </w:r>
    </w:p>
    <w:p>
      <w:r>
        <w:rPr>
          <w:b/>
        </w:rPr>
        <w:t xml:space="preserve">[35:53] </w:t>
      </w:r>
      <w:r>
        <w:t>Allah mujhe batayega mujhe kya karna hai. Yeh ayat aap ko mukhatib kar rahi hai, aaj ke musalmanon ko mukhatib kar rahi hai, ummat Muhammad ko khitab kar rahi hai ke</w:t>
      </w:r>
    </w:p>
    <w:p>
      <w:pPr>
        <w:jc w:val="right"/>
      </w:pPr>
      <w:r>
        <w:t>اللہ مجھے بتائے گا مجھے کیا کرنا ہے۔ یہ آیت آپ کو مخاطب کر رہی ہے، آج کے مسلمانوں کو مخاطب کر رہی ہے، امت محمدی کو خطاب کر رہی ہے کہ</w:t>
      </w:r>
    </w:p>
    <w:p>
      <w:r>
        <w:rPr>
          <w:b/>
        </w:rPr>
        <w:t xml:space="preserve">[36:06] </w:t>
      </w:r>
      <w:r>
        <w:t>Ibrahimi uswa ke mutabiq tum dobara wohi karo ke ek team banao, afraad banao, daai zehan paida karo, logon ke andar positive thinking lao taake dawat ka kaam jo hai woh is yani zinda ho aur aise log paida hon jo yeh is dard ko le ke uthein ke humein Allah ke paigham ko Allah ke bando tak pohanch</w:t>
      </w:r>
    </w:p>
    <w:p>
      <w:pPr>
        <w:jc w:val="right"/>
      </w:pPr>
      <w:r>
        <w:t>ابراہیمی اسوہ کے مطابق تم دوبارہ وہی کرو کہ ایک ٹیم بناؤ، افراد بناؤ، داعی ذہن پیدا کرو، لوگوں کے اندر پازیٹیو تھنکنگ لاؤ تاکہ دعوت کا کام جو ہے وہ اس یعنی زندہ ہو اور ایسے لوگ پیدا ہوں جو یہ اس درد کو لے کے اٹھیں کہ ہمیں اللہ کے پیغام کو اللہ کے بندوں تک پہنچ</w:t>
      </w:r>
    </w:p>
    <w:p>
      <w:r>
        <w:rPr>
          <w:b/>
        </w:rPr>
        <w:t xml:space="preserve">[36:31] </w:t>
      </w:r>
      <w:r>
        <w:t>ana hai. Is dard ko le ke uthein, is dard wale insaan banane ke liye humein ek ek mahol chahiye. To wahan unhone desert mein kiya tha woh kaam, hum yahan chhote se is CPS ki auditorium mein kar rahe hain.</w:t>
      </w:r>
    </w:p>
    <w:p>
      <w:pPr>
        <w:jc w:val="right"/>
      </w:pPr>
      <w:r>
        <w:t>انا ہے۔ اس درد کو لے کے اٹھیں، اس درد والے انسان بنانے کے لیے ہمیں ایک ایک ماحول چاہیے۔ تو وہاں انہوں نے ڈیزرٹ میں کیا تھا وہ کام، ہم یہاں چھوٹے سے اس سی پی ایس کی آڈیٹوریم میں کر رہے ہیں۔</w:t>
      </w:r>
    </w:p>
    <w:p>
      <w:r>
        <w:rPr>
          <w:b/>
        </w:rPr>
        <w:t xml:space="preserve">[36:46] </w:t>
      </w:r>
      <w:r>
        <w:t>Yeh revival of us uswa Ibrahim hai, yeh yani yeh Hazrat Ibrahim ki uswa ko revive karna hai, is ko zinda karna hai</w:t>
      </w:r>
    </w:p>
    <w:p>
      <w:pPr>
        <w:jc w:val="right"/>
      </w:pPr>
      <w:r>
        <w:t>یہ ریوائیول آف اس اسوہ ابراہیم ہے، یہ یعنی یہ حضرت ابراہیم کی اسوہ کو ریوائیو کرنا ہے، اس کو زندہ کرنا ہے</w:t>
      </w:r>
    </w:p>
    <w:p>
      <w:r>
        <w:rPr>
          <w:b/>
        </w:rPr>
        <w:t xml:space="preserve">[36:59] </w:t>
      </w:r>
      <w:r>
        <w:t>Ek distil mahol mein. Aur yeh itna zyada mushkil kaam hai, itna mushkil kaam hai ke jab tak aap sakht yani bahut zyada cautious na hon ke yahan par koi distraction ki baat na ho, yahan par koi zara bhi koi koi disturb karne wala waqea na ho, tab ja kar bahut mushkil se koi log trained honge.</w:t>
      </w:r>
    </w:p>
    <w:p>
      <w:pPr>
        <w:jc w:val="right"/>
      </w:pPr>
      <w:r>
        <w:t>ایک ڈسٹائل ماحول میں۔ اور یہ اتنا زیادہ مشکل کام ہے، اتنا مشکل کام ہے کہ جب تک آپ سخت یعنی بہت زیادہ کاشس نہ ہوں کہ یہاں پر کوئی ڈسٹریشن کی بات نہ ہو، یہاں پر کوئی ذرا بھی کوئی کوئی ڈسٹرب کرنے والا واقعہ نہ ہو، تب جا کر بہت مشکل سے کوئی لوگ ٹرینڈ ہوں گے۔</w:t>
      </w:r>
    </w:p>
    <w:p>
      <w:r>
        <w:rPr>
          <w:b/>
        </w:rPr>
        <w:t xml:space="preserve">[37:28] </w:t>
      </w:r>
      <w:r>
        <w:t>Bahut mushkil se, bahut mushkil se. To Hazrat Ibrahim ne isi nazakat ki wajah se apne apne sathiyon ko le kar ke desert mein basa diya, jahan koi distraction nahi, jahan koi disturb karne wala nahi,</w:t>
      </w:r>
    </w:p>
    <w:p>
      <w:pPr>
        <w:jc w:val="right"/>
      </w:pPr>
      <w:r>
        <w:t>بہت مشکل سے، بہت مشکل سے۔ تو حضرت ابراہیم نے اسی نزاکت کی وجہ سے اپنے اپنے ساتھیوں کو لے کر کے ڈیزرٹ میں بسا دیا، جہاں کوئی ڈسٹریشن نہیں، جہاں کوئی ڈسٹرب کرنے والا نہیں،</w:t>
      </w:r>
    </w:p>
    <w:p>
      <w:r>
        <w:rPr>
          <w:b/>
        </w:rPr>
        <w:t xml:space="preserve">[37:46] </w:t>
      </w:r>
      <w:r>
        <w:t>Kuch bhi nahi. To woh us zamane mein baghair desert mein jaye yeh kaam ho nahi sakta tha.</w:t>
      </w:r>
    </w:p>
    <w:p>
      <w:pPr>
        <w:jc w:val="right"/>
      </w:pPr>
      <w:r>
        <w:t>کچھ بھی نہیں۔ تو وہ اس زمانے میں بغیر ڈیزرٹ میں جائے یہ کام ہو نہیں سکتا تھا۔</w:t>
      </w:r>
    </w:p>
    <w:p>
      <w:r>
        <w:rPr>
          <w:b/>
        </w:rPr>
        <w:t xml:space="preserve">[37:55] </w:t>
      </w:r>
      <w:r>
        <w:t>Desert mein jaye baghair yeh kaam ho nahi sakta tha kyunke woh zamana tha desert persecution ka zamana. Ab desert freedom hai, ab humein desert mein jane ki zaroorat nahi hai.</w:t>
      </w:r>
    </w:p>
    <w:p>
      <w:pPr>
        <w:jc w:val="right"/>
      </w:pPr>
      <w:r>
        <w:t>ڈیزرٹ میں جائے بغیر یہ کام ہو نہیں سکتا تھا کیونکہ وہ زمانہ تھا ڈیزرٹ پرسیکیوشن کا زمانہ۔ اب ڈیزرٹ فریڈم ہے، اب ہمیں ڈیزرٹ میں جانے کی ضرورت نہیں ہے۔</w:t>
      </w:r>
    </w:p>
    <w:p>
      <w:r>
        <w:rPr>
          <w:b/>
        </w:rPr>
        <w:t xml:space="preserve">[38:05] </w:t>
      </w:r>
      <w:r>
        <w:t>hum kaheen bhi aik building mein apna woh mahol bana sakte hain, lekin is mahol ke andar humein sakht aik culture ikhtiyar karna paray ga. bohat sakht culture, bohat hi sakht culture.</w:t>
      </w:r>
    </w:p>
    <w:p>
      <w:pPr>
        <w:jc w:val="right"/>
      </w:pPr>
      <w:r>
        <w:t>ہم کہیں بھی ایک بلڈنگ میں اپنا وہ ماحول بنا سکتے ہیں، لیکن اس ماحول کے اندر ہمیں سخت ایک کلچر اختیار کرنا پڑے گا۔ بہت سخت کلچر، بہت ہی سخت کلچر۔</w:t>
      </w:r>
    </w:p>
    <w:p>
      <w:r>
        <w:rPr>
          <w:b/>
        </w:rPr>
        <w:t xml:space="preserve">[38:19] </w:t>
      </w:r>
      <w:r>
        <w:t>to yeh mein chahta hoon ke aap is baat ko samjhein, yaani Allah ki scheme kya hai, is ko samhein.</w:t>
      </w:r>
    </w:p>
    <w:p>
      <w:pPr>
        <w:jc w:val="right"/>
      </w:pPr>
      <w:r>
        <w:t>تو یہ میں چاہتا ہوں کہ آپ اس بات کو سمجھیں، یعنی اللہ کی اسکیم کیا ہے، اس کو سمجھیں۔</w:t>
      </w:r>
    </w:p>
    <w:p>
      <w:r>
        <w:rPr>
          <w:b/>
        </w:rPr>
        <w:t xml:space="preserve">[38:29] </w:t>
      </w:r>
      <w:r>
        <w:t>hazrat ibrahim ka hawala quran mein kyun hai, is ko samhein. logon ka haal yeh hai ke rasool Allah ka jo hawala hai, us ke baray mein to samajhte hain ke rasool Allah ne jis tarah namaz parhi, waise namaz parho.</w:t>
      </w:r>
    </w:p>
    <w:p>
      <w:pPr>
        <w:jc w:val="right"/>
      </w:pPr>
      <w:r>
        <w:t>حضرت ابراہیم کا حوالہ قرآن میں کیوں ہے، اس کو سمجھیں۔ لوگوں کا حال یہ ہے کہ رسول اللہ کا جو حوالہ ہے، اس کے بارے میں تو سمجھتے ہیں کہ رسول اللہ نے جس طرح نماز پڑھی، ویسے نماز پڑھو۔</w:t>
      </w:r>
    </w:p>
    <w:p>
      <w:r>
        <w:rPr>
          <w:b/>
        </w:rPr>
        <w:t xml:space="preserve">[38:41] </w:t>
      </w:r>
      <w:r>
        <w:t>rasool Allah ne jis tarah hajj kiya, waise hajj karo. rasool Allah ne jo akhlaq phirte hain, woh akhlaq phirte hain.</w:t>
      </w:r>
    </w:p>
    <w:p>
      <w:pPr>
        <w:jc w:val="right"/>
      </w:pPr>
      <w:r>
        <w:t>رسول اللہ نے جس طرح حج کیا، ویسے حج کرو۔ رسول اللہ نے جو اخلاق پھرتے ہیں، وہ اخلاق پھرتے ہیں۔</w:t>
      </w:r>
    </w:p>
    <w:p>
      <w:r>
        <w:rPr>
          <w:b/>
        </w:rPr>
        <w:t xml:space="preserve">[38:46] </w:t>
      </w:r>
      <w:r>
        <w:t>lekin logon ko yeh pata nahi ke hazrat ibrahim علیہ السلام ka uswa, jis ko quran mein refer kiya gaya hai, woh kya cheez hai, woh kya cheez hai, is ko jantay hi nahi.</w:t>
      </w:r>
    </w:p>
    <w:p>
      <w:pPr>
        <w:jc w:val="right"/>
      </w:pPr>
      <w:r>
        <w:t>لیکن لوگوں کو یہ پتہ نہیں کہ حضرت ابراہیم علیہ السلام کا اسوہ، جس کو قرآن میں ریفر کیا گیا ہے، وہ کیا چیز ہے، وہ کیا چیز ہے، اس کو جانتے ہی نہیں۔</w:t>
      </w:r>
    </w:p>
    <w:p>
      <w:r>
        <w:rPr>
          <w:b/>
        </w:rPr>
        <w:t xml:space="preserve">[38:58] </w:t>
      </w:r>
      <w:r>
        <w:t>to jab dunya mein fitna dahaima aa jaye, jab dunya mein aik taraf se log negative thinking mein mubtala ho jayen, aik taraf se logon ko negative conditioning ka waqia pesh aa jaye,</w:t>
      </w:r>
    </w:p>
    <w:p>
      <w:pPr>
        <w:jc w:val="right"/>
      </w:pPr>
      <w:r>
        <w:t>تو جب دنیا میں فتنہ دہائمہ آ جائے، جب دنیا میں ایک طرف سے لوگ نیگیٹیو تھنکنگ میں مبتلا ہو جائیں، ایک طرف سے لوگوں کو نیگیٹیو کنڈیشننگ کا واقعہ پیش آ جائے،</w:t>
      </w:r>
    </w:p>
    <w:p>
      <w:r>
        <w:rPr>
          <w:b/>
        </w:rPr>
        <w:t xml:space="preserve">[39:12] </w:t>
      </w:r>
      <w:r>
        <w:t>aik taraf se log aik aik yaani rabbani soch se mehroom ho jayen, aik taraf se, to us waqt aap ko aik aik aik mahol dhoondna paray ga.</w:t>
      </w:r>
    </w:p>
    <w:p>
      <w:pPr>
        <w:jc w:val="right"/>
      </w:pPr>
      <w:r>
        <w:t>ایک طرف سے لوگ ایک ایک یعنی ربانی سوچ سے محروم ہو جائیں، ایک طرف سے، تو اس وقت آپ کو ایک ایک ایک ماحول ڈھونڈنا پڑے گا۔</w:t>
      </w:r>
    </w:p>
    <w:p>
      <w:r>
        <w:rPr>
          <w:b/>
        </w:rPr>
        <w:t xml:space="preserve">[39:25] </w:t>
      </w:r>
      <w:r>
        <w:t>aik mahol, aik aik aik aik aik aik exclusive dunya dhoondni paray gi,</w:t>
      </w:r>
    </w:p>
    <w:p>
      <w:pPr>
        <w:jc w:val="right"/>
      </w:pPr>
      <w:r>
        <w:t>ایک ماحول، ایک ایک ایک ایک ایک ایک ایکسکلوسیو دنیا ڈھونڈنی پڑے گی،</w:t>
      </w:r>
    </w:p>
    <w:p>
      <w:r>
        <w:rPr>
          <w:b/>
        </w:rPr>
        <w:t xml:space="preserve">[39:32] </w:t>
      </w:r>
      <w:r>
        <w:t>jahan aap dunya se alag thalag kar ke logon ko, yaani hamesha ke liye alag thalag nahi, hum itwar ko chand ghantay ke liye yahan alag thalag karte hain, phir log apnay kaam mein chalay jatay hain, aur phir hum un ko kehtay hain ke literature parho, kitaben parho,</w:t>
      </w:r>
    </w:p>
    <w:p>
      <w:pPr>
        <w:jc w:val="right"/>
      </w:pPr>
      <w:r>
        <w:t>جہاں آپ دنیا سے الگ تھلگ کر کے لوگوں کو، یعنی ہمیشہ کے لیے الگ تھلگ نہیں، ہم اتوار کو چند گھنٹے کے لیے یہاں الگ تھلگ کرتے ہیں، پھر لوگ اپنے کام میں چلے جاتے ہیں، اور پھر ہم ان کو کہتے ہیں کہ لٹریچر پڑھو، کتابیں پڑھو،</w:t>
      </w:r>
    </w:p>
    <w:p>
      <w:r>
        <w:rPr>
          <w:b/>
        </w:rPr>
        <w:t xml:space="preserve">[39:49] </w:t>
      </w:r>
      <w:r>
        <w:t>lecture suno. to us zamanay mein yahi pattern jo hai, hazrat ibrahim ke pattern ka modern application hai.</w:t>
      </w:r>
    </w:p>
    <w:p>
      <w:pPr>
        <w:jc w:val="right"/>
      </w:pPr>
      <w:r>
        <w:t>لیکچر سنو۔ تو اس زمانے میں یہی پیٹرن جو ہے، حضرت ابراہیم کے پیٹرن کا ماڈرن ایپلیکیشن ہے۔</w:t>
      </w:r>
    </w:p>
    <w:p>
      <w:r>
        <w:rPr>
          <w:b/>
        </w:rPr>
        <w:t xml:space="preserve">[39:58] </w:t>
      </w:r>
      <w:r>
        <w:t>dekhein, yeh bhi mein arz karoon ke kisi pattern ko apnanay ke liye aap ke andar creativity chahiye, ijtihadi salahiyat chahiye, kyun ke pattern yeh halaat ke aitbar se hota hai.</w:t>
      </w:r>
    </w:p>
    <w:p>
      <w:pPr>
        <w:jc w:val="right"/>
      </w:pPr>
      <w:r>
        <w:t>دیکھیں، یہ بھی میں عرض کروں کہ کسی پیٹرن کو اپنانے کے لیے آپ کے اندر کریٹیوٹی چاہیے، اجتہادی صلاحیت چاہیے، کیونکہ پیٹرن یہ حالات کے اعتبار سے ہوتا ہے۔</w:t>
      </w:r>
    </w:p>
    <w:p>
      <w:r>
        <w:rPr>
          <w:b/>
        </w:rPr>
        <w:t xml:space="preserve">[40:13] </w:t>
      </w:r>
      <w:r>
        <w:t>pattern is tarah nahi hai ke jaise namaz parhna hai, to wohi namaz jo rasool Allah ne parhi thi makkah madinah mein, wohi humein hi parhna hai.</w:t>
      </w:r>
    </w:p>
    <w:p>
      <w:pPr>
        <w:jc w:val="right"/>
      </w:pPr>
      <w:r>
        <w:t>پیٹرن اس طرح نہیں ہے کہ جیسے نماز پڑھنا ہے، تو وہی نماز جو رسول اللہ نے پڑھی تھی مکہ مدینہ میں، وہی ہمیں ہی پڑھنا ہے۔</w:t>
      </w:r>
    </w:p>
    <w:p>
      <w:r>
        <w:rPr>
          <w:b/>
        </w:rPr>
        <w:t xml:space="preserve">[40:21] </w:t>
      </w:r>
      <w:r>
        <w:t>is mein koi tabdeeli ki baat nahi hai, kyun ke aap kyun ke aap jantay hain ke ulama ka nazariya hai ke ta'abudi umoor mein ijtihad nahi.</w:t>
      </w:r>
    </w:p>
    <w:p>
      <w:pPr>
        <w:jc w:val="right"/>
      </w:pPr>
      <w:r>
        <w:t>اس میں کوئی تبدیلی کی بات نہیں ہے، کیونکہ آپ کیونکہ آپ جانتے ہیں کہ علماء کا نظریہ ہے کہ تعبدی امور میں اجتہاد نہیں۔</w:t>
      </w:r>
    </w:p>
    <w:p>
      <w:r>
        <w:rPr>
          <w:b/>
        </w:rPr>
        <w:t xml:space="preserve">[40:31] </w:t>
      </w:r>
      <w:r>
        <w:t>ulama yeh kehtay hain ke ta'abudi umoor mein ijtihad nahi. is ka matlab yahi hai ke is mein koi pattern ke badalnay ki baat nahi hai, jo hai wohi rahay</w:t>
      </w:r>
    </w:p>
    <w:p>
      <w:pPr>
        <w:jc w:val="right"/>
      </w:pPr>
      <w:r>
        <w:t>علماء یہ کہتے ہیں کہ تعبدی امور میں اجتہاد نہیں۔ اس کا مطلب یہی ہے کہ اس میں کوئی پیٹرن کے بدلنے کی بات نہیں ہے، جو ہے وہی رہے</w:t>
      </w:r>
    </w:p>
    <w:p>
      <w:r>
        <w:rPr>
          <w:b/>
        </w:rPr>
        <w:t xml:space="preserve">[40:39] </w:t>
      </w:r>
      <w:r>
        <w:t>ga. lekin yeh jo kaam hai, dawat ki planning, afraad ki tayari, is mein ibrahimi ka revival, yeh to creativity chahta hai.</w:t>
      </w:r>
    </w:p>
    <w:p>
      <w:pPr>
        <w:jc w:val="right"/>
      </w:pPr>
      <w:r>
        <w:t>گا۔ لیکن یہ جو کام ہے، دعوت کی پلاننگ، افراد کی تیاری، اس میں ابراہیمی کا ریوائیول، یہ تو کریٹیوٹی چاہتا ہے۔</w:t>
      </w:r>
    </w:p>
    <w:p>
      <w:r>
        <w:rPr>
          <w:b/>
        </w:rPr>
        <w:t xml:space="preserve">[40:51] </w:t>
      </w:r>
      <w:r>
        <w:t>yaani apnay zamanay ke lehaz se aap dekhna paray ga ke aaj ke halaat mein hum is ko kis tarah apply karein, aaj ke halaat mein is ka tareeqa kya ho.</w:t>
      </w:r>
    </w:p>
    <w:p>
      <w:pPr>
        <w:jc w:val="right"/>
      </w:pPr>
      <w:r>
        <w:t>یعنی اپنے زمانے کے لحاظ سے آپ دیکھنا پڑے گا کہ آج کے حالات میں ہم اس کو کس طرح اپلائی کریں، آج کے حالات میں اس کا طریقہ کیا ہو۔</w:t>
      </w:r>
    </w:p>
    <w:p>
      <w:r>
        <w:rPr>
          <w:b/>
        </w:rPr>
        <w:t xml:space="preserve">[41:02] </w:t>
      </w:r>
      <w:r>
        <w:t>yeh koi namaz ki wali baat nahi ke is mein same pattern chalay</w:t>
      </w:r>
    </w:p>
    <w:p>
      <w:pPr>
        <w:jc w:val="right"/>
      </w:pPr>
      <w:r>
        <w:t>یہ کوئی نماز کی والی بات نہیں کہ اس میں سیم پیٹرن چلے</w:t>
      </w:r>
    </w:p>
    <w:p>
      <w:r>
        <w:rPr>
          <w:b/>
        </w:rPr>
        <w:t xml:space="preserve">[41:06] </w:t>
      </w:r>
      <w:r>
        <w:t>ga hamesha. is mein aap ko sochna paray ga. to mein ne us waqt socha to mujhe samajh mein aaya ke jo is ka jo cracks hai, cracks asal woh hai disturbed environment mein logon ko lana,</w:t>
      </w:r>
    </w:p>
    <w:p>
      <w:pPr>
        <w:jc w:val="right"/>
      </w:pPr>
      <w:r>
        <w:t>گا ہمیشہ۔ اس میں آپ کو سوچنا پڑے گا۔ تو میں نے اس وقت سوچا تو مجھے سمجھ میں آیا کہ جو اس کا جو کریکس ہے، کریکس اصل وہ ہے ڈسٹائرڈ انوائرمنٹ میں لوگوں کو لانا،</w:t>
      </w:r>
    </w:p>
    <w:p>
      <w:r>
        <w:rPr>
          <w:b/>
        </w:rPr>
        <w:t xml:space="preserve">[41:22] </w:t>
      </w:r>
      <w:r>
        <w:t>disturbed environment create karna, wahan logon ko lana. to wahan usi maqsad ke liye le ke desert mein hum usi maqsad ke liye un ko latay hain aik building mein,</w:t>
      </w:r>
    </w:p>
    <w:p>
      <w:pPr>
        <w:jc w:val="right"/>
      </w:pPr>
      <w:r>
        <w:t>ڈسٹائرڈ انوائرمنٹ کریٹ کرنا، وہاں لوگوں کو لانا۔ تو وہاں اسی مقصد کے لیے لے کے ڈیزرٹ میں ہم اسی مقصد کے لیے ان کو لاتے ہیں ایک بلڈنگ میں،</w:t>
      </w:r>
    </w:p>
    <w:p>
      <w:r>
        <w:rPr>
          <w:b/>
        </w:rPr>
        <w:t xml:space="preserve">[41:34] </w:t>
      </w:r>
      <w:r>
        <w:t>disturbed environment yaani alag thalag mahol. to is ko aap samjhiye aur janiye ke us waqt muhammadi kya hai, us waqt ibrahimi kya hai, aur zamanay ke lehaz se is ka modern application kya hai,</w:t>
      </w:r>
    </w:p>
    <w:p>
      <w:pPr>
        <w:jc w:val="right"/>
      </w:pPr>
      <w:r>
        <w:t>ڈسٹائرڈ انوائرمنٹ یعنی الگ تھلگ ماحول۔ تو اس کو آپ سمجھیے اور جانیے کہ اس وقت محمدی کیا ہے، اس وقت ابراہیمی کیا ہے، اور زمانے کے لحاظ سے اس کا ماڈرن ایپلیکیشن کیا ہے،</w:t>
      </w:r>
    </w:p>
    <w:p>
      <w:r>
        <w:rPr>
          <w:b/>
        </w:rPr>
        <w:t xml:space="preserve">[41:49] </w:t>
      </w:r>
      <w:r>
        <w:t>aur is ke taqazay kya hain, kya research humein wahan karna paray gi, in cheezon se humein bachna paray ga. in sab ko janiye. warna kya hoga?</w:t>
      </w:r>
    </w:p>
    <w:p>
      <w:pPr>
        <w:jc w:val="right"/>
      </w:pPr>
      <w:r>
        <w:t>اور اس کے تقاضے کیا ہیں، کیا ریسرچ ہمیں وہاں کرنا پڑے گی، ان چیزوں سے ہمیں بچنا پڑے گا۔ ان سب کو جانیے۔ ورنہ کیا ہوگا؟</w:t>
      </w:r>
    </w:p>
    <w:p>
      <w:r>
        <w:rPr>
          <w:b/>
        </w:rPr>
        <w:t xml:space="preserve">[41:58] </w:t>
      </w:r>
      <w:r>
        <w:t>logon ko misunderstanding ho jaye gi, galat fehmiyan ho jayen gi, galat fehmiyan ho jayen gi logon ko. agar aap gehrai ke sath na samjhein ke yeh planning kya hai, to bohat ziyada is ka imkan hai ke aap galat fehmi mein par jayen,</w:t>
      </w:r>
    </w:p>
    <w:p>
      <w:pPr>
        <w:jc w:val="right"/>
      </w:pPr>
      <w:r>
        <w:t>لوگوں کو مس انڈرسٹینڈنگ ہو جائے گی، غلط فہمیاں ہو جائیں گی، غلط فہمیاں ہو جائیں گی لوگوں کو۔ اگر آپ گہرائی کے ساتھ نہ سمجھیں کہ یہ پلاننگ کیا ہے، تو بہت زیادہ اس کا امکان ہے کہ آپ غلط فہمی میں پڑ جائیں،</w:t>
      </w:r>
    </w:p>
    <w:p>
      <w:r>
        <w:rPr>
          <w:b/>
        </w:rPr>
        <w:t xml:space="preserve">[42:15] </w:t>
      </w:r>
      <w:r>
        <w:t>galat fehmi mein par jayen. to galat yaani galat fehmi se bachnay ke liye aqal chahiye, tadabbur chahiye.</w:t>
      </w:r>
    </w:p>
    <w:p>
      <w:pPr>
        <w:jc w:val="right"/>
      </w:pPr>
      <w:r>
        <w:t>غلط فہمی میں پڑ جائیں۔ تو غلط یعنی غلط فہمی سے بچنے کے لیے عقل چاہیے، تدبر چاہیے۔</w:t>
      </w:r>
    </w:p>
    <w:p>
      <w:r>
        <w:rPr>
          <w:b/>
        </w:rPr>
        <w:t xml:space="preserve">[42:25] </w:t>
      </w:r>
      <w:r>
        <w:t>aik misl farsi mein kaha jata hai ke yak man ilm ra dehman aqalm chahiye yak man ilm ra dehman aqalm chahiye.</w:t>
      </w:r>
    </w:p>
    <w:p>
      <w:pPr>
        <w:jc w:val="right"/>
      </w:pPr>
      <w:r>
        <w:t>ایک مثل فارسی میں کہا جاتا ہے کہ یک من علم را دہمن عقلم باید یک من علم را دہمن عقلم باید۔</w:t>
      </w:r>
    </w:p>
    <w:p>
      <w:r>
        <w:rPr>
          <w:b/>
        </w:rPr>
        <w:t xml:space="preserve">[42:35] </w:t>
      </w:r>
      <w:r>
        <w:t>aik man ilm ke liye das man aqal chahiye. yaani agar aap aik man baton ko jantay hain to aap ko das man aqal chahiye is ko interpretation karne ke liye, sahi interpretation ke liye.</w:t>
      </w:r>
    </w:p>
    <w:p>
      <w:pPr>
        <w:jc w:val="right"/>
      </w:pPr>
      <w:r>
        <w:t>ایک من علم کے لیے دس من عقل چاہیے۔ یعنی اگر آپ ایک من باتوں کو جانتے ہیں تو آپ کو دس من عقل چاہیے اس کو انٹرپریشن کرنے کے لیے، صحیح انٹرپریشن کے لیے۔</w:t>
      </w:r>
    </w:p>
    <w:p>
      <w:r>
        <w:rPr>
          <w:b/>
        </w:rPr>
        <w:t xml:space="preserve">[42:46] </w:t>
      </w:r>
      <w:r>
        <w:t>boht hi ahem yeh yeh maqola hai ke aik man ilm ke liye das man aql chahiye. yani aap ke paas aik man information hai to aap ko das man aql chahiye is ko sahi andaz mein interpret karne ke liye.</w:t>
      </w:r>
    </w:p>
    <w:p>
      <w:pPr>
        <w:jc w:val="right"/>
      </w:pPr>
      <w:r>
        <w:t>بہت ہی اہم یہ یہ مقولہ ہے کہ ایک من علم کے لیے دس من عقل چاہیے۔ یعنی آپ کے پاس ایک من انفارمیشن ہے تو آپ کو دس من عقل چاہیے اس کو صحیح انداز میں انٹرپریٹ کرنے کے لیے۔</w:t>
      </w:r>
    </w:p>
    <w:p>
      <w:r>
        <w:rPr>
          <w:b/>
        </w:rPr>
        <w:t xml:space="preserve">[43:00] </w:t>
      </w:r>
      <w:r>
        <w:t>matlab kuch ko kar den ge, aap ghalat interpretation de den ge, ghalat mani nikal len ge. to aap ko aik boht hi bari zimmedari aap ke upar hai.</w:t>
      </w:r>
    </w:p>
    <w:p>
      <w:pPr>
        <w:jc w:val="right"/>
      </w:pPr>
      <w:r>
        <w:t>مطلب کچھ کو کر دیں گے، آپ غلط انٹرپریشن دے دیں گے، غلط معنی نکال لیں گے۔ تو آپ کو ایک بہت ہی بڑی ذمہ داری آپ کے اوپر ہے۔</w:t>
      </w:r>
    </w:p>
    <w:p>
      <w:r>
        <w:rPr>
          <w:b/>
        </w:rPr>
        <w:t xml:space="preserve">[43:12] </w:t>
      </w:r>
      <w:r>
        <w:t>to aap aap sirf aik man ilm par mat qanae rahi</w:t>
      </w:r>
    </w:p>
    <w:p>
      <w:pPr>
        <w:jc w:val="right"/>
      </w:pPr>
      <w:r>
        <w:t>تو آپ آپ صرف ایک من علم پر مت قانع رہی</w:t>
      </w:r>
    </w:p>
    <w:p>
      <w:r>
        <w:rPr>
          <w:b/>
        </w:rPr>
        <w:t xml:space="preserve">[43:16] </w:t>
      </w:r>
      <w:r>
        <w:t>e, das man aql bhi paida kijiye apne andar. sirf aik man man ka matlab tha abhi is wali quintal yani aik aik quintal aap ka ilm hai to das quintal aap ko aql chahiye.</w:t>
      </w:r>
    </w:p>
    <w:p>
      <w:pPr>
        <w:jc w:val="right"/>
      </w:pPr>
      <w:r>
        <w:t>ے، دس من عقل بھی پیدا کیجئے اپنے اندر۔ صرف ایک من من کا مطلب تھا ابھی اس والی کوئنٹل یعنی ایک ایک کوئنٹل آپ کا علم ہے تو دس کوئنٹل آپ کو عقل چاہیے۔</w:t>
      </w:r>
    </w:p>
    <w:p>
      <w:r>
        <w:rPr>
          <w:b/>
        </w:rPr>
        <w:t xml:space="preserve">[43:30] </w:t>
      </w:r>
      <w:r>
        <w:t>warna boht jald aap ghalat fehmi mein par jayen ge. koi behkanay wala aap ko behka de ga to kyunke sahi interpretation nahi de payen ge aap.</w:t>
      </w:r>
    </w:p>
    <w:p>
      <w:pPr>
        <w:jc w:val="right"/>
      </w:pPr>
      <w:r>
        <w:t>ورنہ بہت جلد آپ غلط فہمی میں پڑ جائیں گے۔ کوئی بہکانے والا آپ کو بہکا دے گا تو کیونکہ صحیح انٹرپریشن نہیں دے پائیں گے آپ۔</w:t>
      </w:r>
    </w:p>
    <w:p>
      <w:r>
        <w:rPr>
          <w:b/>
        </w:rPr>
        <w:t xml:space="preserve">[43:40] </w:t>
      </w:r>
      <w:r>
        <w:t>to yeh boht hi nazuk kaam hai. isi ke lehaz se aap ko apne aap ko tayar karna</w:t>
      </w:r>
    </w:p>
    <w:p>
      <w:pPr>
        <w:jc w:val="right"/>
      </w:pPr>
      <w:r>
        <w:t>تو یہ بہت ہی نازک کام ہے۔ اسی کے لحاظ سے آپ کو اپنے آپ کو تیار کرنا</w:t>
      </w:r>
    </w:p>
    <w:p>
      <w:r>
        <w:rPr>
          <w:b/>
        </w:rPr>
        <w:t xml:space="preserve">[43:45] </w:t>
      </w:r>
      <w:r>
        <w:t>hai. tabhi aap Allah taala ke haan yani aala maqamat ke mustahiq qarar payen ge. yeh saada baat nahi hai, yeh tareekh ki aik mushkil tareen planning hai.</w:t>
      </w:r>
    </w:p>
    <w:p>
      <w:pPr>
        <w:jc w:val="right"/>
      </w:pPr>
      <w:r>
        <w:t>ہے۔ تبھی آپ اللہ تعالی کے ہاں یعنی اعلی مقامات کے مستحق قرار پائیں گے۔ یہ سادہ بات نہیں ہے، یہ تاریخ کی ایک مشکل ترین پلاننگ ہے۔</w:t>
      </w:r>
    </w:p>
    <w:p>
      <w:r>
        <w:rPr>
          <w:b/>
        </w:rPr>
        <w:t xml:space="preserve">[43:59] </w:t>
      </w:r>
      <w:r>
        <w:t>yeh to meri dua hai ke Allah taala mujh ko aur aap ko tofeeq de ke aap is baat ko samjhen aur Allah ki tofeeq se is kaam ko kamyab bana saken.</w:t>
      </w:r>
    </w:p>
    <w:p>
      <w:pPr>
        <w:jc w:val="right"/>
      </w:pPr>
      <w:r>
        <w:t>یہ تو میری دعا ہے کہ اللہ تعالی مجھ کو اور آپ کو توفیق دے کہ آپ اس بات کو سمجھیں اور اللہ کی توفیق سے اس کام کو کامیاب بنا سکیں۔</w:t>
      </w:r>
    </w:p>
    <w:p>
      <w:r>
        <w:rPr>
          <w:b/>
        </w:rPr>
        <w:t xml:space="preserve">[44:10] </w:t>
      </w:r>
      <w:r>
        <w:t>aqool qoulihaza wastaghfirullah li ilmikim ajmaeen</w:t>
      </w:r>
    </w:p>
    <w:p>
      <w:pPr>
        <w:jc w:val="right"/>
      </w:pPr>
      <w:r>
        <w:t>اقول قولیھذا واستغفراللہ لعلمکم اجمعین</w:t>
      </w:r>
    </w:p>
    <w:p>
      <w:r>
        <w:rPr>
          <w:b/>
        </w:rPr>
        <w:t xml:space="preserve">[44:20] </w:t>
      </w:r>
      <w:r>
        <w:t>bismillah hir rahman nir rahim rab ishrah li sadri wa yassir li amri wah lul uqdatan min lisani yafqahu qawli pichle kai saalon se Germany jaane ka ittefaq hua kyunke wahan jo dunya ka sab se bara book fair hai, Frankfurt book fair, wahan participate karne ka ittefaq hua.</w:t>
      </w:r>
    </w:p>
    <w:p>
      <w:pPr>
        <w:jc w:val="right"/>
      </w:pPr>
      <w:r>
        <w:t>بسم اللہ الرحمن الرحیم رب اشرح لی صدری ویسر لی امری واحل العقدۃ من لسانی یفقہ قولی پچھلے کئی سالوں سے جرمنی جانے کا اتفاق ہوا کیونکہ وہاں جو دنیا کا سب سے بڑا بک فیئر ہے، فرینکفرٹ بک فیئر، وہاں پارٹیسپیٹ کرنے کا اتفاق ہوا۔</w:t>
      </w:r>
    </w:p>
    <w:p>
      <w:r>
        <w:rPr>
          <w:b/>
        </w:rPr>
        <w:t xml:space="preserve">[44:43] </w:t>
      </w:r>
      <w:r>
        <w:t>mere khayal se saatveen bar jana hua</w:t>
      </w:r>
    </w:p>
    <w:p>
      <w:pPr>
        <w:jc w:val="right"/>
      </w:pPr>
      <w:r>
        <w:t>میرے خیال سے ساتویں بار جانا ہوا</w:t>
      </w:r>
    </w:p>
    <w:p>
      <w:r>
        <w:rPr>
          <w:b/>
        </w:rPr>
        <w:t xml:space="preserve">[44:47] </w:t>
      </w:r>
      <w:r>
        <w:t>to jab Quran shaye hua paanch saal pehle to hum ne Quran wahan le jana shuru kiya aur distribution shuru ki.</w:t>
      </w:r>
    </w:p>
    <w:p>
      <w:pPr>
        <w:jc w:val="right"/>
      </w:pPr>
      <w:r>
        <w:t>تو جب قرآن شائع ہوا پانچ سال پہلے تو ہم نے قرآن وہاں لے جانا شروع کیا اور ڈسٹریبیوشن شروع کیا۔</w:t>
      </w:r>
    </w:p>
    <w:p>
      <w:r>
        <w:rPr>
          <w:b/>
        </w:rPr>
        <w:t xml:space="preserve">[44:58] </w:t>
      </w:r>
      <w:r>
        <w:t>to pehle do saalon mein hum English Quran le gaye kyunke hamare paas German Quran nahi tha.</w:t>
      </w:r>
    </w:p>
    <w:p>
      <w:pPr>
        <w:jc w:val="right"/>
      </w:pPr>
      <w:r>
        <w:t>تو پہلے دو سالوں میں ہم انگلش قرآن لے گئے کیونکہ ہمارے پاس جرمن قرآن نہیں تھا۔</w:t>
      </w:r>
    </w:p>
    <w:p>
      <w:r>
        <w:rPr>
          <w:b/>
        </w:rPr>
        <w:t xml:space="preserve">[45:08] </w:t>
      </w:r>
      <w:r>
        <w:t>to wahan hum Indian jo stalls hote hain, un ka aik pavilion hota hai, us mein participate karte the.</w:t>
      </w:r>
    </w:p>
    <w:p>
      <w:pPr>
        <w:jc w:val="right"/>
      </w:pPr>
      <w:r>
        <w:t>تو وہاں ہم انڈین جو اسٹالز ہوتے ہیں، ان کا ایک پویلین ہوتا ہے، اس میں پارٹیسپیٹ کرتے تھے۔</w:t>
      </w:r>
    </w:p>
    <w:p>
      <w:r>
        <w:rPr>
          <w:b/>
        </w:rPr>
        <w:t xml:space="preserve">[45:17] </w:t>
      </w:r>
      <w:r>
        <w:t>to zyada tar log jo book industry ke hain, wohi ate the. lekin humein pata chala ke jo German hall hai, hall number teen, us mein German ke log ate hain kafi.</w:t>
      </w:r>
    </w:p>
    <w:p>
      <w:pPr>
        <w:jc w:val="right"/>
      </w:pPr>
      <w:r>
        <w:t>تو زیادہ تر لوگ جو بک انڈسٹری کے ہیں، وہی آتے تھے۔ لیکن ہمیں پتہ چلا کہ جو جرمن ہال ہے، ہال نمبر تین، اس میں جرمن کے لوگ آتے ہیں کافی۔</w:t>
      </w:r>
    </w:p>
    <w:p>
      <w:r>
        <w:rPr>
          <w:b/>
        </w:rPr>
        <w:t xml:space="preserve">[45:30] </w:t>
      </w:r>
      <w:r>
        <w:t>to hum ne socha ke ab hum wahin par participate karen ge, usi hall mein. to wahan jo German ke publishers hain, Islamic aur Europe ke publishers hain, un ka aik collective stand hota hai.</w:t>
      </w:r>
    </w:p>
    <w:p>
      <w:pPr>
        <w:jc w:val="right"/>
      </w:pPr>
      <w:r>
        <w:t>تو ہم نے سوچا کہ اب ہم وہیں پر پارٹیسپیٹ کریں گے، اسی ہال میں۔ تو وہاں جو جرمن کے پبلشرز ہیں، اسلامک اور یورپ کے پبلشرز ہیں، ان کا ایک کلیکٹیو سٹینڈ ہوتا ہے۔</w:t>
      </w:r>
    </w:p>
    <w:p>
      <w:r>
        <w:rPr>
          <w:b/>
        </w:rPr>
        <w:t xml:space="preserve">[45:42] </w:t>
      </w:r>
      <w:r>
        <w:t>to</w:t>
      </w:r>
    </w:p>
    <w:p>
      <w:pPr>
        <w:jc w:val="right"/>
      </w:pPr>
      <w:r>
        <w:t>تو</w:t>
      </w:r>
    </w:p>
    <w:p>
      <w:r>
        <w:rPr>
          <w:b/>
        </w:rPr>
        <w:t xml:space="preserve">[45:43] </w:t>
      </w:r>
      <w:r>
        <w:t>hum ne teen saal se is mein participate karna shuru kiya aur German mein Quran shaye kiya. yeh Quran dar Quran yani the Quran German language mein hai jo teen saal se hum is ko le ja rahe hain wahan aur distribute karte hain.</w:t>
      </w:r>
    </w:p>
    <w:p>
      <w:pPr>
        <w:jc w:val="right"/>
      </w:pPr>
      <w:r>
        <w:t>ہم نے تین سال سے اس میں پارٹیسپیٹ کرنا شروع کیا اور جرمن میں قرآن شائع کیا۔ یہ قرآن ڈر قرآن یعنی دا قرآن جرمن لینگویج میں ہے جو تین سال سے ہم اس کو لے جا رہے ہیں وہاں اور ڈسٹریبیوٹ کرتے ہیں۔</w:t>
      </w:r>
    </w:p>
    <w:p>
      <w:r>
        <w:rPr>
          <w:b/>
        </w:rPr>
        <w:t xml:space="preserve">[46:01] </w:t>
      </w:r>
      <w:r>
        <w:t>to is saal bhi yeh German Quran le gaye sath hum aur usi ke sath sath yeh what is Islam bhi German mein translate ho gayi</w:t>
      </w:r>
    </w:p>
    <w:p>
      <w:pPr>
        <w:jc w:val="right"/>
      </w:pPr>
      <w:r>
        <w:t>تو اس سال بھی یہ جرمن قرآن لے گئے ساتھ ہم اور اسی کے ساتھ ساتھ یہ واٹ از اسلام بھی جرمن میں ٹرانسلیٹ ہو گئی</w:t>
      </w:r>
    </w:p>
    <w:p>
      <w:r>
        <w:rPr>
          <w:b/>
        </w:rPr>
        <w:t xml:space="preserve">[46:12] </w:t>
      </w:r>
      <w:r>
        <w:t>hai, yeh bhi wahan thi. to yeh do cheezen khaas tor se wahan par distribute keen. kafi logon ne appreciate kiya jo German log the, woh aaye wahan.</w:t>
      </w:r>
    </w:p>
    <w:p>
      <w:pPr>
        <w:jc w:val="right"/>
      </w:pPr>
      <w:r>
        <w:t>ہے، یہ بھی وہاں تھی۔ تو یہ دو چیزیں خاص طور سے وہاں پر ڈسٹریبیوٹ کیں۔ کافی لوگوں نے ایپریشیٹ کیا جو جرمن لوگ تھے، وہ آئے وہاں۔</w:t>
      </w:r>
    </w:p>
    <w:p>
      <w:r>
        <w:rPr>
          <w:b/>
        </w:rPr>
        <w:t xml:space="preserve">[46:24] </w:t>
      </w:r>
      <w:r>
        <w:t>khaas tor se jo aakhri teen din hote hain, Friday, Saturday and Sunday, us mein general jo German public hai, woh kafi ati hai aur woh hall kyunke German hall hai to us mein kafi log ate hain.</w:t>
      </w:r>
    </w:p>
    <w:p>
      <w:pPr>
        <w:jc w:val="right"/>
      </w:pPr>
      <w:r>
        <w:t>خاص طور سے جو آخری تین دن ہوتے ہیں، فرائیڈے، سیٹرڈے اینڈ سنڈے، اس میں جنرل جو جرمن پبلک ہے، وہ کافی آتی ہے اور وہ ہال چونکہ جرمن ہال ہے تو اس میں کافی لوگ آتے ہیں۔</w:t>
      </w:r>
    </w:p>
    <w:p>
      <w:r>
        <w:rPr>
          <w:b/>
        </w:rPr>
        <w:t xml:space="preserve">[46:37] </w:t>
      </w:r>
      <w:r>
        <w:t>aur Quran wahan hum bas rakh dete hain, distribute nahi karte.</w:t>
      </w:r>
    </w:p>
    <w:p>
      <w:pPr>
        <w:jc w:val="right"/>
      </w:pPr>
      <w:r>
        <w:t>اور قرآن وہاں ہم بس رکھ دیتے ہیں، ڈسٹریبیوٹ نہیں کرتے۔</w:t>
      </w:r>
    </w:p>
    <w:p>
      <w:r>
        <w:rPr>
          <w:b/>
        </w:rPr>
        <w:t xml:space="preserve">[46:41] </w:t>
      </w:r>
      <w:r>
        <w:t>wahan hum rakh dete hain, woh khud hi aa ke utha ke le jate hain Quran aur yeh what is Islam aur kuch phir un ke sawalat hote hain to woh hum jawab dete hain.</w:t>
      </w:r>
    </w:p>
    <w:p>
      <w:pPr>
        <w:jc w:val="right"/>
      </w:pPr>
      <w:r>
        <w:t>وہاں ہم رکھ دیتے ہیں، وہ خود ہی آ کے اٹھا کے لے جاتے ہیں قرآن اور یہ واٹ از اسلام اور کچھ پھر ان کے سوالات ہوتے ہیں تو وہ ہم جواب دیتے ہیں۔</w:t>
      </w:r>
    </w:p>
    <w:p>
      <w:r>
        <w:rPr>
          <w:b/>
        </w:rPr>
        <w:t xml:space="preserve">[46:50] </w:t>
      </w:r>
      <w:r>
        <w:t>wahan jo German ke Muslims hain, woh kafi aa jate hain volunteers ke tor par. woh German language mein baat karte hain to hamare liye thori aasani ho jati hai.</w:t>
      </w:r>
    </w:p>
    <w:p>
      <w:pPr>
        <w:jc w:val="right"/>
      </w:pPr>
      <w:r>
        <w:t>وہاں جو جرمن کے مسلمز ہیں، وہ کافی آ جاتے ہیں والنٹیئرز کے طور پر۔ وہ جرمن لینگویج میں بات کرتے ہیں تو ہمارے لیے تھوڑی آسانی ہو جاتی ہے۔</w:t>
      </w:r>
    </w:p>
    <w:p>
      <w:r>
        <w:rPr>
          <w:b/>
        </w:rPr>
        <w:t xml:space="preserve">[47:02] </w:t>
      </w:r>
      <w:r>
        <w:t>woh kafi parhe likhe log hain, doctors ya IT engineers waghera hote hain, mostly woh log aa ke kafi help karte hain.</w:t>
      </w:r>
    </w:p>
    <w:p>
      <w:pPr>
        <w:jc w:val="right"/>
      </w:pPr>
      <w:r>
        <w:t>وہ کافی پڑھے لکھے لوگ ہیں، ڈاکٹرز یا آئی ٹی اے انجینئرز وغیرہ ہوتے ہیں، موسٹلی وہ لوگ آ کے کافی ہیلپ کرتے ہیں۔</w:t>
      </w:r>
    </w:p>
    <w:p>
      <w:r>
        <w:rPr>
          <w:b/>
        </w:rPr>
        <w:t xml:space="preserve">[47:09] </w:t>
      </w:r>
      <w:r>
        <w:t>to wahan pata chala ke german mein aik aik activity hoti hai dawati andaaz ki, us ko kehte hain open house.</w:t>
      </w:r>
    </w:p>
    <w:p>
      <w:pPr>
        <w:jc w:val="right"/>
      </w:pPr>
      <w:r>
        <w:t>تو وہاں پتہ چلا کہ جرمن میں ایک ایکٹیویٹی ہوتی ہے دعوتی انداز کی، اس کو کہتے ہیں اوپن ہاؤس۔</w:t>
      </w:r>
    </w:p>
    <w:p>
      <w:r>
        <w:rPr>
          <w:b/>
        </w:rPr>
        <w:t xml:space="preserve">[47:20] </w:t>
      </w:r>
      <w:r>
        <w:t>jo wahan mosque hain aur jo islamic centers hain, us mein wo aik open house saal mein karte hain third october ko. third october mein east aur west germany unify hua tha to wo chutti hoti hai, jaise hamare haan second october ki chutti hoti hai gandhi jayanti ki.</w:t>
      </w:r>
    </w:p>
    <w:p>
      <w:pPr>
        <w:jc w:val="right"/>
      </w:pPr>
      <w:r>
        <w:t>جو وہاں ماسک ہیں اور جو اسلامک سینٹرز ہیں، اس میں وہ ایک اوپن ہاؤس سال میں کرتے ہیں تھرڈ اکتوبر کو۔ تھرڈ اکتوبر میں ایسٹ اور ویسٹ جرمنی یونیفائی ہوا تھا تو وہ چھٹی ہوتی ہے، جیسے ہمارے ہاں سیکنڈ اکتوبر کی چھٹی ہوتی ہے گاندھی جینتی کی۔</w:t>
      </w:r>
    </w:p>
    <w:p>
      <w:r>
        <w:rPr>
          <w:b/>
        </w:rPr>
        <w:t xml:space="preserve">[47:39] </w:t>
      </w:r>
      <w:r>
        <w:t>isi tarah se wahan third october ki chutti hoti hai, bilkul sara germany band hota hai. to in logon ne open house session kiya hai, jo centers hain aur mosque hain, wo is mein sab logon ko bulate hain, non muslims ko bulate hain aur jo log hain, politicians hain aur sab logon ko bulate hain aur islam ke bare mein batate hain, kuch chai waghera ka bhi intezam hota hai.</w:t>
      </w:r>
    </w:p>
    <w:p>
      <w:pPr>
        <w:jc w:val="right"/>
      </w:pPr>
      <w:r>
        <w:t>اسی طریقے سے وہاں تھرڈ اکتوبر کی چھٹی ہوتی ہے، بالکل سارا جرمنی بند ہوتا ہے۔ تو ان لوگوں نے اوپن ہاؤس سیشن کیا ہے، جو سینٹرز ہیں اور ماسک ہیں، وہ اس میں سب لوگوں کو بلاتے ہیں، نان مسلمز کو بلاتے ہیں اور جو لوگ ہیں، پولیٹیشنز ہیں اور سب لوگوں کو بلاتے ہیں اور اسلام کے بارے میں بتاتے ہیں، کچھ چائے وغیرہ کا بھی انتظام ہوتا ہے۔</w:t>
      </w:r>
    </w:p>
    <w:p>
      <w:r>
        <w:rPr>
          <w:b/>
        </w:rPr>
        <w:t xml:space="preserve">[48:05] </w:t>
      </w:r>
      <w:r>
        <w:t>to yeh jab mujhe pata chala to maine kai logon se kaha ke aap quran waghera bhi rakhein wahan. to unhone bohat shauq se is baat ko pasand kiya ke hum quran aur is tarah ka jo literature hai aur jo choti choti pamphlets hain, wo sab hum wahan rakhenge.</w:t>
      </w:r>
    </w:p>
    <w:p>
      <w:pPr>
        <w:jc w:val="right"/>
      </w:pPr>
      <w:r>
        <w:t>تو یہ جب مجھے پتہ چلا تو میں نے کئی لوگوں سے کہا کہ آپ قرآن وغیرہ بھی رکھیں وہاں۔ تو انہوں نے بہت شوق سے اس بات کو پسند کیا کہ ہم قرآن اور اس طرح کا جو لٹریچر ہے اور جو چھوٹی چھوٹی پیمفلیٹس ہیں، وہ سب ہم وہاں رکھیں گے۔</w:t>
      </w:r>
    </w:p>
    <w:p>
      <w:r>
        <w:rPr>
          <w:b/>
        </w:rPr>
        <w:t xml:space="preserve">[48:21] </w:t>
      </w:r>
      <w:r>
        <w:t>aur isi tarah se wahan aik aur cheez pata chali jo ramadan mein karte hain german, jo kai cities hain jahan zyada tar muslims hain, us ko kehte hain ramadan zelt yani ramadan tent.</w:t>
      </w:r>
    </w:p>
    <w:p>
      <w:pPr>
        <w:jc w:val="right"/>
      </w:pPr>
      <w:r>
        <w:t>اور اسی طریقے سے وہاں ایک اور چیز پتہ چلی جو رمضان میں کرتے ہیں جرمن، جو کئی سٹیز ہیں جہاں زیادہ تر مسلمز ہیں، اس کو کہتے ہیں رمضان زیلٹ یعنی رمضان ٹینٹ۔</w:t>
      </w:r>
    </w:p>
    <w:p>
      <w:r>
        <w:rPr>
          <w:b/>
        </w:rPr>
        <w:t xml:space="preserve">[48:37] </w:t>
      </w:r>
      <w:r>
        <w:t>zelt german mein tent ko kehte hain.</w:t>
      </w:r>
    </w:p>
    <w:p>
      <w:pPr>
        <w:jc w:val="right"/>
      </w:pPr>
      <w:r>
        <w:t>زیلٹ جرمن میں ٹینٹ کو کہتے ہیں۔</w:t>
      </w:r>
    </w:p>
    <w:p>
      <w:r>
        <w:rPr>
          <w:b/>
        </w:rPr>
        <w:t xml:space="preserve">[48:40] </w:t>
      </w:r>
      <w:r>
        <w:t>to jo city center hai kisi shehar ka, jaise aik sahab jo bata rahe the cologne ke the, wo to jaise yahan connaught place hai, aise hi wahan aik city center mein bohat bara tent lagate hain aur us mein 30-40 volunteers hote hain.</w:t>
      </w:r>
    </w:p>
    <w:p>
      <w:pPr>
        <w:jc w:val="right"/>
      </w:pPr>
      <w:r>
        <w:t>تو جو سٹی سینٹر ہے کسی شہر کا، جیسے ایک صاحب جو بتا رہے تھے کلون کے تھے، وہ تو جیسے یہاں کنوٹ پلیس ہے، ایسے ہی وہاں ایک سٹی سینٹر میں بہت بڑا ٹینٹ لگاتے ہیں اور اس میں 30-40 والنٹیئرز ہوتے ہیں۔</w:t>
      </w:r>
    </w:p>
    <w:p>
      <w:r>
        <w:rPr>
          <w:b/>
        </w:rPr>
        <w:t xml:space="preserve">[48:56] </w:t>
      </w:r>
      <w:r>
        <w:t>aur wahan par iftar se kuch pehle</w:t>
      </w:r>
    </w:p>
    <w:p>
      <w:pPr>
        <w:jc w:val="right"/>
      </w:pPr>
      <w:r>
        <w:t>اور وہاں پر افطار سے کچھ پہلے</w:t>
      </w:r>
    </w:p>
    <w:p>
      <w:r>
        <w:rPr>
          <w:b/>
        </w:rPr>
        <w:t xml:space="preserve">[49:01] </w:t>
      </w:r>
      <w:r>
        <w:t>lagate hain, wo maan lijiye paanch baje ke qareeb aur phir iftar karte hain aur phir tarawih padhte hain.</w:t>
      </w:r>
    </w:p>
    <w:p>
      <w:pPr>
        <w:jc w:val="right"/>
      </w:pPr>
      <w:r>
        <w:t>لگاتے ہیں، وہ مان لیجئے پانچ بجے کے قریب اور پھر افطار کرتے ہیں اور پھر تراویح پڑھتے ہیں۔</w:t>
      </w:r>
    </w:p>
    <w:p>
      <w:r>
        <w:rPr>
          <w:b/>
        </w:rPr>
        <w:t xml:space="preserve">[49:11] </w:t>
      </w:r>
      <w:r>
        <w:t>aur jo sare log hote hain is aas paas ke non muslim se, jo bhi guzar rahe hote hain, wo bhi aate hain, wo bhi saath mein iftar karte hain. kuch literature hota hai, wo lete hain, kuch baatein poochte hain.</w:t>
      </w:r>
    </w:p>
    <w:p>
      <w:pPr>
        <w:jc w:val="right"/>
      </w:pPr>
      <w:r>
        <w:t>اور جو سارے لوگ ہوتے ہیں اس پاس کے نان مسلم سے، جو بھی گزر رہے ہوتے ہیں، وہ بھی آتے ہیں، وہ بھی ساتھ میں افطار کرتے ہیں۔ کچھ لٹریچر ہوتا ہے، وہ لیتے ہیں، کچھ باتیں پوچھتے ہیں۔</w:t>
      </w:r>
    </w:p>
    <w:p>
      <w:r>
        <w:rPr>
          <w:b/>
        </w:rPr>
        <w:t xml:space="preserve">[49:23] </w:t>
      </w:r>
      <w:r>
        <w:t>aur chunke wahan turkish community bohat hai german mein aur turkish restaurant bohat hain, to sare jo turkish restaurant hain, wo bohat achhe qism ka khana waghera bechte hain iftar ke liye aur in logon ke liye.</w:t>
      </w:r>
    </w:p>
    <w:p>
      <w:pPr>
        <w:jc w:val="right"/>
      </w:pPr>
      <w:r>
        <w:t>اور چونکہ وہاں ٹرکش کمیونٹی بہت ہے جرمن میں اور ٹرکش ریسٹورنٹ بہت ہیں، تو سارے جو ٹرکش ریسٹورنٹ ہیں، وہ بہت اچھے قسم کا کھانا وغیرہ بیچتے ہیں افطار کے لیے اور ان لوگوں کے لیے۔</w:t>
      </w:r>
    </w:p>
    <w:p>
      <w:r>
        <w:rPr>
          <w:b/>
        </w:rPr>
        <w:t xml:space="preserve">[49:36] </w:t>
      </w:r>
      <w:r>
        <w:t>to yeh aik bohat achhi activity hai. wo batate hain ke yeh tent taqreeban teen char din rehta hai aur us mein 30-40 volunteers hote hain jo t-shirts waghera pe ramadan zelt likha hua hota hai.</w:t>
      </w:r>
    </w:p>
    <w:p>
      <w:pPr>
        <w:jc w:val="right"/>
      </w:pPr>
      <w:r>
        <w:t>تو یہ ایک بہت اچھی ایکٹیویٹی ہے۔ وہ بتاتے ہیں کہ یہ ٹینٹ تقریباً تین چار دن رہتا ہے اور اس میں 30-40 والنٹیئرز ہوتے ہیں جو ٹی شرٹس وغیرہ پہ رمضان زیلٹ لکھا ہوا ہوتا ہے۔</w:t>
      </w:r>
    </w:p>
    <w:p>
      <w:r>
        <w:rPr>
          <w:b/>
        </w:rPr>
        <w:t xml:space="preserve">[49:51] </w:t>
      </w:r>
      <w:r>
        <w:t>to sari communities, jo jews hain, christians hain, police hain, politicians hain, jo mayor hai city ka, wo aata hai. aise hi bohat se log aate hain, media bhi kafi is ko publish</w:t>
      </w:r>
    </w:p>
    <w:p>
      <w:pPr>
        <w:jc w:val="right"/>
      </w:pPr>
      <w:r>
        <w:t>تو ساری کمیونٹیز، جو جیوز ہیں، کرسچنز ہیں، پولیس ہیں، پولیٹیشنز ہیں، جو میئر ہے سٹی کا، وہ آتا ہے۔ ایسے ہی بہت سے لوگ آتے ہیں، میڈیا بھی کافی اس کو پبلیس</w:t>
      </w:r>
    </w:p>
    <w:p>
      <w:r>
        <w:rPr>
          <w:b/>
        </w:rPr>
        <w:t xml:space="preserve">[50:04] </w:t>
      </w:r>
      <w:r>
        <w:t>ity deti hai. to yeh bhi bohat aik achhi activity hai aur yeh open house ka jo hum yahan bhi kisi tarah se is ko agar apnayein to bohat achha is se faida hoga.</w:t>
      </w:r>
    </w:p>
    <w:p>
      <w:pPr>
        <w:jc w:val="right"/>
      </w:pPr>
      <w:r>
        <w:t>ٹی دیتی ہے۔ تو یہ بھی بہت ایک اچھی ایکٹیویٹی ہے اور یہ اوپن ہاؤس کا جو ہم یہاں بھی کسی طریقے سے اس کو اگر اپنائیں تو بہت اچھا اس سے فائدہ ہوگا۔</w:t>
      </w:r>
    </w:p>
    <w:p>
      <w:r>
        <w:rPr>
          <w:b/>
        </w:rPr>
        <w:t xml:space="preserve">[50:14] </w:t>
      </w:r>
      <w:r>
        <w:t>to wahan jo book fair thi, us mein kafi log aur mile, kafi countries ke</w:t>
      </w:r>
    </w:p>
    <w:p>
      <w:pPr>
        <w:jc w:val="right"/>
      </w:pPr>
      <w:r>
        <w:t>تو وہاں جو بک فیئر تھی، اس میں کافی لوگ اور ملے، کافی کنٹریز کے</w:t>
      </w:r>
    </w:p>
    <w:p>
      <w:r>
        <w:rPr>
          <w:b/>
        </w:rPr>
        <w:t xml:space="preserve">[50:20] </w:t>
      </w:r>
      <w:r>
        <w:t>jo europe ke log the, wo to aaye hi yani germany, france waghera ke aur us ke ilawa bahar ke bhi bohat log aaye, malaysia ke, indonesia se, african countries, ghana, nigeria, indonesia, turkey ke kuch log aaye, aise hi australia waghera ke.</w:t>
      </w:r>
    </w:p>
    <w:p>
      <w:pPr>
        <w:jc w:val="right"/>
      </w:pPr>
      <w:r>
        <w:t>جو یورپ کے لوگ تھے، وہ تو آئے ہی یعنی جرمنی، فرانس وغیرہ کے اور اس کے علاوہ باہر کے بھی بہت لوگ آئے، ملیشیا کے، انڈونیشیا سے، افریکن کنٹریز، گھانا، نائجیریا، انڈونیشیا، ٹرکی کے کچھ لوگ آئے، ایسے ہی آسٹریلیا وغیرہ کے۔</w:t>
      </w:r>
    </w:p>
    <w:p>
      <w:r>
        <w:rPr>
          <w:b/>
        </w:rPr>
        <w:t xml:space="preserve">[50:38] </w:t>
      </w:r>
      <w:r>
        <w:t>to in sab ko yeh literature diya aur unhone kafi yani bohat achhe contacts ban gaye taake hum aage bhi yeh dawati kaam ko badha saken.</w:t>
      </w:r>
    </w:p>
    <w:p>
      <w:pPr>
        <w:jc w:val="right"/>
      </w:pPr>
      <w:r>
        <w:t>تو ان سب کو یہ لٹریچر دیا اور انہوں نے کافی یعنی بہت اچھے کانٹیکٹس بن گئے تاکہ ہم آگے بھی یہ دعوتی کام کو بڑھا سکیں۔</w:t>
      </w:r>
    </w:p>
    <w:p>
      <w:r>
        <w:rPr>
          <w:b/>
        </w:rPr>
        <w:t xml:space="preserve">[50:48] </w:t>
      </w:r>
      <w:r>
        <w:t>to germany mein behal yeh char paanch din ka wo book fair thi. us ke baad phir hum us ke baad denmark jana hua kyunke denmark mein aik publishing house hai jis ka naam hai zahra books aur aik doosra publishing house hai jis ka naam hai islam guide.</w:t>
      </w:r>
    </w:p>
    <w:p>
      <w:pPr>
        <w:jc w:val="right"/>
      </w:pPr>
      <w:r>
        <w:t>تو جرمنی میں بہرحال یہ چار پانچ دن کا وہ بک فیئر تھا۔ اس کے بعد پھر ہم اس کے بعد ڈنمارک جانا ہوا کیونکہ ڈنمارک میں ایک پبلشنگ ہاؤس ہے جس کا نام ہے زہرہ بکس اور ایک دوسرا پبلشنگ ہاؤس ہے جس کا نام ہے اسلام گائیڈ۔</w:t>
      </w:r>
    </w:p>
    <w:p>
      <w:r>
        <w:rPr>
          <w:b/>
        </w:rPr>
        <w:t xml:space="preserve">[51:05] </w:t>
      </w:r>
      <w:r>
        <w:t>to in dono ne hamari kuch kitabein danish mein publish ki thi. to jab main frankfurt ja raha tha to maine in logon ko mail kiya ke frankfurt mein book fair hai, aap aaiye milne hum se</w:t>
      </w:r>
    </w:p>
    <w:p>
      <w:pPr>
        <w:jc w:val="right"/>
      </w:pPr>
      <w:r>
        <w:t>تو ان دونوں نے ہماری کچھ کتابیں ڈینش میں پبلش کی تھیں۔ تو جب میں فرینکفرٹ جا رہا تھا تو میں نے ان لوگوں کو میل کیا کہ فرینکفرٹ میں بک فیئر ہے، آپ آئیے ملنے ہم سے</w:t>
      </w:r>
    </w:p>
    <w:p>
      <w:r>
        <w:rPr>
          <w:b/>
        </w:rPr>
        <w:t xml:space="preserve">[51:16] </w:t>
      </w:r>
      <w:r>
        <w:t>۔ to unhone kaha hai ke aap hi aajaiye denmark kyunke hamari poori team aap se milna chahti hai aur aap denmark bhi dekhenge isi bahane.</w:t>
      </w:r>
    </w:p>
    <w:p>
      <w:pPr>
        <w:jc w:val="right"/>
      </w:pPr>
      <w:r>
        <w:t>۔ تو انہوں نے کہا ہے کہ آپ ہی آجائیے ڈنمارک چونکہ ہماری پوری ٹیم آپ سے ملنا چاہتی ہے اور آپ ڈنمارک بھی دیکھیں گے اسی بہانے۔</w:t>
      </w:r>
    </w:p>
    <w:p>
      <w:r>
        <w:rPr>
          <w:b/>
        </w:rPr>
        <w:t xml:space="preserve">[51:25] </w:t>
      </w:r>
      <w:r>
        <w:t>to maine kaha theek hai. to book fair ke baad main denmark chala gaya do teen din ke liye. to wahan jo airport pe jo sahab aaye the mujhe receive karne, un ka naam tha ammar daud.</w:t>
      </w:r>
    </w:p>
    <w:p>
      <w:pPr>
        <w:jc w:val="right"/>
      </w:pPr>
      <w:r>
        <w:t>تو میں نے کہا ٹھیک ہے۔ تو بک فیئر کے بعد میں ڈنمارک چلا گیا دو تین دن کے لیے۔ تو وہاں جو ایئرپورٹ پہ جو صاحب آئے تھے مجھے ریسیو کرنے، ان کا نام تھا عمار داؤد۔</w:t>
      </w:r>
    </w:p>
    <w:p>
      <w:r>
        <w:rPr>
          <w:b/>
        </w:rPr>
        <w:t xml:space="preserve">[51:38] </w:t>
      </w:r>
      <w:r>
        <w:t>wo aik palestinian the aur doctor the nuclear medicine mein, ke doctor the, cancer specialist aur naujawan the.</w:t>
      </w:r>
    </w:p>
    <w:p>
      <w:pPr>
        <w:jc w:val="right"/>
      </w:pPr>
      <w:r>
        <w:t>وہ ایک فلسطینین تھے اور ڈاکٹر تھے نیوکلیئر میڈیسن میں، کے ڈاکٹر تھے، کینسر اسپیشلسٹ اور نوجوان تھے۔</w:t>
      </w:r>
    </w:p>
    <w:p>
      <w:r>
        <w:rPr>
          <w:b/>
        </w:rPr>
        <w:t xml:space="preserve">[51:49] </w:t>
      </w:r>
      <w:r>
        <w:t>to un ko jab pata chala islamiyat hada ka to wo bohat hairaan ho gaye. un ko andaza nahi tha ke islamiyat hada Maulana ke bare mein bataya main ne.</w:t>
      </w:r>
    </w:p>
    <w:p>
      <w:pPr>
        <w:jc w:val="right"/>
      </w:pPr>
      <w:r>
        <w:t>تو ان کو جب پتہ چلا الاسلامیت حدہ کا تو وہ بہت حیران ہو گئے۔ ان کو اندازہ نہیں تھا کہ الاسلامیت حدہ مولانا کے بارے میں بتایا میں نے۔</w:t>
      </w:r>
    </w:p>
    <w:p>
      <w:r>
        <w:rPr>
          <w:b/>
        </w:rPr>
        <w:t xml:space="preserve">[52:00] </w:t>
      </w:r>
      <w:r>
        <w:t>to unhone islamiyat hada bachpan mein padhi thi jab wo chhote the. to unhone bohat hi bari khushi zahir ki. phir unhone bataya ke jo denmark mein jo community hai, muslim jo jo jin sahab ne is ko organize kiya hai aur wahan kafi dawati kaam kiya hai, un ka naam tha sheikh abu luban.</w:t>
      </w:r>
    </w:p>
    <w:p>
      <w:pPr>
        <w:jc w:val="right"/>
      </w:pPr>
      <w:r>
        <w:t>تو انہوں نے الاسلامیت حدہ بچپن میں پڑھی تھی جب وہ چھوٹے تھے۔ تو انہوں نے بہت ہی بڑی خوشی ظاہر کی۔ پھر انہوں نے بتایا کہ جو ڈنمارک میں جو کمیونٹی ہے، مسلم جو جو جن صاحب نے اس کو ارگنائز کیا ہے اور وہاں کافی دعوتی کام کیا ہے، ان کا نام تھا شیخ ابو لبن۔</w:t>
      </w:r>
    </w:p>
    <w:p>
      <w:r>
        <w:rPr>
          <w:b/>
        </w:rPr>
        <w:t xml:space="preserve">[52:19] </w:t>
      </w:r>
      <w:r>
        <w:t>un ki death ho gayi hai char paanch saal pehle. to unhone bataya ke jo hamare sheikh the, sheikh abu luban, wo bhi islamiyat hada ka bohat zikr karte the aur Maulana ka zikr karte the aur kehte the ke yeh yeh kitab aap log zaroor padhein.</w:t>
      </w:r>
    </w:p>
    <w:p>
      <w:pPr>
        <w:jc w:val="right"/>
      </w:pPr>
      <w:r>
        <w:t>ان کی ڈیتھ ہو گئی ہے چار پانچ سال پہلے۔ تو انہوں نے بتایا کہ جو ہمارے شیخ تھے، شیخ ابو لبن، وہ بھی الاسلامیت حدہ کا بہت ذکر کرتے تھے اور مولانا کا ذکر کرتے تھے اور کہتے تھے کہ یہ یہ کتاب آپ لوگ ضرور پڑھیں۔</w:t>
      </w:r>
    </w:p>
    <w:p>
      <w:r>
        <w:rPr>
          <w:b/>
        </w:rPr>
        <w:t xml:space="preserve">[52:35] </w:t>
      </w:r>
      <w:r>
        <w:t>to phir is ki wajah se woh kafi, un ko shoq hua. phir isi din woh le gaye mujhe wahan jo center hai, copenhagen mein islamic center, wahan le gaye jo in logon ka center hai, is ko waqf kehte hain.</w:t>
      </w:r>
    </w:p>
    <w:p>
      <w:pPr>
        <w:jc w:val="right"/>
      </w:pPr>
      <w:r>
        <w:t>تو پھر اس کی وجہ سے وہ کافی، ان کو شوق ہوا۔ پھر اسی دن وہ لے گئے مجھے وہاں جو سینٹر ہے، کوپن ہیگن میں اسلامک سینٹر، وہاں لے گئے جو ان لوگوں کا سینٹر ہے، اس کو وقف کہتے ہیں۔</w:t>
      </w:r>
    </w:p>
    <w:p>
      <w:r>
        <w:rPr>
          <w:b/>
        </w:rPr>
        <w:t xml:space="preserve">[52:49] </w:t>
      </w:r>
      <w:r>
        <w:t>is ki jo website hai, is ka address hai waqf wafk.dk. to kafi bara center hai.</w:t>
      </w:r>
    </w:p>
    <w:p>
      <w:pPr>
        <w:jc w:val="right"/>
      </w:pPr>
      <w:r>
        <w:t>اس کی جو ویب سائٹ ہے، اس کا ایڈریس ہے وقف ڈبلیو اے ایف کے ڈاٹ ڈی کے۔ تو کافی بڑا سینٹر ہے۔</w:t>
      </w:r>
    </w:p>
    <w:p>
      <w:r>
        <w:rPr>
          <w:b/>
        </w:rPr>
        <w:t xml:space="preserve">[52:58] </w:t>
      </w:r>
      <w:r>
        <w:t>ek ek wine factory thi jo shayad</w:t>
      </w:r>
    </w:p>
    <w:p>
      <w:pPr>
        <w:jc w:val="right"/>
      </w:pPr>
      <w:r>
        <w:t>ایک ایک وائن فیکٹری تھی جو شاید</w:t>
      </w:r>
    </w:p>
    <w:p>
      <w:r>
        <w:rPr>
          <w:b/>
        </w:rPr>
        <w:t xml:space="preserve">[53:03] </w:t>
      </w:r>
      <w:r>
        <w:t>band pari thi, woh in logon ne khareed ke is ko center mein convert kiya hai aur ek mosque banai hai is mein. aur kafi sari is mein offices hain aur kafi halls waghera hain.</w:t>
      </w:r>
    </w:p>
    <w:p>
      <w:pPr>
        <w:jc w:val="right"/>
      </w:pPr>
      <w:r>
        <w:t>بند پڑی تھی، وہ ان لوگوں نے خرید کے اس کو سینٹر میں کنورٹ کیا ہے اور ایک ماسک بنائی ہے اس میں۔ اور کافی ساری اس میں افسز ہیں اور کافی ہالز وغیرہ ہیں۔</w:t>
      </w:r>
    </w:p>
    <w:p>
      <w:r>
        <w:rPr>
          <w:b/>
        </w:rPr>
        <w:t xml:space="preserve">[53:14] </w:t>
      </w:r>
      <w:r>
        <w:t>to woh activity karte hain aur is ko abhi demolish kar ke ek bohat bara naya center banane wale hain. to wahan phir unhon ne meeting ki, kai log aaye, wahan sare professionals thay jo un ke team ke log hain, volunteers hain.</w:t>
      </w:r>
    </w:p>
    <w:p>
      <w:pPr>
        <w:jc w:val="right"/>
      </w:pPr>
      <w:r>
        <w:t>تو وہ ایکٹیویٹی کرتے ہیں اور اس کو ابھی ڈیمولش کر کے ایک بہت بڑا نیا سینٹر بنانے والے ہیں۔ تو وہاں پھر انہوں نے میٹنگ کی، کئی لوگ آئے، وہاں سارے پروفیشنلز تھے جو ان کے ٹیم کے لوگ ہیں، والنٹیئرز ہیں۔</w:t>
      </w:r>
    </w:p>
    <w:p>
      <w:r>
        <w:rPr>
          <w:b/>
        </w:rPr>
        <w:t xml:space="preserve">[53:28] </w:t>
      </w:r>
      <w:r>
        <w:t>woh sab</w:t>
      </w:r>
    </w:p>
    <w:p>
      <w:pPr>
        <w:jc w:val="right"/>
      </w:pPr>
      <w:r>
        <w:t>وہ سب</w:t>
      </w:r>
    </w:p>
    <w:p>
      <w:r>
        <w:rPr>
          <w:b/>
        </w:rPr>
        <w:t xml:space="preserve">[53:29] </w:t>
      </w:r>
      <w:r>
        <w:t>koi IT engineer tha, koi professor tha international marketing ka, ek sahib Faisal jo Moroccan thay, woh</w:t>
      </w:r>
    </w:p>
    <w:p>
      <w:pPr>
        <w:jc w:val="right"/>
      </w:pPr>
      <w:r>
        <w:t>کوئی آئی ٹی انجینئر تھا، کوئی پروفیسر تھا انٹرنیشنل مارکیٹنگ کا، ایک صاحب فیصل جو مراکن تھے، وہ</w:t>
      </w:r>
    </w:p>
    <w:p>
      <w:r>
        <w:rPr>
          <w:b/>
        </w:rPr>
        <w:t xml:space="preserve">[53:39] </w:t>
      </w:r>
      <w:r>
        <w:t>international marketing ke professor thay kisi university mein. yeh sab log nojawan thay aur wahin ke kai generation chuna ke wahan guzar chuki hain, jo purane log aaye, un ki generations, un ke jo bachay paida hue, woh sab danish hi hain.</w:t>
      </w:r>
    </w:p>
    <w:p>
      <w:pPr>
        <w:jc w:val="right"/>
      </w:pPr>
      <w:r>
        <w:t>انٹرنیشنل مارکیٹنگ کے پروفیسر تھے کسی یونیورسٹی میں۔ یہ سب لوگ نوجوان تھے اور وہیں کے کئی جنریشن چونکہ وہاں گزر چکی ہیں، جو پرانے لوگ آئے، ان کی جنریشنز، ان کے جو بچے پیدا ہوئے، وہ سب ڈینش ہی ہیں۔</w:t>
      </w:r>
    </w:p>
    <w:p>
      <w:r>
        <w:rPr>
          <w:b/>
        </w:rPr>
        <w:t xml:space="preserve">[53:52] </w:t>
      </w:r>
      <w:r>
        <w:t>woh basically woh danish bolte hain language.</w:t>
      </w:r>
    </w:p>
    <w:p>
      <w:pPr>
        <w:jc w:val="right"/>
      </w:pPr>
      <w:r>
        <w:t>وہ بیسیکلی وہ ڈینش بولتے ہیں لینگویج۔</w:t>
      </w:r>
    </w:p>
    <w:p>
      <w:r>
        <w:rPr>
          <w:b/>
        </w:rPr>
        <w:t xml:space="preserve">[53:56] </w:t>
      </w:r>
      <w:r>
        <w:t>to in logon ne chaha ke hamari jo kitabein hain, is ko danish mein tarjuma karein, khas tor se Islamiyat hada yani jo God arises hai, is is ko translate karein danish mein aur kai cheezein.</w:t>
      </w:r>
    </w:p>
    <w:p>
      <w:pPr>
        <w:jc w:val="right"/>
      </w:pPr>
      <w:r>
        <w:t>تو ان لوگوں نے چاہا کہ ہماری جو کتابیں ہیں، اس کو ڈینش میں ترجمہ کریں، خاص طور سے الاسلامیت حدہ یعنی جو گاڈ ارائزز ہے، اس اس کو ٹرانسلیٹ کریں ڈینش میں اور کئی چیزیں۔</w:t>
      </w:r>
    </w:p>
    <w:p>
      <w:r>
        <w:rPr>
          <w:b/>
        </w:rPr>
        <w:t xml:space="preserve">[54:09] </w:t>
      </w:r>
      <w:r>
        <w:t>to phir maine un ko good word aur CPS ke bare mein bataya aur Quran ke bare mein bataya aur jo hum activity karte hain. to unhein unhein kafi cheezein pasand aaein.</w:t>
      </w:r>
    </w:p>
    <w:p>
      <w:pPr>
        <w:jc w:val="right"/>
      </w:pPr>
      <w:r>
        <w:t>تو پھر میں نے ان کو گڈ ورڈ اور سی پی ایس کے بارے میں بتایا اور قرآن کے بارے میں بتایا اور جو ہم ایکٹیویٹی کرتے ہیں۔ تو انہیں انہیں کافی چیزیں پسند آئیں۔</w:t>
      </w:r>
    </w:p>
    <w:p>
      <w:r>
        <w:rPr>
          <w:b/>
        </w:rPr>
        <w:t xml:space="preserve">[54:20] </w:t>
      </w:r>
      <w:r>
        <w:t>to unhon ne kaha ke kal phir hamari meeting hogi jis mein aur bhi kai log aaein ge senior.</w:t>
      </w:r>
    </w:p>
    <w:p>
      <w:pPr>
        <w:jc w:val="right"/>
      </w:pPr>
      <w:r>
        <w:t>تو انہوں نے کہا کہ کل پھر ہماری میٹنگ ہوگی جس میں اور بھی کئی لوگ آئیں گے سینئر۔</w:t>
      </w:r>
    </w:p>
    <w:p>
      <w:r>
        <w:rPr>
          <w:b/>
        </w:rPr>
        <w:t xml:space="preserve">[54:25] </w:t>
      </w:r>
      <w:r>
        <w:t>to phir agle din jo Faisal thay, jo professor thay marketing ke, woh mujhe le gaye kuch jaghon pe.</w:t>
      </w:r>
    </w:p>
    <w:p>
      <w:pPr>
        <w:jc w:val="right"/>
      </w:pPr>
      <w:r>
        <w:t>تو پھر ان سب چیزوں کو ہم ڈسکس کریں گے۔ تو پھر اگلے دن جو فیصل تھے، جو پروفیسر تھے مارکیٹنگ کے، وہ مجھے لے گئے کچھ جگہوں پہ۔</w:t>
      </w:r>
    </w:p>
    <w:p>
      <w:r>
        <w:rPr>
          <w:b/>
        </w:rPr>
        <w:t xml:space="preserve">[54:37] </w:t>
      </w:r>
      <w:r>
        <w:t>to wahan kai unhon ne jaghein dikhayin, kai islamic schools dikhaye aur kai masjidain dikhayin. aur ek unhon ne qabristan mein le gaye mujhe, jo muslim graveyard</w:t>
      </w:r>
    </w:p>
    <w:p>
      <w:pPr>
        <w:jc w:val="right"/>
      </w:pPr>
      <w:r>
        <w:t>تو وہاں کئی انہوں نے جگہیں دکھائیں، کئی اسلامک سکولز دکھائے اور کئی مسجدیں دکھائیں۔ اور ایک انہوں نے قبرستان میں لے گئے مجھے، جو مسلم گریو یارڈ</w:t>
      </w:r>
    </w:p>
    <w:p>
      <w:r>
        <w:rPr>
          <w:b/>
        </w:rPr>
        <w:t xml:space="preserve">[54:51] </w:t>
      </w:r>
      <w:r>
        <w:t>. unhon ne bataya ke yahan copenhagen mein koi muslim graveyard nahi tha. to hum ne government se approach kiya ke hum ek graveyard chahte hain muslims ke liye.</w:t>
      </w:r>
    </w:p>
    <w:p>
      <w:pPr>
        <w:jc w:val="right"/>
      </w:pPr>
      <w:r>
        <w:t>۔ انہوں نے بتایا کہ یہاں کوپن ہیگن میں کوئی مسلم گریو یارڈ نہیں تھا۔ تو ہم نے گورنمنٹ سے اپروچ کیا کہ ہم ایک گریو یارڈ چاہتے ہیں مسلمز کے لیے۔</w:t>
      </w:r>
    </w:p>
    <w:p>
      <w:r>
        <w:rPr>
          <w:b/>
        </w:rPr>
        <w:t xml:space="preserve">[55:01] </w:t>
      </w:r>
      <w:r>
        <w:t>to government ne ek bohat bari jagah de di aur bilkul aise aise koi garden hai jaise lodhi garden hota hai, kafi door tak andar car se jana hota hai aur har taraf greenery.</w:t>
      </w:r>
    </w:p>
    <w:p>
      <w:pPr>
        <w:jc w:val="right"/>
      </w:pPr>
      <w:r>
        <w:t>تو گورنمنٹ نے ایک بہت بڑی جگہ دے دی اور بالکل ایسے ایسے کوئی گارڈن ہے جیسے لودھی گارڈن ہوتا ہے، کافی دور تک اندر کار سے جانا ہوتا ہے اور ہر طرف گرینری۔</w:t>
      </w:r>
    </w:p>
    <w:p>
      <w:r>
        <w:rPr>
          <w:b/>
        </w:rPr>
        <w:t xml:space="preserve">[55:11] </w:t>
      </w:r>
      <w:r>
        <w:t>woh bohat hi planned way mein woh graveyard hai. har grave ka ek number hai, ek number se le ke jo aakhri number tha, woh shayad 3</w:t>
      </w:r>
    </w:p>
    <w:p>
      <w:pPr>
        <w:jc w:val="right"/>
      </w:pPr>
      <w:r>
        <w:t>وہ بہت ہی پلانڈ وے میں وہ گریو یارڈ ہے۔ ہر گریو کا ایک نمبر ہے، ایک نمبر سے لے کے جو آخری نمبر تھا، وہ شاید 3</w:t>
      </w:r>
    </w:p>
    <w:p>
      <w:r>
        <w:rPr>
          <w:b/>
        </w:rPr>
        <w:t xml:space="preserve">[55:20] </w:t>
      </w:r>
      <w:r>
        <w:t>93 tha. paanch chhay saal se yeh graveyard hai. to is tarah ki kai sari cheezein unhon ne dikhayin. to maine un se kaha ke hum to Denmark ke bare mein sirf yeh jante thay ke wahan cartoons waghera bane hain.</w:t>
      </w:r>
    </w:p>
    <w:p>
      <w:pPr>
        <w:jc w:val="right"/>
      </w:pPr>
      <w:r>
        <w:t>93 تھا۔ پانچ چھ سال سے یہ گریو یارڈ ہے۔ تو اس طرح کی کئی ساری چیزیں انہوں نے دکھائیں۔ تو میں نے ان سے کہا کہ ہم تو ڈنمارک کے بارے میں صرف یہ جانتے تھے کہ وہاں کارٹونز وغیرہ بنے ہیں۔</w:t>
      </w:r>
    </w:p>
    <w:p>
      <w:r>
        <w:rPr>
          <w:b/>
        </w:rPr>
        <w:t xml:space="preserve">[55:32] </w:t>
      </w:r>
      <w:r>
        <w:t>baqi jo yeh itni sari achhi activities hain, positive aap ka center hai, yeh mosque hai, kai masjidain dikhayin unhon ne. chuna ke jo communities hain wahan Turkish, unhon ne kai centers banaye hain.</w:t>
      </w:r>
    </w:p>
    <w:p>
      <w:pPr>
        <w:jc w:val="right"/>
      </w:pPr>
      <w:r>
        <w:t>باقی جو یہ اتنی ساری اچھی ایکٹیویٹیز ہیں، پوزیٹیو آپ کا سینٹر ہے، یہ مسجد ہے، کئی مسجدیں دکھائیں انہوں نے۔ چونکہ جو کمیونٹیز ہیں وہاں ٹرکش، انہوں نے کئی سینٹرز بنائے ہیں۔</w:t>
      </w:r>
    </w:p>
    <w:p>
      <w:r>
        <w:rPr>
          <w:b/>
        </w:rPr>
        <w:t xml:space="preserve">[55:42] </w:t>
      </w:r>
      <w:r>
        <w:t>Turkish log wahan ek university bana rahe hain, islamic university, jo taqreeban jis ka kaam shuru ho gaya hai.</w:t>
      </w:r>
    </w:p>
    <w:p>
      <w:pPr>
        <w:jc w:val="right"/>
      </w:pPr>
      <w:r>
        <w:t>ٹرکش لوگ وہاں ایک یونیورسٹی بنا رہے ہیں، اسلامک یونیورسٹی، جو تقریباً جس کا کام شروع ہو گیا ہے۔</w:t>
      </w:r>
    </w:p>
    <w:p>
      <w:r>
        <w:rPr>
          <w:b/>
        </w:rPr>
        <w:t xml:space="preserve">[55:49] </w:t>
      </w:r>
      <w:r>
        <w:t>isi tarah bohat sare schools, jo islamic schools hain, aise hi jo Pakistan ki community bohat hai, aisi kai masjidain unhon ne dikhayin jo Pakistan ke logon ne banayi hain, Minhaj ul Quran waghera.</w:t>
      </w:r>
    </w:p>
    <w:p>
      <w:pPr>
        <w:jc w:val="right"/>
      </w:pPr>
      <w:r>
        <w:t>اسی طرح بہت سارے سکول، جو اسلامک سکولز ہیں، ایسے ہی جو پاکستان کی کمیونٹی بہت ہے، ایسی کئی مسجدیں انہوں نے دکھائیں جو پاکستان کے لوگوں نے بنائی ہیں، منہاج القرآن وغیرہ۔</w:t>
      </w:r>
    </w:p>
    <w:p>
      <w:r>
        <w:rPr>
          <w:b/>
        </w:rPr>
        <w:t xml:space="preserve">[56:00] </w:t>
      </w:r>
      <w:r>
        <w:t>aur Somali log bohat hain wahan. to sab communities ne masjidain banayi hain, centers banaye hain aur bari bohat hi activity wahan ho rahi hai.</w:t>
      </w:r>
    </w:p>
    <w:p>
      <w:pPr>
        <w:jc w:val="right"/>
      </w:pPr>
      <w:r>
        <w:t>اور سومالی لوگ بہت ہیں وہاں۔ تو سب کمیونٹیز نے مسجدیں بنائی ہیں، سینٹرز بنائے ہیں اور بڑی بہت ہی ایکٹیویٹی وہاں ہو رہی ہے۔</w:t>
      </w:r>
    </w:p>
    <w:p>
      <w:r>
        <w:rPr>
          <w:b/>
        </w:rPr>
        <w:t xml:space="preserve">[56:12] </w:t>
      </w:r>
      <w:r>
        <w:t>to</w:t>
      </w:r>
    </w:p>
    <w:p>
      <w:pPr>
        <w:jc w:val="right"/>
      </w:pPr>
      <w:r>
        <w:t>تو</w:t>
      </w:r>
    </w:p>
    <w:p>
      <w:r>
        <w:rPr>
          <w:b/>
        </w:rPr>
        <w:t xml:space="preserve">[56:13] </w:t>
      </w:r>
      <w:r>
        <w:t>phir agle din jo meeting hui, us mein kai log aaye, us mein aur bhi sare log aaye, un ke to aur detail se baat hui. to unhon ne bataya ke hamare yahan jo activities hain, woh yeh is tarah ki hain ke hum youth camps karte hain, youth clubs hain hamare aur shariat classes hoti hain bachon ke liye, youth ke liye, elders ke liye.</w:t>
      </w:r>
    </w:p>
    <w:p>
      <w:pPr>
        <w:jc w:val="right"/>
      </w:pPr>
      <w:r>
        <w:t>پھر اگلے دن جو میٹنگ ہوئی، اس میں کئی لوگ آئے، اس میں اور بھی سارے لوگ آئے، ان کے جو تو اور ڈیٹیل سے بات ہوئی۔ تو انہوں نے بتایا کہ ہمارے یہاں جو ایکٹیویٹیز ہیں، وہ یہ اس طرح کی ہیں کہ ہم یوتھ کیمپس کرتے ہیں، یوتھ کلبز ہیں ہمارے اور شریعت کلاسز ہوتی ہیں بچوں کے لیے، یوتھ کے لیے، ایلڈرز کے لیے۔</w:t>
      </w:r>
    </w:p>
    <w:p>
      <w:r>
        <w:rPr>
          <w:b/>
        </w:rPr>
        <w:t xml:space="preserve">[56:35] </w:t>
      </w:r>
      <w:r>
        <w:t>Sunday classes hoti hain, media group hai jo media watch karta hai,</w:t>
      </w:r>
    </w:p>
    <w:p>
      <w:pPr>
        <w:jc w:val="right"/>
      </w:pPr>
      <w:r>
        <w:t>سنڈے کلاسز ہوتی ہیں، میڈیا گروپ ہے جو میڈیا واچ کرتا ہے،</w:t>
      </w:r>
    </w:p>
    <w:p>
      <w:r>
        <w:rPr>
          <w:b/>
        </w:rPr>
        <w:t xml:space="preserve">[56:40] </w:t>
      </w:r>
      <w:r>
        <w:t>campus karte hain, hum bahar jate hain, football khelte hain waghera. aur open house, unhon ne kaha ke friday ko open house hai jis mein non muslims aate hain, police ke log aate hain, bachche aate hain, nurses aati hain, sab aate hain jo islam ke bare mein janna chahte hain.</w:t>
      </w:r>
    </w:p>
    <w:p>
      <w:pPr>
        <w:jc w:val="right"/>
      </w:pPr>
      <w:r>
        <w:t>کیمپس کرتے ہیں، ہم باہر جاتے ہیں، فٹبال کھیلتے ہیں وغیرہ۔ اور اوپن ہاؤس، انہوں نے کہا کہ فرائیڈے کو اوپن ہاؤس ہے جس میں نان مسلمز آتے ہیں، پولیس کے لوگ آتے ہیں، بچے آتے ہیں، نرسز آتی ہیں، سب آتے ہیں جو اسلام کے بارے میں جاننا چاہتے ہیں۔</w:t>
      </w:r>
    </w:p>
    <w:p>
      <w:r>
        <w:rPr>
          <w:b/>
        </w:rPr>
        <w:t xml:space="preserve">[56:55] </w:t>
      </w:r>
      <w:r>
        <w:t>aise ye seminars karte hain, bohat jis mein islam ke bare mein jo knowledge logon ko hasil karni hoti hai, woh aate hain. to is tarike se maine un se poocha ke aap ke pas danish mein quran hai kya?</w:t>
      </w:r>
    </w:p>
    <w:p>
      <w:pPr>
        <w:jc w:val="right"/>
      </w:pPr>
      <w:r>
        <w:t>ایسے یہ سیمینارز کرتے ہیں، بہت جس میں اسلام کے بارے میں جو نالج لوگوں کو حاصل کرنی ہوتی ہے، وہ آتے ہیں۔ تو اس طریقے سے میں نے ان سے پوچھا کہ آپ کے پاس ڈینش میں قرآن ہے کیا؟</w:t>
      </w:r>
    </w:p>
    <w:p>
      <w:r>
        <w:rPr>
          <w:b/>
        </w:rPr>
        <w:t xml:space="preserve">[57:08] </w:t>
      </w:r>
      <w:r>
        <w:t>to unhon ne kaha nahi, danish mein quran nahi hai hamare pas. to maine un se kaha ke ye to bohat zaroori hai, aap quran agar danish mein karein to hum publish karein ge is ko aur aap is ko non muslims ko dein.</w:t>
      </w:r>
    </w:p>
    <w:p>
      <w:pPr>
        <w:jc w:val="right"/>
      </w:pPr>
      <w:r>
        <w:t>تو انہوں نے کہا نہیں، ڈینش میں قرآن نہیں ہے ہمارے پاس۔ تو میں نے ان سے کہا کہ یہ تو بہت ضروری ہے، آپ قرآن اگر ڈینش میں کریں تو ہم پبلش کریں گے اس کو اور آپ اس کو نان مسلمز کو دیں۔</w:t>
      </w:r>
    </w:p>
    <w:p>
      <w:r>
        <w:rPr>
          <w:b/>
        </w:rPr>
        <w:t xml:space="preserve">[57:19] </w:t>
      </w:r>
      <w:r>
        <w:t>to un mein se ek sahab bolay, un ka naam aiman tha, jo palestini thay, ke hum quran agar kisi non muslim ko dein ge to woh pata nahi kya parhe ga, woh kya samjhe ga.</w:t>
      </w:r>
    </w:p>
    <w:p>
      <w:pPr>
        <w:jc w:val="right"/>
      </w:pPr>
      <w:r>
        <w:t>تو ان میں سے ایک صاحب بولے، ان کا نام ایمن تھا، جو فلسطینی تھے، کہ ہم قرآن اگر کسی نان مسلم کو دیں گے تو وہ پتہ نہیں کیا پڑھے گا، وہ کیا سمجھے گا۔</w:t>
      </w:r>
    </w:p>
    <w:p>
      <w:r>
        <w:rPr>
          <w:b/>
        </w:rPr>
        <w:t xml:space="preserve">[57:29] </w:t>
      </w:r>
      <w:r>
        <w:t>is ke is ke ilawa hamein choti choti kuch cheezein deni chahiye, jaise chota introduction ka koi leaflet waghera. to phir maine un ko explain kiya ke aisi baat nahi hai,</w:t>
      </w:r>
    </w:p>
    <w:p>
      <w:pPr>
        <w:jc w:val="right"/>
      </w:pPr>
      <w:r>
        <w:t>اس کے اس کے علاوہ ہمیں چھوٹی چھوٹی کچھ چیزیں دینی چاہیے، جیسے چھوٹا انٹروڈکشن کا کوئی لیف لیٹ وغیرہ۔ تو پھر میں نے ان کو ایکسپلین کیا کہ ایسی بات نہیں ہے،</w:t>
      </w:r>
    </w:p>
    <w:p>
      <w:r>
        <w:rPr>
          <w:b/>
        </w:rPr>
        <w:t xml:space="preserve">[57:40] </w:t>
      </w:r>
      <w:r>
        <w:t>quran ek aisi kitab hai ke jo har insan ko address karti hai. aur agar koi shakhs ek bar is ko parh le, jo waqeatan interested hoga, to us ko jo zindagi ka jo maqsad hai, jo creation plan jis ko maulana kehte hain, woh samajh mein aa jayega.</w:t>
      </w:r>
    </w:p>
    <w:p>
      <w:pPr>
        <w:jc w:val="right"/>
      </w:pPr>
      <w:r>
        <w:t>قرآن ایک ایسی کتاب ہے کہ جو ہر انسان کو ایڈریس کرتی ہے۔ اور اگر کوئی شخص ایک بار اس کو پڑھ لے، جو واقعتاً انٹرسٹڈ ہوگا، تو اس کو جو زندگی کا جو مقصد ہے، جو کریشن پلان جس کو مولانا کہتے ہیں، وہ سمجھ میں آ جائے گا۔</w:t>
      </w:r>
    </w:p>
    <w:p>
      <w:r>
        <w:rPr>
          <w:b/>
        </w:rPr>
        <w:t xml:space="preserve">[57:54] </w:t>
      </w:r>
      <w:r>
        <w:t>phir us ko wazeh ho jayega. aur agar mazeed woh parhna chahe ga to phir aur aage. to behal ye sab baatein kai un ko samjhayein to un ki samajh mein aayi.</w:t>
      </w:r>
    </w:p>
    <w:p>
      <w:pPr>
        <w:jc w:val="right"/>
      </w:pPr>
      <w:r>
        <w:t>پھر اس کو واضح ہو جائے گا۔ اور اگر مزید وہ پڑھنا چاہے گا تو پھر اور آگے۔ تو بہرحال یہ سب باتیں کئی ان کو سمجھائیں تو ان کی سمجھ میں آئی۔</w:t>
      </w:r>
    </w:p>
    <w:p>
      <w:r>
        <w:rPr>
          <w:b/>
        </w:rPr>
        <w:t xml:space="preserve">[58:03] </w:t>
      </w:r>
      <w:r>
        <w:t>phir jo hum ne quran hamara hai english wala, woh dikhaya un ko</w:t>
      </w:r>
    </w:p>
    <w:p>
      <w:pPr>
        <w:jc w:val="right"/>
      </w:pPr>
      <w:r>
        <w:t>پھر جو ہم نے قرآن ہمارا ہے انگلش والا، وہ دکھایا ان کو</w:t>
      </w:r>
    </w:p>
    <w:p>
      <w:r>
        <w:rPr>
          <w:b/>
        </w:rPr>
        <w:t xml:space="preserve">[58:07] </w:t>
      </w:r>
      <w:r>
        <w:t>to un logon ne parha aur kaha ke ye bohat acha hai, bohat hi simple hai. to unhon ne kaha ke hum isi ko translate karte hain danish mein, koi zaroorat nahi hai ke hum arabi se karein, balkey isi ko hum translate karte hain.</w:t>
      </w:r>
    </w:p>
    <w:p>
      <w:pPr>
        <w:jc w:val="right"/>
      </w:pPr>
      <w:r>
        <w:t>تو ان لوگوں نے پڑھا اور کہا کہ یہ بہت اچھا ہے، بہت ہی سمپل ہے۔ تو انہوں نے کہا کہ ہم اسی کو ٹرانسلیٹ کرتے ہیں ڈینش میں، کوئی ضرورت نہیں ہے کہ ہم عربی سے کریں، بلکہ اسی کو ہم ٹرانسلیٹ کرتے ہیں۔</w:t>
      </w:r>
    </w:p>
    <w:p>
      <w:r>
        <w:rPr>
          <w:b/>
        </w:rPr>
        <w:t xml:space="preserve">[58:18] </w:t>
      </w:r>
      <w:r>
        <w:t>to wahan ek sahab hain jin ka naam hai ghufran, woh bhi IT consultant waghera hain, IT company hai un ki. to unhon ne kaha ke main inshallah is kaam ko karwao'n ga aur woh originally pakistan se hain, lekin wahin paida hue hain.</w:t>
      </w:r>
    </w:p>
    <w:p>
      <w:pPr>
        <w:jc w:val="right"/>
      </w:pPr>
      <w:r>
        <w:t>تو وہاں ایک صاحب ہیں جن کا نام ہے غفران، وہ بھی آئی ٹی کنسلٹنٹ وغیرہ ہیں، آئی ٹی کمپنی ہے ان کی۔ تو انہوں نے کہا کہ میں انشاءاللہ اس کام کو کرواؤں گا اور وہ اوریجنلی پاکستان سے ہیں، لیکن وہیں پیدا ہوئے ہیں۔</w:t>
      </w:r>
    </w:p>
    <w:p>
      <w:r>
        <w:rPr>
          <w:b/>
        </w:rPr>
        <w:t xml:space="preserve">[58:32] </w:t>
      </w:r>
      <w:r>
        <w:t>woh un ke father waghera sixties mein aa gaye thay.</w:t>
      </w:r>
    </w:p>
    <w:p>
      <w:pPr>
        <w:jc w:val="right"/>
      </w:pPr>
      <w:r>
        <w:t>وہ ان کے فادر وغیرہ سکسٹیز میں آ گئے تھے۔</w:t>
      </w:r>
    </w:p>
    <w:p>
      <w:r>
        <w:rPr>
          <w:b/>
        </w:rPr>
        <w:t xml:space="preserve">[58:36] </w:t>
      </w:r>
      <w:r>
        <w:t>to quran ka unhon ne zimmedari li hai ke main is kaam ko inshallah karwao'n ga. to is tarike se denmark mein ja ke ye andaza hua ke wahan bohat hi dawati kaam ho raha hai, bohat achi jagah hai,</w:t>
      </w:r>
    </w:p>
    <w:p>
      <w:pPr>
        <w:jc w:val="right"/>
      </w:pPr>
      <w:r>
        <w:t>تو قرآن کا انہوں نے ذمہ داری لی ہے کہ میں اس کام کو انشاءاللہ کرواؤں گا۔ تو اس طریقے سے ڈنمارک میں جا کے یہ اندازہ ہوا کہ وہاں بہت ہی دعوتی کام ہو رہا ہے، بہت اچھی جگہ ہے،</w:t>
      </w:r>
    </w:p>
    <w:p>
      <w:r>
        <w:rPr>
          <w:b/>
        </w:rPr>
        <w:t xml:space="preserve">[58:49] </w:t>
      </w:r>
      <w:r>
        <w:t>denmark bohat saaf suthri jagah hai, bilkul koi pollution nahi, koi shor sharaba nahi. aur wahan ki population</w:t>
      </w:r>
    </w:p>
    <w:p>
      <w:pPr>
        <w:jc w:val="right"/>
      </w:pPr>
      <w:r>
        <w:t>ڈنمارک بہت صاف ستھری جگہ ہے، بالکل کوئی پولیوشن نہیں، کوئی شور شرابہ نہیں۔ اور وہاں کی پاپولیشن</w:t>
      </w:r>
    </w:p>
    <w:p>
      <w:r>
        <w:rPr>
          <w:b/>
        </w:rPr>
        <w:t xml:space="preserve">[58:58] </w:t>
      </w:r>
      <w:r>
        <w:t>bohat kam hai, poore denmark ki population sirf paanch million hai, jis mein taqreeban teen lakh musalman hain, zyada tar turkish aur pakistani hain, aur phir falasteen waghera ke, falasteen waghera ke hain.</w:t>
      </w:r>
    </w:p>
    <w:p>
      <w:pPr>
        <w:jc w:val="right"/>
      </w:pPr>
      <w:r>
        <w:t>بہت کم ہے، پورے ڈنمارک کی پاپولیشن صرف پانچ ملین ہے، جس میں تقریباً تین لاکھ مسلمان ہیں، زیادہ تر ٹرکش اور پاکستانی ہیں، اور پھر فلسطین وغیرہ کے، فلسطین وغیرہ کے ہیں۔</w:t>
      </w:r>
    </w:p>
    <w:p>
      <w:r>
        <w:rPr>
          <w:b/>
        </w:rPr>
        <w:t xml:space="preserve">[59:13] </w:t>
      </w:r>
      <w:r>
        <w:t>to wahan agle din phir eid tha, eid thi. to woh log mujhe namaz ke liye le gaye. unhon ne bataya ke namaz jo hai, wahan ek bohat bara stadium hai, football stadium indoor, us mein hoti hai.</w:t>
      </w:r>
    </w:p>
    <w:p>
      <w:pPr>
        <w:jc w:val="right"/>
      </w:pPr>
      <w:r>
        <w:t>تو وہاں اگلے دن پھر عید تھا، عید تھی۔ تو وہ لوگ مجھے نماز کے لیے لے گئے۔ انہوں نے بتایا کہ نماز جو ہے، وہاں ایک بہت بڑا اسٹیڈیم ہے، فٹبال اسٹیڈیم انڈور، اس میں ہوتی ہے۔</w:t>
      </w:r>
    </w:p>
    <w:p>
      <w:r>
        <w:rPr>
          <w:b/>
        </w:rPr>
        <w:t xml:space="preserve">[59:26] </w:t>
      </w:r>
      <w:r>
        <w:t>taqreeban 25 hazar log jama ho jate hain namaz mein, jo ke unhon ne kaha ke denmark ke aitbar se bohat bari tadad hai, yahan 25 hazar log kahin kabhi jama nahi hote.</w:t>
      </w:r>
    </w:p>
    <w:p>
      <w:pPr>
        <w:jc w:val="right"/>
      </w:pPr>
      <w:r>
        <w:t>تقریباً 25 ہزار لوگ جمع ہو جاتے ہیں نماز میں، جو کہ انہوں نے کہا کہ ڈنمارک کے اعتبار سے بہت بڑی تعداد ہے، یہاں 25 ہزار لوگ کہیں کبھی جمع نہیں ہوتے۔</w:t>
      </w:r>
    </w:p>
    <w:p>
      <w:r>
        <w:rPr>
          <w:b/>
        </w:rPr>
        <w:t xml:space="preserve">[59:36] </w:t>
      </w:r>
      <w:r>
        <w:t>lekin woh is bar chunke woh us mein kuch kaam chal raha tha, kuch repair waghera, to un un ko ijazat nahi mili. to unhon ne jo mosque thi, us mein hi namaz parhi, lekin kai kai bar chunke ek bar mein aate thay, phir log doosre aate thay, phir doosre aate thay, aur danish mein wahan khutba hua hota</w:t>
      </w:r>
    </w:p>
    <w:p>
      <w:pPr>
        <w:jc w:val="right"/>
      </w:pPr>
      <w:r>
        <w:t>لیکن وہ اس بار چونکہ وہ اس میں کچھ کام چل رہا تھا، کچھ ریپیئر وغیرہ، تو ان ان کو اجازت نہیں ملی۔ تو انہوں نے جو ماسک تھی، اس میں ہی نماز پڑھی، لیکن کئی کئی بار چونکہ ایک بار میں آتے تھے، پھر لوگ دوسرے آتے تھے، پھر دوسرے آتے تھے، اور ڈینش میں وہاں خطبہ ہوا ہوتا</w:t>
      </w:r>
    </w:p>
    <w:p>
      <w:r>
        <w:rPr>
          <w:b/>
        </w:rPr>
        <w:t xml:space="preserve">[59:53] </w:t>
      </w:r>
      <w:r>
        <w:t>tha. maine kuch clips bheje thay danish mein khutba. phir jo ghufran sahab thay, woh apne ghar le gaye, un un ke walid thay, un ke uncle waghera thay, un ko bhi maine quran waghera diya to unhein bohat pasand aaya.</w:t>
      </w:r>
    </w:p>
    <w:p>
      <w:pPr>
        <w:jc w:val="right"/>
      </w:pPr>
      <w:r>
        <w:t>تھا۔ میں نے کچھ کلپس بھیجے تھے ڈینش میں خطبہ۔ پھر جو غفران صاحب تھے، وہ اپنے گھر لے گئے، ان ان کے والد تھے، ان کے انکل وغیرہ تھے، ان کو بھی میں نے قرآن وغیرہ دیا تو انہیں بہت پسند آیا۔</w:t>
      </w:r>
    </w:p>
    <w:p>
      <w:r>
        <w:rPr>
          <w:b/>
        </w:rPr>
        <w:t xml:space="preserve">[1:00:06] </w:t>
      </w:r>
      <w:r>
        <w:t>to unhon ne purani baatein batayein ke 1960 mein jab hum aaye to yahan par koi masjid bhi nahi thi. to sab se pehli jo masjid ek basement mein bani, matlab masjid kya hai, ek namaz parhne ki ja</w:t>
      </w:r>
    </w:p>
    <w:p>
      <w:pPr>
        <w:jc w:val="right"/>
      </w:pPr>
      <w:r>
        <w:t>تو انہوں نے پرانی باتیں بتائیں کہ 1960 میں جب ہم آئے تو یہاں پر کوئی مسجد بھی نہیں تھی۔ تو سب سے پہلی جو مسجد ایک بیسمنٹ میں بنی، مطلب مسجد کیا ہے، ایک نماز پڑھنے کی ج</w:t>
      </w:r>
    </w:p>
    <w:p>
      <w:r>
        <w:rPr>
          <w:b/>
        </w:rPr>
        <w:t xml:space="preserve">[1:00:18] </w:t>
      </w:r>
      <w:r>
        <w:t>gah. phir ahista ahista log jama hue aur phir kuch masjid ka silsila wahan qaim hua. to us din maine chunke eid ka din tha, to kuch hazrat ibrahim alaihissalam ke bare mein maine bataya, jo lecture maulana ka tha pichla, usi ko thoda bataya aur kuch baatein batayein ke hazrat ibrahim alaihissalam ka mission kya tha.</w:t>
      </w:r>
    </w:p>
    <w:p>
      <w:pPr>
        <w:jc w:val="right"/>
      </w:pPr>
      <w:r>
        <w:t>گہ۔ پھر آہستہ آہستہ لوگ جمع ہوئے اور پھر کچھ مسجد کا سلسلہ وہاں قائم ہوا۔ تو اس دن میں نے چونکہ عید کا دن تھا، تو کچھ حضرت ابراہیم علیہ السلام کے بارے میں میں نے بتایا، جو لیکچر مولانا کا تھا پچھلا، اسی کو تھوڑا بتایا اور کچھ باتیں بتائیں کہ حضرت ابراہیم علیہ السلام کا مشن کیا تھا۔</w:t>
      </w:r>
    </w:p>
    <w:p>
      <w:r>
        <w:rPr>
          <w:b/>
        </w:rPr>
        <w:t xml:space="preserve">[1:00:41] </w:t>
      </w:r>
      <w:r>
        <w:t>to phir is ke baad wahan se wapsi ho gayi aur phir wahan se main france gaya.</w:t>
      </w:r>
    </w:p>
    <w:p>
      <w:pPr>
        <w:jc w:val="right"/>
      </w:pPr>
      <w:r>
        <w:t>تو پھر اس کے بعد وہاں سے واپسی ہو گئی اور پھر وہاں سے میں فرانس گیا۔</w:t>
      </w:r>
    </w:p>
    <w:p>
      <w:r>
        <w:rPr>
          <w:b/>
        </w:rPr>
        <w:t xml:space="preserve">[1:00:47] </w:t>
      </w:r>
      <w:r>
        <w:t>france mein ek publisher hai jis ka naam hai al azhar, al azhar library. to us ne kuch maulana ki kitabein shaya ki hain, jis mein se ye kitab aakhri hai, jo latest hai, ye god arises ka french translation hai.</w:t>
      </w:r>
    </w:p>
    <w:p>
      <w:pPr>
        <w:jc w:val="right"/>
      </w:pPr>
      <w:r>
        <w:t>فرانس میں ایک پبلشر ہے جس کا نام ہے الاظہر، الاظہر لائبریری۔ تو اس نے کچھ مولانا کی کتابیں شائع کی ہیں، جس میں سے یہ کتاب آخری ہے، جو لیٹسٹ ہے، یہ گاڈ ارائزز کا فرینچ ٹرانسلیشن ہے۔</w:t>
      </w:r>
    </w:p>
    <w:p>
      <w:r>
        <w:rPr>
          <w:b/>
        </w:rPr>
        <w:t xml:space="preserve">[1:01:03] </w:t>
      </w:r>
      <w:r>
        <w:t>is se pehle unhon ne "mohammad the prophet for all humanity" aur "quran for all humanity" bhi publish ki thi. aur abhi woh "khawateen islam", "women between islam and western society" ka translation kar rahe hain.</w:t>
      </w:r>
    </w:p>
    <w:p>
      <w:pPr>
        <w:jc w:val="right"/>
      </w:pPr>
      <w:r>
        <w:t>اس سے پہلے انہوں نے "محمد دی پرافٹ فار آل ہیومینٹی" اور "قرآن فار آل ہیومینٹی" بھی پبلش کی تھی۔ اور ابھی وہ "خاتون اسلام"، "ویمن بٹوین اسلام اینڈ ویسٹرن سوسائٹی" کا ٹرانسلیشن کر رہے ہیں۔</w:t>
      </w:r>
    </w:p>
    <w:p>
      <w:r>
        <w:rPr>
          <w:b/>
        </w:rPr>
        <w:t xml:space="preserve">[1:01:21] </w:t>
      </w:r>
      <w:r>
        <w:t>isi ke sath sath kai aur publishers se france mein mulaqat hui, jaise ek "assalam" publisher hain, to unhon ne, woh bhi ek si</w:t>
      </w:r>
    </w:p>
    <w:p>
      <w:pPr>
        <w:jc w:val="right"/>
      </w:pPr>
      <w:r>
        <w:t>اسی کے ساتھ ساتھ کئی اور پبلشرز سے فرانس میں ملاقات ہوئی، جیسے ایک "السلام" پبلشر ہیں، تو انہوں نے، وہ بھی ایک س</w:t>
      </w:r>
    </w:p>
    <w:p>
      <w:r>
        <w:rPr>
          <w:b/>
        </w:rPr>
        <w:t xml:space="preserve">[1:01:31] </w:t>
      </w:r>
      <w:r>
        <w:t>rri thay, ye bhi jo sahab hain, al azhar academy ke abdul majeed, ye bhi ek arab hain.</w:t>
      </w:r>
    </w:p>
    <w:p>
      <w:pPr>
        <w:jc w:val="right"/>
      </w:pPr>
      <w:r>
        <w:t>یرین تھے، یہ بھی جو صاحب ہیں، الاظہر اکیڈمی کے عبدالمجید، یہ بھی ایک عرب ہیں۔</w:t>
      </w:r>
    </w:p>
    <w:p>
      <w:r>
        <w:rPr>
          <w:b/>
        </w:rPr>
        <w:t xml:space="preserve">[1:01:41] </w:t>
      </w:r>
      <w:r>
        <w:t>to yeh log sab Maulana ki jo thought hai aur kitabein hain, "al-islam hada" waghera parh chuke hain. to jo yeh naya shakhs mila, "al-islam" publisher, yeh bhi Maulana ko janta tha, chuna che sireen hai aur "al-islam hada" parhi thi, to bohat hi khush hua.</w:t>
      </w:r>
    </w:p>
    <w:p>
      <w:pPr>
        <w:jc w:val="right"/>
      </w:pPr>
      <w:r>
        <w:t>تو یہ لوگ سب مولانا کی جو تھاٹ ہے اور کتابیں ہیں، "الاسلام حدہ" وغیرہ پڑھ چکے ہیں۔ تو جو یہ نیا شخص ملا، "السلام" پبلشر، یہ بھی مولانا کو جانتا تھا، چونکہ سیرین ہے اور "الاسلام حدہ" پڑھی تھی، تو بہت ہی خوش ہوا۔</w:t>
      </w:r>
    </w:p>
    <w:p>
      <w:r>
        <w:rPr>
          <w:b/>
        </w:rPr>
        <w:t xml:space="preserve">[1:01:54] </w:t>
      </w:r>
      <w:r>
        <w:t>is ko jab maine Quran dikhaya to us ne bhi kaha ke yeh Quran bohat sam</w:t>
      </w:r>
    </w:p>
    <w:p>
      <w:pPr>
        <w:jc w:val="right"/>
      </w:pPr>
      <w:r>
        <w:t>اس کو جب میں نے قرآن دکھایا تو اس نے بھی کہا کہ یہ قرآن بہت سم</w:t>
      </w:r>
    </w:p>
    <w:p>
      <w:r>
        <w:rPr>
          <w:b/>
        </w:rPr>
        <w:t xml:space="preserve">[1:01:58] </w:t>
      </w:r>
      <w:r>
        <w:t>pal hai, is ko hum french mein isi se translate karein ge. aur "what is Islam" ke bare mein bhi us ne kaha ke is ko bhi french mein hum karein ge aur yahan par phailayein ge.</w:t>
      </w:r>
    </w:p>
    <w:p>
      <w:pPr>
        <w:jc w:val="right"/>
      </w:pPr>
      <w:r>
        <w:t>پل ہے، اس کو ہم فرینچ میں اسی سے ٹرانسلیٹ کریں گے۔ اور "واٹ از اسلام" کے بارے میں بھی اس نے کہا کہ اس کو بھی فرینچ میں ہم کریں گے اور یہاں پر پھیلائیں گے۔</w:t>
      </w:r>
    </w:p>
    <w:p>
      <w:r>
        <w:rPr>
          <w:b/>
        </w:rPr>
        <w:t xml:space="preserve">[1:02:08] </w:t>
      </w:r>
      <w:r>
        <w:t>to is tarah se chuna che France mein is din Eid ki wajah se chutti thi, to main ziyada ruka nahi aur aur logon se mulaqat nahi ho payi Eid ki wajah se.</w:t>
      </w:r>
    </w:p>
    <w:p>
      <w:pPr>
        <w:jc w:val="right"/>
      </w:pPr>
      <w:r>
        <w:t>تو اس طرح سے چونکہ فرانس میں اس دن عید کی وجہ سے چھٹی تھی، تو میں زیادہ رکا نہیں اور اور لوگوں سے ملاقات نہیں ہو پائی عید کی وجہ سے۔</w:t>
      </w:r>
    </w:p>
    <w:p>
      <w:r>
        <w:rPr>
          <w:b/>
        </w:rPr>
        <w:t xml:space="preserve">[1:02:21] </w:t>
      </w:r>
      <w:r>
        <w:t>to phir main agle din</w:t>
      </w:r>
    </w:p>
    <w:p>
      <w:pPr>
        <w:jc w:val="right"/>
      </w:pPr>
      <w:r>
        <w:t>تو پھر میں اگلے دن</w:t>
      </w:r>
    </w:p>
    <w:p>
      <w:r>
        <w:rPr>
          <w:b/>
        </w:rPr>
        <w:t xml:space="preserve">[1:02:22] </w:t>
      </w:r>
      <w:r>
        <w:t>wapas aa gaya, halanke mera irada is bar Spain jane ka bhi tha aur wahan par bhi kai contacts ho gaye the Cordoba aur Granada mein.</w:t>
      </w:r>
    </w:p>
    <w:p>
      <w:pPr>
        <w:jc w:val="right"/>
      </w:pPr>
      <w:r>
        <w:t>واپس آ گیا، حالانکہ میرا ارادہ اس بار اسپین جانے کا بھی تھا اور وہاں پر بھی کئی کانٹیکٹس ہو گئے تھے کوارڈوبا اور گریناڈا میں۔</w:t>
      </w:r>
    </w:p>
    <w:p>
      <w:r>
        <w:rPr>
          <w:b/>
        </w:rPr>
        <w:t xml:space="preserve">[1:02:33] </w:t>
      </w:r>
      <w:r>
        <w:t>lekin chuna che yeh kitab ek sahib ko maine di thi ke translate kar dein Spanish mein, wo unhon ne poori ki nahi thi, wo chhap nahi saki thi. to maine socha ke inshallah agli bar Spain jane ki koshish karein ge.</w:t>
      </w:r>
    </w:p>
    <w:p>
      <w:pPr>
        <w:jc w:val="right"/>
      </w:pPr>
      <w:r>
        <w:t>لیکن چونکہ یہ کتاب ایک صاحب کو میں نے دی تھی کہ ٹرانسلیٹ کر دیں اسپینش میں، وہ انہوں نے پوری کی نہیں تھی، وہ چھپ نہیں سکی تھی۔ تو میں نے سوچا کہ انشاءاللہ اگلی بار اسپین جانے کی کوشش کریں گے۔</w:t>
      </w:r>
    </w:p>
    <w:p>
      <w:r>
        <w:rPr>
          <w:b/>
        </w:rPr>
        <w:t xml:space="preserve">[1:02:45] </w:t>
      </w:r>
      <w:r>
        <w:t>wa akhiru da'wana anil hamdulillahi rabbil alameen.</w:t>
      </w:r>
    </w:p>
    <w:p>
      <w:pPr>
        <w:jc w:val="right"/>
      </w:pPr>
      <w:r>
        <w:t>واخر دعوانا ان الحمدللہ رب العالمین۔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