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in Palestine In Light of Quranic Guidance November 5, 2023</w:t>
      </w:r>
    </w:p>
    <w:p>
      <w:r>
        <w:t>https://youtu.be/VktRNLm79N0</w:t>
      </w:r>
    </w:p>
    <w:p>
      <w:r>
        <w:rPr>
          <w:b/>
        </w:rPr>
        <w:t xml:space="preserve">[00:05] </w:t>
      </w:r>
      <w:r>
        <w:t>Assalamualikum. Today we all have gathered here at CPS Hall to launch a new write up of Maulana Wahiduddin Khan sahib on the issue of Palestine. As we all know that there is a war raging on right now between Israel and Hamas and tens and thousands of people have got wounded and killed. Prominent among them are children, women, elderly people and many foreign nationals.</w:t>
      </w:r>
    </w:p>
    <w:p>
      <w:pPr>
        <w:jc w:val="right"/>
      </w:pPr>
      <w:r>
        <w:t>अस्सलामालिकुम. Today we all have gathered here at CPS Hall to launch a new write up of मुलाना वैदुद्दीन खान साहब on the issue of Palestine. As we all know that there is a war raging on right now between Israel and Hamas and tens and thousands of people have got wounded and killed. Prominent among them are children, women, elderly people and many foreign nationals.</w:t>
      </w:r>
    </w:p>
    <w:p>
      <w:r>
        <w:rPr>
          <w:b/>
        </w:rPr>
        <w:t xml:space="preserve">[00:34] </w:t>
      </w:r>
      <w:r>
        <w:t>Maulana Wahiduddin Khan sahib had visited Israel during his lifetime. In his last visit at Tel Aviv, he participated in a peace program. He also met up with president Simon Perez and submitted a peace proposal on how to establish peace in the holy land. He also gifted him a copy of the Quran which was translated by him.</w:t>
      </w:r>
    </w:p>
    <w:p>
      <w:pPr>
        <w:jc w:val="right"/>
      </w:pPr>
      <w:r>
        <w:t>मुलाना वेदुद्दीन खान साहब had visited Israel during his lifetime. In his last visit at Tel Aviv, he participated in a peace program. He also met up with president Simon Perez and submitted a peace proposal on how to establish peace in the holy land. He also gifted him a copy of the Quran which was translated by him.</w:t>
      </w:r>
    </w:p>
    <w:p>
      <w:r>
        <w:rPr>
          <w:b/>
        </w:rPr>
        <w:t xml:space="preserve">[01:01] </w:t>
      </w:r>
      <w:r>
        <w:t>Unfortunately, last two, two and a half decades, the situation there has gone from bad to worse. The new fear that we are hearing and sensing from the media is that more countries are likely, they have expressed their intention to participate in the, in this killing madness. Therefore, we have translated Maulana Wahiduddin Khan sahib's advice, his assessment of the whole situation in English language.</w:t>
      </w:r>
    </w:p>
    <w:p>
      <w:pPr>
        <w:jc w:val="right"/>
      </w:pPr>
      <w:r>
        <w:t>Unfortunately, last two, two and a half decades, the situation there has gone from bad to worse. The new fear that we are hearing and sensing from the media is that more countries are likely, they have expressed their intention to participate in the, in this killing madness. Therefore, we have translated मुलाना वेदुद्दीन खान साहब's advice, his assessment of the whole situation in English language.</w:t>
      </w:r>
    </w:p>
    <w:p>
      <w:r>
        <w:rPr>
          <w:b/>
        </w:rPr>
        <w:t xml:space="preserve">[01:29] </w:t>
      </w:r>
      <w:r>
        <w:t>The translation has been done by professor Farida Khanam. When we read Quran, we find that god clearly says that peace is the greatest. In chapter 10, Quran says and god calls to the home of peace. This clearly shows that God wants a peaceful society. We have to demonstrate to the world and show to them that violence is no place in Islam.</w:t>
      </w:r>
    </w:p>
    <w:p>
      <w:pPr>
        <w:jc w:val="right"/>
      </w:pPr>
      <w:r>
        <w:t>The translation has been done by professor फरीदा खानम. When we read कुरान, we find that god clearly says that peace is the greatest. In chapter 10, कुरान says and god calls to the home of peace. This clearly shows that God wants a peaceful society. We have to demonstrate to the world and show to them that violence is no place in Islam.</w:t>
      </w:r>
    </w:p>
    <w:p>
      <w:r>
        <w:rPr>
          <w:b/>
        </w:rPr>
        <w:t xml:space="preserve">[01:57] </w:t>
      </w:r>
      <w:r>
        <w:t>Anyone who wants to go against the peace plan is like going against the commandment of God. Who can afford to go against the commandment of God almighty? Therefore, let us take this literature, this new literature that CPS has created to the global leadership. Let's spread this far and wide and tell the whole world that whatever that is happening in the name of Islam is not Islam.</w:t>
      </w:r>
    </w:p>
    <w:p>
      <w:pPr>
        <w:jc w:val="right"/>
      </w:pPr>
      <w:r>
        <w:t>Anyone who wants to go against the peace plan is like going against the commandment of God. Who can afford to go against the commandment of God almighty? Therefore, let us take this literature, this new literature that CPS has created to the global leadership. Let's spread this far and wide and tell the whole world that whatever that is happening in the name of Islam is not Islam.</w:t>
      </w:r>
    </w:p>
    <w:p>
      <w:r>
        <w:rPr>
          <w:b/>
        </w:rPr>
        <w:t xml:space="preserve">[02:24] </w:t>
      </w:r>
      <w:r>
        <w:t>With this, I will request doctor Saniya Sneheen Khan sahib to launch this new write up of Maulana Wahiduddin Khan sahib. Bismillahir Rahmanir Rahim, Rabbi shrahli sadri, wayassirli amri, wahlul uqdatam millisani, yafqahu kawli.</w:t>
      </w:r>
    </w:p>
    <w:p>
      <w:pPr>
        <w:jc w:val="right"/>
      </w:pPr>
      <w:r>
        <w:t>With this, I will request doctor सानिया स्नेहीन खान साहब to launch this new write up of मुलाना वैदुद्दीन खान साहब. पिस्मिल्लाही रमाली रहीम, रब्बिश रहली सदरी, वैसिर्ली अमरी, वैलुल उप्धतम मिल्लीसानी, यप्का मुकौली.</w:t>
      </w:r>
    </w:p>
    <w:p>
      <w:r>
        <w:rPr>
          <w:b/>
        </w:rPr>
        <w:t xml:space="preserve">[02:45] </w:t>
      </w:r>
      <w:r>
        <w:t>mujhe yeh kitab, jo ke Maulana ki ek kitab profit of peace ka ek hissa hai, launch karte hue behad khushi ho rahi hai aur is ka title hai Palestine charting a peaceful course in light of Quranic guidance.</w:t>
      </w:r>
    </w:p>
    <w:p>
      <w:pPr>
        <w:jc w:val="right"/>
      </w:pPr>
      <w:r>
        <w:t>मुझे यह किताब, जो कि मौलाना की एक किताब profit of peace का एक हिस्सा है, launch करते हुए बेहद ख़ुशी हो रही है और इसका title है Palestine charting a peaceful course in light of कुरानिक guidance.</w:t>
      </w:r>
    </w:p>
    <w:p>
      <w:r>
        <w:rPr>
          <w:b/>
        </w:rPr>
        <w:t xml:space="preserve">[03:05] </w:t>
      </w:r>
      <w:r>
        <w:t>yeh article Maulana ne bohat pehle likha tha chuna che Palestine ek aisa issue hai jo hamesha missile mein ghira rehta hai. 1948 mein Balfour agreement ke tehat Palestine aur Israel ko aadha aadha hissa diya gaya aur jo better hissa tha, jo fertile land tha wo Palestinians ko diya gaya.</w:t>
      </w:r>
    </w:p>
    <w:p>
      <w:pPr>
        <w:jc w:val="right"/>
      </w:pPr>
      <w:r>
        <w:t>यह article मौलाना ने बहुत पहले लिखा था चूंकि Palestine एक ऐसा issue है जो हमेशा missile में घिरा रहता है. 1948 में Balfour agreement के तहत Palestine और Israel को आधा आधा हिस्सा दिया गया और जो better हिस्सा था, जो fertile land था वो Palestinians को दिया गया.</w:t>
      </w:r>
    </w:p>
    <w:p>
      <w:r>
        <w:rPr>
          <w:b/>
        </w:rPr>
        <w:t xml:space="preserve">[03:34] </w:t>
      </w:r>
      <w:r>
        <w:t>lekin us waqt jo josheele leader the khas taur se Misr ke, Ikhwanul Muslimeen waghera ke Hassan Banna aur doosre leader unhon ne bara juloos nikala aur ek lakh logon ko lekar juloos nikala aur uska nara tha ladai kiya Falasteen.</w:t>
      </w:r>
    </w:p>
    <w:p>
      <w:pPr>
        <w:jc w:val="right"/>
      </w:pPr>
      <w:r>
        <w:t>लेकिन उस वक्त जो जोशीले leader थे खासतौर से मिस्र के, इक्वानुल मुस्लिमीन वगैरह के हसन बनना और दूसरे leader उन्होंने बड़ा जुलूस निकाला और एक लाख लोगों को लेकर जुलूस निकाला और उसका नारा था लद्दय किया फैलास्तीन.</w:t>
      </w:r>
    </w:p>
    <w:p>
      <w:r>
        <w:rPr>
          <w:b/>
        </w:rPr>
        <w:t xml:space="preserve">[03:52] </w:t>
      </w:r>
      <w:r>
        <w:t>to in logon ne yani Filastiniyon ko ek violent course par chala diya aur us waqt se lekar aaj tak yeh ladai ja rahi hai aur sirf tabahi aur tabahi, tabahi tabahi. unhon ne nara diya tha sanarmi hum filhaal ke hum in ko yani Jews ko Israel ko samundar mein dhakel dein ge.</w:t>
      </w:r>
    </w:p>
    <w:p>
      <w:pPr>
        <w:jc w:val="right"/>
      </w:pPr>
      <w:r>
        <w:t>तो इन लोगों ने यानी फिलास्तीनियों को एक violent course पर चला दिया और उस वक्त से लेकर आज तक यह लड़ाई जा रही है और सिर्फ तबाही और तबाही, तबाही तबाही. उन्होंने नारा दिया था सनर्मी हिम फ़िलहाल कि हम इनको यानी Jews को Israel को समुंदर में धकेल देंगे.</w:t>
      </w:r>
    </w:p>
    <w:p>
      <w:r>
        <w:rPr>
          <w:b/>
        </w:rPr>
        <w:t xml:space="preserve">[04:20] </w:t>
      </w:r>
      <w:r>
        <w:t>halanki result ulta nikla.</w:t>
      </w:r>
    </w:p>
    <w:p>
      <w:pPr>
        <w:jc w:val="right"/>
      </w:pPr>
      <w:r>
        <w:t>हालांकि result उल्टा निकला.</w:t>
      </w:r>
    </w:p>
    <w:p>
      <w:r>
        <w:rPr>
          <w:b/>
        </w:rPr>
        <w:t xml:space="preserve">[04:27] </w:t>
      </w:r>
      <w:r>
        <w:t>to maulana ne is kitab mein khas taur se hawala diya hai rasoolullah sallam ka ke rasoolullah sallam ki</w:t>
      </w:r>
    </w:p>
    <w:p>
      <w:pPr>
        <w:jc w:val="right"/>
      </w:pPr>
      <w:r>
        <w:t>तो मौलाना ने इस किताब में खासतौर से हवाला दिया है रसूल्लाह सल्लम का कि रसूल्लाह सल्लम की</w:t>
      </w:r>
    </w:p>
    <w:p>
      <w:r>
        <w:rPr>
          <w:b/>
        </w:rPr>
        <w:t xml:space="preserve">[04:34] </w:t>
      </w:r>
      <w:r>
        <w:t>zindagi ne bhi kuch battles huin, bohat hi mukhtasar andaaz ki aur uske baad rasoolullah sallam ne dekha</w:t>
      </w:r>
    </w:p>
    <w:p>
      <w:pPr>
        <w:jc w:val="right"/>
      </w:pPr>
      <w:r>
        <w:t>ज़िंदगी ने भी कुछ battles हुईं, बहुत ही मुख्तसर अंदाज़ की और उसके बाद रसूल्लाह सल्लम ने देखा</w:t>
      </w:r>
    </w:p>
    <w:p>
      <w:r>
        <w:rPr>
          <w:b/>
        </w:rPr>
        <w:t xml:space="preserve">[04:41] </w:t>
      </w:r>
      <w:r>
        <w:t>ke ladai se koi hal nahi niklega toh sulh hudaibiya ki aur sulh hudaibiya ko quran mein allah</w:t>
      </w:r>
    </w:p>
    <w:p>
      <w:pPr>
        <w:jc w:val="right"/>
      </w:pPr>
      <w:r>
        <w:t>कि लड़ाई से कोई हल नहीं निकलेगा तो सुल्ल होदैविया की और सुल होदैविया को कुरान में अल्लाह</w:t>
      </w:r>
    </w:p>
    <w:p>
      <w:r>
        <w:rPr>
          <w:b/>
        </w:rPr>
        <w:t xml:space="preserve">[04:48] </w:t>
      </w:r>
      <w:r>
        <w:t>taala ne fatah mubeen kaha, bohat badi victory, clear victory.</w:t>
      </w:r>
    </w:p>
    <w:p>
      <w:pPr>
        <w:jc w:val="right"/>
      </w:pPr>
      <w:r>
        <w:t>ताला ने फत्य मुबीन कहा, बहुत बड़ी victory, clear victory.</w:t>
      </w:r>
    </w:p>
    <w:p>
      <w:r>
        <w:rPr>
          <w:b/>
        </w:rPr>
        <w:t xml:space="preserve">[04:56] </w:t>
      </w:r>
      <w:r>
        <w:t>us ke baad se halaat badle aur aap tel mein hai ke Makkah pata hua. to yeh yahi rasta hai wo dawat ka rasta jis se kamyabi hasil hui ho hasil hogi.</w:t>
      </w:r>
    </w:p>
    <w:p>
      <w:pPr>
        <w:jc w:val="right"/>
      </w:pPr>
      <w:r>
        <w:t>उसके बाद से हालात बदले और आप तेल में है कि मक्का पता हुआ. तो यह यही रास्ता है वो दावत का रास्ता जिससे कामयाबी हासिल हुई हो हासिल होगी.</w:t>
      </w:r>
    </w:p>
    <w:p>
      <w:r>
        <w:rPr>
          <w:b/>
        </w:rPr>
        <w:t xml:space="preserve">[05:14] </w:t>
      </w:r>
      <w:r>
        <w:t>Sahaba ko bhi isi se kamyabi hasil hui aur baad ke generations ko bhi isi dawati amal chuna che jo momin hai, musalman hai uska farz hai ke wo dawat karein. Quran mein Rasoolullah sallam ke liye aata hai shahidan wa mubashireen wa nadhira, wa da'iyan ilal Allah bi'idhnihi wa sirajim munira.</w:t>
      </w:r>
    </w:p>
    <w:p>
      <w:pPr>
        <w:jc w:val="right"/>
      </w:pPr>
      <w:r>
        <w:t>साहबा को भी इसी से कामयाबी हासिल हुई और बाद के generations को भी इसी दावती अमल चूंकि जो मोमिन है, मुसलमान है उसका फर्ज है कि वो दावत करें. कुरान में रसूल्लाह सल्लम के लिए आता है शाहीदाओं व मुबश्रीरों व नज़ीरा, व दाईयान इलल अल्लाह ए बीजनी है, व सिराज ए मुनीरा.</w:t>
      </w:r>
    </w:p>
    <w:p>
      <w:r>
        <w:rPr>
          <w:b/>
        </w:rPr>
        <w:t xml:space="preserve">[05:36] </w:t>
      </w:r>
      <w:r>
        <w:t>ke Allah taala ne farmaya hai ke tum shahid ho, tum gawah ho, tum ek chamakta sitara ho, tum warner ho.</w:t>
      </w:r>
    </w:p>
    <w:p>
      <w:pPr>
        <w:jc w:val="right"/>
      </w:pPr>
      <w:r>
        <w:t>कि अल्लाह तालाह ने फरमाया है कि तुम शाहिद हो, तुम गवाह हो, तुम एक चमकता सितारा हो, तुम Warner हो.</w:t>
      </w:r>
    </w:p>
    <w:p>
      <w:r>
        <w:rPr>
          <w:b/>
        </w:rPr>
        <w:t xml:space="preserve">[05:46] </w:t>
      </w:r>
      <w:r>
        <w:t>to yeh sab ek hi allabz hai da'i ke liye istemal kiya hai, synonyms hai yeh ke jo Rasoolullah sallam ka mission tha wahi mission agar musalman aaj uthein ge us ko lekar to dunyaavi aur aakhirat ki kamyabi un ko hasil hogi warna sirf barbadi hi barbadi. Doc sahib aaj yeh book launch hai pehle Maulana sahib ka hum sab log lecture bhi sun rahe the.</w:t>
      </w:r>
    </w:p>
    <w:p>
      <w:pPr>
        <w:jc w:val="right"/>
      </w:pPr>
      <w:r>
        <w:t>तो ये सब एक ही अल्लब्ज है दाई के लिए इस्तेमाल किया है, synonyms है ये कि जो रसूल्ला सल्लम का mission था वही mission अगर मुसलमान आज उठेंगे उसको लेकर तो दुनियावी और आख़िर्द की कामयाबी उनको हासिल होगी वरना सिर्फ़ बर्बादी ही बर्बादी. Doc साहब आज यह book launch है पहले मुलाना साहब का हम सब लोग lecture भी sun रहे थे.</w:t>
      </w:r>
    </w:p>
    <w:p>
      <w:r>
        <w:rPr>
          <w:b/>
        </w:rPr>
        <w:t xml:space="preserve">[06:16] </w:t>
      </w:r>
      <w:r>
        <w:t>us mein Maulana ne balki ek bohat is se relate karte hue Palestine issue se relate karte hue ek interesting incident bataya. jab Uhud ka battle hua tha to sattar Sahabi us mein mare gaye the. to Rasoolullah ne yeh nahi kiya ke sattar Sahabi ka inteqam liya.</w:t>
      </w:r>
    </w:p>
    <w:p>
      <w:pPr>
        <w:jc w:val="right"/>
      </w:pPr>
      <w:r>
        <w:t>उसमें मुलाना ने बल्कि एक बहुत इससे relate करते हुए Palestine issue से relate करते हुए एक interesting incident बताया. जब Uhud का battle हुआ था तो सत्तर साहबी उसमें मारे गए थे. तो रसोल्ला ने यह नहीं किया कि सत्तर साहबी का इंतकाम लिया.</w:t>
      </w:r>
    </w:p>
    <w:p>
      <w:r>
        <w:rPr>
          <w:b/>
        </w:rPr>
        <w:t xml:space="preserve">[06:34] </w:t>
      </w:r>
      <w:r>
        <w:t>balki fauran baad jaise hum jante hain history mein aaya ke Prophet ne sulah ka rasta apnaya aur Sulh Hudaybiyyah jis ka bhi aap ne zikr kiya us ke baad Hudaybiyyah treaty sign hui aur phir aap ne jaise abhi kaha ke baqayda ayat utri Fatah Mubeen ki Hudaybiyyah ko Hudaybiyyah ke reference se aur asal cheez yeh bhi hai DocsApp jaise aap ne abhi kaha ke asal maqsad to da'wah work hai.</w:t>
      </w:r>
    </w:p>
    <w:p>
      <w:pPr>
        <w:jc w:val="right"/>
      </w:pPr>
      <w:r>
        <w:t>बल्कि फ़ौरन बाद जैसे हम जानते हैं history में आया कि prophet ने सुलह का रस्ता अपनाया और सुलह हुदेविया जिसका भी आपने ज़िक्र किया उसके बाद हुदेविया treaty sign हुई और फिर आपने जैसे अभी कहा कि बकायदा आयत उत्तरी फतेह मोबीन की हुदेविया को हुदेविया के reference से और असल चीज़ यह भी है DocsApp जैसे आपने अभी कहा कि असल मकसद तो दाव work है.</w:t>
      </w:r>
    </w:p>
    <w:p>
      <w:r>
        <w:rPr>
          <w:b/>
        </w:rPr>
        <w:t xml:space="preserve">[06:59] </w:t>
      </w:r>
      <w:r>
        <w:t>to DocsApp main yeh is liye keh raha hoon kyunke generally kya hota hai ke kuch bhi Muslim world mein ho, to woh yeh nahi dekhte Muslims at large ki problem kahan se shuru hui. Woh seedha emotionally react karte hain and they ignore the opportunities that are available, the possibility of opportunity.</w:t>
      </w:r>
    </w:p>
    <w:p>
      <w:pPr>
        <w:jc w:val="right"/>
      </w:pPr>
      <w:r>
        <w:t>तो DocsApp मैं यह इसलिए कह रहा हूं क्योंकि generally क्या होता है कि कुछ भी मुस्लिम world में हो, तो वह यह नहीं देखते मुस्लिमs at large की problem कहां से शुरू हुई. वो सीधा emotionally react करते हैं and they ignore the opportunities that are available, the possibility of opportunity.</w:t>
      </w:r>
    </w:p>
    <w:p>
      <w:r>
        <w:rPr>
          <w:b/>
        </w:rPr>
        <w:t xml:space="preserve">[07:20] </w:t>
      </w:r>
      <w:r>
        <w:t>to doctor sahib mujhe bohat achhe se yaad aayi hai sab main is liye bhi keh raha hoon kyunke jab Maulana Tel Aviv gaye thay, unhon ne Quran gift kari jo Shimon Peres ne bari khushi se li thi aur phir woh 10 program Maulana ne jo unhon ne banaya tha woh diya.</w:t>
      </w:r>
    </w:p>
    <w:p>
      <w:pPr>
        <w:jc w:val="right"/>
      </w:pPr>
      <w:r>
        <w:t>तो doctor साहब मुझे बहुत अच्छे से याद आई है सब मैं इसलिए भी कह रहा हूँ क्योंकि जब मुलाना तेलुवीब गए थे, उन्होंने कुरान gift करी जो शिमुन पेरसने बड़ी खुशी से ली थी और फिर वो 10 program मुलाना ने जो उन्होंने बनाया था वो दिया.</w:t>
      </w:r>
    </w:p>
    <w:p>
      <w:r>
        <w:rPr>
          <w:b/>
        </w:rPr>
        <w:t xml:space="preserve">[07:35] </w:t>
      </w:r>
      <w:r>
        <w:t>uske agle saal aap ne faisla kiya ke aap Jerusalem jayenge aur wahan pe pehli dafa mere khayal se history mein aisa nahi hoga ke Islamic stall liya gaya ho Jerusalem mein aur Quran distribute kari gayi ho. To book fair mein aap ne stall liya aur aap Jerusalem gaye aur bohat interesting waqiyat hue.</w:t>
      </w:r>
    </w:p>
    <w:p>
      <w:pPr>
        <w:jc w:val="right"/>
      </w:pPr>
      <w:r>
        <w:t>उसके अगले साल आपने फ़ैसला किया कि आप jerusalem जाएंगे और वहाँ पे पहली दफा मेरे ख्याल से history में ऐसा नहीं होगा कि islamic stall लिया गया हो Jerusalem में और quran distribute करी गई हो. तो book fair में आपने stall लिया और आप jerusalem गए और बहुत interesting वाक्यात हुए.</w:t>
      </w:r>
    </w:p>
    <w:p>
      <w:r>
        <w:rPr>
          <w:b/>
        </w:rPr>
        <w:t xml:space="preserve">[07:58] </w:t>
      </w:r>
      <w:r>
        <w:t>main chahunga uske bare mein aap thori roshni dalein taake logon ko pata chal sake ke opportunity kitni bari cheez hai emotional response ke comparison mein. To uske bare mein thora batayein doctor. Aur aap bhi usmein shamil thay. Aap bhi hamare sath ji. Bohat achha safar tha woh. Kaam Dilla. Yaani Jerusalem main taqreeban paanch baar gaya hoon aur wahan book fair mein hissa liya.</w:t>
      </w:r>
    </w:p>
    <w:p>
      <w:pPr>
        <w:jc w:val="right"/>
      </w:pPr>
      <w:r>
        <w:t>मैं चाहूंगा उसके बारे में आप थोड़ी रौशनी डालें ताकि लोगों को पता चल सके कि opportunity कितनी बड़ी चीज़ है emotional response के comparison में. तो उसके बारे में थोड़ा बताएं doctor. और आप भी उसमें शामिल थे. आप भी हमारे साथ जी. बहुत अच्छा सफर था वो. काम दिल्ला. यानी जुरूस्लिम मैं तकरीबन पांच बार गया हूं और वहां book fair में हिस्सा लिया.</w:t>
      </w:r>
    </w:p>
    <w:p>
      <w:r>
        <w:rPr>
          <w:b/>
        </w:rPr>
        <w:t xml:space="preserve">[08:21] </w:t>
      </w:r>
      <w:r>
        <w:t>do baar jerusalem international book fair aur wahan stall lagaya aur wahan quran ko distribute kiya.</w:t>
      </w:r>
    </w:p>
    <w:p>
      <w:pPr>
        <w:jc w:val="right"/>
      </w:pPr>
      <w:r>
        <w:t>दो बार जुरूस्लिम international book fair और वहां stall लगाया और वहां कुरान को distribute किया.</w:t>
      </w:r>
    </w:p>
    <w:p>
      <w:r>
        <w:rPr>
          <w:b/>
        </w:rPr>
        <w:t xml:space="preserve">[08:32] </w:t>
      </w:r>
      <w:r>
        <w:t>bohat hi shauk se Jews ne quran liya.</w:t>
      </w:r>
    </w:p>
    <w:p>
      <w:pPr>
        <w:jc w:val="right"/>
      </w:pPr>
      <w:r>
        <w:t>बहुत ही शौक से Jews ने कुरान लिया.</w:t>
      </w:r>
    </w:p>
    <w:p>
      <w:r>
        <w:rPr>
          <w:b/>
        </w:rPr>
        <w:t xml:space="preserve">[08:43] </w:t>
      </w:r>
      <w:r>
        <w:t>sirf do aisi aise log aaye jinhon ne kuch bola aur ek ne kaha ke nahi main nahi lunga.</w:t>
      </w:r>
    </w:p>
    <w:p>
      <w:pPr>
        <w:jc w:val="right"/>
      </w:pPr>
      <w:r>
        <w:t>सिर्फ दो ऐसी ऐसे लोग आए जिन्होंने कुछ बोला और एक ने कहा कि नहीं मैं नहीं लूंगा.</w:t>
      </w:r>
    </w:p>
    <w:p>
      <w:r>
        <w:rPr>
          <w:b/>
        </w:rPr>
        <w:t xml:space="preserve">[08:55] </w:t>
      </w:r>
      <w:r>
        <w:t>apne father se to unhon ne kaha ke yeh Quran hai this is like bible of Muslims. Ji. To yeh yaani yeh jo curiosity hai uski wajah se har aadmi Quran padhna chahta hai. To phir hum ne dobara hissa liya book fair mein. Phir achha ek aur khas baat yeh hui ke ab aap dekhiye ke log samajhte hain ke Yahudi dushman hai Islam ke.</w:t>
      </w:r>
    </w:p>
    <w:p>
      <w:pPr>
        <w:jc w:val="right"/>
      </w:pPr>
      <w:r>
        <w:t>अपने father से तो उन्होंने कहा की यह कुरान है this is like bible of muslims. जी. तो यह यानी यह जो curiosity है उसकी वजह से हर आदमी कुरान पढ़ना चाहता है. तो फिर हमने दोबारा हिस्सा लिया book fair में. फिर अच्छा एक और खास बात यह हुई कि अब आप देखिए कि लोग समझते हैं कि यहूदी दुश्मन है इस्लाम के.</w:t>
      </w:r>
    </w:p>
    <w:p>
      <w:r>
        <w:rPr>
          <w:b/>
        </w:rPr>
        <w:t xml:space="preserve">[09:19] </w:t>
      </w:r>
      <w:r>
        <w:t>jab hum wahan thay aap ghaliban thay us bar ya nahi, teen teen naujawan mere paas aaye jo university students thay teeno Jew thay. Ek ka naam mujhe do ka naam yaad reh gaya ek ka naam tha Noe ek ka naam tha Arial aur ek ka kuch aur naam tha. To in logon ne kaha ke hum aap ki help karein main us waqt shayad akela tha.</w:t>
      </w:r>
    </w:p>
    <w:p>
      <w:pPr>
        <w:jc w:val="right"/>
      </w:pPr>
      <w:r>
        <w:t>जब हम वहां थे आप गालीबन थे उस बार या नहीं, तीन तीन नौजवान मेरे पास आए जो university students थे तीनों जीव थे. एक का नाम मुझे दो का नाम याद रह गया एक का नाम था नोए एक का नाम था अरियाल और एक का कुछ और नाम था. तो इन लोगों ने कहा कि हम आपकी help करें मैं उस वक्त शायद अकेला था.</w:t>
      </w:r>
    </w:p>
    <w:p>
      <w:r>
        <w:rPr>
          <w:b/>
        </w:rPr>
        <w:t xml:space="preserve">[09:41] </w:t>
      </w:r>
      <w:r>
        <w:t>to maine kaha bohat achhi baat hai to woh aaye hamare stall par rahe subah se sham tak kai din aate rahe aur woh Hebrew mein Jews ko samjhate rahe ke yeh Quran hai ismein yeh likha hai aur aap hi padhiye yaani is tarah ki openness hai aur curiosity hai.</w:t>
      </w:r>
    </w:p>
    <w:p>
      <w:pPr>
        <w:jc w:val="right"/>
      </w:pPr>
      <w:r>
        <w:t>तो मैंने कहा बहुत अच्छी बात है तो वो आए हमारे stall पर रहे सुबह से शाम तक कई दिन आते रहे और वो हिब्रों में Jews को समझाते रहे कि ये कुरान है इसमें ये लिखा है और आप ही पढ़िए यानी इस तरह की openness है और curiosity है.</w:t>
      </w:r>
    </w:p>
    <w:p>
      <w:r>
        <w:rPr>
          <w:b/>
        </w:rPr>
        <w:t xml:space="preserve">[09:58] </w:t>
      </w:r>
      <w:r>
        <w:t>to woh jo naujawan aaye the Jews ek toh mujhe apne ghar le gaya usne mujhe apne parents</w:t>
      </w:r>
    </w:p>
    <w:p>
      <w:pPr>
        <w:jc w:val="right"/>
      </w:pPr>
      <w:r>
        <w:t>तो वो जो नौजवान आए थे Jews एक तो मुझे अपने घर ले गया उसने मुझे अपने parents</w:t>
      </w:r>
    </w:p>
    <w:p>
      <w:r>
        <w:rPr>
          <w:b/>
        </w:rPr>
        <w:t xml:space="preserve">[10:04] </w:t>
      </w:r>
      <w:r>
        <w:t>se milwaya aur dinner arrange kiya aur doosre ne doosra mujhe le gaya hibro university jo ki Jerusalem</w:t>
      </w:r>
    </w:p>
    <w:p>
      <w:pPr>
        <w:jc w:val="right"/>
      </w:pPr>
      <w:r>
        <w:t>से मिलवाया और dinner arrange किया और दूसरे ने दूसरा मुझे ले गया हिब्रो university जो कि Jerusalem</w:t>
      </w:r>
    </w:p>
    <w:p>
      <w:r>
        <w:rPr>
          <w:b/>
        </w:rPr>
        <w:t xml:space="preserve">[10:10] </w:t>
      </w:r>
      <w:r>
        <w:t>mein bohat bari university bari aalishan to maine dekha ke wahan muslim bachche bhi parh rahe hain hijab</w:t>
      </w:r>
    </w:p>
    <w:p>
      <w:pPr>
        <w:jc w:val="right"/>
      </w:pPr>
      <w:r>
        <w:t>में बहुत बड़ी university बड़ी आलीशान तो मैंने देखा कि वहां मुस्लिम बच्चे भी पढ़ रहे हैं हिजाब</w:t>
      </w:r>
    </w:p>
    <w:p>
      <w:r>
        <w:rPr>
          <w:b/>
        </w:rPr>
        <w:t xml:space="preserve">[10:17] </w:t>
      </w:r>
      <w:r>
        <w:t>lagaye hue girls wahan par bohat nazar aai phir woh mujhe le gaya aik aik synagogue mein jo</w:t>
      </w:r>
    </w:p>
    <w:p>
      <w:pPr>
        <w:jc w:val="right"/>
      </w:pPr>
      <w:r>
        <w:t>लगाए हुए girls वहां पर बहुत नज़र आई फिर वह मुझे ले गया एक एक synagogue में जो</w:t>
      </w:r>
    </w:p>
    <w:p>
      <w:r>
        <w:rPr>
          <w:b/>
        </w:rPr>
        <w:t xml:space="preserve">[10:23] </w:t>
      </w:r>
      <w:r>
        <w:t>uske andar hi tha university ke andar oopar tha to dikhaya usne bataya ke wazu ka jo tareeqa hamare</w:t>
      </w:r>
    </w:p>
    <w:p>
      <w:pPr>
        <w:jc w:val="right"/>
      </w:pPr>
      <w:r>
        <w:t>उसमें ही था university के अंदर ऊपर था तो दिखाया उसने बताया कि वजूह का जो तरीका हमारे</w:t>
      </w:r>
    </w:p>
    <w:p>
      <w:r>
        <w:rPr>
          <w:b/>
        </w:rPr>
        <w:t xml:space="preserve">[10:30] </w:t>
      </w:r>
      <w:r>
        <w:t>yahan hai taqreeban wahi tareeqa wazu ke Jews mein bhi hai aur namaz ka bhi tareeqa hai unke</w:t>
      </w:r>
    </w:p>
    <w:p>
      <w:pPr>
        <w:jc w:val="right"/>
      </w:pPr>
      <w:r>
        <w:t>यहां है तकलीबन वही तरीका वजूह के Jews में भी है और नवाज़ का भी तरीका है उनके</w:t>
      </w:r>
    </w:p>
    <w:p>
      <w:r>
        <w:rPr>
          <w:b/>
        </w:rPr>
        <w:t xml:space="preserve">[10:36] </w:t>
      </w:r>
      <w:r>
        <w:t>yahan lekin woh sajda waghera nahi karte.</w:t>
      </w:r>
    </w:p>
    <w:p>
      <w:pPr>
        <w:jc w:val="right"/>
      </w:pPr>
      <w:r>
        <w:t>यहां लेकिन वह सज्दा वगैरह नहीं करते.</w:t>
      </w:r>
    </w:p>
    <w:p>
      <w:r>
        <w:rPr>
          <w:b/>
        </w:rPr>
        <w:t xml:space="preserve">[10:43] </w:t>
      </w:r>
      <w:r>
        <w:t>to phir woh synagogue ke baad mujhe neeche le gaye, ground floor par to wahan masjid thi. Do masjid hai ek ladies ki ek gents ki. Male female ki masjid hai aur wahi jaise synagogue hai waise hi masjid hai. To aap dekhiye kitni openness hai, kitni opportunity hai. Hamare stall par Palestinians aate thay. Asal mein logon ko pata nahi hai ke bohat sare Palestini, taqreeban do million Israel mein rehte hain aaj bhi.</w:t>
      </w:r>
    </w:p>
    <w:p>
      <w:pPr>
        <w:jc w:val="right"/>
      </w:pPr>
      <w:r>
        <w:t>तो फिर वो synagogue के बाद मुझे नीचे ले गए, ground floor पर तो वहां मस्जिद थी. दो मस्जिद है एक ladies की एक gents की. Male female की मस्जिद है और वही जैसे synagogue है वैसे ही मस्जिद है. तो आप देखिए कितनी openness है, कितनी opportunity है. हमारे stall पर Palestinians आते थे. असल में लोगों को पता नहीं है कि बहुत सारे Palestini, करीबन दो million Israel में रहते हैं आज भी.</w:t>
      </w:r>
    </w:p>
    <w:p>
      <w:r>
        <w:rPr>
          <w:b/>
        </w:rPr>
        <w:t xml:space="preserve">[11:13] </w:t>
      </w:r>
      <w:r>
        <w:t>balki bees jo bees pratishat hain. Jo jo 20% hain. 20% of the population is Arab. Achha unhe koi dikkat nahi hai koi problem nahi hai aur chal pade warna they are very good people.</w:t>
      </w:r>
    </w:p>
    <w:p>
      <w:pPr>
        <w:jc w:val="right"/>
      </w:pPr>
      <w:r>
        <w:t>बल्कि बीस जो बीस प्रतिशत हैं. जो जो 20% हैं. 20% of the population is Arab. अच्छा उन्हें कोई दिक्कत नहीं है कोई problem नहीं है और चल पड़े वरना they are very good people.</w:t>
      </w:r>
    </w:p>
    <w:p>
      <w:r>
        <w:rPr>
          <w:b/>
        </w:rPr>
        <w:t xml:space="preserve">[11:41] </w:t>
      </w:r>
      <w:r>
        <w:t>achha doctor sahib Tel Aviv se hi mere ko woh bhi yaad aaya ke Maulana ko ek panel mein bhi rakha tha aur us program mein more than 100 countries participated. There were presidents, ex prime ministers and there was a 100 delegation from palestinian side of young boys and girls.</w:t>
      </w:r>
    </w:p>
    <w:p>
      <w:pPr>
        <w:jc w:val="right"/>
      </w:pPr>
      <w:r>
        <w:t>अच्छा doctor साहब Tel Aviv से ही मेरे को वह भी याद आया कि मुलाना को एक panel में भी रखा था और उस program में more than 100 countries participated. There were presidents, ex prime ministers and there was a 100 delegation from palestinian side of young boys and girls.</w:t>
      </w:r>
    </w:p>
    <w:p>
      <w:r>
        <w:rPr>
          <w:b/>
        </w:rPr>
        <w:t xml:space="preserve">[12:06] </w:t>
      </w:r>
      <w:r>
        <w:t>to doctor sahib jis din Maulana ka talk tha phir agle din ek panel discussion tha jismein Shimon Peres khud thay aur Christiane Amanpour jo CNN ki bohat jaani maani journalist hai woh moderate kar rahi thi aur us time par Fateh ka rule tha.</w:t>
      </w:r>
    </w:p>
    <w:p>
      <w:pPr>
        <w:jc w:val="right"/>
      </w:pPr>
      <w:r>
        <w:t>तो doctor साहब जिस दिन बुलाना का talk था फिर अगले दिन एक panel discussion था जिसमें शिमोन पेरेज़ खुद थे और कृष्टियाना अमनपुर जो CNN की बहुत जानी मानी journalist है वह moderate कर रही थी और उस time पर दार्यबिन फतह का rule था.</w:t>
      </w:r>
    </w:p>
    <w:p>
      <w:r>
        <w:rPr>
          <w:b/>
        </w:rPr>
        <w:t xml:space="preserve">[12:28] </w:t>
      </w:r>
      <w:r>
        <w:t>to Fateh ke minister bhi aaye thay aur jab unka talk poora khatam hua to Christiane Amanpour ne kaha ke audience se hum do ya teen sawal lenge. To main Maulana ke sath baitha hua tha ek side, ek side Apa thi, aap thay Nagma Apa thi, Stuti, Sadhia Maria sab thay hum log.</w:t>
      </w:r>
    </w:p>
    <w:p>
      <w:pPr>
        <w:jc w:val="right"/>
      </w:pPr>
      <w:r>
        <w:t>तो फतह के minister भी आए थे और जब उनका talk पूरा खतम हुआ तो कृष्टियाना अमनपुर ने कहा कि audience से हम दो या तीन सवाल लेंगे. तो मैं मलाना के साथ बैठा हुआ था एक side, एक side आपा थी, आप थे नगमा आपा थी, स्तुति, साधिया मारिया सब थे हम लोग.</w:t>
      </w:r>
    </w:p>
    <w:p>
      <w:r>
        <w:rPr>
          <w:b/>
        </w:rPr>
        <w:t xml:space="preserve">[12:49] </w:t>
      </w:r>
      <w:r>
        <w:t>to maine hath khada kiya with the hope ke shayad woh question puchhenge aur chance ki baat hai ke do ya teen sawal mein unhon ne seedha meri taraf point kiya ke yes you ask your question. To maine jo woh Fateh ke jo minister thay, unse maine question kiya ke Quran mein to saaf yeh aaya ke reconciliation is the best. Asulokhair.</w:t>
      </w:r>
    </w:p>
    <w:p>
      <w:pPr>
        <w:jc w:val="right"/>
      </w:pPr>
      <w:r>
        <w:t>तो मैंने हाथ खड़ा किया with the hope कि शायद वह question पूछेंगे और chance की बात है कि दो या तीन सवाल में उन्होंने सीधा मेरी तरफ point किया कि yes you ask your question. तो मैंने जो वह फटेह के जो minister थे, उनसे मैंने question किया कि कुरान में तो साफ यह आया कि reconciliation is the best. असुलोखैर.</w:t>
      </w:r>
    </w:p>
    <w:p>
      <w:r>
        <w:rPr>
          <w:b/>
        </w:rPr>
        <w:t xml:space="preserve">[13:16] </w:t>
      </w:r>
      <w:r>
        <w:t>to Islam mein reconciliation ki hamesha baat hoti hai. To aap yeh reconciliation ka kyun nahi method aap adopt karte? Yeh suicide bombing aur yeh sab jo violence hai, why is all this? To unhon ne bara clearly doctor sahib us waqt yeh baat kahi thi aap ko yaad hogi ke yeh hamara religious war nahi hai. Yeh hamara territorial war hai.</w:t>
      </w:r>
    </w:p>
    <w:p>
      <w:pPr>
        <w:jc w:val="right"/>
      </w:pPr>
      <w:r>
        <w:t>तो इस्लाम में reconciliation की हमेशा बात होती है. तो आप यह reconciliation का क्यों नहीं method आप adopt करते? यह suicide bombing और यह सब जो violence है, why is all this? तो उन्होंने बड़ा clearly doctor साहब उस वक्त यह बात कही थी आपको याद होगी कि यह हमारा religious war नहीं है. यह हमारा territorial war है.</w:t>
      </w:r>
    </w:p>
    <w:p>
      <w:r>
        <w:rPr>
          <w:b/>
        </w:rPr>
        <w:t xml:space="preserve">[13:40] </w:t>
      </w:r>
      <w:r>
        <w:t>unhon ne saaf usko link kiya lekin hum dekhte hain ke kis tarike se abhi jo hai usko poora religious linkage kar diya hai. Balki woh mere bolte hi wahan pe jo 100 logon ka delegation hai, woh log ekdum toot pade thay yahan par ke how dare you say that? Take back your words. Mere sath Nagma Apa thi jo mujhe kheench rahi thi.</w:t>
      </w:r>
    </w:p>
    <w:p>
      <w:pPr>
        <w:jc w:val="right"/>
      </w:pPr>
      <w:r>
        <w:t>उन्होंने साफ उसको link किया लेकिन हम देखते हैं कि किस तरीके से अभी जो है उसको पूरा religious linkage कर दिया है. बल्कि वो मेरे बोलते ही वहाँ पे जो 100 लोगों का delegation है, वो लोग एकदम टूट पड़े थे यहाँ पर कि how dare you say that? Take back your words. मेरे साथ नगमा अपा थी जो मुझे खींच रही थी.</w:t>
      </w:r>
    </w:p>
    <w:p>
      <w:r>
        <w:rPr>
          <w:b/>
        </w:rPr>
        <w:t xml:space="preserve">[13:59] </w:t>
      </w:r>
      <w:r>
        <w:t>to us time par agar hum shayad Tel Aviv mein nahi hotey to woh shayad mere ko maar hi daalte kyunke unko yeh sawal bilkul pasand nahi aaya tha aur Fateh ke leader ne saaf kaha tha ke very soon you will see that there will be a united front between Hamas and Fateh. To Christiane Amanpour ne unse repeat karke pucha tha you mean Hamas and Fateh coming together? So he said yes to alert the israeli leadership that was sitting on the stage.</w:t>
      </w:r>
    </w:p>
    <w:p>
      <w:pPr>
        <w:jc w:val="right"/>
      </w:pPr>
      <w:r>
        <w:t>तो उस time पर अगर हम शायद tail of view में नहीं होते तो वो शायद मेरे को मारी डालते क्योंकि उनको यह सवाल बिल्कुल पसंद नहीं आया था और फतेह के leader ने साफ कहा था कि very soon you will see that there will be a united front between Hamas and फतेह. तो कृष्टियाना अमन पुर ने उनसे repeat करके पुछा था you mean Hamas and फतेह coming together? So he said yes to alert the israeli leadership that was sitting on the stage.</w:t>
      </w:r>
    </w:p>
    <w:p>
      <w:r>
        <w:rPr>
          <w:b/>
        </w:rPr>
        <w:t xml:space="preserve">[14:27] </w:t>
      </w:r>
      <w:r>
        <w:t>to kis tarah woh dealing karte lekin practically hum dekhte hain ke woh bilkul usko religion se link karte hain. Usi par saare jo Musalman poori duniya mein hain woh emotional hokar ek is tarah se response dete hain jiska itna zabardast khamiyaza Islam ki chhavi par padta hai ke poori image jo hai woh Islam par aakar toot ti hai.</w:t>
      </w:r>
    </w:p>
    <w:p>
      <w:pPr>
        <w:jc w:val="right"/>
      </w:pPr>
      <w:r>
        <w:t>तो किस तरह वो dealing करते लेकिन practically हम देखते हैं कि वो बिल्कुल उसको religion से link करते हैं. उसी पर सारे जो मुसलमान पूरी दुनिया में है वह emotional होकर एक इस तरीके से response देते हैं जिसका इतना ज़ब्द दस खामियाज़ा इस्लाम की छवि पर पड़ता है कि पूरी image जो है वह इस्लाम पर आकर टूटती है.</w:t>
      </w:r>
    </w:p>
    <w:p>
      <w:r>
        <w:rPr>
          <w:b/>
        </w:rPr>
        <w:t xml:space="preserve">[14:51] </w:t>
      </w:r>
      <w:r>
        <w:t>aaj ki date mein bhi hamare interactions jo ho rahe hain log yeh nahi keh rahe hain ke yeh territory rightfully kiski hai? Woh yeh question utha rahe hain ke kya yeh religion jo hai yeh waqai mein hi sahi religion hai? Kya yeh peaceful religion hai jaise log claim karte hain? Yeh myth aur yeh misconception todna bohat zaroori hai aur woh sirf hamare conduct Muslims ke behavior se hi ho sakta hai.</w:t>
      </w:r>
    </w:p>
    <w:p>
      <w:pPr>
        <w:jc w:val="right"/>
      </w:pPr>
      <w:r>
        <w:t>आज की date में भी हमारे interactions जो हो रहे लोग यह नहीं कह रहे हैं कि यह territory rightfully किसकी है? वह यह question उठा रहे हैं कि क्या यह religion जो है यह वाकई में ही सही religion है? क्या यह peaceful religion है जैसे लोग claim करते हैं? यह myth और यह misconception तोड़ना बहुत ज़रूरी है और वो सिर्फ हमारे conduct मुस्लिमs के behavior से ही हो सकता है.</w:t>
      </w:r>
    </w:p>
    <w:p>
      <w:r>
        <w:rPr>
          <w:b/>
        </w:rPr>
        <w:t xml:space="preserve">[15:14] </w:t>
      </w:r>
      <w:r>
        <w:t>agar jab tak woh khud yeh condemn na karein ke there is no place of violence in Islam, tab tak hum logon ko Islam se door hi karte rahenge. Hum kabhi bhi daawa work nahi kar payenge. Ji. Aur ek baat yeh hai ke sirf Palestine mein nahi aap dekh rahe hain jagah jagah violence kar rahe hain Musalman. Ji. Aur Musalman karte kya hai ke provoke karte hain. Shuruat bhi karte hain. Ji.</w:t>
      </w:r>
    </w:p>
    <w:p>
      <w:pPr>
        <w:jc w:val="right"/>
      </w:pPr>
      <w:r>
        <w:t>अगर जब तक वह खुद यह condemn ना करें कि there is no place of violence in इस्लाम, तब तक हम लोगों को इस्लाम से दूर ही करते रहेंगे. हम कभी भी दावा work नहीं कर पाएंगे. जी. और एक बात यह है कि सिर्फ Palestine में नहीं आप देख रहे हैं जगह जगह violence कर रहे हैं मुसलमान. जी. और मुसलमान करते क्या है कि provoke करते हैं. शुरुआत भी करते हैं. जी.</w:t>
      </w:r>
    </w:p>
    <w:p>
      <w:r>
        <w:rPr>
          <w:b/>
        </w:rPr>
        <w:t xml:space="preserve">[15:40] </w:t>
      </w:r>
      <w:r>
        <w:t>aap jab provoke karenge to jo authorities hain woh kya retaliate nahi kare? Bilkul sahi. Woh karenge retaliate? Ji ji ji. To woh reaction hai, woh retaliation hai aur woh us cheez ko bhula dete hain jo unhon ne pehle ki. Ji. Masoomon ko marna, non combatant ko marna, bachhon ko marna, yeh to Islam mein allowed hi nahi hai. Ji. How can you do that? Ji. And nobody talks about it. To yeh yeh bhi ahmiyat hai ke aap ne shuruat ki hai. Ji.</w:t>
      </w:r>
    </w:p>
    <w:p>
      <w:pPr>
        <w:jc w:val="right"/>
      </w:pPr>
      <w:r>
        <w:t>आप जब provoke करेंगे तो जो authorities हैं वो क्या retaliate नहीं करे? बिल्कुल सही. वो करेंगे retaliate? जी जी जी. तो वो reaction है, वो retaliation है और वो उस चीज़ को भुला देते हैं जो उन्होंने पहले की. जी. मासूमों को मारना, non combatant को मारना, बच्चों को मारना, यह तो इस्लाम में allowed ही नहीं है. जी. How can you do that? जी. And nobody talks about it. तो यह यह भी अहम् है कि आपने शुरुआत की है. जी.</w:t>
      </w:r>
    </w:p>
    <w:p>
      <w:r>
        <w:rPr>
          <w:b/>
        </w:rPr>
        <w:t xml:space="preserve">[16:09] </w:t>
      </w:r>
      <w:r>
        <w:t>yeh bhi bohat aham hai. Ji.</w:t>
      </w:r>
    </w:p>
    <w:p>
      <w:pPr>
        <w:jc w:val="right"/>
      </w:pPr>
      <w:r>
        <w:t>यह भी बहुत अहम् है. जी.</w:t>
      </w:r>
    </w:p>
    <w:p>
      <w:r>
        <w:rPr>
          <w:b/>
        </w:rPr>
        <w:t xml:space="preserve">[16:15] </w:t>
      </w:r>
      <w:r>
        <w:t>aap shuruaat aapko janna chahiye ke agar aap shuruaat karenge to uska reaction kya hoga?</w:t>
      </w:r>
    </w:p>
    <w:p>
      <w:pPr>
        <w:jc w:val="right"/>
      </w:pPr>
      <w:r>
        <w:t>आप शुरुआत आपको जानना चाहिए कि अगर आप शुरुआत करेंगे तो उसका reaction क्या होगा?</w:t>
      </w:r>
    </w:p>
    <w:p>
      <w:r>
        <w:rPr>
          <w:b/>
        </w:rPr>
        <w:t xml:space="preserve">[16:21] </w:t>
      </w:r>
      <w:r>
        <w:t>har jagah yahi ho raha hai.</w:t>
      </w:r>
    </w:p>
    <w:p>
      <w:pPr>
        <w:jc w:val="right"/>
      </w:pPr>
      <w:r>
        <w:t>हर जगह यही हो रहा है.</w:t>
      </w:r>
    </w:p>
    <w:p>
      <w:r>
        <w:rPr>
          <w:b/>
        </w:rPr>
        <w:t xml:space="preserve">[16:28] </w:t>
      </w:r>
      <w:r>
        <w:t>India mein bhi aur doosre makamat bhi.</w:t>
      </w:r>
    </w:p>
    <w:p>
      <w:pPr>
        <w:jc w:val="right"/>
      </w:pPr>
      <w:r>
        <w:t>India में भी और दूसरे मकामात्र भी.</w:t>
      </w:r>
    </w:p>
    <w:p>
      <w:r>
        <w:rPr>
          <w:b/>
        </w:rPr>
        <w:t xml:space="preserve">[16:34] </w:t>
      </w:r>
      <w:r>
        <w:t>pehlay woh shuru karte hain phir jab authorities retaliate karte hain</w:t>
      </w:r>
    </w:p>
    <w:p>
      <w:pPr>
        <w:jc w:val="right"/>
      </w:pPr>
      <w:r>
        <w:t>पहले वह शुरू करते हैं फिर जब authorities retaliate करते हैं</w:t>
      </w:r>
    </w:p>
    <w:p>
      <w:r>
        <w:rPr>
          <w:b/>
        </w:rPr>
        <w:t xml:space="preserve">[16:41] </w:t>
      </w:r>
      <w:r>
        <w:t>balki doctor sahib jab aap ne jis jo example diya ke do Arab youth, teen Arab youths, teen Jews aaye aur aap ko lekar bhi gaye woh.</w:t>
      </w:r>
    </w:p>
    <w:p>
      <w:pPr>
        <w:jc w:val="right"/>
      </w:pPr>
      <w:r>
        <w:t>बल्कि doctor साहब जब आपने जिस जो example दिया कि दो Arab youth, तीन Arab youths, तीन Jews आए और आपको लेकर भी गए वह.</w:t>
      </w:r>
    </w:p>
    <w:p>
      <w:r>
        <w:rPr>
          <w:b/>
        </w:rPr>
        <w:t xml:space="preserve">[16:50] </w:t>
      </w:r>
      <w:r>
        <w:t>pehli dafa jab stall lagaya tha Jerusalem mein to aap ko yaad hoga ek bohat hi interesting cheez hui thi which is unbelievable ke jab hum log Quran distribute kar rahe thay to jo Jews, youths thay matlab boys and girls to unhon ne aakar dekha to unhon ne kaha ke aap Quran distribute karein if you don't mind can we also help in distributing the Quran English Quran. Asal mein pehle kabhi English Quran unhon ne dekha bhi nahi.</w:t>
      </w:r>
    </w:p>
    <w:p>
      <w:pPr>
        <w:jc w:val="right"/>
      </w:pPr>
      <w:r>
        <w:t>पहली दफा जब stall लगाया था Jerusalem में तो आपको याद होगा एक बहुत ही interesting चीज़ हुई थी which is unbelievable कि जब हम लोग कुरान distribute कर रहे थे तो जो Jews, youths थे मतलब boys and girls तो उन्होंने आकर देखा तो उन्होंने कहा कि आप कुरान distribute करें if you don't mind can we also help in distributing the कुरान english कुरान. असल में पहले कभी english कुरान उन्होंने देखा भी नहीं.</w:t>
      </w:r>
    </w:p>
    <w:p>
      <w:r>
        <w:rPr>
          <w:b/>
        </w:rPr>
        <w:t xml:space="preserve">[17:17] </w:t>
      </w:r>
      <w:r>
        <w:t>In fact president Shimane Paris ne bhi jab Maulana ne Quran unke haath mein diya tha to bohat khushi khushi unhone liya phir aapne bhi kuch Islamic books di jo unhone li.</w:t>
      </w:r>
    </w:p>
    <w:p>
      <w:pPr>
        <w:jc w:val="right"/>
      </w:pPr>
      <w:r>
        <w:t>In fact president शिमान पेरिस ने भी जब मुलाना ने कुरान उनके हाथ में दिया था तो बहुत खुशी खुशी उन्होंने लिया फिर आपने भी कुछ Islamic books दी जो उन्होंने ली.</w:t>
      </w:r>
    </w:p>
    <w:p>
      <w:r>
        <w:rPr>
          <w:b/>
        </w:rPr>
        <w:t xml:space="preserve">[17:41] </w:t>
      </w:r>
      <w:r>
        <w:t>Stall par doctor sahab jab hum agle saal gaye wo youths jo thay jo Yahudi bachay thay unhone bhaag bhaag ke Quran distribute kari thi. Hum log apne stall pe hi khaday rehtay thay wo aagay ja ja ke detay thay aur lenay walay saaray jo thay wo Yahudi hi thay. To it is, it is about what aspect of the personality of a human being you want to touch? Conscience ya ego?</w:t>
      </w:r>
    </w:p>
    <w:p>
      <w:pPr>
        <w:jc w:val="right"/>
      </w:pPr>
      <w:r>
        <w:t>Stall पर doctor साहब जब हम अगले साल गए वो youths जो थे जो युहदी बच्चे थे उन्होंने भाग भाग के कुरान distribute करी थी. हम लोग अपने stall पे ही खड़े रहते थे वो आगे जा जा के देते थे और लेने वाले सारे जो थे वो युहदी ही थे. तो it is, it is about what aspect of the personality of a human being you want to touch? Conscience या ego?</w:t>
      </w:r>
    </w:p>
    <w:p>
      <w:r>
        <w:rPr>
          <w:b/>
        </w:rPr>
        <w:t xml:space="preserve">[18:06] </w:t>
      </w:r>
      <w:r>
        <w:t>Aap jisko touch karengay wohi saamnay aayegi ya to angels aayenge ya satan aayenge. To yeh bohat important cheez hai doctor sahab. Aur is mein jab mein agli baar gaya to Masjid e Aqsa to hum log jatay hi hain. Yeh bhi aik bara misconception hai ke Masjid e Aqsa mein Musalman nahi ja sakti. Jee jee. Aur dilchasp baat yeh hai ke Masjid e Aqsa mein Jews nahi ja sakti. Jee. Agar koi wahan jaye aur woh kahay mein Jew hoon to andar nahi janay dengay.</w:t>
      </w:r>
    </w:p>
    <w:p>
      <w:pPr>
        <w:jc w:val="right"/>
      </w:pPr>
      <w:r>
        <w:t>आप जिसको touch करेंगे वही सामने आएगी या तो angels आऐंगे या satan आऐंगे. तो यह बहुत important चीज़ है doctor साहब. और इसमें जब मैं अगली बार गया तो मस्जिद ए अक्षा तो हम लोग जाते ही हैं. यह भी एक बड़ा misconception है कि मस्जिद ए अक्षा में मुसलमान नहीं जा सकती. जी जी. और दिलचस्प बात यह है कि मस्जिद ए अक्षा में Jews नहीं जा सकती. जी. अगर कोई वहां जाए और वह कहे मैं Jew हूं तो अंदर नहीं जाने देंगे.</w:t>
      </w:r>
    </w:p>
    <w:p>
      <w:r>
        <w:rPr>
          <w:b/>
        </w:rPr>
        <w:t xml:space="preserve">[18:36] </w:t>
      </w:r>
      <w:r>
        <w:t>Masjid e Aqsa jo hai woh Muslim Waqf ke under hai. Jee. Woh Israel ka hissa nahi hai. Jee. Aur Jordan usko maintain karta hai aur Masjid e Aqsa mein jab mein gaya to maine dekha tourist aa rahay hain. Basain khadi hui hain. Time hai uska das gyaarah bajay subah. To mujhe ehsaas hua ke itnay log aa rahay hain kuch Quran diya jaye inhein. To maine wahan par logon se poocha ke koi hai jo dawati jazba hai uskay andar.</w:t>
      </w:r>
    </w:p>
    <w:p>
      <w:pPr>
        <w:jc w:val="right"/>
      </w:pPr>
      <w:r>
        <w:t>मस्जिद ए अक्षा जो है वह मुस्लिम वक्फ के under है. जी. वह Israel का हिस्सा नहीं है. जी. और Jordan उसको maintain करता है और मस्जिद ए अक्षा में जब मैं गया तो मैंने देखा tourist आ रहे हैं. बसें खड़ी हुई हैं. Time है उसका दस ग्यारह बजे सुबह. तो मुझे एहसास हुआ कि इतने लोग आ रहे हैं कुछ कुरान दिया जाए इन्हें. तो मैंने वहां पर लोगों से पुछा कि कोई है जो दावती जज़्बा है उसके अंदर.</w:t>
      </w:r>
    </w:p>
    <w:p>
      <w:r>
        <w:rPr>
          <w:b/>
        </w:rPr>
        <w:t xml:space="preserve">[19:06] </w:t>
      </w:r>
      <w:r>
        <w:t>To unhonay kaha ke haan aik Tariq naam ka hai. Jee. Naujawan woh kuch distribute karta hai. Thi what is Islam? Jee.</w:t>
      </w:r>
    </w:p>
    <w:p>
      <w:pPr>
        <w:jc w:val="right"/>
      </w:pPr>
      <w:r>
        <w:t>तो उन्होंने कहा कि हां एक तारीख नाम का है. जी. नौजवान वह कुछ distribute करता है. थी what is Islam? जी.</w:t>
      </w:r>
    </w:p>
    <w:p>
      <w:r>
        <w:rPr>
          <w:b/>
        </w:rPr>
        <w:t xml:space="preserve">[19:32] </w:t>
      </w:r>
      <w:r>
        <w:t>English mein dono maine di ke yeh hum distribute kartay hain tourists ko bohat saray locations par aap bhi karein. To unhonay lay liya aur kaha ke acha mein kal bataunga. Jee. To unkay paas kuch booklets thay jaisay aam taur se hotay hain is bible word of god, is Jesus, son of god aisay karkay to maine kaha ke yeh sab is tarah ki cheezein karnay ke bajaye aap Quran dijiye jo ke hamari kitab hai. To unhonay kaha acha mein kal bataunga aapko.</w:t>
      </w:r>
    </w:p>
    <w:p>
      <w:pPr>
        <w:jc w:val="right"/>
      </w:pPr>
      <w:r>
        <w:t>English में दोनों मैंने दी कि यह हम distribute करते हैं tourists को बहुत सारे locations पर आप भी करें. तो उन्होंने ले लिया और कहा कि अच्छा मैं कल बताऊंगा. जी. तो उनके पास कुछ booklets थे जैसे आमतौर से होते हैं इस bible word of god, इस Jesus, son of god ऐसे करके तो मैंने कहा कि यह सब इस तरह की चीज़ें करने के बजाय आप कुरान दीजिए जो कि हमारी किताब है. तो उन्होंने कहा अच्छा मैं कल बताऊंगा आपको.</w:t>
      </w:r>
    </w:p>
    <w:p>
      <w:r>
        <w:rPr>
          <w:b/>
        </w:rPr>
        <w:t xml:space="preserve">[19:59] </w:t>
      </w:r>
      <w:r>
        <w:t>To unka phir phone aaya, kaha ke maine Quran parha aur what is Islam bhi parhi, woh English teacher hain. To English aati achi hai unko. Darussalam for introduction of Islam.</w:t>
      </w:r>
    </w:p>
    <w:p>
      <w:pPr>
        <w:jc w:val="right"/>
      </w:pPr>
      <w:r>
        <w:t>तो उनका फिर phone आया, कहा कि मैंने कुरान पढ़ा और वर्ठिस इस्लाम भी पढ़ी, वह English teacher हैं. तो English आती अच्छी है उनको. दारुस्सलाम for introduction of इस्लाम.</w:t>
      </w:r>
    </w:p>
    <w:p>
      <w:r>
        <w:rPr>
          <w:b/>
        </w:rPr>
        <w:t xml:space="preserve">[20:29] </w:t>
      </w:r>
      <w:r>
        <w:t>Jo bilkul Masjid e Aqsa ke barabar mein hai aur Masjid e Aqsa jo hai uskay neechay bohat hi bara aik woh hai basement aapkay aapkay janay Jee jee jee. Jis mein aik library hai. Library hai jee. Is mein aik lakh kitabein hai. Jee jee jee. To basement mein jo library hai woh bohat hi massive hai. To us mein jagah di Masjid e Aqsa ke Muhammad Tazmeen ne ke aap yahan Quran rakhein. Jee.</w:t>
      </w:r>
    </w:p>
    <w:p>
      <w:pPr>
        <w:jc w:val="right"/>
      </w:pPr>
      <w:r>
        <w:t>जो बिल्कुल मस्जिद अक्षा के बराबर में है और मस्जिद अक्षा जो है उसके नीचे बहुत ही बड़ा एक वो है basement आपके आपके जाने जी जी जी. जिसमें एक library है. Library है जी. इसमें एक लाख किताबें है. जी जी जी. तो basement में जो library है वो बहुत ही massive है. तो उसमें जगह दी मस्जिद अक्सर के मुहम्मद तज़मीन ने कि आप यहां कुरान रखें. जी.</w:t>
      </w:r>
    </w:p>
    <w:p>
      <w:r>
        <w:rPr>
          <w:b/>
        </w:rPr>
        <w:t xml:space="preserve">[20:52] </w:t>
      </w:r>
      <w:r>
        <w:t>To woh Quran hum jab bhejty hain, hum hum Turkey se bhejty hain, wahan print karwa ke to wahan rakhtay hain aur kai sari language dein. Phir jo sab se achi baat hui ke unhonay Hebrew mein Quran translate karwaya. To Hebrew mein jab Quran translate hua to bhi humne bheja usko print karkay. Phir unhonay Jews mein diya, Jews kay andar diya yani jo aur maqamat hain Jerusalem ke ilawa doosray shehron mein bhi. To itna yani woh hai khuli fiza hai.</w:t>
      </w:r>
    </w:p>
    <w:p>
      <w:pPr>
        <w:jc w:val="right"/>
      </w:pPr>
      <w:r>
        <w:t>तो वह कुरान हम जब भेजते हैं, हम हम Turkey से भेजते हैं, वहां print करा के तो वहां रखते हैं और कई सारी language दें. फिर जो सबसे अच्छी बात हुई कि उन्होंने हिब्रों में कुरान translate करवाया. तो हेब्रों में जब कुरान translate हुआ तो भी हमने भेजा उसको print करके. फिर उन्होंने Jews में दिया, Jews के अंदर दिया यानी जो और मकामात है Jerusalem के अलावा दूसरे शहरों में भी. तो इतना यानी वो है खुली फिजा है.</w:t>
      </w:r>
    </w:p>
    <w:p>
      <w:r>
        <w:rPr>
          <w:b/>
        </w:rPr>
        <w:t xml:space="preserve">[21:22] </w:t>
      </w:r>
      <w:r>
        <w:t>Koi koi nahi rokta ke aap kyun Quran distribute kar rahay hain aap. Jee. To yahi jo dawati kaam hai yahi iska hal hai. Maulana ne isi baat ko is mein likha hai bilkul. Ke Rasool Allah Sallam ka jo tareeqa tha woh yahi tha. Prophet was not fighting for land. Jee bilkul.</w:t>
      </w:r>
    </w:p>
    <w:p>
      <w:pPr>
        <w:jc w:val="right"/>
      </w:pPr>
      <w:r>
        <w:t>कोई कोई नहीं रोकता कि आप क्यों कुरान distribute कर रहे हैं आप. जी. तो यही जो दावती काम है यही इसका हल है. मौलाना ने इसी बात को इसमें लिखा है बिल्कुल. कि रसूल्लाह सल्लम का जो तरीका था वो यही था. Prophet was not fighting for land. जी बिल्कुल.</w:t>
      </w:r>
    </w:p>
    <w:p>
      <w:r>
        <w:rPr>
          <w:b/>
        </w:rPr>
        <w:t xml:space="preserve">[21:38] </w:t>
      </w:r>
      <w:r>
        <w:t>Kabhi balkay yeh hua ke Makkah jab pata hua to Sahaba aur Rasool Allah aaye Makkah mein to sab sab jo ghar thay aur land thi Sahaba ki woh Quraish ne lay li thi. To woh aapas mein baatein karnay lagay ke dekho ab woh hamara ghar hai aur woh hamari zameen hai ab hum wapas lengay. To Rasool Allah ne jab suna to kaha kuch nahi foreign chalo wapas Madina. Jee.</w:t>
      </w:r>
    </w:p>
    <w:p>
      <w:pPr>
        <w:jc w:val="right"/>
      </w:pPr>
      <w:r>
        <w:t>कभी बल्कि यह हुआ कि मक्का जब पता हुआ तो साहबा और रसूल्लाह आए मक्का में तो सब सब जो घर थे और land थी साहबा की वो कोरेश ने ले ली थी. तो वो आपस में बातें करने लगे कि देखो अब वो हमारा घर है और वो हमारी ज़मीन है अब हम वापस लेंगे. तो रसूल्लाह ने जब सुना तो कहा कुछ नहीं foreign चलो वापस मदीना. जी.</w:t>
      </w:r>
    </w:p>
    <w:p>
      <w:r>
        <w:rPr>
          <w:b/>
        </w:rPr>
        <w:t xml:space="preserve">[22:05] </w:t>
      </w:r>
      <w:r>
        <w:t>Yaani woh wapas lay saktay thay. Lekin Rasool Allah ne kaha ke phir aik masla shuru hoga kyun ke dawat itni ahum responsibility hai ke koi bhi cheez aisi na ho jiski wajah se ke dawat ko koi nuksan ko pohanchay. To yahi aik baat jo is mein khaas hai woh yahi hai kaafi acha achi taqreer hai.</w:t>
      </w:r>
    </w:p>
    <w:p>
      <w:pPr>
        <w:jc w:val="right"/>
      </w:pPr>
      <w:r>
        <w:t>यानी वो वापस ले सकते थे. लेकिन रसूल्ला ने कहा कि फिर एक मसला शुरू होगा क्योंकि दावत इतनी अहम् responsibility है कि कोई भी चीज़ ऐसी ना हो जिसकी वजह से कि दावत को कोई नुकसान को पहुंचे. तो यही एक बात जो इसमें खास है वो यही है काफी अच्छा अच्छी तैरीर है.</w:t>
      </w:r>
    </w:p>
    <w:p>
      <w:r>
        <w:rPr>
          <w:b/>
        </w:rPr>
        <w:t xml:space="preserve">[22:29] </w:t>
      </w:r>
      <w:r>
        <w:t>Maine abhi bhi isko aik nazar dekha ke poori history ke baray mein Maulana discuss kiya hai aur phir bataya hai ke iska hal yahi hai non violent course jo Pargambar ne Rasool Allah Sallam aur Sahaba ne jo ikhtiyar kiya usi se nateeja nikla, usi se kamyabi hasil hui.</w:t>
      </w:r>
    </w:p>
    <w:p>
      <w:pPr>
        <w:jc w:val="right"/>
      </w:pPr>
      <w:r>
        <w:t>मैंने अभी भी इसको एक नज़र देखा कि पूरी history के बारे में बोलाना discuss किया है और फिर बताया है कि इसका हल यही है non violent course जो प्रागंबर ने रसूल्ला सल्लम और साहबा ने जो इख्तैयार किया उसी से नतीजा निकला, उसी से कामयाबी हासिल हुई.</w:t>
      </w:r>
    </w:p>
    <w:p>
      <w:r>
        <w:rPr>
          <w:b/>
        </w:rPr>
        <w:t xml:space="preserve">[22:49] </w:t>
      </w:r>
      <w:r>
        <w:t>Bilkul, doctor sahab balkay woh itni powerful hadees hai jab Rasool Allah ne kaha ke if one person finds guidance through you then it is better than all those things on which the sun rises. Aur Quran dena, Islam ki sahi baat batana logon ko, it's a, it's a work of guidance. Aur doctor jaisay aapne bataya ke woh silsilaywar shuru ho gaya.</w:t>
      </w:r>
    </w:p>
    <w:p>
      <w:pPr>
        <w:jc w:val="right"/>
      </w:pPr>
      <w:r>
        <w:t>बिल्कुल, doctor साहब बल्कि वह इतनी powerful हदीस है जब रसूल्लाह ने कहा कि if one person finds guidance through you then it is better than all those things on which the sun rises. और कुरान देना, इस्लाम की सही बात बताना लोगों को, it's a, it's a work of guidance. और doctor जैसे आपने बताया कि वह सिलसिलेवार शुरू हो गया.</w:t>
      </w:r>
    </w:p>
    <w:p>
      <w:r>
        <w:rPr>
          <w:b/>
        </w:rPr>
        <w:t xml:space="preserve">[23:13] </w:t>
      </w:r>
      <w:r>
        <w:t>Ab to itni main sab viewers ko batana chahunga ke hazaron mein jo Quran hai regular basis par alag sa area jo hai wahan par aur jo tourist area hai wahan par baqayda woh Quran gift kartay hain tourist ko.</w:t>
      </w:r>
    </w:p>
    <w:p>
      <w:pPr>
        <w:jc w:val="right"/>
      </w:pPr>
      <w:r>
        <w:t>अब तो इतनी मैं सब viewers को बताना चाहूंगा कि हज़ारों में जो कुरान है regular basis पर अलग सा area जो है वहां पर और जो tourist area है वहां पर बकायदा वह कुरान gift करते हैं tourist को.</w:t>
      </w:r>
    </w:p>
    <w:p>
      <w:r>
        <w:rPr>
          <w:b/>
        </w:rPr>
        <w:t xml:space="preserve">[23:27] </w:t>
      </w:r>
      <w:r>
        <w:t>Agar aap alag sa kabhi bhi jayein, abhi to situation bilkul kharab hai lekin jab Inshallah dua kartay hain ke normal ho to aap wahan pe zaroor dekhenge ke wahan pe Maulana Wahiduddin Khan sahab ki Quran English aur doosri zabanon mein, Hebrew zabanon mein wahan pe woh aaram se distribute kar rahay hain aur koi problem us mein nahi aa rahi. DocsApp balkay main to yeh bhi kehna chahunga ke jab bhi Islam ki baat hoti hai to log ekdum jo uska synonym nikalte hain jihad.</w:t>
      </w:r>
    </w:p>
    <w:p>
      <w:pPr>
        <w:jc w:val="right"/>
      </w:pPr>
      <w:r>
        <w:t>अगर आप अलग सा कभी भी जाएं, अभी तो situation बिल्कुल खराब है लेकिन जब इंशाहल्लाह दुआ करते हैं कि normal हो तो आप वहाँ पे ज़रूर देखेंगे कि वहाँ पे मुलाना वेदीन खान साहब की कुरान english और दूसरी ज़बानों में, हिब्यू ज़बानों में वहाँ पे वो आराम से distribute कर रहे हैं और कोई problem उसमें नहीं आ रही. DocsApp बल्कि मैं तो यह भी कहना चाहूंगा कि जब भी इस्लाम की बात होती है तो लोग एकदम जो उसका synonym निकालते हैं जिहाद.</w:t>
      </w:r>
    </w:p>
    <w:p>
      <w:r>
        <w:rPr>
          <w:b/>
        </w:rPr>
        <w:t xml:space="preserve">[23:55] </w:t>
      </w:r>
      <w:r>
        <w:t>Jab ke Rasool Allah ne aik mahatva baray clear alfaaz mein kaha ke for me remembering god till sunrise is more superior than this that I give away high class horses in jihad for the cause of Allah. To matlab clearly zikr, remembrance, dawa yeh yahi Islam hai.</w:t>
      </w:r>
    </w:p>
    <w:p>
      <w:pPr>
        <w:jc w:val="right"/>
      </w:pPr>
      <w:r>
        <w:t>जबकि रसोला ने एक महत्वाह बड़े clear अल्फाज़ में कहा कि for me remembering god till sunrise is more superior than this that I give away high class horses in जिहाद for the cause of अल्ला. तो मतलब clearly ज़िक्र, remembrance, दावा यह यही इस्लाम है.</w:t>
      </w:r>
    </w:p>
    <w:p>
      <w:r>
        <w:rPr>
          <w:b/>
        </w:rPr>
        <w:t xml:space="preserve">[24:18] </w:t>
      </w:r>
      <w:r>
        <w:t>Yeh nahi hai ke aap kisi ko pareshan kar rahay hain, tang kar rahay hain, usko maar rahay hain and clearly what we are seeing today in the name of Islam that is definitely not what Islam teaches and preaches and we have to break this fallacy by telling people, delinking that with Islam that this is not what Islam teaches.</w:t>
      </w:r>
    </w:p>
    <w:p>
      <w:pPr>
        <w:jc w:val="right"/>
      </w:pPr>
      <w:r>
        <w:t>यह नहीं है कि आप किसी को परेशान कर रहे हैं, तंग कर रहे हैं, उसको मार रहे हैं and clearly what we are seeing today in the name of Islam that is definitely not what Islam teaches and preaches and we have to break this fallacy by telling people, delinking that with Islam that this is not what Islam teaches.</w:t>
      </w:r>
    </w:p>
    <w:p>
      <w:r>
        <w:rPr>
          <w:b/>
        </w:rPr>
        <w:t xml:space="preserve">[24:40] </w:t>
      </w:r>
      <w:r>
        <w:t>It is actually going against the commandment of God where God clearly says that peace is the greatest and God calls to the home of peace. To doctor sahab yeh bohat zyada sensitive aur darne wali baat hai jo sabko realize karni chahiye ke aap kiske saath hain? Aur aam taur se yeh dekha gaya hai ke woh kehtay hain ke hum kya dawat karein Jews ko?</w:t>
      </w:r>
    </w:p>
    <w:p>
      <w:pPr>
        <w:jc w:val="right"/>
      </w:pPr>
      <w:r>
        <w:t>It is actually going against the commandment of God where God clearly says that peace is the greatest and God calls to the home of peace. तो doctor साहब यह बहुत ज़्यादा sensitive और डरने वाली बात है जो सबको realize करनी चाहिए कि आप किसके साथ हैं? और आमतौर से यह देखा गया है कि वह कहते हैं कि हम क्या दावत करें Jews को?</w:t>
      </w:r>
    </w:p>
    <w:p>
      <w:r>
        <w:rPr>
          <w:b/>
        </w:rPr>
        <w:t xml:space="preserve">[25:07] </w:t>
      </w:r>
      <w:r>
        <w:t>To woh samajhtay hain ke woh dushman hai. Jee. Halankay aisa nahi hai. Ab aap aik mein misaal deta hoon ke Qambar Islam Salah Wasallam ki zindagi se ke jab Makkah mein thay prophet to saaray log mukhalif ho gaye aur us mein se aik lady thi jis ka naam tha Hind jo ke bohat hi against thi. To kya hua ke kuch dinon ke baad Hind ne Islam ko bol kar liya. Jee.</w:t>
      </w:r>
    </w:p>
    <w:p>
      <w:pPr>
        <w:jc w:val="right"/>
      </w:pPr>
      <w:r>
        <w:t>तो वह समझते हैं कि वह दुश्मन है. जी. हालांकि ऐसा नहीं है. अब आप एक मैं मिसाल देता हूं कि कंबर इस्लाम सलाह वैस्लाम की ज़िंदगी से कि जब मक्का में थे prophet तो सारे लोग मुखालिफ हो गए और उसमें से एक lady थी जिसका नाम था हिन्द जो कि बहुत ही against थी. तो क्या हुआ कि कुछ दिनों के बाद हिन्द ने इस्लाम को बोल कर लिया. जी.</w:t>
      </w:r>
    </w:p>
    <w:p>
      <w:r>
        <w:rPr>
          <w:b/>
        </w:rPr>
        <w:t xml:space="preserve">[25:33] </w:t>
      </w:r>
      <w:r>
        <w:t>To logon ne kaha ussay ke bhai tum to bohat hi bari dushman thi Islam ki woh prophet ki. Tum ne yeh kaisay kiya? Jee. Ke tum saathi ban gayi Rasool Allah ki. To us ne bari zabardast baat kahi. Us ne kaha yeh jo Musalman hain yeh ajeeb log hain. Yeh raat raat ko Kaaba mein ro ro ke dhua karte hain. To yani aik aik Hind jaisi insaan jo ke itna saleem thi uska bhi dil naram ho gaya.</w:t>
      </w:r>
    </w:p>
    <w:p>
      <w:pPr>
        <w:jc w:val="right"/>
      </w:pPr>
      <w:r>
        <w:t>तो लोगों ने कहा उससे कि भाई तुम तो बहुत ही बड़ी दुश्मन थी इस्लाम की वो prophet की. तुमने यह कैसे किया? जी. कि तुम साथी वन गई रसूल्ला की. तो उसने बड़ी ज़बरदस्त बात कही. उसने कहा यह जो मुसलमान है यह अजीब लोग हैं. यह रात रात को काबा में रो रोके धुआ करते हैं. तो यानी एक एक हिन्द जैसी इंसान जो कि इतना सलीम थी उसका भी दिल नरम हो गया.</w:t>
      </w:r>
    </w:p>
    <w:p>
      <w:r>
        <w:rPr>
          <w:b/>
        </w:rPr>
        <w:t xml:space="preserve">[26:03] </w:t>
      </w:r>
      <w:r>
        <w:t>To koi bhi insaan aisa nahi hai duniya mein ke jis ko aap dawat na dein. Har insaan hamara madhu hai aur isi isi mein hamari bhi kamyabi hai aur sari insanon ki bhi kamyabi chubhi hui hai. Jee, bilkul. Bohat sahi kaha doctor sahab. Jazak Allah. Thank you for launching this new write up of Maulana Wahiduddin Khan sahab.</w:t>
      </w:r>
    </w:p>
    <w:p>
      <w:pPr>
        <w:jc w:val="right"/>
      </w:pPr>
      <w:r>
        <w:t>तो कोई भी इंसान ऐसा नहीं है दुनिया में कि जिसको आप दावत ना दें. हर इंसान हमारा मधु है और इसी इसी में हमारी भी कामयाबी है और सारी इंसानों की भी कामयाबी चुभी हुई है. जी, बिल्कुल. बहुत सही कहा doctor साहब. जज़ा कल्ला. Thank you for launching this new write up of मुलाना वेदुद्दीन खान साहब.</w:t>
      </w:r>
    </w:p>
    <w:p>
      <w:r>
        <w:rPr>
          <w:b/>
        </w:rPr>
        <w:t xml:space="preserve">[26:29] </w:t>
      </w:r>
      <w:r>
        <w:t>I think we all can do our bit by contributing to the peace possibilities. Let us de link Islam with the acts of violence and terror and take this due write up to as many people as possible. Thank you for watching today's program. We'll be back next Sunday at 10:30AM. Thank you.</w:t>
      </w:r>
    </w:p>
    <w:p>
      <w:pPr>
        <w:jc w:val="right"/>
      </w:pPr>
      <w:r>
        <w:t>I think we all can do our bit by contributing to the peace possibilities. Let us de link इस्लाम with the acts of violence and terror and take this due write up to as many people as possible. Thank you for watching today's program. We'll be back next Sunday at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