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About Deconditioning April 6, 2008</w:t>
      </w:r>
    </w:p>
    <w:p>
      <w:r>
        <w:t>https://youtu.be/CaCcbaMubWs</w:t>
      </w:r>
    </w:p>
    <w:p>
      <w:r>
        <w:rPr>
          <w:b/>
        </w:rPr>
        <w:t xml:space="preserve">[00:28] </w:t>
      </w:r>
      <w:r>
        <w:t>wa ahlul uqdata min lisani yafqahu qawli.</w:t>
      </w:r>
    </w:p>
    <w:p>
      <w:pPr>
        <w:jc w:val="right"/>
      </w:pPr>
      <w:r>
        <w:t>، واحل العقدۃ من لسانی، یفقہ قولی۔</w:t>
      </w:r>
    </w:p>
    <w:p>
      <w:r>
        <w:rPr>
          <w:b/>
        </w:rPr>
        <w:t xml:space="preserve">[00:38] </w:t>
      </w:r>
      <w:r>
        <w:t>Aaj ki jo talk hai, is ka subject hai</w:t>
      </w:r>
    </w:p>
    <w:p>
      <w:pPr>
        <w:jc w:val="right"/>
      </w:pPr>
      <w:r>
        <w:t>آج کی جو ٹاک ہے، اس کا سبجیکٹ ہے</w:t>
      </w:r>
    </w:p>
    <w:p>
      <w:r>
        <w:rPr>
          <w:b/>
        </w:rPr>
        <w:t xml:space="preserve">[00:45] </w:t>
      </w:r>
      <w:r>
        <w:t>about de conditioning.</w:t>
      </w:r>
    </w:p>
    <w:p>
      <w:pPr>
        <w:jc w:val="right"/>
      </w:pPr>
      <w:r>
        <w:t>"اباؤٹ ڈی کنڈیشننگ"۔</w:t>
      </w:r>
    </w:p>
    <w:p>
      <w:r>
        <w:rPr>
          <w:b/>
        </w:rPr>
        <w:t xml:space="preserve">[00:50] </w:t>
      </w:r>
      <w:r>
        <w:t>de conditioning ke bare mein.</w:t>
      </w:r>
    </w:p>
    <w:p>
      <w:pPr>
        <w:jc w:val="right"/>
      </w:pPr>
      <w:r>
        <w:t>ڈی کنڈیشننگ کے بارے میں۔</w:t>
      </w:r>
    </w:p>
    <w:p>
      <w:r>
        <w:rPr>
          <w:b/>
        </w:rPr>
        <w:t xml:space="preserve">[00:54] </w:t>
      </w:r>
      <w:r>
        <w:t>kal mujhe ek experience hua. kal yahan hamara ek program tha, India International Centre mein, us ke nexi mein.</w:t>
      </w:r>
    </w:p>
    <w:p>
      <w:pPr>
        <w:jc w:val="right"/>
      </w:pPr>
      <w:r>
        <w:t>کل مجھے ایک ایکسپیرینس ہوا۔ کل یہاں ہمارا ایک پروگرام تھا، انڈیا انٹرنیشنل سینٹر میں، اس کے نیکسی میں۔</w:t>
      </w:r>
    </w:p>
    <w:p>
      <w:r>
        <w:rPr>
          <w:b/>
        </w:rPr>
        <w:t xml:space="preserve">[01:08] </w:t>
      </w:r>
      <w:r>
        <w:t>to bohat kaafi log aaye thay.</w:t>
      </w:r>
    </w:p>
    <w:p>
      <w:pPr>
        <w:jc w:val="right"/>
      </w:pPr>
      <w:r>
        <w:t>تو بہت کافی لوگ آئے تھے۔</w:t>
      </w:r>
    </w:p>
    <w:p>
      <w:r>
        <w:rPr>
          <w:b/>
        </w:rPr>
        <w:t xml:space="preserve">[01:13] </w:t>
      </w:r>
      <w:r>
        <w:t>logon ne bohat dhyan se suna, aur sabhi ne appreciate kiya.</w:t>
      </w:r>
    </w:p>
    <w:p>
      <w:pPr>
        <w:jc w:val="right"/>
      </w:pPr>
      <w:r>
        <w:t>لوگوں نے بہت دھیان سے سنا، اور سبھی نے اپریشیٹ کیا۔</w:t>
      </w:r>
    </w:p>
    <w:p>
      <w:r>
        <w:rPr>
          <w:b/>
        </w:rPr>
        <w:t xml:space="preserve">[01:19] </w:t>
      </w:r>
      <w:r>
        <w:t>ek aadmi jo ziyada umar ke thay, ghaliban about 70, to unhon ne kuch zor zor se bolna shuru kiya.</w:t>
      </w:r>
    </w:p>
    <w:p>
      <w:pPr>
        <w:jc w:val="right"/>
      </w:pPr>
      <w:r>
        <w:t>ایک آدمی جو زیادہ عمر کے تھے، غالباً اباؤٹ 70، تو انہوں نے کچھ زور زور سے بولنا شروع کیا۔</w:t>
      </w:r>
    </w:p>
    <w:p>
      <w:r>
        <w:rPr>
          <w:b/>
        </w:rPr>
        <w:t xml:space="preserve">[01:35] </w:t>
      </w:r>
      <w:r>
        <w:t>unhon ne kaha ke aap kehte hain ke Islam jo hai, "religion of peace" hai, magar hum to yeh jante hain ke Islam "religion of sword" hai.</w:t>
      </w:r>
    </w:p>
    <w:p>
      <w:pPr>
        <w:jc w:val="right"/>
      </w:pPr>
      <w:r>
        <w:t>انہوں نے کہا کہ آپ کہتے ہیں کہ اسلام جو ہے، "ریلیجن آف پیس" ہے، مگر ہم تو یہ جانتے ہیں کہ اسلام "ریلیجن آف سورڈ" ہے۔</w:t>
      </w:r>
    </w:p>
    <w:p>
      <w:r>
        <w:rPr>
          <w:b/>
        </w:rPr>
        <w:t xml:space="preserve">[01:45] </w:t>
      </w:r>
      <w:r>
        <w:t>wo zor zor se yeh kehne lage ke "religion of sword".</w:t>
      </w:r>
    </w:p>
    <w:p>
      <w:pPr>
        <w:jc w:val="right"/>
      </w:pPr>
      <w:r>
        <w:t>وہ زور زور سے یہ کہنے لگے کہ "ریلیجن آف سورڈ"۔</w:t>
      </w:r>
    </w:p>
    <w:p>
      <w:r>
        <w:rPr>
          <w:b/>
        </w:rPr>
        <w:t xml:space="preserve">[01:50] </w:t>
      </w:r>
      <w:r>
        <w:t>to mera mizaj yeh hai ke main disturb nahi hota, sochta hoon ke aadmi aisa kyun bol raha hai, jabke wahan doosre bohat se log thay, un ko bohat acha maloom hua jo hum ne pesh kiya un ke samne.</w:t>
      </w:r>
    </w:p>
    <w:p>
      <w:pPr>
        <w:jc w:val="right"/>
      </w:pPr>
      <w:r>
        <w:t>تو میرا مزاج یہ ہے کہ میں ڈسٹرب نہیں ہوتا، سوچتا ہوں کہ آدمی ایسا کیوں بول رہا ہے، جبکہ وہاں دوسرے بہت سے لوگ تھے، ان کو بہت اچھا معلوم ہوا جو ہم نے پیش کیا ان کے سامنے۔</w:t>
      </w:r>
    </w:p>
    <w:p>
      <w:r>
        <w:rPr>
          <w:b/>
        </w:rPr>
        <w:t xml:space="preserve">[02:08] </w:t>
      </w:r>
      <w:r>
        <w:t>to phir wahan se wapas aa kar main radio khola, main aam taur par radio sunta hoon, to radio mein ek talk aa rahi thi.</w:t>
      </w:r>
    </w:p>
    <w:p>
      <w:pPr>
        <w:jc w:val="right"/>
      </w:pPr>
      <w:r>
        <w:t>تو پھر وہاں سے واپس آ کر میں ریڈیو کھولا، میں عام طور پر ریڈیو سنتا ہوں، تو ریڈیو میں ایک ٹاک آ رہی تھی۔</w:t>
      </w:r>
    </w:p>
    <w:p>
      <w:r>
        <w:rPr>
          <w:b/>
        </w:rPr>
        <w:t xml:space="preserve">[02:18] </w:t>
      </w:r>
      <w:r>
        <w:t>wo tha "youths ke liye job".</w:t>
      </w:r>
    </w:p>
    <w:p>
      <w:pPr>
        <w:jc w:val="right"/>
      </w:pPr>
      <w:r>
        <w:t>وہ تھا "یوتھس کے لیے جاب"۔</w:t>
      </w:r>
    </w:p>
    <w:p>
      <w:r>
        <w:rPr>
          <w:b/>
        </w:rPr>
        <w:t xml:space="preserve">[02:24] </w:t>
      </w:r>
      <w:r>
        <w:t>aaj kal jo youth hain, un ke liye job. to ek expert koi bol raha tha, to wo bata raha tha ke is zamane mein sab se ziyada importance hai professionalism ki,</w:t>
      </w:r>
    </w:p>
    <w:p>
      <w:pPr>
        <w:jc w:val="right"/>
      </w:pPr>
      <w:r>
        <w:t>آج کل جو یوتھ ہیں، ان کے لیے جاب۔ تو ایک ایکسپرٹ کوئی بول رہا تھا، تو وہ بتا رہا تھا کہ اس زمانے میں سب سے زیادہ امپورٹنس ہے پروفیشنلزم کی،</w:t>
      </w:r>
    </w:p>
    <w:p>
      <w:r>
        <w:rPr>
          <w:b/>
        </w:rPr>
        <w:t xml:space="preserve">[02:38] </w:t>
      </w:r>
      <w:r>
        <w:t>aur skill ki, expertise ki, yeh bata raha tha wo.</w:t>
      </w:r>
    </w:p>
    <w:p>
      <w:pPr>
        <w:jc w:val="right"/>
      </w:pPr>
      <w:r>
        <w:t>اور اسکل کی، ایکسپرٹیز کی، یہ بتا رہا تھا وہ۔</w:t>
      </w:r>
    </w:p>
    <w:p>
      <w:r>
        <w:rPr>
          <w:b/>
        </w:rPr>
        <w:t xml:space="preserve">[02:44] </w:t>
      </w:r>
      <w:r>
        <w:t>to isi mein us ne kaha ke "our world is a world of skill manpower".</w:t>
      </w:r>
    </w:p>
    <w:p>
      <w:pPr>
        <w:jc w:val="right"/>
      </w:pPr>
      <w:r>
        <w:t>تو اسی میں اس نے کہا کہ "اور ورلڈ از ا ورلڈ آف اسکل مین پاور"۔</w:t>
      </w:r>
    </w:p>
    <w:p>
      <w:r>
        <w:rPr>
          <w:b/>
        </w:rPr>
        <w:t xml:space="preserve">[02:57] </w:t>
      </w:r>
      <w:r>
        <w:t>hamari jo duniya hai, yeh yaani mahir logon ki duniya hai. aise youth jo expert hon kisi cheez mein, to un ko foran job milega.</w:t>
      </w:r>
    </w:p>
    <w:p>
      <w:pPr>
        <w:jc w:val="right"/>
      </w:pPr>
      <w:r>
        <w:t>ہماری جو دنیا ہے، یہ یعنی ماہر لوگوں کی دنیا ہے۔ ایسے یوتھ جو ایکسپرٹ ہوں کسی چیز میں، تو ان کو فوراً جاب ملے گا۔</w:t>
      </w:r>
    </w:p>
    <w:p>
      <w:r>
        <w:rPr>
          <w:b/>
        </w:rPr>
        <w:t xml:space="preserve">[03:12] </w:t>
      </w:r>
      <w:r>
        <w:t>to mujhe is mein ek clue mila sochne ka ke kyun aaj ka jo youth hai, is qism ka negative reaction nahi dikhata hamari speeches mein, halanke hum bar bar bole hain, bohat youth wahan par hotey hain.</w:t>
      </w:r>
    </w:p>
    <w:p>
      <w:pPr>
        <w:jc w:val="right"/>
      </w:pPr>
      <w:r>
        <w:t>تو مجھے اس میں ایک کل ملا سوچنے کا کہ کیوں آج کا جو یوتھ ہے، اس قسم کا نیگیٹیو ری ایکشن نہیں دکھاتا ہماری سپیچز میں، حالانکہ ہم بار بار بولے ہیں، بہت یوتھ وہاں پر ہوتے ہیں۔</w:t>
      </w:r>
    </w:p>
    <w:p>
      <w:r>
        <w:rPr>
          <w:b/>
        </w:rPr>
        <w:t xml:space="preserve">[03:28] </w:t>
      </w:r>
      <w:r>
        <w:t>to ek aisa aadmi jo adhed umar ka tha, isi ne kyun aisa ghussa dikhaya?</w:t>
      </w:r>
    </w:p>
    <w:p>
      <w:pPr>
        <w:jc w:val="right"/>
      </w:pPr>
      <w:r>
        <w:t>تو ایک ایسا آدمی جو ادھیڑ عمر کا تھا، اسی نے کیوں ایسا غصہ دکھایا؟</w:t>
      </w:r>
    </w:p>
    <w:p>
      <w:r>
        <w:rPr>
          <w:b/>
        </w:rPr>
        <w:t xml:space="preserve">[03:34] </w:t>
      </w:r>
      <w:r>
        <w:t>to mujhe yaad aaya hai ke 1947 ke aas paas ek publication ka idara khula tha jis ka naam tha "Voice of India".</w:t>
      </w:r>
    </w:p>
    <w:p>
      <w:pPr>
        <w:jc w:val="right"/>
      </w:pPr>
      <w:r>
        <w:t>تو مجھے یاد آیا ہے کہ 1947 کے آس پاس ایک پبلیکیشن کا ادارہ کھلا تھا جس کا نام تھا "وائس آف انڈیا"۔</w:t>
      </w:r>
    </w:p>
    <w:p>
      <w:r>
        <w:rPr>
          <w:b/>
        </w:rPr>
        <w:t xml:space="preserve">[03:49] </w:t>
      </w:r>
      <w:r>
        <w:t>haqeeqat mein wo "Voice of Hate" tha, wo wahan book chhapte thay wo, aur sab hate se bhara hua. to jo generation us waqt thi jis ne is kitabon ko padha, wo hate se bhar gayi.</w:t>
      </w:r>
    </w:p>
    <w:p>
      <w:pPr>
        <w:jc w:val="right"/>
      </w:pPr>
      <w:r>
        <w:t>حقیقت میں وہ "وائس آف ہیٹ" تھا، وہ وہاں بک چھاپتے تھے وہ، اور سب ہیٹ سے بھرا ہوا۔ تو جو جنریشن اس وقت تھی جس نے اس کتابوں کو پڑھا، وہ ہیٹ سے بھر گئی۔</w:t>
      </w:r>
    </w:p>
    <w:p>
      <w:r>
        <w:rPr>
          <w:b/>
        </w:rPr>
        <w:t xml:space="preserve">[04:05] </w:t>
      </w:r>
      <w:r>
        <w:t>ab wo, ab wo nahi hai, wo "Voice of India" ab kahin nahi hai, wo khatam ho gaya. us waqt tha wo 1947 ke aas paas ke zamane mein.</w:t>
      </w:r>
    </w:p>
    <w:p>
      <w:pPr>
        <w:jc w:val="right"/>
      </w:pPr>
      <w:r>
        <w:t>اب وہ، اب وہ نہیں ہے، وہ "وائس آف انڈیا" اب کہیں نہیں ہے، وہ ختم ہو گیا۔ اس وقت تھا وہ 1947 کے آس پاس کے زمانے میں۔</w:t>
      </w:r>
    </w:p>
    <w:p>
      <w:r>
        <w:rPr>
          <w:b/>
        </w:rPr>
        <w:t xml:space="preserve">[04:16] </w:t>
      </w:r>
      <w:r>
        <w:t>to is mein sab aisi kitabein chhapati theen jis mein hate ke dose diye aate thay. is zamane mein jin logon ne padha, is mein jiye, is environment mein, to wo un ke dil hate se bhar gaye.</w:t>
      </w:r>
    </w:p>
    <w:p>
      <w:pPr>
        <w:jc w:val="right"/>
      </w:pPr>
      <w:r>
        <w:t>تو اس میں سب ایسی کتابیں چھپتی تھیں جس میں ہیٹ کی کے ڈوز دیے آتے تھے۔ اس زمانے میں جن لوگوں نے پڑھا، اس میں جیے، اس انوائرمنٹ میں، تو وہ ان کے دل ہیٹ سے بھر گئے۔</w:t>
      </w:r>
    </w:p>
    <w:p>
      <w:r>
        <w:rPr>
          <w:b/>
        </w:rPr>
        <w:t xml:space="preserve">[04:33] </w:t>
      </w:r>
      <w:r>
        <w:t>inhi ka yeh sochna hai ke Islam is "religion of sword".</w:t>
      </w:r>
    </w:p>
    <w:p>
      <w:pPr>
        <w:jc w:val="right"/>
      </w:pPr>
      <w:r>
        <w:t>انہی کا یہ سوچنا ہے کہ اسلام از "ریلیجن آف سورڈ"۔</w:t>
      </w:r>
    </w:p>
    <w:p>
      <w:r>
        <w:rPr>
          <w:b/>
        </w:rPr>
        <w:t xml:space="preserve">[04:39] </w:t>
      </w:r>
      <w:r>
        <w:t>aaj jo naujawan hai, us ko is se koi lena dena nahi hai. wo to apne ko aaj kal jo job hai, big bhi is is mein salary milti hai, aap jante hain, khaas taur par jab se multinational aaye hain, us ki taraf daud raha hai.</w:t>
      </w:r>
    </w:p>
    <w:p>
      <w:pPr>
        <w:jc w:val="right"/>
      </w:pPr>
      <w:r>
        <w:t>آج جو نوجوان ہے، اس کو اس سے کوئی لینا دینا نہیں ہے۔ وہ تو اپنے کو آج کل جو جاب ہے، بگ بھی اس اس میں سرری ملتی ہے، آپ جانتے ہیں، خاص طور پر جب سے ملٹی نیشنز آئے ہیں، اس کی طرف دوڑ رہا ہے۔</w:t>
      </w:r>
    </w:p>
    <w:p>
      <w:r>
        <w:rPr>
          <w:b/>
        </w:rPr>
        <w:t xml:space="preserve">[04:56] </w:t>
      </w:r>
      <w:r>
        <w:t>ab har naujawan ka jo target hai, wo money hai.</w:t>
      </w:r>
    </w:p>
    <w:p>
      <w:pPr>
        <w:jc w:val="right"/>
      </w:pPr>
      <w:r>
        <w:t>اب ہر نوجوان کا جو ٹارگٹ ہے، وہ منی ہے۔</w:t>
      </w:r>
    </w:p>
    <w:p>
      <w:r>
        <w:rPr>
          <w:b/>
        </w:rPr>
        <w:t xml:space="preserve">[05:01] </w:t>
      </w:r>
      <w:r>
        <w:t>us waqt jo target tha logon ka, wo tha "correction of historical wrongs". us waqt to bolte thay wo log ke humein historical wrongs ko correct karna hai.</w:t>
      </w:r>
    </w:p>
    <w:p>
      <w:pPr>
        <w:jc w:val="right"/>
      </w:pPr>
      <w:r>
        <w:t>اس وقت جو ٹارگٹ تھا لوگوں کا، وہ تھا "کریکشن آف ہسٹوریکل رونگز"۔ اس وقت تو بولتے تھے وہ لوگ کہ ہمیں ہسٹوریکل رونگز کو کریکٹ کرنا ہے۔</w:t>
      </w:r>
    </w:p>
    <w:p>
      <w:r>
        <w:rPr>
          <w:b/>
        </w:rPr>
        <w:t xml:space="preserve">[05:11] </w:t>
      </w:r>
      <w:r>
        <w:t>ab kaun poochta hai is ko? koi kisi ko dilchaspi nahin hai ke historical wrongs ko correct karen, aur yeh sab ek campaign chalaya heet kiya.</w:t>
      </w:r>
    </w:p>
    <w:p>
      <w:pPr>
        <w:jc w:val="right"/>
      </w:pPr>
      <w:r>
        <w:t>اب کون پوچھتا ہے اس کو؟ کوئی کسی کو دلچسپی نہیں ہے کہ ہسٹوریکل رونگز کو کریکٹ کریں، اور یہ سب ایک کیمپین چلایا ہیٹ کی۔</w:t>
      </w:r>
    </w:p>
    <w:p>
      <w:r>
        <w:rPr>
          <w:b/>
        </w:rPr>
        <w:t xml:space="preserve">[05:23] </w:t>
      </w:r>
      <w:r>
        <w:t>to dekhiye, yeh jo phase hai hamari Indian history ka, aisa phase Europe mein bhi aaya tha</w:t>
      </w:r>
    </w:p>
    <w:p>
      <w:pPr>
        <w:jc w:val="right"/>
      </w:pPr>
      <w:r>
        <w:t>تو دیکھیے، یہ جو فیز ہے ہماری انڈین ہسٹری کا، ایسا فیز یورپ میں بھی آیا تھا</w:t>
      </w:r>
    </w:p>
    <w:p>
      <w:r>
        <w:rPr>
          <w:b/>
        </w:rPr>
        <w:t xml:space="preserve">[05:31] </w:t>
      </w:r>
      <w:r>
        <w:t>crusades ke baad. crusades ke baad kuch din wahan ke jo scholars the, to aap jante hain ke European log is mein in ko bohat defeat hui thi.</w:t>
      </w:r>
    </w:p>
    <w:p>
      <w:pPr>
        <w:jc w:val="right"/>
      </w:pPr>
      <w:r>
        <w:t>کروسیڈز کے بعد۔ کروسیڈز کے بعد کچھ دن وہاں کے جو سکالرز تھے، تو آپ جانتے ہیں کہ یورپین لوگ اس میں ان کو بہت ڈیفیٹ ہوئی تھی۔</w:t>
      </w:r>
    </w:p>
    <w:p>
      <w:r>
        <w:rPr>
          <w:b/>
        </w:rPr>
        <w:t xml:space="preserve">[05:47] </w:t>
      </w:r>
      <w:r>
        <w:t>to unhon ne kya kiya? ke heat campaign chalai Islam ke khilaf ke Islam to aisa hai, Islam to waisa hai.</w:t>
      </w:r>
    </w:p>
    <w:p>
      <w:pPr>
        <w:jc w:val="right"/>
      </w:pPr>
      <w:r>
        <w:t>تو انہوں نے کیا کیا؟ کہ ہیٹ کیمپین چلائی اسلام کے خلاف کہ اسلام تو ایسا ہے، اسلام تو ویسا ہے۔</w:t>
      </w:r>
    </w:p>
    <w:p>
      <w:r>
        <w:rPr>
          <w:b/>
        </w:rPr>
        <w:t xml:space="preserve">[05:58] </w:t>
      </w:r>
      <w:r>
        <w:t>lekin so saal ke andar, koi so saal tak chali, woh phir wahan par ek aadmi paida hua, Thomas Carlyle. us ne trend ko badal diya.</w:t>
      </w:r>
    </w:p>
    <w:p>
      <w:pPr>
        <w:jc w:val="right"/>
      </w:pPr>
      <w:r>
        <w:t>لیکن سو سال کے اندر، کوئی سو سال تک چلی، وہ پھر وہاں پر ایک آدمی پیدا ہوا، تھامس کارلائل۔ اس نے ٹرینڈ کو بدل دیا۔</w:t>
      </w:r>
    </w:p>
    <w:p>
      <w:r>
        <w:rPr>
          <w:b/>
        </w:rPr>
        <w:t xml:space="preserve">[06:09] </w:t>
      </w:r>
      <w:r>
        <w:t>woh British historian tha, us ne kitaab likhi "Heroes and Hero Worship". to us ne is mein Rasool Allah par likha tha, Paighambar par, optimum Islam par</w:t>
      </w:r>
    </w:p>
    <w:p>
      <w:pPr>
        <w:jc w:val="right"/>
      </w:pPr>
      <w:r>
        <w:t>وہ برٹش ہسٹورین تھا، اس نے کتاب لکھی "ہیروز اینڈ ہیرو ورشپ"۔ تو اس نے اس میں رسول اللہ پر لکھا تھا، پیغمبر پر، آپٹم اسلام پر</w:t>
      </w:r>
    </w:p>
    <w:p>
      <w:r>
        <w:rPr>
          <w:b/>
        </w:rPr>
        <w:t xml:space="preserve">[06:23] </w:t>
      </w:r>
      <w:r>
        <w:t>. to is mein ek bohat hi, ek ek simple baat se sab ko khatam kar diya us ne. unhon ne kaha ke tum kehte ho ke Muhammad ne sword ke zariye Islam phailaya, to yeh sword aayi kahan se?</w:t>
      </w:r>
    </w:p>
    <w:p>
      <w:pPr>
        <w:jc w:val="right"/>
      </w:pPr>
      <w:r>
        <w:t>۔ تو اس میں ایک بہت ہی، ایک ایک سمپل بات سے سب کو ختم کر دیا اس نے۔ انہوں نے کہا کہ تم کہتے ہو کہ محمد نے سورڈ کے ذریعے اسلام پھیلایا، تو یہ سورڈ آئی کہاں سے؟</w:t>
      </w:r>
    </w:p>
    <w:p>
      <w:r>
        <w:rPr>
          <w:b/>
        </w:rPr>
        <w:t xml:space="preserve">[06:39] </w:t>
      </w:r>
      <w:r>
        <w:t>Muhammad to akele the. yeh 610 AD mein jab unhon ne kaha ke main Khuda ka Paighambar hoon, to woh to akele the bilkul.</w:t>
      </w:r>
    </w:p>
    <w:p>
      <w:pPr>
        <w:jc w:val="right"/>
      </w:pPr>
      <w:r>
        <w:t>محمد تو اکیلے تھے۔ یہ 610 اے ڈی میں جب انہوں نے کہا کہ میں خدا کا پیغمبر ہوں، تو وہ تو اکیلے تھے بالکل۔</w:t>
      </w:r>
    </w:p>
    <w:p>
      <w:r>
        <w:rPr>
          <w:b/>
        </w:rPr>
        <w:t xml:space="preserve">[06:50] </w:t>
      </w:r>
      <w:r>
        <w:t>to woh kehta hai ke sword aayi ke</w:t>
      </w:r>
    </w:p>
    <w:p>
      <w:pPr>
        <w:jc w:val="right"/>
      </w:pPr>
      <w:r>
        <w:t>تو وہ کہتا ہے کہ سورڈ آئی کہ</w:t>
      </w:r>
    </w:p>
    <w:p>
      <w:r>
        <w:rPr>
          <w:b/>
        </w:rPr>
        <w:t xml:space="preserve">[06:52] </w:t>
      </w:r>
      <w:r>
        <w:t>aan se? kehte hain saare logon ko sword se maarne ke liye to ek army army chahiye. woh army kahan se aayi? Muhammad ke paas to na money tha, na empire tha, na government tha,</w:t>
      </w:r>
    </w:p>
    <w:p>
      <w:pPr>
        <w:jc w:val="right"/>
      </w:pPr>
      <w:r>
        <w:t>اں سے؟ کہتے ہیں سارے لوگوں کو سورڈ سے مارنے کے لیے تو ایک آرمی آرمی چاہیے۔ وہ آرمی کہاں سے آئی؟ محمد کے پاس تو نہ منی تھا، نہ ایمپائر تھا، نہ گورنمنٹ تھا،</w:t>
      </w:r>
    </w:p>
    <w:p>
      <w:r>
        <w:rPr>
          <w:b/>
        </w:rPr>
        <w:t xml:space="preserve">[07:06] </w:t>
      </w:r>
      <w:r>
        <w:t>kuch nahin tha. to yeh sword aayi kahan se? jis ne logon ko maar maar ke Musalman banaya. to is se un ka trend jo hai, badla.</w:t>
      </w:r>
    </w:p>
    <w:p>
      <w:pPr>
        <w:jc w:val="right"/>
      </w:pPr>
      <w:r>
        <w:t>کچھ نہیں تھی۔ تو یہ سورڈ آئی کہاں سے؟ جس نے لوگوں کو مار مار کے مسلمان بنایا۔ تو اس سے ان کا ٹرینڈ جو ہے، بدلا۔</w:t>
      </w:r>
    </w:p>
    <w:p>
      <w:r>
        <w:rPr>
          <w:b/>
        </w:rPr>
        <w:t xml:space="preserve">[07:14] </w:t>
      </w:r>
      <w:r>
        <w:t>aaj European scholars jo hain, woh bohat zyada objective hote hain, aur woh objective study karte hain har cheez ki, aur Islam ki bhi. sara trend badal gaya.</w:t>
      </w:r>
    </w:p>
    <w:p>
      <w:pPr>
        <w:jc w:val="right"/>
      </w:pPr>
      <w:r>
        <w:t>آج یورپین سکالرز جو ہیں، وہ بہت زیادہ ابجیکٹو ہوتے ہیں، اور وہ ابجیکٹو سٹڈی کرتے ہیں ہر چیز کی، اور اسلام کی بھی۔ سارا ٹرینڈ بدل گیا۔</w:t>
      </w:r>
    </w:p>
    <w:p>
      <w:r>
        <w:rPr>
          <w:b/>
        </w:rPr>
        <w:t xml:space="preserve">[07:26] </w:t>
      </w:r>
      <w:r>
        <w:t>main samajhta hoon India mein bhi ek paida hua tha, Thomas Carlyle, uska naam hai Swami Vivekanand.</w:t>
      </w:r>
    </w:p>
    <w:p>
      <w:pPr>
        <w:jc w:val="right"/>
      </w:pPr>
      <w:r>
        <w:t>میں سمجھتا ہوں انڈیا میں بھی ایک پیدا ہوا تھا، تھامس کارلائل، اس کا نام ہے سوامی ویکانند۔</w:t>
      </w:r>
    </w:p>
    <w:p>
      <w:r>
        <w:rPr>
          <w:b/>
        </w:rPr>
        <w:t xml:space="preserve">[07:34] </w:t>
      </w:r>
      <w:r>
        <w:t>Swami Vivekanand ne likha hai ke "it is nonsense to say, it is nonsense to say that Hindus were converted by sword".</w:t>
      </w:r>
    </w:p>
    <w:p>
      <w:pPr>
        <w:jc w:val="right"/>
      </w:pPr>
      <w:r>
        <w:t>سوامی ویکانند نے لکھا ہے کہ "اٹ از نان سینس ٹو سے، اٹ از نان سینس ٹو سے دیٹ ہندوز ویر کنورٹڈ بائی سورڈ"۔</w:t>
      </w:r>
    </w:p>
    <w:p>
      <w:r>
        <w:rPr>
          <w:b/>
        </w:rPr>
        <w:t xml:space="preserve">[07:48] </w:t>
      </w:r>
      <w:r>
        <w:t>lekin India mein woh campaign bohat aage shayad nahin badhi ke ab jo hai, woh aagayi hai dobara, aur woh cheez khatam ho rahi hai naye halaat mein.</w:t>
      </w:r>
    </w:p>
    <w:p>
      <w:pPr>
        <w:jc w:val="right"/>
      </w:pPr>
      <w:r>
        <w:t>لیکن انڈیا میں وہ کیمپین بہت آگے شاید نہیں بڑھی کہ اب جو ہے، وہ آگئی ہے دوبارہ، اور وہ چیز ختم ہو رہی ہے نئے حالات میں۔</w:t>
      </w:r>
    </w:p>
    <w:p>
      <w:r>
        <w:rPr>
          <w:b/>
        </w:rPr>
        <w:t xml:space="preserve">[07:58] </w:t>
      </w:r>
      <w:r>
        <w:t>wahan bhi khatam hui thi isi tareeqe se</w:t>
      </w:r>
    </w:p>
    <w:p>
      <w:pPr>
        <w:jc w:val="right"/>
      </w:pPr>
      <w:r>
        <w:t>وہاں بھی ختم ہوئی تھی اسی طریقے سے</w:t>
      </w:r>
    </w:p>
    <w:p>
      <w:r>
        <w:rPr>
          <w:b/>
        </w:rPr>
        <w:t xml:space="preserve">[08:01] </w:t>
      </w:r>
      <w:r>
        <w:t>jab Renaissance hui, aur naye opportunities khuli daulat kamane ki.</w:t>
      </w:r>
    </w:p>
    <w:p>
      <w:pPr>
        <w:jc w:val="right"/>
      </w:pPr>
      <w:r>
        <w:t>جب رینیساں ہوئی، اور نئے اپرچونیٹیز کھلیں دولت کمانے کی۔</w:t>
      </w:r>
    </w:p>
    <w:p>
      <w:r>
        <w:rPr>
          <w:b/>
        </w:rPr>
        <w:t xml:space="preserve">[08:11] </w:t>
      </w:r>
      <w:r>
        <w:t>jab nayi industry bani, mechanization hua, to logon ko laga ke hum apna time waste kyun karen is mein? kisi anti propaganda mein?</w:t>
      </w:r>
    </w:p>
    <w:p>
      <w:pPr>
        <w:jc w:val="right"/>
      </w:pPr>
      <w:r>
        <w:t>جب نئی انڈسٹری بنی، میکنائزیشن ہوا، تو لوگوں کو لگا کہ ہم اپنا ٹائم ویسٹ کیوں کریں اس میں؟ کسی اینٹی پروبنڈے میں؟</w:t>
      </w:r>
    </w:p>
    <w:p>
      <w:r>
        <w:rPr>
          <w:b/>
        </w:rPr>
        <w:t xml:space="preserve">[08:21] </w:t>
      </w:r>
      <w:r>
        <w:t>humein dunya bhar mein humein daulat kamana hai. to is cheez ne is trend ko badla jis ko shuru kiya tha Thomas Carlyle ne.</w:t>
      </w:r>
    </w:p>
    <w:p>
      <w:pPr>
        <w:jc w:val="right"/>
      </w:pPr>
      <w:r>
        <w:t>ہمیں دنیا بھر میں ہمیں دولت کمانا ہے۔ تو اس چیز نے اس ٹرینڈ کو بدلا جس کو شروع کیا تھا تھامس کارلائل نے۔</w:t>
      </w:r>
    </w:p>
    <w:p>
      <w:r>
        <w:rPr>
          <w:b/>
        </w:rPr>
        <w:t xml:space="preserve">[08:30] </w:t>
      </w:r>
      <w:r>
        <w:t>India mein bhi is ko shuru kiya tha Swami Vivekanand ne jinhon ne yeh baat kahi ke "nonsense to say that Hindus were converted by sword".</w:t>
      </w:r>
    </w:p>
    <w:p>
      <w:pPr>
        <w:jc w:val="right"/>
      </w:pPr>
      <w:r>
        <w:t>انڈیا میں بھی اس کو شروع کیا تھا سوامی ویکانند نے جنہوں نے یہ بات کہی کہ "نان سینس ٹو سے دیٹ ہندوز ویر کنورٹڈ بائی سورڈ"۔</w:t>
      </w:r>
    </w:p>
    <w:p>
      <w:r>
        <w:rPr>
          <w:b/>
        </w:rPr>
        <w:t xml:space="preserve">[08:42] </w:t>
      </w:r>
      <w:r>
        <w:t>to yeh trend jo Swami Vivekanand ne chalaya tha, woh chalta raha, lekin is mein ab jo hai, is mein tezi aayi hai.</w:t>
      </w:r>
    </w:p>
    <w:p>
      <w:pPr>
        <w:jc w:val="right"/>
      </w:pPr>
      <w:r>
        <w:t>تو یہ ٹرینڈ جو سوامی ویکانند نے چلایا تھا، وہ چلتا رہا، لیکن اس میں اب جو ہے، اس میں تیزی آئی ہے۔</w:t>
      </w:r>
    </w:p>
    <w:p>
      <w:r>
        <w:rPr>
          <w:b/>
        </w:rPr>
        <w:t xml:space="preserve">[08:50] </w:t>
      </w:r>
      <w:r>
        <w:t>kyun ke ab jo hai dunya, is mein insaan ko professional chahiye, expert chahiye, aur paise ki bharmar hai.</w:t>
      </w:r>
    </w:p>
    <w:p>
      <w:pPr>
        <w:jc w:val="right"/>
      </w:pPr>
      <w:r>
        <w:t>کیونکہ اب جو ہے دنیا، اس میں انسان کو پروفیشنل چاہیے، ایکسپرٹ چاہیے، اور پیسے کی بھرمار ہے۔</w:t>
      </w:r>
    </w:p>
    <w:p>
      <w:r>
        <w:rPr>
          <w:b/>
        </w:rPr>
        <w:t xml:space="preserve">[09:00] </w:t>
      </w:r>
      <w:r>
        <w:t>agar tum expert ho to bari bari salary tumhara wait kar rahi hai tum ko. to jo history dohrai gayi thi Europe mein crusades ke baad, wahi history ab yahan dohrai ja rahi hai 1947 ke baad.</w:t>
      </w:r>
    </w:p>
    <w:p>
      <w:pPr>
        <w:jc w:val="right"/>
      </w:pPr>
      <w:r>
        <w:t>اگر تم ایکسپرٹ ہو تو بڑی بڑی سیلری تمہارا ویٹ کر رہی ہے تم کو۔ تو جو ہسٹری دہرائی گئی تھی یورپ میں کروسیڈز کے بعد، وہی ہسٹری اب یہاں دہرائی جا رہی ہے 1947 کے بعد۔</w:t>
      </w:r>
    </w:p>
    <w:p>
      <w:r>
        <w:rPr>
          <w:b/>
        </w:rPr>
        <w:t xml:space="preserve">[09:14] </w:t>
      </w:r>
      <w:r>
        <w:t>to yeh jo boorhe log hain, inhi mein yeh sab baatein hain jo "Voice of India" parha karte the.</w:t>
      </w:r>
    </w:p>
    <w:p>
      <w:pPr>
        <w:jc w:val="right"/>
      </w:pPr>
      <w:r>
        <w:t>تو یہ جو بوڑھے لوگ ہیں، انہی میں یہ سب باتیں ہیں جو "وائس آف انڈیا" پڑھا کرتے تھے۔</w:t>
      </w:r>
    </w:p>
    <w:p>
      <w:r>
        <w:rPr>
          <w:b/>
        </w:rPr>
        <w:t xml:space="preserve">[09:20] </w:t>
      </w:r>
      <w:r>
        <w:t>ab kisi ko is se dilchaspi nahin hai. ab yeh sab baat khatam ho gayi. to yeh hamare liye ek bohat hi hopeful baat hai.</w:t>
      </w:r>
    </w:p>
    <w:p>
      <w:pPr>
        <w:jc w:val="right"/>
      </w:pPr>
      <w:r>
        <w:t>اب کسی کو اس سے دلچسپی نہیں ہے۔ اب یہ سب بات ختم ہوگئی۔ تو یہ ہمارے لیے ایک بہت ہی ہوپ فل بات ہے۔</w:t>
      </w:r>
    </w:p>
    <w:p>
      <w:r>
        <w:rPr>
          <w:b/>
        </w:rPr>
        <w:t xml:space="preserve">[09:33] </w:t>
      </w:r>
      <w:r>
        <w:t>lekin ek aur baat mein jo kehna chahunga, woh yeh hai,</w:t>
      </w:r>
    </w:p>
    <w:p>
      <w:pPr>
        <w:jc w:val="right"/>
      </w:pPr>
      <w:r>
        <w:t>لیکن ایک اور بات میں جو کہنا چاہوں گا، وہ یہ ہے،</w:t>
      </w:r>
    </w:p>
    <w:p>
      <w:r>
        <w:rPr>
          <w:b/>
        </w:rPr>
        <w:t xml:space="preserve">[09:37] </w:t>
      </w:r>
      <w:r>
        <w:t>woh yeh hai ke jo aaj ki parchi mein aayi hai, aaj ke english mein paper mein, isi ke se milti julti par ke ek university mein research hui hai behaviour par, insaan ke behaviour par.</w:t>
      </w:r>
    </w:p>
    <w:p>
      <w:pPr>
        <w:jc w:val="right"/>
      </w:pPr>
      <w:r>
        <w:t>وہ یہ ہے کہ جو آج کی پرچی میں آئی ہے، آج کے انگلش میں پیپر میں، اسی کے سے ملتی جلتی پر کہ ایک یونیورسٹی میں ریسرچ ہوئی ہے بیہیویئر پر، انسان کے بیہیویئر پر۔</w:t>
      </w:r>
    </w:p>
    <w:p>
      <w:r>
        <w:rPr>
          <w:b/>
        </w:rPr>
        <w:t xml:space="preserve">[09:56] </w:t>
      </w:r>
      <w:r>
        <w:t>to is par research kiya unhon ne ke insaan ruthless kyun ho jata hai? Exploiter kyun ho jata hai? Dictator kyun ban jata hai?</w:t>
      </w:r>
    </w:p>
    <w:p>
      <w:pPr>
        <w:jc w:val="right"/>
      </w:pPr>
      <w:r>
        <w:t>تو اس پر ریسرچ کیا انہوں نے کہ انسان روتھ لیس کیوں ہو جاتا ہے؟ ایکسپلائٹر کیوں ہو جاتا ہے؟ ڈکٹیٹر کیوں بن جاتا ہے؟</w:t>
      </w:r>
    </w:p>
    <w:p>
      <w:r>
        <w:rPr>
          <w:b/>
        </w:rPr>
        <w:t xml:space="preserve">[10:05] </w:t>
      </w:r>
      <w:r>
        <w:t>Mussolini kaise bane? Stalin</w:t>
      </w:r>
    </w:p>
    <w:p>
      <w:pPr>
        <w:jc w:val="right"/>
      </w:pPr>
      <w:r>
        <w:t>مسولینی کیسے بنے؟ اسٹالن</w:t>
      </w:r>
    </w:p>
    <w:p>
      <w:r>
        <w:rPr>
          <w:b/>
        </w:rPr>
        <w:t xml:space="preserve">[10:07] </w:t>
      </w:r>
      <w:r>
        <w:t>kaise bana? Hitler kaise bana? Saddam Hussain kaise bane? To aisa kaise ho jata hai ke insaan doosre insaan ke liye ruthless ho jata hai?</w:t>
      </w:r>
    </w:p>
    <w:p>
      <w:pPr>
        <w:jc w:val="right"/>
      </w:pPr>
      <w:r>
        <w:t>کیسے بنا؟ ہٹلر کیسے بنا؟ صدام حسین کیسے بنے؟ تو ایسا کیسے ہو جاتا ہے کہ انسان دوسرے انسان کے لیے روتھ لیس ہو جاتا ہے؟</w:t>
      </w:r>
    </w:p>
    <w:p>
      <w:r>
        <w:rPr>
          <w:b/>
        </w:rPr>
        <w:t xml:space="preserve">[10:20] </w:t>
      </w:r>
      <w:r>
        <w:t>To unhon ne yeh pata kiya hai ke is ka sabab jo hai, woh genes mein hai. Genes mein yani insaan ka genetic code hai, isi mein aisi cheezein, aise element hain jis ki wajah se aadmi be reham ho jata hai.</w:t>
      </w:r>
    </w:p>
    <w:p>
      <w:pPr>
        <w:jc w:val="right"/>
      </w:pPr>
      <w:r>
        <w:t>تو انہوں نے یہ پتہ کیا ہے کہ اس کا سبب جو ہے، وہ جینز میں ہے۔ جینز میں یعنی انسان کا جینیٹک کوڈ ہے، اسی میں ایسی چیزیں، ایسے ایلیمنٹ ہیں جس کی وجہ سے آدمی بے رحم ہو جاتا ہے۔</w:t>
      </w:r>
    </w:p>
    <w:p>
      <w:r>
        <w:rPr>
          <w:b/>
        </w:rPr>
        <w:t xml:space="preserve">[10:37] </w:t>
      </w:r>
      <w:r>
        <w:t>Main samajhta hoon ke yeh baat galat hai ke gas par hai, gas par. Kyun? Unhein chahiye tha ke ek taraf agar example hain Stalin aur Hitler aur Mussolini aur Saddam Hussain ke, to doosra bhi example to hai.</w:t>
      </w:r>
    </w:p>
    <w:p>
      <w:pPr>
        <w:jc w:val="right"/>
      </w:pPr>
      <w:r>
        <w:t>میں سمجھتا ہوں کہ یہ بات غلط ہے کہ گیس پر ہے، گیس پر۔ کیوں؟ انہیں چاہیے تھا کہ ایک طرف اگر ایگزیمپل ہیں اسٹالن اور ہٹلر اور مسولینی اور صدام حسین کے، تو دوسرا بھی ایگزیمپل تو ہے۔</w:t>
      </w:r>
    </w:p>
    <w:p>
      <w:r>
        <w:rPr>
          <w:b/>
        </w:rPr>
        <w:t xml:space="preserve">[10:56] </w:t>
      </w:r>
      <w:r>
        <w:t>Aap Abu Bakr Siddique ko lijiye, Umar Farooq ko lijiye, India mein aap Mahatma Gandhi ko lijiye, Gautam Buddha ko lijiye.</w:t>
      </w:r>
    </w:p>
    <w:p>
      <w:pPr>
        <w:jc w:val="right"/>
      </w:pPr>
      <w:r>
        <w:t>آپ ابوبکر صدیق کو لیجئے، عمر فاروق کو لیجئے، انڈیا میں آپ مہاتما گاندھی کو لیجئے، گوتم بدھ کو لیجئے۔</w:t>
      </w:r>
    </w:p>
    <w:p>
      <w:r>
        <w:rPr>
          <w:b/>
        </w:rPr>
        <w:t xml:space="preserve">[11:07] </w:t>
      </w:r>
      <w:r>
        <w:t>Woh ek, woh waise nahi bane. Woh</w:t>
      </w:r>
    </w:p>
    <w:p>
      <w:pPr>
        <w:jc w:val="right"/>
      </w:pPr>
      <w:r>
        <w:t>وہ ایک، وہ ویسے نہیں بنے۔ وہ</w:t>
      </w:r>
    </w:p>
    <w:p>
      <w:r>
        <w:rPr>
          <w:b/>
        </w:rPr>
        <w:t xml:space="preserve">[11:12] </w:t>
      </w:r>
      <w:r>
        <w:t>Islam ke jo third caliph the, Usman, woh bohat bara empire tha us waqt, Hitler se zyada bara empire tha. To log un ko marna chahte the.</w:t>
      </w:r>
    </w:p>
    <w:p>
      <w:pPr>
        <w:jc w:val="right"/>
      </w:pPr>
      <w:r>
        <w:t>اسلام کے جو تھرڈ کیلف تھے، عثمان، وہ بہت بڑا ایمپائر تھا اس وقت، ہٹلر سے زیادہ بڑا ایمپائر تھا۔ تو لوگ ان کو مارنا چاہتے تھے۔</w:t>
      </w:r>
    </w:p>
    <w:p>
      <w:r>
        <w:rPr>
          <w:b/>
        </w:rPr>
        <w:t xml:space="preserve">[11:25] </w:t>
      </w:r>
      <w:r>
        <w:t>Hazaron log aa gaye, Madine mein ghus gaye. Us waqt army maujood thi. Log kehte the, "Aa kar ke aap sirf yeh keh dijiye ke hum in se ladain to hum sab ko khatma kar dain ge."</w:t>
      </w:r>
    </w:p>
    <w:p>
      <w:pPr>
        <w:jc w:val="right"/>
      </w:pPr>
      <w:r>
        <w:t>ہزاروں لوگ آگئے، مدینے میں گھس گئے۔ اس وقت آرمی موجود تھی۔ لوگ کہتے تھے، "آ کر کے آپ صرف یہ کہہ دیجئے کہ ہم ان سے لڑیں تو ہم سب کو خاتمہ کر دیں گے۔"</w:t>
      </w:r>
    </w:p>
    <w:p>
      <w:r>
        <w:rPr>
          <w:b/>
        </w:rPr>
        <w:t xml:space="preserve">[11:38] </w:t>
      </w:r>
      <w:r>
        <w:t>Phir unhon ne kiya socha? Ab jo un ka target hai, woh sirf mein hoon, mujh ko marna chahte hain. Lekin agar main apni army ko kahoon marne ki, to hazaron hazar log jo hain, maar dale jayen ge.</w:t>
      </w:r>
    </w:p>
    <w:p>
      <w:pPr>
        <w:jc w:val="right"/>
      </w:pPr>
      <w:r>
        <w:t>پھر انہوں نے کیا سوچا؟ اب جو ان کا ٹارگٹ ہے، وہ صرف میں ہوں، مجھ کو مارنا چاہتے ہیں۔ لیکن اگر میں اپنی آرمی کو کہوں مارنے کی، تو ہزاروں ہزار لوگ جو ہیں، مار ڈالے جائیں گے۔</w:t>
      </w:r>
    </w:p>
    <w:p>
      <w:r>
        <w:rPr>
          <w:b/>
        </w:rPr>
        <w:t xml:space="preserve">[11:52] </w:t>
      </w:r>
      <w:r>
        <w:t>Hazaron logon ki jaan ko bachane ke liye unhon ne kaha ke "Aao mujhe maar dalo, balkay main sab ko marwaoon, yeh main nahi kar sakta." Aise bhi insaan isi duniya mein hue hain.</w:t>
      </w:r>
    </w:p>
    <w:p>
      <w:pPr>
        <w:jc w:val="right"/>
      </w:pPr>
      <w:r>
        <w:t>ہزاروں لوگوں کی جان کو بچانے کے لیے انہوں نے کہا کہ "اؤ مجھے مار ڈالو، بلکہ میں سب کو مرواؤں، یہ میں نہیں کر سکتا۔" ایسے بھی انسان اسی دنیا میں ہوئے ہیں۔</w:t>
      </w:r>
    </w:p>
    <w:p>
      <w:r>
        <w:rPr>
          <w:b/>
        </w:rPr>
        <w:t xml:space="preserve">[12:03] </w:t>
      </w:r>
      <w:r>
        <w:t>To in comparison that we understand, dono ko mila kar sochna parega aap ko. To main samajhta hoon ke is mein jo cheez nahi samajh sake log, woh hai deconditioning ka maamla.</w:t>
      </w:r>
    </w:p>
    <w:p>
      <w:pPr>
        <w:jc w:val="right"/>
      </w:pPr>
      <w:r>
        <w:t>تو ان کمپیریزن دیٹ وی انڈرسٹینڈ، دونوں کو ملا کر سوچنا پڑے گا آپ کو۔ تو میں سمجھتا ہوں کہ اس میں جو چیز نہیں سمجھ سکے لوگ، وہ ہے ڈی کنڈیشننگ کا معاملہ۔</w:t>
      </w:r>
    </w:p>
    <w:p>
      <w:r>
        <w:rPr>
          <w:b/>
        </w:rPr>
        <w:t xml:space="preserve">[12:20] </w:t>
      </w:r>
      <w:r>
        <w:t>Yeh ajeeb baat hai ke poori history mein is maamle ko nahi samjha logon ne.</w:t>
      </w:r>
    </w:p>
    <w:p>
      <w:pPr>
        <w:jc w:val="right"/>
      </w:pPr>
      <w:r>
        <w:t>یہ عجیب بات ہے کہ پوری ہسٹری میں اس معاملے کو نہیں سمجھا لوگوں نے۔</w:t>
      </w:r>
    </w:p>
    <w:p>
      <w:r>
        <w:rPr>
          <w:b/>
        </w:rPr>
        <w:t xml:space="preserve">[12:26] </w:t>
      </w:r>
      <w:r>
        <w:t>The greatest missing principle in the whole human history was that people failed to understand the problem of conditioning and deconditioning.</w:t>
      </w:r>
    </w:p>
    <w:p>
      <w:pPr>
        <w:jc w:val="right"/>
      </w:pPr>
      <w:r>
        <w:t>دا گریٹسٹ مسنگ پرنسپل ان دا ہول ہیومن ہسٹری واز دیٹ پیپل فیلڈ ٹو انڈرسٹینڈ دی پرابلم آف کنڈیشننگ اینڈ ڈی کنڈیشننگ۔</w:t>
      </w:r>
    </w:p>
    <w:p>
      <w:r>
        <w:rPr>
          <w:b/>
        </w:rPr>
        <w:t xml:space="preserve">[12:40] </w:t>
      </w:r>
      <w:r>
        <w:t>Poori poori history mein bari anokhi baat hai,</w:t>
      </w:r>
    </w:p>
    <w:p>
      <w:pPr>
        <w:jc w:val="right"/>
      </w:pPr>
      <w:r>
        <w:t>پوری پوری ہسٹری میں بڑی انوکھی بات ہے،</w:t>
      </w:r>
    </w:p>
    <w:p>
      <w:r>
        <w:rPr>
          <w:b/>
        </w:rPr>
        <w:t xml:space="preserve">[12:46] </w:t>
      </w:r>
      <w:r>
        <w:t>American professor jis ka naam Watson tha, jo 1878 mein paida hua, us ne pehli baar is ko discover kiya ke insaan ki conditioning hoti hai paida hote hi.</w:t>
      </w:r>
    </w:p>
    <w:p>
      <w:pPr>
        <w:jc w:val="right"/>
      </w:pPr>
      <w:r>
        <w:t>امریکن پروفیسر جس کا نام واٹسن تھا، جو 1878 میں پیدا ہوا، اس نے پہلی بار اس کو ڈسکور کیا کہ انسان کی کنڈیشننگ ہوتی ہے پیدا ہوتے ہی۔</w:t>
      </w:r>
    </w:p>
    <w:p>
      <w:r>
        <w:rPr>
          <w:b/>
        </w:rPr>
        <w:t xml:space="preserve">[13:00] </w:t>
      </w:r>
      <w:r>
        <w:t>Lekin woh bhi adhi baat jaan saka, half of the truth ko jaan saka. Woh yani conditioning ka to jana us ne, lekin deconditioning ke principle ko nahi jaan saka.</w:t>
      </w:r>
    </w:p>
    <w:p>
      <w:pPr>
        <w:jc w:val="right"/>
      </w:pPr>
      <w:r>
        <w:t>لیکن وہ بھی ادھی بات جان سکا، ہاف آف دا ٹروتھ کو جان سکا۔ وہ یعنی کنڈیشننگ کا تو جانا اس نے، لیکن ڈی کنڈیشننگ کے پرنسپل کو نہیں جان سکا۔</w:t>
      </w:r>
    </w:p>
    <w:p>
      <w:r>
        <w:rPr>
          <w:b/>
        </w:rPr>
        <w:t xml:space="preserve">[13:13] </w:t>
      </w:r>
      <w:r>
        <w:t>Woh</w:t>
      </w:r>
    </w:p>
    <w:p>
      <w:pPr>
        <w:jc w:val="right"/>
      </w:pPr>
      <w:r>
        <w:t>وہ</w:t>
      </w:r>
    </w:p>
    <w:p>
      <w:r>
        <w:rPr>
          <w:b/>
        </w:rPr>
        <w:t xml:space="preserve">[13:16] </w:t>
      </w:r>
      <w:r>
        <w:t>deconditioning ke principle ko phir bhi nahi jaan saka. Woh to adhi baat jani us ne, aur adhi baat se bekhabar raha. Woh is par main sochta raha ke aakhir raaz kya hai</w:t>
      </w:r>
    </w:p>
    <w:p>
      <w:pPr>
        <w:jc w:val="right"/>
      </w:pPr>
      <w:r>
        <w:t>ڈی کنڈیشننگ کے پرنسپل کو پھر بھی نہیں جان سکا۔ وہ تو ادھی بات جانی اس نے، اور ادھی بات سے بے خبر رہا۔ وہ اس پر میں سوچتا رہا کہ آخر راز کیا ہے</w:t>
      </w:r>
    </w:p>
    <w:p>
      <w:r>
        <w:rPr>
          <w:b/>
        </w:rPr>
        <w:t xml:space="preserve">[13:28] </w:t>
      </w:r>
      <w:r>
        <w:t>ke log conditioning ki baat karte hain, lekin deconditioning ki baat nahi kar paate log. Is ka raaz kya hai? To is ka raaz mujhe abhi kal parson ek, mujhe ek experience hua.</w:t>
      </w:r>
    </w:p>
    <w:p>
      <w:pPr>
        <w:jc w:val="right"/>
      </w:pPr>
      <w:r>
        <w:t>کہ لوگ کنڈیشننگ کی بات کرتے ہیں، لیکن ڈی کنڈیشننگ کی بات نہیں کر پاتے لوگ۔ اس کا راز کیا ہے؟ تو اس کا راز مجھے ابھی کل پرسوں ایک، مجھے ایک ایک ایکسپیرینس ہوا۔</w:t>
      </w:r>
    </w:p>
    <w:p>
      <w:r>
        <w:rPr>
          <w:b/>
        </w:rPr>
        <w:t xml:space="preserve">[13:46] </w:t>
      </w:r>
      <w:r>
        <w:t>Main ek ek aisi family mein paida hua jahan ke adab aur shayari isi ka charchaa tha. Hamare ghar mein bohat si kitabein hoti thi, lekin sab wohi adab wali kitabein, shair o shayari wali kitabein, novel, yahi sab tha.</w:t>
      </w:r>
    </w:p>
    <w:p>
      <w:pPr>
        <w:jc w:val="right"/>
      </w:pPr>
      <w:r>
        <w:t>میں ایک ایک ایسی فیملی میں پیدا ہوا جہاں کے ادب اور شاعری اسی کا چرچہ تھا۔ ہمارے گھر میں بہت سی کتابیں ہوتی تھیں، لیکن سب وہی ادب والی کتابیں، شعر و شاعری والی کتابیں، ناول، یہی سب تھا۔</w:t>
      </w:r>
    </w:p>
    <w:p>
      <w:r>
        <w:rPr>
          <w:b/>
        </w:rPr>
        <w:t xml:space="preserve">[14:00] </w:t>
      </w:r>
      <w:r>
        <w:t>Ilm, ilmi kitaab ya science ki kitaab wahan par nahi hoti thi. Is zamane mein hum ne parha tha ke mashhoor jo shayar hain, Zauq, un ka yeh shair:</w:t>
      </w:r>
    </w:p>
    <w:p>
      <w:pPr>
        <w:jc w:val="right"/>
      </w:pPr>
      <w:r>
        <w:t>علم، علمی کتاب یا سائنس کی کتاب وہاں پر نہیں ہوتی تھی۔ اس زمانے میں ہم نے پڑھا تھا کہ مشہور جو شاعر ہیں، ذوق، ان کا یہ شعر:</w:t>
      </w:r>
    </w:p>
    <w:p>
      <w:r>
        <w:rPr>
          <w:b/>
        </w:rPr>
        <w:t xml:space="preserve">[14:14] </w:t>
      </w:r>
      <w:r>
        <w:t>"Dard dil ke waste paida kiya insaan ko, warna itaat ke liye kuch kam na the." Kuroob, kuroob matlab angel ke insaan ko Khuda ne paida kiya to kis liye?</w:t>
      </w:r>
    </w:p>
    <w:p>
      <w:pPr>
        <w:jc w:val="right"/>
      </w:pPr>
      <w:r>
        <w:t>"درد دل کے واسطے پیدا کیا انسان کو، ورنہ اطاعت کے لیے کچھ کم نہ تھے۔" کروبیا، کروبیا مطلب اینجل کہ انسان کو خدا نے پیدا کیا تو کس لیے؟</w:t>
      </w:r>
    </w:p>
    <w:p>
      <w:r>
        <w:rPr>
          <w:b/>
        </w:rPr>
        <w:t xml:space="preserve">[14:28] </w:t>
      </w:r>
      <w:r>
        <w:t>yani pain ka experience karanay kay liye insaan ko. aur jahan tak ibadat ki baat hai to bohat se angel mojood thay, woh baat kar hi rahay thay.</w:t>
      </w:r>
    </w:p>
    <w:p>
      <w:pPr>
        <w:jc w:val="right"/>
      </w:pPr>
      <w:r>
        <w:t>یعنی پین کا ایکسپیرینس کرانے کے لیے انسان کو۔ اور جہاں تک عبادت کی بات ہے تو بہت سے اینجل موجود تھے، وہ بات کر ہی رہے تھے۔</w:t>
      </w:r>
    </w:p>
    <w:p>
      <w:r>
        <w:rPr>
          <w:b/>
        </w:rPr>
        <w:t xml:space="preserve">[14:38] </w:t>
      </w:r>
      <w:r>
        <w:t>to yeh sher mere mind mein basa hua tha, itni lambi din se basa hua tha:</w:t>
      </w:r>
    </w:p>
    <w:p>
      <w:pPr>
        <w:jc w:val="right"/>
      </w:pPr>
      <w:r>
        <w:t>تو یہ شعر میرے مائنڈ میں بسا ہوا تھا، اتنی لمبی دن سے بسا ہوا تھا:</w:t>
      </w:r>
    </w:p>
    <w:p>
      <w:r>
        <w:rPr>
          <w:b/>
        </w:rPr>
        <w:t xml:space="preserve">[14:44] </w:t>
      </w:r>
      <w:r>
        <w:t>"dard dil kay wastay paida kiya insaan ko." bohat baad ko maine samjha kay yeh bilkul galat sher hai, yeh aik negative aspect batata hai zindagi ka.</w:t>
      </w:r>
    </w:p>
    <w:p>
      <w:pPr>
        <w:jc w:val="right"/>
      </w:pPr>
      <w:r>
        <w:t>"درد دل کے واسطے پیدا کیا انسان کو۔" بہت بعد کو میں نے سمجھا کہ یہ بالکل غلط شعر ہے، یہ ایک نیگیٹیو اسپیکٹ بتاتا ہے زندگی کا۔</w:t>
      </w:r>
    </w:p>
    <w:p>
      <w:r>
        <w:rPr>
          <w:b/>
        </w:rPr>
        <w:t xml:space="preserve">[14:57] </w:t>
      </w:r>
      <w:r>
        <w:t>jab maine yeh discover kiya kay har cheez mein negative hota hai, positive hota hai, to negative aspect ko lay letay hain jaldi jaldi say.</w:t>
      </w:r>
    </w:p>
    <w:p>
      <w:pPr>
        <w:jc w:val="right"/>
      </w:pPr>
      <w:r>
        <w:t>جب میں نے یہ ڈسکور کیا کہ ہر چیز میں نیگیٹیو ہوتا ہے، پازیٹیو ہوتا ہے، تو نیگیٹیو اسپیکٹ کو لے لیتے ہیں جلدی جلدی سے۔</w:t>
      </w:r>
    </w:p>
    <w:p>
      <w:r>
        <w:rPr>
          <w:b/>
        </w:rPr>
        <w:t xml:space="preserve">[15:07] </w:t>
      </w:r>
      <w:r>
        <w:t>positive aspect ko main discover karnay ki koshish karta hoon. to positive aspect kiya hai?</w:t>
      </w:r>
    </w:p>
    <w:p>
      <w:pPr>
        <w:jc w:val="right"/>
      </w:pPr>
      <w:r>
        <w:t>پازیٹیو اسپیکٹ کو میں ڈسکور کرنے کی کوشش کرتا ہوں۔ تو پازیٹیو اسپیکٹ کیا ہے؟</w:t>
      </w:r>
    </w:p>
    <w:p>
      <w:r>
        <w:rPr>
          <w:b/>
        </w:rPr>
        <w:t xml:space="preserve">[15:14] </w:t>
      </w:r>
      <w:r>
        <w:t>khuda nay paida kiya insaan ko kay woh khuda ko pehchanay, khuda ko realize karay, khuda ko discover karay, creator ko janay. is kay liye paida kiya, yeh to koi purpose nahi hua paida karnay ka kay taraptay taraptay mar jayen aur qissa khatam.</w:t>
      </w:r>
    </w:p>
    <w:p>
      <w:pPr>
        <w:jc w:val="right"/>
      </w:pPr>
      <w:r>
        <w:t>خدا نے پیدا کیا انسان کو کہ وہ خدا کو پہچانے، خدا کو ریلائز کرے، خدا کو ڈسکور کرے، کریٹر کو جانے۔ اس کے لیے پیدا کیا، یہ تو کوئی پرپس نہیں ہوا پیدا کرنے کا کہ تڑپتے تڑپتے مر جائیں اور قصہ ختم۔</w:t>
      </w:r>
    </w:p>
    <w:p>
      <w:r>
        <w:rPr>
          <w:b/>
        </w:rPr>
        <w:t xml:space="preserve">[15:31] </w:t>
      </w:r>
      <w:r>
        <w:t>yeh to koi purpose nahi hai.</w:t>
      </w:r>
    </w:p>
    <w:p>
      <w:pPr>
        <w:jc w:val="right"/>
      </w:pPr>
      <w:r>
        <w:t>یہ تو کوئی پرپس نہیں ہے۔</w:t>
      </w:r>
    </w:p>
    <w:p>
      <w:r>
        <w:rPr>
          <w:b/>
        </w:rPr>
        <w:t xml:space="preserve">[15:36] </w:t>
      </w:r>
      <w:r>
        <w:t>to main khud is tarah ki bohat si cheezon ko maine jana hai, baat ko deconditioning kay zariye.</w:t>
      </w:r>
    </w:p>
    <w:p>
      <w:pPr>
        <w:jc w:val="right"/>
      </w:pPr>
      <w:r>
        <w:t>تو میں خود اس طرح کی بہت سی چیزوں کو میں نے جانا ہے، بات کو ڈی کنڈیشننگ کے ذریعے۔</w:t>
      </w:r>
    </w:p>
    <w:p>
      <w:r>
        <w:rPr>
          <w:b/>
        </w:rPr>
        <w:t xml:space="preserve">[15:46] </w:t>
      </w:r>
      <w:r>
        <w:t>phir maine socha kay aisa kyun hota hai? asal mein deconditioning aik merciless process hai, is kay baghair deconditioning nahi ho sakti.</w:t>
      </w:r>
    </w:p>
    <w:p>
      <w:pPr>
        <w:jc w:val="right"/>
      </w:pPr>
      <w:r>
        <w:t>پھر میں نے سوچا کہ ایسا کیوں ہوتا ہے؟ اصل میں ڈی کنڈیشننگ ایک مرسی لیس پروسیس ہے، اس کے بغیر ڈی کنڈیشننگ نہیں ہو سکتی۔</w:t>
      </w:r>
    </w:p>
    <w:p>
      <w:r>
        <w:rPr>
          <w:b/>
        </w:rPr>
        <w:t xml:space="preserve">[16:00] </w:t>
      </w:r>
      <w:r>
        <w:t>jis ko kehtay hain introspection, merciless introspection.</w:t>
      </w:r>
    </w:p>
    <w:p>
      <w:pPr>
        <w:jc w:val="right"/>
      </w:pPr>
      <w:r>
        <w:t>جس کو کہتے ہیں انٹراسپیکشن، مرسی لیس انٹراسپیکشن۔</w:t>
      </w:r>
    </w:p>
    <w:p>
      <w:r>
        <w:rPr>
          <w:b/>
        </w:rPr>
        <w:t xml:space="preserve">[16:05] </w:t>
      </w:r>
      <w:r>
        <w:t>aik hi, aik hi method hai deconditioning ka, woh hai merciless introspection. yani woh hai aik psychological sense mein self killing hai.</w:t>
      </w:r>
    </w:p>
    <w:p>
      <w:pPr>
        <w:jc w:val="right"/>
      </w:pPr>
      <w:r>
        <w:t>ایک ہی، ایک ہی میتھڈ ہے ڈی کنڈیشننگ کا، وہ ہے برسی لیس انٹراسپیکشن۔ یعنی وہ ہے ایک سائیکلوجیکل سینس میں سیلف کلنگ ہے۔</w:t>
      </w:r>
    </w:p>
    <w:p>
      <w:r>
        <w:rPr>
          <w:b/>
        </w:rPr>
        <w:t xml:space="preserve">[16:18] </w:t>
      </w:r>
      <w:r>
        <w:t>woh to aadmi kyun aisa karay? it requires a very very strong incentive.</w:t>
      </w:r>
    </w:p>
    <w:p>
      <w:pPr>
        <w:jc w:val="right"/>
      </w:pPr>
      <w:r>
        <w:t>وہ تو آدمی کیوں ایسا کرے؟ اٹ ریکوائرڈز ا ویری ویری سٹرونگ انسنٹیو۔</w:t>
      </w:r>
    </w:p>
    <w:p>
      <w:r>
        <w:rPr>
          <w:b/>
        </w:rPr>
        <w:t xml:space="preserve">[16:28] </w:t>
      </w:r>
      <w:r>
        <w:t>aadmi self killing kyun karay? apni merciless introspection kyun karay?</w:t>
      </w:r>
    </w:p>
    <w:p>
      <w:pPr>
        <w:jc w:val="right"/>
      </w:pPr>
      <w:r>
        <w:t>آدمی سیلف کلنگ کیوں کرے؟ اپنی مرسی لیس انٹراسپیکشن کیوں کرے؟</w:t>
      </w:r>
    </w:p>
    <w:p>
      <w:r>
        <w:rPr>
          <w:b/>
        </w:rPr>
        <w:t xml:space="preserve">[16:36] </w:t>
      </w:r>
      <w:r>
        <w:t>yani merciless hammering kyun karay? woh khud apni kyun hai? koi, koi karay? koi to main kahoon ga kay it requires a very very strong incentive.</w:t>
      </w:r>
    </w:p>
    <w:p>
      <w:pPr>
        <w:jc w:val="right"/>
      </w:pPr>
      <w:r>
        <w:t>یعنی مرسی لیس ہیمرنگ کیوں کرے؟ وہ خود اپنی کیوں ہے؟ کوئی، کوئی کرے؟ کوئی تو میں کہوں گا کہ اٹ ریکوائرڈز ا ویری ویری سٹرونگ انسنٹیو۔</w:t>
      </w:r>
    </w:p>
    <w:p>
      <w:r>
        <w:rPr>
          <w:b/>
        </w:rPr>
        <w:t xml:space="preserve">[16:47] </w:t>
      </w:r>
      <w:r>
        <w:t>woh incentive kiya hai? accountability. accountability yani yeh ehsas kay mujhe khuda kay samnay khara hona hai,</w:t>
      </w:r>
    </w:p>
    <w:p>
      <w:pPr>
        <w:jc w:val="right"/>
      </w:pPr>
      <w:r>
        <w:t>وہ انسنٹیو کیا ہے؟ اکاؤنٹیبلٹی۔ اکاؤنٹیبلٹی یعنی یہ احساس کہ مجھے خدا کے سامنے کھڑا ہونا ہے،</w:t>
      </w:r>
    </w:p>
    <w:p>
      <w:r>
        <w:rPr>
          <w:b/>
        </w:rPr>
        <w:t xml:space="preserve">[16:59] </w:t>
      </w:r>
      <w:r>
        <w:t>mujhe khuda kay samnay mera record pesh kiya jayega, wahan par mera hisab hoga. phir ya to hell bhi legi ya paradise bhi legi.</w:t>
      </w:r>
    </w:p>
    <w:p>
      <w:pPr>
        <w:jc w:val="right"/>
      </w:pPr>
      <w:r>
        <w:t>مجھے خدا کے سامنے میرا ریکارڈ پیش کیا جائے گا، وہاں پر میرا حساب ہوگا۔ پھر یا تو ہیلتھ بھی لے گی یا پیراڈائز بھی لے گی۔</w:t>
      </w:r>
    </w:p>
    <w:p>
      <w:r>
        <w:rPr>
          <w:b/>
        </w:rPr>
        <w:t xml:space="preserve">[17:08] </w:t>
      </w:r>
      <w:r>
        <w:t>yeh jo jo concept of accountability hai, yahi aap ko woh spirit deta hai kay aap apni deconditioning karen. aik hi poori jo missing hai poori history mein, woh yahi hai concept of accountability.</w:t>
      </w:r>
    </w:p>
    <w:p>
      <w:pPr>
        <w:jc w:val="right"/>
      </w:pPr>
      <w:r>
        <w:t>یہ جو جو کانسیپٹ آف اکاؤنٹیبلٹی ہے، یہی آپ کو وہ سپرٹ دیتا ہے کہ آپ اپنی ڈی کنڈیشننگ کریں۔ ایک ہی پوری جو مسنگ ہے پوری ہسٹری میں، وہ یہی ہے کانسیپٹ آف اکاؤنٹیبلٹی۔</w:t>
      </w:r>
    </w:p>
    <w:p>
      <w:r>
        <w:rPr>
          <w:b/>
        </w:rPr>
        <w:t xml:space="preserve">[17:23] </w:t>
      </w:r>
      <w:r>
        <w:t>isi liye log apni deconditioning nahi kar sakay.</w:t>
      </w:r>
    </w:p>
    <w:p>
      <w:pPr>
        <w:jc w:val="right"/>
      </w:pPr>
      <w:r>
        <w:t>اسی لیے لوگ اپنی ڈی کنڈیشننگ نہیں کر سکے۔</w:t>
      </w:r>
    </w:p>
    <w:p>
      <w:r>
        <w:rPr>
          <w:b/>
        </w:rPr>
        <w:t xml:space="preserve">[17:27] </w:t>
      </w:r>
      <w:r>
        <w:t>aap sochen kyun aadmi apnay ko apni self hammering karay? kyun karay? to yeh jo paper mein bataya hai kay log jo hain, bohat aasani say ho jatay hain exploiter, aur bohat aasani say woh self interest ki taraf doranay lagtay hain,</w:t>
      </w:r>
    </w:p>
    <w:p>
      <w:pPr>
        <w:jc w:val="right"/>
      </w:pPr>
      <w:r>
        <w:t>آپ سوچیں کیوں آدمی اپنے کو اپنی سیلف ہیمرنگ کرے؟ کیوں کرے؟ تو یہ جو پیپر میں بتایا ہے کہ لوگ جو ہیں، بہت آسانی سے ہو جاتے ہیں ایکسپلائٹر، اور بہت آسانی سے وہ سیلف انٹرسٹ کی طرف دوڑنے لگتے ہیں،</w:t>
      </w:r>
    </w:p>
    <w:p>
      <w:r>
        <w:rPr>
          <w:b/>
        </w:rPr>
        <w:t xml:space="preserve">[17:50] </w:t>
      </w:r>
      <w:r>
        <w:t>aur power patay hi dictator ban jatay hain</w:t>
      </w:r>
    </w:p>
    <w:p>
      <w:pPr>
        <w:jc w:val="right"/>
      </w:pPr>
      <w:r>
        <w:t>اور پاور پاتے ہی ڈکٹیٹر بن جاتے ہیں</w:t>
      </w:r>
    </w:p>
    <w:p>
      <w:r>
        <w:rPr>
          <w:b/>
        </w:rPr>
        <w:t xml:space="preserve">[17:54] </w:t>
      </w:r>
      <w:r>
        <w:t>waghera. to kyun un kay pas deconditioning kay liye koi powerful incentive nahi hai?</w:t>
      </w:r>
    </w:p>
    <w:p>
      <w:pPr>
        <w:jc w:val="right"/>
      </w:pPr>
      <w:r>
        <w:t>وغیرہ۔ تو کیوں ان کے پاس ڈی کنڈیشننگ کے لیے کوئی پاور فل انسنٹیو نہیں ہے؟</w:t>
      </w:r>
    </w:p>
    <w:p>
      <w:r>
        <w:rPr>
          <w:b/>
        </w:rPr>
        <w:t xml:space="preserve">[18:06] </w:t>
      </w:r>
      <w:r>
        <w:t>kyun karen? woh pakar ka jo yeh hai kay mujhe khuda pakray ga, khuda kay haan mera hisab kitab hoga.</w:t>
      </w:r>
    </w:p>
    <w:p>
      <w:pPr>
        <w:jc w:val="right"/>
      </w:pPr>
      <w:r>
        <w:t>کیوں کریں؟ وہ پکڑ کا جو یہ ہے کہ مجھے خدا پکڑے گا، خدا کے ہاں میرا حساب کتاب ہوگا۔</w:t>
      </w:r>
    </w:p>
    <w:p>
      <w:r>
        <w:rPr>
          <w:b/>
        </w:rPr>
        <w:t xml:space="preserve">[18:17] </w:t>
      </w:r>
      <w:r>
        <w:t>yahi aik hi cheez hai jo aap ko deconditioning kay liye, yani merciless self hammering kay liye tayyar karti hai.</w:t>
      </w:r>
    </w:p>
    <w:p>
      <w:pPr>
        <w:jc w:val="right"/>
      </w:pPr>
      <w:r>
        <w:t>یہی ایک ہی چیز ہے جو آپ کو ڈی کنڈیشننگ کے لیے، یعنی مرسی لیس سیلف ہیمرنگ کے لیے تیار کرتی ہے۔</w:t>
      </w:r>
    </w:p>
    <w:p>
      <w:r>
        <w:rPr>
          <w:b/>
        </w:rPr>
        <w:t xml:space="preserve">[18:25] </w:t>
      </w:r>
      <w:r>
        <w:t>isi liye poori poori history guzar gayi aur koi apni deconditioning na kar saka, siwaye thoday logon kay. ab mussolini kay pas, hitler kay pas, stalin kay pas yeh idea nahi tha kay mujhe apni hammering kar kay apnay apnay ko theek karna hai.</w:t>
      </w:r>
    </w:p>
    <w:p>
      <w:pPr>
        <w:jc w:val="right"/>
      </w:pPr>
      <w:r>
        <w:t>اسی لیے پوری پوری ہسٹری گزر گئی اور کوئی اپنی ڈی کنڈیشننگ نہ کر سکا، سوائے تھوڑے لوگوں کے۔ اب مسولینی کے پاس، ہٹلر کے پاس، اسٹالن کے پاس یہ آئیڈیا نہیں تھا کہ مجھے اپنی ہیمرنگ کر کے اپنے اپنے کو ٹھیک کرنا ہے۔</w:t>
      </w:r>
    </w:p>
    <w:p>
      <w:r>
        <w:rPr>
          <w:b/>
        </w:rPr>
        <w:t xml:space="preserve">[18:43] </w:t>
      </w:r>
      <w:r>
        <w:t>saray log boltay rahay, historical wrongs ki batain hamaray India mein bhi, kyunkay is mein doosron par zad parti thi. yani doosron nay history mein jo ghaltiyan ki hain, us ko theek karna,</w:t>
      </w:r>
    </w:p>
    <w:p>
      <w:pPr>
        <w:jc w:val="right"/>
      </w:pPr>
      <w:r>
        <w:t>سارے لوگ بولتے رہے، ہسٹال کر رونگز کی باتیں ہمارے انڈیا میں بھی، کیونکہ اس میں دوسروں پر زد پڑتی تھی۔ یعنی دوسروں نے ہسٹری میں جو غلطیاں کی ہیں، اس کو ٹھیک کرنا،</w:t>
      </w:r>
    </w:p>
    <w:p>
      <w:r>
        <w:rPr>
          <w:b/>
        </w:rPr>
        <w:t xml:space="preserve">[18:56] </w:t>
      </w:r>
      <w:r>
        <w:t>lekin apni ghalti ko, apni mistek ko theek karna, is ki koi buri nahi bolta. kyu? is ke liye, is ke liye chahiye ek bohat zabardast qism ka incentive, bohat hi strong type ka incentive.</w:t>
      </w:r>
    </w:p>
    <w:p>
      <w:pPr>
        <w:jc w:val="right"/>
      </w:pPr>
      <w:r>
        <w:t>لیکن اپنی غلطی کو، اپنی مسٹیک کو ٹھیک کرنا، اس کی کوئی بری نہیں بولتا۔ کیوں؟ اس کے لیے، اس کے لیے چاہیے ایک بہت زبردست قسم کا انسنٹیو، بہت ہی سٹرونگ ٹائپ کا انسنٹیو۔</w:t>
      </w:r>
    </w:p>
    <w:p>
      <w:r>
        <w:rPr>
          <w:b/>
        </w:rPr>
        <w:t xml:space="preserve">[19:13] </w:t>
      </w:r>
      <w:r>
        <w:t>to main yeh keh sakta hoon ke poori history se yeh cheez samne aai hai ke zindagi ka sab se bara jo formula hai, woh hai accountability par ko manna.</w:t>
      </w:r>
    </w:p>
    <w:p>
      <w:pPr>
        <w:jc w:val="right"/>
      </w:pPr>
      <w:r>
        <w:t>تو میں یہ کہہ سکتا ہوں کہ پوری ہسٹری سے یہ چیز سامنے آئی ہے کہ زندگی کا سب سے بڑا جو فارمولا ہے، وہ ہے اکاؤنٹیبلٹی پر کو ماننا۔</w:t>
      </w:r>
    </w:p>
    <w:p>
      <w:r>
        <w:rPr>
          <w:b/>
        </w:rPr>
        <w:t xml:space="preserve">[19:31] </w:t>
      </w:r>
      <w:r>
        <w:t>yani Khuda ke samne hum khare honge aur wahan par hamein hisab dena hoga.</w:t>
      </w:r>
    </w:p>
    <w:p>
      <w:pPr>
        <w:jc w:val="right"/>
      </w:pPr>
      <w:r>
        <w:t>یعنی خدا کے سامنے ہم کھڑے ہوں گے اور وہاں پر ہمیں حساب دینا ہوگا۔</w:t>
      </w:r>
    </w:p>
    <w:p>
      <w:r>
        <w:rPr>
          <w:b/>
        </w:rPr>
        <w:t xml:space="preserve">[19:40] </w:t>
      </w:r>
      <w:r>
        <w:t>aur jab aadmi sochta hai, hadith mein aata hai ke manookh shafqat halak, jis ki scrutiny ki gai, woh halak hua.</w:t>
      </w:r>
    </w:p>
    <w:p>
      <w:pPr>
        <w:jc w:val="right"/>
      </w:pPr>
      <w:r>
        <w:t>اور جب آدمی سوچتا ہے، حدیث میں آتا ہے کہ منوخ شفقت حلق، جس کی اسکرٹنی کی گئی، وہ ہلاک ہوا۔</w:t>
      </w:r>
    </w:p>
    <w:p>
      <w:r>
        <w:rPr>
          <w:b/>
        </w:rPr>
        <w:t xml:space="preserve">[19:50] </w:t>
      </w:r>
      <w:r>
        <w:t>ab bataiye ke kitna kapkapi taari hoti hai soch kar ke ke manookh shafqat halak, jis ki scrutiny ki gai, woh halak hua.</w:t>
      </w:r>
    </w:p>
    <w:p>
      <w:pPr>
        <w:jc w:val="right"/>
      </w:pPr>
      <w:r>
        <w:t>اب بتائیے کہ کتنا کپکپی طاری ہوتی ہے سوچ کر کے کہ منوخ شفقت حلق، جس کی اسکرٹنی کی گئی، وہ ہلاک ہوا۔</w:t>
      </w:r>
    </w:p>
    <w:p>
      <w:r>
        <w:rPr>
          <w:b/>
        </w:rPr>
        <w:t xml:space="preserve">[20:01] </w:t>
      </w:r>
      <w:r>
        <w:t>yeh hai strong incentive ke apna aadmi apna introspection kare, aadmi self hammering kare, apne ko deconditioning kare.</w:t>
      </w:r>
    </w:p>
    <w:p>
      <w:pPr>
        <w:jc w:val="right"/>
      </w:pPr>
      <w:r>
        <w:t>یہ ہے سٹرونگ انسنٹیو کہ اپنا آدمی اپنا انٹراسپیکشن کرے، آدمی سیلف ہیمرنگ کرے، اپنے کو ڈی کنڈیشن کرے۔</w:t>
      </w:r>
    </w:p>
    <w:p>
      <w:r>
        <w:rPr>
          <w:b/>
        </w:rPr>
        <w:t xml:space="preserve">[20:11] </w:t>
      </w:r>
      <w:r>
        <w:t>to jahan yeh concept nahi hai, wahan par deconditioning bhi nahi hai, kyunke Watson ke paas yeh concept nahi tha.</w:t>
      </w:r>
    </w:p>
    <w:p>
      <w:pPr>
        <w:jc w:val="right"/>
      </w:pPr>
      <w:r>
        <w:t>تو جہاں یہ کانسیپٹ نہیں ہے، وہاں پر ڈی کنڈیشننگ بھی نہیں ہے، کیونکہ واٹسن کے پاس یہ کانسیپٹ نہیں تھا۔</w:t>
      </w:r>
    </w:p>
    <w:p>
      <w:r>
        <w:rPr>
          <w:b/>
        </w:rPr>
        <w:t xml:space="preserve">[20:21] </w:t>
      </w:r>
      <w:r>
        <w:t>Watson ne yeh dekha ke insaan apne environment mein ek dhang pe ban jata hai, jaise animal ban jate hain. yani green ghaas ke andar jo animal hote hain, woh hare ho jate hain aur jo pathron mein hote hain, woh black ho jate hain.</w:t>
      </w:r>
    </w:p>
    <w:p>
      <w:pPr>
        <w:jc w:val="right"/>
      </w:pPr>
      <w:r>
        <w:t>واٹسن نے یہ دیکھا کہ انسان اپنے انوائرمنٹ میں ایک ڈھنگ پہ بن جاتا ہے، جیسے اینیمل بن جاتے ہیں۔ یعنی گرین گھاس کے اندر جو اینیمل ہوتے ہیں، وہ ہرے ہو جاتے ہیں اور جو پتھروں میں ہوتے ہیں، وہ بلیک ہو جاتے ہیں۔</w:t>
      </w:r>
    </w:p>
    <w:p>
      <w:r>
        <w:rPr>
          <w:b/>
        </w:rPr>
        <w:t xml:space="preserve">[20:37] </w:t>
      </w:r>
      <w:r>
        <w:t>yeh usne dekha. isi par guess kar ke usne kaha ke insaan jis tarah environment hota hai, waise hi ban jata hai.</w:t>
      </w:r>
    </w:p>
    <w:p>
      <w:pPr>
        <w:jc w:val="right"/>
      </w:pPr>
      <w:r>
        <w:t>یہ اس نے دیکھا۔ اسی پر گیس کر کے اس نے کہا کہ انسان جس طرح انوائرمنٹ ہوتا ہے، ویسے ہی بن جاتا ہے۔</w:t>
      </w:r>
    </w:p>
    <w:p>
      <w:r>
        <w:rPr>
          <w:b/>
        </w:rPr>
        <w:t xml:space="preserve">[20:46] </w:t>
      </w:r>
      <w:r>
        <w:t>is mein is par kitaab likhi behaviorism par aur sab logon ne is ko maan liya, kyunke na to Watson ke samne tha yeh concept accountability ka aur na kisi aur ke samne tha.</w:t>
      </w:r>
    </w:p>
    <w:p>
      <w:pPr>
        <w:jc w:val="right"/>
      </w:pPr>
      <w:r>
        <w:t>اس میں اس پر کتاب لکھی بیہیویئرزم پر اور سب لوگوں نے اس کو مان لیا، کیونکہ نہ تو واٹسن کے سامنے تھا یہ کانسیپٹ اکاؤنٹیبلٹی کا اور نہ کسی اور کے سامنے تھا۔</w:t>
      </w:r>
    </w:p>
    <w:p>
      <w:r>
        <w:rPr>
          <w:b/>
        </w:rPr>
        <w:t xml:space="preserve">[21:01] </w:t>
      </w:r>
      <w:r>
        <w:t>to woh jaan hi nahi paye ke deconditioning bhi koi cheez hai, kyunke deconditioning ko janne ke liye chahiye tha incentive, strong incentive.</w:t>
      </w:r>
    </w:p>
    <w:p>
      <w:pPr>
        <w:jc w:val="right"/>
      </w:pPr>
      <w:r>
        <w:t>تو وہ جان ہی نہیں پائے کہ ڈی کنڈیشننگ بھی کوئی چیز ہے، کیونکہ ڈی کنڈیشننگ کو جاننے کے لیے چاہیے تھا انسنٹیو، سٹرونگ انسنٹیو۔</w:t>
      </w:r>
    </w:p>
    <w:p>
      <w:r>
        <w:rPr>
          <w:b/>
        </w:rPr>
        <w:t xml:space="preserve">[21:13] </w:t>
      </w:r>
      <w:r>
        <w:t>strong incentive nahi to deconditioning bhi aap ko, aap ko koi soch nahi aayegi. aap ko deconditioning ki bhi ke kyu aap apne ko self hammering kyu karein?</w:t>
      </w:r>
    </w:p>
    <w:p>
      <w:pPr>
        <w:jc w:val="right"/>
      </w:pPr>
      <w:r>
        <w:t>سٹرونگ انسنٹیو نہیں تو ڈی کنڈیشننگ بھی آپ کو، آپ کو کوئی سوچ نہیں آئے گی۔ آپ کو ڈی کنڈیشننگ کی بھی کہ کیوں آپ اپنے کو سیلف ہیمرنگ کیوں کریں؟</w:t>
      </w:r>
    </w:p>
    <w:p>
      <w:r>
        <w:rPr>
          <w:b/>
        </w:rPr>
        <w:t xml:space="preserve">[21:23] </w:t>
      </w:r>
      <w:r>
        <w:t>aap</w:t>
      </w:r>
    </w:p>
    <w:p>
      <w:pPr>
        <w:jc w:val="right"/>
      </w:pPr>
      <w:r>
        <w:t>آپ</w:t>
      </w:r>
    </w:p>
    <w:p>
      <w:r>
        <w:rPr>
          <w:b/>
        </w:rPr>
        <w:t xml:space="preserve">[21:27] </w:t>
      </w:r>
      <w:r>
        <w:t>to behal main ne yeh samjha hai ke sare logon ka case hi conditioning ka case hai.</w:t>
      </w:r>
    </w:p>
    <w:p>
      <w:pPr>
        <w:jc w:val="right"/>
      </w:pPr>
      <w:r>
        <w:t>تو بہرحال میں نے یہ سمجھا ہے کہ سارے لوگوں کا کیس ہی کنڈیشننگ کا کیس ہے۔</w:t>
      </w:r>
    </w:p>
    <w:p>
      <w:r>
        <w:rPr>
          <w:b/>
        </w:rPr>
        <w:t xml:space="preserve">[21:36] </w:t>
      </w:r>
      <w:r>
        <w:t>pichhle Sunday ko hamare paas do top ke log aaye England ke, ek the Sarbarak Tali aur ek the Bishop, wahan ke church ke Bishop the England ke.</w:t>
      </w:r>
    </w:p>
    <w:p>
      <w:pPr>
        <w:jc w:val="right"/>
      </w:pPr>
      <w:r>
        <w:t>پچھلے سنڈے کو ہمارے پاس دو ٹاپ کے لوگ آئے انگلینڈ کے، ایک تھے سربارک تلی اور ایک تھے بشپ، وہاں کے چرچ کے بشپ تھے انگلینڈ کے۔</w:t>
      </w:r>
    </w:p>
    <w:p>
      <w:r>
        <w:rPr>
          <w:b/>
        </w:rPr>
        <w:t xml:space="preserve">[21:52] </w:t>
      </w:r>
      <w:r>
        <w:t>donon bohat hi zyada educated log the, to bohat der tak rahe hamare paas aur baatein keen unhon ne.</w:t>
      </w:r>
    </w:p>
    <w:p>
      <w:pPr>
        <w:jc w:val="right"/>
      </w:pPr>
      <w:r>
        <w:t>دونوں بہت ہی زیادہ ایجوکیٹڈ لوگ تھے، تو بہت دیر تک رہے ہمارے پاس اور باتیں کیں انہوں نے۔</w:t>
      </w:r>
    </w:p>
    <w:p>
      <w:r>
        <w:rPr>
          <w:b/>
        </w:rPr>
        <w:t xml:space="preserve">[22:02] </w:t>
      </w:r>
      <w:r>
        <w:t>to main ek do example dunga, woh bhi conditioning ka example hai, is liye main aap ko is ko bata raha hoon. to ek sahib ne is mein se yeh kaha ke Khuda, aap Khuda ko mante hain to what is the proof of existence of God?</w:t>
      </w:r>
    </w:p>
    <w:p>
      <w:pPr>
        <w:jc w:val="right"/>
      </w:pPr>
      <w:r>
        <w:t>تو میں ایک دو ایگزامپل دوں گا، وہ بھی کنڈیشننگ کا ایگزامپل ہے، اس لیے میں آپ کو اس کو بتا رہا ہوں۔ تو ایک صاحب نے اس میں سے یہ کہا کہ خدا، آپ خدا کو مانتے ہیں تو واٹ از دا پروف آف ایگزسٹنس آف گاڈ؟</w:t>
      </w:r>
    </w:p>
    <w:p>
      <w:r>
        <w:rPr>
          <w:b/>
        </w:rPr>
        <w:t xml:space="preserve">[22:21] </w:t>
      </w:r>
      <w:r>
        <w:t>hum kaise maanein ke Khuda exist karta hai?</w:t>
      </w:r>
    </w:p>
    <w:p>
      <w:pPr>
        <w:jc w:val="right"/>
      </w:pPr>
      <w:r>
        <w:t>ہم کیسے مانیں کہ خدا ایگزسٹ کرتا ہے؟</w:t>
      </w:r>
    </w:p>
    <w:p>
      <w:r>
        <w:rPr>
          <w:b/>
        </w:rPr>
        <w:t xml:space="preserve">[22:27] </w:t>
      </w:r>
      <w:r>
        <w:t>to un ke is sawal ke baad mujhe yeh yeh yeh cheez samajh mein aai ke yeh bhi conditioning ki wajah se yeh sawal karte hain log, aaj bhi, aaj bhi yeh sawal karte hain.</w:t>
      </w:r>
    </w:p>
    <w:p>
      <w:pPr>
        <w:jc w:val="right"/>
      </w:pPr>
      <w:r>
        <w:t>تو ان کے اس سوال کے بعد مجھے یہ یہ یہ چیز سمجھ میں آئی کہ یہ بھی کنڈیشننگ کی وجہ سے یہ سوال کرتے ہیں لوگ، آج بھی، آج بھی یہ سوال کرتے ہیں۔</w:t>
      </w:r>
    </w:p>
    <w:p>
      <w:r>
        <w:rPr>
          <w:b/>
        </w:rPr>
        <w:t xml:space="preserve">[22:40] </w:t>
      </w:r>
      <w:r>
        <w:t>to main ne kaha ke dekhiye, aap jo sawal kar rahe hain, yeh yeh pehle ke pehle ke mind se aap yeh sawal kar rahe hain.</w:t>
      </w:r>
    </w:p>
    <w:p>
      <w:pPr>
        <w:jc w:val="right"/>
      </w:pPr>
      <w:r>
        <w:t>تو میں نے کہا کہ دیکھیے، آپ جو سوال کر رہے ہیں، یہ یہ پہلے کے پہلے کے مائنڈ سے آپ یہ سوال کر رہے ہیں۔</w:t>
      </w:r>
    </w:p>
    <w:p>
      <w:r>
        <w:rPr>
          <w:b/>
        </w:rPr>
        <w:t xml:space="preserve">[22:53] </w:t>
      </w:r>
      <w:r>
        <w:t>to main ne kaha ke dekhein, Einstein se pehle jo science thi, woh woh thi jo jo kaha jata hai micro world.</w:t>
      </w:r>
    </w:p>
    <w:p>
      <w:pPr>
        <w:jc w:val="right"/>
      </w:pPr>
      <w:r>
        <w:t>تو میں نے کہا کہ دیکھیں، آئنسٹائن سے پہلے جو سائنس تھی، وہ وہ تھی جو جو کہا جاتا ہے مائیکرو ورلڈ۔</w:t>
      </w:r>
    </w:p>
    <w:p>
      <w:r>
        <w:rPr>
          <w:b/>
        </w:rPr>
        <w:t xml:space="preserve">[23:06] </w:t>
      </w:r>
      <w:r>
        <w:t>micro world par research chalti thi pehle, lekin Einstein ke baad ab research micro world par aa gayi hai. micro world.</w:t>
      </w:r>
    </w:p>
    <w:p>
      <w:pPr>
        <w:jc w:val="right"/>
      </w:pPr>
      <w:r>
        <w:t>مائیکرو ورلڈ پر ریسرچ چلتی تھی پہلے، لیکن آئنسٹائن کے بعد اب ریسرچ مائیکرو ورلڈ پر آ گئی ہے۔ مائیکرو ورلڈ۔</w:t>
      </w:r>
    </w:p>
    <w:p>
      <w:r>
        <w:rPr>
          <w:b/>
        </w:rPr>
        <w:t xml:space="preserve">[23:17] </w:t>
      </w:r>
      <w:r>
        <w:t>to main ne un ko ek example diya ke British scholar jo hai Bertrand Russell ne jo kitaab hai Human Knowledge, us mein kaha hai us ne ke knowledge ki do qismein hain: knowledge of truth aur knowledge of things.</w:t>
      </w:r>
    </w:p>
    <w:p>
      <w:pPr>
        <w:jc w:val="right"/>
      </w:pPr>
      <w:r>
        <w:t>تو میں نے ان کو ایک ایگزامپل دیا کہ برٹش سکالر جو ہے برٹر ڈرسل نے جو کتاب ہے ہیومن نالج، اس میں کہا ہے اس نے کہ نالج کی دو قسمیں ہیں: نالج آف ٹروتھ اور نالج آف تھنگز۔</w:t>
      </w:r>
    </w:p>
    <w:p>
      <w:r>
        <w:rPr>
          <w:b/>
        </w:rPr>
        <w:t xml:space="preserve">[23:33] </w:t>
      </w:r>
      <w:r>
        <w:t>us ne yeh bataya ke knowledge of things jo hai, us mein aap direct argument qaim kar sakte hain, lekin</w:t>
      </w:r>
    </w:p>
    <w:p>
      <w:pPr>
        <w:jc w:val="right"/>
      </w:pPr>
      <w:r>
        <w:t>اس نے یہ بتایا کہ نالج آف تھنگز جو ہے، اس میں آپ ڈائریکٹ ارگیومنٹ قائم کر سکتے ہیں، لیکن</w:t>
      </w:r>
    </w:p>
    <w:p>
      <w:r>
        <w:rPr>
          <w:b/>
        </w:rPr>
        <w:t xml:space="preserve">[23:41] </w:t>
      </w:r>
      <w:r>
        <w:t>jo knowledge of truth hai, yani jo micro world mein jab pahunch gayi yeh knowledge, to wahan par aap koi argument waisa nahi qaim kar sakte. wahan to inference par sab baatein base karti hain.</w:t>
      </w:r>
    </w:p>
    <w:p>
      <w:pPr>
        <w:jc w:val="right"/>
      </w:pPr>
      <w:r>
        <w:t>جو نالج آف ٹروتھ ہے، یعنی جو مائیکرو ورلڈ میں جب پہنچ گئی یہ نالج، تو وہاں پر آپ کوئی ارگیومنٹ ویسا نہیں قائم کر سکتے۔ وہاں تو انفرنس پر سب باتیں بیس کرتی ہیں۔</w:t>
      </w:r>
    </w:p>
    <w:p>
      <w:r>
        <w:rPr>
          <w:b/>
        </w:rPr>
        <w:t xml:space="preserve">[23:54] </w:t>
      </w:r>
      <w:r>
        <w:t>yani direct argument chalta tha us waqt tak jab tak ke knowledge micro world mein chal rahi thi. jab knowledge micro world tak pahunch gayi to ab wo usable nahi raha.</w:t>
      </w:r>
    </w:p>
    <w:p>
      <w:pPr>
        <w:jc w:val="right"/>
      </w:pPr>
      <w:r>
        <w:t>یعنی ڈائریکٹ ارگیومنٹ چلتا تھا اس وقت تک جب تک کہ نالج مائیکرو ورلڈ میں چل رہی تھی۔ جب نالج مائیکرو ورلڈ تک پہنچ گئی تو اب وہ یوزیبل نہیں رہا۔</w:t>
      </w:r>
    </w:p>
    <w:p>
      <w:r>
        <w:rPr>
          <w:b/>
        </w:rPr>
        <w:t xml:space="preserve">[24:09] </w:t>
      </w:r>
      <w:r>
        <w:t>direct argument</w:t>
      </w:r>
    </w:p>
    <w:p>
      <w:pPr>
        <w:jc w:val="right"/>
      </w:pPr>
      <w:r>
        <w:t>ڈائریکٹ ارگیوم</w:t>
      </w:r>
    </w:p>
    <w:p>
      <w:r>
        <w:rPr>
          <w:b/>
        </w:rPr>
        <w:t xml:space="preserve">[24:10] </w:t>
      </w:r>
      <w:r>
        <w:t>nt ab beneficial argument ko duniya ne maan liya. to maine unse kaha ke khuda, jis tareeqe se aap electron ko dekhe baghair mante hain, uske effect ko dekh kar ke, kisi ne electron ko nahi dekha,</w:t>
      </w:r>
    </w:p>
    <w:p>
      <w:pPr>
        <w:jc w:val="right"/>
      </w:pPr>
      <w:r>
        <w:t>نٹ اب بینیفینشل ارگیومنٹ کو دنیا نے مان لیا۔ تو میں نے ان سے کہا کہ خدا، جس طریقے سے آپ الیکٹران کو دیکھے بغیر مانتے ہیں، اس کے ایفیکٹ کو دیکھ کر کے، کسی نے الیکٹران کو نہیں دیکھا،</w:t>
      </w:r>
    </w:p>
    <w:p>
      <w:r>
        <w:rPr>
          <w:b/>
        </w:rPr>
        <w:t xml:space="preserve">[24:25] </w:t>
      </w:r>
      <w:r>
        <w:t>uske effect ko jante hain hum, uski wajah se hum mante hain ke electron exist kar raha hai. to khuda ka bhi effect maujood hai creation ke roop mein, to aap kyun nahi mante khuda ko?</w:t>
      </w:r>
    </w:p>
    <w:p>
      <w:pPr>
        <w:jc w:val="right"/>
      </w:pPr>
      <w:r>
        <w:t>اس کے ایفیکٹ کو جانتے ہیں ہم، اس کی وجہ سے ہم مانتے ہیں کہ الیکٹران ایگزسٹ کر رہا ہے۔ تو خدا کا بھی ایفیکٹ موجود ہے کریشن کے روپ میں، تو آپ کیوں نہیں مانتے خدا کو؟</w:t>
      </w:r>
    </w:p>
    <w:p>
      <w:r>
        <w:rPr>
          <w:b/>
        </w:rPr>
        <w:t xml:space="preserve">[24:39] </w:t>
      </w:r>
      <w:r>
        <w:t>p</w:t>
      </w:r>
    </w:p>
    <w:p>
      <w:pPr>
        <w:jc w:val="right"/>
      </w:pPr>
      <w:r>
        <w:t>پ</w:t>
      </w:r>
    </w:p>
    <w:p>
      <w:r>
        <w:rPr>
          <w:b/>
        </w:rPr>
        <w:t xml:space="preserve">[24:40] </w:t>
      </w:r>
      <w:r>
        <w:t>hr maine bataya ke dekhiye, jitne bhi scientist hain, bade bade scientist, koi ek bhi nahi tha is mein jo jo kehe ke khuda nahi hai.</w:t>
      </w:r>
    </w:p>
    <w:p>
      <w:pPr>
        <w:jc w:val="right"/>
      </w:pPr>
      <w:r>
        <w:t>ھر میں نے بتایا کہ دیکھیں، جتنے بھی سائنٹسٹ ہیں، بڑے بڑے سائنٹسٹ، کوئی ایک بھی نہیں تھا اس میں جو جو کہے کہ خدا نہیں ہے۔</w:t>
      </w:r>
    </w:p>
    <w:p>
      <w:r>
        <w:rPr>
          <w:b/>
        </w:rPr>
        <w:t xml:space="preserve">[24:51] </w:t>
      </w:r>
      <w:r>
        <w:t>atheist, koi ek bhi scientist nahi tha, agarche wo khuda ka naam nahi lete the, lekin newton aur kepler ne isko kaha order ke universe mein ek order hai.</w:t>
      </w:r>
    </w:p>
    <w:p>
      <w:pPr>
        <w:jc w:val="right"/>
      </w:pPr>
      <w:r>
        <w:t>ایتھیسٹ، کوئی ایک بھی سائنٹسٹ نہیں تھا، اگرچہ وہ خدا کا نام نہیں لیتے تھے، لیکن نیوٹن اور کپلر نے اس کو کہا آرڈر کہ یونیورس میں ایک آرڈر ہے۔</w:t>
      </w:r>
    </w:p>
    <w:p>
      <w:r>
        <w:rPr>
          <w:b/>
        </w:rPr>
        <w:t xml:space="preserve">[25:05] </w:t>
      </w:r>
      <w:r>
        <w:t>uske baad dekhiye to spinoza aur einstein ne kaha ke universe mein ek woh hai, ek ek cosmic, ek cosmic spirit hai.</w:t>
      </w:r>
    </w:p>
    <w:p>
      <w:pPr>
        <w:jc w:val="right"/>
      </w:pPr>
      <w:r>
        <w:t>اس کے بعد دیکھیے تو اسپینوزا اور آئنسٹائن نے کہا کہ یونیورس میں ایک وہ ہے، ایک ایک کاسمک، ایک کاسمک سپرٹ ہے۔</w:t>
      </w:r>
    </w:p>
    <w:p>
      <w:r>
        <w:rPr>
          <w:b/>
        </w:rPr>
        <w:t xml:space="preserve">[25:21] </w:t>
      </w:r>
      <w:r>
        <w:t>uske baad arthur eddington aur jeans ne kaha ke universe ke peeche ek mind hai. alfred hoyle ne kaha ke ek ek intelligence hai</w:t>
      </w:r>
    </w:p>
    <w:p>
      <w:pPr>
        <w:jc w:val="right"/>
      </w:pPr>
      <w:r>
        <w:t>اس کے بعد ارتھر ایڈنگٹن اور جینز نے کہا کہ یونیورس کے پیچھے ایک مائنڈ ہے۔ الفریڈ ہائل نے کہا کہ ایک ایک انٹیلیجنس ہے</w:t>
      </w:r>
    </w:p>
    <w:p>
      <w:r>
        <w:rPr>
          <w:b/>
        </w:rPr>
        <w:t xml:space="preserve">[25:33] </w:t>
      </w:r>
      <w:r>
        <w:t>universe ke peeche. intelligence ka word bola wo to scientist jitne bhi hain, wo indirect way mein khuda ko maan rahe hain.</w:t>
      </w:r>
    </w:p>
    <w:p>
      <w:pPr>
        <w:jc w:val="right"/>
      </w:pPr>
      <w:r>
        <w:t>یونیورس کے پیچھے۔ انٹیلیجنس کا ورڈ بولا وہ تو سائنٹسٹ جتنے بھی ہیں، وہ ان ڈائریکٹ وے میں خدا کو مان رہے ہیں۔</w:t>
      </w:r>
    </w:p>
    <w:p>
      <w:r>
        <w:rPr>
          <w:b/>
        </w:rPr>
        <w:t xml:space="preserve">[25:42] </w:t>
      </w:r>
      <w:r>
        <w:t>koi order ka word bol raha hai, koi cosmic spirit keh raha hai, koi mathematical mind keh raha hai, koi intelligence keh raha hai. to wo kya hai?</w:t>
      </w:r>
    </w:p>
    <w:p>
      <w:pPr>
        <w:jc w:val="right"/>
      </w:pPr>
      <w:r>
        <w:t>کوئی آرڈر کا ورڈ بول رہا ہے، کوئی کاسمک سپرٹ کہہ رہا ہے، کوئی میتھمیٹیکل مائنڈ کہہ رہا ہے، کوئی انٹیلیجنس کہہ رہا ہے۔ تو وہ کیا ہے؟</w:t>
      </w:r>
    </w:p>
    <w:p>
      <w:r>
        <w:rPr>
          <w:b/>
        </w:rPr>
        <w:t xml:space="preserve">[25:52] </w:t>
      </w:r>
      <w:r>
        <w:t>wo khuda ka ek scientific naam de rahe hain.</w:t>
      </w:r>
    </w:p>
    <w:p>
      <w:pPr>
        <w:jc w:val="right"/>
      </w:pPr>
      <w:r>
        <w:t>وہ خدا کا ایک سائنٹیفک نام دے رہے ہیں۔</w:t>
      </w:r>
    </w:p>
    <w:p>
      <w:r>
        <w:rPr>
          <w:b/>
        </w:rPr>
        <w:t xml:space="preserve">[25:56] </w:t>
      </w:r>
      <w:r>
        <w:t>to maine kaha unse kaha ke dekhiye, aap jo baat kar rahe hain ke wo aapki conditioning hui hai, us waqt ke soch mein jab ke duniya mein micro world par base karti thi science, usko todiye, us usko, us conditioning ko.</w:t>
      </w:r>
    </w:p>
    <w:p>
      <w:pPr>
        <w:jc w:val="right"/>
      </w:pPr>
      <w:r>
        <w:t>تو میں نے کہا ان سے کہا کہ دیکھیے، آپ جو بات کر رہے ہیں کہ وہ آپ کی کنڈیشننگ ہوئی ہے، اس وقت کے سوچ میں جب کہ دنیا میں مائیکرو ورلڈ پر بیس کرتی تھی سائنس، اس کو توڑیے، اس اس کو، اس کنڈیشننگ کو۔</w:t>
      </w:r>
    </w:p>
    <w:p>
      <w:r>
        <w:rPr>
          <w:b/>
        </w:rPr>
        <w:t xml:space="preserve">[26:10] </w:t>
      </w:r>
      <w:r>
        <w:t>to wo maan gaye is baat ko ke aap theek keh rahe hain,</w:t>
      </w:r>
    </w:p>
    <w:p>
      <w:pPr>
        <w:jc w:val="right"/>
      </w:pPr>
      <w:r>
        <w:t>تو وہ مان گئے اس بات کو کہ آپ ٹھیک کہہ رہے ہیں،</w:t>
      </w:r>
    </w:p>
    <w:p>
      <w:r>
        <w:rPr>
          <w:b/>
        </w:rPr>
        <w:t xml:space="preserve">[26:16] </w:t>
      </w:r>
      <w:r>
        <w:t>hum aap theek keh rahe hain. us waqt ke mind se hum yeh sochte the ke direct argument jis tarah se aur cheez par hota hai, khuda par bhi hona chahiye.</w:t>
      </w:r>
    </w:p>
    <w:p>
      <w:pPr>
        <w:jc w:val="right"/>
      </w:pPr>
      <w:r>
        <w:t>ہم آپ ٹھیک کہہ رہے ہیں۔ اس وقت کے مائنڈ سے ہم یہ سوچتے تھے کہ ڈائریکٹ ارگیومنٹ جس طرح سے اور چیز پر ہوتا ہے، خدا پر بھی ہونا چاہیے۔</w:t>
      </w:r>
    </w:p>
    <w:p>
      <w:r>
        <w:rPr>
          <w:b/>
        </w:rPr>
        <w:t xml:space="preserve">[26:25] </w:t>
      </w:r>
      <w:r>
        <w:t>lekin</w:t>
      </w:r>
    </w:p>
    <w:p>
      <w:pPr>
        <w:jc w:val="right"/>
      </w:pPr>
      <w:r>
        <w:t>لیکن</w:t>
      </w:r>
    </w:p>
    <w:p>
      <w:r>
        <w:rPr>
          <w:b/>
        </w:rPr>
        <w:t xml:space="preserve">[26:26] </w:t>
      </w:r>
      <w:r>
        <w:t>ab to wo wo wo farq mit chuka. ab to doosri cheezein jo hain, us par bhi humein inference se usko prove karna padta hai.</w:t>
      </w:r>
    </w:p>
    <w:p>
      <w:pPr>
        <w:jc w:val="right"/>
      </w:pPr>
      <w:r>
        <w:t>اب تو وہ وہ وہ فرق مٹ چکا۔ اب تو دوسری چیزیں جو ہیں، اس پر بھی ہمیں انفرنس سے اس کو پروف کرنا پڑتا ہے۔</w:t>
      </w:r>
    </w:p>
    <w:p>
      <w:r>
        <w:rPr>
          <w:b/>
        </w:rPr>
        <w:t xml:space="preserve">[26:37] </w:t>
      </w:r>
      <w:r>
        <w:t>to inferential argument jis tarah se valid hai aur cheezon mein, to khuda ke bare mein bhi valid hai. yani jis ko kehte hain argument from design, yani where there is a design, there is a designer.</w:t>
      </w:r>
    </w:p>
    <w:p>
      <w:pPr>
        <w:jc w:val="right"/>
      </w:pPr>
      <w:r>
        <w:t>تو انفرینشل ارگیومنٹ جس طرح سے ویلڈ ہے اور چیزوں میں، تو خدا کے بارے میں بھی ویلڈ ہے۔ یعنی جس کو کہتے ہیں ارگیومنٹ فرام ڈیزائن، یعنی ویر دیر از اے ڈیزائن، دیر از اے ڈیزائنر۔</w:t>
      </w:r>
    </w:p>
    <w:p>
      <w:r>
        <w:rPr>
          <w:b/>
        </w:rPr>
        <w:t xml:space="preserve">[26:51] </w:t>
      </w:r>
      <w:r>
        <w:t>to phir ek sahab ne kaha soch kar ke ke lekin yeh jo aapka manna hai, isko darwin ne destroy kar diya hai</w:t>
      </w:r>
    </w:p>
    <w:p>
      <w:pPr>
        <w:jc w:val="right"/>
      </w:pPr>
      <w:r>
        <w:t>تو پھر ایک صاحب نے کہا سوچ کر کے کہ لیکن یہ جو آپ کا ماننا ہے، اس کو ڈارون نے ڈسٹرائے کر دیا ہے</w:t>
      </w:r>
    </w:p>
    <w:p>
      <w:r>
        <w:rPr>
          <w:b/>
        </w:rPr>
        <w:t xml:space="preserve">[27:06] </w:t>
      </w:r>
      <w:r>
        <w:t>ke design ke liye god chahiye, design ke liye god chahiye. isko darwin ne destroy kar diya hai</w:t>
      </w:r>
    </w:p>
    <w:p>
      <w:pPr>
        <w:jc w:val="right"/>
      </w:pPr>
      <w:r>
        <w:t>کہ ڈیزائن کے لیے گارڈ چاہیے، ڈیزائن کے لیے گارڈ چاہیے۔ اس کو ڈارون نے ڈسٹرائے کر دیا ہے</w:t>
      </w:r>
    </w:p>
    <w:p>
      <w:r>
        <w:rPr>
          <w:b/>
        </w:rPr>
        <w:t xml:space="preserve">[27:13] </w:t>
      </w:r>
      <w:r>
        <w:t>kyunke wo jo natural selection ka formula bataya usne, to natural selection jo hai, wo wo designer ban ki jagah le liya hai usne. to maine kaha ke dekhiye, darwin ka yeh jo theory hai, wo apne aap mein ek aisi theory hai jo prove nahi hui ab tak.</w:t>
      </w:r>
    </w:p>
    <w:p>
      <w:pPr>
        <w:jc w:val="right"/>
      </w:pPr>
      <w:r>
        <w:t>کیونکہ وہ جو نیچرل سلیکشن کا فارمولا بتایا اس نے، تو نیچرل سلیکشن جو ہے، وہ وہ ڈیزائنر بن کی جگہ لے لیا ہے اس نے۔ تو میں نے کہا کہ دیکھیے، ڈارون کا یہ جو تھیوری ہے، وہ اپنے آپ میں ایک ایسی تھیوری ہے جو پروف نہیں ہوئی اب تک۔</w:t>
      </w:r>
    </w:p>
    <w:p>
      <w:r>
        <w:rPr>
          <w:b/>
        </w:rPr>
        <w:t xml:space="preserve">[27:32] </w:t>
      </w:r>
      <w:r>
        <w:t>hui</w:t>
      </w:r>
    </w:p>
    <w:p>
      <w:pPr>
        <w:jc w:val="right"/>
      </w:pPr>
      <w:r>
        <w:t>ہوئی</w:t>
      </w:r>
    </w:p>
    <w:p>
      <w:r>
        <w:rPr>
          <w:b/>
        </w:rPr>
        <w:t xml:space="preserve">[27:33] </w:t>
      </w:r>
      <w:r>
        <w:t>wo to sirf guess hai. kyun? darwin ne bahut se model ekattha kiye, yani species ke, to us mein usko dikhai pada ke species mein ek similarity hai ke unke structure mein, yani physical structure hai jo hai species ka,</w:t>
      </w:r>
    </w:p>
    <w:p>
      <w:pPr>
        <w:jc w:val="right"/>
      </w:pPr>
      <w:r>
        <w:t>وہ تو صرف گیس ہے۔ کیوں؟ ڈارون نے بہت سے ماڈل اکٹھا کیے، یعنی اسپیشیز کے، تو اس میں اس کو دکھائی پڑا کہ اسپیشیز میں ایک سیمیلریٹی ہے کہ ان کے سٹرکچر میں، یعنی فزیکل سٹرکچر ہے جو ہے اسپیشیز کا،</w:t>
      </w:r>
    </w:p>
    <w:p>
      <w:r>
        <w:rPr>
          <w:b/>
        </w:rPr>
        <w:t xml:space="preserve">[27:53] </w:t>
      </w:r>
      <w:r>
        <w:t>us mein ek similarity hai</w:t>
      </w:r>
    </w:p>
    <w:p>
      <w:pPr>
        <w:jc w:val="right"/>
      </w:pPr>
      <w:r>
        <w:t>اس میں ایک سیمیلریٹی ہے</w:t>
      </w:r>
    </w:p>
    <w:p>
      <w:r>
        <w:rPr>
          <w:b/>
        </w:rPr>
        <w:t xml:space="preserve">[27:57] </w:t>
      </w:r>
      <w:r>
        <w:t>jaise bakri aur ziraaf mein ek similarity hai, machhli mein aur chidiya mein ek similarity hai, billi mein aur tiger mein ek similarity hai.</w:t>
      </w:r>
    </w:p>
    <w:p>
      <w:pPr>
        <w:jc w:val="right"/>
      </w:pPr>
      <w:r>
        <w:t>جیسے بکری اور زرافہ میں ایک سیمیلریٹی ہے، مچھلی میں اور چڑیا میں ایک سیمیلریٹی ہے، بلی میں اور ٹائیگر میں ایک سیمیلریٹی ہے۔</w:t>
      </w:r>
    </w:p>
    <w:p>
      <w:r>
        <w:rPr>
          <w:b/>
        </w:rPr>
        <w:t xml:space="preserve">[28:06] </w:t>
      </w:r>
      <w:r>
        <w:t>to us ne dekha ke species mein similarity hoti hai. is se us ne nikala ke ek se doosri cheez nikli, doosri cheez teesri cheez nikli.</w:t>
      </w:r>
    </w:p>
    <w:p>
      <w:pPr>
        <w:jc w:val="right"/>
      </w:pPr>
      <w:r>
        <w:t>تو اس نے دیکھا کہ اسپیشیز میں سیمیلریٹی ہوتی ہے۔ اس سے اس نے نکالا کہ ایک سے دوسری چیز نکلی، دوسری چیز تیسری چیز نکلی۔</w:t>
      </w:r>
    </w:p>
    <w:p>
      <w:r>
        <w:rPr>
          <w:b/>
        </w:rPr>
        <w:t xml:space="preserve">[28:15] </w:t>
      </w:r>
      <w:r>
        <w:t>to main ne kaha yeh to ek sirf gas tha is ka. similarity ka doosra matlab yeh tha, obviously ke variety bohat zyada hai. similarity means variety.</w:t>
      </w:r>
    </w:p>
    <w:p>
      <w:pPr>
        <w:jc w:val="right"/>
      </w:pPr>
      <w:r>
        <w:t>تو میں نے کہا یہ تو ایک صرف گیس تھا اس کا۔ سیمیلریٹی کا دوسرا مطلب یہ تھا، ابویسلی کہ ورائٹی بہت زیادہ ہے۔ سیمیلریٹی مینز ورائٹی۔</w:t>
      </w:r>
    </w:p>
    <w:p>
      <w:r>
        <w:rPr>
          <w:b/>
        </w:rPr>
        <w:t xml:space="preserve">[28:27] </w:t>
      </w:r>
      <w:r>
        <w:t>to jis cheez se infer kiya us ne evolution, use infer ho raha tha ke yahan par variety bohat zyada hai, millions and billions varieties hain. yeh to koi, yeh to koi yani aisi cheez nahi hai jo ke scientific theory aap kahein, yeh to ek gas hai sirf.</w:t>
      </w:r>
    </w:p>
    <w:p>
      <w:pPr>
        <w:jc w:val="right"/>
      </w:pPr>
      <w:r>
        <w:t>تو جس چیز سے انفر کیا اس نے ایولوشن، اسے انفر ہو رہا تھا کہ یہاں پر ورائٹی بہت زیادہ ہے، ملینز اینڈ بلینز ورائٹیز ہیں۔ یہ تو کوئی، یہ تو کوئی یعنی ایسی چیز نہیں ہے جو کہ سائنٹیفک تھیوری آپ کہیں، یہ تو ایک گیس ہے صرف۔</w:t>
      </w:r>
    </w:p>
    <w:p>
      <w:r>
        <w:rPr>
          <w:b/>
        </w:rPr>
        <w:t xml:space="preserve">[28:46] </w:t>
      </w:r>
      <w:r>
        <w:t>ab yahan pe dekhein, conditioning thi kyunke dunya bhar mein ek charchaa itna zyada hua hai evolution ka, evolution theory ka, d</w:t>
      </w:r>
    </w:p>
    <w:p>
      <w:pPr>
        <w:jc w:val="right"/>
      </w:pPr>
      <w:r>
        <w:t>اب یہاں پہ دیکھیں، کنڈیشننگ تھی کیونکہ دنیا بھر میں ایک چرچہ اتنا زیادہ ہوا ہے ایولوشن کا، ایولوشن تھیوری کا، ڈ</w:t>
      </w:r>
    </w:p>
    <w:p>
      <w:r>
        <w:rPr>
          <w:b/>
        </w:rPr>
        <w:t xml:space="preserve">[28:53] </w:t>
      </w:r>
      <w:r>
        <w:t>arwinism ka, itna charchaa, itna charchaa ke main ne apni zindagi mein to ek aadmi bhi nahi paya jo is is charchay se bacha hua ho. sab isi mein phanse hue hain, isi mein phanse hue hain, yani baghair kisi proof ke maane hue hain ke evolution hua.</w:t>
      </w:r>
    </w:p>
    <w:p>
      <w:pPr>
        <w:jc w:val="right"/>
      </w:pPr>
      <w:r>
        <w:t>ارونزم کا، اتنا چرچہ، اتنا چرچہ کہ میں نے اپنی زندگی میں تو ایک آدمی بھی نہیں پایا جو اس اس چرچے سے بچا ہوا ہو۔ سب اسی میں پھنسے ہوئے ہیں، اسی میں پھنسے ہوئے ہیں، یعنی بغیر کسی پروف کے مانے ہوئے ہیں کہ ایولوشن ہوا۔</w:t>
      </w:r>
    </w:p>
    <w:p>
      <w:r>
        <w:rPr>
          <w:b/>
        </w:rPr>
        <w:t xml:space="preserve">[29:08] </w:t>
      </w:r>
      <w:r>
        <w:t>halankeh jab main un se kehta hoon ke batao mujhe ke similarity se jo nikalti hai, woh to variety nikalti hai. evolution, evolution kahan se nikal aaye ga?</w:t>
      </w:r>
    </w:p>
    <w:p>
      <w:pPr>
        <w:jc w:val="right"/>
      </w:pPr>
      <w:r>
        <w:t>حالانکہ جب میں ان سے کہتا ہوں کہ بتاؤ مجھے کہ سیمیلریٹی سے جو نکلتی ہے، وہ تو ورائٹی نکلتی ہے۔ ایولوشن، ایولوشن کہاں سے نکل آئے گا؟</w:t>
      </w:r>
    </w:p>
    <w:p>
      <w:r>
        <w:rPr>
          <w:b/>
        </w:rPr>
        <w:t xml:space="preserve">[29:18] </w:t>
      </w:r>
      <w:r>
        <w:t>yani bakri se aap kehte hain ke z</w:t>
      </w:r>
    </w:p>
    <w:p>
      <w:pPr>
        <w:jc w:val="right"/>
      </w:pPr>
      <w:r>
        <w:t>یعنی بکری سے آپ کہتے ہیں کہ ز</w:t>
      </w:r>
    </w:p>
    <w:p>
      <w:r>
        <w:rPr>
          <w:b/>
        </w:rPr>
        <w:t xml:space="preserve">[29:21] </w:t>
      </w:r>
      <w:r>
        <w:t>raafah nikal aaya, main kehta hoon bakri ek variety hai, ziraafah ek variety hai. aap kehte hain ke billi se tiger nikal aaya, main kehta hoon billi bhi ek variety hai, tiger bhi ek variety hai.</w:t>
      </w:r>
    </w:p>
    <w:p>
      <w:pPr>
        <w:jc w:val="right"/>
      </w:pPr>
      <w:r>
        <w:t>رافہ نکل آیا، میں کہتا ہوں بکری ایک ورائٹی ہے، زرافہ ایک ورائٹی ہے۔ آپ کہتے ہیں کہ بلی سے ٹائیگر نکل آیا، میں کہتا ہوں بلی بھی ایک ورائٹی ہے، ٹائیگر بھی ایک ورائٹی ہے۔</w:t>
      </w:r>
    </w:p>
    <w:p>
      <w:r>
        <w:rPr>
          <w:b/>
        </w:rPr>
        <w:t xml:space="preserve">[29:32] </w:t>
      </w:r>
      <w:r>
        <w:t>to aap ko yeh kehne ka kya right hai ke is se woh nikla, is se woh nikla? to variety ko unhone le liya is sense mein ke haan, evolution hua hai aur jo jo jo baseless tha, woh baseless tha.</w:t>
      </w:r>
    </w:p>
    <w:p>
      <w:pPr>
        <w:jc w:val="right"/>
      </w:pPr>
      <w:r>
        <w:t>تو آپ کو یہ کہنے کا کیا رائٹ ہے کہ اس سے وہ نکلا، اس سے وہ نکلا؟ تو ورائٹی کو انہوں نے لے لیا اس سینس میں کہ ہاں، ایولوشن ہوا ہے اور جو جو جو بیس لیس تھا، وہ بیس لیس تھا۔</w:t>
      </w:r>
    </w:p>
    <w:p>
      <w:r>
        <w:rPr>
          <w:b/>
        </w:rPr>
        <w:t xml:space="preserve">[29:46] </w:t>
      </w:r>
      <w:r>
        <w:t>to khair, unhone is ko</w:t>
      </w:r>
    </w:p>
    <w:p>
      <w:pPr>
        <w:jc w:val="right"/>
      </w:pPr>
      <w:r>
        <w:t>تو خیر، انہوں نے اس کو</w:t>
      </w:r>
    </w:p>
    <w:p>
      <w:r>
        <w:rPr>
          <w:b/>
        </w:rPr>
        <w:t xml:space="preserve">[29:48] </w:t>
      </w:r>
      <w:r>
        <w:t>bhi maana. main kahoon ke yeh log jo hote hain, European log bohat hi objective hote hain, woh woh jis ko kehte hain English mein tautology, tautology nahi karte, woh baat ko maan lete hain.</w:t>
      </w:r>
    </w:p>
    <w:p>
      <w:pPr>
        <w:jc w:val="right"/>
      </w:pPr>
      <w:r>
        <w:t>بھی مانا۔ میں کہوں کہ یہ لوگ جو ہوتے ہیں، یورپین لوگ بہت ہی ابجیکٹو ہوتے ہیں، وہ وہ جس کو کہتے ہیں انگلش میں ٹاٹولوجی، ٹاٹولوجی نہیں کرتے، وہ بات کو مان لیتے ہیں۔</w:t>
      </w:r>
    </w:p>
    <w:p>
      <w:r>
        <w:rPr>
          <w:b/>
        </w:rPr>
        <w:t xml:space="preserve">[30:01] </w:t>
      </w:r>
      <w:r>
        <w:t>phir teesri baat unhone kahi, woh bhi wahi thi ke log conditioned hain ek cheez mein, wahi wahi soch paate hain.</w:t>
      </w:r>
    </w:p>
    <w:p>
      <w:pPr>
        <w:jc w:val="right"/>
      </w:pPr>
      <w:r>
        <w:t>پھر تیسری بات انہوں نے کہی، وہ بھی وہی تھی کہ لوگ کنڈیشن ہیں ایک چیز میں، وہی وہی سوچ پاتے ہیں۔</w:t>
      </w:r>
    </w:p>
    <w:p>
      <w:r>
        <w:rPr>
          <w:b/>
        </w:rPr>
        <w:t xml:space="preserve">[30:10] </w:t>
      </w:r>
      <w:r>
        <w:t>unhone kaha ke dunya mein bohat se religion hain aur ab to aap jante hain ke har jagah multi religion society ban gayi hai.</w:t>
      </w:r>
    </w:p>
    <w:p>
      <w:pPr>
        <w:jc w:val="right"/>
      </w:pPr>
      <w:r>
        <w:t>انہوں نے کہا کہ دنیا میں بہت سے ریلیجن ہیں اور اب تو آپ جانتے ہیں کہ ہر جگہ ملٹی ریلیجن سوسائٹی بن گئی ہے۔</w:t>
      </w:r>
    </w:p>
    <w:p>
      <w:r>
        <w:rPr>
          <w:b/>
        </w:rPr>
        <w:t xml:space="preserve">[30:20] </w:t>
      </w:r>
      <w:r>
        <w:t>pehlay zamanay mein move mein movement bohat kam hota tha to kisi ek jagah ek religion ke log reh sakte thay, ab to har jagah har religion ke log hain.</w:t>
      </w:r>
    </w:p>
    <w:p>
      <w:pPr>
        <w:jc w:val="right"/>
      </w:pPr>
      <w:r>
        <w:t>پہلے زمانے میں موو میں موومنٹ بہت کم ہوتا تھا تو کسی ایک جگہ ایک ریلیجن کے لوگ رہ سکتے تھے، اب تو ہر جگہ ہر ریلیجن کے لوگ ہیں۔</w:t>
      </w:r>
    </w:p>
    <w:p>
      <w:r>
        <w:rPr>
          <w:b/>
        </w:rPr>
        <w:t xml:space="preserve">[30:30] </w:t>
      </w:r>
      <w:r>
        <w:t>to humein yeh maanna pare ga koi aisa formula jo different religion mein commonality bataye,</w:t>
      </w:r>
    </w:p>
    <w:p>
      <w:pPr>
        <w:jc w:val="right"/>
      </w:pPr>
      <w:r>
        <w:t>تو ہمیں یہ ماننا پڑے گا کوئی ایسا فارمولا جو ڈفرنٹ ریلیجن میں کامنلٹی بتائے،</w:t>
      </w:r>
    </w:p>
    <w:p>
      <w:r>
        <w:rPr>
          <w:b/>
        </w:rPr>
        <w:t xml:space="preserve">[30:41] </w:t>
      </w:r>
      <w:r>
        <w:t>yani yeh bhi religion theek, woh bhi religion theek, aisa koi formula nikalna pare ga, nahi to nahi to society mein clash hota rahe ga, takraao hota rahe ga.</w:t>
      </w:r>
    </w:p>
    <w:p>
      <w:pPr>
        <w:jc w:val="right"/>
      </w:pPr>
      <w:r>
        <w:t>یعنی یہ بھی ریلیجن ٹھیک، وہ بھی ریلیجن ٹھیک، ایسا کوئی فارمولا نکالنا پڑے گا، نہیں تو نہیں تو سوسائٹی میں کلیش ہوتا رہے گا، ٹکراؤ ہوتا رہے گا۔</w:t>
      </w:r>
    </w:p>
    <w:p>
      <w:r>
        <w:rPr>
          <w:b/>
        </w:rPr>
        <w:t xml:space="preserve">[30:51] </w:t>
      </w:r>
      <w:r>
        <w:t>to commonality different religion mein humein nikalni pare gi, warna warna social world of society jo hai, peace par kaise hum qaim kar paayein ge?</w:t>
      </w:r>
    </w:p>
    <w:p>
      <w:pPr>
        <w:jc w:val="right"/>
      </w:pPr>
      <w:r>
        <w:t>تو کامنلٹی ڈفرنٹ ریلیجن میں ہمیں نکالنی پڑے گی، ورنہ ورنہ سوشل ورلڈ آف سوسائٹی جو ہے، پیس پر کیسے ہم قائم کر پائیں گے؟</w:t>
      </w:r>
    </w:p>
    <w:p>
      <w:r>
        <w:rPr>
          <w:b/>
        </w:rPr>
        <w:t xml:space="preserve">[31:05] </w:t>
      </w:r>
      <w:r>
        <w:t>yeh unhone kaha.</w:t>
      </w:r>
    </w:p>
    <w:p>
      <w:pPr>
        <w:jc w:val="right"/>
      </w:pPr>
      <w:r>
        <w:t>یہ انہوں نے کہا۔</w:t>
      </w:r>
    </w:p>
    <w:p>
      <w:r>
        <w:rPr>
          <w:b/>
        </w:rPr>
        <w:t xml:space="preserve">[31:06] </w:t>
      </w:r>
      <w:r>
        <w:t>main ne kaha yeh bhi conditioning ka maamla hai ke yeh bohat se log yahi kehte rahe hain pichlay so do so saal mein ke har religion ko sacha maano, tab ja kar ke society mein peace aaye ga, warna takraao hota rahe ga.</w:t>
      </w:r>
    </w:p>
    <w:p>
      <w:pPr>
        <w:jc w:val="right"/>
      </w:pPr>
      <w:r>
        <w:t>میں نے کہا یہ بھی کنڈیشننگ کا معاملہ ہے کہ یہ بہت سے لوگ یہی کہتے رہے ہیں پچھلے سو دو سو سال میں کہ ہر ریلیجن کو سچا مانو، تب جا کر کے سوسائٹی میں پیس آئے گا، ورنہ ٹکراؤ ہوتا رہے گا۔</w:t>
      </w:r>
    </w:p>
    <w:p>
      <w:r>
        <w:rPr>
          <w:b/>
        </w:rPr>
        <w:t xml:space="preserve">[31:22] </w:t>
      </w:r>
      <w:r>
        <w:t>to main ne kaha ke aap is formula ko apply kijiye, yahan in comparison that we understand.</w:t>
      </w:r>
    </w:p>
    <w:p>
      <w:pPr>
        <w:jc w:val="right"/>
      </w:pPr>
      <w:r>
        <w:t>تو میں نے کہا کہ آپ اس فارمولے کو اپلائیے، یہاں ان کمپیریزن دیٹ وی انڈرسٹینڈ۔</w:t>
      </w:r>
    </w:p>
    <w:p>
      <w:r>
        <w:rPr>
          <w:b/>
        </w:rPr>
        <w:t xml:space="preserve">[31:32] </w:t>
      </w:r>
      <w:r>
        <w:t>to ek hi religious, ek yani ek society jahan ek hi religion ke log hain, wahan kyun takraao hota hai? ab dekhiye ke Maha Bharat jo hui, dono taraf ek hi religion ke log thay,</w:t>
      </w:r>
    </w:p>
    <w:p>
      <w:pPr>
        <w:jc w:val="right"/>
      </w:pPr>
      <w:r>
        <w:t>تو ایک ہی ریلیجس، ایک یعنی ایک سوسائٹی جہاں ایک ہی ریلیجن کے لوگ ہیں، وہاں کیوں ٹکراؤ ہوتا ہے؟ اب دیکھیے کہ مہا بھارت جو ہوئی، دونوں طرف ایک ہی ریلیجن کے لوگ تھے،</w:t>
      </w:r>
    </w:p>
    <w:p>
      <w:r>
        <w:rPr>
          <w:b/>
        </w:rPr>
        <w:t xml:space="preserve">[31:46] </w:t>
      </w:r>
      <w:r>
        <w:t>yani Maha Bharat jo maani jaati hai India mein, is mein dono side mein ek hi religion ke log thay. kyun takraao hua in mein? Europe mein jo first world war hui, second world war hui, is mein dono taraf ek hi religion ke log thay.</w:t>
      </w:r>
    </w:p>
    <w:p>
      <w:pPr>
        <w:jc w:val="right"/>
      </w:pPr>
      <w:r>
        <w:t>یعنی مہا بھارت جو مانی جاتی ہے انڈیا میں، اس میں دونوں سائیڈ میں ایک ہی ریلیجن کے لوگ تھے۔ کیوں ٹکراؤ ہوا ان میں؟ یورپ میں جو فرسٹ ورلڈ وار ہوئی، سیکنڈ ورلڈ وار ہوئی، اس میں دونوں طرف ایک ہی ریلیجن کے لوگ تھے۔</w:t>
      </w:r>
    </w:p>
    <w:p>
      <w:r>
        <w:rPr>
          <w:b/>
        </w:rPr>
        <w:t xml:space="preserve">[32:01] </w:t>
      </w:r>
      <w:r>
        <w:t>phir kyun takraao hua? phir kyuun bhi laraiyan huien? to main ne kaha ke yani takraao ya clash ya larai ka taluq is se nahi ke religion ek sab log maanein to nahi hoga, nahi, is ka taluq state of mind se hai.</w:t>
      </w:r>
    </w:p>
    <w:p>
      <w:pPr>
        <w:jc w:val="right"/>
      </w:pPr>
      <w:r>
        <w:t>پھر کیوں ٹکراؤ ہوا؟ پھر کوتی بھی لڑائیاں ہوئیں۔ تو میں نے کہا کہ یعنی ٹکراؤ یا کلیش یا لڑائی کا تعلق اس سے نہیں کہ ریلیجن ایک سب لوگ مانیں تو نہیں ہوگا، نہیں، اس کا تعلق اسٹیٹ آف مائنڈ سے ہے۔</w:t>
      </w:r>
    </w:p>
    <w:p>
      <w:r>
        <w:rPr>
          <w:b/>
        </w:rPr>
        <w:t xml:space="preserve">[32:21] </w:t>
      </w:r>
      <w:r>
        <w:t>aap ke mind mein agar tolerance hai, agar sehan shilta hai, tahammul hai to larai nahi karein ge. aap,</w:t>
      </w:r>
    </w:p>
    <w:p>
      <w:pPr>
        <w:jc w:val="right"/>
      </w:pPr>
      <w:r>
        <w:t>آپ کے مائنڈ میں اگر ٹولرنس ہے، اگر سہن شیلتا ہے، تحمل ہے تو لڑائی نہیں کریں گے۔ آپ،</w:t>
      </w:r>
    </w:p>
    <w:p>
      <w:r>
        <w:rPr>
          <w:b/>
        </w:rPr>
        <w:t xml:space="preserve">[32:31] </w:t>
      </w:r>
      <w:r>
        <w:t>aap ka, aap ka yani yeh yani is baat ko maanna ke humein peaceful tareeqay se rehna hai, humein tolerate kar ke rehna hai, humein ignore kar ke rehna hai.</w:t>
      </w:r>
    </w:p>
    <w:p>
      <w:pPr>
        <w:jc w:val="right"/>
      </w:pPr>
      <w:r>
        <w:t>آپ کا، آپ کا یعنی یہ یعنی اس بات کو ماننا کہ ہمیں پیس فل طریقے سے رہنا ہے، ہمیں ٹولریٹ کر کے رہنا ہے، ہمیں اگنور کر کے رہنا ہے۔</w:t>
      </w:r>
    </w:p>
    <w:p>
      <w:r>
        <w:rPr>
          <w:b/>
        </w:rPr>
        <w:t xml:space="preserve">[32:44] </w:t>
      </w:r>
      <w:r>
        <w:t>agar aap ka mind is is formulay bana hua ho to aap takrao nahi karenge, warna aik hi religion ke log aapas mein takrao karte hain. aap pakistan mein dekh lijiye, sab aik hi religion ke hain aur wahan laraian ho rahi hain.</w:t>
      </w:r>
    </w:p>
    <w:p>
      <w:pPr>
        <w:jc w:val="right"/>
      </w:pPr>
      <w:r>
        <w:t>اگر آپ کا مائنڈ اس اس فارمولے بنا ہوا ہو تو آپ ٹکراؤ نہیں کریں گے، ورنہ ایک ہی ریلیجن کے لوگ آپس میں ٹکراؤ کرتے ہیں۔ آپ پاکستان میں دیکھ لیجئے، سب ایک ہی ریلیجن کے ہیں اور وہاں لڑائیاں ہو رہی ہیں۔</w:t>
      </w:r>
    </w:p>
    <w:p>
      <w:r>
        <w:rPr>
          <w:b/>
        </w:rPr>
        <w:t xml:space="preserve">[32:58] </w:t>
      </w:r>
      <w:r>
        <w:t>daily news aati hai iraq se</w:t>
      </w:r>
    </w:p>
    <w:p>
      <w:pPr>
        <w:jc w:val="right"/>
      </w:pPr>
      <w:r>
        <w:t>ڈیلی نیوز آتی ہے عراق سے</w:t>
      </w:r>
    </w:p>
    <w:p>
      <w:r>
        <w:rPr>
          <w:b/>
        </w:rPr>
        <w:t xml:space="preserve">[33:00] </w:t>
      </w:r>
      <w:r>
        <w:t>, aik aik religion ke log doosre religion ko maar rahe hain. har jagah aap lanka mein dekh lijiye, aap har jagah dekh lijiye, south east india mein dekh lijiye,</w:t>
      </w:r>
    </w:p>
    <w:p>
      <w:pPr>
        <w:jc w:val="right"/>
      </w:pPr>
      <w:r>
        <w:t>، ایک ایک ریلیجن کے لوگ دوسرے ریلیجن کو مار رہے ہیں۔ ہر جگہ آپ لنکا میں دیکھ لیجئے، آپ ہر جگہ دیکھ لیجئے، ساؤتھ ایسٹ انڈیا میں دیکھ لیجئے،</w:t>
      </w:r>
    </w:p>
    <w:p>
      <w:r>
        <w:rPr>
          <w:b/>
        </w:rPr>
        <w:t xml:space="preserve">[33:14] </w:t>
      </w:r>
      <w:r>
        <w:t>assam ke area mein to aik hi religion ke log doosre ko maar rahe hain. poori history mein maarte rahe hain, poori history mein.</w:t>
      </w:r>
    </w:p>
    <w:p>
      <w:pPr>
        <w:jc w:val="right"/>
      </w:pPr>
      <w:r>
        <w:t>اسام کے ایریا میں تو ایک ہی ریلیجن کے لوگ دوسرے کو مار رہے ہیں۔ پوری ہسٹری میں مارتے رہے ہیں، پوری ہسٹری میں۔</w:t>
      </w:r>
    </w:p>
    <w:p>
      <w:r>
        <w:rPr>
          <w:b/>
        </w:rPr>
        <w:t xml:space="preserve">[33:24] </w:t>
      </w:r>
      <w:r>
        <w:t>to yeh koi baat nahi hai ke aap agar maan lein ke har religion sacha hai to is se aapas ka jhagda khatam ho jayega. is ka is se koi talluq nahi hai.</w:t>
      </w:r>
    </w:p>
    <w:p>
      <w:pPr>
        <w:jc w:val="right"/>
      </w:pPr>
      <w:r>
        <w:t>تو یہ کوئی بات نہیں ہے کہ آپ اگر مان لیں کہ ہر ریلیجن سچا ہے تو اس سے آپس کا جھگڑا ختم ہو جائے گا۔ اس کا اس سے کوئی تعلق نہیں ہے۔</w:t>
      </w:r>
    </w:p>
    <w:p>
      <w:r>
        <w:rPr>
          <w:b/>
        </w:rPr>
        <w:t xml:space="preserve">[33:34] </w:t>
      </w:r>
      <w:r>
        <w:t>islam mein is ka best formula diya gaya hai ke "lakum deenukum wa li deen". "for me for you your religion for me mind".</w:t>
      </w:r>
    </w:p>
    <w:p>
      <w:pPr>
        <w:jc w:val="right"/>
      </w:pPr>
      <w:r>
        <w:t>اسلام میں اس کا بیسٹ فارمولا دیا گیا ہے کہ "لکم دینکم ول دین"۔ "فار می فار یو یور ریلیجن فار می مائنڈ"۔</w:t>
      </w:r>
    </w:p>
    <w:p>
      <w:r>
        <w:rPr>
          <w:b/>
        </w:rPr>
        <w:t xml:space="preserve">[33:47] </w:t>
      </w:r>
      <w:r>
        <w:t>is ka matlab hai ke is maamle mein islam ka jo formula hai, woh base karta hai mutual respect par, na ke mutual recognition par.</w:t>
      </w:r>
    </w:p>
    <w:p>
      <w:pPr>
        <w:jc w:val="right"/>
      </w:pPr>
      <w:r>
        <w:t>اس کا مطلب ہے کہ اس معاملے میں اسلام کا جو فارمولا ہے، وہ بیس کرتا ہے میوچول ریسپیکٹ پر، نہ کہ میوچول ریکگنیشن پر۔</w:t>
      </w:r>
    </w:p>
    <w:p>
      <w:r>
        <w:rPr>
          <w:b/>
        </w:rPr>
        <w:t xml:space="preserve">[33:56] </w:t>
      </w:r>
      <w:r>
        <w:t>ka do formulay hain: mutual recognition aur mutual respect. mutual recognition jo hai, is se takrao nahi khatam hota.</w:t>
      </w:r>
    </w:p>
    <w:p>
      <w:pPr>
        <w:jc w:val="right"/>
      </w:pPr>
      <w:r>
        <w:t>کا دو فارمولے ہیں: میوچول ریکگنیشن اور میوچول ریسپیکٹ۔ میوچول ریکگنیشن جو ہے، اس سے ٹکراؤ نہیں ختم ہوتا۔</w:t>
      </w:r>
    </w:p>
    <w:p>
      <w:r>
        <w:rPr>
          <w:b/>
        </w:rPr>
        <w:t xml:space="preserve">[34:07] </w:t>
      </w:r>
      <w:r>
        <w:t>takrao khatam hota hai mutual respect se.</w:t>
      </w:r>
    </w:p>
    <w:p>
      <w:pPr>
        <w:jc w:val="right"/>
      </w:pPr>
      <w:r>
        <w:t>ٹکراؤ ختم ہوتا ہے میوچول ریسپیکٹ سے۔</w:t>
      </w:r>
    </w:p>
    <w:p>
      <w:r>
        <w:rPr>
          <w:b/>
        </w:rPr>
        <w:t xml:space="preserve">[34:10] </w:t>
      </w:r>
      <w:r>
        <w:t>yani aap respect ko aik aik aisi baat samjhein ke har haal mein aap ko doosre ka respect karna hai, har haal mein aap ko aap ko apne aap ko thaam kar rakhna hai, har haal mein aap ko sehan shilta aur sabr aur tahammul aur patience aur avoidance se kaam lena hai.</w:t>
      </w:r>
    </w:p>
    <w:p>
      <w:pPr>
        <w:jc w:val="right"/>
      </w:pPr>
      <w:r>
        <w:t>یعنی آپ ریسپیکٹ کو ایک ایک ایسی بات سمجھیں کہ ہر حال میں آپ کو دوسرے کا ریسپیکٹ کرنا ہے، ہر حال میں آپ کو آپ کو اپنے آپ کو تھام کر رکھنا ہے، ہر حال میں آپ کو سہن شیلتا اور صبر اور تحمل اور پیشنس اور اوائیڈنس سے کام لینا ہے۔</w:t>
      </w:r>
    </w:p>
    <w:p>
      <w:r>
        <w:rPr>
          <w:b/>
        </w:rPr>
        <w:t xml:space="preserve">[34:30] </w:t>
      </w:r>
      <w:r>
        <w:t>to phir peace ayega. is ka mazhab se koi talluq nahi hai, is ka talluq hai aap ki soch se, state of mind se.</w:t>
      </w:r>
    </w:p>
    <w:p>
      <w:pPr>
        <w:jc w:val="right"/>
      </w:pPr>
      <w:r>
        <w:t>تو پھر پیس آئے گا۔ اس کا مذہب سے کوئی تعلق نہیں ہے، اس کا تعلق ہے آپ کی سوچ سے، اسٹیٹ آف مائنڈ سے۔</w:t>
      </w:r>
    </w:p>
    <w:p>
      <w:r>
        <w:rPr>
          <w:b/>
        </w:rPr>
        <w:t xml:space="preserve">[34:40] </w:t>
      </w:r>
      <w:r>
        <w:t>to behal is ko bhi woh maan gaye. woh mein samajhta hoon ke european log jo hain, un mein bari anokhi baat hoti hai ke woh woh objective thinking un ke andar hoti hai.</w:t>
      </w:r>
    </w:p>
    <w:p>
      <w:pPr>
        <w:jc w:val="right"/>
      </w:pPr>
      <w:r>
        <w:t>تو بہرحال اس کو بھی وہ مان گئے۔ وہ میں سمجھتا ہوں کہ یورپین لوگ جو ہیں، ان میں بڑی انوکھی بات ہوتی ہے کہ وہ وہ ابجیکٹو تھنکنگ ان کے اندر ہوتی ہے۔</w:t>
      </w:r>
    </w:p>
    <w:p>
      <w:r>
        <w:rPr>
          <w:b/>
        </w:rPr>
        <w:t xml:space="preserve">[34:53] </w:t>
      </w:r>
      <w:r>
        <w:t>agar aap logic pesh kar dein un ke samne to phir woh phir tautology nahi karte, woh phir baat ko maan lete hain.</w:t>
      </w:r>
    </w:p>
    <w:p>
      <w:pPr>
        <w:jc w:val="right"/>
      </w:pPr>
      <w:r>
        <w:t>اگر آپ لاجک پیش کر دیں ان کے سامنے تو پھر وہ پھر ٹاٹولوجی نہیں کرتے، وہ پھر بات کو مان لیتے ہیں۔</w:t>
      </w:r>
    </w:p>
    <w:p>
      <w:r>
        <w:rPr>
          <w:b/>
        </w:rPr>
        <w:t xml:space="preserve">[35:03] </w:t>
      </w:r>
      <w:r>
        <w:t>khair to mein yeh keh raha tha ke insan paida hota hai aik environment mein, aik ghar mein, aik society mein, institutions hote hain, wahan woh parhta hai to different qism ke us ko experience hote hain,</w:t>
      </w:r>
    </w:p>
    <w:p>
      <w:pPr>
        <w:jc w:val="right"/>
      </w:pPr>
      <w:r>
        <w:t>خیر تو میں یہ کہہ رہا تھا کہ انسان پیدا ہوتا ہے ایک انوائرمنٹ میں، ایک گھر میں، ایک سوسائٹی میں، انسٹیٹیوشنز ہوتے ہیں، وہاں وہ پڑھتا ہے تو ڈفرنٹ قسم کے اس کو ایکسپیرینس ہوتے ہیں،</w:t>
      </w:r>
    </w:p>
    <w:p>
      <w:r>
        <w:rPr>
          <w:b/>
        </w:rPr>
        <w:t xml:space="preserve">[35:23] </w:t>
      </w:r>
      <w:r>
        <w:t>different type ke experience hain. is mein us ki conditioning hoti rehti hai, is mein woh conditioning hoti rehti hai.</w:t>
      </w:r>
    </w:p>
    <w:p>
      <w:pPr>
        <w:jc w:val="right"/>
      </w:pPr>
      <w:r>
        <w:t>ڈفرنٹ ٹائپ کے ایکسپیرینس ہیں۔ اس میں اس کی کنڈیشننگ ہوتی رہتی ہے، اس میں وہ کنڈیشننگ ہوتی رہتی ہے۔</w:t>
      </w:r>
    </w:p>
    <w:p>
      <w:r>
        <w:rPr>
          <w:b/>
        </w:rPr>
        <w:t xml:space="preserve">[35:33] </w:t>
      </w:r>
      <w:r>
        <w:t>yeh by nature nahi hoti hai, aisa nahi hai ke woh genetic code mein likha hua hai, woh aur wohi aa raha hai. nahi, environment mein, jis environment mein paida hua, jis mahaul mein paida hua, us ke andar us ki conditioning hone lagi.</w:t>
      </w:r>
    </w:p>
    <w:p>
      <w:pPr>
        <w:jc w:val="right"/>
      </w:pPr>
      <w:r>
        <w:t>یہ بائی نیچر نہیں ہوتی ہے، ایسا نہیں ہے کہ وہ جینیٹک کوڈ میں لکھا ہوا ہے، وہ اور وہی آ رہا ہے۔ نہیں، انوائرمنٹ میں، جس انوائرمنٹ میں پیدا ہوا، جس ماحول میں پیدا ہوا، اس کے اندر اس کی کنڈیشننگ ہونے لگی۔</w:t>
      </w:r>
    </w:p>
    <w:p>
      <w:r>
        <w:rPr>
          <w:b/>
        </w:rPr>
        <w:t xml:space="preserve">[35:52] </w:t>
      </w:r>
      <w:r>
        <w:t>to insan ka mein samajhta hoon ke har insan ka, har aurat aur mard ka pehla kaam hai apni ko apni deconditioning.</w:t>
      </w:r>
    </w:p>
    <w:p>
      <w:pPr>
        <w:jc w:val="right"/>
      </w:pPr>
      <w:r>
        <w:t>تو انسان کا میں سمجھتا ہوں کہ ہر انسان کا، ہر عورت اور مرد کا پہلا کام ہے اپنی کو اپنی ڈی کنڈیشننگ۔</w:t>
      </w:r>
    </w:p>
    <w:p>
      <w:r>
        <w:rPr>
          <w:b/>
        </w:rPr>
        <w:t xml:space="preserve">[35:59] </w:t>
      </w:r>
      <w:r>
        <w:t>yani jo insan bana tha environment ke zariye se, us ko khud se woh banaye. yani har aadmi ko apne ko aik naya janam dena hai, har aadmi ko isi duniya mein aik reverse chahiye.</w:t>
      </w:r>
    </w:p>
    <w:p>
      <w:pPr>
        <w:jc w:val="right"/>
      </w:pPr>
      <w:r>
        <w:t>یعنی جو انسان بنا تھا انوائرمنٹ کے ذریعے سے، اس کو خود سے وہ بنائے۔ یعنی ہر آدمی کو اپنے کو ایک نیا جنم دینا ہے، ہر آدمی کو اسی دنیا میں ایک ریورس چاہیے۔</w:t>
      </w:r>
    </w:p>
    <w:p>
      <w:r>
        <w:rPr>
          <w:b/>
        </w:rPr>
        <w:t xml:space="preserve">[36:15] </w:t>
      </w:r>
      <w:r>
        <w:t>har aadmi ko aik kitaab chhapi hai "new born" isi isi cheez par ke aadmi phir se apne aap ko banana padta hai, phir se banana padta hai.</w:t>
      </w:r>
    </w:p>
    <w:p>
      <w:pPr>
        <w:jc w:val="right"/>
      </w:pPr>
      <w:r>
        <w:t>ہر آدمی کو ایک کتاب چھپی ہے "نیو بورن" اسی اسی چیز پر کہ آدمی پھر سے اپنے آپ کو بنانا پڑتا ہے، پھر سے بنانا پڑتا ہے۔</w:t>
      </w:r>
    </w:p>
    <w:p>
      <w:r>
        <w:rPr>
          <w:b/>
        </w:rPr>
        <w:t xml:space="preserve">[36:27] </w:t>
      </w:r>
      <w:r>
        <w:t>aadmi ko</w:t>
      </w:r>
    </w:p>
    <w:p>
      <w:pPr>
        <w:jc w:val="right"/>
      </w:pPr>
      <w:r>
        <w:t>آدمی کو</w:t>
      </w:r>
    </w:p>
    <w:p>
      <w:r>
        <w:rPr>
          <w:b/>
        </w:rPr>
        <w:t xml:space="preserve">[36:28] </w:t>
      </w:r>
      <w:r>
        <w:t>jaise aadmi ke andar farz kiya ghussa aa gaya tha, us ko nikalna hai. kisi se hate paida ho gaya tha, us ko khatam karna hai. us ke andar agar selfishness aa gayi thi, us ko andar se nikalna hai.</w:t>
      </w:r>
    </w:p>
    <w:p>
      <w:pPr>
        <w:jc w:val="right"/>
      </w:pPr>
      <w:r>
        <w:t>جیسے آدمی کے اندر فرض کیا غصہ آ گیا تھا، اس کو نکالنا ہے۔ کسی سے ہیٹ پیدا ہو گیا تھا، اس کو ختم کرنا ہے۔ اس کے اندر اگر سیلفشنس آ گئی تھی، اس کو اندر سے نکالنا ہے۔</w:t>
      </w:r>
    </w:p>
    <w:p>
      <w:r>
        <w:rPr>
          <w:b/>
        </w:rPr>
        <w:t xml:space="preserve">[36:43] </w:t>
      </w:r>
      <w:r>
        <w:t>to apne mahaul ke asar se, maslan aik baat bohat aam hai aaj kal ke har family ke log apni family ko superior samajh lete hain.</w:t>
      </w:r>
    </w:p>
    <w:p>
      <w:pPr>
        <w:jc w:val="right"/>
      </w:pPr>
      <w:r>
        <w:t>تو اپنے ماحول کے اثر سے، مثلاً ایک بات بہت عام ہے آج کل کہ ہر فیملی کے لوگ اپنی فیملی کو سپیئر سمجھ لیتے ہیں۔</w:t>
      </w:r>
    </w:p>
    <w:p>
      <w:r>
        <w:rPr>
          <w:b/>
        </w:rPr>
        <w:t xml:space="preserve">[36:53] </w:t>
      </w:r>
      <w:r>
        <w:t>mein jis se bhi milta hoon, bas apni family ki b</w:t>
      </w:r>
    </w:p>
    <w:p>
      <w:pPr>
        <w:jc w:val="right"/>
      </w:pPr>
      <w:r>
        <w:t>میں جس سے بھی ملتا ہوں، بس اپنی فیملی کی ب</w:t>
      </w:r>
    </w:p>
    <w:p>
      <w:r>
        <w:rPr>
          <w:b/>
        </w:rPr>
        <w:t xml:space="preserve">[36:55] </w:t>
      </w:r>
      <w:r>
        <w:t>atein karta hai. mera beta aisa, meri beti aisi, mera dada esa. to har aadmi jo hai, apni family ko superior samjhe hue hai.</w:t>
      </w:r>
    </w:p>
    <w:p>
      <w:pPr>
        <w:jc w:val="right"/>
      </w:pPr>
      <w:r>
        <w:t>اتیں کرتا ہے۔ میرا بیٹا ایسا، میری بیٹی ایسی، میرا دادا ایسے۔ تو ہر آدمی جو ہے، اپنی فیملی کو سپیئر سمجھے ہوئے ہے۔</w:t>
      </w:r>
    </w:p>
    <w:p>
      <w:r>
        <w:rPr>
          <w:b/>
        </w:rPr>
        <w:t xml:space="preserve">[37:04] </w:t>
      </w:r>
      <w:r>
        <w:t>natija kya hai? us ki family ke bahar jo beauty hai, woh us ko dikhai nahi deti. us ki family ke bahar jo glory hai, us ko dikhai nahi deti. us ki family ke bahar jo meaning hai, us ko dikhai nahi deti.</w:t>
      </w:r>
    </w:p>
    <w:p>
      <w:pPr>
        <w:jc w:val="right"/>
      </w:pPr>
      <w:r>
        <w:t>نتیجہ کیا ہے؟ اس کی فیملی کے باہر جو بیوٹی ہے، وہ اس کو دکھائی نہیں دیتی۔ اس کی فیملی کے باہر جو گلوری ہے، اس کو دکھائی نہیں دیتی۔ اس کی فیملی کے باہر جو میننگ ہے، اس کو دکھائی نہیں دیتی۔</w:t>
      </w:r>
    </w:p>
    <w:p>
      <w:r>
        <w:rPr>
          <w:b/>
        </w:rPr>
        <w:t xml:space="preserve">[37:17] </w:t>
      </w:r>
      <w:r>
        <w:t>yeh bohat hi general baat hai ke amli apni family ki barhai mein jeete hain sab log.</w:t>
      </w:r>
    </w:p>
    <w:p>
      <w:pPr>
        <w:jc w:val="right"/>
      </w:pPr>
      <w:r>
        <w:t>یہ بہت ہی جنرل بات ہے کہ عملی اپنی فیملی کی بڑائی میں جیتے ہیں سب لوگ۔</w:t>
      </w:r>
    </w:p>
    <w:p>
      <w:r>
        <w:rPr>
          <w:b/>
        </w:rPr>
        <w:t xml:space="preserve">[37:26] </w:t>
      </w:r>
      <w:r>
        <w:t>natija kya hota hai? ke apni family ki ghalti kisi ko dikhai nahi deti, doosre ko dikhai deti hai. jaisa ke maine kaha ke is saal ke wrongs ko correct karne ka har ek ko bolta hai, boliye.</w:t>
      </w:r>
    </w:p>
    <w:p>
      <w:pPr>
        <w:jc w:val="right"/>
      </w:pPr>
      <w:r>
        <w:t>نتیجہ کیا ہوتا ہے؟ کہ اپنی فیملی کی غلطی کسی کو دکھائی نہیں دیتی، دوسرے کو دکھائی دیتی ہے۔ جیسا کہ میں نے کہا کہ اس سال کے رونگز کو کریکٹ کرنے کا ہر ایک کو بولتا ہے، بولیے۔</w:t>
      </w:r>
    </w:p>
    <w:p>
      <w:r>
        <w:rPr>
          <w:b/>
        </w:rPr>
        <w:t xml:space="preserve">[37:41] </w:t>
      </w:r>
      <w:r>
        <w:t>lekin apni family ke mistakes ko badalna, apni family ki ghalti ko pakadna, apni family ko theek karna, yeh soch nahi hoti logon mein.</w:t>
      </w:r>
    </w:p>
    <w:p>
      <w:pPr>
        <w:jc w:val="right"/>
      </w:pPr>
      <w:r>
        <w:t>لیکن اپنی فیملی کے مسٹیکس کو بدلنا، اپنی فیملی کی غلطی کو پکڑنا، اپنی فیملی کو ٹھیک کرنا، یہ سوچ نہیں ہوتی لوگوں میں۔</w:t>
      </w:r>
    </w:p>
    <w:p>
      <w:r>
        <w:rPr>
          <w:b/>
        </w:rPr>
        <w:t xml:space="preserve">[37:54] </w:t>
      </w:r>
      <w:r>
        <w:t>to is tarah ki cheezein jo hain, woh isi waqt, is isi ke liye ek process chahiye. har har aadmi ko, har aadmi ko, har aadmi ko woh hai deconditioning ka process.</w:t>
      </w:r>
    </w:p>
    <w:p>
      <w:pPr>
        <w:jc w:val="right"/>
      </w:pPr>
      <w:r>
        <w:t>تو اس طرح کی چیزیں جو ہیں، وہ اسی وقت، اس اسی کے لیے ایک پروسیس چاہیے۔ ہر ہر آدمی کو، ہر آدمی کو، ہر آدمی کو وہ ہے ڈی کنڈیشننگ کا پروسیس۔</w:t>
      </w:r>
    </w:p>
    <w:p>
      <w:r>
        <w:rPr>
          <w:b/>
        </w:rPr>
        <w:t xml:space="preserve">[38:06] </w:t>
      </w:r>
      <w:r>
        <w:t>baghair apni deconditioning ke, aap ek ek achhe insaan nahi ban sakte.</w:t>
      </w:r>
    </w:p>
    <w:p>
      <w:pPr>
        <w:jc w:val="right"/>
      </w:pPr>
      <w:r>
        <w:t>بغیر اپنی ڈی کنڈیشننگ کے، آپ ایک ایک اچھے انسان نہیں بن سکتے۔</w:t>
      </w:r>
    </w:p>
    <w:p>
      <w:r>
        <w:rPr>
          <w:b/>
        </w:rPr>
        <w:t xml:space="preserve">[38:12] </w:t>
      </w:r>
      <w:r>
        <w:t>yaani woh woh jo aap ki ek layer hai, aap ke upar baith gayi thi aap ki personality par, mahaul ke asar se, environment ke asar se, society ke asar se, us ko hatana, hatana, hatana hai.</w:t>
      </w:r>
    </w:p>
    <w:p>
      <w:pPr>
        <w:jc w:val="right"/>
      </w:pPr>
      <w:r>
        <w:t>یعنی وہ وہ جو آپ کی ایک لیئر ہے، آپ کے اوپر بیٹھ گئی تھی آپ کی پرسنیلٹی پر، ماحول کے اثر سے، انوائرمنٹ کے اثر سے، سوسائٹی کے اثر سے، اس کو ہٹانا، ہٹانا، ہٹانا ہے۔</w:t>
      </w:r>
    </w:p>
    <w:p>
      <w:r>
        <w:rPr>
          <w:b/>
        </w:rPr>
        <w:t xml:space="preserve">[38:27] </w:t>
      </w:r>
      <w:r>
        <w:t>apne ko ek ek insaan paida hua hai maa ke pait se, aur ek aap ko khud apne aap ko banana hai, khud apne ko banana hai.</w:t>
      </w:r>
    </w:p>
    <w:p>
      <w:pPr>
        <w:jc w:val="right"/>
      </w:pPr>
      <w:r>
        <w:t>اپنے کو ایک ایک انسان پیدا ہوا ہے ماں کے پیٹ سے، اور ایک آپ کو خود اپنے آپ کو بنانا ہے، خود اپنے کو بنانا ہے۔</w:t>
      </w:r>
    </w:p>
    <w:p>
      <w:r>
        <w:rPr>
          <w:b/>
        </w:rPr>
        <w:t xml:space="preserve">[38:36] </w:t>
      </w:r>
      <w:r>
        <w:t>aap har insaan ka yeh kaam hai.</w:t>
      </w:r>
    </w:p>
    <w:p>
      <w:pPr>
        <w:jc w:val="right"/>
      </w:pPr>
      <w:r>
        <w:t>آپ ہر انسان کا یہ کام ہے۔</w:t>
      </w:r>
    </w:p>
    <w:p>
      <w:r>
        <w:rPr>
          <w:b/>
        </w:rPr>
        <w:t xml:space="preserve">[38:39] </w:t>
      </w:r>
      <w:r>
        <w:t>maa ke pait se jo paida hua tha insaan, phir society ne us ko banaya, society ne us ko mold kiya. ab ab teesra jo ek process hai, woh hai deconditioning ka process.</w:t>
      </w:r>
    </w:p>
    <w:p>
      <w:pPr>
        <w:jc w:val="right"/>
      </w:pPr>
      <w:r>
        <w:t>ماں کے پیٹ سے جو پیدا ہوا تھا انسان، پھر سوسائٹی نے اس کو بنایا، سوسائٹی نے اس کو مولڈ کیا۔ اب اب تیسرا جو ایک پروسیس ہے، وہ ہے ڈی کنڈیشننگ کا پروسیس۔</w:t>
      </w:r>
    </w:p>
    <w:p>
      <w:r>
        <w:rPr>
          <w:b/>
        </w:rPr>
        <w:t xml:space="preserve">[38:50] </w:t>
      </w:r>
      <w:r>
        <w:t>tab aap ja kar ke sachhe insaan banenge, aur tab ja kar aap is qabil honge ke Khuda aap ko select kare is ideal world ke liye. to yeh sab cheezein test papers hain, test ke liye.</w:t>
      </w:r>
    </w:p>
    <w:p>
      <w:pPr>
        <w:jc w:val="right"/>
      </w:pPr>
      <w:r>
        <w:t>تب آپ جا کر کے سچے انسان بنیں گے، اور تب جا کر آپ اس قابل ہوں گے کہ خدا آپ کو سلیکٹ کرے اس آئیڈیل ورلڈ کے لیے۔ تو یہ سب چیزیں ٹیسٹ پیپرز ہیں، ٹیسٹ کے لیے۔</w:t>
      </w:r>
    </w:p>
    <w:p>
      <w:r>
        <w:rPr>
          <w:b/>
        </w:rPr>
        <w:t xml:space="preserve">[39:05] </w:t>
      </w:r>
      <w:r>
        <w:t>yeh agar yeh sab cheezein na hon to kyun aap ko select kiya jayega? aap ko apne aap se ladna hai, aap ko apne ghaltiyon ko pakadna hai, apni self- hembring karna hai, apna introspection karna hai,</w:t>
      </w:r>
    </w:p>
    <w:p>
      <w:pPr>
        <w:jc w:val="right"/>
      </w:pPr>
      <w:r>
        <w:t>یہ اگر یہ سب چیزیں نہ ہوں تو کیوں آپ کو سلیکٹ کیا جائے گا؟ آپ کو اپنے آپ سے لڑنا ہے، آپ کو اپنے غلطیوں کو پکڑنا ہے، اپنی سیلف ہیمبرنگ کرنا ہے، اپنا انٹروسپیکشن کرنا ہے،</w:t>
      </w:r>
    </w:p>
    <w:p>
      <w:r>
        <w:rPr>
          <w:b/>
        </w:rPr>
        <w:t xml:space="preserve">[39:21] </w:t>
      </w:r>
      <w:r>
        <w:t>aur karte karte karte apne aap ko right person banana hai. deconditioning ka matlab hai ke apne aap ko right person banana. yeh har aadmi ko karna hai.</w:t>
      </w:r>
    </w:p>
    <w:p>
      <w:pPr>
        <w:jc w:val="right"/>
      </w:pPr>
      <w:r>
        <w:t>اور کرتے کرتے کرتے اپنے آپ کو رائٹ پرسن بنانا ہے۔ ڈی کنڈیشننگ کا مطلب ہے کہ اپنے آپ کو رائٹ پرسن بنانا۔ یہ ہر آدمی کو کرنا ہے۔</w:t>
      </w:r>
    </w:p>
    <w:p>
      <w:r>
        <w:rPr>
          <w:b/>
        </w:rPr>
        <w:t xml:space="preserve">[39:32] </w:t>
      </w:r>
      <w:r>
        <w:t>yeh kaam</w:t>
      </w:r>
    </w:p>
    <w:p>
      <w:pPr>
        <w:jc w:val="right"/>
      </w:pPr>
      <w:r>
        <w:t>یہ کام</w:t>
      </w:r>
    </w:p>
    <w:p>
      <w:r>
        <w:rPr>
          <w:b/>
        </w:rPr>
        <w:t xml:space="preserve">[39:34] </w:t>
      </w:r>
      <w:r>
        <w:t>main to poori zindagi yeh kaam karta raha. main ek misaal deta hoon aap ko.</w:t>
      </w:r>
    </w:p>
    <w:p>
      <w:pPr>
        <w:jc w:val="right"/>
      </w:pPr>
      <w:r>
        <w:t>میں تو پوری زندگی یہ کام کرتا رہا۔ میں ایک مثال دیتا ہوں آپ کو۔</w:t>
      </w:r>
    </w:p>
    <w:p>
      <w:r>
        <w:rPr>
          <w:b/>
        </w:rPr>
        <w:t xml:space="preserve">[39:43] </w:t>
      </w:r>
      <w:r>
        <w:t>main jis area mein paida hua, UP mein, eastern UP mein, Azamgarh ke district mein, to mere area mein railway line aayi thi 1901 mein,</w:t>
      </w:r>
    </w:p>
    <w:p>
      <w:pPr>
        <w:jc w:val="right"/>
      </w:pPr>
      <w:r>
        <w:t>میں جس ایریا میں پیدا ہوا، یو پی میں، ایسٹرن یو پی میں، آدم گڑھ کے ڈسٹرکٹ میں، تو میرے ایریا میں ریلوے لائن آئی تھی 1901 میں،</w:t>
      </w:r>
    </w:p>
    <w:p>
      <w:r>
        <w:rPr>
          <w:b/>
        </w:rPr>
        <w:t xml:space="preserve">[39:57] </w:t>
      </w:r>
      <w:r>
        <w:t>1901 mein.</w:t>
      </w:r>
    </w:p>
    <w:p>
      <w:pPr>
        <w:jc w:val="right"/>
      </w:pPr>
      <w:r>
        <w:t>1901 میں۔</w:t>
      </w:r>
    </w:p>
    <w:p>
      <w:r>
        <w:rPr>
          <w:b/>
        </w:rPr>
        <w:t xml:space="preserve">[40:01] </w:t>
      </w:r>
      <w:r>
        <w:t>yaani Shah Ganj se Bahu tak ki jo railway line hai, jis ko loop line kaha jata tha pehle, to woh mere gaon ke bohat paas se guzarti thi.</w:t>
      </w:r>
    </w:p>
    <w:p>
      <w:pPr>
        <w:jc w:val="right"/>
      </w:pPr>
      <w:r>
        <w:t>یعنی شاہ گنج سے بہو تک کی جو ریلوے لائن ہے، جس کو لوپ لائن کہا جاتا تھا پہلے، تو وہ میرے گاؤں کے بہت پاس سے گزرتی تھی۔</w:t>
      </w:r>
    </w:p>
    <w:p>
      <w:r>
        <w:rPr>
          <w:b/>
        </w:rPr>
        <w:t xml:space="preserve">[40:10] </w:t>
      </w:r>
      <w:r>
        <w:t>woh yaani hum chhat mein jab khade hote the raat ko, to rail ke, yaani train ke chalne ki awaaz aati thi, us ki roshni dikhai deti thi apni chhat se.</w:t>
      </w:r>
    </w:p>
    <w:p>
      <w:pPr>
        <w:jc w:val="right"/>
      </w:pPr>
      <w:r>
        <w:t>وہ یعنی ہم چھت میں جب کھڑے ہوتے تھے رات کو، تو ریل کے، یعنی ٹرین کے چلنے کی آواز آتی تھی، اس کی روشنی دکھائی دیتی تھی اپنی چھت سے۔</w:t>
      </w:r>
    </w:p>
    <w:p>
      <w:r>
        <w:rPr>
          <w:b/>
        </w:rPr>
        <w:t xml:space="preserve">[40:24] </w:t>
      </w:r>
      <w:r>
        <w:t>itne qareeb tha railway line, lekin kabhi hum ne jana nahi ke railway kya cheez hai.</w:t>
      </w:r>
    </w:p>
    <w:p>
      <w:pPr>
        <w:jc w:val="right"/>
      </w:pPr>
      <w:r>
        <w:t>اتنے قریب تھا ریلوے لائن، لیکن کبھی ہم نے جانا نہیں کہ ریلوے کیا چیز ہے۔</w:t>
      </w:r>
    </w:p>
    <w:p>
      <w:r>
        <w:rPr>
          <w:b/>
        </w:rPr>
        <w:t xml:space="preserve">[40:31] </w:t>
      </w:r>
      <w:r>
        <w:t>kyun? hum jis ghar mein paida hue, us ghar mein azaadi ka bara charcha tha. azaadi to angrezon ke khilaf har waqt charcha rehta tha.</w:t>
      </w:r>
    </w:p>
    <w:p>
      <w:pPr>
        <w:jc w:val="right"/>
      </w:pPr>
      <w:r>
        <w:t>کیوں؟ ہم جس گھر میں پیدا ہوئے، اس گھر میں آزادی کا بڑا چرچا تھا۔ آزادی تو انگریزوں کے خلاف ہر وقت چرچا رہتا تھا۔</w:t>
      </w:r>
    </w:p>
    <w:p>
      <w:r>
        <w:rPr>
          <w:b/>
        </w:rPr>
        <w:t xml:space="preserve">[40:41] </w:t>
      </w:r>
      <w:r>
        <w:t>angrez bohat buri cheez hain, angrez India mein lootate hain, India ko tabah kiya unhone, yeh kiya, woh kiya.</w:t>
      </w:r>
    </w:p>
    <w:p>
      <w:pPr>
        <w:jc w:val="right"/>
      </w:pPr>
      <w:r>
        <w:t>انگریز بہت بری چیز ہیں، انگریز انڈیا میں لوٹتے ہیں، انڈیا کو تباہ کیا انہوں نے، یہ کیا، وہ کیا۔</w:t>
      </w:r>
    </w:p>
    <w:p>
      <w:r>
        <w:rPr>
          <w:b/>
        </w:rPr>
        <w:t xml:space="preserve">[40:50] </w:t>
      </w:r>
      <w:r>
        <w:t>yahi charcha tha hamare ghar mein. hamare jo bare bhai the, woh shayar the, un ki shayari zyada tar isi par hoti thi.</w:t>
      </w:r>
    </w:p>
    <w:p>
      <w:pPr>
        <w:jc w:val="right"/>
      </w:pPr>
      <w:r>
        <w:t>یہی چرچا تھا ہمارے گھر میں۔ ہمارے جو بڑے بھائی تھے، وہ شاعر تھے، ان کی شاعری زیادہ تر اسی پر ہوتی تھی۔</w:t>
      </w:r>
    </w:p>
    <w:p>
      <w:r>
        <w:rPr>
          <w:b/>
        </w:rPr>
        <w:t xml:space="preserve">[41:00] </w:t>
      </w:r>
      <w:r>
        <w:t>jaise un ka shair tha ke "ajeeb shai hain aap bhi". shai se murad angrez. "ajeeb shai hain aap bhi, jahan bhi saya par gaya, kahin baha loot gayi, kahin chaman ujad gaya".</w:t>
      </w:r>
    </w:p>
    <w:p>
      <w:pPr>
        <w:jc w:val="right"/>
      </w:pPr>
      <w:r>
        <w:t>جیسے ان کا شعر تھا کہ "عجیب شہ ہیں آپ بھی"۔ شہ سے مراد انگریز۔ "عجیب شہ ہیں آپ بھی، جہاں بھی سایہ پڑ گیا، کہیں بہا لٹ گئی، کہیں چمن اجڑ گیا"۔</w:t>
      </w:r>
    </w:p>
    <w:p>
      <w:r>
        <w:rPr>
          <w:b/>
        </w:rPr>
        <w:t xml:space="preserve">[41:12] </w:t>
      </w:r>
      <w:r>
        <w:t>ke jahan angrez gaye, wahan tabah kar dala unhone. aisi un ki shayari hoti thi.</w:t>
      </w:r>
    </w:p>
    <w:p>
      <w:pPr>
        <w:jc w:val="right"/>
      </w:pPr>
      <w:r>
        <w:t>کہ جہاں انگریز گئے، وہاں تباہ کر ڈالا انہوں نے۔ ایسی ان کی شاعری ہوتی تھی۔</w:t>
      </w:r>
    </w:p>
    <w:p>
      <w:r>
        <w:rPr>
          <w:b/>
        </w:rPr>
        <w:t xml:space="preserve">[41:20] </w:t>
      </w:r>
      <w:r>
        <w:t>"ajeeb shai hain aap bhi, jahan bhi saya par gaya, kahin baha loot gayi, kahin chaman ujad gaya". to kya angrez jahan gaye, unhone ujara, kharab kiya, barbaad kiya, tabah kiya.</w:t>
      </w:r>
    </w:p>
    <w:p>
      <w:pPr>
        <w:jc w:val="right"/>
      </w:pPr>
      <w:r>
        <w:t>"عجیب شہ ہیں آپ بھی، جہاں بھی سایہ پڑ گیا، کہیں بہا لٹ گئی، کہیں چمن اجڑ گیا"۔ تو کیا انگریز جہاں گئے، انہوں نے اجاڑا، خراب کیا، برباد کیا، تباہ کیا۔</w:t>
      </w:r>
    </w:p>
    <w:p>
      <w:r>
        <w:rPr>
          <w:b/>
        </w:rPr>
        <w:t xml:space="preserve">[41:30] </w:t>
      </w:r>
      <w:r>
        <w:t>yahi hum is zamane mein suntay thay har taraf. yahi baatein angrezon ki burai. yaani mere aap ko yaad hoga ek zamane mein jab jab hamare leaderon ne chalaya tha woh is ka non cooperation movement.</w:t>
      </w:r>
    </w:p>
    <w:p>
      <w:pPr>
        <w:jc w:val="right"/>
      </w:pPr>
      <w:r>
        <w:t>یہی ہم اس زمانے میں سنتے تھے ہر طرف۔ یہی باتیں انگریزوں کی برائی۔ یعنی میرے آپ کو یاد ہوگا ایک زمانے میں جب جب ہمارے لیڈروں نے چلایا تھا وہ اس کا نان کوآپریشن موومنٹ۔</w:t>
      </w:r>
    </w:p>
    <w:p>
      <w:r>
        <w:rPr>
          <w:b/>
        </w:rPr>
        <w:t xml:space="preserve">[41:48] </w:t>
      </w:r>
      <w:r>
        <w:t>non cooperation movement jab chali thi to us zamane mein india mein paper blay nahi hua karti thi. azadi se pehle yahan par lanka shayar aur manchester manchester kapray aya karte thay is zamane mein.</w:t>
      </w:r>
    </w:p>
    <w:p>
      <w:pPr>
        <w:jc w:val="right"/>
      </w:pPr>
      <w:r>
        <w:t>نان کوآپریشن موومنٹ جب چلی تھی تو اس زمانے میں انڈیا میں پیپر بلے نہیں ہوا کرتی تھی۔ آزادی سے پہلے یہاں پر لنکا شاعر اور مانچسٹر مانچسٹر کپڑے آیا کرتے تھے اس زمانے میں۔</w:t>
      </w:r>
    </w:p>
    <w:p>
      <w:r>
        <w:rPr>
          <w:b/>
        </w:rPr>
        <w:t xml:space="preserve">[42:01] </w:t>
      </w:r>
      <w:r>
        <w:t>to yeh chala is zamane mein ek abhiyan ke lanka shayar ko manchester kapron ko jalao. to hamare gaon mein jahan mein rehta tha, wahan par kuch wahan bhi ek local leader thay,</w:t>
      </w:r>
    </w:p>
    <w:p>
      <w:pPr>
        <w:jc w:val="right"/>
      </w:pPr>
      <w:r>
        <w:t>تو یہ چلا اس زمانے میں ایک ابھیان کہ لنکا شاعر کو مانچسٹر کپڑوں کو جلاؤ۔ تو ہمارے گاؤں میں جہاں میں رہتا تھا، وہاں پر کچھ وہاں بھی ایک لوکل لیڈر تھے،</w:t>
      </w:r>
    </w:p>
    <w:p>
      <w:r>
        <w:rPr>
          <w:b/>
        </w:rPr>
        <w:t xml:space="preserve">[42:16] </w:t>
      </w:r>
      <w:r>
        <w:t>woh gharon se kapray nikal nikal kar ke ek maidan mein akatha kiya, wahan jalaya, aur bohat taliyan bajti thi. wahan par yeh tha mahaul us waqt hamare gaon mein, aur shahron mein to aur toofan tha.</w:t>
      </w:r>
    </w:p>
    <w:p>
      <w:pPr>
        <w:jc w:val="right"/>
      </w:pPr>
      <w:r>
        <w:t>وہ گھروں سے کپڑے نکال نکال کر کے ایک میدان میں اکٹھا کیا، وہاں جلایا، اور بہت تالیاں بجتی تھیں۔ وہاں پر یہ تھا ماحول اس وقت ہمارے گاؤں میں، اور شہروں میں تو اور طوفان تھا۔</w:t>
      </w:r>
    </w:p>
    <w:p>
      <w:r>
        <w:rPr>
          <w:b/>
        </w:rPr>
        <w:t xml:space="preserve">[42:30] </w:t>
      </w:r>
      <w:r>
        <w:t>to anti british ek ek ek junoon tha logon ko ke kapray mein mein nahi pehanna, is ko jala ke phenk dena hai. hum apna karkha ke kapray ban kar is ko pehnein g</w:t>
      </w:r>
    </w:p>
    <w:p>
      <w:pPr>
        <w:jc w:val="right"/>
      </w:pPr>
      <w:r>
        <w:t>تو اینٹی برٹش ایک ایک ایک جنون تھا لوگوں کو کہ کپڑے میں میں نہیں پہننا، اس کو جلا کے پھینک دینا ہے۔ ہم اپنا کارگاہ کے کپڑے بن کر اس کو پہنیں گ</w:t>
      </w:r>
    </w:p>
    <w:p>
      <w:r>
        <w:rPr>
          <w:b/>
        </w:rPr>
        <w:t xml:space="preserve">[42:42] </w:t>
      </w:r>
      <w:r>
        <w:t>e. to mere apne gaon mein bhi kapray jalaye gaye thay manchester ke aur lanka shayar ke milon mein banay hue kapray.</w:t>
      </w:r>
    </w:p>
    <w:p>
      <w:pPr>
        <w:jc w:val="right"/>
      </w:pPr>
      <w:r>
        <w:t>ے۔ تو میرے اپنے گاؤں میں بھی کپڑے جلائے گئے تھے مانچسٹر کے اور لنکا شاعر کے ملوں میں بنے ہوئے کپڑے۔</w:t>
      </w:r>
    </w:p>
    <w:p>
      <w:r>
        <w:rPr>
          <w:b/>
        </w:rPr>
        <w:t xml:space="preserve">[42:51] </w:t>
      </w:r>
      <w:r>
        <w:t>to mein kabhi soch nahi paaya ke railway line koi achi cheez hai. halankay dekhiye, railway line jo banai thi unhon ne 1901 mein hamare area mein, aur doosre area mein maharashtra mein to bohat pehle aa chuki thi,</w:t>
      </w:r>
    </w:p>
    <w:p>
      <w:pPr>
        <w:jc w:val="right"/>
      </w:pPr>
      <w:r>
        <w:t>تو میں کبھی سوچ نہیں پایا کہ ریلوے لائن کوئی اچھی چیز ہے۔ حالانکہ دیکھیے، ریلوے لائن جو بنائی تھی انہوں نے 1901 میں ہمارے ایریا میں، اور دوسرے ایریا میں مہاراشٹر میں تو بہت پہلے آ چکی تھی،</w:t>
      </w:r>
    </w:p>
    <w:p>
      <w:r>
        <w:rPr>
          <w:b/>
        </w:rPr>
        <w:t xml:space="preserve">[43:06] </w:t>
      </w:r>
      <w:r>
        <w:t>woh kya cheez thi?</w:t>
      </w:r>
    </w:p>
    <w:p>
      <w:pPr>
        <w:jc w:val="right"/>
      </w:pPr>
      <w:r>
        <w:t>وہ کیا چیز تھی؟</w:t>
      </w:r>
    </w:p>
    <w:p>
      <w:r>
        <w:rPr>
          <w:b/>
        </w:rPr>
        <w:t xml:space="preserve">[43:08] </w:t>
      </w:r>
      <w:r>
        <w:t>woh ek bohat bara is ke andar lesson tha ke insaan ne, insaan ki science ne itna bara kaam kiya hai ke pani ko is ne convert kar diya hai steaming steaming power mein.</w:t>
      </w:r>
    </w:p>
    <w:p>
      <w:pPr>
        <w:jc w:val="right"/>
      </w:pPr>
      <w:r>
        <w:t>وہ ایک بہت بڑا اس کے اندر لیسن تھا کہ انسان نے، انسان کی سائنس نے اتنا بڑا کام کیا ہے کہ پانی کو اس نے کنورٹ کر دیا ہے اسٹیمنگ اسٹیم پاور میں۔</w:t>
      </w:r>
    </w:p>
    <w:p>
      <w:r>
        <w:rPr>
          <w:b/>
        </w:rPr>
        <w:t xml:space="preserve">[43:22] </w:t>
      </w:r>
      <w:r>
        <w:t>jis cheez ko insaan sirf pani samajhta tha, pani, us ko unhon ne steam power mein convert kar diya. ghor kijiye, kitna bara revolution tha.</w:t>
      </w:r>
    </w:p>
    <w:p>
      <w:pPr>
        <w:jc w:val="right"/>
      </w:pPr>
      <w:r>
        <w:t>جس چیز کو انسان صرف پانی سمجھتا تھا، پانی، اس کو انہوں نے اسٹیم پاور میں کنورٹ کر دیا۔ غور کیجئے، کتنا بڑا ریولوشن تھا۔</w:t>
      </w:r>
    </w:p>
    <w:p>
      <w:r>
        <w:rPr>
          <w:b/>
        </w:rPr>
        <w:t xml:space="preserve">[43:34] </w:t>
      </w:r>
      <w:r>
        <w:t>jis cheez ko hum loha samajhte thay, lohay ko convert kar ke engine bana liya. engine history mein pehli bar hum samajhte thay ke rastay hotay hain mitti ke ya ya mamooli tareeqay se banaye hue.</w:t>
      </w:r>
    </w:p>
    <w:p>
      <w:pPr>
        <w:jc w:val="right"/>
      </w:pPr>
      <w:r>
        <w:t>جس چیز کو ہم لوہا سمجھتے تھے، لوہے کو کنورٹ کر کے انجن بنا لیا۔ انجن ہسٹری میں پہلی بار ہم سمجھتے تھے کہ راستے ہوتے ہیں مٹی کے یا یا معمولی طریقے سے بنائے ہوئے۔</w:t>
      </w:r>
    </w:p>
    <w:p>
      <w:r>
        <w:rPr>
          <w:b/>
        </w:rPr>
        <w:t xml:space="preserve">[43:49] </w:t>
      </w:r>
      <w:r>
        <w:t>unhon ne aisay rastay banaye, is pe lohay ki patriyan hoti hain, lohay ki patiyon pe chalnay wali gadiyan. is tareeqay se communication ka bilkul naya concept aa gaya</w:t>
      </w:r>
    </w:p>
    <w:p>
      <w:pPr>
        <w:jc w:val="right"/>
      </w:pPr>
      <w:r>
        <w:t>انہوں نے ایسے راستے بنائے، اس پہ لوہے کی پٹریاں ہوتی ہیں، لوہے کی پٹیوں پہ چلنے والی گاڑیاں۔ اس طریقے سے کمیونیکیشن کا بالکل نیا کانسیپٹ آ گیا</w:t>
      </w:r>
    </w:p>
    <w:p>
      <w:r>
        <w:rPr>
          <w:b/>
        </w:rPr>
        <w:t xml:space="preserve">[44:01] </w:t>
      </w:r>
      <w:r>
        <w:t>ke aap yahan baithiye, train mein utar jaiye, aglay din door ke kisi jagah par. pehle yeh kahan tha? hamare bachpan mein log bail gaadi pe chalte thay.</w:t>
      </w:r>
    </w:p>
    <w:p>
      <w:pPr>
        <w:jc w:val="right"/>
      </w:pPr>
      <w:r>
        <w:t>کہ آپ یہاں بیٹھیے، ٹرین میں اتر جائیے، اگلے دن دور کے کسی جگہ پر۔ پہلے یہ کہاں تھا؟ ہمارے بچپن میں لوگ بیل گاڑی پہ چلتے تھے۔</w:t>
      </w:r>
    </w:p>
    <w:p>
      <w:r>
        <w:rPr>
          <w:b/>
        </w:rPr>
        <w:t xml:space="preserve">[44:10] </w:t>
      </w:r>
      <w:r>
        <w:t>bail gaadi to lambay safar ke liye impossible thi. to ek naya revolution aa chuka tha. phir isi ke sath sath aap jantay hain ke telegraph aaya.</w:t>
      </w:r>
    </w:p>
    <w:p>
      <w:pPr>
        <w:jc w:val="right"/>
      </w:pPr>
      <w:r>
        <w:t>بیل گاڑی تو لمبے سفر کے لیے امپاسیبل تھی۔ تو ایک نیا ریولوشن آ چکا تھا۔ پھر اسی کے ساتھ ساتھ آپ جانتے ہیں کہ ٹیلیگراف آیا۔</w:t>
      </w:r>
    </w:p>
    <w:p>
      <w:r>
        <w:rPr>
          <w:b/>
        </w:rPr>
        <w:t xml:space="preserve">[44:22] </w:t>
      </w:r>
      <w:r>
        <w:t>telegraph ke zariye jo communication hota tha, tele communication, woh kitni bari cheez thi. itni sari cheezein is mein chupi hui thi.</w:t>
      </w:r>
    </w:p>
    <w:p>
      <w:pPr>
        <w:jc w:val="right"/>
      </w:pPr>
      <w:r>
        <w:t>ٹیلیگراف کے ذریعے جو کمیونیکیشن ہوتا تھا، ٹیلی کمیونیکیشن، وہ کتنی بڑی چیز تھی۔ اتنی ساری چیزیں اس میں چھپی ہوئی تھیں۔</w:t>
      </w:r>
    </w:p>
    <w:p>
      <w:r>
        <w:rPr>
          <w:b/>
        </w:rPr>
        <w:t xml:space="preserve">[44:31] </w:t>
      </w:r>
      <w:r>
        <w:t>hum hum be khabar thay is se. kyun? hamari conditioning hui thi heat mein.</w:t>
      </w:r>
    </w:p>
    <w:p>
      <w:pPr>
        <w:jc w:val="right"/>
      </w:pPr>
      <w:r>
        <w:t>ہم ہم بے خبر تھے اس سے۔ کیوں؟ ہماری کنڈیشننگ ہوئی تھی ہیٹ میں۔</w:t>
      </w:r>
    </w:p>
    <w:p>
      <w:r>
        <w:rPr>
          <w:b/>
        </w:rPr>
        <w:t xml:space="preserve">[44:39] </w:t>
      </w:r>
      <w:r>
        <w:t>hamari jo condition hui thi, woh thi yaani angrezon se nafrat mein ke angrez bohat kharab cheez hain, bohat buri cheez hain.</w:t>
      </w:r>
    </w:p>
    <w:p>
      <w:pPr>
        <w:jc w:val="right"/>
      </w:pPr>
      <w:r>
        <w:t>ہماری جو کنڈیشن ہوئی تھی، وہ تھی یعنی انگریزوں سے نفرت میں کہ انگریز بہت خراب چیز ہیں، بہت بری چیز ہیں۔</w:t>
      </w:r>
    </w:p>
    <w:p>
      <w:r>
        <w:rPr>
          <w:b/>
        </w:rPr>
        <w:t xml:space="preserve">[44:48] </w:t>
      </w:r>
      <w:r>
        <w:t>bohat baad ko mein ne discover kiya ke yeh jo railway line bichai thi unhon ne, woh ek ek naya inqilab tha.</w:t>
      </w:r>
    </w:p>
    <w:p>
      <w:pPr>
        <w:jc w:val="right"/>
      </w:pPr>
      <w:r>
        <w:t>بہت بعد کو میں نے ڈسکور کیا کہ یہ جو ریلوے لائن بچھائی تھی انہوں نے، وہ ایک ایک نیا انقلاب تھا۔</w:t>
      </w:r>
    </w:p>
    <w:p>
      <w:r>
        <w:rPr>
          <w:b/>
        </w:rPr>
        <w:t xml:space="preserve">[44:57] </w:t>
      </w:r>
      <w:r>
        <w:t>tareekh mein ek nayi baat hui thi, bilkul nayi baat jo pehle kabhi nahi hui thi. to apni de conditioning kar ke mein ne jab heat ko khatam kiya, anti british sentiment ko khatam kiya, tab mein is scientific discovery tak pohanch paaya.</w:t>
      </w:r>
    </w:p>
    <w:p>
      <w:pPr>
        <w:jc w:val="right"/>
      </w:pPr>
      <w:r>
        <w:t>تاریخ میں ایک نئی بات ہوئی تھی، بالکل نئی بات جو پہلے کبھی نہیں ہوئی تھی۔ تو اپنی ڈی کنڈیشننگ کر کے میں نے جب ہیٹ کو ختم کیا، اینٹی برٹش سینٹیمنٹ کو ختم کیا، تب میں اس سائنٹیفک ڈسکوری تک پہنچ پایا۔</w:t>
      </w:r>
    </w:p>
    <w:p>
      <w:r>
        <w:rPr>
          <w:b/>
        </w:rPr>
        <w:t xml:space="preserve">[45:17] </w:t>
      </w:r>
      <w:r>
        <w:t>is tarah se mein poori zindagi mein apni de conditioning karta raha hoon.</w:t>
      </w:r>
    </w:p>
    <w:p>
      <w:pPr>
        <w:jc w:val="right"/>
      </w:pPr>
      <w:r>
        <w:t>اس طرح سے میں پوری زندگی میں اپنی ڈی کنڈیشننگ کرتا رہا ہوں۔</w:t>
      </w:r>
    </w:p>
    <w:p>
      <w:r>
        <w:rPr>
          <w:b/>
        </w:rPr>
        <w:t xml:space="preserve">[45:21] </w:t>
      </w:r>
      <w:r>
        <w:t>to mein yeh kahunga ke jo aadmi yeh chahta ho ke woh woh woh right person maray jis ko khuda select karay paradise ke liye, us ko tayyar ho jana chahiye apni apni de conditioning ke liye.</w:t>
      </w:r>
    </w:p>
    <w:p>
      <w:pPr>
        <w:jc w:val="right"/>
      </w:pPr>
      <w:r>
        <w:t>تو میں یہ کہوں گا کہ جو آدمی یہ چاہتا ہو کہ وہ وہ وہ رائٹ پرسن مرے جس کو خدا سلیکٹ کرے پیراڈائز کے لیے، اس کو تیار ہو جانا چاہیے اپنی اپنی ڈی کنڈیشننگ کے لیے۔</w:t>
      </w:r>
    </w:p>
    <w:p>
      <w:r>
        <w:rPr>
          <w:b/>
        </w:rPr>
        <w:t xml:space="preserve">[45:35] </w:t>
      </w:r>
      <w:r>
        <w:t>aur de conditioning jo hoti hai, woh merciless hammering ke baghair nahi ho sakti hai. agar aap ka mizaj yeh ho ke aap apni baaton ko justify karein, to aap de conditioning kabhi nahi kar sakte.</w:t>
      </w:r>
    </w:p>
    <w:p>
      <w:pPr>
        <w:jc w:val="right"/>
      </w:pPr>
      <w:r>
        <w:t>اور ڈی کنڈیشننگ جو ہوتی ہے، وہ مرسیلس ہیمبرنگ کے بغیر نہیں ہو سکتی ہے۔ اگر آپ کا مزاج یہ ہو کہ آپ اپنی باتوں کو جسٹیفائی کریں، تو آپ ڈی کنڈیشننگ کبھی نہیں کر سکتے۔</w:t>
      </w:r>
    </w:p>
    <w:p>
      <w:r>
        <w:rPr>
          <w:b/>
        </w:rPr>
        <w:t xml:space="preserve">[45:48] </w:t>
      </w:r>
      <w:r>
        <w:t>aap ke andar yeh yeh sahas na ho, sahas</w:t>
      </w:r>
    </w:p>
    <w:p>
      <w:pPr>
        <w:jc w:val="right"/>
      </w:pPr>
      <w:r>
        <w:t>آپ کے اندر یہ یہ سہس نہ ہو، سہس</w:t>
      </w:r>
    </w:p>
    <w:p>
      <w:r>
        <w:rPr>
          <w:b/>
        </w:rPr>
        <w:t xml:space="preserve">[45:52] </w:t>
      </w:r>
      <w:r>
        <w:t>"i was wrong" kehne ka, to kabhi bhi aap apni de conditioning nahi karein gay. aur phir aap ke liye paradise ke ke gate bhi khulnay walay nahi hain. paradise gate is ke liye khulain gay jo is dunya mein yeh keh sakay ke "i was wrong".</w:t>
      </w:r>
    </w:p>
    <w:p>
      <w:pPr>
        <w:jc w:val="right"/>
      </w:pPr>
      <w:r>
        <w:t>"آئی واز رونگ" کہنے کا، تو کبھی بھی آپ اپنی ڈی کنڈیشننگ نہیں کریں گے۔ اور پھر آپ کے لیے پیراڈائز کے کے گیٹ بھی کھلنے والے نہیں ہیں۔ پیراڈائز گیٹ اس کے لیے کھلیں گے جو اس دنیا میں یہ کہہ سکے کہ "آئی واز رونگ"۔</w:t>
      </w:r>
    </w:p>
    <w:p>
      <w:r>
        <w:rPr>
          <w:b/>
        </w:rPr>
        <w:t xml:space="preserve">[46:06] </w:t>
      </w:r>
      <w:r>
        <w:t>tabhi to apna correction karay ga, tabhi to apni de conditioning karay ga.</w:t>
      </w:r>
    </w:p>
    <w:p>
      <w:pPr>
        <w:jc w:val="right"/>
      </w:pPr>
      <w:r>
        <w:t>تبھی تو اپنا کریکشن کرے گا، تبھی تو اپنی ڈی کنڈیشننگ کرے گا۔</w:t>
      </w:r>
    </w:p>
    <w:p>
      <w:r>
        <w:rPr>
          <w:b/>
        </w:rPr>
        <w:t xml:space="preserve">[46:16] </w:t>
      </w:r>
      <w:r>
        <w:t>to mein samajhta hoon ke yeh yeh jo maine arz kiya ke poori history mein log bekhabar rahe is se, is se ke deconditioning se beginning hoti hai.</w:t>
      </w:r>
    </w:p>
    <w:p>
      <w:pPr>
        <w:jc w:val="right"/>
      </w:pPr>
      <w:r>
        <w:t>تو میں سمجھتا ہوں کہ یہ یہ جو میں نے عرض کیا کہ پوری ہسٹری میں لوگ بے خبر رہے اس سے، اس سے کہ ڈی کنڈیشننگ سے بگننگ ہوتی ہے۔</w:t>
      </w:r>
    </w:p>
    <w:p>
      <w:r>
        <w:rPr>
          <w:b/>
        </w:rPr>
        <w:t xml:space="preserve">[46:30] </w:t>
      </w:r>
      <w:r>
        <w:t>achhe insaan ka banna, achhi society ka banna, is ki is is ka starting point kya hai? Deconditioning.</w:t>
      </w:r>
    </w:p>
    <w:p>
      <w:pPr>
        <w:jc w:val="right"/>
      </w:pPr>
      <w:r>
        <w:t>اچھے انسان کا بننا، اچھی سوسائٹی کا بننا، اس کی اس اس کا سٹارٹنگ پوائنٹ کیا ہے؟ ڈی کنڈیشننگ۔</w:t>
      </w:r>
    </w:p>
    <w:p>
      <w:r>
        <w:rPr>
          <w:b/>
        </w:rPr>
        <w:t xml:space="preserve">[46:41] </w:t>
      </w:r>
      <w:r>
        <w:t>is ko is se bekhabar rahe log. Aur is ki sab se bari wajah yeh hai ke accountability ka concept logon mein nahi raha, day of judgment ka concept nahi raha.</w:t>
      </w:r>
    </w:p>
    <w:p>
      <w:pPr>
        <w:jc w:val="right"/>
      </w:pPr>
      <w:r>
        <w:t>اس کو اس سے بے خبر رہے لوگ۔ اور اس کی سب سے بڑی وجہ یہ ہے کہ اکاؤنٹیبلٹی کا کانسیپٹ لوگوں میں نہیں رہا، ڈے آف ججمنٹ کا کانسیپٹ نہیں رہا۔</w:t>
      </w:r>
    </w:p>
    <w:p>
      <w:r>
        <w:rPr>
          <w:b/>
        </w:rPr>
        <w:t xml:space="preserve">[46:52] </w:t>
      </w:r>
      <w:r>
        <w:t>raha to bas aise rasmi taur par, ek formal belief ke taur par, ek formal aqeeday ke taur par. To is ke liye jo strong incentive darkar tha, wahi paida nahi hua logon ke andar.</w:t>
      </w:r>
    </w:p>
    <w:p>
      <w:pPr>
        <w:jc w:val="right"/>
      </w:pPr>
      <w:r>
        <w:t>رہا تو بس ایسے رسمی طور پر، ایک فارمل بیلیف کے طور پر، ایک فارمل عقیدے کے طور پر۔ تو اس کے لیے جو اسٹرانگ انسنٹیو درکار تھا، وہی پیدا نہیں ہوا لوگوں کے اندر۔</w:t>
      </w:r>
    </w:p>
    <w:p>
      <w:r>
        <w:rPr>
          <w:b/>
        </w:rPr>
        <w:t xml:space="preserve">[47:07] </w:t>
      </w:r>
      <w:r>
        <w:t>log paida hote rahe, marte rahe, paida hote rahe, marte rahe.</w:t>
      </w:r>
    </w:p>
    <w:p>
      <w:pPr>
        <w:jc w:val="right"/>
      </w:pPr>
      <w:r>
        <w:t>لوگ پیدا ہوتے رہے، مرتے رہے، پیدا ہوتے رہے، مرتے رہے۔</w:t>
      </w:r>
    </w:p>
    <w:p>
      <w:r>
        <w:rPr>
          <w:b/>
        </w:rPr>
        <w:t xml:space="preserve">[47:10] </w:t>
      </w:r>
      <w:r>
        <w:t>aur woh insaan jo jo right person ho, jo Khuda ka select kiya jaye, woh woh woh bane baghair. To mein yeh kahunga ke aap mein se har shakhs ko chahiye ke woh is ke liye tayyar ho jaye.</w:t>
      </w:r>
    </w:p>
    <w:p>
      <w:pPr>
        <w:jc w:val="right"/>
      </w:pPr>
      <w:r>
        <w:t>اور وہ انسان جو جو رائٹ پرسن ہو، جو خدا کا سلیکٹ کیا جائے، وہ وہ وہ بنے بغیر۔ تو میں یہ کہوں گا کہ آپ میں سے ہر شخص کو چاہیے کہ وہ اس کے لیے تیار ہو جائے۔</w:t>
      </w:r>
    </w:p>
    <w:p>
      <w:r>
        <w:rPr>
          <w:b/>
        </w:rPr>
        <w:t xml:space="preserve">[47:26] </w:t>
      </w:r>
      <w:r>
        <w:t>har shakhs ko chahiye ke woh is ke liye tayyar ho jaye apni deconditioning ke liye. Agar</w:t>
      </w:r>
    </w:p>
    <w:p>
      <w:pPr>
        <w:jc w:val="right"/>
      </w:pPr>
      <w:r>
        <w:t>ہر شخص کو چاہیے کہ وہ اس کے لیے تیار ہو جائے اپنی ڈی کنڈیشننگ کے لیے۔ اگر</w:t>
      </w:r>
    </w:p>
    <w:p>
      <w:r>
        <w:rPr>
          <w:b/>
        </w:rPr>
        <w:t xml:space="preserve">[47:31] </w:t>
      </w:r>
      <w:r>
        <w:t>woh chahta hai ke dunya mein ek achhe insaan ke hissay jiye aur akhirat mein us ko jannat mein entry mile, to us ko deconditioning ke liye tayyar ho jana chahiye.</w:t>
      </w:r>
    </w:p>
    <w:p>
      <w:pPr>
        <w:jc w:val="right"/>
      </w:pPr>
      <w:r>
        <w:t>وہ چاہتا ہے کہ دنیا میں ایک اچھے انسان کے حصے جیے اور آخرت میں اس کو جنت میں انٹری ملے، تو اس کو ڈی کنڈیشننگ کے لیے تیار ہو جانا چاہیے۔</w:t>
      </w:r>
    </w:p>
    <w:p>
      <w:r>
        <w:rPr>
          <w:b/>
        </w:rPr>
        <w:t xml:space="preserve">[47:44] </w:t>
      </w:r>
      <w:r>
        <w:t>Quran mein hai ke "Ya allazeena aamanu aamanu". Kal ek sahab ne sawal kiya, kal jo hamara program tha India International Centre mein,</w:t>
      </w:r>
    </w:p>
    <w:p>
      <w:pPr>
        <w:jc w:val="right"/>
      </w:pPr>
      <w:r>
        <w:t>قرآن میں ہے کہ "یا الذین آمنوا آمنوا"۔ کل ایک صاحب نے سوال کیا، کل جو ہمارا پروگرام تھا انڈیا انٹرنیشنل سینٹر میں،</w:t>
      </w:r>
    </w:p>
    <w:p>
      <w:r>
        <w:rPr>
          <w:b/>
        </w:rPr>
        <w:t xml:space="preserve">[47:56] </w:t>
      </w:r>
      <w:r>
        <w:t>to unhon ne sawal kiya ke sahab, Khuda ne koi logon ko Musalman ghar mein paida kiya ho to yeh un ke liye bohat hi yani achha tha ke woh jannat mein jayenge.</w:t>
      </w:r>
    </w:p>
    <w:p>
      <w:pPr>
        <w:jc w:val="right"/>
      </w:pPr>
      <w:r>
        <w:t>تو انہوں نے سوال کیا کہ صاحب، خدا نے کوئی لوگوں کو مسلمان گھر میں پیدا کیا ہو تو یہ ان کے لیے بہت ہی یعنی اچھا تھا کہ وہ جنت میں جائیں گے۔</w:t>
      </w:r>
    </w:p>
    <w:p>
      <w:r>
        <w:rPr>
          <w:b/>
        </w:rPr>
        <w:t xml:space="preserve">[48:10] </w:t>
      </w:r>
      <w:r>
        <w:t>to doosre logon ko ko paida kiya us ne non-muslim family mein.</w:t>
      </w:r>
    </w:p>
    <w:p>
      <w:pPr>
        <w:jc w:val="right"/>
      </w:pPr>
      <w:r>
        <w:t>تو دوسرے لوگوں کو کو پیدا کیا اس نے نان مسلم فیملی میں۔</w:t>
      </w:r>
    </w:p>
    <w:p>
      <w:r>
        <w:rPr>
          <w:b/>
        </w:rPr>
        <w:t xml:space="preserve">[48:16] </w:t>
      </w:r>
      <w:r>
        <w:t>to maine kaha ke aap ka yeh question jo hai, ek galat galat us par supposition par qaim hai.</w:t>
      </w:r>
    </w:p>
    <w:p>
      <w:pPr>
        <w:jc w:val="right"/>
      </w:pPr>
      <w:r>
        <w:t>تو میں نے کہا کہ آپ کا یہ کوئسچن جو ہے، ایک غلط غلط اس پر سپوزیشن پر قائم ہے۔</w:t>
      </w:r>
    </w:p>
    <w:p>
      <w:r>
        <w:rPr>
          <w:b/>
        </w:rPr>
        <w:t xml:space="preserve">[48:26] </w:t>
      </w:r>
      <w:r>
        <w:t>galat supposition. Aap ne farz kar liya hai ke Muslim family mein paida ho gaya to us ke liye paradise hai, aur non-muslim family mein paida hua to us ke liye hell hai.</w:t>
      </w:r>
    </w:p>
    <w:p>
      <w:pPr>
        <w:jc w:val="right"/>
      </w:pPr>
      <w:r>
        <w:t>غلط سپوزیشن۔ آپ نے فرض کر لیا ہے کہ مسلم فیملی میں پیدا ہو گیا تو اس کے لیے پیراڈائز ہے، اور نان مسلم فیملی میں پیدا ہوا تو اس کے لیے ہیل ہے۔</w:t>
      </w:r>
    </w:p>
    <w:p>
      <w:r>
        <w:rPr>
          <w:b/>
        </w:rPr>
        <w:t xml:space="preserve">[48:36] </w:t>
      </w:r>
      <w:r>
        <w:t>yeh yeh apne aap mein galat. Yeh to ek supposition hai aap ka.</w:t>
      </w:r>
    </w:p>
    <w:p>
      <w:pPr>
        <w:jc w:val="right"/>
      </w:pPr>
      <w:r>
        <w:t>یہ یہ اپنے آپ میں غلط۔ یہ تو ایک سپوزیشن ہے آپ کا۔</w:t>
      </w:r>
    </w:p>
    <w:p>
      <w:r>
        <w:rPr>
          <w:b/>
        </w:rPr>
        <w:t xml:space="preserve">[48:43] </w:t>
      </w:r>
      <w:r>
        <w:t>kisi family mein paida hone se koi paradise mein nahi jayega. Paradise mein woh jayega jo apne aap ko banaye, zalik jaza muntazak ka, apni deconditioning kare,</w:t>
      </w:r>
    </w:p>
    <w:p>
      <w:pPr>
        <w:jc w:val="right"/>
      </w:pPr>
      <w:r>
        <w:t>کسی فیملی میں پیدا ہونے سے کوئی پیراڈائز میں نہیں جائے گا۔ پیراڈائز میں وہ جائے گا جو اپنے آپ کو بنائے، ذالک جزا منتزک کا، اپنی ڈی کنڈیشننگ کرے،</w:t>
      </w:r>
    </w:p>
    <w:p>
      <w:r>
        <w:rPr>
          <w:b/>
        </w:rPr>
        <w:t xml:space="preserve">[48:57] </w:t>
      </w:r>
      <w:r>
        <w:t>apna apna jo woh personality develop kare. Is se kuch nahi farq padta ke aap ne kahan paida ho gaye hain. Aap to log isi tarah ki cheezon mein jeete hain. Hum to Muslim family mein paida ho gaye, apni jannat hamare liye akeli hai.</w:t>
      </w:r>
    </w:p>
    <w:p>
      <w:pPr>
        <w:jc w:val="right"/>
      </w:pPr>
      <w:r>
        <w:t>اپنا اپنا جو وہ پرسنیلٹی ڈیولپ کرے۔ اس سے کچھ نہیں فرق پڑتا کہ آپ نے کہاں پیدا ہوگئے ہیں۔ آپ تو لوگ اسی طرح کی چیزوں میں جیتے ہیں۔ ہم تو مسلم فیملی میں پیدا ہوگئے، اپنی جنت ہمارے لیے اکیلی ہے۔</w:t>
      </w:r>
    </w:p>
    <w:p>
      <w:r>
        <w:rPr>
          <w:b/>
        </w:rPr>
        <w:t xml:space="preserve">[49:13] </w:t>
      </w:r>
      <w:r>
        <w:t>hamare ek sathi ne bataya ke ek Musalman Lucknow se Delhi aaye to unhon ne un se kaha ke aap Lucknow se Delhi aaye hain train ke zariye se.</w:t>
      </w:r>
    </w:p>
    <w:p>
      <w:pPr>
        <w:jc w:val="right"/>
      </w:pPr>
      <w:r>
        <w:t>ہمارے ایک ساتھی نے بتایا کہ ایک مسلمان لکھنو سے دہلی آئے تو انہوں نے ان سے کہا کہ آپ لکھنو سے دہلی آئے ہیں ٹرین کے ذریعے سے۔</w:t>
      </w:r>
    </w:p>
    <w:p>
      <w:r>
        <w:rPr>
          <w:b/>
        </w:rPr>
        <w:t xml:space="preserve">[49:26] </w:t>
      </w:r>
      <w:r>
        <w:t>aap sochiye ke jinhon ne train banayi, kitne lambe sacrifice kiya unhon ne, kitne lambe dinon tak unhon ne struggle kiya. Tab railway line bichhayi, tab yeh train daudi us ke upar, aur us par aap chal kar ke itni aasani se Lucknow se Delhi pahunch gaye.</w:t>
      </w:r>
    </w:p>
    <w:p>
      <w:pPr>
        <w:jc w:val="right"/>
      </w:pPr>
      <w:r>
        <w:t>آپ سوچیے کہ جنہوں نے ٹرین بنائی، کتنے لمبے سیکریفائس کیا انہوں نے، کتنے لمبے دنوں تک انہوں نے سٹرگل کیا۔ تب ریلوے لائن بچھائی، تب یہ ٹرین دوڑی اس کے اوپر، اور اس پر آپ چل کر کے اتنی آسانی سے لکھنو سے دہلی پہنچ گئے۔</w:t>
      </w:r>
    </w:p>
    <w:p>
      <w:r>
        <w:rPr>
          <w:b/>
        </w:rPr>
        <w:t xml:space="preserve">[49:42] </w:t>
      </w:r>
      <w:r>
        <w:t>to aap ke andar is ka is ka is ko acknowledge karna chahiye, aap ko is ka itraf hona chahiye, aap ke andar is ka shukr paida hona chahiye. Aap ke andar woh logon ke liye jinhon ne yeh aap ke liye kar dala hai itna sara kaam, to woh kya kehte hain ke hum kafir ka shukr karein?</w:t>
      </w:r>
    </w:p>
    <w:p>
      <w:pPr>
        <w:jc w:val="right"/>
      </w:pPr>
      <w:r>
        <w:t>تو آپ کے اندر اس کا اس کا اس کو ایکنالج کرنا چاہیے، آپ کو اس کا اعتراف ہونا چاہیے، آپ کے اندر اس کا شکر پیدا ہونا چاہیے۔ آپ کے اندر وہ لوگوں کے لیے جنہوں نے یہ آپ کے لیے کر ڈالا ہے اتنا سارا کام، تو وہ کیا کہتے ہیں کہ ہم کافر کا شکر کریں؟</w:t>
      </w:r>
    </w:p>
    <w:p>
      <w:r>
        <w:rPr>
          <w:b/>
        </w:rPr>
        <w:t xml:space="preserve">[49:59] </w:t>
      </w:r>
      <w:r>
        <w:t>yani kai kai itni hairani ki baat hai, woh samajhte hain ke kafir koi cheez aisi hai jo paida hoti hai. Kafir woh hai jo apne aap ko kafir banaye.</w:t>
      </w:r>
    </w:p>
    <w:p>
      <w:pPr>
        <w:jc w:val="right"/>
      </w:pPr>
      <w:r>
        <w:t>یعنی کئی کئی اتنی حیرانی کی بات ہے، وہ سمجھتے ہیں کہ کافر کوئی چیز ایسی ہے جو پیدا ہوتی ہے۔ کافر وہ ہے جو اپنے آپ کو کافر بنائے۔</w:t>
      </w:r>
    </w:p>
    <w:p>
      <w:r>
        <w:rPr>
          <w:b/>
        </w:rPr>
        <w:t xml:space="preserve">[50:10] </w:t>
      </w:r>
      <w:r>
        <w:t>paida hone se koi na kafir banta, na Musalman banta. Yaad rakhiye, by birth na koi kafir hota, na by birth koi Musalman hota.</w:t>
      </w:r>
    </w:p>
    <w:p>
      <w:pPr>
        <w:jc w:val="right"/>
      </w:pPr>
      <w:r>
        <w:t>پیدا ہونے سے کوئی نہ کافر بنتا، نہ مسلمان بنتا۔ یاد رکھیے، بائے برتھ نہ کوئی کافر ہوتا، نہ بائے برتھ کوئی مسلمان ہوتا۔</w:t>
      </w:r>
    </w:p>
    <w:p>
      <w:r>
        <w:rPr>
          <w:b/>
        </w:rPr>
        <w:t xml:space="preserve">[50:22] </w:t>
      </w:r>
      <w:r>
        <w:t>yeh bilkul ek ek ek baseless baat hai. Mere birth jo hai, mere accident of birth kisi ko na kafir banati hai, na Musalman banati hai.</w:t>
      </w:r>
    </w:p>
    <w:p>
      <w:pPr>
        <w:jc w:val="right"/>
      </w:pPr>
      <w:r>
        <w:t>یہ بالکل ایک ایک ایک بیسلیس بات ہے۔ میئر برتھ جو ہے، میئر ایکسیڈنٹ آف برتھ کسی کو نہ کافر بناتی ہے، نہ مسلمان بناتی ہے۔</w:t>
      </w:r>
    </w:p>
    <w:p>
      <w:r>
        <w:rPr>
          <w:b/>
        </w:rPr>
        <w:t xml:space="preserve">[50:35] </w:t>
      </w:r>
      <w:r>
        <w:t>yaad rakhiye, mere accident of birth na kisi ko kafir banati hai, aur na kisi ko Musalman banati hai.</w:t>
      </w:r>
    </w:p>
    <w:p>
      <w:pPr>
        <w:jc w:val="right"/>
      </w:pPr>
      <w:r>
        <w:t>یاد رکھیے، میئر ایکسیڈنٹ آف برتھ نہ کسی کو کافر بناتی ہے، اور نہ کسی کو مسلمان بناتی ہے۔</w:t>
      </w:r>
    </w:p>
    <w:p>
      <w:r>
        <w:rPr>
          <w:b/>
        </w:rPr>
        <w:t xml:space="preserve">[50:46] </w:t>
      </w:r>
      <w:r>
        <w:t>aadmi khud apne aap ko banata hai. Aadmi khud apne aap ko banata hai. Jaisa aap banayenge apne aap ko, waise hi aap Khuda ke haan pahunchenge.</w:t>
      </w:r>
    </w:p>
    <w:p>
      <w:pPr>
        <w:jc w:val="right"/>
      </w:pPr>
      <w:r>
        <w:t>آدمی خود اپنے آپ کو بناتا ہے۔ آدمی خود اپنے آپ کو بناتا ہے۔ جیسا آپ بنائیں گے اپنے آپ کو، ویسے ہی آپ خدا کے ہاں پہنچیں گے۔</w:t>
      </w:r>
    </w:p>
    <w:p>
      <w:r>
        <w:rPr>
          <w:b/>
        </w:rPr>
        <w:t xml:space="preserve">[50:58] </w:t>
      </w:r>
      <w:r>
        <w:t>aur yeh banane ka jo process hai, isi ko maine kaha hai deconditioning.</w:t>
      </w:r>
    </w:p>
    <w:p>
      <w:pPr>
        <w:jc w:val="right"/>
      </w:pPr>
      <w:r>
        <w:t>اور یہ بنانے کا جو پروسیس ہے، اسی کو میں نے کہا ہے ڈی کنڈیشننگ۔</w:t>
      </w:r>
    </w:p>
    <w:p>
      <w:r>
        <w:rPr>
          <w:b/>
        </w:rPr>
        <w:t xml:space="preserve">[51:03] </w:t>
      </w:r>
      <w:r>
        <w:t>de conditioning ka process hi se aadmi banta hai.</w:t>
      </w:r>
    </w:p>
    <w:p>
      <w:pPr>
        <w:jc w:val="right"/>
      </w:pPr>
      <w:r>
        <w:t>ڈی کنڈیشننگ کا پروسیس ہی سے آدمی بنتا ہے۔</w:t>
      </w:r>
    </w:p>
    <w:p>
      <w:r>
        <w:rPr>
          <w:b/>
        </w:rPr>
        <w:t xml:space="preserve">[51:08] </w:t>
      </w:r>
      <w:r>
        <w:t>apni conditioning ko samajhna, apne mind ko parhna, apna reassessment karna, apne ko revise karna.</w:t>
      </w:r>
    </w:p>
    <w:p>
      <w:pPr>
        <w:jc w:val="right"/>
      </w:pPr>
      <w:r>
        <w:t>اپنی کنڈیشننگ کو سمجھنا، اپنے مائنڈ کو پڑھنا، اپنا ری اسیسمنٹ کرنا، اپنے کو ریوائز کرنا۔</w:t>
      </w:r>
    </w:p>
    <w:p>
      <w:r>
        <w:rPr>
          <w:b/>
        </w:rPr>
        <w:t xml:space="preserve">[51:20] </w:t>
      </w:r>
      <w:r>
        <w:t>ya yeh hai starting point. koi janam se thori kuch ho jata hai aadmi.</w:t>
      </w:r>
    </w:p>
    <w:p>
      <w:pPr>
        <w:jc w:val="right"/>
      </w:pPr>
      <w:r>
        <w:t>یا یہ ہے سٹارٹنگ پوائنٹ۔ کوئی جنم سے تھوڑی کچھ ہو جاتا ہے آدمی۔</w:t>
      </w:r>
    </w:p>
    <w:p>
      <w:r>
        <w:rPr>
          <w:b/>
        </w:rPr>
        <w:t xml:space="preserve">[51:28] </w:t>
      </w:r>
      <w:r>
        <w:t>to kaise kaise bhool mein log pade hue hain, kitni bari bari bhool mein log pade hue hain.</w:t>
      </w:r>
    </w:p>
    <w:p>
      <w:pPr>
        <w:jc w:val="right"/>
      </w:pPr>
      <w:r>
        <w:t>تو کیسے کیسے بھول میں لوگ پڑے ہوئے ہیں، کتنی بڑی بڑی بھول میں لوگ پڑے ہوئے ہیں۔</w:t>
      </w:r>
    </w:p>
    <w:p>
      <w:r>
        <w:rPr>
          <w:b/>
        </w:rPr>
        <w:t xml:space="preserve">[51:40] </w:t>
      </w:r>
      <w:r>
        <w:t>to aaj ki is meeting mein mein sab se zyada aap ko zor dena chahta hoon ke aap mein se har shakhs is ko samjhe. yani woh ghalti aap na karein jo ghalti poori poori history mein logon ne kar dali.</w:t>
      </w:r>
    </w:p>
    <w:p>
      <w:pPr>
        <w:jc w:val="right"/>
      </w:pPr>
      <w:r>
        <w:t>تو آج کی اس میٹنگ میں میں سب سے زیادہ آپ کو زور دینا چاہتا ہوں کہ آپ میں سے ہر شخص اس کو سمجھے۔ یعنی وہ غلطی آپ نہ کریں جو غلطی پوری پوری ہسٹری میں لوگوں نے کر ڈالی۔</w:t>
      </w:r>
    </w:p>
    <w:p>
      <w:r>
        <w:rPr>
          <w:b/>
        </w:rPr>
        <w:t xml:space="preserve">[51:53] </w:t>
      </w:r>
      <w:r>
        <w:t>poori poori history mein log is se bekhabar rahe ke hamein apni de conditioning karna hai. de conditioning ki importance se poori poori history mein log bekhabar rahe.</w:t>
      </w:r>
    </w:p>
    <w:p>
      <w:pPr>
        <w:jc w:val="right"/>
      </w:pPr>
      <w:r>
        <w:t>پوری پوری ہسٹری میں لوگ اس سے بے خبر رہے کہ ہمیں اپنی ڈی کنڈیشننگ کرنا ہے۔ ڈی کنڈیشننگ کی امپورٹنس سے پوری پوری ہسٹری میں لوگ بے خبر رہے۔</w:t>
      </w:r>
    </w:p>
    <w:p>
      <w:r>
        <w:rPr>
          <w:b/>
        </w:rPr>
        <w:t xml:space="preserve">[52:05] </w:t>
      </w:r>
      <w:r>
        <w:t>poori poori history mein yahan tak yeh word hi nahi milta. history mein aap dekhiye, aap talash kijiye ke de conditioning ka word kahin milta hai aap ko.</w:t>
      </w:r>
    </w:p>
    <w:p>
      <w:pPr>
        <w:jc w:val="right"/>
      </w:pPr>
      <w:r>
        <w:t>پوری پوری ہسٹری میں یہاں تک یہ ورڈ ہی نہیں ملتا۔ ہسٹری میں آپ دیکھیے، آپ تلاش کیجئے کہ ڈی کنڈیشننگ کا ورڈ کہیں ملتا ہے آپ کو۔</w:t>
      </w:r>
    </w:p>
    <w:p>
      <w:r>
        <w:rPr>
          <w:b/>
        </w:rPr>
        <w:t xml:space="preserve">[52:15] </w:t>
      </w:r>
      <w:r>
        <w:t>kyun? log jante nahi the ke hamein apni de conditioning karni hai.</w:t>
      </w:r>
    </w:p>
    <w:p>
      <w:pPr>
        <w:jc w:val="right"/>
      </w:pPr>
      <w:r>
        <w:t>کیوں؟ لوگ جانتے نہیں تھے کہ ہمیں اپنی ڈی کنڈیشننگ کرنی ہے۔</w:t>
      </w:r>
    </w:p>
    <w:p>
      <w:r>
        <w:rPr>
          <w:b/>
        </w:rPr>
        <w:t xml:space="preserve">[52:20] </w:t>
      </w:r>
      <w:r>
        <w:t>to aap aap bhi waise hi na ban jayein jaise bohat se log ban gaye aur mar gaye. isi haal mein, isi haal mein mar gaye.</w:t>
      </w:r>
    </w:p>
    <w:p>
      <w:pPr>
        <w:jc w:val="right"/>
      </w:pPr>
      <w:r>
        <w:t>تو آپ آپ بھی ویسے ہی نہ بن جائیں جیسے بہت سے لوگ بن گئے اور مر گئے۔ اسی حال میں، اسی حال میں مر گئے۔</w:t>
      </w:r>
    </w:p>
    <w:p>
      <w:r>
        <w:rPr>
          <w:b/>
        </w:rPr>
        <w:t xml:space="preserve">[52:34] </w:t>
      </w:r>
      <w:r>
        <w:t>to jaisa ke mein ne arz kiya ke history mein sab se zyada jo jo cheez miss kiya hai, jis cheez jo principle missing principle bana raha hai, woh yahi principle hai ke hum mein se har shakhs conditioning ka case hai.</w:t>
      </w:r>
    </w:p>
    <w:p>
      <w:pPr>
        <w:jc w:val="right"/>
      </w:pPr>
      <w:r>
        <w:t>تو جیسا کہ میں نے عرض کیا کہ ہسٹری میں سب سے زیادہ جو جو چیز مس کیا ہے، جس چیز جو پرنسپل مسنگ پرنسپل بنا رہا ہے، وہ یہی پرنسپل ہے کہ ہم میں سے ہر شخص کنڈیشننگ کا کیس ہے۔</w:t>
      </w:r>
    </w:p>
    <w:p>
      <w:r>
        <w:rPr>
          <w:b/>
        </w:rPr>
        <w:t xml:space="preserve">[52:50] </w:t>
      </w:r>
      <w:r>
        <w:t>hum mein se har shakhs ko apni de conditioning karni hai, aur de conditioning ka process hamein khud chalana hai. merciless hembring ke zariye se, "I was wrong" kehne ke zariye se.</w:t>
      </w:r>
    </w:p>
    <w:p>
      <w:pPr>
        <w:jc w:val="right"/>
      </w:pPr>
      <w:r>
        <w:t>ہم میں سے ہر شخص کو اپنی ڈی کنڈیشننگ کرنی ہے، اور ڈی کنڈیشننگ کا پروسیس ہمیں خود چلانا ہے۔ مرسیلس ہیمبرنگ کے ذریعے سے، "آئی واز رونگ" کہنے کے ذریعے سے۔</w:t>
      </w:r>
    </w:p>
    <w:p>
      <w:r>
        <w:rPr>
          <w:b/>
        </w:rPr>
        <w:t xml:space="preserve">[53:05] </w:t>
      </w:r>
      <w:r>
        <w:t>mein dekhta hoon ke log jo hain, yeh kehne mein bohat zyada in ko mushkil parti hai ke "I was wrong". har aadmi apne ko justify karta rehta hai. har aadmi apne ko justify karta rehta hai.</w:t>
      </w:r>
    </w:p>
    <w:p>
      <w:pPr>
        <w:jc w:val="right"/>
      </w:pPr>
      <w:r>
        <w:t>میں دیکھتا ہوں کہ لوگ جو ہیں، یہ کہنے میں بہت زیادہ ان کو مشکل پڑتی ہے کہ "آئی واز رونگ"۔ ہر آدمی اپنے کو جسٹیفائی کرتا رہتا ہے۔ ہر آدمی اپنے کو جسٹیفائی کرتا رہتا ہے۔</w:t>
      </w:r>
    </w:p>
    <w:p>
      <w:r>
        <w:rPr>
          <w:b/>
        </w:rPr>
        <w:t xml:space="preserve">[53:18] </w:t>
      </w:r>
      <w:r>
        <w:t>justify karne ke maani hain ke aap de conditioning ke liye tayyar nahi hain.</w:t>
      </w:r>
    </w:p>
    <w:p>
      <w:pPr>
        <w:jc w:val="right"/>
      </w:pPr>
      <w:r>
        <w:t>جسٹیفائی کرنے کے معنی ہیں کہ آپ ڈی کنڈیشننگ کے لیے تیار نہیں ہیں۔</w:t>
      </w:r>
    </w:p>
    <w:p>
      <w:r>
        <w:rPr>
          <w:b/>
        </w:rPr>
        <w:t xml:space="preserve">[53:26] </w:t>
      </w:r>
      <w:r>
        <w:t>to yeh kitni bari bhool hai! aap sochiye, kitni bari bhool hai apne aap ko justify karna. mera mizaj to yeh hai ke meri ghalti nahi rehti, tab bhi mein kehta hoon "I was wrong".</w:t>
      </w:r>
    </w:p>
    <w:p>
      <w:pPr>
        <w:jc w:val="right"/>
      </w:pPr>
      <w:r>
        <w:t>تو یہ کتنی بڑی بھول ہے! آپ سوچیے، کتنی بڑی بھول ہے اپنے آپ کو جسٹیفائی کرنا۔ میرا مزاج تو یہ ہے کہ میری غلطی نہیں رہتی، تب بھی میں کہتا ہوں "آئی واز رونگ"۔</w:t>
      </w:r>
    </w:p>
    <w:p>
      <w:r>
        <w:rPr>
          <w:b/>
        </w:rPr>
        <w:t xml:space="preserve">[53:43] </w:t>
      </w:r>
      <w:r>
        <w:t>sab log jo mere aas paas hain, woh jante hain ke meri ghalti nahi hoti, tab bhi mein kehta hoon "I was wrong".</w:t>
      </w:r>
    </w:p>
    <w:p>
      <w:pPr>
        <w:jc w:val="right"/>
      </w:pPr>
      <w:r>
        <w:t>سب لوگ جو میرے اس پاس ہیں، وہ جانتے ہیں کہ میری غلطی نہیں ہوتی، تب بھی میں کہتا ہوں "آئی واز رونگ"۔</w:t>
      </w:r>
    </w:p>
    <w:p>
      <w:r>
        <w:rPr>
          <w:b/>
        </w:rPr>
        <w:t xml:space="preserve">[53:51] </w:t>
      </w:r>
      <w:r>
        <w:t>kyun? dekhiye, "I was wrong" kehna apne aap mein aik aik positive amal hai. apne aap mein ke aap apne mind mein dalte hain ke mein ghalti kar sakta hoon.</w:t>
      </w:r>
    </w:p>
    <w:p>
      <w:pPr>
        <w:jc w:val="right"/>
      </w:pPr>
      <w:r>
        <w:t>کیوں؟ دیکھیے، "آئی واز رونگ" کہنا اپنے آپ میں ایک ایک پوزیٹیو عمل ہے۔ اپنے آپ میں کہ آپ اپنے مائنڈ میں ڈالتے ہیں کہ میں غلطی کر سکتا ہوں۔</w:t>
      </w:r>
    </w:p>
    <w:p>
      <w:r>
        <w:rPr>
          <w:b/>
        </w:rPr>
        <w:t xml:space="preserve">[54:05] </w:t>
      </w:r>
      <w:r>
        <w:t>apne mind mein dalte hain ke agar mein ghalti karoon to mujhe apni ghalti ko man'ne ke liye tayyar rehna chahiye. to "I was wrong" kehna aik positive streak hai.</w:t>
      </w:r>
    </w:p>
    <w:p>
      <w:pPr>
        <w:jc w:val="right"/>
      </w:pPr>
      <w:r>
        <w:t>اپنے مائنڈ میں ڈالتے ہیں کہ اگر میں غلطی کروں تو مجھے اپنی غلطی کو ماننے کے لیے تیار رہنا چاہیے۔ تو "آئی واز رونگ" کہنا ایک پوزیٹیو سٹریکٹ ہے۔</w:t>
      </w:r>
    </w:p>
    <w:p>
      <w:r>
        <w:rPr>
          <w:b/>
        </w:rPr>
        <w:t xml:space="preserve">[54:15] </w:t>
      </w:r>
      <w:r>
        <w:t>is ko inculcate karna apne apne andar. is ko yaad rakhiye,</w:t>
      </w:r>
    </w:p>
    <w:p>
      <w:pPr>
        <w:jc w:val="right"/>
      </w:pPr>
      <w:r>
        <w:t>اس کو انکلکیٹ کرنا اپنے اپنے اندر۔ اس کو یاد رکھیے،</w:t>
      </w:r>
    </w:p>
    <w:p>
      <w:r>
        <w:rPr>
          <w:b/>
        </w:rPr>
        <w:t xml:space="preserve">[54:21] </w:t>
      </w:r>
      <w:r>
        <w:t>"I was wrong" isi waqt nahi kehna hai jab ke hum waqe'atan koi hum ne ghalti kar dali hai.</w:t>
      </w:r>
    </w:p>
    <w:p>
      <w:pPr>
        <w:jc w:val="right"/>
      </w:pPr>
      <w:r>
        <w:t>"آئی واز رونگ" اسی وقت نہیں کہنا ہے جب کہ ہم واقعتا کوئی ہم نے غلطی کر ڈالی ہے۔</w:t>
      </w:r>
    </w:p>
    <w:p>
      <w:r>
        <w:rPr>
          <w:b/>
        </w:rPr>
        <w:t xml:space="preserve">[54:28] </w:t>
      </w:r>
      <w:r>
        <w:t>har baar jab aisa mauqa aaye to jaldi se keh dijiye ke "I was wrong" taake aap apne andar is positive streak ko inculcate kar sakein ke mein jab bhi ghalti karunga to us ko maan lunga.</w:t>
      </w:r>
    </w:p>
    <w:p>
      <w:pPr>
        <w:jc w:val="right"/>
      </w:pPr>
      <w:r>
        <w:t>ہر بار جب ایسا موقع آئے تو جلدی سے کہہ دیجئے کہ "آئی واز رونگ" تاکہ آپ اپنے اندر اس پوزیٹیو سٹریکٹ کو انکلکیٹ کر سکیں کہ میں جب بھی غلطی کروں گا تو اس کو مان لوں گا۔</w:t>
      </w:r>
    </w:p>
    <w:p>
      <w:r>
        <w:rPr>
          <w:b/>
        </w:rPr>
        <w:t xml:space="preserve">[54:44] </w:t>
      </w:r>
      <w:r>
        <w:t>mujhe apni ghalti ko man'ne mein hichkichahat nahi hogi. mein apni ghalti ko justify nahi karunga.</w:t>
      </w:r>
    </w:p>
    <w:p>
      <w:pPr>
        <w:jc w:val="right"/>
      </w:pPr>
      <w:r>
        <w:t>مجھے اپنی غلطی کو ماننے میں ہچکچاہٹ نہیں ہوگی۔ میں اپنی غلطی کو جسٹیفائی نہیں کروں گا۔</w:t>
      </w:r>
    </w:p>
    <w:p>
      <w:r>
        <w:rPr>
          <w:b/>
        </w:rPr>
        <w:t xml:space="preserve">[54:52] </w:t>
      </w:r>
      <w:r>
        <w:t>mein apni personality ko banane ke liye har waqt tayyar rahunga ke mein apni ghalti ko manta rahunga, apni de conditioning karta rahunga.</w:t>
      </w:r>
    </w:p>
    <w:p>
      <w:pPr>
        <w:jc w:val="right"/>
      </w:pPr>
      <w:r>
        <w:t>میں اپنی پرسنیلٹی کو بنانے کے لیے ہر وقت تیار رہوں گا کہ میں اپنی غلطی کو مانتا رہوں، اپنی ڈی کارڈنیشننگ کرتا رہوں۔</w:t>
      </w:r>
    </w:p>
    <w:p>
      <w:r>
        <w:rPr>
          <w:b/>
        </w:rPr>
        <w:t xml:space="preserve">[55:01] </w:t>
      </w:r>
      <w:r>
        <w:t>is spirit ko inculcate karne ke liye tayyar rahiye ke agar farz ki ghalti na bhi ho, tab bhi keh dijiye ke "I was wrong".</w:t>
      </w:r>
    </w:p>
    <w:p>
      <w:pPr>
        <w:jc w:val="right"/>
      </w:pPr>
      <w:r>
        <w:t>اس اسپرٹ کو انکلکیٹ کرنے کے لیے تیار رہیے کہ اگر فرض کی غلطی نہ بھی ہو، تب بھی کہہ دیجئے کہ "آئی واز رونگ"۔</w:t>
      </w:r>
    </w:p>
    <w:p>
      <w:r>
        <w:rPr>
          <w:b/>
        </w:rPr>
        <w:t xml:space="preserve">[55:13] </w:t>
      </w:r>
      <w:r>
        <w:t>masla sirf yeh nahi ke aap ne ghalti ki hai, masla yeh hai ke ghalti ko man'ne ka mizaj aap ke andar aana chahiye.</w:t>
      </w:r>
    </w:p>
    <w:p>
      <w:pPr>
        <w:jc w:val="right"/>
      </w:pPr>
      <w:r>
        <w:t>مسئلہ صرف یہ نہیں کہ آپ نے غلطی کی ہے، مسئلہ یہ ہے کہ غلطی کو ماننے کا مزاج آپ کے اندر آنا چاہیے۔</w:t>
      </w:r>
    </w:p>
    <w:p>
      <w:r>
        <w:rPr>
          <w:b/>
        </w:rPr>
        <w:t xml:space="preserve">[55:25] </w:t>
      </w:r>
      <w:r>
        <w:t>hazrat umar ke bohat se qisse aise hain ke mamooli si baat par woh koi aisi baat nahi hoti thi. mamooli si baat par keh dete the woh ke "lola falan lahla ka umar".</w:t>
      </w:r>
    </w:p>
    <w:p>
      <w:pPr>
        <w:jc w:val="right"/>
      </w:pPr>
      <w:r>
        <w:t>حضرت عمر کے بہت سے قصے ایسے ہیں کہ معمولی سی بات پر وہ کوئی ایسی بات نہیں ہوتی تھی۔ معمولی سی بات پر کہہ دیتے تھے وہ کہ "لولا فلان لہلہ کا عمر"۔</w:t>
      </w:r>
    </w:p>
    <w:p>
      <w:r>
        <w:rPr>
          <w:b/>
        </w:rPr>
        <w:t xml:space="preserve">[55:37] </w:t>
      </w:r>
      <w:r>
        <w:t>bilkul mamooli baaton par "lola falanlahla ka umar" keh falan aadmi agar na hota to umar to distroy ho chuka tha.</w:t>
      </w:r>
    </w:p>
    <w:p>
      <w:pPr>
        <w:jc w:val="right"/>
      </w:pPr>
      <w:r>
        <w:t>بالکل معمولی باتوں پر "لولا فلان لہلہ کا عمر" کہ فلاں آدمی اگر نہ ہوتا تو عمر تو ڈسٹرا ہو چکا تھا۔</w:t>
      </w:r>
    </w:p>
    <w:p>
      <w:r>
        <w:rPr>
          <w:b/>
        </w:rPr>
        <w:t xml:space="preserve">[55:48] </w:t>
      </w:r>
      <w:r>
        <w:t>halankeh aisi koi baat nahi hoti thi keh woh halak ho gaya, dist</w:t>
      </w:r>
    </w:p>
    <w:p>
      <w:pPr>
        <w:jc w:val="right"/>
      </w:pPr>
      <w:r>
        <w:t>حالانکہ ایسی کوئی بات نہیں ہوتی تھی کہ وہ ہلاک ہو گیا، ڈسٹ</w:t>
      </w:r>
    </w:p>
    <w:p>
      <w:r>
        <w:rPr>
          <w:b/>
        </w:rPr>
        <w:t xml:space="preserve">[55:51] </w:t>
      </w:r>
      <w:r>
        <w:t>roy ho gaya. lekin woh kehte thay keh "lola falanlahla ka umar". agar agar falan shakhs na hota to main to halak ho gaya tha, main ne to apne ko distroy kar liya tha.</w:t>
      </w:r>
    </w:p>
    <w:p>
      <w:pPr>
        <w:jc w:val="right"/>
      </w:pPr>
      <w:r>
        <w:t>را ہو گیا۔ لیکن وہ کہتے تھے کہ "لولا فلان لہلہ کا عمر"۔ اگر اگر فلاں شخص نہ ہوتا تو میں تو ہلاک ہو گیا تھا، میں نے تو اپنے کو ڈسٹرا کر لیا تھا۔</w:t>
      </w:r>
    </w:p>
    <w:p>
      <w:r>
        <w:rPr>
          <w:b/>
        </w:rPr>
        <w:t xml:space="preserve">[56:01] </w:t>
      </w:r>
      <w:r>
        <w:t>kyun? is is spirit ko inculcate karne ke liye apne andar, is incentive ko aur zyada strong banane ke liye.</w:t>
      </w:r>
    </w:p>
    <w:p>
      <w:pPr>
        <w:jc w:val="right"/>
      </w:pPr>
      <w:r>
        <w:t>کیوں؟ اس اسپرٹ کو انکلکیٹ کرنے کے لیے اپنے اندر، اس انسنٹیو کو اور زیادہ سٹرانگ بنانے کے لیے۔</w:t>
      </w:r>
    </w:p>
    <w:p>
      <w:r>
        <w:rPr>
          <w:b/>
        </w:rPr>
        <w:t xml:space="preserve">[56:11] </w:t>
      </w:r>
      <w:r>
        <w:t>yaad rakhiye, yeh bohat hi strong incentive aap aap ke andar rahega, tabhi aap apni deconditioning kar paayenge. warna nahi kar paayenge,</w:t>
      </w:r>
    </w:p>
    <w:p>
      <w:pPr>
        <w:jc w:val="right"/>
      </w:pPr>
      <w:r>
        <w:t>یاد رکھیے، یہ بہت ہی سٹرانگ انسنٹیو آپ آپ کے اندر رہے گا، تبھی آپ اپنی ڈی کنڈیشننگ کر پائیں گے۔ ورنہ نہیں کر پائیں گے،</w:t>
      </w:r>
    </w:p>
    <w:p>
      <w:r>
        <w:rPr>
          <w:b/>
        </w:rPr>
        <w:t xml:space="preserve">[56:20] </w:t>
      </w:r>
      <w:r>
        <w:t>warna nahi kar sakte. to apne andar bohat hi strong incentive paida karne ke liye tayyar rahiye keh ghalti nahi ho, tab bhi aap keh dein keh "I was wrong".</w:t>
      </w:r>
    </w:p>
    <w:p>
      <w:pPr>
        <w:jc w:val="right"/>
      </w:pPr>
      <w:r>
        <w:t>ورنہ نہیں کر سکتے۔ تو اپنے اندر بہت ہی سٹرانگ انسنٹیو پیدا کرنے کے لیے تیار رہیے کہ غلطی نہیں ہو، تب بھی آپ کہہ دیں کہ "آئی واز رونگ"۔</w:t>
      </w:r>
    </w:p>
    <w:p>
      <w:r>
        <w:rPr>
          <w:b/>
        </w:rPr>
        <w:t xml:space="preserve">[56:30] </w:t>
      </w:r>
      <w:r>
        <w:t>"I was wrong". "I was wrong".</w:t>
      </w:r>
    </w:p>
    <w:p>
      <w:pPr>
        <w:jc w:val="right"/>
      </w:pPr>
      <w:r>
        <w:t>"آئی واز رونگ"۔ "آئی واز رونگ"۔</w:t>
      </w:r>
    </w:p>
    <w:p>
      <w:r>
        <w:rPr>
          <w:b/>
        </w:rPr>
        <w:t xml:space="preserve">[56:36] </w:t>
      </w:r>
      <w:r>
        <w:t>to har subah shaam yeh sochte rahiye keh apne aap ko hamein tayyar karna hai, apna personality development karna hai. aaj kal personality development ka jo word hai, woh yun hota hai: physical development ke bare mein.</w:t>
      </w:r>
    </w:p>
    <w:p>
      <w:pPr>
        <w:jc w:val="right"/>
      </w:pPr>
      <w:r>
        <w:t>تو ہر صبح شام یہ سوچتے رہیے کہ اپنے آپ کو ہمیں تیار کرنا ہے، اپنا پرسنیلٹی ڈیویلپمنٹ کرنا ہے۔ آج کل پرسنیلٹی ڈیویلپمنٹ کا جو ورڈ ہے، وہ یوں ہوتا ہے: فزیکل ڈیویلپمنٹ کے بارے میں۔</w:t>
      </w:r>
    </w:p>
    <w:p>
      <w:r>
        <w:rPr>
          <w:b/>
        </w:rPr>
        <w:t xml:space="preserve">[56:50] </w:t>
      </w:r>
      <w:r>
        <w:t>halankeh woh to secondary cheez hai. asal cheez to yeh hai keh apne mind ko tayyar karna, apni soul ko tayyar karna, apni inner personality ko banana.</w:t>
      </w:r>
    </w:p>
    <w:p>
      <w:pPr>
        <w:jc w:val="right"/>
      </w:pPr>
      <w:r>
        <w:t>حالانکہ وہ تو سیکنڈری چیز ہے۔ اصل چیز تو یہ ہے کہ اپنے مائنڈ کو تیار کرنا، اپنی سول کو تیار کرنا، اپنی انر پرسنیلٹی کو بنانا۔</w:t>
      </w:r>
    </w:p>
    <w:p>
      <w:r>
        <w:rPr>
          <w:b/>
        </w:rPr>
        <w:t xml:space="preserve">[57:03] </w:t>
      </w:r>
      <w:r>
        <w:t>to aaj main aap ko yahi sabak de raha hoon keh agar aap ne ghalti nahi ki hai aur doosra aadmi jo hai insist kar raha hai keh nahi, tum ne ghalt kiya, to yeh jaante hue keh meri ghalti nahi thi, tab bhi keh dijiye "I was wrong".</w:t>
      </w:r>
    </w:p>
    <w:p>
      <w:pPr>
        <w:jc w:val="right"/>
      </w:pPr>
      <w:r>
        <w:t>تو آج میں آپ کو یہی سبق دے رہا ہوں کہ اگر آپ نے غلطی نہیں کی ہے اور دوسرا آدمی جو ہے انسسٹ کر رہا ہے کہ نہیں، تم نے غلط کیا، تو یہ جانتے ہوئے کہ میری غلطی نہیں تھی، تب بھی کہہ دیجئے "آئی واز رونگ"۔</w:t>
      </w:r>
    </w:p>
    <w:p>
      <w:r>
        <w:rPr>
          <w:b/>
        </w:rPr>
        <w:t xml:space="preserve">[57:21] </w:t>
      </w:r>
      <w:r>
        <w:t>bar bar aisa hota hai keh doosra aadmi aap ko chahta hai batana hai keh aap ne ghalti ki, aap kehte hain keh nahi, main ne nahi ghalti ki. apni justify karte rehte hain, to us ki time kyun waste kar rahe hain?</w:t>
      </w:r>
    </w:p>
    <w:p>
      <w:pPr>
        <w:jc w:val="right"/>
      </w:pPr>
      <w:r>
        <w:t>بار بار ایسا ہوتا ہے کہ دوسرا آدمی آپ کو چاہتا ہے بتانا ہے کہ آپ نے غلطی کی، آپ کہتے ہیں کہ نہیں، میں نے نہیں غلطی کی۔ اپنی جسٹیفائی کرتے رہتے ہیں، تو اس کی ٹائم کیوں ویسٹ کر رہے ہیں؟</w:t>
      </w:r>
    </w:p>
    <w:p>
      <w:r>
        <w:rPr>
          <w:b/>
        </w:rPr>
        <w:t xml:space="preserve">[57:31] </w:t>
      </w:r>
      <w:r>
        <w:t>aap keh dijiye keh "I was wrong". kyun? taake aap ke andar bohat hi strong incentive bane keh mujhe apni ghalti ko manna hai, mujhe apni ghalti ko patch up nahi karna hai.</w:t>
      </w:r>
    </w:p>
    <w:p>
      <w:pPr>
        <w:jc w:val="right"/>
      </w:pPr>
      <w:r>
        <w:t>آپ کہہ دیجئے کہ "آئی واز رونگ"۔ کیوں؟ تاکہ آپ کے اندر بہت ہی سٹرانگ انسنٹیو بنے کہ مجھے اپنی غلطی کو ماننا ہے، مجھے اپنی غلطی کو پیچ اپ نہیں کرنا ہے۔</w:t>
      </w:r>
    </w:p>
    <w:p>
      <w:r>
        <w:rPr>
          <w:b/>
        </w:rPr>
        <w:t xml:space="preserve">[57:47] </w:t>
      </w:r>
      <w:r>
        <w:t>yeh strong incentive apne aap mein ek bohat badi taaqat hai personality development ke liye.</w:t>
      </w:r>
    </w:p>
    <w:p>
      <w:pPr>
        <w:jc w:val="right"/>
      </w:pPr>
      <w:r>
        <w:t>یہ سٹرانگ انسنٹیو اپنے آپ میں ایک بہت بڑی طاقت ہے پرسنیلٹی ڈیویلپمنٹ کے لیے۔</w:t>
      </w:r>
    </w:p>
    <w:p>
      <w:r>
        <w:rPr>
          <w:b/>
        </w:rPr>
        <w:t xml:space="preserve">[57:57] </w:t>
      </w:r>
      <w:r>
        <w:t>main to Khuda ke fazl se is maamle mein har waqt tayyar rehta hoon yeh kehne ke liye keh "I was wrong".</w:t>
      </w:r>
    </w:p>
    <w:p>
      <w:pPr>
        <w:jc w:val="right"/>
      </w:pPr>
      <w:r>
        <w:t>میں تو خدا کے فضل سے اس معاملے میں ہر وقت تیار رہتا ہوں یہ کہنے کے لیے کہ "آئی واز رونگ"۔</w:t>
      </w:r>
    </w:p>
    <w:p>
      <w:r>
        <w:rPr>
          <w:b/>
        </w:rPr>
        <w:t xml:space="preserve">[58:08] </w:t>
      </w:r>
      <w:r>
        <w:t>kyunki masla yeh nahi keh aap ne ghalti ki, masla yeh hai keh aap ke andar jo incentive banna hai, woh bane. bohat hi strong incentive.</w:t>
      </w:r>
    </w:p>
    <w:p>
      <w:pPr>
        <w:jc w:val="right"/>
      </w:pPr>
      <w:r>
        <w:t>کیونکہ مسئلہ یہ نہیں کہ آپ نے غلطی کی، مسئلہ یہ ہے کہ آپ کے اندر جو انسنٹیو بننا ہے، وہ بنے۔ بہت ہی سٹرانگ انسنٹیو۔</w:t>
      </w:r>
    </w:p>
    <w:p>
      <w:r>
        <w:rPr>
          <w:b/>
        </w:rPr>
        <w:t xml:space="preserve">[58:20] </w:t>
      </w:r>
      <w:r>
        <w:t>jab tak strong incentive nahi hoga aap ke andar, aap apna personality development nahi kar sakenge.</w:t>
      </w:r>
    </w:p>
    <w:p>
      <w:pPr>
        <w:jc w:val="right"/>
      </w:pPr>
      <w:r>
        <w:t>جب تک سٹرانگ انسنٹیو نہیں ہوگا آپ کے اندر، آپ اپنا پرسنیلٹی ڈیویلپمنٹ نہیں کر سکیں گے۔</w:t>
      </w:r>
    </w:p>
    <w:p>
      <w:r>
        <w:rPr>
          <w:b/>
        </w:rPr>
        <w:t xml:space="preserve">[58:28] </w:t>
      </w:r>
      <w:r>
        <w:t>personality development bohat hi strong incentive ka chahta hai. personality development, the process of personality development requires a very very strong incentive.</w:t>
      </w:r>
    </w:p>
    <w:p>
      <w:pPr>
        <w:jc w:val="right"/>
      </w:pPr>
      <w:r>
        <w:t>پرسنیلٹی ڈیویلپمنٹ بہت ہی سٹرانگ انسنٹیو کا چاہتا ہے۔ پرسنیلٹی ڈیویلپمنٹ، دا پروسیس آف پرسنیلٹی ڈیویلپمنٹ ریکوائرڈز ا ویری ویری سٹرانگ انسنٹیو۔</w:t>
      </w:r>
    </w:p>
    <w:p>
      <w:r>
        <w:rPr>
          <w:b/>
        </w:rPr>
        <w:t xml:space="preserve">[58:45] </w:t>
      </w:r>
      <w:r>
        <w:t>aqool qaulhaza wastaghfirullah li walakum ajmaeen.</w:t>
      </w:r>
    </w:p>
    <w:p>
      <w:pPr>
        <w:jc w:val="right"/>
      </w:pPr>
      <w:r>
        <w:t>حقول قولھذا واستغفراللہ لی ولکم اجمعین۔</w:t>
      </w:r>
    </w:p>
    <w:p>
      <w:r>
        <w:rPr>
          <w:b/>
        </w:rPr>
        <w:t xml:space="preserve">[59:00] </w:t>
      </w:r>
      <w:r>
        <w:t>d</w:t>
      </w:r>
    </w:p>
    <w:p>
      <w:pPr>
        <w:jc w:val="right"/>
      </w:pPr>
      <w:r>
        <w:t>د</w:t>
      </w:r>
    </w:p>
    <w:p>
      <w:r>
        <w:rPr>
          <w:b/>
        </w:rPr>
        <w:t xml:space="preserve">[59:02] </w:t>
      </w:r>
      <w:r>
        <w:t>is question is from Hafiz ur Rehman. Maulana Quran tauheed ke bare mein batata hai, to phir aisa kyun hua keh Khuda ne directly na hote hue Jibrael ke through prophet ko verses reveal karein?</w:t>
      </w:r>
    </w:p>
    <w:p>
      <w:pPr>
        <w:jc w:val="right"/>
      </w:pPr>
      <w:r>
        <w:t>س کوئسچن از فرام حفظ الرحمن۔ مولانا قرآن توحید کے بارے میں بتاتا ہے، تو پھر ایسا کیوں ہوا کہ خدا نے ڈائریکٹلی نہ ہوتے ہوئے جبرائیل کے تھرو پرافٹ کو ورسز ریویل کریں؟</w:t>
      </w:r>
    </w:p>
    <w:p>
      <w:r>
        <w:rPr>
          <w:b/>
        </w:rPr>
        <w:t xml:space="preserve">[59:27] </w:t>
      </w:r>
      <w:r>
        <w:t>direct jo hai, woh possible nahi hai.</w:t>
      </w:r>
    </w:p>
    <w:p>
      <w:pPr>
        <w:jc w:val="right"/>
      </w:pPr>
      <w:r>
        <w:t>ڈائریکٹ جو ہے، وہ پاسیبل نہیں ہے۔</w:t>
      </w:r>
    </w:p>
    <w:p>
      <w:r>
        <w:rPr>
          <w:b/>
        </w:rPr>
        <w:t xml:space="preserve">[59:30] </w:t>
      </w:r>
      <w:r>
        <w:t>Quran mein hai, dekhiye keh Hazrat Musa ko jab Khuda ne prophet banana chaha to Hazrat Musa ne kaha keh</w:t>
      </w:r>
    </w:p>
    <w:p>
      <w:pPr>
        <w:jc w:val="right"/>
      </w:pPr>
      <w:r>
        <w:t>قرآن میں ہے، دیکھیے کہ حضرت موسیٰ کو جب خدا نے پرافٹ بنانا چاہا تو حضرت موسیٰ نے کہا کہ</w:t>
      </w:r>
    </w:p>
    <w:p>
      <w:r>
        <w:rPr>
          <w:b/>
        </w:rPr>
        <w:t xml:space="preserve">[59:43] </w:t>
      </w:r>
      <w:r>
        <w:t>yani direct chaha, direct experience chaha Khuda ka, Khuda ko dekhna chaha direct is se.</w:t>
      </w:r>
    </w:p>
    <w:p>
      <w:pPr>
        <w:jc w:val="right"/>
      </w:pPr>
      <w:r>
        <w:t>یعنی ڈائریکٹ چاہا، ڈائریکٹ ایکسپیرینس چاہا خدا کا، خدا کو دیکھنا چاہا ڈائریکٹ اس سے۔</w:t>
      </w:r>
    </w:p>
    <w:p>
      <w:r>
        <w:rPr>
          <w:b/>
        </w:rPr>
        <w:t xml:space="preserve">[59:51] </w:t>
      </w:r>
      <w:r>
        <w:t>to Quran mein aata hai keh Khuda ne jab apna jalwa utara to pahaad phat gaya aur Musa gir pade.</w:t>
      </w:r>
    </w:p>
    <w:p>
      <w:pPr>
        <w:jc w:val="right"/>
      </w:pPr>
      <w:r>
        <w:t>تو قرآن میں آتا ہے کہ خدا نے جب اپنا جلوہ اتارا تو پہاڑ پھٹ گیا اور موسیٰ گر پڑے۔</w:t>
      </w:r>
    </w:p>
    <w:p>
      <w:r>
        <w:rPr>
          <w:b/>
        </w:rPr>
        <w:t xml:space="preserve">[1:00:02] </w:t>
      </w:r>
      <w:r>
        <w:t>to Khuda ko aap kya samajhte hain? Khuda koi choti moti cheez hai? Khuda jo beyond time and capacity, beyond time and space hai, woh koi aap insaan par is ko guess kar rahe hain?</w:t>
      </w:r>
    </w:p>
    <w:p>
      <w:pPr>
        <w:jc w:val="right"/>
      </w:pPr>
      <w:r>
        <w:t>تو خدا کو آپ کیا سمجھتے ہیں؟ خدا کوئی چھوٹی موٹی چیز ہے؟ خدا جو بیان ٹائم اینڈ کیپیسٹی، بیان ٹائم اینڈ سپیس ہے، وہ کوئی آپ انسان پر اس کو گیس کر رہے ہیں؟</w:t>
      </w:r>
    </w:p>
    <w:p>
      <w:r>
        <w:rPr>
          <w:b/>
        </w:rPr>
        <w:t xml:space="preserve">[1:00:17] </w:t>
      </w:r>
      <w:r>
        <w:t>yani khuda ka main samajhta hoon ke logon ko bohat hi reduce, khuda ka bohat hi chota sa concept hai. To khuda ka, khuda ko koi aise hi samajhte hain bas jaise koi prime minister.</w:t>
      </w:r>
    </w:p>
    <w:p>
      <w:pPr>
        <w:jc w:val="right"/>
      </w:pPr>
      <w:r>
        <w:t>یعنی خدا کا میں سمجھتا ہوں کہ لوگوں کو بہت ہی ریڈیوس، خدا کا بہت ہی چھوٹا سا کانسیپٹ ہے۔ تو خدا کا، خدا کو کوئی ایسے ہی سمجھتے ہیں بس جیسے کوئی پرائم منسٹر۔</w:t>
      </w:r>
    </w:p>
    <w:p>
      <w:r>
        <w:rPr>
          <w:b/>
        </w:rPr>
        <w:t xml:space="preserve">[1:00:29] </w:t>
      </w:r>
      <w:r>
        <w:t>khuda ka direct communication insaan se nahi ho sakta hai. Is liye khuda ne angel paida kiye hain, angel ke through hota hai.</w:t>
      </w:r>
    </w:p>
    <w:p>
      <w:pPr>
        <w:jc w:val="right"/>
      </w:pPr>
      <w:r>
        <w:t>خدا کا ڈائریکٹ کمیون انسان سے نہیں ہو سکتا ہے۔ اس لیے خدا نے اینجل پیدا کیے ہیں، اینجل کے تھرو ہوتا ہے۔</w:t>
      </w:r>
    </w:p>
    <w:p>
      <w:r>
        <w:rPr>
          <w:b/>
        </w:rPr>
        <w:t xml:space="preserve">[1:00:43] </w:t>
      </w:r>
      <w:r>
        <w:t>is qism ka question ka matlab yeh hai ke aap khuda ka bohat hi chota sa koi aap ke mind mein hai image, khuda koi choti si cheez hai.</w:t>
      </w:r>
    </w:p>
    <w:p>
      <w:pPr>
        <w:jc w:val="right"/>
      </w:pPr>
      <w:r>
        <w:t>اس قسم کا کوئسچن کا مطلب یہ ہے کہ آپ خدا کا بہت ہی چھوٹا سا کوئی آپ کے مائنڈ میں ہے امیج، خدا کوئی چھوٹی سی چیز ہے۔</w:t>
      </w:r>
    </w:p>
    <w:p>
      <w:r>
        <w:rPr>
          <w:b/>
        </w:rPr>
        <w:t xml:space="preserve">[1:00:53] </w:t>
      </w:r>
      <w:r>
        <w:t>to quran mein khud is ka jawab maujood hai ke khuda ne jab apne jalwa dikhaya to pahaad phat gaya aur moosa gir pade.</w:t>
      </w:r>
    </w:p>
    <w:p>
      <w:pPr>
        <w:jc w:val="right"/>
      </w:pPr>
      <w:r>
        <w:t>تو قرآن میں خود اس کا جواب موجود ہے کہ خدا نے جب اپنے جلوہ دکھایا تو پہاڑ پھٹ گیا اور موسیٰ گر پڑے۔</w:t>
      </w:r>
    </w:p>
    <w:p>
      <w:r>
        <w:rPr>
          <w:b/>
        </w:rPr>
        <w:t xml:space="preserve">[1:01:03] </w:t>
      </w:r>
      <w:r>
        <w:t>is liye khuda ne jibril ko jo bohat hi bada angel hai, har har paighambar ke paas inhi ko bheja. Khuda ne</w:t>
      </w:r>
    </w:p>
    <w:p>
      <w:pPr>
        <w:jc w:val="right"/>
      </w:pPr>
      <w:r>
        <w:t>اس لیے خدا نے جبرائیل کو جو بہت ہی بڑا اینجل ہے، ہر ہر پیغمبر کے پاس انہی کو بھیجا۔ خدا نے</w:t>
      </w:r>
    </w:p>
    <w:p>
      <w:r>
        <w:rPr>
          <w:b/>
        </w:rPr>
        <w:t xml:space="preserve">[1:01:13] </w:t>
      </w:r>
      <w:r>
        <w:t>jitne paighambar aaye, sab ke paas khuda ka paigham le kar jibril hi aate the. To yeh khuda ka tareeqa hai aur yahi ho sakta hai, is ke siwa kuch aur nahi ho sakta hai.</w:t>
      </w:r>
    </w:p>
    <w:p>
      <w:pPr>
        <w:jc w:val="right"/>
      </w:pPr>
      <w:r>
        <w:t>جتنے پیغمبر آئے، سب کے پاس خدا کا پیغام لے کر جبرائیل ہی آتے تھے۔ تو یہ خدا کا طریقہ ہے اور یہی ہو سکتا ہے، اس کے سوا کچھ اور نہیں ہو سکتا ہے۔</w:t>
      </w:r>
    </w:p>
    <w:p>
      <w:r>
        <w:rPr>
          <w:b/>
        </w:rPr>
        <w:t xml:space="preserve">[1:01:26] </w:t>
      </w:r>
      <w:r>
        <w:t>das question is from aisha. Scientist indirectly acknowledge god through different names, marvelous order, cosmic religion, etcetera, but they do not want to believe in personal god.</w:t>
      </w:r>
    </w:p>
    <w:p>
      <w:pPr>
        <w:jc w:val="right"/>
      </w:pPr>
      <w:r>
        <w:t>دس کوئسچن از فرام عائشہ۔ سائنٹسٹ ان ڈائریکٹلی اکنالج گاڈ تھرو ڈفرنٹ نیمز، مارولس آرڈر، کاسمک ریلیجن، ایٹسٹرہ، بٹ دے ڈو ناٹ وانٹ ٹو بیلیو ان پرسنل گاڈ۔</w:t>
      </w:r>
    </w:p>
    <w:p>
      <w:r>
        <w:rPr>
          <w:b/>
        </w:rPr>
        <w:t xml:space="preserve">[1:01:40] </w:t>
      </w:r>
      <w:r>
        <w:t>kindly comment.</w:t>
      </w:r>
    </w:p>
    <w:p>
      <w:pPr>
        <w:jc w:val="right"/>
      </w:pPr>
      <w:r>
        <w:t>کائنڈلی کمنٹ۔</w:t>
      </w:r>
    </w:p>
    <w:p>
      <w:r>
        <w:rPr>
          <w:b/>
        </w:rPr>
        <w:t xml:space="preserve">[1:01:45] </w:t>
      </w:r>
      <w:r>
        <w:t>is ka</w:t>
      </w:r>
    </w:p>
    <w:p>
      <w:pPr>
        <w:jc w:val="right"/>
      </w:pPr>
      <w:r>
        <w:t>اس کا</w:t>
      </w:r>
    </w:p>
    <w:p>
      <w:r>
        <w:rPr>
          <w:b/>
        </w:rPr>
        <w:t xml:space="preserve">[1:01:48] </w:t>
      </w:r>
      <w:r>
        <w:t>ek ek mein ne ek sahib ka padha article ya kitaab thi, bohat din hua to unhon ne is ka jawab yeh diya tha ke khuda yani personal god ko mante hi foran aa jata hai concept is ka, yani deep judgment ka aur reward aur punishment ka.</w:t>
      </w:r>
    </w:p>
    <w:p>
      <w:pPr>
        <w:jc w:val="right"/>
      </w:pPr>
      <w:r>
        <w:t>ایک ایک میں نے ایک صاحب کا پڑھا آرٹیکل یا کتاب تھی، بہت دن ہوا تو انہوں نے اس کا جواب یہ دیا تھا کہ خدا یعنی پرسنل گاڈ کو مانتے ہی فوراً آ جاتا ہے کانسیپٹ اس کا، یعنی ڈیپ ججمنٹ کا اور ریوارڈ اور پنشمنٹ کا۔</w:t>
      </w:r>
    </w:p>
    <w:p>
      <w:r>
        <w:rPr>
          <w:b/>
        </w:rPr>
        <w:t xml:space="preserve">[1:02:15] </w:t>
      </w:r>
      <w:r>
        <w:t>aur aadmi scientist bhi egoist hote hain, har aadmi egoist hota hai, apni ego ko khuda ke surrender karna nahi chahta.</w:t>
      </w:r>
    </w:p>
    <w:p>
      <w:pPr>
        <w:jc w:val="right"/>
      </w:pPr>
      <w:r>
        <w:t>اور آدمی سائنٹسٹ بھی ایگوئسٹ ہوتے ہیں، ہر آدمی ایگوئسٹ ہوتا ہے، اپنی ایگو کو خدا کے سرینڈر کرنا نہیں چاہتا۔</w:t>
      </w:r>
    </w:p>
    <w:p>
      <w:r>
        <w:rPr>
          <w:b/>
        </w:rPr>
        <w:t xml:space="preserve">[1:02:24] </w:t>
      </w:r>
      <w:r>
        <w:t>sab se bari baat jo scientist ke liye bhi hai aur doosron ke liye bhi hai ke koi aadmi apni ego ko surrender karna nahi chahta, is liye woh is tarah ke bana leta hai concept khuda ke bare mein.</w:t>
      </w:r>
    </w:p>
    <w:p>
      <w:pPr>
        <w:jc w:val="right"/>
      </w:pPr>
      <w:r>
        <w:t>سب سے بڑی بات جو سائنٹسٹ کے لیے بھی ہے اور دوسروں کے لیے بھی ہے کہ کوئی آدمی اپنی ایگو کو سرینڈر کرنا نہیں چاہتا، اس لیے وہ اس طرح کے بنا لیتا ہے کانسیپٹ خدا کے بارے میں۔</w:t>
      </w:r>
    </w:p>
    <w:p>
      <w:r>
        <w:rPr>
          <w:b/>
        </w:rPr>
        <w:t xml:space="preserve">[1:02:35] </w:t>
      </w:r>
      <w:r>
        <w:t>khuda to ek cosmic spirit hai, khuda to ek</w:t>
      </w:r>
    </w:p>
    <w:p>
      <w:pPr>
        <w:jc w:val="right"/>
      </w:pPr>
      <w:r>
        <w:t>خدا تو ایک کاسمک اسپرٹ ہے، خدا تو ایک</w:t>
      </w:r>
    </w:p>
    <w:p>
      <w:r>
        <w:rPr>
          <w:b/>
        </w:rPr>
        <w:t xml:space="preserve">[1:02:42] </w:t>
      </w:r>
      <w:r>
        <w:t>is tarah ki cheez hai.</w:t>
      </w:r>
    </w:p>
    <w:p>
      <w:pPr>
        <w:jc w:val="right"/>
      </w:pPr>
      <w:r>
        <w:t>اس طرح کی چیز ہے۔</w:t>
      </w:r>
    </w:p>
    <w:p>
      <w:r>
        <w:rPr>
          <w:b/>
        </w:rPr>
        <w:t xml:space="preserve">[1:02:44] </w:t>
      </w:r>
      <w:r>
        <w:t>jab bhi aap manen ke khuda yani khuda ek ek hasti hai aur woh yani jis ko kehte hain personal god ka tasawwur, to foran hi aa jata hai ke humein apni ego ko is khuda ke aage surrender karna hai.</w:t>
      </w:r>
    </w:p>
    <w:p>
      <w:pPr>
        <w:jc w:val="right"/>
      </w:pPr>
      <w:r>
        <w:t>جب بھی آپ مانیں کہ خدا یعنی خدا ایک ایک ہستی ہے اور وہ یعنی جس کو کہتے ہیں پرسنل گاڈ کا تصور، تو فوراً ہی آ جاتا ہے کہ ہمیں اپنی ایگو کو اس خدا کے آگے سرینڈر کرنا ہے۔</w:t>
      </w:r>
    </w:p>
    <w:p>
      <w:r>
        <w:rPr>
          <w:b/>
        </w:rPr>
        <w:t xml:space="preserve">[1:03:01] </w:t>
      </w:r>
      <w:r>
        <w:t>kyun ke is woh khuda manne mein to hum bhi khuda ka part ban jaate hain, hum bhi khuda ka ek part bane hue rehte hain. Woh jo jo monism ka jo concept hai, monism, is mein insaan bhi khudai ka ek part hai,</w:t>
      </w:r>
    </w:p>
    <w:p>
      <w:pPr>
        <w:jc w:val="right"/>
      </w:pPr>
      <w:r>
        <w:t>کیونکہ اس وہ خدا ماننے میں تو ہم بھی خدا کا پارٹ بن جاتے ہیں، ہم بھی خدا کا ایک پارٹ بنے ہوئے رہتے ہیں۔ وہ جو جو مونزم کا جو کانسیپٹ ہے، مونزم، اس میں انسان بھی خدائی کا ایک پارٹ ہے،</w:t>
      </w:r>
    </w:p>
    <w:p>
      <w:r>
        <w:rPr>
          <w:b/>
        </w:rPr>
        <w:t xml:space="preserve">[1:03:14] </w:t>
      </w:r>
      <w:r>
        <w:t>lekin monotheism mein khuda alag hai, hum alag hain. To personal god ko manne ke mani hain ke main apni ego ko surrender karoon, main deep judgment ko manoon, khuda ke aage pesh hone ko manoon aur hell aur heaven par yaqeen karoon.</w:t>
      </w:r>
    </w:p>
    <w:p>
      <w:pPr>
        <w:jc w:val="right"/>
      </w:pPr>
      <w:r>
        <w:t>لیکن مونوتھیزم میں خدا الگ ہے، ہم الگ ہیں۔ تو پرسنل گاڈ کو ماننے کے معنی ہیں کہ میں اپنی ایگو کو سرینڈر کروں، میں ڈیپ ججمنٹ کو مانوں، خدا کے آگے پیش ہونے کو مانوں اور ہیل اور ہیون پر یقین کروں۔</w:t>
      </w:r>
    </w:p>
    <w:p>
      <w:r>
        <w:rPr>
          <w:b/>
        </w:rPr>
        <w:t xml:space="preserve">[1:03:33] </w:t>
      </w:r>
      <w:r>
        <w:t>yeh sari cheezein hain. To is ne yeh likha tha, bas to yeh sahi likha tha is ne ke is liye woh ek ek ek panah liye hue hain.</w:t>
      </w:r>
    </w:p>
    <w:p>
      <w:pPr>
        <w:jc w:val="right"/>
      </w:pPr>
      <w:r>
        <w:t>یہ ساری چیزیں ہیں۔ تو اس نے یہ لکھا تھا، بس تو یہ صحیح لکھا تھا اس نے کہ اس لیے وہ ایک ایک ایک پناہ لیے ہوئے ہیں۔</w:t>
      </w:r>
    </w:p>
    <w:p>
      <w:r>
        <w:rPr>
          <w:b/>
        </w:rPr>
        <w:t xml:space="preserve">[1:03:42] </w:t>
      </w:r>
      <w:r>
        <w:t>ek taraf to dekhte hain ke universe mein meaning bohat zyada hai, order bohat zyada hai, harmony bohat zyada hai. To is ko explain kaise karein?</w:t>
      </w:r>
    </w:p>
    <w:p>
      <w:pPr>
        <w:jc w:val="right"/>
      </w:pPr>
      <w:r>
        <w:t>ایک طرف تو دیکھتے ہیں کہ یونیورس میں میننگ بہت زیادہ ہے، آرڈر بہت زیادہ ہے، ہارمونی بہت زیادہ ہے۔ تو اس کو ایکسپلین کیسے کریں؟</w:t>
      </w:r>
    </w:p>
    <w:p>
      <w:r>
        <w:rPr>
          <w:b/>
        </w:rPr>
        <w:t xml:space="preserve">[1:03:53] </w:t>
      </w:r>
      <w:r>
        <w:t>sirf material process se explain nahi hota, woh to is ko koi intelligent process chahiye is ke andar. To is liye woh manne par majboor bhi hain, lekin apni ego ko surrender nahi karna chahte, is liye is ko personal god ke taur par nahi mante.</w:t>
      </w:r>
    </w:p>
    <w:p>
      <w:pPr>
        <w:jc w:val="right"/>
      </w:pPr>
      <w:r>
        <w:t>صرف مٹیریل پروسیس سے ایکسپلین نہیں ہوتا، وہ تو اس کو کوئی انٹیلیجنٹ پروسیس چاہیے اس کے اندر۔ تو اس لیے وہ ماننے پر مجبور بھی ہیں، لیکن اپنی ایگو کو سرینڈر نہیں کرنا چاہتے، اس لیے اس کو پرسنل گاڈ کے طور پر نہیں مانتے۔</w:t>
      </w:r>
    </w:p>
    <w:p>
      <w:r>
        <w:rPr>
          <w:b/>
        </w:rPr>
        <w:t xml:space="preserve">[1:04:13] </w:t>
      </w:r>
      <w:r>
        <w:t>das question is from mustafa omri. Maulana, log bimar ho kar ya accident ho kar ya kisi hadse ka shikar ho kar kyun marte hain?</w:t>
      </w:r>
    </w:p>
    <w:p>
      <w:pPr>
        <w:jc w:val="right"/>
      </w:pPr>
      <w:r>
        <w:t>دس کوئسچن از فرام مصطفی عمری۔ مولانا، لوگ بیمار ہو کر یا ایکسیڈنٹ ہو کر یا کسی حادثے کا شکار ہو کر کیوں مرتے ہیں؟</w:t>
      </w:r>
    </w:p>
    <w:p>
      <w:r>
        <w:rPr>
          <w:b/>
        </w:rPr>
        <w:t xml:space="preserve">[1:04:25] </w:t>
      </w:r>
      <w:r>
        <w:t>normal halat mein kyun nahi marte?</w:t>
      </w:r>
    </w:p>
    <w:p>
      <w:pPr>
        <w:jc w:val="right"/>
      </w:pPr>
      <w:r>
        <w:t>نارمل حالت میں کیوں نہیں مرتے؟</w:t>
      </w:r>
    </w:p>
    <w:p>
      <w:r>
        <w:rPr>
          <w:b/>
        </w:rPr>
        <w:t xml:space="preserve">[1:04:34] </w:t>
      </w:r>
      <w:r>
        <w:t>bhai, yeh to</w:t>
      </w:r>
    </w:p>
    <w:p>
      <w:pPr>
        <w:jc w:val="right"/>
      </w:pPr>
      <w:r>
        <w:t>بھئی، یہ تو</w:t>
      </w:r>
    </w:p>
    <w:p>
      <w:r>
        <w:rPr>
          <w:b/>
        </w:rPr>
        <w:t xml:space="preserve">[1:04:37] </w:t>
      </w:r>
      <w:r>
        <w:t>mein to samajhta hoon ke yeh koi question insaan khuda se poochne ka hai ke khuda ne yeh tareeqa banaya hai ke logon ki maut different tareeqe se aaye.</w:t>
      </w:r>
    </w:p>
    <w:p>
      <w:pPr>
        <w:jc w:val="right"/>
      </w:pPr>
      <w:r>
        <w:t>میں تو سمجھتا ہوں کہ یہ کوئی کوئسچن انسان خدا سے پوچھنے کا ہے کہ خدا نے یہ طریقہ بنایا ہے کہ لوگوں کی موت ڈفرنٹ طریقے سے آئے۔</w:t>
      </w:r>
    </w:p>
    <w:p>
      <w:r>
        <w:rPr>
          <w:b/>
        </w:rPr>
        <w:t xml:space="preserve">[1:04:49] </w:t>
      </w:r>
      <w:r>
        <w:t>to lekin jahan tak mein samajhta hoon ke different tareeqe se aane hi mein relation banti hai.</w:t>
      </w:r>
    </w:p>
    <w:p>
      <w:pPr>
        <w:jc w:val="right"/>
      </w:pPr>
      <w:r>
        <w:t>تو لیکن جہاں تک میں سمجھتا ہوں کہ ڈفرنٹ طریقے سے آنے ہی میں ریلیشن بنتی ہے۔</w:t>
      </w:r>
    </w:p>
    <w:p>
      <w:r>
        <w:rPr>
          <w:b/>
        </w:rPr>
        <w:t xml:space="preserve">[1:04:56] </w:t>
      </w:r>
      <w:r>
        <w:t>agar ek hi ڈھنگ ho bilkul ke jab aadmi ki umar ho gayi 90 years to mar jayega, woh 85 years ho jayega, mar jayega, woh ek dam napaat ul hisab ho to ek saal pehle bimar hoga,</w:t>
      </w:r>
    </w:p>
    <w:p>
      <w:pPr>
        <w:jc w:val="right"/>
      </w:pPr>
      <w:r>
        <w:t>اگر ایک ہی ڈھنگ ہو بالکل کہ جب آدمی کی عمر ہو گئی 90 ایئرز تو مر جائے گا، وہ 85 ایئرز ہو جائے گا، مر جائے گا، وہ ایک دم ناپات الحساب ہو تو ایک سال پہلے بیمار ہوگا،</w:t>
      </w:r>
    </w:p>
    <w:p>
      <w:r>
        <w:rPr>
          <w:b/>
        </w:rPr>
        <w:t xml:space="preserve">[1:05:13] </w:t>
      </w:r>
      <w:r>
        <w:t>itne mahine disturb rahega, phir woh mar jayega. agar aisa ho bilkul uniformity ho, agar uniformity to log iske aadi ho jayenge, use to ho jayenge, phir unko koi shakk nahi lagega, relation nahi banega.</w:t>
      </w:r>
    </w:p>
    <w:p>
      <w:pPr>
        <w:jc w:val="right"/>
      </w:pPr>
      <w:r>
        <w:t>اتنے مہینے ڈسٹرب رہے گا، پھر وہ مر جائے گا۔ اگر ایسا ہو بالکل یونیفارمیٹی ہو، اگر یونیفارمیٹی تو لوگ اس کے عادی ہو جائیں گے، یوز ٹو ہو جائیں گے، پھر ان کو کوئی شک نہیں لگے گا، ریلیشن نہیں بنے گی۔</w:t>
      </w:r>
    </w:p>
    <w:p>
      <w:r>
        <w:rPr>
          <w:b/>
        </w:rPr>
        <w:t xml:space="preserve">[1:05:25] </w:t>
      </w:r>
      <w:r>
        <w:t>bohat</w:t>
      </w:r>
    </w:p>
    <w:p>
      <w:pPr>
        <w:jc w:val="right"/>
      </w:pPr>
      <w:r>
        <w:t>بہت</w:t>
      </w:r>
    </w:p>
    <w:p>
      <w:r>
        <w:rPr>
          <w:b/>
        </w:rPr>
        <w:t xml:space="preserve">[1:05:27] </w:t>
      </w:r>
      <w:r>
        <w:t>ise main samajhta hoon ke different way mein maut aati hai taake woh lesson bane, woh shock lagaye aap ko, woh aap ko lesson de. yeh bas to iske andar jo wisdom hai, woh yahi hai.</w:t>
      </w:r>
    </w:p>
    <w:p>
      <w:pPr>
        <w:jc w:val="right"/>
      </w:pPr>
      <w:r>
        <w:t>اسے میں سمجھتا ہوں کہ ڈفرنٹ وے میں موت آتی ہے تاکہ وہ لیسن بنے، وہ شاک لگائے آپ کو، وہ آپ کو لیسن دے۔ یہ بس تو اس کے اندر جو وزڈم ہے، وہ یہی ہے۔</w:t>
      </w:r>
    </w:p>
    <w:p>
      <w:r>
        <w:rPr>
          <w:b/>
        </w:rPr>
        <w:t xml:space="preserve">[1:05:42] </w:t>
      </w:r>
      <w:r>
        <w:t>das question is from doctor wasiq ur rehman. in your opinion, what is the role of repeated recitation of quranic verses for curing diseases and solving problems e</w:t>
      </w:r>
    </w:p>
    <w:p>
      <w:pPr>
        <w:jc w:val="right"/>
      </w:pPr>
      <w:r>
        <w:t>دس کوئسچن از فرام ڈاکٹر وسیکو الرحمن۔ ان یور اوپینین، واٹ از دا رول آف ریپیٹڈ ریسیٹیشن آف قرآنک ورسز فار کیورنگ ڈیزیزز اینڈ سالونگ پرابلمز ای</w:t>
      </w:r>
    </w:p>
    <w:p>
      <w:r>
        <w:rPr>
          <w:b/>
        </w:rPr>
        <w:t xml:space="preserve">[1:05:55] </w:t>
      </w:r>
      <w:r>
        <w:t>z against understanding of problems and solving them with hikmat in the light of quran? dekhen, problem ko batana kya hai?</w:t>
      </w:r>
    </w:p>
    <w:p>
      <w:pPr>
        <w:jc w:val="right"/>
      </w:pPr>
      <w:r>
        <w:t>ز اگینسٹ انڈرسٹینڈنگ آف پرابلم اینڈ سالونگ دیم ود حکمت ان دی لائٹ آف قرآن؟ دیکھیں، پرابلم کو بتانا کیا ہے؟</w:t>
      </w:r>
    </w:p>
    <w:p>
      <w:r>
        <w:rPr>
          <w:b/>
        </w:rPr>
        <w:t xml:space="preserve">[1:06:04] </w:t>
      </w:r>
      <w:r>
        <w:t>problem to hum jante hi hain, problem aap ka personal experience hai to aap jaan lete hain bohat aasani se.</w:t>
      </w:r>
    </w:p>
    <w:p>
      <w:pPr>
        <w:jc w:val="right"/>
      </w:pPr>
      <w:r>
        <w:t>پرابلم تو ہم جانتے ہی ہیں، پرابلم آپ کا پرسنل ایکسپیرینس ہے تو آپ جان لیتے ہیں بہت آسانی سے۔</w:t>
      </w:r>
    </w:p>
    <w:p>
      <w:r>
        <w:rPr>
          <w:b/>
        </w:rPr>
        <w:t xml:space="preserve">[1:06:14] </w:t>
      </w:r>
      <w:r>
        <w:t>masla hai ke kaise aap respond karte hain? aap kaise respond karte hain? yani positive response dete hain ke negative res</w:t>
      </w:r>
    </w:p>
    <w:p>
      <w:pPr>
        <w:jc w:val="right"/>
      </w:pPr>
      <w:r>
        <w:t>مسئلہ ہے کہ کیسے آپ ریسپانڈ کرتے ہیں؟ آپ کیسے ریسپانڈ کرتے ہیں؟ یعنی پوزیٹیو رسپانس دیتے ہیں کہ نیگیٹیو رس</w:t>
      </w:r>
    </w:p>
    <w:p>
      <w:r>
        <w:rPr>
          <w:b/>
        </w:rPr>
        <w:t xml:space="preserve">[1:06:23] </w:t>
      </w:r>
      <w:r>
        <w:t>ponse dete hain? sara mamla yahan par aata hai. to sara jo quran mein zor hai, woh is par hai ke you have to respond positively even in negative situations.</w:t>
      </w:r>
    </w:p>
    <w:p>
      <w:pPr>
        <w:jc w:val="right"/>
      </w:pPr>
      <w:r>
        <w:t>پانس دیتے ہیں؟ سارا معاملہ یہاں پر آتا ہے۔ تو سارا جو قرآن میں زور ہے، وہ اس پر ہے کہ یو ہیو ٹو ریسپانڈ پوزیٹیولی ایون ان نیگیٹیو سچویشنز۔</w:t>
      </w:r>
    </w:p>
    <w:p>
      <w:r>
        <w:rPr>
          <w:b/>
        </w:rPr>
        <w:t xml:space="preserve">[1:06:36] </w:t>
      </w:r>
      <w:r>
        <w:t>kyunki yahi to insaan ka asal test hai, yahi to insaan deviate ho jata hai ya insaan bhag jata hai. to problem ko point out karna yeh koi zyada bada kaam nahi</w:t>
      </w:r>
    </w:p>
    <w:p>
      <w:pPr>
        <w:jc w:val="right"/>
      </w:pPr>
      <w:r>
        <w:t>کیونکہ یہی تو انسان کا اصل ٹیسٹ ہے، یہی تو انسان ڈیویٹ ہو جاتا ہے یا انسان بھاگ جاتا ہے۔ تو پرابلم کو پوائنٹ آؤٹ کرنا یہ کوئی زیادہ بڑا کام نہیں</w:t>
      </w:r>
    </w:p>
    <w:p>
      <w:r>
        <w:rPr>
          <w:b/>
        </w:rPr>
        <w:t xml:space="preserve">[1:06:51] </w:t>
      </w:r>
      <w:r>
        <w:t>hai. bada kaam yeh hai ke jab problem ko kaise face karein aap. to aam taur par aap dekhiye, 99 percent log negative tareeqe se face karte hain problem ko aur is se bohat nuksan hota hai un ko.</w:t>
      </w:r>
    </w:p>
    <w:p>
      <w:pPr>
        <w:jc w:val="right"/>
      </w:pPr>
      <w:r>
        <w:t>ہے۔ بڑا کام یہ ہے کہ جب پرابلم کو کیسے فیس کریں آپ۔ تو عام طور پر آپ دیکھیے، 99 پرسنٹ لوگ نیگیٹیو طریقے سے فیس کرتے ہیں پرابلم کو اور اس سے بہت نقصان ہوتا ہے ان کو۔</w:t>
      </w:r>
    </w:p>
    <w:p>
      <w:r>
        <w:rPr>
          <w:b/>
        </w:rPr>
        <w:t xml:space="preserve">[1:07:06] </w:t>
      </w:r>
      <w:r>
        <w:t>sab se bada nuksan yeh hai ke aap ke andar negative personality banti hai, aap distract ho jate hain, aap kuch kaam nahi kar paate.</w:t>
      </w:r>
    </w:p>
    <w:p>
      <w:pPr>
        <w:jc w:val="right"/>
      </w:pPr>
      <w:r>
        <w:t>سب سے بڑا نقصان یہ ہے کہ آپ کے اندر نیگیٹیو پرسنیلٹی بنتی ہے، آپ ڈسٹریکٹ ہو جاتے ہیں، آپ کچھ کام نہیں کر پاتے۔</w:t>
      </w:r>
    </w:p>
    <w:p>
      <w:r>
        <w:rPr>
          <w:b/>
        </w:rPr>
        <w:t xml:space="preserve">[1:07:15] </w:t>
      </w:r>
      <w:r>
        <w:t>to zyada bada masla hai ke insaan ko is weakness se bachaya jaye ke woh situation ko negative tareeqe se respond kare. is liye is par islam mein bohat zor diya gaya hai.</w:t>
      </w:r>
    </w:p>
    <w:p>
      <w:pPr>
        <w:jc w:val="right"/>
      </w:pPr>
      <w:r>
        <w:t>تو زیادہ بڑا مسئلہ ہے کہ انسان کو اس ویکنس سے بچایا جائے کہ وہ سچویشن کو نیگیٹیو طریقے سے ریسپانڈ کرے۔ اس لیے اس پر اسلام میں بہت زور دیا گیا ہے۔</w:t>
      </w:r>
    </w:p>
    <w:p>
      <w:r>
        <w:rPr>
          <w:b/>
        </w:rPr>
        <w:t xml:space="preserve">[1:07:28] </w:t>
      </w:r>
      <w:r>
        <w:t>das question is from idrees. maulana, you say action should be result oriented. if the result seems to be fruitless or counter productive, then action should be avoided.</w:t>
      </w:r>
    </w:p>
    <w:p>
      <w:pPr>
        <w:jc w:val="right"/>
      </w:pPr>
      <w:r>
        <w:t>دس کوئسچن از فرام ادریس۔ مولانا، یو سے ایکشن شوڈ بی رزلٹ اورینٹڈ۔ اف دا رزلٹ سیمز ٹو بی فروٹ لیس اور کاؤنٹر پروڈکٹو، دین ایکشن شوڈ بی اوائڈڈ۔</w:t>
      </w:r>
    </w:p>
    <w:p>
      <w:r>
        <w:rPr>
          <w:b/>
        </w:rPr>
        <w:t xml:space="preserve">[1:07:43] </w:t>
      </w:r>
      <w:r>
        <w:t>does this also apply to dawa activity?</w:t>
      </w:r>
    </w:p>
    <w:p>
      <w:pPr>
        <w:jc w:val="right"/>
      </w:pPr>
      <w:r>
        <w:t>ڈز دس السو اپلائی ٹو دعوی ایکٹیویٹی؟</w:t>
      </w:r>
    </w:p>
    <w:p>
      <w:r>
        <w:rPr>
          <w:b/>
        </w:rPr>
        <w:t xml:space="preserve">[1:07:49] </w:t>
      </w:r>
      <w:r>
        <w:t>zahiri hai ke dawa activity padi hai. yeh wahan is tareeqe se rahega ke aap ek aadmi se milein aur woh aadmi hate se bhara hua hai to woh ladne ke liye tayyar ho jata hai.</w:t>
      </w:r>
    </w:p>
    <w:p>
      <w:pPr>
        <w:jc w:val="right"/>
      </w:pPr>
      <w:r>
        <w:t>ظاہر ہے کہ دعوی ایکٹیویٹی پڑی ہے۔ یہ وہاں اس طریقے سے رہے گا کہ آپ ایک آدمی سے ملیں اور وہ آدمی ہیٹ سے بھرا ہوا ہے تو وہ لڑنے کے لیے تیار ہو جاتا ہے۔</w:t>
      </w:r>
    </w:p>
    <w:p>
      <w:r>
        <w:rPr>
          <w:b/>
        </w:rPr>
        <w:t xml:space="preserve">[1:08:03] </w:t>
      </w:r>
      <w:r>
        <w:t>to aap avoid kijiye, jaise kal raat ko hum ne avoid kiya, hum takraye nahi. lekin is ka matlab nahi ke dawa work band.</w:t>
      </w:r>
    </w:p>
    <w:p>
      <w:pPr>
        <w:jc w:val="right"/>
      </w:pPr>
      <w:r>
        <w:t>تو آپ اوائڈ کیجئے، جیسے کل رات کو ہم نے اوائڈ کیا، ہم ٹکرائے نہیں۔ لیکن اس کا مطلب نہیں کہ دعوی ورک بند۔</w:t>
      </w:r>
    </w:p>
    <w:p>
      <w:r>
        <w:rPr>
          <w:b/>
        </w:rPr>
        <w:t xml:space="preserve">[1:08:15] </w:t>
      </w:r>
      <w:r>
        <w:t>is ka matlab yeh nahi hai, retard karne se bachiye aap. bas baqi aap dua kijiye, peechay bhi tareeqe samhaiye, yeh to kaam jari rahega.</w:t>
      </w:r>
    </w:p>
    <w:p>
      <w:pPr>
        <w:jc w:val="right"/>
      </w:pPr>
      <w:r>
        <w:t>اس کا مطلب یہ نہیں ہے، ریٹارڈ کرنے سے بچیے آپ۔ بس باقی آپ دعا کیجئے، پیچھے بھی طریقے سمجھائیے، یہ تو کام جاری رہے گا۔</w:t>
      </w:r>
    </w:p>
    <w:p>
      <w:r>
        <w:rPr>
          <w:b/>
        </w:rPr>
        <w:t xml:space="preserve">[1:08:27] </w:t>
      </w:r>
      <w:r>
        <w:t>yani is ke kade bol ka jawab phir kade bol se na dein, yeh karna hai.</w:t>
      </w:r>
    </w:p>
    <w:p>
      <w:pPr>
        <w:jc w:val="right"/>
      </w:pPr>
      <w:r>
        <w:t>یعنی اس کے کڑے بول کا جواب پھر کڑے بول سے نہ دیں، یہ کرنا ہے۔</w:t>
      </w:r>
    </w:p>
    <w:p>
      <w:r>
        <w:rPr>
          <w:b/>
        </w:rPr>
        <w:t xml:space="preserve">[1:08:33] </w:t>
      </w:r>
      <w:r>
        <w:t>baqi avoid kar ke is ko narmi se samjhana bohat hi. jaise quran mein hai ke Allah taala ne jab Moosa ko bheja Firon ke paas, jo zamane mein bohat despotic king bana hua tha,</w:t>
      </w:r>
    </w:p>
    <w:p>
      <w:pPr>
        <w:jc w:val="right"/>
      </w:pPr>
      <w:r>
        <w:t>باقی اوائڈ کر کے اس کو نرمی سے سمجھانا بہت ہی۔ جیسے قرآن میں ہے کہ اللہ تعالی نے جب موسیٰ کو بھیجا فرعون کے پاس، جو زمانے میں بہت ڈسپوٹک کنگ بنا ہوا تھا،</w:t>
      </w:r>
    </w:p>
    <w:p>
      <w:r>
        <w:rPr>
          <w:b/>
        </w:rPr>
        <w:t xml:space="preserve">[1:08:49] </w:t>
      </w:r>
      <w:r>
        <w:t>to farmaya ke qoolahu qoolan laina narmi se baat karna, narmi se baat karna.</w:t>
      </w:r>
    </w:p>
    <w:p>
      <w:pPr>
        <w:jc w:val="right"/>
      </w:pPr>
      <w:r>
        <w:t>تو فرمایا کہ قولہ قولا لینا نرمی سے بات کرنا، نرمی سے بات کرنا۔</w:t>
      </w:r>
    </w:p>
    <w:p>
      <w:r>
        <w:rPr>
          <w:b/>
        </w:rPr>
        <w:t xml:space="preserve">[1:09:00] </w:t>
      </w:r>
      <w:r>
        <w:t>to asal cheez yeh hai ke humein kade bol ko sun kar humein bhi kada bol nahi bolna hai, yeh karna hai.</w:t>
      </w:r>
    </w:p>
    <w:p>
      <w:pPr>
        <w:jc w:val="right"/>
      </w:pPr>
      <w:r>
        <w:t>تو اصل چیز یہ ہے کہ ہمیں کڑے بول کو سن کر ہمیں بھی کڑا بول نہیں بولنا ہے، یہ کرنا ہے۔</w:t>
      </w:r>
    </w:p>
    <w:p>
      <w:r>
        <w:rPr>
          <w:b/>
        </w:rPr>
        <w:t xml:space="preserve">[1:09:09] </w:t>
      </w:r>
      <w:r>
        <w:t>baqi jo koshish hai, woh to chalti rahegi</w:t>
      </w:r>
    </w:p>
    <w:p>
      <w:pPr>
        <w:jc w:val="right"/>
      </w:pPr>
      <w:r>
        <w:t>باقی جو کوشش ہے، وہ تو چلتی رہے گی</w:t>
      </w:r>
    </w:p>
    <w:p>
      <w:r>
        <w:rPr>
          <w:b/>
        </w:rPr>
        <w:t xml:space="preserve">[1:09:14] </w:t>
      </w:r>
      <w:r>
        <w:t>dua ke zariye se. kabhi dua karenge aap, kabhi thande tareeqe se samhayenge, kabhi koi literature denge is ko.</w:t>
      </w:r>
    </w:p>
    <w:p>
      <w:pPr>
        <w:jc w:val="right"/>
      </w:pPr>
      <w:r>
        <w:t>دعا کے ذریعے سے۔ کبھی دعا کریں گے آپ، کبھی ٹھنڈے طریقے سے سمجھائیں گے، کبھی کوئی لٹریچر دیں گے اس کو۔</w:t>
      </w:r>
    </w:p>
    <w:p>
      <w:r>
        <w:rPr>
          <w:b/>
        </w:rPr>
        <w:t xml:space="preserve">[1:09:22] </w:t>
      </w:r>
      <w:r>
        <w:t>to yeh apne method ko badalne ki baat hai, na ke dua work ko rok dene ki baat hai.</w:t>
      </w:r>
    </w:p>
    <w:p>
      <w:pPr>
        <w:jc w:val="right"/>
      </w:pPr>
      <w:r>
        <w:t>تو یہ اپنے میتھڈ کو بدلنے کی بات ہے، نہ کہ دعا ورک کو روک دینے کی بات ہے۔</w:t>
      </w:r>
    </w:p>
    <w:p>
      <w:r>
        <w:rPr>
          <w:b/>
        </w:rPr>
        <w:t xml:space="preserve">[1:09:33] </w:t>
      </w:r>
      <w:r>
        <w:t>This question is from Muhammad Alam. From from the point of view of Islam and also from the point of view of worldly need, what is your opinion on women education?</w:t>
      </w:r>
    </w:p>
    <w:p>
      <w:pPr>
        <w:jc w:val="right"/>
      </w:pPr>
      <w:r>
        <w:t>دس کوئسچن از فرام محمد عالم۔ فرام فرام دی پوائنٹ آف ویو آف اسلام اینڈ السو فرام دی پوائنٹ آف ویو آف ورلڈلی نیڈ، واٹ از یور اوپینین ان وومن ایجوکیشن؟</w:t>
      </w:r>
    </w:p>
    <w:p>
      <w:r>
        <w:rPr>
          <w:b/>
        </w:rPr>
        <w:t xml:space="preserve">[1:09:52] </w:t>
      </w:r>
      <w:r>
        <w:t>bhai, women education to bohat hi important hai, itna hi important hai jitna ke mardon ki education. baqi main is ko nahi samajhta sahi ke theek wahi aurat bhi is ke liye apne andar paida kare jo birth ke liye chahiye.</w:t>
      </w:r>
    </w:p>
    <w:p>
      <w:pPr>
        <w:jc w:val="right"/>
      </w:pPr>
      <w:r>
        <w:t>بھئی، وومن ایجوکیشن تو بہت ہی امپورٹنٹ ہے، اتنا ہی امپورٹنٹ ہے جتنا کہ مردوں کی ایجوکیشن۔ باقی میں اس کو نہیں سمجھتا صحیح کہ ٹھیک وہی عورت بھی اس کے لیے اپنے اندر پیدا کرے جو برتھ کے لیے چاہیے۔</w:t>
      </w:r>
    </w:p>
    <w:p>
      <w:r>
        <w:rPr>
          <w:b/>
        </w:rPr>
        <w:t xml:space="preserve">[1:10:11] </w:t>
      </w:r>
      <w:r>
        <w:t>yeh yeh jo hai unrealistic baat hai. main gender equality ko bohat aik myth samajhta hoon</w:t>
      </w:r>
    </w:p>
    <w:p>
      <w:pPr>
        <w:jc w:val="right"/>
      </w:pPr>
      <w:r>
        <w:t>یہ یہ جو ہے ان ریلسٹک بات ہے۔ میں جینڈر ایکولٹی کو بہت ایک متھ سمجھتا ہوں</w:t>
      </w:r>
    </w:p>
    <w:p>
      <w:r>
        <w:rPr>
          <w:b/>
        </w:rPr>
        <w:t xml:space="preserve">[1:10:19] </w:t>
      </w:r>
      <w:r>
        <w:t>. gender equality koi cheez nahi hai, gender inequality asal hai nature mein. kyun? khuda ne difference is liye paida kiya hai har jagah, har jagah, har jagah taake kai cheezein mil kar ke koi bara kaam kar sakein.</w:t>
      </w:r>
    </w:p>
    <w:p>
      <w:pPr>
        <w:jc w:val="right"/>
      </w:pPr>
      <w:r>
        <w:t>۔ جینڈر ایکولٹی کوئی چیز نہیں ہے، جینڈر ان ایکولٹی اصل ہے نیچر میں۔ کیوں؟ خدا نے ڈفرنس اس لیے پیدا کیا ہے ہر جگہ، ہر جگہ، ہر جگہ تاکہ کئی چیزیں مل کر کے کوئی بڑا کام کر سکیں۔</w:t>
      </w:r>
    </w:p>
    <w:p>
      <w:r>
        <w:rPr>
          <w:b/>
        </w:rPr>
        <w:t xml:space="preserve">[1:10:38] </w:t>
      </w:r>
      <w:r>
        <w:t>agar sab aik dam aik hi dhake hon to koi bara kaam nahi ho sakta hai.</w:t>
      </w:r>
    </w:p>
    <w:p>
      <w:pPr>
        <w:jc w:val="right"/>
      </w:pPr>
      <w:r>
        <w:t>اگر سب ایک دم ایک ہی دھکے ہوں تو کوئی بڑا کام نہیں ہو سکتا ہے۔</w:t>
      </w:r>
    </w:p>
    <w:p>
      <w:r>
        <w:rPr>
          <w:b/>
        </w:rPr>
        <w:t xml:space="preserve">[1:10:43] </w:t>
      </w:r>
      <w:r>
        <w:t>woh kya kisi ki saying hai ke when woh kya hai? woh when all things alike, no one thinks very much.</w:t>
      </w:r>
    </w:p>
    <w:p>
      <w:pPr>
        <w:jc w:val="right"/>
      </w:pPr>
      <w:r>
        <w:t>وہ کیا کسی کی سےئنگ ہے کہ وین وہ کیا ہے؟ وہ وین ال تھنگ الائک، نو ون تھنکس ویلی مچ۔</w:t>
      </w:r>
    </w:p>
    <w:p>
      <w:r>
        <w:rPr>
          <w:b/>
        </w:rPr>
        <w:t xml:space="preserve">[1:10:55] </w:t>
      </w:r>
      <w:r>
        <w:t>to yeh koi achi baat nahi hai. gender equality to aik bilkul stepped baat hai. mere nazdeek agar sab log equal ho jayein to kuch kaam hi nahi hoga.</w:t>
      </w:r>
    </w:p>
    <w:p>
      <w:pPr>
        <w:jc w:val="right"/>
      </w:pPr>
      <w:r>
        <w:t>تو یہ کوئی اچھی بات نہیں ہے۔ جینڈر ایکولٹی تو ایک بالکل سٹیپڈ بات ہے۔ میرے نزدیک اگر سب لوگ ایکول ہو جائیں تو کچھ کام ہی نہیں ہوگا۔</w:t>
      </w:r>
    </w:p>
    <w:p>
      <w:r>
        <w:rPr>
          <w:b/>
        </w:rPr>
        <w:t xml:space="preserve">[1:11:07] </w:t>
      </w:r>
      <w:r>
        <w:t>chunki differences hain, kisi mein koi quality hai, kisi mein koi quality hai, to aik doosre ko complement karte hain. woh yeh bari baat zyada hai.</w:t>
      </w:r>
    </w:p>
    <w:p>
      <w:pPr>
        <w:jc w:val="right"/>
      </w:pPr>
      <w:r>
        <w:t>چونکہ ڈفرنسز ہیں، کسی میں کوئی کوالٹی ہے، کسی میں کوئی کوالٹی ہے، تو ایک دوسرے کو کمپلیمنٹ کرتے ہیں۔ وہ یہ بڑی بات زیادہ ہے۔</w:t>
      </w:r>
    </w:p>
    <w:p>
      <w:r>
        <w:rPr>
          <w:b/>
        </w:rPr>
        <w:t xml:space="preserve">[1:11:19] </w:t>
      </w:r>
      <w:r>
        <w:t>to nature ki jo scheme hai, woh base karti hai difference par, woh uniformity par base nahi karti hai. yeh to aik aik apni banai hui aik philosophy hai, na is par koi scientific base bhi nahi hai.</w:t>
      </w:r>
    </w:p>
    <w:p>
      <w:pPr>
        <w:jc w:val="right"/>
      </w:pPr>
      <w:r>
        <w:t>تو نیچر کی جو اسکیم ہے، وہ بیس کرتی ہے ڈفرنس پر، وہ یونیفارمیٹی پر بیس نہیں کرتی ہے۔ یہ تو ایک ایک اپنی بنائی ہوئی ایک فلاسفی ہے، نہ اس پر کوئی سائنٹیفک بیس بھی نہیں ہے۔</w:t>
      </w:r>
    </w:p>
    <w:p>
      <w:r>
        <w:rPr>
          <w:b/>
        </w:rPr>
        <w:t xml:space="preserve">[1:11:33] </w:t>
      </w:r>
      <w:r>
        <w:t>jitne bhi science mein studies hui hain, woh sab batati hain ke aurat mard mein differences hain. main ne is se pehle shayad aap ko bataya hoga ke America ka jo magazine hai, bohat bara time,</w:t>
      </w:r>
    </w:p>
    <w:p>
      <w:pPr>
        <w:jc w:val="right"/>
      </w:pPr>
      <w:r>
        <w:t>جتنے بھی سائنس میں اسٹڈیز ہوئی ہیں، وہ سب بتاتی ہیں کہ عورت مرد میں ڈفرنسز ہیں۔ میں نے اس سے پہلے شاید آپ کو بتایا ہوگا کہ امریکہ کا جو میگزین ہے، بہت بڑا ٹائم،</w:t>
      </w:r>
    </w:p>
    <w:p>
      <w:r>
        <w:rPr>
          <w:b/>
        </w:rPr>
        <w:t xml:space="preserve">[1:11:48] </w:t>
      </w:r>
      <w:r>
        <w:t>bohat zyada circulation is ka hai,</w:t>
      </w:r>
    </w:p>
    <w:p>
      <w:pPr>
        <w:jc w:val="right"/>
      </w:pPr>
      <w:r>
        <w:t>بہت زیادہ سرکولیشن اس کا ہے،</w:t>
      </w:r>
    </w:p>
    <w:p>
      <w:r>
        <w:rPr>
          <w:b/>
        </w:rPr>
        <w:t xml:space="preserve">[1:11:51] </w:t>
      </w:r>
      <w:r>
        <w:t>is ne 20 ladies ko aik team banai, 20 ladies ki. aur kaam tha ke different jo branches hain zindagi ki, us mein pata karo ke aurat aur birth ka kya mamla hai.</w:t>
      </w:r>
    </w:p>
    <w:p>
      <w:pPr>
        <w:jc w:val="right"/>
      </w:pPr>
      <w:r>
        <w:t>اس نے 20 لیڈیز کو ایک ٹیم بنائی، 20 لیڈیز کی۔ اور کام کیا تھا کہ ڈفرنٹ جو برانچز ہیں زندگی کی، اس میں پتہ کرو کہ عورت اور برتھ کا کیا معاملہ ہے۔</w:t>
      </w:r>
    </w:p>
    <w:p>
      <w:r>
        <w:rPr>
          <w:b/>
        </w:rPr>
        <w:t xml:space="preserve">[1:12:06] </w:t>
      </w:r>
      <w:r>
        <w:t>yahi study karne ke liye, yani film industry mein bhi dekho, aviation mein bhi dekho, companiyon mein bhi dekho, har jagah dekho ke different branches jo hain learning ke, is se kya cheez nikalti hai.</w:t>
      </w:r>
    </w:p>
    <w:p>
      <w:pPr>
        <w:jc w:val="right"/>
      </w:pPr>
      <w:r>
        <w:t>یہی اسٹڈی کرنے کے لیے، یعنی فلم انڈسٹری میں بھی دیکھو، اوی ایشن میں بھی دیکھو، کمپنیوں میں بھی دیکھو، ہر جگہ دیکھو کہ ڈفرنٹ برانچز جو ہیں لرننگ کے، اس سے کیا چیز نکلتی ہے۔</w:t>
      </w:r>
    </w:p>
    <w:p>
      <w:r>
        <w:rPr>
          <w:b/>
        </w:rPr>
        <w:t xml:space="preserve">[1:12:20] </w:t>
      </w:r>
      <w:r>
        <w:t>to sab ne woh chhapa tha, poora aik issue tha isi par time mein bataya ke har branch se yeh cheez aa rahi hai ke aurat mard mein difference hai, biology se, psychology se,</w:t>
      </w:r>
    </w:p>
    <w:p>
      <w:pPr>
        <w:jc w:val="right"/>
      </w:pPr>
      <w:r>
        <w:t>تو سب نے وہ چھپا تھا، پورا ایک ایشو تھا اسی پر ٹائم میں بتایا کہ ہر برانچ سے یہ چیز آ رہی ہے کہ عورت مرد میں ڈفرنس ہے، بیالوجی سے، سائیکالوجی سے،</w:t>
      </w:r>
    </w:p>
    <w:p>
      <w:r>
        <w:rPr>
          <w:b/>
        </w:rPr>
        <w:t xml:space="preserve">[1:12:33] </w:t>
      </w:r>
      <w:r>
        <w:t>aur jitne bhi branches hain is ki ke aurat mard mein differences hain.</w:t>
      </w:r>
    </w:p>
    <w:p>
      <w:pPr>
        <w:jc w:val="right"/>
      </w:pPr>
      <w:r>
        <w:t>اور جتنے بھی برانچز ہیں اس کی کہ عورت مرد میں ڈفرنسز ہیں۔</w:t>
      </w:r>
    </w:p>
    <w:p>
      <w:r>
        <w:rPr>
          <w:b/>
        </w:rPr>
        <w:t xml:space="preserve">[1:12:39] </w:t>
      </w:r>
      <w:r>
        <w:t>to is mein aik naqal kiya tha, aik aik jo so called women lip ki jo hote hain auratein, to aik aurat ne bare josh se kaha tha ke hum ab auraton ke genetic code ko badlein ge taake saare aurat jo hain mard ki tarah paida hon.</w:t>
      </w:r>
    </w:p>
    <w:p>
      <w:pPr>
        <w:jc w:val="right"/>
      </w:pPr>
      <w:r>
        <w:t>تو اس میں ایک نقل کیا تھا، ایک ایک جو سو کالڈ وومنز لپ کی جو ہوتے ہیں عورتیں، تو ایک عورت نے بڑے جوش سے کہا تھا کہ ہم اب عورتوں کے جینیٹک کوڈ کو بدلیں گے تاکہ سارے عورت جو ہیں مرد کی طرح پیدا ہوں۔</w:t>
      </w:r>
    </w:p>
    <w:p>
      <w:r>
        <w:rPr>
          <w:b/>
        </w:rPr>
        <w:t xml:space="preserve">[1:12:58] </w:t>
      </w:r>
      <w:r>
        <w:t>zahair hai ke absurd baat hai, yeh absurd baat hai.</w:t>
      </w:r>
    </w:p>
    <w:p>
      <w:pPr>
        <w:jc w:val="right"/>
      </w:pPr>
      <w:r>
        <w:t>ظاہر ہے کہ ابسورڈ بات ہے، یہ ابسورڈ بات ہے۔</w:t>
      </w:r>
    </w:p>
    <w:p>
      <w:r>
        <w:rPr>
          <w:b/>
        </w:rPr>
        <w:t xml:space="preserve">[1:13:02] </w:t>
      </w:r>
      <w:r>
        <w:t>to difference jo hai, woh to bohat bari, main to woh to yani bohat bari blessing hai nature ki ke difference paida kiya khuda ne.</w:t>
      </w:r>
    </w:p>
    <w:p>
      <w:pPr>
        <w:jc w:val="right"/>
      </w:pPr>
      <w:r>
        <w:t>تو ڈفرنس جو ہے، وہ تو بہت بڑی، میں تو وہ تو یعنی بہت بڑی بریسنگ ہے نیچر کی کہ ڈفرنس پیدا کیا خدا نے۔</w:t>
      </w:r>
    </w:p>
    <w:p>
      <w:r>
        <w:rPr>
          <w:b/>
        </w:rPr>
        <w:t xml:space="preserve">[1:13:11] </w:t>
      </w:r>
      <w:r>
        <w:t>is se difference se bare bare kaam hote hain kyunke aik doosre ko complement karta hai, aik doosre ko aik ki kami doosra poora karta hai.</w:t>
      </w:r>
    </w:p>
    <w:p>
      <w:pPr>
        <w:jc w:val="right"/>
      </w:pPr>
      <w:r>
        <w:t>اس سے ڈفرنس سے بڑے بڑے کام ہوتے ہیں کیونکہ ایک دوسرے کو کمپلیمنٹ کرتا ہے، ایک دوسرے کو ایک کی کمی دوسرا پورا کرتا ہے۔</w:t>
      </w:r>
    </w:p>
    <w:p>
      <w:r>
        <w:rPr>
          <w:b/>
        </w:rPr>
        <w:t xml:space="preserve">[1:13:23] </w:t>
      </w:r>
      <w:r>
        <w:t>is wajah se education bohat zaroori hai, lekin education ka matlab yeh nahi ke jo woh parhe, wohi woh bhi parhe. is ko main nahi manta. dono ki planning alag alag honi chahiye.</w:t>
      </w:r>
    </w:p>
    <w:p>
      <w:pPr>
        <w:jc w:val="right"/>
      </w:pPr>
      <w:r>
        <w:t>اس وجہ سے ایجوکیشن بہت ضروری ہے، لیکن ایجوکیشن کا مطلب یہ نہیں کہ جو وہ پڑھے، وہی وہ بھی پڑھے۔ اس کو میں نہیں مانتا۔ دونوں کی پلاننگ الگ الگ ہونی چاہیے۔</w:t>
      </w:r>
    </w:p>
    <w:p>
      <w:r>
        <w:rPr>
          <w:b/>
        </w:rPr>
        <w:t xml:space="preserve">[1:13:33] </w:t>
      </w:r>
      <w:r>
        <w:t>mard ko apne hisab se parhna chahiye, aurat ko apne hisab se parhna chahiye, aur co education ke bhi khilaf ho. agarche co education is zamane mein ho ya na ho, yani co living to hai hi hai har jagah.</w:t>
      </w:r>
    </w:p>
    <w:p>
      <w:pPr>
        <w:jc w:val="right"/>
      </w:pPr>
      <w:r>
        <w:t>مرد کو اپنے حساب سے پڑھنا چاہیے، عورت کو اپنے حساب سے پڑھنا چاہیے، اور کو ایجوکیشن کے بھی خلاف ہو۔ اگرچہ کو ایجوکیشن اس زمانے میں ہو یا نہ ہو، یعنی کو لیونگ تو ہے ہی ہے ہر جگہ۔</w:t>
      </w:r>
    </w:p>
    <w:p>
      <w:r>
        <w:rPr>
          <w:b/>
        </w:rPr>
        <w:t xml:space="preserve">[1:13:47] </w:t>
      </w:r>
      <w:r>
        <w:t>agar aap aise school kholein, tab bhi bahir ki duniya ko kya karein ge? aap TV ko kaise band karein ge? aap cinema ko kaise aap band karein ge? to ab pehle yeh baat bhi purani ho gayi ke co education nahi,</w:t>
      </w:r>
    </w:p>
    <w:p>
      <w:pPr>
        <w:jc w:val="right"/>
      </w:pPr>
      <w:r>
        <w:t>اگر آپ ایسے سکول کھولیں، تب بھی باہر کی دنیا کو کیا کریں گے؟ آپ ٹی وی کو کیسے بند کریں گے؟ آپ سینما کو کیسے آپ بند کریں گے؟ تو اب پہلے یہ بات بھی پرانی ہو گئی کہ کو ایجوکیشن نہیں،</w:t>
      </w:r>
    </w:p>
    <w:p>
      <w:r>
        <w:rPr>
          <w:b/>
        </w:rPr>
        <w:t xml:space="preserve">[1:14:00] </w:t>
      </w:r>
      <w:r>
        <w:t>co education na ho, tab bhi co society maujood hai. kya karein ge aap? to baharhal, main jis cheez ke khilaf hoon, woh premise society hai jo bohat hi, main samajhta hoon ke tabah karne wali hai.</w:t>
      </w:r>
    </w:p>
    <w:p>
      <w:pPr>
        <w:jc w:val="right"/>
      </w:pPr>
      <w:r>
        <w:t>کو ایجوکیشن نہ ہو، تب بھی کو سوسائٹی موجود ہے۔ کیا کریں گے آپ؟ تو بہرحال، میں جس چیز کے خلاف ہوں، وہ پریمسو سوسائٹی ہے جو بہت ہی، میں سمجھتا ہوں کہ تباہ کرنے والی ہے۔</w:t>
      </w:r>
    </w:p>
    <w:p>
      <w:r>
        <w:rPr>
          <w:b/>
        </w:rPr>
        <w:t xml:space="preserve">[1:14:16] </w:t>
      </w:r>
      <w:r>
        <w:t>baqi education bilashuba dono ke liye equally important hai, lekin aurat ki education ka apna, yani apne lehaz se honi chahiye.</w:t>
      </w:r>
    </w:p>
    <w:p>
      <w:pPr>
        <w:jc w:val="right"/>
      </w:pPr>
      <w:r>
        <w:t>باقی ایجوکیشن بلاشبہ دونوں کے لیے ایکولی امپورٹنٹ ہے، لیکن عورت کی ایجوکیشن کا اپنا، یعنی اپنے لحاظ سے ہونی چاہیے۔</w:t>
      </w:r>
    </w:p>
    <w:p>
      <w:r>
        <w:rPr>
          <w:b/>
        </w:rPr>
        <w:t xml:space="preserve">[1:14:27] </w:t>
      </w:r>
      <w:r>
        <w:t>is ki planning mard ki apne lehaz se honi chahiye. planning</w:t>
      </w:r>
    </w:p>
    <w:p>
      <w:pPr>
        <w:jc w:val="right"/>
      </w:pPr>
      <w:r>
        <w:t>اس کی پلاننگ مرد کی اپنے لحاظ سے ہونی چاہیے۔ پلاننگ</w:t>
      </w:r>
    </w:p>
    <w:p>
      <w:r>
        <w:rPr>
          <w:b/>
        </w:rPr>
        <w:t xml:space="preserve">[1:14:31] </w:t>
      </w:r>
      <w:r>
        <w:t>donon hi ko high education dena hai, donon highly, yani oonchi, oonchi ki education donon ko dena hai.</w:t>
      </w:r>
    </w:p>
    <w:p>
      <w:pPr>
        <w:jc w:val="right"/>
      </w:pPr>
      <w:r>
        <w:t>دونوں ہی کو ہائی ایجوکیشن دینا ہے، دونوں ہائیلی، یعنی اونچی، اونچی کی ایجوکیشن دونوں کو دینا ہے۔</w:t>
      </w:r>
    </w:p>
    <w:p>
      <w:r>
        <w:rPr>
          <w:b/>
        </w:rPr>
        <w:t xml:space="preserve">[1:14:40] </w:t>
      </w:r>
      <w:r>
        <w:t>lekin yeh yeh mante hue ke in gender equality ka yeh, is liye ke gender equality donon mein hai, koi to in natural formula hai.</w:t>
      </w:r>
    </w:p>
    <w:p>
      <w:pPr>
        <w:jc w:val="right"/>
      </w:pPr>
      <w:r>
        <w:t>لیکن یہ یہ مانتے ہوئے کہ ان جینڈر ایکولٹی کا یہ، اس لیے کہ جینڈر ایکولٹی دونوں میں ہے، کوئی تو ان نیچرل فارمولا ہے۔</w:t>
      </w:r>
    </w:p>
    <w:p>
      <w:r>
        <w:rPr>
          <w:b/>
        </w:rPr>
        <w:t xml:space="preserve">[1:14:50] </w:t>
      </w:r>
      <w:r>
        <w:t>is formula ko bhi in equal samajhta hoon. education ko mein bohat important samajhta hoon, lekin gender equality ka jo concept hai, us ko mein bilkul baseless samajhta hoon.</w:t>
      </w:r>
    </w:p>
    <w:p>
      <w:pPr>
        <w:jc w:val="right"/>
      </w:pPr>
      <w:r>
        <w:t>اس فارمولے کو بھی ان ایکول سمجھتا ہوں۔ ایجوکیشن کو میں بہت امپورٹنٹ سمجھتا ہوں، لیکن جینڈر ایکولٹی کا جو کانسیپٹ ہے، اس کو میں بالکل بیسلیس سمجھتا ہوں۔</w:t>
      </w:r>
    </w:p>
    <w:p>
      <w:r>
        <w:rPr>
          <w:b/>
        </w:rPr>
        <w:t xml:space="preserve">[1:15:02] </w:t>
      </w:r>
      <w:r>
        <w:t>this question is from doctor m i pradhan. if a good daee divert his attention from da'wa work to other activities, what is our responsibility for him?</w:t>
      </w:r>
    </w:p>
    <w:p>
      <w:pPr>
        <w:jc w:val="right"/>
      </w:pPr>
      <w:r>
        <w:t>دس کوئسچن از فرام ڈاکٹر ایم ائی پردھان۔ اف ا گڈ دائی ڈائیورٹ ہز اٹینشن فرام دعوی ورک ٹو ادر ایکٹیویٹیز، واٹ از ار ریسپانسبیلٹی فار ہم؟</w:t>
      </w:r>
    </w:p>
    <w:p>
      <w:r>
        <w:rPr>
          <w:b/>
        </w:rPr>
        <w:t xml:space="preserve">[1:15:16] </w:t>
      </w:r>
      <w:r>
        <w:t>should we try to bring him back or avoid him?</w:t>
      </w:r>
    </w:p>
    <w:p>
      <w:pPr>
        <w:jc w:val="right"/>
      </w:pPr>
      <w:r>
        <w:t>شوڈ وی ٹرائی ٹو برنگ ہم بیک اور اوائڈ ہم؟</w:t>
      </w:r>
    </w:p>
    <w:p>
      <w:r>
        <w:rPr>
          <w:b/>
        </w:rPr>
        <w:t xml:space="preserve">[1:15:22] </w:t>
      </w:r>
      <w:r>
        <w:t>bhai, hum to yahi chahenge ke har aadmi daee bane. apni koshish to hum karenge yahi, lekin apne bas mein koshish karna hai.</w:t>
      </w:r>
    </w:p>
    <w:p>
      <w:pPr>
        <w:jc w:val="right"/>
      </w:pPr>
      <w:r>
        <w:t>بھئی، ہم تو یہی چاہیں گے کہ ہر آدمی داعی بنے۔ اپنی کوشش تو ہم کریں گے یہی، لیکن اپنے بس میں کوشش کرنا ہے۔</w:t>
      </w:r>
    </w:p>
    <w:p>
      <w:r>
        <w:rPr>
          <w:b/>
        </w:rPr>
        <w:t xml:space="preserve">[1:15:32] </w:t>
      </w:r>
      <w:r>
        <w:t>mein samajhta hoon ke da'wat jo hai, yeh bohat, yani yeh is se samajh liya jaye ke da'wat farz al-kifaya nahi hai, farz ain hai.</w:t>
      </w:r>
    </w:p>
    <w:p>
      <w:pPr>
        <w:jc w:val="right"/>
      </w:pPr>
      <w:r>
        <w:t>میں سمجھتا ہوں کہ دعوت جو ہے، یہ بہت، یعنی یہ اس سے سمجھ لیا جائے کہ دعوت فرض الکفایہ نہیں ہے، فرض عین ہے۔</w:t>
      </w:r>
    </w:p>
    <w:p>
      <w:r>
        <w:rPr>
          <w:b/>
        </w:rPr>
        <w:t xml:space="preserve">[1:15:41] </w:t>
      </w:r>
      <w:r>
        <w:t>yeh har har momin ke liye farz hai. yeh samajhna bohat bari bhool hai. kuch logon ne yeh keh diya ke farz al-kifaya hai.</w:t>
      </w:r>
    </w:p>
    <w:p>
      <w:pPr>
        <w:jc w:val="right"/>
      </w:pPr>
      <w:r>
        <w:t>یہ ہر ہر مومن کے لیے فرض ہے۔ یہ سمجھنا بہت بڑی بھول ہے۔ کچھ لوگوں نے یہ کہہ دیا کہ فرض الکفایہ ہے۔</w:t>
      </w:r>
    </w:p>
    <w:p>
      <w:r>
        <w:rPr>
          <w:b/>
        </w:rPr>
        <w:t xml:space="preserve">[1:15:51] </w:t>
      </w:r>
      <w:r>
        <w:t>mein is ko nahi manta. har har momin ke liye, har har muslim ke liye farz hai ke woh da'wati kaam kare. aur is zamane mein kitna aasan ho gaya hai.</w:t>
      </w:r>
    </w:p>
    <w:p>
      <w:pPr>
        <w:jc w:val="right"/>
      </w:pPr>
      <w:r>
        <w:t>میں اس کو نہیں مانتا۔ ہر ہر مومن کے لیے، ہر ہر مسلم کے لیے فرض ہے کہ وہ دعوتی کام کرے۔ اور اس زمانے میں کتنا آسان ہو گیا ہے۔</w:t>
      </w:r>
    </w:p>
    <w:p>
      <w:r>
        <w:rPr>
          <w:b/>
        </w:rPr>
        <w:t xml:space="preserve">[1:16:01] </w:t>
      </w:r>
      <w:r>
        <w:t>literature bohat chhpe chhupaye maujood hain, pamphlet ke roop mein, brochure ke roop mein. aap logon ko dijiye, aap kuch bhi kaam kar rahe ho, lekin itna time to aap ke paas hai ke jise mile,</w:t>
      </w:r>
    </w:p>
    <w:p>
      <w:pPr>
        <w:jc w:val="right"/>
      </w:pPr>
      <w:r>
        <w:t>لٹریچر بہت چھپے چھپائے موجود ہیں، پیمفلیٹ کے روپ میں، بروشر کے روپ میں۔ آپ لوگوں کو دیجئے، آپ کچھ بھی کام کر رہے ہو، لیکن اتنا ٹائم تو آپ کے پاس ہے کہ جسے ملے،</w:t>
      </w:r>
    </w:p>
    <w:p>
      <w:r>
        <w:rPr>
          <w:b/>
        </w:rPr>
        <w:t xml:space="preserve">[1:16:15] </w:t>
      </w:r>
      <w:r>
        <w:t>un ko aik aik aik brochure de dein, aik pamphlet de dein. to da'wa work farz hai har aadmi ke upar, aur sath sath da'wati kaam ke liye is zamane mein itni zyada facilities ho chuki hain ke aap kisi ke paas koi excuse nahi hai.</w:t>
      </w:r>
    </w:p>
    <w:p>
      <w:pPr>
        <w:jc w:val="right"/>
      </w:pPr>
      <w:r>
        <w:t>ان کو ایک ایک ایک بروشر دے دیں، ایک پیمفلیٹ دے دیں۔ تو دعا ورک فرض ہے ہر آدمی کے اوپر، اور ساتھ ساتھ دعوتی کام کے لیے اس زمانے میں اتنی زیادہ فیسلیٹیز ہو چکی ہیں کہ آپ کسی کے پاس کوئی ایکسکیوز نہیں ہے۔</w:t>
      </w:r>
    </w:p>
    <w:p>
      <w:r>
        <w:rPr>
          <w:b/>
        </w:rPr>
        <w:t xml:space="preserve">[1:16:31] </w:t>
      </w:r>
      <w:r>
        <w:t>har aadmi apni pocket mein, apne bag mein, aur yeh pamphlet rakh sakta hai, aur logon ko deta rahe. woh jab bhi mulaqat kisi se ho, mein samajhta hoon koi excuse khuda ke haan mana nahi jayega is mamle mein.</w:t>
      </w:r>
    </w:p>
    <w:p>
      <w:pPr>
        <w:jc w:val="right"/>
      </w:pPr>
      <w:r>
        <w:t>ہر آدمی اپنی پاکٹ میں، اپنے بیگ میں، اور یہ پیمفلیٹ رکھ سکتا ہے، اور لوگوں کو دیتا رہے۔ وہ جب بھی ملاقات کسی سے ہو، میں سمجھتا ہوں کوئی ایکسکیوز خدا کے ہاں مانا نہیں جائے گا اس معاملے میں۔</w:t>
      </w:r>
    </w:p>
    <w:p>
      <w:r>
        <w:rPr>
          <w:b/>
        </w:rPr>
        <w:t xml:space="preserve">[1:16:49] </w:t>
      </w:r>
      <w:r>
        <w:t>this question is from raziya. supporters of co-education often say that it leads to holistic personality development of the individual.</w:t>
      </w:r>
    </w:p>
    <w:p>
      <w:pPr>
        <w:jc w:val="right"/>
      </w:pPr>
      <w:r>
        <w:t>دس کوئسچن از فرام راضیہ۔ سپورٹرز اف کو ایجوکیشن افن سے دیٹ اٹ لیڈز ٹو ہولسٹک پرسنیلٹی ڈیویلپمنٹ اف دا انڈیویجول۔</w:t>
      </w:r>
    </w:p>
    <w:p>
      <w:r>
        <w:rPr>
          <w:b/>
        </w:rPr>
        <w:t xml:space="preserve">[1:17:00] </w:t>
      </w:r>
      <w:r>
        <w:t>kindly comment. yeh to aik aik aik jhooti philosophy hai. koi is ka, yani na to is ko koi back karne ke liye, na koi scientific base hai, na koi experience hai.</w:t>
      </w:r>
    </w:p>
    <w:p>
      <w:pPr>
        <w:jc w:val="right"/>
      </w:pPr>
      <w:r>
        <w:t>کائنڈلی کمنٹ۔ یہ تو ایک ایک ایک جھوٹی فلاسفی ہے۔ کوئی اس کا، یعنی نہ تو اس کو کوئی بیک کرنے کے لیے، نہ کوئی سائنٹیفک بیس ہے، نہ کوئی ایکسپیرینس ہے۔</w:t>
      </w:r>
    </w:p>
    <w:p>
      <w:r>
        <w:rPr>
          <w:b/>
        </w:rPr>
        <w:t xml:space="preserve">[1:17:16] </w:t>
      </w:r>
      <w:r>
        <w:t>jabke mein jo kehta hoon, is ke liye history ka tajurba maujood hai. aap dekhiye, ab se pehle duniya mein co-education nahi thi, to sare bare bare log paida hue.</w:t>
      </w:r>
    </w:p>
    <w:p>
      <w:pPr>
        <w:jc w:val="right"/>
      </w:pPr>
      <w:r>
        <w:t>جبکہ میں جو کہتا ہوں، اس کے لیے ہسٹری کا تجربہ موجود ہے۔ آپ دیکھیے، اب سے پہلے دنیا میں کو ایجوکیشن نہیں تھی، تو سارے بڑے بڑے لوگ پیدا ہوئے۔</w:t>
      </w:r>
    </w:p>
    <w:p>
      <w:r>
        <w:rPr>
          <w:b/>
        </w:rPr>
        <w:t xml:space="preserve">[1:17:29] </w:t>
      </w:r>
      <w:r>
        <w:t>jitne top ke scientist hain, top ke philosophers hain, sab is zamane mein paida hue jab co-education nahi thi. to kahan se itne bare log ban gaye? ab jahan co-education aayi hai, to bilkul third class log paida ho</w:t>
      </w:r>
    </w:p>
    <w:p>
      <w:pPr>
        <w:jc w:val="right"/>
      </w:pPr>
      <w:r>
        <w:t>جتنے ٹاپ کے سائنٹسٹ ہیں، ٹاپ کے فلاسفرز ہیں، سب اس زمانے میں پیدا ہوئے جب کو ایجوکیشن نہیں تھی۔ تو کہاں سے اتنے بڑے لوگ بن گئے؟ اب جہاں کو ایجوکیشن آئی ہے، تو بالکل تھرڈ کلاس لوگ پیدا ہو</w:t>
      </w:r>
    </w:p>
    <w:p>
      <w:r>
        <w:rPr>
          <w:b/>
        </w:rPr>
        <w:t xml:space="preserve">[1:17:42] </w:t>
      </w:r>
      <w:r>
        <w:t>rahe hain, khali ho hawa karne wale log. na koi in ko thinking hai, na koi sound mind hai, na koi koi</w:t>
      </w:r>
    </w:p>
    <w:p>
      <w:pPr>
        <w:jc w:val="right"/>
      </w:pPr>
      <w:r>
        <w:t>رہے ہیں، خالی ہو ہوا کرنے والے لوگ۔ نہ کوئی ان کو تھنکنگ ہے، نہ کوئی ساؤنڈ مائنڈ ہے، نہ کوئی کوئی</w:t>
      </w:r>
    </w:p>
    <w:p>
      <w:r>
        <w:rPr>
          <w:b/>
        </w:rPr>
        <w:t xml:space="preserve">[1:17:53] </w:t>
      </w:r>
      <w:r>
        <w:t>yeh koi sincerity hai, na koi soch hai, na koi bara kaam karne ki salahiyat hai. bas angrezi bolte hain aur job mil jata hai, bas itna hi aata hai in logon ko.</w:t>
      </w:r>
    </w:p>
    <w:p>
      <w:pPr>
        <w:jc w:val="right"/>
      </w:pPr>
      <w:r>
        <w:t>یہ کوئی سنسیرٹی ہے، نہ کوئی سوچ ہے، نہ کوئی بڑا کام کرنے کی صلاحیت ہے۔ بس انگریزی بولتے ہیں اور جاب مل جاتا ہے، بس اتنا ہی آتا ہے ان لوگوں کو۔</w:t>
      </w:r>
    </w:p>
    <w:p>
      <w:r>
        <w:rPr>
          <w:b/>
        </w:rPr>
        <w:t xml:space="preserve">[1:18:04] </w:t>
      </w:r>
      <w:r>
        <w:t>mein to jis se baat karta hoon, woh yani is qabil nahi sab hain hain log ke woh in se koi aap intelly ko exchange kar saken.</w:t>
      </w:r>
    </w:p>
    <w:p>
      <w:pPr>
        <w:jc w:val="right"/>
      </w:pPr>
      <w:r>
        <w:t>میں تو جس سے بات کرتا ہوں، وہ یعنی اس قابل نہیں سب ہیں ہیں لوگ کہ وہ ان سے کوئی آپ انٹیلیج کو ایکسچینج کر سکیں۔</w:t>
      </w:r>
    </w:p>
    <w:p>
      <w:r>
        <w:rPr>
          <w:b/>
        </w:rPr>
        <w:t xml:space="preserve">[1:18:13] </w:t>
      </w:r>
      <w:r>
        <w:t>to jab co-education nahi thi, premise society nahi thi, tabhi to sare top ke log paida hue. yani Socrates se le kar ke Einstein tak, jitne top ke log paida hue hain, woh sab isi zamane mein paida hue hain jab duniya mein premise society nahi thi.</w:t>
      </w:r>
    </w:p>
    <w:p>
      <w:pPr>
        <w:jc w:val="right"/>
      </w:pPr>
      <w:r>
        <w:t>تو جب کو ایجوکیشن نہیں تھی، پریمسو سوسائٹی نہیں تھی، تبھی تو سارے ٹاپ کے لوگ پیدا ہوئے۔ یعنی ساکریٹیز سے لے کر کے آئنسٹین تک، جتنے ٹاپ کے لوگ پیدا ہوئے ہیں، وہ سب اسی زمانے میں پیدا ہوئے ہیں جب دنیا میں پریمسو سوسائٹی نہیں تھی۔</w:t>
      </w:r>
    </w:p>
    <w:p>
      <w:r>
        <w:rPr>
          <w:b/>
        </w:rPr>
        <w:t xml:space="preserve">[1:18:30] </w:t>
      </w:r>
      <w:r>
        <w:t>yeh to khali kehne ki baat hai. kehne ke liye kuch bhi keh dijiye, jo chahe keh dijiye. aap keh dijiye ke yeh jo hai haal nahi hai ya hathi hai, to kon roke ga aap ko?</w:t>
      </w:r>
    </w:p>
    <w:p>
      <w:pPr>
        <w:jc w:val="right"/>
      </w:pPr>
      <w:r>
        <w:t>یہ تو خالی کہنے کی بات ہے۔ کہنے کے لیے کچھ بھی کہہ دیجئے، جو چاہے کہہ دیجئے۔ آپ کہہ دیجئے کہ یہ جو ہے ہال نہیں ہے یا ہاتھی ہے، تو کون روکے گا آپ کو؟</w:t>
      </w:r>
    </w:p>
    <w:p>
      <w:r>
        <w:rPr>
          <w:b/>
        </w:rPr>
        <w:t xml:space="preserve">[1:18:41] </w:t>
      </w:r>
      <w:r>
        <w:t>kuch bhi keh dijiye.</w:t>
      </w:r>
    </w:p>
    <w:p>
      <w:pPr>
        <w:jc w:val="right"/>
      </w:pPr>
      <w:r>
        <w:t>کچھ بھی کہہ دیجئے۔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