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Science of God May 04, 2008</w:t>
      </w:r>
    </w:p>
    <w:p>
      <w:r>
        <w:t>https://youtu.be/L7aU_nJRRDQ</w:t>
      </w:r>
    </w:p>
    <w:p>
      <w:r>
        <w:rPr>
          <w:b/>
        </w:rPr>
        <w:t xml:space="preserve">[00:37] </w:t>
      </w:r>
      <w:r>
        <w:t>aaj ki baat ka</w:t>
      </w:r>
    </w:p>
    <w:p>
      <w:pPr>
        <w:jc w:val="right"/>
      </w:pPr>
      <w:r>
        <w:t>آج کی بات کا</w:t>
      </w:r>
    </w:p>
    <w:p>
      <w:r>
        <w:rPr>
          <w:b/>
        </w:rPr>
        <w:t xml:space="preserve">[00:43] </w:t>
      </w:r>
      <w:r>
        <w:t>jo title hai</w:t>
      </w:r>
    </w:p>
    <w:p>
      <w:pPr>
        <w:jc w:val="right"/>
      </w:pPr>
      <w:r>
        <w:t>جو ٹائٹل ہے</w:t>
      </w:r>
    </w:p>
    <w:p>
      <w:r>
        <w:rPr>
          <w:b/>
        </w:rPr>
        <w:t xml:space="preserve">[00:47] </w:t>
      </w:r>
      <w:r>
        <w:t>woh hai</w:t>
      </w:r>
    </w:p>
    <w:p>
      <w:pPr>
        <w:jc w:val="right"/>
      </w:pPr>
      <w:r>
        <w:t>وہ ہے</w:t>
      </w:r>
    </w:p>
    <w:p>
      <w:r>
        <w:rPr>
          <w:b/>
        </w:rPr>
        <w:t xml:space="preserve">[00:52] </w:t>
      </w:r>
      <w:r>
        <w:t>"Science of God"۔</w:t>
      </w:r>
    </w:p>
    <w:p>
      <w:pPr>
        <w:jc w:val="right"/>
      </w:pPr>
      <w:r>
        <w:t>"Science of God"۔</w:t>
      </w:r>
    </w:p>
    <w:p>
      <w:r>
        <w:rPr>
          <w:b/>
        </w:rPr>
        <w:t xml:space="preserve">[00:58] </w:t>
      </w:r>
      <w:r>
        <w:t>science of God</w:t>
      </w:r>
    </w:p>
    <w:p>
      <w:pPr>
        <w:jc w:val="right"/>
      </w:pPr>
      <w:r>
        <w:t>سائنس آف گاڈ</w:t>
      </w:r>
    </w:p>
    <w:p>
      <w:r>
        <w:rPr>
          <w:b/>
        </w:rPr>
        <w:t xml:space="preserve">[01:02] </w:t>
      </w:r>
      <w:r>
        <w:t>ka matlab hai</w:t>
      </w:r>
    </w:p>
    <w:p>
      <w:pPr>
        <w:jc w:val="right"/>
      </w:pPr>
      <w:r>
        <w:t>کا مطلب ہے</w:t>
      </w:r>
    </w:p>
    <w:p>
      <w:r>
        <w:rPr>
          <w:b/>
        </w:rPr>
        <w:t xml:space="preserve">[01:06] </w:t>
      </w:r>
      <w:r>
        <w:t>"Reason-Based Ideology of God"۔</w:t>
      </w:r>
    </w:p>
    <w:p>
      <w:pPr>
        <w:jc w:val="right"/>
      </w:pPr>
      <w:r>
        <w:t>"Reason-Based Ideology of God"۔</w:t>
      </w:r>
    </w:p>
    <w:p>
      <w:r>
        <w:rPr>
          <w:b/>
        </w:rPr>
        <w:t xml:space="preserve">[01:13] </w:t>
      </w:r>
      <w:r>
        <w:t>dekhen, pichhli history insan ki, jo science ke advances se pehle ki hai, woh sab ke sab tradition par base karti thi.</w:t>
      </w:r>
    </w:p>
    <w:p>
      <w:pPr>
        <w:jc w:val="right"/>
      </w:pPr>
      <w:r>
        <w:t>دیکھیں، پچھلی ہسٹری انسان کی، جو سائنس کے ایڈونٹس سے پہلے کی ہے، وہ سب کے سب ٹریڈیشن پر بیس کرتی تھی۔</w:t>
      </w:r>
    </w:p>
    <w:p>
      <w:r>
        <w:rPr>
          <w:b/>
        </w:rPr>
        <w:t xml:space="preserve">[01:27] </w:t>
      </w:r>
      <w:r>
        <w:t>is zamane mein jo concept tha woh tha "Belief in God" ka, yani Khuda mein aqeedah rakhna.</w:t>
      </w:r>
    </w:p>
    <w:p>
      <w:pPr>
        <w:jc w:val="right"/>
      </w:pPr>
      <w:r>
        <w:t>اس زمانے میں جو کانسیپٹ تھا وہ تھا "Belief in God" کا، یعنی خدا میں عقیدہ رکھنا۔</w:t>
      </w:r>
    </w:p>
    <w:p>
      <w:r>
        <w:rPr>
          <w:b/>
        </w:rPr>
        <w:t xml:space="preserve">[01:37] </w:t>
      </w:r>
      <w:r>
        <w:t>lekin science ka jab zamana aaya to insan har cheez ko reason se dekhne laga.</w:t>
      </w:r>
    </w:p>
    <w:p>
      <w:pPr>
        <w:jc w:val="right"/>
      </w:pPr>
      <w:r>
        <w:t>لیکن سائنس کا جب زمانہ آیا تو انسان ہر چیز کو ریزن سے دیکھنے لگا۔</w:t>
      </w:r>
    </w:p>
    <w:p>
      <w:r>
        <w:rPr>
          <w:b/>
        </w:rPr>
        <w:t xml:space="preserve">[01:51] </w:t>
      </w:r>
      <w:r>
        <w:t>har cheez reason based ho gayi.</w:t>
      </w:r>
    </w:p>
    <w:p>
      <w:pPr>
        <w:jc w:val="right"/>
      </w:pPr>
      <w:r>
        <w:t>ہر چیز ریزن بیسڈ ہو گئی۔</w:t>
      </w:r>
    </w:p>
    <w:p>
      <w:r>
        <w:rPr>
          <w:b/>
        </w:rPr>
        <w:t xml:space="preserve">[01:57] </w:t>
      </w:r>
      <w:r>
        <w:t>ab zaroorat thi ke Khuda ka jo concept hai, jo is se pehle ek traditional belief ke taur par insan ke andar paya jata tha, us ko reason based concept banaya jaye.</w:t>
      </w:r>
    </w:p>
    <w:p>
      <w:pPr>
        <w:jc w:val="right"/>
      </w:pPr>
      <w:r>
        <w:t>اب ضرورت تھی کہ خدا کا جو کانسیپٹ ہے، جو اس سے پہلے ایک ٹریڈیشنل بیلیف کے طور پر انسان کے اندر پایا جاتا تھا، اس کو ریزن بیسڈ کانسیپٹ بنایا جائے۔</w:t>
      </w:r>
    </w:p>
    <w:p>
      <w:r>
        <w:rPr>
          <w:b/>
        </w:rPr>
        <w:t xml:space="preserve">[02:13] </w:t>
      </w:r>
      <w:r>
        <w:t>isi ko main keh raha hoon "Science of God"۔</w:t>
      </w:r>
    </w:p>
    <w:p>
      <w:pPr>
        <w:jc w:val="right"/>
      </w:pPr>
      <w:r>
        <w:t>اسی کو میں کہہ رہا ہوں "Science of God"۔</w:t>
      </w:r>
    </w:p>
    <w:p>
      <w:r>
        <w:rPr>
          <w:b/>
        </w:rPr>
        <w:t xml:space="preserve">[02:18] </w:t>
      </w:r>
      <w:r>
        <w:t>is zamane mein aap jante hain ke har cheez ki science bani, yani psychology se le kar, psychology se le kar astronomy tak,</w:t>
      </w:r>
    </w:p>
    <w:p>
      <w:pPr>
        <w:jc w:val="right"/>
      </w:pPr>
      <w:r>
        <w:t>اس زمانے میں آپ جانتے ہیں کہ ہر چیز کی سائنس بنی، یعنی سائیکالوجی سے لے کر، سائیکالوجی سے لے کر ایسٹرانومی تک،</w:t>
      </w:r>
    </w:p>
    <w:p>
      <w:r>
        <w:rPr>
          <w:b/>
        </w:rPr>
        <w:t xml:space="preserve">[02:33] </w:t>
      </w:r>
      <w:r>
        <w:t>numerous subjects hain jinka science ke term mein development hua.</w:t>
      </w:r>
    </w:p>
    <w:p>
      <w:pPr>
        <w:jc w:val="right"/>
      </w:pPr>
      <w:r>
        <w:t>نیومرس سبجیکٹ ہیں جن کا سائنس کے ٹرم میں ڈیولپمنٹ ہوا۔</w:t>
      </w:r>
    </w:p>
    <w:p>
      <w:r>
        <w:rPr>
          <w:b/>
        </w:rPr>
        <w:t xml:space="preserve">[02:41] </w:t>
      </w:r>
      <w:r>
        <w:t>magar ajeeb baat hai ke concept of God ka development is tareeqe se nahi ho saka.</w:t>
      </w:r>
    </w:p>
    <w:p>
      <w:pPr>
        <w:jc w:val="right"/>
      </w:pPr>
      <w:r>
        <w:t>مگر عجیب بات ہے کہ کانسیپٹ آف گاڈ کا ڈیولپمنٹ اس طریقے سے نہیں ہو سکا۔</w:t>
      </w:r>
    </w:p>
    <w:p>
      <w:r>
        <w:rPr>
          <w:b/>
        </w:rPr>
        <w:t xml:space="preserve">[02:51] </w:t>
      </w:r>
      <w:r>
        <w:t>agarche God ka subject hamesha insan ke darmiyan raha hai, is ka charchah, lekin</w:t>
      </w:r>
    </w:p>
    <w:p>
      <w:pPr>
        <w:jc w:val="right"/>
      </w:pPr>
      <w:r>
        <w:t>اگرچہ گاڈ کا سبجیکٹ ہمیشہ انسان کے درمیان رہا ہے، اس کا چرچہ، لیکن</w:t>
      </w:r>
    </w:p>
    <w:p>
      <w:r>
        <w:rPr>
          <w:b/>
        </w:rPr>
        <w:t xml:space="preserve">[03:04] </w:t>
      </w:r>
      <w:r>
        <w:t>science develop nahi kar saki jahan tak main janta hoon.</w:t>
      </w:r>
    </w:p>
    <w:p>
      <w:pPr>
        <w:jc w:val="right"/>
      </w:pPr>
      <w:r>
        <w:t>سائنس ڈیولپ نہیں کر سکی جہاں تک میں جانتا ہوں۔</w:t>
      </w:r>
    </w:p>
    <w:p>
      <w:r>
        <w:rPr>
          <w:b/>
        </w:rPr>
        <w:t xml:space="preserve">[03:11] </w:t>
      </w:r>
      <w:r>
        <w:t>sab se pehle philosophers samne aaye. Philosophers ne, jaisa ke aap jante hain, God ko apna subject banaya.</w:t>
      </w:r>
    </w:p>
    <w:p>
      <w:pPr>
        <w:jc w:val="right"/>
      </w:pPr>
      <w:r>
        <w:t>سب سے پہلے فلاسفرز سامنے آئے۔ فلاسفرز نے، جیسا کہ آپ جانتے ہیں، گاڈ کو اپنا سبجیکٹ بنایا۔</w:t>
      </w:r>
    </w:p>
    <w:p>
      <w:r>
        <w:rPr>
          <w:b/>
        </w:rPr>
        <w:t xml:space="preserve">[03:24] </w:t>
      </w:r>
      <w:r>
        <w:t>yani God ko rational way mein samajhna. Lekin philosophers is mein fail ho gaye kyunke un ka jo framework tha woh bohat limited tha.</w:t>
      </w:r>
    </w:p>
    <w:p>
      <w:pPr>
        <w:jc w:val="right"/>
      </w:pPr>
      <w:r>
        <w:t>یعنی گاڈ کو ریشنل وے میں سمجھنا۔ لیکن فلاسفرز اس میں فیل ہو گئے کیونکہ ان کا جو فریم ورک تھا وہ بہت لمیٹڈ تھا۔</w:t>
      </w:r>
    </w:p>
    <w:p>
      <w:r>
        <w:rPr>
          <w:b/>
        </w:rPr>
        <w:t xml:space="preserve">[03:40] </w:t>
      </w:r>
      <w:r>
        <w:t>bohat limited tha.</w:t>
      </w:r>
    </w:p>
    <w:p>
      <w:pPr>
        <w:jc w:val="right"/>
      </w:pPr>
      <w:r>
        <w:t>بہت لمیٹڈ تھا۔</w:t>
      </w:r>
    </w:p>
    <w:p>
      <w:r>
        <w:rPr>
          <w:b/>
        </w:rPr>
        <w:t xml:space="preserve">[03:43] </w:t>
      </w:r>
      <w:r>
        <w:t>is liye main kahunga ke woh koi ideology of God na de sake, sahih maano mein. Misal ke taur par dekhen, kai philosophers ke naam bhi ate hain is silsile mein,</w:t>
      </w:r>
    </w:p>
    <w:p>
      <w:pPr>
        <w:jc w:val="right"/>
      </w:pPr>
      <w:r>
        <w:t>اس لیے میں کہوں گا کہ وہ کوئی آئیڈیالوجی آف گاڈ نہ دے سکے، صحیح معنوں میں۔ مثال کے طور پر دیکھیں، کئی فلاسفرز کے نام بھی آتے ہیں اس سلسلے میں،</w:t>
      </w:r>
    </w:p>
    <w:p>
      <w:r>
        <w:rPr>
          <w:b/>
        </w:rPr>
        <w:t xml:space="preserve">[04:00] </w:t>
      </w:r>
      <w:r>
        <w:t>jaise Berkeley, ya Kant, ya Hegel.</w:t>
      </w:r>
    </w:p>
    <w:p>
      <w:pPr>
        <w:jc w:val="right"/>
      </w:pPr>
      <w:r>
        <w:t>جیسے برکلے، یا کانت، یا ہیگل۔</w:t>
      </w:r>
    </w:p>
    <w:p>
      <w:r>
        <w:rPr>
          <w:b/>
        </w:rPr>
        <w:t xml:space="preserve">[04:09] </w:t>
      </w:r>
      <w:r>
        <w:t>in logon ke bare mein samjha jata hai ke unhone God ka concept diya. Yani yeh keh sakte hain hum ke unhone goya ek philosophical theology develop karne ki koshish ki.</w:t>
      </w:r>
    </w:p>
    <w:p>
      <w:pPr>
        <w:jc w:val="right"/>
      </w:pPr>
      <w:r>
        <w:t>ان لوگوں کے بارے میں سمجھا جاتا ہے کہ انہوں نے گاڈ کا کانسیپٹ دیا۔ یعنی یہ کہہ سکتے ہیں ہم کہ انہوں نے گویا ایک فلاسفیکل تھیالوجی ڈیولپ کرنے کی کوشش کی۔</w:t>
      </w:r>
    </w:p>
    <w:p>
      <w:r>
        <w:rPr>
          <w:b/>
        </w:rPr>
        <w:t xml:space="preserve">[04:25] </w:t>
      </w:r>
      <w:r>
        <w:t>philosophical theology. Yani ek hai religious theology. To unhone, in philosophers ne, ek philosophical theology develop karne ki koshish ki lekin woh mere nazdeek fail ho gaye.</w:t>
      </w:r>
    </w:p>
    <w:p>
      <w:pPr>
        <w:jc w:val="right"/>
      </w:pPr>
      <w:r>
        <w:t>فلاسفیکل تھیالوجی۔ یعنی ایک ہے ریلیجس تھیالوجی۔ تو انہوں نے، ان فلاسفرز نے، ایک فلاسفیکل تھیالوجی ڈیولپ کرنے کی کوشش کی لیکن وہ میرے نزدیک فیل ہو گئے۔</w:t>
      </w:r>
    </w:p>
    <w:p>
      <w:r>
        <w:rPr>
          <w:b/>
        </w:rPr>
        <w:t xml:space="preserve">[04:45] </w:t>
      </w:r>
      <w:r>
        <w:t>ab dekhen ke taqreeban sabhi philosophers ne jo visualize kiya God ka, woh is spirit ke sense mein, jis ko Hegel ne kaha tha "World Spirit"۔</w:t>
      </w:r>
    </w:p>
    <w:p>
      <w:pPr>
        <w:jc w:val="right"/>
      </w:pPr>
      <w:r>
        <w:t>اب دیکھیں کہ تقریباً سبھی فلاسفرز نے جو ویژولائز کیا گاڈ کا، وہ اس اسپرٹ کے سینس میں، جس کو ہیگل نے کہا تھا "ورلڈ اسپرٹ"۔</w:t>
      </w:r>
    </w:p>
    <w:p>
      <w:r>
        <w:rPr>
          <w:b/>
        </w:rPr>
        <w:t xml:space="preserve">[04:59] </w:t>
      </w:r>
      <w:r>
        <w:t>kisi ne kaha "World Idea"۔</w:t>
      </w:r>
    </w:p>
    <w:p>
      <w:pPr>
        <w:jc w:val="right"/>
      </w:pPr>
      <w:r>
        <w:t>کسی نے کہا "ورلڈ آئیڈیا"۔</w:t>
      </w:r>
    </w:p>
    <w:p>
      <w:r>
        <w:rPr>
          <w:b/>
        </w:rPr>
        <w:t xml:space="preserve">[05:03] </w:t>
      </w:r>
      <w:r>
        <w:t>yani impersonal God. Philosopher, philosophical God jo hai woh impersonal God hai.</w:t>
      </w:r>
    </w:p>
    <w:p>
      <w:pPr>
        <w:jc w:val="right"/>
      </w:pPr>
      <w:r>
        <w:t>یعنی امپرسنل گاڈ۔ فلاسف، فلاسفیکل گاڈ جو ہے وہ امپرسنل گاڈ ہے۔</w:t>
      </w:r>
    </w:p>
    <w:p>
      <w:r>
        <w:rPr>
          <w:b/>
        </w:rPr>
        <w:t xml:space="preserve">[05:12] </w:t>
      </w:r>
      <w:r>
        <w:t>to is ko woh koi kehta hai ke "world idea", "world spirit".</w:t>
      </w:r>
    </w:p>
    <w:p>
      <w:pPr>
        <w:jc w:val="right"/>
      </w:pPr>
      <w:r>
        <w:t>تو اس کو وہ کوئی کہتا ہے کہ "ورلڈ آئیڈیا"، "ورلڈ اسپرٹ"۔</w:t>
      </w:r>
    </w:p>
    <w:p>
      <w:r>
        <w:rPr>
          <w:b/>
        </w:rPr>
        <w:t xml:space="preserve">[05:22] </w:t>
      </w:r>
      <w:r>
        <w:t>jo jis ko mein ne kaha ke philosophical theology, is ke liye doosra word hai "idealism". Idealism jo hai woh philosophical theology ka doosra naam hai.</w:t>
      </w:r>
    </w:p>
    <w:p>
      <w:pPr>
        <w:jc w:val="right"/>
      </w:pPr>
      <w:r>
        <w:t>جو جس کو میں نے کہا کہ فلاسفیکل تھیالوجی، اس کے لیے دوسرا ورڈ ہے "آئیڈیلزم"۔ آئیڈیلزم جو ہے وہ فلاسفیکل تھیالوجی کا دوسرا نام ہے۔</w:t>
      </w:r>
    </w:p>
    <w:p>
      <w:r>
        <w:rPr>
          <w:b/>
        </w:rPr>
        <w:t xml:space="preserve">[05:33] </w:t>
      </w:r>
      <w:r>
        <w:t>lekin aap ghor kijiye ke aisa khuda kis kaam ka jo impersonal god ho? matlab jis ki koi personality na ho, jis se hum contact na kar sakein, jo jo hamari baat ko sunta na ho,</w:t>
      </w:r>
    </w:p>
    <w:p>
      <w:pPr>
        <w:jc w:val="right"/>
      </w:pPr>
      <w:r>
        <w:t>لیکن آپ غور کیجئے کہ ایسا خدا کس کام کا جو امپرسنل گاڈ ہو؟ مطلب جس کی کوئی پرسنیلٹی نہ ہو، جس سے ہم کنٹیکٹ نہ کر سکیں، جو جو ہماری بات کو سنتا نہ ہو،</w:t>
      </w:r>
    </w:p>
    <w:p>
      <w:r>
        <w:rPr>
          <w:b/>
        </w:rPr>
        <w:t xml:space="preserve">[05:50] </w:t>
      </w:r>
      <w:r>
        <w:t>jo hum ko dekhta na ho. To aisa god jo hai aik imaginary god hai, jisay hamari zindagi mein is ka koi purpose nahin.</w:t>
      </w:r>
    </w:p>
    <w:p>
      <w:pPr>
        <w:jc w:val="right"/>
      </w:pPr>
      <w:r>
        <w:t>جو ہم کو دیکھتا نہ ہو۔ تو ایسا گاڈ جو ہے ایک امیجنری گاڈ ہے، جسے ہماری زندگی میں اس کا کوئی پرپس نہیں۔</w:t>
      </w:r>
    </w:p>
    <w:p>
      <w:r>
        <w:rPr>
          <w:b/>
        </w:rPr>
        <w:t xml:space="preserve">[06:03] </w:t>
      </w:r>
      <w:r>
        <w:t>to yeh tha philosophical theology ka aakhri anjaam, jo ke fail ho gaye is mein.</w:t>
      </w:r>
    </w:p>
    <w:p>
      <w:pPr>
        <w:jc w:val="right"/>
      </w:pPr>
      <w:r>
        <w:t>تو یہ تھا فلاسفیکل تھیالوجی کا آخری انجام، جو کہ فیل ہو گئے اس میں۔</w:t>
      </w:r>
    </w:p>
    <w:p>
      <w:r>
        <w:rPr>
          <w:b/>
        </w:rPr>
        <w:t xml:space="preserve">[06:15] </w:t>
      </w:r>
      <w:r>
        <w:t>bohat books likhi gayi hain lekin mein yeh keh sakta hoon ke in books ko parh kar ke aap sirf confusion paayenge, confusion.</w:t>
      </w:r>
    </w:p>
    <w:p>
      <w:pPr>
        <w:jc w:val="right"/>
      </w:pPr>
      <w:r>
        <w:t>بہت بکس لکھی گئی ہیں لیکن میں یہ کہہ سکتا ہوں کہ ان بکس کو پڑھ کر کے آپ صرف کنفیوژن پائیں گے، کنفیوژن۔</w:t>
      </w:r>
    </w:p>
    <w:p>
      <w:r>
        <w:rPr>
          <w:b/>
        </w:rPr>
        <w:t xml:space="preserve">[06:27] </w:t>
      </w:r>
      <w:r>
        <w:t>koi yaqeen, koi conviction aap ko nahin mile ga.</w:t>
      </w:r>
    </w:p>
    <w:p>
      <w:pPr>
        <w:jc w:val="right"/>
      </w:pPr>
      <w:r>
        <w:t>کوئی یقین، کوئی کنوکشن آپ کو نہیں ملے گا۔</w:t>
      </w:r>
    </w:p>
    <w:p>
      <w:r>
        <w:rPr>
          <w:b/>
        </w:rPr>
        <w:t xml:space="preserve">[06:33] </w:t>
      </w:r>
      <w:r>
        <w:t>is ke baad doosra jo giroh hai, doosra jo group hai, woh hai mutakallimeen ka, yaani Muslim period mein.</w:t>
      </w:r>
    </w:p>
    <w:p>
      <w:pPr>
        <w:jc w:val="right"/>
      </w:pPr>
      <w:r>
        <w:t>اس کے بعد دوسرا جو گروہ ہے، دوسرا جو گروپ ہے، وہ ہے متکلمین کا، یعنی مسلم پیریڈ میں۔</w:t>
      </w:r>
    </w:p>
    <w:p>
      <w:r>
        <w:rPr>
          <w:b/>
        </w:rPr>
        <w:t xml:space="preserve">[06:43] </w:t>
      </w:r>
      <w:r>
        <w:t>ke Muslim period mein aik ilm bana jis ko kehte thay "ilm-e-kalam". Ilm-e-kalam kya tha?</w:t>
      </w:r>
    </w:p>
    <w:p>
      <w:pPr>
        <w:jc w:val="right"/>
      </w:pPr>
      <w:r>
        <w:t>کہ مسلم پیریڈ میں ایک علم بنا جس کو کہتے تھے "علم کلام"۔ علم کلام کیا تھا؟</w:t>
      </w:r>
    </w:p>
    <w:p>
      <w:r>
        <w:rPr>
          <w:b/>
        </w:rPr>
        <w:t xml:space="preserve">[06:52] </w:t>
      </w:r>
      <w:r>
        <w:t>woh tha religious theology.</w:t>
      </w:r>
    </w:p>
    <w:p>
      <w:pPr>
        <w:jc w:val="right"/>
      </w:pPr>
      <w:r>
        <w:t>وہ تھا ریلیجس تھیالوجی۔</w:t>
      </w:r>
    </w:p>
    <w:p>
      <w:r>
        <w:rPr>
          <w:b/>
        </w:rPr>
        <w:t xml:space="preserve">[06:56] </w:t>
      </w:r>
      <w:r>
        <w:t>yaani mazhabi aqeeday ki roshni mein aik theology ya science of god develop karna. Lekin jahan tak mein jaanta hoon yeh log bhi fail ho gaye.</w:t>
      </w:r>
    </w:p>
    <w:p>
      <w:pPr>
        <w:jc w:val="right"/>
      </w:pPr>
      <w:r>
        <w:t>یعنی مذہبی عقیدے کی روشنی میں ایک تھیالوجی یا سائنس آف گاڈ ڈیولپ کرنا۔ لیکن جہاں تک میں جانتا ہوں یہ لوگ بھی فیل ہو گئے۔</w:t>
      </w:r>
    </w:p>
    <w:p>
      <w:r>
        <w:rPr>
          <w:b/>
        </w:rPr>
        <w:t xml:space="preserve">[07:12] </w:t>
      </w:r>
      <w:r>
        <w:t>kyun?</w:t>
      </w:r>
    </w:p>
    <w:p>
      <w:pPr>
        <w:jc w:val="right"/>
      </w:pPr>
      <w:r>
        <w:t>کیوں؟</w:t>
      </w:r>
    </w:p>
    <w:p>
      <w:r>
        <w:rPr>
          <w:b/>
        </w:rPr>
        <w:t xml:space="preserve">[07:13] </w:t>
      </w:r>
      <w:r>
        <w:t>in mutakallimeen ke paas jo ziyada tar Abbas period se ta'alluq rakhte hain, un ke paas koi framework nahin tha. Un ka jo framework tha woh Greek logic se bana tha.</w:t>
      </w:r>
    </w:p>
    <w:p>
      <w:pPr>
        <w:jc w:val="right"/>
      </w:pPr>
      <w:r>
        <w:t>ان متکلمین کے پاس جو زیادہ تر عباس پیریڈ سے تعلق رکھتے ہیں، ان کے پاس کوئی فریم ورک نہیں تھا۔ ان کا جو فریم ورک تھا وہ گریک لاجک سے بنا تھا۔</w:t>
      </w:r>
    </w:p>
    <w:p>
      <w:r>
        <w:rPr>
          <w:b/>
        </w:rPr>
        <w:t xml:space="preserve">[07:28] </w:t>
      </w:r>
      <w:r>
        <w:t>scientific logic unhein mili nahin thi abhi tak.</w:t>
      </w:r>
    </w:p>
    <w:p>
      <w:pPr>
        <w:jc w:val="right"/>
      </w:pPr>
      <w:r>
        <w:t>سائنٹیفک لاجک انہیں ملی نہیں تھی ابھی تک۔</w:t>
      </w:r>
    </w:p>
    <w:p>
      <w:r>
        <w:rPr>
          <w:b/>
        </w:rPr>
        <w:t xml:space="preserve">[07:33] </w:t>
      </w:r>
      <w:r>
        <w:t>scientific logic ne pehli baar woh framework diya hai jis se hum science of god ko develop kar sakein.</w:t>
      </w:r>
    </w:p>
    <w:p>
      <w:pPr>
        <w:jc w:val="right"/>
      </w:pPr>
      <w:r>
        <w:t>سائنٹیفک لاجک نے پہلی بار وہ فریم ورک دیا ہے جس سے ہم سائنس آف گاڈ کو ڈیولپ کر سکیں۔</w:t>
      </w:r>
    </w:p>
    <w:p>
      <w:r>
        <w:rPr>
          <w:b/>
        </w:rPr>
        <w:t xml:space="preserve">[07:41] </w:t>
      </w:r>
      <w:r>
        <w:t>is se pehle jo knowledge thi Muslim, Muslim mutakallimeen ke paas, jo ke aik theology develop karna chahte thay, to wahan bhi siwaye behas ke, siwaye confusion ke aur kuch aap ko nahin mile ga.</w:t>
      </w:r>
    </w:p>
    <w:p>
      <w:pPr>
        <w:jc w:val="right"/>
      </w:pPr>
      <w:r>
        <w:t>اس سے پہلے جو نالج تھی مسلم، مسلم متکلمین کے پاس، جو کہ ایک تھیالوجی ڈیولپ کرنا چاہتے تھے، تو وہاں بھی سوائے بحث کے، سوائے کنفیوژن کے اور کچھ آپ کو نہیں ملے گا۔</w:t>
      </w:r>
    </w:p>
    <w:p>
      <w:r>
        <w:rPr>
          <w:b/>
        </w:rPr>
        <w:t xml:space="preserve">[07:58] </w:t>
      </w:r>
      <w:r>
        <w:t>kyun ke jab framework hi aap ke paas na ho to zahir hai ke aap kaise koi science develop kar sakte hain.</w:t>
      </w:r>
    </w:p>
    <w:p>
      <w:pPr>
        <w:jc w:val="right"/>
      </w:pPr>
      <w:r>
        <w:t>کیونکہ جب فریم ورک ہی آپ کے پاس نہ ہو تو ظاہر ہے کہ آپ کیسے کوئی سائنس ڈیولپ کر سکتے ہیں۔</w:t>
      </w:r>
    </w:p>
    <w:p>
      <w:r>
        <w:rPr>
          <w:b/>
        </w:rPr>
        <w:t xml:space="preserve">[08:11] </w:t>
      </w:r>
      <w:r>
        <w:t>yun samajh lijiye ke aik aadmi jo hai woh, woh, woh architect hai, farz ki aik shakhs, lekin us ke paas building ke naam se jo concept hai woh sirf hut ka hai.</w:t>
      </w:r>
    </w:p>
    <w:p>
      <w:pPr>
        <w:jc w:val="right"/>
      </w:pPr>
      <w:r>
        <w:t>یوں سمجھ لیجئے کہ ایک آدمی جو ہے وہ، وہ، وہ آرکیٹیکٹ ہے، فرض کی ایک شخص، لیکن اس کے پاس بلڈنگ کے نام سے جو کانسیپٹ ہے وہ صرف ہٹ کا ہے۔</w:t>
      </w:r>
    </w:p>
    <w:p>
      <w:r>
        <w:rPr>
          <w:b/>
        </w:rPr>
        <w:t xml:space="preserve">[08:27] </w:t>
      </w:r>
      <w:r>
        <w:t>as you to hut. Woh sirf hut ko jaanta hai.</w:t>
      </w:r>
    </w:p>
    <w:p>
      <w:pPr>
        <w:jc w:val="right"/>
      </w:pPr>
      <w:r>
        <w:t>ایس یو ٹی ہٹ۔ وہ صرف ہٹ کو جانتا ہے۔</w:t>
      </w:r>
    </w:p>
    <w:p>
      <w:r>
        <w:rPr>
          <w:b/>
        </w:rPr>
        <w:t xml:space="preserve">[08:34] </w:t>
      </w:r>
      <w:r>
        <w:t>woh modern concept jo building ka hai woh nahin jaanta.</w:t>
      </w:r>
    </w:p>
    <w:p>
      <w:pPr>
        <w:jc w:val="right"/>
      </w:pPr>
      <w:r>
        <w:t>وہ ماڈرن کانسیپٹ جو بلڈنگ کا ہے وہ نہیں جانتا۔</w:t>
      </w:r>
    </w:p>
    <w:p>
      <w:r>
        <w:rPr>
          <w:b/>
        </w:rPr>
        <w:t xml:space="preserve">[08:37] </w:t>
      </w:r>
      <w:r>
        <w:t>us ne na kabhi rajpati bhawan ko dekha, na kabhi Taj Mahal ko dekha. Woh jaanta hi nahin ke aik planet city zamanay mein kya hota hai.</w:t>
      </w:r>
    </w:p>
    <w:p>
      <w:pPr>
        <w:jc w:val="right"/>
      </w:pPr>
      <w:r>
        <w:t>اس نے نہ کبھی راجپتی بھون کو دیکھا، نہ کبھی تاج محل کو دیکھا۔ وہ جانتا ہی نہیں کہ ایک پلانٹ سٹی زمانے میں کیا ہوتا ہے۔</w:t>
      </w:r>
    </w:p>
    <w:p>
      <w:r>
        <w:rPr>
          <w:b/>
        </w:rPr>
        <w:t xml:space="preserve">[08:49] </w:t>
      </w:r>
      <w:r>
        <w:t>woh jagah jhopri mein paida hua, jagah jhopri mein raha, isi mein us ne hut, hut se concept apna banaya building ka. To woh kaise develop kar sakta hai, kar sakta hai koi architecture?</w:t>
      </w:r>
    </w:p>
    <w:p>
      <w:pPr>
        <w:jc w:val="right"/>
      </w:pPr>
      <w:r>
        <w:t>وہ جگہ جھوپڑی میں پیدا ہوا، جگہ جھوپڑی میں رہا، اسی میں اس نے ہٹ، ہٹ سے کانسیپٹ اپنا بنایا بلڈنگ کا۔ تو وہ کیسے ڈیولپ کر سکتا ہے، کر سکتا ہے کوئی آرکیٹیکچر؟</w:t>
      </w:r>
    </w:p>
    <w:p>
      <w:r>
        <w:rPr>
          <w:b/>
        </w:rPr>
        <w:t xml:space="preserve">[09:02] </w:t>
      </w:r>
      <w:r>
        <w:t>modern architecture.</w:t>
      </w:r>
    </w:p>
    <w:p>
      <w:pPr>
        <w:jc w:val="right"/>
      </w:pPr>
      <w:r>
        <w:t>ماڈرن آرکیٹیکچر۔</w:t>
      </w:r>
    </w:p>
    <w:p>
      <w:r>
        <w:rPr>
          <w:b/>
        </w:rPr>
        <w:t xml:space="preserve">[09:05] </w:t>
      </w:r>
      <w:r>
        <w:t>to mein yeh kahoon ga ke Muslim mutakallimeen jo thay woh bohat hi mukhlisana, sincerely unhone effort kiya. Lekin un ke paas framework nahin tha.</w:t>
      </w:r>
    </w:p>
    <w:p>
      <w:pPr>
        <w:jc w:val="right"/>
      </w:pPr>
      <w:r>
        <w:t>تو میں یہ کہوں گا کہ مسلم متکلمین جو تھے وہ بہت ہی مخلصانہ، سنسیرلی انہوں نے ایفرٹ کیا۔ لیکن ان کے پاس فریم ورک نہیں تھا۔</w:t>
      </w:r>
    </w:p>
    <w:p>
      <w:r>
        <w:rPr>
          <w:b/>
        </w:rPr>
        <w:t xml:space="preserve">[09:16] </w:t>
      </w:r>
      <w:r>
        <w:t>un ke paas jo kuch tha woh sirf Greek logic se mila hua framework tha, bas. Science ke zamanay un ko nahin mila to scientific framework un ke paas nahin tha.</w:t>
      </w:r>
    </w:p>
    <w:p>
      <w:pPr>
        <w:jc w:val="right"/>
      </w:pPr>
      <w:r>
        <w:t>ان کے پاس جو کچھ تھا وہ صرف گریک لاجک سے ملا ہوا فریم ورک تھا، بس۔ سائنس کے زمانہ ان کو نہیں ملا تو سائنٹیفک فریم ورک ان کے پاس نہیں تھا۔</w:t>
      </w:r>
    </w:p>
    <w:p>
      <w:r>
        <w:rPr>
          <w:b/>
        </w:rPr>
        <w:t xml:space="preserve">[09:31] </w:t>
      </w:r>
      <w:r>
        <w:t>is liye woh bhi fail ho gaye.</w:t>
      </w:r>
    </w:p>
    <w:p>
      <w:pPr>
        <w:jc w:val="right"/>
      </w:pPr>
      <w:r>
        <w:t>اس لیے وہ بھی فیل ہو گئے۔</w:t>
      </w:r>
    </w:p>
    <w:p>
      <w:r>
        <w:rPr>
          <w:b/>
        </w:rPr>
        <w:t xml:space="preserve">[09:34] </w:t>
      </w:r>
      <w:r>
        <w:t>to philosophers bhi fail hue aur mutakallimeen, yaani muslim theologians, bhi fail hue. ab aata hai zamana science ka.</w:t>
      </w:r>
    </w:p>
    <w:p>
      <w:pPr>
        <w:jc w:val="right"/>
      </w:pPr>
      <w:r>
        <w:t>تو فلاسفرز بھی فیل ہوئے اور متکلمین، یعنی مسلم تھیالوجین، بھی فیل ہوئے۔ اب آتا ہے زمانہ سائنس کا۔</w:t>
      </w:r>
    </w:p>
    <w:p>
      <w:r>
        <w:rPr>
          <w:b/>
        </w:rPr>
        <w:t xml:space="preserve">[09:47] </w:t>
      </w:r>
      <w:r>
        <w:t>science ne pehli baar woh framework diya jis se hum true sense mein science of god develop kar saken.</w:t>
      </w:r>
    </w:p>
    <w:p>
      <w:pPr>
        <w:jc w:val="right"/>
      </w:pPr>
      <w:r>
        <w:t>سائنس نے پہلی بار وہ فریم ورک دیا جس سے ہم ٹرو سینس میں سائنس آف گاڈ ڈیولپ کر سکیں۔</w:t>
      </w:r>
    </w:p>
    <w:p>
      <w:r>
        <w:rPr>
          <w:b/>
        </w:rPr>
        <w:t xml:space="preserve">[09:58] </w:t>
      </w:r>
      <w:r>
        <w:t>jis tarah se hum aur hum ne sciences develop keen. biology ki science, geology ki science, astronomy ki science, chemistry, physics.</w:t>
      </w:r>
    </w:p>
    <w:p>
      <w:pPr>
        <w:jc w:val="right"/>
      </w:pPr>
      <w:r>
        <w:t>جس طرح سے ہم اور ہم نے سائنسز ڈیولپ کیں۔ بیالوجی کی سائنس، جیالوجی کی سائنس، ایسٹرانومی کی سائنس، کیمسٹری، فزکس۔</w:t>
      </w:r>
    </w:p>
    <w:p>
      <w:r>
        <w:rPr>
          <w:b/>
        </w:rPr>
        <w:t xml:space="preserve">[10:10] </w:t>
      </w:r>
      <w:r>
        <w:t>saari sciences hum ne develop keen.</w:t>
      </w:r>
    </w:p>
    <w:p>
      <w:pPr>
        <w:jc w:val="right"/>
      </w:pPr>
      <w:r>
        <w:t>ساری سائنسز ہم نے ڈیولپ کیں۔</w:t>
      </w:r>
    </w:p>
    <w:p>
      <w:r>
        <w:rPr>
          <w:b/>
        </w:rPr>
        <w:t xml:space="preserve">[10:15] </w:t>
      </w:r>
      <w:r>
        <w:t>aur is par library, ek library ki kitaben to bhar gayeen.</w:t>
      </w:r>
    </w:p>
    <w:p>
      <w:pPr>
        <w:jc w:val="right"/>
      </w:pPr>
      <w:r>
        <w:t>اور اس پر لائبریری، ایک لائبریری کی کتابیں تو بھر گئیں۔</w:t>
      </w:r>
    </w:p>
    <w:p>
      <w:r>
        <w:rPr>
          <w:b/>
        </w:rPr>
        <w:t xml:space="preserve">[10:20] </w:t>
      </w:r>
      <w:r>
        <w:t>isi tarah se yeh pehli baar history mein yeh baat mumkin hui ke ek sahi maanon mein ek framework hamare paas ho jis se hum reason based ideology of god develop kar saken.</w:t>
      </w:r>
    </w:p>
    <w:p>
      <w:pPr>
        <w:jc w:val="right"/>
      </w:pPr>
      <w:r>
        <w:t>اسی طرح سے یہ پہلی بار ہسٹری میں یہ بات ممکن ہوئی کہ ایک صحیح معنوں میں ایک فریم ورک ہمارے پاس ہو جس سے ہم ریزن بیسڈ آئیڈیالوجی آف گاڈ ڈیولپ کر سکیں۔</w:t>
      </w:r>
    </w:p>
    <w:p>
      <w:r>
        <w:rPr>
          <w:b/>
        </w:rPr>
        <w:t xml:space="preserve">[10:39] </w:t>
      </w:r>
      <w:r>
        <w:t>jis ko main science of god kehta hoon. lekin yahan bhi tasweer bohat ziyada</w:t>
      </w:r>
    </w:p>
    <w:p>
      <w:pPr>
        <w:jc w:val="right"/>
      </w:pPr>
      <w:r>
        <w:t>جس کو میں سائنس آف گاڈ کہتا ہوں۔ لیکن یہاں بھی تصویر بہت زیادہ</w:t>
      </w:r>
    </w:p>
    <w:p>
      <w:r>
        <w:rPr>
          <w:b/>
        </w:rPr>
        <w:t xml:space="preserve">[10:48] </w:t>
      </w:r>
      <w:r>
        <w:t>ummeed afza nahin. meri apni study ke mutabiq</w:t>
      </w:r>
    </w:p>
    <w:p>
      <w:pPr>
        <w:jc w:val="right"/>
      </w:pPr>
      <w:r>
        <w:t>امید افزا نہیں۔ میری اپنی اسٹڈی کے مطابق</w:t>
      </w:r>
    </w:p>
    <w:p>
      <w:r>
        <w:rPr>
          <w:b/>
        </w:rPr>
        <w:t xml:space="preserve">[10:53] </w:t>
      </w:r>
      <w:r>
        <w:t>is poori period mein, in twenty century mein, do aadmi mujhe dikhai dete hain jinhon ne koshish ki,</w:t>
      </w:r>
    </w:p>
    <w:p>
      <w:pPr>
        <w:jc w:val="right"/>
      </w:pPr>
      <w:r>
        <w:t>اس پوری پیریڈ میں، ان ٹوئنٹی سنچری میں، دو آدمی مجھے دکھائی دیتے ہیں جنہوں نے کوشش کی،</w:t>
      </w:r>
    </w:p>
    <w:p>
      <w:r>
        <w:rPr>
          <w:b/>
        </w:rPr>
        <w:t xml:space="preserve">[11:07] </w:t>
      </w:r>
      <w:r>
        <w:t>yaani unhon ne yeh lafz to nahin bola jo main bol raha hoon, yaani science of god. lekin yahi kaam unhon ne karna chaha.</w:t>
      </w:r>
    </w:p>
    <w:p>
      <w:pPr>
        <w:jc w:val="right"/>
      </w:pPr>
      <w:r>
        <w:t>یعنی انہوں نے یہ لفظ تو نہیں بولا جو میں بول رہا ہوں، یعنی سائنس آف گاڈ۔ لیکن یہی کام انہوں نے کرنا چاہا۔</w:t>
      </w:r>
    </w:p>
    <w:p>
      <w:r>
        <w:rPr>
          <w:b/>
        </w:rPr>
        <w:t xml:space="preserve">[11:15] </w:t>
      </w:r>
      <w:r>
        <w:t>yeh naam to kisi ne istemal nahin kiya, yeh main hi istemal kar raha hoon, yeh naam. yeh aap dictionary mein nahin mile ga, kisi book mein nahin mile ga, science of god ka word.</w:t>
      </w:r>
    </w:p>
    <w:p>
      <w:pPr>
        <w:jc w:val="right"/>
      </w:pPr>
      <w:r>
        <w:t>یہ نام تو کسی نے استعمال نہیں کیا، یہ میں ہی استعمال کر رہا ہوں، یہ نام۔ یہ آپ ڈکشنری میں نہیں ملے گا، کسی بک میں نہیں ملے گا، سائنس آف گاڈ کا ورڈ۔</w:t>
      </w:r>
    </w:p>
    <w:p>
      <w:r>
        <w:rPr>
          <w:b/>
        </w:rPr>
        <w:t xml:space="preserve">[11:26] </w:t>
      </w:r>
      <w:r>
        <w:t>na in logon ne is ko istemal kiya. ho sakta hai ke jo log bohat ziyada technical zaban jante hon woh is par aitraaz bhi karen ke saaf science of god to theek nahin hai.</w:t>
      </w:r>
    </w:p>
    <w:p>
      <w:pPr>
        <w:jc w:val="right"/>
      </w:pPr>
      <w:r>
        <w:t>نہ ان لوگوں نے اس کو استعمال کیا۔ ہو سکتا ہے کہ جو لوگ بہت زیادہ ٹیکنیکل زبان جانتے ہوں وہ اس پر اعتراض بھی کریں کہ صاف سائنس آف گاڈ تو ٹھیک نہیں ہے۔</w:t>
      </w:r>
    </w:p>
    <w:p>
      <w:r>
        <w:rPr>
          <w:b/>
        </w:rPr>
        <w:t xml:space="preserve">[11:36] </w:t>
      </w:r>
      <w:r>
        <w:t>lekin main aise aitraaz ko koi ahmiyat nahin deta.</w:t>
      </w:r>
    </w:p>
    <w:p>
      <w:pPr>
        <w:jc w:val="right"/>
      </w:pPr>
      <w:r>
        <w:t>لیکن میں ایسے اعتراض کو کوئی اہمیت نہیں دیتا۔</w:t>
      </w:r>
    </w:p>
    <w:p>
      <w:r>
        <w:rPr>
          <w:b/>
        </w:rPr>
        <w:t xml:space="preserve">[11:41] </w:t>
      </w:r>
      <w:r>
        <w:t>to khair, woh do aadmi kaun hain jinhon ne scientific daur mein science of god ko develop karna chaha?</w:t>
      </w:r>
    </w:p>
    <w:p>
      <w:pPr>
        <w:jc w:val="right"/>
      </w:pPr>
      <w:r>
        <w:t>تو خیر، وہ دو آدمی کون ہیں جنہوں نے سائنٹیفک دور میں سائنس آف گاڈ کو ڈیولپ کرنا چاہا؟</w:t>
      </w:r>
    </w:p>
    <w:p>
      <w:r>
        <w:rPr>
          <w:b/>
        </w:rPr>
        <w:t xml:space="preserve">[11:54] </w:t>
      </w:r>
      <w:r>
        <w:t>ek hai jis ka naam hai Sir James Jeans. doosra naam hai Dr. Abdus Salam.</w:t>
      </w:r>
    </w:p>
    <w:p>
      <w:pPr>
        <w:jc w:val="right"/>
      </w:pPr>
      <w:r>
        <w:t>ایک ہے جس کا نام ہے سر جیمز جین۔ دوسرا نام ہے ڈاکٹر عبدالسلام۔</w:t>
      </w:r>
    </w:p>
    <w:p>
      <w:r>
        <w:rPr>
          <w:b/>
        </w:rPr>
        <w:t xml:space="preserve">[12:03] </w:t>
      </w:r>
      <w:r>
        <w:t>Sir James Jeans jo hai British scientist tha. is ki wafat hui hai nineteen forty six mein. nineteen forty six mein is ki wafat hui.</w:t>
      </w:r>
    </w:p>
    <w:p>
      <w:pPr>
        <w:jc w:val="right"/>
      </w:pPr>
      <w:r>
        <w:t>سر جیمز جین جو ہے برٹش سائنسدان تھا۔ اس کی وفات ہوئی ہے نائنٹین فورٹی سکس میں۔ نائنٹین فورٹی سکس میں اس کی وفات ہوئی۔</w:t>
      </w:r>
    </w:p>
    <w:p>
      <w:r>
        <w:rPr>
          <w:b/>
        </w:rPr>
        <w:t xml:space="preserve">[12:16] </w:t>
      </w:r>
      <w:r>
        <w:t>Sir James Jeans. doosra naam hai Dr. Abdus Salam ka, jo Punjab ke ilaqe se talluq rakhte the.</w:t>
      </w:r>
    </w:p>
    <w:p>
      <w:pPr>
        <w:jc w:val="right"/>
      </w:pPr>
      <w:r>
        <w:t>سر جیمز جین۔ دوسرا نام ہے ڈاکٹر عبدالسلام کا، جو پنجاب کے علاقے سے تعلق رکھتے تھے۔</w:t>
      </w:r>
    </w:p>
    <w:p>
      <w:r>
        <w:rPr>
          <w:b/>
        </w:rPr>
        <w:t xml:space="preserve">[12:27] </w:t>
      </w:r>
      <w:r>
        <w:t>un ki wafat hui hai nineteen ninety two mein.</w:t>
      </w:r>
    </w:p>
    <w:p>
      <w:pPr>
        <w:jc w:val="right"/>
      </w:pPr>
      <w:r>
        <w:t>ان کی وفات ہوئی ہے نائنٹین نائنٹی ٹو میں۔</w:t>
      </w:r>
    </w:p>
    <w:p>
      <w:r>
        <w:rPr>
          <w:b/>
        </w:rPr>
        <w:t xml:space="preserve">[12:32] </w:t>
      </w:r>
      <w:r>
        <w:t>yeh do aadmi aise mujhe dikhai dete hain is poore twenty century mein jinhon ne, jo qabil the, waqai woh qabil the, yaani science hi un ka subject tha.</w:t>
      </w:r>
    </w:p>
    <w:p>
      <w:pPr>
        <w:jc w:val="right"/>
      </w:pPr>
      <w:r>
        <w:t>یہ دو آدمی ایسے مجھے دکھائی دیتے ہیں اس پورے ٹوئنٹی سنچری میں جنہوں نے، جو قابل تھے، واقعی وہ قابل تھے، یعنی سائنس ہی ان کا سبجیکٹ تھا۔</w:t>
      </w:r>
    </w:p>
    <w:p>
      <w:r>
        <w:rPr>
          <w:b/>
        </w:rPr>
        <w:t xml:space="preserve">[12:48] </w:t>
      </w:r>
      <w:r>
        <w:t>science mein un ki training hui thi. science mein unhon ne research kiya tha.</w:t>
      </w:r>
    </w:p>
    <w:p>
      <w:pPr>
        <w:jc w:val="right"/>
      </w:pPr>
      <w:r>
        <w:t>سائنس میں ان کی ٹریننگ ہوئی تھی۔ سائنس میں انہوں نے ریسرچ کیا تھا۔</w:t>
      </w:r>
    </w:p>
    <w:p>
      <w:r>
        <w:rPr>
          <w:b/>
        </w:rPr>
        <w:t xml:space="preserve">[12:54] </w:t>
      </w:r>
      <w:r>
        <w:t>to woh poori tarah, yaani is, yaani science ka jahan talluq hai woh poori tarah qabil the is baat ke ke ek science of god develop karen.</w:t>
      </w:r>
    </w:p>
    <w:p>
      <w:pPr>
        <w:jc w:val="right"/>
      </w:pPr>
      <w:r>
        <w:t>تو وہ پوری طرح، یعنی اس، یعنی سائنس کا جہاں تعلق ہے وہ پوری طرح قابل تھے اس بات کے کہ ایک سائنس آف گاڈ ڈیولپ کریں۔</w:t>
      </w:r>
    </w:p>
    <w:p>
      <w:r>
        <w:rPr>
          <w:b/>
        </w:rPr>
        <w:t xml:space="preserve">[13:04] </w:t>
      </w:r>
      <w:r>
        <w:t>lekin woh bhi fail ho gaye. is tarah, dekhiye,</w:t>
      </w:r>
    </w:p>
    <w:p>
      <w:pPr>
        <w:jc w:val="right"/>
      </w:pPr>
      <w:r>
        <w:t>لیکن وہ بھی فیل ہو گئے۔ اس طرح، دیکھیے،</w:t>
      </w:r>
    </w:p>
    <w:p>
      <w:r>
        <w:rPr>
          <w:b/>
        </w:rPr>
        <w:t xml:space="preserve">[13:12] </w:t>
      </w:r>
      <w:r>
        <w:t>Sir James Jeans jo the woh Isaai the. church goer the woh. woh Bible parhte the woh.</w:t>
      </w:r>
    </w:p>
    <w:p>
      <w:pPr>
        <w:jc w:val="right"/>
      </w:pPr>
      <w:r>
        <w:t>سر جیمز جین جو تھے وہ عیسائی تھے۔ چرچ گوئیر تھے وہ۔ وہ بائبل پڑھتے تھے وہ۔</w:t>
      </w:r>
    </w:p>
    <w:p>
      <w:r>
        <w:rPr>
          <w:b/>
        </w:rPr>
        <w:t xml:space="preserve">[13:21] </w:t>
      </w:r>
      <w:r>
        <w:t>agar</w:t>
      </w:r>
    </w:p>
    <w:p>
      <w:pPr>
        <w:jc w:val="right"/>
      </w:pPr>
      <w:r>
        <w:t>اگر</w:t>
      </w:r>
    </w:p>
    <w:p>
      <w:r>
        <w:rPr>
          <w:b/>
        </w:rPr>
        <w:t xml:space="preserve">[13:22] </w:t>
      </w:r>
      <w:r>
        <w:t>cheh woh scientist thay. apni private life mein woh church goers thay.</w:t>
      </w:r>
    </w:p>
    <w:p>
      <w:pPr>
        <w:jc w:val="right"/>
      </w:pPr>
      <w:r>
        <w:t>چہ وہ سائنسدان تھے۔ اپنی پرائیویٹ لائف میں وہ چرچ گوئرز میں تھے۔</w:t>
      </w:r>
    </w:p>
    <w:p>
      <w:r>
        <w:rPr>
          <w:b/>
        </w:rPr>
        <w:t xml:space="preserve">[13:32] </w:t>
      </w:r>
      <w:r>
        <w:t>toh science of god unhon ne develop karna chaha. un ki is baray mein kuch kitabein hain jaisay ke "mysterious the mysterious universe".</w:t>
      </w:r>
    </w:p>
    <w:p>
      <w:pPr>
        <w:jc w:val="right"/>
      </w:pPr>
      <w:r>
        <w:t>تو سائنس آف گاڈ انہوں نے ڈیولپ کرنا چاہا۔ ان کی اس بارے میں کچھ کتابیں ہیں جیسے کہ "مسٹیریس دا مسٹیریس یونیورس"۔</w:t>
      </w:r>
    </w:p>
    <w:p>
      <w:r>
        <w:rPr>
          <w:b/>
        </w:rPr>
        <w:t xml:space="preserve">[13:46] </w:t>
      </w:r>
      <w:r>
        <w:t>"the mysterious universe". aur bhi kitab hai. lekin woh fail kyun hue?</w:t>
      </w:r>
    </w:p>
    <w:p>
      <w:pPr>
        <w:jc w:val="right"/>
      </w:pPr>
      <w:r>
        <w:t>"دا مسٹیریس یونیورس"۔ اور بھی کتاب ہے۔ لیکن وہ فیل کیوں ہوئے؟</w:t>
      </w:r>
    </w:p>
    <w:p>
      <w:r>
        <w:rPr>
          <w:b/>
        </w:rPr>
        <w:t xml:space="preserve">[13:52] </w:t>
      </w:r>
      <w:r>
        <w:t>un ka isai background jo tha woh un ke liye madadgar nahi tha is mamlay mein. kyun ke isaiyat mein, yaani maujooda isaiyat jo hai woh god ka concept un ke haan wazeh hi nahi hai.</w:t>
      </w:r>
    </w:p>
    <w:p>
      <w:pPr>
        <w:jc w:val="right"/>
      </w:pPr>
      <w:r>
        <w:t>ان کا عیسائی بیک گراؤنڈ جو تھا وہ ان کے لیے مددگار نہیں تھا اس معاملے میں۔ کیونکہ عیسائیت میں، یعنی موجودہ عیسائیت جو ہے وہ گاڈ کا کانسیپٹ ان کے ہاں واضح ہی نہیں ہے۔</w:t>
      </w:r>
    </w:p>
    <w:p>
      <w:r>
        <w:rPr>
          <w:b/>
        </w:rPr>
        <w:t xml:space="preserve">[14:08] </w:t>
      </w:r>
      <w:r>
        <w:t>aap is ko, aap ghor kijiye ke god ka concept un ka mabni hota hai trinity par, yaani one in three, three in one.</w:t>
      </w:r>
    </w:p>
    <w:p>
      <w:pPr>
        <w:jc w:val="right"/>
      </w:pPr>
      <w:r>
        <w:t>آپ اس کو، آپ غور کیجئے کہ گاڈ کا کانسیپٹ ان کا مبنی ہوتا ہے ٹرینٹی پر، یعنی ون ان تھری، تھری ان ون۔</w:t>
      </w:r>
    </w:p>
    <w:p>
      <w:r>
        <w:rPr>
          <w:b/>
        </w:rPr>
        <w:t xml:space="preserve">[14:18] </w:t>
      </w:r>
      <w:r>
        <w:t>toh yeh toh koi samajh nahi sakta kya cheez hai yeh.</w:t>
      </w:r>
    </w:p>
    <w:p>
      <w:pPr>
        <w:jc w:val="right"/>
      </w:pPr>
      <w:r>
        <w:t>تو یہ تو کوئی سمجھ نہیں سکتا کیا چیز ہے یہ۔</w:t>
      </w:r>
    </w:p>
    <w:p>
      <w:r>
        <w:rPr>
          <w:b/>
        </w:rPr>
        <w:t xml:space="preserve">[14:23] </w:t>
      </w:r>
      <w:r>
        <w:t>trinity ka matlab hota hai three in one, one in three. na woh aik god kehte, na teen god kehte. aik anokha unhon ne bana rakha hai trinity ka aqeedah.</w:t>
      </w:r>
    </w:p>
    <w:p>
      <w:pPr>
        <w:jc w:val="right"/>
      </w:pPr>
      <w:r>
        <w:t>ٹرینٹی کا مطلب ہوتا ہے تھری ان ون، ون ان تھری۔ نہ وہ ایک گاڈ کہتے، نہ تین گاڈ کہتے۔ ایک انوکھا انہوں نے بنا رکھا ہے ٹرینٹی کا عقیدہ۔</w:t>
      </w:r>
    </w:p>
    <w:p>
      <w:r>
        <w:rPr>
          <w:b/>
        </w:rPr>
        <w:t xml:space="preserve">[14:35] </w:t>
      </w:r>
      <w:r>
        <w:t>toh trinity ko le kar koi aadmi science of god develop nahi kar sakta. is wajah se woh is mein fail ho gaye.</w:t>
      </w:r>
    </w:p>
    <w:p>
      <w:pPr>
        <w:jc w:val="right"/>
      </w:pPr>
      <w:r>
        <w:t>تو ٹرینٹی کو لے کر کوئی آدمی سائنس آف گاڈ ڈیولپ نہیں کر سکتا۔ اس وجہ سے وہ اس میں فیل ہو گئے۔</w:t>
      </w:r>
    </w:p>
    <w:p>
      <w:r>
        <w:rPr>
          <w:b/>
        </w:rPr>
        <w:t xml:space="preserve">[14:46] </w:t>
      </w:r>
      <w:r>
        <w:t>goya ke un ke paas jo framework tha aadha acha tha, aadha sahi tha, aadha sahi nahi tha. yaani science ka framework tha un ke paas.</w:t>
      </w:r>
    </w:p>
    <w:p>
      <w:pPr>
        <w:jc w:val="right"/>
      </w:pPr>
      <w:r>
        <w:t>گویا کہ ان کے پاس جو فریم ورک تھا آدھا اچھا تھا، آدھا صحیح تھا، آدھا صحیح نہیں تھا۔ یعنی سائنس کا فریم ورک تھا ان کے پاس۔</w:t>
      </w:r>
    </w:p>
    <w:p>
      <w:r>
        <w:rPr>
          <w:b/>
        </w:rPr>
        <w:t xml:space="preserve">[14:57] </w:t>
      </w:r>
      <w:r>
        <w:t>lekin religion ke side se un ke paas jo framework tha woh kharab tha. kharab, yaani isai, isaiyat se liya tha unhon ne.</w:t>
      </w:r>
    </w:p>
    <w:p>
      <w:pPr>
        <w:jc w:val="right"/>
      </w:pPr>
      <w:r>
        <w:t>لیکن ریلیجن کے سائیڈ سے ان کے پاس جو فریم ورک تھا وہ خراب تھا۔ خراب، یعنی عیسائی، عیسائیت سے لیا تھا انہوں نے۔</w:t>
      </w:r>
    </w:p>
    <w:p>
      <w:r>
        <w:rPr>
          <w:b/>
        </w:rPr>
        <w:t xml:space="preserve">[15:08] </w:t>
      </w:r>
      <w:r>
        <w:t>is wajah se woh fail ho gaye.</w:t>
      </w:r>
    </w:p>
    <w:p>
      <w:pPr>
        <w:jc w:val="right"/>
      </w:pPr>
      <w:r>
        <w:t>اس وجہ سے وہ فیل ہو گئے۔</w:t>
      </w:r>
    </w:p>
    <w:p>
      <w:r>
        <w:rPr>
          <w:b/>
        </w:rPr>
        <w:t xml:space="preserve">[15:13] </w:t>
      </w:r>
      <w:r>
        <w:t>doosra naam jo mein ne liya hai doctor abdul salam woh aik muslim thay. pabandi se panch waqt ki namaz parhte thay. lekin woh nobel prize bhi banay.</w:t>
      </w:r>
    </w:p>
    <w:p>
      <w:pPr>
        <w:jc w:val="right"/>
      </w:pPr>
      <w:r>
        <w:t>دوسرا نام جو میں نے لیا ہے ڈاکٹر عبدالسلام وہ ایک مسلم تھے۔ پابندی سے پانچ وقت کی نماز پڑھتے تھے۔ لیکن وہ نوبل پرائز بھی بنے۔</w:t>
      </w:r>
    </w:p>
    <w:p>
      <w:r>
        <w:rPr>
          <w:b/>
        </w:rPr>
        <w:t xml:space="preserve">[15:24] </w:t>
      </w:r>
      <w:r>
        <w:t>aur woh, bilashubah mere nazdeek woh aadmi qabil tha is kaam ke liye. kyun ke aik taraf toh scientific background un ke paas tha.</w:t>
      </w:r>
    </w:p>
    <w:p>
      <w:pPr>
        <w:jc w:val="right"/>
      </w:pPr>
      <w:r>
        <w:t>اور وہ، بلاشبہ میرے نزدیک وہ آدمی قابل تھا اس کام کے لیے۔ کیونکہ ایک طرف تو سائنٹیفک بیک گراؤنڈ ان کے پاس تھا۔</w:t>
      </w:r>
    </w:p>
    <w:p>
      <w:r>
        <w:rPr>
          <w:b/>
        </w:rPr>
        <w:t xml:space="preserve">[15:35] </w:t>
      </w:r>
      <w:r>
        <w:t>puri tarah un ki training hui thi science mein. aur sath sath woh muslim thay. quran aur islam ki kitabon ko parha tha unhon ne.</w:t>
      </w:r>
    </w:p>
    <w:p>
      <w:pPr>
        <w:jc w:val="right"/>
      </w:pPr>
      <w:r>
        <w:t>پوری طرح ان کی ٹریننگ ہوئی تھی سائنس میں۔ اور ساتھ ساتھ وہ مسلم تھے۔ قرآن اور اسلام کی کتابوں کو پڑھا تھا انہوں نے۔</w:t>
      </w:r>
    </w:p>
    <w:p>
      <w:r>
        <w:rPr>
          <w:b/>
        </w:rPr>
        <w:t xml:space="preserve">[15:45] </w:t>
      </w:r>
      <w:r>
        <w:t>apne aap ko woh jante bhi thay woh.</w:t>
      </w:r>
    </w:p>
    <w:p>
      <w:pPr>
        <w:jc w:val="right"/>
      </w:pPr>
      <w:r>
        <w:t>اپنے آپ کو وہ جانتے بھی تھے وہ۔</w:t>
      </w:r>
    </w:p>
    <w:p>
      <w:r>
        <w:rPr>
          <w:b/>
        </w:rPr>
        <w:t xml:space="preserve">[15:50] </w:t>
      </w:r>
      <w:r>
        <w:t>aur yeh kaam unhon ne karna chaha. yeh aik bohat hi alam nak waqea hai un ki zindagi ka. woh thay italy mein aik bara,</w:t>
      </w:r>
    </w:p>
    <w:p>
      <w:pPr>
        <w:jc w:val="right"/>
      </w:pPr>
      <w:r>
        <w:t>اور یہ کام انہوں نے کرنا چاہا۔ یہ ایک بہت ہی الم ناک واقعہ ہے ان کی زندگی کا۔ وہ تھے اٹلی میں ایک بڑا،</w:t>
      </w:r>
    </w:p>
    <w:p>
      <w:r>
        <w:rPr>
          <w:b/>
        </w:rPr>
        <w:t xml:space="preserve">[16:05] </w:t>
      </w:r>
      <w:r>
        <w:t>aik bara idarah tha us mein woh director thay.</w:t>
      </w:r>
    </w:p>
    <w:p>
      <w:pPr>
        <w:jc w:val="right"/>
      </w:pPr>
      <w:r>
        <w:t>ایک بڑا ادارہ تھا اس میں وہ ڈائریکٹر تھے۔</w:t>
      </w:r>
    </w:p>
    <w:p>
      <w:r>
        <w:rPr>
          <w:b/>
        </w:rPr>
        <w:t xml:space="preserve">[16:10] </w:t>
      </w:r>
      <w:r>
        <w:t>bohat achi un ki tankhwah thi, bohat acha un ka sab kuch tha wahan par. lekin un ke dil mein yeh shauq hua ke wahi kaam karne ka jo mein keh raha hoon aap ko. kyun ke naam yeh nahi liya unhon ne jo mein le raha hoon, science of god.</w:t>
      </w:r>
    </w:p>
    <w:p>
      <w:pPr>
        <w:jc w:val="right"/>
      </w:pPr>
      <w:r>
        <w:t>بہت اچھی ان کی تنخواہ تھی، بہت اچھا ان کا سب کچھ تھا وہاں پر۔ لیکن ان کے دل میں یہ شوق ہوا کہ وہی کام کرنے کا جو میں کہہ رہا ہوں آپ کو۔ کیونکہ نام یہ نہیں لیا انہوں نے جو میں لے رہا ہوں، سائنس آف گاڈ۔</w:t>
      </w:r>
    </w:p>
    <w:p>
      <w:r>
        <w:rPr>
          <w:b/>
        </w:rPr>
        <w:t xml:space="preserve">[16:20] </w:t>
      </w:r>
      <w:r>
        <w:t>lekin maqsad wahi tha. toh pakistani hukumat ko unhon ne offer kiya ke mein yeh sab chhod kar ke yahan ka jo mera bohat bara uhda hai pakistan mein aana chahta hoon.</w:t>
      </w:r>
    </w:p>
    <w:p>
      <w:pPr>
        <w:jc w:val="right"/>
      </w:pPr>
      <w:r>
        <w:t>لیکن مقصد وہی تھا۔ تو پاکستانی حکومت کو انہوں نے آفر کیا کہ میں یہ سب چھوڑ کر کے یہاں کا جو میرا بہت بڑا عہدہ ہے پاکستان میں آنا چاہتا ہوں۔</w:t>
      </w:r>
    </w:p>
    <w:p>
      <w:r>
        <w:rPr>
          <w:b/>
        </w:rPr>
        <w:t xml:space="preserve">[16:36] </w:t>
      </w:r>
      <w:r>
        <w:t>wahan par mein aik scientific,</w:t>
      </w:r>
    </w:p>
    <w:p>
      <w:pPr>
        <w:jc w:val="right"/>
      </w:pPr>
      <w:r>
        <w:t>وہاں پر میں ایک سائنٹیفک،</w:t>
      </w:r>
    </w:p>
    <w:p>
      <w:r>
        <w:rPr>
          <w:b/>
        </w:rPr>
        <w:t xml:space="preserve">[16:41] </w:t>
      </w:r>
      <w:r>
        <w:t>aik institute banaunga science education ke liye. taake naujawanon ko mein train karoon science mein.</w:t>
      </w:r>
    </w:p>
    <w:p>
      <w:pPr>
        <w:jc w:val="right"/>
      </w:pPr>
      <w:r>
        <w:t>ایک انسٹیٹیوٹ بناؤں گا سائنس ایجوکیشن کے لیے۔ تاکہ نوجوانوں کو میں ٹرین کروں سائنس میں۔</w:t>
      </w:r>
    </w:p>
    <w:p>
      <w:r>
        <w:rPr>
          <w:b/>
        </w:rPr>
        <w:t xml:space="preserve">[16:52] </w:t>
      </w:r>
      <w:r>
        <w:t>aur khas tor par is pehlu se ke muslim naujawan science ko gehrai ke sath janein. aur phir aaj ke insaan ko jo ke scientific term mein samajhna chahta hai god ko, religion ko, us ko bata sakein.</w:t>
      </w:r>
    </w:p>
    <w:p>
      <w:pPr>
        <w:jc w:val="right"/>
      </w:pPr>
      <w:r>
        <w:t>اور خاص طور پر اس پہلو سے کہ مسلم نوجوان سائنس کو گہرائی کے ساتھ جانیں۔ اور پھر آج کے انسان کو جو کہ سائنٹیفک ٹرم میں سمجھنا چاہتا ہے گاڈ کو، ریلیجن کو، اس کو بتا سکیں۔</w:t>
      </w:r>
    </w:p>
    <w:p>
      <w:r>
        <w:rPr>
          <w:b/>
        </w:rPr>
        <w:t xml:space="preserve">[17:13] </w:t>
      </w:r>
      <w:r>
        <w:t>yeh un ke dil mein aik jazba tha. is jazbe ke tehat unhon ne europe ka aik bara uhda chhod kar ke chaha ke pakistan mein aaein.</w:t>
      </w:r>
    </w:p>
    <w:p>
      <w:pPr>
        <w:jc w:val="right"/>
      </w:pPr>
      <w:r>
        <w:t>یہ ان کے دل میں ایک جذبہ تھا۔ اس جذبے کے تحت انہوں نے یورپ کا ایک بڑا عہدہ چھوڑ کر کے چاہا کہ پاکستان میں آئیں۔</w:t>
      </w:r>
    </w:p>
    <w:p>
      <w:r>
        <w:rPr>
          <w:b/>
        </w:rPr>
        <w:t xml:space="preserve">[17:24] </w:t>
      </w:r>
      <w:r>
        <w:t>aur naye siray se aap aik kaam karein. unhon ne yeh bhi keh diya ke mujhe koi tankhwah, jo bhi aap de dein wohi kafi hai. mujhe koi aap ki taraf, meri taraf se koi demand nahi hai.</w:t>
      </w:r>
    </w:p>
    <w:p>
      <w:pPr>
        <w:jc w:val="right"/>
      </w:pPr>
      <w:r>
        <w:t>اور نئے سرے سے آپ ایک کام کریں۔ انہوں نے یہ بھی کہہ دیا کہ مجھے کوئی تنخواہ، جو بھی آپ دے دیں وہی کافی ہے۔ مجھے کوئی آپ کی طرف، میری طرف سے کوئی ڈیمانڈ نہیں ہے۔</w:t>
      </w:r>
    </w:p>
    <w:p>
      <w:r>
        <w:rPr>
          <w:b/>
        </w:rPr>
        <w:t xml:space="preserve">[17:34] </w:t>
      </w:r>
      <w:r>
        <w:t>lekin aap jante hain kya hua?</w:t>
      </w:r>
    </w:p>
    <w:p>
      <w:pPr>
        <w:jc w:val="right"/>
      </w:pPr>
      <w:r>
        <w:t>لیکن آپ جانتے ہیں کیا ہوا؟</w:t>
      </w:r>
    </w:p>
    <w:p>
      <w:r>
        <w:rPr>
          <w:b/>
        </w:rPr>
        <w:t xml:space="preserve">[17:38] </w:t>
      </w:r>
      <w:r>
        <w:t>pakistani hukumat ne in ko ijazat nahi di. kyun? unhon ne kaha ke doctor abdul salam qadiyani hain.</w:t>
      </w:r>
    </w:p>
    <w:p>
      <w:pPr>
        <w:jc w:val="right"/>
      </w:pPr>
      <w:r>
        <w:t>پاکستانی حکومت نے ان کو اجازت نہیں دی۔ کیوں؟ انہوں نے کہا کہ ڈاکٹر عبدالسلام قادیانی ہیں۔</w:t>
      </w:r>
    </w:p>
    <w:p>
      <w:r>
        <w:rPr>
          <w:b/>
        </w:rPr>
        <w:t xml:space="preserve">[17:49] </w:t>
      </w:r>
      <w:r>
        <w:t>woh hamare larkon ko kharab kar den ge. yeh bilashuba ek muzahikheza baat thi. doctor abdul salam ka baap zaroor tha qadiyani.</w:t>
      </w:r>
    </w:p>
    <w:p>
      <w:pPr>
        <w:jc w:val="right"/>
      </w:pPr>
      <w:r>
        <w:t>وہ ہمارے لڑکوں کو خراب کر دیں گے۔ یہ بلاشبہ ایک مضحکہ خیز بات تھی۔ ڈاکٹر عبدالسلام کا باپ ضرور تھا قادیانی۔</w:t>
      </w:r>
    </w:p>
    <w:p>
      <w:r>
        <w:rPr>
          <w:b/>
        </w:rPr>
        <w:t xml:space="preserve">[18:03] </w:t>
      </w:r>
      <w:r>
        <w:t>doctor abdul salam to sirf ek scientist the.</w:t>
      </w:r>
    </w:p>
    <w:p>
      <w:pPr>
        <w:jc w:val="right"/>
      </w:pPr>
      <w:r>
        <w:t>ڈاکٹر عبدالسلام تو صرف ایک سائنسدان تھے۔</w:t>
      </w:r>
    </w:p>
    <w:p>
      <w:r>
        <w:rPr>
          <w:b/>
        </w:rPr>
        <w:t xml:space="preserve">[18:07] </w:t>
      </w:r>
      <w:r>
        <w:t>yeh ek waqea hai ke un ke baap the qadiyani. lekin beta jo hai woh qadiyani nahi tha. woh sirf ek scientist tha. bas aur kuch nahi.</w:t>
      </w:r>
    </w:p>
    <w:p>
      <w:pPr>
        <w:jc w:val="right"/>
      </w:pPr>
      <w:r>
        <w:t>یہ ایک واقعہ ہے کہ ان کے باپ تھے قادیانی۔ لیکن بیٹا جو ہے وہ قادیانی نہیں تھا۔ وہ صرف ایک سائنسدان تھا۔ بس اور کچھ نہیں۔</w:t>
      </w:r>
    </w:p>
    <w:p>
      <w:r>
        <w:rPr>
          <w:b/>
        </w:rPr>
        <w:t xml:space="preserve">[18:19] </w:t>
      </w:r>
      <w:r>
        <w:t>aur kuch nahi. pakistan ke logon ne yeh jana hai ke scientist jo true scientist hota hai woh sirf scientist hota hai, bas.</w:t>
      </w:r>
    </w:p>
    <w:p>
      <w:pPr>
        <w:jc w:val="right"/>
      </w:pPr>
      <w:r>
        <w:t>اور کچھ نہیں۔ پاکستان کے لوگوں نے یہ جانا ہے کہ سائنسدان جو ٹرو سائنسدان ہوتا ہے وہ صرف سائنسدان ہوتا ہے، بس۔</w:t>
      </w:r>
    </w:p>
    <w:p>
      <w:r>
        <w:rPr>
          <w:b/>
        </w:rPr>
        <w:t xml:space="preserve">[18:28] </w:t>
      </w:r>
      <w:r>
        <w:t>to beharhaal unhon ne chaha ke woh mere lafzon mein science of god ko develop karen. aur apni zindagi isi par waqf kar den.</w:t>
      </w:r>
    </w:p>
    <w:p>
      <w:pPr>
        <w:jc w:val="right"/>
      </w:pPr>
      <w:r>
        <w:t>تو بہرحال انہوں نے چاہا کہ وہ میرے لفظوں میں سائنس آف گاڈ کو ڈیولپ کریں۔ اور اپنی زندگی اسی پر وقف کر دیں۔</w:t>
      </w:r>
    </w:p>
    <w:p>
      <w:r>
        <w:rPr>
          <w:b/>
        </w:rPr>
        <w:t xml:space="preserve">[18:39] </w:t>
      </w:r>
      <w:r>
        <w:t>balke ek nasal banayein, nasal, jo un ke baad kaam karti rahe. ek team</w:t>
      </w:r>
    </w:p>
    <w:p>
      <w:pPr>
        <w:jc w:val="right"/>
      </w:pPr>
      <w:r>
        <w:t>بلکہ ایک نسل بنائیں، نسل، جو ان کے بعد کام کرتی رہے۔ ایک ٹیم</w:t>
      </w:r>
    </w:p>
    <w:p>
      <w:r>
        <w:rPr>
          <w:b/>
        </w:rPr>
        <w:t xml:space="preserve">[18:46] </w:t>
      </w:r>
      <w:r>
        <w:t>lekin jo mehdood soch hai hamare muslim, muslim logon mein. jo kattar pan hai. jo inteha pasandi hai.</w:t>
      </w:r>
    </w:p>
    <w:p>
      <w:pPr>
        <w:jc w:val="right"/>
      </w:pPr>
      <w:r>
        <w:t>۔ لیکن جو محدود سوچ ہے ہمارے مسلم، مسلم لوگوں میں۔ جو کٹر پن ہے۔ جو انتہاپسندی ہے۔</w:t>
      </w:r>
    </w:p>
    <w:p>
      <w:r>
        <w:rPr>
          <w:b/>
        </w:rPr>
        <w:t xml:space="preserve">[18:56] </w:t>
      </w:r>
      <w:r>
        <w:t>jiska islam se koi talluq nahi. is inteha pasandi ka islam se koi talluq nahi. rasool Allah salallahu alaihi wasallam ne jo bohat hi tanqidi safar kiya tha makka se madina ka, hijrat ke waqt.</w:t>
      </w:r>
    </w:p>
    <w:p>
      <w:pPr>
        <w:jc w:val="right"/>
      </w:pPr>
      <w:r>
        <w:t>جس کا اسلام سے کوئی تعلق نہیں۔ اس انتہاپسندی کا اسلام سے کوئی تعلق نہیں۔ رسول اللہ صلی اللہ علیہ وسلم نے جو بہت ہی تنقیدی سفر کیا تھا مکہ سے مدینہ کا، ہجرت کے وقت۔</w:t>
      </w:r>
    </w:p>
    <w:p>
      <w:r>
        <w:rPr>
          <w:b/>
        </w:rPr>
        <w:t xml:space="preserve">[19:11] </w:t>
      </w:r>
      <w:r>
        <w:t>aap jante hain guide kis ko banaya tha? ek mushrik ko.</w:t>
      </w:r>
    </w:p>
    <w:p>
      <w:pPr>
        <w:jc w:val="right"/>
      </w:pPr>
      <w:r>
        <w:t>آپ جانتے ہیں گائیڈ کس کو بنایا تھا؟ ایک مشرک کو۔</w:t>
      </w:r>
    </w:p>
    <w:p>
      <w:r>
        <w:rPr>
          <w:b/>
        </w:rPr>
        <w:t xml:space="preserve">[19:16] </w:t>
      </w:r>
      <w:r>
        <w:t>abdullah bin arqat. abdullah bin arqat ko aap ki rehnumai mein aap teen so mil ka safar kiya jo.</w:t>
      </w:r>
    </w:p>
    <w:p>
      <w:pPr>
        <w:jc w:val="right"/>
      </w:pPr>
      <w:r>
        <w:t>عبداللہ ابن ارقط۔ عبداللہ ابن ارقط کو آپ کی رہنمائی میں آپ تین سو میل کا سفر کیا جو۔</w:t>
      </w:r>
    </w:p>
    <w:p>
      <w:r>
        <w:rPr>
          <w:b/>
        </w:rPr>
        <w:t xml:space="preserve">[19:25] </w:t>
      </w:r>
      <w:r>
        <w:t>is jis mein ke har waqt jaan ka khatra tha. aur bohat se qisse bata sakta hoon main. to beharhaal yeh is ka islam se koi talluq nahi tha.</w:t>
      </w:r>
    </w:p>
    <w:p>
      <w:pPr>
        <w:jc w:val="right"/>
      </w:pPr>
      <w:r>
        <w:t>اس جس میں کہ ہر وقت جان کا خطرہ تھا۔ اور بہت سے قصے بتا سکتا ہوں میں۔ تو بہرحال یہ اس کا اسلام سے کوئی تعلق نہیں تھا۔</w:t>
      </w:r>
    </w:p>
    <w:p>
      <w:r>
        <w:rPr>
          <w:b/>
        </w:rPr>
        <w:t xml:space="preserve">[19:36] </w:t>
      </w:r>
      <w:r>
        <w:t>yeh tha kattar pan, inteha pasandi, mehdood soch</w:t>
      </w:r>
    </w:p>
    <w:p>
      <w:pPr>
        <w:jc w:val="right"/>
      </w:pPr>
      <w:r>
        <w:t>یہ تھا کٹر پن، انتہاپسندی، محدود سوچ</w:t>
      </w:r>
    </w:p>
    <w:p>
      <w:r>
        <w:rPr>
          <w:b/>
        </w:rPr>
        <w:t xml:space="preserve">[19:41] </w:t>
      </w:r>
      <w:r>
        <w:t>aur sab se barh kar yeh ke unhein pata hi nahi tha in saare logon ko ke Khuda ne ek bohat hi bara, bohat bari moqa kholi hai.</w:t>
      </w:r>
    </w:p>
    <w:p>
      <w:pPr>
        <w:jc w:val="right"/>
      </w:pPr>
      <w:r>
        <w:t>۔ اور سب سے بڑھ کر یہ کہ انہیں پتہ ہی نہیں تھا ان سارے لوگوں کو کہ خدا نے ایک بہت ہی بڑا، بہت بڑی موقع کھولی ہے۔</w:t>
      </w:r>
    </w:p>
    <w:p>
      <w:r>
        <w:rPr>
          <w:b/>
        </w:rPr>
        <w:t xml:space="preserve">[19:55] </w:t>
      </w:r>
      <w:r>
        <w:t>scientific inqilab ne pehli baar, pehli baar, pehli baar woh framework diya hai jis par aap sahi maano mein ek islami theology develop kar saken.</w:t>
      </w:r>
    </w:p>
    <w:p>
      <w:pPr>
        <w:jc w:val="right"/>
      </w:pPr>
      <w:r>
        <w:t>سائنٹیفک انقلاب نے پہلی بار، پہلی بار، پہلی بار وہ فریم ورک دیا ہے جس پر آپ صحیح معنوں میں ایک اسلامی تھیالوجی ڈیولپ کر سکیں۔</w:t>
      </w:r>
    </w:p>
    <w:p>
      <w:r>
        <w:rPr>
          <w:b/>
        </w:rPr>
        <w:t xml:space="preserve">[20:05] </w:t>
      </w:r>
      <w:r>
        <w:t>science of god develop kar saken. ideology of god develop kar</w:t>
      </w:r>
    </w:p>
    <w:p>
      <w:pPr>
        <w:jc w:val="right"/>
      </w:pPr>
      <w:r>
        <w:t>سائنس آف گاڈ ڈیولپ کر سکیں۔ آئیڈیالوجی آف گاڈ ڈیولپ کر</w:t>
      </w:r>
    </w:p>
    <w:p>
      <w:r>
        <w:rPr>
          <w:b/>
        </w:rPr>
        <w:t xml:space="preserve">[20:09] </w:t>
      </w:r>
      <w:r>
        <w:t>saken. pehli baar yeh hua tha. aur Quran mein is ki peshangoi maujood thi. sanureehim ayatuna fil afaqi wa fi anfusihim hatta yatabayyana lahul haq.</w:t>
      </w:r>
    </w:p>
    <w:p>
      <w:pPr>
        <w:jc w:val="right"/>
      </w:pPr>
      <w:r>
        <w:t>سکیں۔ پہلی بار یہ ہوا تھا۔ اور قرآن میں اس کی پیش گوئی موجود تھا۔ سنوریہم آیاتنا فی الافاق و فی انفسہم حتیٰ یتبین لہم انہ الحق۔</w:t>
      </w:r>
    </w:p>
    <w:p>
      <w:r>
        <w:rPr>
          <w:b/>
        </w:rPr>
        <w:t xml:space="preserve">[20:24] </w:t>
      </w:r>
      <w:r>
        <w:t>yani Quran mein chouda so saal pehle bata diya gaya tha ke aisa daur aane wala hai.</w:t>
      </w:r>
    </w:p>
    <w:p>
      <w:pPr>
        <w:jc w:val="right"/>
      </w:pPr>
      <w:r>
        <w:t>یعنی قرآن میں چودہ سو سال پہلے بتا دیا گیا تھا کہ ایسا دور آنے والا ہے۔</w:t>
      </w:r>
    </w:p>
    <w:p>
      <w:r>
        <w:rPr>
          <w:b/>
        </w:rPr>
        <w:t xml:space="preserve">[20:33] </w:t>
      </w:r>
      <w:r>
        <w:t>jabke ilm ka dhamaka itna zyada hoga. jab ilm ka itna development hoga. aisi nai daryaften hongi ke pehli baar aisa mumkin ho jayega ke science of god ko develop kiya saken.</w:t>
      </w:r>
    </w:p>
    <w:p>
      <w:pPr>
        <w:jc w:val="right"/>
      </w:pPr>
      <w:r>
        <w:t>جبکہ علم کا دھماکہ اتنا زیادہ ہوگا۔ جب علم کا اتنا ڈیولپمنٹ ہوگا۔ ایسی نئی دریافتیں ہوں گی کہ پہلی بار ایسا ممکن ہو جائے گا کہ سائنس آف گاڈ کو ڈیولپ کیا سکیں۔</w:t>
      </w:r>
    </w:p>
    <w:p>
      <w:r>
        <w:rPr>
          <w:b/>
        </w:rPr>
        <w:t xml:space="preserve">[20:51] </w:t>
      </w:r>
      <w:r>
        <w:t>yani reason based ideology of god develop kiya saken. lekin kisi ko khabar hi nahi.</w:t>
      </w:r>
    </w:p>
    <w:p>
      <w:pPr>
        <w:jc w:val="right"/>
      </w:pPr>
      <w:r>
        <w:t>یعنی ریزن بیسڈ آئیڈیالوجی آف گاڈ ڈیولپ کیا سکیں۔ لیکن کسی کو خبر ہی نہیں۔</w:t>
      </w:r>
    </w:p>
    <w:p>
      <w:r>
        <w:rPr>
          <w:b/>
        </w:rPr>
        <w:t xml:space="preserve">[21:00] </w:t>
      </w:r>
      <w:r>
        <w:t>gharz yeh ke doctor abdul salam bohat hi dukh ke sath woh gaye nahi Pakistan aur mar gaye, bahar bahar. woh imkan bhi khatam ho gaya.</w:t>
      </w:r>
    </w:p>
    <w:p>
      <w:pPr>
        <w:jc w:val="right"/>
      </w:pPr>
      <w:r>
        <w:t>غرض یہ کہ ڈاکٹر عبدالسلام بہت ہی دکھ کے ساتھ وہ گئے نہیں پاکستان اور مر گئے، باہر باہر۔ وہ امکان بھی ختم ہو گیا۔</w:t>
      </w:r>
    </w:p>
    <w:p>
      <w:r>
        <w:rPr>
          <w:b/>
        </w:rPr>
        <w:t xml:space="preserve">[21:11] </w:t>
      </w:r>
      <w:r>
        <w:t>is ke baad kya hua? Khuda ne shayad teesre insan ko muntakhib kiya. jo na scientist tha na</w:t>
      </w:r>
    </w:p>
    <w:p>
      <w:pPr>
        <w:jc w:val="right"/>
      </w:pPr>
      <w:r>
        <w:t>اس کے بعد کیا ہوا؟ خدا نے شاید تیسرے انسان کو منتخب کیا۔ جو نہ سائنسدان تھا نہ</w:t>
      </w:r>
    </w:p>
    <w:p>
      <w:r>
        <w:rPr>
          <w:b/>
        </w:rPr>
        <w:t xml:space="preserve">[21:23] </w:t>
      </w:r>
      <w:r>
        <w:t>kuch tha.</w:t>
      </w:r>
    </w:p>
    <w:p>
      <w:pPr>
        <w:jc w:val="right"/>
      </w:pPr>
      <w:r>
        <w:t>کچھ تھا۔</w:t>
      </w:r>
    </w:p>
    <w:p>
      <w:r>
        <w:rPr>
          <w:b/>
        </w:rPr>
        <w:t xml:space="preserve">[21:29] </w:t>
      </w:r>
      <w:r>
        <w:t>jis ko kehte hain qara fall binam man deewana zadan. to yeh maine likha hai kisi apni kitab mein ke main lucknow mein tha.</w:t>
      </w:r>
    </w:p>
    <w:p>
      <w:pPr>
        <w:jc w:val="right"/>
      </w:pPr>
      <w:r>
        <w:t>جس کو کہتے ہیں قراء فال بنام من دیوانہ زدن۔ تو یہ میں نے لکھا ہے کسی اپنی کتاب میں کہ میں لکھنو میں تھا۔</w:t>
      </w:r>
    </w:p>
    <w:p>
      <w:r>
        <w:rPr>
          <w:b/>
        </w:rPr>
        <w:t xml:space="preserve">[21:43] </w:t>
      </w:r>
      <w:r>
        <w:t>ek zamane mein main lucknow mein hota tha. ek din aisa hua ke zuhr ki azan hui.</w:t>
      </w:r>
    </w:p>
    <w:p>
      <w:pPr>
        <w:jc w:val="right"/>
      </w:pPr>
      <w:r>
        <w:t>ایک زمانے میں میں لکھنو میں ہوتا تھا۔ ایک دن ایسا ہوا کہ ظہر کی اذان ہوئی۔</w:t>
      </w:r>
    </w:p>
    <w:p>
      <w:r>
        <w:rPr>
          <w:b/>
        </w:rPr>
        <w:t xml:space="preserve">[21:54] </w:t>
      </w:r>
      <w:r>
        <w:t>mein apne kamre se nikla. masjid gaya. wuzu kiya. aur sunnat parhi.</w:t>
      </w:r>
    </w:p>
    <w:p>
      <w:pPr>
        <w:jc w:val="right"/>
      </w:pPr>
      <w:r>
        <w:t>میں اپنے کمرے سے نکلا۔ مسجد گیا۔ وضو کیا۔ اور سنت پڑھی۔</w:t>
      </w:r>
    </w:p>
    <w:p>
      <w:r>
        <w:rPr>
          <w:b/>
        </w:rPr>
        <w:t xml:space="preserve">[22:05] </w:t>
      </w:r>
      <w:r>
        <w:t>sunnat parh kar ke mera mamool tha ke mein masjid ke aik kone mein baith jata tha, bilkul kone mein. beech mein kabhi nahi baitha mein.</w:t>
      </w:r>
    </w:p>
    <w:p>
      <w:pPr>
        <w:jc w:val="right"/>
      </w:pPr>
      <w:r>
        <w:t>سنت پڑھ کر کے میرا معمول تھا کہ میں مسجد کے ایک کونے میں بیٹھ جاتا تھا، بالکل کونے میں۔ بیچ میں کبھی نہیں بیٹھا میں۔</w:t>
      </w:r>
    </w:p>
    <w:p>
      <w:r>
        <w:rPr>
          <w:b/>
        </w:rPr>
        <w:t xml:space="preserve">[22:16] </w:t>
      </w:r>
      <w:r>
        <w:t>to sunnat parh kar ke aik kone mein baith gaya.</w:t>
      </w:r>
    </w:p>
    <w:p>
      <w:pPr>
        <w:jc w:val="right"/>
      </w:pPr>
      <w:r>
        <w:t>تو سنت پڑھ کر کے ایک کونے میں بیٹھ گیا۔</w:t>
      </w:r>
    </w:p>
    <w:p>
      <w:r>
        <w:rPr>
          <w:b/>
        </w:rPr>
        <w:t xml:space="preserve">[22:20] </w:t>
      </w:r>
      <w:r>
        <w:t>yeh intezar karne laga ke jab jamaat khadi hogi to mein jamaat mein shareek ho jaunga. chup chap baitha hua tha akela. koi aage peeche mere paas nahi tha.</w:t>
      </w:r>
    </w:p>
    <w:p>
      <w:pPr>
        <w:jc w:val="right"/>
      </w:pPr>
      <w:r>
        <w:t>یہ انتظار کرنے لگا کہ جب جماعت کھڑی ہوگی تو میں جماعت میں شریک ہو جاؤں گا۔ چپ چاپ بیٹھا ہوا تھا اکیلا۔ کوئی آگے پیچھے میرے پاس نہیں تھا۔</w:t>
      </w:r>
    </w:p>
    <w:p>
      <w:r>
        <w:rPr>
          <w:b/>
        </w:rPr>
        <w:t xml:space="preserve">[22:31] </w:t>
      </w:r>
      <w:r>
        <w:t>us waqt mujhe aik vision aaya. aik vision. bohat hi wazeh vision. achaanak aik lafz taza kiya mere samne.</w:t>
      </w:r>
    </w:p>
    <w:p>
      <w:pPr>
        <w:jc w:val="right"/>
      </w:pPr>
      <w:r>
        <w:t>اس وقت مجھے ایک ویژن آیا۔ ایک ویژن۔ بہت ہی واضح ویژن۔ اچانک ایک لفظ تازہ کیا میرے سامنے۔</w:t>
      </w:r>
    </w:p>
    <w:p>
      <w:r>
        <w:rPr>
          <w:b/>
        </w:rPr>
        <w:t xml:space="preserve">[22:44] </w:t>
      </w:r>
      <w:r>
        <w:t>woh tha god rises.</w:t>
      </w:r>
    </w:p>
    <w:p>
      <w:pPr>
        <w:jc w:val="right"/>
      </w:pPr>
      <w:r>
        <w:t>وہ تھا گاڈ رائزز۔</w:t>
      </w:r>
    </w:p>
    <w:p>
      <w:r>
        <w:rPr>
          <w:b/>
        </w:rPr>
        <w:t xml:space="preserve">[22:48] </w:t>
      </w:r>
      <w:r>
        <w:t>yeh lafz taza kar ke mere samne aa gaya, god rises. us waqt mein god rises ka poora jo iska gehra matlab hai woh nahi janta tha mein.</w:t>
      </w:r>
    </w:p>
    <w:p>
      <w:pPr>
        <w:jc w:val="right"/>
      </w:pPr>
      <w:r>
        <w:t>یہ لفظ تازہ کر کے میرے سامنے آگیا، گاڈ رائزز۔ اس وقت میں گاڈ رائزز کا پورا جو اس کا گہرا مطلب ہے وہ نہیں جانتا تھا میں۔</w:t>
      </w:r>
    </w:p>
    <w:p>
      <w:r>
        <w:rPr>
          <w:b/>
        </w:rPr>
        <w:t xml:space="preserve">[23:01] </w:t>
      </w:r>
      <w:r>
        <w:t>kya matlab hai god rises ka. masjid se nikal kar jab mein aaya to mein ne dictionary waghera mein, kitabon waghera mein dekha. to maloom hua ke yeh expression jo hai bible ka expression hai.</w:t>
      </w:r>
    </w:p>
    <w:p>
      <w:pPr>
        <w:jc w:val="right"/>
      </w:pPr>
      <w:r>
        <w:t>کیا مطلب ہے گاڈ رائزز کا۔ مسجد سے نکل کر جب میں آیا تو میں نے ڈکشنری وغیرہ میں، کتابوں وغیرہ میں دیکھا۔ تو معلوم ہوا کہ یہ ایکسپریشن جو ہے بائبل کا ایکسپریشن ہے۔</w:t>
      </w:r>
    </w:p>
    <w:p>
      <w:r>
        <w:rPr>
          <w:b/>
        </w:rPr>
        <w:t xml:space="preserve">[23:16] </w:t>
      </w:r>
      <w:r>
        <w:t>bible ka expression. bible mein aik jagah aaya hai, let god rise, let his enemies be scattered.</w:t>
      </w:r>
    </w:p>
    <w:p>
      <w:pPr>
        <w:jc w:val="right"/>
      </w:pPr>
      <w:r>
        <w:t>بائبل کا ایکسپریشن۔ بائبل میں ایک جگہ آیا ہے، لیٹ گاڈ رائز، لیٹ ہز اینمیز بی سکٹرڈ۔</w:t>
      </w:r>
    </w:p>
    <w:p>
      <w:r>
        <w:rPr>
          <w:b/>
        </w:rPr>
        <w:t xml:space="preserve">[23:27] </w:t>
      </w:r>
      <w:r>
        <w:t>khuda uthe, is ke dushman tater tater hon. let god rise, let his enemies be scattered.</w:t>
      </w:r>
    </w:p>
    <w:p>
      <w:pPr>
        <w:jc w:val="right"/>
      </w:pPr>
      <w:r>
        <w:t>خدا اٹھے، اس کے دشمن تتر بتر ہوں۔ لیٹ گاڈ رائز، لیٹ ہز اینمیز بی سکٹرڈ۔</w:t>
      </w:r>
    </w:p>
    <w:p>
      <w:r>
        <w:rPr>
          <w:b/>
        </w:rPr>
        <w:t xml:space="preserve">[23:38] </w:t>
      </w:r>
      <w:r>
        <w:t>yahan god ke mani kya hain? is ka matlab nahi ke khuda otriat hoga dunya mein, otar ban kar ayega. yeh matlab nahi hai.</w:t>
      </w:r>
    </w:p>
    <w:p>
      <w:pPr>
        <w:jc w:val="right"/>
      </w:pPr>
      <w:r>
        <w:t>یہاں گاڈ کے معنی کیا ہیں؟ اس کا مطلب نہیں کہ خدا اوتریت ہوگا دنیا میں، اوتار بن کر آئے گا۔ یہ مطلب نہیں ہے۔</w:t>
      </w:r>
    </w:p>
    <w:p>
      <w:r>
        <w:rPr>
          <w:b/>
        </w:rPr>
        <w:t xml:space="preserve">[23:46] </w:t>
      </w:r>
      <w:r>
        <w:t>is ka matlab hai koi khuda ka banda god ki taraf se yeh karega ke jo log khuda ke, khuda ke khilaf muhim chala rahe hain.</w:t>
      </w:r>
    </w:p>
    <w:p>
      <w:pPr>
        <w:jc w:val="right"/>
      </w:pPr>
      <w:r>
        <w:t>اس کا مطلب ہے کوئی خدا کا بندہ گاڈ کی طرف سے یہ کرے گا کہ جو لوگ خدا کے، خدا کے خلاف مہم چلا رہے ہیں۔</w:t>
      </w:r>
    </w:p>
    <w:p>
      <w:r>
        <w:rPr>
          <w:b/>
        </w:rPr>
        <w:t xml:space="preserve">[24:03] </w:t>
      </w:r>
      <w:r>
        <w:t>to wahan uth kar ke woh khuda ki taraf se woh kaam karega. god rises. yani khuda uthta hai.</w:t>
      </w:r>
    </w:p>
    <w:p>
      <w:pPr>
        <w:jc w:val="right"/>
      </w:pPr>
      <w:r>
        <w:t>تو وہاں اٹھ کر کے وہ خدا کی طرف سے وہ کام کرے گا۔ گاڈ رائزز۔ یعنی خدا اٹھتا ہے۔</w:t>
      </w:r>
    </w:p>
    <w:p>
      <w:r>
        <w:rPr>
          <w:b/>
        </w:rPr>
        <w:t xml:space="preserve">[24:14] </w:t>
      </w:r>
      <w:r>
        <w:t>is ka matlab yeh hai ke khuda ki taraf se koi insan uthta hai aur woh woh kaam kar dalta hai. jis ki zaroorat hai. yahan se kahani shuru hoti hai teesre insan ki.</w:t>
      </w:r>
    </w:p>
    <w:p>
      <w:pPr>
        <w:jc w:val="right"/>
      </w:pPr>
      <w:r>
        <w:t>اس کا مطلب یہ ہے کہ خدا کی طرف سے کوئی انسان اٹھتا ہے اور وہ وہ کام کر ڈالتا ہے۔ جس کی ضرورت ہے۔ یہاں سے کہانی شروع ہوتی ہے تیسرے انسان کی۔</w:t>
      </w:r>
    </w:p>
    <w:p>
      <w:r>
        <w:rPr>
          <w:b/>
        </w:rPr>
        <w:t xml:space="preserve">[24:28] </w:t>
      </w:r>
      <w:r>
        <w:t>teesre insan ki kahani. to mein scientist nahi tha. mere andar koi salahiyat nahi thi.</w:t>
      </w:r>
    </w:p>
    <w:p>
      <w:pPr>
        <w:jc w:val="right"/>
      </w:pPr>
      <w:r>
        <w:t>تیسرے انسان کی کہانی۔ تو میں سائنسدان نہیں تھا۔ میرے اندر کوئی صلاحیت نہیں تھی۔</w:t>
      </w:r>
    </w:p>
    <w:p>
      <w:r>
        <w:rPr>
          <w:b/>
        </w:rPr>
        <w:t xml:space="preserve">[24:40] </w:t>
      </w:r>
      <w:r>
        <w:t>lekin mein keh sakta hoon ke mein is ke liye deewana ho gaya.</w:t>
      </w:r>
    </w:p>
    <w:p>
      <w:pPr>
        <w:jc w:val="right"/>
      </w:pPr>
      <w:r>
        <w:t>لیکن میں کہہ سکتا ہوں کہ میں اس کے لیے دیوانہ ہو گیا۔</w:t>
      </w:r>
    </w:p>
    <w:p>
      <w:r>
        <w:rPr>
          <w:b/>
        </w:rPr>
        <w:t xml:space="preserve">[24:48] </w:t>
      </w:r>
      <w:r>
        <w:t>deewana ho gaya. ke mein is subject ko parhoon. jo sara ka sara english mein tha. is subject ko parhoon, science ko parhoon.</w:t>
      </w:r>
    </w:p>
    <w:p>
      <w:pPr>
        <w:jc w:val="right"/>
      </w:pPr>
      <w:r>
        <w:t>دیوانہ ہو گیا۔ کہ میں اس سبجیکٹ کو پڑھوں۔ جو سارا کا سارا انگلش میں تھا۔ اس سبجیکٹ کو پڑھوں، سائنس کو پڑھوں۔</w:t>
      </w:r>
    </w:p>
    <w:p>
      <w:r>
        <w:rPr>
          <w:b/>
        </w:rPr>
        <w:t xml:space="preserve">[24:59] </w:t>
      </w:r>
      <w:r>
        <w:t>aur khuda ke liye scientific, yani scientific wajah par mabni kar ke khuda ka tasawwur develop karoon.</w:t>
      </w:r>
    </w:p>
    <w:p>
      <w:pPr>
        <w:jc w:val="right"/>
      </w:pPr>
      <w:r>
        <w:t>اور خدا کے لیے سائنٹیفک، یعنی سائنٹیفک وجہ پر مبنی کر کے خدا کا تصور ڈیولپ کروں۔</w:t>
      </w:r>
    </w:p>
    <w:p>
      <w:r>
        <w:rPr>
          <w:b/>
        </w:rPr>
        <w:t xml:space="preserve">[25:11] </w:t>
      </w:r>
      <w:r>
        <w:t>yani science of god.</w:t>
      </w:r>
    </w:p>
    <w:p>
      <w:pPr>
        <w:jc w:val="right"/>
      </w:pPr>
      <w:r>
        <w:t>یعنی سائنس آف گاڈ۔</w:t>
      </w:r>
    </w:p>
    <w:p>
      <w:r>
        <w:rPr>
          <w:b/>
        </w:rPr>
        <w:t xml:space="preserve">[25:15] </w:t>
      </w:r>
      <w:r>
        <w:t>yeh lambi kahani hai.</w:t>
      </w:r>
    </w:p>
    <w:p>
      <w:pPr>
        <w:jc w:val="right"/>
      </w:pPr>
      <w:r>
        <w:t>یہ لمبی کہانی ہے۔</w:t>
      </w:r>
    </w:p>
    <w:p>
      <w:r>
        <w:rPr>
          <w:b/>
        </w:rPr>
        <w:t xml:space="preserve">[25:19] </w:t>
      </w:r>
      <w:r>
        <w:t>kal parson aisa hua ke mein radio sun raha tha.</w:t>
      </w:r>
    </w:p>
    <w:p>
      <w:pPr>
        <w:jc w:val="right"/>
      </w:pPr>
      <w:r>
        <w:t>کل پرسوں ایسا ہوا کہ میں ریڈیو سن رہا تھا۔</w:t>
      </w:r>
    </w:p>
    <w:p>
      <w:r>
        <w:rPr>
          <w:b/>
        </w:rPr>
        <w:t xml:space="preserve">[25:27] </w:t>
      </w:r>
      <w:r>
        <w:t>to radio mein aaj tak mujhe nahi pata ke kahan konsi khabar kahan se aati hai. konsa item kahan se aata hai. mujhe apne telephone number bhi nahi maloom.</w:t>
      </w:r>
    </w:p>
    <w:p>
      <w:pPr>
        <w:jc w:val="right"/>
      </w:pPr>
      <w:r>
        <w:t>تو ریڈیو میں آج تک مجھے نہیں پتہ کہ کہاں کون سی خبر کہاں سے آتی ہے۔ کون سا آئٹم کہاں سے آتا ہے۔ مجھے اپنے ٹیلی فون نمبر بھی نہیں معلوم۔</w:t>
      </w:r>
    </w:p>
    <w:p>
      <w:r>
        <w:rPr>
          <w:b/>
        </w:rPr>
        <w:t xml:space="preserve">[25:38] </w:t>
      </w:r>
      <w:r>
        <w:t>to mein ghumata rehta hoon. to aik jagah awaz aayi, lekin gaane ki.</w:t>
      </w:r>
    </w:p>
    <w:p>
      <w:pPr>
        <w:jc w:val="right"/>
      </w:pPr>
      <w:r>
        <w:t>تو میں گھماتا رہتا ہوں۔ تو ایک جگہ آواز آئی، لیکن گانے کی۔</w:t>
      </w:r>
    </w:p>
    <w:p>
      <w:r>
        <w:rPr>
          <w:b/>
        </w:rPr>
        <w:t xml:space="preserve">[25:44] </w:t>
      </w:r>
      <w:r>
        <w:t>aik عورت bari dard bhari awaz ga rahi thi.</w:t>
      </w:r>
    </w:p>
    <w:p>
      <w:pPr>
        <w:jc w:val="right"/>
      </w:pPr>
      <w:r>
        <w:t>ایک عورت بڑی درد بھری آواز گا رہی تھی۔</w:t>
      </w:r>
    </w:p>
    <w:p>
      <w:r>
        <w:rPr>
          <w:b/>
        </w:rPr>
        <w:t xml:space="preserve">[25:52] </w:t>
      </w:r>
      <w:r>
        <w:t>ke saiyan tor karan mein jogan ban jaungi. yeh tha is mein. saiyan tor karan mein jogan ban jaungi.</w:t>
      </w:r>
    </w:p>
    <w:p>
      <w:pPr>
        <w:jc w:val="right"/>
      </w:pPr>
      <w:r>
        <w:t>کہ سیاں طور کارن میں جوگن بن جاؤں گی۔ یہ تھا اس میں۔ سیاں طور کارن میں جوگن بن جاؤں گی۔</w:t>
      </w:r>
    </w:p>
    <w:p>
      <w:r>
        <w:rPr>
          <w:b/>
        </w:rPr>
        <w:t xml:space="preserve">[26:04] </w:t>
      </w:r>
      <w:r>
        <w:t>to mein achaanak rone laga.</w:t>
      </w:r>
    </w:p>
    <w:p>
      <w:pPr>
        <w:jc w:val="right"/>
      </w:pPr>
      <w:r>
        <w:t>تو میں اچانک رونے لگا۔</w:t>
      </w:r>
    </w:p>
    <w:p>
      <w:r>
        <w:rPr>
          <w:b/>
        </w:rPr>
        <w:t xml:space="preserve">[26:09] </w:t>
      </w:r>
      <w:r>
        <w:t>mein ne kaha khudaaya</w:t>
      </w:r>
    </w:p>
    <w:p>
      <w:pPr>
        <w:jc w:val="right"/>
      </w:pPr>
      <w:r>
        <w:t>میں نے کہا خدایا</w:t>
      </w:r>
    </w:p>
    <w:p>
      <w:r>
        <w:rPr>
          <w:b/>
        </w:rPr>
        <w:t xml:space="preserve">[26:11] </w:t>
      </w:r>
      <w:r>
        <w:t>mein tere liye jogi jogan ban gaya.</w:t>
      </w:r>
    </w:p>
    <w:p>
      <w:pPr>
        <w:jc w:val="right"/>
      </w:pPr>
      <w:r>
        <w:t>میں تیرے لیے جوگی جوگن بن گیا۔</w:t>
      </w:r>
    </w:p>
    <w:p>
      <w:r>
        <w:rPr>
          <w:b/>
        </w:rPr>
        <w:t xml:space="preserve">[26:18] </w:t>
      </w:r>
      <w:r>
        <w:t>is ki gawahi meri maa ne di. meri maa jo bohat hi zaheen theen. kaha karti theen. mere baare mein.</w:t>
      </w:r>
    </w:p>
    <w:p>
      <w:pPr>
        <w:jc w:val="right"/>
      </w:pPr>
      <w:r>
        <w:t>اس کی گواہی میری ماں نے دی۔ میری ماں جو بہت ہی ذہین تھیں۔ کہا کرتی تھیں۔ میرے بارے میں۔</w:t>
      </w:r>
    </w:p>
    <w:p>
      <w:r>
        <w:rPr>
          <w:b/>
        </w:rPr>
        <w:t xml:space="preserve">[26:29] </w:t>
      </w:r>
      <w:r>
        <w:t>ke rehli baban woh dehati zabaan bolti theen. ke rehli baban bheli dhoop. jaat jaat hum kaisan hop.</w:t>
      </w:r>
    </w:p>
    <w:p>
      <w:pPr>
        <w:jc w:val="right"/>
      </w:pPr>
      <w:r>
        <w:t>کہ رحلی بابن وہ دیہاتی زبان بولتی تھیں۔ کہ رحلی بابن بھیلی دھوپ۔ جات جات ہم کیسن ہوپ۔</w:t>
      </w:r>
    </w:p>
    <w:p>
      <w:r>
        <w:rPr>
          <w:b/>
        </w:rPr>
        <w:t xml:space="preserve">[26:39] </w:t>
      </w:r>
      <w:r>
        <w:t>mere baare mein kehti theen ke ke mein achhe khandan mein paida hua. barahman khandan mein goya ke. lekin ek mazdoor jaisa ban gaya.</w:t>
      </w:r>
    </w:p>
    <w:p>
      <w:pPr>
        <w:jc w:val="right"/>
      </w:pPr>
      <w:r>
        <w:t>میرے بارے میں کہتی تھیں کہ کہ میں اچھے خاندان میں پیدا ہوا۔ برہمن خاندان میں گویا کہ۔ لیکن ایک مزدور جیسا بن گیا۔</w:t>
      </w:r>
    </w:p>
    <w:p>
      <w:r>
        <w:rPr>
          <w:b/>
        </w:rPr>
        <w:t xml:space="preserve">[26:48] </w:t>
      </w:r>
      <w:r>
        <w:t>dhoop yaani aam kapde ka mazdoor. aage mera kya anjaam hoga. hamesha mere baare mein shakk mein rehti theen ke mera kya anjaam hoga.</w:t>
      </w:r>
    </w:p>
    <w:p>
      <w:pPr>
        <w:jc w:val="right"/>
      </w:pPr>
      <w:r>
        <w:t>دھوپ یعنی عام کپڑے کا مزدور۔ آگے میرا کیا انجام ہوگا۔ ہمیشہ میرے بارے میں شک میں رہتی تھیں کہ میرا کیا انجام ہوگا۔</w:t>
      </w:r>
    </w:p>
    <w:p>
      <w:r>
        <w:rPr>
          <w:b/>
        </w:rPr>
        <w:t xml:space="preserve">[26:58] </w:t>
      </w:r>
      <w:r>
        <w:t>to aksar yeh kaha karti theen. rehli baban bheli dhoop. jaat jaat hum kaisan hop.</w:t>
      </w:r>
    </w:p>
    <w:p>
      <w:pPr>
        <w:jc w:val="right"/>
      </w:pPr>
      <w:r>
        <w:t>تو اکثر یہ کہا کرتی تھیں۔ رحلی بابن بھیلی دھوپ۔ جات جات ہم کیسن ہوپ۔</w:t>
      </w:r>
    </w:p>
    <w:p>
      <w:r>
        <w:rPr>
          <w:b/>
        </w:rPr>
        <w:t xml:space="preserve">[27:08] </w:t>
      </w:r>
      <w:r>
        <w:t>to mein ne kaha khudaaya mein tere liye</w:t>
      </w:r>
    </w:p>
    <w:p>
      <w:pPr>
        <w:jc w:val="right"/>
      </w:pPr>
      <w:r>
        <w:t>تو میں نے کہا خدایا میں تیرے لیے</w:t>
      </w:r>
    </w:p>
    <w:p>
      <w:r>
        <w:rPr>
          <w:b/>
        </w:rPr>
        <w:t xml:space="preserve">[27:16] </w:t>
      </w:r>
      <w:r>
        <w:t>jogi jogan ban gaya.</w:t>
      </w:r>
    </w:p>
    <w:p>
      <w:pPr>
        <w:jc w:val="right"/>
      </w:pPr>
      <w:r>
        <w:t>جوگی جوگن بن گیا۔</w:t>
      </w:r>
    </w:p>
    <w:p>
      <w:r>
        <w:rPr>
          <w:b/>
        </w:rPr>
        <w:t xml:space="preserve">[27:22] </w:t>
      </w:r>
      <w:r>
        <w:t>jis ki gawahi meri maa ne di. phir mujhe yaad aaya ke ek kitaab hai freedom at midnight.</w:t>
      </w:r>
    </w:p>
    <w:p>
      <w:pPr>
        <w:jc w:val="right"/>
      </w:pPr>
      <w:r>
        <w:t>جس کی گواہی میری ماں نے دی۔ پھر مجھے یاد آیا کہ ایک کتاب ہے فریڈم ایٹ مڈ نائٹ۔</w:t>
      </w:r>
    </w:p>
    <w:p>
      <w:r>
        <w:rPr>
          <w:b/>
        </w:rPr>
        <w:t xml:space="preserve">[27:33] </w:t>
      </w:r>
      <w:r>
        <w:t>freedom at midnight.</w:t>
      </w:r>
    </w:p>
    <w:p>
      <w:pPr>
        <w:jc w:val="right"/>
      </w:pPr>
      <w:r>
        <w:t>فریڈم ایٹ مڈ نائٹ۔</w:t>
      </w:r>
    </w:p>
    <w:p>
      <w:r>
        <w:rPr>
          <w:b/>
        </w:rPr>
        <w:t xml:space="preserve">[27:36] </w:t>
      </w:r>
      <w:r>
        <w:t>do musannifeen ne is ko likha hai, india ki azaadi ke baare mein. to ek interview hua tha, is interview mein ek musannif ne kaha tha.</w:t>
      </w:r>
    </w:p>
    <w:p>
      <w:pPr>
        <w:jc w:val="right"/>
      </w:pPr>
      <w:r>
        <w:t>دو مصنفین نے اس کو لکھا ہے، انڈیا کی آزادی کے بارے میں۔ تو ایک انٹرویو ہوا تھا، اس انٹرویو میں ایک مصنف نے کہا تھا۔</w:t>
      </w:r>
    </w:p>
    <w:p>
      <w:r>
        <w:rPr>
          <w:b/>
        </w:rPr>
        <w:t xml:space="preserve">[27:50] </w:t>
      </w:r>
      <w:r>
        <w:t>yaani unhone bohat zyada isi mein apne ko waqf kar diya tha. bohat padha unhone. kitne magazine, kitne paper, kitni reportein, kitne document.</w:t>
      </w:r>
    </w:p>
    <w:p>
      <w:pPr>
        <w:jc w:val="right"/>
      </w:pPr>
      <w:r>
        <w:t>یعنی انہوں نے بہت زیادہ اسی میں اپنے کو وقف کر دیا تھا۔ بہت پڑھا انہوں نے۔ کتنے میگزین، کتنے پیپر، کتنی رپورٹیں، کتنے ڈاکومنٹ۔</w:t>
      </w:r>
    </w:p>
    <w:p>
      <w:r>
        <w:rPr>
          <w:b/>
        </w:rPr>
        <w:t xml:space="preserve">[28:01] </w:t>
      </w:r>
      <w:r>
        <w:t>raat din, raat din, raat din, raat din, raat din, raat din.</w:t>
      </w:r>
    </w:p>
    <w:p>
      <w:pPr>
        <w:jc w:val="right"/>
      </w:pPr>
      <w:r>
        <w:t>رات دن، رات دن، رات دن، رات دن، رات دن، رات دن۔</w:t>
      </w:r>
    </w:p>
    <w:p>
      <w:r>
        <w:rPr>
          <w:b/>
        </w:rPr>
        <w:t xml:space="preserve">[28:06] </w:t>
      </w:r>
      <w:r>
        <w:t>is ko batate hue unhone kaha tha ke we lived like hermits. do aadmiyon ke baare mein.</w:t>
      </w:r>
    </w:p>
    <w:p>
      <w:pPr>
        <w:jc w:val="right"/>
      </w:pPr>
      <w:r>
        <w:t>اس کو بتاتے ہوئے انہوں نے کہا تھا کہ وی لیوڈ لائک ہربٹس۔ دو آدمیوں کے بارے میں۔</w:t>
      </w:r>
    </w:p>
    <w:p>
      <w:r>
        <w:rPr>
          <w:b/>
        </w:rPr>
        <w:t xml:space="preserve">[28:16] </w:t>
      </w:r>
      <w:r>
        <w:t>we lived like hermits and we produced freedom at midnight.</w:t>
      </w:r>
    </w:p>
    <w:p>
      <w:pPr>
        <w:jc w:val="right"/>
      </w:pPr>
      <w:r>
        <w:t>وی لیوڈ لائک ہربٹس اینڈ وی پروڈیوسڈ فریڈم ایٹ مڈ نائٹ۔</w:t>
      </w:r>
    </w:p>
    <w:p>
      <w:r>
        <w:rPr>
          <w:b/>
        </w:rPr>
        <w:t xml:space="preserve">[28:25] </w:t>
      </w:r>
      <w:r>
        <w:t>we lived like hermits and we produced freedom at midnight.</w:t>
      </w:r>
    </w:p>
    <w:p>
      <w:pPr>
        <w:jc w:val="right"/>
      </w:pPr>
      <w:r>
        <w:t>وی لیوڈ لائک ہربٹس اینڈ وی پروڈیوسڈ فریڈم ایٹ مڈ نائٹ۔</w:t>
      </w:r>
    </w:p>
    <w:p>
      <w:r>
        <w:rPr>
          <w:b/>
        </w:rPr>
        <w:t xml:space="preserve">[28:35] </w:t>
      </w:r>
      <w:r>
        <w:t>to mujh par jo kuch guzri hai barsah baras tak woh isi ki tasweer hai yeh. to khair is ke baad mein ne ek kitaab likhi.</w:t>
      </w:r>
    </w:p>
    <w:p>
      <w:pPr>
        <w:jc w:val="right"/>
      </w:pPr>
      <w:r>
        <w:t>تو مجھ پر جو کچھ گزری ہے برسہ برس تک وہ اسی کی تصویر ہے یہ۔ تو خیر اس کے بعد میں نے ایک کتاب لکھی۔</w:t>
      </w:r>
    </w:p>
    <w:p>
      <w:r>
        <w:rPr>
          <w:b/>
        </w:rPr>
        <w:t xml:space="preserve">[28:44] </w:t>
      </w:r>
      <w:r>
        <w:t>bohat. yaani kahan kahan mein ne safar kiya, kin libraryon mein gaya, kitni kitaabein akhta kareen, kis kis se mila. woh ek lambi kahani hai. lambi koshish ke baad mein ne ek kitaab likhi.</w:t>
      </w:r>
    </w:p>
    <w:p>
      <w:pPr>
        <w:jc w:val="right"/>
      </w:pPr>
      <w:r>
        <w:t>بہت۔ یعنی کہاں کہاں میں نے سفر کیا، کن لائبریریوں میں گیا، کتنی کتابیں اکٹھا کیں، کس کس سے ملا۔ وہ ایک لمبی کہانی ہے۔ لمبی کوشش کے بعد میں نے ایک کتاب لکھی۔</w:t>
      </w:r>
    </w:p>
    <w:p>
      <w:r>
        <w:rPr>
          <w:b/>
        </w:rPr>
        <w:t xml:space="preserve">[28:58] </w:t>
      </w:r>
      <w:r>
        <w:t>urdu mein. is ka naam tha mazhab aur jadeed challenge.</w:t>
      </w:r>
    </w:p>
    <w:p>
      <w:pPr>
        <w:jc w:val="right"/>
      </w:pPr>
      <w:r>
        <w:t>اردو میں۔ اس کا نام تھا مذہب اور جدید چیلنج۔</w:t>
      </w:r>
    </w:p>
    <w:p>
      <w:r>
        <w:rPr>
          <w:b/>
        </w:rPr>
        <w:t xml:space="preserve">[29:03] </w:t>
      </w:r>
      <w:r>
        <w:t>baad ko yeh kitaab bohat si zabaanon mein chhapi. english mein god rises mein chhapi. english mein god rises, arabic mein islam with united.</w:t>
      </w:r>
    </w:p>
    <w:p>
      <w:pPr>
        <w:jc w:val="right"/>
      </w:pPr>
      <w:r>
        <w:t>بعد کو یہ کتاب بہت سی زبانوں میں چھپی۔ انگلش میں گاڈ رائزز میں چھپی۔ انگلش میں گاڈ رائزز، عربک میں الاسلام ویتحدہ۔</w:t>
      </w:r>
    </w:p>
    <w:p>
      <w:r>
        <w:rPr>
          <w:b/>
        </w:rPr>
        <w:t xml:space="preserve">[29:14] </w:t>
      </w:r>
      <w:r>
        <w:t>to us waqt mein lucknow mein tha. jab mein yeh kitaab likh kar ke mein ne wahan par diya un ko. wahan par ek ek adara tha, is ka naam tha academy of islamic research and publications.</w:t>
      </w:r>
    </w:p>
    <w:p>
      <w:pPr>
        <w:jc w:val="right"/>
      </w:pPr>
      <w:r>
        <w:t>تو اس وقت میں لکھنو میں تھا۔ جب میں یہ کتاب لکھ کر کے میں نے وہاں پر دیا ان کو۔ وہاں پر ایک ایک ادارہ تھا، اس کا نام تھا اکیڈمی آف اسلامی ریسرچ اینڈ پبلیکیشنز۔</w:t>
      </w:r>
    </w:p>
    <w:p>
      <w:r>
        <w:rPr>
          <w:b/>
        </w:rPr>
        <w:t xml:space="preserve">[29:29] </w:t>
      </w:r>
      <w:r>
        <w:t>is ko mein ne diya chhapne ke liye.</w:t>
      </w:r>
    </w:p>
    <w:p>
      <w:pPr>
        <w:jc w:val="right"/>
      </w:pPr>
      <w:r>
        <w:t>اس کو میں نے دیا چھپنے کے لیے۔</w:t>
      </w:r>
    </w:p>
    <w:p>
      <w:r>
        <w:rPr>
          <w:b/>
        </w:rPr>
        <w:t xml:space="preserve">[29:33] </w:t>
      </w:r>
      <w:r>
        <w:t>to is mein sab ulma log thay. to woh woh kuch ghabra se gaye ke is mein saari science ki baatein hain.</w:t>
      </w:r>
    </w:p>
    <w:p>
      <w:pPr>
        <w:jc w:val="right"/>
      </w:pPr>
      <w:r>
        <w:t>تو اس میں سب علماء لوگ تھے۔ تو وہ وہ کچھ گھبرا سے گئے کہ اس میں ساری سائنس کی باتیں ہیں۔</w:t>
      </w:r>
    </w:p>
    <w:p>
      <w:r>
        <w:rPr>
          <w:b/>
        </w:rPr>
        <w:t xml:space="preserve">[29:42] </w:t>
      </w:r>
      <w:r>
        <w:t>to hum kaise chhapen is ko, pata nahin is mein koi galat ho. likha to hai ek molvi ne, baaten science ki hain. to un ki himmat nahin padti thi ke is ko chhapen.</w:t>
      </w:r>
    </w:p>
    <w:p>
      <w:pPr>
        <w:jc w:val="right"/>
      </w:pPr>
      <w:r>
        <w:t>تو ہم کیسے چھاپیں اس کو، پتہ نہیں اس میں کوئی غلط ہو۔ لکھا تو ہے ایک مولوی نے، باتیں سائنس کی ہیں۔ تو ان کی ہمت نہیں پڑتی تھی کہ اس کو چھاپیں۔</w:t>
      </w:r>
    </w:p>
    <w:p>
      <w:r>
        <w:rPr>
          <w:b/>
        </w:rPr>
        <w:t xml:space="preserve">[29:54] </w:t>
      </w:r>
      <w:r>
        <w:t>to lucknow mein is waqt ek sahib the jo i.s. officer the. muslim. bohat hi zaheen the.</w:t>
      </w:r>
    </w:p>
    <w:p>
      <w:pPr>
        <w:jc w:val="right"/>
      </w:pPr>
      <w:r>
        <w:t>تو لکھنو میں اس وقت ایک صاحب تھے جو آئی ایس آفیسر تھے۔ مسلم۔ بہت ہی ذہین تھے۔</w:t>
      </w:r>
    </w:p>
    <w:p>
      <w:r>
        <w:rPr>
          <w:b/>
        </w:rPr>
        <w:t xml:space="preserve">[30:02] </w:t>
      </w:r>
      <w:r>
        <w:t>bari bohat hi zyada study thi un ki. bohat mashhoor the wahan par is maano mein. yaani top intellectual. lucknow mein.</w:t>
      </w:r>
    </w:p>
    <w:p>
      <w:pPr>
        <w:jc w:val="right"/>
      </w:pPr>
      <w:r>
        <w:t>بڑی بہت ہی زیادہ اسٹڈی تھی ان کی۔ بہت مشہور تھے وہاں پر اس معنوں میں۔ یعنی ٹاپ انٹلیکچوئل۔ لکھنو میں۔</w:t>
      </w:r>
    </w:p>
    <w:p>
      <w:r>
        <w:rPr>
          <w:b/>
        </w:rPr>
        <w:t xml:space="preserve">[30:13] </w:t>
      </w:r>
      <w:r>
        <w:t>to un logon ne in sahib ko diya ke is ko parho. yaani is ka haath likha hua. aur batao ke is ko chhapen ke nahin chhapen.</w:t>
      </w:r>
    </w:p>
    <w:p>
      <w:pPr>
        <w:jc w:val="right"/>
      </w:pPr>
      <w:r>
        <w:t>تو ان لوگوں نے ان صاحب کو دیا کہ اس کو پڑھو۔ یعنی اس کا ہاتھ لکھا دیا۔ اور بتاؤ کہ اس کو چھاپیں کہ نہیں چھاپیں۔</w:t>
      </w:r>
    </w:p>
    <w:p>
      <w:r>
        <w:rPr>
          <w:b/>
        </w:rPr>
        <w:t xml:space="preserve">[30:27] </w:t>
      </w:r>
      <w:r>
        <w:t>to unhon ne is ko reject kar diya.</w:t>
      </w:r>
    </w:p>
    <w:p>
      <w:pPr>
        <w:jc w:val="right"/>
      </w:pPr>
      <w:r>
        <w:t>تو انہوں نے اس کو ریجیکٹ کر دیا۔</w:t>
      </w:r>
    </w:p>
    <w:p>
      <w:r>
        <w:rPr>
          <w:b/>
        </w:rPr>
        <w:t xml:space="preserve">[30:33] </w:t>
      </w:r>
      <w:r>
        <w:t>unhon ne ek khat likha jo abhi tak wahan par koi bhi ja ke dekh sakta hai. academy of islamic research and publication ke office mein poora file is ka hai.</w:t>
      </w:r>
    </w:p>
    <w:p>
      <w:pPr>
        <w:jc w:val="right"/>
      </w:pPr>
      <w:r>
        <w:t>انہوں نے ایک خط لکھا جو ابھی تک وہاں پر کوئی بھی جا کے دیکھ سکتا ہے۔ اکیڈمی آف اسلامی ریسرچ اینڈ پبلیکیشن کے آفس میں پورا فائل اس کا ہے۔</w:t>
      </w:r>
    </w:p>
    <w:p>
      <w:r>
        <w:rPr>
          <w:b/>
        </w:rPr>
        <w:t xml:space="preserve">[30:44] </w:t>
      </w:r>
      <w:r>
        <w:t>wahan par dekh sakte hain aap. unhon ne likha ke musannif ka aitbaar kya hai mere bare mein. unhon ne yaani islam aur science par kitaab likhi hai, un ka aitbaar kya hai.</w:t>
      </w:r>
    </w:p>
    <w:p>
      <w:pPr>
        <w:jc w:val="right"/>
      </w:pPr>
      <w:r>
        <w:t>وہاں پر دیکھ سکتے ہیں آپ۔ انہوں نے لکھا کہ مصنف کا اعتبار کیا ہے میرے بارے میں۔ انہوں نے یعنی اسلام اور سائنس پر کتاب لکھی ہے، ان کا اعتبار کیا ہے۔</w:t>
      </w:r>
    </w:p>
    <w:p>
      <w:r>
        <w:rPr>
          <w:b/>
        </w:rPr>
        <w:t xml:space="preserve">[31:03] </w:t>
      </w:r>
      <w:r>
        <w:t>to mujh se poocha gaya ke bhai aisa keh rahe hain woh. to main ne kaha ke mera aitbaar yeh hai ke is subject par main pehla insaan hoon jis ne ek kitaab likhi hai.</w:t>
      </w:r>
    </w:p>
    <w:p>
      <w:pPr>
        <w:jc w:val="right"/>
      </w:pPr>
      <w:r>
        <w:t>تو مجھ سے پوچھا گیا کہ بھائی ایسا کہہ رہے ہیں وہ۔ تو میں نے کہا کہ میرا اعتبار یہ ہے کہ اس سبجیکٹ پر میں پہلا انسان ہوں جس نے ایک کتاب لکھی ہے۔</w:t>
      </w:r>
    </w:p>
    <w:p>
      <w:r>
        <w:rPr>
          <w:b/>
        </w:rPr>
        <w:t xml:space="preserve">[31:16] </w:t>
      </w:r>
      <w:r>
        <w:t>poore muslim dunya mein. main pehla insaan hoon. yaani jadeed challenges jo islam jo subject hai.</w:t>
      </w:r>
    </w:p>
    <w:p>
      <w:pPr>
        <w:jc w:val="right"/>
      </w:pPr>
      <w:r>
        <w:t>پورے مسلم دنیا میں۔ میں پہلا انسان ہوں۔ یعنی جدید چیلنجز جو اسلام جو سبجیکٹ ہے۔</w:t>
      </w:r>
    </w:p>
    <w:p>
      <w:r>
        <w:rPr>
          <w:b/>
        </w:rPr>
        <w:t xml:space="preserve">[31:27] </w:t>
      </w:r>
      <w:r>
        <w:t>jadeed challenges. to is is ko main ne pehli baar mulaqaat ki hai aur yeh kitaab likhi hai.</w:t>
      </w:r>
    </w:p>
    <w:p>
      <w:pPr>
        <w:jc w:val="right"/>
      </w:pPr>
      <w:r>
        <w:t>جدید چیلنجز۔ تو اس اس کو میں نے پہلی بار ملاقات کی ہے اور یہ کتاب لکھی ہے۔</w:t>
      </w:r>
    </w:p>
    <w:p>
      <w:r>
        <w:rPr>
          <w:b/>
        </w:rPr>
        <w:t xml:space="preserve">[31:33] </w:t>
      </w:r>
      <w:r>
        <w:t>yehi mera aitbaar hai. koi kitaab is par naam bhi nahin bata sakte aap kisi kitaab ka. to unhon ne jo woh sahib the, unhon ne ek ghalati nikali.</w:t>
      </w:r>
    </w:p>
    <w:p>
      <w:pPr>
        <w:jc w:val="right"/>
      </w:pPr>
      <w:r>
        <w:t>یہی میرا اعتبار ہے۔ کوئی کتاب اس پر نام بھی نہیں بتا سکتے آپ کسی کتاب کا۔ تو انہوں نے جو وہ صاحب تھے، انہوں نے ایک غلطی نکالی۔</w:t>
      </w:r>
    </w:p>
    <w:p>
      <w:r>
        <w:rPr>
          <w:b/>
        </w:rPr>
        <w:t xml:space="preserve">[31:45] </w:t>
      </w:r>
      <w:r>
        <w:t>sirf ek ghalati. woh kya meri kitaab mein un ka sathi tanav ka zikr tha. to unhon ne kaha ke sathi tanav ka jo matlab bataya aap ne woh ghalat hai.</w:t>
      </w:r>
    </w:p>
    <w:p>
      <w:pPr>
        <w:jc w:val="right"/>
      </w:pPr>
      <w:r>
        <w:t>صرف ایک غلطی۔ وہ کیا میری کتاب میں ان کا سطحی تناؤ کا ذکر تھا۔ تو انہوں نے کہا کہ سطحی تناؤ کا جو مطلب بتایا آپ نے وہ غلط ہے۔</w:t>
      </w:r>
    </w:p>
    <w:p>
      <w:r>
        <w:rPr>
          <w:b/>
        </w:rPr>
        <w:t xml:space="preserve">[32:00] </w:t>
      </w:r>
      <w:r>
        <w:t>to main ne kya kiya ke main ne dictionary se aur kitaabon ke hawale se bataya ke wahi matlab hai jo main ne liya hai. aap jo keh rahe hain woh ghalat hai.</w:t>
      </w:r>
    </w:p>
    <w:p>
      <w:pPr>
        <w:jc w:val="right"/>
      </w:pPr>
      <w:r>
        <w:t>تو میں نے کیا کیا کہ میں نے ڈکشنری سے اور کتابوں کے حوالے سے بتایا کہ وہی مطلب ہے جو میں نے لیا ہے۔ آپ جو کہہ رہے ہیں وہ غلط ہے۔</w:t>
      </w:r>
    </w:p>
    <w:p>
      <w:r>
        <w:rPr>
          <w:b/>
        </w:rPr>
        <w:t xml:space="preserve">[32:11] </w:t>
      </w:r>
      <w:r>
        <w:t>main ne is ko do aur do chaar ki tarah se sabit kar diya. main jo jis matlab mein sathi tanav liya wahi sahi hai. is ke baad woh khamosh ho gaye. unhon ne yeh to nahin kaha ke i was wrong.</w:t>
      </w:r>
    </w:p>
    <w:p>
      <w:pPr>
        <w:jc w:val="right"/>
      </w:pPr>
      <w:r>
        <w:t>میں نے اس کو دو اور دو چار کی طرح سے ثابت کر دیا۔ میں جو جس مطلب میں سطحی تناؤ لیا وہی صحیح ہے۔ اس کے بعد وہ خاموش ہو گئے۔ انہوں نے یہ تو نہیں کہا کہ آئی واز رانگ۔</w:t>
      </w:r>
    </w:p>
    <w:p>
      <w:r>
        <w:rPr>
          <w:b/>
        </w:rPr>
        <w:t xml:space="preserve">[32:24] </w:t>
      </w:r>
      <w:r>
        <w:t>yeh to nahin kaha unhon ne. chup ho gaye. khair phir woh kitaab kisi tareeqe se chhapi.</w:t>
      </w:r>
    </w:p>
    <w:p>
      <w:pPr>
        <w:jc w:val="right"/>
      </w:pPr>
      <w:r>
        <w:t>یہ تو نہیں کہا انہوں نے۔ چپ ہو گئے۔ خیر پھر وہ کتاب کسی طریقے سے چھپی۔</w:t>
      </w:r>
    </w:p>
    <w:p>
      <w:r>
        <w:rPr>
          <w:b/>
        </w:rPr>
        <w:t xml:space="preserve">[32:31] </w:t>
      </w:r>
      <w:r>
        <w:t>is tarah se yeh kitaab bani. misaal ke toor par to aaj bhi yeh kitaab jo hai akeli kitaab hai is is subject par, science of god ke subject par.</w:t>
      </w:r>
    </w:p>
    <w:p>
      <w:pPr>
        <w:jc w:val="right"/>
      </w:pPr>
      <w:r>
        <w:t>اس طرح سے یہ کتاب بنی۔ مثلاً تو آج بھی یہ کتاب جو ہے اکیلی کتاب ہے اس اس سبجیکٹ پر، سائنس آف گاڈ کے سبجیکٹ پر۔</w:t>
      </w:r>
    </w:p>
    <w:p>
      <w:r>
        <w:rPr>
          <w:b/>
        </w:rPr>
        <w:t xml:space="preserve">[32:42] </w:t>
      </w:r>
      <w:r>
        <w:t>phir main ne aur bohat si kitaaben likhin. bohat se article likhe. islam and science, aqliyat islam, islam aur asr-e-hazir waghera waghera.</w:t>
      </w:r>
    </w:p>
    <w:p>
      <w:pPr>
        <w:jc w:val="right"/>
      </w:pPr>
      <w:r>
        <w:t>پھر میں نے اور بہت سی کتابیں لکھیں۔ بہت سے آرٹیکل لکھے۔ اسلام اینڈ سائنس، اقلیات اسلام، اسلام اور عصر حاضر وغیرہ وغیرہ۔</w:t>
      </w:r>
    </w:p>
    <w:p>
      <w:r>
        <w:rPr>
          <w:b/>
        </w:rPr>
        <w:t xml:space="preserve">[32:53] </w:t>
      </w:r>
      <w:r>
        <w:t>abhi ek kitaab bhi inshallah chhapegi is subject par. to</w:t>
      </w:r>
    </w:p>
    <w:p>
      <w:pPr>
        <w:jc w:val="right"/>
      </w:pPr>
      <w:r>
        <w:t>ابھی ایک کتاب بھی انشاءاللہ چھپے گی اس سبجیکٹ پر۔ تو</w:t>
      </w:r>
    </w:p>
    <w:p>
      <w:r>
        <w:rPr>
          <w:b/>
        </w:rPr>
        <w:t xml:space="preserve">[32:58] </w:t>
      </w:r>
      <w:r>
        <w:t>beh-haal is tareeqe se science of god jo hai bani develop ki. ya Allah ki tofeeq se ke kisi ne bhi is poore is poore yaani daur mein, poore beesveen sadi mein koi shakhs bhi nahin utha jo science of god ko develop kare.</w:t>
      </w:r>
    </w:p>
    <w:p>
      <w:pPr>
        <w:jc w:val="right"/>
      </w:pPr>
      <w:r>
        <w:t>بہرحال اس طریقے سے سائنس آف گاڈ جو ہے بنی ڈویلپ کی۔ یا اللہ کی توفیق سے کہ کسی نے بھی اس پورے اس پورے یعنی دور میں، پورے بیسویں صدی میں کوئی شخص بھی نہیں اٹھا جو سائنس آف گاڈ کو ڈویلپ کرے۔</w:t>
      </w:r>
    </w:p>
    <w:p>
      <w:r>
        <w:rPr>
          <w:b/>
        </w:rPr>
        <w:t xml:space="preserve">[33:16] </w:t>
      </w:r>
      <w:r>
        <w:t>ab main chand baat arz karunga ke science of god hai kya? ke Khuda ki science hai kya?</w:t>
      </w:r>
    </w:p>
    <w:p>
      <w:pPr>
        <w:jc w:val="right"/>
      </w:pPr>
      <w:r>
        <w:t>اب میں چند بات عرض کروں گا کہ سائنس آف گاڈ ہے کیا؟ کہ خدا کی سائنس ہے کیا؟</w:t>
      </w:r>
    </w:p>
    <w:p>
      <w:r>
        <w:rPr>
          <w:b/>
        </w:rPr>
        <w:t xml:space="preserve">[33:25] </w:t>
      </w:r>
      <w:r>
        <w:t>chand ek</w:t>
      </w:r>
    </w:p>
    <w:p>
      <w:pPr>
        <w:jc w:val="right"/>
      </w:pPr>
      <w:r>
        <w:t>چند ایک</w:t>
      </w:r>
    </w:p>
    <w:p>
      <w:r>
        <w:rPr>
          <w:b/>
        </w:rPr>
        <w:t xml:space="preserve">[33:26] </w:t>
      </w:r>
      <w:r>
        <w:t>baat. dekhiye. pehli baat yeh hai. ke bohat pehle bohat pehle ek ek shakhs ne ek ek article likha tha.</w:t>
      </w:r>
    </w:p>
    <w:p>
      <w:pPr>
        <w:jc w:val="right"/>
      </w:pPr>
      <w:r>
        <w:t>بات۔ دیکھیے۔ پہلی بات یہ ہے۔ کہ بہت پہلے بہت پہلے ایک ایک شخص نے ایک ایک آرٹیکل لکھا تھا۔</w:t>
      </w:r>
    </w:p>
    <w:p>
      <w:r>
        <w:rPr>
          <w:b/>
        </w:rPr>
        <w:t xml:space="preserve">[33:41] </w:t>
      </w:r>
      <w:r>
        <w:t>to us ne likha tha, woh woh secular aadmi tha. us ne kaha tha ke ab Khuda ka aqeedah jo hai ek be-rabt aqeedah ban chuka hai.</w:t>
      </w:r>
    </w:p>
    <w:p>
      <w:pPr>
        <w:jc w:val="right"/>
      </w:pPr>
      <w:r>
        <w:t>تو اس نے لکھا تھا، وہ وہ سیکولر آدمی تھا۔ اس نے کہا تھا کہ اب خدا کا عقیدہ جو ہے ایک بے ربط عقیدہ بن چکا ہے۔</w:t>
      </w:r>
    </w:p>
    <w:p>
      <w:r>
        <w:rPr>
          <w:b/>
        </w:rPr>
        <w:t xml:space="preserve">[33:51] </w:t>
      </w:r>
      <w:r>
        <w:t>kyun ke is zamane mein yuminoon bil tajruba wash-shuhood ka zamana, yahi lafz tha is ka. yuminoon bil tajruba wash-shuhood. is zamane mein log tajruba ko maante hain.</w:t>
      </w:r>
    </w:p>
    <w:p>
      <w:pPr>
        <w:jc w:val="right"/>
      </w:pPr>
      <w:r>
        <w:t>کیونکہ اس زمانے میں یومنون بالتجربة والشہود کا زمانہ، یہی لفظ تھا اس کا۔ یومنون بالتجربة والشہود۔ اس زمانے میں لوگ تجربہ کو مانتے ہیں۔</w:t>
      </w:r>
    </w:p>
    <w:p>
      <w:r>
        <w:rPr>
          <w:b/>
        </w:rPr>
        <w:t xml:space="preserve">[34:02] </w:t>
      </w:r>
      <w:r>
        <w:t>mushahde ko maante hain. aur is qasoor par poora nahin uthta tha tasawwur of god. is par sankaron hazaron kitaaben likhi gayi hain.</w:t>
      </w:r>
    </w:p>
    <w:p>
      <w:pPr>
        <w:jc w:val="right"/>
      </w:pPr>
      <w:r>
        <w:t>مشاہدے کو مانتے ہیں۔ اور اس قصوری پر پورا نہیں اٹھتا تھا تصور آف گاڈ۔ اس پر سینکڑوں ہزاروں کتابیں لکھی گئی ہیں۔</w:t>
      </w:r>
    </w:p>
    <w:p>
      <w:r>
        <w:rPr>
          <w:b/>
        </w:rPr>
        <w:t xml:space="preserve">[34:16] </w:t>
      </w:r>
      <w:r>
        <w:t>to kiya un ka daleel kiya hota tha?</w:t>
      </w:r>
    </w:p>
    <w:p>
      <w:pPr>
        <w:jc w:val="right"/>
      </w:pPr>
      <w:r>
        <w:t>تو کیا ان کا دلیل کیا ہوتا تھا؟</w:t>
      </w:r>
    </w:p>
    <w:p>
      <w:r>
        <w:rPr>
          <w:b/>
        </w:rPr>
        <w:t xml:space="preserve">[34:20] </w:t>
      </w:r>
      <w:r>
        <w:t>un ka daleel yeh hota tha. ke do tareeqay hain. tareeqa istadlal jo hai woh do qism ke hotay hain.</w:t>
      </w:r>
    </w:p>
    <w:p>
      <w:pPr>
        <w:jc w:val="right"/>
      </w:pPr>
      <w:r>
        <w:t>ان کا دلیل یہ ہوتا تھا۔ کہ دو طریقے ہیں۔ طریقہ استدلال جو ہے وہ دو قسم کے ہوتے ہیں۔</w:t>
      </w:r>
    </w:p>
    <w:p>
      <w:r>
        <w:rPr>
          <w:b/>
        </w:rPr>
        <w:t xml:space="preserve">[34:31] </w:t>
      </w:r>
      <w:r>
        <w:t>aik tha asrati daleel, aik tha barah-e-rast daleel. to un ka kehna yeh hota tha. mein aik professor se mila tha us zamanay mein.</w:t>
      </w:r>
    </w:p>
    <w:p>
      <w:pPr>
        <w:jc w:val="right"/>
      </w:pPr>
      <w:r>
        <w:t>ایک تھا اثراتی دلیل، ایک تھا براہ راست دلیل۔ تو ان کا کہنا یہ ہوتا تھا۔ میں ایک پروفیسر سے ملا تھا اس زمانے میں۔</w:t>
      </w:r>
    </w:p>
    <w:p>
      <w:r>
        <w:rPr>
          <w:b/>
        </w:rPr>
        <w:t xml:space="preserve">[34:40] </w:t>
      </w:r>
      <w:r>
        <w:t>to unhon ne kaha tha ke ke islam mein bunyadi nasl parasti nahi hai. islam mein sirf thanwi nasl parasti hai.</w:t>
      </w:r>
    </w:p>
    <w:p>
      <w:pPr>
        <w:jc w:val="right"/>
      </w:pPr>
      <w:r>
        <w:t>تو انہوں نے کہا تھا کہ کہ اسلام میں بنیادی نسل پرستی نہیں ہے۔ اسلام میں صرف ثانوی نسل پرستی ہے۔</w:t>
      </w:r>
    </w:p>
    <w:p>
      <w:r>
        <w:rPr>
          <w:b/>
        </w:rPr>
        <w:t xml:space="preserve">[34:49] </w:t>
      </w:r>
      <w:r>
        <w:t>yani islam ke jo aqeeday hain, jo aqaaid hain. us ko aap sirf barah-e-rast daleel, us ko aap us ko aap barah-e-rast daleel ke zariye saabit nahi kar saktay.</w:t>
      </w:r>
    </w:p>
    <w:p>
      <w:pPr>
        <w:jc w:val="right"/>
      </w:pPr>
      <w:r>
        <w:t>یعنی اسلام کے جو عقیدے ہیں، جو عقائد ہیں۔ اس کو آپ صرف براہ راست دلیل، اس کو آپ اس کو آپ براہ راست دلیل کے ذریعے ثابت نہیں کر سکتے۔</w:t>
      </w:r>
    </w:p>
    <w:p>
      <w:r>
        <w:rPr>
          <w:b/>
        </w:rPr>
        <w:t xml:space="preserve">[35:05] </w:t>
      </w:r>
      <w:r>
        <w:t>aur barah-e-rast daleel jo hai wahi bunyadi daleel hota hai. aap asrati daleel dein gay to woh to woh to thanwi daleel hai.</w:t>
      </w:r>
    </w:p>
    <w:p>
      <w:pPr>
        <w:jc w:val="right"/>
      </w:pPr>
      <w:r>
        <w:t>اور براہ راست دلیل جو ہے وہی بنیادی دلیل ہوتا ہے۔ آپ اثراتی دلیل دیں گے تو وہ تو وہ تو ثانوی دلیل ہے۔</w:t>
      </w:r>
    </w:p>
    <w:p>
      <w:r>
        <w:rPr>
          <w:b/>
        </w:rPr>
        <w:t xml:space="preserve">[35:17] </w:t>
      </w:r>
      <w:r>
        <w:t>jaisay misaal ke tor par yeh kaha jata tha pehlay ke jis ko kehtay hain falsafi daleel from design.</w:t>
      </w:r>
    </w:p>
    <w:p>
      <w:pPr>
        <w:jc w:val="right"/>
      </w:pPr>
      <w:r>
        <w:t>جیسے مثال کے طور پر یہ کہا جاتا تھا پہلے کہ جس کو کہتے ہیں فلسفی دلیل فرام ڈیزائن۔</w:t>
      </w:r>
    </w:p>
    <w:p>
      <w:r>
        <w:rPr>
          <w:b/>
        </w:rPr>
        <w:t xml:space="preserve">[35:27] </w:t>
      </w:r>
      <w:r>
        <w:t>daleel from design yani jahan design hai wahan designer. daleel from design ka matlab yeh hai ke jahan design hai wahan designer.</w:t>
      </w:r>
    </w:p>
    <w:p>
      <w:pPr>
        <w:jc w:val="right"/>
      </w:pPr>
      <w:r>
        <w:t>دلیل فرام ڈیزائن یعنی جہاں ڈیزائن ہے وہاں ڈیزائنر۔ دلیل فرام ڈیزائن کا مطلب یہ ہے کہ جہاں ڈیزائن ہے وہاں ڈیزائنر۔</w:t>
      </w:r>
    </w:p>
    <w:p>
      <w:r>
        <w:rPr>
          <w:b/>
        </w:rPr>
        <w:t xml:space="preserve">[35:39] </w:t>
      </w:r>
      <w:r>
        <w:t>to woh kehtay hain yeh to thanwi daleel hai. asrati daleel hai.</w:t>
      </w:r>
    </w:p>
    <w:p>
      <w:pPr>
        <w:jc w:val="right"/>
      </w:pPr>
      <w:r>
        <w:t>تو وہ کہتے ہیں یہ تو ثانوی دلیل ہے۔ اثراتی دلیل ہے۔</w:t>
      </w:r>
    </w:p>
    <w:p>
      <w:r>
        <w:rPr>
          <w:b/>
        </w:rPr>
        <w:t xml:space="preserve">[35:45] </w:t>
      </w:r>
      <w:r>
        <w:t>maine pehli baar is poori beesween sadi mein yeh qaim kiya ke yeh yeh to zamanah khatam ho gaya. manṭiqi musbatit ka zamanah hi khatam ho gaya.</w:t>
      </w:r>
    </w:p>
    <w:p>
      <w:pPr>
        <w:jc w:val="right"/>
      </w:pPr>
      <w:r>
        <w:t>میں نے پہلی بار اس پورے بیسویں صدی میں یہ قائم کیا کہ یہ یہ تو زمانہ ختم ہو گیا۔ منطقی مثبتیت کا زمانہ ہی ختم ہو گیا۔</w:t>
      </w:r>
    </w:p>
    <w:p>
      <w:r>
        <w:rPr>
          <w:b/>
        </w:rPr>
        <w:t xml:space="preserve">[35:56] </w:t>
      </w:r>
      <w:r>
        <w:t>woh murda hai, ho chuki hai. manṭiqi musbatit ab murda ho chuki hai.</w:t>
      </w:r>
    </w:p>
    <w:p>
      <w:pPr>
        <w:jc w:val="right"/>
      </w:pPr>
      <w:r>
        <w:t>وہ مردہ ہے، ہو چکی ہے۔ منطقی مثبتیت اب مردہ ہو چکی ہے۔</w:t>
      </w:r>
    </w:p>
    <w:p>
      <w:r>
        <w:rPr>
          <w:b/>
        </w:rPr>
        <w:t xml:space="preserve">[36:02] </w:t>
      </w:r>
      <w:r>
        <w:t>jab jab jab atom jo hai woh is mein taqseem ho gaya. aur maloom hua ke yeh to electron hai. to aik scientist ne kaha ke aagay jo hum jab atom taqseem hua to maloom hua ke yeh to meet dance of electron ka mamla hai.</w:t>
      </w:r>
    </w:p>
    <w:p>
      <w:pPr>
        <w:jc w:val="right"/>
      </w:pPr>
      <w:r>
        <w:t>جب جب جب ایٹم جو ہے وہ اس میں تقسیم ہو گیا۔ اور معلوم ہوا کہ یہ تو الیکٹران ہے۔ تو ایک سائنسدان نے کہا کہ آگے جو ہم جب ایٹم تقسیم ہوا تو معلوم ہوا کہ یہ تو میٹ ڈانس آف الیکٹران کا معاملہ ہے۔</w:t>
      </w:r>
    </w:p>
    <w:p>
      <w:r>
        <w:rPr>
          <w:b/>
        </w:rPr>
        <w:t xml:space="preserve">[36:21] </w:t>
      </w:r>
      <w:r>
        <w:t>yani poori kainaat jo hai woh hai meet dance of electrons. aur electron to lehrein hain, moojain hain. woh dikhai nahi detay.</w:t>
      </w:r>
    </w:p>
    <w:p>
      <w:pPr>
        <w:jc w:val="right"/>
      </w:pPr>
      <w:r>
        <w:t>یعنی پوری کائنات جو ہے وہ ہے میٹ ڈانس آف الیکٹرانز۔ اور الیکٹران تو لہریں ہیں، موجیں ہیں۔ وہ دکھائی نہیں دیتے۔</w:t>
      </w:r>
    </w:p>
    <w:p>
      <w:r>
        <w:rPr>
          <w:b/>
        </w:rPr>
        <w:t xml:space="preserve">[36:29] </w:t>
      </w:r>
      <w:r>
        <w:t>ab sawal yeh hai ke jab sab kuch moojain nikla. yani atom ke taqseem honay ke baad jab nuclear science wajood mein aai.</w:t>
      </w:r>
    </w:p>
    <w:p>
      <w:pPr>
        <w:jc w:val="right"/>
      </w:pPr>
      <w:r>
        <w:t>اب سوال یہ ہے کہ جب سب کچھ موجیں نکلا۔ یعنی ایٹم کے تقسیم ہونے کے بعد جب نیوکلیئر سائنس وجود میں آئی۔</w:t>
      </w:r>
    </w:p>
    <w:p>
      <w:r>
        <w:rPr>
          <w:b/>
        </w:rPr>
        <w:t xml:space="preserve">[36:41] </w:t>
      </w:r>
      <w:r>
        <w:t>to pata chala ke sab kuch aakhri nateejay mein har cheez electron hai. electron dikhai nahi deta, woh to moojain hain. yani moojain of ehtimal.</w:t>
      </w:r>
    </w:p>
    <w:p>
      <w:pPr>
        <w:jc w:val="right"/>
      </w:pPr>
      <w:r>
        <w:t>تو پتہ چلا کہ سب کچھ آخری نتیجے میں ہر چیز الیکٹران ہے۔ الیکٹران دکھائی نہیں دیتا، وہ تو موجیں ہیں۔ یعنی موجیں آف احتمال۔</w:t>
      </w:r>
    </w:p>
    <w:p>
      <w:r>
        <w:rPr>
          <w:b/>
        </w:rPr>
        <w:t xml:space="preserve">[36:51] </w:t>
      </w:r>
      <w:r>
        <w:t>aik scientist ke alfaaz mein moojain of ehtimalat.</w:t>
      </w:r>
    </w:p>
    <w:p>
      <w:pPr>
        <w:jc w:val="right"/>
      </w:pPr>
      <w:r>
        <w:t>ایک سائنسدان کے الفاظ میں موجیں آف احتمالات۔</w:t>
      </w:r>
    </w:p>
    <w:p>
      <w:r>
        <w:rPr>
          <w:b/>
        </w:rPr>
        <w:t xml:space="preserve">[36:57] </w:t>
      </w:r>
      <w:r>
        <w:t>ab jo hai sara manṭiq badal gayi. sari manṭiq badal gayi. ab yeh maan liya gaya.</w:t>
      </w:r>
    </w:p>
    <w:p>
      <w:pPr>
        <w:jc w:val="right"/>
      </w:pPr>
      <w:r>
        <w:t>اب جو ہے سارا منطق بدل گئی۔ ساری منطق بدل گئی۔ اب یہ مان لیا گیا۔</w:t>
      </w:r>
    </w:p>
    <w:p>
      <w:r>
        <w:rPr>
          <w:b/>
        </w:rPr>
        <w:t xml:space="preserve">[37:09] </w:t>
      </w:r>
      <w:r>
        <w:t>ke asar ke bunyaad par jo cheez saabit hoti hai woh bhi aik durust daleel hai. yani aik cheez aik cheez hai, is ka hum ko asar maloom ho raha hai.</w:t>
      </w:r>
    </w:p>
    <w:p>
      <w:pPr>
        <w:jc w:val="right"/>
      </w:pPr>
      <w:r>
        <w:t>کہ اثر کے بنیاد پر جو چیز ثابت ہوتی ہے وہ بھی ایک درست دلیل ہے۔ یعنی ایک چیز ایک چیز ہے، اس کا ہم کو اثر معلوم ہو رہا ہے۔</w:t>
      </w:r>
    </w:p>
    <w:p>
      <w:r>
        <w:rPr>
          <w:b/>
        </w:rPr>
        <w:t xml:space="preserve">[37:20] </w:t>
      </w:r>
      <w:r>
        <w:t>asar.</w:t>
      </w:r>
    </w:p>
    <w:p>
      <w:pPr>
        <w:jc w:val="right"/>
      </w:pPr>
      <w:r>
        <w:t>اثر۔</w:t>
      </w:r>
    </w:p>
    <w:p>
      <w:r>
        <w:rPr>
          <w:b/>
        </w:rPr>
        <w:t xml:space="preserve">[37:21] </w:t>
      </w:r>
      <w:r>
        <w:t>jaisay misaal ke tor par woh hai. misaal ke tor par woh hai x-ray. aap x-ray machine ke samnay kharay hotay hain.</w:t>
      </w:r>
    </w:p>
    <w:p>
      <w:pPr>
        <w:jc w:val="right"/>
      </w:pPr>
      <w:r>
        <w:t>جیسے مثال کے طور پر وہ ہے۔ مثال کے طور پر وہ ہے ایکس رے۔ آپ ایکس رے مشین کے سامنے کھڑے ہوتے ہیں۔</w:t>
      </w:r>
    </w:p>
    <w:p>
      <w:r>
        <w:rPr>
          <w:b/>
        </w:rPr>
        <w:t xml:space="preserve">[37:31] </w:t>
      </w:r>
      <w:r>
        <w:t>idhar aik plate hai. is ne aik switch wahan dabai. woh plate par aap ki tasweer aa gayi. kaisay aayi? woh kaisay aayi?</w:t>
      </w:r>
    </w:p>
    <w:p>
      <w:pPr>
        <w:jc w:val="right"/>
      </w:pPr>
      <w:r>
        <w:t>ادھر ایک پلیٹ ہے۔ اس نے ایک سوئچ وہاں دبائی۔ وہ پلیٹ پر آپ کی تصویر آ گئی۔ کیسے آئی؟ وہ کیسے آئی؟</w:t>
      </w:r>
    </w:p>
    <w:p>
      <w:r>
        <w:rPr>
          <w:b/>
        </w:rPr>
        <w:t xml:space="preserve">[37:40] </w:t>
      </w:r>
      <w:r>
        <w:t>kisi ko nahi maloom. sirf aik andaza kiya gaya ke rays nikalti hain is se. kyunke is ka koi naam nahi tha, is ko x rays kaha gaya.</w:t>
      </w:r>
    </w:p>
    <w:p>
      <w:pPr>
        <w:jc w:val="right"/>
      </w:pPr>
      <w:r>
        <w:t>کسی کو نہیں معلوم۔ صرف ایک اندازہ کیا گیا کہ ریز نکلتی ہیں اس سے۔ کیونکہ اس کا کوئی نام نہیں تھا، اس کو ایکس ریز کہا گیا۔</w:t>
      </w:r>
    </w:p>
    <w:p>
      <w:r>
        <w:rPr>
          <w:b/>
        </w:rPr>
        <w:t xml:space="preserve">[37:49] </w:t>
      </w:r>
      <w:r>
        <w:t>x rays ka matlab be-naam rays.</w:t>
      </w:r>
    </w:p>
    <w:p>
      <w:pPr>
        <w:jc w:val="right"/>
      </w:pPr>
      <w:r>
        <w:t>ایکس ریز کا مطلب بے نام ریز۔</w:t>
      </w:r>
    </w:p>
    <w:p>
      <w:r>
        <w:rPr>
          <w:b/>
        </w:rPr>
        <w:t xml:space="preserve">[37:52] </w:t>
      </w:r>
      <w:r>
        <w:t>x rays ka matlab hai be-naam rays. jis ka koi naam nahi. to sirf is liye maan liya gaya ke woh asar aaya is ke oopar.</w:t>
      </w:r>
    </w:p>
    <w:p>
      <w:pPr>
        <w:jc w:val="right"/>
      </w:pPr>
      <w:r>
        <w:t>ایکس ریز کا مطلب ہے بے نام ریز۔ جس کا کوئی نام نہیں۔ تو صرف اس لیے مان لیا گیا کہ وہ اثر آیا اس کے اوپر۔</w:t>
      </w:r>
    </w:p>
    <w:p>
      <w:r>
        <w:rPr>
          <w:b/>
        </w:rPr>
        <w:t xml:space="preserve">[38:05] </w:t>
      </w:r>
      <w:r>
        <w:t>yani jo wahan par jo screen hai, us screen mein aik asar dikhai para. moojain dikhai nahi parain. rays dikhai nahi parain.</w:t>
      </w:r>
    </w:p>
    <w:p>
      <w:pPr>
        <w:jc w:val="right"/>
      </w:pPr>
      <w:r>
        <w:t>یعنی جو وہاں پر جو اسکرین ہے، اس اسکرین میں ایک اثر دکھائی پڑا۔ موجیں دکھائی نہیں پڑیں۔ ریز دکھائی نہیں پڑیں۔</w:t>
      </w:r>
    </w:p>
    <w:p>
      <w:r>
        <w:rPr>
          <w:b/>
        </w:rPr>
        <w:t xml:space="preserve">[38:17] </w:t>
      </w:r>
      <w:r>
        <w:t>yeh hai asrati daleel. asrati daleel. to maine bataya logon ko ke jab asrati daleel durust hai khud science mein to mazhab mein kyun nahi?</w:t>
      </w:r>
    </w:p>
    <w:p>
      <w:pPr>
        <w:jc w:val="right"/>
      </w:pPr>
      <w:r>
        <w:t>یہ ہے اثراتی دلیل۔ اثراتی دلیل۔ تو میں نے بتایا لوگوں کو کہ جب اثراتی دلیل درست ہے خود سائنس میں تو مذہب میں کیوں نہیں؟</w:t>
      </w:r>
    </w:p>
    <w:p>
      <w:r>
        <w:rPr>
          <w:b/>
        </w:rPr>
        <w:t xml:space="preserve">[38:32] </w:t>
      </w:r>
      <w:r>
        <w:t>to mazhab mein kyun nahi? jab asrati daleel se aap sabit karte hain saensi cheezon ko isi tarah se god bhi sabit hota hai asrati daleel ke zariye se.</w:t>
      </w:r>
    </w:p>
    <w:p>
      <w:pPr>
        <w:jc w:val="right"/>
      </w:pPr>
      <w:r>
        <w:t>تو مذہب میں کیوں نہیں؟ جب اثراتی دلیل سے آپ ثابت کرتے ہیں سائنسی چیزوں کو اسی طریقے سے گاڈ بھی ثابت ہوتا ہے اثراتی دلیل کے ذریعے سے۔</w:t>
      </w:r>
    </w:p>
    <w:p>
      <w:r>
        <w:rPr>
          <w:b/>
        </w:rPr>
        <w:t xml:space="preserve">[38:46] </w:t>
      </w:r>
      <w:r>
        <w:t>yeh meri daryaft thi. aur is daryaft ko koi koi is ko woh nahi kar sakta. main bombay gaya to bombay mein ek sahab the, un ke hotel mein mujh ko unhon ne thahraya tha.</w:t>
      </w:r>
    </w:p>
    <w:p>
      <w:pPr>
        <w:jc w:val="right"/>
      </w:pPr>
      <w:r>
        <w:t>یہ میری دریافت تھی۔ اور اس دریافت کو کوئی کوئی اس کو وہ نہیں کر سکتا۔ میں بامبے گیا تو بامبے میں ایک صاحب تھے، ان کے ہوٹل میں مجھ کو انہوں نے ٹھہرایا تھا۔</w:t>
      </w:r>
    </w:p>
    <w:p>
      <w:r>
        <w:rPr>
          <w:b/>
        </w:rPr>
        <w:t xml:space="preserve">[38:59] </w:t>
      </w:r>
      <w:r>
        <w:t>to is ka jo malik tha, us ko woh msc tha, is ka malik. is hotel ka malik jo tha woh msc tha, bohat parha likha aadmi tha. aur bohat bakhtiyar tha.</w:t>
      </w:r>
    </w:p>
    <w:p>
      <w:pPr>
        <w:jc w:val="right"/>
      </w:pPr>
      <w:r>
        <w:t>تو اس کا جو مالک تھا، اس کو وہ ایم ایس سی تھا، اس کا مالک۔ اس ہوٹل کا مالک جو تھا وہ ایم ایس سی تھا، بہت پڑھا لکھا آدمی تھا۔ اور بہت بااختیار تھا۔</w:t>
      </w:r>
    </w:p>
    <w:p>
      <w:r>
        <w:rPr>
          <w:b/>
        </w:rPr>
        <w:t xml:space="preserve">[39:10] </w:t>
      </w:r>
      <w:r>
        <w:t>to is se meri baat hui.</w:t>
      </w:r>
    </w:p>
    <w:p>
      <w:pPr>
        <w:jc w:val="right"/>
      </w:pPr>
      <w:r>
        <w:t>تو اس سے میری بات ہوئی۔</w:t>
      </w:r>
    </w:p>
    <w:p>
      <w:r>
        <w:rPr>
          <w:b/>
        </w:rPr>
        <w:t xml:space="preserve">[39:13] </w:t>
      </w:r>
      <w:r>
        <w:t>to maine yeh kaha ke is yeh jo daleel mein deta hoon, yeh kahan tak saensi daleel hai yeh? yeh daleel. ke asrati daleel bhi itni hi durust hai jitna ke barah e rast daleel.</w:t>
      </w:r>
    </w:p>
    <w:p>
      <w:pPr>
        <w:jc w:val="right"/>
      </w:pPr>
      <w:r>
        <w:t>تو میں نے یہ کہا کہ اس یہ جو دلیل میں دیتا ہوں، یہ کہاں تک سائنسی دلیل ہے یہ؟ یہ دلیل۔ کہ اثراتی دلیل بھی اتنی ہی درست ہے جتنا کہ براہ راست دلیل۔</w:t>
      </w:r>
    </w:p>
    <w:p>
      <w:r>
        <w:rPr>
          <w:b/>
        </w:rPr>
        <w:t xml:space="preserve">[39:27] </w:t>
      </w:r>
      <w:r>
        <w:t>phir maine is ki tafseel batayi. to woh woh aadmi itna mutasir hua ke us ne hamare sathiyon se kaha ke bhai in ka hum koi paisa nahi lenge.</w:t>
      </w:r>
    </w:p>
    <w:p>
      <w:pPr>
        <w:jc w:val="right"/>
      </w:pPr>
      <w:r>
        <w:t>پھر میں نے اس کی تفصیل بتائی۔ تو وہ وہ آدمی اتنا متاثر ہوا کہ اس نے ہمارے ساتھیوں سے کہا کہ بھئی ان کا ہم کوئی پیسہ نہیں لیں گے۔</w:t>
      </w:r>
    </w:p>
    <w:p>
      <w:r>
        <w:rPr>
          <w:b/>
        </w:rPr>
        <w:t xml:space="preserve">[39:36] </w:t>
      </w:r>
      <w:r>
        <w:t>in ka muft rahega.</w:t>
      </w:r>
    </w:p>
    <w:p>
      <w:pPr>
        <w:jc w:val="right"/>
      </w:pPr>
      <w:r>
        <w:t>ان کا مفت رہے گا۔</w:t>
      </w:r>
    </w:p>
    <w:p>
      <w:r>
        <w:rPr>
          <w:b/>
        </w:rPr>
        <w:t xml:space="preserve">[39:39] </w:t>
      </w:r>
      <w:r>
        <w:t>to hotel mein main kai din raha. aur koi paisa nahi liya us ne. aur us ne keh diya hamare sathiyon se jab bhi bombay aayen yeh muft hamare haan thahrein yeh.</w:t>
      </w:r>
    </w:p>
    <w:p>
      <w:pPr>
        <w:jc w:val="right"/>
      </w:pPr>
      <w:r>
        <w:t>تو ہوٹل میں میں کئی دن رہا۔ اور کوئی پیسہ نہیں لیا اس نے۔ اور اس نے کہہ دیا ہمارے ساتھیوں سے جب بھی بامبے آئیں یہ مفت ہمارے ہاں ٹھہریں یہ۔</w:t>
      </w:r>
    </w:p>
    <w:p>
      <w:r>
        <w:rPr>
          <w:b/>
        </w:rPr>
        <w:t xml:space="preserve">[39:50] </w:t>
      </w:r>
      <w:r>
        <w:t>jab bhi bombay aayen mujh se muft thahrein hamare haan. kyunke jo baat kahi unhon ne woh bohat hi zabardast nai baat hai. aur woh bilkul saensi baat hai woh.</w:t>
      </w:r>
    </w:p>
    <w:p>
      <w:pPr>
        <w:jc w:val="right"/>
      </w:pPr>
      <w:r>
        <w:t>جب بھی بامبے آئیں مجھ سے مفت ٹھہریں ہمارے ہاں۔ کیونکہ جو بات کہی انہوں نے وہ بہت ہی زبردست نئی بات ہے۔ اور وہ بالکل سائنسی بات ہے وہ۔</w:t>
      </w:r>
    </w:p>
    <w:p>
      <w:r>
        <w:rPr>
          <w:b/>
        </w:rPr>
        <w:t xml:space="preserve">[40:00] </w:t>
      </w:r>
      <w:r>
        <w:t>to maine yeh pehli baar yeh jadeed tareekh mein yeh sabit kiya ke asrati daleel bhi itni hi durust hai jitna ke barah e rast daleel.</w:t>
      </w:r>
    </w:p>
    <w:p>
      <w:pPr>
        <w:jc w:val="right"/>
      </w:pPr>
      <w:r>
        <w:t>تو میں نے یہ پہلی بار یہ یا جدید تاریخ میں یہ ثابت کیا کہ اثراتی دلیل بھی اتنی ہی درست ہے جتنا کہ براہ راست دلیل۔</w:t>
      </w:r>
    </w:p>
    <w:p>
      <w:r>
        <w:rPr>
          <w:b/>
        </w:rPr>
        <w:t xml:space="preserve">[40:09] </w:t>
      </w:r>
      <w:r>
        <w:t>doosri cheez dekhiye. doosri cheez dekhiye. ek baat yeh kahi jati hai. ke science mein aap jante hain ke ek cheez hai jis ko kehte hain tasdeeq.</w:t>
      </w:r>
    </w:p>
    <w:p>
      <w:pPr>
        <w:jc w:val="right"/>
      </w:pPr>
      <w:r>
        <w:t>دوسری چیز دیکھیے۔ دوسری چیز دیکھیے۔ ایک بات یہ کہی جاتی ہے۔ کہ سائنس میں آپ جانتے ہیں کہ ایک چیز ہے جس کو کہتے ہیں تصدیق۔</w:t>
      </w:r>
    </w:p>
    <w:p>
      <w:r>
        <w:rPr>
          <w:b/>
        </w:rPr>
        <w:t xml:space="preserve">[40:27] </w:t>
      </w:r>
      <w:r>
        <w:t>kuch aap ne mushahida kiya, us se aap ne ek theory banayi. phir aap ne us ko tasdeeq kiya kisi cheez se. jab woh tasdeeq ho gaya to woh haqeeqat ban gaya.</w:t>
      </w:r>
    </w:p>
    <w:p>
      <w:pPr>
        <w:jc w:val="right"/>
      </w:pPr>
      <w:r>
        <w:t>کچھ آپ نے مشاہدہ کیا، اس سے آپ نے ایک تھیوری بنائی۔ پھر آپ نے اس کو تصدیق کیا کسی چیز سے۔ جب وہ تصدیق ہو گیا تو وہ حقیقت بن گیا۔</w:t>
      </w:r>
    </w:p>
    <w:p>
      <w:r>
        <w:rPr>
          <w:b/>
        </w:rPr>
        <w:t xml:space="preserve">[40:39] </w:t>
      </w:r>
      <w:r>
        <w:t>jab woh tasdeeq ho gaya to woh haqeeqat ban gaya. to yeh kehte hain ke khuda ke tasawwur ko hum kis se tasdeeq karen? kis se tasdeeq karen?</w:t>
      </w:r>
    </w:p>
    <w:p>
      <w:pPr>
        <w:jc w:val="right"/>
      </w:pPr>
      <w:r>
        <w:t>جب وہ تصدیق ہو گیا تو وہ حقیقت بن گیا۔ تو یہ کہتے ہیں کہ خدا کے تصور کو ہم کس سے تصدیق کریں؟ کس سے تصدیق کریں؟</w:t>
      </w:r>
    </w:p>
    <w:p>
      <w:r>
        <w:rPr>
          <w:b/>
        </w:rPr>
        <w:t xml:space="preserve">[40:53] </w:t>
      </w:r>
      <w:r>
        <w:t>aur cheezon ko to hum tasdeeq karte hain. is ko kis se tasdeeq karen? kyunke khuda to hamein dikhai nahi deta nahi. to dekhiye tasdeeq ke do tareeqe hain.</w:t>
      </w:r>
    </w:p>
    <w:p>
      <w:pPr>
        <w:jc w:val="right"/>
      </w:pPr>
      <w:r>
        <w:t>اور چیزوں کو تو ہم تصدیق کرتے ہیں۔ اس کو کس سے تصدیق کریں؟ کیونکہ خدا تو ہمیں دکھائی نہیں دیتا نہیں۔ تو دیکھیے تصدیق کے دو طریقے ہیں۔</w:t>
      </w:r>
    </w:p>
    <w:p>
      <w:r>
        <w:rPr>
          <w:b/>
        </w:rPr>
        <w:t xml:space="preserve">[41:05] </w:t>
      </w:r>
      <w:r>
        <w:t>ek hai takneeki tasdeeq.</w:t>
      </w:r>
    </w:p>
    <w:p>
      <w:pPr>
        <w:jc w:val="right"/>
      </w:pPr>
      <w:r>
        <w:t>ایک ہے تکنیکی تصدیق۔</w:t>
      </w:r>
    </w:p>
    <w:p>
      <w:r>
        <w:rPr>
          <w:b/>
        </w:rPr>
        <w:t xml:space="preserve">[41:10] </w:t>
      </w:r>
      <w:r>
        <w:t>ya ma'rozi tasdeeq.</w:t>
      </w:r>
    </w:p>
    <w:p>
      <w:pPr>
        <w:jc w:val="right"/>
      </w:pPr>
      <w:r>
        <w:t>یا معروضی تصدیق۔</w:t>
      </w:r>
    </w:p>
    <w:p>
      <w:r>
        <w:rPr>
          <w:b/>
        </w:rPr>
        <w:t xml:space="preserve">[41:15] </w:t>
      </w:r>
      <w:r>
        <w:t>dekhiye main yeh kahunga ke takneeki tasdeeq jo hai woh yahan par kaam nahi karta. to main yeh kahunga ke khuda ke mamle mein takneeki tasdeeq to dastiyab nahi hai.</w:t>
      </w:r>
    </w:p>
    <w:p>
      <w:pPr>
        <w:jc w:val="right"/>
      </w:pPr>
      <w:r>
        <w:t>دیکھیے میں یہ کہوں گا کہ تکنیکی تصدیق جو ہے وہ یہاں پر کام نہیں کرتا۔ تو میں یہ کہوں گا کہ خدا کے معاملے میں تکنیکی تصدیق تو دستیاب نہیں ہے۔</w:t>
      </w:r>
    </w:p>
    <w:p>
      <w:r>
        <w:rPr>
          <w:b/>
        </w:rPr>
        <w:t xml:space="preserve">[41:30] </w:t>
      </w:r>
      <w:r>
        <w:t>lekin nafisyati tasdeeq dastiyab hai. aur nafisyati tasdeeq bhi itni hi taqatwar hai jitna ke takneeki tasdeeq</w:t>
      </w:r>
    </w:p>
    <w:p>
      <w:pPr>
        <w:jc w:val="right"/>
      </w:pPr>
      <w:r>
        <w:t>لیکن نفسیاتی تصدیق دستیاب ہے۔ اور نفسیاتی تصدیق بھی اتنی ہی طاقتور ہے جتنا کہ تکنیکی تصدیق</w:t>
      </w:r>
    </w:p>
    <w:p>
      <w:r>
        <w:rPr>
          <w:b/>
        </w:rPr>
        <w:t xml:space="preserve">[41:42] </w:t>
      </w:r>
      <w:r>
        <w:t>jaise main ek misaal deta hoon. ek aadmi kehta hai ke yeh jo glass hai. yeh cover isi ke liye banaya gaya hai. aur is ko tasdeeq kaise karta hai woh ke dekho rakho is ko bilkul is mein fit ho jayega.</w:t>
      </w:r>
    </w:p>
    <w:p>
      <w:pPr>
        <w:jc w:val="right"/>
      </w:pPr>
      <w:r>
        <w:t>۔ جیسے میں ایک مثال دیتا ہوں۔ ایک آدمی کہتا ہے کہ یہ جو گلاس ہے۔ یہ کور اسی کے لیے بنایا گیا ہے۔ اور اس کو تصدیق کیسے کرتا ہے وہ کہ دیکھو رکھو اس کو بالکل اس میں فٹ ہو جائے گا۔</w:t>
      </w:r>
    </w:p>
    <w:p>
      <w:r>
        <w:rPr>
          <w:b/>
        </w:rPr>
        <w:t xml:space="preserve">[41:59] </w:t>
      </w:r>
      <w:r>
        <w:t>to jis ne yeh glass banaya hai usi ne yeh banaya hai. warna fit kaise ho raha hai yeh? yeh hai takneeki tasdeeq.</w:t>
      </w:r>
    </w:p>
    <w:p>
      <w:pPr>
        <w:jc w:val="right"/>
      </w:pPr>
      <w:r>
        <w:t>تو جس نے یہ گلاس بنایا ہے اسی نے یہ بنایا ہے۔ ورنہ فٹ کیسے ہو رہا ہے یہ؟ یہ ہے تکنیکی تصدیق۔</w:t>
      </w:r>
    </w:p>
    <w:p>
      <w:r>
        <w:rPr>
          <w:b/>
        </w:rPr>
        <w:t xml:space="preserve">[42:07] </w:t>
      </w:r>
      <w:r>
        <w:t>to is qism ka tasdeeq dastiyab nahi hai god ke mamle mein. lekin mujhe yeh bataiye. ke takneeki tasdeeq kis kaam ka hai? hum ko kya woh god chahiye?</w:t>
      </w:r>
    </w:p>
    <w:p>
      <w:pPr>
        <w:jc w:val="right"/>
      </w:pPr>
      <w:r>
        <w:t>تو اس قسم کا تصدیق دستیاب نہیں ہے گاڈ کے معاملے میں۔ لیکن مجھے یہ بتائیے۔ کہ تکنیکی تصدیق کس کام کا ہے؟ ہم کو کیا وہ گاڈ چاہیے؟</w:t>
      </w:r>
    </w:p>
    <w:p>
      <w:r>
        <w:rPr>
          <w:b/>
        </w:rPr>
        <w:t xml:space="preserve">[42:19] </w:t>
      </w:r>
      <w:r>
        <w:t>jo glass aur cover jaisa ho? nahi. hum ko woh god chahiye jis ne hamein paida kiya.</w:t>
      </w:r>
    </w:p>
    <w:p>
      <w:pPr>
        <w:jc w:val="right"/>
      </w:pPr>
      <w:r>
        <w:t>جو گلاس اور کور جیسا ہو؟ نہیں۔ ہم کو وہ گاڈ چاہیے جس نے ہمیں پیدا کیا۔</w:t>
      </w:r>
    </w:p>
    <w:p>
      <w:r>
        <w:rPr>
          <w:b/>
        </w:rPr>
        <w:t xml:space="preserve">[42:30] </w:t>
      </w:r>
      <w:r>
        <w:t>jis se main jis ko apna rohani console bana sakoon. jisay main mohabbat kar sakoon.</w:t>
      </w:r>
    </w:p>
    <w:p>
      <w:pPr>
        <w:jc w:val="right"/>
      </w:pPr>
      <w:r>
        <w:t>جس سے میں جس کو اپنا روحانی کنسول بنا سکوں۔ جسے میں محبت کر سکوں۔</w:t>
      </w:r>
    </w:p>
    <w:p>
      <w:r>
        <w:rPr>
          <w:b/>
        </w:rPr>
        <w:t xml:space="preserve">[42:39] </w:t>
      </w:r>
      <w:r>
        <w:t>jo mere zariye har cheez ho? yeh ho sakta hai is mein?</w:t>
      </w:r>
    </w:p>
    <w:p>
      <w:pPr>
        <w:jc w:val="right"/>
      </w:pPr>
      <w:r>
        <w:t>جو میرے ذریعہ ہر چیز ہو۔ یہ ہو سکتا ہے اس میں؟</w:t>
      </w:r>
    </w:p>
    <w:p>
      <w:r>
        <w:rPr>
          <w:b/>
        </w:rPr>
        <w:t xml:space="preserve">[42:48] </w:t>
      </w:r>
      <w:r>
        <w:t>ek shakhs kehta hai ke aag jalati hai. to main kahunga woh kaise jalati hai? kahin ge apne haath daal do is ke andar. ab haath dala gaya to aag ne jala diya.</w:t>
      </w:r>
    </w:p>
    <w:p>
      <w:pPr>
        <w:jc w:val="right"/>
      </w:pPr>
      <w:r>
        <w:t>ایک شخص کہتا ہے کہ آگ جلاتی ہے۔ تو میں کہوں گا وہ کیسے جلاتی ہے؟ کہیں گے اپنے ہاتھ ڈال دو اس کے اندر۔ اب ہاتھ ڈالا گیا تو آگ نے جلا دیا۔</w:t>
      </w:r>
    </w:p>
    <w:p>
      <w:r>
        <w:rPr>
          <w:b/>
        </w:rPr>
        <w:t xml:space="preserve">[42:58] </w:t>
      </w:r>
      <w:r>
        <w:t>to tasdeeq ho gaya ke aag jalati hai. ji? tasdeeq ho gaya ke aag jalati hai. is tarah ka tasdeeq jo hai woh be maani hai gaud ke maamle mein.</w:t>
      </w:r>
    </w:p>
    <w:p>
      <w:pPr>
        <w:jc w:val="right"/>
      </w:pPr>
      <w:r>
        <w:t>تو تصدیق ہو گیا کہ آگ جلاتی ہے۔ جی؟ تصدیق ہو گیا کہ آگ جلاتی ہے۔ اس طرح کا تصدیق جو ہے وہ بے معنی ہے گاڈ کے معاملے میں۔</w:t>
      </w:r>
    </w:p>
    <w:p>
      <w:r>
        <w:rPr>
          <w:b/>
        </w:rPr>
        <w:t xml:space="preserve">[43:13] </w:t>
      </w:r>
      <w:r>
        <w:t>kyun?</w:t>
      </w:r>
    </w:p>
    <w:p>
      <w:pPr>
        <w:jc w:val="right"/>
      </w:pPr>
      <w:r>
        <w:t>کیوں؟</w:t>
      </w:r>
    </w:p>
    <w:p>
      <w:r>
        <w:rPr>
          <w:b/>
        </w:rPr>
        <w:t xml:space="preserve">[43:17] </w:t>
      </w:r>
      <w:r>
        <w:t>main ek aap ko ek misaal deta hoon.</w:t>
      </w:r>
    </w:p>
    <w:p>
      <w:pPr>
        <w:jc w:val="right"/>
      </w:pPr>
      <w:r>
        <w:t>میں ایک آپ کو ایک مثال دیتا ہوں۔</w:t>
      </w:r>
    </w:p>
    <w:p>
      <w:r>
        <w:rPr>
          <w:b/>
        </w:rPr>
        <w:t xml:space="preserve">[43:19] </w:t>
      </w:r>
      <w:r>
        <w:t>nabi jo the. aap jante hain ke saatveen sadi isvi ke pehle sehi maahi mein makka mein paida hue. woh unhon ne kaam kiya.</w:t>
      </w:r>
    </w:p>
    <w:p>
      <w:pPr>
        <w:jc w:val="right"/>
      </w:pPr>
      <w:r>
        <w:t>نبی جو تھے۔ آپ جانتے ہیں کہ ساتویں صدی عیسوی کے پہلے سہ ماہی میں مکہ میں پیدا ہوئے۔ وہ انہوں نے کام کیا۔</w:t>
      </w:r>
    </w:p>
    <w:p>
      <w:r>
        <w:rPr>
          <w:b/>
        </w:rPr>
        <w:t xml:space="preserve">[43:32] </w:t>
      </w:r>
      <w:r>
        <w:t>wahan par log un ke khilaaf ho gae. yahan tak ke un ko nikalna pada, hijrat kar ke madina chale gae. rasta bohat hi khatarnak tha.</w:t>
      </w:r>
    </w:p>
    <w:p>
      <w:pPr>
        <w:jc w:val="right"/>
      </w:pPr>
      <w:r>
        <w:t>وہاں پر لوگ ان کے خلاف ہو گئے۔ یہاں تک کہ ان کو نکلنا پڑا، ہجرت کر کے مدینہ چلے گئے۔ راستہ بہت ہی خطرناک تھا۔</w:t>
      </w:r>
    </w:p>
    <w:p>
      <w:r>
        <w:rPr>
          <w:b/>
        </w:rPr>
        <w:t xml:space="preserve">[43:44] </w:t>
      </w:r>
      <w:r>
        <w:t>yeh safar jo tha teen so meel ka bohat hi khatarnak tha. kyunke woh dushman jo the abhi bhi woh daud rahe the un ko maarne ke liye. talwarein le kar ke.</w:t>
      </w:r>
    </w:p>
    <w:p>
      <w:pPr>
        <w:jc w:val="right"/>
      </w:pPr>
      <w:r>
        <w:t>یہ سفر جو تھا تین سو میل کا بہت ہی خطرناک تھا۔ کیونکہ وہ دشمن جو تھے ابھی بھی وہ دوڑ رہے تھے ان کو مارنے کے لیے۔ تلواریں لے کر کے۔</w:t>
      </w:r>
    </w:p>
    <w:p>
      <w:r>
        <w:rPr>
          <w:b/>
        </w:rPr>
        <w:t xml:space="preserve">[43:55] </w:t>
      </w:r>
      <w:r>
        <w:t>to aap ek ek gharr jo tha us ko kehte hain thaur. thaur ek pahaad tha. is mein ek gharr tha us ko kehte hain ke gharr thaur.</w:t>
      </w:r>
    </w:p>
    <w:p>
      <w:pPr>
        <w:jc w:val="right"/>
      </w:pPr>
      <w:r>
        <w:t>تو آپ ایک ایک غار جو تھا اس کو کہتے ہیں ثور۔ ثور ایک پہاڑ تھا۔ اس میں ایک غار تھا اس کو کہتے ہیں کہ غار ثور۔</w:t>
      </w:r>
    </w:p>
    <w:p>
      <w:r>
        <w:rPr>
          <w:b/>
        </w:rPr>
        <w:t xml:space="preserve">[44:07] </w:t>
      </w:r>
      <w:r>
        <w:t>yaani yaani gharr thaur. is mein aap chhupe hue the apne saathi abubakar siddique ke saath.</w:t>
      </w:r>
    </w:p>
    <w:p>
      <w:pPr>
        <w:jc w:val="right"/>
      </w:pPr>
      <w:r>
        <w:t>یعنی یعنی غار ثور۔ اس میں آپ چھپے ہوئے تھے اپنے ساتھی ابوبکر صدیق کے ساتھ۔</w:t>
      </w:r>
    </w:p>
    <w:p>
      <w:r>
        <w:rPr>
          <w:b/>
        </w:rPr>
        <w:t xml:space="preserve">[44:15] </w:t>
      </w:r>
      <w:r>
        <w:t>to abubakar siddique ne dekha ke unhon ne notice kiya ke woh log yahan bhi aa gae.</w:t>
      </w:r>
    </w:p>
    <w:p>
      <w:pPr>
        <w:jc w:val="right"/>
      </w:pPr>
      <w:r>
        <w:t>تو ابوبکر صدیق نے دیکھا کہ انہوں نے نوٹس کیا کہ وہ لوگ یہاں بھی آ گئے۔</w:t>
      </w:r>
    </w:p>
    <w:p>
      <w:r>
        <w:rPr>
          <w:b/>
        </w:rPr>
        <w:t xml:space="preserve">[44:24] </w:t>
      </w:r>
      <w:r>
        <w:t>is ki maut par dekha ke unhon ne un ka saaya woh to yahan bhi aa gae. jahan hamein maar dalna chahte hain. is waqt rasool Allah ne kaha la tahzir in Allah ma'ana.</w:t>
      </w:r>
    </w:p>
    <w:p>
      <w:pPr>
        <w:jc w:val="right"/>
      </w:pPr>
      <w:r>
        <w:t>اس کی موت پر دیکھا کہ انہوں نے ان کا سایہ وہ تو یہاں بھی آ گئے۔ جہاں ہمیں مار ڈالنا چاہتے ہیں۔ اس وقت رسول اللہ نے کہا لا تحذر ان اللہ معنا۔</w:t>
      </w:r>
    </w:p>
    <w:p>
      <w:r>
        <w:rPr>
          <w:b/>
        </w:rPr>
        <w:t xml:space="preserve">[44:41] </w:t>
      </w:r>
      <w:r>
        <w:t>dont be afraid gaud is with us la tahzir in Allah ma'ana. dont be afraid gaud almighty is with us.</w:t>
      </w:r>
    </w:p>
    <w:p>
      <w:pPr>
        <w:jc w:val="right"/>
      </w:pPr>
      <w:r>
        <w:t>ڈونٹ بی افریڈ گاڈ از ود اس لا تحذر ان اللہ معنا۔ ڈونٹ بی افریڈ گاڈ المائٹی از ود اس۔</w:t>
      </w:r>
    </w:p>
    <w:p>
      <w:r>
        <w:rPr>
          <w:b/>
        </w:rPr>
        <w:t xml:space="preserve">[44:54] </w:t>
      </w:r>
      <w:r>
        <w:t>ab mujhe bataiye aap. ke aag ko jis ko arabi mein kehte hain naarb kehte hain naar. fire ko arabi mein kehte hain naar aag.</w:t>
      </w:r>
    </w:p>
    <w:p>
      <w:pPr>
        <w:jc w:val="right"/>
      </w:pPr>
      <w:r>
        <w:t>اب مجھے بتائیے آپ۔ کہ آگ کو جس کو عربی میں کہتے ہیں نارب کہتے ہیں نار۔ فائر کو عربی میں کہتے ہیں نار آگ۔</w:t>
      </w:r>
    </w:p>
    <w:p>
      <w:r>
        <w:rPr>
          <w:b/>
        </w:rPr>
        <w:t xml:space="preserve">[45:05] </w:t>
      </w:r>
      <w:r>
        <w:t>aap ne tasdeeq kar ke jaan liya ke yeh aag hai. yeh fire hai. to kya yeh tasdeeq le kar aap keh sakte hain wahan par la tahzir in Allah ma'ana.</w:t>
      </w:r>
    </w:p>
    <w:p>
      <w:pPr>
        <w:jc w:val="right"/>
      </w:pPr>
      <w:r>
        <w:t>آپ نے تصدیق کر کے جان لیا کہ یہ آگ ہے۔ یہ فائر ہے۔ تو کیا یہ تصدیق لے کر آپ کہہ سکتے ہیں وہاں پر لا تحذر ان اللہ معنا۔</w:t>
      </w:r>
    </w:p>
    <w:p>
      <w:r>
        <w:rPr>
          <w:b/>
        </w:rPr>
        <w:t xml:space="preserve">[45:18] </w:t>
      </w:r>
      <w:r>
        <w:t>dont be afraid fire is with us. aap keh sakte hain aisa?</w:t>
      </w:r>
    </w:p>
    <w:p>
      <w:pPr>
        <w:jc w:val="right"/>
      </w:pPr>
      <w:r>
        <w:t>ڈونٹ بی افریڈ فائر از ود اس۔ آپ کہہ سکتے ہیں ایسا؟</w:t>
      </w:r>
    </w:p>
    <w:p>
      <w:r>
        <w:rPr>
          <w:b/>
        </w:rPr>
        <w:t xml:space="preserve">[45:26] </w:t>
      </w:r>
      <w:r>
        <w:t>nahin keh sakte aap aisa. aap aap ko fire fire guard nahin chahiye. ek sachcha guard chahiye jo aap ko us waqt bhi aap ko madad kare jahan koi madad ka karne wala nahin hota hai.</w:t>
      </w:r>
    </w:p>
    <w:p>
      <w:pPr>
        <w:jc w:val="right"/>
      </w:pPr>
      <w:r>
        <w:t>نہیں کہہ سکتے آپ ایسا۔ آپ آپ کو فائر فائر گارڈ نہیں چاہیے۔ ایک سچا گارڈ چاہیے جو آپ کو اس وقت بھی آپ کو مدد کرے جہاں کوئی مدد کا کرنے والا نہیں ہوتا ہے۔</w:t>
      </w:r>
    </w:p>
    <w:p>
      <w:r>
        <w:rPr>
          <w:b/>
        </w:rPr>
        <w:t xml:space="preserve">[45:46] </w:t>
      </w:r>
      <w:r>
        <w:t>yeh dekhiye yeh. yeh baat jo main keh raha hoon yeh bilkul fitri baat hai. main aap ko doosri misaal deta hoon maa ki misaal lijie.</w:t>
      </w:r>
    </w:p>
    <w:p>
      <w:pPr>
        <w:jc w:val="right"/>
      </w:pPr>
      <w:r>
        <w:t>یہ دیکھیے یہ۔ یہ بات جو میں کہہ رہا ہوں یہ بالکل فطری بات ہے۔ میں آپ کو دوسری مثال دیتا ہوں ماں کی مثال لیجیے۔</w:t>
      </w:r>
    </w:p>
    <w:p>
      <w:r>
        <w:rPr>
          <w:b/>
        </w:rPr>
        <w:t xml:space="preserve">[45:58] </w:t>
      </w:r>
      <w:r>
        <w:t>ek maa hai.</w:t>
      </w:r>
    </w:p>
    <w:p>
      <w:pPr>
        <w:jc w:val="right"/>
      </w:pPr>
      <w:r>
        <w:t>ایک ماں ہے۔</w:t>
      </w:r>
    </w:p>
    <w:p>
      <w:r>
        <w:rPr>
          <w:b/>
        </w:rPr>
        <w:t xml:space="preserve">[46:02] </w:t>
      </w:r>
      <w:r>
        <w:t>bachcha jo paida hua maa ke pait se to bachche ne nahin dekha ke main is maa se paida ho raha hoon. maa se paida ho raha hoon.</w:t>
      </w:r>
    </w:p>
    <w:p>
      <w:pPr>
        <w:jc w:val="right"/>
      </w:pPr>
      <w:r>
        <w:t>بچہ جو پیدا ہوا ماں کے پیٹ سے تو بچے نے نہیں دیکھا کہ میں اس ماں سے پیدا ہو رہا ہوں۔ ماں سے پیدا ہو رہا ہوں۔</w:t>
      </w:r>
    </w:p>
    <w:p>
      <w:r>
        <w:rPr>
          <w:b/>
        </w:rPr>
        <w:t xml:space="preserve">[46:11] </w:t>
      </w:r>
      <w:r>
        <w:t>ab log kehte hain ke dekho yeh yeh maa yeh yeh lady tumhari maa hai. woh hospital jata hai jahan woh paida hua tha wahan pe likha hua hai ke is maa se yeh bachcha paida hua.</w:t>
      </w:r>
    </w:p>
    <w:p>
      <w:pPr>
        <w:jc w:val="right"/>
      </w:pPr>
      <w:r>
        <w:t>اب لوگ کہتے ہیں کہ دیکھو یہ یہ ماں یہ یہ لیڈی تمہاری ماں ہے۔ وہ ہسپتال جاتا ہے جہاں وہ پیدا ہوا تھا وہاں پہ لکھا ہوا ہے کہ اس ماں سے یہ بچہ پیدا ہوا۔</w:t>
      </w:r>
    </w:p>
    <w:p>
      <w:r>
        <w:rPr>
          <w:b/>
        </w:rPr>
        <w:t xml:space="preserve">[46:23] </w:t>
      </w:r>
      <w:r>
        <w:t>to takneeki tasdeeq ho gaya. lekin kya is tarah ki tasdeeq ek tasdeeq woh attachment paida karta kar sakta hai bete ke andar maa ke liye jo chahiye?</w:t>
      </w:r>
    </w:p>
    <w:p>
      <w:pPr>
        <w:jc w:val="right"/>
      </w:pPr>
      <w:r>
        <w:t>تو تکنیکی تصدیق ہو گیا۔ لیکن کیا اس طرح کی تصدیق ایک تصدیق وہ اٹیچمنٹ پیدا کرتا کر سکتا ہے بیٹے کے اندر ماں کے لیے جو چاہیے؟</w:t>
      </w:r>
    </w:p>
    <w:p>
      <w:r>
        <w:rPr>
          <w:b/>
        </w:rPr>
        <w:t xml:space="preserve">[46:35] </w:t>
      </w:r>
      <w:r>
        <w:t>nahin kabhi bhi nahin. woh hota hai is zariye nafsiyat. zariye fitrat. ek nafsiyati tasdeeq hai pehle se bachche ke andar.</w:t>
      </w:r>
    </w:p>
    <w:p>
      <w:pPr>
        <w:jc w:val="right"/>
      </w:pPr>
      <w:r>
        <w:t>نہیں کبھی بھی نہیں۔ وہ ہوتا ہے اس ذریعے نفسیات۔ ذریعے فطرت۔ ایک نفسیاتی تصدیق ہے پہلے سے بچے کے اندر۔</w:t>
      </w:r>
    </w:p>
    <w:p>
      <w:r>
        <w:rPr>
          <w:b/>
        </w:rPr>
        <w:t xml:space="preserve">[46:46] </w:t>
      </w:r>
      <w:r>
        <w:t>jo</w:t>
      </w:r>
    </w:p>
    <w:p>
      <w:pPr>
        <w:jc w:val="right"/>
      </w:pPr>
      <w:r>
        <w:t>جو</w:t>
      </w:r>
    </w:p>
    <w:p>
      <w:r>
        <w:rPr>
          <w:b/>
        </w:rPr>
        <w:t xml:space="preserve">[46:47] </w:t>
      </w:r>
      <w:r>
        <w:t>andekhi tor par. ek dil mein maa ke liye mohabbat maa ke liye attachment. is ko ma'aruzi tor par aap tasdeeq nahin kar sakte.</w:t>
      </w:r>
    </w:p>
    <w:p>
      <w:pPr>
        <w:jc w:val="right"/>
      </w:pPr>
      <w:r>
        <w:t>ان دیکھی طور پر۔ ایک دل میں ماں کے لیے محبت ماں کے لیے اٹیچمنٹ۔ اس کو معروضی طور پر آپ تصدیق نہیں کر سکتے۔</w:t>
      </w:r>
    </w:p>
    <w:p>
      <w:r>
        <w:rPr>
          <w:b/>
        </w:rPr>
        <w:t xml:space="preserve">[47:00] </w:t>
      </w:r>
      <w:r>
        <w:t>lekin ma'aruzi tor par tasdeeq ho raha hai. to yeh maamla pachaas pachaas feesad ka hua. ma'aruzi tor par koi data mile is ko janne ke liye ke yeh meri maa hai yeh meri maa hai.</w:t>
      </w:r>
    </w:p>
    <w:p>
      <w:pPr>
        <w:jc w:val="right"/>
      </w:pPr>
      <w:r>
        <w:t>لیکن معروضی طور پر تصدیق ہو رہا ہے۔ تو یہ معاملہ پچاس پچاس فیصد کا ہوا۔ معروضی طور پر کوئی ڈیٹا ملے اس کو جاننے کے لیے کہ یہ میری ماں ہے یہ میری ماں ہے۔</w:t>
      </w:r>
    </w:p>
    <w:p>
      <w:r>
        <w:rPr>
          <w:b/>
        </w:rPr>
        <w:t xml:space="preserve">[47:11] </w:t>
      </w:r>
      <w:r>
        <w:t>lekin woh kafi nahi hai.</w:t>
      </w:r>
    </w:p>
    <w:p>
      <w:pPr>
        <w:jc w:val="right"/>
      </w:pPr>
      <w:r>
        <w:t>لیکن وہ کافی نہیں ہے۔</w:t>
      </w:r>
    </w:p>
    <w:p>
      <w:r>
        <w:rPr>
          <w:b/>
        </w:rPr>
        <w:t xml:space="preserve">[47:14] </w:t>
      </w:r>
      <w:r>
        <w:t>is se woh maa ka woh ka woh woh taluq nahi banta. Maa aur beti ka jo taluq hai woh bohat hi gehra bohat hi gehra hai.</w:t>
      </w:r>
    </w:p>
    <w:p>
      <w:pPr>
        <w:jc w:val="right"/>
      </w:pPr>
      <w:r>
        <w:t>اس سے وہ ماں کا وہ کا وہ وہ تعلق نہیں بنتا۔ ماں اور بیٹی کا جو تعلق ہے وہ بہت ہی گہرا بہت ہی گہرا ہے۔</w:t>
      </w:r>
    </w:p>
    <w:p>
      <w:r>
        <w:rPr>
          <w:b/>
        </w:rPr>
        <w:t xml:space="preserve">[47:26] </w:t>
      </w:r>
      <w:r>
        <w:t>maine dekha ek martaba ek bachche ko ke maa ne us ko mara. Maa ne us ko mara aur beta ab maa hi se chipak gaya.</w:t>
      </w:r>
    </w:p>
    <w:p>
      <w:pPr>
        <w:jc w:val="right"/>
      </w:pPr>
      <w:r>
        <w:t>میں نے دیکھا ایک مرتبہ ایک بچے کو کہ ماں نے اس کو مارا۔ ماں نے اس کو مارا اور بیٹا اب ماں ہی سے چپک گیا۔</w:t>
      </w:r>
    </w:p>
    <w:p>
      <w:r>
        <w:rPr>
          <w:b/>
        </w:rPr>
        <w:t xml:space="preserve">[47:38] </w:t>
      </w:r>
      <w:r>
        <w:t>beta ab maa se chipak gaya. Yeh hai bahar se mohabbat.</w:t>
      </w:r>
    </w:p>
    <w:p>
      <w:pPr>
        <w:jc w:val="right"/>
      </w:pPr>
      <w:r>
        <w:t>بیٹا اب ماں سے چپک گیا۔ یہ ہے باہر سے محبت۔</w:t>
      </w:r>
    </w:p>
    <w:p>
      <w:r>
        <w:rPr>
          <w:b/>
        </w:rPr>
        <w:t xml:space="preserve">[47:45] </w:t>
      </w:r>
      <w:r>
        <w:t>aam aadmi koi maare to bachcha bhagega. Road par koi maare to bachcha bhagega. Lekin maa ne mara to usi se lipat gaya woh.</w:t>
      </w:r>
    </w:p>
    <w:p>
      <w:pPr>
        <w:jc w:val="right"/>
      </w:pPr>
      <w:r>
        <w:t>عام آدمی کوئی مارے تو بچہ بھاگے گا۔ روڈ پر کوئی مارے تو بچہ بھاگے گا۔ لیکن ماں نے مارا تو اسی سے لپٹ گیا وہ۔</w:t>
      </w:r>
    </w:p>
    <w:p>
      <w:r>
        <w:rPr>
          <w:b/>
        </w:rPr>
        <w:t xml:space="preserve">[47:57] </w:t>
      </w:r>
      <w:r>
        <w:t>yeh nafsiyati tasdeeq chahiye. Yahan takneeki tasdeeq kaam nahi karegi.</w:t>
      </w:r>
    </w:p>
    <w:p>
      <w:pPr>
        <w:jc w:val="right"/>
      </w:pPr>
      <w:r>
        <w:t>یہ نفسیاتی تصدیق چاہیے۔ یہاں تکنیکی تصدیق کام نہیں کرے گا۔</w:t>
      </w:r>
    </w:p>
    <w:p>
      <w:r>
        <w:rPr>
          <w:b/>
        </w:rPr>
        <w:t xml:space="preserve">[48:07] </w:t>
      </w:r>
      <w:r>
        <w:t>to maa jaisa attachment chahiye Khuda aur bande ke darmiyan.</w:t>
      </w:r>
    </w:p>
    <w:p>
      <w:pPr>
        <w:jc w:val="right"/>
      </w:pPr>
      <w:r>
        <w:t>تو ماں جیسا اٹیچمنٹ چاہیے خدا اور بندے کے درمیان۔</w:t>
      </w:r>
    </w:p>
    <w:p>
      <w:r>
        <w:rPr>
          <w:b/>
        </w:rPr>
        <w:t xml:space="preserve">[48:15] </w:t>
      </w:r>
      <w:r>
        <w:t>maa jaisa attachment chahiye Khuda aur bande ke darmiyan. Yaani hamein ek aisa Khuda chahiye jis se hum woh attachment qaim kar saken jo ek bachche ka apni maa se hota hai.</w:t>
      </w:r>
    </w:p>
    <w:p>
      <w:pPr>
        <w:jc w:val="right"/>
      </w:pPr>
      <w:r>
        <w:t>ماں جیسا اٹیچمنٹ چاہیے خدا اور بندے کے درمیان۔ یعنی ہمیں ایک ایسا خدا چاہیے۔ جس سے ہم وہ اٹیچمنٹ قائم کر سکیں۔ جو ایک بچے کا اپنی ماں سے ہوتا ہے۔</w:t>
      </w:r>
    </w:p>
    <w:p>
      <w:r>
        <w:rPr>
          <w:b/>
        </w:rPr>
        <w:t xml:space="preserve">[48:26] </w:t>
      </w:r>
      <w:r>
        <w:t>warna woh Khuda kis kaam ka?</w:t>
      </w:r>
    </w:p>
    <w:p>
      <w:pPr>
        <w:jc w:val="right"/>
      </w:pPr>
      <w:r>
        <w:t>ورنہ وہ خدا کس کام کا؟</w:t>
      </w:r>
    </w:p>
    <w:p>
      <w:r>
        <w:rPr>
          <w:b/>
        </w:rPr>
        <w:t xml:space="preserve">[48:34] </w:t>
      </w:r>
      <w:r>
        <w:t>maine aap ko ek qissa sunaya tha is se pehle. Is ko main dohrata hoon. Ke ek jahaz chala.</w:t>
      </w:r>
    </w:p>
    <w:p>
      <w:pPr>
        <w:jc w:val="right"/>
      </w:pPr>
      <w:r>
        <w:t>میں نے آپ کو ایک قصہ سنایا تھا اس سے پہلے۔ اس کو میں دہراتا ہوں۔ کہ ایک جہاز چلا۔</w:t>
      </w:r>
    </w:p>
    <w:p>
      <w:r>
        <w:rPr>
          <w:b/>
        </w:rPr>
        <w:t xml:space="preserve">[48:43] </w:t>
      </w:r>
      <w:r>
        <w:t>America ke sahil se. Africa jaane ke liye Atlantic mein. Yeh baat jab ki hai jab ke hawai jahaz nahi hua karta tha. Jahaz se safar hota tha.</w:t>
      </w:r>
    </w:p>
    <w:p>
      <w:pPr>
        <w:jc w:val="right"/>
      </w:pPr>
      <w:r>
        <w:t>امریکہ کے ساحل سے۔ افریقہ جانے کے لیے اٹلانٹک میں۔ یہ بات جب کی ہے جب کہ ہوائی جہاز نہیں ہوا کرتا تھا۔ جہاز سے سفر ہوتا تھا۔</w:t>
      </w:r>
    </w:p>
    <w:p>
      <w:r>
        <w:rPr>
          <w:b/>
        </w:rPr>
        <w:t xml:space="preserve">[48:55] </w:t>
      </w:r>
      <w:r>
        <w:t>to raaste mein aa gaya toofan. Aur jahaz hilne laga.</w:t>
      </w:r>
    </w:p>
    <w:p>
      <w:pPr>
        <w:jc w:val="right"/>
      </w:pPr>
      <w:r>
        <w:t>تو راستے میں آ گیا طوفان۔ اور جہاز ہلنے لگا۔</w:t>
      </w:r>
    </w:p>
    <w:p>
      <w:r>
        <w:rPr>
          <w:b/>
        </w:rPr>
        <w:t xml:space="preserve">[49:03] </w:t>
      </w:r>
      <w:r>
        <w:t>jab aap aap ne shayad jahaz mein safar nahi kiya hai jab jahaz hilne lagta hai. To lagta hai ke bas ab maut maut maut.</w:t>
      </w:r>
    </w:p>
    <w:p>
      <w:pPr>
        <w:jc w:val="right"/>
      </w:pPr>
      <w:r>
        <w:t>جب آپ آپ نے شاید جہاز میں سفر نہیں کیا ہے جب جہاز ہلنے لگتا ہے۔ تو لگتا ہے کہ بس اب موت موت موت۔</w:t>
      </w:r>
    </w:p>
    <w:p>
      <w:r>
        <w:rPr>
          <w:b/>
        </w:rPr>
        <w:t xml:space="preserve">[49:12] </w:t>
      </w:r>
      <w:r>
        <w:t>ab har taraf pani hai har taraf samandar hai. Aur is mein ek chhota sa jahaz. Jahaz kya hai ke ek tinka hota hai samandar mein. Tez taar wahan gaya.</w:t>
      </w:r>
    </w:p>
    <w:p>
      <w:pPr>
        <w:jc w:val="right"/>
      </w:pPr>
      <w:r>
        <w:t>اب ہر طرف پانی ہے ہر طرف سمندر ہے۔ اور اس میں ایک چھوٹا سا جہاز۔ جہاز کیا ہے کہ ایک تنکا ہوتا ہے سمندر میں۔ تیز تار وہاں گیا۔</w:t>
      </w:r>
    </w:p>
    <w:p>
      <w:r>
        <w:rPr>
          <w:b/>
        </w:rPr>
        <w:t xml:space="preserve">[49:24] </w:t>
      </w:r>
      <w:r>
        <w:t>saare log pareshan. To ek aadmi kehta hai ke main ghabrahat mein idhar udhar daud raha tha.</w:t>
      </w:r>
    </w:p>
    <w:p>
      <w:pPr>
        <w:jc w:val="right"/>
      </w:pPr>
      <w:r>
        <w:t>سارے لوگ پریشان۔ تو ایک آدمی کہتا ہے کہ میں گھبراہٹ میں ادھر ادھر دوڑ رہا تھا۔</w:t>
      </w:r>
    </w:p>
    <w:p>
      <w:r>
        <w:rPr>
          <w:b/>
        </w:rPr>
        <w:t xml:space="preserve">[49:33] </w:t>
      </w:r>
      <w:r>
        <w:t>kyun ke jahaz bohat bada hota hai.</w:t>
      </w:r>
    </w:p>
    <w:p>
      <w:pPr>
        <w:jc w:val="right"/>
      </w:pPr>
      <w:r>
        <w:t>کیونکہ جہاز بہت بڑا ہوتا ہے۔</w:t>
      </w:r>
    </w:p>
    <w:p>
      <w:r>
        <w:rPr>
          <w:b/>
        </w:rPr>
        <w:t xml:space="preserve">[49:37] </w:t>
      </w:r>
      <w:r>
        <w:t>to maine dekha ke ek goshe mein ek kone mein ek bachchi hai jo apne dol se khel rahi hai. Ek bachchi hai jo apne dol se khel rahi hai.</w:t>
      </w:r>
    </w:p>
    <w:p>
      <w:pPr>
        <w:jc w:val="right"/>
      </w:pPr>
      <w:r>
        <w:t>تو میں نے دیکھا کہ ایک گوشے میں ایک کونے میں ایک بچی ہے جو اپنے ڈول سے کھیل رہی ہے۔ ایک بچی ہے جو اپنے ڈول سے کھیل رہی ہے۔</w:t>
      </w:r>
    </w:p>
    <w:p>
      <w:r>
        <w:rPr>
          <w:b/>
        </w:rPr>
        <w:t xml:space="preserve">[49:50] </w:t>
      </w:r>
      <w:r>
        <w:t>yeh jahaz jo hai woh toofan mein hai dagmaga raha hai. Woh apne dol se khel rahi hai. Us ne kaha ke tum jante ho kya ho raha hai yahan?</w:t>
      </w:r>
    </w:p>
    <w:p>
      <w:pPr>
        <w:jc w:val="right"/>
      </w:pPr>
      <w:r>
        <w:t>یہ جہاز جو ہے وہ طوفان میں ہے ڈگمگا رہا ہے۔ وہ اپنے ڈول سے کھیل رہی ہے۔ اس نے کہا کہ تم جانتے ہو کیا ہو رہا ہے یہاں؟</w:t>
      </w:r>
    </w:p>
    <w:p>
      <w:r>
        <w:rPr>
          <w:b/>
        </w:rPr>
        <w:t xml:space="preserve">[50:02] </w:t>
      </w:r>
      <w:r>
        <w:t>tumhein pata hai kya ho raha hai? Yeh jahaz to doobne wala hai. Hum toofan mein gir gaye hain. Is bachchi ne bohat hi itminan se kaha</w:t>
      </w:r>
    </w:p>
    <w:p>
      <w:pPr>
        <w:jc w:val="right"/>
      </w:pPr>
      <w:r>
        <w:t>تمہیں پتہ ہے کیا ہو رہا ہے؟ یہ جہاز تو ڈوبنے والا ہے۔ ہم طوفان میں گر گئے ہیں۔ اس بچی نے بہت ہی اطمینان سے کہا</w:t>
      </w:r>
    </w:p>
    <w:p>
      <w:r>
        <w:rPr>
          <w:b/>
        </w:rPr>
        <w:t xml:space="preserve">[50:15] </w:t>
      </w:r>
      <w:r>
        <w:t>Do you know my father is captain of this jahaz</w:t>
      </w:r>
    </w:p>
    <w:p>
      <w:pPr>
        <w:jc w:val="right"/>
      </w:pPr>
      <w:r>
        <w:t>ڈو یو نو مائی فادر از کیپٹن آف دس جہاز</w:t>
      </w:r>
    </w:p>
    <w:p>
      <w:r>
        <w:rPr>
          <w:b/>
        </w:rPr>
        <w:t xml:space="preserve">[50:25] </w:t>
      </w:r>
      <w:r>
        <w:t>he is not going to let it sink</w:t>
      </w:r>
    </w:p>
    <w:p>
      <w:pPr>
        <w:jc w:val="right"/>
      </w:pPr>
      <w:r>
        <w:t>ہی از ناٹ گوئنگ ٹو لیٹ اٹ سنک</w:t>
      </w:r>
    </w:p>
    <w:p>
      <w:r>
        <w:rPr>
          <w:b/>
        </w:rPr>
        <w:t xml:space="preserve">[50:29] </w:t>
      </w:r>
      <w:r>
        <w:t>mera baap is is jahaz ka captain hai woh is ko doobne nahi dega. Yeh yaqeen chahiye bande ke andar apne Khuda ke liye. Kya aap samajhte hain ke takneeki tasdeeq se yeh yaqeen aa sakta hai?</w:t>
      </w:r>
    </w:p>
    <w:p>
      <w:pPr>
        <w:jc w:val="right"/>
      </w:pPr>
      <w:r>
        <w:t>میرا باپ اس اس جہاز کا کیپٹن ہے وہ اس کو ڈوبنے نہیں دے گا یہ یقین چاہیے بندے کے اندر اپنے خدا کے لیے کیا آپ سمجھتے ہیں کہ تکنیکی تصدیق سے یہ یقین آ سکتا ہے؟</w:t>
      </w:r>
    </w:p>
    <w:p>
      <w:r>
        <w:rPr>
          <w:b/>
        </w:rPr>
        <w:t xml:space="preserve">[50:46] </w:t>
      </w:r>
      <w:r>
        <w:t>kabhi nahi aa sakta hai. Jaise ke maine misaal di aap ko. Ke aag jalati hai aap ne tasdeeq kiya apni ungli wahan daal kar ke us ne jala diya aap</w:t>
      </w:r>
    </w:p>
    <w:p>
      <w:pPr>
        <w:jc w:val="right"/>
      </w:pPr>
      <w:r>
        <w:t>کبھی نہیں آ سکتا ہے۔ جیسے کہ میں نے مثال دی آپ کو۔ کہ آگ جلاتی ہے آپ نے تصدیق کیا اپنی انگلی وہاں ڈال کر کے اس نے جلا دیا آپ</w:t>
      </w:r>
    </w:p>
    <w:p>
      <w:r>
        <w:rPr>
          <w:b/>
        </w:rPr>
        <w:t xml:space="preserve">[50:57] </w:t>
      </w:r>
      <w:r>
        <w:t>ko. To tasdeeq ho gaya ke aag jalati hai. Lekin kya aap ek buhran mein aap yeh keh sakte hain la tahzarn innallaha ma'ana</w:t>
      </w:r>
    </w:p>
    <w:p>
      <w:pPr>
        <w:jc w:val="right"/>
      </w:pPr>
      <w:r>
        <w:t>کو۔ تو تصدیق ہو گیا کہ آگ جلاتی ہے۔ لیکن کیا آپ ایک بحران میں آپ یہ کہہ سکتے ہیں لا تحذر ان اللہ معنا</w:t>
      </w:r>
    </w:p>
    <w:p>
      <w:r>
        <w:rPr>
          <w:b/>
        </w:rPr>
        <w:t xml:space="preserve">[51:12] </w:t>
      </w:r>
      <w:r>
        <w:t>daro nahi aag hamein bacha legi? Nahi keh sakte aap. Kyun ke takneeki taur par tasdeeq shuda mozu.</w:t>
      </w:r>
    </w:p>
    <w:p>
      <w:pPr>
        <w:jc w:val="right"/>
      </w:pPr>
      <w:r>
        <w:t>ڈرو نہیں آگ ہمیں بچا لے گی؟ نہیں کہہ سکتے آپ۔ کیونکہ تکنیکی طور پر تصدیق شدہ موضوع۔</w:t>
      </w:r>
    </w:p>
    <w:p>
      <w:r>
        <w:rPr>
          <w:b/>
        </w:rPr>
        <w:t xml:space="preserve">[51:21] </w:t>
      </w:r>
      <w:r>
        <w:t>cannot be like a god.</w:t>
      </w:r>
    </w:p>
    <w:p>
      <w:pPr>
        <w:jc w:val="right"/>
      </w:pPr>
      <w:r>
        <w:t>کین ناٹ بی لائک اے گاڈ۔</w:t>
      </w:r>
    </w:p>
    <w:p>
      <w:r>
        <w:rPr>
          <w:b/>
        </w:rPr>
        <w:t xml:space="preserve">[51:26] </w:t>
      </w:r>
      <w:r>
        <w:t>to mein samajhta hoon ke jo log yeh kehte hain woh khuda ko kam samajh rahe hain.</w:t>
      </w:r>
    </w:p>
    <w:p>
      <w:pPr>
        <w:jc w:val="right"/>
      </w:pPr>
      <w:r>
        <w:t>تو میں سمجھتا ہوں کہ جو لوگ یہ کہتے ہیں وہ خدا کو کم سمجھ رہے ہیں۔</w:t>
      </w:r>
    </w:p>
    <w:p>
      <w:r>
        <w:rPr>
          <w:b/>
        </w:rPr>
        <w:t xml:space="preserve">[51:33] </w:t>
      </w:r>
      <w:r>
        <w:t>jo log yeh kehte hain. ke tasdeeq karo khuda ko kisi maarozi cheezon se.</w:t>
      </w:r>
    </w:p>
    <w:p>
      <w:pPr>
        <w:jc w:val="right"/>
      </w:pPr>
      <w:r>
        <w:t>جو لوگ یہ کہتے ہیں۔ کہ تصدیق کرو خدا کو کسی معروضی چیزوں سے۔</w:t>
      </w:r>
    </w:p>
    <w:p>
      <w:r>
        <w:rPr>
          <w:b/>
        </w:rPr>
        <w:t xml:space="preserve">[51:42] </w:t>
      </w:r>
      <w:r>
        <w:t>aur jab tasdeeq nahi karo parwah hogi to hum manenge nahi khuda ko. to yeh log jo hain khuda ko kam samajh rahe hain. khuda ko kam samajh rahe hain.</w:t>
      </w:r>
    </w:p>
    <w:p>
      <w:pPr>
        <w:jc w:val="right"/>
      </w:pPr>
      <w:r>
        <w:t>اور جب تصدیق نہیں کرو پرواہ ہو گی تو ہم مانیں گے نہیں خدا کو۔ تو یہ لوگ جو ہیں خدا کو کم سمجھ رہے ہیں۔ خدا کو کم سمجھ رہے ہیں۔</w:t>
      </w:r>
    </w:p>
    <w:p>
      <w:r>
        <w:rPr>
          <w:b/>
        </w:rPr>
        <w:t xml:space="preserve">[51:55] </w:t>
      </w:r>
      <w:r>
        <w:t>jis khuda ne dunya ko paida kiya. jis ne yahan zindagi ka nizam banaya. jis ne mujhe is tarah ka ek insaan banaya hai ke mein dekhta hoon mein bolta hoon mein chalta hoon mein sochta hoon.</w:t>
      </w:r>
    </w:p>
    <w:p>
      <w:pPr>
        <w:jc w:val="right"/>
      </w:pPr>
      <w:r>
        <w:t>جس خدا نے دنیا کو پیدا کیا۔ جس نے یہاں زندگی کا نظام بنایا۔ جس نے مجھے اس طرح کا ایک انسان بنایا ہے کہ میں دیکھتا ہوں میں بولتا ہوں میں چلتا ہوں میں سوچتا ہوں۔</w:t>
      </w:r>
    </w:p>
    <w:p>
      <w:r>
        <w:rPr>
          <w:b/>
        </w:rPr>
        <w:t xml:space="preserve">[52:08] </w:t>
      </w:r>
      <w:r>
        <w:t>aur jis se mujhe har waqt madad chahiye. buhran mein madad chahiye mujhe. woh khuda kaun khuda hoga?</w:t>
      </w:r>
    </w:p>
    <w:p>
      <w:pPr>
        <w:jc w:val="right"/>
      </w:pPr>
      <w:r>
        <w:t>اور جس سے مجھے ہر وقت مدد چاہیے۔ بحران میں مدد چاہیے مجھے۔ وہ خدا کون خدا ہوگا؟</w:t>
      </w:r>
    </w:p>
    <w:p>
      <w:r>
        <w:rPr>
          <w:b/>
        </w:rPr>
        <w:t xml:space="preserve">[52:19] </w:t>
      </w:r>
      <w:r>
        <w:t>woh wahi khuda hoga jo nafsiyati tasdeeq se bana khuda bana ho. andar ki awaaz ne bataya ho ke yeh khuda hai yeh khuda hai yeh khuda hai.</w:t>
      </w:r>
    </w:p>
    <w:p>
      <w:pPr>
        <w:jc w:val="right"/>
      </w:pPr>
      <w:r>
        <w:t>وہ وہی خدا ہوگا جو نفسیاتی تصدیق سے بنا خدا بنا ہو۔ اندر کی آواز نے بتایا ہو کہ یہ خدا ہے یہ خدا ہے یہ خدا ہے۔</w:t>
      </w:r>
    </w:p>
    <w:p>
      <w:r>
        <w:rPr>
          <w:b/>
        </w:rPr>
        <w:t xml:space="preserve">[52:32] </w:t>
      </w:r>
      <w:r>
        <w:t>to mein yeh manta hoon ke scientific mashahde se hum khuda ko daryaft kar sakte hain.</w:t>
      </w:r>
    </w:p>
    <w:p>
      <w:pPr>
        <w:jc w:val="right"/>
      </w:pPr>
      <w:r>
        <w:t>تو میں یہ مانتا ہوں کہ سائنٹیفک مشاہدے سے ہم خدا کو دریافت کر سکتے ہیں۔</w:t>
      </w:r>
    </w:p>
    <w:p>
      <w:r>
        <w:rPr>
          <w:b/>
        </w:rPr>
        <w:t xml:space="preserve">[52:42] </w:t>
      </w:r>
      <w:r>
        <w:t>scientific data se hum khuda ko jaan sakte hain. lekin is ke baad ek aur satah rehta hai. woh hai yaqeen.</w:t>
      </w:r>
    </w:p>
    <w:p>
      <w:pPr>
        <w:jc w:val="right"/>
      </w:pPr>
      <w:r>
        <w:t>سائنٹیفک ڈیٹا سے ہم خدا کو جان سکتے ہیں۔ لیکن اس کے بعد ایک اور سطح رہتا ہے۔ وہ ہے یقین۔</w:t>
      </w:r>
    </w:p>
    <w:p>
      <w:r>
        <w:rPr>
          <w:b/>
        </w:rPr>
        <w:t xml:space="preserve">[52:53] </w:t>
      </w:r>
      <w:r>
        <w:t>is ke liye nafsiyati tasdeeq chahiye nafsiyati tasdeeq chahiye.</w:t>
      </w:r>
    </w:p>
    <w:p>
      <w:pPr>
        <w:jc w:val="right"/>
      </w:pPr>
      <w:r>
        <w:t>اس کے لیے نفسیاتی تصدیق چاہیے نفسیاتی تصدیق چاہیے۔</w:t>
      </w:r>
    </w:p>
    <w:p>
      <w:r>
        <w:rPr>
          <w:b/>
        </w:rPr>
        <w:t xml:space="preserve">[53:00] </w:t>
      </w:r>
      <w:r>
        <w:t>warna woh khuda khuda nahi hoga ek ek ek glass jaisi ek koi cheez hoga.</w:t>
      </w:r>
    </w:p>
    <w:p>
      <w:pPr>
        <w:jc w:val="right"/>
      </w:pPr>
      <w:r>
        <w:t>ورنہ وہ خدا خدا نہیں ہوگا ایک ایک ایک گلاس جیسی ایک کوئی چیز ہوگا۔</w:t>
      </w:r>
    </w:p>
    <w:p>
      <w:r>
        <w:rPr>
          <w:b/>
        </w:rPr>
        <w:t xml:space="preserve">[53:10] </w:t>
      </w:r>
      <w:r>
        <w:t>is glass se kya mein mohabbat kar sakta hoon? mohabbat karne ke liye ek zinda hasti chahiye. ek khudmukhtar taaqat chahiye.</w:t>
      </w:r>
    </w:p>
    <w:p>
      <w:pPr>
        <w:jc w:val="right"/>
      </w:pPr>
      <w:r>
        <w:t>اس گلاس سے کیا میں محبت کر سکتا ہوں؟ محبت کرنے کے لیے ایک زندہ ہستی چاہیے۔ ایک خودمختار طاقت چاہیے۔</w:t>
      </w:r>
    </w:p>
    <w:p>
      <w:r>
        <w:rPr>
          <w:b/>
        </w:rPr>
        <w:t xml:space="preserve">[53:22] </w:t>
      </w:r>
      <w:r>
        <w:t>ek aisi hasti chahiye jis ke qabze mein sab kuch ho. to khuda aisa khuda hai.</w:t>
      </w:r>
    </w:p>
    <w:p>
      <w:pPr>
        <w:jc w:val="right"/>
      </w:pPr>
      <w:r>
        <w:t>ایک ایسی ہستی چاہیے جس کے قبضے میں سب کچھ ہو۔ تو خدا ایسا خدا ہے۔</w:t>
      </w:r>
    </w:p>
    <w:p>
      <w:r>
        <w:rPr>
          <w:b/>
        </w:rPr>
        <w:t xml:space="preserve">[53:29] </w:t>
      </w:r>
      <w:r>
        <w:t>to jo log khuda ko chahte hain ke jis tarah se fire ko hum tasdeeq kar ke jante hain ke yeh fire hai. isi tarah se khuda ko tasdeeq kar ke hum janein ke yeh khuda hai.</w:t>
      </w:r>
    </w:p>
    <w:p>
      <w:pPr>
        <w:jc w:val="right"/>
      </w:pPr>
      <w:r>
        <w:t>تو جو لوگ خدا کو چاہتے ہیں کہ جس طرح سے فائر کو ہم تصدیق کر کے جانتے ہیں کہ یہ فائر ہے۔ اسی طرح سے خدا کو تصدیق کر کے ہم جانیں کہ یہ خدا ہے۔</w:t>
      </w:r>
    </w:p>
    <w:p>
      <w:r>
        <w:rPr>
          <w:b/>
        </w:rPr>
        <w:t xml:space="preserve">[53:41] </w:t>
      </w:r>
      <w:r>
        <w:t>to woh khuda ko kam samajh rahe hain.</w:t>
      </w:r>
    </w:p>
    <w:p>
      <w:pPr>
        <w:jc w:val="right"/>
      </w:pPr>
      <w:r>
        <w:t>تو وہ خدا کو کم سمجھ رہے ہیں۔</w:t>
      </w:r>
    </w:p>
    <w:p>
      <w:r>
        <w:rPr>
          <w:b/>
        </w:rPr>
        <w:t xml:space="preserve">[53:47] </w:t>
      </w:r>
      <w:r>
        <w:t>woh khuda ko kam samajh rahe hain.</w:t>
      </w:r>
    </w:p>
    <w:p>
      <w:pPr>
        <w:jc w:val="right"/>
      </w:pPr>
      <w:r>
        <w:t>وہ خدا کو کم سمجھ رہے ہیں۔</w:t>
      </w:r>
    </w:p>
    <w:p>
      <w:r>
        <w:rPr>
          <w:b/>
        </w:rPr>
        <w:t xml:space="preserve">[53:52] </w:t>
      </w:r>
      <w:r>
        <w:t>aaj hi ek mazmoon aaya hai aaj hi ke paper mein. american logon ke baray mein. aaj hi ke paper mein hai.</w:t>
      </w:r>
    </w:p>
    <w:p>
      <w:pPr>
        <w:jc w:val="right"/>
      </w:pPr>
      <w:r>
        <w:t>آج ہی ایک مضمون آیا ہے آج ہی کے پیپر میں۔ امریکن لوگوں کے بارے میں۔ آج ہی کے پیپر میں ہے۔</w:t>
      </w:r>
    </w:p>
    <w:p>
      <w:r>
        <w:rPr>
          <w:b/>
        </w:rPr>
        <w:t xml:space="preserve">[54:03] </w:t>
      </w:r>
      <w:r>
        <w:t>is mein yeh hai ke. woh log jo khuda ko nahi mante. woh kehte hain ke hamein khuda to nahi chahiye magar phir bhi hamein ek church chahiye.</w:t>
      </w:r>
    </w:p>
    <w:p>
      <w:pPr>
        <w:jc w:val="right"/>
      </w:pPr>
      <w:r>
        <w:t>اس میں یہ ہے کہ۔ وہ لوگ جو خدا کو نہیں مانتے۔ وہ کہتے ہیں کہ ہمیں خدا تو نہیں چاہیے مگر پھر بھی ہمیں ایک چرچ چاہیے۔</w:t>
      </w:r>
    </w:p>
    <w:p>
      <w:r>
        <w:rPr>
          <w:b/>
        </w:rPr>
        <w:t xml:space="preserve">[54:14] </w:t>
      </w:r>
      <w:r>
        <w:t>we need church without god.</w:t>
      </w:r>
    </w:p>
    <w:p>
      <w:pPr>
        <w:jc w:val="right"/>
      </w:pPr>
      <w:r>
        <w:t>وی نیڈ چرچ ودا آؤٹ گاڈ۔</w:t>
      </w:r>
    </w:p>
    <w:p>
      <w:r>
        <w:rPr>
          <w:b/>
        </w:rPr>
        <w:t xml:space="preserve">[54:19] </w:t>
      </w:r>
      <w:r>
        <w:t>hum hum khuda to nahi chahte hum lekin hamein ek church chahiye jo khuda ke baghair ho. maine ghaur kiya ke aisa kyun kehte hain log?</w:t>
      </w:r>
    </w:p>
    <w:p>
      <w:pPr>
        <w:jc w:val="right"/>
      </w:pPr>
      <w:r>
        <w:t>ہم ہم خدا تو نہیں چاہتے ہم لیکن ہمیں ایک چرچ چاہیے جو خدا کے بغیر ہو۔ میں نے غور کیا کہ ایسا کیوں کہتے ہیں لوگ؟</w:t>
      </w:r>
    </w:p>
    <w:p>
      <w:r>
        <w:rPr>
          <w:b/>
        </w:rPr>
        <w:t xml:space="preserve">[54:29] </w:t>
      </w:r>
      <w:r>
        <w:t>aisa kyun kehte hain? yaani we need we reject god with church. lekin dobara hamein church chahiye without god.</w:t>
      </w:r>
    </w:p>
    <w:p>
      <w:pPr>
        <w:jc w:val="right"/>
      </w:pPr>
      <w:r>
        <w:t>ایسا کیوں کہتے ہیں؟ یعنی وی نیڈ وی ریجیکٹ گاڈ ود چرچ۔ لیکن دوبارہ ہمیں چرچ چاہیے ودا آؤٹ گاڈ۔</w:t>
      </w:r>
    </w:p>
    <w:p>
      <w:r>
        <w:rPr>
          <w:b/>
        </w:rPr>
        <w:t xml:space="preserve">[54:45] </w:t>
      </w:r>
      <w:r>
        <w:t>aaj aaya hai woh american atheist logon ki ek koi tanzeem hai. is mein survey jo kiya gaya hai to is mein yeh baat aayi hai. to maine socha ke aisa kyun hai?</w:t>
      </w:r>
    </w:p>
    <w:p>
      <w:pPr>
        <w:jc w:val="right"/>
      </w:pPr>
      <w:r>
        <w:t>آج آیا ہے وہ امریکن آتھیسٹ لوگوں کی ایک کوئی تنظیم ہے۔ اس میں سروے جو کیا گیا ہے تو اس میں یہ بات آئی ہے۔ تو میں نے سوچا کہ ایسا کیوں ہے؟</w:t>
      </w:r>
    </w:p>
    <w:p>
      <w:r>
        <w:rPr>
          <w:b/>
        </w:rPr>
        <w:t xml:space="preserve">[54:56] </w:t>
      </w:r>
      <w:r>
        <w:t>jo atheist apne aap ko kehta ho. jo khuda ko na manne ka daawa kar raha ho.</w:t>
      </w:r>
    </w:p>
    <w:p>
      <w:pPr>
        <w:jc w:val="right"/>
      </w:pPr>
      <w:r>
        <w:t>جو آتھیسٹ اپنے آپ کو کہتا ہو۔ جو خدا کو نہ ماننے کا دعویٰ کر رہا ہو۔</w:t>
      </w:r>
    </w:p>
    <w:p>
      <w:r>
        <w:rPr>
          <w:b/>
        </w:rPr>
        <w:t xml:space="preserve">[55:09] </w:t>
      </w:r>
      <w:r>
        <w:t>phir use church ki zaroorat kya hai?</w:t>
      </w:r>
    </w:p>
    <w:p>
      <w:pPr>
        <w:jc w:val="right"/>
      </w:pPr>
      <w:r>
        <w:t>پھر اسے چرچ کی ضرورت کیا ہے؟</w:t>
      </w:r>
    </w:p>
    <w:p>
      <w:r>
        <w:rPr>
          <w:b/>
        </w:rPr>
        <w:t xml:space="preserve">[55:11] </w:t>
      </w:r>
      <w:r>
        <w:t>woh keh raha hai ke mujhe ek club chahiye. mujhe church nahi club chahiye. yaani kehna use yeh chahiye tha ke mujhe church nahi chahiye mujhe to club chahiye.</w:t>
      </w:r>
    </w:p>
    <w:p>
      <w:pPr>
        <w:jc w:val="right"/>
      </w:pPr>
      <w:r>
        <w:t>وہ کہہ رہا ہے کہ مجھے ایک کلب چاہیے۔ مجھے چرچ نہیں کلب چاہیے۔ یعنی کہنا اسے یہ چاہیے تھا کہ مجھے چرچ نہیں چاہیے مجھے تو کلب چاہیے۔</w:t>
      </w:r>
    </w:p>
    <w:p>
      <w:r>
        <w:rPr>
          <w:b/>
        </w:rPr>
        <w:t xml:space="preserve">[55:22] </w:t>
      </w:r>
      <w:r>
        <w:t>lekin keh raha hai ke hamein aik aik naya church chahiye. aik aisa church jis mein khuda na ho.</w:t>
      </w:r>
    </w:p>
    <w:p>
      <w:pPr>
        <w:jc w:val="right"/>
      </w:pPr>
      <w:r>
        <w:t>لیکن کہہ رہا ہے کہ ہمیں ایک ایک نیا چرچ چاہیے۔ ایک ایسا چرچ جس میں خدا نہ ہو۔</w:t>
      </w:r>
    </w:p>
    <w:p>
      <w:r>
        <w:rPr>
          <w:b/>
        </w:rPr>
        <w:t xml:space="preserve">[55:31] </w:t>
      </w:r>
      <w:r>
        <w:t>to mein ne is pe socha. to mujhe nazar aaya ke ghalati un ki nahi hai. ghalati un logon ki hai jo khuda ko mante hain.</w:t>
      </w:r>
    </w:p>
    <w:p>
      <w:pPr>
        <w:jc w:val="right"/>
      </w:pPr>
      <w:r>
        <w:t>تو میں نے اس پہ سوچا۔ تو مجھے نظر آیا کہ غلطی ان کی نہیں ہے۔ غلطی ان لوگوں کی ہے جو خدا کو مانتے ہیں۔</w:t>
      </w:r>
    </w:p>
    <w:p>
      <w:r>
        <w:rPr>
          <w:b/>
        </w:rPr>
        <w:t xml:space="preserve">[55:47] </w:t>
      </w:r>
      <w:r>
        <w:t>aap ghhor kijiye ke poori tareekh mein poori tareekh mein sab se zyada nazar andaaz shuda mozu jo hai woh god raha hai.</w:t>
      </w:r>
    </w:p>
    <w:p>
      <w:pPr>
        <w:jc w:val="right"/>
      </w:pPr>
      <w:r>
        <w:t>آپ غور کیجیے کہ پوری تاریخ میں پوری تاریخ میں سب سے زیادہ نظر انداز شدہ موضوع جو ہے وہ گاڈ رہا ہے۔</w:t>
      </w:r>
    </w:p>
    <w:p>
      <w:r>
        <w:rPr>
          <w:b/>
        </w:rPr>
        <w:t xml:space="preserve">[55:55] </w:t>
      </w:r>
      <w:r>
        <w:t>poori poori tareekh mein.</w:t>
      </w:r>
    </w:p>
    <w:p>
      <w:pPr>
        <w:jc w:val="right"/>
      </w:pPr>
      <w:r>
        <w:t>پوری پوری تاریخ میں۔</w:t>
      </w:r>
    </w:p>
    <w:p>
      <w:r>
        <w:rPr>
          <w:b/>
        </w:rPr>
        <w:t xml:space="preserve">[56:00] </w:t>
      </w:r>
      <w:r>
        <w:t>poori poori tareekh mein. khuda jo hai sab se zyada nazar andaaz shuda mozu raha hai. misaal ke tor par aap dekhiye. architecture ko.</w:t>
      </w:r>
    </w:p>
    <w:p>
      <w:pPr>
        <w:jc w:val="right"/>
      </w:pPr>
      <w:r>
        <w:t>پوری پوری تاریخ میں۔ خدا جو ہے سب سے زیادہ نظر انداز شدہ موضوع رہا ہے۔ مثال کے طور پر آپ دیکھیے۔ آرکیٹیکچر کو۔</w:t>
      </w:r>
    </w:p>
    <w:p>
      <w:r>
        <w:rPr>
          <w:b/>
        </w:rPr>
        <w:t xml:space="preserve">[56:10] </w:t>
      </w:r>
      <w:r>
        <w:t>architectural engineering itna taraqqi yafta itna is ka hua hai. ke hazaron kitabein is pe likhi gayi hain. aaj jo plant city bante hain.</w:t>
      </w:r>
    </w:p>
    <w:p>
      <w:pPr>
        <w:jc w:val="right"/>
      </w:pPr>
      <w:r>
        <w:t>آرکیٹیکچرل انجینئرنگ اتنا ترقی یافتہ اتنا اس کا ہوا ہے۔ کہ ہزاروں کتابیں اس پہ لکھی گئی ہیں۔ آج جو پلانٹ سٹی بنتے ہیں۔</w:t>
      </w:r>
    </w:p>
    <w:p>
      <w:r>
        <w:rPr>
          <w:b/>
        </w:rPr>
        <w:t xml:space="preserve">[56:20] </w:t>
      </w:r>
      <w:r>
        <w:t>kitni zabardast technique is ke andar hoti hai.</w:t>
      </w:r>
    </w:p>
    <w:p>
      <w:pPr>
        <w:jc w:val="right"/>
      </w:pPr>
      <w:r>
        <w:t>کتنی زبردست ٹیکنیک اس کے اندر ہوتی ہے۔</w:t>
      </w:r>
    </w:p>
    <w:p>
      <w:r>
        <w:rPr>
          <w:b/>
        </w:rPr>
        <w:t xml:space="preserve">[56:25] </w:t>
      </w:r>
      <w:r>
        <w:t>world trade tower jo tha kitni bari technique is ke andar thi ke woh khara hua tha. so se zyada manzilein theen is ki. lekin.</w:t>
      </w:r>
    </w:p>
    <w:p>
      <w:pPr>
        <w:jc w:val="right"/>
      </w:pPr>
      <w:r>
        <w:t>ورلڈ ٹریڈ ٹاور جو تھا کتنی بڑی ٹیکنیک اس کے اندر تھی کہ وہ کھڑا ہوا تھا۔ سو سے زیادہ منزلیں تھیں اس کی۔ لیکن۔</w:t>
      </w:r>
    </w:p>
    <w:p>
      <w:r>
        <w:rPr>
          <w:b/>
        </w:rPr>
        <w:t xml:space="preserve">[56:36] </w:t>
      </w:r>
      <w:r>
        <w:t>god ki science taraqqi yafta nahi is ka hua. abhi bhi woh underdeveloped science hai. abhi bhi god ki science underdeveloped science hai abhi bhi.</w:t>
      </w:r>
    </w:p>
    <w:p>
      <w:pPr>
        <w:jc w:val="right"/>
      </w:pPr>
      <w:r>
        <w:t>گاڈ کی سائنس ترقی یافتہ نہیں اس کا ہوا۔ ابھی بھی وہ انڈر ڈویلپڈ سائنس ہے۔ ابھی بھی گاڈ کی سائنس انڈر ڈویلپڈ سائنس ہے ابھی بھی۔</w:t>
      </w:r>
    </w:p>
    <w:p>
      <w:r>
        <w:rPr>
          <w:b/>
        </w:rPr>
        <w:t xml:space="preserve">[56:48] </w:t>
      </w:r>
      <w:r>
        <w:t>is poori tareekh mein mein akela aik insan hoon. maaf kijiye ga. jis ne aik koshish ki hai ke god ki science taraqqi kare.</w:t>
      </w:r>
    </w:p>
    <w:p>
      <w:pPr>
        <w:jc w:val="right"/>
      </w:pPr>
      <w:r>
        <w:t>اس پوری تاریخ میں میں اکیلا ایک انسان ہوں۔ معاف کیجیے گا۔ جس نے ایک کوشش کی ہے کہ گاڈ کی سائنس ترقی کرے۔</w:t>
      </w:r>
    </w:p>
    <w:p>
      <w:r>
        <w:rPr>
          <w:b/>
        </w:rPr>
        <w:t xml:space="preserve">[56:58] </w:t>
      </w:r>
      <w:r>
        <w:t>to yeh log jo bechare god ko kam samajhte hain woh. woh samajhte hain god kya? hamein god ki zaroorat kya hai? to lekin un ka dil phir bhi chahta hai kisi cheez ko.</w:t>
      </w:r>
    </w:p>
    <w:p>
      <w:pPr>
        <w:jc w:val="right"/>
      </w:pPr>
      <w:r>
        <w:t>تو یہ لوگ جو بیچارے گاڈ کو کم سمجھتے ہیں وہ۔ وہ سمجھتے ہیں گاڈ کیا؟ ہمیں گاڈ کی ضرورت کیا ہے؟ تو لیکن ان کا دل پھر بھی چاہتا ہے کسی چیز کو۔</w:t>
      </w:r>
    </w:p>
    <w:p>
      <w:r>
        <w:rPr>
          <w:b/>
        </w:rPr>
        <w:t xml:space="preserve">[57:12] </w:t>
      </w:r>
      <w:r>
        <w:t>un ke dil mein shamil hai aik cheez ka tasawwur</w:t>
      </w:r>
    </w:p>
    <w:p>
      <w:pPr>
        <w:jc w:val="right"/>
      </w:pPr>
      <w:r>
        <w:t>ان کے دل میں شامل ہے ایک چیز کا تصور</w:t>
      </w:r>
    </w:p>
    <w:p>
      <w:r>
        <w:rPr>
          <w:b/>
        </w:rPr>
        <w:t xml:space="preserve">[57:15] </w:t>
      </w:r>
      <w:r>
        <w:t>. koi chahiye un ko. jis ko woh apna fikr banayein. jo bohraan mein un ke liye zariya yaqeen ho.</w:t>
      </w:r>
    </w:p>
    <w:p>
      <w:pPr>
        <w:jc w:val="right"/>
      </w:pPr>
      <w:r>
        <w:t>۔ کوئی چاہیے ان کو۔ جس کو وہ اپنا فکر بنائیں۔ جو بحران میں ان کے لیے ذریعہ یقین ہو۔</w:t>
      </w:r>
    </w:p>
    <w:p>
      <w:r>
        <w:rPr>
          <w:b/>
        </w:rPr>
        <w:t xml:space="preserve">[57:25] </w:t>
      </w:r>
      <w:r>
        <w:t>phir bhi woh chahte hain. to jo god log unhein bata rahe hain woh god un ki samajh mein nahi aata. ke fitrat mein phir bhi aik arz hai.</w:t>
      </w:r>
    </w:p>
    <w:p>
      <w:pPr>
        <w:jc w:val="right"/>
      </w:pPr>
      <w:r>
        <w:t>پھر بھی وہ چاہتے ہیں۔ تو جو گاڈ لوگ انہیں بتا رہے ہیں وہ گاڈ ان کی سمجھ میں نہیں آتا۔ کہ فطرت میں پھر بھی ایک عرض ہے۔</w:t>
      </w:r>
    </w:p>
    <w:p>
      <w:r>
        <w:rPr>
          <w:b/>
        </w:rPr>
        <w:t xml:space="preserve">[57:36] </w:t>
      </w:r>
      <w:r>
        <w:t>ke mujhe chahiye koi cheez. kyunke insan dekhein bunyadi tor par apne aap ko bebas pata hai.</w:t>
      </w:r>
    </w:p>
    <w:p>
      <w:pPr>
        <w:jc w:val="right"/>
      </w:pPr>
      <w:r>
        <w:t>کہ مجھے چاہیے کوئی چیز۔ کیونکہ انسان دیکھیں بنیادی طور پر اپنے آپ کو بے بس پاتا ہے۔</w:t>
      </w:r>
    </w:p>
    <w:p>
      <w:r>
        <w:rPr>
          <w:b/>
        </w:rPr>
        <w:t xml:space="preserve">[57:43] </w:t>
      </w:r>
      <w:r>
        <w:t>is liye woh kehte hain ke hamein aik aur church do. to woh fitrat wala god chahte hain lekin. kehte hain ke hamein god ke baghair aik church chahiye.</w:t>
      </w:r>
    </w:p>
    <w:p>
      <w:pPr>
        <w:jc w:val="right"/>
      </w:pPr>
      <w:r>
        <w:t>اس لیے وہ کہتے ہیں کہ ہمیں ایک اور چرچ دو۔ تو وہ فطرت والا گاڈ چاہتے ہیں لیکن۔ کہتے ہیں کہ ہمیں گاڈ کے بغیر ایک چرچ چاہیے۔</w:t>
      </w:r>
    </w:p>
    <w:p>
      <w:r>
        <w:rPr>
          <w:b/>
        </w:rPr>
        <w:t xml:space="preserve">[57:54] </w:t>
      </w:r>
      <w:r>
        <w:t>yeh hai aaj ke insan ka moamla. to behraal mein aap ko kahoon ga ke aap samjhiye is masle ko gehrai ke sath. aur aaj ke insan ko bataiye.</w:t>
      </w:r>
    </w:p>
    <w:p>
      <w:pPr>
        <w:jc w:val="right"/>
      </w:pPr>
      <w:r>
        <w:t>یہ ہے آج کے انسان کا معاملہ۔ تو بہرحال میں آپ کو کہوں گا کہ آپ سمجھیے اس مسئلے کو گہرائی کے ساتھ۔ اور آج کے انسان کو بتائیے۔</w:t>
      </w:r>
    </w:p>
    <w:p>
      <w:r>
        <w:rPr>
          <w:b/>
        </w:rPr>
        <w:t xml:space="preserve">[58:04] </w:t>
      </w:r>
      <w:r>
        <w:t>ke jis khuda ki woh talash kar raha hai woh yahi khuda hai.</w:t>
      </w:r>
    </w:p>
    <w:p>
      <w:pPr>
        <w:jc w:val="right"/>
      </w:pPr>
      <w:r>
        <w:t>کہ جس خدا کی وہ تلاش کر رہا ہے وہ یہی خدا ہے۔</w:t>
      </w:r>
    </w:p>
    <w:p>
      <w:r>
        <w:rPr>
          <w:b/>
        </w:rPr>
        <w:t xml:space="preserve">[58:10] </w:t>
      </w:r>
      <w:r>
        <w:t>aqool qooli hazaa wa astaghfirullaha li wa lakum ajmaeen.</w:t>
      </w:r>
    </w:p>
    <w:p>
      <w:pPr>
        <w:jc w:val="right"/>
      </w:pPr>
      <w:r>
        <w:t>أقول قولي هذا وأستغفر الله لي ولكم أجمعين.</w:t>
      </w:r>
    </w:p>
    <w:p>
      <w:r>
        <w:rPr>
          <w:b/>
        </w:rPr>
        <w:t xml:space="preserve">[58:26] </w:t>
      </w:r>
      <w:r>
        <w:t>das sawal hai idrees. sum of my friends are vegetarian and they often ask why in islam it is allowed to kill animals and that too in the name of god.</w:t>
      </w:r>
    </w:p>
    <w:p>
      <w:pPr>
        <w:jc w:val="right"/>
      </w:pPr>
      <w:r>
        <w:t>دس سوال ہے ادریس۔ سم آف مائی فرینڈز آر ویجیٹیرین اینڈ دے آفن اسک وائی ان اسلام اٹ از الاؤڈ ٹو کل اینیملز اینڈ دیٹ ٹو ان دی نیم آف گاڈ۔</w:t>
      </w:r>
    </w:p>
    <w:p>
      <w:r>
        <w:rPr>
          <w:b/>
        </w:rPr>
        <w:t xml:space="preserve">[58:43] </w:t>
      </w:r>
      <w:r>
        <w:t>dekhiye yeh aik fallacy hai.</w:t>
      </w:r>
    </w:p>
    <w:p>
      <w:pPr>
        <w:jc w:val="right"/>
      </w:pPr>
      <w:r>
        <w:t>دیکھیں یہ ایک فلیسی ہے۔</w:t>
      </w:r>
    </w:p>
    <w:p>
      <w:r>
        <w:rPr>
          <w:b/>
        </w:rPr>
        <w:t xml:space="preserve">[58:48] </w:t>
      </w:r>
      <w:r>
        <w:t>fallacy. yani yeh law of islam ki baat nahi hai yeh law of nature ki baat hai.</w:t>
      </w:r>
    </w:p>
    <w:p>
      <w:pPr>
        <w:jc w:val="right"/>
      </w:pPr>
      <w:r>
        <w:t>فلیسی۔ یعنی یہ لاء آف اسلام کی بات نہیں ہے یہ لاء آف نیچر کی بات ہے۔</w:t>
      </w:r>
    </w:p>
    <w:p>
      <w:r>
        <w:rPr>
          <w:b/>
        </w:rPr>
        <w:t xml:space="preserve">[58:58] </w:t>
      </w:r>
      <w:r>
        <w:t>jis duniya mein aap hain woh aap ne nahi banaya mein ne nahi banaya hai. woh banaya hai kisi aur ne. is ke jo laws hain wahi prevail karenge.</w:t>
      </w:r>
    </w:p>
    <w:p>
      <w:pPr>
        <w:jc w:val="right"/>
      </w:pPr>
      <w:r>
        <w:t>جس دنیا میں آپ ہیں وہ آپ نے نہیں بنایا میں نے نہیں بنایا ہے۔ وہ بنایا ہے کسی اور نے۔ اس کے جو لاز ہیں وہی پریویل کریں گے۔</w:t>
      </w:r>
    </w:p>
    <w:p>
      <w:r>
        <w:rPr>
          <w:b/>
        </w:rPr>
        <w:t xml:space="preserve">[59:09] </w:t>
      </w:r>
      <w:r>
        <w:t>hamari aap ki desire nahi prevail karengi. woh kaise? jinhone kaha hai woh doodh peete honge. un se kahiye ke doodh ko woh microscope pe dekhein.</w:t>
      </w:r>
    </w:p>
    <w:p>
      <w:pPr>
        <w:jc w:val="right"/>
      </w:pPr>
      <w:r>
        <w:t>ہماری آپ کی ڈیزائر نہیں پریویل کریں گے۔ وہ کیسے؟ جنہوں نے کہا ہے وہ دودھ پیتے ہوں گے۔ ان سے کہیے کہ دودھ کو وہ مائیکروسکوپ پہ دیکھیں۔</w:t>
      </w:r>
    </w:p>
    <w:p>
      <w:r>
        <w:rPr>
          <w:b/>
        </w:rPr>
        <w:t xml:space="preserve">[59:22] </w:t>
      </w:r>
      <w:r>
        <w:t>woh sabzi khate honge. sabzi ko microscope ke sheeshe par rakh kar dekhein. har cheez mein jaan hai har cheez mein jiyo hai.</w:t>
      </w:r>
    </w:p>
    <w:p>
      <w:pPr>
        <w:jc w:val="right"/>
      </w:pPr>
      <w:r>
        <w:t>وہ سبزی کھاتے ہوں گے۔ سبزی کو مائیکروسکوپ کے شیشے پر رکھ کر دیکھیں۔ ہر چیز میں جان ہے ہر چیز میں جیو ہے۔</w:t>
      </w:r>
    </w:p>
    <w:p>
      <w:r>
        <w:rPr>
          <w:b/>
        </w:rPr>
        <w:t xml:space="preserve">[59:33] </w:t>
      </w:r>
      <w:r>
        <w:t>ab aap jab doodh peete hain jab sabzi khate hain jab phal khate hain. to aap millions and millions juice ko apne andar hal kar lete hain.</w:t>
      </w:r>
    </w:p>
    <w:p>
      <w:pPr>
        <w:jc w:val="right"/>
      </w:pPr>
      <w:r>
        <w:t>اب آپ جب دودھ پیتے ہیں جب سبزی کھاتے ہیں جب پھل کھاتے ہیں۔ تو آپ ملینز اینڈ ملینز جوس کو اپنے اندر حل کر لیتے ہیں۔</w:t>
      </w:r>
    </w:p>
    <w:p>
      <w:r>
        <w:rPr>
          <w:b/>
        </w:rPr>
        <w:t xml:space="preserve">[59:45] </w:t>
      </w:r>
      <w:r>
        <w:t>yeh to law of nature hai kya karenge aap?</w:t>
      </w:r>
    </w:p>
    <w:p>
      <w:pPr>
        <w:jc w:val="right"/>
      </w:pPr>
      <w:r>
        <w:t>یہ تو لاء آف نیچر ہے کیا کریں گے آپ؟</w:t>
      </w:r>
    </w:p>
    <w:p>
      <w:r>
        <w:rPr>
          <w:b/>
        </w:rPr>
        <w:t xml:space="preserve">[59:50] </w:t>
      </w:r>
      <w:r>
        <w:t>ya to mar jaiye ya law of nature ko follow kijie.</w:t>
      </w:r>
    </w:p>
    <w:p>
      <w:pPr>
        <w:jc w:val="right"/>
      </w:pPr>
      <w:r>
        <w:t>یا تو مر جائیے یا لے لے آف نیچر کو فالو کیجیے۔</w:t>
      </w:r>
    </w:p>
    <w:p>
      <w:r>
        <w:rPr>
          <w:b/>
        </w:rPr>
        <w:t xml:space="preserve">[59:56] </w:t>
      </w:r>
      <w:r>
        <w:t>yeh masla hamare choice ka nahi hai yaad rakhiye. yeh natural law ko follow karne ka hai.</w:t>
      </w:r>
    </w:p>
    <w:p>
      <w:pPr>
        <w:jc w:val="right"/>
      </w:pPr>
      <w:r>
        <w:t>یہ مسئلہ ہمارے چوائس کا نہیں ہے یاد رکھیے۔ یہ نیچرل لاء کو فالو کرنے کا ہے۔</w:t>
      </w:r>
    </w:p>
    <w:p>
      <w:r>
        <w:rPr>
          <w:b/>
        </w:rPr>
        <w:t xml:space="preserve">[1:00:04] </w:t>
      </w:r>
      <w:r>
        <w:t>main khud to vegetarian hoon. lekin vegetarian hone ka matlab yeh hai ke main agar gosht na khaoon machhli na khaoon tab bhi main sabzi kha raha hoon.</w:t>
      </w:r>
    </w:p>
    <w:p>
      <w:pPr>
        <w:jc w:val="right"/>
      </w:pPr>
      <w:r>
        <w:t>میں خود تو ویجیٹیرین ہوں۔ لیکن ویجیٹیرین ہونے کا مطلب یہ ہے کہ میں اگر گوشت نہ کھاؤں مچھلی نہ کھاؤں تب بھی میں سبزی کھا رہا ہوں۔</w:t>
      </w:r>
    </w:p>
    <w:p>
      <w:r>
        <w:rPr>
          <w:b/>
        </w:rPr>
        <w:t xml:space="preserve">[1:00:15] </w:t>
      </w:r>
      <w:r>
        <w:t>aur sabzi mein isi tarah sabzi mein isi tarah se jaan hai jis tarah se meat mein jaan hai.</w:t>
      </w:r>
    </w:p>
    <w:p>
      <w:pPr>
        <w:jc w:val="right"/>
      </w:pPr>
      <w:r>
        <w:t>اور سبزی میں اسی طرح سبزی میں اسی طرح سے جان ہے جس طرح سے میٹ میں جان ہے۔</w:t>
      </w:r>
    </w:p>
    <w:p>
      <w:r>
        <w:rPr>
          <w:b/>
        </w:rPr>
        <w:t xml:space="preserve">[1:00:25] </w:t>
      </w:r>
      <w:r>
        <w:t>is wajah se yeh baatein jo hain bohat hi unscientific hain. aur jo log yeh baatein karte hain woh kuch jante nahi.</w:t>
      </w:r>
    </w:p>
    <w:p>
      <w:pPr>
        <w:jc w:val="right"/>
      </w:pPr>
      <w:r>
        <w:t>اس وجہ سے یہ باتیں جو ہیں بہت ہی ان سائنٹیفک ہیں۔ اور جو لوگ یہ باتیں کرتے ہیں وہ کچھ جانتے نہیں۔</w:t>
      </w:r>
    </w:p>
    <w:p>
      <w:r>
        <w:rPr>
          <w:b/>
        </w:rPr>
        <w:t xml:space="preserve">[1:00:34] </w:t>
      </w:r>
      <w:r>
        <w:t>woh samajhte hain ke yeh law of Islam ki baat hai nahi yeh law of nature ki baat hai.</w:t>
      </w:r>
    </w:p>
    <w:p>
      <w:pPr>
        <w:jc w:val="right"/>
      </w:pPr>
      <w:r>
        <w:t>وہ سمجھتے ہیں کہ یہ لاء آف اسلام کی بات ہے نہیں یہ لاء آف نیچر کی بات ہے۔</w:t>
      </w:r>
    </w:p>
    <w:p>
      <w:r>
        <w:rPr>
          <w:b/>
        </w:rPr>
        <w:t xml:space="preserve">[1:00:43] </w:t>
      </w:r>
      <w:r>
        <w:t>das sawal hai Ramish. is there a mention of Prophet Muhammad in the Bible or Torah</w:t>
      </w:r>
    </w:p>
    <w:p>
      <w:pPr>
        <w:jc w:val="right"/>
      </w:pPr>
      <w:r>
        <w:t>دس سوال ہے رامش۔ از دیر ا مینشن آف پرافٹ محمد ان دی بائبل اور تورات</w:t>
      </w:r>
    </w:p>
    <w:p>
      <w:r>
        <w:rPr>
          <w:b/>
        </w:rPr>
        <w:t xml:space="preserve">[1:00:52] </w:t>
      </w:r>
      <w:r>
        <w:t>? if yes then why do Christians and Jews not believe in Prophet Muhammad?</w:t>
      </w:r>
    </w:p>
    <w:p>
      <w:pPr>
        <w:jc w:val="right"/>
      </w:pPr>
      <w:r>
        <w:t>؟ اف یس دین وائی ڈو کرسچنز اینڈ جیوز ناٹ بیلیو ان پرافٹ محمد؟</w:t>
      </w:r>
    </w:p>
    <w:p>
      <w:r>
        <w:rPr>
          <w:b/>
        </w:rPr>
        <w:t xml:space="preserve">[1:01:01] </w:t>
      </w:r>
      <w:r>
        <w:t>yeh sahi hai ke is mein bohat se references hain bohat jagah mention kiya hai. Bible mein.</w:t>
      </w:r>
    </w:p>
    <w:p>
      <w:pPr>
        <w:jc w:val="right"/>
      </w:pPr>
      <w:r>
        <w:t>یہ صحیح ہے کہ اس میں بہت سے ریفرنسز ہیں بہت جگہ مینشن کیا ہے۔ بائبل میں۔</w:t>
      </w:r>
    </w:p>
    <w:p>
      <w:r>
        <w:rPr>
          <w:b/>
        </w:rPr>
        <w:t xml:space="preserve">[1:01:09] </w:t>
      </w:r>
      <w:r>
        <w:t>yani Old Testament mein bhi aur New Testament mein dono mein. lekin aap jante hain ke is tarah ke jo references hote hain woh is tarah nahi hote ke Muhammad bin Abdullah ibn Abdullah Muttalib is tarah nahi hote.</w:t>
      </w:r>
    </w:p>
    <w:p>
      <w:pPr>
        <w:jc w:val="right"/>
      </w:pPr>
      <w:r>
        <w:t>یعنی اولڈ ٹیسٹمنٹ میں بھی اور نیو ٹیسٹمنٹ میں دونوں میں۔ لیکن آپ جانتے ہیں کہ اس طرح کے جو ریفرنسز ہوتے ہیں وہ اس طرح نہیں ہوتے کہ محمد بن عبداللہ ابن عبدالمطلب اس طرح نہیں ہوتے۔</w:t>
      </w:r>
    </w:p>
    <w:p>
      <w:r>
        <w:rPr>
          <w:b/>
        </w:rPr>
        <w:t xml:space="preserve">[1:01:25] </w:t>
      </w:r>
      <w:r>
        <w:t>balke wahan par. woh hota hai kisi na kisi symbolic language mein hota hai. to mauqa rehta hai unko ke doosre dhang se interpretation de dein is ko.</w:t>
      </w:r>
    </w:p>
    <w:p>
      <w:pPr>
        <w:jc w:val="right"/>
      </w:pPr>
      <w:r>
        <w:t>بلکہ وہاں پر۔ وہ ہوتا ہے کسی نہ کسی سمبالک لینگویج میں ہوتا ہے۔ تو موقع رہتا ہے ان کو کہ دوسرے ڈھنگ سے انٹرپریشن دے دیں اس کو۔</w:t>
      </w:r>
    </w:p>
    <w:p>
      <w:r>
        <w:rPr>
          <w:b/>
        </w:rPr>
        <w:t xml:space="preserve">[1:01:37] </w:t>
      </w:r>
      <w:r>
        <w:t>misal ke tor par Bible mein hai ek lafz Paraclete. ab Paraclete jo hai. woh hum samajhte hain ke Muhammad ke liye hai.</w:t>
      </w:r>
    </w:p>
    <w:p>
      <w:pPr>
        <w:jc w:val="right"/>
      </w:pPr>
      <w:r>
        <w:t>مثال کے طور پر بائبل میں ہے ایک لفظ فارقلیت۔ پیریکلیٹ۔ اب پیریکلیٹ جو ہے۔ وہ ہم سمجھتے ہیں کہ محمد کے لیے ہے۔</w:t>
      </w:r>
    </w:p>
    <w:p>
      <w:r>
        <w:rPr>
          <w:b/>
        </w:rPr>
        <w:t xml:space="preserve">[1:01:52] </w:t>
      </w:r>
      <w:r>
        <w:t>unhone khud se ek comforter banaya is ke liye le liya unhone. to yeh jo interpretation ki baat hai yeh hamesha rehti hai har cheez mein.</w:t>
      </w:r>
    </w:p>
    <w:p>
      <w:pPr>
        <w:jc w:val="right"/>
      </w:pPr>
      <w:r>
        <w:t>انہوں نے خود سے ایک کمفرٹر بنایا اس کے لیے لے لیا انہوں نے۔ تو یہ جو انٹرپریشن کی بات ہے یہ ہمیشہ رہتی ہے ہر چیز میں۔</w:t>
      </w:r>
    </w:p>
    <w:p>
      <w:r>
        <w:rPr>
          <w:b/>
        </w:rPr>
        <w:t xml:space="preserve">[1:02:05] </w:t>
      </w:r>
      <w:r>
        <w:t>to interpretation kar ke aadmi ek cheez ka matlab doosra nikal leta hai. aur yeh baat isi cheez</w:t>
      </w:r>
    </w:p>
    <w:p>
      <w:pPr>
        <w:jc w:val="right"/>
      </w:pPr>
      <w:r>
        <w:t>تو انٹرپریشن کر کے آدمی ایک چیز کا مطلب دوسرا نکال لیتا ہے۔ اور یہ بات اسی چیز</w:t>
      </w:r>
    </w:p>
    <w:p>
      <w:r>
        <w:rPr>
          <w:b/>
        </w:rPr>
        <w:t xml:space="preserve">[1:02:12] </w:t>
      </w:r>
      <w:r>
        <w:t>ki nahi hai. khud Musalmanon mein dekhiye Quran ko alag alag dhang se matlab nikal lete hain is ka. aur ek aisi baat Quran se nikal lete hain jo Quran mein nahi hai.</w:t>
      </w:r>
    </w:p>
    <w:p>
      <w:pPr>
        <w:jc w:val="right"/>
      </w:pPr>
      <w:r>
        <w:t>کی نہیں ہے۔ خود مسلمانوں میں دیکھیے قرآن کو الگ الگ ڈھنگ سے مطلب نکال لیتے ہیں اس کا۔ اور ایک ایسی بات قرآن سے نکال لیتے ہیں جو قرآن میں نہیں ہے۔</w:t>
      </w:r>
    </w:p>
    <w:p>
      <w:r>
        <w:rPr>
          <w:b/>
        </w:rPr>
        <w:t xml:space="preserve">[1:02:26] </w:t>
      </w:r>
      <w:r>
        <w:t>yeh sare Musalman yeh samajhte hain ke Rasool Allah Salallahu Alaihi Wasallam jo hain woh shafaat kar denge aur sare Musalman ikatthe jannat mein chale jayenge. sare Musalman samajhte hain halanke yeh bilkul baseless baat hai.</w:t>
      </w:r>
    </w:p>
    <w:p>
      <w:pPr>
        <w:jc w:val="right"/>
      </w:pPr>
      <w:r>
        <w:t>یہ سارے مسلمان یہ سمجھتے ہیں کہ رسول اللہ صلی اللہ علیہ وسلم جو ہیں وہ شفاعت کر دیں گے اور سارے مسلمان اکٹھے جنت میں چلے جائیں گے۔ سارے مسلمان سمجھتے ہیں حالانکہ یہ بالکل بیس لیس بات ہے۔</w:t>
      </w:r>
    </w:p>
    <w:p>
      <w:r>
        <w:rPr>
          <w:b/>
        </w:rPr>
        <w:t xml:space="preserve">[1:02:37] </w:t>
      </w:r>
      <w:r>
        <w:t>to Quran ko galat dhang se. jab is ko interpretation de kar ke yeh baat nikali gayi hai. to basic baat hai ke insan jo hai surrender nahi karna chahta.</w:t>
      </w:r>
    </w:p>
    <w:p>
      <w:pPr>
        <w:jc w:val="right"/>
      </w:pPr>
      <w:r>
        <w:t>تو قرآن کو غلط ڈھنگ سے۔ جب اس کو انٹرپریشن دے کر کے یہ بات نکالی گئی ہے۔ تو بیسک بات ہے کہ انسان جو ہے سرنڈر نہیں کرنا چاہتا۔</w:t>
      </w:r>
    </w:p>
    <w:p>
      <w:r>
        <w:rPr>
          <w:b/>
        </w:rPr>
        <w:t xml:space="preserve">[1:02:49] </w:t>
      </w:r>
      <w:r>
        <w:t>Christian ki baat nahi hai Musalman bhi surrender nahi karna chahte. is liye ke khud hi khud matlab nikalenge aur kahenge dekho Quran mein yeh likha hua hai.</w:t>
      </w:r>
    </w:p>
    <w:p>
      <w:pPr>
        <w:jc w:val="right"/>
      </w:pPr>
      <w:r>
        <w:t>کرسچن کی بات نہیں ہے مسلمان بھی سرنڈر نہیں کرنا چاہتے۔ اس لیے کہ خود ہی خود مطلب نکالیں گے اور کہیں گے دیکھو قرآن میں یہ لکھا ہوا ہے۔</w:t>
      </w:r>
    </w:p>
    <w:p>
      <w:r>
        <w:rPr>
          <w:b/>
        </w:rPr>
        <w:t xml:space="preserve">[1:03:02] </w:t>
      </w:r>
      <w:r>
        <w:t>abhi kal parson mere paas ek sahab ko telephone aaya isi baat par ke sahab Rasool Allah to woh shafaat karenge aur sare Musalmanon ki sare Ummah Muhammadi ki shafaat kar denge.</w:t>
      </w:r>
    </w:p>
    <w:p>
      <w:pPr>
        <w:jc w:val="right"/>
      </w:pPr>
      <w:r>
        <w:t>ابھی کل پرسوں میرے پاس ایک صاحب کو ٹیلی فون آیا اسی بات پر کہ صاحب رسول اللہ تو وہ شفاعت کریں گے اور سارے مسلمانوں کی سارے امت محمدی کی شفاعت کر دیں گے۔</w:t>
      </w:r>
    </w:p>
    <w:p>
      <w:r>
        <w:rPr>
          <w:b/>
        </w:rPr>
        <w:t xml:space="preserve">[1:03:14] </w:t>
      </w:r>
      <w:r>
        <w:t>woh to Shabbir ibn Nabien hain woh sare Musalman un ki shafaat se chale jayenge Paradise mein. aur hadithien garh rakhi hain bohat sari Quran se bhi nikalte hain.</w:t>
      </w:r>
    </w:p>
    <w:p>
      <w:pPr>
        <w:jc w:val="right"/>
      </w:pPr>
      <w:r>
        <w:t>وہ تو شبیر ابن نبین ہیں وہ سارے مسلمان ان کی شفاعت سے چلے جائیں گے پیراڈائز میں۔ اور حدیثیں گڑھ رکھی ہیں بہت ساری قرآن سے بھی نکالتے ہیں۔</w:t>
      </w:r>
    </w:p>
    <w:p>
      <w:r>
        <w:rPr>
          <w:b/>
        </w:rPr>
        <w:t xml:space="preserve">[1:03:28] </w:t>
      </w:r>
      <w:r>
        <w:t>to yaad rakhiye asal cheez yeh nahi hai ke woh cheez khule ke tareeqe par mention ki gayi ho kahin asal cheez yeh hai ke surrender karne ki spirit hona chahiye. agar surrender karne ki spirit nahi hai.</w:t>
      </w:r>
    </w:p>
    <w:p>
      <w:pPr>
        <w:jc w:val="right"/>
      </w:pPr>
      <w:r>
        <w:t>تو یاد رکھیے اصل چیز یہ نہیں ہے کہ وہ چیز کھلے کے طریقے پر مینشن کی گئی ہو کہیں اصل چیز یہ ہے کہ سرنڈر کرنے کی سپرٹ ہونا چاہیے۔ اگر سرنڈر کرنے کی سپرٹ نہیں ہے۔</w:t>
      </w:r>
    </w:p>
    <w:p>
      <w:r>
        <w:rPr>
          <w:b/>
        </w:rPr>
        <w:t xml:space="preserve">[1:03:40] </w:t>
      </w:r>
      <w:r>
        <w:t>to Quran ko maan kar bhi ulta matlab nikala jayega.</w:t>
      </w:r>
    </w:p>
    <w:p>
      <w:pPr>
        <w:jc w:val="right"/>
      </w:pPr>
      <w:r>
        <w:t>تو قرآن کو مان کر بھی الٹا مطلب نکالا جائے گا۔</w:t>
      </w:r>
    </w:p>
    <w:p>
      <w:r>
        <w:rPr>
          <w:b/>
        </w:rPr>
        <w:t xml:space="preserve">[1:03:47] </w:t>
      </w:r>
      <w:r>
        <w:t>Bible ko maan kar bhi wahan bhi ulta matlab nikala jayega. to yeh har jagah ho raha hai.</w:t>
      </w:r>
    </w:p>
    <w:p>
      <w:pPr>
        <w:jc w:val="right"/>
      </w:pPr>
      <w:r>
        <w:t>بائبل کو مان کر بھی وہاں بھی الٹا مطلب نکالا جائے گا۔ تو یہ ہر جگہ ہو رہا ہے۔</w:t>
      </w:r>
    </w:p>
    <w:p>
      <w:r>
        <w:rPr>
          <w:b/>
        </w:rPr>
        <w:t xml:space="preserve">[1:03:55] </w:t>
      </w:r>
      <w:r>
        <w:t>das sawal hai shamshad ahmad. quran mein woh kon se ahkamat hain jin ke mukhatib sirf nabi ki zaat hai?</w:t>
      </w:r>
    </w:p>
    <w:p>
      <w:pPr>
        <w:jc w:val="right"/>
      </w:pPr>
      <w:r>
        <w:t>دس سوال ہے شمشاد احمد۔ قرآن میں وہ کون سے احکامات ہیں جن کے مخاطب صرف نبی کی ذات ہے؟</w:t>
      </w:r>
    </w:p>
    <w:p>
      <w:r>
        <w:rPr>
          <w:b/>
        </w:rPr>
        <w:t xml:space="preserve">[1:04:08] </w:t>
      </w:r>
      <w:r>
        <w:t>koi bhi nahin. nabi ko le kar ke jahan kaha gaya wahan bhi woh niyabatan hai. yani nabi ko kaha gaya lekin murad sab log hain.</w:t>
      </w:r>
    </w:p>
    <w:p>
      <w:pPr>
        <w:jc w:val="right"/>
      </w:pPr>
      <w:r>
        <w:t>کوئی بھی نہیں۔ نبی کو لے کر کے جہاں کہا گیا وہاں بھی وہ نیابطن ہے۔ یعنی نبی کو کہا گیا لیکن مراد سب لوگ ہیں۔</w:t>
      </w:r>
    </w:p>
    <w:p>
      <w:r>
        <w:rPr>
          <w:b/>
        </w:rPr>
        <w:t xml:space="preserve">[1:04:19] </w:t>
      </w:r>
      <w:r>
        <w:t>jaise quran mein ek ya nabi ila talqtin nisaa</w:t>
      </w:r>
    </w:p>
    <w:p>
      <w:pPr>
        <w:jc w:val="right"/>
      </w:pPr>
      <w:r>
        <w:t>جیسے قرآن میں ایک یا النبی اذا طلقت النساء</w:t>
      </w:r>
    </w:p>
    <w:p>
      <w:r>
        <w:rPr>
          <w:b/>
        </w:rPr>
        <w:t xml:space="preserve">[1:04:23] </w:t>
      </w:r>
      <w:r>
        <w:t>nabi ko keh kar ke talq ka bataya gaya yahan par tareeqa. kyunke is ka matlab yeh nahin ke sirf nabi murad hai. nabi ko keh kar ke sare logon ko bataya gaya.</w:t>
      </w:r>
    </w:p>
    <w:p>
      <w:pPr>
        <w:jc w:val="right"/>
      </w:pPr>
      <w:r>
        <w:t>نبی کو کہہ کر کے طلاق کا بتایا گیا یہاں پر طریقہ۔ کیونکہ اس کا مطلب یہ نہیں کہ صرف نبی مراد ہے۔ نبی کو کہہ کر کے سارے لوگوں کو بتایا گیا۔</w:t>
      </w:r>
    </w:p>
    <w:p>
      <w:r>
        <w:rPr>
          <w:b/>
        </w:rPr>
        <w:t xml:space="preserve">[1:04:35] </w:t>
      </w:r>
      <w:r>
        <w:t>to yeh aisi koi cheez nahin hai quran majeed mein jo bas nabi ke liye ho doosron ke liye na ho. chahe nabi ka naam le kar ho chahe nabi ke naam liye baghair ho sab jab baat sab ke liye hai.</w:t>
      </w:r>
    </w:p>
    <w:p>
      <w:pPr>
        <w:jc w:val="right"/>
      </w:pPr>
      <w:r>
        <w:t>تو یہ ایسی کوئی چیز نہیں ہے قرآن مجید میں جو بس نبی کے لیے ہو دوسروں کے لیے نہ ہو۔ چاہے نبی کا نام لے کر ہو چاہے نبی کے نام لیے بغیر ہو سب جب بات سب کے لیے ہے۔</w:t>
      </w:r>
    </w:p>
    <w:p>
      <w:r>
        <w:rPr>
          <w:b/>
        </w:rPr>
        <w:t xml:space="preserve">[1:04:47] </w:t>
      </w:r>
      <w:r>
        <w:t>aap koi ayat batayen agar to mein us ko explain karunga. aisi koi ayat agar batayen aap to.</w:t>
      </w:r>
    </w:p>
    <w:p>
      <w:pPr>
        <w:jc w:val="right"/>
      </w:pPr>
      <w:r>
        <w:t>آپ کوئی آیت بتائیں اگر تو میں اس کو ایکسپلین کروں گا۔ ایسی کوئی آیت اگر بتائیں آپ تو۔</w:t>
      </w:r>
    </w:p>
    <w:p>
      <w:r>
        <w:rPr>
          <w:b/>
        </w:rPr>
        <w:t xml:space="preserve">[1:04:55] </w:t>
      </w:r>
      <w:r>
        <w:t>das sawal hai imran. taking and giving interest in money is prohibited in islam.</w:t>
      </w:r>
    </w:p>
    <w:p>
      <w:pPr>
        <w:jc w:val="right"/>
      </w:pPr>
      <w:r>
        <w:t>دس سوال ہے عمران۔ ٹیکنگ اینڈ گیونگ انٹرسٹ ان منی از پروہیبیٹڈ ان اسلام۔</w:t>
      </w:r>
    </w:p>
    <w:p>
      <w:r>
        <w:rPr>
          <w:b/>
        </w:rPr>
        <w:t xml:space="preserve">[1:05:04] </w:t>
      </w:r>
      <w:r>
        <w:t>in light of this can having a bank account be justified? dekhen hum is masle par kuch nahin bolte. is masle par mein yeh kahunga ya to aap apne common sense par chaliye.</w:t>
      </w:r>
    </w:p>
    <w:p>
      <w:pPr>
        <w:jc w:val="right"/>
      </w:pPr>
      <w:r>
        <w:t>ان لائٹ آف دس کین ہیونگ ا بینک اکاؤنٹ بی جسٹیفائیڈ؟ دیکھیں ہم اس مسئلے پر کچھ نہیں بولتے۔ اس مسئلے پر میں یہ کہوں گا یا تو آپ اپنے کامن سینس پر چلیے۔</w:t>
      </w:r>
    </w:p>
    <w:p>
      <w:r>
        <w:rPr>
          <w:b/>
        </w:rPr>
        <w:t xml:space="preserve">[1:05:18] </w:t>
      </w:r>
      <w:r>
        <w:t>ya darul ifta se fatwa le lijiye. bas hum yahan par is par kuch nahin bolenge.</w:t>
      </w:r>
    </w:p>
    <w:p>
      <w:pPr>
        <w:jc w:val="right"/>
      </w:pPr>
      <w:r>
        <w:t>یا دارالافتا سے فتویٰ لے لیجیے۔ بس ہم یہاں پر اس پر کچھ نہیں بولیں گے۔</w:t>
      </w:r>
    </w:p>
    <w:p>
      <w:r>
        <w:rPr>
          <w:b/>
        </w:rPr>
        <w:t xml:space="preserve">[1:05:24] </w:t>
      </w:r>
      <w:r>
        <w:t>hum is par apne magazine mein bhi likhte nahin hain. yeh bohat hi controversial issues hain yeh sab. to mein kahunga ke aap ke do option hain.</w:t>
      </w:r>
    </w:p>
    <w:p>
      <w:pPr>
        <w:jc w:val="right"/>
      </w:pPr>
      <w:r>
        <w:t>ہم اس پر اپنے میگزین میں بھی لکھتے نہیں ہیں۔ یہ بہت ہی کنٹروورشل ایشوز ہیں یہ سب۔ تو میں کہوں گا کہ آپ کے دو آپشن ہیں۔</w:t>
      </w:r>
    </w:p>
    <w:p>
      <w:r>
        <w:rPr>
          <w:b/>
        </w:rPr>
        <w:t xml:space="preserve">[1:05:35] </w:t>
      </w:r>
      <w:r>
        <w:t>yeh hadith mein aata hai ke istuftiqalbik yani apne common sense se jaan lo. to ya to aap apne common sense pe chaliye.</w:t>
      </w:r>
    </w:p>
    <w:p>
      <w:pPr>
        <w:jc w:val="right"/>
      </w:pPr>
      <w:r>
        <w:t>یہ حدیث میں آتا ہے کہ استفتقلبک یعنی اپنے کامن سینس سے جان لو۔ تو یا تو آپ اپنے کامن سینس پہ چلیے۔</w:t>
      </w:r>
    </w:p>
    <w:p>
      <w:r>
        <w:rPr>
          <w:b/>
        </w:rPr>
        <w:t xml:space="preserve">[1:05:45] </w:t>
      </w:r>
      <w:r>
        <w:t>ya phir aap jo darul ifta hain madarson mein us ko bhejiye.</w:t>
      </w:r>
    </w:p>
    <w:p>
      <w:pPr>
        <w:jc w:val="right"/>
      </w:pPr>
      <w:r>
        <w:t>یا پھر آپ جو دارالافتا ہیں مدرسوں میں اس کو بھیجیے۔</w:t>
      </w:r>
    </w:p>
    <w:p>
      <w:r>
        <w:rPr>
          <w:b/>
        </w:rPr>
        <w:t xml:space="preserve">[1:05:51] </w:t>
      </w:r>
      <w:r>
        <w:t>jo kehte hain istifta yani un se poochhiye. to woh jo batayen us par amal kijeye. do hi shakal hai mein is par kuch nahin kahunga.</w:t>
      </w:r>
    </w:p>
    <w:p>
      <w:pPr>
        <w:jc w:val="right"/>
      </w:pPr>
      <w:r>
        <w:t>جو کہتے ہیں استفتہ یعنی ان سے پوچھیے۔ تو وہ جو بتائیں اس پر عمل کیجیے۔ دو ہی شکل ہے میں اس پر کچھ نہیں کہوں گا۔</w:t>
      </w:r>
    </w:p>
    <w:p>
      <w:r>
        <w:rPr>
          <w:b/>
        </w:rPr>
        <w:t xml:space="preserve">[1:05:59] </w:t>
      </w:r>
      <w:r>
        <w:t>mein is se mera program jo hai sirf dawat hai. dawat ka kaam hum us waqt tak nahin kar sakte jab hum sare issues par chup ho jayen.</w:t>
      </w:r>
    </w:p>
    <w:p>
      <w:pPr>
        <w:jc w:val="right"/>
      </w:pPr>
      <w:r>
        <w:t>میں اس سے میرا پروگرام جو ہے صرف دعوت ہے۔ دعوت کا کام ہم اس وقت تک نہیں کر سکتے جب ہم سارے ایشوز پر چپ ہو جائیں۔</w:t>
      </w:r>
    </w:p>
    <w:p>
      <w:r>
        <w:rPr>
          <w:b/>
        </w:rPr>
        <w:t xml:space="preserve">[1:06:13] </w:t>
      </w:r>
      <w:r>
        <w:t>log yeh ghalati karte hain ke dawat ka kaam bhi karenge aur sare issues par bolenge. is tarah dawat kaam nahin ho sakta hai.</w:t>
      </w:r>
    </w:p>
    <w:p>
      <w:pPr>
        <w:jc w:val="right"/>
      </w:pPr>
      <w:r>
        <w:t>لوگ یہ غلطی کرتے ہیں کہ دعوت کا کام بھی کریں گے اور سارے ایشوز پر بولیں گے۔ اس طرح دعوت کام نہیں ہو سکتا ہے۔</w:t>
      </w:r>
    </w:p>
    <w:p>
      <w:r>
        <w:rPr>
          <w:b/>
        </w:rPr>
        <w:t xml:space="preserve">[1:06:20] </w:t>
      </w:r>
      <w:r>
        <w:t>to hum strictly dawah issues par apne aap ko centralize kiye hue hain. baqi jo issues hain woh aadmi ka khud apna masla hai woh khud samjhe.</w:t>
      </w:r>
    </w:p>
    <w:p>
      <w:pPr>
        <w:jc w:val="right"/>
      </w:pPr>
      <w:r>
        <w:t>تو ہم اسٹرکٹلی دعوی ایشوز پر اپنے آپ کو سینٹرلائز کیے ہوئے ہیں۔ باقی جو ایشوز ہیں وہ آدمی کا خود اپنا مسئلہ ہے وہ خود سمجھے۔</w:t>
      </w:r>
    </w:p>
    <w:p>
      <w:r>
        <w:rPr>
          <w:b/>
        </w:rPr>
        <w:t xml:space="preserve">[1:06:33] </w:t>
      </w:r>
      <w:r>
        <w:t>ya darul ifta se pooch kar maloom kare.</w:t>
      </w:r>
    </w:p>
    <w:p>
      <w:pPr>
        <w:jc w:val="right"/>
      </w:pPr>
      <w:r>
        <w:t>یا دارالافتا سے پوچھ کر معلوم کرے۔</w:t>
      </w:r>
    </w:p>
    <w:p>
      <w:r>
        <w:rPr>
          <w:b/>
        </w:rPr>
        <w:t xml:space="preserve">[1:06:39] </w:t>
      </w:r>
      <w:r>
        <w:t>das sawal hai taizafar parveen. how does god decide a person's fate and why we depend upon it?</w:t>
      </w:r>
    </w:p>
    <w:p>
      <w:pPr>
        <w:jc w:val="right"/>
      </w:pPr>
      <w:r>
        <w:t>دس سوال ہے تظفر پروین۔ ہاؤ ڈز گاڈ ڈیسائیڈ ا پرسنز فیٹ اینڈ وائی وی ڈیپینڈ اپون اٹ؟</w:t>
      </w:r>
    </w:p>
    <w:p>
      <w:r>
        <w:rPr>
          <w:b/>
        </w:rPr>
        <w:t xml:space="preserve">[1:06:50] </w:t>
      </w:r>
      <w:r>
        <w:t>dekhen yeh baat sahi nahin hai. ke khuda ne muqaddar kar diya hai bas wohi hota hai wohi hota hai wohi hota hai. nahin khuda ne insan ko azadi di hai.</w:t>
      </w:r>
    </w:p>
    <w:p>
      <w:pPr>
        <w:jc w:val="right"/>
      </w:pPr>
      <w:r>
        <w:t>دیکھیں یہ بات صحیح نہیں ہے۔ کہ خدا نے مقدر کر دیا ہے بس وہی ہوتا ہے وہی ہوتا ہے وہی ہوتا ہے۔ نہیں۔ خدا نے انسان کو آزادی دی ہے۔</w:t>
      </w:r>
    </w:p>
    <w:p>
      <w:r>
        <w:rPr>
          <w:b/>
        </w:rPr>
        <w:t xml:space="preserve">[1:07:03] </w:t>
      </w:r>
      <w:r>
        <w:t>poori azadi total freedom. aur jo kuch aap karte hain woh aap ki responsibility hoti hai.</w:t>
      </w:r>
    </w:p>
    <w:p>
      <w:pPr>
        <w:jc w:val="right"/>
      </w:pPr>
      <w:r>
        <w:t>پوری آزادی ٹوٹل فریڈم۔ اور جو کچھ آپ کرتے ہیں وہ آپ کی رسپانسبیلٹی ہوتی ہے۔</w:t>
      </w:r>
    </w:p>
    <w:p>
      <w:r>
        <w:rPr>
          <w:b/>
        </w:rPr>
        <w:t xml:space="preserve">[1:07:14] </w:t>
      </w:r>
      <w:r>
        <w:t>dekhen is mamle mein jo hamari kitabein hain us mein teen school bataye gaye hain. qadriya jabriya aur wastiya teen school.</w:t>
      </w:r>
    </w:p>
    <w:p>
      <w:pPr>
        <w:jc w:val="right"/>
      </w:pPr>
      <w:r>
        <w:t>دیکھیں اس معاملے میں جو ہماری کتابیں ہیں اس میں تین اسکول بتائے گئے ہیں۔ قدریہ جبریہ اور وسطیہ تین اسکول۔</w:t>
      </w:r>
    </w:p>
    <w:p>
      <w:r>
        <w:rPr>
          <w:b/>
        </w:rPr>
        <w:t xml:space="preserve">[1:07:25] </w:t>
      </w:r>
      <w:r>
        <w:t>to do school to woh hain ke extremist school mein kahunga un ko. ke woh mante hain ek ek tabqa manta hai ke sirf taqdeer hai.</w:t>
      </w:r>
    </w:p>
    <w:p>
      <w:pPr>
        <w:jc w:val="right"/>
      </w:pPr>
      <w:r>
        <w:t>تو دو اسکول تو وہ ہیں کہ ایکسٹریمسٹ اسکول میں کہوں گا ان کو۔ کہ وہ مانتے ہیں ایک ایک طبقہ مانتا ہے کہ صرف تقدیر ہے۔</w:t>
      </w:r>
    </w:p>
    <w:p>
      <w:r>
        <w:rPr>
          <w:b/>
        </w:rPr>
        <w:t xml:space="preserve">[1:07:36] </w:t>
      </w:r>
      <w:r>
        <w:t>ek kehta hai ke sirf tadbeer hai. mein kahunga wastiya wastiya matlab beech ka. yeh beech ka</w:t>
      </w:r>
    </w:p>
    <w:p>
      <w:pPr>
        <w:jc w:val="right"/>
      </w:pPr>
      <w:r>
        <w:t>ایک کہتا ہے کہ صرف تدبیر ہے۔ میں کہوں گا وسطیہ وسطیہ مطلب بیچ کا۔ یہ بیچ کا</w:t>
      </w:r>
    </w:p>
    <w:p>
      <w:r>
        <w:rPr>
          <w:b/>
        </w:rPr>
        <w:t xml:space="preserve">[1:07:43] </w:t>
      </w:r>
      <w:r>
        <w:t>mamla hai woh kaise? dekhen yeh glass mein pani hai. mein chahun to piyun chahe to na piyun.</w:t>
      </w:r>
    </w:p>
    <w:p>
      <w:pPr>
        <w:jc w:val="right"/>
      </w:pPr>
      <w:r>
        <w:t>معاملہ ہے وہ کیسے؟ دیکھیں یہ گلاس میں پانی ہے۔ میں چاہوں تو پیوں چاہے تو نہ پیوں۔</w:t>
      </w:r>
    </w:p>
    <w:p>
      <w:r>
        <w:rPr>
          <w:b/>
        </w:rPr>
        <w:t xml:space="preserve">[1:07:53] </w:t>
      </w:r>
      <w:r>
        <w:t>lekin yeh glass jis material se bana hai woh material nahin bana sakta mein. yeh pani jis tarah bana hai woh pani nahin bana sakta mein. to glass ka material.</w:t>
      </w:r>
    </w:p>
    <w:p>
      <w:pPr>
        <w:jc w:val="right"/>
      </w:pPr>
      <w:r>
        <w:t>لیکن یہ گلاس جس مٹیریل سے بنا ہے وہ مٹیریل نہیں بنا سکتا میں۔ یہ پانی جس طرح بنا ہے وہ پانی نہیں بنا سکتا میں۔ تو گلاس کا مٹیریل۔</w:t>
      </w:r>
    </w:p>
    <w:p>
      <w:r>
        <w:rPr>
          <w:b/>
        </w:rPr>
        <w:t xml:space="preserve">[1:08:06] </w:t>
      </w:r>
      <w:r>
        <w:t>pani kaise bana hai woh cheez kaise ren aur barish kaise ho woh sab yeh sab khuda karta hai.</w:t>
      </w:r>
    </w:p>
    <w:p>
      <w:pPr>
        <w:jc w:val="right"/>
      </w:pPr>
      <w:r>
        <w:t>پانی کیسے بنا ہے وہ چیز کیسے رین اور بارش کیسے ہو وہ سب یہ سب خدا کرتا ہے۔</w:t>
      </w:r>
    </w:p>
    <w:p>
      <w:r>
        <w:rPr>
          <w:b/>
        </w:rPr>
        <w:t xml:space="preserve">[1:08:12] </w:t>
      </w:r>
      <w:r>
        <w:t>isko mein kahoon ke infrastructure. to do cheezein hain ek hai meri freedom ek hai natural mein infrastructure. to infrastructure hum koi doosra create nahi kar sakte.</w:t>
      </w:r>
    </w:p>
    <w:p>
      <w:pPr>
        <w:jc w:val="right"/>
      </w:pPr>
      <w:r>
        <w:t>اس کو میں کہوں کہ انفراسٹرکچر۔ تو دو چیزیں ہیں ایک ہے میری فریڈم ایک ہے نیچرل میں انفراسٹرکچر۔ تو انفراسٹرکچر ہم کوئی دوسرا کریٹ نہیں کر سکتے۔</w:t>
      </w:r>
    </w:p>
    <w:p>
      <w:r>
        <w:rPr>
          <w:b/>
        </w:rPr>
        <w:t xml:space="preserve">[1:08:25] </w:t>
      </w:r>
      <w:r>
        <w:t>yeh naam impossible hai ke hum ek pani ki jagah ek alternative bana lein iska. aisa nahi ho sakta. wahi pani hamein use karna hai jo pani nature mein maujood hai.</w:t>
      </w:r>
    </w:p>
    <w:p>
      <w:pPr>
        <w:jc w:val="right"/>
      </w:pPr>
      <w:r>
        <w:t>یہ نام امپاسیبل ہے کہ ہم ایک پانی کی جگہ ایک الٹرنیٹو بنا لیں اس کا۔ ایسا نہیں ہو سکتا۔ وہی پانی ہمیں یوز کرنا ہے جو پانی نیچر میں موجود ہے۔</w:t>
      </w:r>
    </w:p>
    <w:p>
      <w:r>
        <w:rPr>
          <w:b/>
        </w:rPr>
        <w:t xml:space="preserve">[1:08:36] </w:t>
      </w:r>
      <w:r>
        <w:t>yahan par hum majboor hain.</w:t>
      </w:r>
    </w:p>
    <w:p>
      <w:pPr>
        <w:jc w:val="right"/>
      </w:pPr>
      <w:r>
        <w:t>یہاں پر ہم مجبور ہیں۔</w:t>
      </w:r>
    </w:p>
    <w:p>
      <w:r>
        <w:rPr>
          <w:b/>
        </w:rPr>
        <w:t xml:space="preserve">[1:08:38] </w:t>
      </w:r>
      <w:r>
        <w:t>wasitiya ka beech ka jo hai ke ek lehaz se hum depend karte hain khuda par. doosre lehaz se hum azaad hain.</w:t>
      </w:r>
    </w:p>
    <w:p>
      <w:pPr>
        <w:jc w:val="right"/>
      </w:pPr>
      <w:r>
        <w:t>وسطیہ کا بیچ کا جو ہے کہ ایک لحاظ سے ہم ڈیپینڈ کرتے ہیں خدا پر۔ دوسرے لحاظ سے ہم آزاد ہیں۔</w:t>
      </w:r>
    </w:p>
    <w:p>
      <w:r>
        <w:rPr>
          <w:b/>
        </w:rPr>
        <w:t xml:space="preserve">[1:08:48] </w:t>
      </w:r>
      <w:r>
        <w:t>to iske liye mein ek lafz bolunga ke ek hai infrastructure ek hai mera freedom. to infrastructure jo hai wahan par mein koi iska alternative nahi bana sakta.</w:t>
      </w:r>
    </w:p>
    <w:p>
      <w:pPr>
        <w:jc w:val="right"/>
      </w:pPr>
      <w:r>
        <w:t>تو اس کے لیے میں ایک لفظ بولوں گا کہ ایک ہے انفراسٹرکچر ایک ہے میرا فریڈم۔ تو انفراسٹرکچر جو ہے وہاں پر میں کوئی اس کا الٹرنیٹو نہیں بنا سکتا۔</w:t>
      </w:r>
    </w:p>
    <w:p>
      <w:r>
        <w:rPr>
          <w:b/>
        </w:rPr>
        <w:t xml:space="preserve">[1:09:00] </w:t>
      </w:r>
      <w:r>
        <w:t>isme wahi hoga jo hai jaise ke maine abhi bataya ke khuda ne jo nizam banaya hai usme zindagiyaan jo hain woh sirf animal so called animal mein nahi hain.</w:t>
      </w:r>
    </w:p>
    <w:p>
      <w:pPr>
        <w:jc w:val="right"/>
      </w:pPr>
      <w:r>
        <w:t>اس میں وہی ہوگا جو ہے جیسے کہ میں نے ابھی بتایا کہ خدا نے جو نظام بنایا ہے اس میں زندگیاں جو ہیں وہ صرف اینیمل سو کالڈ اینیمل میں نہیں ہیں۔</w:t>
      </w:r>
    </w:p>
    <w:p>
      <w:r>
        <w:rPr>
          <w:b/>
        </w:rPr>
        <w:t xml:space="preserve">[1:09:10] </w:t>
      </w:r>
      <w:r>
        <w:t>har cheez mein zindagi hai. to aap jab khayenge to aap zindagi ko kill karenge aap. yaani bhed bakri mein zindagi nahi hai.</w:t>
      </w:r>
    </w:p>
    <w:p>
      <w:pPr>
        <w:jc w:val="right"/>
      </w:pPr>
      <w:r>
        <w:t>ہر چیز میں زندگی ہے۔ تو آپ جب کھائیں گے تو آپ زندگی کو کل کریں گے آپ۔ یعنی بھیڑ بکری میں زندگی نہیں ہے۔</w:t>
      </w:r>
    </w:p>
    <w:p>
      <w:r>
        <w:rPr>
          <w:b/>
        </w:rPr>
        <w:t xml:space="preserve">[1:09:21] </w:t>
      </w:r>
      <w:r>
        <w:t>doodh mein hai pani mein hai sabzi mein hai phal mein hai wahan bhi zindagi hai. wahan hum hum ab koi doosra alternative nahi bana sakte iska.</w:t>
      </w:r>
    </w:p>
    <w:p>
      <w:pPr>
        <w:jc w:val="right"/>
      </w:pPr>
      <w:r>
        <w:t>دودھ میں ہے پانی میں ہے سبزی میں ہے پھل میں ہے وہاں بھی زندگی ہے۔ وہاں ہم ہم اب کوئی دوسرا الٹرنیٹو نہیں بنا سکتے اس کا۔</w:t>
      </w:r>
    </w:p>
    <w:p>
      <w:r>
        <w:rPr>
          <w:b/>
        </w:rPr>
        <w:t xml:space="preserve">[1:09:30] </w:t>
      </w:r>
      <w:r>
        <w:t>yaani ek aisi duniya jahan ke pani mein ja ke dhoop mein ja ke sabzi mein ja ke gosht woh phal mein zindagi na ho. woh hamare bas mein nahi hai.</w:t>
      </w:r>
    </w:p>
    <w:p>
      <w:pPr>
        <w:jc w:val="right"/>
      </w:pPr>
      <w:r>
        <w:t>یعنی ایک ایسی دنیا جہاں کے پانی میں جا کے دھوپ میں جا کے سبزی میں جا کے گوشت وہ پھل میں زندگی نہ ہو۔ وہ ہمارے بس میں نہیں ہے۔</w:t>
      </w:r>
    </w:p>
    <w:p>
      <w:r>
        <w:rPr>
          <w:b/>
        </w:rPr>
        <w:t xml:space="preserve">[1:09:40] </w:t>
      </w:r>
      <w:r>
        <w:t>yahan hum majboor hain. lekin lekin phir bhi mein freedom jo hai chahoon to mein na khaoon. chahoon to na pani piyoon ya yeh apni freedom ko mein use kar sakta hoon yahan par.</w:t>
      </w:r>
    </w:p>
    <w:p>
      <w:pPr>
        <w:jc w:val="right"/>
      </w:pPr>
      <w:r>
        <w:t>یہاں ہم مجبور ہیں۔ لیکن لیکن پھر بھی میں فریڈم جو ہے چاہوں تو میں نہ کھاؤں۔ چاہوں تو نہ پانی پیوں یا یہ اپنی فریڈم کو میں یوز کر سکتا ہوں یہاں پر۔</w:t>
      </w:r>
    </w:p>
    <w:p>
      <w:r>
        <w:rPr>
          <w:b/>
        </w:rPr>
        <w:t xml:space="preserve">[1:09:53] </w:t>
      </w:r>
      <w:r>
        <w:t>to apni freedom ko use karne ke mamle mein aadmi poori tarah azaad hai.</w:t>
      </w:r>
    </w:p>
    <w:p>
      <w:pPr>
        <w:jc w:val="right"/>
      </w:pPr>
      <w:r>
        <w:t>تو اپنی فریڈم کو یوز کرنے کے معاملے میں آدمی پوری طرح آزاد ہے۔</w:t>
      </w:r>
    </w:p>
    <w:p>
      <w:r>
        <w:rPr>
          <w:b/>
        </w:rPr>
        <w:t xml:space="preserve">[1:09:57] </w:t>
      </w:r>
      <w:r>
        <w:t>lekin infrastructure ke mamle mein woh majboor hai ke woh nature ka jo infrastructure hai usi ko istemal kare usi ko follow kare. yeh hai wasitiya.</w:t>
      </w:r>
    </w:p>
    <w:p>
      <w:pPr>
        <w:jc w:val="right"/>
      </w:pPr>
      <w:r>
        <w:t>لیکن انفراسٹرکچر کے معاملے میں وہ مجبور ہے کہ وہ نیچر کا جو انفراسٹرکچر ہے اسی کو استعمال کرے اسی کو فالو کرے۔ یہ ہے وسطیہ۔</w:t>
      </w:r>
    </w:p>
    <w:p>
      <w:r>
        <w:rPr>
          <w:b/>
        </w:rPr>
        <w:t xml:space="preserve">[1:10:10] </w:t>
      </w:r>
      <w:r>
        <w:t>das sawal hai raziya. man has an inner urge to make a god like entity their sole concern.</w:t>
      </w:r>
    </w:p>
    <w:p>
      <w:pPr>
        <w:jc w:val="right"/>
      </w:pPr>
      <w:r>
        <w:t>دس سوال ہے راضیہ۔ مین ہیز این انر ارج ٹو میک ا گاڈ لائک اینٹیٹی دیر سول کنسرن۔</w:t>
      </w:r>
    </w:p>
    <w:p>
      <w:r>
        <w:rPr>
          <w:b/>
        </w:rPr>
        <w:t xml:space="preserve">[1:10:19] </w:t>
      </w:r>
      <w:r>
        <w:t>so why is it that he is unable to carry out the psychological verification for god?</w:t>
      </w:r>
    </w:p>
    <w:p>
      <w:pPr>
        <w:jc w:val="right"/>
      </w:pPr>
      <w:r>
        <w:t>سو وائی از اٹ دیٹ ہی از ان ایبل ٹو کیری آؤٹ دا سائیکلوجیکل ویریفیکیشن فار گاڈ؟</w:t>
      </w:r>
    </w:p>
    <w:p>
      <w:r>
        <w:rPr>
          <w:b/>
        </w:rPr>
        <w:t xml:space="preserve">[1:10:28] </w:t>
      </w:r>
      <w:r>
        <w:t>wohi to hai isi ko to maine kaha psychological verification. ke andar hai woh woh kehta hai ke sahi hai khuda ka concept.</w:t>
      </w:r>
    </w:p>
    <w:p>
      <w:pPr>
        <w:jc w:val="right"/>
      </w:pPr>
      <w:r>
        <w:t>وہی تو ہے اسی کو تو میں نے کہا سائیکلوجیکل ویریفیکیشن۔ کہ اندر ہے وہ وہ کہتا ہے کہ صحیح ہے خدا کا کانسیپٹ۔</w:t>
      </w:r>
    </w:p>
    <w:p>
      <w:r>
        <w:rPr>
          <w:b/>
        </w:rPr>
        <w:t xml:space="preserve">[1:10:39] </w:t>
      </w:r>
      <w:r>
        <w:t>jaise ke maine abhi misaal di abhi jo paper mein. ke America ke jo atheist hain woh kahenge hum khuda ko nahi mante.</w:t>
      </w:r>
    </w:p>
    <w:p>
      <w:pPr>
        <w:jc w:val="right"/>
      </w:pPr>
      <w:r>
        <w:t>جیسے کہ میں نے ابھی مثال دی ابھی جو پیپر میں۔ کہ امریکہ کے جو اتھیسٹ ہیں وہ کہیں گے ہم خدا کو نہیں مانتے۔</w:t>
      </w:r>
    </w:p>
    <w:p>
      <w:r>
        <w:rPr>
          <w:b/>
        </w:rPr>
        <w:t xml:space="preserve">[1:10:49] </w:t>
      </w:r>
      <w:r>
        <w:t>lekin saath saath yeh bhi kahenge hamein ek church banana hai ek aur church. yaani church without god hum chahte hain. church with god nahi.</w:t>
      </w:r>
    </w:p>
    <w:p>
      <w:pPr>
        <w:jc w:val="right"/>
      </w:pPr>
      <w:r>
        <w:t>لیکن ساتھ ساتھ یہ بھی کہیں گے ہمیں ایک چرچ بنانا ہے ایک اور چرچ۔ یعنی چرچ ودا آؤٹ گاڈ ہم چاہتے ہیں۔ چرچ ود گاڈ نہیں۔</w:t>
      </w:r>
    </w:p>
    <w:p>
      <w:r>
        <w:rPr>
          <w:b/>
        </w:rPr>
        <w:t xml:space="preserve">[1:10:57] </w:t>
      </w:r>
      <w:r>
        <w:t>to sawal yeh hai ke tum church with god kyun chahte ho? kyun chahte ho? tum kyun nahi kehte kehte hain hamein club kafi hai? iski wajah hai ke jab woh refuse kar rahe hain khuda ko tab bhi unka nature unaddressed pada hua hai.</w:t>
      </w:r>
    </w:p>
    <w:p>
      <w:pPr>
        <w:jc w:val="right"/>
      </w:pPr>
      <w:r>
        <w:t>تو سوال یہ ہے کہ تم چرچ ود گاڈ کیوں چاہتے ہو؟ کیوں چاہتے ہو؟ تم کیوں نہیں کہتے کہتے ہیں ہمیں کلپ کافی ہے؟ اس کی وجہ ہے کہ جب وہ ریفیوز کر رہے ہیں خدا کو تب بھی ان کا نیچر ان ایڈریس پڑا ہوا ہے۔</w:t>
      </w:r>
    </w:p>
    <w:p>
      <w:r>
        <w:rPr>
          <w:b/>
        </w:rPr>
        <w:t xml:space="preserve">[1:11:13] </w:t>
      </w:r>
      <w:r>
        <w:t>unka nature jo hai unaddressed pada hua hai. kyunke woh jo urge hai andar. psychological urge woh to abhi bhi address hui nahi. khuda ka inkar kar sakte hain aap apne nature ko kya karenge aap?</w:t>
      </w:r>
    </w:p>
    <w:p>
      <w:pPr>
        <w:jc w:val="right"/>
      </w:pPr>
      <w:r>
        <w:t>ان کا نیچر جو ہے ان ایڈریس پڑا ہوا ہے۔ کیونکہ وہ جو ارج ہے اندر۔ سائیکلوجیکل ارج وہ تو ابھی بھی ایڈریس ہوئی نہیں۔ خدا کا انکار کر سکتے ہیں آپ اپنے نیچر کو کیا کریں گے آپ؟</w:t>
      </w:r>
    </w:p>
    <w:p>
      <w:r>
        <w:rPr>
          <w:b/>
        </w:rPr>
        <w:t xml:space="preserve">[1:11:25] </w:t>
      </w:r>
      <w:r>
        <w:t>woh to hai yahan par.</w:t>
      </w:r>
    </w:p>
    <w:p>
      <w:pPr>
        <w:jc w:val="right"/>
      </w:pPr>
      <w:r>
        <w:t>وہ تو ہے یہاں پر۔</w:t>
      </w:r>
    </w:p>
    <w:p>
      <w:r>
        <w:rPr>
          <w:b/>
        </w:rPr>
        <w:t xml:space="preserve">[1:11:27] </w:t>
      </w:r>
      <w:r>
        <w:t>to in logon ka jo case hai woh batata hai aap ko. ke unka unka nature unaddressed pada hua hai chuke to chahte hain ke woh kuch ek aur dhang ka church banayein jahan ke unka nature address ho.</w:t>
      </w:r>
    </w:p>
    <w:p>
      <w:pPr>
        <w:jc w:val="right"/>
      </w:pPr>
      <w:r>
        <w:t>تو ان لوگوں کا جو کیس ہے وہ بتاتا ہے آپ کو۔ کہ ان کا ان کا نیچر ان ایڈریس پڑا ہوا ہے چونکہ تو چاہتے ہیں کہ وہ کچھ ایک اور ڈھنگ کا چرچ بنائیں جہاں کہ ان کا نیچر ایڈریس ہو۔</w:t>
      </w:r>
    </w:p>
    <w:p>
      <w:r>
        <w:rPr>
          <w:b/>
        </w:rPr>
        <w:t xml:space="preserve">[1:11:41] </w:t>
      </w:r>
      <w:r>
        <w:t>to psychological verification ka matlab isi sense mein maine bola hoon. ke already hamare andar source of verification maujood hai.</w:t>
      </w:r>
    </w:p>
    <w:p>
      <w:pPr>
        <w:jc w:val="right"/>
      </w:pPr>
      <w:r>
        <w:t>تو سائیکلوجیکل ویریفیکیشن کا مطلب اسی سینس میں میں نے بولا ہوں۔ کہ الریڈی ہمارے اندر سورس اف ویریفیکیشن موجود ہے۔</w:t>
      </w:r>
    </w:p>
    <w:p>
      <w:r>
        <w:rPr>
          <w:b/>
        </w:rPr>
        <w:t xml:space="preserve">[1:11:52] </w:t>
      </w:r>
      <w:r>
        <w:t>maujood hai woh verify kar raha hai. to</w:t>
      </w:r>
    </w:p>
    <w:p>
      <w:pPr>
        <w:jc w:val="right"/>
      </w:pPr>
      <w:r>
        <w:t>موجود ہے وہ ویریفائی کر رہا ہے۔ تو</w:t>
      </w:r>
    </w:p>
    <w:p>
      <w:r>
        <w:rPr>
          <w:b/>
        </w:rPr>
        <w:t xml:space="preserve">[1:11:56] </w:t>
      </w:r>
      <w:r>
        <w:t>kuch objective data humne ikatha kiya scientific data isme humne jana ke isme hamein ek conviction hamein yaani yaani woh hum unke hum ko technical level par ya objective level par hamein ek cheez ki jankari hui.</w:t>
      </w:r>
    </w:p>
    <w:p>
      <w:pPr>
        <w:jc w:val="right"/>
      </w:pPr>
      <w:r>
        <w:t>کچھ ابجیکٹو ڈیٹا ہم نے اکٹھا کیا سائنٹیفک ڈیٹا اس میں ہم نے جانا کہ اس میں ہمیں ایک کنوکشن ہمیں یعنی یعنی وہ ہم ان کے ہم کو ٹیکنیکل لیول پر یا ابجیکٹو لیول پر ہمیں ایک چیز کی جانکاری ہوئی۔</w:t>
      </w:r>
    </w:p>
    <w:p>
      <w:r>
        <w:rPr>
          <w:b/>
        </w:rPr>
        <w:t xml:space="preserve">[1:12:20] </w:t>
      </w:r>
      <w:r>
        <w:t>ab is ke baad doosra jo hai ke mere andar woh affection woh love banay to woh hoga through psychology.</w:t>
      </w:r>
    </w:p>
    <w:p>
      <w:pPr>
        <w:jc w:val="right"/>
      </w:pPr>
      <w:r>
        <w:t>اب اس کے بعد دوسرا جو ہے کہ میرے اندر وہ افیکشن وہ لو بنے تو وہ ہوگا تھرو سائیکالوجی۔</w:t>
      </w:r>
    </w:p>
    <w:p>
      <w:r>
        <w:rPr>
          <w:b/>
        </w:rPr>
        <w:t xml:space="preserve">[1:12:33] </w:t>
      </w:r>
      <w:r>
        <w:t>yeh mein keh raha hoon. to woh jo american log hain woh god ka inkar kar ke bhi dekh rahe hain ke mera nature to hai in address in address pada hua hai abhi tak.</w:t>
      </w:r>
    </w:p>
    <w:p>
      <w:pPr>
        <w:jc w:val="right"/>
      </w:pPr>
      <w:r>
        <w:t>یہ میں کہہ رہا ہوں۔ تو وہ جو امریکن لوگ ہیں وہ گاڈ کا انکار کر کے بھی دیکھ رہے ہیں کہ میرا نیچر تو ہے ان ایڈریس ان ایڈریس پڑا ہوا ہے ابھی تک۔</w:t>
      </w:r>
    </w:p>
    <w:p>
      <w:r>
        <w:rPr>
          <w:b/>
        </w:rPr>
        <w:t xml:space="preserve">[1:12:43] </w:t>
      </w:r>
      <w:r>
        <w:t>ab kya karein woh to chahte hain khud se aik invent kare khuda. to yeh kyun hai? chounke unhein kisi ne bataya nahi in baaton ko. aap log jo yeh baatein yahan sun rahe hain to aap samajhte hain ke yeh bohat hi seedhi saadi baatein hain.</w:t>
      </w:r>
    </w:p>
    <w:p>
      <w:pPr>
        <w:jc w:val="right"/>
      </w:pPr>
      <w:r>
        <w:t>اب کیا کریں وہ تو چاہتے ہیں خود سے ایک انونٹ کرے خدا۔ تو یہ کیوں ہے؟ چونکہ انہیں کسی نے بتایا نہیں ان باتوں کو۔ آپ لوگ جو یہ باتیں یہاں سن رہے ہیں تو آپ سمجھتے ہیں کہ یہ بہت ہی سیدھی سادی باتیں ہیں۔</w:t>
      </w:r>
    </w:p>
    <w:p>
      <w:r>
        <w:rPr>
          <w:b/>
        </w:rPr>
        <w:t xml:space="preserve">[1:12:57] </w:t>
      </w:r>
      <w:r>
        <w:t>poori duniya mein kahin bhi is tarah ki baatein nahi ho rahi hain. poori duniya mein</w:t>
      </w:r>
    </w:p>
    <w:p>
      <w:pPr>
        <w:jc w:val="right"/>
      </w:pPr>
      <w:r>
        <w:t>پوری دنیا میں کہیں بھی اس طرح کی باتیں نہیں ہو رہی ہیں۔ پوری دنیا میں</w:t>
      </w:r>
    </w:p>
    <w:p>
      <w:r>
        <w:rPr>
          <w:b/>
        </w:rPr>
        <w:t xml:space="preserve">[1:13:03] </w:t>
      </w:r>
      <w:r>
        <w:t>mein ne duniya bhar ka safar kiya hai aap jaiye ghoom aaiye. kahin bhi yeh baatein aap ko batai nahi ja rahi hain. woh bechare andhe woh bekhabar bane hue hain.</w:t>
      </w:r>
    </w:p>
    <w:p>
      <w:pPr>
        <w:jc w:val="right"/>
      </w:pPr>
      <w:r>
        <w:t>میں نے دنیا بھر کا سفر کیا ہے آپ جائیے گھوم ائیے۔ کہیں بھی یہ باتیں آپ کو بتائی نہیں جا رہی ہیں۔ وہ بیچارے اندھے وہ بے خبر بنے ہوئے ہیں۔</w:t>
      </w:r>
    </w:p>
    <w:p>
      <w:r>
        <w:rPr>
          <w:b/>
        </w:rPr>
        <w:t xml:space="preserve">[1:13:13] </w:t>
      </w:r>
      <w:r>
        <w:t>aap ko awareness aa gayi hai kyunke aap attend karte hain yahan pe. warna is ke bahar aap isi dilli mein isi india mein isi duniya mein kahin bhi jaiye kahin bhi jaiye kahin bhi jaiye.</w:t>
      </w:r>
    </w:p>
    <w:p>
      <w:pPr>
        <w:jc w:val="right"/>
      </w:pPr>
      <w:r>
        <w:t>آپ کو اویرنس آ گئی ہے کیونکہ آپ اٹینڈ کرتے ہیں یہاں پہ۔ ورنہ اس کے باہر آپ اسی دلی میں اسی انڈیا میں اسی دنیا میں کہیں بھی جائیے کہیں بھی جائیے کہیں بھی جائیے۔</w:t>
      </w:r>
    </w:p>
    <w:p>
      <w:r>
        <w:rPr>
          <w:b/>
        </w:rPr>
        <w:t xml:space="preserve">[1:13:23] </w:t>
      </w:r>
      <w:r>
        <w:t>mein poore convictions ke sath kehta hoon ke is kahin bhi nahi hai aap payenge ke logon ko yeh baatein batai ja rahi hain.</w:t>
      </w:r>
    </w:p>
    <w:p>
      <w:pPr>
        <w:jc w:val="right"/>
      </w:pPr>
      <w:r>
        <w:t>میں پورے کنوکشنز کے ساتھ کہتا ہوں کہ اس کہیں بھی نہیں ہے آپ پائیں گے کہ لوگوں کو یہ باتیں بتائی جا رہی ہیں۔</w:t>
      </w:r>
    </w:p>
    <w:p>
      <w:r>
        <w:rPr>
          <w:b/>
        </w:rPr>
        <w:t xml:space="preserve">[1:13:32] </w:t>
      </w:r>
      <w:r>
        <w:t>yeh aik problem hai universal problem. aap jab chahein is ko kahin ja kar ke dekh sakte hain.</w:t>
      </w:r>
    </w:p>
    <w:p>
      <w:pPr>
        <w:jc w:val="right"/>
      </w:pPr>
      <w:r>
        <w:t>یہ ایک پرابلم ہے یونیورسل پرابلم۔ آپ جب چاہیں اس کو کہیں جا کر کے دیکھ سکتے ہیں۔</w:t>
      </w:r>
    </w:p>
    <w:p>
      <w:r>
        <w:rPr>
          <w:b/>
        </w:rPr>
        <w:t xml:space="preserve">[1:13:43] </w:t>
      </w:r>
      <w:r>
        <w:t>das sawal hai sadia. what is the importance of education? please comment on the light of quran and hadith.</w:t>
      </w:r>
    </w:p>
    <w:p>
      <w:pPr>
        <w:jc w:val="right"/>
      </w:pPr>
      <w:r>
        <w:t>دس سوال ہے سعدیہ۔ واٹ از دی امپورٹنس اف ایجوکیشن؟ پلیز کمنٹ ان دی لائٹ اف قرآن اینڈ حدیث۔</w:t>
      </w:r>
    </w:p>
    <w:p>
      <w:r>
        <w:rPr>
          <w:b/>
        </w:rPr>
        <w:t xml:space="preserve">[1:13:55] </w:t>
      </w:r>
      <w:r>
        <w:t>dekhiye education ki importance to supreme hai.</w:t>
      </w:r>
    </w:p>
    <w:p>
      <w:pPr>
        <w:jc w:val="right"/>
      </w:pPr>
      <w:r>
        <w:t>دیکھیں ایجوکیشن کی امپورٹنس تو سپریم ہے۔</w:t>
      </w:r>
    </w:p>
    <w:p>
      <w:r>
        <w:rPr>
          <w:b/>
        </w:rPr>
        <w:t xml:space="preserve">[1:13:59] </w:t>
      </w:r>
      <w:r>
        <w:t>pehli verse jo utri woh iqra thi. parho.</w:t>
      </w:r>
    </w:p>
    <w:p>
      <w:pPr>
        <w:jc w:val="right"/>
      </w:pPr>
      <w:r>
        <w:t>پہلی ورس جو اتری وہ اقراء تھی۔ پڑھو۔</w:t>
      </w:r>
    </w:p>
    <w:p>
      <w:r>
        <w:rPr>
          <w:b/>
        </w:rPr>
        <w:t xml:space="preserve">[1:14:06] </w:t>
      </w:r>
      <w:r>
        <w:t>to parhe baghair hamara andar jo hai woh unfold nahi hota. yani potential jo hamare andar hai is potential ko unfold karne ke liye hamein parhna parta hai education.</w:t>
      </w:r>
    </w:p>
    <w:p>
      <w:pPr>
        <w:jc w:val="right"/>
      </w:pPr>
      <w:r>
        <w:t>تو پڑھے بغیر ہمارا اندر جو ہے وہ انفولڈ نہیں ہوتا۔ یعنی پوٹینشل جو ہمارے اندر ہے اس پوٹینشل کو انفولڈ کرنے کے لیے ہمیں پڑھنا پڑتا ہے ایجوکیشن۔</w:t>
      </w:r>
    </w:p>
    <w:p>
      <w:r>
        <w:rPr>
          <w:b/>
        </w:rPr>
        <w:t xml:space="preserve">[1:14:21] </w:t>
      </w:r>
      <w:r>
        <w:t>baghair education ke woh unfold nahi hoga.</w:t>
      </w:r>
    </w:p>
    <w:p>
      <w:pPr>
        <w:jc w:val="right"/>
      </w:pPr>
      <w:r>
        <w:t>بغیر ایجوکیشن کے وہ انفولڈ نہیں ہوگا۔</w:t>
      </w:r>
    </w:p>
    <w:p>
      <w:r>
        <w:rPr>
          <w:b/>
        </w:rPr>
        <w:t xml:space="preserve">[1:14:26] </w:t>
      </w:r>
      <w:r>
        <w:t>mein yeh manta hoon ke sab kuch mere andar maujood hai. potentially lekin is potential ko actual kaise banayein? is ke liye zaroorat hai education ki.</w:t>
      </w:r>
    </w:p>
    <w:p>
      <w:pPr>
        <w:jc w:val="right"/>
      </w:pPr>
      <w:r>
        <w:t>میں یہ مانتا ہوں کہ سب کچھ میرے اندر موجود ہے۔ پوٹینشلی لیکن اس پوٹینشل کو ایکچول کیسے بنائیں؟ اس کے لیے ضرورت ہے ایجوکیشن کی۔</w:t>
      </w:r>
    </w:p>
    <w:p>
      <w:r>
        <w:rPr>
          <w:b/>
        </w:rPr>
        <w:t xml:space="preserve">[1:14:39] </w:t>
      </w:r>
      <w:r>
        <w:t>jitna zyada education hogi jitna zyada study hogi utni zyada aap prepared mind banenge. to education aap ko prepared mind banati hai.</w:t>
      </w:r>
    </w:p>
    <w:p>
      <w:pPr>
        <w:jc w:val="right"/>
      </w:pPr>
      <w:r>
        <w:t>جتنا زیادہ ایجوکیشن ہوگی جتنا زیادہ سٹڈی ہوگی اتنی زیادہ آپ پریپیرڈ مائنڈ بنیں گے۔ تو ایجوکیشن آپ کو پریپیرڈ مائنڈ بناتی ہے۔</w:t>
      </w:r>
    </w:p>
    <w:p>
      <w:r>
        <w:rPr>
          <w:b/>
        </w:rPr>
        <w:t xml:space="preserve">[1:14:50] </w:t>
      </w:r>
      <w:r>
        <w:t>baghair education ke aap prepared mind nahi hote baaton ko samajh nahi sakte.</w:t>
      </w:r>
    </w:p>
    <w:p>
      <w:pPr>
        <w:jc w:val="right"/>
      </w:pPr>
      <w:r>
        <w:t>بغیر ایجوکیشن کے آپ پریپیرڈ مائنڈ نہیں ہوتے باتوں کو سمجھ نہیں سکتے۔</w:t>
      </w:r>
    </w:p>
    <w:p>
      <w:r>
        <w:rPr>
          <w:b/>
        </w:rPr>
        <w:t xml:space="preserve">[1:14:56] </w:t>
      </w:r>
      <w:r>
        <w:t>yeh hai masla. to education to mein samajhta hoon ke bohat zyada important hai. bohat ab aaj kal dekhiye kya hai education ka matlab log chahte hain ke profession yani professional education ke sense mein lete hain ke parho woh degree le lo aur kahin job karne lago</w:t>
      </w:r>
    </w:p>
    <w:p>
      <w:pPr>
        <w:jc w:val="right"/>
      </w:pPr>
      <w:r>
        <w:t>یہ ہے مسئلہ۔ تو ایجوکیشن تو میں سمجھتا ہوں کہ بہت زیادہ امپورٹنٹ ہے۔ بہت اب اج کل دیکھیے کیا ہے ایجوکیشن کا مطلب لوگ چاہتے ہیں کہ پروفیشن یعنی پروفیشنل ایجوکیشن کے سینس میں لیتے ہیں کہ پڑھو وہ ڈگری لے لو اور کہیں جاب کرنے لگو</w:t>
      </w:r>
    </w:p>
    <w:p>
      <w:r>
        <w:rPr>
          <w:b/>
        </w:rPr>
        <w:t xml:space="preserve">[1:15:19] </w:t>
      </w:r>
      <w:r>
        <w:t>. yeh education ka bohat hi yani woh hai lower level ka istemal hai.</w:t>
      </w:r>
    </w:p>
    <w:p>
      <w:pPr>
        <w:jc w:val="right"/>
      </w:pPr>
      <w:r>
        <w:t>۔ یہ ایجوکیشن کا بہت ہی یعنی وہ ہے لوورر لیول کا استعمال ہے۔</w:t>
      </w:r>
    </w:p>
    <w:p>
      <w:r>
        <w:rPr>
          <w:b/>
        </w:rPr>
        <w:t xml:space="preserve">[1:15:32] </w:t>
      </w:r>
      <w:r>
        <w:t>bara istemal nahi mein manta is ko. kyunke sabzi jo bechta hai woh bhi paisa kama raha hai. jo joota bechta hai woh bhi paisa kama raha hai.</w:t>
      </w:r>
    </w:p>
    <w:p>
      <w:pPr>
        <w:jc w:val="right"/>
      </w:pPr>
      <w:r>
        <w:t>بڑا استعمال نہیں میں مانتا اس کو۔ کیونکہ سبزی جو بیچتا ہے وہ بھی پیسہ کما رہا ہے۔ جو جوتا بیچتا ہے وہ بھی پیسہ کما رہا ہے۔</w:t>
      </w:r>
    </w:p>
    <w:p>
      <w:r>
        <w:rPr>
          <w:b/>
        </w:rPr>
        <w:t xml:space="preserve">[1:15:42] </w:t>
      </w:r>
      <w:r>
        <w:t>to parh likh kar ke bhi aap yahi karein to aap ne lower level par istemal kiya is ko.</w:t>
      </w:r>
    </w:p>
    <w:p>
      <w:pPr>
        <w:jc w:val="right"/>
      </w:pPr>
      <w:r>
        <w:t>تو پڑھ لکھ کر کے بھی آپ یہی کریں تو آپ نے لوورر لیول پر استعمال کیا اس کو۔</w:t>
      </w:r>
    </w:p>
    <w:p>
      <w:r>
        <w:rPr>
          <w:b/>
        </w:rPr>
        <w:t xml:space="preserve">[1:15:48] </w:t>
      </w:r>
      <w:r>
        <w:t>to zyada bara istemal jo hai education ka woh yeh hai ke aap apne ko prepared mind banayein bari bari baaton ko samajhne ke liye.</w:t>
      </w:r>
    </w:p>
    <w:p>
      <w:pPr>
        <w:jc w:val="right"/>
      </w:pPr>
      <w:r>
        <w:t>تو زیادہ بڑا استعمال جو ہے ایجوکیشن کا وہ یہ ہے کہ آپ اپنے کو پریپیرڈ مائنڈ بنائیں بڑی بڑی باتوں کو سمجھنے کے لیے۔</w:t>
      </w:r>
    </w:p>
    <w:p>
      <w:r>
        <w:rPr>
          <w:b/>
        </w:rPr>
        <w:t xml:space="preserve">[1:15:59] </w:t>
      </w:r>
      <w:r>
        <w:t>bari bari baaton ko samajhne ke liye. jaise ke hum yahan jo baatein kehte hain agar aap yahan aise logon ko layein jo educated na hon to hamari baat kuch bhi nahi samjhenge woh.</w:t>
      </w:r>
    </w:p>
    <w:p>
      <w:pPr>
        <w:jc w:val="right"/>
      </w:pPr>
      <w:r>
        <w:t>بڑی بڑی باتوں کو سمجھنے کے لیے۔ جیسے کہ ہم یہاں جو باتیں کہتے ہیں اگر آپ یہاں ایسے لوگوں کو لائیں جو ایجوکیٹڈ نہ ہوں تو ہماری بات کچھ بھی نہیں سمجھیں گے وہ۔</w:t>
      </w:r>
    </w:p>
    <w:p>
      <w:r>
        <w:rPr>
          <w:b/>
        </w:rPr>
        <w:t xml:space="preserve">[1:16:08] </w:t>
      </w:r>
      <w:r>
        <w:t>hamara term nahi samjhenge hamari language nahi samjhenge. kuch bhi nahi samjhenge woh. isi liye hum kehte hain ke hamara jo target hai educated log hain. kyunke educated log prepared mind hote hain.</w:t>
      </w:r>
    </w:p>
    <w:p>
      <w:pPr>
        <w:jc w:val="right"/>
      </w:pPr>
      <w:r>
        <w:t>ہمارا ٹرم نہیں سمجھیں گے ہماری لینگویج نہیں سمجھیں گے۔ کچھ بھی نہیں سمجھیں گے وہ۔ اسی لیے ہم کہتے ہیں کہ ہمارا جو ٹارگٹ ہے ایجوکیٹڈ لوگ ہیں۔ کیونکہ ایجوکیٹڈ لوگ پریپیرڈ مائنڈ ہوتے ہیں۔</w:t>
      </w:r>
    </w:p>
    <w:p>
      <w:r>
        <w:rPr>
          <w:b/>
        </w:rPr>
        <w:t xml:space="preserve">[1:16:20] </w:t>
      </w:r>
      <w:r>
        <w:t>educated log jo hain woh prepared mind hote hain. is sense mein education ki importance bohat zyada hai.</w:t>
      </w:r>
    </w:p>
    <w:p>
      <w:pPr>
        <w:jc w:val="right"/>
      </w:pPr>
      <w:r>
        <w:t>ایجوکیٹڈ لوگ جو ہیں وہ پریپیرڈ مائنڈ ہوتے ہیں۔ اس سینس میں ایجوکیشن کی امپورٹنس بہت زیادہ ہے۔</w:t>
      </w:r>
    </w:p>
    <w:p>
      <w:r>
        <w:rPr>
          <w:b/>
        </w:rPr>
        <w:t xml:space="preserve">[1:16:30] </w:t>
      </w:r>
      <w:r>
        <w:t>ah she has another question. while i was explaining to a friend that life is a test she said to me i have only one question why did god create me without my permission and put me through this test that is life?</w:t>
      </w:r>
    </w:p>
    <w:p>
      <w:pPr>
        <w:jc w:val="right"/>
      </w:pPr>
      <w:r>
        <w:t>اہ شی ہیز انادر کوسچن۔ وائل ائی واز ایکسپلیننگ ٹو ا فرینڈ دیٹ لائف از ا ٹیسٹ شی سیڈ ٹو می ائی ہیو اونلی ون کوسچن وائی ڈیڈ گاڈ کریٹ می ودا آؤٹ مائی پرمیشن اینڈ پٹ می تھرو دس ٹیسٹ دیٹ از لائف؟</w:t>
      </w:r>
    </w:p>
    <w:p>
      <w:r>
        <w:rPr>
          <w:b/>
        </w:rPr>
        <w:t xml:space="preserve">[1:16:50] </w:t>
      </w:r>
      <w:r>
        <w:t>dekhen yeh to steped question hai.</w:t>
      </w:r>
    </w:p>
    <w:p>
      <w:pPr>
        <w:jc w:val="right"/>
      </w:pPr>
      <w:r>
        <w:t>دیکھیں یہ تو اسٹیپڈ کوسچن ہے۔</w:t>
      </w:r>
    </w:p>
    <w:p>
      <w:r>
        <w:rPr>
          <w:b/>
        </w:rPr>
        <w:t xml:space="preserve">[1:16:56] </w:t>
      </w:r>
      <w:r>
        <w:t>yeh steped question hai. yani is is ke siwa doosri cheezon mein woh aisi stability nahi dikhaye gi woh. fashion mein kapron mein khane mein khoob hoshiyari dikhaye gi yahan pe steped bani hui hai.</w:t>
      </w:r>
    </w:p>
    <w:p>
      <w:pPr>
        <w:jc w:val="right"/>
      </w:pPr>
      <w:r>
        <w:t>یہ اسٹیپڈ کوسچن ہے۔ یعنی اس اس کے سوا دوسرے چیزوں میں وہ ایسی اسٹیبلٹی نہیں دکھائے گی وہ۔ فیشن میں کپڑے میں کھانے میں خوب ہوشیاری دکھائے گی یہاں پہ اسٹیپڈ بنی ہوئی ہے۔</w:t>
      </w:r>
    </w:p>
    <w:p>
      <w:r>
        <w:rPr>
          <w:b/>
        </w:rPr>
        <w:t xml:space="preserve">[1:17:11] </w:t>
      </w:r>
      <w:r>
        <w:t>dekhen yeh khuda ki bohat bari blessing hai. test ka matlab kya hai?</w:t>
      </w:r>
    </w:p>
    <w:p>
      <w:pPr>
        <w:jc w:val="right"/>
      </w:pPr>
      <w:r>
        <w:t>دیکھیں یہ خدا کی بہت بڑی بلیسنگ ہے۔ ٹیسٹ کا مطلب کیا ہے؟</w:t>
      </w:r>
    </w:p>
    <w:p>
      <w:r>
        <w:rPr>
          <w:b/>
        </w:rPr>
        <w:t xml:space="preserve">[1:17:17] </w:t>
      </w:r>
      <w:r>
        <w:t>test ka matlab hai ke aap ko prepare karna paradise ke liye. test ka matlab yeh hai. jo test hota hai aaj you be are samajh len jo test hota hai woh kis liye hota hai?</w:t>
      </w:r>
    </w:p>
    <w:p>
      <w:pPr>
        <w:jc w:val="right"/>
      </w:pPr>
      <w:r>
        <w:t>ٹیسٹ کا مطلب ہے کہ آپ کو پریپیئر کرنا پیرڈائز کے لیے۔ ٹیسٹ کا مطلب یہ ہے۔ جو ٹیسٹ ہوتا ہے اج یو بی ار سمجھ لیں جو ٹیسٹ ہوتا ہے وہ کس لیے ہوتا ہے؟</w:t>
      </w:r>
    </w:p>
    <w:p>
      <w:r>
        <w:rPr>
          <w:b/>
        </w:rPr>
        <w:t xml:space="preserve">[1:17:30] </w:t>
      </w:r>
      <w:r>
        <w:t>aap ko prepare karta hai woh ke aage aap jo hai woh jo cheez woh aap ko mil sake.</w:t>
      </w:r>
    </w:p>
    <w:p>
      <w:pPr>
        <w:jc w:val="right"/>
      </w:pPr>
      <w:r>
        <w:t>آپ کو پریپیئر کرتا ہے وہ کہ اگے آپ جو ہے وہ جو چیز وہ آپ کو مل سکے۔</w:t>
      </w:r>
    </w:p>
    <w:p>
      <w:r>
        <w:rPr>
          <w:b/>
        </w:rPr>
        <w:t xml:space="preserve">[1:17:37] </w:t>
      </w:r>
      <w:r>
        <w:t>to ek bohat hi short period mein pachas saal 70 saal ke period mein aap ko ek chance diya khuda ne ke yahan par tum ek life guzaro apne aap ko prepare karo aur phir at a day life mein tum ko paradise mile gi.</w:t>
      </w:r>
    </w:p>
    <w:p>
      <w:pPr>
        <w:jc w:val="right"/>
      </w:pPr>
      <w:r>
        <w:t>تو ایک بہت ہی شارٹ پیریڈ میں پچاس سال 70 سال کے پیریڈ میں آپ کو ایک چانس دیا خدا نے کہ یہاں پر تم ایک لائف گزارو اپنے آپ کو پریپیئر کرو اور پھر ایٹ ا ڈے لائف میں تم کو پیرڈائز ملے گی۔</w:t>
      </w:r>
    </w:p>
    <w:p>
      <w:r>
        <w:rPr>
          <w:b/>
        </w:rPr>
        <w:t xml:space="preserve">[1:17:54] </w:t>
      </w:r>
      <w:r>
        <w:t>is se achi scheme kya ho sakti hai bataiye? aur doosri baat yeh hai ke log har aadmi apne aap ko dekhta hai ke desire se bhara hua hai.</w:t>
      </w:r>
    </w:p>
    <w:p>
      <w:pPr>
        <w:jc w:val="right"/>
      </w:pPr>
      <w:r>
        <w:t>اس سے اچھی اسکیم کیا ہو سکتی ہے بتائیے؟ اور دوسری بات یہ ہے کہ لوگ ہر ادمی اپنے آپ کو دیکھتا ہے کہ ڈیزائر سے بھرا ہوا ہے۔</w:t>
      </w:r>
    </w:p>
    <w:p>
      <w:r>
        <w:rPr>
          <w:b/>
        </w:rPr>
        <w:t xml:space="preserve">[1:18:08] </w:t>
      </w:r>
      <w:r>
        <w:t>har aadmi ke andar desire hain desire hain desire hain lekin koi aadmi apni desire ko fulfill nahi kar pata. to har aadmi ka case in fulfill desire ka case hai.</w:t>
      </w:r>
    </w:p>
    <w:p>
      <w:pPr>
        <w:jc w:val="right"/>
      </w:pPr>
      <w:r>
        <w:t>ہر ادمی کے اندر ڈیزائر ہیں ڈیزائر ہیں ڈیزائر ہیں لیکن کوئی ادمی اپنی ڈیزائر کو فلفل نہیں کر پاتا۔ تو ہر ادمی کا کیس ان فلفل ڈیزائر کا کیس ہے۔</w:t>
      </w:r>
    </w:p>
    <w:p>
      <w:r>
        <w:rPr>
          <w:b/>
        </w:rPr>
        <w:t xml:space="preserve">[1:18:20] </w:t>
      </w:r>
      <w:r>
        <w:t>yeh jo hai concept paradise ka yeh answer deta hai aap ko ke kyun aisa hai ke sare log chahe king ho ya wildi log hon ya koi bhi ho koi bhi ho koi bhi ho chahe film star ho kyun woh apne desire ko fulfill nahi kar paate?</w:t>
      </w:r>
    </w:p>
    <w:p>
      <w:pPr>
        <w:jc w:val="right"/>
      </w:pPr>
      <w:r>
        <w:t>یہ جو ہے کانسیپٹ پیرڈائز کا یہ انسر دیتا ہے آپ کو کہ کیوں ایسا ہے کہ سارے لوگ چاہے کنگ ہو یا ولدی لوگ ہوں یا کوئی بھی ہو کوئی بھی ہو کوئی بھی ہو چاہے فلم سٹار ہو کیوں وہ اپنے ڈیزائر کو فلفل نہیں کر پاتے؟</w:t>
      </w:r>
    </w:p>
    <w:p>
      <w:r>
        <w:rPr>
          <w:b/>
        </w:rPr>
        <w:t xml:space="preserve">[1:18:40] </w:t>
      </w:r>
      <w:r>
        <w:t>why everyone dies with un fulfill desire? yeh ek universal question hai.</w:t>
      </w:r>
    </w:p>
    <w:p>
      <w:pPr>
        <w:jc w:val="right"/>
      </w:pPr>
      <w:r>
        <w:t>وائی ایوری ون ڈائز ود ان فلفل ڈیزائر؟ یہ ایک یونیورسل کوسچن ہے۔</w:t>
      </w:r>
    </w:p>
    <w:p>
      <w:r>
        <w:rPr>
          <w:b/>
        </w:rPr>
        <w:t xml:space="preserve">[1:18:49] </w:t>
      </w:r>
      <w:r>
        <w:t>why everyone dies without fulfilling his desires? to yeh yeh ek question hai.</w:t>
      </w:r>
    </w:p>
    <w:p>
      <w:pPr>
        <w:jc w:val="right"/>
      </w:pPr>
      <w:r>
        <w:t>وائی ایوری ون ڈائز ودا آؤٹ فلفلنگ ہز ڈیزائرز؟ تو یہ یہ ایک کوسچن ہے۔</w:t>
      </w:r>
    </w:p>
    <w:p>
      <w:r>
        <w:rPr>
          <w:b/>
        </w:rPr>
        <w:t xml:space="preserve">[1:19:00] </w:t>
      </w:r>
      <w:r>
        <w:t>ab sawal yeh hai ke woh woh kyun desire hain mere andar fulfill kahan hogi? isi ka jawab hai ke fulfillment jo hai paradise mein hai.</w:t>
      </w:r>
    </w:p>
    <w:p>
      <w:pPr>
        <w:jc w:val="right"/>
      </w:pPr>
      <w:r>
        <w:t>اب سوال یہ ہے کہ وہ وہ کیوں ڈیزائر ہیں میرے اندر فلفل کہاں ہوگی؟ اسی کا جواب ہے کہ فلفلمنٹ جو ہے پیرڈائز میں ہے۔</w:t>
      </w:r>
    </w:p>
    <w:p>
      <w:r>
        <w:rPr>
          <w:b/>
        </w:rPr>
        <w:t xml:space="preserve">[1:19:09] </w:t>
      </w:r>
      <w:r>
        <w:t>to chota sa ek period hai yahan par is period mein kuch kuch norms hain is norms ko follow karna hai apne aap ko prepare karna hai is ke baad aap ko woh duniya mile gi jahan poora fulfillment mile ga aap ko poora fulfillment yeh to is se achi scheme kya ho sakti hai?</w:t>
      </w:r>
    </w:p>
    <w:p>
      <w:pPr>
        <w:jc w:val="right"/>
      </w:pPr>
      <w:r>
        <w:t>تو چھوٹا سا ایک پیریڈ ہے یہاں پر اس پیریڈ میں کچھ کچھ نارمز ہیں اس نارمز کو فالو کرنا ہے اپنے آپ کو پریپیئر کرنا ہے اس کے بعد آپ کو وہ دنیا ملے گی جہاں پورا فلفلمنٹ ملے گا آپ کو پورا فلفلمنٹ یہ تو اس سے اچھی اسکیم کیا ہو سکتی ہے؟</w:t>
      </w:r>
    </w:p>
    <w:p>
      <w:r>
        <w:rPr>
          <w:b/>
        </w:rPr>
        <w:t xml:space="preserve">[1:19:30] </w:t>
      </w:r>
      <w:r>
        <w:t>is se is se achi scheme kya ho sakti hai? quran mein hai ke walbis lihaza falya'mal al a'malun isi cheez ke liye logon ko kaam karna chahiye</w:t>
      </w:r>
    </w:p>
    <w:p>
      <w:pPr>
        <w:jc w:val="right"/>
      </w:pPr>
      <w:r>
        <w:t>اس سے اس سے اچھی اسکیم کیا ہو سکتی ہے؟ قرآن میں ہے کہ ولبس لہذا فلیعمل العاملون اسی چیز کے لیے لوگوں کو کام کرنا چاہیے</w:t>
      </w:r>
    </w:p>
    <w:p>
      <w:r>
        <w:rPr>
          <w:b/>
        </w:rPr>
        <w:t xml:space="preserve">[1:19:40] </w:t>
      </w:r>
      <w:r>
        <w:t>is se achi is se acha koi goal nahi hai jis ke liye aadmi daure jis ke liye woh mehnat kare haan next question is is there any verse in the quran in which god says that he would reveal to man the mysteries and secrets of life in the next phase of life?</w:t>
      </w:r>
    </w:p>
    <w:p>
      <w:pPr>
        <w:jc w:val="right"/>
      </w:pPr>
      <w:r>
        <w:t>اس سے اچھی اس سے اچھا کوئی گول نہیں ہے جس کے لیے ادمی دوڑے جس کے لیے وہ محنت کرے ہاں نیکسٹ کوسچن از از دیر اینی ورس ان دا قرآن ان وچ گاڈ سیز دیٹ ہی وڈ ریویل ٹو مین دا مسٹریز اینڈ سیکرٹس اف لائف ان دا نیکسٹ فیز اف لائف؟</w:t>
      </w:r>
    </w:p>
    <w:p>
      <w:r>
        <w:rPr>
          <w:b/>
        </w:rPr>
        <w:t xml:space="preserve">[1:20:05] </w:t>
      </w:r>
      <w:r>
        <w:t>mera khayal hai aisi koi ayat to quran mein nahi hai lekin common sense se samajh mein aata</w:t>
      </w:r>
    </w:p>
    <w:p>
      <w:pPr>
        <w:jc w:val="right"/>
      </w:pPr>
      <w:r>
        <w:t>میرا خیال ہے ایسی کوئی ایت تو قرآن میں نہیں ہے لیکن کامن سینس سے سمجھ میں اتا</w:t>
      </w:r>
    </w:p>
    <w:p>
      <w:r>
        <w:rPr>
          <w:b/>
        </w:rPr>
        <w:t xml:space="preserve">[1:20:10] </w:t>
      </w:r>
      <w:r>
        <w:t>hai ke is duniya mein hum ko sirf limited knowledge milti hai</w:t>
      </w:r>
    </w:p>
    <w:p>
      <w:pPr>
        <w:jc w:val="right"/>
      </w:pPr>
      <w:r>
        <w:t>ہے کہ اس دنیا میں ہم کو صرف لمیٹڈ نالج ملتی ہے</w:t>
      </w:r>
    </w:p>
    <w:p>
      <w:r>
        <w:rPr>
          <w:b/>
        </w:rPr>
        <w:t xml:space="preserve">[1:20:15] </w:t>
      </w:r>
      <w:r>
        <w:t>zyada knowledge jo hai woh to wahin mile gi hum ko</w:t>
      </w:r>
    </w:p>
    <w:p>
      <w:pPr>
        <w:jc w:val="right"/>
      </w:pPr>
      <w:r>
        <w:t>زیادہ نالج جو ہے وہ تو وہیں ملے گی ہم کو</w:t>
      </w:r>
    </w:p>
    <w:p>
      <w:r>
        <w:rPr>
          <w:b/>
        </w:rPr>
        <w:t xml:space="preserve">[1:20:19] </w:t>
      </w:r>
      <w:r>
        <w:t>to ek dum isi tarah ki koi word to mujhe yaad nahi hai lekin common sense mera batata</w:t>
      </w:r>
    </w:p>
    <w:p>
      <w:pPr>
        <w:jc w:val="right"/>
      </w:pPr>
      <w:r>
        <w:t>تو ایک دم اسی طرح کی کوئی ورڈ تو مجھے یاد نہیں ہے لیکن کامن سینس میرا بتاتا</w:t>
      </w:r>
    </w:p>
    <w:p>
      <w:r>
        <w:rPr>
          <w:b/>
        </w:rPr>
        <w:t xml:space="preserve">[1:20:24] </w:t>
      </w:r>
      <w:r>
        <w:t>hai ke yeh duniya limited duniya hai is duniya mein hum</w:t>
      </w:r>
    </w:p>
    <w:p>
      <w:pPr>
        <w:jc w:val="right"/>
      </w:pPr>
      <w:r>
        <w:t>ہے کہ یہ دنیا لمیٹڈ دنیا ہے اس دنیا میں ہم</w:t>
      </w:r>
    </w:p>
    <w:p>
      <w:r>
        <w:rPr>
          <w:b/>
        </w:rPr>
        <w:t xml:space="preserve">[1:20:30] </w:t>
      </w:r>
      <w:r>
        <w:t>limitation ke sath jeena parta hai humein to sari knowledge humein aani hogi</w:t>
      </w:r>
    </w:p>
    <w:p>
      <w:pPr>
        <w:jc w:val="right"/>
      </w:pPr>
      <w:r>
        <w:t>لیمیٹیشن کے ساتھ جینا پڑتا ہے ہمیں تو ساری نالج ہمیں انی ہوگی</w:t>
      </w:r>
    </w:p>
    <w:p>
      <w:r>
        <w:rPr>
          <w:b/>
        </w:rPr>
        <w:t xml:space="preserve">[1:20:35] </w:t>
      </w:r>
      <w:r>
        <w:t>to sari knowledge is waqt hogi jab aap wahan par aap ko ek perfect body mile ga perfect aankh mile gi perfect mind mile ga tabhi hum kam samajh sakenge in baaton ko to yeh common sense se yeh baat nikalti hai.</w:t>
      </w:r>
    </w:p>
    <w:p>
      <w:pPr>
        <w:jc w:val="right"/>
      </w:pPr>
      <w:r>
        <w:t>تو ساری نالج اس وقت ہوگی جب آپ وہاں پر آپ کو ایک پرفیکٹ باڈی ملے گا پرفیکٹ انکھ ملے گی پرفیکٹ مائنڈ ملے گا تبھی ہم کم سمجھ سکیں گے ان باتوں کو تو یہ کامن سینس سے یہ بات نکلتی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