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Prophet A Blessing for All of Humanity January 5, 2014</w:t>
      </w:r>
    </w:p>
    <w:p>
      <w:r>
        <w:t>https://youtu.be/ZmMkgj54O28</w:t>
      </w:r>
    </w:p>
    <w:p>
      <w:r>
        <w:rPr>
          <w:b/>
        </w:rPr>
        <w:t xml:space="preserve">[00:29] </w:t>
      </w:r>
      <w:r>
        <w:t>wiyasar li amri, wah al uqdatan min lisani yafqahu qawli. mein in tamam sahiban ka shukriya ada karta hoon jinhon ne is pakiza program mein mujhe kuch kehne ka mauqa diya.</w:t>
      </w:r>
    </w:p>
    <w:p>
      <w:pPr>
        <w:jc w:val="right"/>
      </w:pPr>
      <w:r>
        <w:t>ویسر لی امری، واحل العقدۃ من لسانی یفقہ قولی۔ میں ان تمام صاحبان کا شکریہ ادا کرتا ہوں جنہوں نے اس پاکیزہ پروگرام میں مجھے کچھ کہنے کا موقع دیا۔</w:t>
      </w:r>
    </w:p>
    <w:p>
      <w:r>
        <w:rPr>
          <w:b/>
        </w:rPr>
        <w:t xml:space="preserve">[00:57] </w:t>
      </w:r>
      <w:r>
        <w:t>aaj mujhe paighambar e islam sallallahu alaihi wasallam ke is pehlu par bolna hai jo quran mein aaya hai ke "wa ma arsalnak illa rahmatan lil aalamin", yani rasool allah sallallahu alaihi wasallam ko allah ne bheja duniya ke liye blessing bana kar.</w:t>
      </w:r>
    </w:p>
    <w:p>
      <w:pPr>
        <w:jc w:val="right"/>
      </w:pPr>
      <w:r>
        <w:t>آج مجھے پیغمبر اسلام صلی اللہ علیہ وسلم کے اس پہلو پر بولنا ہے جو قرآن میں آیا ہے کہ "وما أرسلناك إلا رحمة للعالمين"، یعنی رسول اللہ صلی اللہ علیہ وسلم کو اللہ نے بھیجا دنیا کے لیے بلیسنگ بنا کر۔</w:t>
      </w:r>
    </w:p>
    <w:p>
      <w:r>
        <w:rPr>
          <w:b/>
        </w:rPr>
        <w:t xml:space="preserve">[01:19] </w:t>
      </w:r>
      <w:r>
        <w:t>blessing. dekhen, yeh jo rehmat ya blessing ka mamla hai, yeh koi mysterious mamla nahi hai.</w:t>
      </w:r>
    </w:p>
    <w:p>
      <w:pPr>
        <w:jc w:val="right"/>
      </w:pPr>
      <w:r>
        <w:t>بلیسنگ۔ دیکھیں، یہ جو رحمت یا بلیسنگ کا معاملہ ہے، یہ کوئی مسٹیریس معاملہ نہیں ہے۔</w:t>
      </w:r>
    </w:p>
    <w:p>
      <w:r>
        <w:rPr>
          <w:b/>
        </w:rPr>
        <w:t xml:space="preserve">[01:28] </w:t>
      </w:r>
      <w:r>
        <w:t>yeh rationally understandable mamla hai. poori tarah aap samajh sakte hain ke kis aitbar se aap duniya ke liye rehmat ya blessing thay.</w:t>
      </w:r>
    </w:p>
    <w:p>
      <w:pPr>
        <w:jc w:val="right"/>
      </w:pPr>
      <w:r>
        <w:t>یہ ریشنلی انڈرسٹینڈ ایبل معاملہ ہے۔ پوری طرح آپ سمجھ سکتے ہیں کہ کس اعتبار سے آپ دنیا کے لیے رحمت یا بلیسنگ تھے۔</w:t>
      </w:r>
    </w:p>
    <w:p>
      <w:r>
        <w:rPr>
          <w:b/>
        </w:rPr>
        <w:t xml:space="preserve">[01:40] </w:t>
      </w:r>
      <w:r>
        <w:t>dekhen, pehli baat mein yeh arz karunga ke yahan mein ek waqia arz karunga ke mein lucknow mein tha 1965 mein, wahan ek sahib se mulaqat hui jo apne ko hathi samajhte thay.</w:t>
      </w:r>
    </w:p>
    <w:p>
      <w:pPr>
        <w:jc w:val="right"/>
      </w:pPr>
      <w:r>
        <w:t>دیکھیں، پہلی بات میں یہ عرض کروں گا کہ یہاں میں ایک واقعہ عرض کروں کہ میں لکھنو میں تھا 1965 میں، وہاں ایک صاحب سے ملاقات ہوئی جو اپنے کو حتھی سمجھتے تھے۔</w:t>
      </w:r>
    </w:p>
    <w:p>
      <w:r>
        <w:rPr>
          <w:b/>
        </w:rPr>
        <w:t xml:space="preserve">[01:57] </w:t>
      </w:r>
      <w:r>
        <w:t>to unhon ne kaha ke rasool allah sallallahu alaihi wasallam ke bare mein unhon ne kaha ke muhammad ka credit kya hai history mein, kya role hai un ka history mein.</w:t>
      </w:r>
    </w:p>
    <w:p>
      <w:pPr>
        <w:jc w:val="right"/>
      </w:pPr>
      <w:r>
        <w:t>تو انہوں نے کہا کہ رسول اللہ صلی اللہ علیہ وسلم کے بارے میں انہوں نے کہا کہ محمد کا کریڈٹ کیا ہے ہسٹری میں، کیا رول ہے ان کا ہسٹری میں۔</w:t>
      </w:r>
    </w:p>
    <w:p>
      <w:r>
        <w:rPr>
          <w:b/>
        </w:rPr>
        <w:t xml:space="preserve">[02:09] </w:t>
      </w:r>
      <w:r>
        <w:t>un ke nazdeek kuch role nahi tha.</w:t>
      </w:r>
    </w:p>
    <w:p>
      <w:pPr>
        <w:jc w:val="right"/>
      </w:pPr>
      <w:r>
        <w:t>ان کے نزدیک کچھ رول نہیں تھا۔</w:t>
      </w:r>
    </w:p>
    <w:p>
      <w:r>
        <w:rPr>
          <w:b/>
        </w:rPr>
        <w:t xml:space="preserve">[02:12] </w:t>
      </w:r>
      <w:r>
        <w:t>to mein kuch baatein arz karna chahta hoon jo un se hui theen, aur doosri baatein. dekhen, hamare, hum sab ka aur sare insanon ka yeh masla hai ke hamein ek aisa prophet chahiye jis ki jo historically credit qabil e, jo historically mustard hasiyat rakhta ho.</w:t>
      </w:r>
    </w:p>
    <w:p>
      <w:pPr>
        <w:jc w:val="right"/>
      </w:pPr>
      <w:r>
        <w:t>تو میں کچھ باتیں عرض کرنا چاہتا ہوں جو ان سے ہوئی تھیں، اور دوسری باتیں۔ دیکھیں، ہمارے، ہم سب کا اور سارے انسانوں کا یہ مسئلہ ہے کہ ہمیں ایک ایسا پرافٹ چاہیے جس کی جو ہسٹوریکلی کریڈٹ قابلِ، جو ہسٹوریکلی مسترد حیثیت رکھتا ہو۔</w:t>
      </w:r>
    </w:p>
    <w:p>
      <w:r>
        <w:rPr>
          <w:b/>
        </w:rPr>
        <w:t xml:space="preserve">[02:40] </w:t>
      </w:r>
      <w:r>
        <w:t>to aap jante hain ke dunya mein ek lakh se zyada peghambar aaye, lekin un ki history nahi bani. kisi bhi peghambar ki history nahi bani.</w:t>
      </w:r>
    </w:p>
    <w:p>
      <w:pPr>
        <w:jc w:val="right"/>
      </w:pPr>
      <w:r>
        <w:t>تو آپ جانتے ہیں کہ دنیا میں ایک لاکھ سے زیادہ پیغمبر آئے، لیکن ان کی ہسٹری نہیں بنی۔ کسی بھی پیغمبر کی ہسٹری نہیں بنی۔</w:t>
      </w:r>
    </w:p>
    <w:p>
      <w:r>
        <w:rPr>
          <w:b/>
        </w:rPr>
        <w:t xml:space="preserve">[02:52] </w:t>
      </w:r>
      <w:r>
        <w:t>yahan tak ke dekhen, rasool Allah sal Allah alaihi wasallam se pehle aakhri jo peghambar the woh Hazrat Masih alaihi assalam the, lekin un ke bare mein ek kitab maine parhi jis ka naam hai, is ka title hai "historical Jesus".</w:t>
      </w:r>
    </w:p>
    <w:p>
      <w:pPr>
        <w:jc w:val="right"/>
      </w:pPr>
      <w:r>
        <w:t>یہاں تک کہ دیکھیں، رسول اللہ صلی اللہ علیہ وسلم سے پہلے آخری جو پیغمبر تھے وہ حضرت مسیح علیہ السلام تھے، لیکن ان کے بارے میں ایک کتاب میں نے پڑھی جس کا نام ہے، اس کا ٹائٹل ہے "ہسٹوریکل جیزز"۔</w:t>
      </w:r>
    </w:p>
    <w:p>
      <w:r>
        <w:rPr>
          <w:b/>
        </w:rPr>
        <w:t xml:space="preserve">[03:10] </w:t>
      </w:r>
      <w:r>
        <w:t>yeh moti si kitab hai. is kitab mein unhon ne bataya ke jis Christ ko dunya manti hai woh ek matter of belief hai, matter of history nahi hai.</w:t>
      </w:r>
    </w:p>
    <w:p>
      <w:pPr>
        <w:jc w:val="right"/>
      </w:pPr>
      <w:r>
        <w:t>یہ موٹی سی کتاب ہے۔ اس کتاب میں انہوں نے بتایا کہ جس کرائسٹ کو دنیا مانتی ہے وہ ایک میٹر آف بیلیف ہے، میٹر آف ہسٹری نہیں ہے۔</w:t>
      </w:r>
    </w:p>
    <w:p>
      <w:r>
        <w:rPr>
          <w:b/>
        </w:rPr>
        <w:t xml:space="preserve">[03:23] </w:t>
      </w:r>
      <w:r>
        <w:t>chunaanche Barter ne kaha ke "historically it is got doubtful whether Christ ever existed at all", yaani yeh amr bhi mushtaba hai ke kya waqeatan Hazrat Masih ka koi wajood tha tareekhi aitbaar se.</w:t>
      </w:r>
    </w:p>
    <w:p>
      <w:pPr>
        <w:jc w:val="right"/>
      </w:pPr>
      <w:r>
        <w:t>چنانچہ بارٹر نے کہا کہ "ہسٹوریکلی اٹ از گاٹ ڈاؤٹ فل ویدر کرائسٹ ایور ایگزسٹڈ ایٹ آل"، یعنی یہ امر بھی مشتبہ ہے کہ کیا واقعتاً حضرت مسیح کا کوئی وجود تھا تاریخی اعتبار سے۔</w:t>
      </w:r>
    </w:p>
    <w:p>
      <w:r>
        <w:rPr>
          <w:b/>
        </w:rPr>
        <w:t xml:space="preserve">[03:40] </w:t>
      </w:r>
      <w:r>
        <w:t>to hum mante hain ke Allah taala ne saare peghambar bheje, hum sab pe yaqeen rakhte hain, aur sab ko hum Allah ke peghambar mante hain.</w:t>
      </w:r>
    </w:p>
    <w:p>
      <w:pPr>
        <w:jc w:val="right"/>
      </w:pPr>
      <w:r>
        <w:t>تو ہم مانتے ہیں کہ اللہ تعالیٰ نے سارے پیغمبر بھیجے، ہم سب پہ یقین رکھتے ہیں، اور سب کو ہم اللہ کے پیغمبر مانتے ہیں۔</w:t>
      </w:r>
    </w:p>
    <w:p>
      <w:r>
        <w:rPr>
          <w:b/>
        </w:rPr>
        <w:t xml:space="preserve">[03:50] </w:t>
      </w:r>
      <w:r>
        <w:t>lekin jahan tak history ka sawal hai, history</w:t>
      </w:r>
    </w:p>
    <w:p>
      <w:pPr>
        <w:jc w:val="right"/>
      </w:pPr>
      <w:r>
        <w:t>لیکن جہاں تک ہسٹری کا سوال ہے، ہسٹری</w:t>
      </w:r>
    </w:p>
    <w:p>
      <w:r>
        <w:rPr>
          <w:b/>
        </w:rPr>
        <w:t xml:space="preserve">[03:53] </w:t>
      </w:r>
      <w:r>
        <w:t>jo insaan ke liye accepted cheez hoti hai, to is aitbaar se sirf ek hi peghambar ka naam liya ja sakta hai, woh Hazrat Muhammad sal Allah alaihi wasallam ka.</w:t>
      </w:r>
    </w:p>
    <w:p>
      <w:pPr>
        <w:jc w:val="right"/>
      </w:pPr>
      <w:r>
        <w:t>جو انسان کے لیے ایکسیپٹڈ چیز ہوتی ہے، تو اس اعتبار سے صرف ایک ہی پیغمبر کا نام لیا جا سکتا ہے، وہ حضرت محمد صلی اللہ علیہ وسلم کا۔</w:t>
      </w:r>
    </w:p>
    <w:p>
      <w:r>
        <w:rPr>
          <w:b/>
        </w:rPr>
        <w:t xml:space="preserve">[04:04] </w:t>
      </w:r>
      <w:r>
        <w:t>chunaanche ek orientalist ne likhi hai yeh baat ke "Muhammad was born within a full light history", yaani Muhammad sal Allah alaihi wasallam tareekh ki poori roshni mein paida hue.</w:t>
      </w:r>
    </w:p>
    <w:p>
      <w:pPr>
        <w:jc w:val="right"/>
      </w:pPr>
      <w:r>
        <w:t>چنانچہ ایک اورینٹلسٹ نے لکھی ہے یہ بات کہ "محمد واز born within a full light history"، یعنی محمد صلی اللہ علیہ وسلم تاریخ کی پوری روشنی میں پیدا ہوئے۔</w:t>
      </w:r>
    </w:p>
    <w:p>
      <w:r>
        <w:rPr>
          <w:b/>
        </w:rPr>
        <w:t xml:space="preserve">[04:19] </w:t>
      </w:r>
      <w:r>
        <w:t>to yeh Allah taala ne rasool Allah sal Allah alaihi wasallam ko historical peghambar bana diya taake dunya ko aap ke bare mein shakk na rahe, koi shubah na rahe.</w:t>
      </w:r>
    </w:p>
    <w:p>
      <w:pPr>
        <w:jc w:val="right"/>
      </w:pPr>
      <w:r>
        <w:t>تو یہ اللہ تعالیٰ نے رسول اللہ صلی اللہ علیہ وسلم کو ہسٹوریکل پیغمبر بنا دیا تاکہ دنیا کو آپ کے بارے میں شک نہ رہے، کوئی شبہ نہ رہے۔</w:t>
      </w:r>
    </w:p>
    <w:p>
      <w:r>
        <w:rPr>
          <w:b/>
        </w:rPr>
        <w:t xml:space="preserve">[04:30] </w:t>
      </w:r>
      <w:r>
        <w:t>hum ko hidayat chahiye, hum ko hidayat nama chahiye. aap jante hain ke saare philosophers, saare reformers yeh batane mein nakaam rahe ke insaan ke liye hidayat nama kya hai.</w:t>
      </w:r>
    </w:p>
    <w:p>
      <w:pPr>
        <w:jc w:val="right"/>
      </w:pPr>
      <w:r>
        <w:t>ہم کو ہدایت چاہیے، ہم کو ہدایت نامہ چاہیے۔ آپ جانتے ہیں کہ سارے فلاسفرز، سارے ریفارمرز یہ بتانے میں ناکام رہے کہ انسان کے لیے ہدایت نامہ کیا ہے۔</w:t>
      </w:r>
    </w:p>
    <w:p>
      <w:r>
        <w:rPr>
          <w:b/>
        </w:rPr>
        <w:t xml:space="preserve">[04:50] </w:t>
      </w:r>
      <w:r>
        <w:t>to Allah ne peghambar bheje. peghambar ka jo mamla tha woh wahi par mabni tha, revelation par mabni tha.</w:t>
      </w:r>
    </w:p>
    <w:p>
      <w:pPr>
        <w:jc w:val="right"/>
      </w:pPr>
      <w:r>
        <w:t>تو اللہ نے پیغمبر بھیجے۔ پیغمبر کا جو معاملہ تھا وہ وحی پر مبنی تھا، ریولیشن پر مبنی تھا۔</w:t>
      </w:r>
    </w:p>
    <w:p>
      <w:r>
        <w:rPr>
          <w:b/>
        </w:rPr>
        <w:t xml:space="preserve">[05:00] </w:t>
      </w:r>
      <w:r>
        <w:t>to peghambar yeh bata paaye ke insaan ke liye sahi guidance kya hai, jo creator ko matloob hai.</w:t>
      </w:r>
    </w:p>
    <w:p>
      <w:pPr>
        <w:jc w:val="right"/>
      </w:pPr>
      <w:r>
        <w:t>تو پیغمبر یہ بتا پائے کہ انسان کے لیے صحیح گائیڈنس کیا ہے، جو کریٹر کو مطلوب ہے۔</w:t>
      </w:r>
    </w:p>
    <w:p>
      <w:r>
        <w:rPr>
          <w:b/>
        </w:rPr>
        <w:t xml:space="preserve">[05:09] </w:t>
      </w:r>
      <w:r>
        <w:t>to har peghambar ne yeh bataya, aur aakhri zamanay mein rasool Allah sal Allah alaihi wasallam ne yeh bataya.</w:t>
      </w:r>
    </w:p>
    <w:p>
      <w:pPr>
        <w:jc w:val="right"/>
      </w:pPr>
      <w:r>
        <w:t>تو ہر پیغمبر نے یہ بتایا، اور آخری زمانے میں رسول اللہ صلی اللہ علیہ وسلم نے یہ بتایا۔</w:t>
      </w:r>
    </w:p>
    <w:p>
      <w:r>
        <w:rPr>
          <w:b/>
        </w:rPr>
        <w:t xml:space="preserve">[05:16] </w:t>
      </w:r>
      <w:r>
        <w:t>to is ka jo jo aap par wahi hoti thi, is ka ek mehfooz edition Quran ki shakal mein preserved ho gaya.</w:t>
      </w:r>
    </w:p>
    <w:p>
      <w:pPr>
        <w:jc w:val="right"/>
      </w:pPr>
      <w:r>
        <w:t>تو اس کا جو جو آپ پر وحی ہوتی تھی، اس کا ایک محفوظ ایڈیشن قرآن کی شکل میں پریزرو ہو گیا۔</w:t>
      </w:r>
    </w:p>
    <w:p>
      <w:r>
        <w:rPr>
          <w:b/>
        </w:rPr>
        <w:t xml:space="preserve">[05:26] </w:t>
      </w:r>
      <w:r>
        <w:t>ek hi kitab hai mazhabi kitabon mein jo Quran hai, jo preserved book ki hesiyat rakhti hai. to maine ek ek ek ek sahib ka parha, ek kitab, un ka naam tha "Dr. Nishikan Chattopadhyay".</w:t>
      </w:r>
    </w:p>
    <w:p>
      <w:pPr>
        <w:jc w:val="right"/>
      </w:pPr>
      <w:r>
        <w:t>ایک ہی کتاب ہے مذہبی کتابوں میں جو قرآن ہے، جو پریزرو بک کی حیثیت رکھتی ہے۔ تو میں نے ایک ایک ایک ایک صاحب کا پڑھا، ایک کتاب، ان کا نام تھا "ڈاکٹر نشیکان چٹوپادیہ"۔</w:t>
      </w:r>
    </w:p>
    <w:p>
      <w:r>
        <w:rPr>
          <w:b/>
        </w:rPr>
        <w:t xml:space="preserve">[05:41] </w:t>
      </w:r>
      <w:r>
        <w:t>woh Bengali the, to bohat bare scholar the, woh bohat si zabanen jante the, lekin woh sachay seeker the, woh sachay seeker.</w:t>
      </w:r>
    </w:p>
    <w:p>
      <w:pPr>
        <w:jc w:val="right"/>
      </w:pPr>
      <w:r>
        <w:t>وہ بنگالی تھے، تو بہت بڑے سکالر تھے، وہ بہت سی زبانیں جانتے تھے، لیکن وہ سچے سیکھر تھے، وہ سچے سیکھر۔</w:t>
      </w:r>
    </w:p>
    <w:p>
      <w:r>
        <w:rPr>
          <w:b/>
        </w:rPr>
        <w:t xml:space="preserve">[05:52] </w:t>
      </w:r>
      <w:r>
        <w:t>to unhon ne saare mazhabon ko parha, saare mazhabon ko parha. aakhir mein unhon ne Islam ko parha aur rasool Allah sal Allah alaihi wasallam ki zindagi ko parha.</w:t>
      </w:r>
    </w:p>
    <w:p>
      <w:pPr>
        <w:jc w:val="right"/>
      </w:pPr>
      <w:r>
        <w:t>تو انہوں نے سارے مذہبوں کو پڑھا، سارے مذہبوں کو پڑھا۔ آخر میں انہوں نے اسلام کو پڑھا اور رسول اللہ صلی اللہ علیہ وسلم کی زندگی کو پڑھا۔</w:t>
      </w:r>
    </w:p>
    <w:p>
      <w:r>
        <w:rPr>
          <w:b/>
        </w:rPr>
        <w:t xml:space="preserve">[06:01] </w:t>
      </w:r>
      <w:r>
        <w:t>to unhon ne kitab likhi ke main ne phir unhon ne Islam qabool kar liya.</w:t>
      </w:r>
    </w:p>
    <w:p>
      <w:pPr>
        <w:jc w:val="right"/>
      </w:pPr>
      <w:r>
        <w:t>تو انہوں نے کتاب لکھی کہ میں نے پھر انہوں نے اسلام قبول کر لیا۔</w:t>
      </w:r>
    </w:p>
    <w:p>
      <w:r>
        <w:rPr>
          <w:b/>
        </w:rPr>
        <w:t xml:space="preserve">[06:05] </w:t>
      </w:r>
      <w:r>
        <w:t>is kitab mein ek bohat hi thrilling statement un ka hai, un alfaz mein hai ke jab rasool Allah ko pa liya unhon ne to likhte hain ke "Oh what a relief to find after all a truly historical prophet to believe in"</w:t>
      </w:r>
    </w:p>
    <w:p>
      <w:pPr>
        <w:jc w:val="right"/>
      </w:pPr>
      <w:r>
        <w:t>اس کتاب میں ایک بہت ہی تھرلنگ سٹیٹمنٹ ان کا ہے، ان الفاظ میں ہے کہ جب رسول اللہ کو پا لیا انہوں نے تو لکھتے ہیں کہ "او واٹ ا ریلیف ٹو فائنڈ افٹر آل ا ٹرولی ہسٹوریکل پرافٹ ٹو بیلیو ان"</w:t>
      </w:r>
    </w:p>
    <w:p>
      <w:r>
        <w:rPr>
          <w:b/>
        </w:rPr>
        <w:t xml:space="preserve">[06:21] </w:t>
      </w:r>
      <w:r>
        <w:t>. yeh hai peghambar Islam sal Allah alaihi wasallam ka, yaani rehmat hona ke dunya ko zaroorat hai ek peghambar ki, lekin unhein aisa peghambar nahi mil raha tha jo historically credible ho,</w:t>
      </w:r>
    </w:p>
    <w:p>
      <w:pPr>
        <w:jc w:val="right"/>
      </w:pPr>
      <w:r>
        <w:t>۔ یہ ہے پیغمبر اسلام صلی اللہ علیہ وسلم کا، یعنی رحمت ہونا کہ دنیا کو ضرورت ہے ایک پیغمبر کی، لیکن انہیں ایسا پیغمبر نہیں مل رہا تھا جو ہسٹوریکلی کریڈیبل ہو،</w:t>
      </w:r>
    </w:p>
    <w:p>
      <w:r>
        <w:rPr>
          <w:b/>
        </w:rPr>
        <w:t xml:space="preserve">[06:36] </w:t>
      </w:r>
      <w:r>
        <w:t>tareekhi aitbaar se bohat mu'tabar ho, jis par shakk na kar sake insaan. to Allah taala ne rasool Allah sal Allah alaihi wasallam ko is ek aisay peghambar ki soorat mein bheja.</w:t>
      </w:r>
    </w:p>
    <w:p>
      <w:pPr>
        <w:jc w:val="right"/>
      </w:pPr>
      <w:r>
        <w:t>تاریخی اعتبار سے بہت معتبر ہو، جس پر شک نہ کر سکے انسان۔ تو اللہ تعالیٰ نے رسول اللہ صلی اللہ علیہ وسلم کو اس ایک ایسے پیغمبر کی صورت میں بھیجا۔</w:t>
      </w:r>
    </w:p>
    <w:p>
      <w:r>
        <w:rPr>
          <w:b/>
        </w:rPr>
        <w:t xml:space="preserve">[06:45] </w:t>
      </w:r>
      <w:r>
        <w:t>aap ki poori history maujood hai, kaise aap ki paidaish hui</w:t>
      </w:r>
    </w:p>
    <w:p>
      <w:pPr>
        <w:jc w:val="right"/>
      </w:pPr>
      <w:r>
        <w:t>آپ کی پوری ہسٹری موجود ہے، کیسے آپ کی پیدائش ہوئی</w:t>
      </w:r>
    </w:p>
    <w:p>
      <w:r>
        <w:rPr>
          <w:b/>
        </w:rPr>
        <w:t xml:space="preserve">[06:50] </w:t>
      </w:r>
      <w:r>
        <w:t>, kya aap ka karnama tha, kaise kaise aap ke ashaab bane, woh saari history poori tarah mehfooz hai. misaal ke tor par ek hi kitab mein agar parhen "Al-Bidaya wa'l-Nihaya".</w:t>
      </w:r>
    </w:p>
    <w:p>
      <w:pPr>
        <w:jc w:val="right"/>
      </w:pPr>
      <w:r>
        <w:t>، کیا آپ کا کارنامہ تھا، کیسے کیسے آپ کے اصحاب بنے، وہ ساری ہسٹری پوری طرح محفوظ ہے۔ مثال کے طور پر ایک ہی کتاب میں اگر پڑھیں "البدایہ والنہایہ"۔</w:t>
      </w:r>
    </w:p>
    <w:p>
      <w:r>
        <w:rPr>
          <w:b/>
        </w:rPr>
        <w:t xml:space="preserve">[07:03] </w:t>
      </w:r>
      <w:r>
        <w:t>"Al-Bidaya wa'l-Nihaya" ka matlab hai shuru se aakhir tak, yaani poora jo rasool Allah sal Allah alaihi wasallam ka zamana hai aur sahaba ka jo zamana hai, us ke baad ka jo zamana hai, woh saari ki saari unhon ne is mein tafseel ke sath bata diya hai.</w:t>
      </w:r>
    </w:p>
    <w:p>
      <w:pPr>
        <w:jc w:val="right"/>
      </w:pPr>
      <w:r>
        <w:t>"البدایہ والنہایہ" کا مطلب ہے شروع سے آخر تک، یعنی پورا جو رسول اللہ صلی اللہ علیہ وسلم کا زمانہ ہے اور صحابہ کا جو زمانہ ہے، اس کے بعد کا جو زمانہ ہے، وہ ساری کی ساری انہوں نے اس میں تفصیل کے ساتھ بتا دیا ہے۔</w:t>
      </w:r>
    </w:p>
    <w:p>
      <w:r>
        <w:rPr>
          <w:b/>
        </w:rPr>
        <w:t xml:space="preserve">[07:16] </w:t>
      </w:r>
      <w:r>
        <w:t>aisi bohat sari kitaben hain.</w:t>
      </w:r>
    </w:p>
    <w:p>
      <w:pPr>
        <w:jc w:val="right"/>
      </w:pPr>
      <w:r>
        <w:t>ایسی بہت ساری کتابیں ہیں۔</w:t>
      </w:r>
    </w:p>
    <w:p>
      <w:r>
        <w:rPr>
          <w:b/>
        </w:rPr>
        <w:t xml:space="preserve">[07:19] </w:t>
      </w:r>
      <w:r>
        <w:t>to aap ki poori tareekh mehfooz hai, aur hum yaqeen ke saath keh sakte hain ke yeh insaan Allah ka paighambar tha. is tarah hum Allah ki hidayat ko janne ke liye aap ko zariya samajh sakte hain, poore yaqeen ke saath.</w:t>
      </w:r>
    </w:p>
    <w:p>
      <w:pPr>
        <w:jc w:val="right"/>
      </w:pPr>
      <w:r>
        <w:t>تو آپ کی پوری تاریخ محفوظ ہے، اور ہم یقین کے ساتھ کہہ سکتے ہیں کہ یہ انسان اللہ کا پیغمبر تھا۔ اس طرح ہم اللہ کی ہدایت کو جاننے کے لیے آپ کو ذریعہ سمجھ سکتے ہیں، پورے یقین کے ساتھ۔</w:t>
      </w:r>
    </w:p>
    <w:p>
      <w:r>
        <w:rPr>
          <w:b/>
        </w:rPr>
        <w:t xml:space="preserve">[07:33] </w:t>
      </w:r>
      <w:r>
        <w:t>to ek baat yeh hui. dekhen, doosri baat yeh hai ke saare philosophers, saare reformers ka ek hi concern tha, yeh janna ke "what is the purpose of life".</w:t>
      </w:r>
    </w:p>
    <w:p>
      <w:pPr>
        <w:jc w:val="right"/>
      </w:pPr>
      <w:r>
        <w:t>تو ایک بات یہ ہوئی۔ دیکھیں، دوسری بات یہ ہے کہ سارے فلاسفرز، سارے ریفارمرز کا ایک ہی کنسرن تھا، یہ جاننا کہ "واٹ از دا پرپس آف لائف"۔</w:t>
      </w:r>
    </w:p>
    <w:p>
      <w:r>
        <w:rPr>
          <w:b/>
        </w:rPr>
        <w:t xml:space="preserve">[07:45] </w:t>
      </w:r>
      <w:r>
        <w:t>insaan jo paida hua hai, kyun paida hua,</w:t>
      </w:r>
    </w:p>
    <w:p>
      <w:pPr>
        <w:jc w:val="right"/>
      </w:pPr>
      <w:r>
        <w:t>انسان جو پیدا ہوا ہے، کیوں پیدا ہوا،</w:t>
      </w:r>
    </w:p>
    <w:p>
      <w:r>
        <w:rPr>
          <w:b/>
        </w:rPr>
        <w:t xml:space="preserve">[07:47] </w:t>
      </w:r>
      <w:r>
        <w:t>kya is ka maqsad hai, is ko janna. lekin aap jante hain ke saare philosophers, saare reformers fail ho gaye.</w:t>
      </w:r>
    </w:p>
    <w:p>
      <w:pPr>
        <w:jc w:val="right"/>
      </w:pPr>
      <w:r>
        <w:t>کیا اس کا مقصد ہے، اس کو جاننا۔ لیکن آپ جانتے ہیں کہ سارے فلاسفرز، سارے ریفارمرز فیل ہو گئے۔</w:t>
      </w:r>
    </w:p>
    <w:p>
      <w:r>
        <w:rPr>
          <w:b/>
        </w:rPr>
        <w:t xml:space="preserve">[07:56] </w:t>
      </w:r>
      <w:r>
        <w:t>woh jaan nahi sake ke Allah taala ka jis ne paida kiya hai, is ka creation plan kya hai, is ki kis kis liye insaan ko banaya hai duniya mein.</w:t>
      </w:r>
    </w:p>
    <w:p>
      <w:pPr>
        <w:jc w:val="right"/>
      </w:pPr>
      <w:r>
        <w:t>وہ جان نہیں سکے کہ اللہ تعالیٰ کا جس نے پیدا کیا ہے، اس کا کریشن پلان کیا ہے، اس کی کس کس لیے انسان کو بنایا ہے دنیا میں۔</w:t>
      </w:r>
    </w:p>
    <w:p>
      <w:r>
        <w:rPr>
          <w:b/>
        </w:rPr>
        <w:t xml:space="preserve">[08:09] </w:t>
      </w:r>
      <w:r>
        <w:t>to Allah taala ne Rasool Allah ke zariye se Quran ko mehfooz kar diya, aur Quran ka jo subject hai, woh yahi hai ke "what is the creation plan of God".</w:t>
      </w:r>
    </w:p>
    <w:p>
      <w:pPr>
        <w:jc w:val="right"/>
      </w:pPr>
      <w:r>
        <w:t>تو اللہ تعالیٰ نے رسول اللہ کے ذریعے سے قرآن کو محفوظ کر دیا، اور قرآن کا جو سبجیکٹ ہے، وہ یہی ہے کہ "واٹ از دا کریشن پلان آف گاڈ"۔</w:t>
      </w:r>
    </w:p>
    <w:p>
      <w:r>
        <w:rPr>
          <w:b/>
        </w:rPr>
        <w:t xml:space="preserve">[08:20] </w:t>
      </w:r>
      <w:r>
        <w:t>yeh batana. pehli ek hi kitaab hai duniya mein, ek hi kitaab hai jo mehfooz hai. koi doosri kitaab is aasman ke neeche nahi hai jo insaan ko yeh bataye ke Allah taala ka, yaani khalq ka, creator ka,</w:t>
      </w:r>
    </w:p>
    <w:p>
      <w:pPr>
        <w:jc w:val="right"/>
      </w:pPr>
      <w:r>
        <w:t>یہ بتانا۔ پہلی ایک ہی کتاب ہے دنیا میں، ایک ہی کتاب ہے جو محفوظ ہے۔ کوئی دوسری کتاب اس آسمان کے نیچے نہیں ہے جو انسان کو یہ بتائے کہ اللہ تعالیٰ کا، یعنی خالق کا، کریٹر کا،</w:t>
      </w:r>
    </w:p>
    <w:p>
      <w:r>
        <w:rPr>
          <w:b/>
        </w:rPr>
        <w:t xml:space="preserve">[08:36] </w:t>
      </w:r>
      <w:r>
        <w:t>is creation plan of kya hai,</w:t>
      </w:r>
    </w:p>
    <w:p>
      <w:pPr>
        <w:jc w:val="right"/>
      </w:pPr>
      <w:r>
        <w:t>اس کریشن پلان آف کیا ہے،</w:t>
      </w:r>
    </w:p>
    <w:p>
      <w:r>
        <w:rPr>
          <w:b/>
        </w:rPr>
        <w:t xml:space="preserve">[08:38] </w:t>
      </w:r>
      <w:r>
        <w:t>woh kyun paida kiya insaan ko is ne. is kitaab mein yeh bataya gaya hai ke insaan ko paida kiya Allah taala ne is liye ke is ko Allah ki rehmat mile, is ko jannat mein dakhla mile, woh abdi nematein is ko haasil hon.</w:t>
      </w:r>
    </w:p>
    <w:p>
      <w:pPr>
        <w:jc w:val="right"/>
      </w:pPr>
      <w:r>
        <w:t>وہ کیوں پیدا کیا انسان کو اس نے۔ اس کتاب میں یہ بتایا گیا ہے کہ انسان کو پیدا کیا اللہ تعالیٰ نے اس لیے کہ اس کو اللہ کی رحمت ملے، اس کو جنت میں داخلہ ملے، وہ ابدی نعمتیں اس کو حاصل ہوں۔</w:t>
      </w:r>
    </w:p>
    <w:p>
      <w:r>
        <w:rPr>
          <w:b/>
        </w:rPr>
        <w:t xml:space="preserve">[08:52] </w:t>
      </w:r>
      <w:r>
        <w:t>lekin is duniya mein jo rakha gaya hai, woh test ke liye hai. khalq al maut wal hayat li yuballigakum ayyukum ahsanun amala. to yeh ek testing period hai, ek testing ground hai.</w:t>
      </w:r>
    </w:p>
    <w:p>
      <w:pPr>
        <w:jc w:val="right"/>
      </w:pPr>
      <w:r>
        <w:t>لیکن اس دنیا میں جو رکھا گیا ہے، وہ ٹیسٹ کے لیے ہے۔ خلق الموت والحیات ليبلغكم ايكم ما سنعمل تو یہ ایک ٹیسٹنگ پیریڈ ہے، ایک ٹیسٹنگ گراؤنڈ ہے۔</w:t>
      </w:r>
    </w:p>
    <w:p>
      <w:r>
        <w:rPr>
          <w:b/>
        </w:rPr>
        <w:t xml:space="preserve">[09:05] </w:t>
      </w:r>
      <w:r>
        <w:t>yahan par insaan apne aap ko bata raha hai, apne amal se, apne qaul se ke woh aakhirat mein jab ke faisla hoga afraad ka aur qaumon ka, to Allah ki meezan mein is ka darja kya qarar payega.</w:t>
      </w:r>
    </w:p>
    <w:p>
      <w:pPr>
        <w:jc w:val="right"/>
      </w:pPr>
      <w:r>
        <w:t>یہاں پر انسان اپنے آپ کو بتا رہا ہے، اپنے عمل سے، اپنے قول سے کہ وہ آخرت میں جب کہ فیصلہ ہوگا افراد کا اور قوموں کا، تو اللہ کی میزان میں اس کا درجہ کیا قرار پائے گا۔</w:t>
      </w:r>
    </w:p>
    <w:p>
      <w:r>
        <w:rPr>
          <w:b/>
        </w:rPr>
        <w:t xml:space="preserve">[09:22] </w:t>
      </w:r>
      <w:r>
        <w:t>yeh insaan ko maloom nahi tha ke yeh duniya ek testing ground hai.</w:t>
      </w:r>
    </w:p>
    <w:p>
      <w:pPr>
        <w:jc w:val="right"/>
      </w:pPr>
      <w:r>
        <w:t>یہ انسان کو معلوم نہیں تھا کہ یہ دنیا ایک ٹیسٹنگ گراؤنڈ ہے۔</w:t>
      </w:r>
    </w:p>
    <w:p>
      <w:r>
        <w:rPr>
          <w:b/>
        </w:rPr>
        <w:t xml:space="preserve">[09:28] </w:t>
      </w:r>
      <w:r>
        <w:t>dekhen, is duniya ke bare mein ek bohat bada sawal hai logon ko ke duniya mein kyun aisa hai ke insaan ki desire fulfill nahi hoti.</w:t>
      </w:r>
    </w:p>
    <w:p>
      <w:pPr>
        <w:jc w:val="right"/>
      </w:pPr>
      <w:r>
        <w:t>دیکھیں، اس دنیا کے بارے میں ایک بہت بڑا سوال یہ ہے لوگوں کو کہ دنیا میں کیوں ایسا ہے کہ انسان کی ڈیزائر فلفل نہیں ہوتی۔</w:t>
      </w:r>
    </w:p>
    <w:p>
      <w:r>
        <w:rPr>
          <w:b/>
        </w:rPr>
        <w:t xml:space="preserve">[09:39] </w:t>
      </w:r>
      <w:r>
        <w:t>aap jante hain ke insaan paida hota hai, bohat se desire ke saath, bohat si aspirations hoti hain is ki, bohat si tamannayein hoti hain. lekin har insaan is tarah duniya se chala jata hai ke is ki tamannayein poori nahi hoti</w:t>
      </w:r>
    </w:p>
    <w:p>
      <w:pPr>
        <w:jc w:val="right"/>
      </w:pPr>
      <w:r>
        <w:t>آپ جانتے ہیں کہ انسان پیدا ہوتا ہے، بہت سے ڈیزائر کے ساتھ، بہت سی ایسپیرینس ہوتی ہے اس کی، بہت سی تمنائیں ہوتی ہیں۔ لیکن ہر انسان اس طرح دنیا سے چلا جاتا ہے کہ اس کی تمنائیں پوری نہیں ہوتی</w:t>
      </w:r>
    </w:p>
    <w:p>
      <w:r>
        <w:rPr>
          <w:b/>
        </w:rPr>
        <w:t xml:space="preserve">[09:52] </w:t>
      </w:r>
      <w:r>
        <w:t>. abhi aap ne akhbar mein dekha hoga ke ek ek America ka ek bohat bada daulat, daulat mand aadmi, jo jis ke paas 800 million dollar ka asal tha, 800 million dollar, is ne suicide kar liya.</w:t>
      </w:r>
    </w:p>
    <w:p>
      <w:pPr>
        <w:jc w:val="right"/>
      </w:pPr>
      <w:r>
        <w:t>۔ ابھی آپ نے اخبار میں دیکھا ہوگا کہ ایک ایک امریکہ کا ایک بہت بڑا دولت، دولت مند آدمی، جو جس کے پاس 800 ملین ڈالر کا اصل تھا، 800 ملین ڈالر، اس نے سوسائیڈ کر لیا۔</w:t>
      </w:r>
    </w:p>
    <w:p>
      <w:r>
        <w:rPr>
          <w:b/>
        </w:rPr>
        <w:t xml:space="preserve">[10:10] </w:t>
      </w:r>
      <w:r>
        <w:t>kyun ke is ki suicide karne ki wajah kya thi?</w:t>
      </w:r>
    </w:p>
    <w:p>
      <w:pPr>
        <w:jc w:val="right"/>
      </w:pPr>
      <w:r>
        <w:t>کیونکہ اس کی سوسائیڈ کرنے کی وجہ کیا تھی؟</w:t>
      </w:r>
    </w:p>
    <w:p>
      <w:r>
        <w:rPr>
          <w:b/>
        </w:rPr>
        <w:t xml:space="preserve">[10:15] </w:t>
      </w:r>
      <w:r>
        <w:t>is ki umar 80 saal ho chuki thi, aur is ke baad is ko heart attack hua, bimariyan huin, aur phir aur is ko pareshaniyan huin. to is is ki samajh nahi aati ke yeh 100 million dollar mein kya karoon?</w:t>
      </w:r>
    </w:p>
    <w:p>
      <w:pPr>
        <w:jc w:val="right"/>
      </w:pPr>
      <w:r>
        <w:t>اس کی عمر 80 سال ہو چکی تھی، اور اس کے بعد اس کو ہارٹ اٹیک ہوا، بیماریاں ہوئیں، اور پھر اور اس کو پریشانیاں ہوئیں۔ تو اس اس کی سمجھ نہیں آتی کہ یہ 100 ملین ڈالر میں کیا کروں؟</w:t>
      </w:r>
    </w:p>
    <w:p>
      <w:r>
        <w:rPr>
          <w:b/>
        </w:rPr>
        <w:t xml:space="preserve">[10:26] </w:t>
      </w:r>
      <w:r>
        <w:t>kyun ke meri jo tamanna thi ke mujhe fulfillment mile, mujhe achi sehat wali zindagi mile, woh sab kuch mil nahi raha hai. to Quran yeh batata hai ke is duniya mein yeh sab cheez tum nahi paoge, woh to aakhirat mein milegi, jannat mein milegi.</w:t>
      </w:r>
    </w:p>
    <w:p>
      <w:pPr>
        <w:jc w:val="right"/>
      </w:pPr>
      <w:r>
        <w:t>کیونکہ میری جو تمنا تھی کہ مجھے فلفلمنٹ ملے، مجھے اچھی صحت والی زندگی ملے، وہ سب کچھ مل نہیں رہا ہے۔ تو قرآن یہ بتاتا ہے کہ اس دنیا میں یہ سب چیز تم نہیں پاؤ گے، وہ تو آخرت میں ملے گی، جنت میں ملے گی۔</w:t>
      </w:r>
    </w:p>
    <w:p>
      <w:r>
        <w:rPr>
          <w:b/>
        </w:rPr>
        <w:t xml:space="preserve">[10:42] </w:t>
      </w:r>
      <w:r>
        <w:t>to</w:t>
      </w:r>
    </w:p>
    <w:p>
      <w:pPr>
        <w:jc w:val="right"/>
      </w:pPr>
      <w:r>
        <w:t>تو</w:t>
      </w:r>
    </w:p>
    <w:p>
      <w:r>
        <w:rPr>
          <w:b/>
        </w:rPr>
        <w:t xml:space="preserve">[10:43] </w:t>
      </w:r>
      <w:r>
        <w:t>Allah taala ne jannat ko goya insaan ke liye habitat ke taur par paida kiya. yeh duniya testing ground hai, asal jagah jahan ke humein hamari aspirations, hamari tamannayein, hamari desires poori hon, hum ko fulfillment mile, woh sirf jannat hai, aakhirat hai.</w:t>
      </w:r>
    </w:p>
    <w:p>
      <w:pPr>
        <w:jc w:val="right"/>
      </w:pPr>
      <w:r>
        <w:t>اللہ تعالیٰ نے جنت کو گویا انسان کے لیے ہیبیٹاٹ کے طور پر پیدا کیا۔ یہ دنیا ٹیسٹنگ گراؤنڈ ہے، اصل جگہ جہاں کہ ہمیں ہماری ایسپیرینس، ہماری تمنائیں، ہماری ڈیزائر پوری ہوں، ہم کو فلفلمنٹ ملے، وہ صرف جنت ہے، آخرت ہے۔</w:t>
      </w:r>
    </w:p>
    <w:p>
      <w:r>
        <w:rPr>
          <w:b/>
        </w:rPr>
        <w:t xml:space="preserve">[10:58] </w:t>
      </w:r>
      <w:r>
        <w:t>yeh insaan ko pata nahi tha. isi liye log suicide karte rahe, isi liye log frustration jeete rahe.</w:t>
      </w:r>
    </w:p>
    <w:p>
      <w:pPr>
        <w:jc w:val="right"/>
      </w:pPr>
      <w:r>
        <w:t>یہ انسان کو پتہ نہیں تھا۔ اسی لیے لوگ سوسائیڈ کرتے رہے، اسی لیے لوگ فرسٹ ایسیم جیتے رہے۔</w:t>
      </w:r>
    </w:p>
    <w:p>
      <w:r>
        <w:rPr>
          <w:b/>
        </w:rPr>
        <w:t xml:space="preserve">[11:06] </w:t>
      </w:r>
      <w:r>
        <w:t>main ne ek baat to internet par nikala ke duniya mein jo top ke jo jo jo kaha tha, super savers, super savers jab mare to kis haal mein mare?</w:t>
      </w:r>
    </w:p>
    <w:p>
      <w:pPr>
        <w:jc w:val="right"/>
      </w:pPr>
      <w:r>
        <w:t>میں نے ایک بات تو انٹرنیٹ پر نکالا کہ دنیا میں جو ٹاپ کے جو جو جو کہا تھا، سپر سیورز، سپر سیورز جب مرے تو کس حال میں مرے؟</w:t>
      </w:r>
    </w:p>
    <w:p>
      <w:r>
        <w:rPr>
          <w:b/>
        </w:rPr>
        <w:t xml:space="preserve">[11:16] </w:t>
      </w:r>
      <w:r>
        <w:t>woh un ki final jo days the, woh kaise the un ke? to 402, yaani 402 aadmiyon ka jo jo bohat hi super achievers ka darja mila, un ko sab ke sab mile despair mein, frustration mein.</w:t>
      </w:r>
    </w:p>
    <w:p>
      <w:pPr>
        <w:jc w:val="right"/>
      </w:pPr>
      <w:r>
        <w:t>وہ ان کی فائنل جو ڈیز تھے، وہ کیسے تھے ان کے؟ تو 402، یعنی 402 آدمیوں کا جو جو بہت ہی سپر اچیورز کا درجہ ملا، ان کو سب کے سب ملے ڈسپیئر میں، فرسٹریشن میں۔</w:t>
      </w:r>
    </w:p>
    <w:p>
      <w:r>
        <w:rPr>
          <w:b/>
        </w:rPr>
        <w:t xml:space="preserve">[11:34] </w:t>
      </w:r>
      <w:r>
        <w:t>kyun ke unhone chaha chaha tha, woh mila nahi, woh fulfillment haasil nahi hua un ko. to Quran yeh batata hai ke fulfillment ki jagah to aakhirat hai, woh to jannat hai, woh to paradise hai.</w:t>
      </w:r>
    </w:p>
    <w:p>
      <w:pPr>
        <w:jc w:val="right"/>
      </w:pPr>
      <w:r>
        <w:t>کیونکہ انہوں نے چاہا چاہا تھا، وہ ملا نہیں، وہ فلفلمنٹ حاصل نہیں ہوا ان کو۔ تو قرآن یہ بتاتا ہے کہ فلفلمنٹ کی جگہ تو آخرت ہے، وہ تو جنت ہے، وہ تو پارادائز ہے۔</w:t>
      </w:r>
    </w:p>
    <w:p>
      <w:r>
        <w:rPr>
          <w:b/>
        </w:rPr>
        <w:t xml:space="preserve">[11:46] </w:t>
      </w:r>
      <w:r>
        <w:t>yeh baat insaan ko maloom nahi thi. yeh sirf Rasool Allah sallallahu alaihi wasallam ke zariye aur Quran ke zariye insaan ko batai Allah taala ne. phir dekhiye, ek bohat bada masla hai ke insaan ek role, ek role model chah</w:t>
      </w:r>
    </w:p>
    <w:p>
      <w:pPr>
        <w:jc w:val="right"/>
      </w:pPr>
      <w:r>
        <w:t>یہ بات انسان کو معلوم نہیں تھی۔ یہ صرف رسول اللہ صلی اللہ علیہ وسلم کے ذریعے اور قرآن کے ذریعے انسان کو بتائی اللہ تعالیٰ نے۔ پھر دیکھیے، ایک بہت بڑا مسئلہ ہے کہ انسان ایک رول، ایک رول ماڈل چاہ</w:t>
      </w:r>
    </w:p>
    <w:p>
      <w:r>
        <w:rPr>
          <w:b/>
        </w:rPr>
        <w:t xml:space="preserve">[12:01] </w:t>
      </w:r>
      <w:r>
        <w:t>ta hai. hum bohat si achi achi baatein jante hain, lekin in achi baaton ko kisi ne practice kiya ho, uski hesiyat aik role model ki ho, woh kaun hai?</w:t>
      </w:r>
    </w:p>
    <w:p>
      <w:pPr>
        <w:jc w:val="right"/>
      </w:pPr>
      <w:r>
        <w:t>تا ہے۔ ہم بہت سی اچھی اچھی باتیں جانتے ہیں، لیکن ان اچھی باتوں کو کسی نے پریکٹس کیا ہو، اس کی حیثیت ایک رول ماڈل کی ہو، وہ کون ہے؟</w:t>
      </w:r>
    </w:p>
    <w:p>
      <w:r>
        <w:rPr>
          <w:b/>
        </w:rPr>
        <w:t xml:space="preserve">[12:13] </w:t>
      </w:r>
      <w:r>
        <w:t>jo poori history mein aik hi role model hai, woh Rasool Allah Sal Allahu Alaihi Wasallam ka ka wajood hai. koi insaan doosri duniya mein aisa nahi hai jis ko log pesh kar sakein ke uski zindagi mein dekh lo tum sachai kya hai, imandari kya hai,</w:t>
      </w:r>
    </w:p>
    <w:p>
      <w:pPr>
        <w:jc w:val="right"/>
      </w:pPr>
      <w:r>
        <w:t>جو پوری ہسٹری میں ایک ہی رول ماڈل ہے، وہ رسول اللہ صلی اللہ علیہ وسلم کا کا وجود ہے۔ کوئی انسان دوسری دنیا میں ایسا نہیں ہے جس کو لوگ پیش کر سکیں کہ اس کی زندگی میں دیکھ لو تم سچائی کیا ہے، ایمانداری کیا ہے،</w:t>
      </w:r>
    </w:p>
    <w:p>
      <w:r>
        <w:rPr>
          <w:b/>
        </w:rPr>
        <w:t xml:space="preserve">[12:29] </w:t>
      </w:r>
      <w:r>
        <w:t>aur achi tarah logon se deal karna kya hai, aur in justice kya hai. in sab baaton ko janne ke liye agar aap chahein ke koi aik personality ho, aik koi insaan ho jo aik role model ki hesiyat hesiyat rakhta ho, to woh koi koi bhi nahi siwaye Rasool Allah Sal Allahu Alaihi Wasallam ke.</w:t>
      </w:r>
    </w:p>
    <w:p>
      <w:pPr>
        <w:jc w:val="right"/>
      </w:pPr>
      <w:r>
        <w:t>اور اچھی طرح لوگوں سے ڈیل کرنا کیا ہے، اور ان جسٹس کیا ہے۔ ان سب باتوں کو جاننے کے لیے اگر آپ چاہیں کہ کوئی ایک پرسنیلٹی ہو، ایک کوئی انسان ہو جو ایک رول ماڈل کی حیثیت حیثیت رکھتا ہو، تو وہ کوئی کوئی بھی نہیں سوائے رسول اللہ صلی اللہ علیہ وسلم کے۔</w:t>
      </w:r>
    </w:p>
    <w:p>
      <w:r>
        <w:rPr>
          <w:b/>
        </w:rPr>
        <w:t xml:space="preserve">[12:51] </w:t>
      </w:r>
      <w:r>
        <w:t>aik hi insaan hai.</w:t>
      </w:r>
    </w:p>
    <w:p>
      <w:pPr>
        <w:jc w:val="right"/>
      </w:pPr>
      <w:r>
        <w:t>ایک ہی انسان ہے۔</w:t>
      </w:r>
    </w:p>
    <w:p>
      <w:r>
        <w:rPr>
          <w:b/>
        </w:rPr>
        <w:t xml:space="preserve">[12:54] </w:t>
      </w:r>
      <w:r>
        <w:t>to yeh Rasool Allah Sal Allahu Alaihi Wasallam ke bare mein jo alfaaz aaye hain ke hum ne Allah ne farmaya ke hum ne un ko dunya ki rehmat bana kar bheja, blessing bana kar bheja, to woh koi mysterious baat nahi hai.</w:t>
      </w:r>
    </w:p>
    <w:p>
      <w:pPr>
        <w:jc w:val="right"/>
      </w:pPr>
      <w:r>
        <w:t>تو یہ رسول اللہ صلی اللہ علیہ وسلم کے بارے میں جو الفاظ آئے ہیں کہ ہم نے اللہ نے فرمایا کہ ہم نے ان کو دنیا کی رحمت بنا کر بھیجا، بلیسنگ بنا کر بھیجا، تو وہ کوئی مسٹیریس بات نہیں ہے۔</w:t>
      </w:r>
    </w:p>
    <w:p>
      <w:r>
        <w:rPr>
          <w:b/>
        </w:rPr>
        <w:t xml:space="preserve">[13:08] </w:t>
      </w:r>
      <w:r>
        <w:t>iska matlab yeh hai ke aap ke zariye se dunya ko Allah ki guide book mili, aap ke zariye se dunya ko Allah ki mehfooz kitaab mili, aap ke zariye se insaan ko yeh maloom hua ke dunya mein kyun paida kiya insaan ko, kya purpose hai life ka</w:t>
      </w:r>
    </w:p>
    <w:p>
      <w:pPr>
        <w:jc w:val="right"/>
      </w:pPr>
      <w:r>
        <w:t>اس کا مطلب یہ ہے کہ آپ کے ذریعے سے دنیا کو اللہ کی گائیڈ بک ملی، آپ کے ذریعے سے دنیا کو اللہ کی محفوظ کتاب ملی، آپ کے ذریعے سے انسان کو یہ معلوم ہوا کہ دنیا میں کیوں پیدا کیا انسان کو، کیا پرپس ہے لائف کا</w:t>
      </w:r>
    </w:p>
    <w:p>
      <w:r>
        <w:rPr>
          <w:b/>
        </w:rPr>
        <w:t xml:space="preserve">[13:24] </w:t>
      </w:r>
      <w:r>
        <w:t>, hum kyun paida hote hain, kyun mar jaate hain. aap jante hain ke Quran mein hai ke kal nafsun za'iqatul maut yeh poori tareekh ke bare mein aik ajeeb o ghareeb tabsarah hai ke har insaan jo paida hota hai, woh zaroor marna hai.</w:t>
      </w:r>
    </w:p>
    <w:p>
      <w:pPr>
        <w:jc w:val="right"/>
      </w:pPr>
      <w:r>
        <w:t>، ہم کیوں پیدا ہوتے ہیں، کیوں مر جاتے ہیں۔ آپ جانتے ہیں کہ قرآن میں ہے کہ کل نفس ذائقۃ الموت یہ پوری تاریخ کے بارے میں ایک عجیب و غریب تبصرہ ہے کہ ہر انسان جو پیدا ہوتا ہے، وہ ضرور مرنا ہے۔</w:t>
      </w:r>
    </w:p>
    <w:p>
      <w:r>
        <w:rPr>
          <w:b/>
        </w:rPr>
        <w:t xml:space="preserve">[13:39] </w:t>
      </w:r>
      <w:r>
        <w:t>isko chahe woh badshah ho, chahe bohat bara daulatmand ho, chahe woh koi bhi ho, sab ko behal maut aati hai.</w:t>
      </w:r>
    </w:p>
    <w:p>
      <w:pPr>
        <w:jc w:val="right"/>
      </w:pPr>
      <w:r>
        <w:t>اس کو چاہے وہ بادشاہ ہو، چاہے بہت بڑا دولت مند ہو، چاہے وہ کوئی بھی ہو، سب کو بہرحال موت آتی ہے۔</w:t>
      </w:r>
    </w:p>
    <w:p>
      <w:r>
        <w:rPr>
          <w:b/>
        </w:rPr>
        <w:t xml:space="preserve">[13:50] </w:t>
      </w:r>
      <w:r>
        <w:t>koi 70 saal bhi jeeta, koi 80 saal, koi 90 saal, bas. aur abhi mein ne parha aik aik article mein to maloom hua ke average life hai insaan ki, woh 60 years hai, yani samajh lein ke taqreeban 70 saal average life.</w:t>
      </w:r>
    </w:p>
    <w:p>
      <w:pPr>
        <w:jc w:val="right"/>
      </w:pPr>
      <w:r>
        <w:t>کوئی 70 سال بھی جیتا، کوئی 80 سال، کوئی 90 سال، بس۔ اور ابھی میں نے پڑھا ایک ایک آرٹیکل میں تو معلوم ہوا کہ ایوریج لو لائف ہے انسان کی، وہ 60 ایئرز ہے، یعنی سمجھ لیں کہ تقریباً 70 سال ایوریج لائف۔</w:t>
      </w:r>
    </w:p>
    <w:p>
      <w:r>
        <w:rPr>
          <w:b/>
        </w:rPr>
        <w:t xml:space="preserve">[14:07] </w:t>
      </w:r>
      <w:r>
        <w:t>to 70 saal mein insaan mar jata hai. kaisi ajeeb baat hai! har aadmi chahta hai jeena, har aadmi chahta hai ke mujhe eternal life mile, har aadmi chahta hai ke mujhe kabhi maut na</w:t>
      </w:r>
    </w:p>
    <w:p>
      <w:pPr>
        <w:jc w:val="right"/>
      </w:pPr>
      <w:r>
        <w:t>تو 70 سال میں انسان مر جاتا ہے۔ کیسی عجیب بات ہے! ہر آدمی چاہتا ہے جینا، ہر آدمی چاہتا ہے کہ مجھے ایٹرنل لائف ملے، ہر آدمی چاہتا ہے کہ مجھے کبھی موت نہ</w:t>
      </w:r>
    </w:p>
    <w:p>
      <w:r>
        <w:rPr>
          <w:b/>
        </w:rPr>
        <w:t xml:space="preserve">[14:20] </w:t>
      </w:r>
      <w:r>
        <w:t>aaye, mujhe accident na ho, mujhe barhapa na aaye. har aadmi yeh chahta hai, lekin milti nahi kisi ko. to insaan ko iska jawab nahi maloom tha ke aisa kyun hai, aisa kyun hai.</w:t>
      </w:r>
    </w:p>
    <w:p>
      <w:pPr>
        <w:jc w:val="right"/>
      </w:pPr>
      <w:r>
        <w:t>آئے، مجھے ایکسیڈنٹ نہ ہو، مجھے بڑھاپا نہ آئے۔ ہر آدمی یہ چاہتا ہے، لیکن ملتی نہیں کسی کو۔ تو انسان کو اس کا جواب نہیں معلوم تھا کہ ایسا کیوں ہے، ایسا کیوں ہے۔</w:t>
      </w:r>
    </w:p>
    <w:p>
      <w:r>
        <w:rPr>
          <w:b/>
        </w:rPr>
        <w:t xml:space="preserve">[14:32] </w:t>
      </w:r>
      <w:r>
        <w:t>to pehli baar Quran ke zariye se Allah Ta'ala ne bataya ke ya is is liye ke yahi Allah Ta'ala ka naqsha hai, jo Allah Ta'ala ki jo scheme of things hai, uske mutabiq yahi hona hi hona.</w:t>
      </w:r>
    </w:p>
    <w:p>
      <w:pPr>
        <w:jc w:val="right"/>
      </w:pPr>
      <w:r>
        <w:t>تو پہلی بار قرآن کے ذریعے سے اللہ تعالیٰ نے بتایا کہ یا اس اس لیے کہ یہی اللہ تعالیٰ کا نقشہ ہے، جو اللہ تعالیٰ کی جو اسکیم آف تھنگز ہے، اس کے مطابق یہی ہونا ہی ہونا۔</w:t>
      </w:r>
    </w:p>
    <w:p>
      <w:r>
        <w:rPr>
          <w:b/>
        </w:rPr>
        <w:t xml:space="preserve">[14:43] </w:t>
      </w:r>
      <w:r>
        <w:t>kyun ke yeh dunya jo hai, mustaqil taur par nahi banayi gayi insaan ko rehne ke liye,</w:t>
      </w:r>
    </w:p>
    <w:p>
      <w:pPr>
        <w:jc w:val="right"/>
      </w:pPr>
      <w:r>
        <w:t>کیونکہ یہ دنیا جو ہے، مستقل طور پر نہیں بنائی گئی انسان کو رہنے کے لیے،</w:t>
      </w:r>
    </w:p>
    <w:p>
      <w:r>
        <w:rPr>
          <w:b/>
        </w:rPr>
        <w:t xml:space="preserve">[14:49] </w:t>
      </w:r>
      <w:r>
        <w:t>yeh to aik temporary period ke liye hai, yeh testing ground hai, darul imtihan hai. yeh yani yahan par Allah Ta'ala ka aik nizam hai, farishton ke zariye se har insaan ke qaul ko, amal ko, uske mamlaat ko, har cheez ko dekha ja raha hai, record ho raha hai.</w:t>
      </w:r>
    </w:p>
    <w:p>
      <w:pPr>
        <w:jc w:val="right"/>
      </w:pPr>
      <w:r>
        <w:t>یہ تو ایک ٹیمپریری پیریڈ کے لیے ہے، یہ ٹیسٹنگ گراؤنڈ ہے، دارالامتحان ہے۔ یہ یعنی یہاں پر اللہ تعالیٰ کا ایک نظام ہے، فرشتوں کے ذریعے سے ہر انسان کے قول کو، عمل کو، اس کے معاملات کو، ہر چیز کو دیکھا جا رہا ہے، ریکارڈ ہو رہا ہے۔</w:t>
      </w:r>
    </w:p>
    <w:p>
      <w:r>
        <w:rPr>
          <w:b/>
        </w:rPr>
        <w:t xml:space="preserve">[15:07] </w:t>
      </w:r>
      <w:r>
        <w:t>wa yalfaẓu min qawlin illa raqibun 'azim to har insaan ke record ke mutabiq kya hoga? aakhirat mein faisla hoga,</w:t>
      </w:r>
    </w:p>
    <w:p>
      <w:pPr>
        <w:jc w:val="right"/>
      </w:pPr>
      <w:r>
        <w:t>وما يلفظ من قول الا رقیب عظیم تو ہر انسان کے ریکارڈ کے مطابق کیا ہوگا؟ آخرت میں فیصلہ ہوگا،</w:t>
      </w:r>
    </w:p>
    <w:p>
      <w:r>
        <w:rPr>
          <w:b/>
        </w:rPr>
        <w:t xml:space="preserve">[15:18] </w:t>
      </w:r>
      <w:r>
        <w:t>aur uske baad jo jiska record bura hoga, woh jahannum mein jayega, jiska acha hoga, woh jannat mein jayega.</w:t>
      </w:r>
    </w:p>
    <w:p>
      <w:pPr>
        <w:jc w:val="right"/>
      </w:pPr>
      <w:r>
        <w:t>اور اس کے بعد جو جس کا ریکارڈ برا ہوگا، وہ جہنم میں جائے گا، جس کا اچھا ہوگا، وہ جنت میں جائے گا۔</w:t>
      </w:r>
    </w:p>
    <w:p>
      <w:r>
        <w:rPr>
          <w:b/>
        </w:rPr>
        <w:t xml:space="preserve">[15:27] </w:t>
      </w:r>
      <w:r>
        <w:t>qad aflaha man zakā wa qad khaba man dassā to yeh baat insaan ko maloom nahi thi. koi kitaab aisi nahi thi dunya mein jis mein parh kar aadmi jaan sake ke Allah creator ka mansooba takhleeq kya hai,</w:t>
      </w:r>
    </w:p>
    <w:p>
      <w:pPr>
        <w:jc w:val="right"/>
      </w:pPr>
      <w:r>
        <w:t>قدف لها من زکا وقد خاب من دسا تو یہ بات انسان کو معلوم نہیں تھی۔ کوئی کتاب ایسی نہیں تھی دنیا میں جس میں پڑھ کر آدمی جان سکے کہ اللہ کریٹر کا منصوبہ تخلیق کیا ہے،</w:t>
      </w:r>
    </w:p>
    <w:p>
      <w:r>
        <w:rPr>
          <w:b/>
        </w:rPr>
        <w:t xml:space="preserve">[15:43] </w:t>
      </w:r>
      <w:r>
        <w:t>creator ne kyun mujhe paida kiya hai.</w:t>
      </w:r>
    </w:p>
    <w:p>
      <w:pPr>
        <w:jc w:val="right"/>
      </w:pPr>
      <w:r>
        <w:t>کریٹر نے کیوں مجھے پیدا کیا ہے۔</w:t>
      </w:r>
    </w:p>
    <w:p>
      <w:r>
        <w:rPr>
          <w:b/>
        </w:rPr>
        <w:t xml:space="preserve">[15:45] </w:t>
      </w:r>
      <w:r>
        <w:t>kyun ke aap jante hain ke hum mein se koi shakhs apne aap to paida nahi hota, koi paida karne wala hai jis ne hamein paida kiya hai. to kisi paida karne wale ke zariye se hum dunya mein wajood mein aate hain.</w:t>
      </w:r>
    </w:p>
    <w:p>
      <w:pPr>
        <w:jc w:val="right"/>
      </w:pPr>
      <w:r>
        <w:t>کیونکہ آپ جانتے ہیں کہ ہم میں سے کوئی شخص اپنے آپ تو پیدا نہیں ہوتا، کوئی پیدا کرنے والا ہے جس نے ہمیں پیدا کیا ہے۔ تو کسی پیدا کرنے والے کے ذریعے سے ہم دنیا میں وجود میں آتے ہیں۔</w:t>
      </w:r>
    </w:p>
    <w:p>
      <w:r>
        <w:rPr>
          <w:b/>
        </w:rPr>
        <w:t xml:space="preserve">[15:56] </w:t>
      </w:r>
      <w:r>
        <w:t>to is paida karne wale ka mansha kya hai? kyun yahan rakha hai? to saare philosophers aur saare jo thinkers hain, woh is par hairaan the ke insaan jo aata hai aur 70 saal mein mar jata hai, aur uski tamannayein poori nahi hoti, uski desires poori nahi hoti, fulfillment usko hasil nahi hota.</w:t>
      </w:r>
    </w:p>
    <w:p>
      <w:pPr>
        <w:jc w:val="right"/>
      </w:pPr>
      <w:r>
        <w:t>تو اس پیدا کرنے والے کا منشا کیا ہے؟ کیوں یہاں رکھا ہے؟ تو سارے فلاسفرز اور سارے جو تھنکرز ہیں، وہ اس پر حیران تھے کہ انسان جو آتا ہے اور 70 سال میں مر جاتا ہے، اور اس کی تمنائیں پوری نہیں ہوتی، اس کی ڈیزائر پوری نہیں ہوتی، فلفلمنٹ اس کو حاصل نہیں ہوتا۔</w:t>
      </w:r>
    </w:p>
    <w:p>
      <w:r>
        <w:rPr>
          <w:b/>
        </w:rPr>
        <w:t xml:space="preserve">[16:14] </w:t>
      </w:r>
      <w:r>
        <w:t>to</w:t>
      </w:r>
    </w:p>
    <w:p>
      <w:pPr>
        <w:jc w:val="right"/>
      </w:pPr>
      <w:r>
        <w:t>تو</w:t>
      </w:r>
    </w:p>
    <w:p>
      <w:r>
        <w:rPr>
          <w:b/>
        </w:rPr>
        <w:t xml:space="preserve">[16:15] </w:t>
      </w:r>
      <w:r>
        <w:t>kya maqsad hai insaan ka? to Rasool Allah Sal Allahu Alaihi Wasallam ke zariye se, Quran ke zariye se insaan ko bataya gaya ke insaan paidaishi taur par eternal being hai, yani hum ko paida kiya Allah Ta'ala ne, to ab hamein hamesha ke liye zindagi de di.</w:t>
      </w:r>
    </w:p>
    <w:p>
      <w:pPr>
        <w:jc w:val="right"/>
      </w:pPr>
      <w:r>
        <w:t>کیا مقصد ہے انسان کا؟ تو رسول اللہ صلی اللہ علیہ وسلم کے ذریعے سے، قرآن کے ذریعے سے انسان کو بتایا گیا کہ انسان پیدائشی طور پر ایٹرنل بینگ ہے، یعنی ہم کو پیدا کیا اللہ تعالیٰ نے، تو اب ہمیں ہمیشہ کے لیے زندگی دے دی۔</w:t>
      </w:r>
    </w:p>
    <w:p>
      <w:r>
        <w:rPr>
          <w:b/>
        </w:rPr>
        <w:t xml:space="preserve">[16:30] </w:t>
      </w:r>
      <w:r>
        <w:t>lekin jannat mein dakhle ka jo mamla hai, woh jannat mein dakhle ka marhala hoga, test par hoga.</w:t>
      </w:r>
    </w:p>
    <w:p>
      <w:pPr>
        <w:jc w:val="right"/>
      </w:pPr>
      <w:r>
        <w:t>لیکن جنت میں داخلے کا جو معاملہ ہے، وہ جنت میں داخلے کا مرحلہ ہوگا، ٹیسٹ پر ہوگا۔</w:t>
      </w:r>
    </w:p>
    <w:p>
      <w:r>
        <w:rPr>
          <w:b/>
        </w:rPr>
        <w:t xml:space="preserve">[16:39] </w:t>
      </w:r>
      <w:r>
        <w:t>yahan mein aik baat aur arz karoon ke Allah Ta'ala ne insaan ko jab paida kiya to aap jante hain ke jannat mein rakha.</w:t>
      </w:r>
    </w:p>
    <w:p>
      <w:pPr>
        <w:jc w:val="right"/>
      </w:pPr>
      <w:r>
        <w:t>یہاں میں ایک بات اور عرض کروں کہ اللہ تعالیٰ نے انسان کو جب پیدا کیا تو آپ جانتے ہیں کہ جنت میں رکھا۔</w:t>
      </w:r>
    </w:p>
    <w:p>
      <w:r>
        <w:rPr>
          <w:b/>
        </w:rPr>
        <w:t xml:space="preserve">[16:48] </w:t>
      </w:r>
      <w:r>
        <w:t>pehley Quran mein aap parhte hain is cheez ko, lekin aik shart thi wahan par Hazrat Ibrahim Adam ko Allah Ta'ala ne farmaya tha ke Hazrat Adam ko, unke ahle, unki ahliya Hawa ko la taqrabu hathihi ash-shajarah wahan par aik forbidden tree tha,</w:t>
      </w:r>
    </w:p>
    <w:p>
      <w:pPr>
        <w:jc w:val="right"/>
      </w:pPr>
      <w:r>
        <w:t>پہلے قرآن میں آپ پڑھتے ہیں اس چیز کو، لیکن ایک شرط تھی وہاں پر حضرت ابراہیم آدم کو اللہ تعالیٰ نے فرمایا تھا کہ حضرت آدم کو، ان کے اہل، ان کی اہلیہ حوا کو لا تقربوا هذه الشجرہ وہاں پر ایک فابڈ ٹری تھا،</w:t>
      </w:r>
    </w:p>
    <w:p>
      <w:r>
        <w:rPr>
          <w:b/>
        </w:rPr>
        <w:t xml:space="preserve">[17:07] </w:t>
      </w:r>
      <w:r>
        <w:t>ek shajra mamnooa tha ke is ke paas na jao, is ka phool mat khao. is ka matlab kya tha? is ka matlab yeh tha ke insaan se yeh matloob tha, yaani insaan ko Allah ne poori azaadi di thi,</w:t>
      </w:r>
    </w:p>
    <w:p>
      <w:pPr>
        <w:jc w:val="right"/>
      </w:pPr>
      <w:r>
        <w:t>ایک شجرہ ممنوعہ تھا کہ اس کے پاس نہ جاؤ، اس کا پھل مت کھاؤ۔ اس کا مطلب کیا تھا؟ اس کا مطلب یہ تھا کہ انسان سے یہ مطلوب تھا، یعنی انسان کو اللہ نے پوری آزادی دی تھی،</w:t>
      </w:r>
    </w:p>
    <w:p>
      <w:r>
        <w:rPr>
          <w:b/>
        </w:rPr>
        <w:t xml:space="preserve">[17:21] </w:t>
      </w:r>
      <w:r>
        <w:t>poora freedom of choice diya, is ko mukammal azaadi. lekin yeh kaha ke tum ko apni azaadi ko misuse nahi karna hai, azaadi ko proper tareeqe se istemaal karna hai, isi mein tumhara imtehaan hai.</w:t>
      </w:r>
    </w:p>
    <w:p>
      <w:pPr>
        <w:jc w:val="right"/>
      </w:pPr>
      <w:r>
        <w:t>پورا فریڈم آف چوائس دیا، اس کو مکمل آزادی۔ لیکن یہ کہا کہ تم کو اپنی آزادی کو مس یوز نہیں کرنا ہے، آزادی کو پراپر طریقے سے استعمال کرنا ہے، اسی میں تمہارا امتحان ہے۔</w:t>
      </w:r>
    </w:p>
    <w:p>
      <w:r>
        <w:rPr>
          <w:b/>
        </w:rPr>
        <w:t xml:space="preserve">[17:36] </w:t>
      </w:r>
      <w:r>
        <w:t>to lekin aisa hua ke wahan par Adam ne shajar mamnoo ka phool kha liya, to phir un ko jannat se nikalna pada.</w:t>
      </w:r>
    </w:p>
    <w:p>
      <w:pPr>
        <w:jc w:val="right"/>
      </w:pPr>
      <w:r>
        <w:t>تو لیکن ایسا ہوا کہ وہاں پر آدم نے شجر ممنوع کا پھل کھا لیا، تو پھر ان کو جنت سے نکلنا پڑا۔</w:t>
      </w:r>
    </w:p>
    <w:p>
      <w:r>
        <w:rPr>
          <w:b/>
        </w:rPr>
        <w:t xml:space="preserve">[17:44] </w:t>
      </w:r>
      <w:r>
        <w:t>is ka matlab kya hai? yaani ibtidaai mansoobe ke tehat Allah taala ne insaan ko jannat hi mein dakhil kar diya tha, lekin is ke baad Allah taala ne yeh mansooba banaya ke insaan ko test par rakha jaye, aur jo yeh is test mein sahi sabit ho ke apni mili hui azaadi ko sahi istemaal kare, misuse na kare,</w:t>
      </w:r>
    </w:p>
    <w:p>
      <w:pPr>
        <w:jc w:val="right"/>
      </w:pPr>
      <w:r>
        <w:t>اس کا مطلب کیا ہے؟ یعنی ابتدائی منصوبے کے تحت اللہ تعالیٰ نے انسان کو جنت ہی میں داخل کر دیا تھا، لیکن اس کے بعد اللہ تعالیٰ نے یہ منصوبہ بنایا کہ انسان کو ٹیسٹ پر رکھا جائے، اور جو یہ اس ٹیسٹ میں صحیح ثابت ہو کہ اپنی ملی ہوئی آزادی کو صحیح استعمال کرے، مس یوز نہ کرے،</w:t>
      </w:r>
    </w:p>
    <w:p>
      <w:r>
        <w:rPr>
          <w:b/>
        </w:rPr>
        <w:t xml:space="preserve">[18:08] </w:t>
      </w:r>
      <w:r>
        <w:t>is ke liye jannat ho. is ke liye dunya mein hum ko daal diya gaya hai. to Allah taala ne hum ko ek taraf to dekhiye, hum ko aql di hai, fitrat di hai, samajh di hai, zameer diya hai,</w:t>
      </w:r>
    </w:p>
    <w:p>
      <w:pPr>
        <w:jc w:val="right"/>
      </w:pPr>
      <w:r>
        <w:t>اس کے لیے جنت ہو۔ اس کے لیے دنیا میں ہم کو ڈال دیا گیا ہے۔ تو اللہ تعالیٰ نے ہم کو ایک طرف تو دیکھیے، ہم کو عقل دی ہے، فطرت دی ہے، سمجھ دی ہے، ضمیر دیا ہے،</w:t>
      </w:r>
    </w:p>
    <w:p>
      <w:r>
        <w:rPr>
          <w:b/>
        </w:rPr>
        <w:t xml:space="preserve">[18:23] </w:t>
      </w:r>
      <w:r>
        <w:t>aur kainat mein itni nishaniyan di hain. in saari cheezon ke zariye se aap samajh sakte hain haqeeqaton ko. isi ke saath Allah taala ne payghambar bheje,</w:t>
      </w:r>
    </w:p>
    <w:p>
      <w:pPr>
        <w:jc w:val="right"/>
      </w:pPr>
      <w:r>
        <w:t>اور کائنات میں اتنی نشانیاں دی ہیں۔ ان ساری چیزوں کے ذریعے سے آپ سمجھ سکتے ہیں حقیقتوں کو۔ اسی کے ساتھ اللہ تعالیٰ نے پیغمبر بھیجے،</w:t>
      </w:r>
    </w:p>
    <w:p>
      <w:r>
        <w:rPr>
          <w:b/>
        </w:rPr>
        <w:t xml:space="preserve">[18:33] </w:t>
      </w:r>
      <w:r>
        <w:t>aur payghambaron ke bare mein aata hai ke ثم ارسلنا رسلنا تذرا yaani beshumar payghambar bheje, ek ke baad ek ke baad ek ke baad ek baad.</w:t>
      </w:r>
    </w:p>
    <w:p>
      <w:pPr>
        <w:jc w:val="right"/>
      </w:pPr>
      <w:r>
        <w:t>اور پیغمبروں کے بارے میں آتا ہے کہ ثم ارسلنا رسلنا تذرا یعنی بے شمار پیغمبر بھیجے، ایک کے بعد ایک کے بعد ایک کے بعد ایک بعد۔</w:t>
      </w:r>
    </w:p>
    <w:p>
      <w:r>
        <w:rPr>
          <w:b/>
        </w:rPr>
        <w:t xml:space="preserve">[18:42] </w:t>
      </w:r>
      <w:r>
        <w:t>kyun? mazeed batane ke liye, mazeed ehtimam farmaya Allah taala ne ke insaan ko bata diya jaye payghambaron ke zariye se ke sachai kya hai, kis aitbaar se aakhirat mein un ki pakad hogi, kis aitbaar se unhein wahan jaancha jayega.</w:t>
      </w:r>
    </w:p>
    <w:p>
      <w:pPr>
        <w:jc w:val="right"/>
      </w:pPr>
      <w:r>
        <w:t>کیوں؟ مزید بتانے کے لیے، مزید اہتمام فرمایا اللہ تعالیٰ نے کہ انسان کو بتا دیا جائے پیغمبروں کے ذریعے سے کہ سچائی کیا ہے، کس اعتبار سے آخرت میں ان کی پکڑ ہوگی، کس اعتبار سے انہیں وہاں جانچا جائے گا۔</w:t>
      </w:r>
    </w:p>
    <w:p>
      <w:r>
        <w:rPr>
          <w:b/>
        </w:rPr>
        <w:t xml:space="preserve">[18:58] </w:t>
      </w:r>
      <w:r>
        <w:t>to goya ke jannat mein dakhil ab jo hoga, woh selection ki buniyad par hoga,</w:t>
      </w:r>
    </w:p>
    <w:p>
      <w:pPr>
        <w:jc w:val="right"/>
      </w:pPr>
      <w:r>
        <w:t>تو گویا کہ جنت میں داخل اب جو ہوگا، وہ سلیکشن کی بنیاد پر ہوگا،</w:t>
      </w:r>
    </w:p>
    <w:p>
      <w:r>
        <w:rPr>
          <w:b/>
        </w:rPr>
        <w:t xml:space="preserve">[19:04] </w:t>
      </w:r>
      <w:r>
        <w:t>general buniyad par nahi hoga, selection ki buniyad par. jis ko select kiya jayega, us ko jannat milegi. yeh sab baatein insaan ko maloom nahi theen.</w:t>
      </w:r>
    </w:p>
    <w:p>
      <w:pPr>
        <w:jc w:val="right"/>
      </w:pPr>
      <w:r>
        <w:t>جنرل بنیاد پر نہیں ہوگا، سلیکشن کی بنیاد پر۔ جس کو سلیکٹ کیا جائے گا، اس کو جنت ملے گی۔ یہ سب باتیں انسان کو معلوم نہیں تھیں۔</w:t>
      </w:r>
    </w:p>
    <w:p>
      <w:r>
        <w:rPr>
          <w:b/>
        </w:rPr>
        <w:t xml:space="preserve">[19:15] </w:t>
      </w:r>
      <w:r>
        <w:t>aap Quran mein padh kar jante hain, yeh sab baatein jab padh lete hain aap, lekin aap Quran se bahar dekhiye to kisi ko pata nahi tha, kisi ko pata nahi tha ke kya hai maamla, yaani purpose of life kya hai,</w:t>
      </w:r>
    </w:p>
    <w:p>
      <w:pPr>
        <w:jc w:val="right"/>
      </w:pPr>
      <w:r>
        <w:t>آپ قرآن میں پڑھ کر جانتے ہیں، یہ سب باتیں جب پڑھ لیتے ہیں آپ، لیکن آپ قرآن سے باہر دیکھیے تو کسی کو پتہ نہیں تھا، کسی کو پتہ نہیں تھا کہ کیا ہے معاملہ، یعنی پرپس آف لائف کیا ہے،</w:t>
      </w:r>
    </w:p>
    <w:p>
      <w:r>
        <w:rPr>
          <w:b/>
        </w:rPr>
        <w:t xml:space="preserve">[19:30] </w:t>
      </w:r>
      <w:r>
        <w:t>khaliq ka creation plan kya hai, yeh sab pata nahi tha kisi ko. Quran hi ek aisi kitab hai jis mein yeh baatein batai gayi hain, aur phir Allah ne khusoosi ehtimam kiya ke woh mehfooz ho jaye.</w:t>
      </w:r>
    </w:p>
    <w:p>
      <w:pPr>
        <w:jc w:val="right"/>
      </w:pPr>
      <w:r>
        <w:t>خالق کا کریشن پلان کیا ہے، یہ سب پتہ نہیں تھا کسی کو۔ قرآن ہی ایک ایسی کتاب ہے جس میں یہ باتیں بتائی گئی ہیں، اور پھر اللہ نے خصوصی اہتمام کیا کہ وہ محفوظ ہو جائے۔</w:t>
      </w:r>
    </w:p>
    <w:p>
      <w:r>
        <w:rPr>
          <w:b/>
        </w:rPr>
        <w:t xml:space="preserve">[19:43] </w:t>
      </w:r>
      <w:r>
        <w:t>to Quran hi ek aisi kitab hai, aasmani kitabon mein jo jis ki hesiyat preserve book ki hai,</w:t>
      </w:r>
    </w:p>
    <w:p>
      <w:pPr>
        <w:jc w:val="right"/>
      </w:pPr>
      <w:r>
        <w:t>تو قرآن ہی ایک ایسی کتاب ہے، آسمانی کتابوں میں جو جس کی حیثیت پریزرو بک کی ہے،</w:t>
      </w:r>
    </w:p>
    <w:p>
      <w:r>
        <w:rPr>
          <w:b/>
        </w:rPr>
        <w:t xml:space="preserve">[19:49] </w:t>
      </w:r>
      <w:r>
        <w:t>preserve book ki. main aap ko ek misaal doon, yaani insaan chahta hai, khaliq ki talash karta hai, khaliq kaun hai mera?</w:t>
      </w:r>
    </w:p>
    <w:p>
      <w:pPr>
        <w:jc w:val="right"/>
      </w:pPr>
      <w:r>
        <w:t>پریزرو بک کی۔ میں آپ کو ایک مثال دوں، یعنی انسان چاہتا ہے، خالق کی تلاش کرتا ہے، خالق کون ہے میرا؟</w:t>
      </w:r>
    </w:p>
    <w:p>
      <w:r>
        <w:rPr>
          <w:b/>
        </w:rPr>
        <w:t xml:space="preserve">[20:01] </w:t>
      </w:r>
      <w:r>
        <w:t>khaliq ki talash hai. to aap jante hain ke in, yaani saare log, yaani koi aisa dunya mein nahi hoga jo Khuda ko na maanta ho kisi na</w:t>
      </w:r>
    </w:p>
    <w:p>
      <w:pPr>
        <w:jc w:val="right"/>
      </w:pPr>
      <w:r>
        <w:t>خالق کی تلاش ہے۔ تو آپ جانتے ہیں کہ ان، یعنی سارے لوگ، یعنی کوئی ایسا دنیا میں نہیں ہوگا جو خدا کو نہ مانتا ہو کسی نہ</w:t>
      </w:r>
    </w:p>
    <w:p>
      <w:r>
        <w:rPr>
          <w:b/>
        </w:rPr>
        <w:t xml:space="preserve">[20:12] </w:t>
      </w:r>
      <w:r>
        <w:t>kisi roop mein. lekin masla yeh tha ke Khuda ka koi wazeh concept maujood nahi tha. koi kehta tha Khuda ek hai, koi kehta hai do hai, koi kehta hai teen hai, koi kehta hai ek numerous god hai, koi kehta tha ke Khuda paida kar ke alag ho gaya hai,</w:t>
      </w:r>
    </w:p>
    <w:p>
      <w:pPr>
        <w:jc w:val="right"/>
      </w:pPr>
      <w:r>
        <w:t>کسی روپ میں۔ لیکن مسئلہ یہ تھا کہ خدا کا کوئی واضح کانسیپٹ موجود نہیں تھا۔ کوئی کہتا تھا خدا ایک ہے، کوئی کہتا ہے دو ہے، کوئی کہتا ہے تین ہے، کوئی کہتا ہے ایک نیومرس گاڈ ہے، کوئی کہتا تھا کہ خدا پیدا کر کے الگ ہو گیا ہے،</w:t>
      </w:r>
    </w:p>
    <w:p>
      <w:r>
        <w:rPr>
          <w:b/>
        </w:rPr>
        <w:t xml:space="preserve">[20:30] </w:t>
      </w:r>
      <w:r>
        <w:t>ab dunya apne aap chal rahi hai. yaani tarah tarah ke concepts. to wazeh concept Khuda ka kya hai, yeh insaan ko pata nahi tha.</w:t>
      </w:r>
    </w:p>
    <w:p>
      <w:pPr>
        <w:jc w:val="right"/>
      </w:pPr>
      <w:r>
        <w:t>اب دنیا اپنے آپ چل رہی ہے۔ یعنی طرح طرح کے کانسیپٹ۔ تو واضح کانسیپٹ خدا کا کیا ہے، یہ انسان کو پتہ نہیں تھا۔</w:t>
      </w:r>
    </w:p>
    <w:p>
      <w:r>
        <w:rPr>
          <w:b/>
        </w:rPr>
        <w:t xml:space="preserve">[20:40] </w:t>
      </w:r>
      <w:r>
        <w:t>yeh pehli baar Allah taala ne Quran ke zariye bataya. main ek baar to London gaya to wahan ek bohat bohat hi parhe likhe Christian se mulaqat hui, tafseer se baat hui un se.</w:t>
      </w:r>
    </w:p>
    <w:p>
      <w:pPr>
        <w:jc w:val="right"/>
      </w:pPr>
      <w:r>
        <w:t>یہ پہلی بار اللہ تعالیٰ نے قرآن کے ذریعے بتایا۔ میں ایک بار تو لندن گیا تو وہاں ایک بہت بہت ہی پڑھے لکھے کرسچن سے ملاقات ہوئی، تفسیر سے بات ہوئی ان سے۔</w:t>
      </w:r>
    </w:p>
    <w:p>
      <w:r>
        <w:rPr>
          <w:b/>
        </w:rPr>
        <w:t xml:space="preserve">[20:53] </w:t>
      </w:r>
      <w:r>
        <w:t>unhon ne bataya ke aam taur par Christians ka haal yeh hai ke woh confusion mein jeete hain, confusion. kyun? aap jante hain ke Christian ke haan jo concept hai Khuda ka, woh hai trinity,</w:t>
      </w:r>
    </w:p>
    <w:p>
      <w:pPr>
        <w:jc w:val="right"/>
      </w:pPr>
      <w:r>
        <w:t>انہوں نے بتایا کہ عام طور پر کرسچنز کا حال یہ ہے کہ وہ کنفیوژن میں جیتے ہیں، کنفیوژن۔ کیوں؟ آپ جانتے ہیں کہ کرسچن کے ہاں جو کانسیپٹ ہے خدا کا، وہ ہے ٹرینٹی،</w:t>
      </w:r>
    </w:p>
    <w:p>
      <w:r>
        <w:rPr>
          <w:b/>
        </w:rPr>
        <w:t xml:space="preserve">[21:07] </w:t>
      </w:r>
      <w:r>
        <w:t>yaani taslees</w:t>
      </w:r>
    </w:p>
    <w:p>
      <w:pPr>
        <w:jc w:val="right"/>
      </w:pPr>
      <w:r>
        <w:t>یعنی تثلیث</w:t>
      </w:r>
    </w:p>
    <w:p>
      <w:r>
        <w:rPr>
          <w:b/>
        </w:rPr>
        <w:t xml:space="preserve">[21:09] </w:t>
      </w:r>
      <w:r>
        <w:t>۔ taslees ka matlab kya hai? taslees ka matlab yeh nahi ke teen, balke three in one, one in three. three in one, one in three.</w:t>
      </w:r>
    </w:p>
    <w:p>
      <w:pPr>
        <w:jc w:val="right"/>
      </w:pPr>
      <w:r>
        <w:t>۔ تثلیث کا مطلب کیا ہے؟ تثلیث کا مطلب یہ نہیں کہ تین، بلکہ تھری ان ون، ون ان تھری۔ تھری ان ون، ون ان تھری۔</w:t>
      </w:r>
    </w:p>
    <w:p>
      <w:r>
        <w:rPr>
          <w:b/>
        </w:rPr>
        <w:t xml:space="preserve">[21:18] </w:t>
      </w:r>
      <w:r>
        <w:t>yeh bohat hi ajeeb o ghareeb cheez hai ke Khuda teen bhi hai aur ek bhi hai.</w:t>
      </w:r>
    </w:p>
    <w:p>
      <w:pPr>
        <w:jc w:val="right"/>
      </w:pPr>
      <w:r>
        <w:t>یہ بہت ہی عجیب و غریب چیز ہے کہ خدا تین بھی ہے اور ایک بھی ہے۔</w:t>
      </w:r>
    </w:p>
    <w:p>
      <w:r>
        <w:rPr>
          <w:b/>
        </w:rPr>
        <w:t xml:space="preserve">[21:22] </w:t>
      </w:r>
      <w:r>
        <w:t>to unhon ne mujhe bataya ke mere dada paagal ho gaye the kyunke un ke samajh mein nahi aata tha ke ke kaise Khuda ek bhi ho aur teen bhi ho, un ke samajh mein nahi aata tha.</w:t>
      </w:r>
    </w:p>
    <w:p>
      <w:pPr>
        <w:jc w:val="right"/>
      </w:pPr>
      <w:r>
        <w:t>تو انہوں نے مجھے بتایا کہ میرے دادا پاگل ہو گئے تھے کیونکہ ان کے سمجھ میں نہیں آتا تھا کہ کہ کیسے خدا ایک بھی ہو اور تین بھی ہو، ان کے سمجھ میں نہیں آتا تھا۔</w:t>
      </w:r>
    </w:p>
    <w:p>
      <w:r>
        <w:rPr>
          <w:b/>
        </w:rPr>
        <w:t xml:space="preserve">[21:34] </w:t>
      </w:r>
      <w:r>
        <w:t>phir unhon ne kaha ke mere baap ko maamla hai ke baap bhi zindagi bhar confusion mein rahe, khud apne bare mein bataya ke main bhi confusion mein tha. phir unhon ne Islam ka ka mutala kiya aur Islam qabool kar l</w:t>
      </w:r>
    </w:p>
    <w:p>
      <w:pPr>
        <w:jc w:val="right"/>
      </w:pPr>
      <w:r>
        <w:t>پھر انہوں نے کہا کہ میرے باپ کو معاملہ ہے کہ باپ بھی زندگی بھر کنفیوژن میں رہے، خود اپنے بارے میں بتایا کہ میں بھی کنفیوژن میں تھا۔ پھر انہوں نے اسلام کا کا مطالعہ کیا اور اسلام قبول کر ل</w:t>
      </w:r>
    </w:p>
    <w:p>
      <w:r>
        <w:rPr>
          <w:b/>
        </w:rPr>
        <w:t xml:space="preserve">[21:47] </w:t>
      </w:r>
      <w:r>
        <w:t>iya. to unhon ne kaha ke majority Christians ki aisi hai ke un ki samajh mein nahi aata ke aisa kaisa ho sakta hai ke Khuda ek bhi ho aur teen bhi ho. to trinity ka concept ek raaz hai.</w:t>
      </w:r>
    </w:p>
    <w:p>
      <w:pPr>
        <w:jc w:val="right"/>
      </w:pPr>
      <w:r>
        <w:t>یا۔ تو انہوں نے کہا کہ میجورٹی کرسچنز کی ایسی ہے کہ ان کی سمجھ میں نہیں آتا کہ ایسا کیسا ہو سکتا ہے کہ خدا ایک بھی ہو اور تین بھی ہو۔ تو ٹرینٹی کا کانسیپٹ ایک معمہ ہے۔</w:t>
      </w:r>
    </w:p>
    <w:p>
      <w:r>
        <w:rPr>
          <w:b/>
        </w:rPr>
        <w:t xml:space="preserve">[22:01] </w:t>
      </w:r>
      <w:r>
        <w:t>to yahi, yaani goya ke insaan, insaan ke dekhiye, insaan ki fitrat mein inter woven hai khuda ka concept, creator ka concept</w:t>
      </w:r>
    </w:p>
    <w:p>
      <w:pPr>
        <w:jc w:val="right"/>
      </w:pPr>
      <w:r>
        <w:t>تو یہی، یعنی گویا کہ انسان، انسان کے دیکھیے، انسان کی فطرت میں انٹر وونڈ ہے خدا کا کانسیپٹ، کریٹر کا کانسیپٹ</w:t>
      </w:r>
    </w:p>
    <w:p>
      <w:r>
        <w:rPr>
          <w:b/>
        </w:rPr>
        <w:t xml:space="preserve">[22:11] </w:t>
      </w:r>
      <w:r>
        <w:t>insaan apni apni fitrat ke aitbaar se, apne nature ke aitbaar se, apne poore wajood ke aitbaar se apne khalq ko jaanna chahta hai, apne maalik ko jaanna chahta hai.</w:t>
      </w:r>
    </w:p>
    <w:p>
      <w:pPr>
        <w:jc w:val="right"/>
      </w:pPr>
      <w:r>
        <w:t>۔ انسان اپنی اپنی فطرت کے اعتبار سے، اپنے نیچر کے اعتبار سے، اپنے پورے وجود کے اعتبار سے اپنے خالق کو جاننا چاہتا ہے، اپنے مالک کو جاننا چاہتا ہے۔</w:t>
      </w:r>
    </w:p>
    <w:p>
      <w:r>
        <w:rPr>
          <w:b/>
        </w:rPr>
        <w:t xml:space="preserve">[22:23] </w:t>
      </w:r>
      <w:r>
        <w:t>lekin koi ek kitaab aisi duniya mein nahi hai jo bataye ke khalq ke baare mein ke woh kya hai, uska maamla. tarah tarah ki baatein hain, tarah tarah ki baatein hain.</w:t>
      </w:r>
    </w:p>
    <w:p>
      <w:pPr>
        <w:jc w:val="right"/>
      </w:pPr>
      <w:r>
        <w:t>لیکن کوئی ایک کتاب ایسی دنیا میں نہیں ہے جو بتائے کہ خالق کے بارے میں کہ وہ کیا ہے، اس کا معاملہ۔ طرح طرح کی باتیں ہیں، طرح طرح کی باتیں ہیں۔</w:t>
      </w:r>
    </w:p>
    <w:p>
      <w:r>
        <w:rPr>
          <w:b/>
        </w:rPr>
        <w:t xml:space="preserve">[22:35] </w:t>
      </w:r>
      <w:r>
        <w:t>to clear cut concept khuda ka sirf quran mein hai jo rasool Allah salallaho alaihi wasallam ke zariye hum ko mila. to yeh kitni badi gift hai, kitni badi blessing hai ke saare insaan chahte hain ke main khuda ko paoon, lekin khuda ka concept hi clear nahi hai,</w:t>
      </w:r>
    </w:p>
    <w:p>
      <w:pPr>
        <w:jc w:val="right"/>
      </w:pPr>
      <w:r>
        <w:t>تو کلیئر کٹ کانسیپٹ خدا کا صرف قرآن میں ہے جو رسول اللہ صلی اللہ علیہ وسلم کے ذریعے ہم کو ملا۔ تو یہ کتنی بڑی گفٹ ہے، کتنی بڑی بلیسنگ ہے کہ سارے انسان چاہتے ہیں کہ میں خدا کو پاؤں، لیکن خدا کا کانسیپٹ ہی کلیئر نہیں ہے،</w:t>
      </w:r>
    </w:p>
    <w:p>
      <w:r>
        <w:rPr>
          <w:b/>
        </w:rPr>
        <w:t xml:space="preserve">[22:54] </w:t>
      </w:r>
      <w:r>
        <w:t>concept hi clear nahi hai.</w:t>
      </w:r>
    </w:p>
    <w:p>
      <w:pPr>
        <w:jc w:val="right"/>
      </w:pPr>
      <w:r>
        <w:t>کانسیپٹ ہی کلیئر نہیں ہے۔</w:t>
      </w:r>
    </w:p>
    <w:p>
      <w:r>
        <w:rPr>
          <w:b/>
        </w:rPr>
        <w:t xml:space="preserve">[22:57] </w:t>
      </w:r>
      <w:r>
        <w:t>yahi delhi university ka ek waqia hai ke ek muslim talib ilm ne wahan ek christian professor the, english padhate the woh. to english professor jo the christian, to unse poocha muslim talib ilm ne ke sir yeh trinity kya cheez hai?</w:t>
      </w:r>
    </w:p>
    <w:p>
      <w:pPr>
        <w:jc w:val="right"/>
      </w:pPr>
      <w:r>
        <w:t>یہی دہلی یونیورسٹی کا ایک واقعہ ہے کہ ایک مسلم طالب علم نے وہاں ایک کرسچن پروفیسر تھے، انگلش پڑھاتے تھے وہ۔ تو انگلش پروفیسر جو تھے کرسچن، تو ان سے پوچھا مسلم طالب علم نے کہ سر یہ ٹرینٹی کیا چیز ہے؟</w:t>
      </w:r>
    </w:p>
    <w:p>
      <w:r>
        <w:rPr>
          <w:b/>
        </w:rPr>
        <w:t xml:space="preserve">[23:15] </w:t>
      </w:r>
      <w:r>
        <w:t>trinity kya cheez hai? yaani teen bhi ho aur ek bhi. trinity ka matlab hai ke khuda teen bhi ho aur ek bhi hai. to unhone poocha ke iska matlab kya hai?</w:t>
      </w:r>
    </w:p>
    <w:p>
      <w:pPr>
        <w:jc w:val="right"/>
      </w:pPr>
      <w:r>
        <w:t>ٹرینٹی کیا چیز ہے؟ یعنی تین بھی ہو اور ایک بھی۔ ٹرینٹی کا مطلب ہے کہ خدا تین بھی ہو اور ایک بھی ہے۔ تو انہوں نے پوچھا کہ اس کا مطلب کیا ہے؟</w:t>
      </w:r>
    </w:p>
    <w:p>
      <w:r>
        <w:rPr>
          <w:b/>
        </w:rPr>
        <w:t xml:space="preserve">[23:25] </w:t>
      </w:r>
      <w:r>
        <w:t>yaani mathematically it is not understandable.</w:t>
      </w:r>
    </w:p>
    <w:p>
      <w:pPr>
        <w:jc w:val="right"/>
      </w:pPr>
      <w:r>
        <w:t>یعنی میتھمیٹیکلی اٹ از ناٹ انڈرسٹیبل۔</w:t>
      </w:r>
    </w:p>
    <w:p>
      <w:r>
        <w:rPr>
          <w:b/>
        </w:rPr>
        <w:t xml:space="preserve">[23:28] </w:t>
      </w:r>
      <w:r>
        <w:t>to unhone muskara kar jawab diya ke if you ask, i don't know. if you don't ask, i know. aap ghor kijiye ke kitni ajeeb helpless ki haalat thi,</w:t>
      </w:r>
    </w:p>
    <w:p>
      <w:pPr>
        <w:jc w:val="right"/>
      </w:pPr>
      <w:r>
        <w:t>تو انہوں نے مسکرا کر جواب دیا کہ اف یو اسک، ائی ڈونٹ نو۔ اف یو ڈونٹ اسک، ائی نو۔ آپ غور کیجئے کہ کتنی عجیب ہیلپ لیس کی حالت تھی،</w:t>
      </w:r>
    </w:p>
    <w:p>
      <w:r>
        <w:rPr>
          <w:b/>
        </w:rPr>
        <w:t xml:space="preserve">[23:42] </w:t>
      </w:r>
      <w:r>
        <w:t>helpless ho rahe the log ke if you ask, i don't know. if you don't ask, i know. matlab hai ke main as a belief to maanta hoon isko, lekin reason se woh usko main explain nahi kar sakta.</w:t>
      </w:r>
    </w:p>
    <w:p>
      <w:pPr>
        <w:jc w:val="right"/>
      </w:pPr>
      <w:r>
        <w:t>ہیلپ لیس ہو رہے تھے لوگ کہ اف یو اسک، ائی ڈونٹ نو۔ اف یو ڈونٹ اسک، ائی نو۔ مطلب ہے کہ میں ایز اے بیلیو تو مانتا ہوں اس کو، لیکن ریزن سے وہ اس کو میں ایکسپلین نہیں کر سکتا۔</w:t>
      </w:r>
    </w:p>
    <w:p>
      <w:r>
        <w:rPr>
          <w:b/>
        </w:rPr>
        <w:t xml:space="preserve">[23:55] </w:t>
      </w:r>
      <w:r>
        <w:t>to kitna bada yeh blessing hai insaan ke upar ke khuda ka jo tasawwur hai, sahi. aap aap surah jo teesvan paare ki yeh surah jo aap padhte hain ke qul huwallahu ahadunllahu samad lam yalid walam yulad walam yakun lahu kufuwan ahad yeh choti si surah ek mein ek aisi baat kahi gayi hai jo kisi kitaab mein maujood nahi.</w:t>
      </w:r>
    </w:p>
    <w:p>
      <w:pPr>
        <w:jc w:val="right"/>
      </w:pPr>
      <w:r>
        <w:t>تو کتنا بڑا یہ بلیسنگ ہے انسان کے اوپر کہ خدا کا جو تصور ہے، صحیح۔ آپ آپ سورہ جو تیسواں پارے کی یہ سورہ جو آپ پڑھتے ہیں کہ قلھو اللہ احد اللہ الصمد لمیلد ولم یولد ولم یکن کفوا احد یہ چھوٹی سی سورہ ایک میں ایک ایسی بات کہی گئی ہے جو کسی کتاب میں موجود نہیں۔</w:t>
      </w:r>
    </w:p>
    <w:p>
      <w:r>
        <w:rPr>
          <w:b/>
        </w:rPr>
        <w:t xml:space="preserve">[24:20] </w:t>
      </w:r>
      <w:r>
        <w:t>aap kitaabein padh liye, kisi kitaab mein maujood nahi. maine mukhtalif mazhabon ki kitaabein padhi hain, lekin kisi kitaab mein Allah ka, khuda ka, creator ka koi wazeh concept maujood nahi hai.</w:t>
      </w:r>
    </w:p>
    <w:p>
      <w:pPr>
        <w:jc w:val="right"/>
      </w:pPr>
      <w:r>
        <w:t>آپ کتابیں پڑھ لیے، کسی کتاب میں موجود نہیں۔ میں نے مختلف مذہبوں کی کتابیں پڑھی ہیں، لیکن کسی کتاب میں اللہ کا، خدا کا، کریٹر کا کوئی واضح کانسیپٹ موجود نہیں ہے۔</w:t>
      </w:r>
    </w:p>
    <w:p>
      <w:r>
        <w:rPr>
          <w:b/>
        </w:rPr>
        <w:t xml:space="preserve">[24:34] </w:t>
      </w:r>
      <w:r>
        <w:t>isi liye aap dekhiye, Islam jo itna phail raha hai, bahut hi tezi se har mulk mein Islam phail raha hai.</w:t>
      </w:r>
    </w:p>
    <w:p>
      <w:pPr>
        <w:jc w:val="right"/>
      </w:pPr>
      <w:r>
        <w:t>اسی لیے آپ دیکھیے، اسلام جو اتنا پھیل رہا ہے، بہت ہی تیزی سے ہر ملک میں اسلام پھیل رہا ہے۔</w:t>
      </w:r>
    </w:p>
    <w:p>
      <w:r>
        <w:rPr>
          <w:b/>
        </w:rPr>
        <w:t xml:space="preserve">[24:41] </w:t>
      </w:r>
      <w:r>
        <w:t>kyun? iski wajah yahi hai ke woh apne mazhabon mein jis khuda ko sunte hain aur padhte hain, us se unhein tashaffi nahi ho rahi.</w:t>
      </w:r>
    </w:p>
    <w:p>
      <w:pPr>
        <w:jc w:val="right"/>
      </w:pPr>
      <w:r>
        <w:t>کیوں؟ اس کی وجہ یہی ہے کہ وہ اپنے مذہبوں میں جس خدا کو سنتے ہیں اور پڑھتے ہیں، اس سے انہیں تشفیع نہیں ہو رہی۔</w:t>
      </w:r>
    </w:p>
    <w:p>
      <w:r>
        <w:rPr>
          <w:b/>
        </w:rPr>
        <w:t xml:space="preserve">[24:50] </w:t>
      </w:r>
      <w:r>
        <w:t>unki rooh ko, unka mind address nahi hota, unka mind address nahi hota. phir jab woh quran ko padhte hain to unka mind address ho jata hai.</w:t>
      </w:r>
    </w:p>
    <w:p>
      <w:pPr>
        <w:jc w:val="right"/>
      </w:pPr>
      <w:r>
        <w:t>ان کی روح کو، ان کا مائنڈ ایڈریس نہیں ہوتا، ان کا مائنڈ ایڈریس نہیں ہوتا۔ پھر جب وہ قرآن کو پڑھتے ہیں تو ان کا مائنڈ ایڈریس ہو جاتا ہے۔</w:t>
      </w:r>
    </w:p>
    <w:p>
      <w:r>
        <w:rPr>
          <w:b/>
        </w:rPr>
        <w:t xml:space="preserve">[25:00] </w:t>
      </w:r>
      <w:r>
        <w:t>maine bahut se no-muslimon se mulaqat meri hui, un sab se maine poocha ke aap ko kis cheez ne attract kiya ke aap ne Islam qabool kar liya?</w:t>
      </w:r>
    </w:p>
    <w:p>
      <w:pPr>
        <w:jc w:val="right"/>
      </w:pPr>
      <w:r>
        <w:t>میں نے بہت سے نومسلموں سے ملاقات میری ہوئی، ان سب سے میں نے پوچھا کہ آپ کو کس چیز نے اٹریکٹ کیا کہ آپ نے اسلام قبول کر لیا؟</w:t>
      </w:r>
    </w:p>
    <w:p>
      <w:r>
        <w:rPr>
          <w:b/>
        </w:rPr>
        <w:t xml:space="preserve">[25:09] </w:t>
      </w:r>
      <w:r>
        <w:t>to majority ka jawab yeh tha ke khuda ka clear cut concept. hum khuda ko maante the, lekin clear cut taur par hamare hamare mind mein iska koi concept nahi tha.</w:t>
      </w:r>
    </w:p>
    <w:p>
      <w:pPr>
        <w:jc w:val="right"/>
      </w:pPr>
      <w:r>
        <w:t>تو میجورٹی کا جواب یہ تھا کہ خدا کا کلیئر کٹ کانسیپٹ۔ ہم خدا کو مانتے تھے، لیکن کلیئر کٹ طور پر ہمارے ہمارے مائنڈ میں اس کا کوئی کانسیپٹ نہیں تھا۔</w:t>
      </w:r>
    </w:p>
    <w:p>
      <w:r>
        <w:rPr>
          <w:b/>
        </w:rPr>
        <w:t xml:space="preserve">[25:22] </w:t>
      </w:r>
      <w:r>
        <w:t>hum confusion mein mubtala the. jab quran mein padha hum ne to hum ko khuda ka clear cut concept mila to hum ne Islam qabool kar liya.</w:t>
      </w:r>
    </w:p>
    <w:p>
      <w:pPr>
        <w:jc w:val="right"/>
      </w:pPr>
      <w:r>
        <w:t>ہم کنفیوژن میں مبتلا تھے۔ جب قرآن میں پڑھا ہم نے تو ہم کو خدا کا کلیئر کٹ کانسیپٹ ملا تو ہم نے اسلام قبول کر لیا۔</w:t>
      </w:r>
    </w:p>
    <w:p>
      <w:r>
        <w:rPr>
          <w:b/>
        </w:rPr>
        <w:t xml:space="preserve">[25:31] </w:t>
      </w:r>
      <w:r>
        <w:t>majority ka jawab yeh tha. to blessing jo farmaya rasool Allah salallaho alaihi wasallam ko, to koi mysterious baat nahi hai,</w:t>
      </w:r>
    </w:p>
    <w:p>
      <w:pPr>
        <w:jc w:val="right"/>
      </w:pPr>
      <w:r>
        <w:t>میجورٹی کا جواب یہ تھا۔ تو بلیسنگ جو فرمایا رسول اللہ صلی اللہ علیہ وسلم کو، تو کوئی مسریس بات نہیں ہے،</w:t>
      </w:r>
    </w:p>
    <w:p>
      <w:r>
        <w:rPr>
          <w:b/>
        </w:rPr>
        <w:t xml:space="preserve">[25:40] </w:t>
      </w:r>
      <w:r>
        <w:t>balke iska matlab yeh hai ke insaan ko jo hidayat chahiye thi, us hidayat ko rasool Allah ke zariye se ek ek aise andaaz mein diya ke woh woh preserved hai, rationally understandable hai.</w:t>
      </w:r>
    </w:p>
    <w:p>
      <w:pPr>
        <w:jc w:val="right"/>
      </w:pPr>
      <w:r>
        <w:t>بلکہ اس کا مطلب یہ ہے کہ انسان کو جو ہدایت چاہیے تھی، اس ہدایت کو رسول اللہ کے ذریعے سے ایک ایک ایسے انداز میں دیا کہ وہ وہ پریزرو ہے، ریشنلی انڈرسٹیڈیبل ہے۔</w:t>
      </w:r>
    </w:p>
    <w:p>
      <w:r>
        <w:rPr>
          <w:b/>
        </w:rPr>
        <w:t xml:space="preserve">[25:55] </w:t>
      </w:r>
      <w:r>
        <w:t>jo bhi taqaze hain hidayat naame ke, woh sab wahan maujood hain.</w:t>
      </w:r>
    </w:p>
    <w:p>
      <w:pPr>
        <w:jc w:val="right"/>
      </w:pPr>
      <w:r>
        <w:t>جو بھی تقاضے ہیں ہدایت نامے کے، وہ سب وہاں موجود ہیں۔</w:t>
      </w:r>
    </w:p>
    <w:p>
      <w:r>
        <w:rPr>
          <w:b/>
        </w:rPr>
        <w:t xml:space="preserve">[26:02] </w:t>
      </w:r>
      <w:r>
        <w:t>aur phir yeh ke is woh jo taleemat hain deen ki ya mazhab ki, insaan chahta hai iska application paaye. application to applied way mein iska kahin bhi maujood nahi tha.</w:t>
      </w:r>
    </w:p>
    <w:p>
      <w:pPr>
        <w:jc w:val="right"/>
      </w:pPr>
      <w:r>
        <w:t>اور پھر یہ کہ اس وہ جو تعلیمات ہیں دین کی یا مذہب کی، انسان چاہتا ہے اس کا ایپلیکیشن پائے۔ ایپلیکیشن تو اپلائیڈ وے میں اس کا کہیں بھی موجود نہیں تھا۔</w:t>
      </w:r>
    </w:p>
    <w:p>
      <w:r>
        <w:rPr>
          <w:b/>
        </w:rPr>
        <w:t xml:space="preserve">[26:14] </w:t>
      </w:r>
      <w:r>
        <w:t>koi rasool Allah salallaho alaihi wasallam ki zindagi, sahaba karam ki zindagiyaan, yeh iska application hai. jo taleemat hum ko log padhte hain quran mein, jab woh dekhte hain rasool Allah salallaho alaihi wasallam ki zindagi ko aur sahaba karam ki zindagi ko, to wahan iska application paate hain.</w:t>
      </w:r>
    </w:p>
    <w:p>
      <w:pPr>
        <w:jc w:val="right"/>
      </w:pPr>
      <w:r>
        <w:t>کوئی رسول اللہ صلی اللہ علیہ وسلم کی زندگی، صحابہ کرام کی زندگیاں، یہ اس کا ایپلیکیشن ہے۔ جو تعلیمات ہم کو لوگ پڑھتے ہیں قرآن میں، جب وہ دیکھتے ہیں رسول اللہ صلی اللہ علیہ وسلم کی زندگی کو اور صحابہ کرام کی زندگی کو، تو وہاں اس کا ایپلیکیشن پاتے ہیں۔</w:t>
      </w:r>
    </w:p>
    <w:p>
      <w:r>
        <w:rPr>
          <w:b/>
        </w:rPr>
        <w:t xml:space="preserve">[26:32] </w:t>
      </w:r>
      <w:r>
        <w:t>yaani applied way mein isko wahan daryaft karte hain to unki rooh pukar uthti hai ke yeh hai sachai. isi liye aap dekhte hain, akhbaron mein padhte honge, media mein ke bahut tezi se duniya mein log Islam qabool kar rahe hain.</w:t>
      </w:r>
    </w:p>
    <w:p>
      <w:pPr>
        <w:jc w:val="right"/>
      </w:pPr>
      <w:r>
        <w:t>یعنی اپلائیڈ وے میں اس کو وہاں دریافت کرتے ہیں تو ان کی روح پکار اٹھتی ہے کہ یہ ہے سچائی۔ اسی لیے آپ دیکھتے ہیں، اخباروں میں پڑھتے ہوں گے، میڈیا میں کہ بہت تیزی سے دنیا میں لوگ اسلام قبول کر رہے ہیں۔</w:t>
      </w:r>
    </w:p>
    <w:p>
      <w:r>
        <w:rPr>
          <w:b/>
        </w:rPr>
        <w:t xml:space="preserve">[26:48] </w:t>
      </w:r>
      <w:r>
        <w:t>khud western world mein, agarche duniya aaj aap jaante hain ke media mein jo Islam ki image hai, bahut hi negative image di ja rahi hai.</w:t>
      </w:r>
    </w:p>
    <w:p>
      <w:pPr>
        <w:jc w:val="right"/>
      </w:pPr>
      <w:r>
        <w:t>خود ویسٹرن ورلڈ میں، اگرچہ دنیا آج آپ جانتے ہیں کہ میڈیا میں جو اسلام کی امیج ہے، بہت ہی نیگیٹیو امیج دی جا رہی ہے۔</w:t>
      </w:r>
    </w:p>
    <w:p>
      <w:r>
        <w:rPr>
          <w:b/>
        </w:rPr>
        <w:t xml:space="preserve">[26:59] </w:t>
      </w:r>
      <w:r>
        <w:t>media mein koi positive image islam ki nahi aa rahi</w:t>
      </w:r>
    </w:p>
    <w:p>
      <w:pPr>
        <w:jc w:val="right"/>
      </w:pPr>
      <w:r>
        <w:t>میڈیا میں کوئی پازیٹیو امیج اسلام کی نہیں آ رہی</w:t>
      </w:r>
    </w:p>
    <w:p>
      <w:r>
        <w:rPr>
          <w:b/>
        </w:rPr>
        <w:t xml:space="preserve">[27:02] </w:t>
      </w:r>
      <w:r>
        <w:t>hai, lekin is ke bawajood log islam qabool kar rahe hain, islam qabool kar rahe hain bohat tezi se. Is ki wajah yahi hai ke un ki rooh, un ki rooh chahti hai apne creator ko paana.</w:t>
      </w:r>
    </w:p>
    <w:p>
      <w:pPr>
        <w:jc w:val="right"/>
      </w:pPr>
      <w:r>
        <w:t>ہے، لیکن اس کے باوجود لوگ اسلام قبول کر رہے ہیں، اسلام قبول کر رہے ہیں بہت تیزی سے۔ اس کی وجہ یہی ہے کہ ان کی روح، ان کی روح چاہتی ہے اپنے کریٹر کو پانا۔</w:t>
      </w:r>
    </w:p>
    <w:p>
      <w:r>
        <w:rPr>
          <w:b/>
        </w:rPr>
        <w:t xml:space="preserve">[27:15] </w:t>
      </w:r>
      <w:r>
        <w:t>Un ki rooh chahti hai ke apne liye apna koi goal paana. Un ki rooh chahti hai ke purpose of life ko daryaft karna. Yeh sab un ki rooh pukaar rahi hai, lekin kisi kitaab mein un ko yeh baat milti nahi.</w:t>
      </w:r>
    </w:p>
    <w:p>
      <w:pPr>
        <w:jc w:val="right"/>
      </w:pPr>
      <w:r>
        <w:t>ان کی روح چاہتی ہے کہ اپنے لیے اپنا کوئی گول پانا۔ ان کی روح چاہتی ہے کہ پرپس آف لائف کو دریافت کرنا۔ یہ سب ان کی روح پکار رہی ہے، لیکن کسی کتاب میں ان کو یہ بات ملتی نہیں۔</w:t>
      </w:r>
    </w:p>
    <w:p>
      <w:r>
        <w:rPr>
          <w:b/>
        </w:rPr>
        <w:t xml:space="preserve">[27:29] </w:t>
      </w:r>
      <w:r>
        <w:t>Ab yahan jab parhte hain to yahan bohat hi wazeh jawab mil jata hai un ko. Main aap ko ek misaal doon, aap aap woh parhiye, New Testament,</w:t>
      </w:r>
    </w:p>
    <w:p>
      <w:pPr>
        <w:jc w:val="right"/>
      </w:pPr>
      <w:r>
        <w:t>اب یہاں جب پڑھتے ہیں تو یہاں بہت ہی واضح جواب مل جاتا ہے ان کو۔ میں آپ کو ایک مثال دوں، آپ آپ وہ پڑھیے، نیو ٹیسٹمنٹ،</w:t>
      </w:r>
    </w:p>
    <w:p>
      <w:r>
        <w:rPr>
          <w:b/>
        </w:rPr>
        <w:t xml:space="preserve">[27:42] </w:t>
      </w:r>
      <w:r>
        <w:t>Purana ahad nama. To Hazrat Masih alaihissalam bilashubah Allah ke paighambar the, is mein koi shakk nahi. Lekin is kitaab mein aap parhenge to kahin likha rahega ke Joseph son of God,</w:t>
      </w:r>
    </w:p>
    <w:p>
      <w:pPr>
        <w:jc w:val="right"/>
      </w:pPr>
      <w:r>
        <w:t>پرانا عہد نامہ۔ تو حضرت مسیح علیہ السلام بلاشبہ اللہ کے پیغمبر تھے، اس میں کوئی شک نہیں۔ لیکن اس کتاب میں آپ پڑھیں گے تو کہیں لکھا رہے گا کہ جوزف سن آف گاڈ،</w:t>
      </w:r>
    </w:p>
    <w:p>
      <w:r>
        <w:rPr>
          <w:b/>
        </w:rPr>
        <w:t xml:space="preserve">[27:57] </w:t>
      </w:r>
      <w:r>
        <w:t>nauzubillah, Hazrat Masih jo the, woh Allah ke bete the, Joseph son of God. Lekin isi mein doosri baat, doosra statement hai,</w:t>
      </w:r>
    </w:p>
    <w:p>
      <w:pPr>
        <w:jc w:val="right"/>
      </w:pPr>
      <w:r>
        <w:t>نعوذ باللہ، حضرت مسیح جو تھے، وہ اللہ کے بیٹے تھے، جوزف سن آف گاڈ۔ لیکن اسی میں دوسری گل، دوسرا سٹیٹمنٹ ہے،</w:t>
      </w:r>
    </w:p>
    <w:p>
      <w:r>
        <w:rPr>
          <w:b/>
        </w:rPr>
        <w:t xml:space="preserve">[28:10] </w:t>
      </w:r>
      <w:r>
        <w:t>yani Jesus, Jesus Christ son of, jo ek woh mante hain, ek Yosuf, ek Joseph ko ke Hazrat Masih un ke bete</w:t>
      </w:r>
    </w:p>
    <w:p>
      <w:pPr>
        <w:jc w:val="right"/>
      </w:pPr>
      <w:r>
        <w:t>یعنی جیزس، جیزس کرائسٹ سن آف، جو ایک وہ مانتے ہیں، ایک یوسف، ایک جوزف کو کہ حضرت مسیح ان کے بیٹے</w:t>
      </w:r>
    </w:p>
    <w:p>
      <w:r>
        <w:rPr>
          <w:b/>
        </w:rPr>
        <w:t xml:space="preserve">[28:20] </w:t>
      </w:r>
      <w:r>
        <w:t>the. Isi ek ek jagah likha hua hai ke Masih Khuda ke bete the, ek likha hua hai ke Masih Yosuf ke bete the. Isi kitaab mein do do statement</w:t>
      </w:r>
    </w:p>
    <w:p>
      <w:pPr>
        <w:jc w:val="right"/>
      </w:pPr>
      <w:r>
        <w:t>تھے۔ اسی ایک ایک جگہ لکھا ہوا ہے کہ مسیح خدا کے بیٹے تھے، ایک لکھا ہوا ہے کہ مسیح یوسف کے بیٹے تھے۔ اسی کتاب میں دو دو سٹیٹمنٹ</w:t>
      </w:r>
    </w:p>
    <w:p>
      <w:r>
        <w:rPr>
          <w:b/>
        </w:rPr>
        <w:t xml:space="preserve">[28:32] </w:t>
      </w:r>
      <w:r>
        <w:t>to kaise aadmi yaqeen karega? Kaise maane ga aadmi ke ek hi insaan Khuda ka beta bhi ho sakta hai?</w:t>
      </w:r>
    </w:p>
    <w:p>
      <w:pPr>
        <w:jc w:val="right"/>
      </w:pPr>
      <w:r>
        <w:t>تو کیسے آدمی یقین کرے گا؟ کیسے مانے گا آدمی کہ ایک ہی انسان خدا کا بیٹا بھی ہو سکتا ہے؟</w:t>
      </w:r>
    </w:p>
    <w:p>
      <w:r>
        <w:rPr>
          <w:b/>
        </w:rPr>
        <w:t xml:space="preserve">[28:40] </w:t>
      </w:r>
      <w:r>
        <w:t>Ek ek hi insaan kaise mumkin hai ke woh Khuda ka beta bhi ho aur wohi ek ek ek aur is ka beta ho, is ka naam Yosuf tha?</w:t>
      </w:r>
    </w:p>
    <w:p>
      <w:pPr>
        <w:jc w:val="right"/>
      </w:pPr>
      <w:r>
        <w:t>ایک ایک ہی انسان کیسے ممکن ہے کہ وہ خدا کا بیٹا بھی ہو اور وہی ایک ایک ایک اور اس کا بیٹا ہو، اس کا نام جوزف تھا؟</w:t>
      </w:r>
    </w:p>
    <w:p>
      <w:r>
        <w:rPr>
          <w:b/>
        </w:rPr>
        <w:t xml:space="preserve">[28:51] </w:t>
      </w:r>
      <w:r>
        <w:t>Is tarah ki bohat hi zyada kasrat se, yani sankron ki tadaad nahi, balkeh hazaron ki tadaad mein, bohat hi contradictory statement hai, confusing statement hai.</w:t>
      </w:r>
    </w:p>
    <w:p>
      <w:pPr>
        <w:jc w:val="right"/>
      </w:pPr>
      <w:r>
        <w:t>اس طرح کی بہت ہی زیادہ کثرت سے، یعنی سینکڑوں کی تعداد نہیں، بلکہ ہزاروں کی تعداد میں، بہت ہی کنٹراڈکٹری سٹیٹمنٹ ہے، کنفیوزنگ سٹیٹمنٹ ہے۔</w:t>
      </w:r>
    </w:p>
    <w:p>
      <w:r>
        <w:rPr>
          <w:b/>
        </w:rPr>
        <w:t xml:space="preserve">[29:05] </w:t>
      </w:r>
      <w:r>
        <w:t>Is liye doosri kitabon se insaan ko taskeen nahi milti. To insaan by nature chahta hai sachai, by nature chahta hai ke is ka ek mazhab ho, by nature chahta hai ke woh ek apne creator ko paaye.</w:t>
      </w:r>
    </w:p>
    <w:p>
      <w:pPr>
        <w:jc w:val="right"/>
      </w:pPr>
      <w:r>
        <w:t>اس لیے دوسری کتابوں سے انسان کو تسکین نہیں ملتی۔ تو انسان بائی نیچر چاہتا ہے سچائی، بائی نیچر چاہتا ہے کہ اس کا ایک مذہب ہو، بائی نیچر چاہتا ہے کہ وہ ایک اپنے کریٹر کو پائے۔</w:t>
      </w:r>
    </w:p>
    <w:p>
      <w:r>
        <w:rPr>
          <w:b/>
        </w:rPr>
        <w:t xml:space="preserve">[29:20] </w:t>
      </w:r>
      <w:r>
        <w:t>Lekin jab kitabon ko parhta hai to is ko milta nahi is mein. Aur phir jab Quran ko parhta hai to is ko maloom hota hai ke yeh hai woh cheez jis ko meri fitrat talash kar rahi thi.</w:t>
      </w:r>
    </w:p>
    <w:p>
      <w:pPr>
        <w:jc w:val="right"/>
      </w:pPr>
      <w:r>
        <w:t>لیکن جب کتابوں کو پڑھتا ہے تو اس کو ملتا نہیں اس میں۔ اور پھر جب قرآن کو پڑھتا ہے تو اس کو معلوم ہوتا ہے کہ یہ ہے وہ چیز جس کو میری فطرت تلاش کر رہی تھی۔</w:t>
      </w:r>
    </w:p>
    <w:p>
      <w:r>
        <w:rPr>
          <w:b/>
        </w:rPr>
        <w:t xml:space="preserve">[29:36] </w:t>
      </w:r>
      <w:r>
        <w:t>Jaise main ek misaal doon aap ko, aap ne naam suna hoga, ek ek angrez jis ne islam qabool kar liya, Yusuf Islam, Yusuf Islam, abhi mashallah zinda hain woh.</w:t>
      </w:r>
    </w:p>
    <w:p>
      <w:pPr>
        <w:jc w:val="right"/>
      </w:pPr>
      <w:r>
        <w:t>جیسے میں ایک مثال دوں آپ کو، آپ نے نام سنا ہوگا، ایک ایک انگریز جس نے اسلام قبول کر لیا، یوسف اسلام، یوسف اسلام، ابھی ماشاءاللہ زندہ ہیں وہ۔</w:t>
      </w:r>
    </w:p>
    <w:p>
      <w:r>
        <w:rPr>
          <w:b/>
        </w:rPr>
        <w:t xml:space="preserve">[29:49] </w:t>
      </w:r>
      <w:r>
        <w:t>To unhon ne apne bare mein bataya ke woh woh ek, aap jante hain, koi ek singer the, pop singer the woh. To un ko koi dilchaspi nahi thi mazhab se ya islam se, kisi cheez se.</w:t>
      </w:r>
    </w:p>
    <w:p>
      <w:pPr>
        <w:jc w:val="right"/>
      </w:pPr>
      <w:r>
        <w:t>تو انہوں نے اپنے بارے میں بتایا کہ وہ وہ ایک، آپ جانتے ہیں، کوئی ایک سنگر تھے، پاپ سنگر تھے وہ۔ تو انہوں نے ان کو کوئی دلچسپی نہیں تھی مذہب سے یا اسلام سے، کسی چیز سے۔</w:t>
      </w:r>
    </w:p>
    <w:p>
      <w:r>
        <w:rPr>
          <w:b/>
        </w:rPr>
        <w:t xml:space="preserve">[30:02] </w:t>
      </w:r>
      <w:r>
        <w:t>Un ke bhai hain, woh gaye Cairo, wahan kisi book shop par un ko Quran ka translation dikhai diya, unhon ne khareed liya.</w:t>
      </w:r>
    </w:p>
    <w:p>
      <w:pPr>
        <w:jc w:val="right"/>
      </w:pPr>
      <w:r>
        <w:t>ان کے بھائی ہیں، وہ گئے قیرو، وہاں کسی بک شاپ پر ان کو قرآن کا ٹرانسلیشن دکھائی دیا، انہوں نے خرید لیا۔</w:t>
      </w:r>
    </w:p>
    <w:p>
      <w:r>
        <w:rPr>
          <w:b/>
        </w:rPr>
        <w:t xml:space="preserve">[30:12] </w:t>
      </w:r>
      <w:r>
        <w:t>Aise hi bas ba taur shauq ke khareed liya Quran ka translation English mein.</w:t>
      </w:r>
    </w:p>
    <w:p>
      <w:pPr>
        <w:jc w:val="right"/>
      </w:pPr>
      <w:r>
        <w:t>ایسے ہی بس بطور شوق کے خرید لیا قرآن کا ٹرانسلیشن انگلش میں۔</w:t>
      </w:r>
    </w:p>
    <w:p>
      <w:r>
        <w:rPr>
          <w:b/>
        </w:rPr>
        <w:t xml:space="preserve">[30:18] </w:t>
      </w:r>
      <w:r>
        <w:t>Wahan jab wapas aaye woh to unhon ne un ko apne bhai ko woh kitaab de di, unhon ne parha nahi is ko, shelf pe rakh diya.</w:t>
      </w:r>
    </w:p>
    <w:p>
      <w:pPr>
        <w:jc w:val="right"/>
      </w:pPr>
      <w:r>
        <w:t>وہاں جب واپس آئے وہ تو انہوں نے ان کو اپنے بھائی کو وہ کتاب دے دی، انہوں نے پڑھا نہیں اس کو، شیلف پہ رکھ دیا۔</w:t>
      </w:r>
    </w:p>
    <w:p>
      <w:r>
        <w:rPr>
          <w:b/>
        </w:rPr>
        <w:t xml:space="preserve">[30:28] </w:t>
      </w:r>
      <w:r>
        <w:t>Is ke baad un ko kya hua ke woh beemar ho gaye, hospitalized ho gaye. Jab woh hospitalized ho gaye to wahan par karein kya?</w:t>
      </w:r>
    </w:p>
    <w:p>
      <w:pPr>
        <w:jc w:val="right"/>
      </w:pPr>
      <w:r>
        <w:t>اس کے بعد ان کو کیا ہوا کہ وہ بیمار ہو گئے، ہاسپٹلائز ہو گئے۔ جب وہ ہاسپٹلائز ہو گئے تو وہاں پر کریں کیا؟</w:t>
      </w:r>
    </w:p>
    <w:p>
      <w:r>
        <w:rPr>
          <w:b/>
        </w:rPr>
        <w:t xml:space="preserve">[30:38] </w:t>
      </w:r>
      <w:r>
        <w:t>Tab us waqt unhon ne Quran ko le kar parha.</w:t>
      </w:r>
    </w:p>
    <w:p>
      <w:pPr>
        <w:jc w:val="right"/>
      </w:pPr>
      <w:r>
        <w:t>تب اس وقت انہوں نے قرآن کو لے کر پڑھا۔</w:t>
      </w:r>
    </w:p>
    <w:p>
      <w:r>
        <w:rPr>
          <w:b/>
        </w:rPr>
        <w:t xml:space="preserve">[30:41] </w:t>
      </w:r>
      <w:r>
        <w:t>Jab hospital mein the woh to unhon ne dekha ke Quran mein is ka jo author hai, woh mujh ko khitaab kar raha hai, yeh Khuda mujh ko khitaab kar raha hai, ayyuhal insaan, ayyuhal naas.</w:t>
      </w:r>
    </w:p>
    <w:p>
      <w:pPr>
        <w:jc w:val="right"/>
      </w:pPr>
      <w:r>
        <w:t>جب ہاسپٹل میں تھے وہ تو انہوں نے دیکھا کہ قرآن میں اس کا جو اتھر ہے، وہ مجھ کو خطاب کر رہا ہے، یہ خدا مجھ کو خطاب کر رہا ہے، ایہا الانسان، ایہا الناس۔</w:t>
      </w:r>
    </w:p>
    <w:p>
      <w:r>
        <w:rPr>
          <w:b/>
        </w:rPr>
        <w:t xml:space="preserve">[30:56] </w:t>
      </w:r>
      <w:r>
        <w:t>To un ko bohat ajeeb ehsaas hua ke yeh Khuda mujh ko, mujh ko khitaab kar raha hai, ayyuhal insaan keh raha hai, ayyuhal insaan. To aur jo kitabein unhon ne parhi thi, kisi kitaab mein unhon ne nahi dekha tha ke wahan Khuda un ko khitaab kar raha ho.</w:t>
      </w:r>
    </w:p>
    <w:p>
      <w:pPr>
        <w:jc w:val="right"/>
      </w:pPr>
      <w:r>
        <w:t>تو ان کو بہت عجیب بل ہوا کہ یہ خدا مجھ کو، مجھ کو خطاب کر رہا ہے، ایہا الانسان کہہ رہا ہے، ایہا الانسان۔ تو اور جو کتابیں انہوں نے پڑھی تھیں، کسی کتاب میں انہوں نے نہیں دیکھا تھا کہ وہاں خدا ان کو خطاب کر رہا ہو۔</w:t>
      </w:r>
    </w:p>
    <w:p>
      <w:r>
        <w:rPr>
          <w:b/>
        </w:rPr>
        <w:t xml:space="preserve">[31:10] </w:t>
      </w:r>
      <w:r>
        <w:t>Jis tarah aap Bible ko parhiye to Bible mein un ko aise alfaaz nahi hain ke aey aey insaan, ayyuhal insaan, yeh sirf Quran mein aisa hai.</w:t>
      </w:r>
    </w:p>
    <w:p>
      <w:pPr>
        <w:jc w:val="right"/>
      </w:pPr>
      <w:r>
        <w:t>جس طرح آپ بائبل کو پڑھیے تو بائبل میں ان کو ایسے الفاظ نہیں ہیں کہ اے اے انسان، ایہا الانسان، یہ صرف قرآن میں ایسا ہے۔</w:t>
      </w:r>
    </w:p>
    <w:p>
      <w:r>
        <w:rPr>
          <w:b/>
        </w:rPr>
        <w:t xml:space="preserve">[31:20] </w:t>
      </w:r>
      <w:r>
        <w:t>To un ko bohat ajeeb ehsaas hua ke Khuda ne mujh ko is qabil samjha ke mujhe khitaab kare woh. To phir unhon ne poora Quran parha. Poora Quran parhne ke baad un par islam khul gaya</w:t>
      </w:r>
    </w:p>
    <w:p>
      <w:pPr>
        <w:jc w:val="right"/>
      </w:pPr>
      <w:r>
        <w:t>تو ان کو بہت عجیب بال ہوا کہ خدا نے مجھ کو اس قابل سمجھا کہ مجھے خطاب کرے وہ۔ تو پھر انہوں نے پورا قرآن پڑھا۔ پورا قرآن پڑھنے کے بعد ان پر اسلام کھل گیا</w:t>
      </w:r>
    </w:p>
    <w:p>
      <w:r>
        <w:rPr>
          <w:b/>
        </w:rPr>
        <w:t xml:space="preserve">[31:31] </w:t>
      </w:r>
      <w:r>
        <w:t>aur unhon ne islam qabool kar liya. To is tarah ki bohat zyada misalein hain ke bawajood hai ke media mein islam ki ek negative image aa rahi hai, baar baar aap jante hain.</w:t>
      </w:r>
    </w:p>
    <w:p>
      <w:pPr>
        <w:jc w:val="right"/>
      </w:pPr>
      <w:r>
        <w:t>اور انہوں نے اسلام قبول کر لیا۔ تو اس طرح کی بہت زیادہ مثالیں ہیں کہ باوجود ہے کہ میڈیا میں اسلام کی ایک نیگیٹیو امیج آ رہی ہے، بار بار آپ جانتے ہیں۔</w:t>
      </w:r>
    </w:p>
    <w:p>
      <w:r>
        <w:rPr>
          <w:b/>
        </w:rPr>
        <w:t xml:space="preserve">[31:47] </w:t>
      </w:r>
      <w:r>
        <w:t>lekin insan jo apni apni jo us ki jo talash hai, insan yani insan jo hai, by nature yani aik seeker hota hai.</w:t>
      </w:r>
    </w:p>
    <w:p>
      <w:pPr>
        <w:jc w:val="right"/>
      </w:pPr>
      <w:r>
        <w:t>لیکن انسان جو اپنی اپنی جو اس کی جو تلاش ہے، انسان یعنی انسان جو ہے، بائی نیچر یعنی ایک سیکر ہوتا ہے۔</w:t>
      </w:r>
    </w:p>
    <w:p>
      <w:r>
        <w:rPr>
          <w:b/>
        </w:rPr>
        <w:t xml:space="preserve">[32:00] </w:t>
      </w:r>
      <w:r>
        <w:t>yani har aadmi jo hai, paidaish paida hota hai seeker ke roop mein. us ki nai, us ki fitrat mein interwoven hai sachai ki talash.</w:t>
      </w:r>
    </w:p>
    <w:p>
      <w:pPr>
        <w:jc w:val="right"/>
      </w:pPr>
      <w:r>
        <w:t>یعنی ہر آدمی جو ہے، پیدائش پیدا ہوتا ہے سیکر کے روپ میں۔ اس کی نئی، اس کی فطرت میں انٹر وونڈ ہے سچائی کی تلاش۔</w:t>
      </w:r>
    </w:p>
    <w:p>
      <w:r>
        <w:rPr>
          <w:b/>
        </w:rPr>
        <w:t xml:space="preserve">[32:12] </w:t>
      </w:r>
      <w:r>
        <w:t>to woh woh to us ko aksati hai, woh janna chahta hai ke sachai kya hai.</w:t>
      </w:r>
    </w:p>
    <w:p>
      <w:pPr>
        <w:jc w:val="right"/>
      </w:pPr>
      <w:r>
        <w:t>تو وہ وہ تو اس کو اکساتی ہے، وہ جاننا چاہتا ہے کہ سچائی کیا ہے۔</w:t>
      </w:r>
    </w:p>
    <w:p>
      <w:r>
        <w:rPr>
          <w:b/>
        </w:rPr>
        <w:t xml:space="preserve">[32:18] </w:t>
      </w:r>
      <w:r>
        <w:t>to agarchay media mein negative image islam ki aati hai, lekin apni fitrat ko kaise dabaye? woh apni fitrat ki awaz ko kaise dabaye?</w:t>
      </w:r>
    </w:p>
    <w:p>
      <w:pPr>
        <w:jc w:val="right"/>
      </w:pPr>
      <w:r>
        <w:t>تو اگرچہ میڈیا میں نیگیٹیو امیج اسلام کی آتی ہے، لیکن اپنی فطرت کو کیسے دبائے؟ وہ اپنی فطرت کی آواز کو کیسے دبائے؟</w:t>
      </w:r>
    </w:p>
    <w:p>
      <w:r>
        <w:rPr>
          <w:b/>
        </w:rPr>
        <w:t xml:space="preserve">[32:26] </w:t>
      </w:r>
      <w:r>
        <w:t>woh to us us ke tehat woh woh parhta hai. abhi dekhein, hum hum Allah ke fazl se hum ne english ka translation tayyar kiya hai, jo bohat hi aisi zuban mein hai ke sab log us ko dekh kar kehte hain ke easily understandable hai, woh parhe aur samajhta chala jaye.</w:t>
      </w:r>
    </w:p>
    <w:p>
      <w:pPr>
        <w:jc w:val="right"/>
      </w:pPr>
      <w:r>
        <w:t>وہ تو اس اس کے تحت وہ وہ پڑھتا ہے۔ ابھی دیکھیں، ہم ہم اللہ کے فضل سے ہم نے انگلش کا ٹرانسلیشن تیار کیا ہے، جو بہت ہی ایسی زبان میں ہے کہ سب لوگ اس کو دیکھ کر کہتے ہیں کہ ایزیلی انڈرسٹیڈیبل ہے، وہ پڑھے اور سمجھتا چلا جائے۔</w:t>
      </w:r>
    </w:p>
    <w:p>
      <w:r>
        <w:rPr>
          <w:b/>
        </w:rPr>
        <w:t xml:space="preserve">[32:47] </w:t>
      </w:r>
      <w:r>
        <w:t>to dunya bhar mein us ko distribute kiya ja raha hai. sab jagah se yeh khabrein mil rahi hain ke jo log us ko parhte hain, kehte hain ke bhai yeh to waqai yani hamari samajh mein yeh baat aati hai, is mein jo baatein hain bilkul samajh mein aa rahi hain.</w:t>
      </w:r>
    </w:p>
    <w:p>
      <w:pPr>
        <w:jc w:val="right"/>
      </w:pPr>
      <w:r>
        <w:t>تو دنیا بھر میں اس کو ڈسٹریبیوٹ کیا جا رہا ہے۔ سب جگہ سے یہ خبریں مل رہی ہیں کہ جو لوگ اس کو پڑھتے ہیں، کہتے ہیں کہ بھئی یہ تو واقعی یعنی ہماری سمجھ میں یہ بات آتی ہے، اس میں جو باتیں ہیں بالکل سمجھ میں آ رہی ہیں۔</w:t>
      </w:r>
    </w:p>
    <w:p>
      <w:r>
        <w:rPr>
          <w:b/>
        </w:rPr>
        <w:t xml:space="preserve">[33:00] </w:t>
      </w:r>
      <w:r>
        <w:t>aur bohat se log islam qabool kar rahe hain aur us ko parh parh kar. to hamare siwa doosre log bhi tarjume taqseem kar rahe hain dunya bhar mein. to yani yeh aik aik aik aik bohat anokhi baat hai ke kyun aisa hai ke media mein islam ki negative image di hai ji di ja</w:t>
      </w:r>
    </w:p>
    <w:p>
      <w:pPr>
        <w:jc w:val="right"/>
      </w:pPr>
      <w:r>
        <w:t>اور بہت سے لوگ اسلام قبول کر رہے ہیں اور اس کو پڑھ پڑھ کر۔ تو ہمارے سوا دوسرے لوگ بھی ترجمے تقسیم کر رہے ہیں دنیا بھر میں۔ تو یعنی یہ ایک ایک ایک ایک بہت انوکھی بات ہے کہ کیوں ایسا ہے کہ میڈیا میں اسلام کی نیگیٹیو امیج دی ہے جی دی جا</w:t>
      </w:r>
    </w:p>
    <w:p>
      <w:r>
        <w:rPr>
          <w:b/>
        </w:rPr>
        <w:t xml:space="preserve">[33:22] </w:t>
      </w:r>
      <w:r>
        <w:t>rahi hai. is ke bawajood hazaron hazar ke log tadad mein log islam qabool kar rahe hain. is ki wajah hai ke insan by nature aik seeker hai, us ki fitrat ke aitbar se woh seeker ho to woh majboor hai ke sachai ko talash kare.</w:t>
      </w:r>
    </w:p>
    <w:p>
      <w:pPr>
        <w:jc w:val="right"/>
      </w:pPr>
      <w:r>
        <w:t>رہی ہے۔ اس کے باوجود ہزاروں ہزار کے لوگ تعداد میں لوگ اسلام قبول کر رہے ہیں۔ اس کی وجہ ہے کہ انسان بائی نیچر ایک سیکر ہے، اس کی فطرت کے اعتبار سے وہ سیکر ہو تو وہ مجبور ہے کہ سچائی کو تلاش کرے۔</w:t>
      </w:r>
    </w:p>
    <w:p>
      <w:r>
        <w:rPr>
          <w:b/>
        </w:rPr>
        <w:t xml:space="preserve">[33:37] </w:t>
      </w:r>
      <w:r>
        <w:t>woh majboor hai ke sachai ko talash kare.</w:t>
      </w:r>
    </w:p>
    <w:p>
      <w:pPr>
        <w:jc w:val="right"/>
      </w:pPr>
      <w:r>
        <w:t>وہ مجبور ہے کہ سچائی کو تلاش کرے۔</w:t>
      </w:r>
    </w:p>
    <w:p>
      <w:r>
        <w:rPr>
          <w:b/>
        </w:rPr>
        <w:t xml:space="preserve">[33:41] </w:t>
      </w:r>
      <w:r>
        <w:t>jaise arab mein aap jante hain ke kuch log thay jo rasool Allah salallahu alaihi wasallam ki ba'sat se pehle to woh aik kehte hue mar gaye ke kaash hum jante ke khuda kaun hai to hum us ke upar iman late, us ki ibadat karte.</w:t>
      </w:r>
    </w:p>
    <w:p>
      <w:pPr>
        <w:jc w:val="right"/>
      </w:pPr>
      <w:r>
        <w:t>جیسے عرب میں آپ جانتے ہیں کہ کچھ لوگ تھے جو رسول اللہ صلی اللہ علیہ وسلم کی بعثت سے پہلے تو وہ ایک کہتے ہوئے مر گئے کہ کاش ہم جانتے کہ خدا کون ہے تو ہم اس کے اوپر ایمان لاتے، اس کی عبادت کرتے۔</w:t>
      </w:r>
    </w:p>
    <w:p>
      <w:r>
        <w:rPr>
          <w:b/>
        </w:rPr>
        <w:t xml:space="preserve">[33:58] </w:t>
      </w:r>
      <w:r>
        <w:t>to quran mein is is is ka jawab hai jo un ki jo insan ki jo fitrat pukarti hai, uska jawab quran majeed mein hai.</w:t>
      </w:r>
    </w:p>
    <w:p>
      <w:pPr>
        <w:jc w:val="right"/>
      </w:pPr>
      <w:r>
        <w:t>تو قرآن میں اس اس اس کا جواب ہے جو ان کی جو انسان کی جو فطرت پکارتی ہے، اس کا جواب قرآن مجید میں ہے۔</w:t>
      </w:r>
    </w:p>
    <w:p>
      <w:r>
        <w:rPr>
          <w:b/>
        </w:rPr>
        <w:t xml:space="preserve">[34:07] </w:t>
      </w:r>
      <w:r>
        <w:t>is liye sari dunya mein log islam qabool kar lein.</w:t>
      </w:r>
    </w:p>
    <w:p>
      <w:pPr>
        <w:jc w:val="right"/>
      </w:pPr>
      <w:r>
        <w:t>اس لیے ساری دنیا میں لوگ اسلام قبول کر لیں۔</w:t>
      </w:r>
    </w:p>
    <w:p>
      <w:r>
        <w:rPr>
          <w:b/>
        </w:rPr>
        <w:t xml:space="preserve">[34:11] </w:t>
      </w:r>
      <w:r>
        <w:t>to aakhir mein mein arz karunga ke hum ko aap ko Allah taala ne quran ka amin banaya hai. hum aap peghamabar khatam un nabiyyin ke ummati hain.</w:t>
      </w:r>
    </w:p>
    <w:p>
      <w:pPr>
        <w:jc w:val="right"/>
      </w:pPr>
      <w:r>
        <w:t>تو آخر میں میں عرض کروں گا کہ ہم کو آپ کو اللہ تعالی نے قرآن کا امین بنایا ہے۔ ہم آپ پیغمبر خاتم النبیین کے امتی ہیں۔</w:t>
      </w:r>
    </w:p>
    <w:p>
      <w:r>
        <w:rPr>
          <w:b/>
        </w:rPr>
        <w:t xml:space="preserve">[34:24] </w:t>
      </w:r>
      <w:r>
        <w:t>to hamari yeh zimmedari hai ke hum dunya ko yeh paigham pohanchayein aur dunya jis se aaj intezar kar rahi hai, jis cheez ka us ko unhein woh us ka tohfa de sakein.</w:t>
      </w:r>
    </w:p>
    <w:p>
      <w:pPr>
        <w:jc w:val="right"/>
      </w:pPr>
      <w:r>
        <w:t>تو ہماری یہ ذمہ داری ہے کہ ہم دنیا کو یہ پیغام پہنچائیں اور دنیا جس سے آج انتظار کر رہی ہے، جس چیز کا اس کو انہیں وہ اس کا تحفہ دے سکیں۔</w:t>
      </w:r>
    </w:p>
    <w:p>
      <w:r>
        <w:rPr>
          <w:b/>
        </w:rPr>
        <w:t xml:space="preserve">[34:36] </w:t>
      </w:r>
      <w:r>
        <w:t>yani hum peghamabar mustafa salallahu alaihi wasallam ki seerat ko ko logon tak pohanchayein, quran ko logon tak pohanchayein aur yeh jo guidance Allah ki taraf se aayi hai, jo ab aik mehfooz shakal mein maujood hai, us ko har zuban mein pohanchayein.</w:t>
      </w:r>
    </w:p>
    <w:p>
      <w:pPr>
        <w:jc w:val="right"/>
      </w:pPr>
      <w:r>
        <w:t>یعنی ہم پیغمبر مصطفی صلی اللہ علیہ وسلم کی سیرت کو کو لوگوں تک پہنچائیں، قرآن کو لوگوں تک پہنچائیں اور یہ جو گائیڈنس اللہ کی طرف سے آئی ہے، جو اب ایک محفوظ شکل میں موجود ہے، اس کو ہر زبان میں پہنچائیں۔</w:t>
      </w:r>
    </w:p>
    <w:p>
      <w:r>
        <w:rPr>
          <w:b/>
        </w:rPr>
        <w:t xml:space="preserve">[34:53] </w:t>
      </w:r>
      <w:r>
        <w:t>yahi meri dua hai aur Allah taala mujh ko aur aap ko tofeeq de ke hum is zimmedari ko ada kar sakein. aqool qawli haza wastaghfirullaha li walakum ajmaeen.</w:t>
      </w:r>
    </w:p>
    <w:p>
      <w:pPr>
        <w:jc w:val="right"/>
      </w:pPr>
      <w:r>
        <w:t>یہی میری دعا ہے اور اللہ تعالی مجھ کو اور آپ کو توفیق دے کہ ہم اس ذمہ داری کو ادا کر سکیں۔ أقول قولي هذا واستغفراللہ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