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Talk by Maulana Given to The Members of Kashmir October 31, 2011</w:t>
      </w:r>
    </w:p>
    <w:p>
      <w:r>
        <w:t>https://youtu.be/WU9aSqw2rCs</w:t>
      </w:r>
    </w:p>
    <w:p>
      <w:r>
        <w:rPr>
          <w:b/>
        </w:rPr>
        <w:t xml:space="preserve">[00:28] </w:t>
      </w:r>
      <w:r>
        <w:t>aaj october 2011 ki 31 tareekh hai, is waqt mein apne kashmiri bhaiyon ko address kar raha hoon.</w:t>
      </w:r>
    </w:p>
    <w:p>
      <w:pPr>
        <w:jc w:val="right"/>
      </w:pPr>
      <w:r>
        <w:t>آج اکتوبر 2011 کی 31 تاریخ ہے، اس وقت میں اپنے کشمیری بھائیوں کو ایڈریس کر رہا ہوں۔</w:t>
      </w:r>
    </w:p>
    <w:p>
      <w:r>
        <w:rPr>
          <w:b/>
        </w:rPr>
        <w:t xml:space="preserve">[00:45] </w:t>
      </w:r>
      <w:r>
        <w:t>al-risala 1976 mein nikla, al-risala monthli. is ke agle hi saal mein safar hua tha kashmir ka, jammu area ka.</w:t>
      </w:r>
    </w:p>
    <w:p>
      <w:pPr>
        <w:jc w:val="right"/>
      </w:pPr>
      <w:r>
        <w:t>الرسالہ 1976 میں نکلا، الرسالہ منتھلی۔ اس کے اگلے ہی سال میں سفر ہوا تھا کشمیر کا، جموں ایریا کا۔</w:t>
      </w:r>
    </w:p>
    <w:p>
      <w:r>
        <w:rPr>
          <w:b/>
        </w:rPr>
        <w:t xml:space="preserve">[00:59] </w:t>
      </w:r>
      <w:r>
        <w:t>yeh kashmir ka safar, yeh jammu area ka safar, wahan ke mister farooq master ki dawat par hua tha.</w:t>
      </w:r>
    </w:p>
    <w:p>
      <w:pPr>
        <w:jc w:val="right"/>
      </w:pPr>
      <w:r>
        <w:t>یہ کشمیر کا سفر، یہ جموں ایریا کا سفر، وہاں کے مسٹر فاروق مستر کی دعوت پر ہوا تھا۔</w:t>
      </w:r>
    </w:p>
    <w:p>
      <w:r>
        <w:rPr>
          <w:b/>
        </w:rPr>
        <w:t xml:space="preserve">[01:11] </w:t>
      </w:r>
      <w:r>
        <w:t>yeh ek bohat anokha safar tha. abhi al-risala nikla hi tha ke yeh safar pesh aaya.</w:t>
      </w:r>
    </w:p>
    <w:p>
      <w:pPr>
        <w:jc w:val="right"/>
      </w:pPr>
      <w:r>
        <w:t>یہ ایک بہت انوکھا سفر تھا۔ ابھی الرسالہ نکلا ہی تھا کہ یہ سفر پیش آیا۔</w:t>
      </w:r>
    </w:p>
    <w:p>
      <w:r>
        <w:rPr>
          <w:b/>
        </w:rPr>
        <w:t xml:space="preserve">[01:18] </w:t>
      </w:r>
      <w:r>
        <w:t>farooq master sahib</w:t>
      </w:r>
    </w:p>
    <w:p>
      <w:pPr>
        <w:jc w:val="right"/>
      </w:pPr>
      <w:r>
        <w:t>فاروق مستر صاحب</w:t>
      </w:r>
    </w:p>
    <w:p>
      <w:r>
        <w:rPr>
          <w:b/>
        </w:rPr>
        <w:t xml:space="preserve">[01:23] </w:t>
      </w:r>
      <w:r>
        <w:t>ek bohat hi saleh insaan the, aur bohat jald unhon ne al-risale ke message ko samajh liya, is ko pakad liya, aur poori tarah is ko ikhtiyar kar liya.</w:t>
      </w:r>
    </w:p>
    <w:p>
      <w:pPr>
        <w:jc w:val="right"/>
      </w:pPr>
      <w:r>
        <w:t>ایک بہت ہی صالح انسان تھے، اور بہت جلد انہوں نے الرسالے کے میسج کو سمجھ لیا، اس کو پکڑ لیا، اور پوری طرح اس کو اختیار کر لیا۔</w:t>
      </w:r>
    </w:p>
    <w:p>
      <w:r>
        <w:rPr>
          <w:b/>
        </w:rPr>
        <w:t xml:space="preserve">[01:36] </w:t>
      </w:r>
      <w:r>
        <w:t>usi waqt se woh kashmir mein aur jammu mein al-risala ko phailane lage.</w:t>
      </w:r>
    </w:p>
    <w:p>
      <w:pPr>
        <w:jc w:val="right"/>
      </w:pPr>
      <w:r>
        <w:t>اسی وقت سے وہ کشمیر میں اور جموں میں الرسالہ کو پھیلانے لگے۔</w:t>
      </w:r>
    </w:p>
    <w:p>
      <w:r>
        <w:rPr>
          <w:b/>
        </w:rPr>
        <w:t xml:space="preserve">[01:45] </w:t>
      </w:r>
      <w:r>
        <w:t>yani apni taraf se kaafi, har mahina raqam kharch kar ke yeh kaam karte rahe woh. yahan tak ke aaj allah ke fazl se poore jammu mein, poori wadi mein, risale ka vision phail gaya hai.</w:t>
      </w:r>
    </w:p>
    <w:p>
      <w:pPr>
        <w:jc w:val="right"/>
      </w:pPr>
      <w:r>
        <w:t>یعنی اپنی طرف سے کافی، ہر مہینہ رقم خرچ کر کے یہ کام کرتے رہے وہ۔ یہاں تک کہ آج اللہ کے فضل سے پورے جموں میں، پوری وادی میں، رسالے کا بشن پھیل گیا ہے۔</w:t>
      </w:r>
    </w:p>
    <w:p>
      <w:r>
        <w:rPr>
          <w:b/>
        </w:rPr>
        <w:t xml:space="preserve">[01:59] </w:t>
      </w:r>
      <w:r>
        <w:t>to mein kaha karta hoon ke "all the credit goes to mister farooq master". to aaj allah ke fazl se mein in logon ko mukhatib kar raha hoon yahan par, dilli mein.</w:t>
      </w:r>
    </w:p>
    <w:p>
      <w:pPr>
        <w:jc w:val="right"/>
      </w:pPr>
      <w:r>
        <w:t>تو میں کہا کرتا ہوں کہ "آل دا کریڈٹ گوز ٹو مسٹر فاروق مستر"۔ تو آج اللہ کے فضل سے میں ان لوگوں کو مخاطب کر رہا ہوں یہاں پر، دلی میں۔</w:t>
      </w:r>
    </w:p>
    <w:p>
      <w:r>
        <w:rPr>
          <w:b/>
        </w:rPr>
        <w:t xml:space="preserve">[02:15] </w:t>
      </w:r>
      <w:r>
        <w:t>dekhiye, yeh jo safar hua tha, is ka ek waqea bohat hi zyada saba khamosh tha.</w:t>
      </w:r>
    </w:p>
    <w:p>
      <w:pPr>
        <w:jc w:val="right"/>
      </w:pPr>
      <w:r>
        <w:t>دیکھیے، یہ جو سفر ہوا تھا، اس کا ایک واقعہ بہت ہی زیادہ صبا خاموش تھا۔</w:t>
      </w:r>
    </w:p>
    <w:p>
      <w:r>
        <w:rPr>
          <w:b/>
        </w:rPr>
        <w:t xml:space="preserve">[02:24] </w:t>
      </w:r>
      <w:r>
        <w:t>aur mein keh sakta hoon ke is safar mein mujhe ek bohat bada item mila tha, is se bada item shayad abhi tak mujhe ek doosra nahi mil saka zindagi mein.</w:t>
      </w:r>
    </w:p>
    <w:p>
      <w:pPr>
        <w:jc w:val="right"/>
      </w:pPr>
      <w:r>
        <w:t>اور میں کہہ سکتا ہوں کہ اس سفر میں مجھے ایک بہت بڑا آئٹم ملا تھا، اس سے بڑا آئٹم شاید ابھی تک مجھے ایک دوسرا نہیں مل سکا زندگی میں۔</w:t>
      </w:r>
    </w:p>
    <w:p>
      <w:r>
        <w:rPr>
          <w:b/>
        </w:rPr>
        <w:t xml:space="preserve">[02:37] </w:t>
      </w:r>
      <w:r>
        <w:t>yeh rajouri ka qissa hai, jahan farooq master sahib mujh ko le gaye the. to wahan par ek sahib the, un ka naam tha mirza muhammad azam.</w:t>
      </w:r>
    </w:p>
    <w:p>
      <w:pPr>
        <w:jc w:val="right"/>
      </w:pPr>
      <w:r>
        <w:t>یہ راجوری کا قصہ ہے، جہاں فاروق مستر صاحب مجھ کو لے گئے تھے۔ تو وہاں پر ایک صاحب تھے، ان کا نام تھا مرزا محمد اعظم۔</w:t>
      </w:r>
    </w:p>
    <w:p>
      <w:r>
        <w:rPr>
          <w:b/>
        </w:rPr>
        <w:t xml:space="preserve">[02:49] </w:t>
      </w:r>
      <w:r>
        <w:t>ab mujhe nahi maloom ke woh kahan hain. to us waqt woh forester the. ab shayad retire ho gaye hon. to woh mujhe apne ghar le gaye.</w:t>
      </w:r>
    </w:p>
    <w:p>
      <w:pPr>
        <w:jc w:val="right"/>
      </w:pPr>
      <w:r>
        <w:t>اب مجھے نہیں معلوم کہ وہ کہاں ہیں۔ تو اس وقت وہ فارسٹر تھے۔ اب شاید ریٹائر ہو گئے ہوں۔ تو وہ مجھے اپنے گھر لے گئے۔</w:t>
      </w:r>
    </w:p>
    <w:p>
      <w:r>
        <w:rPr>
          <w:b/>
        </w:rPr>
        <w:t xml:space="preserve">[03:04] </w:t>
      </w:r>
      <w:r>
        <w:t>farooq master sahib aur hum un ke ghar gaye.</w:t>
      </w:r>
    </w:p>
    <w:p>
      <w:pPr>
        <w:jc w:val="right"/>
      </w:pPr>
      <w:r>
        <w:t>فاروق مستر صاحب اور ہم ان کے گھر گئے۔</w:t>
      </w:r>
    </w:p>
    <w:p>
      <w:r>
        <w:rPr>
          <w:b/>
        </w:rPr>
        <w:t xml:space="preserve">[03:08] </w:t>
      </w:r>
      <w:r>
        <w:t>to woh daari rakhe hue the, aur deendar ki wajah thi un ki. to maine poochha ke aap ke andar yeh deeni mizaj kaise aaya?</w:t>
      </w:r>
    </w:p>
    <w:p>
      <w:pPr>
        <w:jc w:val="right"/>
      </w:pPr>
      <w:r>
        <w:t>تو وہ داڑھی رکھے ہوئے تھے، اور دیندار کی وجہ تھی ان کی۔ تو میں نے پوچھا کہ آپ کے اندر یہ دینی مزاج کیسے آیا؟</w:t>
      </w:r>
    </w:p>
    <w:p>
      <w:r>
        <w:rPr>
          <w:b/>
        </w:rPr>
        <w:t xml:space="preserve">[03:20] </w:t>
      </w:r>
      <w:r>
        <w:t>to unhon ne ek bada ajeeb waqea bayan kiya. unhon ne kaha ke pehle mein ek mister ke andaaz mein rehta tha, coat patlon mein.</w:t>
      </w:r>
    </w:p>
    <w:p>
      <w:pPr>
        <w:jc w:val="right"/>
      </w:pPr>
      <w:r>
        <w:t>تو انہوں نے ایک بڑا عجیب واقعہ بیان کیا۔ انہوں نے کہا کہ پہلے میں ایک مسٹر کے انداز میں رہتا تھا، کوٹ پتون میں۔</w:t>
      </w:r>
    </w:p>
    <w:p>
      <w:r>
        <w:rPr>
          <w:b/>
        </w:rPr>
        <w:t xml:space="preserve">[03:30] </w:t>
      </w:r>
      <w:r>
        <w:t>phir 1975 mein ek waqea hua. woh forester the, aur aksar duty se woh raat ko lota karte the ghar par.</w:t>
      </w:r>
    </w:p>
    <w:p>
      <w:pPr>
        <w:jc w:val="right"/>
      </w:pPr>
      <w:r>
        <w:t>پھر 1975 میں ایک واقعہ ہوا۔ وہ فارسٹر تھے، اور اکثر ڈیوٹی سے وہ رات کو لوٹا کرتے تھے گھر پر۔</w:t>
      </w:r>
    </w:p>
    <w:p>
      <w:r>
        <w:rPr>
          <w:b/>
        </w:rPr>
        <w:t xml:space="preserve">[03:40] </w:t>
      </w:r>
      <w:r>
        <w:t>to unhon ne bataya ke ek din mein aksar jab aata tha to bachchon ke liye kuch laata tha, kuch khaane peene ki cheez. to ek din aisa hua 1975 mein ke mein lota to mein kuch laaya nahi tha apne saath.</w:t>
      </w:r>
    </w:p>
    <w:p>
      <w:pPr>
        <w:jc w:val="right"/>
      </w:pPr>
      <w:r>
        <w:t>تو انہوں نے بتایا کہ ایک دن میں اکثر جب آتا تھا تو بچوں کے لیے کچھ لاتا تھا، کچھ کھانے پینے کی چیز۔ تو ایک دن ایسا ہوا 1975 میں کہ میں لوٹا تو میں کچھ لایا نہیں تھا اپنے ساتھ۔</w:t>
      </w:r>
    </w:p>
    <w:p>
      <w:r>
        <w:rPr>
          <w:b/>
        </w:rPr>
        <w:t xml:space="preserve">[04:01] </w:t>
      </w:r>
      <w:r>
        <w:t>to bachche hasb-e-mamool</w:t>
      </w:r>
    </w:p>
    <w:p>
      <w:pPr>
        <w:jc w:val="right"/>
      </w:pPr>
      <w:r>
        <w:t>تو بچے حسب معمول</w:t>
      </w:r>
    </w:p>
    <w:p>
      <w:r>
        <w:rPr>
          <w:b/>
        </w:rPr>
        <w:t xml:space="preserve">[04:05] </w:t>
      </w:r>
      <w:r>
        <w:t>bachchon ne mujh ko gher liya aur poochha kya laaye hain, kya laaye hain? to maine kaha ke aaj to mein kuch nahi laaya hoon.</w:t>
      </w:r>
    </w:p>
    <w:p>
      <w:pPr>
        <w:jc w:val="right"/>
      </w:pPr>
      <w:r>
        <w:t>بچوں نے مجھ کو گھیر لیا اور پوچھا کیا لائے ہیں، کیا لائے ہیں؟ تو میں نے کہا کہ آج تو میں کچھ نہیں لایا ہوں۔</w:t>
      </w:r>
    </w:p>
    <w:p>
      <w:r>
        <w:rPr>
          <w:b/>
        </w:rPr>
        <w:t xml:space="preserve">[04:15] </w:t>
      </w:r>
      <w:r>
        <w:t>unhon ne bataya ke un ka ek chhah saal ka bachcha, jis ka naam arshad tha, us ne kaha: "agar tum hamare liye kuch nahi laaye to kyun yahan aaye?"</w:t>
      </w:r>
    </w:p>
    <w:p>
      <w:pPr>
        <w:jc w:val="right"/>
      </w:pPr>
      <w:r>
        <w:t>انہوں نے بتایا کہ ان کا ایک چھ سال کا بچہ، جس کا نام ارشد تھا، اس نے کہا: "اگر تم ہمارے لیے کچھ نہیں لائے تو کیوں یہاں آئے؟"</w:t>
      </w:r>
    </w:p>
    <w:p>
      <w:r>
        <w:rPr>
          <w:b/>
        </w:rPr>
        <w:t xml:space="preserve">[04:27] </w:t>
      </w:r>
      <w:r>
        <w:t>to unhon ne kaha ke is is bachche ke is in alfaz ne mere andar ek bhoonchaal paida kar diya. maine socha usi tarah ek din mein allah ke paas jaaunga.</w:t>
      </w:r>
    </w:p>
    <w:p>
      <w:pPr>
        <w:jc w:val="right"/>
      </w:pPr>
      <w:r>
        <w:t>تو انہوں نے کہا کہ اس اس بچے کے اس ان الفاظ نے میرے اندر ایک بھونچال پیدا کر دیا۔ میں نے سوچا اسی طرح ایک دن میں اللہ کے پاس جاؤں گا۔</w:t>
      </w:r>
    </w:p>
    <w:p>
      <w:r>
        <w:rPr>
          <w:b/>
        </w:rPr>
        <w:t xml:space="preserve">[04:43] </w:t>
      </w:r>
      <w:r>
        <w:t>duniya mein kuch din guzaarne ke baad mein allah ke paas jaaunga. wahan agar allah yeh keh de ke mere liye kya laaye?</w:t>
      </w:r>
    </w:p>
    <w:p>
      <w:pPr>
        <w:jc w:val="right"/>
      </w:pPr>
      <w:r>
        <w:t>دنیا میں کچھ دن گزارنے کے بعد میں اللہ کے پاس جاؤں گا۔ وہاں اگر اللہ یہ کہہ دے کہ میرے لیے کیا لائے؟</w:t>
      </w:r>
    </w:p>
    <w:p>
      <w:r>
        <w:rPr>
          <w:b/>
        </w:rPr>
        <w:t xml:space="preserve">[04:56] </w:t>
      </w:r>
      <w:r>
        <w:t>ab mein khaali haath wahan pahunchunga kyunki meri koi deeni zindagi nahi, meri koi dawaati zindagi nahi. to agar wahan khuda kahe ke tum agar mere paas koi mere liye kuch nahi laaye to aaye koi yahan?</w:t>
      </w:r>
    </w:p>
    <w:p>
      <w:pPr>
        <w:jc w:val="right"/>
      </w:pPr>
      <w:r>
        <w:t>اب میں خالی ہاتھ وہاں پہنچوں گا کیونکہ میری کوئی دینی زندگی نہیں، میری کوئی دعوتی زندگی نہیں۔ تو اگر وہاں خدا کہے کہ تم اگر میرے پاس کوئی میرے لیے کچھ نہیں لائے تو آئے کوئی یہاں؟</w:t>
      </w:r>
    </w:p>
    <w:p>
      <w:r>
        <w:rPr>
          <w:b/>
        </w:rPr>
        <w:t xml:space="preserve">[05:10] </w:t>
      </w:r>
      <w:r>
        <w:t>to kaun si zameen o aasman mujh ko jagah denge? yeh ek bada ajeeb waqea tha jis ne khud meri zindagi mein bhoonchaal paida kar diya.</w:t>
      </w:r>
    </w:p>
    <w:p>
      <w:pPr>
        <w:jc w:val="right"/>
      </w:pPr>
      <w:r>
        <w:t>تو کون سے زمین و آسمان مجھ کو جگہ دیں گے؟ یہ ایک بڑا عجیب واقعہ تھا جس نے خود میری زندگی میں بھونچال پیدا کر دیا۔</w:t>
      </w:r>
    </w:p>
    <w:p>
      <w:r>
        <w:rPr>
          <w:b/>
        </w:rPr>
        <w:t xml:space="preserve">[05:20] </w:t>
      </w:r>
      <w:r>
        <w:t>abhi tak mein us ko yaad karta rehta hoon.</w:t>
      </w:r>
    </w:p>
    <w:p>
      <w:pPr>
        <w:jc w:val="right"/>
      </w:pPr>
      <w:r>
        <w:t>ابھی تک میں اس کو یاد کرتا رہتا ہوں۔</w:t>
      </w:r>
    </w:p>
    <w:p>
      <w:r>
        <w:rPr>
          <w:b/>
        </w:rPr>
        <w:t xml:space="preserve">[05:25] </w:t>
      </w:r>
      <w:r>
        <w:t>to mein samajhta hoon ke yeh waqea poore jammu kashmir ke liye hai. jammu kashmir ke har aurat aur mard ko yeh sochna chahiye ke aik din aisa aanay wala hai jab ke woh dunya ko chhod kar Allah ke paas jayega.</w:t>
      </w:r>
    </w:p>
    <w:p>
      <w:pPr>
        <w:jc w:val="right"/>
      </w:pPr>
      <w:r>
        <w:t>تو میں سمجھتا ہوں کہ یہ واقعہ پورے جموں کشمیر کے لیے ہے۔ جموں کشمیر کے ہر عورت اور مرد کو یہ سوچنا چاہیے کہ ایک دن ایسا آنے والا ہے جب کہ وہ دنیا کو چھوڑ کر اللہ کے پاس جائے گا۔</w:t>
      </w:r>
    </w:p>
    <w:p>
      <w:r>
        <w:rPr>
          <w:b/>
        </w:rPr>
        <w:t xml:space="preserve">[05:45] </w:t>
      </w:r>
      <w:r>
        <w:t>to wahan us ke paas kya hoga wahan pesh karne ke liye, wahan ki adalat mein? sab ko sochna chahiye.</w:t>
      </w:r>
    </w:p>
    <w:p>
      <w:pPr>
        <w:jc w:val="right"/>
      </w:pPr>
      <w:r>
        <w:t>تو وہاں اس کے پاس کیا ہوگا وہاں پیش کرنے کے لیے، وہاں کی عدالت میں؟ سب کو سوچنا چاہیے۔</w:t>
      </w:r>
    </w:p>
    <w:p>
      <w:r>
        <w:rPr>
          <w:b/>
        </w:rPr>
        <w:t xml:space="preserve">[05:56] </w:t>
      </w:r>
      <w:r>
        <w:t>dekhein, aaj ke akhbar mein aik khabar thi ke 31 october ko united nations ke bayan ke mutabiq dunya ki abadi seven billion ho gayi,</w:t>
      </w:r>
    </w:p>
    <w:p>
      <w:pPr>
        <w:jc w:val="right"/>
      </w:pPr>
      <w:r>
        <w:t>دیکھیں، آج کے اخبار میں ایک خبر تھی کہ 31 اکتوبر کو یونائٹڈ نیشنز کے بیان کے مطابق دنیا کی آبادی سیون بلین ہو گئی،</w:t>
      </w:r>
    </w:p>
    <w:p>
      <w:r>
        <w:rPr>
          <w:b/>
        </w:rPr>
        <w:t xml:space="preserve">[06:11] </w:t>
      </w:r>
      <w:r>
        <w:t>saat arab insan. aaj seven billion. to mujhe yaad aaya ke 1947 mein india azaad hua tha aur jahan jawahar lal nehru us ke prime minister bane thay.</w:t>
      </w:r>
    </w:p>
    <w:p>
      <w:pPr>
        <w:jc w:val="right"/>
      </w:pPr>
      <w:r>
        <w:t>سات ارب انسان۔ آج سیون بلین۔ تو مجھے یاد آیا کہ 1947 میں انڈیا آزاد ہوا تھا اور جہاں جواہر اللہ نہرو اس کے پرائم منسٹر بنے تھے۔</w:t>
      </w:r>
    </w:p>
    <w:p>
      <w:r>
        <w:rPr>
          <w:b/>
        </w:rPr>
        <w:t xml:space="preserve">[06:24] </w:t>
      </w:r>
      <w:r>
        <w:t>to unhon ne apni aik taqreer mein kaha tha, us waqt ke lihaz se, us waqt india ki abadi sirf 36 crore thi.</w:t>
      </w:r>
    </w:p>
    <w:p>
      <w:pPr>
        <w:jc w:val="right"/>
      </w:pPr>
      <w:r>
        <w:t>تو انہوں نے اپنی ایک تقریر میں کہا تھا، اس وقت کے لحاظ سے، اس وقت انڈیا کی آبادی صرف 36 کروڑ تھی۔</w:t>
      </w:r>
    </w:p>
    <w:p>
      <w:r>
        <w:rPr>
          <w:b/>
        </w:rPr>
        <w:t xml:space="preserve">[06:36] </w:t>
      </w:r>
      <w:r>
        <w:t>aaj to sau crore se zyada hai. to unhon ne kaha tha ke agar india mein 36 crore insan hain to jahan 36 crore masail hain jin se hamein nipatna hai.</w:t>
      </w:r>
    </w:p>
    <w:p>
      <w:pPr>
        <w:jc w:val="right"/>
      </w:pPr>
      <w:r>
        <w:t>آج تو سو کروڑ سے زیادہ ہے۔ تو انہوں نے کہا تھا کہ اگر انڈیا میں 36 کروڑ انسان ہیں تو جہاں 36 کروڑ مسائل ہیں جن سے ہمیں ٹپٹنا ہے۔</w:t>
      </w:r>
    </w:p>
    <w:p>
      <w:r>
        <w:rPr>
          <w:b/>
        </w:rPr>
        <w:t xml:space="preserve">[06:47] </w:t>
      </w:r>
      <w:r>
        <w:t>us waqt mein ne aik mazmoon likha tha, chhota sa, chhota sa. woh mere office mein maujood hai, chha hua.</w:t>
      </w:r>
    </w:p>
    <w:p>
      <w:pPr>
        <w:jc w:val="right"/>
      </w:pPr>
      <w:r>
        <w:t>اس وقت میں نے ایک مضمون لکھا تھا، چھوٹا سا، چھوٹا سا۔ وہ میرے آفس میں موجود ہے، چھپا ہوا۔</w:t>
      </w:r>
    </w:p>
    <w:p>
      <w:r>
        <w:rPr>
          <w:b/>
        </w:rPr>
        <w:t xml:space="preserve">[06:55] </w:t>
      </w:r>
      <w:r>
        <w:t>is mein mein ne likha tha ke yahi baat hamare liye bhi hai ke is mulk mein agar 36 crore insan hain to 36 crore da'wati zimmedari hai.</w:t>
      </w:r>
    </w:p>
    <w:p>
      <w:pPr>
        <w:jc w:val="right"/>
      </w:pPr>
      <w:r>
        <w:t>اس میں میں نے لکھا تھا کہ یہی بات ہمارے لیے بھی ہے کہ اس ملک میں اگر 36 کروڑ انسان ہیں تو 36 کروڑ دعوتی ذمہ داری ہے۔</w:t>
      </w:r>
    </w:p>
    <w:p>
      <w:r>
        <w:rPr>
          <w:b/>
        </w:rPr>
        <w:t xml:space="preserve">[07:09] </w:t>
      </w:r>
      <w:r>
        <w:t>36 crore dawati zimmedariyan hain. Agar hum in zimmedariyon ko ada kiye baghair dunya se chale gaye to kya haal hoga hamara?</w:t>
      </w:r>
    </w:p>
    <w:p>
      <w:pPr>
        <w:jc w:val="right"/>
      </w:pPr>
      <w:r>
        <w:t>36 کروڑ دعوتی ذمہ داریاں ہیں۔ اگر ہم ان ذمہ داریوں کو ادا کیے بغیر دنیا سے چلے گئے تو کیا حال ہوگا ہمارا؟</w:t>
      </w:r>
    </w:p>
    <w:p>
      <w:r>
        <w:rPr>
          <w:b/>
        </w:rPr>
        <w:t xml:space="preserve">[07:20] </w:t>
      </w:r>
      <w:r>
        <w:t>Is waqt mein ne likha tha is ko.</w:t>
      </w:r>
    </w:p>
    <w:p>
      <w:pPr>
        <w:jc w:val="right"/>
      </w:pPr>
      <w:r>
        <w:t>اس وقت میں نے لکھا تھا اس کو۔</w:t>
      </w:r>
    </w:p>
    <w:p>
      <w:r>
        <w:rPr>
          <w:b/>
        </w:rPr>
        <w:t xml:space="preserve">[07:23] </w:t>
      </w:r>
      <w:r>
        <w:t>Phir aap dekhiye ke ab to sau crore ho gaye. Ab zimmedariyan sau crore ho gayi aur sath dunya ki nisbat se saat sau crore ho gayi.</w:t>
      </w:r>
    </w:p>
    <w:p>
      <w:pPr>
        <w:jc w:val="right"/>
      </w:pPr>
      <w:r>
        <w:t>پھر آپ دیکھیے کہ اب تو سو کروڑ ہو گئے۔ اب ذمہ داریاں سو کروڑ ہو گئی اور ساتھ دنیا کی نسبت سے سات سو کروڑ ہو گئے۔</w:t>
      </w:r>
    </w:p>
    <w:p>
      <w:r>
        <w:rPr>
          <w:b/>
        </w:rPr>
        <w:t xml:space="preserve">[07:35] </w:t>
      </w:r>
      <w:r>
        <w:t>To yeh sab baat hai jo sochne ki hai. Kyun ke dekhiye, sirf Kashmir ke log nahi, har musalman jo ummat e Muhammadi ka member hai,</w:t>
      </w:r>
    </w:p>
    <w:p>
      <w:pPr>
        <w:jc w:val="right"/>
      </w:pPr>
      <w:r>
        <w:t>تو یہ سب بات ہے جو سوچنے کی ہے۔ کیونکہ دیکھیے، صرف کشمیر کے لوگ نہیں، ہر مسلمان جو امت محمدی کا ممبر ہے،</w:t>
      </w:r>
    </w:p>
    <w:p>
      <w:r>
        <w:rPr>
          <w:b/>
        </w:rPr>
        <w:t xml:space="preserve">[07:50] </w:t>
      </w:r>
      <w:r>
        <w:t>us ke upar dawat ki lazmi zimmedari hai. Kyun ke hum musalman khatm e nabuwat ke baad maqam e nabuwat par hain.</w:t>
      </w:r>
    </w:p>
    <w:p>
      <w:pPr>
        <w:jc w:val="right"/>
      </w:pPr>
      <w:r>
        <w:t>اس کے اوپر دعوت کی لازمی ذمہ داری ہے۔ کیونکہ ہم مسلمان ختم نبوت کے بعد مقام نبوت پر ہیں۔</w:t>
      </w:r>
    </w:p>
    <w:p>
      <w:r>
        <w:rPr>
          <w:b/>
        </w:rPr>
        <w:t xml:space="preserve">[08:01] </w:t>
      </w:r>
      <w:r>
        <w:t>Yaani jo dawti zimmedari peghambar apni zindagi mein ada karte thay, wahi dawti zimmedari ab har musalman par adat hoti hai.</w:t>
      </w:r>
    </w:p>
    <w:p>
      <w:pPr>
        <w:jc w:val="right"/>
      </w:pPr>
      <w:r>
        <w:t>یعنی جو دعوتی ذمہ داری پیغمبر اپنی زندگی میں ادا کرتے تھے، وہی دعوتی ذمہ داری اب ہر مسلمان پر عادت ہوتی ہے۔</w:t>
      </w:r>
    </w:p>
    <w:p>
      <w:r>
        <w:rPr>
          <w:b/>
        </w:rPr>
        <w:t xml:space="preserve">[08:13] </w:t>
      </w:r>
      <w:r>
        <w:t>Yeh lazmi zimmedari hai ya farz e ain hai, yeh farz e kifaya nahi hai.</w:t>
      </w:r>
    </w:p>
    <w:p>
      <w:pPr>
        <w:jc w:val="right"/>
      </w:pPr>
      <w:r>
        <w:t>یہ لازمی ذمہ داری ہے یا فرض عین ہے، یہ فرض کفایہ نہیں ہے۔</w:t>
      </w:r>
    </w:p>
    <w:p>
      <w:r>
        <w:rPr>
          <w:b/>
        </w:rPr>
        <w:t xml:space="preserve">[08:19] </w:t>
      </w:r>
      <w:r>
        <w:t>Hargiz hargiz yeh farz e kifaya nahi hai, yeh farz e ain hai. Jitna jis ke bas mein ho, utna usay karna hai.</w:t>
      </w:r>
    </w:p>
    <w:p>
      <w:pPr>
        <w:jc w:val="right"/>
      </w:pPr>
      <w:r>
        <w:t>ہرگز ہرگز یہ فرض کفایہ نہیں ہے، یہ فرض عین ہے۔ جتنا جس کے بس میں ہو، اتنا اسے کرنا ہے۔</w:t>
      </w:r>
    </w:p>
    <w:p>
      <w:r>
        <w:rPr>
          <w:b/>
        </w:rPr>
        <w:t xml:space="preserve">[08:29] </w:t>
      </w:r>
      <w:r>
        <w:t>Jitna us ke bas mein ho, utna usay karna hai. Aaj jab mein yahan aanay ke liye tha to mujhe ek waqia yaad aa gaya, Babar ka, shehanshah Babar</w:t>
      </w:r>
    </w:p>
    <w:p>
      <w:pPr>
        <w:jc w:val="right"/>
      </w:pPr>
      <w:r>
        <w:t>جتنا اس کے بس میں ہو، اتنا اسے کرنا ہے۔ آج جب میں یہاں آنے کے لیے تھا تو مجھے ایک واقعہ یاد آ گیا، بابر کا، شہنشاہ بابر</w:t>
      </w:r>
    </w:p>
    <w:p>
      <w:r>
        <w:rPr>
          <w:b/>
        </w:rPr>
        <w:t xml:space="preserve">[08:41] </w:t>
      </w:r>
      <w:r>
        <w:t>Shehanshah Babar 1500</w:t>
      </w:r>
    </w:p>
    <w:p>
      <w:pPr>
        <w:jc w:val="right"/>
      </w:pPr>
      <w:r>
        <w:t>۔ شہنشاہ بابر 1500</w:t>
      </w:r>
    </w:p>
    <w:p>
      <w:r>
        <w:rPr>
          <w:b/>
        </w:rPr>
        <w:t xml:space="preserve">[08:47] </w:t>
      </w:r>
      <w:r>
        <w:t>26 mein us ne India ka, North India ka bara hissa fateh kiya tha, including Agra aur Delhi.</w:t>
      </w:r>
    </w:p>
    <w:p>
      <w:pPr>
        <w:jc w:val="right"/>
      </w:pPr>
      <w:r>
        <w:t>26 میں اس نے انڈیا کا، نارتھ انڈیا کا بڑا حصہ فتح کیا تھا، انکلوڈنگ آگرہ اور دہلی۔</w:t>
      </w:r>
    </w:p>
    <w:p>
      <w:r>
        <w:rPr>
          <w:b/>
        </w:rPr>
        <w:t xml:space="preserve">[08:58] </w:t>
      </w:r>
      <w:r>
        <w:t>1526 mein. Us ke sirf char saal baad, 1530 mein, us ki wafat ho gayi.</w:t>
      </w:r>
    </w:p>
    <w:p>
      <w:pPr>
        <w:jc w:val="right"/>
      </w:pPr>
      <w:r>
        <w:t>1526 میں۔ اس کے صرف چار سال بعد، 1530 میں، اس کی وفات ہو گئی۔</w:t>
      </w:r>
    </w:p>
    <w:p>
      <w:r>
        <w:rPr>
          <w:b/>
        </w:rPr>
        <w:t xml:space="preserve">[09:10] </w:t>
      </w:r>
      <w:r>
        <w:t>Lekin woh bohat active aadmi tha. Woh Kashmir bhi gaya.</w:t>
      </w:r>
    </w:p>
    <w:p>
      <w:pPr>
        <w:jc w:val="right"/>
      </w:pPr>
      <w:r>
        <w:t>لیکن وہ بہت ایکٹیو آدمی تھا۔ وہ کشمیر بھی گیا۔</w:t>
      </w:r>
    </w:p>
    <w:p>
      <w:r>
        <w:rPr>
          <w:b/>
        </w:rPr>
        <w:t xml:space="preserve">[09:17] </w:t>
      </w:r>
      <w:r>
        <w:t>Kashmir ko dekh kar us ne kaha tha: "Agar agar firdaus bar-ru-e-zamin ast, hamin ast o hamin ast o hamin ast" ke zameen agar jannat zameen par hai to yahi Kashmir jannat hai.</w:t>
      </w:r>
    </w:p>
    <w:p>
      <w:pPr>
        <w:jc w:val="right"/>
      </w:pPr>
      <w:r>
        <w:t>کشمیر کو دیکھ کر اس نے کہا تھا: "اگر اگر فردوس بٹوئے زمینست، ہمینست تو ہمینست تو ہمینست" کہ زمین اگر جنت زمین پر ہے تو یہی کشمیر جنت ہے۔</w:t>
      </w:r>
    </w:p>
    <w:p>
      <w:r>
        <w:rPr>
          <w:b/>
        </w:rPr>
        <w:t xml:space="preserve">[09:36] </w:t>
      </w:r>
      <w:r>
        <w:t>Lekin is jannat ki sirf yun jhalak mili, bas is mein rehne se naseeb nahi hua. Aur char saal ke baad hi woh akhirat mein chala gaya, jahan ke liye us ne koi taameer nahi ki thi.</w:t>
      </w:r>
    </w:p>
    <w:p>
      <w:pPr>
        <w:jc w:val="right"/>
      </w:pPr>
      <w:r>
        <w:t>لیکن اس جنت کی صرف یوں جھلک ملی، بس اس میں رہنے سے نصیب نہیں ہوا۔ اور چار سال کے بعد ہی وہ آخرت میں چلا گیا، جہاں کے لیے اس نے کوئی تعمیر نہیں کی تھی۔</w:t>
      </w:r>
    </w:p>
    <w:p>
      <w:r>
        <w:rPr>
          <w:b/>
        </w:rPr>
        <w:t xml:space="preserve">[09:47] </w:t>
      </w:r>
      <w:r>
        <w:t>Balkay us ne kaha tha ke "Babar ba-aish kosh ke alam-e-dobarah nist".</w:t>
      </w:r>
    </w:p>
    <w:p>
      <w:pPr>
        <w:jc w:val="right"/>
      </w:pPr>
      <w:r>
        <w:t>بلکہ اس نے کہا تھا کہ "بابر بایش کوش کے عالم دوبارہ نیست"۔</w:t>
      </w:r>
    </w:p>
    <w:p>
      <w:r>
        <w:rPr>
          <w:b/>
        </w:rPr>
        <w:t xml:space="preserve">[09:55] </w:t>
      </w:r>
      <w:r>
        <w:t>To yeh sab hum sab, hum sab logon ka masla hai. Hum sab logon ka masla hai. Allah taala ne dunya mein jo beauty rakhi hai, chahe Kashmir mein ho ya kahin aur ho, woh beauty jannat ki ek jhalak hai.</w:t>
      </w:r>
    </w:p>
    <w:p>
      <w:pPr>
        <w:jc w:val="right"/>
      </w:pPr>
      <w:r>
        <w:t>تو یہ سب ہم سب، ہم سب لوگوں کا مسئلہ ہے۔ ہم سب لوگوں کا مسئلہ ہے۔ اللہ تعالی نے دنیا میں جو بیوٹی رکھی ہے، چاہے کشمیر میں ہو یا کہیں اور ہو، وہ بیوٹی جنت کی ایک جھلک ہے۔</w:t>
      </w:r>
    </w:p>
    <w:p>
      <w:r>
        <w:rPr>
          <w:b/>
        </w:rPr>
        <w:t xml:space="preserve">[10:11] </w:t>
      </w:r>
      <w:r>
        <w:t>Woh is liye hai ke hum is se jannat ka taaruf hasil karein.</w:t>
      </w:r>
    </w:p>
    <w:p>
      <w:pPr>
        <w:jc w:val="right"/>
      </w:pPr>
      <w:r>
        <w:t>وہ اس لیے ہے کہ ہم اس سے جنت کا تعارف حاصل کریں۔</w:t>
      </w:r>
    </w:p>
    <w:p>
      <w:r>
        <w:rPr>
          <w:b/>
        </w:rPr>
        <w:t xml:space="preserve">[10:17] </w:t>
      </w:r>
      <w:r>
        <w:t>Koi bhi jo beauty hai, chahe woh Kashmir ki beauty ho ya kisi aur jagah ki, woh is liye hai taake us ko dekh kar hum yaad karein ke jannat jo is se bhi ziyada bari jagah hai, woh kaisi hogi.</w:t>
      </w:r>
    </w:p>
    <w:p>
      <w:pPr>
        <w:jc w:val="right"/>
      </w:pPr>
      <w:r>
        <w:t>کوئی بھی جو بیوٹی ہے، چاہے وہ کشمیر کی بیوٹی ہو یا کسی اور جگہ کی، وہ اس لیے ہے تاکہ اس کو دیکھ کر ہم یاد کریں کہ جنت جو اس سے بھی زیادہ بڑی جگہ ہے، وہ کیسی ہوگی۔</w:t>
      </w:r>
    </w:p>
    <w:p>
      <w:r>
        <w:rPr>
          <w:b/>
        </w:rPr>
        <w:t xml:space="preserve">[10:33] </w:t>
      </w:r>
      <w:r>
        <w:t>Aur phir wahi ho ke "Wa li-yabtaghi hadha fal-yamtal al-amialun". Is ke liye hum daudein, is ke liye amal karein. Is ke liye amal karein.</w:t>
      </w:r>
    </w:p>
    <w:p>
      <w:pPr>
        <w:jc w:val="right"/>
      </w:pPr>
      <w:r>
        <w:t>اور پھر وہی ہو کہ "ولیبس لہذا فلیعمل العاملون"۔ اس کے لیے ہم دوڑیں، اس کے لیے عمل کریں۔ اس کے لیے عمل کریں۔</w:t>
      </w:r>
    </w:p>
    <w:p>
      <w:r>
        <w:rPr>
          <w:b/>
        </w:rPr>
        <w:t xml:space="preserve">[10:44] </w:t>
      </w:r>
      <w:r>
        <w:t>To amal ke do hi item hain: ek khud apne aap ko Allah ke marzi pe dhalna, aur doosre tamam insanon ko Allah ki marzi se ba-khabar karna.</w:t>
      </w:r>
    </w:p>
    <w:p>
      <w:pPr>
        <w:jc w:val="right"/>
      </w:pPr>
      <w:r>
        <w:t>تو عمل کا دو ہی آئٹم ہیں: ایک خود اپنے آپ کو اللہ کے مرضی پہ ٹھالنا، اور دوسرے تمام انسانوں کو اللہ کی مرضی سے باخبر کرنا۔</w:t>
      </w:r>
    </w:p>
    <w:p>
      <w:r>
        <w:rPr>
          <w:b/>
        </w:rPr>
        <w:t xml:space="preserve">[11:00] </w:t>
      </w:r>
      <w:r>
        <w:t>Yaani zaati amal karna aur dawat ka kaam karna. Yeh hum mein se har shakhs ki zimmedari hai.</w:t>
      </w:r>
    </w:p>
    <w:p>
      <w:pPr>
        <w:jc w:val="right"/>
      </w:pPr>
      <w:r>
        <w:t>یعنی ذاتی عمل کرنا اور دعوت کا کام کرنا۔ یہ ہم میں سے ہر شخص کی ذمہ داری ہے۔</w:t>
      </w:r>
    </w:p>
    <w:p>
      <w:r>
        <w:rPr>
          <w:b/>
        </w:rPr>
        <w:t xml:space="preserve">[11:13] </w:t>
      </w:r>
      <w:r>
        <w:t>Is mein se koi bhi ek amal kafi nahi. Zaati amal karein aap, dawat ka kaam na karein, tab bhi na-kafi hai.</w:t>
      </w:r>
    </w:p>
    <w:p>
      <w:pPr>
        <w:jc w:val="right"/>
      </w:pPr>
      <w:r>
        <w:t>اس میں سے کوئی بھی ایک عمل کافی نہیں۔ ذاتی عمل کریں آپ، دعوت کا کام نہ کریں، تب بھی ناکافی ہے۔</w:t>
      </w:r>
    </w:p>
    <w:p>
      <w:r>
        <w:rPr>
          <w:b/>
        </w:rPr>
        <w:t xml:space="preserve">[11:24] </w:t>
      </w:r>
      <w:r>
        <w:t>Dawat ka kaam karein, zaati amal na karein, tab bhi na-kafi hai.</w:t>
      </w:r>
    </w:p>
    <w:p>
      <w:pPr>
        <w:jc w:val="right"/>
      </w:pPr>
      <w:r>
        <w:t>دعوت کا کام کریں، ذاتی عمل نہ کریں، تب بھی ناکافی ہے۔</w:t>
      </w:r>
    </w:p>
    <w:p>
      <w:r>
        <w:rPr>
          <w:b/>
        </w:rPr>
        <w:t xml:space="preserve">[11:30] </w:t>
      </w:r>
      <w:r>
        <w:t>To yaad rakhiye, hum ko ek taraf apni zaati zindagi ko Allah ke hukumon par dhalna hai, usi ke sath sath lazmi taur par yeh karna hai ke apne parosiyon ko, doosre insanon ko Allah ke deen se ba-khabar karein.</w:t>
      </w:r>
    </w:p>
    <w:p>
      <w:pPr>
        <w:jc w:val="right"/>
      </w:pPr>
      <w:r>
        <w:t>تو یاد رکھیے، ہم کو ایک طرف اپنی ذاتی زندگی کو اللہ کے حکموں پر ٹھالنا ہے، اسی کے ساتھ ساتھ لازمی طور پر یہ کرنا ہے کہ اپنے پڑوسیوں کو، دوسرے انسانوں کو اللہ کے دین سے باخبر کریں۔</w:t>
      </w:r>
    </w:p>
    <w:p>
      <w:r>
        <w:rPr>
          <w:b/>
        </w:rPr>
        <w:t xml:space="preserve">[11:50] </w:t>
      </w:r>
      <w:r>
        <w:t>warna hum Allah ki pakar se bach nahi sakte.</w:t>
      </w:r>
    </w:p>
    <w:p>
      <w:pPr>
        <w:jc w:val="right"/>
      </w:pPr>
      <w:r>
        <w:t>ورنہ ہم اللہ کی پکڑ سے بچ نہیں سکتے۔</w:t>
      </w:r>
    </w:p>
    <w:p>
      <w:r>
        <w:rPr>
          <w:b/>
        </w:rPr>
        <w:t xml:space="preserve">[11:56] </w:t>
      </w:r>
      <w:r>
        <w:t>to mein apne sathiyon ko aur apne Kashmir ke doston ko yahi paigham dena chahta hoon ke aap log</w:t>
      </w:r>
    </w:p>
    <w:p>
      <w:pPr>
        <w:jc w:val="right"/>
      </w:pPr>
      <w:r>
        <w:t>تو میں اپنے ساتھیوں کو اور اپنے کشمیر کے دوستوں کو یہی پیغام دینا چاہتا ہوں کہ آپ لوگ</w:t>
      </w:r>
    </w:p>
    <w:p>
      <w:r>
        <w:rPr>
          <w:b/>
        </w:rPr>
        <w:t xml:space="preserve">[12:09] </w:t>
      </w:r>
      <w:r>
        <w:t>is azm ke sath Kashmir mein jeena seekhiye ke aap ko wahan dawat ka kaam karna hai.</w:t>
      </w:r>
    </w:p>
    <w:p>
      <w:pPr>
        <w:jc w:val="right"/>
      </w:pPr>
      <w:r>
        <w:t>اس عزم کے ساتھ کشمیر میں جینا سیکھیے کہ آپ کو وہاں دعوت کا کام کرنا ہے۔</w:t>
      </w:r>
    </w:p>
    <w:p>
      <w:r>
        <w:rPr>
          <w:b/>
        </w:rPr>
        <w:t xml:space="preserve">[12:21] </w:t>
      </w:r>
      <w:r>
        <w:t>ek sahib se mulaqat hui Kashmir ke ek sahib</w:t>
      </w:r>
    </w:p>
    <w:p>
      <w:pPr>
        <w:jc w:val="right"/>
      </w:pPr>
      <w:r>
        <w:t>ایک صاحب سے ملاقات ہوئی کشمیر کے ایک صاح</w:t>
      </w:r>
    </w:p>
    <w:p>
      <w:r>
        <w:rPr>
          <w:b/>
        </w:rPr>
        <w:t xml:space="preserve">[12:24] </w:t>
      </w:r>
      <w:r>
        <w:t>se. mein ne un se kaha ke dawat ki zimmedari yaad dilai un ko, yani ghair muslimon mein paigham pahunchana hai Allah taala ka.</w:t>
      </w:r>
    </w:p>
    <w:p>
      <w:pPr>
        <w:jc w:val="right"/>
      </w:pPr>
      <w:r>
        <w:t>ب سے۔ میں نے ان سے کہا کہ دعوت کی ذمہ داری یاد دلائی ان کو، یعنی غیر مسلموں میں پیغام پہنچانا ہے اللہ تعالی کا۔</w:t>
      </w:r>
    </w:p>
    <w:p>
      <w:r>
        <w:rPr>
          <w:b/>
        </w:rPr>
        <w:t xml:space="preserve">[12:35] </w:t>
      </w:r>
      <w:r>
        <w:t>to unhon ne kaha ke Kashmir mein sab musalman musalman hain, wahan hum dawati kaam kaise karenge? mein ne kaha Kashmir to sab se behtar jagah hai dawati kaam karne ke liye.</w:t>
      </w:r>
    </w:p>
    <w:p>
      <w:pPr>
        <w:jc w:val="right"/>
      </w:pPr>
      <w:r>
        <w:t>تو انہوں نے کہا کہ کشمیر میں سب مسلمان مسلمان ہیں، وہاں ہم دعوتی کام کیسے کریں گے؟ میں نے کہا کشمیر تو سب سے بہتر جگہ ہے دعوتی کام کرنے کے لیے۔</w:t>
      </w:r>
    </w:p>
    <w:p>
      <w:r>
        <w:rPr>
          <w:b/>
        </w:rPr>
        <w:t xml:space="preserve">[12:46] </w:t>
      </w:r>
      <w:r>
        <w:t>unhon ne kaha ke woh kaise? unhon ne kaha ke dekhiye, Kashmir mein Indian army hai.</w:t>
      </w:r>
    </w:p>
    <w:p>
      <w:pPr>
        <w:jc w:val="right"/>
      </w:pPr>
      <w:r>
        <w:t>انہوں نے کہا کہ وہ کیسے؟ انہوں نے کہا کہ دیکھیے، کشمیر میں انڈین آرمی ہے۔</w:t>
      </w:r>
    </w:p>
    <w:p>
      <w:r>
        <w:rPr>
          <w:b/>
        </w:rPr>
        <w:t xml:space="preserve">[12:56] </w:t>
      </w:r>
      <w:r>
        <w:t>Kashmir mein har saal bohat ziyada tadad mein siyah aate hain.</w:t>
      </w:r>
    </w:p>
    <w:p>
      <w:pPr>
        <w:jc w:val="right"/>
      </w:pPr>
      <w:r>
        <w:t>کشمیر میں ہر سال بہت زیادہ تعداد میں سیاح آتے ہیں۔</w:t>
      </w:r>
    </w:p>
    <w:p>
      <w:r>
        <w:rPr>
          <w:b/>
        </w:rPr>
        <w:t xml:space="preserve">[13:03] </w:t>
      </w:r>
      <w:r>
        <w:t>Kashmir mein har saal bohat ziyada yatri aate hain. yeh sab ghair muslim log hain. aap in ko ghair samajhte hain, aap in ko dushman samajhte hain.</w:t>
      </w:r>
    </w:p>
    <w:p>
      <w:pPr>
        <w:jc w:val="right"/>
      </w:pPr>
      <w:r>
        <w:t>کشمیر میں ہر سال بہت زیادہ یاتری آتے ہیں۔ یہ سب غیر مسلم لوگ ہیں۔ آپ ان کو غیر سمجھتے ہیں، آپ ان کو دشمن سمجھتے ہیں۔</w:t>
      </w:r>
    </w:p>
    <w:p>
      <w:r>
        <w:rPr>
          <w:b/>
        </w:rPr>
        <w:t xml:space="preserve">[13:12] </w:t>
      </w:r>
      <w:r>
        <w:t>is liye aap ki samajh mein nahi aaye ke wahan dawat ke mawaqe hain. dawat ke mawaqe to Kashmir mein bohat hi ziyada hain, har doosri jagah se ziyada.</w:t>
      </w:r>
    </w:p>
    <w:p>
      <w:pPr>
        <w:jc w:val="right"/>
      </w:pPr>
      <w:r>
        <w:t>اس لیے آپ کی سمجھ میں نہیں آئے کہ وہاں دعوت کے مواقع ہیں۔ دعوت کے مواقع تو کشمیر میں بہت ہی زیادہ ہیں، ہر دوسری جگہ سے زیادہ۔</w:t>
      </w:r>
    </w:p>
    <w:p>
      <w:r>
        <w:rPr>
          <w:b/>
        </w:rPr>
        <w:t xml:space="preserve">[13:25] </w:t>
      </w:r>
      <w:r>
        <w:t>kaha jata hai ke is saal Kashmir mein bees lakh siyah aaye, shayad das lakh wahan par army hogi, aur shayad har saal das lakh se ziyada yatri wahan jaate hain.</w:t>
      </w:r>
    </w:p>
    <w:p>
      <w:pPr>
        <w:jc w:val="right"/>
      </w:pPr>
      <w:r>
        <w:t>کہا جاتا ہے کہ اس سال کشمیر میں بیس لاکھ سیاح آئے، شاید دس لاکھ وہاں پر آرمی ہوگی، اور شاید ہر سال دس لاکھ سے زیادہ یاتری وہاں جاتے ہیں۔</w:t>
      </w:r>
    </w:p>
    <w:p>
      <w:r>
        <w:rPr>
          <w:b/>
        </w:rPr>
        <w:t xml:space="preserve">[13:38] </w:t>
      </w:r>
      <w:r>
        <w:t>itne sare log wahan aate hain har saal. to wahan to madu khud hi aa raha hai aap ke paas.</w:t>
      </w:r>
    </w:p>
    <w:p>
      <w:pPr>
        <w:jc w:val="right"/>
      </w:pPr>
      <w:r>
        <w:t>اتنے سارے لوگ وہاں آتے ہیں ہر سال۔ تو وہاں تو مدعو خود ہی آ رہا ہے آپ کے پاس۔</w:t>
      </w:r>
    </w:p>
    <w:p>
      <w:r>
        <w:rPr>
          <w:b/>
        </w:rPr>
        <w:t xml:space="preserve">[13:48] </w:t>
      </w:r>
      <w:r>
        <w:t>yaad rakhiye, jab madu khud aap ke paas aa jaye to daai ki zimmedari bohat barh jati hai.</w:t>
      </w:r>
    </w:p>
    <w:p>
      <w:pPr>
        <w:jc w:val="right"/>
      </w:pPr>
      <w:r>
        <w:t>یاد رکھیے، جب مدعو خود آپ کے پاس آ جائے تو داعی کی ذمہ داری بہت بڑھ جاتی ہے۔</w:t>
      </w:r>
    </w:p>
    <w:p>
      <w:r>
        <w:rPr>
          <w:b/>
        </w:rPr>
        <w:t xml:space="preserve">[13:56] </w:t>
      </w:r>
      <w:r>
        <w:t>kyun ke uzr koi baqi nahi rehta. madu agar khud aap ke paas aa jaye to kya uzr ka hai?</w:t>
      </w:r>
    </w:p>
    <w:p>
      <w:pPr>
        <w:jc w:val="right"/>
      </w:pPr>
      <w:r>
        <w:t>کیوں کہ عذر کوئی باقی نہیں رہتا۔ مدعو اگر خود آپ کے پاس آ جائے تو کیا عذر کا ہے؟</w:t>
      </w:r>
    </w:p>
    <w:p>
      <w:r>
        <w:rPr>
          <w:b/>
        </w:rPr>
        <w:t xml:space="preserve">[14:04] </w:t>
      </w:r>
      <w:r>
        <w:t>is ke baad yeh sare log hajj ke maidan mein agar chalayen ke dekho, hum un ke darwaze pahunch gaye the, hum un ke mulk mein pahunch gaye the,</w:t>
      </w:r>
    </w:p>
    <w:p>
      <w:pPr>
        <w:jc w:val="right"/>
      </w:pPr>
      <w:r>
        <w:t>اس کے بعد یہ سارے لوگ حج کے میدان میں اگر چلائیں کہ دیکھو، ہم ان کے دروازے پہنچ گئے تھے، ہم ان کے ملک میں پہنچ گئے تھے،</w:t>
      </w:r>
    </w:p>
    <w:p>
      <w:r>
        <w:rPr>
          <w:b/>
        </w:rPr>
        <w:t xml:space="preserve">[14:20] </w:t>
      </w:r>
      <w:r>
        <w:t>jahan yeh rehte hain, wahin hum pahunch</w:t>
      </w:r>
    </w:p>
    <w:p>
      <w:pPr>
        <w:jc w:val="right"/>
      </w:pPr>
      <w:r>
        <w:t>جہاں یہ رہتے ہیں، وہیں ہم پہنچ</w:t>
      </w:r>
    </w:p>
    <w:p>
      <w:r>
        <w:rPr>
          <w:b/>
        </w:rPr>
        <w:t xml:space="preserve">[14:22] </w:t>
      </w:r>
      <w:r>
        <w:t>gaye the, phir bhi humein unhon ne Allah ke paigham se ba-khabar nahi kiya, to kaisa ajeeb haal hoga? wohi qissa jo Mirza Adam sahib ke sath pesh aaya ke Khuda poocha ke tum ne kya kiya jab tumhare paas itne sare madu unhon ne bhej diye the?</w:t>
      </w:r>
    </w:p>
    <w:p>
      <w:pPr>
        <w:jc w:val="right"/>
      </w:pPr>
      <w:r>
        <w:t>گئے تھے، پھر بھی ہمیں انہوں نے اللہ کے پیغام سے باخبر نہیں کیا، تو کیسا عجیب حال ہوگا؟ وہی قصہ جو مرزا آدم صاحب کے ساتھ پیش آیا کہ خدا پوچھا کہ تم نے کیا کیا جب تمہارے پاس اتنے سارے مدعو انہوں نے بھیج دیے تھے؟</w:t>
      </w:r>
    </w:p>
    <w:p>
      <w:r>
        <w:rPr>
          <w:b/>
        </w:rPr>
        <w:t xml:space="preserve">[14:43] </w:t>
      </w:r>
      <w:r>
        <w:t>aap kahein ke hum ne to kuch nahi kiya. to Khuda kahe ke jao, phir meri duniya mein tumhari jagah nahi hai.</w:t>
      </w:r>
    </w:p>
    <w:p>
      <w:pPr>
        <w:jc w:val="right"/>
      </w:pPr>
      <w:r>
        <w:t>آپ کہیں کہ ہم نے تو کچھ نہیں کیا۔ تو خدا کہے کہ جاؤ، پھر میری دنیا میں تمہاری جگہ نہیں ہے۔</w:t>
      </w:r>
    </w:p>
    <w:p>
      <w:r>
        <w:rPr>
          <w:b/>
        </w:rPr>
        <w:t xml:space="preserve">[14:50] </w:t>
      </w:r>
      <w:r>
        <w:t>to bataiye, zameen aasman ka kaun sa khitta hoga jahan hamein jagah de, jahan hamein panah de? koi khitta nahi.</w:t>
      </w:r>
    </w:p>
    <w:p>
      <w:pPr>
        <w:jc w:val="right"/>
      </w:pPr>
      <w:r>
        <w:t>تو بتائیں، زمین آسمان کا کون سا خطہ ہوگا جہاں ہمیں جگہ دے، جہاں ہمیں پناہ دے؟ کوئی خطہ نہیں۔</w:t>
      </w:r>
    </w:p>
    <w:p>
      <w:r>
        <w:rPr>
          <w:b/>
        </w:rPr>
        <w:t xml:space="preserve">[15:04] </w:t>
      </w:r>
      <w:r>
        <w:t>to yeh baat bohat ziyada sochne ki hai, bohat ziyada sochne ki hai.</w:t>
      </w:r>
    </w:p>
    <w:p>
      <w:pPr>
        <w:jc w:val="right"/>
      </w:pPr>
      <w:r>
        <w:t>تو یہ بات بہت زیادہ سوچنے کی ہے، بہت زیادہ سوچنے کی ہے۔</w:t>
      </w:r>
    </w:p>
    <w:p>
      <w:r>
        <w:rPr>
          <w:b/>
        </w:rPr>
        <w:t xml:space="preserve">[15:13] </w:t>
      </w:r>
      <w:r>
        <w:t>ek baat mein Kashmir ke logon se kehta hoon ke pichle 60 baras ke andar aap ne militancy chalai.</w:t>
      </w:r>
    </w:p>
    <w:p>
      <w:pPr>
        <w:jc w:val="right"/>
      </w:pPr>
      <w:r>
        <w:t>ایک بات میں کشمیر کے لوگوں سے کہتا ہوں کہ پچھلے 60 برس کے اندر آپ نے ملٹنسی چلائی۔</w:t>
      </w:r>
    </w:p>
    <w:p>
      <w:r>
        <w:rPr>
          <w:b/>
        </w:rPr>
        <w:t xml:space="preserve">[15:28] </w:t>
      </w:r>
      <w:r>
        <w:t>achha, is se pehle isi khitte mein haan Shah Hamdan aaye, unhon ne dawati kaam kiya. ab aap apne kaam ko aur un ke kaam ko in terms of result compare kijiye,</w:t>
      </w:r>
    </w:p>
    <w:p>
      <w:pPr>
        <w:jc w:val="right"/>
      </w:pPr>
      <w:r>
        <w:t>اچھا، اس سے پہلے اسی خطے میں ہاں شاہ حمدان آئے، انہوں نے دعوتی کام کیا۔ اب آپ اپنے کام کو اور ان کے کام کو ان ٹرمز آف رزلٹ کمپیئر کیجئے،</w:t>
      </w:r>
    </w:p>
    <w:p>
      <w:r>
        <w:rPr>
          <w:b/>
        </w:rPr>
        <w:t xml:space="preserve">[15:43] </w:t>
      </w:r>
      <w:r>
        <w:t>natije ke aitbar se dono ka muqabla kijiye. Shah Hamdan ki koshishon ka natija yeh hua ke aaj Kashmir ek muslim ilaaqa ban gaya hai.</w:t>
      </w:r>
    </w:p>
    <w:p>
      <w:pPr>
        <w:jc w:val="right"/>
      </w:pPr>
      <w:r>
        <w:t>نتیجے کے اعتبار سے دونوں کا مقابلہ کیجئے۔ شاہ حمدان کی کوششوں کا نتیجہ یہ ہوا کہ آج کشمیر ایک مسلم علاقہ بن گیا ہے۔</w:t>
      </w:r>
    </w:p>
    <w:p>
      <w:r>
        <w:rPr>
          <w:b/>
        </w:rPr>
        <w:t xml:space="preserve">[15:58] </w:t>
      </w:r>
      <w:r>
        <w:t>aur yeh jo militancy chalai gayi, is ne to musalmanon ki tadad ko hata diya. kaha jata hai ke taqreeban ek lakh aadmi mar gaye is militancy ke zariye se.</w:t>
      </w:r>
    </w:p>
    <w:p>
      <w:pPr>
        <w:jc w:val="right"/>
      </w:pPr>
      <w:r>
        <w:t>اور یہ جو ملٹنسی چلائی گئی، اس نے تو مسلمانوں کی تعداد کو ہٹا دیا۔ کہا جاتا ہے کہ تقریباً ایک لاکھ آدمی مر گئے اس ملٹنسی کے ذریعے سے۔</w:t>
      </w:r>
    </w:p>
    <w:p>
      <w:r>
        <w:rPr>
          <w:b/>
        </w:rPr>
        <w:t xml:space="preserve">[16:10] </w:t>
      </w:r>
      <w:r>
        <w:t>yani Shah Hamdan mission ne itna bara kaam kiya ke ek ghair muslim area muslim area ban gaya. aur militancy ne yeh kiya ke muslim area ki tadad ko halak kar ke tadad ghata di.</w:t>
      </w:r>
    </w:p>
    <w:p>
      <w:pPr>
        <w:jc w:val="right"/>
      </w:pPr>
      <w:r>
        <w:t>یعنی شاہ حمدان مشن نے اتنا بڑا کام کیا کہ ایک غیر مسلم ایریا مسلم ایریا بن گیا۔ اور ملٹنسی نے یہ کیا کہ مسلم ایریا کی تعداد کو ہلاک کر کے تعداد گھٹا دی۔</w:t>
      </w:r>
    </w:p>
    <w:p>
      <w:r>
        <w:rPr>
          <w:b/>
        </w:rPr>
        <w:t xml:space="preserve">[16:26] </w:t>
      </w:r>
      <w:r>
        <w:t>yeh nateeja kaafi hai aankhein kholne ke liye. yeh nateeje ka farq hai. yeh nateeje ka farq kaafi hai ke aankhein khulein.</w:t>
      </w:r>
    </w:p>
    <w:p>
      <w:pPr>
        <w:jc w:val="right"/>
      </w:pPr>
      <w:r>
        <w:t>یہ نتیجہ کافی ہے آنکھیں کھولنے کے لیے۔ یہ نتیجے کا فرق ہے۔ یہ نتیجے کا فرق کافی ہے کہ آنکھیں کھلیں۔</w:t>
      </w:r>
    </w:p>
    <w:p>
      <w:r>
        <w:rPr>
          <w:b/>
        </w:rPr>
        <w:t xml:space="preserve">[16:37] </w:t>
      </w:r>
      <w:r>
        <w:t>is se zyada aur kya chahiye?</w:t>
      </w:r>
    </w:p>
    <w:p>
      <w:pPr>
        <w:jc w:val="right"/>
      </w:pPr>
      <w:r>
        <w:t>اس سے زیادہ اور کیا چاہیے؟</w:t>
      </w:r>
    </w:p>
    <w:p>
      <w:r>
        <w:rPr>
          <w:b/>
        </w:rPr>
        <w:t xml:space="preserve">[16:42] </w:t>
      </w:r>
      <w:r>
        <w:t>khud kashmir hi mein dono misalein maujood hain: militancy ka nuqsan aur shah hamdan ke par-aman dawat ka faida.</w:t>
      </w:r>
    </w:p>
    <w:p>
      <w:pPr>
        <w:jc w:val="right"/>
      </w:pPr>
      <w:r>
        <w:t>خود کشمیر ہی میں دونوں مثالیں موجود ہیں: ملٹنسی کا نقصان اور شاہ حمدان کے پرامن دعوت کا فائدہ۔</w:t>
      </w:r>
    </w:p>
    <w:p>
      <w:r>
        <w:rPr>
          <w:b/>
        </w:rPr>
        <w:t xml:space="preserve">[16:53] </w:t>
      </w:r>
      <w:r>
        <w:t>dono wahin ke wahin maujood hain.</w:t>
      </w:r>
    </w:p>
    <w:p>
      <w:pPr>
        <w:jc w:val="right"/>
      </w:pPr>
      <w:r>
        <w:t>دونوں وہیں کے وہیں موجود ہیں۔</w:t>
      </w:r>
    </w:p>
    <w:p>
      <w:r>
        <w:rPr>
          <w:b/>
        </w:rPr>
        <w:t xml:space="preserve">[16:59] </w:t>
      </w:r>
      <w:r>
        <w:t>ab kya uzr hai? aap ghaur kijiye, kya uzr hai?</w:t>
      </w:r>
    </w:p>
    <w:p>
      <w:pPr>
        <w:jc w:val="right"/>
      </w:pPr>
      <w:r>
        <w:t>اب کیا عذر ہے؟ آپ غور کیجئے، کیا عذر ہے؟</w:t>
      </w:r>
    </w:p>
    <w:p>
      <w:r>
        <w:rPr>
          <w:b/>
        </w:rPr>
        <w:t xml:space="preserve">[17:03] </w:t>
      </w:r>
      <w:r>
        <w:t>koi uzr nahin. lekin mujhe khushi hai ke kashmir mein ab ek naya aaghaz ho raha hai.</w:t>
      </w:r>
    </w:p>
    <w:p>
      <w:pPr>
        <w:jc w:val="right"/>
      </w:pPr>
      <w:r>
        <w:t>کوئی عذر نہیں۔ لیکن مجھے خوشی ہے کہ کشمیر میں اب ایک نیا آغاز ہو رہا ہے۔</w:t>
      </w:r>
    </w:p>
    <w:p>
      <w:r>
        <w:rPr>
          <w:b/>
        </w:rPr>
        <w:t xml:space="preserve">[17:13] </w:t>
      </w:r>
      <w:r>
        <w:t>is se pehle yahan par kuch kashmiri log ikattha hue thay. to ek kashmiri naujawan ne apni taqreer mein kaha</w:t>
      </w:r>
    </w:p>
    <w:p>
      <w:pPr>
        <w:jc w:val="right"/>
      </w:pPr>
      <w:r>
        <w:t>اس سے پہلے یہاں پر کچھ کشمیری لوگ اکٹھا ہوئے تھے۔ تو ایک کشمیری نوجوان نے اپنی تقریر میں کہا</w:t>
      </w:r>
    </w:p>
    <w:p>
      <w:r>
        <w:rPr>
          <w:b/>
        </w:rPr>
        <w:t xml:space="preserve">[17:24] </w:t>
      </w:r>
      <w:r>
        <w:t>ke pehle hum indian army ko pathar maarte thay, ab unko quran pesh kar rahe hain.</w:t>
      </w:r>
    </w:p>
    <w:p>
      <w:pPr>
        <w:jc w:val="right"/>
      </w:pPr>
      <w:r>
        <w:t>کہ پہلے ہم انڈین آرمی کو پتھر مارتے تھے، اب ان کو قرآن پیش کر رہے ہیں۔</w:t>
      </w:r>
    </w:p>
    <w:p>
      <w:r>
        <w:rPr>
          <w:b/>
        </w:rPr>
        <w:t xml:space="preserve">[17:36] </w:t>
      </w:r>
      <w:r>
        <w:t>to ek change aaya hai wahan par. bohat se log, shayad majority, samajh chuki hai ke militancy ka koi faida nahin.</w:t>
      </w:r>
    </w:p>
    <w:p>
      <w:pPr>
        <w:jc w:val="right"/>
      </w:pPr>
      <w:r>
        <w:t>تو ایک چینج آیا ہے وہاں پر۔ بہت سے لوگ، شاید میجورٹی، سمجھ چکی ہے کہ ملٹنسی کا کوئی فائدہ نہیں۔</w:t>
      </w:r>
    </w:p>
    <w:p>
      <w:r>
        <w:rPr>
          <w:b/>
        </w:rPr>
        <w:t xml:space="preserve">[17:47] </w:t>
      </w:r>
      <w:r>
        <w:t>militancy islam mein koi kaam nahin. yeh to ek jazbati fe'l tha. to bilkul, already kashmir mein ek ek rujoo ho chuka hai.</w:t>
      </w:r>
    </w:p>
    <w:p>
      <w:pPr>
        <w:jc w:val="right"/>
      </w:pPr>
      <w:r>
        <w:t>ملٹنسی اسلام میں کوئی کام نہیں۔ یہ تو ایک جذباتی فعل تھا۔ تو بالکل، الریڈی کشمیر میں ایک ایک رجوع ہو چکا ہے۔</w:t>
      </w:r>
    </w:p>
    <w:p>
      <w:r>
        <w:rPr>
          <w:b/>
        </w:rPr>
        <w:t xml:space="preserve">[18:03] </w:t>
      </w:r>
      <w:r>
        <w:t>log you-turn le rahe hain.</w:t>
      </w:r>
    </w:p>
    <w:p>
      <w:pPr>
        <w:jc w:val="right"/>
      </w:pPr>
      <w:r>
        <w:t>لوگ یو ٹرن لے رہے ہیں۔</w:t>
      </w:r>
    </w:p>
    <w:p>
      <w:r>
        <w:rPr>
          <w:b/>
        </w:rPr>
        <w:t xml:space="preserve">[18:06] </w:t>
      </w:r>
      <w:r>
        <w:t>isi process ko padhaiye, isi process ko padhaiye. aaj subah mein soch raha tha aap logon ko le kar to mujhe ek hadith yaad aayi.</w:t>
      </w:r>
    </w:p>
    <w:p>
      <w:pPr>
        <w:jc w:val="right"/>
      </w:pPr>
      <w:r>
        <w:t>اسی پراسیس کو پڑھائیے، اسی پراسیس کو پڑھائیے۔ آج صبح میں سوچ رہا تھا آپ لوگوں کو لے کر تو مجھے ایک حدیث یاد آئی۔</w:t>
      </w:r>
    </w:p>
    <w:p>
      <w:r>
        <w:rPr>
          <w:b/>
        </w:rPr>
        <w:t xml:space="preserve">[18:19] </w:t>
      </w:r>
      <w:r>
        <w:t>ek kashmiri bhai ne kaha ke bhai, wahan par bari mushkilein hain. wahan to gun le kar aa jaate hain.</w:t>
      </w:r>
    </w:p>
    <w:p>
      <w:pPr>
        <w:jc w:val="right"/>
      </w:pPr>
      <w:r>
        <w:t>ایک کشمیری بھائی نے کہا کہ بھئی، وہاں پر بڑی مشکلیں ہیں۔ وہاں تو گن لے کر آ جاتے ہیں۔</w:t>
      </w:r>
    </w:p>
    <w:p>
      <w:r>
        <w:rPr>
          <w:b/>
        </w:rPr>
        <w:t xml:space="preserve">[18:27] </w:t>
      </w:r>
      <w:r>
        <w:t>wahan par to yaani halakat ke risk le kar da'wati kaam karna hai. to mujhe ek hadith yaad aayi: "Inna a'zam al-jazaa'a a'zam al-balaa'a".</w:t>
      </w:r>
    </w:p>
    <w:p>
      <w:pPr>
        <w:jc w:val="right"/>
      </w:pPr>
      <w:r>
        <w:t>وہاں پر تو یعنی ہلاکت کے کا رسک لے کر دعوتی کام کرنا ہے۔ تو مجھے ایک حدیث یاد آئی: "انا اعظم الجزائے ما اعظم البلائے"۔</w:t>
      </w:r>
    </w:p>
    <w:p>
      <w:r>
        <w:rPr>
          <w:b/>
        </w:rPr>
        <w:t xml:space="preserve">[18:43] </w:t>
      </w:r>
      <w:r>
        <w:t>yaani jitna bari aazmaish, utna hi zyada inaam.</w:t>
      </w:r>
    </w:p>
    <w:p>
      <w:pPr>
        <w:jc w:val="right"/>
      </w:pPr>
      <w:r>
        <w:t>یعنی جتنا بڑی آزمائش، اتنا ہی زیادہ انعام۔</w:t>
      </w:r>
    </w:p>
    <w:p>
      <w:r>
        <w:rPr>
          <w:b/>
        </w:rPr>
        <w:t xml:space="preserve">[18:49] </w:t>
      </w:r>
      <w:r>
        <w:t>jitni bari aazmaish, utna bada inaam. to kashmir ke logon ko to yeh ek bohat bari basharat hai.</w:t>
      </w:r>
    </w:p>
    <w:p>
      <w:pPr>
        <w:jc w:val="right"/>
      </w:pPr>
      <w:r>
        <w:t>جتنی بڑی آزمائش، اتنا بڑا انعام۔ تو کشمیر کے لوگوں کو تو یہ ایک بہت بڑی بشارت ہے۔</w:t>
      </w:r>
    </w:p>
    <w:p>
      <w:r>
        <w:rPr>
          <w:b/>
        </w:rPr>
        <w:t xml:space="preserve">[19:00] </w:t>
      </w:r>
      <w:r>
        <w:t>hum yahan thande thande saaye ke andar reh kar ke dawat ka kaam kar rahe hain. hum ko nahin maloom ke hamein kitna ajr milega.</w:t>
      </w:r>
    </w:p>
    <w:p>
      <w:pPr>
        <w:jc w:val="right"/>
      </w:pPr>
      <w:r>
        <w:t>ہم یہاں ٹھنڈے ٹھنڈے سائے کے اندر رہ کر کے دعوت کا کام کر رہے ہیں۔ ہم کو نہیں معلوم کہ ہمیں کتنا اجر ملے گا۔</w:t>
      </w:r>
    </w:p>
    <w:p>
      <w:r>
        <w:rPr>
          <w:b/>
        </w:rPr>
        <w:t xml:space="preserve">[19:09] </w:t>
      </w:r>
      <w:r>
        <w:t>lekin kashmir ke log jo mushkilaat ka muqabla kar ke dawat ka kaam kar rahe hain, unko to bohat zyada sawab milega.</w:t>
      </w:r>
    </w:p>
    <w:p>
      <w:pPr>
        <w:jc w:val="right"/>
      </w:pPr>
      <w:r>
        <w:t>لیکن کشمیر کے لوگ جو مشکلات کا مقابلہ کر کے دعوت کا کام کر رہے ہیں، ان کو تو بہت زیادہ ثواب ملے گا۔</w:t>
      </w:r>
    </w:p>
    <w:p>
      <w:r>
        <w:rPr>
          <w:b/>
        </w:rPr>
        <w:t xml:space="preserve">[19:21] </w:t>
      </w:r>
      <w:r>
        <w:t>bohat zyada sawab.</w:t>
      </w:r>
    </w:p>
    <w:p>
      <w:pPr>
        <w:jc w:val="right"/>
      </w:pPr>
      <w:r>
        <w:t>بہت زیادہ ثواب۔</w:t>
      </w:r>
    </w:p>
    <w:p>
      <w:r>
        <w:rPr>
          <w:b/>
        </w:rPr>
        <w:t xml:space="preserve">[19:24] </w:t>
      </w:r>
      <w:r>
        <w:t>to "Inna a'zam al-jazaa'a a'zam al-balaa'a" yeh direct taur par al kashmir par chaspana hota hai ke woh yaani gun aur bomb ki duniya mein aur tashaddud ki duniya mein, khatraat ki duniya mein Allah ke deen ke liye khade ho rahe hain.</w:t>
      </w:r>
    </w:p>
    <w:p>
      <w:pPr>
        <w:jc w:val="right"/>
      </w:pPr>
      <w:r>
        <w:t>تو "انا اعظم الجزائے ما اعظم البلائے" یہ ڈائریکٹ طور پر ال کشمیر پر چسپاں ہوتا ہے کہ وہ یعنی گن اور بم کی دنیا میں اور تشدد کی دنیا میں، خطرات کی دنیا میں اللہ کے دین کے لیے کھڑے ہو رہے ہیں۔</w:t>
      </w:r>
    </w:p>
    <w:p>
      <w:r>
        <w:rPr>
          <w:b/>
        </w:rPr>
        <w:t xml:space="preserve">[19:50] </w:t>
      </w:r>
      <w:r>
        <w:t>to bilashuba unke liye bohat sawab hai. yahan mein ek aur baat yaad dilana chahunga ke jab aap dawat ke liye khade hon to aap akele nahin hote hain.</w:t>
      </w:r>
    </w:p>
    <w:p>
      <w:pPr>
        <w:jc w:val="right"/>
      </w:pPr>
      <w:r>
        <w:t>تو بلاشبہ ان کے لیے بہت ثواب ہے۔ یہاں میں ایک اور بات یاد دلانا چاہوں گا کہ جب آپ دعوت کے لیے کھڑے ہوں تو آپ اکیلے نہیں ہوتے ہیں۔</w:t>
      </w:r>
    </w:p>
    <w:p>
      <w:r>
        <w:rPr>
          <w:b/>
        </w:rPr>
        <w:t xml:space="preserve">[20:08] </w:t>
      </w:r>
      <w:r>
        <w:t>akele nahin hote hain. rasool Allah sal Allah alaihi wasallam ke jitne waqeaat hain, woh sab hamare liye namoona hain. aisa nahin ke kuch namoona hai, kuch namoona nahin hai.</w:t>
      </w:r>
    </w:p>
    <w:p>
      <w:pPr>
        <w:jc w:val="right"/>
      </w:pPr>
      <w:r>
        <w:t>اکیلے نہیں ہوتے ہیں۔ رسول اللہ صلی اللہ علیہ وسلم کے جتنے واقعات ہیں، وہ سب ہمارے لیے نمونہ ہیں۔ ایسا نہیں کہ کچھ نمونہ ہے، کچھ نمونہ نہیں ہے۔</w:t>
      </w:r>
    </w:p>
    <w:p>
      <w:r>
        <w:rPr>
          <w:b/>
        </w:rPr>
        <w:t xml:space="preserve">[20:19] </w:t>
      </w:r>
      <w:r>
        <w:t>misal ke taur par dekhiye, rasool Allah sal Allah alaihi wasallam ko jab hijrat hui makka se madina ja rahe thay, aap to aap ke saath sirf hazrat abubakar thay, do aadmi.</w:t>
      </w:r>
    </w:p>
    <w:p>
      <w:pPr>
        <w:jc w:val="right"/>
      </w:pPr>
      <w:r>
        <w:t>مثال کے طور پر دیکھیے، رسول اللہ صلی اللہ علیہ وسلم کو جب ہجرت ہوئی مکہ سے مدینہ جا رہے تھے، آپ تو آپ کے ساتھ صرف حضرت ابوبکر تھے، دو آدمی۔</w:t>
      </w:r>
    </w:p>
    <w:p>
      <w:r>
        <w:rPr>
          <w:b/>
        </w:rPr>
        <w:t xml:space="preserve">[20:33] </w:t>
      </w:r>
      <w:r>
        <w:t>to aap ek ghar mein chhip gaye kyunke makka ke jo mukhalifeen thay, woh talwar le ke nikle ke jahan pe maarein, pehle milein, maar daalein.</w:t>
      </w:r>
    </w:p>
    <w:p>
      <w:pPr>
        <w:jc w:val="right"/>
      </w:pPr>
      <w:r>
        <w:t>تو آپ ایک غار میں چھپ گئے کیونکہ مکہ کے جو مخالفین تھے، وہ تلوار لے کے نکلے کہ جہاں پہ ماریں، پہلے ملیں، مار ڈالیں۔</w:t>
      </w:r>
    </w:p>
    <w:p>
      <w:r>
        <w:rPr>
          <w:b/>
        </w:rPr>
        <w:t xml:space="preserve">[20:45] </w:t>
      </w:r>
      <w:r>
        <w:t>to aap is ka andaaza tha, aap ko. aap ghar-e-soor mein, aap aur hazrat abubakar ek kho mein baith gaye.</w:t>
      </w:r>
    </w:p>
    <w:p>
      <w:pPr>
        <w:jc w:val="right"/>
      </w:pPr>
      <w:r>
        <w:t>تو آپ اس کا اندازہ تھا، آپ کو۔ آپ غار ثور میں، آپ اور حضرت ابوبکر ایک کھو میں بیٹھ گئے۔</w:t>
      </w:r>
    </w:p>
    <w:p>
      <w:r>
        <w:rPr>
          <w:b/>
        </w:rPr>
        <w:t xml:space="preserve">[20:58] </w:t>
      </w:r>
      <w:r>
        <w:t>waqti tor par thehar gaye wahan par. to woh log dhoondhte dhoondhte wahan bhi aa gaye. un ke hath mein talwaren theen. to hazrat abubakar ne dekh liya.</w:t>
      </w:r>
    </w:p>
    <w:p>
      <w:pPr>
        <w:jc w:val="right"/>
      </w:pPr>
      <w:r>
        <w:t>وقتی طور پر ٹھہر گئے وہاں پر۔ تو وہ لوگ ڈھونڈتے ڈھونڈتے وہاں بھی آ گئے۔ ان کے ہاتھ میں تلواریں تھیں۔ تو حضرت ابوبکر نے دیکھ لیا۔</w:t>
      </w:r>
    </w:p>
    <w:p>
      <w:r>
        <w:rPr>
          <w:b/>
        </w:rPr>
        <w:t xml:space="preserve">[21:10] </w:t>
      </w:r>
      <w:r>
        <w:t>unhon ne kaha ke woh to yahan bhi aa gaye.</w:t>
      </w:r>
    </w:p>
    <w:p>
      <w:pPr>
        <w:jc w:val="right"/>
      </w:pPr>
      <w:r>
        <w:t>انہوں نے کہا کہ وہ تو یہاں بھی آ گئے۔</w:t>
      </w:r>
    </w:p>
    <w:p>
      <w:r>
        <w:rPr>
          <w:b/>
        </w:rPr>
        <w:t xml:space="preserve">[21:13] </w:t>
      </w:r>
      <w:r>
        <w:t>is waqt rasool allah ki zuban se jo jumla nikla tha: "ya abubakar, madhanak bisinain allah salisuhuma".</w:t>
      </w:r>
    </w:p>
    <w:p>
      <w:pPr>
        <w:jc w:val="right"/>
      </w:pPr>
      <w:r>
        <w:t>اس وقت رسول اللہ کی زبان سے جو جملہ نکلا تھا: "یا ابا بکر، ماذنک بسنین اللہ ثالثہما"۔</w:t>
      </w:r>
    </w:p>
    <w:p>
      <w:r>
        <w:rPr>
          <w:b/>
        </w:rPr>
        <w:t xml:space="preserve">[21:24] </w:t>
      </w:r>
      <w:r>
        <w:t>ae abubakar, in do ke baray mein tumhara kya guman hai jis ke sath in ka teesra allah ho? to daai jab kaam karta hai to akela nahi hota hai.</w:t>
      </w:r>
    </w:p>
    <w:p>
      <w:pPr>
        <w:jc w:val="right"/>
      </w:pPr>
      <w:r>
        <w:t>اے ابوبکر، ان دو کے بارے میں تمہارا کیا گمان ہے جس کے ساتھ ان کا تیسرا اللہ ہو؟ تو داعی جب کام کرتا ہے تو اکیلا نہیں ہوتا ہے۔</w:t>
      </w:r>
    </w:p>
    <w:p>
      <w:r>
        <w:rPr>
          <w:b/>
        </w:rPr>
        <w:t xml:space="preserve">[21:38] </w:t>
      </w:r>
      <w:r>
        <w:t>is ki side par allah taala hota hai. allah ke farishtay hotay hain. allah ki taqatein hoti hain.</w:t>
      </w:r>
    </w:p>
    <w:p>
      <w:pPr>
        <w:jc w:val="right"/>
      </w:pPr>
      <w:r>
        <w:t>اس کی سائیڈ پر اللہ تعالی ہوتا ہے۔ اللہ کے فرشتے ہوتے ہیں۔ اللہ کی طاقتیں ہوتی ہیں۔</w:t>
      </w:r>
    </w:p>
    <w:p>
      <w:r>
        <w:rPr>
          <w:b/>
        </w:rPr>
        <w:t xml:space="preserve">[21:47] </w:t>
      </w:r>
      <w:r>
        <w:t>to kashmir ke logon ke liye yeh khushkhabri hai ke masha allah, woh dawat ke liye kharay ho rahay hain. to unhein is yaqeen ke sath khara hona hai ke hamare sath allah ke farishtay hain.</w:t>
      </w:r>
    </w:p>
    <w:p>
      <w:pPr>
        <w:jc w:val="right"/>
      </w:pPr>
      <w:r>
        <w:t>تو کشمیر کے لوگوں کے لیے یہ خوشخبری ہے کہ ماشاءاللہ، وہ دعوت کے لیے کھڑے ہو رہے ہیں۔ تو انہیں اس یقین کے ساتھ کھڑا ہونا ہے کہ ہمارے ساتھ اللہ کے فرشتے ہیں۔</w:t>
      </w:r>
    </w:p>
    <w:p>
      <w:r>
        <w:rPr>
          <w:b/>
        </w:rPr>
        <w:t xml:space="preserve">[22:02] </w:t>
      </w:r>
      <w:r>
        <w:t>hum akelay nahi hain. allah ki taqatein hamare sath hain.</w:t>
      </w:r>
    </w:p>
    <w:p>
      <w:pPr>
        <w:jc w:val="right"/>
      </w:pPr>
      <w:r>
        <w:t>ہم اکیلے نہیں ہیں۔ اللہ کی طاقتیں ہمارے ساتھ ہیں۔</w:t>
      </w:r>
    </w:p>
    <w:p>
      <w:r>
        <w:rPr>
          <w:b/>
        </w:rPr>
        <w:t xml:space="preserve">[22:07] </w:t>
      </w:r>
      <w:r>
        <w:t>is yaqeen ke sath aagay barhna hai. to yeh jo waqia hai rasool allah sallallahu alaihi wasallam ka: "madhanak bisinain allah salisuhuma", yeh sirf rasool allah ka waqia nahi hai.</w:t>
      </w:r>
    </w:p>
    <w:p>
      <w:pPr>
        <w:jc w:val="right"/>
      </w:pPr>
      <w:r>
        <w:t>اس یقین کے ساتھ آگے بڑھنا ہے۔ تو یہ جو واقعہ ہے رسول اللہ صلی اللہ علیہ وسلم کا: "ماذنک بسنین اللہ ثالثہما"، یہ صرف رسول اللہ کا واقعہ نہیں ہے۔</w:t>
      </w:r>
    </w:p>
    <w:p>
      <w:r>
        <w:rPr>
          <w:b/>
        </w:rPr>
        <w:t xml:space="preserve">[22:22] </w:t>
      </w:r>
      <w:r>
        <w:t>poori ummat ke liye aik namoona hai. poori ummat ke liye aik sabak hai.</w:t>
      </w:r>
    </w:p>
    <w:p>
      <w:pPr>
        <w:jc w:val="right"/>
      </w:pPr>
      <w:r>
        <w:t>پوری امت کے لیے ایک نمونہ ہے۔ پوری امت کے لیے ایک سبق ہے۔</w:t>
      </w:r>
    </w:p>
    <w:p>
      <w:r>
        <w:rPr>
          <w:b/>
        </w:rPr>
        <w:t xml:space="preserve">[22:30] </w:t>
      </w:r>
      <w:r>
        <w:t>poori ummat ke liye ke jab bhi rasool allah ki ummat uthe gi allah ke deen ke liye to woh akeli nahi hogi.</w:t>
      </w:r>
    </w:p>
    <w:p>
      <w:pPr>
        <w:jc w:val="right"/>
      </w:pPr>
      <w:r>
        <w:t>پوری امت کے لیے کہ جب بھی رسول اللہ کی امت اٹھے گی اللہ کے دین کے لیے تو وہ اکیلی نہیں ہوگی۔</w:t>
      </w:r>
    </w:p>
    <w:p>
      <w:r>
        <w:rPr>
          <w:b/>
        </w:rPr>
        <w:t xml:space="preserve">[22:39] </w:t>
      </w:r>
      <w:r>
        <w:t>ummat ka chand fard bhi agar uthein ge to woh akelay nahi hon ge. yaad rakhiye, yeh jumla jo tha ke "madhanak bisinain allah salisuhuma", yeh yeh na samjhein ke kisi paighambar ke liye tha.</w:t>
      </w:r>
    </w:p>
    <w:p>
      <w:pPr>
        <w:jc w:val="right"/>
      </w:pPr>
      <w:r>
        <w:t>امت کا چند فرد بھی اگر اٹھیں گے تو وہ اکیلے نہیں ہوں گے۔ یاد رکھیے، یہ جملہ جو تھا کہ "ماذنک بسنین اللہ ثالثہما"، یہ یہ نہ سمجھیں کہ کسی پیغمبر کے لیے تھا۔</w:t>
      </w:r>
    </w:p>
    <w:p>
      <w:r>
        <w:rPr>
          <w:b/>
        </w:rPr>
        <w:t xml:space="preserve">[22:54] </w:t>
      </w:r>
      <w:r>
        <w:t>poori ummat ke liye hai woh aur aap ke liye hai.</w:t>
      </w:r>
    </w:p>
    <w:p>
      <w:pPr>
        <w:jc w:val="right"/>
      </w:pPr>
      <w:r>
        <w:t>پوری امت کے لیے ہے وہ اور آپ کے لیے ہے۔</w:t>
      </w:r>
    </w:p>
    <w:p>
      <w:r>
        <w:rPr>
          <w:b/>
        </w:rPr>
        <w:t xml:space="preserve">[23:01] </w:t>
      </w:r>
      <w:r>
        <w:t>to aap jo kaam kar rahay hain kashmir mein, yeh bohat hi bara kaam hai. jab mein 1977 mein ghaliban gaya tha wahan aur farooq mustafa sahib se mila tha to us waqt wahan abhi bilkul hi kuch kuch nahi tha.</w:t>
      </w:r>
    </w:p>
    <w:p>
      <w:pPr>
        <w:jc w:val="right"/>
      </w:pPr>
      <w:r>
        <w:t>تو آپ جو کام کر رہے ہیں کشمیر میں، یہ بہت ہی بڑا کام ہے۔ جب میں 1977 میں غالباً گیا تھا وہاں اور فاروق مصطفی صاحب سے ملا تھا تو اس وقت وہاں ابھی بالکل ہی کچھ کچھ نہیں تھا۔</w:t>
      </w:r>
    </w:p>
    <w:p>
      <w:r>
        <w:rPr>
          <w:b/>
        </w:rPr>
        <w:t xml:space="preserve">[23:23] </w:t>
      </w:r>
      <w:r>
        <w:t>aaj to khuda ke fazal se wahan par poore jammu mein, poori wadi mein yeh paigham phaila hua hai.</w:t>
      </w:r>
    </w:p>
    <w:p>
      <w:pPr>
        <w:jc w:val="right"/>
      </w:pPr>
      <w:r>
        <w:t>آج تو خدا کے فضل سے وہاں پر پورے جموں میں، پوری وادی میں یہ پیغام پھیلا ہوا ہے۔</w:t>
      </w:r>
    </w:p>
    <w:p>
      <w:r>
        <w:rPr>
          <w:b/>
        </w:rPr>
        <w:t xml:space="preserve">[23:33] </w:t>
      </w:r>
      <w:r>
        <w:t>phaila hua poore poore wadi mein. aap jahan bhi jayen, jis ghar mein jayen to wahan par aap ko is ka nishan mile ga. to goya ke allah ne sath diya.</w:t>
      </w:r>
    </w:p>
    <w:p>
      <w:pPr>
        <w:jc w:val="right"/>
      </w:pPr>
      <w:r>
        <w:t>پھیلا ہوا پورے پورے وادی میں۔ آپ جہاں بھی جائیں، جس گھر میں جائیں تو وہاں پر آپ کو اس کا نشان ملے گا۔ تو گویا کہ اللہ نے ساتھ دیا۔</w:t>
      </w:r>
    </w:p>
    <w:p>
      <w:r>
        <w:rPr>
          <w:b/>
        </w:rPr>
        <w:t xml:space="preserve">[23:45] </w:t>
      </w:r>
      <w:r>
        <w:t>tab to aisa hua. isi darmiyan mein wahan militancy chalti rahi. isi darmiyan mein wahan par tashaddud hota raha. yeh sab waqiat hotay rahay.</w:t>
      </w:r>
    </w:p>
    <w:p>
      <w:pPr>
        <w:jc w:val="right"/>
      </w:pPr>
      <w:r>
        <w:t>تب تو ایسا ہوا۔ اسی دوران میں وہاں ملٹنسی چلتی رہی۔ اسی دوران میں وہاں پر تشدد ہوتا رہا۔ یہ سب واقعات ہوتے رہے۔</w:t>
      </w:r>
    </w:p>
    <w:p>
      <w:r>
        <w:rPr>
          <w:b/>
        </w:rPr>
        <w:t xml:space="preserve">[23:55] </w:t>
      </w:r>
      <w:r>
        <w:t>phir bhi yeh mission phailta raha.</w:t>
      </w:r>
    </w:p>
    <w:p>
      <w:pPr>
        <w:jc w:val="right"/>
      </w:pPr>
      <w:r>
        <w:t>پھر بھی یہ مشن پھیلتا رہا۔</w:t>
      </w:r>
    </w:p>
    <w:p>
      <w:r>
        <w:rPr>
          <w:b/>
        </w:rPr>
        <w:t xml:space="preserve">[24:01] </w:t>
      </w:r>
      <w:r>
        <w:t>us waqt farooq mustafa sahib</w:t>
      </w:r>
    </w:p>
    <w:p>
      <w:pPr>
        <w:jc w:val="right"/>
      </w:pPr>
      <w:r>
        <w:t>اس وقت فاروق مصطفی صاحب</w:t>
      </w:r>
    </w:p>
    <w:p>
      <w:r>
        <w:rPr>
          <w:b/>
        </w:rPr>
        <w:t xml:space="preserve">[24:06] </w:t>
      </w:r>
      <w:r>
        <w:t>aik maroof shayar thay wahan ke. un ko stage bulaya hua tha. un ko mushaeron mein bulaya jata tha. yeh radio par jo bulaye jatay hain, log wahan jatay thay.</w:t>
      </w:r>
    </w:p>
    <w:p>
      <w:pPr>
        <w:jc w:val="right"/>
      </w:pPr>
      <w:r>
        <w:t>ایک معروف شاعر تھے وہاں کے۔ ان کو اسٹیج بلایا ہوا تھا۔ ان کو مشاعروں میں بلایا جاتا تھا۔ یہ ریڈیو پر جو بلایا جاتے ہیں، لوگ وہاں جاتے تھے۔</w:t>
      </w:r>
    </w:p>
    <w:p>
      <w:r>
        <w:rPr>
          <w:b/>
        </w:rPr>
        <w:t xml:space="preserve">[24:20] </w:t>
      </w:r>
      <w:r>
        <w:t>wahan par ashaar parhtay thay. radio aur tv par. mein ne kaha ke bhai, dekhen, shayari koi kaam nahi hai. shayari se koi kaam nahi ho sakta.</w:t>
      </w:r>
    </w:p>
    <w:p>
      <w:pPr>
        <w:jc w:val="right"/>
      </w:pPr>
      <w:r>
        <w:t>وہاں پر اشعار پڑھتے تھے۔ ریڈیو اور ٹی وی پر۔ میں نے کہا کہ بھائی، دیکھیں، شاعری کوئی کام نہیں ہے۔ شاعری سے کوئی کام نہیں ہو سکتا۔</w:t>
      </w:r>
    </w:p>
    <w:p>
      <w:r>
        <w:rPr>
          <w:b/>
        </w:rPr>
        <w:t xml:space="preserve">[24:32] </w:t>
      </w:r>
      <w:r>
        <w:t>to unhon ne, yani un ki salihیت ka yeh saboot tha ke unhon ne chhod diya. isi waqt shayari chhod di aur shayari chhod ke dawat kaam mein lag gaye.</w:t>
      </w:r>
    </w:p>
    <w:p>
      <w:pPr>
        <w:jc w:val="right"/>
      </w:pPr>
      <w:r>
        <w:t>تو انہوں نے، یعنی ان کی صالحیت کا یہ ثبوت تھا کہ انہوں نے چھوڑ دیا۔ اسی وقت شاعری چھوڑ دی اور شاعری چھوڑ کے دعوت کام میں لگ گئے۔</w:t>
      </w:r>
    </w:p>
    <w:p>
      <w:r>
        <w:rPr>
          <w:b/>
        </w:rPr>
        <w:t xml:space="preserve">[24:44] </w:t>
      </w:r>
      <w:r>
        <w:t>yeh woh darja hai jo sahaba ko mila ke aap jantay hain ke sahaba aksar shayar thay jahiliyat mein, islam se pehle.</w:t>
      </w:r>
    </w:p>
    <w:p>
      <w:pPr>
        <w:jc w:val="right"/>
      </w:pPr>
      <w:r>
        <w:t>یہ وہ درجہ ہے جو صحابہ کو ملا کہ آپ جانتے ہیں کہ صحابہ اکثر شاعر تھے جاہلیت میں، اسلام سے پہلے۔</w:t>
      </w:r>
    </w:p>
    <w:p>
      <w:r>
        <w:rPr>
          <w:b/>
        </w:rPr>
        <w:t xml:space="preserve">[24:56] </w:t>
      </w:r>
      <w:r>
        <w:t>lekin jab un ko islam mila to shayari chhoot gayi un ki. unhi mein se aik thay labeed.</w:t>
      </w:r>
    </w:p>
    <w:p>
      <w:pPr>
        <w:jc w:val="right"/>
      </w:pPr>
      <w:r>
        <w:t>لیکن جب ان کو اسلام ملا تو شاعری چھوٹ گئی ان کی۔ انہی میں سے ایک تھے لبید۔</w:t>
      </w:r>
    </w:p>
    <w:p>
      <w:r>
        <w:rPr>
          <w:b/>
        </w:rPr>
        <w:t xml:space="preserve">[25:02] </w:t>
      </w:r>
      <w:r>
        <w:t>labeed shayar thay, bohat mashhoor. to islam ke baad unhon ne shayari chhod di. to kisi ne poocha ke aap ne shayari kyun chhod di?</w:t>
      </w:r>
    </w:p>
    <w:p>
      <w:pPr>
        <w:jc w:val="right"/>
      </w:pPr>
      <w:r>
        <w:t>لبید شاعر تھے، بہت مشہور۔ تو اسلام کے بعد انہوں نے شاعری چھوڑ دی۔ تو کسی نے پوچھا کہ آپ نے شاعری کیوں چھوڑ دی؟</w:t>
      </w:r>
    </w:p>
    <w:p>
      <w:r>
        <w:rPr>
          <w:b/>
        </w:rPr>
        <w:t xml:space="preserve">[25:13] </w:t>
      </w:r>
      <w:r>
        <w:t>unhon ne kaha: "abad al quran". kya quran ke baad bhi? to mein samajhta hoon ke farooq mustafa sahib jaisay log par yahi chaspana hota hai, yahi ke kya daawati mission milne ke baad bhi</w:t>
      </w:r>
    </w:p>
    <w:p>
      <w:pPr>
        <w:jc w:val="right"/>
      </w:pPr>
      <w:r>
        <w:t>انہوں نے کہا: "اباد القرآن"۔ کیا قرآن کے بعد بھی؟ تو میں سمجھتا ہوں کہ فاروق مصطفی صاحب جیسے لوگ پر یہی چسپاں ہوتا ہے، یہی کہ کیا دعوتی مشن ملنے کے بعد بھی</w:t>
      </w:r>
    </w:p>
    <w:p>
      <w:r>
        <w:rPr>
          <w:b/>
        </w:rPr>
        <w:t xml:space="preserve">[25:29] </w:t>
      </w:r>
      <w:r>
        <w:t>? ab to hamein dawati mission chalana hai. ab mushaira kahan? ab shayari kahan?</w:t>
      </w:r>
    </w:p>
    <w:p>
      <w:pPr>
        <w:jc w:val="right"/>
      </w:pPr>
      <w:r>
        <w:t>؟ اب تو ہمیں دعوتی مشن چلانا ہے۔ اب مشاعرہ کہاں؟ اب شاعری کہاں؟</w:t>
      </w:r>
    </w:p>
    <w:p>
      <w:r>
        <w:rPr>
          <w:b/>
        </w:rPr>
        <w:t xml:space="preserve">[25:38] </w:t>
      </w:r>
      <w:r>
        <w:t>to beharhal, main samajhta hoon ke kashmirioun ke liye aik nai subah muqaddar hai.</w:t>
      </w:r>
    </w:p>
    <w:p>
      <w:pPr>
        <w:jc w:val="right"/>
      </w:pPr>
      <w:r>
        <w:t>تو بہرحال، میں سمجھتا ہوں کہ کشمیریوں کے لیے ایک نئی صبح مقدر ہے۔</w:t>
      </w:r>
    </w:p>
    <w:p>
      <w:r>
        <w:rPr>
          <w:b/>
        </w:rPr>
        <w:t xml:space="preserve">[25:48] </w:t>
      </w:r>
      <w:r>
        <w:t>har aik mazmoon mein likha tha ke har 24 ghantay ke andar yeh hota hai ke shaam hoti hai, raat hoti hai, phir subah ho jati hai.</w:t>
      </w:r>
    </w:p>
    <w:p>
      <w:pPr>
        <w:jc w:val="right"/>
      </w:pPr>
      <w:r>
        <w:t>ہر ایک مضمون میں لکھا تھا کہ ہر 24 گھنٹے کے اندر یہ ہوتا ہے کہ شام ہوتی ہے، رات ہوتی ہے، پھر صبح ہو جاتی ہے۔</w:t>
      </w:r>
    </w:p>
    <w:p>
      <w:r>
        <w:rPr>
          <w:b/>
        </w:rPr>
        <w:t xml:space="preserve">[25:59] </w:t>
      </w:r>
      <w:r>
        <w:t>phir shaam hoti hai, raat hoti hai, phir subah hoti hai. yeh har 24 ghantay ke andar Allah taala ki taraf se yeh paigham hota hai dunya walon ko ke agar tum andheray se dochar ho, yeh tum mat samjho ke andhera hamesha rahe ga.</w:t>
      </w:r>
    </w:p>
    <w:p>
      <w:pPr>
        <w:jc w:val="right"/>
      </w:pPr>
      <w:r>
        <w:t>پھر شام ہوتی ہے، رات ہوتی ہے، پھر صبح ہوتی ہے۔ یہ ہر 24 گھنٹے کے اندر اللہ تعالی کی طرف سے یہ پیغام ہوتا ہے دنیا والوں کو کہ اگر تم اندھیرے سے دوچار ہو، یہ تم مت سمجھو کہ اندھیرا ہمیشہ رہے گا۔</w:t>
      </w:r>
    </w:p>
    <w:p>
      <w:r>
        <w:rPr>
          <w:b/>
        </w:rPr>
        <w:t xml:space="preserve">[26:14] </w:t>
      </w:r>
      <w:r>
        <w:t>subah aaye gi.</w:t>
      </w:r>
    </w:p>
    <w:p>
      <w:pPr>
        <w:jc w:val="right"/>
      </w:pPr>
      <w:r>
        <w:t>صبح آئے گی۔</w:t>
      </w:r>
    </w:p>
    <w:p>
      <w:r>
        <w:rPr>
          <w:b/>
        </w:rPr>
        <w:t xml:space="preserve">[26:16] </w:t>
      </w:r>
      <w:r>
        <w:t>har shaam ki subah aaye gi. har shaam ke baad nai subah talu ho gi. to aik yeh daur tha kashmir mein tashaddud ka, nafrat ka.</w:t>
      </w:r>
    </w:p>
    <w:p>
      <w:pPr>
        <w:jc w:val="right"/>
      </w:pPr>
      <w:r>
        <w:t>ہر شام کی صبح آئے گی۔ ہر شام کے بعد نئی صبح طلوع ہوگی۔ تو ایک یہ دور تھا کشمیر میں تشدد کا، نفرت کا۔</w:t>
      </w:r>
    </w:p>
    <w:p>
      <w:r>
        <w:rPr>
          <w:b/>
        </w:rPr>
        <w:t xml:space="preserve">[26:31] </w:t>
      </w:r>
      <w:r>
        <w:t>ab inshallah woh khatam ho raha hai. main aap logon ko sirf aik hi, sirf yeh kahoon ga ke sab se aham baat kya hai dawat ke silsilay mein.</w:t>
      </w:r>
    </w:p>
    <w:p>
      <w:pPr>
        <w:jc w:val="right"/>
      </w:pPr>
      <w:r>
        <w:t>اب انشاءاللہ وہ ختم ہو رہا ہے۔ میں آپ لوگوں کو صرف ایک ہی، صرف یہ کہوں گا کہ سب سے اہم بات کیا ہے دعوت کے سلسلے میں۔</w:t>
      </w:r>
    </w:p>
    <w:p>
      <w:r>
        <w:rPr>
          <w:b/>
        </w:rPr>
        <w:t xml:space="preserve">[26:44] </w:t>
      </w:r>
      <w:r>
        <w:t>sab se aham baat yeh hai ke aap ke dil mein kisi ke liye nafrat na ho. sab se aham baat yeh super formula hai dawat ka.</w:t>
      </w:r>
    </w:p>
    <w:p>
      <w:pPr>
        <w:jc w:val="right"/>
      </w:pPr>
      <w:r>
        <w:t>سب سے اہم بات یہ ہے کہ آپ کے دل میں کسی کے لیے نفرت نہ ہو۔ سب سے اہم بات یہ سپر فارمولا ہے دعوت کا۔</w:t>
      </w:r>
    </w:p>
    <w:p>
      <w:r>
        <w:rPr>
          <w:b/>
        </w:rPr>
        <w:t xml:space="preserve">[26:58] </w:t>
      </w:r>
      <w:r>
        <w:t>nafrat ka matlab kya hai? ke chahe fareeq, chahe fareeq sani jo hai, woh aap ke sath acha sulook na kare,</w:t>
      </w:r>
    </w:p>
    <w:p>
      <w:pPr>
        <w:jc w:val="right"/>
      </w:pPr>
      <w:r>
        <w:t>نفرت کا مطلب کیا ہے؟ کہ چاہے فریق، چاہے فریق ثانی جو ہے، وہ آپ کے ساتھ اچھا سلوک نہ کرے،</w:t>
      </w:r>
    </w:p>
    <w:p>
      <w:r>
        <w:rPr>
          <w:b/>
        </w:rPr>
        <w:t xml:space="preserve">[27:10] </w:t>
      </w:r>
      <w:r>
        <w:t>bilfarz woh militancy chalaye, woh aap ko nuqsan pohanchaye, aap ke rastay mein rukawat dalay, kuch bhi ho, kuch bhi ho, kuch bhi ho, aap ke liye khair khwahi ka jazba khatam na ho.</w:t>
      </w:r>
    </w:p>
    <w:p>
      <w:pPr>
        <w:jc w:val="right"/>
      </w:pPr>
      <w:r>
        <w:t>بالفرض وہ ملٹنسی چلائے، وہ آپ کو نقصان پہنچائے، آپ کے راستے میں رکاوٹ ڈالے، کچھ بھی ہو، کچھ بھی ہو، کچھ بھی ہو، آپ کے لیے خیر خواہی کا جذبہ ختم نہ ہو۔</w:t>
      </w:r>
    </w:p>
    <w:p>
      <w:r>
        <w:rPr>
          <w:b/>
        </w:rPr>
        <w:t xml:space="preserve">[27:25] </w:t>
      </w:r>
      <w:r>
        <w:t>kyun ke ma'duq ke liye momin ko hukum hai ke yak tarfa tor par is ka khair khwah banay. yak tarfa tor par.</w:t>
      </w:r>
    </w:p>
    <w:p>
      <w:pPr>
        <w:jc w:val="right"/>
      </w:pPr>
      <w:r>
        <w:t>کیونکہ معدوق کے لیے مومن کو حکم ہے کہ یکطرفہ طور پر اس کا خیر خواہ بنے۔ یکطرفہ طور پر۔</w:t>
      </w:r>
    </w:p>
    <w:p>
      <w:r>
        <w:rPr>
          <w:b/>
        </w:rPr>
        <w:t xml:space="preserve">[27:35] </w:t>
      </w:r>
      <w:r>
        <w:t>yani is ka rawaiyya kuch bhi ho, is ka rawaiyya manfi ho, tab bhi aap ka rawaiyya musbat hona chahiye. is ka rawaiyya adawat ka ho, tab bhi aap ka rawaiyya dosti ka hona chahiye.</w:t>
      </w:r>
    </w:p>
    <w:p>
      <w:pPr>
        <w:jc w:val="right"/>
      </w:pPr>
      <w:r>
        <w:t>یعنی اس کا رویہ کچھ بھی ہو، اس کا رویہ منفی ہو، تب بھی آپ کا رویہ مثبت ہونا چاہیے۔ اس کا رویہ عداوت کا ہو، تب بھی آپ کا رویہ دوستی کا ہونا چاہیے۔</w:t>
      </w:r>
    </w:p>
    <w:p>
      <w:r>
        <w:rPr>
          <w:b/>
        </w:rPr>
        <w:t xml:space="preserve">[27:48] </w:t>
      </w:r>
      <w:r>
        <w:t>kyun? jab aap aisa karein ge to aap ko Allah ki madad aaye gi. Allah apne farishton ko bhejega aap ke paas.</w:t>
      </w:r>
    </w:p>
    <w:p>
      <w:pPr>
        <w:jc w:val="right"/>
      </w:pPr>
      <w:r>
        <w:t>کیوں؟ جب آپ ایسا کریں گے تو آپ کو اللہ کی مدد آئے گی۔ اللہ اپنے فرشتوں کو بھیجے گا آپ کے پاس۔</w:t>
      </w:r>
    </w:p>
    <w:p>
      <w:r>
        <w:rPr>
          <w:b/>
        </w:rPr>
        <w:t xml:space="preserve">[27:58] </w:t>
      </w:r>
      <w:r>
        <w:t>aap ke rastay khulte chale jayen ge Allah ki madad se.</w:t>
      </w:r>
    </w:p>
    <w:p>
      <w:pPr>
        <w:jc w:val="right"/>
      </w:pPr>
      <w:r>
        <w:t>آپ کے راستے کھلتے چلے جائیں گے اللہ کی مدد سے۔</w:t>
      </w:r>
    </w:p>
    <w:p>
      <w:r>
        <w:rPr>
          <w:b/>
        </w:rPr>
        <w:t xml:space="preserve">[28:03] </w:t>
      </w:r>
      <w:r>
        <w:t>yaad rakhiye, nafrat Khuda ki madad ko door karti hai. aur jab insanon ka aap khair khwah banen, ban jayen Allah ke liye to Allah ki madad aap par toot parti hai.</w:t>
      </w:r>
    </w:p>
    <w:p>
      <w:pPr>
        <w:jc w:val="right"/>
      </w:pPr>
      <w:r>
        <w:t>یاد رکھیے، نفرت خدا کی مدد کو دور کرتی ہے۔ اور جب انسانوں کا آپ خیر خواہ بنیں، بن جائیں اللہ کے لیے تو اللہ کی مدد آپ پر ٹوٹ پڑتی ہے۔</w:t>
      </w:r>
    </w:p>
    <w:p>
      <w:r>
        <w:rPr>
          <w:b/>
        </w:rPr>
        <w:t xml:space="preserve">[28:21] </w:t>
      </w:r>
      <w:r>
        <w:t>to dawat ka sab se bara formula yahi hai.</w:t>
      </w:r>
    </w:p>
    <w:p>
      <w:pPr>
        <w:jc w:val="right"/>
      </w:pPr>
      <w:r>
        <w:t>تو دعوت کا سب سے بڑا فارمولا یہی ہے۔</w:t>
      </w:r>
    </w:p>
    <w:p>
      <w:r>
        <w:rPr>
          <w:b/>
        </w:rPr>
        <w:t xml:space="preserve">[28:27] </w:t>
      </w:r>
      <w:r>
        <w:t>aik bar main gaya kisi shehar mein India mein, wahan aik sahab ne kaha ke aap kya dawat dawat karte hain? hum bhi dawat, hum bhi dawat kar rahe hain.</w:t>
      </w:r>
    </w:p>
    <w:p>
      <w:pPr>
        <w:jc w:val="right"/>
      </w:pPr>
      <w:r>
        <w:t>ایک بار میں گیا کسی شہر میں انڈیا میں، وہاں ایک صاحب نے کہا کہ آپ کیا دعوت دعوت کرتے ہیں؟ ہم بھی دعوت، ہم بھی دعوت کر رہے ہیں۔</w:t>
      </w:r>
    </w:p>
    <w:p>
      <w:r>
        <w:rPr>
          <w:b/>
        </w:rPr>
        <w:t xml:space="preserve">[28:39] </w:t>
      </w:r>
      <w:r>
        <w:t>main ne kaha ke aap dawat ko kya samajhte hain?</w:t>
      </w:r>
    </w:p>
    <w:p>
      <w:pPr>
        <w:jc w:val="right"/>
      </w:pPr>
      <w:r>
        <w:t>میں نے کہا کہ آپ دعوت کو کیا سمجھتے ہیں؟</w:t>
      </w:r>
    </w:p>
    <w:p>
      <w:r>
        <w:rPr>
          <w:b/>
        </w:rPr>
        <w:t xml:space="preserve">[28:44] </w:t>
      </w:r>
      <w:r>
        <w:t>dawat ko aap kya samajhte hain?</w:t>
      </w:r>
    </w:p>
    <w:p>
      <w:pPr>
        <w:jc w:val="right"/>
      </w:pPr>
      <w:r>
        <w:t>دعوت کو آپ کیا سمجھتے ہیں؟</w:t>
      </w:r>
    </w:p>
    <w:p>
      <w:r>
        <w:rPr>
          <w:b/>
        </w:rPr>
        <w:t xml:space="preserve">[28:52] </w:t>
      </w:r>
      <w:r>
        <w:t>insan ka khair khwah banna parta hai. dushman se bhi mohabbat karni parti hai. tab dawat ka aghaz hota hai.</w:t>
      </w:r>
    </w:p>
    <w:p>
      <w:pPr>
        <w:jc w:val="right"/>
      </w:pPr>
      <w:r>
        <w:t>انسان کا خیر خواہ بننا پڑتا ہے۔ دشمن سے بھی محبت کرنی پڑتی ہے۔ تب دعوت کا آغاز ہوتا ہے۔</w:t>
      </w:r>
    </w:p>
    <w:p>
      <w:r>
        <w:rPr>
          <w:b/>
        </w:rPr>
        <w:t xml:space="preserve">[29:03] </w:t>
      </w:r>
      <w:r>
        <w:t>hazrat Masih ne jo kaha tha ke "love your enemy" to woh dai ka formula hai. woh sirf Masih ka formula nahi hai. wohi Islam ka hai, wohi har mazhab ka hai, har nabbi ka hai.</w:t>
      </w:r>
    </w:p>
    <w:p>
      <w:pPr>
        <w:jc w:val="right"/>
      </w:pPr>
      <w:r>
        <w:t>حضرت مسیح نے جو کہا تھا کہ "لو یور اینمی" تو وہ داعی کا فارمولا ہے۔ وہ صرف مسیح کا فارمولا نہیں ہے۔ وہی اسلام کا ہے، وہی ہر مذہب کا ہے، ہر نبی کا ہے۔</w:t>
      </w:r>
    </w:p>
    <w:p>
      <w:r>
        <w:rPr>
          <w:b/>
        </w:rPr>
        <w:t xml:space="preserve">[29:15] </w:t>
      </w:r>
      <w:r>
        <w:t>bazaahir doosra fareeq dushman ho, bazaahir doosra fareeq jo hai aap ke khilaf karwai kar raha ho, kuch bhi kar raha ho, aap ko yak tarfa tor par is ka khair khwah banna hai.</w:t>
      </w:r>
    </w:p>
    <w:p>
      <w:pPr>
        <w:jc w:val="right"/>
      </w:pPr>
      <w:r>
        <w:t>بظاہر دوسرا فریق دشمن ہو، بظاہر دوسرا فریق جو ہے آپ کے خلاف کارروائی کر رہا ہو، کچھ بھی کر رہا ہو، آپ کو یکطرفہ طور پر اس کا خیر خواہ بننا ہے۔</w:t>
      </w:r>
    </w:p>
    <w:p>
      <w:r>
        <w:rPr>
          <w:b/>
        </w:rPr>
        <w:t xml:space="preserve">[29:30] </w:t>
      </w:r>
      <w:r>
        <w:t>main haal mein gaya tha America to wahan pe aik church mein mujhe bulaya gaya. church mein meri aik taqreer hui to taqreer ke baad aik aik Christian scholar khare hue,</w:t>
      </w:r>
    </w:p>
    <w:p>
      <w:pPr>
        <w:jc w:val="right"/>
      </w:pPr>
      <w:r>
        <w:t>میں حال میں گیا تھا امریکہ تو وہاں پہ ایک چرچ میں مجھے بلایا گیا۔ چرچ میں میری ایک تقریر ہوئی تو تقریر کے بعد ایک ایک کرسچن اسکالر کھڑے ہوئے،</w:t>
      </w:r>
    </w:p>
    <w:p>
      <w:r>
        <w:rPr>
          <w:b/>
        </w:rPr>
        <w:t xml:space="preserve">[29:43] </w:t>
      </w:r>
      <w:r>
        <w:t>unhon ne kaha ke</w:t>
      </w:r>
    </w:p>
    <w:p>
      <w:pPr>
        <w:jc w:val="right"/>
      </w:pPr>
      <w:r>
        <w:t>انہوں نے کہا کہ</w:t>
      </w:r>
    </w:p>
    <w:p>
      <w:r>
        <w:rPr>
          <w:b/>
        </w:rPr>
        <w:t xml:space="preserve">[29:47] </w:t>
      </w:r>
      <w:r>
        <w:t>hamare haan Masih ki yeh taleem hai ke "love your enemy", apne dushman se mohabbat karo. kya is tarah ki koi taleem aap ke mazhab mein bhi hai?</w:t>
      </w:r>
    </w:p>
    <w:p>
      <w:pPr>
        <w:jc w:val="right"/>
      </w:pPr>
      <w:r>
        <w:t>ہمارے ہاں مسیح کی یہ تعلیم ہے کہ "لو یور اینمی"، اپنے دشمن سے محبت کرو۔ کیا اس طرح کی کوئی تعلیم آپ کے مذہب میں بھی ہے؟</w:t>
      </w:r>
    </w:p>
    <w:p>
      <w:r>
        <w:rPr>
          <w:b/>
        </w:rPr>
        <w:t xml:space="preserve">[30:01] </w:t>
      </w:r>
      <w:r>
        <w:t>to mein ne kaha ke haan. phir mein ne woh aayat parhi jo quran ki:</w:t>
      </w:r>
    </w:p>
    <w:p>
      <w:pPr>
        <w:jc w:val="right"/>
      </w:pPr>
      <w:r>
        <w:t>تو میں نے کہا کہ ہاں۔ پھر میں نے وہ آیت پڑھی جو قرآن کی:</w:t>
      </w:r>
    </w:p>
    <w:p>
      <w:r>
        <w:rPr>
          <w:b/>
        </w:rPr>
        <w:t xml:space="preserve">[30:07] </w:t>
      </w:r>
      <w:r>
        <w:t>"la tasta b al hasanat fi yadh bain ka bnu adawatun kuntu waliyun hameem".</w:t>
      </w:r>
    </w:p>
    <w:p>
      <w:pPr>
        <w:jc w:val="right"/>
      </w:pPr>
      <w:r>
        <w:t>"لا تستب الحسنۃ فیض بین کا بنو عداوۃ کن ولی حمیم"۔</w:t>
      </w:r>
    </w:p>
    <w:p>
      <w:r>
        <w:rPr>
          <w:b/>
        </w:rPr>
        <w:t xml:space="preserve">[30:17] </w:t>
      </w:r>
      <w:r>
        <w:t>is ka matlab yeh hai ke agar kisi ko ab to apna dushman pao, tab bhi us ko dushman na samjho, us ko potential dost samjho, us ka acha sulook karo, us ko Allah ke deen ki dawat do, us ke liye duaen karo,</w:t>
      </w:r>
    </w:p>
    <w:p>
      <w:pPr>
        <w:jc w:val="right"/>
      </w:pPr>
      <w:r>
        <w:t>اس کا مطلب یہ ہے کہ اگر کسی کو اب تو اپنا دشمن پاؤ، تب بھی اس کو دشمن نہ سمجھو، اس کو پوٹینشل دوست سمجھو، اس کا اچھا سلوک کرو، اس کو اللہ کے دین کی دعوت دو، اس کے لیے دعائیں کرو،</w:t>
      </w:r>
    </w:p>
    <w:p>
      <w:r>
        <w:rPr>
          <w:b/>
        </w:rPr>
        <w:t xml:space="preserve">[30:34] </w:t>
      </w:r>
      <w:r>
        <w:t>us ke khair khwah bano to woh tumhara woh dushman tumhara dost ban jayega.</w:t>
      </w:r>
    </w:p>
    <w:p>
      <w:pPr>
        <w:jc w:val="right"/>
      </w:pPr>
      <w:r>
        <w:t>اس کے خیر خواہ بنو تو وہ تمہارا وہ دشمن تمہارا دوست بن جائے گا۔</w:t>
      </w:r>
    </w:p>
    <w:p>
      <w:r>
        <w:rPr>
          <w:b/>
        </w:rPr>
        <w:t xml:space="preserve">[30:43] </w:t>
      </w:r>
      <w:r>
        <w:t>to woh itna mutasir hue ke agle din jahan mein thehra hua tha to khud mujh se woh un ki ahliya dono milne ke liye aaye mujh se ke quran mein aisa bhi bataya gaya hai.</w:t>
      </w:r>
    </w:p>
    <w:p>
      <w:pPr>
        <w:jc w:val="right"/>
      </w:pPr>
      <w:r>
        <w:t>تو وہ اتنا متاثر ہوئے کہ اگلے دن جہاں میں ٹھہرا ہوا تھا تو خود مجھ سے وہ ان کی اہلیہ دونوں ملنے کے لیے آئے مجھ سے کہ قرآن میں ایسا بھی بتایا گیا ہے۔</w:t>
      </w:r>
    </w:p>
    <w:p>
      <w:r>
        <w:rPr>
          <w:b/>
        </w:rPr>
        <w:t xml:space="preserve">[30:55] </w:t>
      </w:r>
      <w:r>
        <w:t>hum to samajhte hain ke quran mein tashaddud tashaddud hai. sab to quran le gaye. woh us waqt mein khwaja kalamuddin sahib thehra hua tha, wahan aaye.</w:t>
      </w:r>
    </w:p>
    <w:p>
      <w:pPr>
        <w:jc w:val="right"/>
      </w:pPr>
      <w:r>
        <w:t>ہم تو سمجھتے ہیں کہ قرآن میں تشدد تشدد ہے۔ سب تو قرآن لے گئے۔ وہ اس وقت میں خواجہ کلم الدین صاحب ٹھہرا ہوا تھا، وہاں آئے۔</w:t>
      </w:r>
    </w:p>
    <w:p>
      <w:r>
        <w:rPr>
          <w:b/>
        </w:rPr>
        <w:t xml:space="preserve">[31:04] </w:t>
      </w:r>
      <w:r>
        <w:t>woh unhon ne un ko quran diya, kuch aur kitaben deen, le gaye. woh</w:t>
      </w:r>
    </w:p>
    <w:p>
      <w:pPr>
        <w:jc w:val="right"/>
      </w:pPr>
      <w:r>
        <w:t>وہ انہوں نے ان کو قرآن دیا، کچھ اور کتابیں دیں، لے گئے۔ وہ</w:t>
      </w:r>
    </w:p>
    <w:p>
      <w:r>
        <w:rPr>
          <w:b/>
        </w:rPr>
        <w:t xml:space="preserve">[31:11] </w:t>
      </w:r>
      <w:r>
        <w:t>to logon ko yeh maloom nahi hai ke islam mohabbat aur khair khwahi ka mazhab hai, islam aman ka mazhab hai. yani Khuda ke deen ki image bigri hui hai.</w:t>
      </w:r>
    </w:p>
    <w:p>
      <w:pPr>
        <w:jc w:val="right"/>
      </w:pPr>
      <w:r>
        <w:t>تو لوگوں کو یہ معلوم نہیں ہے کہ اسلام محبت اور خیر خواہی کا مذہب ہے، اسلام امن کا مذہب ہے۔ یعنی خدا کے دین کی امیج بگڑی ہوئی ہے۔</w:t>
      </w:r>
    </w:p>
    <w:p>
      <w:r>
        <w:rPr>
          <w:b/>
        </w:rPr>
        <w:t xml:space="preserve">[31:26] </w:t>
      </w:r>
      <w:r>
        <w:t>aap ghor kijiye ke yeh kitna bara kaam hai ke aap Khuda ke deen ki image ko durust karen. kitni bari nemat intezar kar rahi hai in logon ka jo Khuda ke deen ke se dhabbe ko door karen.</w:t>
      </w:r>
    </w:p>
    <w:p>
      <w:pPr>
        <w:jc w:val="right"/>
      </w:pPr>
      <w:r>
        <w:t>آپ غور کیجئے کہ یہ کتنا بڑا کام ہے کہ آپ خدا کے دین کی امیج کو درست کریں۔ کتنی بڑی نعمت انتظار کر رہی ہے ان لوگوں کا جو خدا کے دین کے سے دھبے کو دور کریں۔</w:t>
      </w:r>
    </w:p>
    <w:p>
      <w:r>
        <w:rPr>
          <w:b/>
        </w:rPr>
        <w:t xml:space="preserve">[31:45] </w:t>
      </w:r>
      <w:r>
        <w:t>aur bilashuba kashmir in mein se in maqamat mein se aik hai jahan aap yeh karne ki position mein hon.</w:t>
      </w:r>
    </w:p>
    <w:p>
      <w:pPr>
        <w:jc w:val="right"/>
      </w:pPr>
      <w:r>
        <w:t>اور بلاشبہ کشمیر ان میں سے ان مقامات میں سے ایک ہے جہاں آپ یہ کرنے کی پوزیشن میں ہوں۔</w:t>
      </w:r>
    </w:p>
    <w:p>
      <w:r>
        <w:rPr>
          <w:b/>
        </w:rPr>
        <w:t xml:space="preserve">[31:55] </w:t>
      </w:r>
      <w:r>
        <w:t>mein ne london ke aik akhbar mein aik mazmoon parha, woh islam par tha. us mein tha ke islam ke bare mein: "a religion that sanctions violence".</w:t>
      </w:r>
    </w:p>
    <w:p>
      <w:pPr>
        <w:jc w:val="right"/>
      </w:pPr>
      <w:r>
        <w:t>میں نے لندن کے ایک اخبار میں ایک مضمون پڑھا، وہ اسلام پر تھا۔ اس میں تھا کہ اسلام کے بارے میں: "ا ریلیجن دیٹ سینکشنز وائلنس"۔</w:t>
      </w:r>
    </w:p>
    <w:p>
      <w:r>
        <w:rPr>
          <w:b/>
        </w:rPr>
        <w:t xml:space="preserve">[32:09] </w:t>
      </w:r>
      <w:r>
        <w:t>aik mazhab jo violence ko ki ijazat deta hai. goya ke violence khud islam ki aik taleem hai.</w:t>
      </w:r>
    </w:p>
    <w:p>
      <w:pPr>
        <w:jc w:val="right"/>
      </w:pPr>
      <w:r>
        <w:t>ایک مذہب جو وائلنس کو کی اجازت دیتا ہے۔ گویا کہ وائلنس خود اسلام کی ایک تعلیم ہے۔</w:t>
      </w:r>
    </w:p>
    <w:p>
      <w:r>
        <w:rPr>
          <w:b/>
        </w:rPr>
        <w:t xml:space="preserve">[32:20] </w:t>
      </w:r>
      <w:r>
        <w:t>kitni bari yeh galat fehmi hai jo islam ke sath wabasta ho gayi hai. har musalman ka pehla farz hai ke woh is galat fehmi ko door kare, is dhabbe ko mitaye,</w:t>
      </w:r>
    </w:p>
    <w:p>
      <w:pPr>
        <w:jc w:val="right"/>
      </w:pPr>
      <w:r>
        <w:t>کتنی بڑی یہ غلط فہمی ہے جو اسلام کے ساتھ وابستہ ہو گئی ہے۔ ہر مسلمان کا پہلا فرض ہے کہ وہ اس غلط فہمی کو دور کرے، اس دھبے کو مٹائے،</w:t>
      </w:r>
    </w:p>
    <w:p>
      <w:r>
        <w:rPr>
          <w:b/>
        </w:rPr>
        <w:t xml:space="preserve">[32:38] </w:t>
      </w:r>
      <w:r>
        <w:t>dunya ko bataye apne qaul se aur apne amal se ke islam aman ka mazhab hai.</w:t>
      </w:r>
    </w:p>
    <w:p>
      <w:pPr>
        <w:jc w:val="right"/>
      </w:pPr>
      <w:r>
        <w:t>دنیا کو بتائے اپنے قول سے اور اپنے عمل سے کہ اسلام امن کا مذہب ہے۔</w:t>
      </w:r>
    </w:p>
    <w:p>
      <w:r>
        <w:rPr>
          <w:b/>
        </w:rPr>
        <w:t xml:space="preserve">[32:45] </w:t>
      </w:r>
      <w:r>
        <w:t>aap ghor kijiye ke islam mein yeh aayat quran majeed mein yeh aayat hai ke: "wallah yado ila dar al salam". and God calls to the home of peace.</w:t>
      </w:r>
    </w:p>
    <w:p>
      <w:pPr>
        <w:jc w:val="right"/>
      </w:pPr>
      <w:r>
        <w:t>آپ غور کیجئے کہ اسلام میں یہ آیت قرآن مجید میں یہ آیت ہے کہ: "واللہیدعو الی دار السلام"۔ اینڈ گاڈ کالز ٹو دا ہوم آف پیس۔</w:t>
      </w:r>
    </w:p>
    <w:p>
      <w:r>
        <w:rPr>
          <w:b/>
        </w:rPr>
        <w:t xml:space="preserve">[32:57] </w:t>
      </w:r>
      <w:r>
        <w:t>Allah aman ke ghar ki taraf bulata hai. goya Quran ka maqsad hai aman ka ghar banana, aman ki society banana, aman ka samaj banana.</w:t>
      </w:r>
    </w:p>
    <w:p>
      <w:pPr>
        <w:jc w:val="right"/>
      </w:pPr>
      <w:r>
        <w:t>اللہ امن کے گھر کی طرف بلاتا ہے۔ گویا قرآن کا مقصد ہے امن کا گھر بنانا، امن کی سوسائٹی بنانا، امن کا سماج بنانا۔</w:t>
      </w:r>
    </w:p>
    <w:p>
      <w:r>
        <w:rPr>
          <w:b/>
        </w:rPr>
        <w:t xml:space="preserve">[33:12] </w:t>
      </w:r>
      <w:r>
        <w:t>yeh maqsad hai, is nishana hai is islam ka. lekin mukhtalif asbab se us waqt islam ki tasweer bigar gayi hai.</w:t>
      </w:r>
    </w:p>
    <w:p>
      <w:pPr>
        <w:jc w:val="right"/>
      </w:pPr>
      <w:r>
        <w:t>یہ مقصد ہے، اس نشانہ ہے اس اسلام کا۔ لیکن مختلف اسباب سے اس وقت اسلام کی تصویر بگڑ گئی ہے۔</w:t>
      </w:r>
    </w:p>
    <w:p>
      <w:r>
        <w:rPr>
          <w:b/>
        </w:rPr>
        <w:t xml:space="preserve">[33:25] </w:t>
      </w:r>
      <w:r>
        <w:t>is par log yeh samajh lein ke islam tashaddud tashaddud ka mazhab hai. to yeh aap ko aik bohat bare inaam ka mauqa de raha hai.</w:t>
      </w:r>
    </w:p>
    <w:p>
      <w:pPr>
        <w:jc w:val="right"/>
      </w:pPr>
      <w:r>
        <w:t>اس پر لوگ یہ سمجھ لیں کہ اسلام تشدد تشدد کا مذہب ہے۔ تو یہ آپ کو ایک بہت بڑے انعام کا موقع دے رہا ہے۔</w:t>
      </w:r>
    </w:p>
    <w:p>
      <w:r>
        <w:rPr>
          <w:b/>
        </w:rPr>
        <w:t xml:space="preserve">[33:38] </w:t>
      </w:r>
      <w:r>
        <w:t>yani Allah ke deen se badnami ke dhabbe ko mitana, is se bara koi reward ho sakta hai? to yeh waqia jo paish aaya hai, yeh is ka aik pehlu yeh hai ke woh aik islam ko par aik aik badnami ke dhabba lagaya gaya hai ke woh tashaddud pasand mazhab hai.</w:t>
      </w:r>
    </w:p>
    <w:p>
      <w:pPr>
        <w:jc w:val="right"/>
      </w:pPr>
      <w:r>
        <w:t>یعنی اللہ کے دین سے بدنامی کے دھبے کو مٹانا، اس سے بڑا کوئی ریوارڈ ہو سکتا ہے؟ تو یہ واقعہ جو پیش آیا ہے، یہ اس کا ایک پہلو یہ ہے کہ وہ ایک اسلام کو پر ایک ایک بدنامی کے دھبہ لگایا گیا ہے کہ وہ تشدد پسند مذہب ہے۔</w:t>
      </w:r>
    </w:p>
    <w:p>
      <w:r>
        <w:rPr>
          <w:b/>
        </w:rPr>
        <w:t xml:space="preserve">[34:02] </w:t>
      </w:r>
      <w:r>
        <w:t>lekin doosra pehlu ke aap ko aik bohat bare inaam ka mauqa de raha hai.</w:t>
      </w:r>
    </w:p>
    <w:p>
      <w:pPr>
        <w:jc w:val="right"/>
      </w:pPr>
      <w:r>
        <w:t>لیکن دوسرا پہلو کہ آپ کو ایک بہت بڑے انعام کا موقع دے رہا ہے۔</w:t>
      </w:r>
    </w:p>
    <w:p>
      <w:r>
        <w:rPr>
          <w:b/>
        </w:rPr>
        <w:t xml:space="preserve">[34:09] </w:t>
      </w:r>
      <w:r>
        <w:t>aap ghor kijiye ke Khuda ke mazhab se aap is dhabbe ko mitayen to kitna bara reward milega aap ko, kitna bara inaam milega aap ko?</w:t>
      </w:r>
    </w:p>
    <w:p>
      <w:pPr>
        <w:jc w:val="right"/>
      </w:pPr>
      <w:r>
        <w:t>آپ غور کیجئے کہ خدا کے مذہب سے آپ اس دھبے کو مٹائیں تو کتنا بڑا ریوارڈ ملے گا آپ کو، کتنا بڑا انعام ملے گا آپ کو؟</w:t>
      </w:r>
    </w:p>
    <w:p>
      <w:r>
        <w:rPr>
          <w:b/>
        </w:rPr>
        <w:t xml:space="preserve">[34:22] </w:t>
      </w:r>
      <w:r>
        <w:t>to yeh soch kar apne aap ko is mein jhonk dijiye. yeh soch kar apne aap ko is da'wati kaam mein jhonk dijiye ke yahan sab se bara inaam Allah taala ka woh aap ka intezar kar raha hai.</w:t>
      </w:r>
    </w:p>
    <w:p>
      <w:pPr>
        <w:jc w:val="right"/>
      </w:pPr>
      <w:r>
        <w:t>تو یہ سوچ کر اپنے آپ کو اس میں جھونک دیجئے۔ یہ سوچ کر اپنے آپ کو اس دعوتی کام میں جھونک دیجئے کہ یہاں سب سے بڑا انعام اللہ تعالی کا وہ آپ کا انتظار کر رہا ہے۔</w:t>
      </w:r>
    </w:p>
    <w:p>
      <w:r>
        <w:rPr>
          <w:b/>
        </w:rPr>
        <w:t xml:space="preserve">[34:48] </w:t>
      </w:r>
      <w:r>
        <w:t>to mein samajhta hoon ke aaj jo sab se zyada sochne ki baat hai, woh yahi hai:</w:t>
      </w:r>
    </w:p>
    <w:p>
      <w:pPr>
        <w:jc w:val="right"/>
      </w:pPr>
      <w:r>
        <w:t>تو میں سمجھتا ہوں کہ آج جو سب سے زیادہ سوچنے کی بات ہے، وہ یہی ہے:</w:t>
      </w:r>
    </w:p>
    <w:p>
      <w:r>
        <w:rPr>
          <w:b/>
        </w:rPr>
        <w:t xml:space="preserve">[35:02] </w:t>
      </w:r>
      <w:r>
        <w:t>hamari tawajjah, hamari energy, sab kuch is par kharch hona chahiye</w:t>
      </w:r>
    </w:p>
    <w:p>
      <w:pPr>
        <w:jc w:val="right"/>
      </w:pPr>
      <w:r>
        <w:t>ہماری توجہ، ہماری انرجی، سب کچھ اس پر خرچ ہونا چاہیے</w:t>
      </w:r>
    </w:p>
    <w:p>
      <w:r>
        <w:rPr>
          <w:b/>
        </w:rPr>
        <w:t xml:space="preserve">[35:10] </w:t>
      </w:r>
      <w:r>
        <w:t>ke Allah ke deen ki dawat phailay. log Allah ke deen se be khabar ho kar na maren. jaise mein ne arz kiya ke</w:t>
      </w:r>
    </w:p>
    <w:p>
      <w:pPr>
        <w:jc w:val="right"/>
      </w:pPr>
      <w:r>
        <w:t>کہ اللہ کے دین کی دعوت پھیلے۔ لوگ اللہ کے دین سے بے خبر ہو کر نہ مریں۔ جیسے میں نے عرض کیا کہ</w:t>
      </w:r>
    </w:p>
    <w:p>
      <w:r>
        <w:rPr>
          <w:b/>
        </w:rPr>
        <w:t xml:space="preserve">[35:23] </w:t>
      </w:r>
      <w:r>
        <w:t>india mein pehle sirf 36 crore aadmi the, ab 100 crore aadmi hain. 33 hazar log hamesha to zinda nahi rahenge.</w:t>
      </w:r>
    </w:p>
    <w:p>
      <w:pPr>
        <w:jc w:val="right"/>
      </w:pPr>
      <w:r>
        <w:t>انڈیا میں پہلے صرف 36 کروڑ آدمی تھے، اب سو کروڑ آدمی ہیں۔ 33 ہزار لوگ ہمیشہ تو زندہ نہیں رہیں گے۔</w:t>
      </w:r>
    </w:p>
    <w:p>
      <w:r>
        <w:rPr>
          <w:b/>
        </w:rPr>
        <w:t xml:space="preserve">[35:33] </w:t>
      </w:r>
      <w:r>
        <w:t>log rozana mar rahe hain. to marne se pehle pehle hum unhein ba-khabar kar dein ke Allah</w:t>
      </w:r>
    </w:p>
    <w:p>
      <w:pPr>
        <w:jc w:val="right"/>
      </w:pPr>
      <w:r>
        <w:t>لوگ روزانہ مر رہے ہیں۔ تو مرنے سے پہلے پہلے ہم انہیں باخبر کر دیں کہ اللہ</w:t>
      </w:r>
    </w:p>
    <w:p>
      <w:r>
        <w:rPr>
          <w:b/>
        </w:rPr>
        <w:t xml:space="preserve">[35:42] </w:t>
      </w:r>
      <w:r>
        <w:t>un ka samna Allah se paish aayega. jab woh Allah ke samne khare honge to wahan woh kya jawab denge? to is se pehle ke un par maut aaye aur Allah ke samne hazir kar diye jayen,</w:t>
      </w:r>
    </w:p>
    <w:p>
      <w:pPr>
        <w:jc w:val="right"/>
      </w:pPr>
      <w:r>
        <w:t>ان کا سامنا اللہ سے پیش آئے گا۔ جب وہ اللہ کے سامنے کھڑے ہوں گے تو وہاں وہ کیا جواب دیں گے؟ تو اس سے پہلے کہ ان پر موت آئے اور اللہ کے سامنے حاضر کر دیے جائیں،</w:t>
      </w:r>
    </w:p>
    <w:p>
      <w:r>
        <w:rPr>
          <w:b/>
        </w:rPr>
        <w:t xml:space="preserve">[35:56] </w:t>
      </w:r>
      <w:r>
        <w:t>to hamare liye madarik unhein hum bata dein taake woh tayyari kar ke maut ka safar woh tayyari ke baad shuru karen, be-tayyari, be-tayyari nahin.</w:t>
      </w:r>
    </w:p>
    <w:p>
      <w:pPr>
        <w:jc w:val="right"/>
      </w:pPr>
      <w:r>
        <w:t>تو ہمارے لیے مدارک انہیں ہم بتا دیں تاکہ وہ تیاری کر کے موت کا سفر وہ تیاری کے بعد شروع کریں، بے تیاری، بے تیاری نہیں۔</w:t>
      </w:r>
    </w:p>
    <w:p>
      <w:r>
        <w:rPr>
          <w:b/>
        </w:rPr>
        <w:t xml:space="preserve">[36:15] </w:t>
      </w:r>
      <w:r>
        <w:t>nawjawaani government mein ek martaba mein kahin ja raha tha aur train mein mere paas paisa nahin tha. bila ticket train mein baith gaya. bohat pehle ki baat hai, jab mein samajh nahin thi itni.</w:t>
      </w:r>
    </w:p>
    <w:p>
      <w:pPr>
        <w:jc w:val="right"/>
      </w:pPr>
      <w:r>
        <w:t>نوجوانی گورنمنٹ میں ایک مرتبہ میں کہیں جا رہا تھا اور ٹرین میں میرے پاس پیسہ نہیں تھا۔ بلا ٹکٹ ٹرین میں بیٹھ گیا۔ بہت پہلے کی بات ہے، جب میں سمجھ نہیں تھی اتنی۔</w:t>
      </w:r>
    </w:p>
    <w:p>
      <w:r>
        <w:rPr>
          <w:b/>
        </w:rPr>
        <w:t xml:space="preserve">[36:30] </w:t>
      </w:r>
      <w:r>
        <w:t>to TT aaya, us ne mujhe zabardasti nikaal diya bahar. mein ne kaha jab mein ne paisa nahin diya to us ne kaha is ke is ke mere paas paisa tha hi nahin.</w:t>
      </w:r>
    </w:p>
    <w:p>
      <w:pPr>
        <w:jc w:val="right"/>
      </w:pPr>
      <w:r>
        <w:t>تو ٹی ٹی آیا، اس نے مجھے زبردستی نکال دیا باہر۔ میں نے کہا جب میں نے پیسہ نہیں دیا تو اس نے کہا اس کے اس کے میرے پاس پیسہ تھا ہی نہیں۔</w:t>
      </w:r>
    </w:p>
    <w:p>
      <w:r>
        <w:rPr>
          <w:b/>
        </w:rPr>
        <w:t xml:space="preserve">[36:43] </w:t>
      </w:r>
      <w:r>
        <w:t>to baith gaya, tab bhi nikaal diya us ne kyunke mere paas is ka is ki qeemat ada karne ke liye nahin kuch tha.</w:t>
      </w:r>
    </w:p>
    <w:p>
      <w:pPr>
        <w:jc w:val="right"/>
      </w:pPr>
      <w:r>
        <w:t>تو بیٹھ گیا، تب بھی نکال دیا اس نے کیونکہ میرے پاس اس کا اس کی قیمت ادا کرنے کے لیے نہیں کچھ تھا۔</w:t>
      </w:r>
    </w:p>
    <w:p>
      <w:r>
        <w:rPr>
          <w:b/>
        </w:rPr>
        <w:t xml:space="preserve">[36:56] </w:t>
      </w:r>
      <w:r>
        <w:t>to aap ghor kijiye kisi cheez ko billion trillion time badha kar sochiye ke aakhirat mein kya paish aayega.</w:t>
      </w:r>
    </w:p>
    <w:p>
      <w:pPr>
        <w:jc w:val="right"/>
      </w:pPr>
      <w:r>
        <w:t>تو آپ غور کیجئے کسی چیز کو بلین ٹریلین ٹائم بڑھا کر سوچیے کہ آخرت میں کیا پیش آئے گا۔</w:t>
      </w:r>
    </w:p>
    <w:p>
      <w:r>
        <w:rPr>
          <w:b/>
        </w:rPr>
        <w:t xml:space="preserve">[37:10] </w:t>
      </w:r>
      <w:r>
        <w:t>aur aap jante hain ke dunya to chand saal ki dunya hai aur aakhirat jo hai woh abadi hai.</w:t>
      </w:r>
    </w:p>
    <w:p>
      <w:pPr>
        <w:jc w:val="right"/>
      </w:pPr>
      <w:r>
        <w:t>اور آپ جانتے ہیں کہ دنیا تو چند سال کی دنیا ہے اور آخرت جو ہے وہ ابدی ہے۔</w:t>
      </w:r>
    </w:p>
    <w:p>
      <w:r>
        <w:rPr>
          <w:b/>
        </w:rPr>
        <w:t xml:space="preserve">[37:20] </w:t>
      </w:r>
      <w:r>
        <w:t>woh abadi hai. woh eternal hai.</w:t>
      </w:r>
    </w:p>
    <w:p>
      <w:pPr>
        <w:jc w:val="right"/>
      </w:pPr>
      <w:r>
        <w:t>وہ ابدی ہے۔ وہ ایٹرنل ہے۔</w:t>
      </w:r>
    </w:p>
    <w:p>
      <w:r>
        <w:rPr>
          <w:b/>
        </w:rPr>
        <w:t xml:space="preserve">[37:29] </w:t>
      </w:r>
      <w:r>
        <w:t>yeh Allah taala ka kitaab o inaam hai ke chand saal ki dunya mein hamare amal par woh eternal paradise hamein dene ka wada kar raha hai.</w:t>
      </w:r>
    </w:p>
    <w:p>
      <w:pPr>
        <w:jc w:val="right"/>
      </w:pPr>
      <w:r>
        <w:t>یہ اللہ تعالی کا کتاب و انعام ہے کہ چند سال کی دنیا میں ہمارے عمل پر وہ ایٹرنل پارڈائز ہمیں دینے کا وعدہ کر رہا ہے۔</w:t>
      </w:r>
    </w:p>
    <w:p>
      <w:r>
        <w:rPr>
          <w:b/>
        </w:rPr>
        <w:t xml:space="preserve">[37:42] </w:t>
      </w:r>
      <w:r>
        <w:t>kitni bari baat hai yeh! bohat thoda amal aur bohat ziyada anjaam. bohat thoda amal aur bohat ziyada anjaam.</w:t>
      </w:r>
    </w:p>
    <w:p>
      <w:pPr>
        <w:jc w:val="right"/>
      </w:pPr>
      <w:r>
        <w:t>کتنی بڑی بات ہے یہ! بہت تھوڑا عمل اور بہت زیادہ انجام۔ بہت تھوڑا عمل اور بہت زیادہ انجام۔</w:t>
      </w:r>
    </w:p>
    <w:p>
      <w:r>
        <w:rPr>
          <w:b/>
        </w:rPr>
        <w:t xml:space="preserve">[37:54] </w:t>
      </w:r>
      <w:r>
        <w:t>kya yeh baat kafi nahin hai ke hum apne aap ko dedicate kar dein isi mein? isi mein apne aap ko jhonk dein?</w:t>
      </w:r>
    </w:p>
    <w:p>
      <w:pPr>
        <w:jc w:val="right"/>
      </w:pPr>
      <w:r>
        <w:t>کیا یہ بات کافی نہیں ہے کہ ہم اپنے آپ کو ڈیڈیکیٹ کر دیں اسی میں؟ اسی میں اپنے آپ کو جھونک دیں؟</w:t>
      </w:r>
    </w:p>
    <w:p>
      <w:r>
        <w:rPr>
          <w:b/>
        </w:rPr>
        <w:t xml:space="preserve">[38:04] </w:t>
      </w:r>
      <w:r>
        <w:t>isi mein apne aap ko laga dein?</w:t>
      </w:r>
    </w:p>
    <w:p>
      <w:pPr>
        <w:jc w:val="right"/>
      </w:pPr>
      <w:r>
        <w:t>اسی میں اپنے آپ کو لگا دیں؟</w:t>
      </w:r>
    </w:p>
    <w:p>
      <w:r>
        <w:rPr>
          <w:b/>
        </w:rPr>
        <w:t xml:space="preserve">[38:13] </w:t>
      </w:r>
      <w:r>
        <w:t>to aap mein se har shakhs ko is azm ke sath wapas jana hai ke woh dawat ke kaam ko apni zindagi ki pehli tarjeeh banayega.</w:t>
      </w:r>
    </w:p>
    <w:p>
      <w:pPr>
        <w:jc w:val="right"/>
      </w:pPr>
      <w:r>
        <w:t>تو آپ میں سے ہر شخص کو اس عزم کے ساتھ واپس جانا ہے کہ وہ دعوت کے کام کو اپنی زندگی کی پہلی ترجیح بنائے گا۔</w:t>
      </w:r>
    </w:p>
    <w:p>
      <w:r>
        <w:rPr>
          <w:b/>
        </w:rPr>
        <w:t xml:space="preserve">[38:31] </w:t>
      </w:r>
      <w:r>
        <w:t>isi ko first priority banayega.</w:t>
      </w:r>
    </w:p>
    <w:p>
      <w:pPr>
        <w:jc w:val="right"/>
      </w:pPr>
      <w:r>
        <w:t>اسی کو فرسٹ پرائرٹی بنائے گا۔</w:t>
      </w:r>
    </w:p>
    <w:p>
      <w:r>
        <w:rPr>
          <w:b/>
        </w:rPr>
        <w:t xml:space="preserve">[38:36] </w:t>
      </w:r>
      <w:r>
        <w:t>yeh yeh azm le kar yahan se lotna hai aap ko.</w:t>
      </w:r>
    </w:p>
    <w:p>
      <w:pPr>
        <w:jc w:val="right"/>
      </w:pPr>
      <w:r>
        <w:t>یہ یہ عزم لے کر یہاں سے لوٹنا ہے آپ کو۔</w:t>
      </w:r>
    </w:p>
    <w:p>
      <w:r>
        <w:rPr>
          <w:b/>
        </w:rPr>
        <w:t xml:space="preserve">[38:44] </w:t>
      </w:r>
      <w:r>
        <w:t>aur dekhiye, mein jaanta hoon ke har ek ko kuch andeshe lage. mein khud jab dawat ke kaam mein, jab mein bohat pehle jab mein sab sab faisla kiya ke mujhe da'wati kaam karna hai aur humta is mein apne aap ko laga dena hai,</w:t>
      </w:r>
    </w:p>
    <w:p>
      <w:pPr>
        <w:jc w:val="right"/>
      </w:pPr>
      <w:r>
        <w:t>اور دیکھیے، میں جانتا ہوں کہ ہر ایک کو کچھ اندیشے لگے۔ میں خود جب دعوت کے کام میں، جب میں بہت پہلے جب میں سب سب فیصلہ کیا کہ مجھے دعوتی کام کرنا ہے اور ہمتا اس میں اپنے آپ کو لگا دینا ہے،</w:t>
      </w:r>
    </w:p>
    <w:p>
      <w:r>
        <w:rPr>
          <w:b/>
        </w:rPr>
        <w:t xml:space="preserve">[39:03] </w:t>
      </w:r>
      <w:r>
        <w:t>to mere samne yeh sawal tha: falan masla, falan masla, falan masla.</w:t>
      </w:r>
    </w:p>
    <w:p>
      <w:pPr>
        <w:jc w:val="right"/>
      </w:pPr>
      <w:r>
        <w:t>تو میرے سامنے یہ سوال تھا: فلاں مسئلہ، فلاں مسئلہ، فلاں مسئلہ۔</w:t>
      </w:r>
    </w:p>
    <w:p>
      <w:r>
        <w:rPr>
          <w:b/>
        </w:rPr>
        <w:t xml:space="preserve">[39:12] </w:t>
      </w:r>
      <w:r>
        <w:t>to kaise kiya hoga? to mujhe ab tak yaad hai ke mein us waqt Rampur mein tha to hum chand aadmi gaye.</w:t>
      </w:r>
    </w:p>
    <w:p>
      <w:pPr>
        <w:jc w:val="right"/>
      </w:pPr>
      <w:r>
        <w:t>تو کیسے کیا ہوگا؟ تو مجھے اب تک یاد ہے کہ میں اس وقت رام پور میں تھا تو ہم چند آدمی گئے۔</w:t>
      </w:r>
    </w:p>
    <w:p>
      <w:r>
        <w:rPr>
          <w:b/>
        </w:rPr>
        <w:t xml:space="preserve">[39:25] </w:t>
      </w:r>
      <w:r>
        <w:t>wahan pe ek saheb aaye, unhon ne kaha ke chali</w:t>
      </w:r>
    </w:p>
    <w:p>
      <w:pPr>
        <w:jc w:val="right"/>
      </w:pPr>
      <w:r>
        <w:t>وہاں پہ ایک صاحب آئے، انہوں نے کہا کہ چلی</w:t>
      </w:r>
    </w:p>
    <w:p>
      <w:r>
        <w:rPr>
          <w:b/>
        </w:rPr>
        <w:t xml:space="preserve">[39:27] </w:t>
      </w:r>
      <w:r>
        <w:t>e hamare haan jisko picnic jisko kehte hain, to unhon ne kaha ke chaliye hamare haan wahan raat ko rahiye, khai pijiyye aur subah phir lot aaiyega.</w:t>
      </w:r>
    </w:p>
    <w:p>
      <w:pPr>
        <w:jc w:val="right"/>
      </w:pPr>
      <w:r>
        <w:t>ے ہمارے ہاں جس کو پکنک جس کو کہتے ہیں، تو انہوں نے کہا کہ چلیے ہمارے ہاں وہاں رات کو رہیے، کھائی پیجئے اور صبح پھر لوٹ آئیے گا۔</w:t>
      </w:r>
    </w:p>
    <w:p>
      <w:r>
        <w:rPr>
          <w:b/>
        </w:rPr>
        <w:t xml:space="preserve">[39:37] </w:t>
      </w:r>
      <w:r>
        <w:t>to mein aur chand aadmi gaye wahan par. to shaam ke khane ke baad hum log baithe. chandni raat thi us waqt.</w:t>
      </w:r>
    </w:p>
    <w:p>
      <w:pPr>
        <w:jc w:val="right"/>
      </w:pPr>
      <w:r>
        <w:t>تو میں اور چند آدمی گئے وہاں پر۔ تو شام کے کھانے کے بعد ہم لوگ بیٹھے۔ چاندنی رات تھی اس وقت۔</w:t>
      </w:r>
    </w:p>
    <w:p>
      <w:r>
        <w:rPr>
          <w:b/>
        </w:rPr>
        <w:t xml:space="preserve">[39:46] </w:t>
      </w:r>
      <w:r>
        <w:t>to har ek se kaha gaya ke tum</w:t>
      </w:r>
    </w:p>
    <w:p>
      <w:pPr>
        <w:jc w:val="right"/>
      </w:pPr>
      <w:r>
        <w:t>تو ہر ایک سے کہا گیا کہ تم</w:t>
      </w:r>
    </w:p>
    <w:p>
      <w:r>
        <w:rPr>
          <w:b/>
        </w:rPr>
        <w:t xml:space="preserve">[39:51] </w:t>
      </w:r>
      <w:r>
        <w:t>koi tajruba batao, koi baat jo tumhare zehn mein ho batao.</w:t>
      </w:r>
    </w:p>
    <w:p>
      <w:pPr>
        <w:jc w:val="right"/>
      </w:pPr>
      <w:r>
        <w:t>کوئی تجربہ بتاؤ، کوئی بات جو تمہارے ذہن میں ہو بتاؤ۔</w:t>
      </w:r>
    </w:p>
    <w:p>
      <w:r>
        <w:rPr>
          <w:b/>
        </w:rPr>
        <w:t xml:space="preserve">[39:57] </w:t>
      </w:r>
      <w:r>
        <w:t>to wahan par ek saheb jo aalim the, unhon ne ek hadith padhi. woh hadith mujhe maloom thi lekin us waqt jaise laga ke pehli bar mein sun raha hoon hadith Makkah Madine se awaaz aa rahi hai.</w:t>
      </w:r>
    </w:p>
    <w:p>
      <w:pPr>
        <w:jc w:val="right"/>
      </w:pPr>
      <w:r>
        <w:t>تو وہاں پر ایک صاحب جو عالم تھے، انہوں نے ایک حدیث پڑھی۔ وہ حدیث مجھے معلوم تھی لیکن اس وقت جیسے لگا کہ پہلی بار میں سن رہا ہوں حدیث مکہ مدینے سے آواز آ رہی ہے۔</w:t>
      </w:r>
    </w:p>
    <w:p>
      <w:r>
        <w:rPr>
          <w:b/>
        </w:rPr>
        <w:t xml:space="preserve">[40:12] </w:t>
      </w:r>
      <w:r>
        <w:t>aisa laga mujhe.</w:t>
      </w:r>
    </w:p>
    <w:p>
      <w:pPr>
        <w:jc w:val="right"/>
      </w:pPr>
      <w:r>
        <w:t>ایسا لگا مجھے۔</w:t>
      </w:r>
    </w:p>
    <w:p>
      <w:r>
        <w:rPr>
          <w:b/>
        </w:rPr>
        <w:t xml:space="preserve">[40:16] </w:t>
      </w:r>
      <w:r>
        <w:t>woh hadith yeh hai ke: "man ja'al al-humoom muhammadan wahidan hamm akhirat kafahullah anhum dunya".</w:t>
      </w:r>
    </w:p>
    <w:p>
      <w:pPr>
        <w:jc w:val="right"/>
      </w:pPr>
      <w:r>
        <w:t>وہ حدیث یہ ہے کہ: "من جعل الهموم محمد واحدا ہم آخرت کفاہ اللہ عنہم دنیا"۔</w:t>
      </w:r>
    </w:p>
    <w:p>
      <w:r>
        <w:rPr>
          <w:b/>
        </w:rPr>
        <w:t xml:space="preserve">[40:29] </w:t>
      </w:r>
      <w:r>
        <w:t>yani jo aadmi</w:t>
      </w:r>
    </w:p>
    <w:p>
      <w:pPr>
        <w:jc w:val="right"/>
      </w:pPr>
      <w:r>
        <w:t>یعنی جو آدمی</w:t>
      </w:r>
    </w:p>
    <w:p>
      <w:r>
        <w:rPr>
          <w:b/>
        </w:rPr>
        <w:t xml:space="preserve">[40:34] </w:t>
      </w:r>
      <w:r>
        <w:t>apne saare ghamon ko ek gham bana le ga, yani akhirat ka gham, to Allah us ki dunya ke gham ke liye kafi ho jaye ho jaye ga.</w:t>
      </w:r>
    </w:p>
    <w:p>
      <w:pPr>
        <w:jc w:val="right"/>
      </w:pPr>
      <w:r>
        <w:t>اپنے سارے غموں کو ایک غم بنا لے گا، یعنی آخرت کا غم، تو اللہ اس کی دنیا کے غم کے لیے کافی ہو جائے ہو جائے گا۔</w:t>
      </w:r>
    </w:p>
    <w:p>
      <w:r>
        <w:rPr>
          <w:b/>
        </w:rPr>
        <w:t xml:space="preserve">[40:43] </w:t>
      </w:r>
      <w:r>
        <w:t>yahan gham ka matlab hai jo kehte hain hum concern. yani jo sirf akhirat thi ko apna concern bana le ga to dunya ke mamlaat mein Allah us ke liye kafi ho jaye ga.</w:t>
      </w:r>
    </w:p>
    <w:p>
      <w:pPr>
        <w:jc w:val="right"/>
      </w:pPr>
      <w:r>
        <w:t>یہاں غم کا مطلب ہے جو کہتے ہیں ہم کنسرن۔ یعنی جو صرف آخرت تھی کو اپنا کنسرن بنا لے گا تو دنیا کے معاملات میں اللہ اس کے لیے کافی ہو جائے گا۔</w:t>
      </w:r>
    </w:p>
    <w:p>
      <w:r>
        <w:rPr>
          <w:b/>
        </w:rPr>
        <w:t xml:space="preserve">[40:56] </w:t>
      </w:r>
      <w:r>
        <w:t>is raat ke sanatay mein aur chandni raat mein mujhe aisa mehsoos hua jaise ke makka madine se khud rasool Allah awaz de kar aap mujhe bata rahe hain.</w:t>
      </w:r>
    </w:p>
    <w:p>
      <w:pPr>
        <w:jc w:val="right"/>
      </w:pPr>
      <w:r>
        <w:t>اس رات کے سناٹے میں اور چاندنی رات میں مجھے ایسا محسوس ہوا جیسے کہ مکہ مدینے سے خود رسول اللہ آواز دے کر آپ مجھے بتا رہے ہیں۔</w:t>
      </w:r>
    </w:p>
    <w:p>
      <w:r>
        <w:rPr>
          <w:b/>
        </w:rPr>
        <w:t xml:space="preserve">[41:14] </w:t>
      </w:r>
      <w:r>
        <w:t>to ajeeb ek halchal machi mere dimagh mein. isi waqt maine faisla kar liya ke mujhe dawat ke kaam mein apne aap ko lagana hai, baqi sab Allah ke upar chhod dena hai.</w:t>
      </w:r>
    </w:p>
    <w:p>
      <w:pPr>
        <w:jc w:val="right"/>
      </w:pPr>
      <w:r>
        <w:t>تو عجیب ایک ہلچل مچی میرے دماغ میں۔ اسی وقت میں نے فیصلہ کر لیا کہ مجھے دعوت کے کام میں اپنے آپ کو لگانا ہے، باقی سب اللہ کے اوپر چھوڑ دینا ہے۔</w:t>
      </w:r>
    </w:p>
    <w:p>
      <w:r>
        <w:rPr>
          <w:b/>
        </w:rPr>
        <w:t xml:space="preserve">[41:26] </w:t>
      </w:r>
      <w:r>
        <w:t>"man ja'al al-humoom muhammadan wahidan hamm akhirat kafahullah anhum dunya".</w:t>
      </w:r>
    </w:p>
    <w:p>
      <w:pPr>
        <w:jc w:val="right"/>
      </w:pPr>
      <w:r>
        <w:t>"من جعل الهموم محمد واحدا ہم آخرت کفاہ اللہ عنہم دنیا"۔</w:t>
      </w:r>
    </w:p>
    <w:p>
      <w:r>
        <w:rPr>
          <w:b/>
        </w:rPr>
        <w:t xml:space="preserve">[41:36] </w:t>
      </w:r>
      <w:r>
        <w:t>to Allah ka fazl hai ke bohat din guzar gaye lekin</w:t>
      </w:r>
    </w:p>
    <w:p>
      <w:pPr>
        <w:jc w:val="right"/>
      </w:pPr>
      <w:r>
        <w:t>تو اللہ کا فضل ہے کہ بہت دن گزر گئے لیکن</w:t>
      </w:r>
    </w:p>
    <w:p>
      <w:r>
        <w:rPr>
          <w:b/>
        </w:rPr>
        <w:t xml:space="preserve">[41:44] </w:t>
      </w:r>
      <w:r>
        <w:t>main keh sakta hoon ke Allah taala ne is wade ko poora kiya. aur isi ka ek yeh bhi ek chhota sa natija hai ke aap hazraat yahan maujood hain.</w:t>
      </w:r>
    </w:p>
    <w:p>
      <w:pPr>
        <w:jc w:val="right"/>
      </w:pPr>
      <w:r>
        <w:t>میں کہہ سکتا ہوں کہ اللہ تعالی نے اس وعدے کو پورا کیا۔ اور اسی کا ایک یہ بھی ایک چھوٹا سا نتیجہ ہے کہ آپ حضرات یہاں موجود ہیں۔</w:t>
      </w:r>
    </w:p>
    <w:p>
      <w:r>
        <w:rPr>
          <w:b/>
        </w:rPr>
        <w:t xml:space="preserve">[41:57] </w:t>
      </w:r>
      <w:r>
        <w:t>to aap mein se har shakhs ko kahoon ga main ke is hadith ko yaad kare aur Allah ke bharose par dawat ke kaam mein lag jaye.</w:t>
      </w:r>
    </w:p>
    <w:p>
      <w:pPr>
        <w:jc w:val="right"/>
      </w:pPr>
      <w:r>
        <w:t>تو آپ میں سے ہر شخص کو کہوں گا میں کہ اس حدیث کو یاد کرے اور اللہ کے بھروسے پر دعوت کے کام میں لگ جائے۔</w:t>
      </w:r>
    </w:p>
    <w:p>
      <w:r>
        <w:rPr>
          <w:b/>
        </w:rPr>
        <w:t xml:space="preserve">[42:08] </w:t>
      </w:r>
      <w:r>
        <w:t>dawat ke kaam mein dawat se murad hai</w:t>
      </w:r>
    </w:p>
    <w:p>
      <w:pPr>
        <w:jc w:val="right"/>
      </w:pPr>
      <w:r>
        <w:t>دعوت کے کام میں دعوت سے مراد ہے</w:t>
      </w:r>
    </w:p>
    <w:p>
      <w:r>
        <w:rPr>
          <w:b/>
        </w:rPr>
        <w:t xml:space="preserve">[42:14] </w:t>
      </w:r>
      <w:r>
        <w:t>har insaan ko jo be khabar ho, jo nawaqif ho, chahe muslim ho ya ghair muslim, us ko Allah ke creation plan se agah karna.</w:t>
      </w:r>
    </w:p>
    <w:p>
      <w:pPr>
        <w:jc w:val="right"/>
      </w:pPr>
      <w:r>
        <w:t>ہر انسان کو جو بے خبر ہو، جو ناواقف ہو، چاہے مسلم ہو یا غیر مسلم، اس کو اللہ کے کریشن پلان سے آگاہ کرنا۔</w:t>
      </w:r>
    </w:p>
    <w:p>
      <w:r>
        <w:rPr>
          <w:b/>
        </w:rPr>
        <w:t xml:space="preserve">[42:31] </w:t>
      </w:r>
      <w:r>
        <w:t>isi ko main dawat samajhta hoon.</w:t>
      </w:r>
    </w:p>
    <w:p>
      <w:pPr>
        <w:jc w:val="right"/>
      </w:pPr>
      <w:r>
        <w:t>اسی کو میں دعوت سمجھتا ہوں۔</w:t>
      </w:r>
    </w:p>
    <w:p>
      <w:r>
        <w:rPr>
          <w:b/>
        </w:rPr>
        <w:t xml:space="preserve">[42:35] </w:t>
      </w:r>
      <w:r>
        <w:t>jo creation plan of God hai, us se ba khabar karna us ko. dunya mein aadmi aata hai to apne sath koi kitab le kar nahi aata.</w:t>
      </w:r>
    </w:p>
    <w:p>
      <w:pPr>
        <w:jc w:val="right"/>
      </w:pPr>
      <w:r>
        <w:t>جو کریشن پلان آف گاڈ ہے، اس سے باخبر کرنا اس کو۔ دنیا میں آدمی آتا ہے تو اپنے ساتھ کوئی کتاب لے کر نہیں آتا۔</w:t>
      </w:r>
    </w:p>
    <w:p>
      <w:r>
        <w:rPr>
          <w:b/>
        </w:rPr>
        <w:t xml:space="preserve">[42:47] </w:t>
      </w:r>
      <w:r>
        <w:t>woh woh chalta phirta hai, kisi pahad par us ko kuch likha hua nahi milta. woh samundaron daryaaon ko dekhta hai to wahan ki maujen us ko koi paigham nahi deti.</w:t>
      </w:r>
    </w:p>
    <w:p>
      <w:pPr>
        <w:jc w:val="right"/>
      </w:pPr>
      <w:r>
        <w:t>وہ وہ چلتا پھرتا ہے، کسی پہاڑ پر اس کو کچھ لکھا ہوا نہیں ملتا۔ وہ سمندروں دریاؤں کو دیکھتا ہے تو وہاں کی موجیں اس کو کوئی پیغام نہیں دیتی۔</w:t>
      </w:r>
    </w:p>
    <w:p>
      <w:r>
        <w:rPr>
          <w:b/>
        </w:rPr>
        <w:t xml:space="preserve">[43:03] </w:t>
      </w:r>
      <w:r>
        <w:t>sooraj nikalta hai aur doobta hai, woh bhi koi aap ko batata nahi kuch.</w:t>
      </w:r>
    </w:p>
    <w:p>
      <w:pPr>
        <w:jc w:val="right"/>
      </w:pPr>
      <w:r>
        <w:t>سورج نکلتا ہے اور ڈوبتا ہے، وہ بھی کوئی آپ کو بتاتا نہیں کچھ۔</w:t>
      </w:r>
    </w:p>
    <w:p>
      <w:r>
        <w:rPr>
          <w:b/>
        </w:rPr>
        <w:t xml:space="preserve">[43:11] </w:t>
      </w:r>
      <w:r>
        <w:t>to Allah taala ne apne peghambar ke zariye se apni kitab bheji hai, Quran. is mein woh baaten likhi hui hain. yani Quran ka mauzu hai creation plan of God.</w:t>
      </w:r>
    </w:p>
    <w:p>
      <w:pPr>
        <w:jc w:val="right"/>
      </w:pPr>
      <w:r>
        <w:t>تو اللہ تعالی نے اپنے پیغمبر کے ذریعے سے اپنی کتاب بھیجی ہے، قرآن۔ اس میں وہ باتیں لکھی ہوئی ہیں۔ یعنی قرآن کا موضوع ہے کریشن پلان آف گاڈ۔</w:t>
      </w:r>
    </w:p>
    <w:p>
      <w:r>
        <w:rPr>
          <w:b/>
        </w:rPr>
        <w:t xml:space="preserve">[43:25] </w:t>
      </w:r>
      <w:r>
        <w:t>yahi Quran ka mauzu hai.</w:t>
      </w:r>
    </w:p>
    <w:p>
      <w:pPr>
        <w:jc w:val="right"/>
      </w:pPr>
      <w:r>
        <w:t>یہی قرآن کا موضوع ہے۔</w:t>
      </w:r>
    </w:p>
    <w:p>
      <w:r>
        <w:rPr>
          <w:b/>
        </w:rPr>
        <w:t xml:space="preserve">[43:31] </w:t>
      </w:r>
      <w:r>
        <w:t>main bohat din tak yeh is is is fikr mein tha, bar bar Quran padhta tha ke Quran ka subject kya hai.</w:t>
      </w:r>
    </w:p>
    <w:p>
      <w:pPr>
        <w:jc w:val="right"/>
      </w:pPr>
      <w:r>
        <w:t>میں بہت دن تک یہ اس اس اس فکر میں تھا، بار بار قرآن پڑھتا تھا کہ قرآن کا سبجیکٹ کیا ہے۔</w:t>
      </w:r>
    </w:p>
    <w:p>
      <w:r>
        <w:rPr>
          <w:b/>
        </w:rPr>
        <w:t xml:space="preserve">[43:40] </w:t>
      </w:r>
      <w:r>
        <w:t>har kitab ka ek subject hota hai. aksar aisa hota hai ke kitab ka jo title hota hai, usi se pata chalta hai ke is ka subject kya hai. mislan ek kitab ka naam agar "history of India" hai to is ka matlab hai koi subject is ka Indian history hai.</w:t>
      </w:r>
    </w:p>
    <w:p>
      <w:pPr>
        <w:jc w:val="right"/>
      </w:pPr>
      <w:r>
        <w:t>ہر کتاب کا ایک سبجیکٹ ہوتا ہے۔ اکثر ایسا ہوتا ہے کہ کتاب کا جو ٹائٹل ہوتا ہے، اسی سے پتہ چلتا ہے کہ اس کا سبجیکٹ کیا ہے۔ مثلاً ایک کتاب کا نام اگر "ہسٹری آف انڈیا" ہے تو اس کا مطلب ہے کوئی سبجیکٹ اس کا انڈین ہسٹری ہے۔</w:t>
      </w:r>
    </w:p>
    <w:p>
      <w:r>
        <w:rPr>
          <w:b/>
        </w:rPr>
        <w:t xml:space="preserve">[43:59] </w:t>
      </w:r>
      <w:r>
        <w:t>to kitab ka title jo muslim rakhte hain, usi se pata chalta hai is ka subject. Quran ka subject is tarah nahi hai. lafz Quran subject to nahi batata.</w:t>
      </w:r>
    </w:p>
    <w:p>
      <w:pPr>
        <w:jc w:val="right"/>
      </w:pPr>
      <w:r>
        <w:t>تو کتاب کا ٹائٹل جو مسلم رکھتے ہیں، اسی سے پتہ چلتا ہے اس کا سبجیکٹ۔ قرآن کا سبجیکٹ اس طرح نہیں ہے۔ لفظ قرآن سبجیکٹ تو نہیں بتاتا۔</w:t>
      </w:r>
    </w:p>
    <w:p>
      <w:r>
        <w:rPr>
          <w:b/>
        </w:rPr>
        <w:t xml:space="preserve">[44:11] </w:t>
      </w:r>
      <w:r>
        <w:t>to bar bar Quran padhne ke baad mujhe samajh mein aaya ke Quran ka subject hai creation plan of God ko batana.</w:t>
      </w:r>
    </w:p>
    <w:p>
      <w:pPr>
        <w:jc w:val="right"/>
      </w:pPr>
      <w:r>
        <w:t>تو بار بار قرآن پڑھنے کے بعد مجھے سمجھ میں آیا کہ قرآن کا سبجیکٹ ہے کریشن پلان آف گاڈ کو بتانا۔</w:t>
      </w:r>
    </w:p>
    <w:p>
      <w:r>
        <w:rPr>
          <w:b/>
        </w:rPr>
        <w:t xml:space="preserve">[44:21] </w:t>
      </w:r>
      <w:r>
        <w:t>Allah ne kyun yeh dunya banai? Allah ki takhleeq ka mansooba kya tha? insaan se woh kya chahta hai? maut se pehle kya hai?</w:t>
      </w:r>
    </w:p>
    <w:p>
      <w:pPr>
        <w:jc w:val="right"/>
      </w:pPr>
      <w:r>
        <w:t>اللہ نے کیوں یہ دنیا بنائی؟ اللہ کی تخلیق کا منصوبہ کیا تھا؟ انسان سے وہ کیا چاہتا ہے؟ موت سے پہلے کیا ہے؟</w:t>
      </w:r>
    </w:p>
    <w:p>
      <w:r>
        <w:rPr>
          <w:b/>
        </w:rPr>
        <w:t xml:space="preserve">[44:30] </w:t>
      </w:r>
      <w:r>
        <w:t>maut ke baad kya hai? jannat kya hai? jahannum kya hai?</w:t>
      </w:r>
    </w:p>
    <w:p>
      <w:pPr>
        <w:jc w:val="right"/>
      </w:pPr>
      <w:r>
        <w:t>موت کے بعد کیا ہے؟ جنت کیا ہے؟ جہنم کیا ہے؟</w:t>
      </w:r>
    </w:p>
    <w:p>
      <w:r>
        <w:rPr>
          <w:b/>
        </w:rPr>
        <w:t xml:space="preserve">[44:36] </w:t>
      </w:r>
      <w:r>
        <w:t>allah ke nakshe ke mutabiq kamyabi kya hai? nakami kya hai?</w:t>
      </w:r>
    </w:p>
    <w:p>
      <w:pPr>
        <w:jc w:val="right"/>
      </w:pPr>
      <w:r>
        <w:t>اللہ کے نقشے کے مطابق کامیابی کیا ہے؟ ناکامی کیا ہے؟</w:t>
      </w:r>
    </w:p>
    <w:p>
      <w:r>
        <w:rPr>
          <w:b/>
        </w:rPr>
        <w:t xml:space="preserve">[44:44] </w:t>
      </w:r>
      <w:r>
        <w:t>yahi quran ka subject hai. to isi baat ko logon ko batana, isi ka naam dawat hai.</w:t>
      </w:r>
    </w:p>
    <w:p>
      <w:pPr>
        <w:jc w:val="right"/>
      </w:pPr>
      <w:r>
        <w:t>یہی قرآن کا سبجیکٹ ہے۔ تو اسی بات کو لوگوں کو بتانا، اسی کا نام دعوت ہے۔</w:t>
      </w:r>
    </w:p>
    <w:p>
      <w:r>
        <w:rPr>
          <w:b/>
        </w:rPr>
        <w:t xml:space="preserve">[44:53] </w:t>
      </w:r>
      <w:r>
        <w:t>to musalmanon mein jo ghafil hain, un ko bataiye. ghair muslimon mein jo ghafil hain, un ko bataiye.</w:t>
      </w:r>
    </w:p>
    <w:p>
      <w:pPr>
        <w:jc w:val="right"/>
      </w:pPr>
      <w:r>
        <w:t>تو مسلمانوں میں جو غافل ہیں، ان کو بتائیے۔ غیر مسلموں میں جو غافل ہیں، ان کو بتائیے۔</w:t>
      </w:r>
    </w:p>
    <w:p>
      <w:r>
        <w:rPr>
          <w:b/>
        </w:rPr>
        <w:t xml:space="preserve">[45:03] </w:t>
      </w:r>
      <w:r>
        <w:t>aur sab se aasan zariya hai. ek sahab ne mujh se poocha ke main to parha likha nahin hoon, to main kaise pahunchaun dawat?</w:t>
      </w:r>
    </w:p>
    <w:p>
      <w:pPr>
        <w:jc w:val="right"/>
      </w:pPr>
      <w:r>
        <w:t>اور سب سے آسان ذریعہ ہے۔ ایک صاحب نے مجھ سے پوچھا کہ میں تو پڑھا لکھا نہیں ہوں، تو میں کیسے پہنچاؤں دعوت؟</w:t>
      </w:r>
    </w:p>
    <w:p>
      <w:r>
        <w:rPr>
          <w:b/>
        </w:rPr>
        <w:t xml:space="preserve">[45:15] </w:t>
      </w:r>
      <w:r>
        <w:t>to main ne kaha ke aaj aaj yeh cheez idhar nahin hai kyunke aap printing press ke zamane mein hain. printing press ke zamane mein quran chupa hua maujood hai.</w:t>
      </w:r>
    </w:p>
    <w:p>
      <w:pPr>
        <w:jc w:val="right"/>
      </w:pPr>
      <w:r>
        <w:t>تو میں نے کہا کہ آج آج یہ چیز ادھر نہیں ہے کیونکہ آپ پرنٹنگ پریس کے زمانے میں ہیں۔ پرنٹنگ پریس کے زمانے میں قرآن چھپا ہوا موجود ہے۔</w:t>
      </w:r>
    </w:p>
    <w:p>
      <w:r>
        <w:rPr>
          <w:b/>
        </w:rPr>
        <w:t xml:space="preserve">[45:30] </w:t>
      </w:r>
      <w:r>
        <w:t>literature chupa hua maujood hai. quran ka tarjuma chupa hua maujood hai. is ko aap rakh lijiye apne bag mein, apni jeb mein, apne sath rakh lijiye.</w:t>
      </w:r>
    </w:p>
    <w:p>
      <w:pPr>
        <w:jc w:val="right"/>
      </w:pPr>
      <w:r>
        <w:t>لٹریچر چھپا ہوا موجود ہے۔ قرآن کا ترجمہ چھپا ہوا موجود ہے۔ اس کو آپ رکھ لیجئے اپنے بیگ میں، اپنی جیب میں، اپنے ساتھ رکھ لیجئے۔</w:t>
      </w:r>
    </w:p>
    <w:p>
      <w:r>
        <w:rPr>
          <w:b/>
        </w:rPr>
        <w:t xml:space="preserve">[45:42] </w:t>
      </w:r>
      <w:r>
        <w:t>jo mile, us ko de dijiye.</w:t>
      </w:r>
    </w:p>
    <w:p>
      <w:pPr>
        <w:jc w:val="right"/>
      </w:pPr>
      <w:r>
        <w:t>جو ملے، اس کو دے دیجئے۔</w:t>
      </w:r>
    </w:p>
    <w:p>
      <w:r>
        <w:rPr>
          <w:b/>
        </w:rPr>
        <w:t xml:space="preserve">[45:46] </w:t>
      </w:r>
      <w:r>
        <w:t>jo mile, us ko de dijiye.</w:t>
      </w:r>
    </w:p>
    <w:p>
      <w:pPr>
        <w:jc w:val="right"/>
      </w:pPr>
      <w:r>
        <w:t>جو ملے، اس کو دے دیجئے۔</w:t>
      </w:r>
    </w:p>
    <w:p>
      <w:r>
        <w:rPr>
          <w:b/>
        </w:rPr>
        <w:t xml:space="preserve">[45:51] </w:t>
      </w:r>
      <w:r>
        <w:t>hamare ek sathi yahan se bombay ja rahe the. hawai jahaz mein jab dakhil hue to wahan pe ek ek central leader baithe hue the, ek bade leader hawai jahaz mein.</w:t>
      </w:r>
    </w:p>
    <w:p>
      <w:pPr>
        <w:jc w:val="right"/>
      </w:pPr>
      <w:r>
        <w:t>ہمارے ایک ساتھی یہاں سے بمبے جا رہے تھے۔ ہوائی جہاز میں جب داخل ہوئے تو وہاں پہ ایک ایک سینٹرل لیڈر بیٹھے ہوئے تھے، ایک بڑے لیڈر ہوائی جہاز میں۔</w:t>
      </w:r>
    </w:p>
    <w:p>
      <w:r>
        <w:rPr>
          <w:b/>
        </w:rPr>
        <w:t xml:space="preserve">[46:08] </w:t>
      </w:r>
      <w:r>
        <w:t>to unhon ne apni jeb se ek ek kitabcha nikala, "reality of life". un ko pesh karte hue kaha ke "sir, this is for your in flight reading".</w:t>
      </w:r>
    </w:p>
    <w:p>
      <w:pPr>
        <w:jc w:val="right"/>
      </w:pPr>
      <w:r>
        <w:t>تو انہوں نے اپنی جیب سے ایک ایک کتابچہ نکالا، "ریلیٹی آف لائف"۔ ان کو پیش کرتے ہوئے کہا کہ "سر، دس از فار یور ان فلائٹ ریڈنگ"۔</w:t>
      </w:r>
    </w:p>
    <w:p>
      <w:r>
        <w:rPr>
          <w:b/>
        </w:rPr>
        <w:t xml:space="preserve">[46:21] </w:t>
      </w:r>
      <w:r>
        <w:t>wo bade shauq se liya, us ne parhna shuru kar diya.</w:t>
      </w:r>
    </w:p>
    <w:p>
      <w:pPr>
        <w:jc w:val="right"/>
      </w:pPr>
      <w:r>
        <w:t>وہ بڑے شوق سے لیا، اس نے پڑھنا شروع کر دیا۔</w:t>
      </w:r>
    </w:p>
    <w:p>
      <w:r>
        <w:rPr>
          <w:b/>
        </w:rPr>
        <w:t xml:space="preserve">[46:27] </w:t>
      </w:r>
      <w:r>
        <w:t>to printing press ke zamane mein dawat ka kaam bahut aasan ho gaya hai.</w:t>
      </w:r>
    </w:p>
    <w:p>
      <w:pPr>
        <w:jc w:val="right"/>
      </w:pPr>
      <w:r>
        <w:t>تو پرنٹنگ پریس کے زمانے میں دعوت کا کام بہت آسان ہو گیا ہے۔</w:t>
      </w:r>
    </w:p>
    <w:p>
      <w:r>
        <w:rPr>
          <w:b/>
        </w:rPr>
        <w:t xml:space="preserve">[46:37] </w:t>
      </w:r>
      <w:r>
        <w:t>chapi hui quran majeed ka chupa hua tarjuma, chupa hua dawti literature apne pas rakhiye aur jis jis se mulaqat ho, us ko de dijiye.</w:t>
      </w:r>
    </w:p>
    <w:p>
      <w:pPr>
        <w:jc w:val="right"/>
      </w:pPr>
      <w:r>
        <w:t>چھپی ہوئی قرآن مجید کا چھپا ہوا ترجمہ، چھپا ہوا دعوتی لٹریچر اپنے پاس رکھیے اور جس جس سے ملاقات ہو، اس کو دے دیجئے۔</w:t>
      </w:r>
    </w:p>
    <w:p>
      <w:r>
        <w:rPr>
          <w:b/>
        </w:rPr>
        <w:t xml:space="preserve">[46:52] </w:t>
      </w:r>
      <w:r>
        <w:t>to hum aap printing press ke daur mein hain. wo daur ab nahin hai jo pehle tha. allah taala ne aasan kar diya hai hamare liye dawti kaam ko.</w:t>
      </w:r>
    </w:p>
    <w:p>
      <w:pPr>
        <w:jc w:val="right"/>
      </w:pPr>
      <w:r>
        <w:t>تو ہم آپ پرنٹنگ پریس کے دور میں ہیں۔ وہ دور اب نہیں ہے جو پہلے تھا۔ اللہ تعالی نے آسان کر دیا ہے ہمارے لیے دعوتی کام کو۔</w:t>
      </w:r>
    </w:p>
    <w:p>
      <w:r>
        <w:rPr>
          <w:b/>
        </w:rPr>
        <w:t xml:space="preserve">[47:05] </w:t>
      </w:r>
      <w:r>
        <w:t>aasan kar diya hai.</w:t>
      </w:r>
    </w:p>
    <w:p>
      <w:pPr>
        <w:jc w:val="right"/>
      </w:pPr>
      <w:r>
        <w:t>آسان کر دیا ہے۔</w:t>
      </w:r>
    </w:p>
    <w:p>
      <w:r>
        <w:rPr>
          <w:b/>
        </w:rPr>
        <w:t xml:space="preserve">[47:09] </w:t>
      </w:r>
      <w:r>
        <w:t>to is ko avail kijiye, is mauqe ko, is opportunity ko avail kijiye.</w:t>
      </w:r>
    </w:p>
    <w:p>
      <w:pPr>
        <w:jc w:val="right"/>
      </w:pPr>
      <w:r>
        <w:t>تو اس کو اویل کیجئے، اس موقع کو، اس اپرچونیٹی کو اویل کیجئے۔</w:t>
      </w:r>
    </w:p>
    <w:p>
      <w:r>
        <w:rPr>
          <w:b/>
        </w:rPr>
        <w:t xml:space="preserve">[47:17] </w:t>
      </w:r>
      <w:r>
        <w:t>bas jo bhi aap ko taqat hasil hai, jo bhi mauqe hasil hain, jo bhi aap ke pas wasail hain, us ke etebar se aap ko apni planning karni hai.</w:t>
      </w:r>
    </w:p>
    <w:p>
      <w:pPr>
        <w:jc w:val="right"/>
      </w:pPr>
      <w:r>
        <w:t>بس جو بھی آپ کو طاقت حاصل ہے، جو بھی مواقع حاصل ہیں، جو بھی آپ کے پاس وسائل ہیں، اس کے اعتبار سے آپ کو اپنی پلاننگ کرنی ہے۔</w:t>
      </w:r>
    </w:p>
    <w:p>
      <w:r>
        <w:rPr>
          <w:b/>
        </w:rPr>
        <w:t xml:space="preserve">[47:26] </w:t>
      </w:r>
      <w:r>
        <w:t>planning</w:t>
      </w:r>
    </w:p>
    <w:p>
      <w:pPr>
        <w:jc w:val="right"/>
      </w:pPr>
      <w:r>
        <w:t>پلاننگ</w:t>
      </w:r>
    </w:p>
    <w:p>
      <w:r>
        <w:rPr>
          <w:b/>
        </w:rPr>
        <w:t xml:space="preserve">[47:30] </w:t>
      </w:r>
      <w:r>
        <w:t>dawat ka kaam planning chahta hai.</w:t>
      </w:r>
    </w:p>
    <w:p>
      <w:pPr>
        <w:jc w:val="right"/>
      </w:pPr>
      <w:r>
        <w:t>دعوت کا کام پلاننگ چاہتا ہے۔</w:t>
      </w:r>
    </w:p>
    <w:p>
      <w:r>
        <w:rPr>
          <w:b/>
        </w:rPr>
        <w:t xml:space="preserve">[47:35] </w:t>
      </w:r>
      <w:r>
        <w:t>to apne apne apne halaat ko le kar ke, apne sathiyon ke halaat ko le kar ke planning kijiye aur bahut hi planned way mein dawat ka kaam kijiye.</w:t>
      </w:r>
    </w:p>
    <w:p>
      <w:pPr>
        <w:jc w:val="right"/>
      </w:pPr>
      <w:r>
        <w:t>تو اپنے اپنے اپنے حالات کو لے کر کے، اپنے ساتھیوں کے حالات کو لے کر کے پلاننگ کیجئے اور بہت ہی پلانڈ وے میں دعوت کا کام کیجئے۔</w:t>
      </w:r>
    </w:p>
    <w:p>
      <w:r>
        <w:rPr>
          <w:b/>
        </w:rPr>
        <w:t xml:space="preserve">[47:51] </w:t>
      </w:r>
      <w:r>
        <w:t>shart sirf yeh hai ke peaceful, hundred percent peaceful</w:t>
      </w:r>
    </w:p>
    <w:p>
      <w:pPr>
        <w:jc w:val="right"/>
      </w:pPr>
      <w:r>
        <w:t>شرط صرف یہ ہے کہ پیس فل، ہنڈرڈ پرسنٹ پیس فل</w:t>
      </w:r>
    </w:p>
    <w:p>
      <w:r>
        <w:rPr>
          <w:b/>
        </w:rPr>
        <w:t xml:space="preserve">[47:56] </w:t>
      </w:r>
      <w:r>
        <w:t>. na koi is mein political maqsad ho, na koi is mein tashaddud ki baat ho. dawat ka kaam strictly non political kaam hai.</w:t>
      </w:r>
    </w:p>
    <w:p>
      <w:pPr>
        <w:jc w:val="right"/>
      </w:pPr>
      <w:r>
        <w:t>۔ نہ کوئی اس میں پولیٹیکل مقصد ہو، نہ کوئی اس میں تشدد کی بات ہو۔ دعوت کا کام اسٹرکٹلی نان پولیٹیکل کام ہے۔</w:t>
      </w:r>
    </w:p>
    <w:p>
      <w:r>
        <w:rPr>
          <w:b/>
        </w:rPr>
        <w:t xml:space="preserve">[48:09] </w:t>
      </w:r>
      <w:r>
        <w:t>peaceful kaam hai. sab kuch is mein khair khwahi ke jazbe se hota hai.</w:t>
      </w:r>
    </w:p>
    <w:p>
      <w:pPr>
        <w:jc w:val="right"/>
      </w:pPr>
      <w:r>
        <w:t>پیس فل کام ہے۔ سب کچھ اس میں خیر خواہی کے جذبے سے ہوتا ہے۔</w:t>
      </w:r>
    </w:p>
    <w:p>
      <w:r>
        <w:rPr>
          <w:b/>
        </w:rPr>
        <w:t xml:space="preserve">[48:20] </w:t>
      </w:r>
      <w:r>
        <w:t>to yeh aap ko</w:t>
      </w:r>
    </w:p>
    <w:p>
      <w:pPr>
        <w:jc w:val="right"/>
      </w:pPr>
      <w:r>
        <w:t>تو یہ آپ کو</w:t>
      </w:r>
    </w:p>
    <w:p>
      <w:r>
        <w:rPr>
          <w:b/>
        </w:rPr>
        <w:t xml:space="preserve">[48:25] </w:t>
      </w:r>
      <w:r>
        <w:t>main message deta hoon aur yeh aap ko pegham deta hoon. aur aap isi pegham ko le kar apne watan wapas jayen aur dawat ke kaam mein apne aap ko poori tarah laga den.</w:t>
      </w:r>
    </w:p>
    <w:p>
      <w:pPr>
        <w:jc w:val="right"/>
      </w:pPr>
      <w:r>
        <w:t>میں میسج دیتا ہوں اور یہ آپ کو پیغام دیتا ہوں۔ اور آپ اسی پیغام کو لے کر اپنے وطن واپس جائیں اور دعوت کے کام میں اپنے آپ کو پوری طرح لگا دیں۔</w:t>
      </w:r>
    </w:p>
    <w:p>
      <w:r>
        <w:rPr>
          <w:b/>
        </w:rPr>
        <w:t xml:space="preserve">[48:48] </w:t>
      </w:r>
      <w:r>
        <w:t>aur insha'allah, allah taala aap ke amal ko qabool farmayenge aur aap ke liye rastay khulenge.</w:t>
      </w:r>
    </w:p>
    <w:p>
      <w:pPr>
        <w:jc w:val="right"/>
      </w:pPr>
      <w:r>
        <w:t>اور انشاءاللہ، اللہ تعالی آپ کے عمل کو قبول فرمائیں گے اور آپ کے لیے راستے کھلیں گے۔</w:t>
      </w:r>
    </w:p>
    <w:p>
      <w:r>
        <w:rPr>
          <w:b/>
        </w:rPr>
        <w:t xml:space="preserve">[48:59] </w:t>
      </w:r>
      <w:r>
        <w:t>is mein zara bhi shakk nahin. is mein zara bhi shakk nahin hai. kyunke quran mein wada hai ke jo allah ki madad karta hai, allah zaroor us ki madad karta hai.</w:t>
      </w:r>
    </w:p>
    <w:p>
      <w:pPr>
        <w:jc w:val="right"/>
      </w:pPr>
      <w:r>
        <w:t>اس میں ذرا بھی شک نہیں۔ اس میں ذرا بھی شک نہیں ہے۔ کیونکہ قرآن میں وعدہ ہے کہ جو اللہ کی مدد کرتا ہے، اللہ ضرور اس کی مدد کرتا ہے۔</w:t>
      </w:r>
    </w:p>
    <w:p>
      <w:r>
        <w:rPr>
          <w:b/>
        </w:rPr>
        <w:t xml:space="preserve">[49:13] </w:t>
      </w:r>
      <w:r>
        <w:t>madad se murad hai da'wati amal, da'wat work, da'wati kaam.</w:t>
      </w:r>
    </w:p>
    <w:p>
      <w:pPr>
        <w:jc w:val="right"/>
      </w:pPr>
      <w:r>
        <w:t>مدد سے مراد ہے دعوتی عمل، دعوت ورک، دعوتی کام۔</w:t>
      </w:r>
    </w:p>
    <w:p>
      <w:r>
        <w:rPr>
          <w:b/>
        </w:rPr>
        <w:t xml:space="preserve">[49:21] </w:t>
      </w:r>
      <w:r>
        <w:t>yani jo da'wat allah ka kaam karega, woh akela nahin rahega. yeh wada hai. to is wade ke bharose par aap da'wat ke maidan mein active ho jaiye.</w:t>
      </w:r>
    </w:p>
    <w:p>
      <w:pPr>
        <w:jc w:val="right"/>
      </w:pPr>
      <w:r>
        <w:t>یعنی جو دعوت اللہ کا کام کرے گا، وہ اکیلا نہیں رہے گا۔ یہ وعدہ ہے۔ تو اس وعدے کے بھروسے پر آپ دعوت کے میدان میں ایکٹیو ہو جائیے۔</w:t>
      </w:r>
    </w:p>
    <w:p>
      <w:r>
        <w:rPr>
          <w:b/>
        </w:rPr>
        <w:t xml:space="preserve">[49:38] </w:t>
      </w:r>
      <w:r>
        <w:t>aur yaqeen rakhiye ke woh wade aap hi ke liye hain, kisi aur ke liye nahin hain. yani jaise mujhe quran aap hi ke liye utra hai, aap hi ko batane ke liye, kisi ghair ke liye nahin.</w:t>
      </w:r>
    </w:p>
    <w:p>
      <w:pPr>
        <w:jc w:val="right"/>
      </w:pPr>
      <w:r>
        <w:t>اور یقین رکھیے کہ وہ وعدے آپ ہی کے لیے ہیں، کسی اور کے لیے نہیں ہیں۔ یعنی جیسے مجھے قرآن آپ ہی کے لیے اترا ہے، آپ ہی کو بتانے کے لیے، کسی غیر کے لیے نہیں۔</w:t>
      </w:r>
    </w:p>
    <w:p>
      <w:r>
        <w:rPr>
          <w:b/>
        </w:rPr>
        <w:t xml:space="preserve">[49:58] </w:t>
      </w:r>
      <w:r>
        <w:t>to yeh sab baatein bohat zyada sochne ki hain. sochne se dimagh ke darwaze khulte hain.</w:t>
      </w:r>
    </w:p>
    <w:p>
      <w:pPr>
        <w:jc w:val="right"/>
      </w:pPr>
      <w:r>
        <w:t>تو یہ سب باتیں بہت زیادہ سوچنے کی ہیں۔ سوچنے سے دماغ کے دروازے کھلتے ہیں۔</w:t>
      </w:r>
    </w:p>
    <w:p>
      <w:r>
        <w:rPr>
          <w:b/>
        </w:rPr>
        <w:t xml:space="preserve">[50:09] </w:t>
      </w:r>
      <w:r>
        <w:t>sochne se aadmi ke rastay roshan hote hain. hamari sab se bari taqat dua hai.</w:t>
      </w:r>
    </w:p>
    <w:p>
      <w:pPr>
        <w:jc w:val="right"/>
      </w:pPr>
      <w:r>
        <w:t>سوچنے سے آدمی کے راستے روشن ہوتے ہیں۔ ہماری سب سے بڑی طاقت دعا ہے۔</w:t>
      </w:r>
    </w:p>
    <w:p>
      <w:r>
        <w:rPr>
          <w:b/>
        </w:rPr>
        <w:t xml:space="preserve">[50:19] </w:t>
      </w:r>
      <w:r>
        <w:t>sab se bari taqat dua hai.</w:t>
      </w:r>
    </w:p>
    <w:p>
      <w:pPr>
        <w:jc w:val="right"/>
      </w:pPr>
      <w:r>
        <w:t>سب سے بڑی طاقت دعا ہے۔</w:t>
      </w:r>
    </w:p>
    <w:p>
      <w:r>
        <w:rPr>
          <w:b/>
        </w:rPr>
        <w:t xml:space="preserve">[50:22] </w:t>
      </w:r>
      <w:r>
        <w:t>main allah taala se dua karta hoon ke mujh ko aur aap ko</w:t>
      </w:r>
    </w:p>
    <w:p>
      <w:pPr>
        <w:jc w:val="right"/>
      </w:pPr>
      <w:r>
        <w:t>میں اللہ تعالی سے دعا کرتا ہوں کہ مجھ کو اور آپ کو</w:t>
      </w:r>
    </w:p>
    <w:p>
      <w:r>
        <w:rPr>
          <w:b/>
        </w:rPr>
        <w:t xml:space="preserve">[50:29] </w:t>
      </w:r>
      <w:r>
        <w:t>apne</w:t>
      </w:r>
    </w:p>
    <w:p>
      <w:pPr>
        <w:jc w:val="right"/>
      </w:pPr>
      <w:r>
        <w:t>اپنے</w:t>
      </w:r>
    </w:p>
    <w:p>
      <w:r>
        <w:rPr>
          <w:b/>
        </w:rPr>
        <w:t xml:space="preserve">[50:33] </w:t>
      </w:r>
      <w:r>
        <w:t>saare bondon mein shamil kare. mujh ko aur aap ko da'wati amal ki tofeeq de. mujh ko aur aap ko khair khwahi ka jazba de.</w:t>
      </w:r>
    </w:p>
    <w:p>
      <w:pPr>
        <w:jc w:val="right"/>
      </w:pPr>
      <w:r>
        <w:t>سارے بندوں میں شامل کرے۔ مجھ کو اور آپ کو دعوتی عمل کی توفیق دے۔ مجھ کو اور آپ کو خیر خواہی کا جذبہ دے۔</w:t>
      </w:r>
    </w:p>
    <w:p>
      <w:r>
        <w:rPr>
          <w:b/>
        </w:rPr>
        <w:t xml:space="preserve">[50:48] </w:t>
      </w:r>
      <w:r>
        <w:t>hamare dilon se har qism ki nafrat, qadurat, shikayat nikal de.</w:t>
      </w:r>
    </w:p>
    <w:p>
      <w:pPr>
        <w:jc w:val="right"/>
      </w:pPr>
      <w:r>
        <w:t>ہمارے دلوں سے ہر قسم کی نفرت، قدورت، شکایت نکال دے۔</w:t>
      </w:r>
    </w:p>
    <w:p>
      <w:r>
        <w:rPr>
          <w:b/>
        </w:rPr>
        <w:t xml:space="preserve">[50:57] </w:t>
      </w:r>
      <w:r>
        <w:t>hamein yeh tofeeq de ke hum da'wat ke kaam ko is tarah karen jaisa ke allah ki marzi hai.</w:t>
      </w:r>
    </w:p>
    <w:p>
      <w:pPr>
        <w:jc w:val="right"/>
      </w:pPr>
      <w:r>
        <w:t>ہمیں یہ توفیق دے کہ ہم دعوت کے کام کو اس طرح کریں جیسا کہ اللہ کی مرضی ہے۔</w:t>
      </w:r>
    </w:p>
    <w:p>
      <w:r>
        <w:rPr>
          <w:b/>
        </w:rPr>
        <w:t xml:space="preserve">[51:10] </w:t>
      </w:r>
      <w:r>
        <w:t>ya allah, hamein da'wat ke liye qabool farma. ya allah, hamein yeh tofeeq de ke jab hum marne ke baad akhirat mein pahunchen,</w:t>
      </w:r>
    </w:p>
    <w:p>
      <w:pPr>
        <w:jc w:val="right"/>
      </w:pPr>
      <w:r>
        <w:t>یا اللہ، ہمیں دعوت کے لیے قبول فرما۔ یا اللہ، ہمیں یہ توفیق دے کہ جب ہم مرنے کے بعد آخرت میں پہنچیں،</w:t>
      </w:r>
    </w:p>
    <w:p>
      <w:r>
        <w:rPr>
          <w:b/>
        </w:rPr>
        <w:t xml:space="preserve">[51:25] </w:t>
      </w:r>
      <w:r>
        <w:t>jahan rasool allah salallaho alaihe wasallam hauz-e-kauthar par</w:t>
      </w:r>
    </w:p>
    <w:p>
      <w:pPr>
        <w:jc w:val="right"/>
      </w:pPr>
      <w:r>
        <w:t>جہاں رسول اللہ صلی اللہ علیہ وسلم حوض کوثر پر</w:t>
      </w:r>
    </w:p>
    <w:p>
      <w:r>
        <w:rPr>
          <w:b/>
        </w:rPr>
        <w:t xml:space="preserve">[51:34] </w:t>
      </w:r>
      <w:r>
        <w:t>apni ummat ko pani pila rahe honge, to hum ko bhi woh sairab kare.</w:t>
      </w:r>
    </w:p>
    <w:p>
      <w:pPr>
        <w:jc w:val="right"/>
      </w:pPr>
      <w:r>
        <w:t>اپنی امت کو پانی پلا رہے ہوں گے، تو ہم کو بھی وہ سیراب کرے۔</w:t>
      </w:r>
    </w:p>
    <w:p>
      <w:r>
        <w:rPr>
          <w:b/>
        </w:rPr>
        <w:t xml:space="preserve">[51:42] </w:t>
      </w:r>
      <w:r>
        <w:t>hamein bhi hauz-e-kauthar ka pani naseeb ho. rasool allah ki madad se hum ko rasool allah salallaho alaihe wasallam ailan farmayen ke yeh meri ummat ke afraad hain.</w:t>
      </w:r>
    </w:p>
    <w:p>
      <w:pPr>
        <w:jc w:val="right"/>
      </w:pPr>
      <w:r>
        <w:t>ہمیں بھی حوض کوثر کا پانی نصیب ہو۔ رسول اللہ کی مدد سے ہم کو رسول اللہ صلی اللہ علیہ وسلم اعلان فرمائیں کہ یہ میری امت کے افراد ہیں۔</w:t>
      </w:r>
    </w:p>
    <w:p>
      <w:r>
        <w:rPr>
          <w:b/>
        </w:rPr>
        <w:t xml:space="preserve">[51:57] </w:t>
      </w:r>
      <w:r>
        <w:t>allah taala se farmayen ke yeh meri ummat ke log hain. khuda unhein bakhsh de, unhein jannaton mein dakhil farma.</w:t>
      </w:r>
    </w:p>
    <w:p>
      <w:pPr>
        <w:jc w:val="right"/>
      </w:pPr>
      <w:r>
        <w:t>اللہ تعالی سے فرمائیں کہ یہ میری امت کے لوگ ہیں۔ خدا انہیں بخش دے، انہیں جنتوں میں داخل فرما۔</w:t>
      </w:r>
    </w:p>
    <w:p>
      <w:r>
        <w:rPr>
          <w:b/>
        </w:rPr>
        <w:t xml:space="preserve">[52:11] </w:t>
      </w:r>
      <w:r>
        <w:t>ya allah, hum sab ko qabool farma. hum sab ko dunya ke aitbar se, akhirat ke aitbar se apni rehmaton mein shamil farma.</w:t>
      </w:r>
    </w:p>
    <w:p>
      <w:pPr>
        <w:jc w:val="right"/>
      </w:pPr>
      <w:r>
        <w:t>یا اللہ، ہم سب کو قبول فرما۔ ہم سب کو دنیا کے اعتبار سے، آخرت کے اعتبار سے اپنی رحمتوں میں شامل فرما۔</w:t>
      </w:r>
    </w:p>
    <w:p>
      <w:r>
        <w:rPr>
          <w:b/>
        </w:rPr>
        <w:t xml:space="preserve">[52:25] </w:t>
      </w:r>
      <w:r>
        <w:t>ya allah, farishton ko hamari madad par laga de. ya allah, hamare rastay ki mushkilon ko door farma.</w:t>
      </w:r>
    </w:p>
    <w:p>
      <w:pPr>
        <w:jc w:val="right"/>
      </w:pPr>
      <w:r>
        <w:t>یا اللہ، فرشتوں کو ہماری مدد پر لگا دے۔ یا اللہ، ہمارے راستے کی مشکلوں کو دور فرما۔</w:t>
      </w:r>
    </w:p>
    <w:p>
      <w:r>
        <w:rPr>
          <w:b/>
        </w:rPr>
        <w:t xml:space="preserve">[52:36] </w:t>
      </w:r>
      <w:r>
        <w:t>ya allah, da'wat ke kaam mein hum apne ko shamil kiya hai. ya allah, jis tarah tune rasool allah salallaho alaihe wasallam ki madad farmayi, jis tarah tune sahaba-e-kiram ki madad farmayi,</w:t>
      </w:r>
    </w:p>
    <w:p>
      <w:pPr>
        <w:jc w:val="right"/>
      </w:pPr>
      <w:r>
        <w:t>یا اللہ، دعوت کے کام میں ہم اپنے کو شامل کیا ہے۔ یا اللہ، جس طرح تو نے رسول اللہ صلی اللہ علیہ وسلم کی مدد فرمائی، جس طرح تو نے صحابہ کرام کی مدد فرمائی،</w:t>
      </w:r>
    </w:p>
    <w:p>
      <w:r>
        <w:rPr>
          <w:b/>
        </w:rPr>
        <w:t xml:space="preserve">[52:50] </w:t>
      </w:r>
      <w:r>
        <w:t>jis tarah tamam sulaha ki madad farmayi, usi tarah tu hamari madad farma.</w:t>
      </w:r>
    </w:p>
    <w:p>
      <w:pPr>
        <w:jc w:val="right"/>
      </w:pPr>
      <w:r>
        <w:t>جس طرح تمام صلحاء کی مدد فرمائی، اسی طرح تو ہماری مدد فرما۔</w:t>
      </w:r>
    </w:p>
    <w:p>
      <w:r>
        <w:rPr>
          <w:b/>
        </w:rPr>
        <w:t xml:space="preserve">[53:00] </w:t>
      </w:r>
      <w:r>
        <w:t>hum ko un logon mein shamil farma jo akhirat mein ummat-e-muhammadiya mein shumar honge aur jin ke liye farishte jannat ke darwaze kholenge.</w:t>
      </w:r>
    </w:p>
    <w:p>
      <w:pPr>
        <w:jc w:val="right"/>
      </w:pPr>
      <w:r>
        <w:t>ہم کو ان لوگوں میں شامل فرما جو آخرت میں امت محمدیہ میں شمار ہوں گے اور جن کے لیے فرشتے جنت کے دروازے کھولیں گے۔</w:t>
      </w:r>
    </w:p>
    <w:p>
      <w:r>
        <w:rPr>
          <w:b/>
        </w:rPr>
        <w:t xml:space="preserve">[53:16] </w:t>
      </w:r>
      <w:r>
        <w:t>ya allah, hamein is giroh mein shamil farma. hamein tofeeq de ke da'wat ka kaam is tarah karen jis tarah teri marzi hai.</w:t>
      </w:r>
    </w:p>
    <w:p>
      <w:pPr>
        <w:jc w:val="right"/>
      </w:pPr>
      <w:r>
        <w:t>یا اللہ، ہمیں اس گروہ میں شامل فرما۔ ہمیں توفیق دے کہ دعوت کا کام اس طرح کریں جس طرح تیری مرضی ہے۔</w:t>
      </w:r>
    </w:p>
    <w:p>
      <w:r>
        <w:rPr>
          <w:b/>
        </w:rPr>
        <w:t xml:space="preserve">[53:27] </w:t>
      </w:r>
      <w:r>
        <w:t>apni taraf se is mein kuch shamil na karen.</w:t>
      </w:r>
    </w:p>
    <w:p>
      <w:pPr>
        <w:jc w:val="right"/>
      </w:pPr>
      <w:r>
        <w:t>اپنی طرف سے اس میں کچھ شامل نہ کریں۔</w:t>
      </w:r>
    </w:p>
    <w:p>
      <w:r>
        <w:rPr>
          <w:b/>
        </w:rPr>
        <w:t xml:space="preserve">[53:30] </w:t>
      </w:r>
      <w:r>
        <w:t>ya allah, har qadam par hamari madad farma. har qadam par hamari rehnumai farma. ya allah, kashmir walon ko qabool farma dawat ke liye.</w:t>
      </w:r>
    </w:p>
    <w:p>
      <w:pPr>
        <w:jc w:val="right"/>
      </w:pPr>
      <w:r>
        <w:t>یا اللہ، ہر قدم پر ہماری مدد فرما۔ ہر قدم پر ہماری رہنمائی فرما۔ یا اللہ، کشمیر والوں کو قبول فرما دعوت کے لیے۔</w:t>
      </w:r>
    </w:p>
    <w:p>
      <w:r>
        <w:rPr>
          <w:b/>
        </w:rPr>
        <w:t xml:space="preserve">[53:44] </w:t>
      </w:r>
      <w:r>
        <w:t>ya allah, ahl-e-kashmir ko dawat ke kaam ke liye qabool farma. ya allah, kashmir mein dawat ke chashme jaari kar de.</w:t>
      </w:r>
    </w:p>
    <w:p>
      <w:pPr>
        <w:jc w:val="right"/>
      </w:pPr>
      <w:r>
        <w:t>یا اللہ، اہل کشمیر کو دعوت کے کام کے لیے قبول فرما۔ یا اللہ، کشمیر میں دعوت کے چشمے جاری کر دے۔</w:t>
      </w:r>
    </w:p>
    <w:p>
      <w:r>
        <w:rPr>
          <w:b/>
        </w:rPr>
        <w:t xml:space="preserve">[53:56] </w:t>
      </w:r>
      <w:r>
        <w:t>ya allah, kashmir mein dawat ki rehmaten nazil farma. ya allah, dawat ke rastay se jo teri rehmaten muqaddar hain, woh sab kashmir walon ko ata farma.</w:t>
      </w:r>
    </w:p>
    <w:p>
      <w:pPr>
        <w:jc w:val="right"/>
      </w:pPr>
      <w:r>
        <w:t>یا اللہ، کشمیر میں دعوت کی رحمتیں نازل فرما۔ یا اللہ، دعوت کے راستے سے جو تیری رحمتیں مقدر ہیں، وہ سب کشمیر والوں کو عطا فرما۔</w:t>
      </w:r>
    </w:p>
    <w:p>
      <w:r>
        <w:rPr>
          <w:b/>
        </w:rPr>
        <w:t xml:space="preserve">[54:15] </w:t>
      </w:r>
      <w:r>
        <w:t>ya allah, ahl-e-kashmir ko dawat ke liye qabool farma.</w:t>
      </w:r>
    </w:p>
    <w:p>
      <w:pPr>
        <w:jc w:val="right"/>
      </w:pPr>
      <w:r>
        <w:t>یا اللہ، اہل کشمیر کو دعوت کے لیے قبول فرما۔</w:t>
      </w:r>
    </w:p>
    <w:p>
      <w:r>
        <w:rPr>
          <w:b/>
        </w:rPr>
        <w:t xml:space="preserve">[54:23] </w:t>
      </w:r>
      <w:r>
        <w:t>ya allah, hamari duaon ko qabool farma. hamare in toote phote alfaaz ko qabool farma.</w:t>
      </w:r>
    </w:p>
    <w:p>
      <w:pPr>
        <w:jc w:val="right"/>
      </w:pPr>
      <w:r>
        <w:t>یا اللہ، ہماری دعاؤں کو قبول فرما۔ ہمارے ان ٹوٹے پھوٹے الفاظ کو قبول فرما۔</w:t>
      </w:r>
    </w:p>
    <w:p>
      <w:r>
        <w:rPr>
          <w:b/>
        </w:rPr>
        <w:t xml:space="preserve">[54:34] </w:t>
      </w:r>
      <w:r>
        <w:t>hum rasool allah sallallahu alaihi wasallam ka wastay se, sahaba kiram ke wastay, teri rehmat ke wastay se dua karte hain ke hamari duaon ko raigaan na farma.</w:t>
      </w:r>
    </w:p>
    <w:p>
      <w:pPr>
        <w:jc w:val="right"/>
      </w:pPr>
      <w:r>
        <w:t>ہم رسول اللہ صلی اللہ علیہ وسلم کا واسطے سے، صحابہ کرام کے واسطے، تیری رحمت کے واسطے سے دعا کرتے ہیں کہ ہماری دعاؤں کو رائیگاں نہ فرما۔</w:t>
      </w:r>
    </w:p>
    <w:p>
      <w:r>
        <w:rPr>
          <w:b/>
        </w:rPr>
        <w:t xml:space="preserve">[54:48] </w:t>
      </w:r>
      <w:r>
        <w:t>main khaas taur par ahl-e-kashmir ke liye dua karta hoon jo yahan maujood hain ke woh loten to wahan farishtay unka istiqbal kar rahe hon.</w:t>
      </w:r>
    </w:p>
    <w:p>
      <w:pPr>
        <w:jc w:val="right"/>
      </w:pPr>
      <w:r>
        <w:t>میں خاص طور پر اہل کشمیر کے لیے دعا کرتا ہوں جو یہاں موجود ہیں کہ وہ لوٹیں تو وہاں فرشتے ان کا استقبال کر رہے ہوں۔</w:t>
      </w:r>
    </w:p>
    <w:p>
      <w:r>
        <w:rPr>
          <w:b/>
        </w:rPr>
        <w:t xml:space="preserve">[55:01] </w:t>
      </w:r>
      <w:r>
        <w:t>farishtay unke liye kashmir ki wadiyon mein rastay banaen. farishtay unki mushkilon ko door karen. ya allah, hum sab ko imaan ki tofeeq de, amal ki tofeeq de.</w:t>
      </w:r>
    </w:p>
    <w:p>
      <w:pPr>
        <w:jc w:val="right"/>
      </w:pPr>
      <w:r>
        <w:t>فرشتے ان کے لیے کشمیر کی وادیوں میں راستے بنائیں۔ فرشتے ان کی مشکلوں کو دور کریں۔ یا اللہ، ہم سب کو ایمان کی توفیق دے، عمل کی توفیق دے۔</w:t>
      </w:r>
    </w:p>
    <w:p>
      <w:r>
        <w:rPr>
          <w:b/>
        </w:rPr>
        <w:t xml:space="preserve">[55:21] </w:t>
      </w:r>
      <w:r>
        <w:t>hamare dilon mein apni mohabbat daal de. hamare dilon mein apna khauf daal de. ya allah, hamare dilon mein allah walon ki mohabbat daal de.</w:t>
      </w:r>
    </w:p>
    <w:p>
      <w:pPr>
        <w:jc w:val="right"/>
      </w:pPr>
      <w:r>
        <w:t>ہمارے دلوں میں اپنی محبت ڈال دے۔ ہمارے دلوں میں اپنا خوف ڈال دے۔ یا اللہ، ہمارے دلوں میں اللہ والوں کی محبت ڈال 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