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Roza and The Quran August 15, 2010</w:t>
      </w:r>
    </w:p>
    <w:p>
      <w:r>
        <w:t>https://youtu.be/Aaby-dLkPL4</w:t>
      </w:r>
    </w:p>
    <w:p>
      <w:r>
        <w:rPr>
          <w:b/>
        </w:rPr>
        <w:t xml:space="preserve">[00:33] </w:t>
      </w:r>
      <w:r>
        <w:t>aaj ka jo topic hai woh roze ko le kar hai. aap jante hain ke yeh ramzan kya, yaani 1431 hijri ka yeh ramzan ka mahina hai.</w:t>
      </w:r>
    </w:p>
    <w:p>
      <w:pPr>
        <w:jc w:val="right"/>
      </w:pPr>
      <w:r>
        <w:t>آج کا جو ٹاپک ہے وہ روزہ کو لے کر ہے۔ آپ جانتے ہیں کہ یہ رمضان کیا، یعنی 1431 ہجری کا یہ رمضان کا مہینہ ہے۔</w:t>
      </w:r>
    </w:p>
    <w:p>
      <w:r>
        <w:rPr>
          <w:b/>
        </w:rPr>
        <w:t xml:space="preserve">[00:55] </w:t>
      </w:r>
      <w:r>
        <w:t>1431 hijri.</w:t>
      </w:r>
    </w:p>
    <w:p>
      <w:pPr>
        <w:jc w:val="right"/>
      </w:pPr>
      <w:r>
        <w:t>1431 ہجری۔</w:t>
      </w:r>
    </w:p>
    <w:p>
      <w:r>
        <w:rPr>
          <w:b/>
        </w:rPr>
        <w:t xml:space="preserve">[01:01] </w:t>
      </w:r>
      <w:r>
        <w:t>to</w:t>
      </w:r>
    </w:p>
    <w:p>
      <w:pPr>
        <w:jc w:val="right"/>
      </w:pPr>
      <w:r>
        <w:t>تو</w:t>
      </w:r>
    </w:p>
    <w:p>
      <w:r>
        <w:rPr>
          <w:b/>
        </w:rPr>
        <w:t xml:space="preserve">[01:05] </w:t>
      </w:r>
      <w:r>
        <w:t>isi ke baray mein main kuch karna chahunga. ek, ek unusual qism ka ek question mere mind mein aaya hai is par sochte hue ke 1431 hijri ka matlab kya hai?</w:t>
      </w:r>
    </w:p>
    <w:p>
      <w:pPr>
        <w:jc w:val="right"/>
      </w:pPr>
      <w:r>
        <w:t>اسی کے بارے میں میں کچھ کرنا چاہوں گا۔ ایک، ایک ان یوزل قسم کا ایک کوئسچن میرے مائنڈ میں آیا ہے اس پر سوچتے ہوئے کہ 1431 ہجری کا مطلب کیا ہے؟</w:t>
      </w:r>
    </w:p>
    <w:p>
      <w:r>
        <w:rPr>
          <w:b/>
        </w:rPr>
        <w:t xml:space="preserve">[01:20] </w:t>
      </w:r>
      <w:r>
        <w:t>rasool allah ne jab makkah se hijrat ki thi aur madinah aap aaye the to is waqayay ko ab 1431 saal ho gaye hain.</w:t>
      </w:r>
    </w:p>
    <w:p>
      <w:pPr>
        <w:jc w:val="right"/>
      </w:pPr>
      <w:r>
        <w:t>رسول اللہ نے جب مکہ سے ہجرت کی تھی اور مدینہ آپ آئے تھے تو اس واقعے کو اب 1431 سال ہو گئے ہیں۔</w:t>
      </w:r>
    </w:p>
    <w:p>
      <w:r>
        <w:rPr>
          <w:b/>
        </w:rPr>
        <w:t xml:space="preserve">[01:32] </w:t>
      </w:r>
      <w:r>
        <w:t>1431 saal. to maine hisab lagaya ke 31 generation guzri hongi.</w:t>
      </w:r>
    </w:p>
    <w:p>
      <w:pPr>
        <w:jc w:val="right"/>
      </w:pPr>
      <w:r>
        <w:t>1431 سال۔ تو میں نے حساب لگایا کہ 31 جنریشن گزری ہوں گی۔</w:t>
      </w:r>
    </w:p>
    <w:p>
      <w:r>
        <w:rPr>
          <w:b/>
        </w:rPr>
        <w:t xml:space="preserve">[01:41] </w:t>
      </w:r>
      <w:r>
        <w:t>to meri samajh mein aaya ke agar 40 saal ek generation ke liye liya jaye, mana jaye ke 40 saal mein ek generation hai to kya 3000 generation guzar chuki hain?</w:t>
      </w:r>
    </w:p>
    <w:p>
      <w:pPr>
        <w:jc w:val="right"/>
      </w:pPr>
      <w:r>
        <w:t>تو میری سمجھ میں آیا کہ اگر 40 سال ایک جنریشن کے لیے لیا جائے، مانا جائے کہ 40 سال میں ایک جنریشن ہے تو کیا 3000 جنریشن گزر چکی ہے؟</w:t>
      </w:r>
    </w:p>
    <w:p>
      <w:r>
        <w:rPr>
          <w:b/>
        </w:rPr>
        <w:t xml:space="preserve">[01:54] </w:t>
      </w:r>
      <w:r>
        <w:t>yaani hamare aur rasool allah ke beech mein 3000 generation ka fasla hai.</w:t>
      </w:r>
    </w:p>
    <w:p>
      <w:pPr>
        <w:jc w:val="right"/>
      </w:pPr>
      <w:r>
        <w:t>یعنی ہمارے اور رسول اللہ کے بیچ میں 3000 جنریشن کا فاصلہ ہے۔</w:t>
      </w:r>
    </w:p>
    <w:p>
      <w:r>
        <w:rPr>
          <w:b/>
        </w:rPr>
        <w:t xml:space="preserve">[02:03] </w:t>
      </w:r>
      <w:r>
        <w:t>to mujhe apna bachpan ka yaad aaya, jab main chota tha, bilkul bachpan. to pata nahi kaise mere mind mein aa gaya tha ke rasool allah mere dada ke zamane mein the.</w:t>
      </w:r>
    </w:p>
    <w:p>
      <w:pPr>
        <w:jc w:val="right"/>
      </w:pPr>
      <w:r>
        <w:t>تو مجھے اپنا بچپن کا یاد آیا، جب میں چھوٹا تھا، بالکل بچپن۔ تو پتہ نہیں کیسے میرے مائنڈ میں آ گیا تھا کہ رسول اللہ میرے دادا کے زمانے میں تھے۔</w:t>
      </w:r>
    </w:p>
    <w:p>
      <w:r>
        <w:rPr>
          <w:b/>
        </w:rPr>
        <w:t xml:space="preserve">[02:14] </w:t>
      </w:r>
      <w:r>
        <w:t>yaani ajeeb sa ek, yaani main samajhta tha ke mere dada jo the unhon ne rasool allah ko dekha tha. yeh koi iski buniyad nahi thi, aise hi dimagh mein aa gaya tha.</w:t>
      </w:r>
    </w:p>
    <w:p>
      <w:pPr>
        <w:jc w:val="right"/>
      </w:pPr>
      <w:r>
        <w:t>یعنی عجیب سا ایک، یعنی میں سمجھتا تھا کہ میرے دادا جو تھے انہوں نے رسول اللہ کو دیکھا تھا۔ یہ کوئی اس کی بنیاد نہیں تھی، ایسے ہی دماغ میں آ گیا تھا۔</w:t>
      </w:r>
    </w:p>
    <w:p>
      <w:r>
        <w:rPr>
          <w:b/>
        </w:rPr>
        <w:t xml:space="preserve">[02:26] </w:t>
      </w:r>
      <w:r>
        <w:t>aur bohat din tak yeh khayal mere dimagh mein raha ke hamare dada ka jo zamana tha wahi zamana tha rasool allah ka. halankay dekhen taqreeban 3000 generation guzar chuki hain.</w:t>
      </w:r>
    </w:p>
    <w:p>
      <w:pPr>
        <w:jc w:val="right"/>
      </w:pPr>
      <w:r>
        <w:t>اور بہت دن تک یہ خیال میرے دماغ میں رہا کہ ہمارے دادا کا جو زمانہ تھا وہی زمانہ تھا رسول اللہ کا۔ حالانکہ دیکھیں تقریباً 3000 جنریشن گزر چکی ہیں۔</w:t>
      </w:r>
    </w:p>
    <w:p>
      <w:r>
        <w:rPr>
          <w:b/>
        </w:rPr>
        <w:t xml:space="preserve">[02:41] </w:t>
      </w:r>
      <w:r>
        <w:t>to maine socha ke conditioning kitni kharab cheez hai. koi bhi wajah se aadmi ke dimagh mein ek baat baith jati hai.</w:t>
      </w:r>
    </w:p>
    <w:p>
      <w:pPr>
        <w:jc w:val="right"/>
      </w:pPr>
      <w:r>
        <w:t>تو میں نے سوچا کہ کنڈیشننگ کتنی خراب چیز ہے۔ کوئی بھی وجہ سے آدمی کے دماغ میں ایک بات بیٹھ جاتی ہے۔</w:t>
      </w:r>
    </w:p>
    <w:p>
      <w:r>
        <w:rPr>
          <w:b/>
        </w:rPr>
        <w:t xml:space="preserve">[02:53] </w:t>
      </w:r>
      <w:r>
        <w:t>aur woh dheere dheere dheere itna, itna zyada aadmi mature ho jata hai is mein ke phir woh zindagi bhar nahi nikal pati.</w:t>
      </w:r>
    </w:p>
    <w:p>
      <w:pPr>
        <w:jc w:val="right"/>
      </w:pPr>
      <w:r>
        <w:t>اور وہ دھیرے دھیرے دھیرے اتنا، اتنا زیادہ آدمی میچور ہو جاتا ہے اس میں کہ پھر وہ زندگی بھر نہیں نکل پاتی۔</w:t>
      </w:r>
    </w:p>
    <w:p>
      <w:r>
        <w:rPr>
          <w:b/>
        </w:rPr>
        <w:t xml:space="preserve">[03:06] </w:t>
      </w:r>
      <w:r>
        <w:t>to har waqt aadmi ko sochna chahiye.</w:t>
      </w:r>
    </w:p>
    <w:p>
      <w:pPr>
        <w:jc w:val="right"/>
      </w:pPr>
      <w:r>
        <w:t>تو ہر وقت آدمی کو سوچنا چاہیے۔</w:t>
      </w:r>
    </w:p>
    <w:p>
      <w:r>
        <w:rPr>
          <w:b/>
        </w:rPr>
        <w:t xml:space="preserve">[03:12] </w:t>
      </w:r>
      <w:r>
        <w:t>bohat din lage mujh ko yeh sochne mein ke rasool allah ka zamana bohat pehle ka. aur yeh ke 3000 generation beet chuki hain yeh to abhi samajh mein aaya jab main is par soch raha tha, aaj ke topic par.</w:t>
      </w:r>
    </w:p>
    <w:p>
      <w:pPr>
        <w:jc w:val="right"/>
      </w:pPr>
      <w:r>
        <w:t>بہت دن لگے مجھ کو یہ سوچنے میں کہ رسول اللہ کا زمانہ بہت پہلے کا۔ اور یہ کہ 3000 جنریشن بیت چکی ہیں یہ تو ابھی سمجھ میں آیا جب میں اس پر سوچ رہا تھا، آج کے ٹاپک پر۔</w:t>
      </w:r>
    </w:p>
    <w:p>
      <w:r>
        <w:rPr>
          <w:b/>
        </w:rPr>
        <w:t xml:space="preserve">[03:26] </w:t>
      </w:r>
      <w:r>
        <w:t>to ek bohat simple si baat hai yeh, lekin har simple baat jo hai bari baat hoti hai. kyunke is mein ek bara message hota hai.</w:t>
      </w:r>
    </w:p>
    <w:p>
      <w:pPr>
        <w:jc w:val="right"/>
      </w:pPr>
      <w:r>
        <w:t>تو ایک بہت سمپل سی بات ہے یہ، لیکن ہر سمپل بات جو ہے بڑی بات ہوتی ہے۔ کیونکہ اس میں ایک بڑا میسج ہوتا ہے۔</w:t>
      </w:r>
    </w:p>
    <w:p>
      <w:r>
        <w:rPr>
          <w:b/>
        </w:rPr>
        <w:t xml:space="preserve">[03:41] </w:t>
      </w:r>
      <w:r>
        <w:t>to mein samajhta hoon ke yeh bhi ek roze ka pehlu hai ke hum apna introspection karein, apni deconditioning karein.</w:t>
      </w:r>
    </w:p>
    <w:p>
      <w:pPr>
        <w:jc w:val="right"/>
      </w:pPr>
      <w:r>
        <w:t>تو میں سمجھتا ہوں کہ یہ بھی ایک روزے کا پہلو ہے کہ ہم اپنا انٹراسپیکشن کریں، اپنی ڈی کنڈیشننگ کریں۔</w:t>
      </w:r>
    </w:p>
    <w:p>
      <w:r>
        <w:rPr>
          <w:b/>
        </w:rPr>
        <w:t xml:space="preserve">[03:54] </w:t>
      </w:r>
      <w:r>
        <w:t>dekhein roza jo hai, yaani Ramzan ke mahine mein roza rakhna to yeh baqayda farz to hua hai Madeene ke daur mein, lekin woh Rasool Allah par jab nabuwat shuru nahi hui thi tab se yeh hai.</w:t>
      </w:r>
    </w:p>
    <w:p>
      <w:pPr>
        <w:jc w:val="right"/>
      </w:pPr>
      <w:r>
        <w:t>دیکھیں روزہ جو ہے، یعنی رمضان کے مہینے میں روزہ رکھنا تو یہ باقاعدہ فرض تو ہوا ہے مدینے کے دور میں، لیکن وہ رسول اللہ پر جب نبوت شروع نہیں ہوئی تھی تب سے یہ ہے۔</w:t>
      </w:r>
    </w:p>
    <w:p>
      <w:r>
        <w:rPr>
          <w:b/>
        </w:rPr>
        <w:t xml:space="preserve">[04:12] </w:t>
      </w:r>
      <w:r>
        <w:t>yaani aap jante hain ke, yaani jo aap par wahi aana shuru hui to woh, woh tha yaani 610 isvi mein.</w:t>
      </w:r>
    </w:p>
    <w:p>
      <w:pPr>
        <w:jc w:val="right"/>
      </w:pPr>
      <w:r>
        <w:t>یعنی آپ جانتے ہیں کہ، یعنی جو آپ پر وحی آنا شروع ہوئی تو وہ، وہ تھا یعنی 610 عیسوی میں۔</w:t>
      </w:r>
    </w:p>
    <w:p>
      <w:r>
        <w:rPr>
          <w:b/>
        </w:rPr>
        <w:t xml:space="preserve">[04:30] </w:t>
      </w:r>
      <w:r>
        <w:t>aap ki paidaish hui thi 570 isvi mein. to yeh mashhoor hai ke aap nabuwat se pehle ghar e Hira mein jate thay.</w:t>
      </w:r>
    </w:p>
    <w:p>
      <w:pPr>
        <w:jc w:val="right"/>
      </w:pPr>
      <w:r>
        <w:t>آپ کی پیدائش ہوئی تھی 570 عیسوی میں۔ تو یہ مشہور ہے کہ آپ نبوت سے پہلے غار حرا میں جاتے تھے۔</w:t>
      </w:r>
    </w:p>
    <w:p>
      <w:r>
        <w:rPr>
          <w:b/>
        </w:rPr>
        <w:t xml:space="preserve">[04:41] </w:t>
      </w:r>
      <w:r>
        <w:t>lekin yeh matlab nahi ke ghar e Hira mein sari zindagi batate thay aap. yaani 40 saal tak ghar e Hira mein aap rahe, aisa nahi hai.</w:t>
      </w:r>
    </w:p>
    <w:p>
      <w:pPr>
        <w:jc w:val="right"/>
      </w:pPr>
      <w:r>
        <w:t>لیکن یہ مطلب نہیں کہ غار حرا میں ساری زندگی بتاتے تھے آپ۔ یعنی 40 سال تک غار حرا میں آپ رہے، ایسا نہیں ہے۔</w:t>
      </w:r>
    </w:p>
    <w:p>
      <w:r>
        <w:rPr>
          <w:b/>
        </w:rPr>
        <w:t xml:space="preserve">[04:54] </w:t>
      </w:r>
      <w:r>
        <w:t>yeh bhi mujhe abhi samajh mein aaya. zehan mein yeh baitha hua tha ke Rasool Allah jo thay nabi banne se pehle ghar e Hira mein ja kar rehte thay.</w:t>
      </w:r>
    </w:p>
    <w:p>
      <w:pPr>
        <w:jc w:val="right"/>
      </w:pPr>
      <w:r>
        <w:t>یہ بھی مجھے ابھی سمجھ میں آیا۔ ذہن میں یہ بیٹھا ہوا تھا کہ رسول اللہ جو تھے نبی بننے سے پہلے غار حرا میں جا کر رہتے تھے۔</w:t>
      </w:r>
    </w:p>
    <w:p>
      <w:r>
        <w:rPr>
          <w:b/>
        </w:rPr>
        <w:t xml:space="preserve">[05:03] </w:t>
      </w:r>
      <w:r>
        <w:t>to unconsciously mere mind mein tha ke aap ghar e Hira mein, yaani aap ke raat din guzarte thay.</w:t>
      </w:r>
    </w:p>
    <w:p>
      <w:pPr>
        <w:jc w:val="right"/>
      </w:pPr>
      <w:r>
        <w:t>تو انکاشسلی میرے مائنڈ میں تھا کہ آپ غار حرا میں، یعنی آپ کے رات دن گزرتے تھے۔</w:t>
      </w:r>
    </w:p>
    <w:p>
      <w:r>
        <w:rPr>
          <w:b/>
        </w:rPr>
        <w:t xml:space="preserve">[05:11] </w:t>
      </w:r>
      <w:r>
        <w:t>halankeh aisa nahi hai. Rasool Allah aap ko maloom hai ke tijarat karte thay. yaani Makka se Sham jate thay tijarti saman le kar ke, phir wahan se tijarti saman late thay.</w:t>
      </w:r>
    </w:p>
    <w:p>
      <w:pPr>
        <w:jc w:val="right"/>
      </w:pPr>
      <w:r>
        <w:t>حالانکہ ایسا نہیں ہے۔ رسول اللہ آپ کو معلوم ہے کہ تجارت کرتے تھے۔ یعنی مکہ سے شام جاتے تھے تجارتی سامان لے کر کے، پھر وہاں سے تجارتی سامان لاتے تھے۔</w:t>
      </w:r>
    </w:p>
    <w:p>
      <w:r>
        <w:rPr>
          <w:b/>
        </w:rPr>
        <w:t xml:space="preserve">[05:27] </w:t>
      </w:r>
      <w:r>
        <w:t>to zahir hai ke is qism ke jab safar kar rahe hon aap to aap Hira mein kaise baithe rahenge? to asal yeh hai ke har saal Ramzan ke mahina jo tha aap ka woh aap Hira mein batate thay.</w:t>
      </w:r>
    </w:p>
    <w:p>
      <w:pPr>
        <w:jc w:val="right"/>
      </w:pPr>
      <w:r>
        <w:t>تو ظاہر ہے کہ اس قسم کے جب سفر کر رہے ہوں آپ تو آپ حرا میں کیسے بیٹھے رہیں گے؟ تو اصل یہ ہے کہ ہر سال رمضان کے مہینہ جو تھا آپ کا وہ آپ حرا میں بتاتے تھے۔</w:t>
      </w:r>
    </w:p>
    <w:p>
      <w:r>
        <w:rPr>
          <w:b/>
        </w:rPr>
        <w:t xml:space="preserve">[05:43] </w:t>
      </w:r>
      <w:r>
        <w:t>yeh pehle se chala aa raha tha wahan par. is ka ishara khud Quran majeed mein hai dekhiye ke Quran majeed mein hai ke kutiba alaikumus siyam kutiba allazeena min qablikum.</w:t>
      </w:r>
    </w:p>
    <w:p>
      <w:pPr>
        <w:jc w:val="right"/>
      </w:pPr>
      <w:r>
        <w:t>یہ پہلے سے چلا آ رہا تھا وہاں پر۔ اس کا اشارہ خود قرآن مجید میں ہے دیکھیے کہ قرآن مجید میں ہے کہ کتب علیکم الصیام کتب الذین من قبلکم۔</w:t>
      </w:r>
    </w:p>
    <w:p>
      <w:r>
        <w:rPr>
          <w:b/>
        </w:rPr>
        <w:t xml:space="preserve">[05:58] </w:t>
      </w:r>
      <w:r>
        <w:t>yeh roza rakha gaya hai jo Ramzan ka. to pichli ummaton mein bhi yeh tha.</w:t>
      </w:r>
    </w:p>
    <w:p>
      <w:pPr>
        <w:jc w:val="right"/>
      </w:pPr>
      <w:r>
        <w:t>یہ روزہ رکھا گیا ہے جو رمضان کا۔ تو پچھلی امتوں میں بھی یہ تھا۔</w:t>
      </w:r>
    </w:p>
    <w:p>
      <w:r>
        <w:rPr>
          <w:b/>
        </w:rPr>
        <w:t xml:space="preserve">[06:06] </w:t>
      </w:r>
      <w:r>
        <w:t>to Quraish jo thay Makka ke woh had apne ko Hazrat Ibrahim ki ummat mante thay.</w:t>
      </w:r>
    </w:p>
    <w:p>
      <w:pPr>
        <w:jc w:val="right"/>
      </w:pPr>
      <w:r>
        <w:t>تو قریش جو تھے مکہ کے وہ حد اپنے کو حضرت ابراہیم کی امت مانتے تھے۔</w:t>
      </w:r>
    </w:p>
    <w:p>
      <w:r>
        <w:rPr>
          <w:b/>
        </w:rPr>
        <w:t xml:space="preserve">[06:13] </w:t>
      </w:r>
      <w:r>
        <w:t>Hazrat Ibrahim. to Hazrat Ibrahim ke zamane mein bhi yeh tha, yeh tha maujood. agarche kuch badli hui shakal mein tha lekin tha.</w:t>
      </w:r>
    </w:p>
    <w:p>
      <w:pPr>
        <w:jc w:val="right"/>
      </w:pPr>
      <w:r>
        <w:t>حضرت ابراہیم۔ تو حضرت ابراہیم کے زمانے میں بھی یہ تھا، یہ تھا موجود۔ اگرچہ کچھ بدلی ہوئی شکل میں تھا لیکن تھا۔</w:t>
      </w:r>
    </w:p>
    <w:p>
      <w:r>
        <w:rPr>
          <w:b/>
        </w:rPr>
        <w:t xml:space="preserve">[06:23] </w:t>
      </w:r>
      <w:r>
        <w:t>to woh jo tradition chali aa rahi thi us tradition ke tehat aap aisa karte thay ke har saal Ramzan ka mahina aap Hira mein guzarte thay.</w:t>
      </w:r>
    </w:p>
    <w:p>
      <w:pPr>
        <w:jc w:val="right"/>
      </w:pPr>
      <w:r>
        <w:t>تو وہ جو ٹریڈیشن چلی آ رہی تھی اس ٹریڈیشن کے تحت آپ ایسا کرتے تھے کہ ہر سال رمضان کا مہینہ آپ حرا میں گزارتے تھے۔</w:t>
      </w:r>
    </w:p>
    <w:p>
      <w:r>
        <w:rPr>
          <w:b/>
        </w:rPr>
        <w:t xml:space="preserve">[06:35] </w:t>
      </w:r>
      <w:r>
        <w:t>aap roza rakhte thay. yeh kuch ulama ne likha hai aisa.</w:t>
      </w:r>
    </w:p>
    <w:p>
      <w:pPr>
        <w:jc w:val="right"/>
      </w:pPr>
      <w:r>
        <w:t>آپ روزہ رکھتے تھے۔ یہ کچھ علماء نے لکھا ہے ایسا۔</w:t>
      </w:r>
    </w:p>
    <w:p>
      <w:r>
        <w:rPr>
          <w:b/>
        </w:rPr>
        <w:t xml:space="preserve">[06:42] </w:t>
      </w:r>
      <w:r>
        <w:t>to wahan kya karte thay? aam taur par sufia yeh samajhte hain ke wahan aap muraqba karte thay. jo kehte hain meditation.</w:t>
      </w:r>
    </w:p>
    <w:p>
      <w:pPr>
        <w:jc w:val="right"/>
      </w:pPr>
      <w:r>
        <w:t>تو وہاں کیا کرتے تھے؟ عام طور پر صوفیاء یہ سمجھتے ہیں کہ وہاں آپ مراقبہ کرتے تھے۔ جو کہتے ہیں میڈیٹیشن۔</w:t>
      </w:r>
    </w:p>
    <w:p>
      <w:r>
        <w:rPr>
          <w:b/>
        </w:rPr>
        <w:t xml:space="preserve">[06:54] </w:t>
      </w:r>
      <w:r>
        <w:t>hamari yeh galat hai. Rasool Allah wahan muraqba nahi karte thay. ek aalim ne likha hai aam taur par aata hai kitabon ke tahannuth.</w:t>
      </w:r>
    </w:p>
    <w:p>
      <w:pPr>
        <w:jc w:val="right"/>
      </w:pPr>
      <w:r>
        <w:t>ہماری یہ غلط ہے۔ رسول اللہ وہاں مراقبہ نہیں کرتے تھے۔ ایک عالم نے لکھا ہے عام طور پر آتا ہے کتابوں کے تحنث۔</w:t>
      </w:r>
    </w:p>
    <w:p>
      <w:r>
        <w:rPr>
          <w:b/>
        </w:rPr>
        <w:t xml:space="preserve">[07:06] </w:t>
      </w:r>
      <w:r>
        <w:t>isko tahannuth kaha jata hai lekin tahannuth ka matlab woh nahi hai ke muraqba.</w:t>
      </w:r>
    </w:p>
    <w:p>
      <w:pPr>
        <w:jc w:val="right"/>
      </w:pPr>
      <w:r>
        <w:t>اس کو تحنث کہا جاتا ہے لیکن تحنث کا مطلب وہ نہیں ہے کہ مراقبہ۔</w:t>
      </w:r>
    </w:p>
    <w:p>
      <w:r>
        <w:rPr>
          <w:b/>
        </w:rPr>
        <w:t xml:space="preserve">[07:11] </w:t>
      </w:r>
      <w:r>
        <w:t>ek aalim ne likha hai ke tafakkur wal e'tebar. sochte rehte thay wahan. yaani woh tha aap ka daur contemplation ka.</w:t>
      </w:r>
    </w:p>
    <w:p>
      <w:pPr>
        <w:jc w:val="right"/>
      </w:pPr>
      <w:r>
        <w:t>ایک عالم نے لکھا ہے کہ تفکر والاعتبار۔ سوچتے رہتے تھے وہاں۔ یعنی وہ تھا آپ کا دور کنٹمپلیشن کا۔</w:t>
      </w:r>
    </w:p>
    <w:p>
      <w:r>
        <w:rPr>
          <w:b/>
        </w:rPr>
        <w:t xml:space="preserve">[07:22] </w:t>
      </w:r>
      <w:r>
        <w:t>meditation ka nahi. to is ka matlab yeh hai ke Rasool Allah sallallahu alaihi wasallam Ramzan ka mahina jo tha us ko sochne mein guzarte thay.</w:t>
      </w:r>
    </w:p>
    <w:p>
      <w:pPr>
        <w:jc w:val="right"/>
      </w:pPr>
      <w:r>
        <w:t>میڈیٹیشن کا نہیں۔ تو اس کا مطلب یہ ہے کہ رسول اللہ صلی اللہ علیہ وسلم رمضان کا مہینہ جو تھا اس کو سوچنے میں گزارتے تھے۔</w:t>
      </w:r>
    </w:p>
    <w:p>
      <w:r>
        <w:rPr>
          <w:b/>
        </w:rPr>
        <w:t xml:space="preserve">[07:32] </w:t>
      </w:r>
      <w:r>
        <w:t>roza rakhne ka matlab yeh tha ke apne ko distraction se bachana.</w:t>
      </w:r>
    </w:p>
    <w:p>
      <w:pPr>
        <w:jc w:val="right"/>
      </w:pPr>
      <w:r>
        <w:t>روزہ رکھنے کا مطلب یہ تھا کہ اپنے کو ڈسٹریکشن سے بچانا۔</w:t>
      </w:r>
    </w:p>
    <w:p>
      <w:r>
        <w:rPr>
          <w:b/>
        </w:rPr>
        <w:t xml:space="preserve">[07:37] </w:t>
      </w:r>
      <w:r>
        <w:t>jab aadmi khayega nahi piyega nahi aur jo us ke routine hain us ko chhod dega to sara time hi time us ke paas hai.</w:t>
      </w:r>
    </w:p>
    <w:p>
      <w:pPr>
        <w:jc w:val="right"/>
      </w:pPr>
      <w:r>
        <w:t>جب آدمی کھائے گا نہیں پیئے گا نہیں اور جو اس کے روٹین ہیں اس کو چھوڑ دے گا تو سارا ٹائم ہی ٹائم اس کے پاس ہے۔</w:t>
      </w:r>
    </w:p>
    <w:p>
      <w:r>
        <w:rPr>
          <w:b/>
        </w:rPr>
        <w:t xml:space="preserve">[07:49] </w:t>
      </w:r>
      <w:r>
        <w:t>to kaha ke apne ko distraction se bacha kar ke alag thalag jo ke jana wahan par contemplation yaani ghaur o fikr mein zindagi guzarna yeh hai.</w:t>
      </w:r>
    </w:p>
    <w:p>
      <w:pPr>
        <w:jc w:val="right"/>
      </w:pPr>
      <w:r>
        <w:t>تو کہا کہ اپنے کو ڈسٹریکشن سے بچا کر کے الگ تھلگ جو کہ جانا وہاں پر کنٹمپلیشن یعنی غور و فکر میں زندگی گزارنا یہ ہے۔</w:t>
      </w:r>
    </w:p>
    <w:p>
      <w:r>
        <w:rPr>
          <w:b/>
        </w:rPr>
        <w:t xml:space="preserve">[08:02] </w:t>
      </w:r>
      <w:r>
        <w:t>to roze ka mahina socially ka mahina hai. aur yaad rakhiye sab kuch sochne hi se maloom hota hai. jaise maine apni misaal di aap ko ke sochte sochte mujhe maloom hua ke Rasool Allah ka zamana mere dada ka zamana nahi tha.</w:t>
      </w:r>
    </w:p>
    <w:p>
      <w:pPr>
        <w:jc w:val="right"/>
      </w:pPr>
      <w:r>
        <w:t>تو روزہ کا مہینہ سوشلی کا مہینہ ہے۔ اور یاد رکھیے سب کچھ سوچنے ہی سے معلوم ہوتا ہے۔ جیسے میں نے اپنی مثال دی آپ کو کہ سوچتے سوچتے مجھے معلوم ہوا کہ رسول اللہ کا زمانہ میرے دادا کا زمانہ نہیں تھا۔</w:t>
      </w:r>
    </w:p>
    <w:p>
      <w:r>
        <w:rPr>
          <w:b/>
        </w:rPr>
        <w:t xml:space="preserve">[08:20] </w:t>
      </w:r>
      <w:r>
        <w:t>aur yeh to aaj hi meri samajh mein aaya ke 3000 saal, 3000 generation beech mein hai. 3000 generation do hi nahi.</w:t>
      </w:r>
    </w:p>
    <w:p>
      <w:pPr>
        <w:jc w:val="right"/>
      </w:pPr>
      <w:r>
        <w:t>اور یہ تو آج ہی میری سمجھ میں آیا کہ 3000 سال، 3000 جنریشن بیچ میں ہے۔ 3000 جنریشن دو ہی نہیں۔</w:t>
      </w:r>
    </w:p>
    <w:p>
      <w:r>
        <w:rPr>
          <w:b/>
        </w:rPr>
        <w:t xml:space="preserve">[08:29] </w:t>
      </w:r>
      <w:r>
        <w:t>hum to do maan rahe thay.</w:t>
      </w:r>
    </w:p>
    <w:p>
      <w:pPr>
        <w:jc w:val="right"/>
      </w:pPr>
      <w:r>
        <w:t>ہم تو دو مان رہے تھے۔</w:t>
      </w:r>
    </w:p>
    <w:p>
      <w:r>
        <w:rPr>
          <w:b/>
        </w:rPr>
        <w:t xml:space="preserve">[08:31] </w:t>
      </w:r>
      <w:r>
        <w:t>dada ka zamana, baap ka zamana. to sochne se maloom hua ke yeh to galat hai.</w:t>
      </w:r>
    </w:p>
    <w:p>
      <w:pPr>
        <w:jc w:val="right"/>
      </w:pPr>
      <w:r>
        <w:t>دادا کا زمانہ، باپ کا زمانہ۔ تو سوچنے سے معلوم ہوا کہ یہ تو غلط ہے۔</w:t>
      </w:r>
    </w:p>
    <w:p>
      <w:r>
        <w:rPr>
          <w:b/>
        </w:rPr>
        <w:t xml:space="preserve">[08:39] </w:t>
      </w:r>
      <w:r>
        <w:t>to har cheez sochne se maloom hoti hai. to roze ka zamana aisa nahi hai ke bas koi, koi bhooke paas rehte, bhook mein pyas mein guzar diya din to misteriously kuch aap ko sawab mil gaya.</w:t>
      </w:r>
    </w:p>
    <w:p>
      <w:pPr>
        <w:jc w:val="right"/>
      </w:pPr>
      <w:r>
        <w:t>تو ہر چیز سوچنے سے معلوم ہوتی ہے۔ تو روزہ کا زمانہ ایسا نہیں ہے کہ بس کوئی، کوئی بھوکے پاس رہتے، بھوک میں پیاس میں گزار دیا دن تو مسٹیریسلی کچھ آپ کو ثواب مل گیا۔</w:t>
      </w:r>
    </w:p>
    <w:p>
      <w:r>
        <w:rPr>
          <w:b/>
        </w:rPr>
        <w:t xml:space="preserve">[08:54] </w:t>
      </w:r>
      <w:r>
        <w:t>aisa nahi hai.</w:t>
      </w:r>
    </w:p>
    <w:p>
      <w:pPr>
        <w:jc w:val="right"/>
      </w:pPr>
      <w:r>
        <w:t>ایسا نہیں ہے۔</w:t>
      </w:r>
    </w:p>
    <w:p>
      <w:r>
        <w:rPr>
          <w:b/>
        </w:rPr>
        <w:t xml:space="preserve">[08:57] </w:t>
      </w:r>
      <w:r>
        <w:t>dekhen roze ke liye jo arabi mein jo lafz hai woh saum hai. saum. saad wa meem. SAUM.</w:t>
      </w:r>
    </w:p>
    <w:p>
      <w:pPr>
        <w:jc w:val="right"/>
      </w:pPr>
      <w:r>
        <w:t>دیکھیں روزے کے لیے جو عربی میں جو لفظ ہے وہ صوم ہے۔ صوم۔ صاد وا میم۔ ایس اے یو ایم۔</w:t>
      </w:r>
    </w:p>
    <w:p>
      <w:r>
        <w:rPr>
          <w:b/>
        </w:rPr>
        <w:t xml:space="preserve">[09:08] </w:t>
      </w:r>
      <w:r>
        <w:t>saum ke maani hote hain abstinence. abstinence yani rukna. arabi mein kehte hain imsak. to saum ke maani imsak hain.</w:t>
      </w:r>
    </w:p>
    <w:p>
      <w:pPr>
        <w:jc w:val="right"/>
      </w:pPr>
      <w:r>
        <w:t>صوم کے معنی ہوتے ہیں ایبسٹیننس۔ ایبسٹیننس یعنی رکنا۔ عربی میں کہتے ہیں امساک۔ تو صوم کے معنی امساک ہیں۔</w:t>
      </w:r>
    </w:p>
    <w:p>
      <w:r>
        <w:rPr>
          <w:b/>
        </w:rPr>
        <w:t xml:space="preserve">[09:19] </w:t>
      </w:r>
      <w:r>
        <w:t>abstinence. to yani khane peene se ruk jana.</w:t>
      </w:r>
    </w:p>
    <w:p>
      <w:pPr>
        <w:jc w:val="right"/>
      </w:pPr>
      <w:r>
        <w:t>ایبسٹیننس۔ تو یعنی کھانے پینے سے رک جانا۔</w:t>
      </w:r>
    </w:p>
    <w:p>
      <w:r>
        <w:rPr>
          <w:b/>
        </w:rPr>
        <w:t xml:space="preserve">[09:27] </w:t>
      </w:r>
      <w:r>
        <w:t>daily jo hum khate peete hain us se apne ko rok lena. to abstinence for what? dekhen abstinence for the sake of abstinence nahi ho sakta hai.</w:t>
      </w:r>
    </w:p>
    <w:p>
      <w:pPr>
        <w:jc w:val="right"/>
      </w:pPr>
      <w:r>
        <w:t>ڈیلی جو ہم کھاتے پیتے ہیں اس سے اپنے کو روک لینا۔ تو ایبسٹیننس فار واٹ؟ دیکھیں ایبسٹیننس فار دا سیک اف ایبسٹیننس نہیں ہو سکتا ہے۔</w:t>
      </w:r>
    </w:p>
    <w:p>
      <w:r>
        <w:rPr>
          <w:b/>
        </w:rPr>
        <w:t xml:space="preserve">[09:39] </w:t>
      </w:r>
      <w:r>
        <w:t>rukna baraye rukna. aisa nahi ho sakta hai.</w:t>
      </w:r>
    </w:p>
    <w:p>
      <w:pPr>
        <w:jc w:val="right"/>
      </w:pPr>
      <w:r>
        <w:t>رکنا برائے رکنا۔ ایسا نہیں ہو سکتا ہے۔</w:t>
      </w:r>
    </w:p>
    <w:p>
      <w:r>
        <w:rPr>
          <w:b/>
        </w:rPr>
        <w:t xml:space="preserve">[09:45] </w:t>
      </w:r>
      <w:r>
        <w:t>to yahan par sochne ki baat hai. hum soch kar ke yeh janna hai ke abstinence for what?</w:t>
      </w:r>
    </w:p>
    <w:p>
      <w:pPr>
        <w:jc w:val="right"/>
      </w:pPr>
      <w:r>
        <w:t>تو یہاں پر سوچنے کی بات ہے۔ ہم سوچ کر کے یہ جاننا ہے کہ ایبسٹیننس فار واٹ؟</w:t>
      </w:r>
    </w:p>
    <w:p>
      <w:r>
        <w:rPr>
          <w:b/>
        </w:rPr>
        <w:t xml:space="preserve">[09:57] </w:t>
      </w:r>
      <w:r>
        <w:t>to mein ne is par socha socha to mujhe is ka jawab jo hai ek hadith mein mila. hadith mein yeh hai ke yado shahwata wa tahama aur ek is mein ek lafz lazzata teen lafz aate hain mukhtalif riwayaton mein. yado shahwata wa tahama lazzata min ajli yani woh chhodta hai mere liye.</w:t>
      </w:r>
    </w:p>
    <w:p>
      <w:pPr>
        <w:jc w:val="right"/>
      </w:pPr>
      <w:r>
        <w:t>تو میں نے اس پر سوچا سوچا تو مجھے اس کا جواب جو ہے ایک حدیث میں ملا۔ حدیث میں یہ ہے کہیدو شہوتہ وطامہ اور ایک اس میں ایک لفظ لذتہ تین لفظ آتے ہیں مختلف روایتوں میں۔یدو شہوتہ وطامہ لذتہ من اجلی یعنی وہ چھوڑتا ہے میرے لیے۔</w:t>
      </w:r>
    </w:p>
    <w:p>
      <w:r>
        <w:rPr>
          <w:b/>
        </w:rPr>
        <w:t xml:space="preserve">[10:23] </w:t>
      </w:r>
      <w:r>
        <w:t>khane peene ko, mere routine ko, apne mamoolat ko chhodta hai mere liye. mere liye ke maani kya hue?</w:t>
      </w:r>
    </w:p>
    <w:p>
      <w:pPr>
        <w:jc w:val="right"/>
      </w:pPr>
      <w:r>
        <w:t>کھانے پینے کو، میرے روٹین کو، اپنے معمولات کو چھوڑتا ہے میرے لیے۔ میرے لیے کے معنی کیا ہوئے؟</w:t>
      </w:r>
    </w:p>
    <w:p>
      <w:r>
        <w:rPr>
          <w:b/>
        </w:rPr>
        <w:t xml:space="preserve">[10:34] </w:t>
      </w:r>
      <w:r>
        <w:t>yani meri ibadat ke liye, mere baray mein sochne ke liye, apne mind ko mere baray mein lagane ke liye. yeh jo hai mere liye yeh bhi koi mysterious cheez nahi hai.</w:t>
      </w:r>
    </w:p>
    <w:p>
      <w:pPr>
        <w:jc w:val="right"/>
      </w:pPr>
      <w:r>
        <w:t>یعنی میری عبادت کے لیے، میرے بارے میں سوچنے کے لیے، اپنے مائنڈ کو میرے بارے میں لگانے کے لیے۔ یہ جو ہے میرے لیے یہ بھی کوئی مسٹیریس چیز نہیں ہے۔</w:t>
      </w:r>
    </w:p>
    <w:p>
      <w:r>
        <w:rPr>
          <w:b/>
        </w:rPr>
        <w:t xml:space="preserve">[10:52] </w:t>
      </w:r>
      <w:r>
        <w:t>to yeh jo hai yani is ka matlab, is is ka jo ek misaal mein doon to us se baat wazeh hoti hai ke India ko azadi mili thi 15 august ko.</w:t>
      </w:r>
    </w:p>
    <w:p>
      <w:pPr>
        <w:jc w:val="right"/>
      </w:pPr>
      <w:r>
        <w:t>تو یہ جو ہے یعنی اس کا مطلب، اس اس کا جو ایک مثال میں دوں تو اس سے بات واضح ہوتی ہے کہ انڈیا کو آزادی ملی تھی 15 اگست کو۔</w:t>
      </w:r>
    </w:p>
    <w:p>
      <w:r>
        <w:rPr>
          <w:b/>
        </w:rPr>
        <w:t xml:space="preserve">[11:06] </w:t>
      </w:r>
      <w:r>
        <w:t>aaj 15 august hai. 15 august 1947 ko azadi mili thi. aaj ka din yaad dilata hai hum ko azadi ka din.</w:t>
      </w:r>
    </w:p>
    <w:p>
      <w:pPr>
        <w:jc w:val="right"/>
      </w:pPr>
      <w:r>
        <w:t>آج 15 اگست ہے۔ 15 اگست 1947 کو آزادی ملی تھی۔ آج کا دن یاد دلاتا ہے ہم کو آزادی کا دن۔</w:t>
      </w:r>
    </w:p>
    <w:p>
      <w:r>
        <w:rPr>
          <w:b/>
        </w:rPr>
        <w:t xml:space="preserve">[11:16] </w:t>
      </w:r>
      <w:r>
        <w:t>to is par bohat kitabein likhi gayi hain.</w:t>
      </w:r>
    </w:p>
    <w:p>
      <w:pPr>
        <w:jc w:val="right"/>
      </w:pPr>
      <w:r>
        <w:t>تو اس پر بہت کتابیں لکھی گئی ہیں۔</w:t>
      </w:r>
    </w:p>
    <w:p>
      <w:r>
        <w:rPr>
          <w:b/>
        </w:rPr>
        <w:t xml:space="preserve">[11:19] </w:t>
      </w:r>
      <w:r>
        <w:t>bohat ziyada kitabein hain. India ki azadi par mislan India Wins Freedom waghera. to do writers, ek French, ek ek British,</w:t>
      </w:r>
    </w:p>
    <w:p>
      <w:pPr>
        <w:jc w:val="right"/>
      </w:pPr>
      <w:r>
        <w:t>بہت زیادہ کتابیں ہیں۔ انڈیا کی آزادی پر مثلاً انڈیا ونس فریڈم وغیرہ۔ تو دو رائٹرز، ایک فرینچ، ایک ایک برٹن،</w:t>
      </w:r>
    </w:p>
    <w:p>
      <w:r>
        <w:rPr>
          <w:b/>
        </w:rPr>
        <w:t xml:space="preserve">[11:33] </w:t>
      </w:r>
      <w:r>
        <w:t>ne mil kar ke ek kitab likhi hai.</w:t>
      </w:r>
    </w:p>
    <w:p>
      <w:pPr>
        <w:jc w:val="right"/>
      </w:pPr>
      <w:r>
        <w:t>نے مل کر کے ایک کتاب لکھی ہے۔</w:t>
      </w:r>
    </w:p>
    <w:p>
      <w:r>
        <w:rPr>
          <w:b/>
        </w:rPr>
        <w:t xml:space="preserve">[11:36] </w:t>
      </w:r>
      <w:r>
        <w:t>is ka naam hai Freedom at Midnight. kyunke 15 august ke ko 12 baj kar ek minute par viceroy ne elaan kiya tha ke today India is free.</w:t>
      </w:r>
    </w:p>
    <w:p>
      <w:pPr>
        <w:jc w:val="right"/>
      </w:pPr>
      <w:r>
        <w:t>اس کا نام ہے فریڈم ایٹ مڈنائٹ۔ کیونکہ 15 اگست کے کو 12 بج کر ایک منٹ پر وائسران نے اعلان کیا تھا کہ ٹوڈے انڈیا از فری۔</w:t>
      </w:r>
    </w:p>
    <w:p>
      <w:r>
        <w:rPr>
          <w:b/>
        </w:rPr>
        <w:t xml:space="preserve">[11:50] </w:t>
      </w:r>
      <w:r>
        <w:t>to yeh adhi raat ki azadi hui. to is ne kitab ka naam rakha Freedom at Midnight. to yeh dono ne kitab kaise likhi?</w:t>
      </w:r>
    </w:p>
    <w:p>
      <w:pPr>
        <w:jc w:val="right"/>
      </w:pPr>
      <w:r>
        <w:t>تو یہ ادھی رات کی آزادی ہوئی۔ تو اس نے کتاب کا نام رکھا فریڈم ایٹ مڈنائٹ۔ تو یہ دونوں نے کتاب کیسے لکھی؟</w:t>
      </w:r>
    </w:p>
    <w:p>
      <w:r>
        <w:rPr>
          <w:b/>
        </w:rPr>
        <w:t xml:space="preserve">[12:02] </w:t>
      </w:r>
      <w:r>
        <w:t>to mein ne ek interview padha tha us mein unhon ne kaha tha hum interview mein ke we lived like hermits and we produced Freedom at Midnight.</w:t>
      </w:r>
    </w:p>
    <w:p>
      <w:pPr>
        <w:jc w:val="right"/>
      </w:pPr>
      <w:r>
        <w:t>تو میں نے ایک انٹرویو پڑھا تھا اس میں انہوں نے کہا تھا ہم انٹرویو میں کہ وی لیوڈ لائک ہرمیٹس اینڈ وی پروڈیوس فریڈم ایٹ مڈنائٹ۔</w:t>
      </w:r>
    </w:p>
    <w:p>
      <w:r>
        <w:rPr>
          <w:b/>
        </w:rPr>
        <w:t xml:space="preserve">[12:21] </w:t>
      </w:r>
      <w:r>
        <w:t>yani hum tark-e-duniya ki tarah rahe aur phir hum ne yeh kitab likh dali.</w:t>
      </w:r>
    </w:p>
    <w:p>
      <w:pPr>
        <w:jc w:val="right"/>
      </w:pPr>
      <w:r>
        <w:t>یعنی ہم تارک دنیا کی طرح رہے اور پھر ہم نے یہ کتاب لکھ ڈالی۔</w:t>
      </w:r>
    </w:p>
    <w:p>
      <w:r>
        <w:rPr>
          <w:b/>
        </w:rPr>
        <w:t xml:space="preserve">[12:28] </w:t>
      </w:r>
      <w:r>
        <w:t>we lived like hermits and we produced Freedom at Midnight. to yeh hai roze ki spirit yeh hai.</w:t>
      </w:r>
    </w:p>
    <w:p>
      <w:pPr>
        <w:jc w:val="right"/>
      </w:pPr>
      <w:r>
        <w:t>وی لیوڈ لائک ہرمیٹس اینڈ وی پروڈیوس فریڈم ایٹ مڈنائٹ۔ تو یہ ہے روزے کی سپرٹ یہ ہے۔</w:t>
      </w:r>
    </w:p>
    <w:p>
      <w:r>
        <w:rPr>
          <w:b/>
        </w:rPr>
        <w:t xml:space="preserve">[12:39] </w:t>
      </w:r>
      <w:r>
        <w:t>to woh tark-e-duniya jo bane thay to is liye nahi ke bas khali koi murakaba karein. nahi woh parhte thay, study karte thay. sara jo document tha azadi ka woh sab is mein bohat ziyada woh chhanbeen karte thay.</w:t>
      </w:r>
    </w:p>
    <w:p>
      <w:pPr>
        <w:jc w:val="right"/>
      </w:pPr>
      <w:r>
        <w:t>تو وہ تارک دنیا جو بنے تھے تو اس لیے نہیں کہ بس خالی کوئی مراقبہ کریں۔ نہیں وہ پڑھتے تھے، سٹڈی کرتے تھے۔ سارا جو ڈاکومنٹ تھا آزادی کا وہ سب اس میں بہت زیادہ وہ چھان بین کرتے تھے۔</w:t>
      </w:r>
    </w:p>
    <w:p>
      <w:r>
        <w:rPr>
          <w:b/>
        </w:rPr>
        <w:t xml:space="preserve">[12:55] </w:t>
      </w:r>
      <w:r>
        <w:t>phir kitab likhi unhon ne.</w:t>
      </w:r>
    </w:p>
    <w:p>
      <w:pPr>
        <w:jc w:val="right"/>
      </w:pPr>
      <w:r>
        <w:t>پھر کتاب لکھی انہوں نے۔</w:t>
      </w:r>
    </w:p>
    <w:p>
      <w:r>
        <w:rPr>
          <w:b/>
        </w:rPr>
        <w:t xml:space="preserve">[12:58] </w:t>
      </w:r>
      <w:r>
        <w:t>to yeh jo abstinence hai woh isi liye hai.</w:t>
      </w:r>
    </w:p>
    <w:p>
      <w:pPr>
        <w:jc w:val="right"/>
      </w:pPr>
      <w:r>
        <w:t>تو یہ جو ایبسٹیننس ہے وہ اسی لیے ہے۔</w:t>
      </w:r>
    </w:p>
    <w:p>
      <w:r>
        <w:rPr>
          <w:b/>
        </w:rPr>
        <w:t xml:space="preserve">[13:05] </w:t>
      </w:r>
      <w:r>
        <w:t>main ne aaj yahan tak samjha hai rozay ka maqsad hai apne ko distraction se bachana.</w:t>
      </w:r>
    </w:p>
    <w:p>
      <w:pPr>
        <w:jc w:val="right"/>
      </w:pPr>
      <w:r>
        <w:t>میں نے آج یہاں تک سمجھا ہے روزے کا مقصد ہے اپنے کو ڈسٹریکشن سے بچانا۔</w:t>
      </w:r>
    </w:p>
    <w:p>
      <w:r>
        <w:rPr>
          <w:b/>
        </w:rPr>
        <w:t xml:space="preserve">[13:16] </w:t>
      </w:r>
      <w:r>
        <w:t>yani yeh jo hai alamat hai. Yani khana aur peena ek alamat hai distraction ki. Kyun ke har ghar mein agar aap dekhein to sab se zyada waqt lagta hai khane peene mein.</w:t>
      </w:r>
    </w:p>
    <w:p>
      <w:pPr>
        <w:jc w:val="right"/>
      </w:pPr>
      <w:r>
        <w:t>یعنی یہ جو ہے علامت ہے۔ یعنی کھانا اور پینا ایک علامت ہے ڈسٹریکشن کی۔ کیونکہ ہر گھر میں اگر آپ دیکھیں تو سب سے زیادہ وقت لگتا ہے کھانے پینے میں۔</w:t>
      </w:r>
    </w:p>
    <w:p>
      <w:r>
        <w:rPr>
          <w:b/>
        </w:rPr>
        <w:t xml:space="preserve">[13:32] </w:t>
      </w:r>
      <w:r>
        <w:t>sab se zyada tawajjuh aadmi ki lagti hai khane peene mein</w:t>
      </w:r>
    </w:p>
    <w:p>
      <w:pPr>
        <w:jc w:val="right"/>
      </w:pPr>
      <w:r>
        <w:t>سب سے زیادہ توجہ آدمی کی لگتی ہے کھانے پینے میں</w:t>
      </w:r>
    </w:p>
    <w:p>
      <w:r>
        <w:rPr>
          <w:b/>
        </w:rPr>
        <w:t xml:space="preserve">[13:35] </w:t>
      </w:r>
      <w:r>
        <w:t>. Agar aadmi na khaye to ek dam free ho jata hai woh aadmi. Ek dam aur free ho jata hai.</w:t>
      </w:r>
    </w:p>
    <w:p>
      <w:pPr>
        <w:jc w:val="right"/>
      </w:pPr>
      <w:r>
        <w:t>۔ اگر آدمی نہ کھائے تو ایک دم فری ہو جاتا ہے وہ آدمی۔ ایک دم اور فری ہو جاتا ہے۔</w:t>
      </w:r>
    </w:p>
    <w:p>
      <w:r>
        <w:rPr>
          <w:b/>
        </w:rPr>
        <w:t xml:space="preserve">[13:45] </w:t>
      </w:r>
      <w:r>
        <w:t>to kaha rozay ka jo mahina hai ek mahina is mein yeh tareeqa rakha gaya ke aadmi apne ko free kare. Yeh freedom at midnights ke writers jo the unhon ne apne ko free kiya.</w:t>
      </w:r>
    </w:p>
    <w:p>
      <w:pPr>
        <w:jc w:val="right"/>
      </w:pPr>
      <w:r>
        <w:t>تو کہا روزے کا جو مہینہ ہے ایک مہینہ اس میں یہ طریقہ رکھا گیا کہ آدمی اپنے کو فری کرے۔ یہ فریڈم ایٹ مڈنائٹس کے رائٹرز جو تھے انہوں نے اپنے کو فری کیا۔</w:t>
      </w:r>
    </w:p>
    <w:p>
      <w:r>
        <w:rPr>
          <w:b/>
        </w:rPr>
        <w:t xml:space="preserve">[14:00] </w:t>
      </w:r>
      <w:r>
        <w:t>ek dam alag thalag rehte the woh. Woh bas parhte the, parhte the, parhte the.</w:t>
      </w:r>
    </w:p>
    <w:p>
      <w:pPr>
        <w:jc w:val="right"/>
      </w:pPr>
      <w:r>
        <w:t>ایک دم الگ تھلگ رہتے تھے وہ۔ وہ بس پڑھتے تھے، پڑھتے تھے، پڑھتے تھے۔</w:t>
      </w:r>
    </w:p>
    <w:p>
      <w:r>
        <w:rPr>
          <w:b/>
        </w:rPr>
        <w:t xml:space="preserve">[14:08] </w:t>
      </w:r>
      <w:r>
        <w:t>to rozay ka matlab hai apne ko free karna, apne ko distraction se bachana aur sochna, tafakkur karna. Gehrai mein jaane ki koshish karna baaton ki.</w:t>
      </w:r>
    </w:p>
    <w:p>
      <w:pPr>
        <w:jc w:val="right"/>
      </w:pPr>
      <w:r>
        <w:t>تو روزے کا مطلب ہے اپنے کو فری کرنا، اپنے کو ڈسٹریکشن سے بچانا اور سوچنا، تفکر کرنا۔ گہرائی میں جانے کی کوشش کرنا باتوں کی۔</w:t>
      </w:r>
    </w:p>
    <w:p>
      <w:r>
        <w:rPr>
          <w:b/>
        </w:rPr>
        <w:t xml:space="preserve">[14:24] </w:t>
      </w:r>
      <w:r>
        <w:t>ek sahab ka telephone aaya mere paas abhi chand din ki baat hai. Kyun kaha ke roza jo hai is ka maqsad kya hai?</w:t>
      </w:r>
    </w:p>
    <w:p>
      <w:pPr>
        <w:jc w:val="right"/>
      </w:pPr>
      <w:r>
        <w:t>ایک صاحب کا ٹیلی فون آیا میرے پاس ابھی چند دن کی بات ہے۔ کیوں کہا کہ روزہ جو ہے اس کا مقصد کیا ہے؟</w:t>
      </w:r>
    </w:p>
    <w:p>
      <w:r>
        <w:rPr>
          <w:b/>
        </w:rPr>
        <w:t xml:space="preserve">[14:33] </w:t>
      </w:r>
      <w:r>
        <w:t>woh ek secular aadmi the to unhon ne kaha kya yeh roza jo hai birth hai kya cheez hai roza? To main ne yahi baat kahi.</w:t>
      </w:r>
    </w:p>
    <w:p>
      <w:pPr>
        <w:jc w:val="right"/>
      </w:pPr>
      <w:r>
        <w:t>وہ ایک سیکولر آدمی تھے تو انہوں نے کہا کیا یہ روزہ جو ہے برتھ ہے کیا چیز ہے روزہ؟ تو میں نے یہی بات کہی۔</w:t>
      </w:r>
    </w:p>
    <w:p>
      <w:r>
        <w:rPr>
          <w:b/>
        </w:rPr>
        <w:t xml:space="preserve">[14:41] </w:t>
      </w:r>
      <w:r>
        <w:t>main ne kaha rozay ka matlab hai sochna.</w:t>
      </w:r>
    </w:p>
    <w:p>
      <w:pPr>
        <w:jc w:val="right"/>
      </w:pPr>
      <w:r>
        <w:t>میں نے کہا روزے کا مطلب ہے سوچنا۔</w:t>
      </w:r>
    </w:p>
    <w:p>
      <w:r>
        <w:rPr>
          <w:b/>
        </w:rPr>
        <w:t xml:space="preserve">[14:47] </w:t>
      </w:r>
      <w:r>
        <w:t>dekhein yeh jo concept hai muraqbe wala woh to base karta hai. Is mein is ka qaul hai ke stop thinking.</w:t>
      </w:r>
    </w:p>
    <w:p>
      <w:pPr>
        <w:jc w:val="right"/>
      </w:pPr>
      <w:r>
        <w:t>دیکھیں یہ جو کانسیپٹ ہے مراقبے والا وہ تو بیس کرتا ہے۔ اس میں اس کا قول ہے کہ اسٹاپ تھنکنگ۔</w:t>
      </w:r>
    </w:p>
    <w:p>
      <w:r>
        <w:rPr>
          <w:b/>
        </w:rPr>
        <w:t xml:space="preserve">[14:56] </w:t>
      </w:r>
      <w:r>
        <w:t>sochne ko band kar ke muraqba kiya jata hai. Soch ko band kar ke.</w:t>
      </w:r>
    </w:p>
    <w:p>
      <w:pPr>
        <w:jc w:val="right"/>
      </w:pPr>
      <w:r>
        <w:t>سوچنے کو بند کر کے مراقبہ کیا جاتا ہے۔ سوچ کو بند کر کے۔</w:t>
      </w:r>
    </w:p>
    <w:p>
      <w:r>
        <w:rPr>
          <w:b/>
        </w:rPr>
        <w:t xml:space="preserve">[15:01] </w:t>
      </w:r>
      <w:r>
        <w:t>is ka yahi hai principle stop thinking. Soch ko band kar do. Yeh roza nahi hai. Soch ko band karo nahi hai.</w:t>
      </w:r>
    </w:p>
    <w:p>
      <w:pPr>
        <w:jc w:val="right"/>
      </w:pPr>
      <w:r>
        <w:t>اس کا یہی ہے پرنسپل اسٹاپ تھنکنگ۔ سوچ کو بند کر دو۔ یہ روزہ نہیں ہے۔ سوچ کو بند کرو نہیں ہے۔</w:t>
      </w:r>
    </w:p>
    <w:p>
      <w:r>
        <w:rPr>
          <w:b/>
        </w:rPr>
        <w:t xml:space="preserve">[15:11] </w:t>
      </w:r>
      <w:r>
        <w:t>soch ko activate karo. Soch ko activate karo aur socho aur socho aur socho. To sochne ke liye beshumar baatein hain.</w:t>
      </w:r>
    </w:p>
    <w:p>
      <w:pPr>
        <w:jc w:val="right"/>
      </w:pPr>
      <w:r>
        <w:t>سوچ کو ایکٹیویٹ کرو۔ سوچ کو ایکٹیویٹ کرو اور سوچو اور سوچو اور سوچو۔ تو سوچنے کے لیے بے شمار باتیں ہیں۔</w:t>
      </w:r>
    </w:p>
    <w:p>
      <w:r>
        <w:rPr>
          <w:b/>
        </w:rPr>
        <w:t xml:space="preserve">[15:25] </w:t>
      </w:r>
      <w:r>
        <w:t>misal ke taur par sochna kya cheez hai? Main aap ko ek misal deta hoon. Aaj hi subah ki misal.</w:t>
      </w:r>
    </w:p>
    <w:p>
      <w:pPr>
        <w:jc w:val="right"/>
      </w:pPr>
      <w:r>
        <w:t>مثال کے طور پر سوچنا کیا چیز ہے؟ میں آپ کو ایک مثال دیتا ہوں۔ آج ہی صبح کی مثال۔</w:t>
      </w:r>
    </w:p>
    <w:p>
      <w:r>
        <w:rPr>
          <w:b/>
        </w:rPr>
        <w:t xml:space="preserve">[15:33] </w:t>
      </w:r>
      <w:r>
        <w:t>sochna zyada tar hota hai kisi kisi hum har din har waqt hamare samne waqiyat hote hain. Events. Har waqt kuch na kuch hota hai, kuch na kuch hota hai.</w:t>
      </w:r>
    </w:p>
    <w:p>
      <w:pPr>
        <w:jc w:val="right"/>
      </w:pPr>
      <w:r>
        <w:t>سوچنا زیادہ تر ہوتا ہے کسی کسی ہم ہر دن ہر وقت ہمارے سامنے واقعات ہوتے ہیں۔ ایونٹس۔ ہر وقت کچھ نہ کچھ ہوتا ہے، کچھ نہ کچھ ہوتا ہے۔</w:t>
      </w:r>
    </w:p>
    <w:p>
      <w:r>
        <w:rPr>
          <w:b/>
        </w:rPr>
        <w:t xml:space="preserve">[15:46] </w:t>
      </w:r>
      <w:r>
        <w:t>24 ghante hum events ke beech mein jeete hain. Kaha jata hai ke falan aadmi jo hai us ki event full life thi. Jaise Churchill ke bare mein event full life thi.</w:t>
      </w:r>
    </w:p>
    <w:p>
      <w:pPr>
        <w:jc w:val="right"/>
      </w:pPr>
      <w:r>
        <w:t>24 گھنٹے ہم ایونٹس کے بیچ میں جیتے ہیں۔ کہا جاتا ہے کہ فلاں آدمی جو ہے اس کی ایونٹ فل لائف تھی۔ جیسے چرچل کے بارے میں ایونٹ فل لائف تھی۔</w:t>
      </w:r>
    </w:p>
    <w:p>
      <w:r>
        <w:rPr>
          <w:b/>
        </w:rPr>
        <w:t xml:space="preserve">[15:56] </w:t>
      </w:r>
      <w:r>
        <w:t>lekin main har aadmi ki event full life hai.</w:t>
      </w:r>
    </w:p>
    <w:p>
      <w:pPr>
        <w:jc w:val="right"/>
      </w:pPr>
      <w:r>
        <w:t>لیکن میں ہر آدمی کی ایونٹ فل لائف ہے۔</w:t>
      </w:r>
    </w:p>
    <w:p>
      <w:r>
        <w:rPr>
          <w:b/>
        </w:rPr>
        <w:t xml:space="preserve">[16:00] </w:t>
      </w:r>
      <w:r>
        <w:t>kyun ke Churchill jo tha to kyun ke second world war mein us ko prime minister tha, us mein is ka role tha.</w:t>
      </w:r>
    </w:p>
    <w:p>
      <w:pPr>
        <w:jc w:val="right"/>
      </w:pPr>
      <w:r>
        <w:t>کیونکہ چرچل جو تھا تو چونکہ سیکنڈ ورلڈ وار میں اس کو پرائم منسٹر تھا، اس میں اس کا رول تھا۔</w:t>
      </w:r>
    </w:p>
    <w:p>
      <w:r>
        <w:rPr>
          <w:b/>
        </w:rPr>
        <w:t xml:space="preserve">[16:08] </w:t>
      </w:r>
      <w:r>
        <w:t>to log samajhte hain ke Churchill ki zindagi jo thi woh event full life thi. Lekin Churchill ki baat nahi hai. Har aadmi ki zindagi event full zindagi hoti hai.</w:t>
      </w:r>
    </w:p>
    <w:p>
      <w:pPr>
        <w:jc w:val="right"/>
      </w:pPr>
      <w:r>
        <w:t>تو لوگ سمجھتے ہیں کہ چرچل کی زندگی جو تھی وہ ایونٹ فل لائف تھی۔ لیکن چرچل کی بات نہیں ہے۔ ہر آدمی کی زندگی ایونٹ فل زندگی ہوتی ہے۔</w:t>
      </w:r>
    </w:p>
    <w:p>
      <w:r>
        <w:rPr>
          <w:b/>
        </w:rPr>
        <w:t xml:space="preserve">[16:19] </w:t>
      </w:r>
      <w:r>
        <w:t>kyun ke har waqt waqiyat hote hain. Jaise aaj kya hua?</w:t>
      </w:r>
    </w:p>
    <w:p>
      <w:pPr>
        <w:jc w:val="right"/>
      </w:pPr>
      <w:r>
        <w:t>کیونکہ ہر وقت واقعات ہوتے ہیں۔ جیسے آج کیا ہوا؟</w:t>
      </w:r>
    </w:p>
    <w:p>
      <w:r>
        <w:rPr>
          <w:b/>
        </w:rPr>
        <w:t xml:space="preserve">[16:24] </w:t>
      </w:r>
      <w:r>
        <w:t>aap jante hain ke 15 August aaj hai. To 15 August ko ek bahut special program hota hai Red Fort par.</w:t>
      </w:r>
    </w:p>
    <w:p>
      <w:pPr>
        <w:jc w:val="right"/>
      </w:pPr>
      <w:r>
        <w:t>آپ جانتے ہیں کہ 15 اگست آج ہے۔ تو 15 اگست کو ایک بہت اسپیشل پروگرام ہوتا ہے ریڈ فورڈ پر۔</w:t>
      </w:r>
    </w:p>
    <w:p>
      <w:r>
        <w:rPr>
          <w:b/>
        </w:rPr>
        <w:t xml:space="preserve">[16:36] </w:t>
      </w:r>
      <w:r>
        <w:t>wahan par hamare prime minister jate hain aur sare bahut kaafi log wahan par ate hain wahan par aur prime minister ki ek bahut khaas speech hoti hai us ke Lal Qile ke upar se.</w:t>
      </w:r>
    </w:p>
    <w:p>
      <w:pPr>
        <w:jc w:val="right"/>
      </w:pPr>
      <w:r>
        <w:t>وہاں پر ہمارے پرائم منسٹر جاتے ہیں اور سارے بہت کافی لوگ وہاں پر آتے ہیں وہاں پر اور پرائم منسٹر کی ایک بہت خاص سپیچ ہوتی ہے اس کے لال قلعے کے اوپر سے۔</w:t>
      </w:r>
    </w:p>
    <w:p>
      <w:r>
        <w:rPr>
          <w:b/>
        </w:rPr>
        <w:t xml:space="preserve">[16:51] </w:t>
      </w:r>
      <w:r>
        <w:t>to woh main har saal kholta hoon. Aaj khola main ne to abhi speech shuru nahi hui thi to us ke pehle main ne us ko khola.</w:t>
      </w:r>
    </w:p>
    <w:p>
      <w:pPr>
        <w:jc w:val="right"/>
      </w:pPr>
      <w:r>
        <w:t>تو وہ میں ہر سال کھولتا ہوں۔ آج کھولا میں نے تو ابھی اسپیچ شروع نہیں ہوئی تھی تو اس کے پہلے میں نے اس کو کھولا۔</w:t>
      </w:r>
    </w:p>
    <w:p>
      <w:r>
        <w:rPr>
          <w:b/>
        </w:rPr>
        <w:t xml:space="preserve">[17:00] </w:t>
      </w:r>
      <w:r>
        <w:t>is ko aik aadmi batata hai wahan ke ab log aa gaye hain, log baith rahe hain, yeh ho raha hai, woh ho raha hai aur tha minister ji ka caron ka qafila aa raha hai, yahan enter hue, wahan pohnche.</w:t>
      </w:r>
    </w:p>
    <w:p>
      <w:pPr>
        <w:jc w:val="right"/>
      </w:pPr>
      <w:r>
        <w:t>اس کو ایک آدمی بتاتا ہے وہاں کہ اب لوگ آگئے ہیں، لوگ بیٹھ رہے ہیں، یہ ہو رہا ہے، وہ ہو رہا ہے اور تھا منسٹر جی کا کاروں کا قافلہ آ رہا ہے، یہاں انٹر ہوئے، وہاں پہنچے۔</w:t>
      </w:r>
    </w:p>
    <w:p>
      <w:r>
        <w:rPr>
          <w:b/>
        </w:rPr>
        <w:t xml:space="preserve">[17:13] </w:t>
      </w:r>
      <w:r>
        <w:t>phir yeh hai ke woh wahan par pohnche jahan unhein khara ho kar bolna hai</w:t>
      </w:r>
    </w:p>
    <w:p>
      <w:pPr>
        <w:jc w:val="right"/>
      </w:pPr>
      <w:r>
        <w:t>پھر یہ ہے کہ وہ وہاں پر پہنچے جہاں انہیں کھڑا ہو کر بولنا ہے</w:t>
      </w:r>
    </w:p>
    <w:p>
      <w:r>
        <w:rPr>
          <w:b/>
        </w:rPr>
        <w:t xml:space="preserve">[17:19] </w:t>
      </w:r>
      <w:r>
        <w:t>aur phir phir woh shuru kiya unhon ne</w:t>
      </w:r>
    </w:p>
    <w:p>
      <w:pPr>
        <w:jc w:val="right"/>
      </w:pPr>
      <w:r>
        <w:t>اور پھر پھر وہ شروع کیا انہوں نے</w:t>
      </w:r>
    </w:p>
    <w:p>
      <w:r>
        <w:rPr>
          <w:b/>
        </w:rPr>
        <w:t xml:space="preserve">[17:21] </w:t>
      </w:r>
      <w:r>
        <w:t>. yeh sab jo main sun raha tha radio par to ajeeb mera dil ka haal hua. yeh aaj subah ki baat hai.</w:t>
      </w:r>
    </w:p>
    <w:p>
      <w:pPr>
        <w:jc w:val="right"/>
      </w:pPr>
      <w:r>
        <w:t>۔ یہ سب جو میں سن رہا تھا ریڈیو پر تو عجیب میرا دل کا حال ہوا۔ یہ آج صبح کی بات ہے۔</w:t>
      </w:r>
    </w:p>
    <w:p>
      <w:r>
        <w:rPr>
          <w:b/>
        </w:rPr>
        <w:t xml:space="preserve">[17:32] </w:t>
      </w:r>
      <w:r>
        <w:t>mujhe bilkul is mein hashar ka manzar yaad aa gaya. ke jis tarah lal qile ke samne bohat bara wahan par majma hai, bohat sare log ekatha hain aur phir prime minister aata hai, woh woh wahan par speech deta hai.</w:t>
      </w:r>
    </w:p>
    <w:p>
      <w:pPr>
        <w:jc w:val="right"/>
      </w:pPr>
      <w:r>
        <w:t>مجھے بالکل اس میں حشر کا منظر یاد آگیا۔ کہ جس طرح لال قلعے کے سامنے بہت بڑا وہاں پر مجمع ہے، بہت سارے لوگ اکٹھا ہیں اور پھر پرائم منسٹر آتا ہے، وہ وہ وہاں پر سپیچ دیتا ہے۔</w:t>
      </w:r>
    </w:p>
    <w:p>
      <w:r>
        <w:rPr>
          <w:b/>
        </w:rPr>
        <w:t xml:space="preserve">[17:52] </w:t>
      </w:r>
      <w:r>
        <w:t>to maine socha ke jo hashar ke bare mein bataya gaya hai hadithon mein woh woh isi tarah ka hai ke hashar ka maidan bohat bara maidan hoga.</w:t>
      </w:r>
    </w:p>
    <w:p>
      <w:pPr>
        <w:jc w:val="right"/>
      </w:pPr>
      <w:r>
        <w:t>تو میں نے سوچا کہ جو حشر کے بارے میں بتایا گیا ہے حدیثوں میں وہ وہ اسی طرح کا ہے کہ حشر کا میدان بہت بڑا میدان ہوگا۔</w:t>
      </w:r>
    </w:p>
    <w:p>
      <w:r>
        <w:rPr>
          <w:b/>
        </w:rPr>
        <w:t xml:space="preserve">[18:03] </w:t>
      </w:r>
      <w:r>
        <w:t>saare insaan wahan ekhathe kiye jayenge. har aurat, har mard, bachcha aur boodha, badshah aur aam aadmi sab sab wahan ekhathe ho jayenge.</w:t>
      </w:r>
    </w:p>
    <w:p>
      <w:pPr>
        <w:jc w:val="right"/>
      </w:pPr>
      <w:r>
        <w:t>سارے انسان وہاں اکٹھے کیے جائیں گے۔ ہر عورت، ہر مرد، بچہ اور بوڑھا، بادشاہ اور عام آدمی سب سب وہاں اکٹھے ہو جائیں گے۔</w:t>
      </w:r>
    </w:p>
    <w:p>
      <w:r>
        <w:rPr>
          <w:b/>
        </w:rPr>
        <w:t xml:space="preserve">[18:16] </w:t>
      </w:r>
      <w:r>
        <w:t>aur phir Allah taala ka zahoor hoga wahan farishton ke sath.</w:t>
      </w:r>
    </w:p>
    <w:p>
      <w:pPr>
        <w:jc w:val="right"/>
      </w:pPr>
      <w:r>
        <w:t>اور پھر اللہ تعالی کا ظہور ہوگا وہاں فرشتوں کے ساتھ۔</w:t>
      </w:r>
    </w:p>
    <w:p>
      <w:r>
        <w:rPr>
          <w:b/>
        </w:rPr>
        <w:t xml:space="preserve">[18:25] </w:t>
      </w:r>
      <w:r>
        <w:t>aur Allah taala saare insaan ko khitab karenge direct.</w:t>
      </w:r>
    </w:p>
    <w:p>
      <w:pPr>
        <w:jc w:val="right"/>
      </w:pPr>
      <w:r>
        <w:t>اور اللہ تعالی سارے انسان کو خطاب کریں گے ڈائریکٹ۔</w:t>
      </w:r>
    </w:p>
    <w:p>
      <w:r>
        <w:rPr>
          <w:b/>
        </w:rPr>
        <w:t xml:space="preserve">[18:32] </w:t>
      </w:r>
      <w:r>
        <w:t>to hadith mein aata hai. in al-jabbaroon in al-mutakabbiroon in mulook al-ard.</w:t>
      </w:r>
    </w:p>
    <w:p>
      <w:pPr>
        <w:jc w:val="right"/>
      </w:pPr>
      <w:r>
        <w:t>تو حدیث میں آتا ہے۔ ان الجبارون ان المتکبرون ان ملوک الارض۔</w:t>
      </w:r>
    </w:p>
    <w:p>
      <w:r>
        <w:rPr>
          <w:b/>
        </w:rPr>
        <w:t xml:space="preserve">[18:43] </w:t>
      </w:r>
      <w:r>
        <w:t>to hadith mein aata hai ke Rasool Allah sal Allah alaihi wasallam mimbar mimbar par khare hue aur aap ne yeh yeh parhi</w:t>
      </w:r>
    </w:p>
    <w:p>
      <w:pPr>
        <w:jc w:val="right"/>
      </w:pPr>
      <w:r>
        <w:t>تو حدیث میں آتا ہے کہ رسول اللہ صلی اللہ علیہ وسلم ممبر ممبر پر کھڑے ہوئے اور آپ نے یہ یہ پڑھی</w:t>
      </w:r>
    </w:p>
    <w:p>
      <w:r>
        <w:rPr>
          <w:b/>
        </w:rPr>
        <w:t xml:space="preserve">[18:54] </w:t>
      </w:r>
      <w:r>
        <w:t>woh is se relevant jo ayat hai aur phir aap ne yahi farmaya ke Allah taala is waqt zahir hoga. aap jante hain ke dunya mein insaan kya kar raha hai?</w:t>
      </w:r>
    </w:p>
    <w:p>
      <w:pPr>
        <w:jc w:val="right"/>
      </w:pPr>
      <w:r>
        <w:t>وہ اس سے ریلیونٹ جو آیت ہے اور پھر آپ نے یہی فرمایا کہ اللہ تعالی اس وقت ظاہر ہوگا۔ آپ جانتے ہیں کہ دنیا میں انسان کیا کر رہا ہے؟</w:t>
      </w:r>
    </w:p>
    <w:p>
      <w:r>
        <w:rPr>
          <w:b/>
        </w:rPr>
        <w:t xml:space="preserve">[19:04] </w:t>
      </w:r>
      <w:r>
        <w:t>misuse kar raha hai freedom ka. sirf badshahi nahi kar rahe, sab aadmi sarkash bana hua hai.</w:t>
      </w:r>
    </w:p>
    <w:p>
      <w:pPr>
        <w:jc w:val="right"/>
      </w:pPr>
      <w:r>
        <w:t>مس یوز کر رہا ہے فریڈم کا۔ صرف بادشاہی نہیں کر رہے، سب آدمی سرکش بنا ہوا ہے۔</w:t>
      </w:r>
    </w:p>
    <w:p>
      <w:r>
        <w:rPr>
          <w:b/>
        </w:rPr>
        <w:t xml:space="preserve">[19:14] </w:t>
      </w:r>
      <w:r>
        <w:t>yeh dunya Allah ki dunya hai. Allah ne paida kiya hai. wahi is ka badshah hai, wahi is ka malik hai.</w:t>
      </w:r>
    </w:p>
    <w:p>
      <w:pPr>
        <w:jc w:val="right"/>
      </w:pPr>
      <w:r>
        <w:t>یہ دنیا اللہ کی دنیا ہے۔ اللہ نے پیدا کیا ہے۔ وہی اس کا بادشاہ ہے، وہی اس کا مالک ہے۔</w:t>
      </w:r>
    </w:p>
    <w:p>
      <w:r>
        <w:rPr>
          <w:b/>
        </w:rPr>
        <w:t xml:space="preserve">[19:22] </w:t>
      </w:r>
      <w:r>
        <w:t>hum sab log is ke bande hain. lekin har aadmi sarkashi sarkash bana hua hai. badshah log ana rabbukum al-aala is tarah ka naarah lagate hain.</w:t>
      </w:r>
    </w:p>
    <w:p>
      <w:pPr>
        <w:jc w:val="right"/>
      </w:pPr>
      <w:r>
        <w:t>ہم سب لوگ اس کے بندے ہیں۔ لیکن ہر آدمی سرکشی سرکش بنا ہوا ہے۔ بادشاہ لوگ انا ربکم الاعلیٰ اس طرح کا نعرہ لگاتے ہیں۔</w:t>
      </w:r>
    </w:p>
    <w:p>
      <w:r>
        <w:rPr>
          <w:b/>
        </w:rPr>
        <w:t xml:space="preserve">[19:36] </w:t>
      </w:r>
      <w:r>
        <w:t>to woh woh saari tareekh apne zehen mein rakhiye. woh</w:t>
      </w:r>
    </w:p>
    <w:p>
      <w:pPr>
        <w:jc w:val="right"/>
      </w:pPr>
      <w:r>
        <w:t>تو وہ وہ ساری تاریخ اپنے ذہن میں رکھیے۔ وہ</w:t>
      </w:r>
    </w:p>
    <w:p>
      <w:r>
        <w:rPr>
          <w:b/>
        </w:rPr>
        <w:t xml:space="preserve">[19:40] </w:t>
      </w:r>
      <w:r>
        <w:t>tareekh khatam hoti hai, end of history ho jata hai. aur saare insaan hashar ke maidan mein ekhathe kiye jate hain.</w:t>
      </w:r>
    </w:p>
    <w:p>
      <w:pPr>
        <w:jc w:val="right"/>
      </w:pPr>
      <w:r>
        <w:t>تاریخ ختم ہوتی ہے، اینڈ آف ہسٹری ہو جاتا ہے۔ اور سارے انسان حشر کے میدان میں اکٹھا کیے جاتے ہیں۔</w:t>
      </w:r>
    </w:p>
    <w:p>
      <w:r>
        <w:rPr>
          <w:b/>
        </w:rPr>
        <w:t xml:space="preserve">[19:51] </w:t>
      </w:r>
      <w:r>
        <w:t>aur phir wahan par farishton ke jalo mein Allah zahir hota hai.</w:t>
      </w:r>
    </w:p>
    <w:p>
      <w:pPr>
        <w:jc w:val="right"/>
      </w:pPr>
      <w:r>
        <w:t>اور پھر وہاں پر فرشتوں کے جلو میں اللہ ظاہر ہوتا ہے۔</w:t>
      </w:r>
    </w:p>
    <w:p>
      <w:r>
        <w:rPr>
          <w:b/>
        </w:rPr>
        <w:t xml:space="preserve">[19:58] </w:t>
      </w:r>
      <w:r>
        <w:t>us waqt rasool Allah ne jab yeh kaha ke Allah taala</w:t>
      </w:r>
    </w:p>
    <w:p>
      <w:pPr>
        <w:jc w:val="right"/>
      </w:pPr>
      <w:r>
        <w:t>اس وقت رسول اللہ نے جب یہ کہا کہ اللہ تعالی</w:t>
      </w:r>
    </w:p>
    <w:p>
      <w:r>
        <w:rPr>
          <w:b/>
        </w:rPr>
        <w:t xml:space="preserve">[20:03] </w:t>
      </w:r>
      <w:r>
        <w:t>ka zahoor hoga aur Allah taala farmayega in jab baroon in almutakabiroon in malook alarz</w:t>
      </w:r>
    </w:p>
    <w:p>
      <w:pPr>
        <w:jc w:val="right"/>
      </w:pPr>
      <w:r>
        <w:t>کا ظہور ہوگا اور اللہ تعالی فرمائے گا ان جب بارون ان المتکبرون ان ملوک الارض</w:t>
      </w:r>
    </w:p>
    <w:p>
      <w:r>
        <w:rPr>
          <w:b/>
        </w:rPr>
        <w:t xml:space="preserve">[20:11] </w:t>
      </w:r>
      <w:r>
        <w:t>kahan hai jabbar kahan hai badshah kahan hai shehenshah kahan hai emperor</w:t>
      </w:r>
    </w:p>
    <w:p>
      <w:pPr>
        <w:jc w:val="right"/>
      </w:pPr>
      <w:r>
        <w:t>کہاں ہے جبار کہاں ہے بادشاہ کہاں ہے شہنشاہ کہاں ہے ایمپرر</w:t>
      </w:r>
    </w:p>
    <w:p>
      <w:r>
        <w:rPr>
          <w:b/>
        </w:rPr>
        <w:t xml:space="preserve">[20:17] </w:t>
      </w:r>
      <w:r>
        <w:t>to is pe aata hai ke yeh kehte hue aap</w:t>
      </w:r>
    </w:p>
    <w:p>
      <w:pPr>
        <w:jc w:val="right"/>
      </w:pPr>
      <w:r>
        <w:t>تو اس پہ آتا ہے کہ یہ کہتے ہوئے آپ</w:t>
      </w:r>
    </w:p>
    <w:p>
      <w:r>
        <w:rPr>
          <w:b/>
        </w:rPr>
        <w:t xml:space="preserve">[20:21] </w:t>
      </w:r>
      <w:r>
        <w:t>aap ke paon ladkhada gaye mimbar par lagta hai gir padenge aap zameen par.</w:t>
      </w:r>
    </w:p>
    <w:p>
      <w:pPr>
        <w:jc w:val="right"/>
      </w:pPr>
      <w:r>
        <w:t>آپ کے پاؤں لڑکھڑا گئے ممبر پر لگتا ہے گر پڑیں گے آپ زمین پر۔</w:t>
      </w:r>
    </w:p>
    <w:p>
      <w:r>
        <w:rPr>
          <w:b/>
        </w:rPr>
        <w:t xml:space="preserve">[20:30] </w:t>
      </w:r>
      <w:r>
        <w:t>yeh sab mujhe yaad aaya.</w:t>
      </w:r>
    </w:p>
    <w:p>
      <w:pPr>
        <w:jc w:val="right"/>
      </w:pPr>
      <w:r>
        <w:t>یہ سب مجھے یاد آیا۔</w:t>
      </w:r>
    </w:p>
    <w:p>
      <w:r>
        <w:rPr>
          <w:b/>
        </w:rPr>
        <w:t xml:space="preserve">[20:34] </w:t>
      </w:r>
      <w:r>
        <w:t>ke is mulk ka jo prime minister hai sara ikhtiyar prime minister ke pas hota hai. sare log baithe hue hain. aur prime minister aata hai woh bulandi par khara hota hai.</w:t>
      </w:r>
    </w:p>
    <w:p>
      <w:pPr>
        <w:jc w:val="right"/>
      </w:pPr>
      <w:r>
        <w:t>کہ اس ملک کا جو پرائم منسٹر ہے سارا اختیار پرائم منسٹر کے پاس ہوتا ہے۔ سارے لوگ بیٹھے ہوئے ہیں۔ اور پرائم منسٹر آتا ہے وہ بلندی پر کھڑا ہوتا ہے۔</w:t>
      </w:r>
    </w:p>
    <w:p>
      <w:r>
        <w:rPr>
          <w:b/>
        </w:rPr>
        <w:t xml:space="preserve">[20:47] </w:t>
      </w:r>
      <w:r>
        <w:t>aur woh khitab karta hai wahan se. to phir main dua karne laga Khuda woh din aanay wala hai hum sab ke liye bhi. to hum sab ko bakhsh de.</w:t>
      </w:r>
    </w:p>
    <w:p>
      <w:pPr>
        <w:jc w:val="right"/>
      </w:pPr>
      <w:r>
        <w:t>اور وہ خطاب کرتا ہے وہاں سے۔ تو پھر میں دعا کرنے لگا خدا وہ دن آنے والا ہے ہم سب کے لیے بھی۔ تو ہم سب کو بخش دے۔</w:t>
      </w:r>
    </w:p>
    <w:p>
      <w:r>
        <w:rPr>
          <w:b/>
        </w:rPr>
        <w:t xml:space="preserve">[20:59] </w:t>
      </w:r>
      <w:r>
        <w:t>yeh hai point of reference. ke is waqeye ko point of reference bana kar ke mere mind hashar ko socha.</w:t>
      </w:r>
    </w:p>
    <w:p>
      <w:pPr>
        <w:jc w:val="right"/>
      </w:pPr>
      <w:r>
        <w:t>یہ ہے پوائنٹ آف ریفرنس۔ کہ اس واقعے کو پوائنٹ آف ریفرنس بنا کر کے میرے مائنڈ حشر کو سوچا۔</w:t>
      </w:r>
    </w:p>
    <w:p>
      <w:r>
        <w:rPr>
          <w:b/>
        </w:rPr>
        <w:t xml:space="preserve">[21:11] </w:t>
      </w:r>
      <w:r>
        <w:t>to yeh hai sochna. sochna koi yani koi abstract cheez nahi hai. sochna koi abstract cheez nahi hai.</w:t>
      </w:r>
    </w:p>
    <w:p>
      <w:pPr>
        <w:jc w:val="right"/>
      </w:pPr>
      <w:r>
        <w:t>تو یہ ہے سوچنا۔ سوچنا کوئی یعنی کوئی ابسٹرکٹ چیز نہیں ہے۔ سوچنا کوئی ابسٹرکٹ چیز نہیں ہے۔</w:t>
      </w:r>
    </w:p>
    <w:p>
      <w:r>
        <w:rPr>
          <w:b/>
        </w:rPr>
        <w:t xml:space="preserve">[21:27] </w:t>
      </w:r>
      <w:r>
        <w:t>sochna na to alfaaz ko dohrana hai ke aap Allah Allah Allah Allah Allah Allah Allah karein yeh sochna nahi hai. na abstract tor par aap apne mind ko empty kar lein woh bhi sochna nahi hai.</w:t>
      </w:r>
    </w:p>
    <w:p>
      <w:pPr>
        <w:jc w:val="right"/>
      </w:pPr>
      <w:r>
        <w:t>سوچنا نہ تو الفاظ کو دہرانا ہے کہ آپ اللہ اللہ اللہ اللہ اللہ اللہ اللہ کریں یہ سوچنا نہیں ہے۔ نہ ابسٹرکٹ طور پر آپ اپنے مائنڈ کو ایمپیٹی کر لیں وہ بھی سوچنا نہیں ہے۔</w:t>
      </w:r>
    </w:p>
    <w:p>
      <w:r>
        <w:rPr>
          <w:b/>
        </w:rPr>
        <w:t xml:space="preserve">[21:43] </w:t>
      </w:r>
      <w:r>
        <w:t>sochna hai apne consciousness ko jagana apne apne yani mind ko activate karna.</w:t>
      </w:r>
    </w:p>
    <w:p>
      <w:pPr>
        <w:jc w:val="right"/>
      </w:pPr>
      <w:r>
        <w:t>سوچنا ہے اپنے کانشیسنس کو جگانا اپنے اپنے یعنی مائنڈ کو ایکٹیویٹ کرنا۔</w:t>
      </w:r>
    </w:p>
    <w:p>
      <w:r>
        <w:rPr>
          <w:b/>
        </w:rPr>
        <w:t xml:space="preserve">[21:52] </w:t>
      </w:r>
      <w:r>
        <w:t>jaise ke radio sunte hue mera mind activate hua. aur yeh sab baatein yaad aayin jo hadithon mein hain.</w:t>
      </w:r>
    </w:p>
    <w:p>
      <w:pPr>
        <w:jc w:val="right"/>
      </w:pPr>
      <w:r>
        <w:t>جیسے کہ ریڈیو سنتے ہوئے میرا مائنڈ ایکٹیویٹ ہوا۔ اور یہ سب باتیں یاد آئیں جو حدیثوں میں ہیں۔</w:t>
      </w:r>
    </w:p>
    <w:p>
      <w:r>
        <w:rPr>
          <w:b/>
        </w:rPr>
        <w:t xml:space="preserve">[22:02] </w:t>
      </w:r>
      <w:r>
        <w:t>aur phir is se ek ek is point of reference mein koi duaen niklein. yeh hai sochne ka matlab. toh ramzan ka mahina isi qism ki soch ki training hai.</w:t>
      </w:r>
    </w:p>
    <w:p>
      <w:pPr>
        <w:jc w:val="right"/>
      </w:pPr>
      <w:r>
        <w:t>اور پھر اس سے ایک ایک اس پوائنٹ آف ریفرنس میں کوئی دعائیں نکلیں۔ یہ ہے سوچنے کا مطلب۔ تو رمضان کا مہینہ اسی قسم کی سوچ کی ٹریننگ ہے۔</w:t>
      </w:r>
    </w:p>
    <w:p>
      <w:r>
        <w:rPr>
          <w:b/>
        </w:rPr>
        <w:t xml:space="preserve">[22:18] </w:t>
      </w:r>
      <w:r>
        <w:t>yeh toh soch hamein roza na karna hai, roza na karna hai lekin ramzan mein yeh hota hai ke hum apna waqt zyada hamein farigh ho jata hai. aap ghaur kijiyega ke aap ko na khana ho na peena ho na chai peena ho na sari routine band ho gaya hoon toh waqt sab khali hi khali hai.</w:t>
      </w:r>
    </w:p>
    <w:p>
      <w:pPr>
        <w:jc w:val="right"/>
      </w:pPr>
      <w:r>
        <w:t>یہ تو سوچ ہمیں روزہ نہ کرنا ہے، روزہ نہ کرنا ہے لیکن رمضان میں یہ ہوتا ہے کہ ہم اپنا وقت زیادہ ہمیں فارغ ہو جاتا ہے۔ آپ غور کیجئے گا کہ آپ کو نہ کھانا ہو نہ پینا ہو نہ چائے پینا ہو نہ ساری روٹین بند ہو گیا ہوں تو وقت سب خالی ہی خالی ہے۔</w:t>
      </w:r>
    </w:p>
    <w:p>
      <w:r>
        <w:rPr>
          <w:b/>
        </w:rPr>
        <w:t xml:space="preserve">[22:36] </w:t>
      </w:r>
      <w:r>
        <w:t>toh sochne ka waqt bohat mil jata hai.</w:t>
      </w:r>
    </w:p>
    <w:p>
      <w:pPr>
        <w:jc w:val="right"/>
      </w:pPr>
      <w:r>
        <w:t>تو سوچنے کا وقت بہت مل جاتا ہے۔</w:t>
      </w:r>
    </w:p>
    <w:p>
      <w:r>
        <w:rPr>
          <w:b/>
        </w:rPr>
        <w:t xml:space="preserve">[22:45] </w:t>
      </w:r>
      <w:r>
        <w:t>aur jitne paise wale hon toh aur zyada masghool rehte hain.</w:t>
      </w:r>
    </w:p>
    <w:p>
      <w:pPr>
        <w:jc w:val="right"/>
      </w:pPr>
      <w:r>
        <w:t>اور جتنے پیسے والے ہوں تو اور زیادہ مشغول رہتے ہیں۔</w:t>
      </w:r>
    </w:p>
    <w:p>
      <w:r>
        <w:rPr>
          <w:b/>
        </w:rPr>
        <w:t xml:space="preserve">[22:48] </w:t>
      </w:r>
      <w:r>
        <w:t>ek martaba mein ek ek sahib ke haan do din ke liye mehman tha, guest tha. toh woh kafi paise wale aadmi the.</w:t>
      </w:r>
    </w:p>
    <w:p>
      <w:pPr>
        <w:jc w:val="right"/>
      </w:pPr>
      <w:r>
        <w:t>ایک مرتبہ میں ایک ایک صاحب کے ہاں دو دن کے لیے مہمان تھا، گیسٹ تھا۔ تو وہ کافی پیسے والے آدمی تھے۔</w:t>
      </w:r>
    </w:p>
    <w:p>
      <w:r>
        <w:rPr>
          <w:b/>
        </w:rPr>
        <w:t xml:space="preserve">[22:58] </w:t>
      </w:r>
      <w:r>
        <w:t>bohat bara ghar tha un ka. bohat bara ghar tha. is mein kya tha? yani sirf khane ke liye bohat sare table the.</w:t>
      </w:r>
    </w:p>
    <w:p>
      <w:pPr>
        <w:jc w:val="right"/>
      </w:pPr>
      <w:r>
        <w:t>بہت بڑا گھر تھا ان کا۔ بہت بڑا گھر تھا۔ اس میں کیا تھا؟ یعنی صرف کھانے کے لیے بہت سارے ٹیبل تھے۔</w:t>
      </w:r>
    </w:p>
    <w:p>
      <w:r>
        <w:rPr>
          <w:b/>
        </w:rPr>
        <w:t xml:space="preserve">[23:09] </w:t>
      </w:r>
      <w:r>
        <w:t>ek table tha woh daily wahan breakfast ke liye tha. ek alag room mein woh break f</w:t>
      </w:r>
    </w:p>
    <w:p>
      <w:pPr>
        <w:jc w:val="right"/>
      </w:pPr>
      <w:r>
        <w:t>ایک ٹیبل تھا وہ ڈیلی وہاں بریک فاسٹ کے لیے تھا۔ ایک الگ روم میں وہ بریک ف</w:t>
      </w:r>
    </w:p>
    <w:p>
      <w:r>
        <w:rPr>
          <w:b/>
        </w:rPr>
        <w:t xml:space="preserve">[23:17] </w:t>
      </w:r>
      <w:r>
        <w:t>fast ke liye. ek aur room tha is mein lunch ke liye alag table tha. ek aur room tha is mein sham ka jo breakfast hota hai is ke liye alag table tha.</w:t>
      </w:r>
    </w:p>
    <w:p>
      <w:pPr>
        <w:jc w:val="right"/>
      </w:pPr>
      <w:r>
        <w:t>اسٹ کے لیے۔ ایک اور روم تھا اس میں لنچ کے لیے الگ ٹیبل تھا۔ ایک اور روم تھا اس میں شام کا جو بریک فاسٹ ہوتا ہے اس کے لیے الگ ٹیبل تھا۔</w:t>
      </w:r>
    </w:p>
    <w:p>
      <w:r>
        <w:rPr>
          <w:b/>
        </w:rPr>
        <w:t xml:space="preserve">[23:29] </w:t>
      </w:r>
      <w:r>
        <w:t>phir ek aur table tha is ke liye dinner dinner ke liye alag table tha. phir ek aur room tha is mein special mehmanon ke liye alag tha woh.</w:t>
      </w:r>
    </w:p>
    <w:p>
      <w:pPr>
        <w:jc w:val="right"/>
      </w:pPr>
      <w:r>
        <w:t>پھر ایک اور ٹیبل تھا اس کے لیے ڈنر ڈنر کے لیے الگ ٹیبل تھا۔ پھر ایک اور روم تھا اس میں اسپیشل مہمانوں کے لیے الگ تھا وہ۔</w:t>
      </w:r>
    </w:p>
    <w:p>
      <w:r>
        <w:rPr>
          <w:b/>
        </w:rPr>
        <w:t xml:space="preserve">[23:38] </w:t>
      </w:r>
      <w:r>
        <w:t>toh isi mein masghool. woh apne jo un ke haan bohat sara kaam karne wale bohat se the servant woh yeh batate rehte hain ke dekho bhai aaj yahan karna aaya dekho bhai aaj wahan karna aaya dekho bhai woh aaney wale hain.</w:t>
      </w:r>
    </w:p>
    <w:p>
      <w:pPr>
        <w:jc w:val="right"/>
      </w:pPr>
      <w:r>
        <w:t>تو اسی میں مشغول۔ وہ اپنے جو ان کے ہاں بہت سارا کام کرنے والے بہت سے تھے سرونٹ وہ یہ بتاتے رہتے ہیں کہ دیکھو بھائی آج یہاں کرنا آیا دیکھو بھائی آج وہاں کرنا آیا دیکھو بھائی وہ آنے والے ہیں۔</w:t>
      </w:r>
    </w:p>
    <w:p>
      <w:r>
        <w:rPr>
          <w:b/>
        </w:rPr>
        <w:t xml:space="preserve">[23:53] </w:t>
      </w:r>
      <w:r>
        <w:t>toh sara din un ke haan isi mein guzarta tha.</w:t>
      </w:r>
    </w:p>
    <w:p>
      <w:pPr>
        <w:jc w:val="right"/>
      </w:pPr>
      <w:r>
        <w:t>تو سارا دن ان کے ہاں اسی میں گزرتا تھا۔</w:t>
      </w:r>
    </w:p>
    <w:p>
      <w:r>
        <w:rPr>
          <w:b/>
        </w:rPr>
        <w:t xml:space="preserve">[23:58] </w:t>
      </w:r>
      <w:r>
        <w:t>toh yeh hai yeh hai yani yeh hai distraction. aadmi apne ko phansaya rehta hai.</w:t>
      </w:r>
    </w:p>
    <w:p>
      <w:pPr>
        <w:jc w:val="right"/>
      </w:pPr>
      <w:r>
        <w:t>تو یہ ہے یہ ہے یعنی یہ ہے ڈسٹریکشن۔ آدمی اپنے کو پھنسایا رہتا ہے۔</w:t>
      </w:r>
    </w:p>
    <w:p>
      <w:r>
        <w:rPr>
          <w:b/>
        </w:rPr>
        <w:t xml:space="preserve">[24:06] </w:t>
      </w:r>
      <w:r>
        <w:t>phansaya rehne ki wajah se is ko jo asal jo bari bari jo jo bari bari baatein hain is ko sochne ka is ko mauqa nahi milta. is liye mein is is is saying ko pasand karta hoon simple living high thinking.</w:t>
      </w:r>
    </w:p>
    <w:p>
      <w:pPr>
        <w:jc w:val="right"/>
      </w:pPr>
      <w:r>
        <w:t>پھنسایا رہنے کی وجہ سے اس کو جو اصل جو بڑی بڑی جو جو بڑی بڑی باتیں ہیں اس کو سوچنے کا اس کو موقع نہیں ملتا۔ اس لیے میں اس اس اس سیئنگ کو پسند کرتا ہوں سمپل لیونگ ہائی تھنکنگ۔</w:t>
      </w:r>
    </w:p>
    <w:p>
      <w:r>
        <w:rPr>
          <w:b/>
        </w:rPr>
        <w:t xml:space="preserve">[24:21] </w:t>
      </w:r>
      <w:r>
        <w:t>mein is ko bohat pasand karta hoon. simple living hogi tabhi high thinking aayegi. agar simple living nahi hai high thinking bhi nahi aayegi.</w:t>
      </w:r>
    </w:p>
    <w:p>
      <w:pPr>
        <w:jc w:val="right"/>
      </w:pPr>
      <w:r>
        <w:t>میں اس کو بہت پسند کرتا ہوں۔ سمپل لیونگ ہوگی تبھی ہائی تھنکنگ آئے گی۔ اگر سمپل لیونگ نہیں ہے ہائی تھنکنگ بھی نہیں آئے گی۔</w:t>
      </w:r>
    </w:p>
    <w:p>
      <w:r>
        <w:rPr>
          <w:b/>
        </w:rPr>
        <w:t xml:space="preserve">[24:34] </w:t>
      </w:r>
      <w:r>
        <w:t>yani agar aap ko high thinking lana hai apne andar toh phir simple living bhi lana padega.</w:t>
      </w:r>
    </w:p>
    <w:p>
      <w:pPr>
        <w:jc w:val="right"/>
      </w:pPr>
      <w:r>
        <w:t>یعنی اگر آپ کو ہائی تھنکنگ لانا ہے اپنے اندر تو پھر سمپل لیونگ بھی لانا پڑے گا۔</w:t>
      </w:r>
    </w:p>
    <w:p>
      <w:r>
        <w:rPr>
          <w:b/>
        </w:rPr>
        <w:t xml:space="preserve">[24:44] </w:t>
      </w:r>
      <w:r>
        <w:t>donon ek doosre se jure hue hain. toh roza kya roza yahi hai simple living high thinking. roze ko aap koi mysterious cheez mat samjhiye.</w:t>
      </w:r>
    </w:p>
    <w:p>
      <w:pPr>
        <w:jc w:val="right"/>
      </w:pPr>
      <w:r>
        <w:t>دونوں ایک دوسرے سے جڑے ہوئے ہیں۔ تو روزہ کیا روزہ یہی ہے سمپل لیونگ ہائی تھنکنگ۔ روزے کو آپ کوئی مسٹیریس چیز مت سمجھیے۔</w:t>
      </w:r>
    </w:p>
    <w:p>
      <w:r>
        <w:rPr>
          <w:b/>
        </w:rPr>
        <w:t xml:space="preserve">[24:56] </w:t>
      </w:r>
      <w:r>
        <w:t>roza jo hai simple living high thinking ki training hai.</w:t>
      </w:r>
    </w:p>
    <w:p>
      <w:pPr>
        <w:jc w:val="right"/>
      </w:pPr>
      <w:r>
        <w:t>روزہ جو ہے سمپل لیونگ ہائی تھنکنگ کی ٹریننگ ہے۔</w:t>
      </w:r>
    </w:p>
    <w:p>
      <w:r>
        <w:rPr>
          <w:b/>
        </w:rPr>
        <w:t xml:space="preserve">[25:02] </w:t>
      </w:r>
      <w:r>
        <w:t>ke sada zindagi guzaro aur phir bari bari cheezein tum ko discoveries hon gi socho ge mind activate hoga tumhara bari bari discoveries hon gi.</w:t>
      </w:r>
    </w:p>
    <w:p>
      <w:pPr>
        <w:jc w:val="right"/>
      </w:pPr>
      <w:r>
        <w:t>کہ سادہ زندگی گزارو اور پھر بڑی بڑی چیزیں تم کو ڈسکوریز ہوں گی سوچو گے مائنڈ ایکٹیویٹ ہوگا تمہارا بڑی بڑی ڈسکوریز ہوں گی۔</w:t>
      </w:r>
    </w:p>
    <w:p>
      <w:r>
        <w:rPr>
          <w:b/>
        </w:rPr>
        <w:t xml:space="preserve">[25:16] </w:t>
      </w:r>
      <w:r>
        <w:t>jaise aaj maine subah ki misaal di aap ko.</w:t>
      </w:r>
    </w:p>
    <w:p>
      <w:pPr>
        <w:jc w:val="right"/>
      </w:pPr>
      <w:r>
        <w:t>جیسے آج میں نے صبح کی مثال دی آپ کو۔</w:t>
      </w:r>
    </w:p>
    <w:p>
      <w:r>
        <w:rPr>
          <w:b/>
        </w:rPr>
        <w:t xml:space="preserve">[25:22] </w:t>
      </w:r>
      <w:r>
        <w:t>toh roze ko log samajhte hain koi mysterious cheez hai aur mysteriously is ka hum ko sawab mil jata hai aur mysterious fazail is ke hain yeh sab aisa nahi hai.</w:t>
      </w:r>
    </w:p>
    <w:p>
      <w:pPr>
        <w:jc w:val="right"/>
      </w:pPr>
      <w:r>
        <w:t>تو روزہ کو لوگ سمجھتے ہیں کوئی مسٹیریس چیز ہے اور مسٹیریسلی اس کا ہم کو ثواب مل جاتا ہے اور مسٹیریس فضائل اس کے ہیں یہ سب ایسا نہیں ہے۔</w:t>
      </w:r>
    </w:p>
    <w:p>
      <w:r>
        <w:rPr>
          <w:b/>
        </w:rPr>
        <w:t xml:space="preserve">[25:34] </w:t>
      </w:r>
      <w:r>
        <w:t>yani lafz badal kar agar mein kahoon toh mein kahoon ke roza means simple living high thinking.</w:t>
      </w:r>
    </w:p>
    <w:p>
      <w:pPr>
        <w:jc w:val="right"/>
      </w:pPr>
      <w:r>
        <w:t>یعنی لفظ بدل کر اگر میں کہوں تو میں کہوں کہ روزہ مینز سمپل لیونگ ہائی تھنکنگ۔</w:t>
      </w:r>
    </w:p>
    <w:p>
      <w:r>
        <w:rPr>
          <w:b/>
        </w:rPr>
        <w:t xml:space="preserve">[25:46] </w:t>
      </w:r>
      <w:r>
        <w:t>toh dekhiye</w:t>
      </w:r>
    </w:p>
    <w:p>
      <w:pPr>
        <w:jc w:val="right"/>
      </w:pPr>
      <w:r>
        <w:t>تو دیکھیے</w:t>
      </w:r>
    </w:p>
    <w:p>
      <w:r>
        <w:rPr>
          <w:b/>
        </w:rPr>
        <w:t xml:space="preserve">[25:50] </w:t>
      </w:r>
      <w:r>
        <w:t>Allah taala ne duniya mein</w:t>
      </w:r>
    </w:p>
    <w:p>
      <w:pPr>
        <w:jc w:val="right"/>
      </w:pPr>
      <w:r>
        <w:t>اللہ تعالی نے دنیا میں</w:t>
      </w:r>
    </w:p>
    <w:p>
      <w:r>
        <w:rPr>
          <w:b/>
        </w:rPr>
        <w:t xml:space="preserve">[25:53] </w:t>
      </w:r>
      <w:r>
        <w:t>yani yeh duniya jo hai universe universe of facts hai. ek science ek scientist ne likha hai ke yeh universe of facts jo hai is ka one percent bhi hum nahi jan paate aur mar jaate hain.</w:t>
      </w:r>
    </w:p>
    <w:p>
      <w:pPr>
        <w:jc w:val="right"/>
      </w:pPr>
      <w:r>
        <w:t>یعنی یہ دنیا جو ہے یونیورس یونیورس آف فیکٹس ہے۔ ایک سائنس ایک سائنٹسٹ نے لکھا ہے کہ یہ یونیورس آف فیکٹس جو ہے اس کا ون پرسنٹ بھی ہم نہیں جان پاتے اور مر جاتے ہیں۔</w:t>
      </w:r>
    </w:p>
    <w:p>
      <w:r>
        <w:rPr>
          <w:b/>
        </w:rPr>
        <w:t xml:space="preserve">[26:08] </w:t>
      </w:r>
      <w:r>
        <w:t>kyunke bohat hi zyada facts se bhari hui hai duniya. one percent bhi hum discover nahi kar paate aur mar jaate hain.</w:t>
      </w:r>
    </w:p>
    <w:p>
      <w:pPr>
        <w:jc w:val="right"/>
      </w:pPr>
      <w:r>
        <w:t>کیونکہ بہت ہی زیادہ فیکٹس سے بھری ہوئی ہے دنیا۔ ون پرسنٹ بھی ہم ڈسکور نہیں کر پاتے اور مر جاتے ہیں۔</w:t>
      </w:r>
    </w:p>
    <w:p>
      <w:r>
        <w:rPr>
          <w:b/>
        </w:rPr>
        <w:t xml:space="preserve">[26:18] </w:t>
      </w:r>
      <w:r>
        <w:t>to aadmi ke paas time kahan hai?</w:t>
      </w:r>
    </w:p>
    <w:p>
      <w:pPr>
        <w:jc w:val="right"/>
      </w:pPr>
      <w:r>
        <w:t>تو آدمی کے پاس ٹائم کہاں ہے؟</w:t>
      </w:r>
    </w:p>
    <w:p>
      <w:r>
        <w:rPr>
          <w:b/>
        </w:rPr>
        <w:t xml:space="preserve">[26:21] </w:t>
      </w:r>
      <w:r>
        <w:t>aap bataiye ke agar yeh aadmi ko maloom ho ke universe of facts bohat hi bara hai aur hamein sab se bari cheez yahi hai ke is ko hum paayein.</w:t>
      </w:r>
    </w:p>
    <w:p>
      <w:pPr>
        <w:jc w:val="right"/>
      </w:pPr>
      <w:r>
        <w:t>آپ بتائیے کہ اگر یہ آدمی کو معلوم ہو کہ یونیورس آف فیکٹس بہت ہی بڑا ہے اور ہمیں سب سے بڑی چیز یہی ہے کہ اس کو ہم پائیں۔</w:t>
      </w:r>
    </w:p>
    <w:p>
      <w:r>
        <w:rPr>
          <w:b/>
        </w:rPr>
        <w:t xml:space="preserve">[26:33] </w:t>
      </w:r>
      <w:r>
        <w:t>main aap ko ek arz karoon apna ek ek tajruba ke bohat dinon se aaj se nahi main samajhta hoon ke yani yani kam az kam 60 baras se mera ek ek ek tareeqa raha hai</w:t>
      </w:r>
    </w:p>
    <w:p>
      <w:pPr>
        <w:jc w:val="right"/>
      </w:pPr>
      <w:r>
        <w:t>میں آپ کو ایک عرض کروں اپنا ایک ایک تجربہ کہ بہت دنوں سے آج سے نہیں میں سمجھتا ہوں کہ یعنی یعنی کم از کم 60 برس سے میرا ایک ایک ایک طریقہ رہا ہے</w:t>
      </w:r>
    </w:p>
    <w:p>
      <w:r>
        <w:rPr>
          <w:b/>
        </w:rPr>
        <w:t xml:space="preserve">[26:47] </w:t>
      </w:r>
      <w:r>
        <w:t>jahan tak mujhe yaad hai shayad aur pehle se ho ke main aksar naye aadmi milte hain na is se poochta hoon apni koi koi finding bataiye apna koi tajruba bataiye koi wisdom jo aap ne seekhi ho koi woh bataiye.</w:t>
      </w:r>
    </w:p>
    <w:p>
      <w:pPr>
        <w:jc w:val="right"/>
      </w:pPr>
      <w:r>
        <w:t>جہاں تک مجھے یاد ہے شاید اور پہلے سے ہو کہ میں اکثر نئے آدمی ملتے ہیں نا اس سے پوچھتا ہوں اپنی کوئی کوئی فائنڈنگ بتائیے اپنا کوئی تجربہ بتائیے کوئی وزڈم جو آپ نے سیکھی ہو کوئی وہ بتائیے۔</w:t>
      </w:r>
    </w:p>
    <w:p>
      <w:r>
        <w:rPr>
          <w:b/>
        </w:rPr>
        <w:t xml:space="preserve">[27:02] </w:t>
      </w:r>
      <w:r>
        <w:t>to ajeeb baat hai koi apni finding nahi bata paata.</w:t>
      </w:r>
    </w:p>
    <w:p>
      <w:pPr>
        <w:jc w:val="right"/>
      </w:pPr>
      <w:r>
        <w:t>تو عجیب بات ہے کوئی اپنی فائنڈنگ نہیں بتا پاتا۔</w:t>
      </w:r>
    </w:p>
    <w:p>
      <w:r>
        <w:rPr>
          <w:b/>
        </w:rPr>
        <w:t xml:space="preserve">[27:09] </w:t>
      </w:r>
      <w:r>
        <w:t>koi batai nahi paata.</w:t>
      </w:r>
    </w:p>
    <w:p>
      <w:pPr>
        <w:jc w:val="right"/>
      </w:pPr>
      <w:r>
        <w:t>کوئی بتائی نہیں پاتا۔</w:t>
      </w:r>
    </w:p>
    <w:p>
      <w:r>
        <w:rPr>
          <w:b/>
        </w:rPr>
        <w:t xml:space="preserve">[27:12] </w:t>
      </w:r>
      <w:r>
        <w:t>abhi ek saath se mulaqat hui jo ek bohat bare institution mein hain bohat bara well known institution hai is mein woh das saal se hain. main ne poocha ke das saal ke andar aap ne koi ek aap ko finding mili hui ho koi wisdom mila ho koi bara experience hua ho woh bataiye koi ek jis ko hindi mein kehte hain tath ki baat.</w:t>
      </w:r>
    </w:p>
    <w:p>
      <w:pPr>
        <w:jc w:val="right"/>
      </w:pPr>
      <w:r>
        <w:t>ابھی ایک ساتھ سے ملاقات ہوئی جو ایک بہت بڑے انسٹیٹیوشن میں ہیں بہت بڑا ویل نون انسٹیٹیوشن ہے اس میں وہ دس سال سے ہیں۔ میں نے پوچھا کہ دس سال کے اندر آپ نے کوئی ایک آپ کو فائنڈنگ ملی ہوئی ہو کوئی وزڈم ملا ہو کوئی بڑا ایکسپیرینس ہوا ہو وہ بتائیے کوئی ایک جس کو ہندی میں کہتے ہیں تتھ کی بات۔</w:t>
      </w:r>
    </w:p>
    <w:p>
      <w:r>
        <w:rPr>
          <w:b/>
        </w:rPr>
        <w:t xml:space="preserve">[27:36] </w:t>
      </w:r>
      <w:r>
        <w:t>hindi mein bara acha lafz hai tath ki baat</w:t>
      </w:r>
    </w:p>
    <w:p>
      <w:pPr>
        <w:jc w:val="right"/>
      </w:pPr>
      <w:r>
        <w:t>ہندی میں بڑا اچھا لفظ ہے تتھ کی بات</w:t>
      </w:r>
    </w:p>
    <w:p>
      <w:r>
        <w:rPr>
          <w:b/>
        </w:rPr>
        <w:t xml:space="preserve">[27:39] </w:t>
      </w:r>
      <w:r>
        <w:t>koi wisdom. to yaqeen kijiye ke das saal mein ek bhi nahi bata paye woh.</w:t>
      </w:r>
    </w:p>
    <w:p>
      <w:pPr>
        <w:jc w:val="right"/>
      </w:pPr>
      <w:r>
        <w:t>کوئی وزڈم۔ تو یقین کیجئے کہ دس سال میں ایک بھی نہیں بتا پائے وہ۔</w:t>
      </w:r>
    </w:p>
    <w:p>
      <w:r>
        <w:rPr>
          <w:b/>
        </w:rPr>
        <w:t xml:space="preserve">[27:47] </w:t>
      </w:r>
      <w:r>
        <w:t>har ek ko har mahine roza har saal roza rakhte hain woh har saal roza rakhte hain woh to roze ko samjha hai logon ne bas rasam hai kar lo sawab mil gaya.</w:t>
      </w:r>
    </w:p>
    <w:p>
      <w:pPr>
        <w:jc w:val="right"/>
      </w:pPr>
      <w:r>
        <w:t>ہر ایک کو ہر مہینے روزہ ہر سال روزہ رکھتے ہیں وہ ہر سال روزہ رکھتے ہیں وہ تو روزے کو سمجھا ہے لوگوں نے بس رسم ہے کر لو ثواب مل گیا۔</w:t>
      </w:r>
    </w:p>
    <w:p>
      <w:r>
        <w:rPr>
          <w:b/>
        </w:rPr>
        <w:t xml:space="preserve">[28:01] </w:t>
      </w:r>
      <w:r>
        <w:t>yeh nahi jana in ko roze ka matlab hai sochne ka mahina</w:t>
      </w:r>
    </w:p>
    <w:p>
      <w:pPr>
        <w:jc w:val="right"/>
      </w:pPr>
      <w:r>
        <w:t>یہ نہیں جانا ان کو روزہ کا مطلب ہے سوچنے کا مہینہ</w:t>
      </w:r>
    </w:p>
    <w:p>
      <w:r>
        <w:rPr>
          <w:b/>
        </w:rPr>
        <w:t xml:space="preserve">[28:07] </w:t>
      </w:r>
      <w:r>
        <w:t>roze ka matlab hai sochne ka mahina.</w:t>
      </w:r>
    </w:p>
    <w:p>
      <w:pPr>
        <w:jc w:val="right"/>
      </w:pPr>
      <w:r>
        <w:t>روزے کا مطلب ہے سوچنے کا مہینہ۔</w:t>
      </w:r>
    </w:p>
    <w:p>
      <w:r>
        <w:rPr>
          <w:b/>
        </w:rPr>
        <w:t xml:space="preserve">[28:13] </w:t>
      </w:r>
      <w:r>
        <w:t>to rasool Allah sallallahu alaihi wasallam jo main ne arz kiya ke kuch ulma ne likha hai ke nabuwat se pehle aap qara mein jaate the aur wahan par aap ramzan ka mahina guzarte the aur sochte the tafakkur tafakkur tadabbur yeh karte the contemplation meditation nahi.</w:t>
      </w:r>
    </w:p>
    <w:p>
      <w:pPr>
        <w:jc w:val="right"/>
      </w:pPr>
      <w:r>
        <w:t>تو رسول اللہ صلی اللہ علیہ وسلم جو میں نے عرض کیا کہ کچھ علماء نے لکھا ہے کہ نبوت سے پہلے آپ قارہ میں جاتے تھے اور وہاں پر آپ رمضان کا مہینہ گزارتے تھے اور سوچتے تھے تفکر تفکر تدبر یہ کرتے تھے کنٹمپلیشن میڈیٹیشن نہیں۔</w:t>
      </w:r>
    </w:p>
    <w:p>
      <w:r>
        <w:rPr>
          <w:b/>
        </w:rPr>
        <w:t xml:space="preserve">[28:37] </w:t>
      </w:r>
      <w:r>
        <w:t>nabuwat ke baad bhi wahi jaari raha ramzan ki shakal mein yani pehle ramzan farz nahi tha to aap wahan jaate the ab ramzan farz ho gaya to aap ramzan ki shakal mein karne lage woh.</w:t>
      </w:r>
    </w:p>
    <w:p>
      <w:pPr>
        <w:jc w:val="right"/>
      </w:pPr>
      <w:r>
        <w:t>نبوت کے بعد بھی وہی جاری رہا رمضان کی شکل میں یعنی پہلے رمضان فرض نہیں تھا تو آپ وہاں جاتے تھے اب رمضان فرض ہو گیا تو آپ رمضان کی شکل میں کرنے لگے وہ۔</w:t>
      </w:r>
    </w:p>
    <w:p>
      <w:r>
        <w:rPr>
          <w:b/>
        </w:rPr>
        <w:t xml:space="preserve">[28:51] </w:t>
      </w:r>
      <w:r>
        <w:t>to ek lafz mein agar main kahoon to yeh hai ke. q of hira was yani ramzan of up pre nabuwat period aur ramzan is yani hira post nabuwat period</w:t>
      </w:r>
    </w:p>
    <w:p>
      <w:pPr>
        <w:jc w:val="right"/>
      </w:pPr>
      <w:r>
        <w:t>تو ایک لفظ میں اگر میں کہوں تو یہ ہے کہ۔ کیو اف حرا واز یعنی رمضان اف اپ پری نبوت پیریڈ اور رمضان از یعنی حرا پوسٹ نبوت پیریڈ</w:t>
      </w:r>
    </w:p>
    <w:p>
      <w:r>
        <w:rPr>
          <w:b/>
        </w:rPr>
        <w:t xml:space="preserve">[29:11] </w:t>
      </w:r>
      <w:r>
        <w:t>yani hira mein jo aap ka jo mamool tha woh nabuwat se pehle ka ramzan tha aur ramzan jo hai woh nabuwat ke baad ka hira hai to yahan bhi sochna wahan bhi sochna</w:t>
      </w:r>
    </w:p>
    <w:p>
      <w:pPr>
        <w:jc w:val="right"/>
      </w:pPr>
      <w:r>
        <w:t>یعنی حرا میں جو آپ کا جو معمول تھا وہ نبوت سے پہلے کا رمضان تھا اور رمضان جو ہے وہ نبوت کے بعد کا حرا ہے تو یہاں بھی سوچنا وہاں بھی سوچنا</w:t>
      </w:r>
    </w:p>
    <w:p>
      <w:r>
        <w:rPr>
          <w:b/>
        </w:rPr>
        <w:t xml:space="preserve">[29:30] </w:t>
      </w:r>
      <w:r>
        <w:t>to ramzan ka mahina to isi liye ke aap distraction se bacha kar ke apne ko tafakkur mein lagayein tadabbur mein lagayein</w:t>
      </w:r>
    </w:p>
    <w:p>
      <w:pPr>
        <w:jc w:val="right"/>
      </w:pPr>
      <w:r>
        <w:t>تو رمضان کا مہینہ تو اسی لیے کہ آپ ڈسٹریکشن سے بچا کر کے اپنے کو تفکر میں لگائیں تدبر میں لگائیں</w:t>
      </w:r>
    </w:p>
    <w:p>
      <w:r>
        <w:rPr>
          <w:b/>
        </w:rPr>
        <w:t xml:space="preserve">[29:39] </w:t>
      </w:r>
      <w:r>
        <w:t>to quran padhein is mein ghor karein Khuda ki jo takhleeq hai Khuda ka jo creation hai is mein sochein is mein ghor karein aap ki zindagi har cheez bhi sochne ka saman hai</w:t>
      </w:r>
    </w:p>
    <w:p>
      <w:pPr>
        <w:jc w:val="right"/>
      </w:pPr>
      <w:r>
        <w:t>تو قران پڑھیں اس میں غور کریں خدا کی جو تخلیق ہے خدا کا جو کریشن ہے اس میں سوچیں اس میں غور کریں آپ کی زندگی ہر چیز بھی سوچنے کا سامان ہے</w:t>
      </w:r>
    </w:p>
    <w:p>
      <w:r>
        <w:rPr>
          <w:b/>
        </w:rPr>
        <w:t xml:space="preserve">[29:55] </w:t>
      </w:r>
      <w:r>
        <w:t>is ki tarbiyat ke liye roza hai aur aadmi ek mahine mein apne ko itna train kar le ke baqi mahine woh waise hi isi pattern par is ki zindagi chalti rahe</w:t>
      </w:r>
    </w:p>
    <w:p>
      <w:pPr>
        <w:jc w:val="right"/>
      </w:pPr>
      <w:r>
        <w:t>اس کی تربیت کے لیے روزہ ہے اور آدمی ایک مہینے میں اپنے کو اتنا ٹرینڈ کر لے کہ بقیہ مہینے وہ ویسے ہی اسی پیٹرن پر اس کی زندگی چلتی رہے</w:t>
      </w:r>
    </w:p>
    <w:p>
      <w:r>
        <w:rPr>
          <w:b/>
        </w:rPr>
        <w:t xml:space="preserve">[30:12] </w:t>
      </w:r>
      <w:r>
        <w:t>yeh roze ka maqsad hai</w:t>
      </w:r>
    </w:p>
    <w:p>
      <w:pPr>
        <w:jc w:val="right"/>
      </w:pPr>
      <w:r>
        <w:t>یہ روزے کا مقصد ہے</w:t>
      </w:r>
    </w:p>
    <w:p>
      <w:r>
        <w:rPr>
          <w:b/>
        </w:rPr>
        <w:t xml:space="preserve">[30:17] </w:t>
      </w:r>
      <w:r>
        <w:t>aam taur par aap dekhenge masjidon mein chart laga rehta hai ramzan ki barkat hai ramzan ke fazail ya koi sahib taqreer karenge ramzan par sab log kya do hi cheezein batate hain ya fazail ya masail sari taqreerein aur sare ramzan par jo chhapte hain aaj kal jo hai jo jo parcha leejye is mein ramzan par mazmoon chhaapa hua hoga</w:t>
      </w:r>
    </w:p>
    <w:p>
      <w:pPr>
        <w:jc w:val="right"/>
      </w:pPr>
      <w:r>
        <w:t>عام طور پر آپ دیکھیں گے مسجدوں میں چارٹ لگا رہتا ہے رمضان کی برکت ہے رمضان کے فضائل یا کوئی صاحب تقریر کریں گے رمضان پر سب لوگ کیا دو ہی چیزیں بتاتے ہیں یا فضائل یا مسائل ساری تقریریں اور سارے رمضان پر جو چھپتے ہیں اج کل جو ہے جو جو پرچہ لیجئے اس میں رمضان پر مضمون چھپا ہوا ہوگا</w:t>
      </w:r>
    </w:p>
    <w:p>
      <w:r>
        <w:rPr>
          <w:b/>
        </w:rPr>
        <w:t xml:space="preserve">[30:43] </w:t>
      </w:r>
      <w:r>
        <w:t>masjid mein jaiye wahan chart latak raha hoga logon ki taqreer suniye to woh ramzan par bol rahe honge lekin yahi khulasa hai ya to masail batate honge ya fazail batate honge yani asal jo hai ramzan ke na fazail hain masail</w:t>
      </w:r>
    </w:p>
    <w:p>
      <w:pPr>
        <w:jc w:val="right"/>
      </w:pPr>
      <w:r>
        <w:t>مسجد میں جائیے وہاں چارٹ لٹک رہا ہوگا لوگوں کی تقریر سنیے تو وہ رمضان پر بول رہے ہوں گے لیکن یہی خلاصہ ہے یا تو مسائل بتاتے ہوں گے یا فضائل بتاتے ہوں گے یعنی اصل جو ہے رمضان کے نہ فضائل ہیں مسائل</w:t>
      </w:r>
    </w:p>
    <w:p>
      <w:r>
        <w:rPr>
          <w:b/>
        </w:rPr>
        <w:t xml:space="preserve">[31:03] </w:t>
      </w:r>
      <w:r>
        <w:t>ramzan ki asal cheez hai woh na fazail hain masail asal hai tafakkur distraction se bacha kar ke sochna</w:t>
      </w:r>
    </w:p>
    <w:p>
      <w:pPr>
        <w:jc w:val="right"/>
      </w:pPr>
      <w:r>
        <w:t>رمضان کی اصل چیز ہے وہ نہ فضائل ہیں مسائل اصل ہے تفکر ڈسٹریکشن سے بچا کر کے سوچنا</w:t>
      </w:r>
    </w:p>
    <w:p>
      <w:r>
        <w:rPr>
          <w:b/>
        </w:rPr>
        <w:t xml:space="preserve">[31:11] </w:t>
      </w:r>
      <w:r>
        <w:t>yani simple living high thinking yeh hai philosophy roze ki to saare log obsessed logon ko hai obsessed hain obsessed ke bas roze ke kuch fazail jaan lo koi masail jaan lo bas roza ho gaya</w:t>
      </w:r>
    </w:p>
    <w:p>
      <w:pPr>
        <w:jc w:val="right"/>
      </w:pPr>
      <w:r>
        <w:t>یعنی سمپل لیونگ ہائی تھنکنگ یہ ہے فلاسفی روزہ کی تو سارے لوگ ابسسٹ لوگوں کو ہے ابسسٹ ہیں ابسسٹ کہ بس روزہ کے کچھ فضائل جان لو کوئی مسائل جان لو بس روزہ ہو گیا</w:t>
      </w:r>
    </w:p>
    <w:p>
      <w:r>
        <w:rPr>
          <w:b/>
        </w:rPr>
        <w:t xml:space="preserve">[31:29] </w:t>
      </w:r>
      <w:r>
        <w:t>fazail jaan lo masail jaan lo bas roza ho gaya mujh se aksar log poochte hain bhai falan baat ho gayi thi roza toot to nahi gaya yani roza tootna sab se bara masla unke nazdeek hai</w:t>
      </w:r>
    </w:p>
    <w:p>
      <w:pPr>
        <w:jc w:val="right"/>
      </w:pPr>
      <w:r>
        <w:t>فضائل جان لو مسائل جان لو بس روزہ ہو گیا مجھ سے اکثر لوگ پوچھتے ہیں بھئی فلاں بات ہو گئی تھی روزہ ٹوٹ تو نہیں گیا یعنی روزہ ٹوٹنا سب سے بڑا مسئلہ ان کے نزدیک ہے</w:t>
      </w:r>
    </w:p>
    <w:p>
      <w:r>
        <w:rPr>
          <w:b/>
        </w:rPr>
        <w:t xml:space="preserve">[31:47] </w:t>
      </w:r>
      <w:r>
        <w:t>to hamein har cheez mein phir se sochna hai</w:t>
      </w:r>
    </w:p>
    <w:p>
      <w:pPr>
        <w:jc w:val="right"/>
      </w:pPr>
      <w:r>
        <w:t>تو ہمیں ہر چیز میں پھر سے سوچنا ہے</w:t>
      </w:r>
    </w:p>
    <w:p>
      <w:r>
        <w:rPr>
          <w:b/>
        </w:rPr>
        <w:t xml:space="preserve">[31:54] </w:t>
      </w:r>
      <w:r>
        <w:t>har cheez mein phir se sochna hai</w:t>
      </w:r>
    </w:p>
    <w:p>
      <w:pPr>
        <w:jc w:val="right"/>
      </w:pPr>
      <w:r>
        <w:t>ہر چیز میں پھر سے سوچنا ہے</w:t>
      </w:r>
    </w:p>
    <w:p>
      <w:r>
        <w:rPr>
          <w:b/>
        </w:rPr>
        <w:t xml:space="preserve">[31:58] </w:t>
      </w:r>
      <w:r>
        <w:t>ap hadeeson ko padhein to kai hadeesein aisi milegi ap ko jin mein yeh kaha gaya hai</w:t>
      </w:r>
    </w:p>
    <w:p>
      <w:pPr>
        <w:jc w:val="right"/>
      </w:pPr>
      <w:r>
        <w:t>اپ حدیثوں کو پڑھیں تو کئی حدیثیں ایسی ملیں گی اپ کو جن میں یہ کہا گیا ہے</w:t>
      </w:r>
    </w:p>
    <w:p>
      <w:r>
        <w:rPr>
          <w:b/>
        </w:rPr>
        <w:t xml:space="preserve">[32:03] </w:t>
      </w:r>
      <w:r>
        <w:t>ke roza bhook pyas ka naam nahi hai khana roza khana peena chhodne ka naam nahi hai</w:t>
      </w:r>
    </w:p>
    <w:p>
      <w:pPr>
        <w:jc w:val="right"/>
      </w:pPr>
      <w:r>
        <w:t>کہ روزہ بھوک پیاس کا نام نہیں ہے کھانا روزہ کھانا پینا چھوڑنے کا نام نہیں ہے</w:t>
      </w:r>
    </w:p>
    <w:p>
      <w:r>
        <w:rPr>
          <w:b/>
        </w:rPr>
        <w:t xml:space="preserve">[32:12] </w:t>
      </w:r>
      <w:r>
        <w:t>roza yeh hai ke tum</w:t>
      </w:r>
    </w:p>
    <w:p>
      <w:pPr>
        <w:jc w:val="right"/>
      </w:pPr>
      <w:r>
        <w:t>روزہ یہ ہے کہ تم</w:t>
      </w:r>
    </w:p>
    <w:p>
      <w:r>
        <w:rPr>
          <w:b/>
        </w:rPr>
        <w:t xml:space="preserve">[32:14] </w:t>
      </w:r>
      <w:r>
        <w:t>laghu baatein chhod do behooda baatein chhod do</w:t>
      </w:r>
    </w:p>
    <w:p>
      <w:pPr>
        <w:jc w:val="right"/>
      </w:pPr>
      <w:r>
        <w:t>لغو باتیں چھوڑ دو بہودہ باتیں چھوڑ دو</w:t>
      </w:r>
    </w:p>
    <w:p>
      <w:r>
        <w:rPr>
          <w:b/>
        </w:rPr>
        <w:t xml:space="preserve">[32:21] </w:t>
      </w:r>
      <w:r>
        <w:t>bahut si hadeesein is tarah ki hain ke roza khana peena chhodne ka naam nahi hai roza yeh hai ke tum behooda baaton ko chhod do laghu baaton ko chhod do manfi baaton ko chhod do yeh roza ab ghor kijiye ke agar fazail aur masail hi ka naam roza ho in in hadeeson ka kya matlab hai</w:t>
      </w:r>
    </w:p>
    <w:p>
      <w:pPr>
        <w:jc w:val="right"/>
      </w:pPr>
      <w:r>
        <w:t>بہت سی حدیثیں اس طرح کی ہیں کہ روزہ کھانا پینا چھوڑنے کا نام نہیں ہے روزہ یہ ہے کہ تم بہودہ باتوں کو چھوڑ دو لغو باتوں کو چھوڑ دو منفی باتوں کو چھوڑ دو یہ روزہ اب غور کیجئے کہ اگر فضائل اور مسائل ہی کا نام روزہ ہو ان ان حدیثوں کا کیا مطلب ہے</w:t>
      </w:r>
    </w:p>
    <w:p>
      <w:r>
        <w:rPr>
          <w:b/>
        </w:rPr>
        <w:t xml:space="preserve">[32:49] </w:t>
      </w:r>
      <w:r>
        <w:t>abhi mere paas ek telephone aaya ek sahab ka woh woh qalam kal parson aaya tha to pehli ramzan jo thi ko woh ek college mein gaye wahan sab hindu log they wahan par to woh jaate hain wahan par literature dene ke liye islami literature dene ke liye woh hamare saathi hain to ek college mein gaye woh</w:t>
      </w:r>
    </w:p>
    <w:p>
      <w:pPr>
        <w:jc w:val="right"/>
      </w:pPr>
      <w:r>
        <w:t>ابھی میرے پاس ایک ٹیلی فون ایا ایک صاحب کا وہ وہ قالم کل پرسوں ایا تھا تو پہلی رمضان جو تھی کو وہ ایک کالج میں گئے وہاں سب ہندو لوگ تھے وہاں پر تو وہ جاتے ہیں وہاں پر لٹریچر دینے کے لیے اسلامی لٹریچر دینے کے لیے وہ ہمارے ساتھی ہیں تو ایک کالج میں گئے وہ</w:t>
      </w:r>
    </w:p>
    <w:p>
      <w:r>
        <w:rPr>
          <w:b/>
        </w:rPr>
        <w:t xml:space="preserve">[33:15] </w:t>
      </w:r>
      <w:r>
        <w:t>to wahan par unki mulaqat hui angrezi ka jo professor hai woh hindu hai zahir hai us se mulaqat hui to us ne poocha un se ke bhai aaj aaj aap logon ka suna hai ke roza hai pehla din to kya roze ka maqsad kya hai kis liye roza hai</w:t>
      </w:r>
    </w:p>
    <w:p>
      <w:pPr>
        <w:jc w:val="right"/>
      </w:pPr>
      <w:r>
        <w:t>تو وہاں پر ان کی ملاقات ہوئی انگریزی کا جو پروفیسر ہے وہ ہندو ہے ظاہر ہے اس سے ملاقات ہوئی تو اس نے پوچھا ان سے کہ بھئی اج اج اپ لوگوں کا سنا ہے کہ روزہ ہے پہلا دن تو کیا روزے کا مقصد کیا ہے کس لیے روزہ ہے</w:t>
      </w:r>
    </w:p>
    <w:p>
      <w:r>
        <w:rPr>
          <w:b/>
        </w:rPr>
        <w:t xml:space="preserve">[33:35] </w:t>
      </w:r>
      <w:r>
        <w:t>to unhonein yahi hadees suna di ke roza khana peena chhodne ka naam nahi hai balkeh roza yeh hai ke tum behooda baaton ko chhod do gaali galoch ko chhod do manfi baaton ko chhod do</w:t>
      </w:r>
    </w:p>
    <w:p>
      <w:pPr>
        <w:jc w:val="right"/>
      </w:pPr>
      <w:r>
        <w:t>تو انہوں نے یہی حدیث سنا دی کہ روزہ کھانا پینا چھوڑنے کا نام نہیں ہے بلکہ روزہ یہ ہے کہ تم بہودہ باتوں کو چھوڑ دو گالی گلوچ کو چھوڑ دو منفی باتوں کو چھوڑ دو</w:t>
      </w:r>
    </w:p>
    <w:p>
      <w:r>
        <w:rPr>
          <w:b/>
        </w:rPr>
        <w:t xml:space="preserve">[33:49] </w:t>
      </w:r>
      <w:r>
        <w:t>to woh alam they woh to us professor ko yeh cheez itni achhi lagi ke us ne bulaya apne apne students ko aur us ko saathi teacher</w:t>
      </w:r>
    </w:p>
    <w:p>
      <w:pPr>
        <w:jc w:val="right"/>
      </w:pPr>
      <w:r>
        <w:t>تو وہ عالم تھے وہ تو اس پروفیسر کو یہ چیز اتنی اچھی لگی کہ اس نے بلایا اپنے اپنے اسٹوڈنٹس کو اور اس کو ساتھی ٹیچرو</w:t>
      </w:r>
    </w:p>
    <w:p>
      <w:r>
        <w:rPr>
          <w:b/>
        </w:rPr>
        <w:t xml:space="preserve">[34:02] </w:t>
      </w:r>
      <w:r>
        <w:t>on ko bulaya ke dekho bhai yeh molvi sahab hain inka hamara lecture hoga khud hi khud ailaan kar diya ke inka hum lecture karwayein ge unhonein kaha ke nahi bhai main lecture nahi main aise hi aata hoon aap ko kitabein dene ke liye ke nahi nahi aap ka lecture hoga yani insaan ki nafsiyat jo hai us ko address kar gayi woh</w:t>
      </w:r>
    </w:p>
    <w:p>
      <w:pPr>
        <w:jc w:val="right"/>
      </w:pPr>
      <w:r>
        <w:t>ں کو بلایا کہ دیکھو بھئی یہ مولوی صاحب ہیں ان کا ہمارا لیکچر ہوگا خود ہی خود اعلان کر دیا کہ ان کا ہم لیکچر کروائیں گے انہوں نے کہا کہ نہیں بھئی میں لیکچر نہیں میں ایسے ہی اتا ہوں اپ کو کتابیں دینے کے لیے کہ نہیں نہیں اپ کو لیکچر ہوگا یعنی انسان کی نفسیات جو ہے اس کو ایڈریس کر گئی وہ</w:t>
      </w:r>
    </w:p>
    <w:p>
      <w:r>
        <w:rPr>
          <w:b/>
        </w:rPr>
        <w:t xml:space="preserve">[34:27] </w:t>
      </w:r>
      <w:r>
        <w:t>insaan ka jo. ke woh samajhta tha ke roza yeh hai ke bhooke pyase pade raho koi purpose is ka nahi koi sense nahi hai is ka kyunke yeh bataya gaya ke woh to symbol hai woh symbol asal to yeh hai ke aap</w:t>
      </w:r>
    </w:p>
    <w:p>
      <w:pPr>
        <w:jc w:val="right"/>
      </w:pPr>
      <w:r>
        <w:t>انسان کا جو. کہ وہ سمجھتا تھا کہ روزہ یہ ہے کہ بھوکے پیاسے پڑے رہو کوئی پرپس اس کا نہیں کوئی سینس نہیں ہے اس کا کیونکہ یہ بتایا گیا کہ وہ تو سمبل ہے وہ سمبل اصل تو یہ ہے کہ اپ</w:t>
      </w:r>
    </w:p>
    <w:p>
      <w:r>
        <w:rPr>
          <w:b/>
        </w:rPr>
        <w:t xml:space="preserve">[34:46] </w:t>
      </w:r>
      <w:r>
        <w:t>in baaton ko chhoden jo buri baatein hain</w:t>
      </w:r>
    </w:p>
    <w:p>
      <w:pPr>
        <w:jc w:val="right"/>
      </w:pPr>
      <w:r>
        <w:t>ان باتوں کو چھوڑیں جو بری باتیں ہیں</w:t>
      </w:r>
    </w:p>
    <w:p>
      <w:r>
        <w:rPr>
          <w:b/>
        </w:rPr>
        <w:t xml:space="preserve">[34:49] </w:t>
      </w:r>
      <w:r>
        <w:t>bara akhlaq bara kalam behooda baat manfi soch gheebat karna tashaddud karna</w:t>
      </w:r>
    </w:p>
    <w:p>
      <w:pPr>
        <w:jc w:val="right"/>
      </w:pPr>
      <w:r>
        <w:t>برا اخلاق برا کلام بہودہ بات منفی سوچ غیبت کرنا تشدد کرنا</w:t>
      </w:r>
    </w:p>
    <w:p>
      <w:r>
        <w:rPr>
          <w:b/>
        </w:rPr>
        <w:t xml:space="preserve">[35:01] </w:t>
      </w:r>
      <w:r>
        <w:t>to alamati taur par yeh cheez is cheez ki tarbiyat di jaati hai</w:t>
      </w:r>
    </w:p>
    <w:p>
      <w:pPr>
        <w:jc w:val="right"/>
      </w:pPr>
      <w:r>
        <w:t>تو علامتی طور پر یہ چیز اس چیز کی تربیت دی جاتی ہے</w:t>
      </w:r>
    </w:p>
    <w:p>
      <w:r>
        <w:rPr>
          <w:b/>
        </w:rPr>
        <w:t xml:space="preserve">[35:09] </w:t>
      </w:r>
      <w:r>
        <w:t>to is ki fitrat ko bohat acha laga yeh yeh principle</w:t>
      </w:r>
    </w:p>
    <w:p>
      <w:pPr>
        <w:jc w:val="right"/>
      </w:pPr>
      <w:r>
        <w:t>تو اس کی فطرت کو بہت اچھا لگا یہ یہ پرنسپل</w:t>
      </w:r>
    </w:p>
    <w:p>
      <w:r>
        <w:rPr>
          <w:b/>
        </w:rPr>
        <w:t xml:space="preserve">[35:13] </w:t>
      </w:r>
      <w:r>
        <w:t>hai aur israr kar ke is ne kaha ke nahi ap ko to mein apna telephone aya</w:t>
      </w:r>
    </w:p>
    <w:p>
      <w:pPr>
        <w:jc w:val="right"/>
      </w:pPr>
      <w:r>
        <w:t>ہے اور اصرار کر کے اس نے کہا کہ نہیں اپ کو تو میں اپنا ٹیلی فون ایا</w:t>
      </w:r>
    </w:p>
    <w:p>
      <w:r>
        <w:rPr>
          <w:b/>
        </w:rPr>
        <w:t xml:space="preserve">[35:17] </w:t>
      </w:r>
      <w:r>
        <w:t>kahunga ke bhai wahan par kya kahun ja kar ke woh israr kar rahe hain ke ap</w:t>
      </w:r>
    </w:p>
    <w:p>
      <w:pPr>
        <w:jc w:val="right"/>
      </w:pPr>
      <w:r>
        <w:t>کہوں گا کہ بھئی وہاں پر کیا کہوں جا کر کے وہ اصرار کر رہے ہیں کہ اپ</w:t>
      </w:r>
    </w:p>
    <w:p>
      <w:r>
        <w:rPr>
          <w:b/>
        </w:rPr>
        <w:t xml:space="preserve">[35:20] </w:t>
      </w:r>
      <w:r>
        <w:t>ne lecture diye ja kar ke aur sare student hamare rahenge wahan par kuch teacher bhi rahen</w:t>
      </w:r>
    </w:p>
    <w:p>
      <w:pPr>
        <w:jc w:val="right"/>
      </w:pPr>
      <w:r>
        <w:t>نے لیکچر دیے جا کر کے اور سارے اسٹوڈنٹ ہمارے رہیں گے وہاں پر کچھ ٹیچر بھی رہیں</w:t>
      </w:r>
    </w:p>
    <w:p>
      <w:r>
        <w:rPr>
          <w:b/>
        </w:rPr>
        <w:t xml:space="preserve">[35:25] </w:t>
      </w:r>
      <w:r>
        <w:t>ge aur waqai to lecture diya unhone</w:t>
      </w:r>
    </w:p>
    <w:p>
      <w:pPr>
        <w:jc w:val="right"/>
      </w:pPr>
      <w:r>
        <w:t>گے اور واقعی تو لیکچر دیا انہوں نے</w:t>
      </w:r>
    </w:p>
    <w:p>
      <w:r>
        <w:rPr>
          <w:b/>
        </w:rPr>
        <w:t xml:space="preserve">[35:29] </w:t>
      </w:r>
      <w:r>
        <w:t>ek sham ko telephone aya ke itna khush hue itna khush hue log ke bohat khush hue</w:t>
      </w:r>
    </w:p>
    <w:p>
      <w:pPr>
        <w:jc w:val="right"/>
      </w:pPr>
      <w:r>
        <w:t>ایک شام کو ٹیلی فون ایا کہ اتنا خوش ہوئے اتنا خوش ہوئے لوگ کہ بہت خوش ہوئے</w:t>
      </w:r>
    </w:p>
    <w:p>
      <w:r>
        <w:rPr>
          <w:b/>
        </w:rPr>
        <w:t xml:space="preserve">[35:39] </w:t>
      </w:r>
      <w:r>
        <w:t>to agar ap yeh kahein ke roza roze ka fazail batayein aur us ke masail batayein to padha</w:t>
      </w:r>
    </w:p>
    <w:p>
      <w:pPr>
        <w:jc w:val="right"/>
      </w:pPr>
      <w:r>
        <w:t>تو اگر اپ یہ کہیں کہ روزہ روزے کا فضائل بتائیں اور اس کے مسائل بتائیں تو پڑھا</w:t>
      </w:r>
    </w:p>
    <w:p>
      <w:r>
        <w:rPr>
          <w:b/>
        </w:rPr>
        <w:t xml:space="preserve">[35:47] </w:t>
      </w:r>
      <w:r>
        <w:t>likha insan is mein kuch pata nahi hota is ka mind address nahi hota haan kuch awam jo</w:t>
      </w:r>
    </w:p>
    <w:p>
      <w:pPr>
        <w:jc w:val="right"/>
      </w:pPr>
      <w:r>
        <w:t>لکھا انسان اس میں کچھ پاتا نہیں ہوتا اس کا مائنڈ ایڈریس نہیں ہوتا ہاں کچھ عوام جو</w:t>
      </w:r>
    </w:p>
    <w:p>
      <w:r>
        <w:rPr>
          <w:b/>
        </w:rPr>
        <w:t xml:space="preserve">[35:52] </w:t>
      </w:r>
      <w:r>
        <w:t>hain awami satah ke log is ko pasand kar sakte hain lekin aaj ka jo padha likha aadmi</w:t>
      </w:r>
    </w:p>
    <w:p>
      <w:pPr>
        <w:jc w:val="right"/>
      </w:pPr>
      <w:r>
        <w:t>ہیں عوامی سطح کے لوگ اس کو پسند کر سکتے ہیں لیکن اج کا جو پڑھا لکھا ادمی</w:t>
      </w:r>
    </w:p>
    <w:p>
      <w:r>
        <w:rPr>
          <w:b/>
        </w:rPr>
        <w:t xml:space="preserve">[35:57] </w:t>
      </w:r>
      <w:r>
        <w:t>hai is woh is ko dilchaspi nahi lega</w:t>
      </w:r>
    </w:p>
    <w:p>
      <w:pPr>
        <w:jc w:val="right"/>
      </w:pPr>
      <w:r>
        <w:t>ہے اس وہ اس کو دلچسپی نہیں لے گا</w:t>
      </w:r>
    </w:p>
    <w:p>
      <w:r>
        <w:rPr>
          <w:b/>
        </w:rPr>
        <w:t xml:space="preserve">[36:01] </w:t>
      </w:r>
      <w:r>
        <w:t>jab unhone yeh kaha wahan ja kar ke ke yeh to alamati tark hai</w:t>
      </w:r>
    </w:p>
    <w:p>
      <w:pPr>
        <w:jc w:val="right"/>
      </w:pPr>
      <w:r>
        <w:t>جب انہوں نے یہ کہا وہاں جا کر کے کہ یہ تو علامتی ترک ہے</w:t>
      </w:r>
    </w:p>
    <w:p>
      <w:r>
        <w:rPr>
          <w:b/>
        </w:rPr>
        <w:t xml:space="preserve">[36:07] </w:t>
      </w:r>
      <w:r>
        <w:t>asal tark to woh hai</w:t>
      </w:r>
    </w:p>
    <w:p>
      <w:pPr>
        <w:jc w:val="right"/>
      </w:pPr>
      <w:r>
        <w:t>اصل ترک تو وہ ہے</w:t>
      </w:r>
    </w:p>
    <w:p>
      <w:r>
        <w:rPr>
          <w:b/>
        </w:rPr>
        <w:t xml:space="preserve">[36:12] </w:t>
      </w:r>
      <w:r>
        <w:t>yani kaha ke roza akhlaqi roze ka naam hai akhlaqi discipline ka naam hai moral discipline</w:t>
      </w:r>
    </w:p>
    <w:p>
      <w:pPr>
        <w:jc w:val="right"/>
      </w:pPr>
      <w:r>
        <w:t>یعنی کہا کہ روزہ اخلاقی روزے کا نام ہے اخلاقی ڈسپلن کا نام ہے مورل ڈسپلن</w:t>
      </w:r>
    </w:p>
    <w:p>
      <w:r>
        <w:rPr>
          <w:b/>
        </w:rPr>
        <w:t xml:space="preserve">[36:22] </w:t>
      </w:r>
      <w:r>
        <w:t>to bahut achha laga us ko ke yeh to society ke ek achhi society banane ke liye bahut hi achhi scheme hai yeh</w:t>
      </w:r>
    </w:p>
    <w:p>
      <w:pPr>
        <w:jc w:val="right"/>
      </w:pPr>
      <w:r>
        <w:t>تو بہت اچھا لگا اس کو کہ یہ تو سوسائٹی کے ایک اچھی سوسائٹی بنانے کے لیے بہت ہی اچھی سکیم ہے یہ</w:t>
      </w:r>
    </w:p>
    <w:p>
      <w:r>
        <w:rPr>
          <w:b/>
        </w:rPr>
        <w:t xml:space="preserve">[36:36] </w:t>
      </w:r>
      <w:r>
        <w:t>to roze ko log bas mehdood kar diya yani that is reduced form of roza</w:t>
      </w:r>
    </w:p>
    <w:p>
      <w:pPr>
        <w:jc w:val="right"/>
      </w:pPr>
      <w:r>
        <w:t>تو روزے کو لوگ بس محدود کر دیا یعنی دیٹ از ریڈیوسڈ فارم اف روزہ</w:t>
      </w:r>
    </w:p>
    <w:p>
      <w:r>
        <w:rPr>
          <w:b/>
        </w:rPr>
        <w:t xml:space="preserve">[36:41] </w:t>
      </w:r>
      <w:r>
        <w:t>yani yeh fazail aur masail jo hai mein jo is ko band kar rakha hai to that is reduced form of roza</w:t>
      </w:r>
    </w:p>
    <w:p>
      <w:pPr>
        <w:jc w:val="right"/>
      </w:pPr>
      <w:r>
        <w:t>یعنی یہ فضائل اور مسائل جو ہے میں جو اس کو بند کر رکھا ہے تو دیٹ از ریڈیوسڈ فارم اف روزہ</w:t>
      </w:r>
    </w:p>
    <w:p>
      <w:r>
        <w:rPr>
          <w:b/>
        </w:rPr>
        <w:t xml:space="preserve">[36:53] </w:t>
      </w:r>
      <w:r>
        <w:t>roza to ek bahut oonchi haqeeqat hai bahut oonchi cheez ka naam hai</w:t>
      </w:r>
    </w:p>
    <w:p>
      <w:pPr>
        <w:jc w:val="right"/>
      </w:pPr>
      <w:r>
        <w:t>روزہ تو ایک بہت اونچی حقیقت ہے بہت اونچی چیز کا نام ہے</w:t>
      </w:r>
    </w:p>
    <w:p>
      <w:r>
        <w:rPr>
          <w:b/>
        </w:rPr>
        <w:t xml:space="preserve">[37:02] </w:t>
      </w:r>
      <w:r>
        <w:t>aur mera ek tajurba hai roze ke mahine mein yeh hadees mein hai aur mera khud tajurba hai abhi main kahoon ga hadees mein hai ke roze ke zamane mein farishte zyada aate hain zameen ke upar to main soch raha tha ke aakhir farishte zyada aate hain ka matlab kya hai kyun zyada aate hain to</w:t>
      </w:r>
    </w:p>
    <w:p>
      <w:pPr>
        <w:jc w:val="right"/>
      </w:pPr>
      <w:r>
        <w:t>اور میرا ایک تجربہ ہے روزے کے مہینے میں یہ حدیث میں ہے اور میرا خود تجربہ ہے ابھی میں کہوں گا حدیث میں ہے کہ روزے کے زمانے میں فرشتے زیادہ اتے ہیں زمین کے اوپر تو میں سوچ رہا تھا کہ اخر فرشتے زیادہ اتے ہیں کا مطلب کیا ہے کیوں زیادہ اتے ہیں تو</w:t>
      </w:r>
    </w:p>
    <w:p>
      <w:r>
        <w:rPr>
          <w:b/>
        </w:rPr>
        <w:t xml:space="preserve">[37:23] </w:t>
      </w:r>
      <w:r>
        <w:t>is zamane mein aap jab roza rakhte hain is tarike jo sachha tarika roza rakhne ka to aap recipient ban jaate hain bhai yani khudai inspiration ke kyunke farishte jo hain khudai inspiration ko pahunchane ka zariya hai to jab aap recipient bante hain us ke tabhi to aayega is inspiration nahi to kahan aayega is ka matlab yeh hua ke roze ka mahine mein inspiration ki bharmar hoti</w:t>
      </w:r>
    </w:p>
    <w:p>
      <w:pPr>
        <w:jc w:val="right"/>
      </w:pPr>
      <w:r>
        <w:t>اس زمانے میں اپ جب روزہ رکھتے ہیں اس طریقے جو سچا طریقہ روزہ رکھنے کا تو اپ ریسیپینٹ بن جاتے ہیں بھئی یعنی خدائی انسپیریشن کے کیونکہ فرشتے جو ہیں خدائی انسپیریشن کو پہنچانے کا ذریعہ ہے تو جب اپ ریسیپینٹ بنتے ہیں اس کے تبھی تو ائے گا اس انسپیریشن نہیں تو کہاں ائے گا اس کا مطلب یہ ہوا کہ روزے کا مہینے میں انسپیریشن کی بھرمار ہوتی</w:t>
      </w:r>
    </w:p>
    <w:p>
      <w:r>
        <w:rPr>
          <w:b/>
        </w:rPr>
        <w:t xml:space="preserve">[37:50] </w:t>
      </w:r>
      <w:r>
        <w:t>hai inspiration ki inspiration ki barish hoti hai lekin barish kis ko pahunchegi jo jo is ka recipient ban chuka ho</w:t>
      </w:r>
    </w:p>
    <w:p>
      <w:pPr>
        <w:jc w:val="right"/>
      </w:pPr>
      <w:r>
        <w:t>ہے انسپیریشن کی انسپیریشن کی بارش ہوتی ہے لیکن بارش کس کو پہنچے گی جو جو اس کا ریسیپینٹ بن چکا ہو</w:t>
      </w:r>
    </w:p>
    <w:p>
      <w:r>
        <w:rPr>
          <w:b/>
        </w:rPr>
        <w:t xml:space="preserve">[38:07] </w:t>
      </w:r>
      <w:r>
        <w:t>ek ek farz kiye ke ek ek glass hai to glass ko aap seedha rakhenge tabhi to us ke andar pani aayega upar pani aa raha hai lekin us ko seedha rakh</w:t>
      </w:r>
    </w:p>
    <w:p>
      <w:pPr>
        <w:jc w:val="right"/>
      </w:pPr>
      <w:r>
        <w:t>ایک ایک فرض کیے کہ ایک ایک گلاس ہے تو گلاس کو اپ سیدھا رکھیں گے تبھی تو اس کے اندر پانی ائے گا اوپر پانی ا رہا ہے لیکن اس کو سیدھا رکھ</w:t>
      </w:r>
    </w:p>
    <w:p>
      <w:r>
        <w:rPr>
          <w:b/>
        </w:rPr>
        <w:t xml:space="preserve">[38:18] </w:t>
      </w:r>
      <w:r>
        <w:t>enge tab to aayega agar ulta kar dein ap to pani glass mein nahi jayega</w:t>
      </w:r>
    </w:p>
    <w:p>
      <w:pPr>
        <w:jc w:val="right"/>
      </w:pPr>
      <w:r>
        <w:t>یں گے تب تو ائے گا اگر الٹا کر دیں اپ تو پانی گلاس میں نہیں جائے گا</w:t>
      </w:r>
    </w:p>
    <w:p>
      <w:r>
        <w:rPr>
          <w:b/>
        </w:rPr>
        <w:t xml:space="preserve">[38:22] </w:t>
      </w:r>
      <w:r>
        <w:t>aayega pani glass mein nahi pahunchega</w:t>
      </w:r>
    </w:p>
    <w:p>
      <w:pPr>
        <w:jc w:val="right"/>
      </w:pPr>
      <w:r>
        <w:t>ائے گا پانی گلاس میں نہیں پہنچے گا</w:t>
      </w:r>
    </w:p>
    <w:p>
      <w:r>
        <w:rPr>
          <w:b/>
        </w:rPr>
        <w:t xml:space="preserve">[38:27] </w:t>
      </w:r>
      <w:r>
        <w:t>to mein to samajhta hoon ke jo log roze ko se fazail aur masail</w:t>
      </w:r>
    </w:p>
    <w:p>
      <w:pPr>
        <w:jc w:val="right"/>
      </w:pPr>
      <w:r>
        <w:t>تو میں تو سمجھتا ہوں کہ جو لوگ روزے کو سے فضائل اور مسائل</w:t>
      </w:r>
    </w:p>
    <w:p>
      <w:r>
        <w:rPr>
          <w:b/>
        </w:rPr>
        <w:t xml:space="preserve">[38:31] </w:t>
      </w:r>
      <w:r>
        <w:t>ke mani mein lete hain unhon ne apna apna glass ulta kar rakha hai</w:t>
      </w:r>
    </w:p>
    <w:p>
      <w:pPr>
        <w:jc w:val="right"/>
      </w:pPr>
      <w:r>
        <w:t>کے معنی میں لیتے ہیں انہوں نے اپنا اپنا گلاس الٹا کر رکھا ہے</w:t>
      </w:r>
    </w:p>
    <w:p>
      <w:r>
        <w:rPr>
          <w:b/>
        </w:rPr>
        <w:t xml:space="preserve">[38:37] </w:t>
      </w:r>
      <w:r>
        <w:t>isi liye dekhiye</w:t>
      </w:r>
    </w:p>
    <w:p>
      <w:pPr>
        <w:jc w:val="right"/>
      </w:pPr>
      <w:r>
        <w:t>اسی لیے دیکھیے</w:t>
      </w:r>
    </w:p>
    <w:p>
      <w:r>
        <w:rPr>
          <w:b/>
        </w:rPr>
        <w:t xml:space="preserve">[38:41] </w:t>
      </w:r>
      <w:r>
        <w:t>yani roza poore mahine mein roza rakhte hain aur kuch bhi milta nahi unhein</w:t>
      </w:r>
    </w:p>
    <w:p>
      <w:pPr>
        <w:jc w:val="right"/>
      </w:pPr>
      <w:r>
        <w:t>یعنی روزہ پورے مہینے میں روزہ رکھتے ہیں اور کچھ بھی ملتا نہیں انہیں</w:t>
      </w:r>
    </w:p>
    <w:p>
      <w:r>
        <w:rPr>
          <w:b/>
        </w:rPr>
        <w:t xml:space="preserve">[38:48] </w:t>
      </w:r>
      <w:r>
        <w:t>ek sahab kaak sahab batao ap ko abhi unhon ne un se baat hui to woh har saal ramzan ke mahine mein jate hain kaha makka jate hain makka madina jate hain har saal ramzan ke mahine mein kabhi pure mahine ke liye kabhi kam az kam das din ke liye to maine poocha un se ke bhai ap jate hain wahan kya kya milta hai ap ko</w:t>
      </w:r>
    </w:p>
    <w:p>
      <w:pPr>
        <w:jc w:val="right"/>
      </w:pPr>
      <w:r>
        <w:t>ایک صاحب کاک صاحب بتاؤ اپ کو ابھی انہوں نے ان سے بات ہوئی تو وہ ہر سال رمضان کے مہینے میں جاتے ہیں کہا مکہ جاتے ہیں مکہ مدینہ جاتے ہیں ہر سال رمضان کے مہینے میں کبھی پورے مہینے کے لیے کبھی کم از کم دس دن کے لیے تو میں نے پوچھا ان سے کہ بھئی اپ جاتے ہیں وہاں پر کیا کیا ملتا ہے اپ کو</w:t>
      </w:r>
    </w:p>
    <w:p>
      <w:r>
        <w:rPr>
          <w:b/>
        </w:rPr>
        <w:t xml:space="preserve">[39:15] </w:t>
      </w:r>
      <w:r>
        <w:t>hain wahan woh noorani iftar hai woh tajalliyat hain aur woh shuyukh jo hain ek se ek sheikh</w:t>
      </w:r>
    </w:p>
    <w:p>
      <w:pPr>
        <w:jc w:val="right"/>
      </w:pPr>
      <w:r>
        <w:t>ہیں وہاں وہ نورانی افطار ہے وہ تجلیات ہیں اور وہ شیوخ جو ہیں ایک سے ایک شیخ</w:t>
      </w:r>
    </w:p>
    <w:p>
      <w:r>
        <w:rPr>
          <w:b/>
        </w:rPr>
        <w:t xml:space="preserve">[39:24] </w:t>
      </w:r>
      <w:r>
        <w:t>khane liye chala aa raha hai aur alhamdulillah hazrat hazrat alhamdulillah ki awazein aati hain</w:t>
      </w:r>
    </w:p>
    <w:p>
      <w:pPr>
        <w:jc w:val="right"/>
      </w:pPr>
      <w:r>
        <w:t>کھانے لیے چلا ا رہا ہے اور الحمدللہ حضرت حضرت الحمدللہ کی اوازیں اتی ہیں</w:t>
      </w:r>
    </w:p>
    <w:p>
      <w:r>
        <w:rPr>
          <w:b/>
        </w:rPr>
        <w:t xml:space="preserve">[39:31] </w:t>
      </w:r>
      <w:r>
        <w:t>yeh roza thori hai yeh</w:t>
      </w:r>
    </w:p>
    <w:p>
      <w:pPr>
        <w:jc w:val="right"/>
      </w:pPr>
      <w:r>
        <w:t>یہ روزہ تھوڑی ہے یہ</w:t>
      </w:r>
    </w:p>
    <w:p>
      <w:r>
        <w:rPr>
          <w:b/>
        </w:rPr>
        <w:t xml:space="preserve">[39:34] </w:t>
      </w:r>
      <w:r>
        <w:t>yeh to holiday hai yeh to outing hai</w:t>
      </w:r>
    </w:p>
    <w:p>
      <w:pPr>
        <w:jc w:val="right"/>
      </w:pPr>
      <w:r>
        <w:t>یہ تو ہالی ڈے ہے یہ تو اؤٹنگ ہے</w:t>
      </w:r>
    </w:p>
    <w:p>
      <w:r>
        <w:rPr>
          <w:b/>
        </w:rPr>
        <w:t xml:space="preserve">[39:39] </w:t>
      </w:r>
      <w:r>
        <w:t>kahin outing kar ke jayen aap khoob khayein piyein aur khoob khush hon khoob alhamdulillah karein yeh roza</w:t>
      </w:r>
    </w:p>
    <w:p>
      <w:pPr>
        <w:jc w:val="right"/>
      </w:pPr>
      <w:r>
        <w:t>کہیں اؤٹنگ کر کے جائیں اپ خوب کھائیں پیئیں اور خوب خوش ہوں خوب الحمدللہ کریں یہ روزہ</w:t>
      </w:r>
    </w:p>
    <w:p>
      <w:r>
        <w:rPr>
          <w:b/>
        </w:rPr>
        <w:t xml:space="preserve">[39:44] </w:t>
      </w:r>
      <w:r>
        <w:t>nahi hai</w:t>
      </w:r>
    </w:p>
    <w:p>
      <w:pPr>
        <w:jc w:val="right"/>
      </w:pPr>
      <w:r>
        <w:t>نہیں ہے</w:t>
      </w:r>
    </w:p>
    <w:p>
      <w:r>
        <w:rPr>
          <w:b/>
        </w:rPr>
        <w:t xml:space="preserve">[39:47] </w:t>
      </w:r>
      <w:r>
        <w:t>roza to khamosh ho kar sochne ka naam hai roza allah se taqwa karne ka naam hai roza insan se kar ke khuda se judne ka naam hai to woh jate hain wahan wahi dhoom rehti hai wahan par yani haram mein badi dhoom rehti hai roze ke zaman</w:t>
      </w:r>
    </w:p>
    <w:p>
      <w:pPr>
        <w:jc w:val="right"/>
      </w:pPr>
      <w:r>
        <w:t>روزہ تو خاموش ہو کر سوچنے کا نام ہے روزہ اللہ سے تقوی کرنے کا نام ہے روزہ انسان سے کر کے خدا سے جڑنے کا نام ہے تو وہ جاتے ہیں وہاں وہی دھوم رہتی ہے وہاں پر یعنی حرم میں بڑی دھوم رہتی ہے روزے کے زمان</w:t>
      </w:r>
    </w:p>
    <w:p>
      <w:r>
        <w:rPr>
          <w:b/>
        </w:rPr>
        <w:t xml:space="preserve">[40:07] </w:t>
      </w:r>
      <w:r>
        <w:t>e mein shuyukh aa rahe hain aur khane pakana aa raha hai aur tarah tarah ke drink tarah</w:t>
      </w:r>
    </w:p>
    <w:p>
      <w:pPr>
        <w:jc w:val="right"/>
      </w:pPr>
      <w:r>
        <w:t>ے میں شیوخ ا رہے ہیں اور کھانے پکانا ا رہا ہے اور طرح طرح کے ڈرنک طرح</w:t>
      </w:r>
    </w:p>
    <w:p>
      <w:r>
        <w:rPr>
          <w:b/>
        </w:rPr>
        <w:t xml:space="preserve">[40:12] </w:t>
      </w:r>
      <w:r>
        <w:t>tarah ke khane aur khoob log dat kar khate hain aur wazan badh jata hai ramzan ke baad</w:t>
      </w:r>
    </w:p>
    <w:p>
      <w:pPr>
        <w:jc w:val="right"/>
      </w:pPr>
      <w:r>
        <w:t>طرح کے کھانے اور خوب لوگ ڈٹ کر کھاتے ہیں اور وزن بڑھ جاتا ہے رمضان کے بعد</w:t>
      </w:r>
    </w:p>
    <w:p>
      <w:r>
        <w:rPr>
          <w:b/>
        </w:rPr>
        <w:t xml:space="preserve">[40:20] </w:t>
      </w:r>
      <w:r>
        <w:t>kya kya yeh koi roza hai koi hai overeating ka naam roza hai</w:t>
      </w:r>
    </w:p>
    <w:p>
      <w:pPr>
        <w:jc w:val="right"/>
      </w:pPr>
      <w:r>
        <w:t>کیا کیا یہ کوئی روزہ ہے کوئی ہے اوور ایٹنگ کا نام روزہ ہے</w:t>
      </w:r>
    </w:p>
    <w:p>
      <w:r>
        <w:rPr>
          <w:b/>
        </w:rPr>
        <w:t xml:space="preserve">[40:27] </w:t>
      </w:r>
      <w:r>
        <w:t>roza to kam khane ke liye hai</w:t>
      </w:r>
    </w:p>
    <w:p>
      <w:pPr>
        <w:jc w:val="right"/>
      </w:pPr>
      <w:r>
        <w:t>روزہ تو کم کھانے کے لیے ہے</w:t>
      </w:r>
    </w:p>
    <w:p>
      <w:r>
        <w:rPr>
          <w:b/>
        </w:rPr>
        <w:t xml:space="preserve">[40:30] </w:t>
      </w:r>
      <w:r>
        <w:t>taqleel taam ke liye lekin roze mein log overeating karte hain</w:t>
      </w:r>
    </w:p>
    <w:p>
      <w:pPr>
        <w:jc w:val="right"/>
      </w:pPr>
      <w:r>
        <w:t>تقلیل طعام کے لیے لیکن روزے میں لوگ اوور ایٹنگ کرتے ہیں</w:t>
      </w:r>
    </w:p>
    <w:p>
      <w:r>
        <w:rPr>
          <w:b/>
        </w:rPr>
        <w:t xml:space="preserve">[40:37] </w:t>
      </w:r>
      <w:r>
        <w:t>yeh baat maine ek martaba america mein kahi america mein itwar hai ramzan ke mahine mein tha</w:t>
      </w:r>
    </w:p>
    <w:p>
      <w:pPr>
        <w:jc w:val="right"/>
      </w:pPr>
      <w:r>
        <w:t>یہ بات میں نے ایک مرتبہ امریکہ میں کہی امریکہ میں اتوار ہے رمضان کے مہینے میں تھا</w:t>
      </w:r>
    </w:p>
    <w:p>
      <w:r>
        <w:rPr>
          <w:b/>
        </w:rPr>
        <w:t xml:space="preserve">[40:43] </w:t>
      </w:r>
      <w:r>
        <w:t>to maine woh woh shair sunaya wahan par ke</w:t>
      </w:r>
    </w:p>
    <w:p>
      <w:pPr>
        <w:jc w:val="right"/>
      </w:pPr>
      <w:r>
        <w:t>تو میں نے وہ وہ شعر سنایا وہاں پر کہ</w:t>
      </w:r>
    </w:p>
    <w:p>
      <w:r>
        <w:rPr>
          <w:b/>
        </w:rPr>
        <w:t xml:space="preserve">[40:49] </w:t>
      </w:r>
      <w:r>
        <w:t>tan parwari khalq khususi zar riyazat jis par jis garmi iftar nazarat ramzan hai unhon ne kaha america</w:t>
      </w:r>
    </w:p>
    <w:p>
      <w:pPr>
        <w:jc w:val="right"/>
      </w:pPr>
      <w:r>
        <w:t>تن پروری خلق خصوصی ذر ریاضت جس پر جس گرمی افطار نظارت رمضان ہے انہوں نے کہا امریکہ</w:t>
      </w:r>
    </w:p>
    <w:p>
      <w:r>
        <w:rPr>
          <w:b/>
        </w:rPr>
        <w:t xml:space="preserve">[40:58] </w:t>
      </w:r>
      <w:r>
        <w:t>mein aap jante hain khane peene ki bohat ifraat hoti thi aaj kal pata nahi yeh khane peene</w:t>
      </w:r>
    </w:p>
    <w:p>
      <w:pPr>
        <w:jc w:val="right"/>
      </w:pPr>
      <w:r>
        <w:t>میں اپ جانتے ہیں کھانے پینے کی بہت افراط ہوتی تھی اج کل پتہ نہیں یہ کھانے پینے</w:t>
      </w:r>
    </w:p>
    <w:p>
      <w:r>
        <w:rPr>
          <w:b/>
        </w:rPr>
        <w:t xml:space="preserve">[41:03] </w:t>
      </w:r>
      <w:r>
        <w:t>ki ifraat hi ifraat har jagah thi khoob khate pite the log</w:t>
      </w:r>
    </w:p>
    <w:p>
      <w:pPr>
        <w:jc w:val="right"/>
      </w:pPr>
      <w:r>
        <w:t>کی افراط ہی افراط ہر جگہ تھی خوب کھاتے پیتے تھے لوگ</w:t>
      </w:r>
    </w:p>
    <w:p>
      <w:r>
        <w:rPr>
          <w:b/>
        </w:rPr>
        <w:t xml:space="preserve">[41:08] </w:t>
      </w:r>
      <w:r>
        <w:t>ramzan roza dhoom hoti thi to maine kaha yeh roza nahi hai to kuch logon ne kaha ke ap ap ko kise walon ke america mein aisa hota hai to mujhe galat karne lage woh ke apna ap khwamkhwah hum logon ko aisa bata rahe hain to ek senior aadmi utha jo america mein us ne kaha ke jab jate hue america mein 40 saal se reh raha hoon tum sab se senior mein hoon</w:t>
      </w:r>
    </w:p>
    <w:p>
      <w:pPr>
        <w:jc w:val="right"/>
      </w:pPr>
      <w:r>
        <w:t>رمضان روزہ دھوم ہوتی تھی تو میں نے کہا یہ روزہ نہیں ہے تو کچھ لوگوں نے کہا کہ اپ اپ کو کسے والوں کے امریکہ میں ایسا ہوتا ہے تو مجھے غلط کرنے لگے وہ کہ اپنا اپ خوامخواہ ہم لوگوں کو ایسا بتا رہے ہیں تو ایک سینئر ادمی اٹھا جو امریکہ میں اس نے کہا کہ جب جاتے ہوئے امریکہ میں 40 سال سے رہ رہا ہوں تم سب سے سینئر میں ہوں</w:t>
      </w:r>
    </w:p>
    <w:p>
      <w:r>
        <w:rPr>
          <w:b/>
        </w:rPr>
        <w:t xml:space="preserve">[41:36] </w:t>
      </w:r>
      <w:r>
        <w:t>main kehta hoon tum ko ke tum bas har aadmi apna aaj jo hai weight kare wazan le apna aur jab roza khatm ho tab wazan kare sab ka wazan badh chuka hoga</w:t>
      </w:r>
    </w:p>
    <w:p>
      <w:pPr>
        <w:jc w:val="right"/>
      </w:pPr>
      <w:r>
        <w:t>میں کہتا ہوں تم کو کہ تم بس ہر ادمی اپنا اج جو ہے ویٹ کرے وزن لے اپنا اور جب روزہ ختم ہو تب وزن کرے سب کا وزن بڑھ چکا ہوگا</w:t>
      </w:r>
    </w:p>
    <w:p>
      <w:r>
        <w:rPr>
          <w:b/>
        </w:rPr>
        <w:t xml:space="preserve">[41:50] </w:t>
      </w:r>
      <w:r>
        <w:t>unhon ne khade ho ke yeh taqreer ki to sab ek taraf sunath aa gaya ke main to woh challenge karta hoon ke aaj apna wazan karo aur likh lo kaghaz par aur ek mahine ke baad jab ramzan khatm ho to phir waz</w:t>
      </w:r>
    </w:p>
    <w:p>
      <w:pPr>
        <w:jc w:val="right"/>
      </w:pPr>
      <w:r>
        <w:t>انہوں نے کھڑے ہو کے یہ تقریر کی تو سب ایک طرف سناٹھ ا گیا کہ میں تو وہ چیلنج کرتا ہوں کہ اج اپنا وزن کرو اور لکھ لو کاغذ پر اور ایک مہینے کے بعد جب رمضان ختم ہو تو پھر وز</w:t>
      </w:r>
    </w:p>
    <w:p>
      <w:r>
        <w:rPr>
          <w:b/>
        </w:rPr>
        <w:t xml:space="preserve">[42:05] </w:t>
      </w:r>
      <w:r>
        <w:t>an karo to sab ka wazan badh chuka hoga</w:t>
      </w:r>
    </w:p>
    <w:p>
      <w:pPr>
        <w:jc w:val="right"/>
      </w:pPr>
      <w:r>
        <w:t>ن کرو تو سب کا وزن بڑھ چکا ہوگا</w:t>
      </w:r>
    </w:p>
    <w:p>
      <w:r>
        <w:rPr>
          <w:b/>
        </w:rPr>
        <w:t xml:space="preserve">[42:09] </w:t>
      </w:r>
      <w:r>
        <w:t>to mujh ko to woh aisa kar rahe the woh log jaise ke main america mein chuki rehta nahi hoon main lekin wahin mein jo reh raha hai aadmi jab us ne aisa keh diya to sab chup ho gaye to overeating ka naam roza hai shandar khane ka naam roza hai</w:t>
      </w:r>
    </w:p>
    <w:p>
      <w:pPr>
        <w:jc w:val="right"/>
      </w:pPr>
      <w:r>
        <w:t>تو مجھ کو تو وہ ایسا کر رہے تھے وہ لوگ جیسے کہ میں امریکہ میں چونکہ رہتا نہیں ہوں میں لیکن وہیں میں جو رہ رہا ہے ادمی جب اس نے ایسا کہہ دیا تو سب چپ ہو گئے تو اوور ایٹنگ کا نام روزہ ہے شاندار کھانے کا نام روزہ ہے</w:t>
      </w:r>
    </w:p>
    <w:p>
      <w:r>
        <w:rPr>
          <w:b/>
        </w:rPr>
        <w:t xml:space="preserve">[42:28] </w:t>
      </w:r>
      <w:r>
        <w:t>to</w:t>
      </w:r>
    </w:p>
    <w:p>
      <w:pPr>
        <w:jc w:val="right"/>
      </w:pPr>
      <w:r>
        <w:t>تو</w:t>
      </w:r>
    </w:p>
    <w:p>
      <w:r>
        <w:rPr>
          <w:b/>
        </w:rPr>
        <w:t xml:space="preserve">[42:29] </w:t>
      </w:r>
      <w:r>
        <w:t>asal jo hai roze ka jo jo jo milna chahiye woh milte hi nahi pure pure mahine roza rakhte hain log aur poochen un se ke bhai kya kaha tum ne to kuch nahi kaha</w:t>
      </w:r>
    </w:p>
    <w:p>
      <w:pPr>
        <w:jc w:val="right"/>
      </w:pPr>
      <w:r>
        <w:t>اصل جو ہے روزے کا جو جو جو ملنا چاہیے وہ ملتے ہی نہیں پورے پورے مہینے روزہ رکھتے ہیں لوگ اور پوچھیں ان سے کہ بھئی کیا کہا تم نے تو کچھ نہیں کہا</w:t>
      </w:r>
    </w:p>
    <w:p>
      <w:r>
        <w:rPr>
          <w:b/>
        </w:rPr>
        <w:t xml:space="preserve">[42:47] </w:t>
      </w:r>
      <w:r>
        <w:t>radio pe sun raha tha ek ek ek sahab ka ek senior aadmi ka ek senior musalman ka ke ap ke pehle zamane mein ap ke jo tha zamana woh woh roza kaise hota tha to mil gaya batane ek woh subah se sham tak lage batane ke woh yeh yeh khana pakta tha woh khana pakta tha yeh drink aata tha woh drink aata tha yahi sab pata the</w:t>
      </w:r>
    </w:p>
    <w:p>
      <w:pPr>
        <w:jc w:val="right"/>
      </w:pPr>
      <w:r>
        <w:t>ریڈیو پہ سن رہا تھا ایک ایک ایک صاحب کا ایک سینئر ادمی کا ایک سینئر مسلمان کا کہ اپ کے پہلے زمانے میں اپ کے جو تھا زمانہ وہ وہ روزہ کیسے ہوتا تھا تو مل گیا بتانے ایک وہ صبح سے شام تک لگے بتانے کہ وہ یہ یہ کھانا پکتا تھا وہ کھانا پکتا تھا یہ ڈرنک اتا تھا وہ ڈرنک اتا تھا یہی سب پتہ تھے</w:t>
      </w:r>
    </w:p>
    <w:p>
      <w:r>
        <w:rPr>
          <w:b/>
        </w:rPr>
        <w:t xml:space="preserve">[43:14] </w:t>
      </w:r>
      <w:r>
        <w:t>koi koi rohaniyat ki baat nahi koi wisdom ki baat nahi</w:t>
      </w:r>
    </w:p>
    <w:p>
      <w:pPr>
        <w:jc w:val="right"/>
      </w:pPr>
      <w:r>
        <w:t>کوئی کوئی روحانیت کی بات نہیں کوئی وزڈم کی بات نہیں</w:t>
      </w:r>
    </w:p>
    <w:p>
      <w:r>
        <w:rPr>
          <w:b/>
        </w:rPr>
        <w:t xml:space="preserve">[43:21] </w:t>
      </w:r>
      <w:r>
        <w:t>to roze ka zamana bilashuba barkat ka zamana hai ek barkat mysterious maane mein nahi hai</w:t>
      </w:r>
    </w:p>
    <w:p>
      <w:pPr>
        <w:jc w:val="right"/>
      </w:pPr>
      <w:r>
        <w:t>تو روزہ کا زمانہ بلاشبہ برکت کا زمانہ ہے ایک برکت مسٹیریس معنی میں نہیں ہے</w:t>
      </w:r>
    </w:p>
    <w:p>
      <w:r>
        <w:rPr>
          <w:b/>
        </w:rPr>
        <w:t xml:space="preserve">[43:27] </w:t>
      </w:r>
      <w:r>
        <w:t>isi maane mein hai ke agar ap ab is maane mein len is ko ke distraction se bacha kar allah ke bare mein tafakkur karna hai sochna hai</w:t>
      </w:r>
    </w:p>
    <w:p>
      <w:pPr>
        <w:jc w:val="right"/>
      </w:pPr>
      <w:r>
        <w:t>اسی معنی میں ہے کہ اگر اپ اب اس معنی میں لیں اس کو کہ ڈسٹریکشن سے بچا کر اللہ کے بارے میں تفکر کرنا ہے سوچنا ہے</w:t>
      </w:r>
    </w:p>
    <w:p>
      <w:r>
        <w:rPr>
          <w:b/>
        </w:rPr>
        <w:t xml:space="preserve">[43:39] </w:t>
      </w:r>
      <w:r>
        <w:t>contemplation karna hai to badi badi haqiqaten maloom hongi sachaiyan discover hongi allah se taalluq badhega ap ki rohaniyat mein izafa hoga</w:t>
      </w:r>
    </w:p>
    <w:p>
      <w:pPr>
        <w:jc w:val="right"/>
      </w:pPr>
      <w:r>
        <w:t>کنٹمپلیشن کرنا ہے تو بڑی بڑی حقیقتیں معلوم ہوں گی سچائیاں ڈسکور ہوں گی اللہ سے تعلق بڑھے گا اپ کی روحانیت میں اضافہ ہوگا</w:t>
      </w:r>
    </w:p>
    <w:p>
      <w:r>
        <w:rPr>
          <w:b/>
        </w:rPr>
        <w:t xml:space="preserve">[43:52] </w:t>
      </w:r>
      <w:r>
        <w:t>har din ap ko koi nayi wisdom milegi har din ap ko koi naya allah se inspiration milega</w:t>
      </w:r>
    </w:p>
    <w:p>
      <w:pPr>
        <w:jc w:val="right"/>
      </w:pPr>
      <w:r>
        <w:t>ہر دن اپ کو کوئی نئی وزڈم ملے گی ہر دن اپ کو کوئی نیا اللہ سے انسپیریشن ملے گا</w:t>
      </w:r>
    </w:p>
    <w:p>
      <w:r>
        <w:rPr>
          <w:b/>
        </w:rPr>
        <w:t xml:space="preserve">[44:02] </w:t>
      </w:r>
      <w:r>
        <w:t>yeh hai barkat barkat jo hai koi mysterious cheez nahi hai barkat ka matlab hai ke ap ke rohaniyat mein izafa taalluq billah mein izafa ap ki marifat mein izafa barkat ke maane badhotri ke hote hain badhotri</w:t>
      </w:r>
    </w:p>
    <w:p>
      <w:pPr>
        <w:jc w:val="right"/>
      </w:pPr>
      <w:r>
        <w:t>یہ ہے برکت برکت جو ہے کوئی مسٹیریس چیز نہیں ہے برکت کا مطلب ہے کہ اپ کے روحانیت میں اضافہ تعلق باللہ میں اضافہ اپ کی معرفت میں اضافہ برکت کے معنی بڑھوتری کے ہوتے ہیں بڑھوتری</w:t>
      </w:r>
    </w:p>
    <w:p>
      <w:r>
        <w:rPr>
          <w:b/>
        </w:rPr>
        <w:t xml:space="preserve">[44:23] </w:t>
      </w:r>
      <w:r>
        <w:t>to is is maane mein barkat hai woh agar is maane mein barkat na ho yani marifat na badhe taalluq billah na badhe rohaniyat na badhe to samjhiye ke woh bas woh tha khana peena tha bas aur kuch nahi tha woh hadith mein maujood hai yeh baat ke aise aadmi ke hisse mein sirf khana peena milta hai</w:t>
      </w:r>
    </w:p>
    <w:p>
      <w:pPr>
        <w:jc w:val="right"/>
      </w:pPr>
      <w:r>
        <w:t>تو اس اس معنی میں برکت ہے وہ اگر اس معنی میں برکت نہ ہو یعنی معرفت نہ بڑھے تعلق ملا نہ بڑھے روحانیت نہ بڑھے تو سمجھئے کہ وہ بس وہ تھا کھانا پینا تھا بس اور کچھ نہیں تھا وہ حدیث میں موجود ہے یہ بات کہ ایسے ادمی کے حصے میں صرف کھانا پینا ملتا ہے</w:t>
      </w:r>
    </w:p>
    <w:p>
      <w:r>
        <w:rPr>
          <w:b/>
        </w:rPr>
        <w:t xml:space="preserve">[44:49] </w:t>
      </w:r>
      <w:r>
        <w:t>aise aadmi ke hisse mein sirf khana peena aata hai</w:t>
      </w:r>
    </w:p>
    <w:p>
      <w:pPr>
        <w:jc w:val="right"/>
      </w:pPr>
      <w:r>
        <w:t>ایسے ادمی کے حصے میں صرف کھانا پینا اتا ہے</w:t>
      </w:r>
    </w:p>
    <w:p>
      <w:r>
        <w:rPr>
          <w:b/>
        </w:rPr>
        <w:t xml:space="preserve">[44:52] </w:t>
      </w:r>
      <w:r>
        <w:t>to hum sab logon ko sochna hai</w:t>
      </w:r>
    </w:p>
    <w:p>
      <w:pPr>
        <w:jc w:val="right"/>
      </w:pPr>
      <w:r>
        <w:t>تو ہم سب لوگوں کو سوچنا ہے</w:t>
      </w:r>
    </w:p>
    <w:p>
      <w:r>
        <w:rPr>
          <w:b/>
        </w:rPr>
        <w:t xml:space="preserve">[44:56] </w:t>
      </w:r>
      <w:r>
        <w:t>aur roze ko sahi maano mein daryaft karna hai ke roza kis mani mein barkat hai wala mahina</w:t>
      </w:r>
    </w:p>
    <w:p>
      <w:pPr>
        <w:jc w:val="right"/>
      </w:pPr>
      <w:r>
        <w:t>اور روزے کو صحیح معنوں میں دریافت کرنا ہے کہ روزہ کس معنی میں برکت ہے والا مہینہ</w:t>
      </w:r>
    </w:p>
    <w:p>
      <w:r>
        <w:rPr>
          <w:b/>
        </w:rPr>
        <w:t xml:space="preserve">[45:04] </w:t>
      </w:r>
      <w:r>
        <w:t>hai aksar aap padhte honge mazameen aate hain chhapte hain barkat wala mahina kyunke wahi fazail batate</w:t>
      </w:r>
    </w:p>
    <w:p>
      <w:pPr>
        <w:jc w:val="right"/>
      </w:pPr>
      <w:r>
        <w:t>ہے اکثر اپ پڑھتے ہوں گے مضامین اتے ہیں چھپتے ہیں برکت والا مہینہ کیونکہ وہی فضائل بتاتے</w:t>
      </w:r>
    </w:p>
    <w:p>
      <w:r>
        <w:rPr>
          <w:b/>
        </w:rPr>
        <w:t xml:space="preserve">[45:11] </w:t>
      </w:r>
      <w:r>
        <w:t>hain is mein fazail</w:t>
      </w:r>
    </w:p>
    <w:p>
      <w:pPr>
        <w:jc w:val="right"/>
      </w:pPr>
      <w:r>
        <w:t>ہیں اس میں فضائل</w:t>
      </w:r>
    </w:p>
    <w:p>
      <w:r>
        <w:rPr>
          <w:b/>
        </w:rPr>
        <w:t xml:space="preserve">[45:14] </w:t>
      </w:r>
      <w:r>
        <w:t>fazail ke mani barkat wala mahina hi hai yeh</w:t>
      </w:r>
    </w:p>
    <w:p>
      <w:pPr>
        <w:jc w:val="right"/>
      </w:pPr>
      <w:r>
        <w:t>فضائل کے معنی برکت والا مہینہ ہی ہے یہ</w:t>
      </w:r>
    </w:p>
    <w:p>
      <w:r>
        <w:rPr>
          <w:b/>
        </w:rPr>
        <w:t xml:space="preserve">[45:17] </w:t>
      </w:r>
      <w:r>
        <w:t>marifat ke mani barkat wala mahina hai marifat</w:t>
      </w:r>
    </w:p>
    <w:p>
      <w:pPr>
        <w:jc w:val="right"/>
      </w:pPr>
      <w:r>
        <w:t>معرفت کے معنی برکت والا مہینہ ہے معرفت</w:t>
      </w:r>
    </w:p>
    <w:p>
      <w:r>
        <w:rPr>
          <w:b/>
        </w:rPr>
        <w:t xml:space="preserve">[45:22] </w:t>
      </w:r>
      <w:r>
        <w:t>marifat mein agar izafa hai to ap ko roze ki barkat mili yani kuch bhi nahi mila siwaye khane peene ke</w:t>
      </w:r>
    </w:p>
    <w:p>
      <w:pPr>
        <w:jc w:val="right"/>
      </w:pPr>
      <w:r>
        <w:t>معرفت میں اگر اضافہ ہے تو اپ کو روزے کی برکت ملی یعنی کچھ بھی نہیں ملا سوائے کھانے پینے کے</w:t>
      </w:r>
    </w:p>
    <w:p>
      <w:r>
        <w:rPr>
          <w:b/>
        </w:rPr>
        <w:t xml:space="preserve">[45:39] </w:t>
      </w:r>
      <w:r>
        <w:t>yeh baaten hain bahut zyada sochne ki hain</w:t>
      </w:r>
    </w:p>
    <w:p>
      <w:pPr>
        <w:jc w:val="right"/>
      </w:pPr>
      <w:r>
        <w:t>یہ باتیں ہیں بہت زیادہ سوچنے کی ہیں</w:t>
      </w:r>
    </w:p>
    <w:p>
      <w:r>
        <w:rPr>
          <w:b/>
        </w:rPr>
        <w:t xml:space="preserve">[45:43] </w:t>
      </w:r>
      <w:r>
        <w:t>main dua karta hoon ke allah taala hum sab ko</w:t>
      </w:r>
    </w:p>
    <w:p>
      <w:pPr>
        <w:jc w:val="right"/>
      </w:pPr>
      <w:r>
        <w:t>میں دعا کرتا ہوں کہ اللہ تعالی ہم سب کو</w:t>
      </w:r>
    </w:p>
    <w:p>
      <w:r>
        <w:rPr>
          <w:b/>
        </w:rPr>
        <w:t xml:space="preserve">[45:48] </w:t>
      </w:r>
      <w:r>
        <w:t>is mein hissa de aur hamari marifat mein izafa ho aqool qaulhaza wa astaghfirullah alaikum ajmaeen.</w:t>
      </w:r>
    </w:p>
    <w:p>
      <w:pPr>
        <w:jc w:val="right"/>
      </w:pPr>
      <w:r>
        <w:t>اس میں حصہ دے اور ہماری معرفت میں اضافہ ہو اقول قولھذا واستغفراللہ علیکم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