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Untold Story of Islam January 28, 2007</w:t>
      </w:r>
    </w:p>
    <w:p>
      <w:r>
        <w:t>https://youtu.be/SoBrn4U1jyw</w:t>
      </w:r>
    </w:p>
    <w:p>
      <w:r>
        <w:rPr>
          <w:b/>
        </w:rPr>
        <w:t xml:space="preserve">[00:14] </w:t>
      </w:r>
      <w:r>
        <w:t>bismillah rahman rahim, wa salla Allahu ala nabi al-karim. rab ishrah li sadri, wa yassir li amri, wa ahlu al-uqdatan min lisani,</w:t>
      </w:r>
    </w:p>
    <w:p>
      <w:pPr>
        <w:jc w:val="right"/>
      </w:pPr>
      <w:r>
        <w:t>بسم اللہ الرحمن الرحیم، وصلی اللہ علی النبی الکریم۔ رب اشرح لی صدری، ویسر لی امری، واحل العقدۃ من لسانی،</w:t>
      </w:r>
    </w:p>
    <w:p>
      <w:r>
        <w:rPr>
          <w:b/>
        </w:rPr>
        <w:t xml:space="preserve">[00:30] </w:t>
      </w:r>
      <w:r>
        <w:t>yafqa qawli.</w:t>
      </w:r>
    </w:p>
    <w:p>
      <w:pPr>
        <w:jc w:val="right"/>
      </w:pPr>
      <w:r>
        <w:t>یفقہ قولی۔</w:t>
      </w:r>
    </w:p>
    <w:p>
      <w:r>
        <w:rPr>
          <w:b/>
        </w:rPr>
        <w:t xml:space="preserve">[00:37] </w:t>
      </w:r>
      <w:r>
        <w:t>aaj ki talk mein jo kuch mein kehna chahta hoon, is ka bohat ziyada appropriate koi</w:t>
      </w:r>
    </w:p>
    <w:p>
      <w:pPr>
        <w:jc w:val="right"/>
      </w:pPr>
      <w:r>
        <w:t>آج کی ٹاک میں جو کچھ میں کہنا چاہتا ہوں، اس کا بہت زیادہ ایپروپریٹ کوئی</w:t>
      </w:r>
    </w:p>
    <w:p>
      <w:r>
        <w:rPr>
          <w:b/>
        </w:rPr>
        <w:t xml:space="preserve">[00:53] </w:t>
      </w:r>
      <w:r>
        <w:t>topic shayad nahi hai, phir bhi aap keh sakte hain ke "Untold Story of Islam".</w:t>
      </w:r>
    </w:p>
    <w:p>
      <w:pPr>
        <w:jc w:val="right"/>
      </w:pPr>
      <w:r>
        <w:t>ٹاپک شاید نہیں ہے، پھر بھی آپ کہہ سکتے ہیں کہ "Untold Story of Islam"۔</w:t>
      </w:r>
    </w:p>
    <w:p>
      <w:r>
        <w:rPr>
          <w:b/>
        </w:rPr>
        <w:t xml:space="preserve">[01:02] </w:t>
      </w:r>
      <w:r>
        <w:t>aap ko pata hoga ke 1962 mein India China ke beech mein, Assam ke area mein ek war hui thi.</w:t>
      </w:r>
    </w:p>
    <w:p>
      <w:pPr>
        <w:jc w:val="right"/>
      </w:pPr>
      <w:r>
        <w:t>آپ کو پتہ ہوگا کہ 1962 میں انڈیا چائنہ کے بیچ میں، آسام کے ایریا میں ایک وار ہوئی تھی۔</w:t>
      </w:r>
    </w:p>
    <w:p>
      <w:r>
        <w:rPr>
          <w:b/>
        </w:rPr>
        <w:t xml:space="preserve">[01:15] </w:t>
      </w:r>
      <w:r>
        <w:t>to is mein India ko defeat hui. is par kai books likhi gayi theen, bohat se article chhapay thay.</w:t>
      </w:r>
    </w:p>
    <w:p>
      <w:pPr>
        <w:jc w:val="right"/>
      </w:pPr>
      <w:r>
        <w:t>تو اس میں انڈیا کو ڈیفیٹ ہوئی۔ اس پر کئی بکس لکھی گئی تھیں، بہت سے آرٹیکل چھپے تھے۔</w:t>
      </w:r>
    </w:p>
    <w:p>
      <w:r>
        <w:rPr>
          <w:b/>
        </w:rPr>
        <w:t xml:space="preserve">[01:24] </w:t>
      </w:r>
      <w:r>
        <w:t>to is mein directly ek sahib involve thay, un ka naam tha Major Kaul. to Major Kaul ko kuch baatein un ke mind mein theen jo ke press mein nahi aayi theen.</w:t>
      </w:r>
    </w:p>
    <w:p>
      <w:pPr>
        <w:jc w:val="right"/>
      </w:pPr>
      <w:r>
        <w:t>تو اس میں ڈائریکٹلی ایک صاحب انوالو تھے، ان کا نام تھا میجر کول۔ تو میجر کول کو کچھ باتیں ان کے مائنڈ میں تھیں جو کہ پریس میں نہیں آئی تھیں۔</w:t>
      </w:r>
    </w:p>
    <w:p>
      <w:r>
        <w:rPr>
          <w:b/>
        </w:rPr>
        <w:t xml:space="preserve">[01:41] </w:t>
      </w:r>
      <w:r>
        <w:t>to unhon ne ek book likhi, is ka title yeh rakha unhon ne ke "Untold Story".</w:t>
      </w:r>
    </w:p>
    <w:p>
      <w:pPr>
        <w:jc w:val="right"/>
      </w:pPr>
      <w:r>
        <w:t>تو انہوں نے ایک بک لکھی، اس کا ٹائٹل یہ رکھا انہوں نے کہ "Untold Story"۔</w:t>
      </w:r>
    </w:p>
    <w:p>
      <w:r>
        <w:rPr>
          <w:b/>
        </w:rPr>
        <w:t xml:space="preserve">[01:48] </w:t>
      </w:r>
      <w:r>
        <w:t>yani India China war ke baray mein kuch woh baatein jo press mein nahi aayi hain.</w:t>
      </w:r>
    </w:p>
    <w:p>
      <w:pPr>
        <w:jc w:val="right"/>
      </w:pPr>
      <w:r>
        <w:t>یعنی انڈیا چائنہ وار کے بارے میں کچھ وہ باتیں جو پریس میں نہیں آئی ہیں۔</w:t>
      </w:r>
    </w:p>
    <w:p>
      <w:r>
        <w:rPr>
          <w:b/>
        </w:rPr>
        <w:t xml:space="preserve">[01:57] </w:t>
      </w:r>
      <w:r>
        <w:t>to isi ko le kar mein keh raha hoon ke aaj jo mein baatein kahoon ga, woh shayad is ka title yeh sahi ho ke "Untold Story of Islam".</w:t>
      </w:r>
    </w:p>
    <w:p>
      <w:pPr>
        <w:jc w:val="right"/>
      </w:pPr>
      <w:r>
        <w:t>تو اسی کو لے کر میں کہہ رہا ہوں کہ آج جو میں باتیں کہوں گا، وہ شاید اس کا ٹائٹل یہ صحیح ہو کہ "Untold Story of Islam"۔</w:t>
      </w:r>
    </w:p>
    <w:p>
      <w:r>
        <w:rPr>
          <w:b/>
        </w:rPr>
        <w:t xml:space="preserve">[02:12] </w:t>
      </w:r>
      <w:r>
        <w:t>dekhein, apni baat ko mein shuru karna chahoon ga aaj ke ek article se. dekhein, mere haath mein yeh aaj ka Times of India hai.</w:t>
      </w:r>
    </w:p>
    <w:p>
      <w:pPr>
        <w:jc w:val="right"/>
      </w:pPr>
      <w:r>
        <w:t>دیکھیں، اپنی بات کو میں شروع کرنا چاہوں گا آج کے ایک آرٹیکل سے۔ دیکھیں، میرے ہاتھ میں یہ آج کا ٹائمز آف انڈیا ہے۔</w:t>
      </w:r>
    </w:p>
    <w:p>
      <w:r>
        <w:rPr>
          <w:b/>
        </w:rPr>
        <w:t xml:space="preserve">[02:29] </w:t>
      </w:r>
      <w:r>
        <w:t>yani January 28, 28 January ka Times of India.</w:t>
      </w:r>
    </w:p>
    <w:p>
      <w:pPr>
        <w:jc w:val="right"/>
      </w:pPr>
      <w:r>
        <w:t>یعنی جنوری 28، 28 جنوری کا ٹائمز آف انڈیا۔</w:t>
      </w:r>
    </w:p>
    <w:p>
      <w:r>
        <w:rPr>
          <w:b/>
        </w:rPr>
        <w:t xml:space="preserve">[02:38] </w:t>
      </w:r>
      <w:r>
        <w:t>is ke</w:t>
      </w:r>
    </w:p>
    <w:p>
      <w:pPr>
        <w:jc w:val="right"/>
      </w:pPr>
      <w:r>
        <w:t>اس کے</w:t>
      </w:r>
    </w:p>
    <w:p>
      <w:r>
        <w:rPr>
          <w:b/>
        </w:rPr>
        <w:t xml:space="preserve">[02:41] </w:t>
      </w:r>
      <w:r>
        <w:t>page 22 par ek article chhapha hai jis ko liya hai unhon ne New York Times se. New York Times se.</w:t>
      </w:r>
    </w:p>
    <w:p>
      <w:pPr>
        <w:jc w:val="right"/>
      </w:pPr>
      <w:r>
        <w:t>پیج 22 پر ایک آرٹیکل چھپا ہے جس کو لیا ہے انہوں نے نیویارک ٹائم سے۔ نیویارک ٹائم سے۔</w:t>
      </w:r>
    </w:p>
    <w:p>
      <w:r>
        <w:rPr>
          <w:b/>
        </w:rPr>
        <w:t xml:space="preserve">[02:55] </w:t>
      </w:r>
      <w:r>
        <w:t>ek American writer jis ka naam hai Thomas Friedman, us ki book bohat popular hui thi jis ka title tha "The World Is Flat".</w:t>
      </w:r>
    </w:p>
    <w:p>
      <w:pPr>
        <w:jc w:val="right"/>
      </w:pPr>
      <w:r>
        <w:t>ایک امریکن رائٹر جس کا نام ہے تھامس فریڈمین، اس کی بک بہت پاپولر ہوئی تھی جس کا ٹائٹل تھا "The World Is Flat"۔</w:t>
      </w:r>
    </w:p>
    <w:p>
      <w:r>
        <w:rPr>
          <w:b/>
        </w:rPr>
        <w:t xml:space="preserve">[03:11] </w:t>
      </w:r>
      <w:r>
        <w:t>woh best seller bani thi "The World Is Flat". us ka woh author hai. to yeh New York Times mein aksar likhta rehta hai. to us ka ek article chhapha New York Times mein.</w:t>
      </w:r>
    </w:p>
    <w:p>
      <w:pPr>
        <w:jc w:val="right"/>
      </w:pPr>
      <w:r>
        <w:t>وہ بیسٹ سیلر بنی تھی "The World Is Flat"۔ اس کا وہ آتھر ہے۔ تو یہ نیویارک ٹائمز میں اکثر لکھتا رہتا ہے۔ تو اس کا ایک آرٹیکل چھپا نیویارک ٹائمز میں۔</w:t>
      </w:r>
    </w:p>
    <w:p>
      <w:r>
        <w:rPr>
          <w:b/>
        </w:rPr>
        <w:t xml:space="preserve">[03:26] </w:t>
      </w:r>
      <w:r>
        <w:t>is ko liya hai Times of India ne aur us ke page 22 par chhapha hai is ko unhon ne.</w:t>
      </w:r>
    </w:p>
    <w:p>
      <w:pPr>
        <w:jc w:val="right"/>
      </w:pPr>
      <w:r>
        <w:t>اس کو لیا ہے ٹائمز آف انڈیا نے اور اس کے پیج 22 پر چھاپا ہے اس کو انہوں نے۔</w:t>
      </w:r>
    </w:p>
    <w:p>
      <w:r>
        <w:rPr>
          <w:b/>
        </w:rPr>
        <w:t xml:space="preserve">[03:37] </w:t>
      </w:r>
      <w:r>
        <w:t>to is ka jo unhon ne jo us ki heading lagayi hai, woh heading hai "Where Are the Muslims".</w:t>
      </w:r>
    </w:p>
    <w:p>
      <w:pPr>
        <w:jc w:val="right"/>
      </w:pPr>
      <w:r>
        <w:t>تو اس کا جو انہوں نے جو اس کی ہیڈنگ لگائی ہے، وہ ہیڈنگ ہے "Where Are the Muslims"۔</w:t>
      </w:r>
    </w:p>
    <w:p>
      <w:r>
        <w:rPr>
          <w:b/>
        </w:rPr>
        <w:t xml:space="preserve">[03:52] </w:t>
      </w:r>
      <w:r>
        <w:t>Muslims aaj kahan hain?</w:t>
      </w:r>
    </w:p>
    <w:p>
      <w:pPr>
        <w:jc w:val="right"/>
      </w:pPr>
      <w:r>
        <w:t>مسلمز آج کہاں ہیں؟</w:t>
      </w:r>
    </w:p>
    <w:p>
      <w:r>
        <w:rPr>
          <w:b/>
        </w:rPr>
        <w:t xml:space="preserve">[03:56] </w:t>
      </w:r>
      <w:r>
        <w:t>is mein bataya hai unhon ne, Friedman ne jo American writer hain, ke past mein, yani mazi mein, musalman, Muslim mind baray baray kaam kar rahay thay.</w:t>
      </w:r>
    </w:p>
    <w:p>
      <w:pPr>
        <w:jc w:val="right"/>
      </w:pPr>
      <w:r>
        <w:t>اس میں بتایا ہے انہوں نے، فریڈمین نے جو امریکن رائٹر ہیں، کہ پاسٹ میں، یعنی ماضی میں، مسلمان، مسلم مائنڈ بڑے بڑے کام کر رہے تھے۔</w:t>
      </w:r>
    </w:p>
    <w:p>
      <w:r>
        <w:rPr>
          <w:b/>
        </w:rPr>
        <w:t xml:space="preserve">[04:15] </w:t>
      </w:r>
      <w:r>
        <w:t>baray baray seat par woh dikhai detay thay.</w:t>
      </w:r>
    </w:p>
    <w:p>
      <w:pPr>
        <w:jc w:val="right"/>
      </w:pPr>
      <w:r>
        <w:t>بڑے بڑی سیٹ پر وہ دکھائی دیتے تھے۔</w:t>
      </w:r>
    </w:p>
    <w:p>
      <w:r>
        <w:rPr>
          <w:b/>
        </w:rPr>
        <w:t xml:space="preserve">[04:20] </w:t>
      </w:r>
      <w:r>
        <w:t>jaise mein ek example doon ke Ibn Khaldun jo hai, woh history mein top par bana hua tha ek zamanay mein. yani philosophy of history mein kaha woh top ka aadmi bana hua tha.</w:t>
      </w:r>
    </w:p>
    <w:p>
      <w:pPr>
        <w:jc w:val="right"/>
      </w:pPr>
      <w:r>
        <w:t>جیسے میں ایک ایگزامپل دوں کہ ابن خلدون جو ہے، وہ ہسٹری میں ٹاپ پر بنا ہوا تھا ایک زمانے میں۔ یعنی فلاسفی آف ہسٹری میں کہا وہ ٹاپ کا آدمی بنا ہوا تھا۔</w:t>
      </w:r>
    </w:p>
    <w:p>
      <w:r>
        <w:rPr>
          <w:b/>
        </w:rPr>
        <w:t xml:space="preserve">[04:35] </w:t>
      </w:r>
      <w:r>
        <w:t>us ki books jo hai, tamam language mein translate hui.</w:t>
      </w:r>
    </w:p>
    <w:p>
      <w:pPr>
        <w:jc w:val="right"/>
      </w:pPr>
      <w:r>
        <w:t>اس کی بکس جو ہے، تمام لینگویج میں ٹرانسلیٹ ہوئی۔</w:t>
      </w:r>
    </w:p>
    <w:p>
      <w:r>
        <w:rPr>
          <w:b/>
        </w:rPr>
        <w:t xml:space="preserve">[04:41] </w:t>
      </w:r>
      <w:r>
        <w:t>to woh kehta hai ke ek waqt tha ke Muslim mind duniya mein dikhai partay thay international scene mein.</w:t>
      </w:r>
    </w:p>
    <w:p>
      <w:pPr>
        <w:jc w:val="right"/>
      </w:pPr>
      <w:r>
        <w:t>تو وہ کہتا ہے کہ ایک وقت تھا کہ مسلم مائنڈ دنیا میں دکھائی پڑتے تھے انٹرنیشنل سین میں۔</w:t>
      </w:r>
    </w:p>
    <w:p>
      <w:r>
        <w:rPr>
          <w:b/>
        </w:rPr>
        <w:t xml:space="preserve">[04:54] </w:t>
      </w:r>
      <w:r>
        <w:t>aaj musalman international scene mein kahin dikhai nahi detey. koi bhi international seat aisi nahi hai</w:t>
      </w:r>
    </w:p>
    <w:p>
      <w:pPr>
        <w:jc w:val="right"/>
      </w:pPr>
      <w:r>
        <w:t>آج مسلمان انٹرنیشنل سین میں کہیں دکھائی نہیں دیتے۔ کوئی بھی انٹرنیشنل سیٹ ایسی نہیں ہے</w:t>
      </w:r>
    </w:p>
    <w:p>
      <w:r>
        <w:rPr>
          <w:b/>
        </w:rPr>
        <w:t xml:space="preserve">[05:05] </w:t>
      </w:r>
      <w:r>
        <w:t>jis par musalman baitha hua ho.</w:t>
      </w:r>
    </w:p>
    <w:p>
      <w:pPr>
        <w:jc w:val="right"/>
      </w:pPr>
      <w:r>
        <w:t>جس پر مسلمان بیٹھا ہوا ہو۔</w:t>
      </w:r>
    </w:p>
    <w:p>
      <w:r>
        <w:rPr>
          <w:b/>
        </w:rPr>
        <w:t xml:space="preserve">[05:10] </w:t>
      </w:r>
      <w:r>
        <w:t>yeh baat as a fact bilkul sahi hai. aap sab log jantey hain.</w:t>
      </w:r>
    </w:p>
    <w:p>
      <w:pPr>
        <w:jc w:val="right"/>
      </w:pPr>
      <w:r>
        <w:t>یہ بات ایز اے فیکٹ بالکل صحیح ہے۔ آپ سب لوگ جانتے ہیں۔</w:t>
      </w:r>
    </w:p>
    <w:p>
      <w:r>
        <w:rPr>
          <w:b/>
        </w:rPr>
        <w:t xml:space="preserve">[05:19] </w:t>
      </w:r>
      <w:r>
        <w:t>aap sab log jantey hain. lekin musalmanon se agar aap kahain ke international seat par koi muslim dikhai nahi deta, to foran woh kya kahain ge?</w:t>
      </w:r>
    </w:p>
    <w:p>
      <w:pPr>
        <w:jc w:val="right"/>
      </w:pPr>
      <w:r>
        <w:t>آپ سب لوگ جانتے ہیں۔ لیکن مسلمانوں سے اگر آپ کہیں کہ انٹرنیشنل سیٹ پر کوئی مسلم دکھائی نہیں دیتا، تو فوراً وہ کیا کہیں گے؟</w:t>
      </w:r>
    </w:p>
    <w:p>
      <w:r>
        <w:rPr>
          <w:b/>
        </w:rPr>
        <w:t xml:space="preserve">[05:31] </w:t>
      </w:r>
      <w:r>
        <w:t>yeh to bias hai. aaj ka jo modern world hai, woh islam ka</w:t>
      </w:r>
    </w:p>
    <w:p>
      <w:pPr>
        <w:jc w:val="right"/>
      </w:pPr>
      <w:r>
        <w:t>یہ تو بائس ہے۔ آج کا جو ماڈرن ورلڈ ہے، وہ اسلام کا</w:t>
      </w:r>
    </w:p>
    <w:p>
      <w:r>
        <w:rPr>
          <w:b/>
        </w:rPr>
        <w:t xml:space="preserve">[05:40] </w:t>
      </w:r>
      <w:r>
        <w:t>. islam se is ko enmity hai. musalmanon ke baray mein woh bias hai. is liye woh nahi. lekin isi mein is ka jawab bhi hai ke phir kya wajah hai ke khud muslim countries mein jitne baray baray mind aap mantey hain musalman jin ko international level par to mein nahi manta ke in mein se koi bara mind hai.</w:t>
      </w:r>
    </w:p>
    <w:p>
      <w:pPr>
        <w:jc w:val="right"/>
      </w:pPr>
      <w:r>
        <w:t>۔ اسلام سے اس کو اینیمیٹی ہے۔ مسلمانوں کے بارے میں وہ بائس ہے۔ اس لیے وہ نہیں۔ لیکن اسی میں اس کا جواب بھی ہے کہ پھر کیا وجہ ہے کہ خود مسلم کنٹریز میں جتنے بڑے بڑے مائنڈ آپ مانتے ہیں مسلمان جن کو انٹرنیشنل لیول پر تو میں نہیں مانتا کہ ان میں سے کوئی بڑا مائنڈ ہے۔</w:t>
      </w:r>
    </w:p>
    <w:p>
      <w:r>
        <w:rPr>
          <w:b/>
        </w:rPr>
        <w:t xml:space="preserve">[06:00] </w:t>
      </w:r>
      <w:r>
        <w:t>lekin musalmanon mein popular hain woh log. to woh kyun nahi wahan par hain koi bari jagah par? sab prison mein kyun hain? house arrest kyun hain?</w:t>
      </w:r>
    </w:p>
    <w:p>
      <w:pPr>
        <w:jc w:val="right"/>
      </w:pPr>
      <w:r>
        <w:t>لیکن مسلمانوں میں پاپولر ہیں وہ لوگ۔ تو وہ کیوں نہیں وہاں پر ہیں کوئی بڑی جگہ پر؟ سب پریزن میں کیوں ہیں؟ ہاؤس ارسٹ کیوں ہیں؟</w:t>
      </w:r>
    </w:p>
    <w:p>
      <w:r>
        <w:rPr>
          <w:b/>
        </w:rPr>
        <w:t xml:space="preserve">[06:12] </w:t>
      </w:r>
      <w:r>
        <w:t>sabhi log jantey hain ke muslim countries mein jo bhi likhta hai, bolta hai, jo leadership ke us mein aata hai, woh woh sab daal diya jata hai prison mein ya house arrest kar diya jata hai.</w:t>
      </w:r>
    </w:p>
    <w:p>
      <w:pPr>
        <w:jc w:val="right"/>
      </w:pPr>
      <w:r>
        <w:t>سبھی لوگ جانتے ہیں کہ مسلم کنٹریز میں جو بھی لکھتا ہے، بولتا ہے، جو لیڈرشپ کے اس میں آتا ہے، وہ وہ سب ڈال دیا جاتا ہے پریزن میں یا ہاؤس ارسٹ کر دیا جاتا ہے۔</w:t>
      </w:r>
    </w:p>
    <w:p>
      <w:r>
        <w:rPr>
          <w:b/>
        </w:rPr>
        <w:t xml:space="preserve">[06:29] </w:t>
      </w:r>
      <w:r>
        <w:t>yani muslim activities mein woh disappear ho jata hai. in mein se koi log bhaag kar bahar jatay hain lekin bahar bhi woh koi jagah nahi paatay.</w:t>
      </w:r>
    </w:p>
    <w:p>
      <w:pPr>
        <w:jc w:val="right"/>
      </w:pPr>
      <w:r>
        <w:t>یعنی مسلم ایکٹیویٹیز میں وہ ڈس اپیئر ہو جاتا ہے۔ ان میں سے کوئی لوگ بھاگ کر باہر جاتے ہیں لیکن باہر بھی وہ کوئی جگہ نہیں پاتے۔</w:t>
      </w:r>
    </w:p>
    <w:p>
      <w:r>
        <w:rPr>
          <w:b/>
        </w:rPr>
        <w:t xml:space="preserve">[06:40] </w:t>
      </w:r>
      <w:r>
        <w:t>to khair yeh sochney ki baat hai ke jo musalman pehlay international scene mein, international map mein dikhai partay thay,</w:t>
      </w:r>
    </w:p>
    <w:p>
      <w:pPr>
        <w:jc w:val="right"/>
      </w:pPr>
      <w:r>
        <w:t>تو خیر یہ سوچنے کی بات ہے کہ جو مسلمان پہلے انٹرنیشنل سین میں، انٹرنیشنل میپ میں دکھائی پڑتے تھے،</w:t>
      </w:r>
    </w:p>
    <w:p>
      <w:r>
        <w:rPr>
          <w:b/>
        </w:rPr>
        <w:t xml:space="preserve">[06:56] </w:t>
      </w:r>
      <w:r>
        <w:t>aaj woh kahin disappear ho gaye.</w:t>
      </w:r>
    </w:p>
    <w:p>
      <w:pPr>
        <w:jc w:val="right"/>
      </w:pPr>
      <w:r>
        <w:t>آج وہ کہیں ڈس اپیئر ہو گئے۔</w:t>
      </w:r>
    </w:p>
    <w:p>
      <w:r>
        <w:rPr>
          <w:b/>
        </w:rPr>
        <w:t xml:space="preserve">[07:00] </w:t>
      </w:r>
      <w:r>
        <w:t>to is mein to is ka koi wazeh, koi clear jawab nahi hai.</w:t>
      </w:r>
    </w:p>
    <w:p>
      <w:pPr>
        <w:jc w:val="right"/>
      </w:pPr>
      <w:r>
        <w:t>تو اس میں تو اس کا کوئی واضح، کوئی کلیئر جواب نہیں ہے۔</w:t>
      </w:r>
    </w:p>
    <w:p>
      <w:r>
        <w:rPr>
          <w:b/>
        </w:rPr>
        <w:t xml:space="preserve">[07:08] </w:t>
      </w:r>
      <w:r>
        <w:t>lekin mein is ko parh kar mein ne jo socha woh yeh hai ke sab se bara reason hai musalmanon ki negative thinking.</w:t>
      </w:r>
    </w:p>
    <w:p>
      <w:pPr>
        <w:jc w:val="right"/>
      </w:pPr>
      <w:r>
        <w:t>لیکن میں اس کو پڑھ کر میں نے جو سوچا وہ یہ ہے کہ سب سے بڑا ریزن ہے مسلمانوں کی نیگیٹیو تھنکنگ۔</w:t>
      </w:r>
    </w:p>
    <w:p>
      <w:r>
        <w:rPr>
          <w:b/>
        </w:rPr>
        <w:t xml:space="preserve">[07:24] </w:t>
      </w:r>
      <w:r>
        <w:t>negative thinking.</w:t>
      </w:r>
    </w:p>
    <w:p>
      <w:pPr>
        <w:jc w:val="right"/>
      </w:pPr>
      <w:r>
        <w:t>نیگیٹیو تھنکنگ۔</w:t>
      </w:r>
    </w:p>
    <w:p>
      <w:r>
        <w:rPr>
          <w:b/>
        </w:rPr>
        <w:t xml:space="preserve">[07:27] </w:t>
      </w:r>
      <w:r>
        <w:t>jaisey is mein example diya is ne denmark ke cartoon par musalmanon ka jo sari muslim dunya mein hungama hua tha, woh kya tha?</w:t>
      </w:r>
    </w:p>
    <w:p>
      <w:pPr>
        <w:jc w:val="right"/>
      </w:pPr>
      <w:r>
        <w:t>جیسے اس میں ایگزامپل دیا اس نے ڈنمارک کے کارٹون پر مسلمانوں کا جو ساری مسلم دنیا میں ہنگامہ ہوا تھا، وہ کیا تھا؟</w:t>
      </w:r>
    </w:p>
    <w:p>
      <w:r>
        <w:rPr>
          <w:b/>
        </w:rPr>
        <w:t xml:space="preserve">[07:38] </w:t>
      </w:r>
      <w:r>
        <w:t>woh negative reaction tha woh. us zamanay mein, yani us zamanay se meri murad hai press ka jo zamanay aaya hai, press ka zamanay.</w:t>
      </w:r>
    </w:p>
    <w:p>
      <w:pPr>
        <w:jc w:val="right"/>
      </w:pPr>
      <w:r>
        <w:t>وہ نیگیٹیو ری ایکشن تھا وہ۔ اس زمانے میں، یعنی اس زمانے سے میری مراد ہے پریس کا جو زمانہ آیا ہے، پریس کا زمانہ۔</w:t>
      </w:r>
    </w:p>
    <w:p>
      <w:r>
        <w:rPr>
          <w:b/>
        </w:rPr>
        <w:t xml:space="preserve">[07:51] </w:t>
      </w:r>
      <w:r>
        <w:t>to jitney bhi musalmanon ne koi koi yani kuch chalaya hai, kuch koi koi mission ya koi koi movement, woh sab sab ke sab jo hai reaction ki movement thi.</w:t>
      </w:r>
    </w:p>
    <w:p>
      <w:pPr>
        <w:jc w:val="right"/>
      </w:pPr>
      <w:r>
        <w:t>تو جتنے بھی مسلمانوں نے کوئی کوئی یعنی کچھ چلایا ہے، کچھ کوئی کوئی مشن یا کوئی کوئی موومنٹ، وہ سب سب کے سب جو ہے ری ایکشن کی موومنٹ تھی۔</w:t>
      </w:r>
    </w:p>
    <w:p>
      <w:r>
        <w:rPr>
          <w:b/>
        </w:rPr>
        <w:t xml:space="preserve">[08:09] </w:t>
      </w:r>
      <w:r>
        <w:t>yani american se react kar ke aur israel se react kar ke aur un se react kar ke, yani negative reaction se un ki sari movement khari hui hai.</w:t>
      </w:r>
    </w:p>
    <w:p>
      <w:pPr>
        <w:jc w:val="right"/>
      </w:pPr>
      <w:r>
        <w:t>یعنی امریکن سے ری ایکٹ کر کے اور اسرائیل سے ری ایکٹ کر کے اور ان سے ری ایکٹ کر کے، یعنی نیگیٹیو ری ایکشن سے ان کی ساری موومنٹ کھڑی ہوئی ہے۔</w:t>
      </w:r>
    </w:p>
    <w:p>
      <w:r>
        <w:rPr>
          <w:b/>
        </w:rPr>
        <w:t xml:space="preserve">[08:22] </w:t>
      </w:r>
      <w:r>
        <w:t>sab ki sab. sab ki sab.</w:t>
      </w:r>
    </w:p>
    <w:p>
      <w:pPr>
        <w:jc w:val="right"/>
      </w:pPr>
      <w:r>
        <w:t>سب کی سب۔ سب کی سب۔</w:t>
      </w:r>
    </w:p>
    <w:p>
      <w:r>
        <w:rPr>
          <w:b/>
        </w:rPr>
        <w:t xml:space="preserve">[08:28] </w:t>
      </w:r>
      <w:r>
        <w:t>to dekhein yeh history hai, ka lesson hai ke jo mind</w:t>
      </w:r>
    </w:p>
    <w:p>
      <w:pPr>
        <w:jc w:val="right"/>
      </w:pPr>
      <w:r>
        <w:t>تو دیکھیں یہ ہسٹری ہے، کا لیسن ہے کہ جو مائنڈ</w:t>
      </w:r>
    </w:p>
    <w:p>
      <w:r>
        <w:rPr>
          <w:b/>
        </w:rPr>
        <w:t xml:space="preserve">[08:39] </w:t>
      </w:r>
      <w:r>
        <w:t>negative reaction mein rehta ho, woh kabhi bhi is ke andar creativity nahi aati. creativity aati hai hamesha positive thinking se.</w:t>
      </w:r>
    </w:p>
    <w:p>
      <w:pPr>
        <w:jc w:val="right"/>
      </w:pPr>
      <w:r>
        <w:t>نیگیٹیو ری ایکشن میں رہتا ہو، وہ کبھی بھی اس کے اندر کریٹیوٹی نہیں آتی۔ کریٹیوٹی آتی ہے ہمیشہ پازیٹیو تھنکنگ سے۔</w:t>
      </w:r>
    </w:p>
    <w:p>
      <w:r>
        <w:rPr>
          <w:b/>
        </w:rPr>
        <w:t xml:space="preserve">[08:52] </w:t>
      </w:r>
      <w:r>
        <w:t>negative thinking jo hai woh killer hai, killer. creativity ke liye.</w:t>
      </w:r>
    </w:p>
    <w:p>
      <w:pPr>
        <w:jc w:val="right"/>
      </w:pPr>
      <w:r>
        <w:t>نیگیٹیو تھنکنگ جو ہے وہ کلر ہے، کلر۔ کریٹیوٹی کے لیے۔</w:t>
      </w:r>
    </w:p>
    <w:p>
      <w:r>
        <w:rPr>
          <w:b/>
        </w:rPr>
        <w:t xml:space="preserve">[09:00] </w:t>
      </w:r>
      <w:r>
        <w:t>negative thinking aadmi ko un creative banati hai. aur positive thinking aadmi ko creative banati hai.</w:t>
      </w:r>
    </w:p>
    <w:p>
      <w:pPr>
        <w:jc w:val="right"/>
      </w:pPr>
      <w:r>
        <w:t>نیگیٹیو تھنکنگ آدمی کو ان کریٹیو بناتی ہے۔ اور پازیٹیو تھنکنگ آدمی کو کریٹیو بناتی ہے۔</w:t>
      </w:r>
    </w:p>
    <w:p>
      <w:r>
        <w:rPr>
          <w:b/>
        </w:rPr>
        <w:t xml:space="preserve">[09:11] </w:t>
      </w:r>
      <w:r>
        <w:t>negative thinking kya hai? kisi situation, koi situation pesh aai, as a protest aap uth kar kharay ho gaye.</w:t>
      </w:r>
    </w:p>
    <w:p>
      <w:pPr>
        <w:jc w:val="right"/>
      </w:pPr>
      <w:r>
        <w:t>نیگیٹیو تھنکنگ کیا ہے؟ کسی سچویشن، کوئی سچویشن پیش آئی، ایز اے پروٹیسٹ آپ اٹھ کر کھڑے ہو گئے۔</w:t>
      </w:r>
    </w:p>
    <w:p>
      <w:r>
        <w:rPr>
          <w:b/>
        </w:rPr>
        <w:t xml:space="preserve">[09:23] </w:t>
      </w:r>
      <w:r>
        <w:t>yani aap ka jo course of action hai woh as a protest bana. as a protest.</w:t>
      </w:r>
    </w:p>
    <w:p>
      <w:pPr>
        <w:jc w:val="right"/>
      </w:pPr>
      <w:r>
        <w:t>یعنی آپ کا جو کورس آف ایکشن ہے وہ ایز اے پروٹیسٹ بنا۔ ایز اے پروٹیسٹ۔</w:t>
      </w:r>
    </w:p>
    <w:p>
      <w:r>
        <w:rPr>
          <w:b/>
        </w:rPr>
        <w:t xml:space="preserve">[09:32] </w:t>
      </w:r>
      <w:r>
        <w:t>jaise 1948 mein jab israel qaim ho gaya falasteen mein, to saare arab world mein gaama khada ho gaya.</w:t>
      </w:r>
    </w:p>
    <w:p>
      <w:pPr>
        <w:jc w:val="right"/>
      </w:pPr>
      <w:r>
        <w:t>جیسے 1948 میں جب اسرائیل قائم ہو گیا فلسطین میں، تو سارے عرب ورلڈ میں گاما کھڑا ہو گیا۔</w:t>
      </w:r>
    </w:p>
    <w:p>
      <w:r>
        <w:rPr>
          <w:b/>
        </w:rPr>
        <w:t xml:space="preserve">[09:43] </w:t>
      </w:r>
      <w:r>
        <w:t>aur us zamane ke bohat bade leader thay hassan bin na, woh nikle cairo ke roads par. un ka ek jaloos nikala unhon ne, procession.</w:t>
      </w:r>
    </w:p>
    <w:p>
      <w:pPr>
        <w:jc w:val="right"/>
      </w:pPr>
      <w:r>
        <w:t>اور اس زمانے کے بہت بڑے لیڈر تھے حسن بن نع، وہ نکلے قاہرہ کے روڈز پر۔ ان کا ایک جلوس نکالا انہوں نے، پروسیشن۔</w:t>
      </w:r>
    </w:p>
    <w:p>
      <w:r>
        <w:rPr>
          <w:b/>
        </w:rPr>
        <w:t xml:space="preserve">[09:52] </w:t>
      </w:r>
      <w:r>
        <w:t>is mein kaha jata hai ke ek lakh arab is mein shamil thay. ek lakh arab. un ka naara kya tha?</w:t>
      </w:r>
    </w:p>
    <w:p>
      <w:pPr>
        <w:jc w:val="right"/>
      </w:pPr>
      <w:r>
        <w:t>اس میں کہا جاتا ہے کہ ایک لاکھ عرب اس میں شامل تھے۔ ایک لاکھ عرب۔ ان کا نعرہ کیا تھا؟</w:t>
      </w:r>
    </w:p>
    <w:p>
      <w:r>
        <w:rPr>
          <w:b/>
        </w:rPr>
        <w:t xml:space="preserve">[10:01] </w:t>
      </w:r>
      <w:r>
        <w:t>labbaik ya falasteen labbaik ya falasteen aey falasteen hum hazir hain larnay ke liye. to yeh kya tha? yaani israel jo wahan par bana, to us ke protest mein aap kharay ho gaye.</w:t>
      </w:r>
    </w:p>
    <w:p>
      <w:pPr>
        <w:jc w:val="right"/>
      </w:pPr>
      <w:r>
        <w:t>لبیک یا فلسطین لبیک یا فلسطین اے فلسطین ہم حاضر ہیں لڑنے کے لیے۔ تو یہ کیا تھا؟ یعنی اسرائیل جو وہاں پر بنا، تو اس کے پروٹیسٹ میں آپ کھڑے ہو گئے۔</w:t>
      </w:r>
    </w:p>
    <w:p>
      <w:r>
        <w:rPr>
          <w:b/>
        </w:rPr>
        <w:t xml:space="preserve">[10:18] </w:t>
      </w:r>
      <w:r>
        <w:t>yahi har jagah hua hai. india mein jo partition ki movement thi, wahi kaha protest thi. logon ne samjha ke yahan par hamare sath description hota hai.</w:t>
      </w:r>
    </w:p>
    <w:p>
      <w:pPr>
        <w:jc w:val="right"/>
      </w:pPr>
      <w:r>
        <w:t>یہی ہر جگہ ہوا ہے۔ انڈیا میں جو پارٹیشن کی موومنٹ تھی، وہی کہا پروٹیسٹ تھی۔ لوگوں نے سمجھا کہ یہاں پر ہمارے ساتھ ڈسکرپشن ہوتا ہے۔</w:t>
      </w:r>
    </w:p>
    <w:p>
      <w:r>
        <w:rPr>
          <w:b/>
        </w:rPr>
        <w:t xml:space="preserve">[10:27] </w:t>
      </w:r>
      <w:r>
        <w:t>to bas protest mein kharay ho gaye.</w:t>
      </w:r>
    </w:p>
    <w:p>
      <w:pPr>
        <w:jc w:val="right"/>
      </w:pPr>
      <w:r>
        <w:t>تو بس پروٹیسٹ میں کھڑے ہو گئے۔</w:t>
      </w:r>
    </w:p>
    <w:p>
      <w:r>
        <w:rPr>
          <w:b/>
        </w:rPr>
        <w:t xml:space="preserve">[10:31] </w:t>
      </w:r>
      <w:r>
        <w:t>ab protest karte karte partition kar dala. isi tarike se khilafat movement uthi itni badi. woh bhi kya thi?</w:t>
      </w:r>
    </w:p>
    <w:p>
      <w:pPr>
        <w:jc w:val="right"/>
      </w:pPr>
      <w:r>
        <w:t>اب پروٹیسٹ کرتے کرتے پارٹیشن کر ڈالا۔ اسی طریقے سے خلافت موومنٹ اٹھی اتنی بڑی۔ وہ بھی کیا تھی؟</w:t>
      </w:r>
    </w:p>
    <w:p>
      <w:r>
        <w:rPr>
          <w:b/>
        </w:rPr>
        <w:t xml:space="preserve">[10:40] </w:t>
      </w:r>
      <w:r>
        <w:t>protest thi. mustafa kamal pasha ne abalish kar diya khilafat ke institution ko. to india mein badi movement, bohat badi movement.</w:t>
      </w:r>
    </w:p>
    <w:p>
      <w:pPr>
        <w:jc w:val="right"/>
      </w:pPr>
      <w:r>
        <w:t>پروٹیسٹ تھی۔ مصطفیٰ کمال پاشا نے ابالش کر دیا خلافت کے انسٹیٹیوشن کو۔ تو انڈیا میں بڑی موومنٹ، بہت بڑی موومنٹ۔</w:t>
      </w:r>
    </w:p>
    <w:p>
      <w:r>
        <w:rPr>
          <w:b/>
        </w:rPr>
        <w:t xml:space="preserve">[10:48] </w:t>
      </w:r>
      <w:r>
        <w:t>kaha jata hai ke poore india mein yaani khilafat movement ka hungama jari ho gaya.</w:t>
      </w:r>
    </w:p>
    <w:p>
      <w:pPr>
        <w:jc w:val="right"/>
      </w:pPr>
      <w:r>
        <w:t>کہا جاتا ہے کہ پورے انڈیا میں یعنی خلافت موومنٹ کا ہنگامہ جاری ہو گیا۔</w:t>
      </w:r>
    </w:p>
    <w:p>
      <w:r>
        <w:rPr>
          <w:b/>
        </w:rPr>
        <w:t xml:space="preserve">[10:55] </w:t>
      </w:r>
      <w:r>
        <w:t>is zamane mein ek bohat zabardast tarike se yeh chalta tha ek ek woh ek gaana.</w:t>
      </w:r>
    </w:p>
    <w:p>
      <w:pPr>
        <w:jc w:val="right"/>
      </w:pPr>
      <w:r>
        <w:t>اس زمانے میں ایک بہت زبردست طریقے سے یہ چلتا تھا ایک ایک وہ ایک گانا۔</w:t>
      </w:r>
    </w:p>
    <w:p>
      <w:r>
        <w:rPr>
          <w:b/>
        </w:rPr>
        <w:t xml:space="preserve">[11:03] </w:t>
      </w:r>
      <w:r>
        <w:t>jo tha ke woh</w:t>
      </w:r>
    </w:p>
    <w:p>
      <w:pPr>
        <w:jc w:val="right"/>
      </w:pPr>
      <w:r>
        <w:t>جو تھا کہ وہ</w:t>
      </w:r>
    </w:p>
    <w:p>
      <w:r>
        <w:rPr>
          <w:b/>
        </w:rPr>
        <w:t xml:space="preserve">[11:08] </w:t>
      </w:r>
      <w:r>
        <w:t>rehte hain jahan sab yaar chalo darya aatk ke paar chalo qandhar chalo qandhar chalo.</w:t>
      </w:r>
    </w:p>
    <w:p>
      <w:pPr>
        <w:jc w:val="right"/>
      </w:pPr>
      <w:r>
        <w:t>رہتے ہیں جہاں سب یار چلو دریا آٹک کے پار چلو قندھار چلو قندھار چلو۔</w:t>
      </w:r>
    </w:p>
    <w:p>
      <w:r>
        <w:rPr>
          <w:b/>
        </w:rPr>
        <w:t xml:space="preserve">[11:15] </w:t>
      </w:r>
      <w:r>
        <w:t>to yeh jitni bhi uthi hain press, printing, printing press aanay ke baad, mein samajhta hoon ke qareeb do so saal ke andar sab protest movement thi.</w:t>
      </w:r>
    </w:p>
    <w:p>
      <w:pPr>
        <w:jc w:val="right"/>
      </w:pPr>
      <w:r>
        <w:t>تو یہ جتنی بھی اٹھی ہیں پریس، پرنٹنگ، پرنٹنگ پریس آنے کے بعد، میں سمجھتا ہوں کہ قریب دو سو سال کے اندر سب پروٹیسٹ موومنٹ تھی۔</w:t>
      </w:r>
    </w:p>
    <w:p>
      <w:r>
        <w:rPr>
          <w:b/>
        </w:rPr>
        <w:t xml:space="preserve">[11:29] </w:t>
      </w:r>
      <w:r>
        <w:t>to musalman is poori muddat mein protestant banay hue hain. protestant. protestant group. mere nazdeek koi ek bhi exception nahi hai is mein</w:t>
      </w:r>
    </w:p>
    <w:p>
      <w:pPr>
        <w:jc w:val="right"/>
      </w:pPr>
      <w:r>
        <w:t>تو مسلمان اس پوری مدت میں پروٹیسٹنٹ بنے ہوئے ہیں۔ پروٹیسٹنٹ۔ پروٹیسٹنٹ گروپ۔ میرے نزدیک کوئی ایک بھی ایکسیپشن نہیں ہے اس میں</w:t>
      </w:r>
    </w:p>
    <w:p>
      <w:r>
        <w:rPr>
          <w:b/>
        </w:rPr>
        <w:t xml:space="preserve">[11:39] </w:t>
      </w:r>
      <w:r>
        <w:t>. maine bar bar kaha log is par ghusa hotay hain. main poochta hoon ke batao. batao. woh kon hai jis ko tum exception bata sakte ho?</w:t>
      </w:r>
    </w:p>
    <w:p>
      <w:pPr>
        <w:jc w:val="right"/>
      </w:pPr>
      <w:r>
        <w:t>۔ میں نے بار بار کہا لوگ اس پر غصہ ہوتے ہیں۔ میں پوچھتا ہوں کہ بتاؤ۔ بتاؤ۔ وہ کون ہے جس کو تم ایکسیپشن بتا سکتے ہو؟</w:t>
      </w:r>
    </w:p>
    <w:p>
      <w:r>
        <w:rPr>
          <w:b/>
        </w:rPr>
        <w:t xml:space="preserve">[11:51] </w:t>
      </w:r>
      <w:r>
        <w:t>syed jawaduddin afghani jo thay unhon ne protest kiya is se colonial powers se. is se protest kar ke woh syed jawaduddin afghani, afghani ban gaye.</w:t>
      </w:r>
    </w:p>
    <w:p>
      <w:pPr>
        <w:jc w:val="right"/>
      </w:pPr>
      <w:r>
        <w:t>سید جواد الدین افغانی جو تھے انہوں نے پروٹیسٹ کیا اس سے کالونیل پاورز سے۔ اس سے پروٹیسٹ کر کے وہ سید جواد الدین افغانی، افغانی بن گئے۔</w:t>
      </w:r>
    </w:p>
    <w:p>
      <w:r>
        <w:rPr>
          <w:b/>
        </w:rPr>
        <w:t xml:space="preserve">[12:03] </w:t>
      </w:r>
      <w:r>
        <w:t>hassan bin na, syed qutb jo thay unhon ne israel se protest kiya. ab woh leader ban gaye.</w:t>
      </w:r>
    </w:p>
    <w:p>
      <w:pPr>
        <w:jc w:val="right"/>
      </w:pPr>
      <w:r>
        <w:t>حسن بن نع، سید قطب جو تھے انہوں نے اسرائیل سے پروٹیسٹ کیا۔ اب وہ لیڈر بن گئے۔</w:t>
      </w:r>
    </w:p>
    <w:p>
      <w:r>
        <w:rPr>
          <w:b/>
        </w:rPr>
        <w:t xml:space="preserve">[12:10] </w:t>
      </w:r>
      <w:r>
        <w:t>ab iqbal aur abdullah modoodi jo hain western civilization se unhon ne protest kiya. aur woh popular ban gaye logon ke beech mein. koi ek bhi aadmi mere ilm mein nahi hai poori muslim world mein is do so saal ke andar jo protest ke baghair khara hua ho.</w:t>
      </w:r>
    </w:p>
    <w:p>
      <w:pPr>
        <w:jc w:val="right"/>
      </w:pPr>
      <w:r>
        <w:t>اب اقبال اور عبداللہ مودودی جو ہیں ویسٹرن سویلائزیشن سے انہوں نے پروٹیسٹ کیا۔ اور وہ پاپولر بن گئے لوگوں کے بیچ میں۔ کوئی ایک بھی آدمی میرے علم میں نہیں ہے پوری مسلم ورلڈ میں اس دو سو سال کے اندر جو پروٹیسٹ کے بغیر کھڑا ہوا ہو۔</w:t>
      </w:r>
    </w:p>
    <w:p>
      <w:r>
        <w:rPr>
          <w:b/>
        </w:rPr>
        <w:t xml:space="preserve">[12:32] </w:t>
      </w:r>
      <w:r>
        <w:t>positive thinking ke ooper khara hua ho. to kya hua?</w:t>
      </w:r>
    </w:p>
    <w:p>
      <w:pPr>
        <w:jc w:val="right"/>
      </w:pPr>
      <w:r>
        <w:t>پازیٹیو تھنکنگ کے اوپر کھڑا ہوا ہو۔ تو کیا ہوا؟</w:t>
      </w:r>
    </w:p>
    <w:p>
      <w:r>
        <w:rPr>
          <w:b/>
        </w:rPr>
        <w:t xml:space="preserve">[12:38] </w:t>
      </w:r>
      <w:r>
        <w:t>sab ke sab un creative ban gaye. un creative mind ban gaye. log is par ghusa hotay hain. lekin main kehta hoon ke ghusa kyun hotay ho?</w:t>
      </w:r>
    </w:p>
    <w:p>
      <w:pPr>
        <w:jc w:val="right"/>
      </w:pPr>
      <w:r>
        <w:t>سب کے سب ان کریٹیو بن گئے۔ ان کریٹیو مائنڈ بن گئے۔ لوگ اس پر غصہ ہوتے ہیں۔ لیکن میں کہتا ہوں کہ غصہ کیوں ہوتے ہو؟</w:t>
      </w:r>
    </w:p>
    <w:p>
      <w:r>
        <w:rPr>
          <w:b/>
        </w:rPr>
        <w:t xml:space="preserve">[12:47] </w:t>
      </w:r>
      <w:r>
        <w:t>mujhe do yaani evidence do. daleel do. ke yeh un creative nahi thay yeh. dekhen creative mind aur un creative mind mein kya farq hai?</w:t>
      </w:r>
    </w:p>
    <w:p>
      <w:pPr>
        <w:jc w:val="right"/>
      </w:pPr>
      <w:r>
        <w:t>مجھے دو یعنی ایویڈنس دو۔ دلیل دو۔ کہ یہ ان کریٹیو نہیں تھے یہ۔ دیکھیں کریٹیو مائنڈ اور ان کریٹیو مائنڈ میں کیا فرق ہے؟</w:t>
      </w:r>
    </w:p>
    <w:p>
      <w:r>
        <w:rPr>
          <w:b/>
        </w:rPr>
        <w:t xml:space="preserve">[13:01] </w:t>
      </w:r>
      <w:r>
        <w:t>creative mind woh hai jo ab jis situation mein woh ghira hua hai us se alag ho kar soch sake. jis ko main kaha karta hoon big bird thinker.</w:t>
      </w:r>
    </w:p>
    <w:p>
      <w:pPr>
        <w:jc w:val="right"/>
      </w:pPr>
      <w:r>
        <w:t>کریٹیو مائنڈ وہ ہے جو اب جس سچویشن میں وہ گھرا ہوا ہے اس سے الگ ہو کر سوچ سکے۔ جس کو میں کہا کرتا ہوں بگ برڈ تھنکر۔</w:t>
      </w:r>
    </w:p>
    <w:p>
      <w:r>
        <w:rPr>
          <w:b/>
        </w:rPr>
        <w:t xml:space="preserve">[13:13] </w:t>
      </w:r>
      <w:r>
        <w:t>aur un creative mind woh hai jo jis situation mein ghira hua hai usi mein soche woh. jaise main aap ko example deta hoon.</w:t>
      </w:r>
    </w:p>
    <w:p>
      <w:pPr>
        <w:jc w:val="right"/>
      </w:pPr>
      <w:r>
        <w:t>اور ان کریٹیو مائنڈ وہ ہے جو جس سچویشن میں گھرا ہوا ہے اسی میں سوچے وہ۔ جیسے میں آپ کو ایگزامپل دیتا ہوں۔</w:t>
      </w:r>
    </w:p>
    <w:p>
      <w:r>
        <w:rPr>
          <w:b/>
        </w:rPr>
        <w:t xml:space="preserve">[13:22] </w:t>
      </w:r>
      <w:r>
        <w:t>comparative example. is ko samajhnay ke liye.</w:t>
      </w:r>
    </w:p>
    <w:p>
      <w:pPr>
        <w:jc w:val="right"/>
      </w:pPr>
      <w:r>
        <w:t>کمپیریٹیو ایگزامپل۔ اس کو سمجھنے کے لیے۔</w:t>
      </w:r>
    </w:p>
    <w:p>
      <w:r>
        <w:rPr>
          <w:b/>
        </w:rPr>
        <w:t xml:space="preserve">[13:28] </w:t>
      </w:r>
      <w:r>
        <w:t>dekhen 1945 mein america ne japan ke ooper atom bomb giraya.</w:t>
      </w:r>
    </w:p>
    <w:p>
      <w:pPr>
        <w:jc w:val="right"/>
      </w:pPr>
      <w:r>
        <w:t>دیکھیں 1945 میں امریکہ نے جاپان کے اوپر ایٹم بم گرایا۔</w:t>
      </w:r>
    </w:p>
    <w:p>
      <w:r>
        <w:rPr>
          <w:b/>
        </w:rPr>
        <w:t xml:space="preserve">[13:40] </w:t>
      </w:r>
      <w:r>
        <w:t>zahir hai ke sare japan mein ek hangama khara hua. ghusse aur rage ki baatein hone lagin. is waqt wahan kuch intellectuals uthe.</w:t>
      </w:r>
    </w:p>
    <w:p>
      <w:pPr>
        <w:jc w:val="right"/>
      </w:pPr>
      <w:r>
        <w:t>ظاہر ہے کہ سارے جاپان میں ایک ہنگامہ کھڑا ہوا۔ غصہ اور رینج کی باتیں ہونے لگیں۔ اس وقت وہاں کچھ انٹلیکچوئلز اٹھے۔</w:t>
      </w:r>
    </w:p>
    <w:p>
      <w:r>
        <w:rPr>
          <w:b/>
        </w:rPr>
        <w:t xml:space="preserve">[13:50] </w:t>
      </w:r>
      <w:r>
        <w:t>unhon ne kaha ke ghusse ki kya baat hai?</w:t>
      </w:r>
    </w:p>
    <w:p>
      <w:pPr>
        <w:jc w:val="right"/>
      </w:pPr>
      <w:r>
        <w:t>انہوں نے کہا کہ غصے کی کیا بات ہے؟</w:t>
      </w:r>
    </w:p>
    <w:p>
      <w:r>
        <w:rPr>
          <w:b/>
        </w:rPr>
        <w:t xml:space="preserve">[13:54] </w:t>
      </w:r>
      <w:r>
        <w:t>hum ne 1941 mein america ke pearl harbor ko destroy kiya tha. bombardment kar ke. unhon ne 1945 mein hamare hiroshima ko destroy kar diya.</w:t>
      </w:r>
    </w:p>
    <w:p>
      <w:pPr>
        <w:jc w:val="right"/>
      </w:pPr>
      <w:r>
        <w:t>ہم نے 1941 میں امریکہ کے پرل ہاربر کو ڈسٹروئے کیا تھا۔ بمبارڈمنٹ کر کے۔ انہوں نے 1945 میں ہمارے ہیروشما کو ڈسٹروئے کر دیا۔</w:t>
      </w:r>
    </w:p>
    <w:p>
      <w:r>
        <w:rPr>
          <w:b/>
        </w:rPr>
        <w:t xml:space="preserve">[14:06] </w:t>
      </w:r>
      <w:r>
        <w:t>to mamla barabar ho gaya. ab aage barho. to is ke baad unhon ne kaha positive planning hui. education ki field mein, science ki field mein, technology ki field mein.</w:t>
      </w:r>
    </w:p>
    <w:p>
      <w:pPr>
        <w:jc w:val="right"/>
      </w:pPr>
      <w:r>
        <w:t>تو معاملہ برابر ہو گیا۔ اب آگے بڑھو۔ تو اس کے بعد انہوں نے کہا پازیٹیو پلاننگ ہوئی۔ ایجوکیشن کی فیلڈ میں، سائنس کی فیلڈ میں، ٹیکنالوجی کی فیلڈ میں۔</w:t>
      </w:r>
    </w:p>
    <w:p>
      <w:r>
        <w:rPr>
          <w:b/>
        </w:rPr>
        <w:t xml:space="preserve">[14:19] </w:t>
      </w:r>
      <w:r>
        <w:t>aage badh gaye.</w:t>
      </w:r>
    </w:p>
    <w:p>
      <w:pPr>
        <w:jc w:val="right"/>
      </w:pPr>
      <w:r>
        <w:t>آگے بڑھ گئے۔</w:t>
      </w:r>
    </w:p>
    <w:p>
      <w:r>
        <w:rPr>
          <w:b/>
        </w:rPr>
        <w:t xml:space="preserve">[14:21] </w:t>
      </w:r>
      <w:r>
        <w:t>ab aap dekhein pakistan ko. 1971 mein bangladesh bana jis mein hamari government involve ho gayi thi.</w:t>
      </w:r>
    </w:p>
    <w:p>
      <w:pPr>
        <w:jc w:val="right"/>
      </w:pPr>
      <w:r>
        <w:t>اب آپ دیکھیں پاکستان کو۔ 1971 میں بنگلہ دیش بنا جس میں ہماری گورنمنٹ انوالو ہو گئی تھی۔</w:t>
      </w:r>
    </w:p>
    <w:p>
      <w:r>
        <w:rPr>
          <w:b/>
        </w:rPr>
        <w:t xml:space="preserve">[14:33] </w:t>
      </w:r>
      <w:r>
        <w:t>main is ko sahi nahi samajhta yani is involvement ko.</w:t>
      </w:r>
    </w:p>
    <w:p>
      <w:pPr>
        <w:jc w:val="right"/>
      </w:pPr>
      <w:r>
        <w:t>میں اس کو صحیح نہیں سمجھتا یعنی اس انوالومنٹ کو۔</w:t>
      </w:r>
    </w:p>
    <w:p>
      <w:r>
        <w:rPr>
          <w:b/>
        </w:rPr>
        <w:t xml:space="preserve">[14:39] </w:t>
      </w:r>
      <w:r>
        <w:t>lekin behal hamari government is mein involve hui. aur ban gaya woh bangladesh</w:t>
      </w:r>
    </w:p>
    <w:p>
      <w:pPr>
        <w:jc w:val="right"/>
      </w:pPr>
      <w:r>
        <w:t>لیکن بہرحال ہماری گورنمنٹ اس میں انوالو ہوئی۔ اور بن گیا وہ بنگلہ دیش</w:t>
      </w:r>
    </w:p>
    <w:p>
      <w:r>
        <w:rPr>
          <w:b/>
        </w:rPr>
        <w:t xml:space="preserve">[14:46] </w:t>
      </w:r>
      <w:r>
        <w:t>. bangladesh banne ke baad pure pakistan mein zabardast india hate ki yani hate india campaign chal padi.</w:t>
      </w:r>
    </w:p>
    <w:p>
      <w:pPr>
        <w:jc w:val="right"/>
      </w:pPr>
      <w:r>
        <w:t>۔ بنگلہ دیش بننے کے بعد پورے پاکستان میں زبردست انڈیا ہیٹ کا یعنی ہیٹ انڈیا کیمپین چل پڑی۔</w:t>
      </w:r>
    </w:p>
    <w:p>
      <w:r>
        <w:rPr>
          <w:b/>
        </w:rPr>
        <w:t xml:space="preserve">[14:55] </w:t>
      </w:r>
      <w:r>
        <w:t>hate india campaign. wahan ka press, wahan ka radio, wahan ka television jo tha 71 ke baad hate india campaign se bhar gaya.</w:t>
      </w:r>
    </w:p>
    <w:p>
      <w:pPr>
        <w:jc w:val="right"/>
      </w:pPr>
      <w:r>
        <w:t>ہیٹ انڈیا کیمپین۔ وہاں کا پریس، وہاں کا ریڈیو، وہاں کا ٹیلی ویژن جو تھا 71 کے بعد ہیٹ انڈیا کیمپین سے بھر گیا۔</w:t>
      </w:r>
    </w:p>
    <w:p>
      <w:r>
        <w:rPr>
          <w:b/>
        </w:rPr>
        <w:t xml:space="preserve">[15:06] </w:t>
      </w:r>
      <w:r>
        <w:t>ab wahan par dekhein koi aadmi nahi utha pakistan ka koi intellectual jo yeh kahe ke is par ghusse ki kya baat hai?</w:t>
      </w:r>
    </w:p>
    <w:p>
      <w:pPr>
        <w:jc w:val="right"/>
      </w:pPr>
      <w:r>
        <w:t>اب وہاں پر دیکھیں کوئی آدمی نہیں اٹھا پاکستان کا کوئی انٹلیکچوئل جو یہ کہے کہ اس پر غصے کی کیا بات ہے؟</w:t>
      </w:r>
    </w:p>
    <w:p>
      <w:r>
        <w:rPr>
          <w:b/>
        </w:rPr>
        <w:t xml:space="preserve">[15:19] </w:t>
      </w:r>
      <w:r>
        <w:t>agar unhon ne 1971 mein hamare desh ke do tukde kiye hain to is se pehle 1947 mein hum bhi un ke mulk ke do tukde kar chuke the.</w:t>
      </w:r>
    </w:p>
    <w:p>
      <w:pPr>
        <w:jc w:val="right"/>
      </w:pPr>
      <w:r>
        <w:t>اگر انہوں نے 1971 میں ہمارے દેશ کے دو ٹکڑے کیے ہیں تو اس سے پہلے 1947 میں ہم بھی ان کے ملک کے دو ٹکڑے کر چکے تھے۔</w:t>
      </w:r>
    </w:p>
    <w:p>
      <w:r>
        <w:rPr>
          <w:b/>
        </w:rPr>
        <w:t xml:space="preserve">[15:35] </w:t>
      </w:r>
      <w:r>
        <w:t>1947 mein hum ne tukde kiye india ke. to 1971 mein unhon ne tukde kar diye hamare pakistan ke. to mamla barabar ho gaya. ab aage barho.</w:t>
      </w:r>
    </w:p>
    <w:p>
      <w:pPr>
        <w:jc w:val="right"/>
      </w:pPr>
      <w:r>
        <w:t>1947 میں ہم نے ٹکڑے کیے انڈیا کے۔ تو 1971 میں انہوں نے ٹکڑے کر دیے ہمارے پاکستان کے۔ تو معاملہ برابر ہو گیا۔ اب آگے بڑھو۔</w:t>
      </w:r>
    </w:p>
    <w:p>
      <w:r>
        <w:rPr>
          <w:b/>
        </w:rPr>
        <w:t xml:space="preserve">[15:47] </w:t>
      </w:r>
      <w:r>
        <w:t>koi sochne ko tayar nahi. main gaya tha ittefaq se isi bangladesh banne ke foran baad pakistan. yeh baat wahan ne kahi maine. to logon ne kya kaha?</w:t>
      </w:r>
    </w:p>
    <w:p>
      <w:pPr>
        <w:jc w:val="right"/>
      </w:pPr>
      <w:r>
        <w:t>کوئی سوچنے کو تیار نہیں۔ میں گیا تھا اتفاق سے اسی بنگلہ دیش بننے کے فوراً بعد پاکستان۔ یہ بات وہاں نے کہی میں نے۔ تو لوگوں نے کیا کہا؟</w:t>
      </w:r>
    </w:p>
    <w:p>
      <w:r>
        <w:rPr>
          <w:b/>
        </w:rPr>
        <w:t xml:space="preserve">[15:58] </w:t>
      </w:r>
      <w:r>
        <w:t>tum india government ke agent ho.</w:t>
      </w:r>
    </w:p>
    <w:p>
      <w:pPr>
        <w:jc w:val="right"/>
      </w:pPr>
      <w:r>
        <w:t>تم انڈیا گورنمنٹ کے ایجنٹ ہو۔</w:t>
      </w:r>
    </w:p>
    <w:p>
      <w:r>
        <w:rPr>
          <w:b/>
        </w:rPr>
        <w:t xml:space="preserve">[16:03] </w:t>
      </w:r>
      <w:r>
        <w:t>to dekhein japan mein aise creative mind the jo yeh keh sake. aur logon ne is ko accept kiya. muslim world mein koi bhi nahi utha yeh kehne wala.</w:t>
      </w:r>
    </w:p>
    <w:p>
      <w:pPr>
        <w:jc w:val="right"/>
      </w:pPr>
      <w:r>
        <w:t>تو دیکھیں جاپان میں ایسے کریٹیو مائنڈ تھے جو یہ کہہ سکے۔ اور لوگوں نے اس کو ایکسیپٹ کیا۔ مسلم ورلڈ میں کوئی بھی نہیں اٹھا یہ کہنے والا۔</w:t>
      </w:r>
    </w:p>
    <w:p>
      <w:r>
        <w:rPr>
          <w:b/>
        </w:rPr>
        <w:t xml:space="preserve">[16:13] </w:t>
      </w:r>
      <w:r>
        <w:t>na pakistan mein na pakistan ke bahar. mujh ko chhod kar. jo yeh kahe ke bhai is mein itna dhoom kyun machate ho? hate india campaign kyun chalate ho?</w:t>
      </w:r>
    </w:p>
    <w:p>
      <w:pPr>
        <w:jc w:val="right"/>
      </w:pPr>
      <w:r>
        <w:t>نہ پاکستان میں نہ پاکستان کے باہر۔ مجھ کو چھوڑ کر۔ جو یہ کہے کہ بھئی اس میں اتنا دھوم کیوں مچاتے ہو؟ ہیٹ انڈیا کیمپین کیوں چلاتے ہو؟</w:t>
      </w:r>
    </w:p>
    <w:p>
      <w:r>
        <w:rPr>
          <w:b/>
        </w:rPr>
        <w:t xml:space="preserve">[16:26] </w:t>
      </w:r>
      <w:r>
        <w:t>ab to wohi kaam tum ne kiya tha pehle ke tum ne 1947 mein india ko do tukde kiye. to unhon ne 1971 mein tumhare mulk ke do tukde kar diye.</w:t>
      </w:r>
    </w:p>
    <w:p>
      <w:pPr>
        <w:jc w:val="right"/>
      </w:pPr>
      <w:r>
        <w:t>اب تو وہی کام تم نے کیا تھا پہلے کہ تم نے 1947 میں انڈیا کو دو ٹکڑے کیا۔ تو انہوں نے 1971 میں تمہارے ملک کے دو ٹکڑے کر دیا۔</w:t>
      </w:r>
    </w:p>
    <w:p>
      <w:r>
        <w:rPr>
          <w:b/>
        </w:rPr>
        <w:t xml:space="preserve">[16:39] </w:t>
      </w:r>
      <w:r>
        <w:t>to mamla barabar ho gaya. agar pakistan mein yeh thinking aayi hoti hai jo japan mein aayi to aaj pakistan bohat zabardast mazboot country ban chuka hota.</w:t>
      </w:r>
    </w:p>
    <w:p>
      <w:pPr>
        <w:jc w:val="right"/>
      </w:pPr>
      <w:r>
        <w:t>تو معاملہ برابر ہو گیا۔ اگر پاکستان میں یہ تھنکنگ آئی ہوتی ہے جو جاپان میں آئی تو آج پاکستان بہت زبردست مضبوط کنٹری بن چکا ہوتا۔</w:t>
      </w:r>
    </w:p>
    <w:p>
      <w:r>
        <w:rPr>
          <w:b/>
        </w:rPr>
        <w:t xml:space="preserve">[16:56] </w:t>
      </w:r>
      <w:r>
        <w:t>bohat mazboot ban chuka hota. bohat development wahan hota. bohat kuch ho chuka hota. to dekhein main jo keh raha hoon woh is ki detail mein nahi jaunga main.</w:t>
      </w:r>
    </w:p>
    <w:p>
      <w:pPr>
        <w:jc w:val="right"/>
      </w:pPr>
      <w:r>
        <w:t>بہت مضبوط بن چکا ہوتا۔ بہت ڈیولپمنٹ وہاں ہوتا۔ بہت کچھ ہو چکا ہوتا۔ تو دیکھیں میں جو کہہ رہا ہوں وہ اس کی ڈیٹیل میں نہیں جاؤں گا میں۔</w:t>
      </w:r>
    </w:p>
    <w:p>
      <w:r>
        <w:rPr>
          <w:b/>
        </w:rPr>
        <w:t xml:space="preserve">[17:07] </w:t>
      </w:r>
      <w:r>
        <w:t>ke har har movement, har subah shaam aap ya to apni un creativity ko barhate hain ya apni ya apni creativity ko barhate hain.</w:t>
      </w:r>
    </w:p>
    <w:p>
      <w:pPr>
        <w:jc w:val="right"/>
      </w:pPr>
      <w:r>
        <w:t>کہ ہر ہر موومنٹ، ہر صبح شام آپ یا تو اپنی ان کریٹیوٹی کو بڑھاتے ہیں یا اپنی یا اپنی کریٹیوٹی کو بڑھاتے ہیں۔</w:t>
      </w:r>
    </w:p>
    <w:p>
      <w:r>
        <w:rPr>
          <w:b/>
        </w:rPr>
        <w:t xml:space="preserve">[17:19] </w:t>
      </w:r>
      <w:r>
        <w:t>yeh subah shaam hota rehta hai.</w:t>
      </w:r>
    </w:p>
    <w:p>
      <w:pPr>
        <w:jc w:val="right"/>
      </w:pPr>
      <w:r>
        <w:t>یہ صبح شام ہوتا رہتا ہے۔</w:t>
      </w:r>
    </w:p>
    <w:p>
      <w:r>
        <w:rPr>
          <w:b/>
        </w:rPr>
        <w:t xml:space="preserve">[17:24] </w:t>
      </w:r>
      <w:r>
        <w:t>un creativity kab marti hai? jab aap protest karein, complain karein, negatively react karein. to aap ki un creativity marti rehti hai.</w:t>
      </w:r>
    </w:p>
    <w:p>
      <w:pPr>
        <w:jc w:val="right"/>
      </w:pPr>
      <w:r>
        <w:t>ان کریٹیوٹی کب بڑھتی ہے؟ جب آپ پروٹیسٹ کریں، کمپلین کریں، نیگیٹیولی ری ایکٹ کریں۔ تو آپ کی ان کریٹیوٹی بڑھتی رہتی ہے۔</w:t>
      </w:r>
    </w:p>
    <w:p>
      <w:r>
        <w:rPr>
          <w:b/>
        </w:rPr>
        <w:t xml:space="preserve">[17:35] </w:t>
      </w:r>
      <w:r>
        <w:t>aur agar aap protest na karein, negative reaction mein na jayein, positive thinking par jame rahein to aap ki creativity marti hai.</w:t>
      </w:r>
    </w:p>
    <w:p>
      <w:pPr>
        <w:jc w:val="right"/>
      </w:pPr>
      <w:r>
        <w:t>اور اگر آپ پروٹیسٹ نہ کریں، نیگیٹیو ری ایکشن میں نہ جائیں، پازیٹیو تھنکنگ پر جمے رہیں تو آپ کی کریٹیوٹی بڑھتی ہے۔</w:t>
      </w:r>
    </w:p>
    <w:p>
      <w:r>
        <w:rPr>
          <w:b/>
        </w:rPr>
        <w:t xml:space="preserve">[17:49] </w:t>
      </w:r>
      <w:r>
        <w:t>barti barti aap superman ban jate hain.</w:t>
      </w:r>
    </w:p>
    <w:p>
      <w:pPr>
        <w:jc w:val="right"/>
      </w:pPr>
      <w:r>
        <w:t>بڑھتے بڑھتے آپ سپرمین بن جاتے ہیں۔</w:t>
      </w:r>
    </w:p>
    <w:p>
      <w:r>
        <w:rPr>
          <w:b/>
        </w:rPr>
        <w:t xml:space="preserve">[17:53] </w:t>
      </w:r>
      <w:r>
        <w:t>yeh hai zindagi ka raaz.</w:t>
      </w:r>
    </w:p>
    <w:p>
      <w:pPr>
        <w:jc w:val="right"/>
      </w:pPr>
      <w:r>
        <w:t>یہ ہے زندگی کا راز۔</w:t>
      </w:r>
    </w:p>
    <w:p>
      <w:r>
        <w:rPr>
          <w:b/>
        </w:rPr>
        <w:t xml:space="preserve">[17:57] </w:t>
      </w:r>
      <w:r>
        <w:t>ab mein aik misaal deta hoon aap ko.</w:t>
      </w:r>
    </w:p>
    <w:p>
      <w:pPr>
        <w:jc w:val="right"/>
      </w:pPr>
      <w:r>
        <w:t>اب میں ایک مثال دیتا ہوں آپ کو۔</w:t>
      </w:r>
    </w:p>
    <w:p>
      <w:r>
        <w:rPr>
          <w:b/>
        </w:rPr>
        <w:t xml:space="preserve">[18:01] </w:t>
      </w:r>
      <w:r>
        <w:t>dekhein</w:t>
      </w:r>
    </w:p>
    <w:p>
      <w:pPr>
        <w:jc w:val="right"/>
      </w:pPr>
      <w:r>
        <w:t>دیکھیں</w:t>
      </w:r>
    </w:p>
    <w:p>
      <w:r>
        <w:rPr>
          <w:b/>
        </w:rPr>
        <w:t xml:space="preserve">[18:05] </w:t>
      </w:r>
      <w:r>
        <w:t>is baat ko to listed this point</w:t>
      </w:r>
    </w:p>
    <w:p>
      <w:pPr>
        <w:jc w:val="right"/>
      </w:pPr>
      <w:r>
        <w:t>اس بات کو to listed this point</w:t>
      </w:r>
    </w:p>
    <w:p>
      <w:r>
        <w:rPr>
          <w:b/>
        </w:rPr>
        <w:t xml:space="preserve">[18:16] </w:t>
      </w:r>
      <w:r>
        <w:t>aap ko maloom hai ke november 2006 mein, isi november 2006 mein, Christian World ka jo sab se bara head hota hai yani Pope,</w:t>
      </w:r>
    </w:p>
    <w:p>
      <w:pPr>
        <w:jc w:val="right"/>
      </w:pPr>
      <w:r>
        <w:t>آپ کو معلوم ہے کہ نومبر 2006 میں، اسی نومبر 2006 میں، کرسچین ورلڈ کا جو سب سے بڑا ہیڈ ہوتا ہے یعنی پوپ،</w:t>
      </w:r>
    </w:p>
    <w:p>
      <w:r>
        <w:rPr>
          <w:b/>
        </w:rPr>
        <w:t xml:space="preserve">[18:34] </w:t>
      </w:r>
      <w:r>
        <w:t>Vatican ka Pope, un ka aik lecture hua Europe mein jo chupa press mein. To woh lecture aslan to tha faith and reason par.</w:t>
      </w:r>
    </w:p>
    <w:p>
      <w:pPr>
        <w:jc w:val="right"/>
      </w:pPr>
      <w:r>
        <w:t>ویٹیکن کا پوپ، ان کا ایک لیکچر ہوا یورپ میں جو چھپا پریس میں۔ تو وہ لیکچر اصلاً تو تھا فیتھ اینڈ ریزن پر۔</w:t>
      </w:r>
    </w:p>
    <w:p>
      <w:r>
        <w:rPr>
          <w:b/>
        </w:rPr>
        <w:t xml:space="preserve">[18:49] </w:t>
      </w:r>
      <w:r>
        <w:t>lekin is mein unhon ne aik ruba de diya Islam ke khilaf.</w:t>
      </w:r>
    </w:p>
    <w:p>
      <w:pPr>
        <w:jc w:val="right"/>
      </w:pPr>
      <w:r>
        <w:t>لیکن اس میں انہوں نے ایک رباع دے دیا اسلام کے خلاف۔</w:t>
      </w:r>
    </w:p>
    <w:p>
      <w:r>
        <w:rPr>
          <w:b/>
        </w:rPr>
        <w:t xml:space="preserve">[18:54] </w:t>
      </w:r>
      <w:r>
        <w:t>woh bhi unhon ne quote kiya tha aik Christian king ka. To is mein us Christian king ne baghair is ko tanqeed kiye hue, goya ke is ko sahi maante hue, unhon ne quote kar diya Pope ne.</w:t>
      </w:r>
    </w:p>
    <w:p>
      <w:pPr>
        <w:jc w:val="right"/>
      </w:pPr>
      <w:r>
        <w:t>وہ بھی انہوں نے کوٹ کیا تھا ایک کرسچین کنگ کا۔ تو اس میں اس کرسچین کنگ نے بغیر اس کو تنقید کیے ہوئے، گویا کہ اس کو صحیح مانتے ہوئے، انہوں نے کوٹ کر دیا پوپ نے۔</w:t>
      </w:r>
    </w:p>
    <w:p>
      <w:r>
        <w:rPr>
          <w:b/>
        </w:rPr>
        <w:t xml:space="preserve">[19:10] </w:t>
      </w:r>
      <w:r>
        <w:t>to is mein Christian king ne kaha tha ke "Show me" is mein kaha tha ke "Show me just what Muhammad brought that was new"</w:t>
      </w:r>
    </w:p>
    <w:p>
      <w:pPr>
        <w:jc w:val="right"/>
      </w:pPr>
      <w:r>
        <w:t>تو اس میں کرسچین کنگ نے کہا تھا کہ "Show me" اس میں کہا تھا کہ "Show me just what محمد brought that was new"</w:t>
      </w:r>
    </w:p>
    <w:p>
      <w:r>
        <w:rPr>
          <w:b/>
        </w:rPr>
        <w:t xml:space="preserve">[19:27] </w:t>
      </w:r>
      <w:r>
        <w:t>"Show me just what Muhammad brought that was new" koi cheez mujhe dikhao jo Muhammad nai laye hon.</w:t>
      </w:r>
    </w:p>
    <w:p>
      <w:pPr>
        <w:jc w:val="right"/>
      </w:pPr>
      <w:r>
        <w:t>"Show me just what محمد brought that was new" کوئی چیز مجھے دکھاؤ جو محمد نئی لائے ہوں۔</w:t>
      </w:r>
    </w:p>
    <w:p>
      <w:r>
        <w:rPr>
          <w:b/>
        </w:rPr>
        <w:t xml:space="preserve">[19:36] </w:t>
      </w:r>
      <w:r>
        <w:t>nai. Ab is par kya hua ke sab har taraf hungama khara ho gaya. Pope ke khilaf.</w:t>
      </w:r>
    </w:p>
    <w:p>
      <w:pPr>
        <w:jc w:val="right"/>
      </w:pPr>
      <w:r>
        <w:t>نئی۔ اب اس پر کیا ہوا کہ سب ہر طرف ہنگامہ کھڑا ہو گیا۔ پوپ کے خلاف۔</w:t>
      </w:r>
    </w:p>
    <w:p>
      <w:r>
        <w:rPr>
          <w:b/>
        </w:rPr>
        <w:t xml:space="preserve">[19:47] </w:t>
      </w:r>
      <w:r>
        <w:t>kahin koi naarah laga raha hai, koi jaloos nikal raha hai, koi article likh raha hai. Sirf condemn karna, condemn karna, condemn karna. Sirf protest, sirf complain.</w:t>
      </w:r>
    </w:p>
    <w:p>
      <w:pPr>
        <w:jc w:val="right"/>
      </w:pPr>
      <w:r>
        <w:t>کہیں کوئی نعرہ لگا رہا ہے، کوئی جلوس نکال رہا ہے، کوئی آرٹیکل لکھ رہا ہے۔ صرف condemn کرنا، condemn کرنا، condemn کرنا۔ صرف پروٹیسٹ، صرف کمپلین۔</w:t>
      </w:r>
    </w:p>
    <w:p>
      <w:r>
        <w:rPr>
          <w:b/>
        </w:rPr>
        <w:t xml:space="preserve">[19:56] </w:t>
      </w:r>
      <w:r>
        <w:t>yani koi yeh nahi bata saka mere janne mein ke dekho yeh hai nai cheez jo Islam laya tha. Dekho.</w:t>
      </w:r>
    </w:p>
    <w:p>
      <w:pPr>
        <w:jc w:val="right"/>
      </w:pPr>
      <w:r>
        <w:t>یعنی کوئی یہ نہیں بتا سکا میرے جاننے میں کہ دیکھو یہ ہے نئی چیز جو اسلام لایا تھا۔ دیکھو۔</w:t>
      </w:r>
    </w:p>
    <w:p>
      <w:r>
        <w:rPr>
          <w:b/>
        </w:rPr>
        <w:t xml:space="preserve">[20:06] </w:t>
      </w:r>
      <w:r>
        <w:t>yeh tha negative reaction. Is ne Musalmanon ki in creativity ko barhaya. Creativity ko nahi barhaya.</w:t>
      </w:r>
    </w:p>
    <w:p>
      <w:pPr>
        <w:jc w:val="right"/>
      </w:pPr>
      <w:r>
        <w:t>یہ تھا نیگیٹیو ری ایکشن۔ اس نے مسلمانوں کی ان کریٹیوٹی کو بڑھایا۔ کریٹیوٹی کو نہیں بڑھایا۔</w:t>
      </w:r>
    </w:p>
    <w:p>
      <w:r>
        <w:rPr>
          <w:b/>
        </w:rPr>
        <w:t xml:space="preserve">[20:18] </w:t>
      </w:r>
      <w:r>
        <w:t>dekhein agar positive thinking hoti to kya hota?</w:t>
      </w:r>
    </w:p>
    <w:p>
      <w:pPr>
        <w:jc w:val="right"/>
      </w:pPr>
      <w:r>
        <w:t>دیکھیں اگر پازیٹیو تھنکنگ ہوتی تو کیا ہوتا؟</w:t>
      </w:r>
    </w:p>
    <w:p>
      <w:r>
        <w:rPr>
          <w:b/>
        </w:rPr>
        <w:t xml:space="preserve">[20:22] </w:t>
      </w:r>
      <w:r>
        <w:t>tab yeh hota ke Musalman research karte, study karte, discussion karte, dialogue karte ke aao koi aisi cheez hum nikal kar Islam se batayein ke dekho yeh hai nai cheez jo Islam ne pesh ki thi.</w:t>
      </w:r>
    </w:p>
    <w:p>
      <w:pPr>
        <w:jc w:val="right"/>
      </w:pPr>
      <w:r>
        <w:t>تب یہ ہوتا کہ مسلمان ریسرچ کرتے، اسٹڈی کرتے، ڈسکشن کرتے، ڈائیلاگ کرتے کہ آؤ کوئی ایسی چیز ہم نکال کر اسلام سے بتائیں کہ دیکھو یہ ہے نئی چیز جو اسلام نے پیش کی تھی۔</w:t>
      </w:r>
    </w:p>
    <w:p>
      <w:r>
        <w:rPr>
          <w:b/>
        </w:rPr>
        <w:t xml:space="preserve">[20:41] </w:t>
      </w:r>
      <w:r>
        <w:t>logical way mein, reason ke sath. Yeh k</w:t>
      </w:r>
    </w:p>
    <w:p>
      <w:pPr>
        <w:jc w:val="right"/>
      </w:pPr>
      <w:r>
        <w:t>لاجیکل وے میں، ریزن کے ساتھ۔ یہ ک</w:t>
      </w:r>
    </w:p>
    <w:p>
      <w:r>
        <w:rPr>
          <w:b/>
        </w:rPr>
        <w:t xml:space="preserve">[20:47] </w:t>
      </w:r>
      <w:r>
        <w:t>ch bhi nahi hua bas. Har aadmi bas idhar Pope ka statement aaya, idhar ghar se unhon ne bhi aik statement de diya. Aur baat khatam ho gayi.</w:t>
      </w:r>
    </w:p>
    <w:p>
      <w:pPr>
        <w:jc w:val="right"/>
      </w:pPr>
      <w:r>
        <w:t>چھ بھی نہیں ہوا بس۔ ہر آدمی بس ادھر پوپ کا اسٹیٹمنٹ آیا، ادھر گھر سے انہوں نے بھی ایک اسٹیٹمنٹ دے دیا۔ اور بات ختم ہو گئی۔</w:t>
      </w:r>
    </w:p>
    <w:p>
      <w:r>
        <w:rPr>
          <w:b/>
        </w:rPr>
        <w:t xml:space="preserve">[20:56] </w:t>
      </w:r>
      <w:r>
        <w:t>baat khatam ho gayi. Protest par khatam ho gayi baat. Yaad rakhein jab bhi aap protest kar ke apni zindagi ka, apni zindagi ki line banayenge, protest ke zariye aap ki zindagi ka course banega to aap log destroy karenge, destroy karenge.</w:t>
      </w:r>
    </w:p>
    <w:p>
      <w:pPr>
        <w:jc w:val="right"/>
      </w:pPr>
      <w:r>
        <w:t>بات ختم ہو گئی۔ پروٹیسٹ پر ختم ہو گئی بات۔ یاد رکھیں جب بھی آپ پروٹیسٹ کر کے اپنی زندگی کا، اپنی زندگی کی لائن بنائیں گے، پروٹیسٹ کے ذریعے آپ کی زندگی کا کورس بنے گا تو آپ لوگ ڈسٹروئے کریں گے، ڈسٹروئے کریں گے۔</w:t>
      </w:r>
    </w:p>
    <w:p>
      <w:r>
        <w:rPr>
          <w:b/>
        </w:rPr>
        <w:t xml:space="preserve">[21:18] </w:t>
      </w:r>
      <w:r>
        <w:t>destroy karenge apna aap ko. Kyun? Aap ki creativity khatam ho jayegi. Aap in creative ban jayenge.</w:t>
      </w:r>
    </w:p>
    <w:p>
      <w:pPr>
        <w:jc w:val="right"/>
      </w:pPr>
      <w:r>
        <w:t>ڈسٹروئے کریں گے اپنا آپ کو۔ کیوں؟ آپ کی کریٹیوٹی ختم ہو جائے گی۔ آپ ان کریٹیو بن جائیں گے۔</w:t>
      </w:r>
    </w:p>
    <w:p>
      <w:r>
        <w:rPr>
          <w:b/>
        </w:rPr>
        <w:t xml:space="preserve">[21:31] </w:t>
      </w:r>
      <w:r>
        <w:t>yeh aik aisa law of nature hai jis mein koi exception nahi. Koi exception nahi. Ab koi bhi aadmi mujhe bata dijiye naam le kar ke jo protest mein jeeta ho, jo complain mein jeeta ho, aur phir bhi woh creative mind bana ho.</w:t>
      </w:r>
    </w:p>
    <w:p>
      <w:pPr>
        <w:jc w:val="right"/>
      </w:pPr>
      <w:r>
        <w:t>یہ ایک ایسا لاء آف نیچر ہے جس میں کوئی ایکسیپشن نہیں۔ کوئی ایکسیپشن نہیں۔ اب کوئی بھی آدمی مجھے بتا دیجیے نام لے کر کے جو پروٹیسٹ میں جیتا ہو، جو کمپلین میں جیتا ہو، اور پھر بھی وہ کریٹیو مائنڈ بنا ہو۔</w:t>
      </w:r>
    </w:p>
    <w:p>
      <w:r>
        <w:rPr>
          <w:b/>
        </w:rPr>
        <w:t xml:space="preserve">[21:47] </w:t>
      </w:r>
      <w:r>
        <w:t>acha koi aadmi nahi. Agar hai to is ka naam bataiye mujhe. Kai log mujh se gussa hote hain. Main phir naam bataoon gussa hone ki kya zaroorat hai?</w:t>
      </w:r>
    </w:p>
    <w:p>
      <w:pPr>
        <w:jc w:val="right"/>
      </w:pPr>
      <w:r>
        <w:t>اچھا کوئی آدمی نہیں۔ اگر ہے تو اس کا نام بتائیے مجھے۔ کئی لوگ مجھ سے غصہ ہوتے ہیں۔ میں پھر نام بتاؤں غصہ ہونے کی کیا ضرورت ہے؟</w:t>
      </w:r>
    </w:p>
    <w:p>
      <w:r>
        <w:rPr>
          <w:b/>
        </w:rPr>
        <w:t xml:space="preserve">[21:57] </w:t>
      </w:r>
      <w:r>
        <w:t>gussa hone ki kya zaroorat hai? Naam batao. Main abhi surrender kar doonga.</w:t>
      </w:r>
    </w:p>
    <w:p>
      <w:pPr>
        <w:jc w:val="right"/>
      </w:pPr>
      <w:r>
        <w:t>غصہ ہونے کی کیا ضرورت ہے؟ نام بتاؤ۔ میں ابھی سرینڈر کر دوں گا۔</w:t>
      </w:r>
    </w:p>
    <w:p>
      <w:r>
        <w:rPr>
          <w:b/>
        </w:rPr>
        <w:t xml:space="preserve">[22:04] </w:t>
      </w:r>
      <w:r>
        <w:t>to chahe koi bhi ho, Muslim ho ya non Muslim ho, India ka ho ya India ke bahar ka ho, aik aadmi mere janne mein nahi hai jo protest karta ho, complain karta ho, jis ke andar negative thinking ho, aur phir bhi us ke andar creative mind bana ho.</w:t>
      </w:r>
    </w:p>
    <w:p>
      <w:pPr>
        <w:jc w:val="right"/>
      </w:pPr>
      <w:r>
        <w:t>تو چاہے کوئی بھی ہو، مسلم ہو یا نان مسلم ہو، انڈیا کا ہو یا انڈیا کے باہر کا ہو، ایک آدمی میرے جاننے میں نہیں ہے جو پروٹیسٹ کرتا ہو، کمپلین کرتا ہو، جس کے اندر نیگیٹیو تھنکنگ ہو، اور پھر بھی اس کے اندر کریٹیو مائنڈ بنا ہو۔</w:t>
      </w:r>
    </w:p>
    <w:p>
      <w:r>
        <w:rPr>
          <w:b/>
        </w:rPr>
        <w:t xml:space="preserve">[22:24] </w:t>
      </w:r>
      <w:r>
        <w:t>creative thinking is ke andar aayi ho.</w:t>
      </w:r>
    </w:p>
    <w:p>
      <w:pPr>
        <w:jc w:val="right"/>
      </w:pPr>
      <w:r>
        <w:t>کریٹیو تھنکنگ اس کے اندر آئی ہو۔</w:t>
      </w:r>
    </w:p>
    <w:p>
      <w:r>
        <w:rPr>
          <w:b/>
        </w:rPr>
        <w:t xml:space="preserve">[22:26] </w:t>
      </w:r>
      <w:r>
        <w:t>yaad rakhiye kisi insaan ke liye sab se bari cheez hai creative thinking. aur sab se bari cheez hai uncreative thinking.</w:t>
      </w:r>
    </w:p>
    <w:p>
      <w:pPr>
        <w:jc w:val="right"/>
      </w:pPr>
      <w:r>
        <w:t>یاد رکھیے کسی انسان کے لیے سب سے بڑی چیز ہے کریٹیو تھنکنگ۔ اور سب سے بری چیز ہے ان کریٹیو تھنکنگ۔</w:t>
      </w:r>
    </w:p>
    <w:p>
      <w:r>
        <w:rPr>
          <w:b/>
        </w:rPr>
        <w:t xml:space="preserve">[22:38] </w:t>
      </w:r>
      <w:r>
        <w:t>apne aap ko is se bachana hai. har woh cheez jo meri creativity ko erode kare, us se door bhagiye.</w:t>
      </w:r>
    </w:p>
    <w:p>
      <w:pPr>
        <w:jc w:val="right"/>
      </w:pPr>
      <w:r>
        <w:t>اپنے آپ کو اس سے بچانا ہے۔ ہر وہ چیز جو میری کریٹیوٹی کو ایروڈ کرے، اس سے دور بھاگیے۔</w:t>
      </w:r>
    </w:p>
    <w:p>
      <w:r>
        <w:rPr>
          <w:b/>
        </w:rPr>
        <w:t xml:space="preserve">[22:49] </w:t>
      </w:r>
      <w:r>
        <w:t>har woh cheez jaise ek businessman hai, har woh cheez se woh bhagta hai jo us ke income ko, yaani us ke business ko loss mein daal de income ke bajaye.</w:t>
      </w:r>
    </w:p>
    <w:p>
      <w:pPr>
        <w:jc w:val="right"/>
      </w:pPr>
      <w:r>
        <w:t>ہر وہ چیز جیسے ایک بزنس مین ہے، ہر وہ چیز سے وہ بھاگتا ہے جو اس کے انکم کو، یعنی اس کے بزنس کو لاس میں ڈال دے انکم کے بجائے۔</w:t>
      </w:r>
    </w:p>
    <w:p>
      <w:r>
        <w:rPr>
          <w:b/>
        </w:rPr>
        <w:t xml:space="preserve">[23:02] </w:t>
      </w:r>
      <w:r>
        <w:t>is se bhagega woh businessman.</w:t>
      </w:r>
    </w:p>
    <w:p>
      <w:pPr>
        <w:jc w:val="right"/>
      </w:pPr>
      <w:r>
        <w:t>اس سے بھاگے گا وہ بزنس مین۔</w:t>
      </w:r>
    </w:p>
    <w:p>
      <w:r>
        <w:rPr>
          <w:b/>
        </w:rPr>
        <w:t xml:space="preserve">[23:06] </w:t>
      </w:r>
      <w:r>
        <w:t>har individual ko bohat zyada aisa karna chahiye ke jo cheez us ki creativity ko, jo cheez us ki creativity ko erode kare, jo us ki creativity ke liye erosion ban rahi ho,</w:t>
      </w:r>
    </w:p>
    <w:p>
      <w:pPr>
        <w:jc w:val="right"/>
      </w:pPr>
      <w:r>
        <w:t>ہر انڈیویجول کو بہت زیادہ ایسا کرنا چاہیے کہ جو چیز اس کی کریٹیوٹی کو، جو چیز اس کی کریٹیوٹی کو ایروڈ کرے، جو اس کی کریٹیوٹی کے لیے ایروژن بن رہی ہو،</w:t>
      </w:r>
    </w:p>
    <w:p>
      <w:r>
        <w:rPr>
          <w:b/>
        </w:rPr>
        <w:t xml:space="preserve">[23:21] </w:t>
      </w:r>
      <w:r>
        <w:t>instantly us ko chhod de. isi waqt us ko chhod de.</w:t>
      </w:r>
    </w:p>
    <w:p>
      <w:pPr>
        <w:jc w:val="right"/>
      </w:pPr>
      <w:r>
        <w:t>انسٹنٹلی اس کو چھوڑ دے۔ اسی وقت اس کو چھوڑ دے۔</w:t>
      </w:r>
    </w:p>
    <w:p>
      <w:r>
        <w:rPr>
          <w:b/>
        </w:rPr>
        <w:t xml:space="preserve">[23:28] </w:t>
      </w:r>
      <w:r>
        <w:t>kyun</w:t>
      </w:r>
    </w:p>
    <w:p>
      <w:pPr>
        <w:jc w:val="right"/>
      </w:pPr>
      <w:r>
        <w:t>کیون</w:t>
      </w:r>
    </w:p>
    <w:p>
      <w:r>
        <w:rPr>
          <w:b/>
        </w:rPr>
        <w:t xml:space="preserve">[23:29] </w:t>
      </w:r>
      <w:r>
        <w:t>ke agar woh soche to uncreative ko woh afford nahi kar sakta. uncreative ka matlab hai ke animal ke taur par jeena, animal ke taur par marna.</w:t>
      </w:r>
    </w:p>
    <w:p>
      <w:pPr>
        <w:jc w:val="right"/>
      </w:pPr>
      <w:r>
        <w:t>کہ اگر وہ سوچے تو ان کریٹیوٹی کو وہ افورڈ نہیں کر سکتا۔ ان کریٹیوٹی کا مطلب ہے کہ اینیمل کے طور پر جینا، اینیمل کے طور پر مرنا۔</w:t>
      </w:r>
    </w:p>
    <w:p>
      <w:r>
        <w:rPr>
          <w:b/>
        </w:rPr>
        <w:t xml:space="preserve">[23:43] </w:t>
      </w:r>
      <w:r>
        <w:t>animal ke taur par jeena, animal ke taur par marna. to hamare mind mein kai baar main ne baat kahi hai ke hamare mind mein unlimited capacity hai.</w:t>
      </w:r>
    </w:p>
    <w:p>
      <w:pPr>
        <w:jc w:val="right"/>
      </w:pPr>
      <w:r>
        <w:t>اینیمل کے طور پر جینا، اینیمل کے طور پر مرنا۔ تو ہمارے مائنڈ میں کئی بار میں نے بات کہی ہے کہ ہمارے مائنڈ میں ان لمیٹڈ کیپیسٹی ہے۔</w:t>
      </w:r>
    </w:p>
    <w:p>
      <w:r>
        <w:rPr>
          <w:b/>
        </w:rPr>
        <w:t xml:space="preserve">[23:53] </w:t>
      </w:r>
      <w:r>
        <w:t>jaise main ne pichhli baar bataya tha ke ek alpen ke tip par jo choti sarson ke barabar hota hai, us ke andar hundred crore connections hote hain.</w:t>
      </w:r>
    </w:p>
    <w:p>
      <w:pPr>
        <w:jc w:val="right"/>
      </w:pPr>
      <w:r>
        <w:t>جیسے میں نے پچھلی بار بتایا تھا کہ ایک آلپن کے ٹپ پر جو چھوٹی سرسوں کے برابر ہوتا ہے، اس کے اندر ہنڈرڈ کروڑ کنیکشنز ہوتے ہیں۔</w:t>
      </w:r>
    </w:p>
    <w:p>
      <w:r>
        <w:rPr>
          <w:b/>
        </w:rPr>
        <w:t xml:space="preserve">[24:03] </w:t>
      </w:r>
      <w:r>
        <w:t>jo barabar exchange, information ka exchange hota rehta hai.</w:t>
      </w:r>
    </w:p>
    <w:p>
      <w:pPr>
        <w:jc w:val="right"/>
      </w:pPr>
      <w:r>
        <w:t>جو برابر ایکسچینج، انفارمیشن کا ایکسچینج ہوتا رہتا ہے۔</w:t>
      </w:r>
    </w:p>
    <w:p>
      <w:r>
        <w:rPr>
          <w:b/>
        </w:rPr>
        <w:t xml:space="preserve">[24:08] </w:t>
      </w:r>
      <w:r>
        <w:t>jaise aap sochiye agar main kahun ke ke aaj subah ko main c 29 mein tha aur us waqt main c 1 mein ek lecture de raha hoon.</w:t>
      </w:r>
    </w:p>
    <w:p>
      <w:pPr>
        <w:jc w:val="right"/>
      </w:pPr>
      <w:r>
        <w:t>جیسے آپ سوچیے اگر میں کہوں کہ کہ آج صبح کو میں سی 29 میں تھا اور اس وقت میں سی ون میں ایک لیکچر دے رہا ہوں۔</w:t>
      </w:r>
    </w:p>
    <w:p>
      <w:r>
        <w:rPr>
          <w:b/>
        </w:rPr>
        <w:t xml:space="preserve">[24:21] </w:t>
      </w:r>
      <w:r>
        <w:t>yeh sentence mein bola.</w:t>
      </w:r>
    </w:p>
    <w:p>
      <w:pPr>
        <w:jc w:val="right"/>
      </w:pPr>
      <w:r>
        <w:t>یہ سینٹنس میں بولا۔</w:t>
      </w:r>
    </w:p>
    <w:p>
      <w:r>
        <w:rPr>
          <w:b/>
        </w:rPr>
        <w:t xml:space="preserve">[24:24] </w:t>
      </w:r>
      <w:r>
        <w:t>is mein hazaron crore connections jude mere mind mein. ke koi hai jo c 29 hai, koi hai jo c 1 hai, koi hai jo lecture hai.</w:t>
      </w:r>
    </w:p>
    <w:p>
      <w:pPr>
        <w:jc w:val="right"/>
      </w:pPr>
      <w:r>
        <w:t>اس میں ہزاروں کریکشنز جڑے میرے مائنڈ میں۔ کہ کوئی ہے جو سی 29 ہے، کوئی ہے جو سی ون ہے، کوئی ہے جو لیکچر ہے۔</w:t>
      </w:r>
    </w:p>
    <w:p>
      <w:r>
        <w:rPr>
          <w:b/>
        </w:rPr>
        <w:t xml:space="preserve">[24:34] </w:t>
      </w:r>
      <w:r>
        <w:t>yaani itne saare connections mein interaction hua tab main yeh sentence bol paya. yeh koi simple baat nahi yaad rakhiye.</w:t>
      </w:r>
    </w:p>
    <w:p>
      <w:pPr>
        <w:jc w:val="right"/>
      </w:pPr>
      <w:r>
        <w:t>یعنی اتنے سارے کریکشنز میں انٹریکشن ہوا۔ تب میں یہ سینٹنس بول پایا۔ یہ کوئی سمپل بات نہیں یاد رکھیے۔</w:t>
      </w:r>
    </w:p>
    <w:p>
      <w:r>
        <w:rPr>
          <w:b/>
        </w:rPr>
        <w:t xml:space="preserve">[24:46] </w:t>
      </w:r>
      <w:r>
        <w:t>yeh koi simple baat nahi hai.</w:t>
      </w:r>
    </w:p>
    <w:p>
      <w:pPr>
        <w:jc w:val="right"/>
      </w:pPr>
      <w:r>
        <w:t>یہ کوئی سمپل بات نہیں ہے۔</w:t>
      </w:r>
    </w:p>
    <w:p>
      <w:r>
        <w:rPr>
          <w:b/>
        </w:rPr>
        <w:t xml:space="preserve">[24:48] </w:t>
      </w:r>
      <w:r>
        <w:t>koi bhi ek statement jab dete hain aap, koi bhi statement. ke mera beta is waqt London mein falan job kar raha hai. yeh statement diya aap ne.</w:t>
      </w:r>
    </w:p>
    <w:p>
      <w:pPr>
        <w:jc w:val="right"/>
      </w:pPr>
      <w:r>
        <w:t>کوئی بھی ایک سٹیٹمنٹ جب دیتے ہیں آپ، کوئی بھی سٹیٹمنٹ۔ کہ میرا بیٹا اس وقت لندن میں فلاں جاب کر رہا ہے۔ یہ سٹیٹمنٹ دیا آپ نے۔</w:t>
      </w:r>
    </w:p>
    <w:p>
      <w:r>
        <w:rPr>
          <w:b/>
        </w:rPr>
        <w:t xml:space="preserve">[24:57] </w:t>
      </w:r>
      <w:r>
        <w:t>is mein bhi hazaron hazar connections active hue hamare mind mein.</w:t>
      </w:r>
    </w:p>
    <w:p>
      <w:pPr>
        <w:jc w:val="right"/>
      </w:pPr>
      <w:r>
        <w:t>اس میں بھی ہزاروں ہزار کریکشنز ایکٹیو ہوئے ہمارے مائنڈ میں۔</w:t>
      </w:r>
    </w:p>
    <w:p>
      <w:r>
        <w:rPr>
          <w:b/>
        </w:rPr>
        <w:t xml:space="preserve">[25:04] </w:t>
      </w:r>
      <w:r>
        <w:t>yaani kisi kisi particle mein yeh jaankari thi ke koi London, koi shehar hai ke nahi. kisi mein yeh jaankari thi ke mera koi beta hai, jo mera apna beta hai.</w:t>
      </w:r>
    </w:p>
    <w:p>
      <w:pPr>
        <w:jc w:val="right"/>
      </w:pPr>
      <w:r>
        <w:t>یعنی کسی کسی پارٹیکل میں یہ جانکاری تھی کہ کوئی لندن، کوئی شہر ہے کہیں۔ کسی میں یہ جانکاری تھی کہ میرا کوئی بیٹا ہے، جو میرا اپنا بیٹا ہے۔</w:t>
      </w:r>
    </w:p>
    <w:p>
      <w:r>
        <w:rPr>
          <w:b/>
        </w:rPr>
        <w:t xml:space="preserve">[25:20] </w:t>
      </w:r>
      <w:r>
        <w:t>aur aap ki jin mein yeh jaankari thi ke koi India hai, koi England hai. yaani hazaron hazar jaankariyan ek doosre in mein interaction hua.</w:t>
      </w:r>
    </w:p>
    <w:p>
      <w:pPr>
        <w:jc w:val="right"/>
      </w:pPr>
      <w:r>
        <w:t>اور آپ کی جن میں یہ جانکاری تھی کہ کوئی انڈیا ہے، کوئی انگلینڈ ہے۔ یعنی ہزاروں ہزار جانکاریاں ایک دوسرے ان میں انٹریکشن ہوا۔</w:t>
      </w:r>
    </w:p>
    <w:p>
      <w:r>
        <w:rPr>
          <w:b/>
        </w:rPr>
        <w:t xml:space="preserve">[25:29] </w:t>
      </w:r>
      <w:r>
        <w:t>tab yeh statement bol paye aap.</w:t>
      </w:r>
    </w:p>
    <w:p>
      <w:pPr>
        <w:jc w:val="right"/>
      </w:pPr>
      <w:r>
        <w:t>تب یہ سٹیٹمنٹ بول پائے آپ۔</w:t>
      </w:r>
    </w:p>
    <w:p>
      <w:r>
        <w:rPr>
          <w:b/>
        </w:rPr>
        <w:t xml:space="preserve">[25:34] </w:t>
      </w:r>
      <w:r>
        <w:t>itna bada mind hai. yeh koi simple baat nahi hai. to jab aap apne mind ko negative reaction mein daal dein, protest mein daal dein, to us ke us mein us mein bohat hi limited us ka ho jata hai, us ka us ki activity.</w:t>
      </w:r>
    </w:p>
    <w:p>
      <w:pPr>
        <w:jc w:val="right"/>
      </w:pPr>
      <w:r>
        <w:t>اتنا بڑا مائنڈ ہے۔ یہ کوئی سمپل بات نہیں ہے۔ تو جب آپ اپنے مائنڈ کو نیگیٹیو ری ایکشن میں ڈال دیں، پروٹیسٹ میں ڈال دیں، تو اس کے اس میں اس میں بہت ہی لمیٹڈ اس کا ہو جاتا ہے، اس کا اس کی ایکٹیویٹی۔</w:t>
      </w:r>
    </w:p>
    <w:p>
      <w:r>
        <w:rPr>
          <w:b/>
        </w:rPr>
        <w:t xml:space="preserve">[25:57] </w:t>
      </w:r>
      <w:r>
        <w:t>bohat hi limit</w:t>
      </w:r>
    </w:p>
    <w:p>
      <w:pPr>
        <w:jc w:val="right"/>
      </w:pPr>
      <w:r>
        <w:t>بہت ہی لمیٹ</w:t>
      </w:r>
    </w:p>
    <w:p>
      <w:r>
        <w:rPr>
          <w:b/>
        </w:rPr>
        <w:t xml:space="preserve">[25:58] </w:t>
      </w:r>
      <w:r>
        <w:t>ed. zyada bade us par us mein connection nahi jodte. zyada bade paimane par us ke andar yaani exchange nahi hota. to hote hote hote ek aap ki soch limited ho jati hai.</w:t>
      </w:r>
    </w:p>
    <w:p>
      <w:pPr>
        <w:jc w:val="right"/>
      </w:pPr>
      <w:r>
        <w:t>ڈ۔ زیادہ بڑے اس پر اس میں کنیکشن نہیں جوڑتے۔ زیادہ بڑے پیمانے پر اس کے اندر یعنی ایکسچینج نہیں ہوتا۔ تو ہوتے ہوتے ہوتے ایک آپ کی سوچ لمیٹڈ ہو جاتی ہے۔</w:t>
      </w:r>
    </w:p>
    <w:p>
      <w:r>
        <w:rPr>
          <w:b/>
        </w:rPr>
        <w:t xml:space="preserve">[26:12] </w:t>
      </w:r>
      <w:r>
        <w:t>aap ka mind limited ho jata hai. stagnant ho jata hai. ek jagah ruk jata hai. protest mein ruk jata hai.</w:t>
      </w:r>
    </w:p>
    <w:p>
      <w:pPr>
        <w:jc w:val="right"/>
      </w:pPr>
      <w:r>
        <w:t>آپ کا مائنڈ لمیٹڈ ہو جاتا ہے۔ اس اسٹگننٹ ہو جاتا ہے۔ ایک جگہ رک جاتا ہے۔ پروٹیسٹ میں رک جاتا ہے۔</w:t>
      </w:r>
    </w:p>
    <w:p>
      <w:r>
        <w:rPr>
          <w:b/>
        </w:rPr>
        <w:t xml:space="preserve">[26:22] </w:t>
      </w:r>
      <w:r>
        <w:t>to barhal mein yeh keh raha tha ke pope ne yeh kaha ke "Show me just what Muhammad brought that was new" .</w:t>
      </w:r>
    </w:p>
    <w:p>
      <w:pPr>
        <w:jc w:val="right"/>
      </w:pPr>
      <w:r>
        <w:t>تو بہرحال میں یہ کہہ رہا تھا کہ پوپ نے یہ کہا کہ "Show me just what Muhammad brought that was new" ۔</w:t>
      </w:r>
    </w:p>
    <w:p>
      <w:r>
        <w:rPr>
          <w:b/>
        </w:rPr>
        <w:t xml:space="preserve">[26:37] </w:t>
      </w:r>
      <w:r>
        <w:t>yeh aik challenge tha. yeh aik challenge tha. aik mang thi. lekin logon ne kya kiya? protest. protest.</w:t>
      </w:r>
    </w:p>
    <w:p>
      <w:pPr>
        <w:jc w:val="right"/>
      </w:pPr>
      <w:r>
        <w:t>یہ ایک چیلنج تھا۔ یہ ایک چیلنج تھا۔ ایک مانگ تھی۔ لیکن لوگوں نے کیا کیا؟ پروٹیسٹ۔ پروٹیسٹ۔</w:t>
      </w:r>
    </w:p>
    <w:p>
      <w:r>
        <w:rPr>
          <w:b/>
        </w:rPr>
        <w:t xml:space="preserve">[26:49] </w:t>
      </w:r>
      <w:r>
        <w:t>to na to unhon ne in ka jawab de paye woh, na apni creativity ko barha paye woh. ab mein aap ko misaal deta hoon aik.</w:t>
      </w:r>
    </w:p>
    <w:p>
      <w:pPr>
        <w:jc w:val="right"/>
      </w:pPr>
      <w:r>
        <w:t>تو نہ تو انہوں نے ان کا جواب دے پائے وہ، نہ اپنی کریٹیوٹی کو بڑھا پائے وہ۔ اب میں آپ کو مثال دیتا ہوں ایک۔</w:t>
      </w:r>
    </w:p>
    <w:p>
      <w:r>
        <w:rPr>
          <w:b/>
        </w:rPr>
        <w:t xml:space="preserve">[26:59] </w:t>
      </w:r>
      <w:r>
        <w:t>ke aik bohat hi bari baat thi musalmanon ke paas kehne ke liye. itni bari baat jo hamare pahaar se ziyada bari baat hai. lekin koi bhi is is world mein is baat ko keh nahi saka.</w:t>
      </w:r>
    </w:p>
    <w:p>
      <w:pPr>
        <w:jc w:val="right"/>
      </w:pPr>
      <w:r>
        <w:t>کہ ایک بہت ہی بڑی بات تھی مسلمانوں کے پاس کہنے کے لیے۔ اتنی بڑی بات جو ہمارے پہاڑ سے زیادہ بڑی بات ہے۔ لیکن کوئی بھی اس اس ورلڈ میں اس بات کو کہہ نہیں سکا۔</w:t>
      </w:r>
    </w:p>
    <w:p>
      <w:r>
        <w:rPr>
          <w:b/>
        </w:rPr>
        <w:t xml:space="preserve">[27:14] </w:t>
      </w:r>
      <w:r>
        <w:t>dekhen aap quran ki aik copy lijeeye.</w:t>
      </w:r>
    </w:p>
    <w:p>
      <w:pPr>
        <w:jc w:val="right"/>
      </w:pPr>
      <w:r>
        <w:t>دیکھیں آپ قرآن کی ایک کاپی لیجیے۔</w:t>
      </w:r>
    </w:p>
    <w:p>
      <w:r>
        <w:rPr>
          <w:b/>
        </w:rPr>
        <w:t xml:space="preserve">[27:21] </w:t>
      </w:r>
      <w:r>
        <w:t>aap jab kholenge to bilkul shuru hi mein, is ki beginning mein aap ko yeh words milenge. zлик al-kitab la rafi' zлик al-kitab la rafi' this is the book there is no doubt in it</w:t>
      </w:r>
    </w:p>
    <w:p>
      <w:pPr>
        <w:jc w:val="right"/>
      </w:pPr>
      <w:r>
        <w:t>آپ جب کھولیں گے تو بالکل شروع ہی میں، اس کی بگننگ میں آپ کو یہ ورڈز ملیں گی۔ ذالک الکتاب لا رفیع ذالک الکتاب لا رفیع دس از دا بک دیر از نو ڈاؤٹ ان اٹ</w:t>
      </w:r>
    </w:p>
    <w:p>
      <w:r>
        <w:rPr>
          <w:b/>
        </w:rPr>
        <w:t xml:space="preserve">[27:48] </w:t>
      </w:r>
      <w:r>
        <w:t>this is the book</w:t>
      </w:r>
    </w:p>
    <w:p>
      <w:pPr>
        <w:jc w:val="right"/>
      </w:pPr>
      <w:r>
        <w:t>دس از دا بک</w:t>
      </w:r>
    </w:p>
    <w:p>
      <w:r>
        <w:rPr>
          <w:b/>
        </w:rPr>
        <w:t xml:space="preserve">[27:50] </w:t>
      </w:r>
      <w:r>
        <w:t>there is no doubt in it is ka matlab kya hai?</w:t>
      </w:r>
    </w:p>
    <w:p>
      <w:pPr>
        <w:jc w:val="right"/>
      </w:pPr>
      <w:r>
        <w:t>دیر از نو ڈاؤٹ ان اٹ اس کا مطلب کیا ہے؟</w:t>
      </w:r>
    </w:p>
    <w:p>
      <w:r>
        <w:rPr>
          <w:b/>
        </w:rPr>
        <w:t xml:space="preserve">[27:57] </w:t>
      </w:r>
      <w:r>
        <w:t>is ka matlab yeh hai ke hum yeh keh sakte thay pope se ke dekhiye religious library jo hai, jo thi, jo jo mazhabi kutub khana ya jo religious library thi, us mein quran aik nai book ka izafa hai.</w:t>
      </w:r>
    </w:p>
    <w:p>
      <w:pPr>
        <w:jc w:val="right"/>
      </w:pPr>
      <w:r>
        <w:t>اس کا مطلب یہ ہے کہ ہم یہ کہہ سکتے تھے پوپ سے کہ دیکھیے ریلیجیس لائبریری جو ہے، جو تھی، جو جو مذہبی کتب خانہ یا جو ریلیجیس لائبریری تھی، اس میں قرآن ایک نئی بک کا اضافہ ہے۔</w:t>
      </w:r>
    </w:p>
    <w:p>
      <w:r>
        <w:rPr>
          <w:b/>
        </w:rPr>
        <w:t xml:space="preserve">[28:12] </w:t>
      </w:r>
      <w:r>
        <w:t>aik nai book ko add kiya quran ne. woh kya?</w:t>
      </w:r>
    </w:p>
    <w:p>
      <w:pPr>
        <w:jc w:val="right"/>
      </w:pPr>
      <w:r>
        <w:t>ایک نئی بک کو ایڈ کیا قرآن نے۔ وہ کیا؟</w:t>
      </w:r>
    </w:p>
    <w:p>
      <w:r>
        <w:rPr>
          <w:b/>
        </w:rPr>
        <w:t xml:space="preserve">[28:18] </w:t>
      </w:r>
      <w:r>
        <w:t>aik aisi book jo sari ki sari reason based hai. woh challenge kar raha hai ke reason par judge kar lo hamari kitab ko.</w:t>
      </w:r>
    </w:p>
    <w:p>
      <w:pPr>
        <w:jc w:val="right"/>
      </w:pPr>
      <w:r>
        <w:t>ایک ایسی بک جو ساری کی ساری ریزن بیسڈ ہے۔ وہ چیلنج کر رہا ہے کہ ریزن پر جج کر لو ہماری کتاب کو۔</w:t>
      </w:r>
    </w:p>
    <w:p>
      <w:r>
        <w:rPr>
          <w:b/>
        </w:rPr>
        <w:t xml:space="preserve">[28:28] </w:t>
      </w:r>
      <w:r>
        <w:t>zлик al-kitab la rafi' tum reason par judge kar lo. is ki sachai ko, is ki veracity ko janne ke liye. is ki veracity ko janne ke liye tum is ko reason par judge kar lo.</w:t>
      </w:r>
    </w:p>
    <w:p>
      <w:pPr>
        <w:jc w:val="right"/>
      </w:pPr>
      <w:r>
        <w:t>ذالک الکتاب لا رفیع تم ریزن پر جج کر لو۔ اس کی سچائی کو، اس کی ورسٹی کو جاننے کے لیے۔ اس کی ورسٹی کو جاننے کے لیے تم اس کو ریزن پر جج کر لو۔</w:t>
      </w:r>
    </w:p>
    <w:p>
      <w:r>
        <w:rPr>
          <w:b/>
        </w:rPr>
        <w:t xml:space="preserve">[28:41] </w:t>
      </w:r>
      <w:r>
        <w:t>is ka matlab kya hua?</w:t>
      </w:r>
    </w:p>
    <w:p>
      <w:pPr>
        <w:jc w:val="right"/>
      </w:pPr>
      <w:r>
        <w:t>اس کا مطلب کیا ہوا؟</w:t>
      </w:r>
    </w:p>
    <w:p>
      <w:r>
        <w:rPr>
          <w:b/>
        </w:rPr>
        <w:t xml:space="preserve">[28:44] </w:t>
      </w:r>
      <w:r>
        <w:t>ideology aur ideology dono ka. is ka matlab yeh hua ke jo jo woh hai, jo criterion hai, accepted criterion between two party, us par keh diya gaya.</w:t>
      </w:r>
    </w:p>
    <w:p>
      <w:pPr>
        <w:jc w:val="right"/>
      </w:pPr>
      <w:r>
        <w:t>آئیڈریسی اور آئیڈریسی دونوں کا۔ اس کا مطلب یہ ہوا کہ جو جو وہ ہے، جو کرائٹیرین ہے، ایکسیپٹڈ کرائٹیرین بٹوین ٹو پارٹی، اس پر کہہ دیا گیا۔</w:t>
      </w:r>
    </w:p>
    <w:p>
      <w:r>
        <w:rPr>
          <w:b/>
        </w:rPr>
        <w:t xml:space="preserve">[28:59] </w:t>
      </w:r>
      <w:r>
        <w:t>agar aap yeh kahein ke quran meri mazhabi kitab hai, quran jo hai meri book of belief hai, to accepted criterion par aap ne pesh nahi kiya.</w:t>
      </w:r>
    </w:p>
    <w:p>
      <w:pPr>
        <w:jc w:val="right"/>
      </w:pPr>
      <w:r>
        <w:t>اگر آپ یہ کہیں کہ قرآن میری مذہبی کتاب ہے، قرآن جو ہے میری بک آف بیلیف ہے، تو ایکسیپٹڈ کرائٹیرین پر آپ نے پیش نہیں کیا۔</w:t>
      </w:r>
    </w:p>
    <w:p>
      <w:r>
        <w:rPr>
          <w:b/>
        </w:rPr>
        <w:t xml:space="preserve">[29:11] </w:t>
      </w:r>
      <w:r>
        <w:t>lekin jab aap yeh kahein ke yeh quran woh hai jo reason based hai, to aap ne kya kiya? dono partyon ke beech mein jo criterion accepted hai, yani reason, us par pesh kar diya aap ne.</w:t>
      </w:r>
    </w:p>
    <w:p>
      <w:pPr>
        <w:jc w:val="right"/>
      </w:pPr>
      <w:r>
        <w:t>لیکن جب آپ یہ کہیں کہ یہ قرآن وہ ہے جو ریزن بیسڈ ہے، تو آپ نے کیا کیا؟ دونوں پارٹیوں کے بیچ میں جو کرائٹیرین ایکسیپٹڈ ہے، یعنی ریزن، اس پر پیش کر دیا آپ نے۔</w:t>
      </w:r>
    </w:p>
    <w:p>
      <w:r>
        <w:rPr>
          <w:b/>
        </w:rPr>
        <w:t xml:space="preserve">[29:26] </w:t>
      </w:r>
      <w:r>
        <w:t>to religious library jo thi hamari ab tak, woh sirf book of belief ke tor par thi. kisi book mein aisa nahi tha is se pehle ke accepted criterion par judge karne ke liye woh challenge kare.</w:t>
      </w:r>
    </w:p>
    <w:p>
      <w:pPr>
        <w:jc w:val="right"/>
      </w:pPr>
      <w:r>
        <w:t>تو ریلیجیس لائبریری جو تھی ہماری اب تک، وہ صرف بک آف بیلیف کے طور پر تھی۔ کسی بک میں ایسا نہیں تھا اس سے پہلے کہ ایکسیپٹڈ کرائٹیرین پر جج کرنے کے لیے وہ چیلنج کرے۔</w:t>
      </w:r>
    </w:p>
    <w:p>
      <w:r>
        <w:rPr>
          <w:b/>
        </w:rPr>
        <w:t xml:space="preserve">[29:43] </w:t>
      </w:r>
      <w:r>
        <w:t>ke mazhabi sachaiyon ko batata hai yeh quran. aur woh sach hai to is ki veracity ko janchne ke liye dekho. accepted criterion mein pesh karta hoon tum ko.</w:t>
      </w:r>
    </w:p>
    <w:p>
      <w:pPr>
        <w:jc w:val="right"/>
      </w:pPr>
      <w:r>
        <w:t>کہ مذہبی سچائیوں کو بتاتا ہے یہ قرآن۔ اور وہ سچ ہے تو اس کی ورسٹی کو جانچنے کے لیے دیکھو۔ ایکسیپٹڈ کرائٹیرین میں پیش کرتا ہوں تم کو۔</w:t>
      </w:r>
    </w:p>
    <w:p>
      <w:r>
        <w:rPr>
          <w:b/>
        </w:rPr>
        <w:t xml:space="preserve">[29:53] </w:t>
      </w:r>
      <w:r>
        <w:t>ke tum bhi mante ho reason ko, mein bhi manta hoon reason ko. dekh lo.</w:t>
      </w:r>
    </w:p>
    <w:p>
      <w:pPr>
        <w:jc w:val="right"/>
      </w:pPr>
      <w:r>
        <w:t>کہ تم بھی مانتے ہو ریزن کو، میں بھی مانتا ہوں ریزن کو۔ دیکھ لو۔</w:t>
      </w:r>
    </w:p>
    <w:p>
      <w:r>
        <w:rPr>
          <w:b/>
        </w:rPr>
        <w:t xml:space="preserve">[30:00] </w:t>
      </w:r>
      <w:r>
        <w:t>ab bataiye ke kitni bari baat yeh hai? poori poori religious library mein aik bhi book aisi nahi hai jo yeh challenge de insaan se</w:t>
      </w:r>
    </w:p>
    <w:p>
      <w:pPr>
        <w:jc w:val="right"/>
      </w:pPr>
      <w:r>
        <w:t>اب بتائیے کہ کتنی بڑی بات یہ ہے؟ پوری پوری ریلیجیس لائبریری میں ایک بھی بک ایسی نہیں ہے جو یہ چیلنج دے انسان سے</w:t>
      </w:r>
    </w:p>
    <w:p>
      <w:r>
        <w:rPr>
          <w:b/>
        </w:rPr>
        <w:t xml:space="preserve">[30:10] </w:t>
      </w:r>
      <w:r>
        <w:t>ke accepted criterion, jo dono partyon ke beech mein accepted ho, us par judge kar lo. is ki sachai ko janne ke liye.</w:t>
      </w:r>
    </w:p>
    <w:p>
      <w:pPr>
        <w:jc w:val="right"/>
      </w:pPr>
      <w:r>
        <w:t>کہ ایکسیپٹڈ کرائٹیرین، جو دونوں پارٹیوں کے بیچ میں ایکسیپٹڈ ہو، اس پر جج کر لو۔ اس کی سچائی کو جاننے کے لیے۔</w:t>
      </w:r>
    </w:p>
    <w:p>
      <w:r>
        <w:rPr>
          <w:b/>
        </w:rPr>
        <w:t xml:space="preserve">[30:20] </w:t>
      </w:r>
      <w:r>
        <w:t>to zлик al-kitab la rafi'</w:t>
      </w:r>
    </w:p>
    <w:p>
      <w:pPr>
        <w:jc w:val="right"/>
      </w:pPr>
      <w:r>
        <w:t>تو ذالک الکتاب لا رفیع</w:t>
      </w:r>
    </w:p>
    <w:p>
      <w:r>
        <w:rPr>
          <w:b/>
        </w:rPr>
        <w:t xml:space="preserve">[30:25] </w:t>
      </w:r>
      <w:r>
        <w:t>quran ki bilkul shuru mein yeh words aati hain. to hum yeh keh sakte hain ke aik aisi book ko quran mein, religious library mein add kiya quran ne.</w:t>
      </w:r>
    </w:p>
    <w:p>
      <w:pPr>
        <w:jc w:val="right"/>
      </w:pPr>
      <w:r>
        <w:t>قرآن کی بالکل شروع میں یہ ورڈز آتی ہیں۔ تو ہم یہ کہہ سکتے ہیں کہ ایک ایسی بک کو قرآن میں، ریلیجیس لائبریری میں ایڈ کیا قرآن نے۔</w:t>
      </w:r>
    </w:p>
    <w:p>
      <w:r>
        <w:rPr>
          <w:b/>
        </w:rPr>
        <w:t xml:space="preserve">[30:37] </w:t>
      </w:r>
      <w:r>
        <w:t>jo pehli baar sare books jo hain belief par pesh karti theen. ke hamara aqeeda hai, hamare aqeede ki kitab hai, hamare baap dada is ko mante chale aa rahe hain.</w:t>
      </w:r>
    </w:p>
    <w:p>
      <w:pPr>
        <w:jc w:val="right"/>
      </w:pPr>
      <w:r>
        <w:t>جو پہلی بار سارے بکس جو ہیں بیلیف پر پیش کرتی تھیں۔ کہ ہمارا عقیدہ ہے، ہمارے عقیدے کی کتاب ہے، ہمارے باپ دادا اس کو مانتے چلے آ رہے ہیں۔</w:t>
      </w:r>
    </w:p>
    <w:p>
      <w:r>
        <w:rPr>
          <w:b/>
        </w:rPr>
        <w:t xml:space="preserve">[30:50] </w:t>
      </w:r>
      <w:r>
        <w:t>lekin pehli baar aik aisi kitab introduce ki gayi religious library mein ke jo criterion tum khud mante ho, tum samajhte ho ke reason par jo utre woh sahi hai.</w:t>
      </w:r>
    </w:p>
    <w:p>
      <w:pPr>
        <w:jc w:val="right"/>
      </w:pPr>
      <w:r>
        <w:t>لیکن پہلی بار ایک ایسی کتاب انٹروڈیوس کی گئی ریلیجیس لائبریری میں کہ جو کرائٹیرین تم خود مانتے ہو، تم سمجھتے ہو کہ ریزن پر جو اترے وہ صحیح ہے۔</w:t>
      </w:r>
    </w:p>
    <w:p>
      <w:r>
        <w:rPr>
          <w:b/>
        </w:rPr>
        <w:t xml:space="preserve">[31:03] </w:t>
      </w:r>
      <w:r>
        <w:t>jo scientific scrutiny par jo stand kare woh sahi hai.</w:t>
      </w:r>
    </w:p>
    <w:p>
      <w:pPr>
        <w:jc w:val="right"/>
      </w:pPr>
      <w:r>
        <w:t>جو سائنٹیفک اسکرٹی پر جو اسٹینڈ کرے وہ صحیح ہے۔</w:t>
      </w:r>
    </w:p>
    <w:p>
      <w:r>
        <w:rPr>
          <w:b/>
        </w:rPr>
        <w:t xml:space="preserve">[31:07] </w:t>
      </w:r>
      <w:r>
        <w:t>jo logic par stand kare woh sahi hai. to is par is ko judge kar lo, is ko jaancho, is ko. to koi book aisi is se pehle nahi thi religious library mein jo accepted criterion par, yani accepted between two party, ke base par pesh kar rahi ho.</w:t>
      </w:r>
    </w:p>
    <w:p>
      <w:pPr>
        <w:jc w:val="right"/>
      </w:pPr>
      <w:r>
        <w:t>جو لاجک پر اسٹینڈ کرے وہ صحیح ہے۔ تو اس پر اس کو جج کر لو، اس کو جانچ لو، اس کو۔ تو کوئی بک ایسی اس سے پہلے نہیں تھی ریلیجیس لائبریری میں جو ایکسیپٹڈ کرائٹیرین پر، یعنی ایکسیپٹڈ بٹوین ٹو پارٹی، کے بیس پر پیش کر رہی ہو۔</w:t>
      </w:r>
    </w:p>
    <w:p>
      <w:r>
        <w:rPr>
          <w:b/>
        </w:rPr>
        <w:t xml:space="preserve">[31:29] </w:t>
      </w:r>
      <w:r>
        <w:t>to kitna bara yeh addition tha religious library mein. kitna bara addition</w:t>
      </w:r>
    </w:p>
    <w:p>
      <w:pPr>
        <w:jc w:val="right"/>
      </w:pPr>
      <w:r>
        <w:t>تو کتنا بڑا یہ ایڈیشن تھا ریلیجیس لائبریری میں۔ کتنا بڑا ایڈیشن</w:t>
      </w:r>
    </w:p>
    <w:p>
      <w:r>
        <w:rPr>
          <w:b/>
        </w:rPr>
        <w:t xml:space="preserve">[31:36] </w:t>
      </w:r>
      <w:r>
        <w:t>tha. ke hum keh sakte the dekho yeh hai contribution Islam ka, yeh hai contribution Muhammad ka.</w:t>
      </w:r>
    </w:p>
    <w:p>
      <w:pPr>
        <w:jc w:val="right"/>
      </w:pPr>
      <w:r>
        <w:t>تھا۔ کہ ہم کہہ سکتے تھے دیکھو یہ ہے کنٹریبیوشن اسلام کا، یہ ہے کنٹریبیوشن محمد کا۔</w:t>
      </w:r>
    </w:p>
    <w:p>
      <w:r>
        <w:rPr>
          <w:b/>
        </w:rPr>
        <w:t xml:space="preserve">[31:46] </w:t>
      </w:r>
      <w:r>
        <w:t>ab mein is ka ek proof deta hoon jo aaj hi ke parche mein aya hai. aaj hi ke parche mein. yani is ko sankron proof hain jo apni kitabon mein likha hai maine ke accepted criterion par Islam ki sachai proof ho rahi hai.</w:t>
      </w:r>
    </w:p>
    <w:p>
      <w:pPr>
        <w:jc w:val="right"/>
      </w:pPr>
      <w:r>
        <w:t>اب میں اس کا ایک پروف دیتا ہوں جو آج ہی کے پرچے میں آیا ہے۔ آج ہی کے پرچے میں۔ یعنی اس کو سینکڑوں پروف ہیں جو اپنی کتابوں میں لکھا ہے میں نے کہ ایکسیپٹڈ کرائٹیرین پر اسلام کی سچائی پروف ہو رہی ہے۔</w:t>
      </w:r>
    </w:p>
    <w:p>
      <w:r>
        <w:rPr>
          <w:b/>
        </w:rPr>
        <w:t xml:space="preserve">[32:04] </w:t>
      </w:r>
      <w:r>
        <w:t>accepted criterion par Quran ki sachai proof ho rahi hai. is par meri bahut sari books hain. aaj hi ki mein is mein Times of India jo aaj ka hai, January 28 ka, us ke andar ek ek ek survey chapa hai.</w:t>
      </w:r>
    </w:p>
    <w:p>
      <w:pPr>
        <w:jc w:val="right"/>
      </w:pPr>
      <w:r>
        <w:t>ایکسیپٹڈ کرائٹیرین پر قرآن کی سچائی پروف ہو رہی ہے۔ اس پر میری بہت ساری بکس ہیں۔ آج ہی کی میں اس میں ٹائمز آف انڈیا جو آج کا ہے، جنوری 28 کا، اس کے اندر ایک ایک ایک سروے چھپا ہے۔</w:t>
      </w:r>
    </w:p>
    <w:p>
      <w:r>
        <w:rPr>
          <w:b/>
        </w:rPr>
        <w:t xml:space="preserve">[32:25] </w:t>
      </w:r>
      <w:r>
        <w:t>isi mein bahut lamba survey hai. poore page par phaila hua hai.</w:t>
      </w:r>
    </w:p>
    <w:p>
      <w:pPr>
        <w:jc w:val="right"/>
      </w:pPr>
      <w:r>
        <w:t>اسی میں بہت لمبا سروے ہے۔ پورے پیج پر پھیلا ہوا ہے۔</w:t>
      </w:r>
    </w:p>
    <w:p>
      <w:r>
        <w:rPr>
          <w:b/>
        </w:rPr>
        <w:t xml:space="preserve">[32:31] </w:t>
      </w:r>
      <w:r>
        <w:t>to is mein is ka jo is survey ki jo jo heading hai woh yeh hai ke Do women think differently?</w:t>
      </w:r>
    </w:p>
    <w:p>
      <w:pPr>
        <w:jc w:val="right"/>
      </w:pPr>
      <w:r>
        <w:t>تو اس میں اس کا جو اس سروے کی جو جو ہیڈنگ ہے وہ یہ ہے کہ Do women think differently?</w:t>
      </w:r>
    </w:p>
    <w:p>
      <w:r>
        <w:rPr>
          <w:b/>
        </w:rPr>
        <w:t xml:space="preserve">[32:45] </w:t>
      </w:r>
      <w:r>
        <w:t>Do women think differently? yeh aaj hi ke parche mein hai. ek international survey hua hai yeh. ke kya aurtein alag dhang se sochti hain?</w:t>
      </w:r>
    </w:p>
    <w:p>
      <w:pPr>
        <w:jc w:val="right"/>
      </w:pPr>
      <w:r>
        <w:t>Do women think differently? یہ آج ہی کے پرچے میں ہے۔ ایک انٹرنیشنل سروے ہوا ہے یہ۔ کہ کیا عورتیں الگ ڈھنگ سے سوچتی ہیں؟</w:t>
      </w:r>
    </w:p>
    <w:p>
      <w:r>
        <w:rPr>
          <w:b/>
        </w:rPr>
        <w:t xml:space="preserve">[32:59] </w:t>
      </w:r>
      <w:r>
        <w:t>kya aurtein ka mind alag dhang se sochta hai? yeh bahut bari cheez hai do sau baras se, yani decision jis par ho raha tha. do sau saal se.</w:t>
      </w:r>
    </w:p>
    <w:p>
      <w:pPr>
        <w:jc w:val="right"/>
      </w:pPr>
      <w:r>
        <w:t>کیا عورتیں کا مائنڈ الگ ڈھنگ سے سوچتا ہے؟ یہ بہت بڑی چیز ہے دو سو برس سے، یعنی ڈیسیژن جس پر ہو رہا تھا۔ دو سو سال سے۔</w:t>
      </w:r>
    </w:p>
    <w:p>
      <w:r>
        <w:rPr>
          <w:b/>
        </w:rPr>
        <w:t xml:space="preserve">[33:09] </w:t>
      </w:r>
      <w:r>
        <w:t>kyun? aap ko maloom hai ke Rodwell ek ek ek writer ek tha, wahan ek British writer tha.</w:t>
      </w:r>
    </w:p>
    <w:p>
      <w:pPr>
        <w:jc w:val="right"/>
      </w:pPr>
      <w:r>
        <w:t>کیوں؟ آپ کو معلوم ہے کہ راڈویل ایک ایک ایک رائٹر ایک تھا، وہاں ایک برٹش رائٹر تھا۔</w:t>
      </w:r>
    </w:p>
    <w:p>
      <w:r>
        <w:rPr>
          <w:b/>
        </w:rPr>
        <w:t xml:space="preserve">[33:21] </w:t>
      </w:r>
      <w:r>
        <w:t>to us ne Quran ka ek selection chhapa, selection. sara Quran nahi</w:t>
      </w:r>
    </w:p>
    <w:p>
      <w:pPr>
        <w:jc w:val="right"/>
      </w:pPr>
      <w:r>
        <w:t>تو اس نے قرآن کا ایک سلیکشن چھاپا، سلیکشن۔ سارا قرآن نہیں</w:t>
      </w:r>
    </w:p>
    <w:p>
      <w:r>
        <w:rPr>
          <w:b/>
        </w:rPr>
        <w:t xml:space="preserve">[33:26] </w:t>
      </w:r>
      <w:r>
        <w:t>. is mein us ne jo preference likha, is mein yeh likh diya us ne ke Islam ka sab se bara jo weak point hai woh yeh hai ke aurat mard mein farq karta hai woh.</w:t>
      </w:r>
    </w:p>
    <w:p>
      <w:pPr>
        <w:jc w:val="right"/>
      </w:pPr>
      <w:r>
        <w:t>۔ اس میں اس نے جو پریفرنس لکھا، اس میں یہ لکھ دیا اس نے کہ اسلام کا سب سے بڑا جو ویک پوائنٹ ہے وہ یہ ہے کہ عورت مرد میں فرق کرتا ہے وہ۔</w:t>
      </w:r>
    </w:p>
    <w:p>
      <w:r>
        <w:rPr>
          <w:b/>
        </w:rPr>
        <w:t xml:space="preserve">[33:39] </w:t>
      </w:r>
      <w:r>
        <w:t>yeh dedh sau saal pehle yeh chhapta tha yeh. mein apne bare mein kehta hoon ke mujhe kai bar is ka tajurba hua hai. yahin ek seminar tha India International Centre mein.</w:t>
      </w:r>
    </w:p>
    <w:p>
      <w:pPr>
        <w:jc w:val="right"/>
      </w:pPr>
      <w:r>
        <w:t>یہ ڈیڑھ سو سال پہلے یہ چھپا تھا یہ۔ میں اپنے بارے میں کہتا ہوں کہ مجھے کئی بار اس کا تجربہ ہوا ہے۔ یہیں ایک سیمینار تھا انڈیا انٹرنیشنل سینٹر میں۔</w:t>
      </w:r>
    </w:p>
    <w:p>
      <w:r>
        <w:rPr>
          <w:b/>
        </w:rPr>
        <w:t xml:space="preserve">[33:51] </w:t>
      </w:r>
      <w:r>
        <w:t>is mein ek ek ek justice, high court ke ek judge bhi is mein</w:t>
      </w:r>
    </w:p>
    <w:p>
      <w:pPr>
        <w:jc w:val="right"/>
      </w:pPr>
      <w:r>
        <w:t>اس میں ایک ایک ایک جسٹس، ہائی کورٹ کے ایک جج بھی اس میں</w:t>
      </w:r>
    </w:p>
    <w:p>
      <w:r>
        <w:rPr>
          <w:b/>
        </w:rPr>
        <w:t xml:space="preserve">[33:56] </w:t>
      </w:r>
      <w:r>
        <w:t>the. abhi woh zinda hain woh. abhi woh zinda hain woh. un ka naam batane ki zaroorat nahi hai. to un se baat ho rahi thi.</w:t>
      </w:r>
    </w:p>
    <w:p>
      <w:pPr>
        <w:jc w:val="right"/>
      </w:pPr>
      <w:r>
        <w:t>تھے۔ ابھی وہ زندہ ہیں وہ۔ ابھی وہ زندہ ہیں وہ۔ ان کا نام بتانے کی ضرورت نہیں ہے۔ تو ان سے بات ہو رہی تھی۔</w:t>
      </w:r>
    </w:p>
    <w:p>
      <w:r>
        <w:rPr>
          <w:b/>
        </w:rPr>
        <w:t xml:space="preserve">[34:04] </w:t>
      </w:r>
      <w:r>
        <w:t>hum log chai ke mez par ikhatta ho gaye. to justice sahab ne kaha</w:t>
      </w:r>
    </w:p>
    <w:p>
      <w:pPr>
        <w:jc w:val="right"/>
      </w:pPr>
      <w:r>
        <w:t>ہم لوگ چائے کے میز پر اکٹھا ہو گئے۔ تو جسٹس صاحب نے کہا</w:t>
      </w:r>
    </w:p>
    <w:p>
      <w:r>
        <w:rPr>
          <w:b/>
        </w:rPr>
        <w:t xml:space="preserve">[34:15] </w:t>
      </w:r>
      <w:r>
        <w:t>ke Maulana sahab aap jante hain ke Islam ka sab se weak point kya hai?</w:t>
      </w:r>
    </w:p>
    <w:p>
      <w:pPr>
        <w:jc w:val="right"/>
      </w:pPr>
      <w:r>
        <w:t>کہ مولانا صاحب آپ جانتے ہیں کہ اسلام کا سب سے ویک پوائنٹ کیا ہے؟</w:t>
      </w:r>
    </w:p>
    <w:p>
      <w:r>
        <w:rPr>
          <w:b/>
        </w:rPr>
        <w:t xml:space="preserve">[34:25] </w:t>
      </w:r>
      <w:r>
        <w:t>mein to chup raha.</w:t>
      </w:r>
    </w:p>
    <w:p>
      <w:pPr>
        <w:jc w:val="right"/>
      </w:pPr>
      <w:r>
        <w:t>میں تو چپ رہا۔</w:t>
      </w:r>
    </w:p>
    <w:p>
      <w:r>
        <w:rPr>
          <w:b/>
        </w:rPr>
        <w:t xml:space="preserve">[34:26] </w:t>
      </w:r>
      <w:r>
        <w:t>phir khud hi woh bolte hain ke Islam ka asal pack point, weak point yeh hai ke Islam jo hai aurat mard mein farq karta hai. difference batata hai.</w:t>
      </w:r>
    </w:p>
    <w:p>
      <w:pPr>
        <w:jc w:val="right"/>
      </w:pPr>
      <w:r>
        <w:t>پھر خود ہی وہ بولتے ہیں کہ اسلام کا اصل پیک پوائنٹ، ویک پوائنٹ یہ ہے کہ اسلام جو ہے عورت مرد میں فرق کرتا ہے۔ ڈیفرنس بتاتا ہے۔</w:t>
      </w:r>
    </w:p>
    <w:p>
      <w:r>
        <w:rPr>
          <w:b/>
        </w:rPr>
        <w:t xml:space="preserve">[34:37] </w:t>
      </w:r>
      <w:r>
        <w:t>jabke yeh zamana gender equality ka zamana hai. yeh kaha unhon ne mujh se. yeh unhi ki baat nahi, yeh shayad duniya mein hi kaha ja raha tha.</w:t>
      </w:r>
    </w:p>
    <w:p>
      <w:pPr>
        <w:jc w:val="right"/>
      </w:pPr>
      <w:r>
        <w:t>جبکہ یہ زمانہ جینڈر ایکولٹی کا زمانہ ہے۔ یہ کہا انہوں نے مجھ سے۔ یہ انہی کی بات نہیں، یہ شاید دنیا میں ہی کہا جا رہا تھا۔</w:t>
      </w:r>
    </w:p>
    <w:p>
      <w:r>
        <w:rPr>
          <w:b/>
        </w:rPr>
        <w:t xml:space="preserve">[34:47] </w:t>
      </w:r>
      <w:r>
        <w:t>gender equality ki dhoom machi hui thi. do sau saal se gender equality ki dhoom machi hui thi sari duniya mein.</w:t>
      </w:r>
    </w:p>
    <w:p>
      <w:pPr>
        <w:jc w:val="right"/>
      </w:pPr>
      <w:r>
        <w:t>جینڈر ایکولٹی کی دھوم مچی ہوئی تھی۔ دو سو سال سے جینڈر ایکولٹی کی دھوم مچی ہوئی تھی ساری دنیا میں۔</w:t>
      </w:r>
    </w:p>
    <w:p>
      <w:r>
        <w:rPr>
          <w:b/>
        </w:rPr>
        <w:t xml:space="preserve">[34:57] </w:t>
      </w:r>
      <w:r>
        <w:t>ab dekhiye ke yahan par kya problem tha? Quran mein jo bataya gaya ya hadith mein jo bataya gaya hai to Islam ka jo stand is mamle mein hai woh kya hai?</w:t>
      </w:r>
    </w:p>
    <w:p>
      <w:pPr>
        <w:jc w:val="right"/>
      </w:pPr>
      <w:r>
        <w:t>اب دیکھیے کہ یہاں پر کیا پرابلم تھا؟ قرآن میں جو بتایا گیا یا حدیث میں جو بتایا گیا ہے تو اسلام کا جو اسٹینڈ اس معاملے میں ہے وہ کیا ہے؟</w:t>
      </w:r>
    </w:p>
    <w:p>
      <w:r>
        <w:rPr>
          <w:b/>
        </w:rPr>
        <w:t xml:space="preserve">[35:08] </w:t>
      </w:r>
      <w:r>
        <w:t>aurat aur mard ke bare mein. woh yeh hai ke. Equal in respect but different in role yeh khulasa hai Islam ka jo concept hai aurat mard ke bare mein.</w:t>
      </w:r>
    </w:p>
    <w:p>
      <w:pPr>
        <w:jc w:val="right"/>
      </w:pPr>
      <w:r>
        <w:t>عورت اور مرد کے بارے میں۔ وہ یہ ہے کہ۔ Equal in respect but different in role یہ خلاصہ ہے اسلام کا جو کانسیپٹ ہے عورت مرد کے بارے میں۔</w:t>
      </w:r>
    </w:p>
    <w:p>
      <w:r>
        <w:rPr>
          <w:b/>
        </w:rPr>
        <w:t xml:space="preserve">[35:23] </w:t>
      </w:r>
      <w:r>
        <w:t>Equal in respect but different in role</w:t>
      </w:r>
    </w:p>
    <w:p>
      <w:pPr>
        <w:jc w:val="right"/>
      </w:pPr>
      <w:r>
        <w:t>Equal in respect but different in role</w:t>
      </w:r>
    </w:p>
    <w:p>
      <w:r>
        <w:rPr>
          <w:b/>
        </w:rPr>
        <w:t xml:space="preserve">[35:28] </w:t>
      </w:r>
      <w:r>
        <w:t>to dedh so saal se insaan is ko le kar kehta tha ke khuda ki kitab nahi hai yeh. aur islam jo hai aaj ka mazhab nahi ban sakta.</w:t>
      </w:r>
    </w:p>
    <w:p>
      <w:pPr>
        <w:jc w:val="right"/>
      </w:pPr>
      <w:r>
        <w:t>تو ڈیڑھ سو سال سے انسان اس کو لے کر کہتا تھا کہ خدا کی کتاب نہیں ہے یہ۔ اور اسلام جو ہے آج کا مذہب نہیں بن سکتا۔</w:t>
      </w:r>
    </w:p>
    <w:p>
      <w:r>
        <w:rPr>
          <w:b/>
        </w:rPr>
        <w:t xml:space="preserve">[35:39] </w:t>
      </w:r>
      <w:r>
        <w:t>aur yeh aaj hi ki baat nahi hai, yeh pichhle kai saal se is par research ho rahi hai. bohat sari chhapi hain researches.</w:t>
      </w:r>
    </w:p>
    <w:p>
      <w:pPr>
        <w:jc w:val="right"/>
      </w:pPr>
      <w:r>
        <w:t>اور یہ آج ہی کی بات نہیں ہے، یہ پچھلے کئی سال سے اس پر ریسرچ ہو رہی ہے۔ بہت ساری چھپی ہیں ریسرچز۔</w:t>
      </w:r>
    </w:p>
    <w:p>
      <w:r>
        <w:rPr>
          <w:b/>
        </w:rPr>
        <w:t xml:space="preserve">[35:47] </w:t>
      </w:r>
      <w:r>
        <w:t>maine khud apne magazine mein bohat sara chhapa hai.</w:t>
      </w:r>
    </w:p>
    <w:p>
      <w:pPr>
        <w:jc w:val="right"/>
      </w:pPr>
      <w:r>
        <w:t>میں نے خود اپنے میگزین میں بہت سارا چھاپا ہے۔</w:t>
      </w:r>
    </w:p>
    <w:p>
      <w:r>
        <w:rPr>
          <w:b/>
        </w:rPr>
        <w:t xml:space="preserve">[35:52] </w:t>
      </w:r>
      <w:r>
        <w:t>is se pehle jo time magazine hota hai, us mein poora poora magazine isi par chhpa tha. aur jitni researches ho rahi hain, pichhle mein bataun ke kam az kam bees saal se, woh sab yani biology mein, psychology mein, physiology mein jitni bhi researches ho rahi hain, sab sab yahin par pahunch rahi hain.</w:t>
      </w:r>
    </w:p>
    <w:p>
      <w:pPr>
        <w:jc w:val="right"/>
      </w:pPr>
      <w:r>
        <w:t>اس سے پہلے جو ٹائم میگزین ہوتا ہے، اس میں پورا پورا میگزین اسی پر چھپا تھا۔ اور جتنی ریسرچز ہو رہی ہیں، پچھلے میں بتاؤں کہ کم از کم بیس سال سے، وہ سب یعنی بیالوجی میں، سائیکالوجی میں، فیزیالوجی میں جتنی بھی ریسرچز ہو رہی ہیں، سب سب یہیں پر پہنچ رہی ہیں۔</w:t>
      </w:r>
    </w:p>
    <w:p>
      <w:r>
        <w:rPr>
          <w:b/>
        </w:rPr>
        <w:t xml:space="preserve">[36:14] </w:t>
      </w:r>
      <w:r>
        <w:t>aurat aur mard mein difference hai.</w:t>
      </w:r>
    </w:p>
    <w:p>
      <w:pPr>
        <w:jc w:val="right"/>
      </w:pPr>
      <w:r>
        <w:t>عورت اور مرد میں ڈیفرنس ہے۔</w:t>
      </w:r>
    </w:p>
    <w:p>
      <w:r>
        <w:rPr>
          <w:b/>
        </w:rPr>
        <w:t xml:space="preserve">[36:17] </w:t>
      </w:r>
      <w:r>
        <w:t>jab kisi ko bataya gaya hai, ek zamana aisa tha ke aurat mard mein difference ki baat kehna bohat hi ridiculous baat samajh jati thi. isi isi mein likha hua hai ke kuch din pehle yeh kehna ke aurat aur mard mein difference hai, yeh ek ridiculous baat samajh jati thi.</w:t>
      </w:r>
    </w:p>
    <w:p>
      <w:pPr>
        <w:jc w:val="right"/>
      </w:pPr>
      <w:r>
        <w:t>جب کسی کو بتایا گیا ہے، ایک زمانہ ایسا تھا کہ عورت مرد میں ڈیفرنس کی بات کہنا بہت ہی ریڈیکلس بات سمجھ جاتی تھی۔ اسی اسی میں لکھا ہوا ہے کہ کچھ دن پہلے یہ کہنا کہ عورت اور مرد میں ڈیفرنس ہے، یہ ایک ریڈیکلس بات سمجھ جاتی تھی۔</w:t>
      </w:r>
    </w:p>
    <w:p>
      <w:r>
        <w:rPr>
          <w:b/>
        </w:rPr>
        <w:t xml:space="preserve">[36:32] </w:t>
      </w:r>
      <w:r>
        <w:t>ridiculous. aadmi bewakoof ban jata tha aisa keh kar ke. to gender equality ka bhoot tha sari duniya mein.</w:t>
      </w:r>
    </w:p>
    <w:p>
      <w:pPr>
        <w:jc w:val="right"/>
      </w:pPr>
      <w:r>
        <w:t>ریڈیکلس۔ آدمی بیوقوف بن جاتا تھا ایسا کہہ کر کے۔ تو جینڈر ایکولٹی کا بھوت تھا ساری دنیا میں۔</w:t>
      </w:r>
    </w:p>
    <w:p>
      <w:r>
        <w:rPr>
          <w:b/>
        </w:rPr>
        <w:t xml:space="preserve">[36:41] </w:t>
      </w:r>
      <w:r>
        <w:t>halanke ab islam keh raha tha gender difference. islam ki jo theory thi, islam ka jo concept tha, woh gender difference par base karta tha.</w:t>
      </w:r>
    </w:p>
    <w:p>
      <w:pPr>
        <w:jc w:val="right"/>
      </w:pPr>
      <w:r>
        <w:t>حالانکہ اب اسلام کہہ رہا تھا جینڈر ڈیفرنس۔ اسلام کی جو تھیوری تھی، اسلام کا جو کانسیپٹ تھا، وہ جینڈر ڈیفرنس پر بیس کرتا تھا۔</w:t>
      </w:r>
    </w:p>
    <w:p>
      <w:r>
        <w:rPr>
          <w:b/>
        </w:rPr>
        <w:t xml:space="preserve">[36:52] </w:t>
      </w:r>
      <w:r>
        <w:t>aur modern jo concept tha, woh gender equality par base karta tha. to goya ke quran ne ek aisi khudai kitab di duniya ko, jis ki sachai</w:t>
      </w:r>
    </w:p>
    <w:p>
      <w:pPr>
        <w:jc w:val="right"/>
      </w:pPr>
      <w:r>
        <w:t>اور ماڈرن جو کانسیپٹ تھا، وہ جینڈر ایکولٹی پر بیس کرتا تھا۔ تو گویا کہ قرآن نے ایک ایسی خدائی کتاب دی دنیا کو، جس کی سچائی</w:t>
      </w:r>
    </w:p>
    <w:p>
      <w:r>
        <w:rPr>
          <w:b/>
        </w:rPr>
        <w:t xml:space="preserve">[37:08] </w:t>
      </w:r>
      <w:r>
        <w:t>kabhi bhi refute na ho sake.</w:t>
      </w:r>
    </w:p>
    <w:p>
      <w:pPr>
        <w:jc w:val="right"/>
      </w:pPr>
      <w:r>
        <w:t>کبھی بھی ریفیوٹ نہ ہو سکے۔</w:t>
      </w:r>
    </w:p>
    <w:p>
      <w:r>
        <w:rPr>
          <w:b/>
        </w:rPr>
        <w:t xml:space="preserve">[37:10] </w:t>
      </w:r>
      <w:r>
        <w:t>koi bhi research, koi bhi cheez is ko refute na kar sake. yani do so saal se jo hungama tha gender equality ka, to sab log samajhte the ke islam quran refute ho gaya.</w:t>
      </w:r>
    </w:p>
    <w:p>
      <w:pPr>
        <w:jc w:val="right"/>
      </w:pPr>
      <w:r>
        <w:t>کوئی بھی ریسرچ، کوئی بھی چیز اس کو ریفیوٹ نہ کر سکے۔ یعنی دو سو سال سے جو ہنگامہ تھا جینڈر ایکولٹی کا، تو سب لوگ سمجھتے تھے کہ اسلام قرآن ریفیوٹ ہو گیا۔</w:t>
      </w:r>
    </w:p>
    <w:p>
      <w:r>
        <w:rPr>
          <w:b/>
        </w:rPr>
        <w:t xml:space="preserve">[37:25] </w:t>
      </w:r>
      <w:r>
        <w:t>lekin kya hua? aaj reestablish ho gaya quran ka. quran ki veracity reestablish ho gayi.</w:t>
      </w:r>
    </w:p>
    <w:p>
      <w:pPr>
        <w:jc w:val="right"/>
      </w:pPr>
      <w:r>
        <w:t>لیکن کیا ہوا؟ آج ری اسٹیبلش ہو گیا قرآن کا۔ قرآن کی ورسٹی ری اسٹیبلش ہو گئی۔</w:t>
      </w:r>
    </w:p>
    <w:p>
      <w:r>
        <w:rPr>
          <w:b/>
        </w:rPr>
        <w:t xml:space="preserve">[37:36] </w:t>
      </w:r>
      <w:r>
        <w:t>to is ka matlab yeh hai ke jo jo sach, jo haqeeqat, jo jo researches aati hain bar bar, woh is ko reestablish karti chali ja rahi hain.</w:t>
      </w:r>
    </w:p>
    <w:p>
      <w:pPr>
        <w:jc w:val="right"/>
      </w:pPr>
      <w:r>
        <w:t>تو اس کا معنی یہ ہے کہ جو جو سچ، جو حقیقت، جو جو ریسرچز آتی ہیں بار بار، وہ اس کو ری اسٹیبلش کرتی چلی جا رہی ہیں۔</w:t>
      </w:r>
    </w:p>
    <w:p>
      <w:r>
        <w:rPr>
          <w:b/>
        </w:rPr>
        <w:t xml:space="preserve">[37:46] </w:t>
      </w:r>
      <w:r>
        <w:t>to goya ke quran ek aisi book ka izafa hai mazhabi library mein, jis ki sachai kabhi refute na ho sake. jo eternal tor par sach, sachi book bani hui ho.</w:t>
      </w:r>
    </w:p>
    <w:p>
      <w:pPr>
        <w:jc w:val="right"/>
      </w:pPr>
      <w:r>
        <w:t>تو گویا کہ قرآن ایک ایسی بک کا اضافہ ہے مذہبی لائبریری میں، جس کی سچائی کبھی ریفیوٹ نہ ہو سکے۔ جو ایٹرنل طور پر سچا، سچی بک بنی ہوئی ہو۔</w:t>
      </w:r>
    </w:p>
    <w:p>
      <w:r>
        <w:rPr>
          <w:b/>
        </w:rPr>
        <w:t xml:space="preserve">[37:59] </w:t>
      </w:r>
      <w:r>
        <w:t>to hum keh sakte hain ke aisi book ka izafa kiya,</w:t>
      </w:r>
    </w:p>
    <w:p>
      <w:pPr>
        <w:jc w:val="right"/>
      </w:pPr>
      <w:r>
        <w:t>تو ہم کہہ سکتے ہیں کہ ایسی بک کا اضافہ کیا،</w:t>
      </w:r>
    </w:p>
    <w:p>
      <w:r>
        <w:rPr>
          <w:b/>
        </w:rPr>
        <w:t xml:space="preserve">[38:02] </w:t>
      </w:r>
      <w:r>
        <w:t>aisi book ko add kiya islam ne mazhabi library mein. yeh hai hamara woh. yeh nayi baat hai jo hum ne is mazhab mein pesh ki hai.</w:t>
      </w:r>
    </w:p>
    <w:p>
      <w:pPr>
        <w:jc w:val="right"/>
      </w:pPr>
      <w:r>
        <w:t>ایسی بک کو ایڈ کیا اسلام نے مذہبی لائبریری میں۔ یہ ہے ہمارا وہ۔ یہ نئی بات ہے جو ہم نے اس مذہب میں پیش کی ہے۔</w:t>
      </w:r>
    </w:p>
    <w:p>
      <w:r>
        <w:rPr>
          <w:b/>
        </w:rPr>
        <w:t xml:space="preserve">[38:14] </w:t>
      </w:r>
      <w:r>
        <w:t>ab kitni bari baat hai yeh. ke woh challenge kar rahe hain ke koi nayi baat batao jo muhammad ne pesh ki ho. to hum kehte hain ke nayi baat yahi hai. aisi kitab unhon ne pesh ki jo eternally, jis ki sachai sabit hui chali ja rahi hai.</w:t>
      </w:r>
    </w:p>
    <w:p>
      <w:pPr>
        <w:jc w:val="right"/>
      </w:pPr>
      <w:r>
        <w:t>اب کتنی بڑی بات ہے یہ۔ کہ وہ چیلنج کر رہے ہیں کہ کوئی نئی بات بتاؤ جو محمد نے پیش کی ہو۔ تو ہم کہتے ہیں کہ نئی بات یہی ہے۔ ایسی کتاب انہوں نے پیش کی جو ایٹرنلی، جس کی سچائی ثابت ہوئی چلی جا رہی ہے۔</w:t>
      </w:r>
    </w:p>
    <w:p>
      <w:r>
        <w:rPr>
          <w:b/>
        </w:rPr>
        <w:t xml:space="preserve">[38:28] </w:t>
      </w:r>
      <w:r>
        <w:t>jo refute nahi ho pa rahi hai.</w:t>
      </w:r>
    </w:p>
    <w:p>
      <w:pPr>
        <w:jc w:val="right"/>
      </w:pPr>
      <w:r>
        <w:t>جو ریفیوٹ نہیں ہو پا رہی ہے۔</w:t>
      </w:r>
    </w:p>
    <w:p>
      <w:r>
        <w:rPr>
          <w:b/>
        </w:rPr>
        <w:t xml:space="preserve">[38:32] </w:t>
      </w:r>
      <w:r>
        <w:t>is se bari baat kya ho sakti hai? is ki veracity jo hai, eternally prove hui chali ja rahi hai. lekin chunke hum ne negative reaction dikhaya,</w:t>
      </w:r>
    </w:p>
    <w:p>
      <w:pPr>
        <w:jc w:val="right"/>
      </w:pPr>
      <w:r>
        <w:t>اس سے بڑی بات کیا ہو سکتی ہے؟ اس کی ورسٹی جو ہے، ایٹرنلی پروف ہوئی چلی جا رہی ہے۔ لیکن چونکہ ہم نے نیگیٹیو ری ایکشن دکھایا،</w:t>
      </w:r>
    </w:p>
    <w:p>
      <w:r>
        <w:rPr>
          <w:b/>
        </w:rPr>
        <w:t xml:space="preserve">[38:45] </w:t>
      </w:r>
      <w:r>
        <w:t>hum ne protest mein lag gaye. to creative thinking nahi aayi hamare andar. aur hum koi baat pesh nahi kar sake.</w:t>
      </w:r>
    </w:p>
    <w:p>
      <w:pPr>
        <w:jc w:val="right"/>
      </w:pPr>
      <w:r>
        <w:t>ہم نے پروٹیسٹ میں لگ گئے۔ تو کریٹیو تھنکنگ نہیں آئی ہمارے اندر۔ اور ہم کوئی بات پیش نہیں کر سکے۔</w:t>
      </w:r>
    </w:p>
    <w:p>
      <w:r>
        <w:rPr>
          <w:b/>
        </w:rPr>
        <w:t xml:space="preserve">[38:55] </w:t>
      </w:r>
      <w:r>
        <w:t>jabke maujood thi hamare paas</w:t>
      </w:r>
    </w:p>
    <w:p>
      <w:pPr>
        <w:jc w:val="right"/>
      </w:pPr>
      <w:r>
        <w:t>جبکہ موجود تھی ہمارے پاس</w:t>
      </w:r>
    </w:p>
    <w:p>
      <w:r>
        <w:rPr>
          <w:b/>
        </w:rPr>
        <w:t xml:space="preserve">[38:57] </w:t>
      </w:r>
      <w:r>
        <w:t>. yani aise hi hai jaise ek aadmi ke paas gun ho. aur us ke samne bhediya aa jaye jangl mein. aur gun woh istemal na kare, ek kankri phenke.</w:t>
      </w:r>
    </w:p>
    <w:p>
      <w:pPr>
        <w:jc w:val="right"/>
      </w:pPr>
      <w:r>
        <w:t>۔ یعنی ایسے ہی ہے جیسے ایک آدمی کے پاس گن ہو۔ اور اس کے سامنے بھیڑیا آ جائے جنگل میں۔ اور گن وہ استعمال نہ کرے، ایک کنکری پھینکے۔</w:t>
      </w:r>
    </w:p>
    <w:p>
      <w:r>
        <w:rPr>
          <w:b/>
        </w:rPr>
        <w:t xml:space="preserve">[39:08] </w:t>
      </w:r>
      <w:r>
        <w:t>to kankri to bhediya koi bedne wala nahi hai. to hamare paas gun hai, hum kankri phenk rahe hain. hamare paas ek rational proof hai.</w:t>
      </w:r>
    </w:p>
    <w:p>
      <w:pPr>
        <w:jc w:val="right"/>
      </w:pPr>
      <w:r>
        <w:t>تو کنکری تو بھیڑیا کوئی بیڑنے والا نہیں ہے۔ تو ہمارے پاس گن ہے، ہم کنکری پھینک رہے ہیں۔ ہمارے پاس ایک ریشنل پروف ہے۔</w:t>
      </w:r>
    </w:p>
    <w:p>
      <w:r>
        <w:rPr>
          <w:b/>
        </w:rPr>
        <w:t xml:space="preserve">[39:18] </w:t>
      </w:r>
      <w:r>
        <w:t>aur hum kya kar rahe hain? emotional outputs dikha rahe hain. yeh kyun? isi ka naam hai in creativity.</w:t>
      </w:r>
    </w:p>
    <w:p>
      <w:pPr>
        <w:jc w:val="right"/>
      </w:pPr>
      <w:r>
        <w:t>اور ہم کیا کر رہے ہیں؟ ایموشنل آؤٹ پٹس دکھا رہے ہیں۔ یہ کیوں؟ اسی کا نام ہے ان کریٹیوٹی۔</w:t>
      </w:r>
    </w:p>
    <w:p>
      <w:r>
        <w:rPr>
          <w:b/>
        </w:rPr>
        <w:t xml:space="preserve">[39:25] </w:t>
      </w:r>
      <w:r>
        <w:t>to yeh jo musalmanon ki thinking thi, negative thinking, do so saal se, is ne sari duniya mein muslim mind ko un creative bana diya.</w:t>
      </w:r>
    </w:p>
    <w:p>
      <w:pPr>
        <w:jc w:val="right"/>
      </w:pPr>
      <w:r>
        <w:t>تو یہ جو مسلمانوں کی تھنکنگ تھی، نیگیٹیو تھنکنگ، دو سو سال سے، اس نے ساری دنیا میں مسلم مائنڈ کو ان کریٹیو بنا دیا۔</w:t>
      </w:r>
    </w:p>
    <w:p>
      <w:r>
        <w:rPr>
          <w:b/>
        </w:rPr>
        <w:t xml:space="preserve">[39:35] </w:t>
      </w:r>
      <w:r>
        <w:t>creative mind koi paida hi nahi hua. ek bhi nahi. jis aadmi ko is par ghussa ho, meri is baat par woh dikhaye, naam le is ka, to bataunga ke woh creative mind tha ke un creative mind tha.</w:t>
      </w:r>
    </w:p>
    <w:p>
      <w:pPr>
        <w:jc w:val="right"/>
      </w:pPr>
      <w:r>
        <w:t>کریٹیو مائنڈ کوئی پیدا ہی نہیں ہوا۔ ایک بھی نہیں۔ جس آدمی کو اس پر غصہ ہو، میری اس بات پر وہ دکھائے، نام لے اس کا، تو بتاؤں گا کہ وہ کریٹیو مائنڈ تھا کہ ان کریٹیو مائنڈ تھا۔</w:t>
      </w:r>
    </w:p>
    <w:p>
      <w:r>
        <w:rPr>
          <w:b/>
        </w:rPr>
        <w:t xml:space="preserve">[39:47] </w:t>
      </w:r>
      <w:r>
        <w:t>do sau saal se mera yeh challenge hai, koi bataye ke ek bhi creative mind muslim dunya mein paida hua ho.</w:t>
      </w:r>
    </w:p>
    <w:p>
      <w:pPr>
        <w:jc w:val="right"/>
      </w:pPr>
      <w:r>
        <w:t>دو سو سال سے میرا یہ چیلنج ہے، کوئی بتائے کہ ایک بھی کریٹیو مائنڈ مسلم دنیا میں پیدا ہوا ہو۔</w:t>
      </w:r>
    </w:p>
    <w:p>
      <w:r>
        <w:rPr>
          <w:b/>
        </w:rPr>
        <w:t xml:space="preserve">[39:55] </w:t>
      </w:r>
      <w:r>
        <w:t>dekhiye, talent sab mein hoti hai, yaad rakhiye. talent sab mein hoti hai. lekin chounke woh negativity mein pad jaate hain, is liye un ki creativity un ki taraf ki nahi karti.</w:t>
      </w:r>
    </w:p>
    <w:p>
      <w:pPr>
        <w:jc w:val="right"/>
      </w:pPr>
      <w:r>
        <w:t>دیکھیے، ٹیلنٹ سب میں ہوتی ہے، یاد رکھیے۔ ٹیلنٹ سب میں ہوتی ہے۔ لیکن چونکہ وہ نیگیٹیوٹی میں پڑ جاتے ہیں، اس لیے ان کی کریٹیوٹی ان کی طرف کی نہیں کرتی۔</w:t>
      </w:r>
    </w:p>
    <w:p>
      <w:r>
        <w:rPr>
          <w:b/>
        </w:rPr>
        <w:t xml:space="preserve">[40:08] </w:t>
      </w:r>
      <w:r>
        <w:t>to kitna bara hum ko nuqsan ho raha hai is bina par ke hum positive thinking nahi aa saki hamare andar. aur negative thinking mein hum</w:t>
      </w:r>
    </w:p>
    <w:p>
      <w:pPr>
        <w:jc w:val="right"/>
      </w:pPr>
      <w:r>
        <w:t>تو کتنا بڑا ہم کو نقصان ہو رہا ہے اس بنا پر کہ ہم پازیٹیو تھنکنگ نہیں آ سکی ہمارے اندر۔ اور نیگیٹیو تھنکنگ میں ہم</w:t>
      </w:r>
    </w:p>
    <w:p>
      <w:r>
        <w:rPr>
          <w:b/>
        </w:rPr>
        <w:t xml:space="preserve">[40:17] </w:t>
      </w:r>
      <w:r>
        <w:t>pade rahe. dekhiye, quran mein ek se zyada bar yeh baat kahi gayi hai ke quran ek eternal book hai.</w:t>
      </w:r>
    </w:p>
    <w:p>
      <w:pPr>
        <w:jc w:val="right"/>
      </w:pPr>
      <w:r>
        <w:t>پڑے رہے۔ دیکھیے، قرآن میں ایک سے زیادہ بار یہ بات کہی گئی ہے کہ قرآن ایک ایٹرنل بک ہے۔</w:t>
      </w:r>
    </w:p>
    <w:p>
      <w:r>
        <w:rPr>
          <w:b/>
        </w:rPr>
        <w:t xml:space="preserve">[40:27] </w:t>
      </w:r>
      <w:r>
        <w:t>liyakun lil alameen nazira yani poori history ke liye yeh bheja gaya hai bator ek guide book ke.</w:t>
      </w:r>
    </w:p>
    <w:p>
      <w:pPr>
        <w:jc w:val="right"/>
      </w:pPr>
      <w:r>
        <w:t>ليكون للعالمين نظيرا یعنی پوری ہسٹری کے لیے یہ بھیجا گیا ہے بطور ایک گائیڈ بک کے۔</w:t>
      </w:r>
    </w:p>
    <w:p>
      <w:r>
        <w:rPr>
          <w:b/>
        </w:rPr>
        <w:t xml:space="preserve">[40:39] </w:t>
      </w:r>
      <w:r>
        <w:t>mukhtalif tareeqe se yeh baat quran mein kai bar kahi gayi hai. hadith mein bhi hai ke poori humanity ke liye, sari history mein paida hone walon ke liye, eternally yeh kitab aayi hai is ki hidayat ke liye.</w:t>
      </w:r>
    </w:p>
    <w:p>
      <w:pPr>
        <w:jc w:val="right"/>
      </w:pPr>
      <w:r>
        <w:t>مختلف طریقے سے یہ بات قرآن میں کئی بار کہی گئی ہے۔ حدیث میں بھی ہے کہ پوری ہیومینٹی کے لیے، ساری ہسٹری میں پیدا ہونے والوں کے لیے، ایٹرنلی یہ کتاب آئی ہے اس کی ہدایت کے لیے۔</w:t>
      </w:r>
    </w:p>
    <w:p>
      <w:r>
        <w:rPr>
          <w:b/>
        </w:rPr>
        <w:t xml:space="preserve">[41:01] </w:t>
      </w:r>
      <w:r>
        <w:t>yeh ek bohat bara challenge hai. bohat bara challenge hai.</w:t>
      </w:r>
    </w:p>
    <w:p>
      <w:pPr>
        <w:jc w:val="right"/>
      </w:pPr>
      <w:r>
        <w:t>یہ ایک بہت بڑا چیلنج ہے۔ بہت بڑا چیلنج ہے۔</w:t>
      </w:r>
    </w:p>
    <w:p>
      <w:r>
        <w:rPr>
          <w:b/>
        </w:rPr>
        <w:t xml:space="preserve">[41:07] </w:t>
      </w:r>
      <w:r>
        <w:t>yani yeh baat kahi gayi thi seven century isvi mein. yani seven century ke first quarter mein.</w:t>
      </w:r>
    </w:p>
    <w:p>
      <w:pPr>
        <w:jc w:val="right"/>
      </w:pPr>
      <w:r>
        <w:t>یعنی یہ بات کہی گئی تھی سیون سینچری عیسوی میں۔ یعنی سیون سینچری کے فرسٹ کوارٹر میں۔</w:t>
      </w:r>
    </w:p>
    <w:p>
      <w:r>
        <w:rPr>
          <w:b/>
        </w:rPr>
        <w:t xml:space="preserve">[41:19] </w:t>
      </w:r>
      <w:r>
        <w:t>abhi sari history padi hui thi, abhi jo unfold hone wali thi.</w:t>
      </w:r>
    </w:p>
    <w:p>
      <w:pPr>
        <w:jc w:val="right"/>
      </w:pPr>
      <w:r>
        <w:t>ابھی ساری ہسٹری پڑی ہوئی تھی، ابھی جو ان فولڈ ہونے والی تھی۔</w:t>
      </w:r>
    </w:p>
    <w:p>
      <w:r>
        <w:rPr>
          <w:b/>
        </w:rPr>
        <w:t xml:space="preserve">[41:26] </w:t>
      </w:r>
      <w:r>
        <w:t>to is ka matlab yeh hai ke aage ki naslein, baad ke log, yani future generations ko ek criterion de diya gaya ke judge kar lo ke eternally is ki baatein sahi sabit hoti rahengi.</w:t>
      </w:r>
    </w:p>
    <w:p>
      <w:pPr>
        <w:jc w:val="right"/>
      </w:pPr>
      <w:r>
        <w:t>تو اس کا مطلب یہ ہے کہ آگے کی نسلیں، بعد کے لوگ، یعنی فیوچر جنریشنز کو ایک کرائٹیرین دے دیا گیا کہ جج کر لو کہ ایٹرنلی اس کی باتیں صحیح ثابت ہوتی رہیں گی۔</w:t>
      </w:r>
    </w:p>
    <w:p>
      <w:r>
        <w:rPr>
          <w:b/>
        </w:rPr>
        <w:t xml:space="preserve">[41:41] </w:t>
      </w:r>
      <w:r>
        <w:t>koi baat is galat nahi niklegi. is qism ka challenge khud apne aap mein ek anokha challenge hai. kyunke kisi bhi book mein, religious book mein, aisa koi statement maujood nahi.</w:t>
      </w:r>
    </w:p>
    <w:p>
      <w:pPr>
        <w:jc w:val="right"/>
      </w:pPr>
      <w:r>
        <w:t>کوئی بات اس غلط نہیں نکلے گی۔ اس قسم کا چیلنج خود اپنے آپ میں ایک انوکھا چیلنج ہے۔ کیونکہ کسی بھی بک میں، ریلیجیس بک میں، ایسا کوئی سٹیٹمنٹ موجود نہیں۔</w:t>
      </w:r>
    </w:p>
    <w:p>
      <w:r>
        <w:rPr>
          <w:b/>
        </w:rPr>
        <w:t xml:space="preserve">[41:55] </w:t>
      </w:r>
      <w:r>
        <w:t>quran exceptionally yeh statement de raha hai ke ek eternal kitab hai. aur sari history ke liye woh guide book hai.</w:t>
      </w:r>
    </w:p>
    <w:p>
      <w:pPr>
        <w:jc w:val="right"/>
      </w:pPr>
      <w:r>
        <w:t>قرآن ایکسیپشنلی یہ سٹیٹمنٹ دے رہا ہے کہ ایک ایٹرنل کتاب ہے۔ اور ساری ہسٹری کے لیے وہ گائیڈ بک ہے۔</w:t>
      </w:r>
    </w:p>
    <w:p>
      <w:r>
        <w:rPr>
          <w:b/>
        </w:rPr>
        <w:t xml:space="preserve">[42:07] </w:t>
      </w:r>
      <w:r>
        <w:t>to main yahan par kehna chahunga ke kuch insanon ne is tarah ke claim kiye hain.</w:t>
      </w:r>
    </w:p>
    <w:p>
      <w:pPr>
        <w:jc w:val="right"/>
      </w:pPr>
      <w:r>
        <w:t>تو میں یہاں پر کہنا چاہوں گا کہ کچھ انسانوں نے اس طرح کے کلیم کیے ہیں۔</w:t>
      </w:r>
    </w:p>
    <w:p>
      <w:r>
        <w:rPr>
          <w:b/>
        </w:rPr>
        <w:t xml:space="preserve">[42:17] </w:t>
      </w:r>
      <w:r>
        <w:t>lekin sab ke claim jo hain, baad ki history mein galat sabit hue.</w:t>
      </w:r>
    </w:p>
    <w:p>
      <w:pPr>
        <w:jc w:val="right"/>
      </w:pPr>
      <w:r>
        <w:t>لیکن سب کے کلیم جو ہیں، بعد کی ہسٹری میں غلط ثابت ہوئے۔</w:t>
      </w:r>
    </w:p>
    <w:p>
      <w:r>
        <w:rPr>
          <w:b/>
        </w:rPr>
        <w:t xml:space="preserve">[42:24] </w:t>
      </w:r>
      <w:r>
        <w:t>to yeh ek aisi baat hai ke isi se aap judge kar ke samajh sakte hain ke quran khudai kitab hai ya nahi hai.</w:t>
      </w:r>
    </w:p>
    <w:p>
      <w:pPr>
        <w:jc w:val="right"/>
      </w:pPr>
      <w:r>
        <w:t>تو یہ ایک ایسی بات ہے کہ اسی سے آپ جج کر کے سمجھ سکتے ہیں کہ قرآن خدائی کتاب ہے یا نہیں ہے۔</w:t>
      </w:r>
    </w:p>
    <w:p>
      <w:r>
        <w:rPr>
          <w:b/>
        </w:rPr>
        <w:t xml:space="preserve">[42:36] </w:t>
      </w:r>
      <w:r>
        <w:t>jaise France ka jo thinker tha, Rousseau, us ki book hai "social contract". to woh political philosopher tha woh.</w:t>
      </w:r>
    </w:p>
    <w:p>
      <w:pPr>
        <w:jc w:val="right"/>
      </w:pPr>
      <w:r>
        <w:t>جیسے فرانس کا جو تھنکر تھا، روسو، اس کی بک ہے "سوشل کنٹریکٹ"۔ تو وہ پولیٹیکل فلاسفر تھا وہ۔</w:t>
      </w:r>
    </w:p>
    <w:p>
      <w:r>
        <w:rPr>
          <w:b/>
        </w:rPr>
        <w:t xml:space="preserve">[42:48] </w:t>
      </w:r>
      <w:r>
        <w:t>woh samajhta tha ke political role jo hai, wohi sab kuch shape karta hai.</w:t>
      </w:r>
    </w:p>
    <w:p>
      <w:pPr>
        <w:jc w:val="right"/>
      </w:pPr>
      <w:r>
        <w:t>وہ سمجھتا تھا کہ پولیٹیکل رول جو ہے، وہی سب کچھ شیپ کرتا ہے۔</w:t>
      </w:r>
    </w:p>
    <w:p>
      <w:r>
        <w:rPr>
          <w:b/>
        </w:rPr>
        <w:t xml:space="preserve">[42:53] </w:t>
      </w:r>
      <w:r>
        <w:t>insan ki destiny jo hai, political</w:t>
      </w:r>
    </w:p>
    <w:p>
      <w:pPr>
        <w:jc w:val="right"/>
      </w:pPr>
      <w:r>
        <w:t>انسان کی ڈیسٹنی جو ہے، پولیٹیکل</w:t>
      </w:r>
    </w:p>
    <w:p>
      <w:r>
        <w:rPr>
          <w:b/>
        </w:rPr>
        <w:t xml:space="preserve">[42:58] </w:t>
      </w:r>
      <w:r>
        <w:t>power se shape hoti hai. to us ke zamane mein kingship thi. to us ki kitab jo hai, "social contract", us ka pehla sentence hai ke "Man was born free,</w:t>
      </w:r>
    </w:p>
    <w:p>
      <w:pPr>
        <w:jc w:val="right"/>
      </w:pPr>
      <w:r>
        <w:t>پاور سے شیپ ہوتی ہے۔ تو اس کے زمانے میں کنگ شپ تھی۔ تو اس کی کتاب جو ہے، "سوشل کنٹریکٹ"، اس کا پہلا سینٹنس ہے کہ "Man was born free,</w:t>
      </w:r>
    </w:p>
    <w:p>
      <w:r>
        <w:rPr>
          <w:b/>
        </w:rPr>
        <w:t xml:space="preserve">[43:15] </w:t>
      </w:r>
      <w:r>
        <w:t>but I see him in chain." to us ke mutabiq political chain na rahe to insan free ho jayega.</w:t>
      </w:r>
    </w:p>
    <w:p>
      <w:pPr>
        <w:jc w:val="right"/>
      </w:pPr>
      <w:r>
        <w:t>but I see him in chain." تو اس کے مطابق پولیٹیکل چین نہ رہے تو انسان فری ہو جائے گا۔</w:t>
      </w:r>
    </w:p>
    <w:p>
      <w:r>
        <w:rPr>
          <w:b/>
        </w:rPr>
        <w:t xml:space="preserve">[43:24] </w:t>
      </w:r>
      <w:r>
        <w:t>sab se bari evil jo thi, woh political chain thi.</w:t>
      </w:r>
    </w:p>
    <w:p>
      <w:pPr>
        <w:jc w:val="right"/>
      </w:pPr>
      <w:r>
        <w:t>سب سے بڑی ایول جو تھی، وہ پولیٹیکل چین تھی۔</w:t>
      </w:r>
    </w:p>
    <w:p>
      <w:r>
        <w:rPr>
          <w:b/>
        </w:rPr>
        <w:t xml:space="preserve">[43:30] </w:t>
      </w:r>
      <w:r>
        <w:t>lekin aap jante hain ke baad ko history badli. yeh baat kab ki hai? jabke land based economy hua karti thi.</w:t>
      </w:r>
    </w:p>
    <w:p>
      <w:pPr>
        <w:jc w:val="right"/>
      </w:pPr>
      <w:r>
        <w:t>لیکن آپ جانتے ہیں کہ بعد کو ہسٹری بدلی۔ یہ بات کب کی ہے؟ جبکہ لینڈ بیسڈ اکانومی ہوا کرتی تھی۔</w:t>
      </w:r>
    </w:p>
    <w:p>
      <w:r>
        <w:rPr>
          <w:b/>
        </w:rPr>
        <w:t xml:space="preserve">[43:42] </w:t>
      </w:r>
      <w:r>
        <w:t>land based economy khatam ho gayi. yaad rakhiye, kingship ki jo hamari ahmiyat thi, land based economy ne, us ke baad us ki irrelevant ho gaya yeh institution.</w:t>
      </w:r>
    </w:p>
    <w:p>
      <w:pPr>
        <w:jc w:val="right"/>
      </w:pPr>
      <w:r>
        <w:t>لینڈ بیسڈ اکانومی ختم ہو گئی۔ یاد رکھیے، کنگ شپ کی جو ہماری اہمیت تھی، لینڈ بیسڈ اکانومی نے، اس کے بعد اس کی اریلیونٹ ہو گیا یہ انسٹیٹیوشن۔</w:t>
      </w:r>
    </w:p>
    <w:p>
      <w:r>
        <w:rPr>
          <w:b/>
        </w:rPr>
        <w:t xml:space="preserve">[43:53] </w:t>
      </w:r>
      <w:r>
        <w:t>jab industrial revolution aaya to decentralized ho gaya sara mamla. decentralized kar diya.</w:t>
      </w:r>
    </w:p>
    <w:p>
      <w:pPr>
        <w:jc w:val="right"/>
      </w:pPr>
      <w:r>
        <w:t>جب انڈسٹریل ریولوشن آیا تو ڈی سینٹرلائزڈ ہو گیا سارا معاملہ۔ ڈی سینٹرلائزڈ کر دیا۔</w:t>
      </w:r>
    </w:p>
    <w:p>
      <w:r>
        <w:rPr>
          <w:b/>
        </w:rPr>
        <w:t xml:space="preserve">[44:03] </w:t>
      </w:r>
      <w:r>
        <w:t>industrial revolution ne saare cheezon ko decentralized kar diya. ab bohat se doosre institution aa gaye.</w:t>
      </w:r>
    </w:p>
    <w:p>
      <w:pPr>
        <w:jc w:val="right"/>
      </w:pPr>
      <w:r>
        <w:t>انڈسٹریل ریولوشن نے سارے چیزوں کو ڈی سینٹرلائزڈ کر دیا۔ اب بہت سے دوسرے انسٹیٹیوشن آ گئے۔</w:t>
      </w:r>
    </w:p>
    <w:p>
      <w:r>
        <w:rPr>
          <w:b/>
        </w:rPr>
        <w:t xml:space="preserve">[44:12] </w:t>
      </w:r>
      <w:r>
        <w:t>industry, business, journalism, education. to political power reduce ho gaya.</w:t>
      </w:r>
    </w:p>
    <w:p>
      <w:pPr>
        <w:jc w:val="right"/>
      </w:pPr>
      <w:r>
        <w:t>انڈسٹری، بزنس، جرنلزم، ایجوکیشن۔ تو پولیٹیکل پاور ریڈیوس ہو گیا۔</w:t>
      </w:r>
    </w:p>
    <w:p>
      <w:r>
        <w:rPr>
          <w:b/>
        </w:rPr>
        <w:t xml:space="preserve">[44:20] </w:t>
      </w:r>
      <w:r>
        <w:t>ab dekhiye ke is ne jo samjha tha ke political power hi zindagi ko shape karta hai, to kitna zyada is ka andaza galat tha.</w:t>
      </w:r>
    </w:p>
    <w:p>
      <w:pPr>
        <w:jc w:val="right"/>
      </w:pPr>
      <w:r>
        <w:t>اب دیکھیے کہ اس نے جو سمجھا تھا کہ پولیٹیکل پاور ہی زندگی کو شیپ کرتا ہے، تو کتنا زیادہ اس کا اندازہ غلط تھا۔</w:t>
      </w:r>
    </w:p>
    <w:p>
      <w:r>
        <w:rPr>
          <w:b/>
        </w:rPr>
        <w:t xml:space="preserve">[44:31] </w:t>
      </w:r>
      <w:r>
        <w:t>is ne zindagi ko kitna kam samjha tha. kyunke is waqt tak industrial revolution nahi aaya tha. to agricultural daur mein is ki baat bazahir sahi lagti thi.</w:t>
      </w:r>
    </w:p>
    <w:p>
      <w:pPr>
        <w:jc w:val="right"/>
      </w:pPr>
      <w:r>
        <w:t>اس نے زندگی کو کتنا کم سمجھا تھا۔ کیونکہ اس وقت تک انڈسٹریل ریولوشن نہیں آیا تھا۔ تو ایگریکلچرل دور میں اس کی بات بظاہر صحیح لگتی تھی۔</w:t>
      </w:r>
    </w:p>
    <w:p>
      <w:r>
        <w:rPr>
          <w:b/>
        </w:rPr>
        <w:t xml:space="preserve">[44:42] </w:t>
      </w:r>
      <w:r>
        <w:t>lekin jab industrial revolution aaya to is ki baat galat ho gayi.</w:t>
      </w:r>
    </w:p>
    <w:p>
      <w:pPr>
        <w:jc w:val="right"/>
      </w:pPr>
      <w:r>
        <w:t>لیکن جب انڈسٹریل ریولوشن آیا تو اس کی بات غلط ہو گئی۔</w:t>
      </w:r>
    </w:p>
    <w:p>
      <w:r>
        <w:rPr>
          <w:b/>
        </w:rPr>
        <w:t xml:space="preserve">[44:48] </w:t>
      </w:r>
      <w:r>
        <w:t>industrial revolution shuru ho chuka tha is ke zamane mein, lekin abhi wo bohat hi ibtedai marhale mein tha. poori tarah zahir nahi hua tha. to ab aaj ka insan, aap jante hain, pehle ka insan agar political masters ke qabze mein hua karta tha to aaj industrial masters ke qabze mein hai insan.</w:t>
      </w:r>
    </w:p>
    <w:p>
      <w:pPr>
        <w:jc w:val="right"/>
      </w:pPr>
      <w:r>
        <w:t>انڈسٹریل ریولوشن شروع ہو چکا تھا اس کے زمانے میں، لیکن ابھی وہ بہت ہی ابتدائی مرحلے میں تھا۔ پوری طرح ظاہر نہیں ہوا تھا۔ تو اب آج کا انسان، آپ جانتے ہیں، پہلے کا انسان اگر پولیٹیکل ماسٹرز کے قبضے میں ہوا کرتا تھا تو آج انڈسٹریل ماسٹرز کے قبضے میں ہے انسان۔</w:t>
      </w:r>
    </w:p>
    <w:p>
      <w:r>
        <w:rPr>
          <w:b/>
        </w:rPr>
        <w:t xml:space="preserve">[45:12] </w:t>
      </w:r>
      <w:r>
        <w:t>economy aaj rule kar rahi hai. economic powers rule kar rahi hain.</w:t>
      </w:r>
    </w:p>
    <w:p>
      <w:pPr>
        <w:jc w:val="right"/>
      </w:pPr>
      <w:r>
        <w:t>اکانومی آج رول کر رہی ہے۔ اکنامک پاورز رول کر رہی ہیں۔</w:t>
      </w:r>
    </w:p>
    <w:p>
      <w:r>
        <w:rPr>
          <w:b/>
        </w:rPr>
        <w:t xml:space="preserve">[45:17] </w:t>
      </w:r>
      <w:r>
        <w:t>yani political powers chupi hi chali gayi hain. lekin jo economic giant hain, wo rule kar rahe hain duniya ko. to is ki baat galat sabit ho gayi.</w:t>
      </w:r>
    </w:p>
    <w:p>
      <w:pPr>
        <w:jc w:val="right"/>
      </w:pPr>
      <w:r>
        <w:t>یعنی پولیٹیکل پاورز چھپی ہی چلی گئی ہیں۔ لیکن جو اکنامک جائنٹ ہیں، وہ رول کر رہے ہیں دنیا کو۔ تو اس کی بات غلط ثابت ہو گئی۔</w:t>
      </w:r>
    </w:p>
    <w:p>
      <w:r>
        <w:rPr>
          <w:b/>
        </w:rPr>
        <w:t xml:space="preserve">[45:29] </w:t>
      </w:r>
      <w:r>
        <w:t>aise hi Marx ne kaha ke sab se bara evil jo hai, private economy hai. private ownership hai. aur poori duniya mein ek hungama khara hua.</w:t>
      </w:r>
    </w:p>
    <w:p>
      <w:pPr>
        <w:jc w:val="right"/>
      </w:pPr>
      <w:r>
        <w:t>ایسے ہی مارکس نے کہا کہ سب سے بڑا ایول جو ہے، پرائیویٹ اکانومی ہے۔ پرائیویٹ اونرشپ ہے۔ اور پوری دنیا میں ایک ہنگامہ کھڑا ہوا۔</w:t>
      </w:r>
    </w:p>
    <w:p>
      <w:r>
        <w:rPr>
          <w:b/>
        </w:rPr>
        <w:t xml:space="preserve">[45:41] </w:t>
      </w:r>
      <w:r>
        <w:t>Galbert ne apni ek kitaab mein likha tha ke jitna popularity hui Marx ke ideas ko, utni popularity kabhi kisi bhi idea ko nahi hui.</w:t>
      </w:r>
    </w:p>
    <w:p>
      <w:pPr>
        <w:jc w:val="right"/>
      </w:pPr>
      <w:r>
        <w:t>گالبرت نے اپنی ایک کتاب میں لکھا تھا کہ جتنا پاپولیرٹی ہوئی مارکس کے آئیڈیاز کو، اتنی پاپولیرٹی کبھی کسی بھی آئیڈیا کو نہیں ہوئی۔</w:t>
      </w:r>
    </w:p>
    <w:p>
      <w:r>
        <w:rPr>
          <w:b/>
        </w:rPr>
        <w:t xml:space="preserve">[45:53] </w:t>
      </w:r>
      <w:r>
        <w:t>itna bara is ke ideas itne phailay duniya mein. lekin aap jante hain ke aaj koi is ko mannay wala nahi hai.</w:t>
      </w:r>
    </w:p>
    <w:p>
      <w:pPr>
        <w:jc w:val="right"/>
      </w:pPr>
      <w:r>
        <w:t>اتنا بڑا اس کے آئیڈیاز اتنے پھیلے دنیا میں۔ لیکن آپ جانتے ہیں کہ آج کوئی اس کو ماننے والا نہیں ہے۔</w:t>
      </w:r>
    </w:p>
    <w:p>
      <w:r>
        <w:rPr>
          <w:b/>
        </w:rPr>
        <w:t xml:space="preserve">[46:03] </w:t>
      </w:r>
      <w:r>
        <w:t>yani Russia mein communist rule qaim hua. 75 saal tak chalta raha.</w:t>
      </w:r>
    </w:p>
    <w:p>
      <w:pPr>
        <w:jc w:val="right"/>
      </w:pPr>
      <w:r>
        <w:t>یعنی رشیا میں کمیونسٹ رول قائم ہوا۔ 75 سال تک چلتا رہا۔</w:t>
      </w:r>
    </w:p>
    <w:p>
      <w:r>
        <w:rPr>
          <w:b/>
        </w:rPr>
        <w:t xml:space="preserve">[46:13] </w:t>
      </w:r>
      <w:r>
        <w:t>aur is ke baad wo collapse kar gaya. ab koi ye mannay wala nahi duniya mein ke sab se bara evil jo hai, private ownership hai.</w:t>
      </w:r>
    </w:p>
    <w:p>
      <w:pPr>
        <w:jc w:val="right"/>
      </w:pPr>
      <w:r>
        <w:t>اور اس کے بعد وہ کولیپس کر گیا۔ اب کوئی یہ ماننے والا نہیں دنیا میں کہ سب سے بڑا ایول جو ہے، پرائیویٹ اونرشپ ہے۔</w:t>
      </w:r>
    </w:p>
    <w:p>
      <w:r>
        <w:rPr>
          <w:b/>
        </w:rPr>
        <w:t xml:space="preserve">[46:24] </w:t>
      </w:r>
      <w:r>
        <w:t>koi aisa duniya mein mannay wala nahi hai. hoga agar to kisi jungle mein rehta hoga wo. kisi cell mein rehta hoga wo.</w:t>
      </w:r>
    </w:p>
    <w:p>
      <w:pPr>
        <w:jc w:val="right"/>
      </w:pPr>
      <w:r>
        <w:t>کوئی ایسا دنیا میں ماننے والا نہیں ہے۔ ہوگا اگر تو کسی جنگل میں رہتا ہوگا وہ۔ کسی سیل میں رہتا ہوگا وہ۔</w:t>
      </w:r>
    </w:p>
    <w:p>
      <w:r>
        <w:rPr>
          <w:b/>
        </w:rPr>
        <w:t xml:space="preserve">[46:31] </w:t>
      </w:r>
      <w:r>
        <w:t>kuch aise communist hain jo janglon mein rehte hain. ab bhi wo isi tarah sochte hain. lekin ye hamari universities mein, hamare institutions mein, hamare seminar mein, ab koi aisa bolnay wala nahi hai.</w:t>
      </w:r>
    </w:p>
    <w:p>
      <w:pPr>
        <w:jc w:val="right"/>
      </w:pPr>
      <w:r>
        <w:t>کچھ ایسے کمیونسٹ ہیں جو جنگلوں میں رہتے ہیں۔ اب بھی وہ اسی طرح سوچتے ہیں۔ لیکن یہ ہماری یونیورسٹیوں میں، ہمارے انسٹیٹیوشنز میں، ہمارے سیمینار میں، اب کوئی ایسا بولنے والا نہیں ہے۔</w:t>
      </w:r>
    </w:p>
    <w:p>
      <w:r>
        <w:rPr>
          <w:b/>
        </w:rPr>
        <w:t xml:space="preserve">[46:44] </w:t>
      </w:r>
      <w:r>
        <w:t>to goya ke Marx ka jo concept tha, baad ki history ne is ko discard kar diya.</w:t>
      </w:r>
    </w:p>
    <w:p>
      <w:pPr>
        <w:jc w:val="right"/>
      </w:pPr>
      <w:r>
        <w:t>تو گویا کہ مارکس کا جو کانسیپٹ تھا، بعد کی ہسٹری نے اس کو ڈسکارڈ کر دیا۔</w:t>
      </w:r>
    </w:p>
    <w:p>
      <w:r>
        <w:rPr>
          <w:b/>
        </w:rPr>
        <w:t xml:space="preserve">[46:54] </w:t>
      </w:r>
      <w:r>
        <w:t>is ko discard kar diya.</w:t>
      </w:r>
    </w:p>
    <w:p>
      <w:pPr>
        <w:jc w:val="right"/>
      </w:pPr>
      <w:r>
        <w:t>اس کو ڈسکارڈ کر دیا۔</w:t>
      </w:r>
    </w:p>
    <w:p>
      <w:r>
        <w:rPr>
          <w:b/>
        </w:rPr>
        <w:t xml:space="preserve">[46:57] </w:t>
      </w:r>
      <w:r>
        <w:t>to jo bhi koi bola hai future ke bare mein, koi statement diya hai, wo galat sabit ho gaya. hamare apne desh mein Mahatma Gandhi ne kaha tha ke mera mission har ek ke aansu poochna hai.</w:t>
      </w:r>
    </w:p>
    <w:p>
      <w:pPr>
        <w:jc w:val="right"/>
      </w:pPr>
      <w:r>
        <w:t>تو جو بھی کوئی بولا ہے فیوچر کے بارے میں، کوئی سٹیٹمنٹ دیا ہے، وہ غلط ثابت ہو گیا۔ ہمارے اپنے دیش میں مہاتما گاندھی نے کہا تھا کہ میرا مشن ہراک کے آنسو پوچھنا ہے۔</w:t>
      </w:r>
    </w:p>
    <w:p>
      <w:r>
        <w:rPr>
          <w:b/>
        </w:rPr>
        <w:t xml:space="preserve">[47:10] </w:t>
      </w:r>
      <w:r>
        <w:t>unhon ne samjha tha ke British rule jo hai, is se logon ki aankhon mein aansu hain. aur jab hamara nature rule hoga to aansu pooch jayenge.</w:t>
      </w:r>
    </w:p>
    <w:p>
      <w:pPr>
        <w:jc w:val="right"/>
      </w:pPr>
      <w:r>
        <w:t>انہوں نے سمجھا تھا کہ برٹش رول جو ہے، اس سے لوگوں کی آنکھوں میں آنسو ہیں۔ اور جب ہمارا نیچر رول ہوگا تو آنسو پوچھ جائیں گے۔</w:t>
      </w:r>
    </w:p>
    <w:p>
      <w:r>
        <w:rPr>
          <w:b/>
        </w:rPr>
        <w:t xml:space="preserve">[47:20] </w:t>
      </w:r>
      <w:r>
        <w:t>maloom hua ke ye bhi galat andaza tha.</w:t>
      </w:r>
    </w:p>
    <w:p>
      <w:pPr>
        <w:jc w:val="right"/>
      </w:pPr>
      <w:r>
        <w:t>معلوم ہوا کہ یہ بھی غلط اندازہ تھا۔</w:t>
      </w:r>
    </w:p>
    <w:p>
      <w:r>
        <w:rPr>
          <w:b/>
        </w:rPr>
        <w:t xml:space="preserve">[47:25] </w:t>
      </w:r>
      <w:r>
        <w:t>main nahi samajhta ke aaj ka insan zyada khush hai is zamane ke muqable mein. aur ab koi ronay wala nahi hai. aaj logon ke aansu mein, aankhon mein aansu nahi hain.</w:t>
      </w:r>
    </w:p>
    <w:p>
      <w:pPr>
        <w:jc w:val="right"/>
      </w:pPr>
      <w:r>
        <w:t>میں نہیں سمجھتا کہ آج کا انسان زیادہ خوش ہے اس زمانے کے مقابلے میں۔ اور اب کوئی رونے والا نہیں ہے۔ آج لوگوں کے آنسو میں، آنکھوں میں آنسو نہیں ہیں۔</w:t>
      </w:r>
    </w:p>
    <w:p>
      <w:r>
        <w:rPr>
          <w:b/>
        </w:rPr>
        <w:t xml:space="preserve">[47:34] </w:t>
      </w:r>
      <w:r>
        <w:t>main nahi samajhta ke koi aisa keh sakta ho. to ye ye samajhna ke British rule jo hai, is ki wajah se logon ki aankhon mein aansu hain.</w:t>
      </w:r>
    </w:p>
    <w:p>
      <w:pPr>
        <w:jc w:val="right"/>
      </w:pPr>
      <w:r>
        <w:t>میں نہیں سمجھتا کہ کوئی ایسا کہہ سکتا ہو۔ تو یہ یہ سمجھنا کہ برٹش رول جو ہے، اس کی وجہ سے لوگوں کی آنکھوں میں آنسو ہیں۔</w:t>
      </w:r>
    </w:p>
    <w:p>
      <w:r>
        <w:rPr>
          <w:b/>
        </w:rPr>
        <w:t xml:space="preserve">[47:45] </w:t>
      </w:r>
      <w:r>
        <w:t>aur jab natural rule aa jayega to aansu, aankhon mein aansu nahi rahenge. ye baad ki history ne is ko galat sabit kar diya.</w:t>
      </w:r>
    </w:p>
    <w:p>
      <w:pPr>
        <w:jc w:val="right"/>
      </w:pPr>
      <w:r>
        <w:t>اور جب نیچرل رول آ جائے گا تو آنسو، آنکھوں میں آنسو نہیں رہیں گے۔ یہ بعد کی ہسٹری نے اس کو غلط ثابت کر دیا۔</w:t>
      </w:r>
    </w:p>
    <w:p>
      <w:r>
        <w:rPr>
          <w:b/>
        </w:rPr>
        <w:t xml:space="preserve">[47:56] </w:t>
      </w:r>
      <w:r>
        <w:t>ab main aap ko ek aur misaal deta hoon scientific field ki. dekhiye, Hazrat Masih ki wiladat se pehle, yani Christian era se pehle,</w:t>
      </w:r>
    </w:p>
    <w:p>
      <w:pPr>
        <w:jc w:val="right"/>
      </w:pPr>
      <w:r>
        <w:t>اب میں آپ کو ایک اور مثال دیتا ہوں سائنٹیفک فیلڈ کی۔ دیکھیے، حضرت مسیح کی ولادت سے پہلے، یعنی کرسچن ایرا سے پہلے،</w:t>
      </w:r>
    </w:p>
    <w:p>
      <w:r>
        <w:rPr>
          <w:b/>
        </w:rPr>
        <w:t xml:space="preserve">[48:09] </w:t>
      </w:r>
      <w:r>
        <w:t>ek shakhs paida hua Greece mein, Yunan mein. is ka naam tha Aristarchus. Aristarchus.</w:t>
      </w:r>
    </w:p>
    <w:p>
      <w:pPr>
        <w:jc w:val="right"/>
      </w:pPr>
      <w:r>
        <w:t>ایک شخص پیدا ہوا گریس میں، یونان میں۔ اس کا نام تھا ارسٹارکس۔ ارسٹارکس۔</w:t>
      </w:r>
    </w:p>
    <w:p>
      <w:r>
        <w:rPr>
          <w:b/>
        </w:rPr>
        <w:t xml:space="preserve">[48:20] </w:t>
      </w:r>
      <w:r>
        <w:t>us ne yeh theory pesh ki. yani aik model us ne banaya, solar system ka model. is mein sun jo hai, yani suraj jo hai, beech mein tha.</w:t>
      </w:r>
    </w:p>
    <w:p>
      <w:pPr>
        <w:jc w:val="right"/>
      </w:pPr>
      <w:r>
        <w:t>اس نے یہ تھیوری پیش کی۔ یعنی ایک ماڈل اس نے بنایا، سولر سسٹم کا ماڈل۔ اس میں سن جو ہے، یعنی سورج جو ہے، بیچ میں تھا۔</w:t>
      </w:r>
    </w:p>
    <w:p>
      <w:r>
        <w:rPr>
          <w:b/>
        </w:rPr>
        <w:t xml:space="preserve">[48:30] </w:t>
      </w:r>
      <w:r>
        <w:t>aur zameen us ke gird ghoomti thi.</w:t>
      </w:r>
    </w:p>
    <w:p>
      <w:pPr>
        <w:jc w:val="right"/>
      </w:pPr>
      <w:r>
        <w:t>اور زمین اس کے گرد گھومتی تھی۔</w:t>
      </w:r>
    </w:p>
    <w:p>
      <w:r>
        <w:rPr>
          <w:b/>
        </w:rPr>
        <w:t xml:space="preserve">[48:34] </w:t>
      </w:r>
      <w:r>
        <w:t>yani heliocentric model. sab se pehle bana diya tha dunya ko Aristarchus ne.</w:t>
      </w:r>
    </w:p>
    <w:p>
      <w:pPr>
        <w:jc w:val="right"/>
      </w:pPr>
      <w:r>
        <w:t>یعنی ہیلیو سینٹرک ماڈل۔ سب سے پہلے بنا دیا تھا دنیا کو ارسٹارکس نے۔</w:t>
      </w:r>
    </w:p>
    <w:p>
      <w:r>
        <w:rPr>
          <w:b/>
        </w:rPr>
        <w:t xml:space="preserve">[48:44] </w:t>
      </w:r>
      <w:r>
        <w:t>jo paida hua Hazrat Masih ke se pehle. lekin woh chala nahin.</w:t>
      </w:r>
    </w:p>
    <w:p>
      <w:pPr>
        <w:jc w:val="right"/>
      </w:pPr>
      <w:r>
        <w:t>جو پیدا ہوا حضرت مسیح کے سے پہلے۔ لیکن وہ چلا نہیں۔</w:t>
      </w:r>
    </w:p>
    <w:p>
      <w:r>
        <w:rPr>
          <w:b/>
        </w:rPr>
        <w:t xml:space="preserve">[48:52] </w:t>
      </w:r>
      <w:r>
        <w:t>kyun?</w:t>
      </w:r>
    </w:p>
    <w:p>
      <w:pPr>
        <w:jc w:val="right"/>
      </w:pPr>
      <w:r>
        <w:t>کیوں؟</w:t>
      </w:r>
    </w:p>
    <w:p>
      <w:r>
        <w:rPr>
          <w:b/>
        </w:rPr>
        <w:t xml:space="preserve">[48:53] </w:t>
      </w:r>
      <w:r>
        <w:t>us ke baad Ptolemy, Ptolemy ne jo nazariya pesh kiya, woh chala. Ptolemy ka nazariya jo tha, woh geocentric model tha.</w:t>
      </w:r>
    </w:p>
    <w:p>
      <w:pPr>
        <w:jc w:val="right"/>
      </w:pPr>
      <w:r>
        <w:t>اس کے بعد ٹالمی، ٹالمی نے جو نظریہ پیش کیا، وہ چلا۔ ٹالمی کا نظریہ جو تھا، وہ جیو سینٹرک ماڈل تھا۔</w:t>
      </w:r>
    </w:p>
    <w:p>
      <w:r>
        <w:rPr>
          <w:b/>
        </w:rPr>
        <w:t xml:space="preserve">[49:03] </w:t>
      </w:r>
      <w:r>
        <w:t>zameen beech mein hai. aur suraj us ke gird ghoom raha hai. to geocentric model jo Ptolemy ne pesh kiya tha, us ko Aristotle ne maan liya.</w:t>
      </w:r>
    </w:p>
    <w:p>
      <w:pPr>
        <w:jc w:val="right"/>
      </w:pPr>
      <w:r>
        <w:t>زمین بیچ میں ہے۔ اور سورج اس کے گرد گھوم رہا ہے۔ تو جیو سینٹرک ماڈل جو ٹالمی نے پیش کیا تھا، اس کو ارسٹارٹل نے مان لیا۔</w:t>
      </w:r>
    </w:p>
    <w:p>
      <w:r>
        <w:rPr>
          <w:b/>
        </w:rPr>
        <w:t xml:space="preserve">[49:13] </w:t>
      </w:r>
      <w:r>
        <w:t>aur Christian church ne maan liya. to Ptolemy ki theory dunya bhar mein phail gayi.</w:t>
      </w:r>
    </w:p>
    <w:p>
      <w:pPr>
        <w:jc w:val="right"/>
      </w:pPr>
      <w:r>
        <w:t>اور کرسچن چرچ نے مان لیا۔ تو ٹالمی کی تھیوری دنیا بھر میں پھیل گئی۔</w:t>
      </w:r>
    </w:p>
    <w:p>
      <w:r>
        <w:rPr>
          <w:b/>
        </w:rPr>
        <w:t xml:space="preserve">[49:21] </w:t>
      </w:r>
      <w:r>
        <w:t>saari dunya mein phail gayi Ptolemy ki theory. kyunke Aristotle ne maan liya tha. aur church ne maan liya tha is ko. to aik lambi history mein aik lamba period guzra jabke saari dunya mein yahi samjha jata tha ke zameen markaz mein hai.</w:t>
      </w:r>
    </w:p>
    <w:p>
      <w:pPr>
        <w:jc w:val="right"/>
      </w:pPr>
      <w:r>
        <w:t>ساری دنیا میں پھیل گئی ٹالمی کی تھیوری۔ کیونکہ ارسٹارٹل نے مان لیا تھا۔ اور چرچ نے مان لیا تھا اس کو۔ تو ایک لمبی ہسٹری میں ایک لمبا پیریڈ گزرا جبکہ ساری دنیا میں یہی سمجھا جاتا تھا کہ زمین مرکز میں ہے۔</w:t>
      </w:r>
    </w:p>
    <w:p>
      <w:r>
        <w:rPr>
          <w:b/>
        </w:rPr>
        <w:t xml:space="preserve">[49:37] </w:t>
      </w:r>
      <w:r>
        <w:t>aur suraj us ke gird ghoom raha hai. matlab geocentric theory.</w:t>
      </w:r>
    </w:p>
    <w:p>
      <w:pPr>
        <w:jc w:val="right"/>
      </w:pPr>
      <w:r>
        <w:t>اور سورج اس کے گرد گھوم رہا ہے۔ مطلب جیو سینٹرک تھیوری۔</w:t>
      </w:r>
    </w:p>
    <w:p>
      <w:r>
        <w:rPr>
          <w:b/>
        </w:rPr>
        <w:t xml:space="preserve">[49:43] </w:t>
      </w:r>
      <w:r>
        <w:t>us ke baad Galileo ke zamane mein telescope bani. aur phir se study ki gayi. to Copernicus ne baqayda jo phir se study ki to maloom hua ke yeh nazariya galat hai.</w:t>
      </w:r>
    </w:p>
    <w:p>
      <w:pPr>
        <w:jc w:val="right"/>
      </w:pPr>
      <w:r>
        <w:t>اس کے بعد گلیلیو کے زمانے میں ٹیلیسکوپ بنی۔ اور پھر سے اسٹڈی کی گئی۔ تو کوپرنیکس نے باقاعدہ جو پھر سے اسٹڈی کی تو معلوم ہوا کہ یہ نظریہ غلط ہے۔</w:t>
      </w:r>
    </w:p>
    <w:p>
      <w:r>
        <w:rPr>
          <w:b/>
        </w:rPr>
        <w:t xml:space="preserve">[49:57] </w:t>
      </w:r>
      <w:r>
        <w:t>aur center mein suraj hai. zameen aur doosre planets us ke gird ghoom rahe hain. matlab heliocentric theory. ab is ke baad Kepler ne aur Newton ne mazeed aur study ki.</w:t>
      </w:r>
    </w:p>
    <w:p>
      <w:pPr>
        <w:jc w:val="right"/>
      </w:pPr>
      <w:r>
        <w:t>اور سینٹر میں سورج ہے۔ زمین اور دوسرے پلینٹس اس کے گرد گھوم رہے ہیں۔ مطلب ہیلیو سینٹرک تھیوری۔ اب اس کے بعد کپلر نے اور نیوٹن نے مزید اور اسٹڈی کی۔</w:t>
      </w:r>
    </w:p>
    <w:p>
      <w:r>
        <w:rPr>
          <w:b/>
        </w:rPr>
        <w:t xml:space="preserve">[50:08] </w:t>
      </w:r>
      <w:r>
        <w:t>to aik cheez establish ho gayi.</w:t>
      </w:r>
    </w:p>
    <w:p>
      <w:pPr>
        <w:jc w:val="right"/>
      </w:pPr>
      <w:r>
        <w:t>تو ایک چیز اسٹیبلش ہو گئی۔</w:t>
      </w:r>
    </w:p>
    <w:p>
      <w:r>
        <w:rPr>
          <w:b/>
        </w:rPr>
        <w:t xml:space="preserve">[50:12] </w:t>
      </w:r>
      <w:r>
        <w:t>yani Copernicus ke baad Kepler aur Newton aaye aur doosre log aaye. unhon ne study kar ke bataya ke yeh heliocentric theory sahi hai.</w:t>
      </w:r>
    </w:p>
    <w:p>
      <w:pPr>
        <w:jc w:val="right"/>
      </w:pPr>
      <w:r>
        <w:t>یعنی کوپرنیکس کے بعد کپلر اور نیوٹن آئے اور دوسرے لوگ آئے۔ انہوں نے اسٹڈی کر کے بتایا کہ یہ ہیلیو سینٹرک تھیوری صحیح ہے۔</w:t>
      </w:r>
    </w:p>
    <w:p>
      <w:r>
        <w:rPr>
          <w:b/>
        </w:rPr>
        <w:t xml:space="preserve">[50:21] </w:t>
      </w:r>
      <w:r>
        <w:t>geocentric theory sahi nahin hai. ab dekhiye, Ptolemy ke zamane mein geocentric theory ko sahi maan liya gaya tha. church ne sahi maan liya.</w:t>
      </w:r>
    </w:p>
    <w:p>
      <w:pPr>
        <w:jc w:val="right"/>
      </w:pPr>
      <w:r>
        <w:t>جیو سینٹرک تھیوری صحیح نہیں ہے۔ اب دیکھیے، ٹالمی کے زمانے میں جیو سینٹرک تھیوری کو صحیح مان لیا گیا تھا۔ چرچ نے صحیح مان لیا۔</w:t>
      </w:r>
    </w:p>
    <w:p>
      <w:r>
        <w:rPr>
          <w:b/>
        </w:rPr>
        <w:t xml:space="preserve">[50:30] </w:t>
      </w:r>
      <w:r>
        <w:t>Aristotle ne sahi maan liya. baad ko discard ho gaya woh. baad ko discard ho gaya.</w:t>
      </w:r>
    </w:p>
    <w:p>
      <w:pPr>
        <w:jc w:val="right"/>
      </w:pPr>
      <w:r>
        <w:t>ارسٹارٹل نے صحیح مان لیا۔ بعد کو ڈسکارڈ ہو گیا وہ۔ بعد کو ڈسکارڈ ہو گیا۔</w:t>
      </w:r>
    </w:p>
    <w:p>
      <w:r>
        <w:rPr>
          <w:b/>
        </w:rPr>
        <w:t xml:space="preserve">[50:37] </w:t>
      </w:r>
      <w:r>
        <w:t>to main yeh kahunga 'li kaffatin lil alameen nazirahu' ko le kar ke kisi cheez ki eternity, yani koi book, yeh book aik eternal book hai.</w:t>
      </w:r>
    </w:p>
    <w:p>
      <w:pPr>
        <w:jc w:val="right"/>
      </w:pPr>
      <w:r>
        <w:t>تو میں یہ کہوں گا لیکون للعالمین نظیرہ کو لے کر کہ کسی چیز کی ایٹرنیٹی، یعنی کوئی بک، یہ بک ایک ایٹرنل بک ہے۔</w:t>
      </w:r>
    </w:p>
    <w:p>
      <w:r>
        <w:rPr>
          <w:b/>
        </w:rPr>
        <w:t xml:space="preserve">[50:51] </w:t>
      </w:r>
      <w:r>
        <w:t>yani Quran yeh claim karta hai ke yeh eternal book hai. 'li kaffatin lil alameen nazirahu' eternal guide hai humanity ke liye.</w:t>
      </w:r>
    </w:p>
    <w:p>
      <w:pPr>
        <w:jc w:val="right"/>
      </w:pPr>
      <w:r>
        <w:t>یعنی قرآن یہ کلیم کرتا ہے کہ یہ ایٹرنل بک ہے۔ لیکون للعالمین نظیرہ ایٹرنل گائیڈ ہے ہیومینٹی کے لیے۔</w:t>
      </w:r>
    </w:p>
    <w:p>
      <w:r>
        <w:rPr>
          <w:b/>
        </w:rPr>
        <w:t xml:space="preserve">[51:01] </w:t>
      </w:r>
      <w:r>
        <w:t>to is ka aik criterion yeh hai ke future ki knowledge, baad ke zamane mein jo discoveries hon, woh is ko discard na kar saken.</w:t>
      </w:r>
    </w:p>
    <w:p>
      <w:pPr>
        <w:jc w:val="right"/>
      </w:pPr>
      <w:r>
        <w:t>تو اس کا ایک کرائٹیرین یہ ہے کہ فیوچر کی نالج، بعد کے زمانے میں جو ڈسکوریز ہوں، وہ اس کو ڈسکارڈ نہ کر سکیں۔</w:t>
      </w:r>
    </w:p>
    <w:p>
      <w:r>
        <w:rPr>
          <w:b/>
        </w:rPr>
        <w:t xml:space="preserve">[51:14] </w:t>
      </w:r>
      <w:r>
        <w:t>to yeh establish ho jayega ke haan yeh eternal guidance hai. yeh abadi kitab hai.</w:t>
      </w:r>
    </w:p>
    <w:p>
      <w:pPr>
        <w:jc w:val="right"/>
      </w:pPr>
      <w:r>
        <w:t>تو یہ اسٹیبلش ہو جائے گا کہ ہاں یہ ایٹرنل گائیڈنس ہے۔ یہ ابدی کتاب ہے۔</w:t>
      </w:r>
    </w:p>
    <w:p>
      <w:r>
        <w:rPr>
          <w:b/>
        </w:rPr>
        <w:t xml:space="preserve">[51:24] </w:t>
      </w:r>
      <w:r>
        <w:t>to jab aadmi pesh kare kisi cheez ko, kisi theory ko, kisi concept ko, kisi book ko, us zamane mein woh us ne jo claim kiya hai, woh claim future ki study se radd ho jaye.</w:t>
      </w:r>
    </w:p>
    <w:p>
      <w:pPr>
        <w:jc w:val="right"/>
      </w:pPr>
      <w:r>
        <w:t>تو جب آدمی پیش کرے کسی چیز کو، کسی تھیوری کو، کسی کانسیپٹ کو، کسی بک کو، اس زمانے میں وہ اس نے جو کلیم کیا ہے، وہ کلیم فیوچر کی اسٹڈی سے رد ہو جائے۔</w:t>
      </w:r>
    </w:p>
    <w:p>
      <w:r>
        <w:rPr>
          <w:b/>
        </w:rPr>
        <w:t xml:space="preserve">[51:37] </w:t>
      </w:r>
      <w:r>
        <w:t>future ki study se woh woh disprove ho jaye. to is maani ke woh kitab eternal nahin rahe gi. to aap dekhiye, sab book, sab book ke sath yahi ho raha hai.</w:t>
      </w:r>
    </w:p>
    <w:p>
      <w:pPr>
        <w:jc w:val="right"/>
      </w:pPr>
      <w:r>
        <w:t>فیوچر کی اسٹڈی سے وہ وہ ڈسپروو ہو جائے۔ تو اس معنی کہ وہ کتاب ایٹرنل نہیں رہے گی۔ تو آپ دیکھیے، سب بک، سب بک کے ساتھ یہی ہو رہا ہے۔</w:t>
      </w:r>
    </w:p>
    <w:p>
      <w:r>
        <w:rPr>
          <w:b/>
        </w:rPr>
        <w:t xml:space="preserve">[51:49] </w:t>
      </w:r>
      <w:r>
        <w:t>saari kitabon ke sath yahi ho raha hai.</w:t>
      </w:r>
    </w:p>
    <w:p>
      <w:pPr>
        <w:jc w:val="right"/>
      </w:pPr>
      <w:r>
        <w:t>ساری کتابوں کے ساتھ یہی ہو رہ</w:t>
      </w:r>
    </w:p>
    <w:p>
      <w:r>
        <w:rPr>
          <w:b/>
        </w:rPr>
        <w:t xml:space="preserve">[51:51] </w:t>
      </w:r>
      <w:r>
        <w:t>jitni bhi books hain pehle ke zamane ki, woh sab scientific age mein sab ki sab discard ho rahi hain. lekin Quran jo hai, exception, aik exceptional book hai.</w:t>
      </w:r>
    </w:p>
    <w:p>
      <w:pPr>
        <w:jc w:val="right"/>
      </w:pPr>
      <w:r>
        <w:t>ا ہے۔ جتنی بھی بکس ہیں پہلے کے زمانے کی، وہ سب سائنٹیفک ایج میں سب کی سب ڈسکارڈ ہو رہی ہیں۔ لیکن قرآن جو ہے، ایکسیپشن، ایک ایکسیپشنل بک ہے۔</w:t>
      </w:r>
    </w:p>
    <w:p>
      <w:r>
        <w:rPr>
          <w:b/>
        </w:rPr>
        <w:t xml:space="preserve">[52:06] </w:t>
      </w:r>
      <w:r>
        <w:t>aik exception hai ke baad ki koi bhi discovery, baad ki koi bhi research, baad ka koi bhi knowledge, is ko discard nahin kar saki.</w:t>
      </w:r>
    </w:p>
    <w:p>
      <w:pPr>
        <w:jc w:val="right"/>
      </w:pPr>
      <w:r>
        <w:t>ایک ایکسیپشن ہے کہ بعد کی کوئی بھی ڈسکوری، بعد کی کوئی بھی ریسرچ، بعد کا کوئی بھی نالج، اس کو ڈسکارڈ نہیں کر سکی۔</w:t>
      </w:r>
    </w:p>
    <w:p>
      <w:r>
        <w:rPr>
          <w:b/>
        </w:rPr>
        <w:t xml:space="preserve">[52:17] </w:t>
      </w:r>
      <w:r>
        <w:t>yeh waqea aik exceptional waqea hai. aur yeh apnay aap mein is baat ka proof hai. hai yani jo pehli quran ke jo shuru mein jo claim kiya gaya tha ke zaw al kitab la raiba feh ke yeh khuda ki kitab hai.</w:t>
      </w:r>
    </w:p>
    <w:p>
      <w:pPr>
        <w:jc w:val="right"/>
      </w:pPr>
      <w:r>
        <w:t>یہ واقعہ ایک ایکسیپشنل واقعہ ہے۔ اور یہ اپنے آپ میں اس بات کا پروف ہے۔ ہے یعنی جو پہلی قرآن کے جو شروع میں جو کلیم کیا گیا تھا کہ ذَوَ الْكِتَابُ لَا رَبِّ فِيهِ کہ یہ خدا کی کتاب ہے۔</w:t>
      </w:r>
    </w:p>
    <w:p>
      <w:r>
        <w:rPr>
          <w:b/>
        </w:rPr>
        <w:t xml:space="preserve">[52:35] </w:t>
      </w:r>
      <w:r>
        <w:t>is mein koi shakk nahi. to woh chaudah soo saal se barabar establish hua chala ja raha hai.</w:t>
      </w:r>
    </w:p>
    <w:p>
      <w:pPr>
        <w:jc w:val="right"/>
      </w:pPr>
      <w:r>
        <w:t>اس میں کوئی شک نہیں۔ تو وہ چودہ سو سال سے برابر اسٹیبلش ہوا چلا جا رہا ہے۔</w:t>
      </w:r>
    </w:p>
    <w:p>
      <w:r>
        <w:rPr>
          <w:b/>
        </w:rPr>
        <w:t xml:space="preserve">[52:44] </w:t>
      </w:r>
      <w:r>
        <w:t>barabar jo evidence aati hain baad ke zamanay ki, woh sab is ko proof karti chali ja rahi hain. to is par maine aap yeh kitab jo meri hai "God Arises" isi par yeh kitab hai.</w:t>
      </w:r>
    </w:p>
    <w:p>
      <w:pPr>
        <w:jc w:val="right"/>
      </w:pPr>
      <w:r>
        <w:t>برابر جو ایویڈنس آتی ہیں بعد کے زمانے کے، وہ سب اس کو پروف کرتی چلی جا رہی ہیں۔ تو اس پر میں نے آپ یہ کتاب جو میری ہے "God Arises" اسی پر یہ کتاب ہے۔</w:t>
      </w:r>
    </w:p>
    <w:p>
      <w:r>
        <w:rPr>
          <w:b/>
        </w:rPr>
        <w:t xml:space="preserve">[53:02] </w:t>
      </w:r>
      <w:r>
        <w:t>is ko aap parh sakte hain. is mein bohat sari is qism ki maloomat hai. to us waqt mein aap ko is ka aik quotation pesh karna chahunga.</w:t>
      </w:r>
    </w:p>
    <w:p>
      <w:pPr>
        <w:jc w:val="right"/>
      </w:pPr>
      <w:r>
        <w:t>اس کو آپ پڑھ سکتے ہیں۔ اس میں بہت ساری اس قسم کی معلومات ہے۔ تو اس وقت میں آپ کو اس کا ایک کوٹیشن پیش کرنا چاہوں گا۔</w:t>
      </w:r>
    </w:p>
    <w:p>
      <w:r>
        <w:rPr>
          <w:b/>
        </w:rPr>
        <w:t xml:space="preserve">[53:13] </w:t>
      </w:r>
      <w:r>
        <w:t>dekhiye, yeh yeh aik incident hai, aik waqea hai jo mein pesh kar raha hoon. India mein aik sahib thay, un ka naam tha Inayatullah Mashriqi.</w:t>
      </w:r>
    </w:p>
    <w:p>
      <w:pPr>
        <w:jc w:val="right"/>
      </w:pPr>
      <w:r>
        <w:t>دیکھیے، یہ یہ ایک انسیڈنٹ ہے، ایک واقعہ ہے جو میں پیش کر رہا ہوں۔ انڈیا میں ایک صاحب تھے، ان کا نام تھا عنایت اللہ مشرقی۔</w:t>
      </w:r>
    </w:p>
    <w:p>
      <w:r>
        <w:rPr>
          <w:b/>
        </w:rPr>
        <w:t xml:space="preserve">[53:23] </w:t>
      </w:r>
      <w:r>
        <w:t>woh Punjab ke thay. ab mar chukay hain woh. Inayatullah Mashriqi. to un ko Allama Inayatullah Mashriqi kaha jata tha.</w:t>
      </w:r>
    </w:p>
    <w:p>
      <w:pPr>
        <w:jc w:val="right"/>
      </w:pPr>
      <w:r>
        <w:t>وہ پنجاب کے تھے۔ اب مر چکے ہیں وہ۔ عنایت اللہ مشرقی۔ تو ان کو علامہ عنایت اللہ مشرقی کہا جاتا تھا۔</w:t>
      </w:r>
    </w:p>
    <w:p>
      <w:r>
        <w:rPr>
          <w:b/>
        </w:rPr>
        <w:t xml:space="preserve">[53:35] </w:t>
      </w:r>
      <w:r>
        <w:t>to unhon ne Oxford mein parha tha. aur wahan un ke student thay, woh jo Sir James Jeans ke student thay, woh mathematics mein bohat acha un ka zehan tha.</w:t>
      </w:r>
    </w:p>
    <w:p>
      <w:pPr>
        <w:jc w:val="right"/>
      </w:pPr>
      <w:r>
        <w:t>تو انہوں نے آکسفورڈ میں پڑھا تھا۔ اور وہاں ان کے اسٹوڈنٹ تھے، وہ جو سر جیمز جینز کے اسٹوڈنٹ تھے، وہ میتھمیٹکس میں بہت اچھا ان کا ذہن تھا۔</w:t>
      </w:r>
    </w:p>
    <w:p>
      <w:r>
        <w:rPr>
          <w:b/>
        </w:rPr>
        <w:t xml:space="preserve">[53:48] </w:t>
      </w:r>
      <w:r>
        <w:t>to unhon ne apna aik waqea likha hai is mein ke mein baad ko jab ke woh parh kar aa chukay thay India, phir woh gaye to wahan par un se milay.</w:t>
      </w:r>
    </w:p>
    <w:p>
      <w:pPr>
        <w:jc w:val="right"/>
      </w:pPr>
      <w:r>
        <w:t>تو انہوں نے اپنا ایک واقعہ لکھا ہے اس میں کہ میں بعد کو جب کہ وہ پڑھ کر آ چکے تھے انڈیا، پھر وہ گئے تو وہاں پر ان سے ملے۔</w:t>
      </w:r>
    </w:p>
    <w:p>
      <w:r>
        <w:rPr>
          <w:b/>
        </w:rPr>
        <w:t xml:space="preserve">[53:59] </w:t>
      </w:r>
      <w:r>
        <w:t>to unhon ne quran ki aik ayat pesh ki.</w:t>
      </w:r>
    </w:p>
    <w:p>
      <w:pPr>
        <w:jc w:val="right"/>
      </w:pPr>
      <w:r>
        <w:t>تو انہوں نے قرآن کی ایک آیت پیش کی۔</w:t>
      </w:r>
    </w:p>
    <w:p>
      <w:r>
        <w:rPr>
          <w:b/>
        </w:rPr>
        <w:t xml:space="preserve">[54:03] </w:t>
      </w:r>
      <w:r>
        <w:t>to Jeans ne kaha ke agar yeh ayat quran mein hai to yeh meri gawahi hai quran ke liye ke woh khuda ki kitab hai. yeh jo hissa hai Inayatullah Mashriqi ka bayan kiya hua, woh maine is kitab mein quote kiya hai.</w:t>
      </w:r>
    </w:p>
    <w:p>
      <w:pPr>
        <w:jc w:val="right"/>
      </w:pPr>
      <w:r>
        <w:t>تو جیمز جینز نے کہا کہ اگر یہ آیت قرآن میں ہے تو یہ میری گواہی ہے قرآن کے لیے کہ وہ خدا کی کتاب ہے۔ یہ جو حصہ ہے عنایت اللہ مشرقی کا بیان کیا ہوا، وہ میں نے اس کتاب میں کوٹ کیا ہے۔</w:t>
      </w:r>
    </w:p>
    <w:p>
      <w:r>
        <w:rPr>
          <w:b/>
        </w:rPr>
        <w:t xml:space="preserve">[54:20] </w:t>
      </w:r>
      <w:r>
        <w:t>to mein chahta hoon ke aap is ko sunayen. aap is ko parh ke sunayen, zara zor se. This is on page 227</w:t>
      </w:r>
    </w:p>
    <w:p>
      <w:pPr>
        <w:jc w:val="right"/>
      </w:pPr>
      <w:r>
        <w:t>تو میں چاہتا ہوں کہ آپ اس کو سنیں۔ آپ اس کو پڑھ کے سنیں، ذرا زور سے۔ This is on page 227</w:t>
      </w:r>
    </w:p>
    <w:p>
      <w:r>
        <w:rPr>
          <w:b/>
        </w:rPr>
        <w:t xml:space="preserve">[54:32] </w:t>
      </w:r>
      <w:r>
        <w:t>. To sum up, here is an incident which occurred in England as related by Inayatullah Mashriqi. It was Sunday, he writes, the year 1909.</w:t>
      </w:r>
    </w:p>
    <w:p>
      <w:pPr>
        <w:jc w:val="right"/>
      </w:pPr>
      <w:r>
        <w:t>. To sum up, here is an incident which occurred in England as related by عنایت اللہ مشرقی۔ It was Sunday, he writes, the year 1909.</w:t>
      </w:r>
    </w:p>
    <w:p>
      <w:r>
        <w:rPr>
          <w:b/>
        </w:rPr>
        <w:t xml:space="preserve">[54:45] </w:t>
      </w:r>
      <w:r>
        <w:t>It was raining hard. I had gone out on some errand when I saw the famous Cambridge University astronomer, Sir James Jeans, with a Bible clutched under his arm on his way to church.</w:t>
      </w:r>
    </w:p>
    <w:p>
      <w:pPr>
        <w:jc w:val="right"/>
      </w:pPr>
      <w:r>
        <w:t>It was raining hard. I had gone out on some errand when I saw the famous Cambridge University astronomer, Sir James Jeans, with a Bible clutched under his arm on his way to church.</w:t>
      </w:r>
    </w:p>
    <w:p>
      <w:r>
        <w:rPr>
          <w:b/>
        </w:rPr>
        <w:t xml:space="preserve">[55:00] </w:t>
      </w:r>
      <w:r>
        <w:t>Coming closer, I greeted him, but he did not reply. When I greeted him again, he looked at me and asked, "What do you want?" Two things I replied.</w:t>
      </w:r>
    </w:p>
    <w:p>
      <w:pPr>
        <w:jc w:val="right"/>
      </w:pPr>
      <w:r>
        <w:t>Coming closer, I greeted him, but he did not reply. When I greeted him again, he looked at me and asked, "What do you want?" Two things I replied.</w:t>
      </w:r>
    </w:p>
    <w:p>
      <w:r>
        <w:rPr>
          <w:b/>
        </w:rPr>
        <w:t xml:space="preserve">[55:14] </w:t>
      </w:r>
      <w:r>
        <w:t>Firstly, the rain is pouring down, but you have not opened your umbrella. Sir James smiled at his own absent-mindedness and opened his umbrella.</w:t>
      </w:r>
    </w:p>
    <w:p>
      <w:pPr>
        <w:jc w:val="right"/>
      </w:pPr>
      <w:r>
        <w:t>Firstly, the rain is pouring down, but you have not opened your umbrella. Sir James smiled at his own absent-mindedness and opened his umbrella.</w:t>
      </w:r>
    </w:p>
    <w:p>
      <w:r>
        <w:rPr>
          <w:b/>
        </w:rPr>
        <w:t xml:space="preserve">[55:25] </w:t>
      </w:r>
      <w:r>
        <w:t>Secondly, I continued, "I would like to know that a man of universal fame such as yourself is doing that is going to pray in church." Sir James paused for a while, then looking at me, he said,</w:t>
      </w:r>
    </w:p>
    <w:p>
      <w:pPr>
        <w:jc w:val="right"/>
      </w:pPr>
      <w:r>
        <w:t>Secondly, I continued, "I would like to know that a man of universal fame such as yourself is doing that is going to pray in church." Sir James paused for a while, then looking at me, he said,</w:t>
      </w:r>
    </w:p>
    <w:p>
      <w:r>
        <w:rPr>
          <w:b/>
        </w:rPr>
        <w:t xml:space="preserve">[55:43] </w:t>
      </w:r>
      <w:r>
        <w:t>"Come and have tea with me this evening." So I went along to his house that afternoon. At exactly four o'clock, Lady James appeared.</w:t>
      </w:r>
    </w:p>
    <w:p>
      <w:pPr>
        <w:jc w:val="right"/>
      </w:pPr>
      <w:r>
        <w:t>"Come and have tea with me this evening." So I went along to his house that afternoon. At exactly four o'clock, Lady James appeared.</w:t>
      </w:r>
    </w:p>
    <w:p>
      <w:r>
        <w:rPr>
          <w:b/>
        </w:rPr>
        <w:t xml:space="preserve">[55:55] </w:t>
      </w:r>
      <w:r>
        <w:t>"Sir James is waiting for you," she said. I went inside where tea was ready on the table. Sir James was lost in thought.</w:t>
      </w:r>
    </w:p>
    <w:p>
      <w:pPr>
        <w:jc w:val="right"/>
      </w:pPr>
      <w:r>
        <w:t>"Sir James is waiting for you," she said. I went inside where tea was ready on the table. Sir James was lost in thought.</w:t>
      </w:r>
    </w:p>
    <w:p>
      <w:r>
        <w:rPr>
          <w:b/>
        </w:rPr>
        <w:t xml:space="preserve">[56:06] </w:t>
      </w:r>
      <w:r>
        <w:t>"What was your question again?" he asked.</w:t>
      </w:r>
    </w:p>
    <w:p>
      <w:pPr>
        <w:jc w:val="right"/>
      </w:pPr>
      <w:r>
        <w:t>"What was your question again?" he asked.</w:t>
      </w:r>
    </w:p>
    <w:p>
      <w:r>
        <w:rPr>
          <w:b/>
        </w:rPr>
        <w:t xml:space="preserve">[56:09] </w:t>
      </w:r>
      <w:r>
        <w:t>And without waiting for an answer, he went off into an inspiring description of the creation of the celestial bodies and the astonishing order to which they adhere, the incredible distances over which they travel, and the unfailing regularity which they maintain,</w:t>
      </w:r>
    </w:p>
    <w:p>
      <w:pPr>
        <w:jc w:val="right"/>
      </w:pPr>
      <w:r>
        <w:t>And without waiting for an answer, he went off into an inspiring description of the creation of the celestial bodies and the astonishing order to which they adhere, the incredible distances over which they travel, and the unfailing regularity which they maintain,</w:t>
      </w:r>
    </w:p>
    <w:p>
      <w:r>
        <w:rPr>
          <w:b/>
        </w:rPr>
        <w:t xml:space="preserve">[56:27] </w:t>
      </w:r>
      <w:r>
        <w:t>their intricate journeys through space in their orbits, their mutual attraction, and their never wavering from the path chosen for them, no matter how complicated it might be.</w:t>
      </w:r>
    </w:p>
    <w:p>
      <w:pPr>
        <w:jc w:val="right"/>
      </w:pPr>
      <w:r>
        <w:t>their intricate journeys through space in their orbits, their mutual attraction, and their never wavering from the path chosen for them, no matter how complicated it might be.</w:t>
      </w:r>
    </w:p>
    <w:p>
      <w:r>
        <w:rPr>
          <w:b/>
        </w:rPr>
        <w:t xml:space="preserve">[56:41] </w:t>
      </w:r>
      <w:r>
        <w:t>His vivid account of the power and majesty of God made my heart begin to tremble. As for him, the hair on his head was standing up straight.</w:t>
      </w:r>
    </w:p>
    <w:p>
      <w:pPr>
        <w:jc w:val="right"/>
      </w:pPr>
      <w:r>
        <w:t>His vivid account of the power and majesty of God made my heart begin to tremble. As for him, the hair on his head was standing up straight.</w:t>
      </w:r>
    </w:p>
    <w:p>
      <w:r>
        <w:rPr>
          <w:b/>
        </w:rPr>
        <w:t xml:space="preserve">[56:53] </w:t>
      </w:r>
      <w:r>
        <w:t>His eyes were shining with awe and wonder. Trepidation at the thought of God's all-knowing and all-powerful nature made his hands tremble and his voice falter.</w:t>
      </w:r>
    </w:p>
    <w:p>
      <w:pPr>
        <w:jc w:val="right"/>
      </w:pPr>
      <w:r>
        <w:t>His eyes were shining with awe and wonder. Trepidation at the thought of God's all-knowing and all-powerful nature made his hands tremble and his voice falter.</w:t>
      </w:r>
    </w:p>
    <w:p>
      <w:r>
        <w:rPr>
          <w:b/>
        </w:rPr>
        <w:t xml:space="preserve">[57:06] </w:t>
      </w:r>
      <w:r>
        <w:t>"You know, Inayatullah Khan," he said, "when I behold God's marvelous feats of creation, my whole being trembles in awe at His majesty.</w:t>
      </w:r>
    </w:p>
    <w:p>
      <w:pPr>
        <w:jc w:val="right"/>
      </w:pPr>
      <w:r>
        <w:t>"You know, Inayatullah Khan," he said, "when I behold God's marvelous feats of creation, my whole being trembles in awe at His majesty.</w:t>
      </w:r>
    </w:p>
    <w:p>
      <w:r>
        <w:rPr>
          <w:b/>
        </w:rPr>
        <w:t xml:space="preserve">[57:17] </w:t>
      </w:r>
      <w:r>
        <w:t>When I go to church, I bow my head and say, 'Lord, how great You are,' and not only my lips but every particle of my body joins in uttering these words.</w:t>
      </w:r>
    </w:p>
    <w:p>
      <w:pPr>
        <w:jc w:val="right"/>
      </w:pPr>
      <w:r>
        <w:t>When I go to church, I bow my head and say, 'Lord, how great You are,' and not only my lips but every particle of my body joins in uttering these words.</w:t>
      </w:r>
    </w:p>
    <w:p>
      <w:r>
        <w:rPr>
          <w:b/>
        </w:rPr>
        <w:t xml:space="preserve">[57:30] </w:t>
      </w:r>
      <w:r>
        <w:t>I obtain incredible peace and joy from my prayer.</w:t>
      </w:r>
    </w:p>
    <w:p>
      <w:pPr>
        <w:jc w:val="right"/>
      </w:pPr>
      <w:r>
        <w:t>I obtain incredible peace and joy from my prayer.</w:t>
      </w:r>
    </w:p>
    <w:p>
      <w:r>
        <w:rPr>
          <w:b/>
        </w:rPr>
        <w:t xml:space="preserve">[57:35] </w:t>
      </w:r>
      <w:r>
        <w:t>Compared to others, I receive a thousand times more fulfillment from my prayer. So tell me, Inayatullah Khan, now do you understand why I go to church?" Sir James Jeans' words left Inayatullah Mashriqi's mind spinning.</w:t>
      </w:r>
    </w:p>
    <w:p>
      <w:pPr>
        <w:jc w:val="right"/>
      </w:pPr>
      <w:r>
        <w:t>Compared to others, I receive a thousand times more fulfillment from my prayer. So tell me, Inayatullah Khan, now do you understand why I go to church?" Sir James Jeans' words left Inayatullah Mashriqi's mind spinning.</w:t>
      </w:r>
    </w:p>
    <w:p>
      <w:r>
        <w:rPr>
          <w:b/>
        </w:rPr>
        <w:t xml:space="preserve">[57:52] </w:t>
      </w:r>
      <w:r>
        <w:t>"Sir," he said, "your inspiring words have made a deep impression on me. I am reminded of a verse of the Quran which, if I may be allowed, I should like to quote.</w:t>
      </w:r>
    </w:p>
    <w:p>
      <w:pPr>
        <w:jc w:val="right"/>
      </w:pPr>
      <w:r>
        <w:t>"Sir," he said, "your inspiring words have made a deep impression on me. I am reminded of a verse of the Quran which, if I may be allowed, I should like to quote.</w:t>
      </w:r>
    </w:p>
    <w:p>
      <w:r>
        <w:rPr>
          <w:b/>
        </w:rPr>
        <w:t xml:space="preserve">[58:05] </w:t>
      </w:r>
      <w:r>
        <w:t>" "Of course," Sir James replied. Inayatullah Khan then recited this verse. This is chapter 35, verse number 27 to 28.</w:t>
      </w:r>
    </w:p>
    <w:p>
      <w:pPr>
        <w:jc w:val="right"/>
      </w:pPr>
      <w:r>
        <w:t>" "Of course," Sir James replied. Inayatullah Khan then recited this verse. This is chapter 35, verse number 27 to 28.</w:t>
      </w:r>
    </w:p>
    <w:p>
      <w:r>
        <w:rPr>
          <w:b/>
        </w:rPr>
        <w:t xml:space="preserve">[58:16] </w:t>
      </w:r>
      <w:r>
        <w:t>kabr al-jibaal judan bidun humr mukhtalif al-waanaha wa ghuraab wa سود inama yakhsha Allah min ibaadihi al-ulamaa ab aap translate padhiye is ko</w:t>
      </w:r>
    </w:p>
    <w:p>
      <w:pPr>
        <w:jc w:val="right"/>
      </w:pPr>
      <w:r>
        <w:t>كبر الجبال جودا بدون حمر مختلف الوانها وغراب وسود انما يخشى الله من عباده العلماء اب آپ ٹرانسلیٹ پڑھیے اس کو</w:t>
      </w:r>
    </w:p>
    <w:p>
      <w:r>
        <w:rPr>
          <w:b/>
        </w:rPr>
        <w:t xml:space="preserve">[58:33] </w:t>
      </w:r>
      <w:r>
        <w:t>In the mountains, there are streaks of various shades of red and white, and jet-black rocks. Men, beasts, and cattle have their different colors too.</w:t>
      </w:r>
    </w:p>
    <w:p>
      <w:pPr>
        <w:jc w:val="right"/>
      </w:pPr>
      <w:r>
        <w:t>In the mountains, there are streaks of various shades of red and white, and jet-black rocks. Men, beasts, and cattle have their different colors too.</w:t>
      </w:r>
    </w:p>
    <w:p>
      <w:r>
        <w:rPr>
          <w:b/>
        </w:rPr>
        <w:t xml:space="preserve">[58:46] </w:t>
      </w:r>
      <w:r>
        <w:t>From among his servants, it is the learned who fear God. "What was that?" exclaimed Sir James. "It is those alone who have knowledge who fear God." Wonderful.</w:t>
      </w:r>
    </w:p>
    <w:p>
      <w:pPr>
        <w:jc w:val="right"/>
      </w:pPr>
      <w:r>
        <w:t>From among his servants, it is the learned who fear God. "What was that?" exclaimed Sir James. "It is those alone who have knowledge who fear God." Wonderful.</w:t>
      </w:r>
    </w:p>
    <w:p>
      <w:r>
        <w:rPr>
          <w:b/>
        </w:rPr>
        <w:t xml:space="preserve">[59:00] </w:t>
      </w:r>
      <w:r>
        <w:t>How extraordinary.</w:t>
      </w:r>
    </w:p>
    <w:p>
      <w:pPr>
        <w:jc w:val="right"/>
      </w:pPr>
      <w:r>
        <w:t>How extraordinary.</w:t>
      </w:r>
    </w:p>
    <w:p>
      <w:r>
        <w:rPr>
          <w:b/>
        </w:rPr>
        <w:t xml:space="preserve">[59:02] </w:t>
      </w:r>
      <w:r>
        <w:t>It has taken me fifty years of continual study and observation to realize this fact. Who taught it to Muhammad?</w:t>
      </w:r>
    </w:p>
    <w:p>
      <w:pPr>
        <w:jc w:val="right"/>
      </w:pPr>
      <w:r>
        <w:t>It has taken me fifty years of continual study and observation to realize this fact. Who taught it to Muhammad?</w:t>
      </w:r>
    </w:p>
    <w:p>
      <w:r>
        <w:rPr>
          <w:b/>
        </w:rPr>
        <w:t xml:space="preserve">[59:11] </w:t>
      </w:r>
      <w:r>
        <w:t>Is this really in the Quran? If so, you can record my testimony that the Quran is an inspired book.</w:t>
      </w:r>
    </w:p>
    <w:p>
      <w:pPr>
        <w:jc w:val="right"/>
      </w:pPr>
      <w:r>
        <w:t>Is this really in the Quran? If so, you can record my testimony that the Quran is an inspired book.</w:t>
      </w:r>
    </w:p>
    <w:p>
      <w:r>
        <w:rPr>
          <w:b/>
        </w:rPr>
        <w:t xml:space="preserve">[59:21] </w:t>
      </w:r>
      <w:r>
        <w:t>Muhammad was illiterate. He could not have learned this immensely important fact on his own. God must have taught it to him.</w:t>
      </w:r>
    </w:p>
    <w:p>
      <w:pPr>
        <w:jc w:val="right"/>
      </w:pPr>
      <w:r>
        <w:t>Muhammad was illiterate. He could not have learned this immensely important fact on his own. God must have taught it to him.</w:t>
      </w:r>
    </w:p>
    <w:p>
      <w:r>
        <w:rPr>
          <w:b/>
        </w:rPr>
        <w:t xml:space="preserve">[59:30] </w:t>
      </w:r>
      <w:r>
        <w:t>Incredible. How extraordinary.</w:t>
      </w:r>
    </w:p>
    <w:p>
      <w:pPr>
        <w:jc w:val="right"/>
      </w:pPr>
      <w:r>
        <w:t>Incredible. How extraordinary.</w:t>
      </w:r>
    </w:p>
    <w:p>
      <w:r>
        <w:rPr>
          <w:b/>
        </w:rPr>
        <w:t xml:space="preserve">[59:34] </w:t>
      </w:r>
      <w:r>
        <w:t>yeh hai yeh meri kitaab hai "God Arises" is mein jo bohat sari maloomat hain us mein se aik baat yeh thi</w:t>
      </w:r>
    </w:p>
    <w:p>
      <w:pPr>
        <w:jc w:val="right"/>
      </w:pPr>
      <w:r>
        <w:t>یہ ہے یہ میری کتاب ہے "God Arises" اس میں جو بہت ساری معلومات ہیں اس میں سے ایک بات یہ تھی</w:t>
      </w:r>
    </w:p>
    <w:p>
      <w:r>
        <w:rPr>
          <w:b/>
        </w:rPr>
        <w:t xml:space="preserve">[59:44] </w:t>
      </w:r>
      <w:r>
        <w:t>to yeh is mein aik bohat bari baat aap dekh sakte hain ke ilm pe barhne se Quran ke conviction mein Quran ka per conviction barhna yaani ilm ke barhne se Quran par conviction barhna ilm ke izafe se Quran par iman barhna yeh kitni bari baat hai</w:t>
      </w:r>
    </w:p>
    <w:p>
      <w:pPr>
        <w:jc w:val="right"/>
      </w:pPr>
      <w:r>
        <w:t>تو یہ اس میں ایک بہت بڑی بات آپ دیکھ سکتے ہیں کہ علم پہ بڑھنے سے قرآن کے کنوکشن میں قرآن کا پر کنوکشن بڑھنا یعنی علم کے بڑھنے سے قرآن پر کنوکشن بڑھنا علم کے اضافے سے قرآن پر ایمان بڑھنا یہ کتنی بڑی بات ہے</w:t>
      </w:r>
    </w:p>
    <w:p>
      <w:r>
        <w:rPr>
          <w:b/>
        </w:rPr>
        <w:t xml:space="preserve">[1:00:11] </w:t>
      </w:r>
      <w:r>
        <w:t>dunya ki jitni bhi kitabein hain pehle zamaney ki hain pehle zamaney ki to jab ilm barha woh sari kitabon se logon ka yaqeen hat gaya</w:t>
      </w:r>
    </w:p>
    <w:p>
      <w:pPr>
        <w:jc w:val="right"/>
      </w:pPr>
      <w:r>
        <w:t>دنیا کی جتنی بھی کتابیں ہیں پہلے زمانے کی ہیں پہلے زمانے کی تو جب علم بڑھا وہ ساری کتابوں سے لوگوں کا یقین ہٹ گیا</w:t>
      </w:r>
    </w:p>
    <w:p>
      <w:r>
        <w:rPr>
          <w:b/>
        </w:rPr>
        <w:t xml:space="preserve">[1:00:25] </w:t>
      </w:r>
      <w:r>
        <w:t>koi bhi kitaab aisi nahi hai ab peechli kitabon mein se jo as a better belief to log mante hain us ko lekin is tarah nahi mante ke ilm ki kasooti par utar chuka hai to us ko scientific book ke taur par mante hon woh</w:t>
      </w:r>
    </w:p>
    <w:p>
      <w:pPr>
        <w:jc w:val="right"/>
      </w:pPr>
      <w:r>
        <w:t>کوئی بھی کتاب ایسی نہیں ہے اب پچھلی کتابوں میں سے جو ایز اے بیٹر بیلیف تو لوگ مانتے ہیں اس کو لیکن اس طرح نہیں مانتے کہ علم کی کثورٹی پر اتر چکا ہے تو اس کو سائنٹیفک بک کے طور پر مانتے ہوں وہ</w:t>
      </w:r>
    </w:p>
    <w:p>
      <w:r>
        <w:rPr>
          <w:b/>
        </w:rPr>
        <w:t xml:space="preserve">[1:00:39] </w:t>
      </w:r>
      <w:r>
        <w:t>to aik exception hai Quran ke sath ke jitna zyada ilm barhta hai utna zyada conviction barhta hai Quran ke sachai par yeh kitni bari baat hai kya is ke baad bhi koi proof chahiye yeh manne ke liye Quran book of God hai</w:t>
      </w:r>
    </w:p>
    <w:p>
      <w:pPr>
        <w:jc w:val="right"/>
      </w:pPr>
      <w:r>
        <w:t>تو ایک ایکسیپشن ہے قرآن کے ساتھ کہ جتنا زیادہ علم بڑھتا ہے اتنا زیادہ کنوکشن بڑھتا ہے قرآن کے سچائی پر یہ کتنی بڑی بات ہے کیا اس کے بعد بھی کوئی پروف چاہیے یہ ماننے کے لیے قرآن بک آف گاڈ ہے</w:t>
      </w:r>
    </w:p>
    <w:p>
      <w:r>
        <w:rPr>
          <w:b/>
        </w:rPr>
        <w:t xml:space="preserve">[1:00:58] </w:t>
      </w:r>
      <w:r>
        <w:t>mein nahi samajhta ke koi bhi sincere aadmi is mein doubt kar sakta ho</w:t>
      </w:r>
    </w:p>
    <w:p>
      <w:pPr>
        <w:jc w:val="right"/>
      </w:pPr>
      <w:r>
        <w:t>میں نہیں سمجھتا کہ کوئی بھی سنسیئر آدمی اس میں ڈاؤٹ کر سکتا ہو</w:t>
      </w:r>
    </w:p>
    <w:p>
      <w:r>
        <w:rPr>
          <w:b/>
        </w:rPr>
        <w:t xml:space="preserve">[1:01:04] </w:t>
      </w:r>
      <w:r>
        <w:t>yehhi yeh baat apne aap mein is baat ka proof hai ke Quran book of God hai ke ilm ke jitna barhe to Quran ki sachai aur bhi khulti chali jaye aur bhi khulti chali jaye to siwaye Khuda ke kaun aisi book de sakta tha jis mein jis mein yeh quality pai jaye ab mein aap ko kuch aur misalein dena chahunga</w:t>
      </w:r>
    </w:p>
    <w:p>
      <w:pPr>
        <w:jc w:val="right"/>
      </w:pPr>
      <w:r>
        <w:t>یہی یہ بات اپنے آپ میں اس بات کا پروف ہے کہ قرآن بک آف گاڈ ہے کہ علم کے جتنا بڑھے تو قرآن کی سچائی اور بھی کھلتی چلی جائے اور بھی کھلتی چلی جائے تو سوائے خدا کے کون ایسی بک دے سکتا تھا جس میں جس میں یہ کوالٹی پائی جائے اب میں آپ کو کچھ اور مثالیں دینا چاہوں گا</w:t>
      </w:r>
    </w:p>
    <w:p>
      <w:r>
        <w:rPr>
          <w:b/>
        </w:rPr>
        <w:t xml:space="preserve">[1:01:32] </w:t>
      </w:r>
      <w:r>
        <w:t>dekhiye quran jaisa ke aap jante hain utra haan yeh baat mein yahan arz kar doon ke quran</w:t>
      </w:r>
    </w:p>
    <w:p>
      <w:pPr>
        <w:jc w:val="right"/>
      </w:pPr>
      <w:r>
        <w:t>دیکھیے قرآن جیسا کہ آپ جانتے ہیں اترا ہاں یہ بات میں یہاں عرض کر دوں کہ قرآن</w:t>
      </w:r>
    </w:p>
    <w:p>
      <w:r>
        <w:rPr>
          <w:b/>
        </w:rPr>
        <w:t xml:space="preserve">[1:01:40] </w:t>
      </w:r>
      <w:r>
        <w:t>jo hai mein yeh nahi manta ke quran koi afzal kitab hai quran mehfooz kitab hai yani preserved</w:t>
      </w:r>
    </w:p>
    <w:p>
      <w:pPr>
        <w:jc w:val="right"/>
      </w:pPr>
      <w:r>
        <w:t>جو ہے میں یہ نہیں مانتا کہ قرآن کوئی افضل کتاب ہے قرآن محفوظ کتاب ہے یعنی پریزروڈ</w:t>
      </w:r>
    </w:p>
    <w:p>
      <w:r>
        <w:rPr>
          <w:b/>
        </w:rPr>
        <w:t xml:space="preserve">[1:01:49] </w:t>
      </w:r>
      <w:r>
        <w:t>kitab hai jitne bhi peghambar aaye sab</w:t>
      </w:r>
    </w:p>
    <w:p>
      <w:pPr>
        <w:jc w:val="right"/>
      </w:pPr>
      <w:r>
        <w:t>کتاب ہے جتنے بھی پیغمبر آئے سب</w:t>
      </w:r>
    </w:p>
    <w:p>
      <w:r>
        <w:rPr>
          <w:b/>
        </w:rPr>
        <w:t xml:space="preserve">[1:01:54] </w:t>
      </w:r>
      <w:r>
        <w:t>khuda hi ki kitab laye quran jaisi kitab hi woh bhi laye lekin un ki kitabein preserve nahi</w:t>
      </w:r>
    </w:p>
    <w:p>
      <w:pPr>
        <w:jc w:val="right"/>
      </w:pPr>
      <w:r>
        <w:t>خدا ہی کی کتاب لائے قرآن جیسی کتاب ہی وہ بھی لائے لیکن ان کی کتابیں پریزرو نہیں</w:t>
      </w:r>
    </w:p>
    <w:p>
      <w:r>
        <w:rPr>
          <w:b/>
        </w:rPr>
        <w:t xml:space="preserve">[1:02:01] </w:t>
      </w:r>
      <w:r>
        <w:t>rahein</w:t>
      </w:r>
    </w:p>
    <w:p>
      <w:pPr>
        <w:jc w:val="right"/>
      </w:pPr>
      <w:r>
        <w:t>رہیں</w:t>
      </w:r>
    </w:p>
    <w:p>
      <w:r>
        <w:rPr>
          <w:b/>
        </w:rPr>
        <w:t xml:space="preserve">[1:02:02] </w:t>
      </w:r>
      <w:r>
        <w:t>to mera yeh kehna nahi hai ke Quran koi afzal kitaab hai sari kitabein hi afzal theen jo jo paighambaron ke upar utrin sirf yeh aik baat hai ke Quran aik preserve book hai mehfooz kitaab hai peechli kitabein agar mehfooz hotin to un mein bhi yeh sifat hoti kyunke yeh baatein aaj bhi proof hoti chali jati hain un ki koi baat discard na hoti</w:t>
      </w:r>
    </w:p>
    <w:p>
      <w:pPr>
        <w:jc w:val="right"/>
      </w:pPr>
      <w:r>
        <w:t>تو میرا یہ کہنا نہیں ہے کہ قرآن کوئی افضل کتاب ہے ساری کتابیں ہی افضل تھیں جو جو پیغمبروں کے اوپر اتریں صرف یہ ایک بات ہے کہ قرآن ایک پریزرو بک ہے محفوظ کتاب ہے پچھلی کتابیں اگر محفوظ ہوتیں تو ان میں بھی یہ صفت ہوتی کیونکہ یہ باتیں آج بھی پروف ہوتی چلی جاتی ہیں ان کی کوئی بات ڈسکارڈ نہ ہوتی</w:t>
      </w:r>
    </w:p>
    <w:p>
      <w:r>
        <w:rPr>
          <w:b/>
        </w:rPr>
        <w:t xml:space="preserve">[1:02:28] </w:t>
      </w:r>
      <w:r>
        <w:t>to chounke pichli kitabein</w:t>
      </w:r>
    </w:p>
    <w:p>
      <w:pPr>
        <w:jc w:val="right"/>
      </w:pPr>
      <w:r>
        <w:t>تو چونکہ پچھلی کتابیں</w:t>
      </w:r>
    </w:p>
    <w:p>
      <w:r>
        <w:rPr>
          <w:b/>
        </w:rPr>
        <w:t xml:space="preserve">[1:02:31] </w:t>
      </w:r>
      <w:r>
        <w:t>preserve nahi reh saki</w:t>
      </w:r>
    </w:p>
    <w:p>
      <w:pPr>
        <w:jc w:val="right"/>
      </w:pPr>
      <w:r>
        <w:t>پریزرو نہیں رہ سکیں</w:t>
      </w:r>
    </w:p>
    <w:p>
      <w:r>
        <w:rPr>
          <w:b/>
        </w:rPr>
        <w:t xml:space="preserve">[1:02:34] </w:t>
      </w:r>
      <w:r>
        <w:t>to is wajah se woh hamare liye yani ek tareek tareekhi kitab ban gayin woh lekin quran jo</w:t>
      </w:r>
    </w:p>
    <w:p>
      <w:pPr>
        <w:jc w:val="right"/>
      </w:pPr>
      <w:r>
        <w:t>تو اس وجہ سے وہ ہمارے لیے یعنی ایک تاریخ تاریخی کتاب بن گئیں وہ لیکن قرآن جو</w:t>
      </w:r>
    </w:p>
    <w:p>
      <w:r>
        <w:rPr>
          <w:b/>
        </w:rPr>
        <w:t xml:space="preserve">[1:02:42] </w:t>
      </w:r>
      <w:r>
        <w:t>hai is ki language is ka text dono puri tarah mehfooz hai puri tarah preserve hai is ki</w:t>
      </w:r>
    </w:p>
    <w:p>
      <w:pPr>
        <w:jc w:val="right"/>
      </w:pPr>
      <w:r>
        <w:t>ہے اس کی لینگویج اس کا ٹیکسٹ دونوں پوری طرح محفوظ ہے پوری طرح پریزرو ہے اس کی</w:t>
      </w:r>
    </w:p>
    <w:p>
      <w:r>
        <w:rPr>
          <w:b/>
        </w:rPr>
        <w:t xml:space="preserve">[1:02:49] </w:t>
      </w:r>
      <w:r>
        <w:t>language bhi wahi qawi hai jo pehle thi aur is ka text bhi wahi qawi hai jo pehle</w:t>
      </w:r>
    </w:p>
    <w:p>
      <w:pPr>
        <w:jc w:val="right"/>
      </w:pPr>
      <w:r>
        <w:t>لینگویج بھی وہی قوی ہے جو پہلے تھی اور اس کا ٹیکسٹ بھی وہی قوی ہے جو پہلے</w:t>
      </w:r>
    </w:p>
    <w:p>
      <w:r>
        <w:rPr>
          <w:b/>
        </w:rPr>
        <w:t xml:space="preserve">[1:02:54] </w:t>
      </w:r>
      <w:r>
        <w:t>kitab is sense mein mein kehta hoon quran ko pesh karta hoon mein</w:t>
      </w:r>
    </w:p>
    <w:p>
      <w:pPr>
        <w:jc w:val="right"/>
      </w:pPr>
      <w:r>
        <w:t>کتاب اس سینس میں میں کہتا ہوں قرآن کو پیش کرتا ہوں میں</w:t>
      </w:r>
    </w:p>
    <w:p>
      <w:r>
        <w:rPr>
          <w:b/>
        </w:rPr>
        <w:t xml:space="preserve">[1:02:58] </w:t>
      </w:r>
      <w:r>
        <w:t>to goya ke Quran peechli tamam kitabon ka ka hi aik agla edition hai aik mehfooz edition to mein yeh keh raha tha</w:t>
      </w:r>
    </w:p>
    <w:p>
      <w:pPr>
        <w:jc w:val="right"/>
      </w:pPr>
      <w:r>
        <w:t>تو گویا کہ قرآن پچھلی تمام کتابوں کا کا ہی ایک اگلا ایڈیشن ہے ایک محفوظ ایڈیشن تو میں یہ کہہ رہا تھا</w:t>
      </w:r>
    </w:p>
    <w:p>
      <w:r>
        <w:rPr>
          <w:b/>
        </w:rPr>
        <w:t xml:space="preserve">[1:03:13] </w:t>
      </w:r>
      <w:r>
        <w:t>ke Quran utra seven century ke first quarter mein</w:t>
      </w:r>
    </w:p>
    <w:p>
      <w:pPr>
        <w:jc w:val="right"/>
      </w:pPr>
      <w:r>
        <w:t>کہ قرآن اترا سیون سینچری کے فرسٹ کوارٹر میں</w:t>
      </w:r>
    </w:p>
    <w:p>
      <w:r>
        <w:rPr>
          <w:b/>
        </w:rPr>
        <w:t xml:space="preserve">[1:03:19] </w:t>
      </w:r>
      <w:r>
        <w:t>jaisa ke aap jante hain koi ikatthe yaani is tareeqe se nahi utra jaise ke jaise ke aik book hua karti hai is tarah se balkeh woh jis ko kehte hain ke najman najman utra yaani aakhir yaani periodical ki periodical book tha goya ke woh thoda thoda utarta raha yahan tak ke woh compile kar ke aik book banai gayi to aaj ka Quran jo hai woh compilation hai</w:t>
      </w:r>
    </w:p>
    <w:p>
      <w:pPr>
        <w:jc w:val="right"/>
      </w:pPr>
      <w:r>
        <w:t>جیسا کہ آپ جانتے ہیں کوئی اکٹھے یعنی اس طریقے سے نہیں اترا جیسے کہ جیسے کہ ایک بک ہوا کرتی ہے اس طرح سے بلکہ وہ جس کو کہتے ہیں کہ نجمن نجمن اترا یعنی آخر یعنی پیریڈیکل کی پیریڈیکل بک تھا گویا کہ وہ تھوڑا تھوڑا اترتا رہا یہاں تک کہ وہ کمپائل کر کے ایک بک بنائی گئی تو آج کا قرآن جو ہے وہ کمپائلیشن ہے</w:t>
      </w:r>
    </w:p>
    <w:p>
      <w:r>
        <w:rPr>
          <w:b/>
        </w:rPr>
        <w:t xml:space="preserve">[1:03:47] </w:t>
      </w:r>
      <w:r>
        <w:t>to yeh kitab utri</w:t>
      </w:r>
    </w:p>
    <w:p>
      <w:pPr>
        <w:jc w:val="right"/>
      </w:pPr>
      <w:r>
        <w:t>تو یہ کتاب اتری</w:t>
      </w:r>
    </w:p>
    <w:p>
      <w:r>
        <w:rPr>
          <w:b/>
        </w:rPr>
        <w:t xml:space="preserve">[1:03:53] </w:t>
      </w:r>
      <w:r>
        <w:t>seven century ke first quarter mein us waqt kya position thi us waqt yeh thi ke astronomy ke</w:t>
      </w:r>
    </w:p>
    <w:p>
      <w:pPr>
        <w:jc w:val="right"/>
      </w:pPr>
      <w:r>
        <w:t>سیون سینچری کے فرسٹ کوارٹر میں اس وقت کیا پوزیشن تھی اس وقت یہ تھی کہ اسٹرانومی کے</w:t>
      </w:r>
    </w:p>
    <w:p>
      <w:r>
        <w:rPr>
          <w:b/>
        </w:rPr>
        <w:t xml:space="preserve">[1:04:01] </w:t>
      </w:r>
      <w:r>
        <w:t>nahi wajood mein aayi thi tab tab astrology hua karti thi</w:t>
      </w:r>
    </w:p>
    <w:p>
      <w:pPr>
        <w:jc w:val="right"/>
      </w:pPr>
      <w:r>
        <w:t>نہیں وجود میں آئی تھی تب تب اسٹرالوجی ہوا کرتی تھی</w:t>
      </w:r>
    </w:p>
    <w:p>
      <w:r>
        <w:rPr>
          <w:b/>
        </w:rPr>
        <w:t xml:space="preserve">[1:04:06] </w:t>
      </w:r>
      <w:r>
        <w:t>astronomy ka word hi us waqt nahi tha duniya mein astrology thi us waqt aur astrology thi sari</w:t>
      </w:r>
    </w:p>
    <w:p>
      <w:pPr>
        <w:jc w:val="right"/>
      </w:pPr>
      <w:r>
        <w:t>اسٹرانومی کا ورڈ ہی اس وقت نہیں تھا دنیا میں اسٹرالوجی تھی اس وقت اور اسٹرالوجی تھی ساری</w:t>
      </w:r>
    </w:p>
    <w:p>
      <w:r>
        <w:rPr>
          <w:b/>
        </w:rPr>
        <w:t xml:space="preserve">[1:04:12] </w:t>
      </w:r>
      <w:r>
        <w:t>ki sari supposition tha is mein supposition aur kuch nahi</w:t>
      </w:r>
    </w:p>
    <w:p>
      <w:pPr>
        <w:jc w:val="right"/>
      </w:pPr>
      <w:r>
        <w:t>کی ساری سپریسیشن تھا اس میں سپریسیشن اور کچھ نہیں</w:t>
      </w:r>
    </w:p>
    <w:p>
      <w:r>
        <w:rPr>
          <w:b/>
        </w:rPr>
        <w:t xml:space="preserve">[1:04:18] </w:t>
      </w:r>
      <w:r>
        <w:t>jaise is zamane ke log samajhte the ke aasman mein jo sitare hain to woh koi lagbhag ten thousand hain aap sochiye ke aaj to itne zyada sitare maloom ho chuke hain ke aap ginti nahi kar sakte aap unki ginti nahi ho sakti hai to kitna kam ilm tha insan ko is waqt ke ten thousand sitare mante the log aur yeh bhi pata nahi tha unko ke sitare bohat bade bade hain</w:t>
      </w:r>
    </w:p>
    <w:p>
      <w:pPr>
        <w:jc w:val="right"/>
      </w:pPr>
      <w:r>
        <w:t>جیسے اس زمانے کے لوگ سمجھتے تھے کہ آسمان میں جو ستارے ہیں تو وہ کوئی لگ بھگ ٹین تھاؤزنڈ ہیں آپ سوچیے کہ آج تو اتنے زیادہ ستارے معلوم ہو چکے ہیں کہ آپ گنتی نہیں کر سکتے آپ ان کی گنتی نہیں ہو سکتی ہے تو کتنا کم علم تھا انسان کو اس وقت کہ ٹین تھاؤزنڈ ستارے مانتے تھے لوگ اور یہ بھی پتہ نہیں تھا ان کو کہ ستارے بہت بڑے بڑے ہیں</w:t>
      </w:r>
    </w:p>
    <w:p>
      <w:r>
        <w:rPr>
          <w:b/>
        </w:rPr>
        <w:t xml:space="preserve">[1:04:44] </w:t>
      </w:r>
      <w:r>
        <w:t>yahan tak ke samajhte the ke devta log jo hain to devta log jo hain unka yani unki mehfil sajane ke liye yeh lamp jalaye jate hain yani sitaron ko lamp samajhte the kyunke tab telescope nahi bani thi jab insan ne yani jana nahi tha is ko jo observation hua hai ab is ka pata nahi tha insan ko</w:t>
      </w:r>
    </w:p>
    <w:p>
      <w:pPr>
        <w:jc w:val="right"/>
      </w:pPr>
      <w:r>
        <w:t>یہاں تک کہ سمجھتے تھے کہ دیوتا لوگ جو ہیں تو دیوتا لوگ جو ہیں ان کا یعنی ان کی محفل سجانے کے لیے یہ لیمپ جلائے جاتے ہیں یعنی ستاروں کو لیمپ سمجھتے تھے کیونکہ تب ٹیلیسکوپ نہیں بنی تھی جب انسان نے یعنی جانا نہیں تھا اس کو جو ابزرویشن ہوا ہے اب اس کا پتہ نہیں تھا انسان کو</w:t>
      </w:r>
    </w:p>
    <w:p>
      <w:r>
        <w:rPr>
          <w:b/>
        </w:rPr>
        <w:t xml:space="preserve">[1:05:11] </w:t>
      </w:r>
      <w:r>
        <w:t>aaj jo observatory mein jis tarah se dikhaya jata hai to woh sab nahi tha is zamane mein to bohat hi kam knowledge thi logon ko space ke bare mein universe ke bare mein star aur planets ke bare mein bohat hi kam knowledge thi</w:t>
      </w:r>
    </w:p>
    <w:p>
      <w:pPr>
        <w:jc w:val="right"/>
      </w:pPr>
      <w:r>
        <w:t>آج جو ابزرویٹری میں جس طرح سے دکھایا جاتا ہے تو وہ سب نہیں تھا اس زمانے میں تو بہت ہی کم نالج تھی لوگوں کو سپیس کے بارے میں یونیورس کے بارے میں اسٹار اور پلینٹس کے بارے میں بہت ہی کم نالج تھی</w:t>
      </w:r>
    </w:p>
    <w:p>
      <w:r>
        <w:rPr>
          <w:b/>
        </w:rPr>
        <w:t xml:space="preserve">[1:05:29] </w:t>
      </w:r>
      <w:r>
        <w:t>isi liye aisi si baatein maan li thin in logon ne jo aisi baatein maan li thin jo yani jinka sachai se koi talluq nahi tha to baad ke zamane mein jaise ke jo log yeh mante the ke sitare jo hain koi lamp hain jo ja ja raat ko jalaye jate hain to woh zahir hai discard ho gaya woh</w:t>
      </w:r>
    </w:p>
    <w:p>
      <w:pPr>
        <w:jc w:val="right"/>
      </w:pPr>
      <w:r>
        <w:t>اسی لیے ایسی سی باتیں مان لی تھیں ان لوگوں نے جو ایسی باتیں مان لی تھیں جو یعنی جن کا سچائی سے کوئی تعلق نہیں تھا تو بعد کے زمانے میں جیسے کہ جو لوگ یہ مانتے تھے کہ ستارے جو ہیں کوئی لیمپ ہیں جو جا جا رات کو جلائے جاتے ہیں تو وہ ظاہر ہے ڈسکارڈ ہو گیا وہ</w:t>
      </w:r>
    </w:p>
    <w:p>
      <w:r>
        <w:rPr>
          <w:b/>
        </w:rPr>
        <w:t xml:space="preserve">[1:05:55] </w:t>
      </w:r>
      <w:r>
        <w:t>jo jo log mante the ke woh hardly ten thousand sitare hain woh sab discard ho gaya woh to quran jo hai is mein aisi koi cheez nahi hai aap dekh dekh sakte jo baad ka ilm jis ko discard kar de discard kar de balke woh balke woh is ki yani certify karta chala ja raha hai is ki tasdeeq karta chala ja raha hai</w:t>
      </w:r>
    </w:p>
    <w:p>
      <w:pPr>
        <w:jc w:val="right"/>
      </w:pPr>
      <w:r>
        <w:t>جو جو لوگ مانتے تھے کہ وہ ہارڈلی ٹین تھاؤزنڈ ستارے ہیں وہ سب ڈسکارڈ ہو گیا وہ تو قرآن جو ہے اس میں ایسی کوئی چیز نہیں ہے آپ دیکھ دیکھ سکتے جو بعد کا علم جس کو ڈسکارڈ کر دے ڈسکارڈ کر دے بلکہ وہ بلکہ وہ اس کی یعنی سرٹیفائی کرتا چلا جا رہا ہے اس کی تصدیق کرتا چلا جا رہا ہے</w:t>
      </w:r>
    </w:p>
    <w:p>
      <w:r>
        <w:rPr>
          <w:b/>
        </w:rPr>
        <w:t xml:space="preserve">[1:06:21] </w:t>
      </w:r>
      <w:r>
        <w:t>ab mein ek baat aap ko kahunga is par aap ghor kijiye ke is zamane mein jo concept tha woh yeh tha ke sab kuch matter hai younan mein yani Greece mein ek philosopher paida hua jis ne atom ka concept diya atom yani har cheez jo hai tiny ek ek madde se bani hai jis ko atom kaha us ne</w:t>
      </w:r>
    </w:p>
    <w:p>
      <w:pPr>
        <w:jc w:val="right"/>
      </w:pPr>
      <w:r>
        <w:t>اب میں ایک بات آپ کو کہوں گا اس پر آپ غور کیجئے کہ اس زمانے میں جو کانسیپٹ تھا وہ یہ تھا کہ سب کچھ میٹر ہے یونان میں یعنی گریس میں ایک فلاسفر پیدا ہوا جس نے ایٹم کا کانسیپٹ دیا ایٹم یعنی ہر چیز جو ہے ٹائنی ایک ایک مادے سے بنی ہے جس کو ایٹم کہا اس نے</w:t>
      </w:r>
    </w:p>
    <w:p>
      <w:r>
        <w:rPr>
          <w:b/>
        </w:rPr>
        <w:t xml:space="preserve">[1:06:50] </w:t>
      </w:r>
      <w:r>
        <w:t>yeh sari cheezein jo hain aakhir mein</w:t>
      </w:r>
    </w:p>
    <w:p>
      <w:pPr>
        <w:jc w:val="right"/>
      </w:pPr>
      <w:r>
        <w:t>یہ ساری چیزیں جو ہیں آخر میں</w:t>
      </w:r>
    </w:p>
    <w:p>
      <w:r>
        <w:rPr>
          <w:b/>
        </w:rPr>
        <w:t xml:space="preserve">[1:06:53] </w:t>
      </w:r>
      <w:r>
        <w:t>woh hain matter hain to matter ka jo unit hai woh hai atom</w:t>
      </w:r>
    </w:p>
    <w:p>
      <w:pPr>
        <w:jc w:val="right"/>
      </w:pPr>
      <w:r>
        <w:t>وہ ہیں میٹر ہیں تو میٹر کا جو یونٹ ہے وہ ہے ایٹم</w:t>
      </w:r>
    </w:p>
    <w:p>
      <w:r>
        <w:rPr>
          <w:b/>
        </w:rPr>
        <w:t xml:space="preserve">[1:06:59] </w:t>
      </w:r>
      <w:r>
        <w:t>aur atom jo hai thos hai is ko arabi kitabon mein likhaya gaya tha jislait juzah</w:t>
      </w:r>
    </w:p>
    <w:p>
      <w:pPr>
        <w:jc w:val="right"/>
      </w:pPr>
      <w:r>
        <w:t>اور ایٹم جو ہے ٹھوس ہے اس کو عربی کتابوں میں لکھایا گیا تھا جزلایت جزہ</w:t>
      </w:r>
    </w:p>
    <w:p>
      <w:r>
        <w:rPr>
          <w:b/>
        </w:rPr>
        <w:t xml:space="preserve">[1:07:07] </w:t>
      </w:r>
      <w:r>
        <w:t>thos goya sari universe jo hai sari cheezein thos cheezon se bani hain</w:t>
      </w:r>
    </w:p>
    <w:p>
      <w:pPr>
        <w:jc w:val="right"/>
      </w:pPr>
      <w:r>
        <w:t>ٹھوس گویا ساری یونیورس جو ہے ساری چیزیں ٹھوس چیزوں سے بنی ہیں</w:t>
      </w:r>
    </w:p>
    <w:p>
      <w:r>
        <w:rPr>
          <w:b/>
        </w:rPr>
        <w:t xml:space="preserve">[1:07:13] </w:t>
      </w:r>
      <w:r>
        <w:t>to newton ke zamane mein yeh behas hui ke light kya cheez hai light jo hai dekhne mein</w:t>
      </w:r>
    </w:p>
    <w:p>
      <w:pPr>
        <w:jc w:val="right"/>
      </w:pPr>
      <w:r>
        <w:t>تو نیوٹن کے زمانے میں یہ بحث ہوئی کہ لائٹ کیا چیز ہے لائٹ جو ہے دیکھنے میں</w:t>
      </w:r>
    </w:p>
    <w:p>
      <w:r>
        <w:rPr>
          <w:b/>
        </w:rPr>
        <w:t xml:space="preserve">[1:07:19] </w:t>
      </w:r>
      <w:r>
        <w:t>to thos lagti nahi</w:t>
      </w:r>
    </w:p>
    <w:p>
      <w:pPr>
        <w:jc w:val="right"/>
      </w:pPr>
      <w:r>
        <w:t>تو ٹھوس لگتی نہیں</w:t>
      </w:r>
    </w:p>
    <w:p>
      <w:r>
        <w:rPr>
          <w:b/>
        </w:rPr>
        <w:t xml:space="preserve">[1:07:21] </w:t>
      </w:r>
      <w:r>
        <w:t>to newton ne kya kaha ke is ko bhi is ne</w:t>
      </w:r>
    </w:p>
    <w:p>
      <w:pPr>
        <w:jc w:val="right"/>
      </w:pPr>
      <w:r>
        <w:t>تو نیوٹن نے کیا کہا کہ اس کو بھی اس نے</w:t>
      </w:r>
    </w:p>
    <w:p>
      <w:r>
        <w:rPr>
          <w:b/>
        </w:rPr>
        <w:t xml:space="preserve">[1:07:25] </w:t>
      </w:r>
      <w:r>
        <w:t>material cheez bata diya</w:t>
      </w:r>
    </w:p>
    <w:p>
      <w:pPr>
        <w:jc w:val="right"/>
      </w:pPr>
      <w:r>
        <w:t>مٹیریل چیز بتا دیا</w:t>
      </w:r>
    </w:p>
    <w:p>
      <w:r>
        <w:rPr>
          <w:b/>
        </w:rPr>
        <w:t xml:space="preserve">[1:07:28] </w:t>
      </w:r>
      <w:r>
        <w:t>to is ka jo theory hai is ko kaha jata hai corpuscles theory of light</w:t>
      </w:r>
    </w:p>
    <w:p>
      <w:pPr>
        <w:jc w:val="right"/>
      </w:pPr>
      <w:r>
        <w:t>تو اس کا جو تھیوری ہے اس کو کہا جاتا ہے کارپسز تھیوری آف لائٹ</w:t>
      </w:r>
    </w:p>
    <w:p>
      <w:r>
        <w:rPr>
          <w:b/>
        </w:rPr>
        <w:t xml:space="preserve">[1:07:33] </w:t>
      </w:r>
      <w:r>
        <w:t>yani roshan zarat</w:t>
      </w:r>
    </w:p>
    <w:p>
      <w:pPr>
        <w:jc w:val="right"/>
      </w:pPr>
      <w:r>
        <w:t>یعنی روشن ذرات</w:t>
      </w:r>
    </w:p>
    <w:p>
      <w:r>
        <w:rPr>
          <w:b/>
        </w:rPr>
        <w:t xml:space="preserve">[1:07:37] </w:t>
      </w:r>
      <w:r>
        <w:t>roshan zarat yani is ka manna yeh tha ke roshan particles hain yani material particles jo nikaltay hain</w:t>
      </w:r>
    </w:p>
    <w:p>
      <w:pPr>
        <w:jc w:val="right"/>
      </w:pPr>
      <w:r>
        <w:t>روشن ذرات یعنی اس کا ماننا یہ تھا کہ روشن پارٹیکلز ہیں یعنی مٹیریل پارٹیکلز جو نکلتے ہیں</w:t>
      </w:r>
    </w:p>
    <w:p>
      <w:r>
        <w:rPr>
          <w:b/>
        </w:rPr>
        <w:t xml:space="preserve">[1:07:46] </w:t>
      </w:r>
      <w:r>
        <w:t>is se lamp se ya is se jo aap jalaatay hain</w:t>
      </w:r>
    </w:p>
    <w:p>
      <w:pPr>
        <w:jc w:val="right"/>
      </w:pPr>
      <w:r>
        <w:t>اس سے لیمپ سے یا اس سے جو آپ جلاتے ہیں</w:t>
      </w:r>
    </w:p>
    <w:p>
      <w:r>
        <w:rPr>
          <w:b/>
        </w:rPr>
        <w:t xml:space="preserve">[1:07:52] </w:t>
      </w:r>
      <w:r>
        <w:t>woh woh fiza mein bikharr jatay hain</w:t>
      </w:r>
    </w:p>
    <w:p>
      <w:pPr>
        <w:jc w:val="right"/>
      </w:pPr>
      <w:r>
        <w:t>وہ وہ فضا میں بکھر جاتے ہیں</w:t>
      </w:r>
    </w:p>
    <w:p>
      <w:r>
        <w:rPr>
          <w:b/>
        </w:rPr>
        <w:t xml:space="preserve">[1:07:54] </w:t>
      </w:r>
      <w:r>
        <w:t>to roshni ko is ne kaha maadi zarrat roshan maadi zarrat jo kehte the corpuscles theory of light to ek muddat guzri hai jab ke newton ka yeh nazariya chhaya hua tha lekin is ke baad aap jante hain ke rutherford paida hua einstein paida hua aur doosre log paida hue unhone atom ko jo research ki to atom split</w:t>
      </w:r>
    </w:p>
    <w:p>
      <w:pPr>
        <w:jc w:val="right"/>
      </w:pPr>
      <w:r>
        <w:t>تو روشنی کو اس نے کہا مادی ذرات روشن مادی ذرات جو کہتے تھے کارپسز تھیوری آف لائٹ تو ایک مدت گزری ہے جب کہ نیوٹن کا یہ نظریہ چھایا ہوا تھا لیکن اس کے بعد آپ جانتے ہیں کہ ردر فورڈ پیدا ہوا ائنسٹین پیدا ہوا اور دوسرے لوگ پیدا ہوئے انہوں نے ایٹم کو جو ریسرچ کی تو ایٹم اسپلٹ</w:t>
      </w:r>
    </w:p>
    <w:p>
      <w:r>
        <w:rPr>
          <w:b/>
        </w:rPr>
        <w:t xml:space="preserve">[1:08:20] </w:t>
      </w:r>
      <w:r>
        <w:t>ho gaya ke atom bhi toot kar ke maloom hua ke atom koi yani unit nahi hai material world ka unit nahi hai woh toota jab toota to maloom hua ke is mein to electron proton hain woh dikhai nahi dete to sara world jo hai kya ban gaya an observable dance of electron ek scientist ke language mein</w:t>
      </w:r>
    </w:p>
    <w:p>
      <w:pPr>
        <w:jc w:val="right"/>
      </w:pPr>
      <w:r>
        <w:t>ہو گیا کہ ایٹم بھی ٹوٹ کر کے معلوم ہوا کہ ایٹم کوئی یعنی یونٹ نہیں ہے مٹیریل ورلڈ کا یونٹ نہیں ہے وہ ٹوٹا جب ٹوٹا تو معلوم ہوا کہ اس میں تو الیکٹران پروٹان ہیں وہ دکھائی نہیں دیتے تو سارا ورلڈ جو ہے کیا بن گیا ان ابزرویبل ڈانس آف الیکٹران ایک سائنٹسٹ کے لینگویج میں</w:t>
      </w:r>
    </w:p>
    <w:p>
      <w:r>
        <w:rPr>
          <w:b/>
        </w:rPr>
        <w:t xml:space="preserve">[1:08:45] </w:t>
      </w:r>
      <w:r>
        <w:t>aik scientist ne kaha ke yeh jo material world hamara hai woh hai unobservable</w:t>
      </w:r>
    </w:p>
    <w:p>
      <w:pPr>
        <w:jc w:val="right"/>
      </w:pPr>
      <w:r>
        <w:t>ایک سائنٹسٹ نے کہا کہ یہ جو مٹیریل ورلڈ ہمارا ہے وہ ہے ان ابزرویبل</w:t>
      </w:r>
    </w:p>
    <w:p>
      <w:r>
        <w:rPr>
          <w:b/>
        </w:rPr>
        <w:t xml:space="preserve">[1:08:51] </w:t>
      </w:r>
      <w:r>
        <w:t>dance of electrons yeh ban gaya</w:t>
      </w:r>
    </w:p>
    <w:p>
      <w:pPr>
        <w:jc w:val="right"/>
      </w:pPr>
      <w:r>
        <w:t>ڈانس آف الیکٹرانز یہ بن گیا</w:t>
      </w:r>
    </w:p>
    <w:p>
      <w:r>
        <w:rPr>
          <w:b/>
        </w:rPr>
        <w:t xml:space="preserve">[1:08:55] </w:t>
      </w:r>
      <w:r>
        <w:t>yeh mein is liye keh raha hoon ke dekhiye</w:t>
      </w:r>
    </w:p>
    <w:p>
      <w:pPr>
        <w:jc w:val="right"/>
      </w:pPr>
      <w:r>
        <w:t>یہ میں اس لیے کہہ رہا ہوں کہ دیکھیے</w:t>
      </w:r>
    </w:p>
    <w:p>
      <w:r>
        <w:rPr>
          <w:b/>
        </w:rPr>
        <w:t xml:space="preserve">[1:08:58] </w:t>
      </w:r>
      <w:r>
        <w:t>jab quran aaya to kya hua</w:t>
      </w:r>
    </w:p>
    <w:p>
      <w:pPr>
        <w:jc w:val="right"/>
      </w:pPr>
      <w:r>
        <w:t>جب قرآن آیا تو کیا ہوا</w:t>
      </w:r>
    </w:p>
    <w:p>
      <w:r>
        <w:rPr>
          <w:b/>
        </w:rPr>
        <w:t xml:space="preserve">[1:09:02] </w:t>
      </w:r>
      <w:r>
        <w:t>quran ne jo concept diya is mein har cheez unseen thi khuda unseen hai</w:t>
      </w:r>
    </w:p>
    <w:p>
      <w:pPr>
        <w:jc w:val="right"/>
      </w:pPr>
      <w:r>
        <w:t>قرآن نے جو کانسیپٹ دیا اس میں ہر چیز ان سین تھی خدا ان سین ہے</w:t>
      </w:r>
    </w:p>
    <w:p>
      <w:r>
        <w:rPr>
          <w:b/>
        </w:rPr>
        <w:t xml:space="preserve">[1:09:10] </w:t>
      </w:r>
      <w:r>
        <w:t>yani god jo hai woh aik unseen hasti hai</w:t>
      </w:r>
    </w:p>
    <w:p>
      <w:pPr>
        <w:jc w:val="right"/>
      </w:pPr>
      <w:r>
        <w:t>یعنی گاڈ جو ہے وہ ایک ان سین ہستی ہے</w:t>
      </w:r>
    </w:p>
    <w:p>
      <w:r>
        <w:rPr>
          <w:b/>
        </w:rPr>
        <w:t xml:space="preserve">[1:09:15] </w:t>
      </w:r>
      <w:r>
        <w:t>jo revelation aata hai prophet ke paas woh unseen hai angel unseen hai paradise unseen hai hell unseen hai jo sara world jis ko hum kehte hain ke world hereafter woh sab unseen hai to unhi unseen cheezon par base kiya quran ne apne system ko quran ka jo belief system hai woh unseen cheezon par base karta hai</w:t>
      </w:r>
    </w:p>
    <w:p>
      <w:pPr>
        <w:jc w:val="right"/>
      </w:pPr>
      <w:r>
        <w:t>جو ریولیشن آتا ہے پرافٹ کے پاس وہ ان سین ہے اینجل ان سین ہے پیراڈائز ان سین ہے ہیل ان سین ہے جو سارا ورلڈ جس کو ہم کہتے ہیں کہ ورلڈ ہیر افٹر وہ سب ان سین ہے تو انہی ان سین چیزوں پر بیس کیا قرآن نے اپنے سسٹم کو قرآن کا جو بیلیف سسٹم ہے وہ ان سین چیزوں پر بیس کرتا ہے</w:t>
      </w:r>
    </w:p>
    <w:p>
      <w:r>
        <w:rPr>
          <w:b/>
        </w:rPr>
        <w:t xml:space="preserve">[1:09:45] </w:t>
      </w:r>
      <w:r>
        <w:t>to ab yahan par dekhiye ke ilm jo hai insan ka yeh ilm hai human knowledge woh base kar rahi thi seen cheezon par observable cheezon par yani atom par woh yeh maan rahe the ke sara jo hai universe of fact jo hai woh atom ka majmooa hai yani observable cheez hai sab kuch</w:t>
      </w:r>
    </w:p>
    <w:p>
      <w:pPr>
        <w:jc w:val="right"/>
      </w:pPr>
      <w:r>
        <w:t>تو اب یہاں پر دیکھیے کہ علم جو ہے انسان کا یہ علم ہے ہیومن نالج وہ بیس کر رہی تھی سین چیزوں پر ابزرویبل چیزوں پر یعنی ایٹم پر وہ یہ مان رہے تھے کہ سارا جو ہے یونیورس آف فیکٹ جو ہے وہ ایٹم کا مجموعہ ہے یعنی ابزرویبل چیز ہے سب کچھ</w:t>
      </w:r>
    </w:p>
    <w:p>
      <w:r>
        <w:rPr>
          <w:b/>
        </w:rPr>
        <w:t xml:space="preserve">[1:10:10] </w:t>
      </w:r>
      <w:r>
        <w:t>is ke muqable mein jo pesh kiya quran ne to woh aise belief the aise aisi baatein thin jo observable nahi thin to un abzar to is ko maine ke observable duniya mein un observable duniya ka message diya gaya ke tum samajhte ho ke fact jo hai woh observable hai lekin nahi fact un observable hai</w:t>
      </w:r>
    </w:p>
    <w:p>
      <w:pPr>
        <w:jc w:val="right"/>
      </w:pPr>
      <w:r>
        <w:t>اس کے مقابلے میں جو پیش کیا قرآن نے تو وہ ایسے بیلیف تھے ایسے ایسی باتیں تھیں جو ابزرویبل نہیں تھیں تو ان ابزرو تو اس کو میں نے کہ ابزرویبل دنیا میں ان ابزرویبل دنیا کا میسج دیا گیا کہ تم سمجھتے ہو کہ فیکٹ جو ہے وہ ابزرویبل ہے لیکن نہیں فیکٹ ان ابزرویبل ہے</w:t>
      </w:r>
    </w:p>
    <w:p>
      <w:r>
        <w:rPr>
          <w:b/>
        </w:rPr>
        <w:t xml:space="preserve">[1:10:38] </w:t>
      </w:r>
      <w:r>
        <w:t>ab yeh bilkul hi yani contradiction tha ilm insani mein aur ilm quraani mein ilm insani mein aur ilm quraani mein contradiction tha yeh charcha hazar saal tak chalta raha yeh yeh contradiction hazar saal tak chalta raha log yeh samajhte rahe ke quran ka jo belief system hai ya quran ka jo ideology hai woh ideology ilm insani se proof nahi ho sakti</w:t>
      </w:r>
    </w:p>
    <w:p>
      <w:pPr>
        <w:jc w:val="right"/>
      </w:pPr>
      <w:r>
        <w:t>اب یہ بالکل ہی یعنی کنٹراڈکشن تھا علم انسانی میں اور علم قرآنی میں علم انسانی میں اور علم قرآنی میں کنٹراڈکشن تھا یہ چرچہ ہزار سال تک چلتا رہا یہ یہ کنٹراڈکشن ہزار سال تک چلتا رہا لوگ یہ سمجھتے رہے کہ قرآن کا جو بیلیف سسٹم ہے یا قرآن کا جو ائیڈیالوجی ہے وہ ائیڈیالوجی علم انسانی سے پروف نہیں ہو سکتی</w:t>
      </w:r>
    </w:p>
    <w:p>
      <w:r>
        <w:rPr>
          <w:b/>
        </w:rPr>
        <w:t xml:space="preserve">[1:11:07] </w:t>
      </w:r>
      <w:r>
        <w:t>jo human knowledge se is ko proof nahi kiya sakta kyunke human knowledge base karti hai observable cheezon par aur yahan par sab kuch un observable hai na dikhai dene wala lekin jab aisa hua yani yeh aap jante hain ke is se pehle yani einstein se pehle sari research insan jo chalti thi woh micro world pe chalti thi</w:t>
      </w:r>
    </w:p>
    <w:p>
      <w:pPr>
        <w:jc w:val="right"/>
      </w:pPr>
      <w:r>
        <w:t>جو ہیومن نالج سے اس کو پروف نہیں کیا سکتا کیونکہ ہیومن نالج بیس کرتی ہے ابزرویبل چیزوں پر اور یہاں پر سب کچھ ان ابزرویبل ہے نہ دکھائی دینے والا لیکن جب ایسا ہوا یعنی یہ آپ جانتے ہیں کہ اس سے پہلے یعنی ائنسٹین سے پہلے ساری ریسرچ انسان جو چلتی تھی وہ مائیکرو ورلڈ پہ چلتی تھی</w:t>
      </w:r>
    </w:p>
    <w:p>
      <w:r>
        <w:rPr>
          <w:b/>
        </w:rPr>
        <w:t xml:space="preserve">[1:11:34] </w:t>
      </w:r>
      <w:r>
        <w:t>lekin jab atom toot gaya to sari research kahan pahunch gayi micro world pe pahunch gayi to micro world jo tha woh observable tha lekin micro world jo hai observable nahi hai kyunke yahan pe to wahi hai jo mein ne arz kiya ke un yani yeh un observable dance of electron ban gaya jo observable nahi hai</w:t>
      </w:r>
    </w:p>
    <w:p>
      <w:pPr>
        <w:jc w:val="right"/>
      </w:pPr>
      <w:r>
        <w:t>لیکن جب ایٹم ٹوٹ گیا تو ساری ریسرچ کہاں پہنچ گئی مائیکرو ورلڈ پہ پہنچ گئی تو مائیکرو ورلڈ جو تھا وہ ابزرویبل تھا لیکن مائیکرو ورلڈ جو ہے ابزرویبل نہیں ہے کیونکہ یہاں پہ تو وہی ہے جو میں نے عرض کیا کہ ان یعنی یہ ان ابزرویبل ڈانس آف الیکٹران بن گیا جو ابزرویبل نہیں ہے</w:t>
      </w:r>
    </w:p>
    <w:p>
      <w:r>
        <w:rPr>
          <w:b/>
        </w:rPr>
        <w:t xml:space="preserve">[1:12:01] </w:t>
      </w:r>
      <w:r>
        <w:t>to sari cheezein jo hain pehle samajhte the log ke atom ka ke atom se bani hain to samjha jata tha ke cheezein observable hain lekin jab atom toot gaya aur reduce hokar electron ban gaya to woh observable nahi raha ab is ki wajah se logic mein ek bohat bada change aaya logic mein logic mein</w:t>
      </w:r>
    </w:p>
    <w:p>
      <w:pPr>
        <w:jc w:val="right"/>
      </w:pPr>
      <w:r>
        <w:t>تو ساری چیزیں جو ہیں پہلے سمجھتے تھے لوگ کہ ایٹم کا کہ ایٹم سے بنی ہیں تو سمجھا جاتا تھا کہ چیزیں ابزرویبل ہیں لیکن جب ایٹم ٹوٹ گیا اور ریڈیوس ہو کر الیکٹران بن گیا تو وہ ابزرویبل نہیں رہا اب اس کی وجہ سے لاجک میں ایک بہت بڑا چینج آیا لاجک میں لاجک میں</w:t>
      </w:r>
    </w:p>
    <w:p>
      <w:r>
        <w:rPr>
          <w:b/>
        </w:rPr>
        <w:t xml:space="preserve">[1:12:29] </w:t>
      </w:r>
      <w:r>
        <w:t>woh kya is se pehle logic jo hai yeh thi jo jis ko kehte hain logical positivism ki philosophy jo thi woh sara ka sara is ka base is par tha ke wahi cheezein real hain jo dikhai dein to is ka matlab yeh tha ke logic jo bhi aap qaim karein woh dikhayi dene wali cheezon par qaim hogi</w:t>
      </w:r>
    </w:p>
    <w:p>
      <w:pPr>
        <w:jc w:val="right"/>
      </w:pPr>
      <w:r>
        <w:t>وہ کیا اس سے پہلے لاجک جو ہے یہ تھی جو جس کو کہتے ہیں لاجیکل پوزیٹیوزم کی فلاسفی جو تھی وہ سارا کا سارا اس کا بیس اس پر تھا کہ وہی چیزیں ریل ہیں جو دکھائی دیں تو اس کا مطلب یہ تھا کہ لاجک جو بھی آپ قائم کریں وہ دکھائے دینے والی چیزوں پر قائم ہوگی</w:t>
      </w:r>
    </w:p>
    <w:p>
      <w:r>
        <w:rPr>
          <w:b/>
        </w:rPr>
        <w:t xml:space="preserve">[1:12:55] </w:t>
      </w:r>
      <w:r>
        <w:t>jo jo cheez dikhai na de us par koi logic qaim nahi ho sakti hai to reasoning jo thi woh woh base karti thi dikhai dene wali cheezon par is ka matlab kya hua ke influential argument ko valid nahi mana jata tha pehle direct argument yani jo dikhai de cheez us par jo argument kiya jata tha to us ko mein keh raha hoon direct ar</w:t>
      </w:r>
    </w:p>
    <w:p>
      <w:pPr>
        <w:jc w:val="right"/>
      </w:pPr>
      <w:r>
        <w:t>جو جو چیز دکھائی نہ دے اس پر کوئی لاجک قائم نہیں ہو سکتی ہے تو ریزننگ جو تھی وہ وہ بیس کرتی تھی دکھائی دینے والی چیزوں پر اس کا مطلب کیا ہوا کہ انفلوئنشل ارگیومنٹ کو ویلڈ نہیں مانا جاتا تھا پہلے ڈائریکٹ ارگیومنٹ یعنی جو دکھائی دے چیز اس پر جو ارگیومنٹ کیا جاتا تھا تو اس کو میں کہہ رہا ہوں ڈائریکٹ ار</w:t>
      </w:r>
    </w:p>
    <w:p>
      <w:r>
        <w:rPr>
          <w:b/>
        </w:rPr>
        <w:t xml:space="preserve">[1:13:21] </w:t>
      </w:r>
      <w:r>
        <w:t>gument to direct argument to valid tha lekin influential argument jo hai valid nahi tha kyunke is mein hamein manna padta tha woh cheezein hain jis ko hum dekh nahi rahe hain lekin jab atom split ho gaya jab pata chala ke sari duniya hi electron ka ek ek dance of electron hai to is ka matlab kya hua ke influential argument jo hai woh valid argument ban gaya kyunke electron ko bhi aap bata nahi sakte baghair inference ke</w:t>
      </w:r>
    </w:p>
    <w:p>
      <w:pPr>
        <w:jc w:val="right"/>
      </w:pPr>
      <w:r>
        <w:t>گیومنٹ تو ڈائریکٹ ارگیومنٹ تو ویلڈ تھا لیکن انفلوئنشل ارگیومنٹ جو ہے ویلڈ نہیں تھا کیونکہ اس میں ہمیں ماننا پڑتا تھا وہ چیزیں ہیں جس کو ہم دیکھ نہیں رہے ہیں لیکن جب ایٹم اسپلٹ ہو گیا جب پتہ چلا کہ ساری دنیا ہی الیکٹران کا ایک ایک ڈانس آف الیکٹران ہے تو اس کا مطلب کیا ہوا کہ انفلوئنشل ارگیومنٹ جو ہے وہ ویلڈ ارگیومنٹ بن گیا کیونکہ الیکٹران کو بھی آپ بتا نہیں سکتے بغیر انفرنس کے</w:t>
      </w:r>
    </w:p>
    <w:p>
      <w:r>
        <w:rPr>
          <w:b/>
        </w:rPr>
        <w:t xml:space="preserve">[1:13:50] </w:t>
      </w:r>
      <w:r>
        <w:t>agar aap yeh yeh batana chahein ke dunya jo hai electron proton ka majmooa hai to aap ko</w:t>
      </w:r>
    </w:p>
    <w:p>
      <w:pPr>
        <w:jc w:val="right"/>
      </w:pPr>
      <w:r>
        <w:t>اگر آپ یہ یہ بتانا چاہیں کہ دنیا جو ہے الیکٹران پروٹان کا مجموعہ ہے تو آپ کو</w:t>
      </w:r>
    </w:p>
    <w:p>
      <w:r>
        <w:rPr>
          <w:b/>
        </w:rPr>
        <w:t xml:space="preserve">[1:13:56] </w:t>
      </w:r>
      <w:r>
        <w:t>influential argument ka ka sahara lena parta hai kyunke wahan par dekh saktay nahin aap is ko observation</w:t>
      </w:r>
    </w:p>
    <w:p>
      <w:pPr>
        <w:jc w:val="right"/>
      </w:pPr>
      <w:r>
        <w:t>انفلوئنشل ارگیومنٹ کا کا سہارا لینا پڑتا ہے کیونکہ وہاں پر دیکھ سکتے نہیں آپ اس کو ابزرویشن</w:t>
      </w:r>
    </w:p>
    <w:p>
      <w:r>
        <w:rPr>
          <w:b/>
        </w:rPr>
        <w:t xml:space="preserve">[1:14:05] </w:t>
      </w:r>
      <w:r>
        <w:t>ko aata nahin hai woh aap tol nahin saktay is ko measure nahin kar saktay is ko napnay</w:t>
      </w:r>
    </w:p>
    <w:p>
      <w:pPr>
        <w:jc w:val="right"/>
      </w:pPr>
      <w:r>
        <w:t>کو آتا نہیں ہے وہ آپ تول نہیں سکتے اس کو میژر نہیں کر سکتے اس کو ناپنے</w:t>
      </w:r>
    </w:p>
    <w:p>
      <w:r>
        <w:rPr>
          <w:b/>
        </w:rPr>
        <w:t xml:space="preserve">[1:14:10] </w:t>
      </w:r>
      <w:r>
        <w:t>aur tolne ki language mein aap bayan nahin kar saktay</w:t>
      </w:r>
    </w:p>
    <w:p>
      <w:pPr>
        <w:jc w:val="right"/>
      </w:pPr>
      <w:r>
        <w:t>اور تولنے کی لینگویج میں آپ بیان نہیں کر سکتے</w:t>
      </w:r>
    </w:p>
    <w:p>
      <w:r>
        <w:rPr>
          <w:b/>
        </w:rPr>
        <w:t xml:space="preserve">[1:14:14] </w:t>
      </w:r>
      <w:r>
        <w:t>to is mani kuch effect ko le kar ke aap inference karte hain</w:t>
      </w:r>
    </w:p>
    <w:p>
      <w:pPr>
        <w:jc w:val="right"/>
      </w:pPr>
      <w:r>
        <w:t>تو اس معنی کچھ ایفیکٹ کو لے کر کے آپ انفرنس کرتے ہیں</w:t>
      </w:r>
    </w:p>
    <w:p>
      <w:r>
        <w:rPr>
          <w:b/>
        </w:rPr>
        <w:t xml:space="preserve">[1:14:20] </w:t>
      </w:r>
      <w:r>
        <w:t>kuch effect jaise ke x ray machine mein aap jayein to wahan par aadmi aap khada karega aap ko ek switch dabayega to aap dekhein ke aap ka photo aa gaya lekin kaise photo aa gaya is machine aur aap ke mein jo distance hai wahan to vacuum dikhai parta hai machine yahan hai wahan us ne switch d</w:t>
      </w:r>
    </w:p>
    <w:p>
      <w:pPr>
        <w:jc w:val="right"/>
      </w:pPr>
      <w:r>
        <w:t>کچھ ایفیکٹ جیسے کہ ایکس رے مشین میں آپ جائیں تو وہاں پر آدمی آپ کھڑا کرے گا آپ کو ایک سوئچ دبائے گا تو آپ دیکھیں کہ آپ کا فوٹو آ گیا لیکن کیسے فوٹو آ گیا اس مشین اور آپ کے میں جو ڈسٹنس ہے وہاں تو ویکوم دکھائی پڑتا ہے مشین یہاں ہے وہاں اس نے سوئچ د</w:t>
      </w:r>
    </w:p>
    <w:p>
      <w:r>
        <w:rPr>
          <w:b/>
        </w:rPr>
        <w:t xml:space="preserve">[1:14:45] </w:t>
      </w:r>
      <w:r>
        <w:t>abai aap yahan khade hain aur is ke baad aap aap ka photo aa gaya is par ek plate par to yeh kaise hua aisa to mana jata hai ke unseen rays ke zariye hua kyunke woh unseen thin koi naam nahi de sakte the use kaha gaya x rays x rays is ka naam de diya gaya x x rays koi matlab nahi hai</w:t>
      </w:r>
    </w:p>
    <w:p>
      <w:pPr>
        <w:jc w:val="right"/>
      </w:pPr>
      <w:r>
        <w:t>بائی آپ یہاں کھڑے ہیں اور اس کے بعد آپ آپ کا فوٹو آ گیا اس پر ایک پلیٹ پر تو یہ کیسے ہوا ایسا تو مانا جاتا ہے کہ ان سین ریز کے ذریعے ہوا کیونکہ وہ ان سین تھیں کوئی نام نہیں دے سکتے تھے اسے کہا گیا ایکس ریز ایکس ریز اس کا نام دے دیا گیا ایکس ایکس ریز کوئی مطلب نہیں ہے</w:t>
      </w:r>
    </w:p>
    <w:p>
      <w:r>
        <w:rPr>
          <w:b/>
        </w:rPr>
        <w:t xml:space="preserve">[1:15:12] </w:t>
      </w:r>
      <w:r>
        <w:t>to ab chunke aisi cheezein hamare jananay mein aayin jo dikhaye nahin deti phir bhi woh hain woh</w:t>
      </w:r>
    </w:p>
    <w:p>
      <w:pPr>
        <w:jc w:val="right"/>
      </w:pPr>
      <w:r>
        <w:t>تو اب چونکہ ایسی چیزیں ہمارے جاننے میں آئیں جو دکھائے نہیں دیتی پھر بھی وہ ہیں وہ</w:t>
      </w:r>
    </w:p>
    <w:p>
      <w:r>
        <w:rPr>
          <w:b/>
        </w:rPr>
        <w:t xml:space="preserve">[1:15:18] </w:t>
      </w:r>
      <w:r>
        <w:t>exist kar rahi hain ke hum rays ko dekh nahin rahe hain x x rays ko lekin is</w:t>
      </w:r>
    </w:p>
    <w:p>
      <w:pPr>
        <w:jc w:val="right"/>
      </w:pPr>
      <w:r>
        <w:t>ایگزسٹ کر رہی ہیں کہ ہم ریز کو دیکھ نہیں رہے ہیں ایکس ایکس ریز کو لیکن اس</w:t>
      </w:r>
    </w:p>
    <w:p>
      <w:r>
        <w:rPr>
          <w:b/>
        </w:rPr>
        <w:t xml:space="preserve">[1:15:23] </w:t>
      </w:r>
      <w:r>
        <w:t>ka effect wahan par plate par aa raha hai</w:t>
      </w:r>
    </w:p>
    <w:p>
      <w:pPr>
        <w:jc w:val="right"/>
      </w:pPr>
      <w:r>
        <w:t>کا ایفیکٹ وہاں پر پلیٹ پر آ رہا ہے</w:t>
      </w:r>
    </w:p>
    <w:p>
      <w:r>
        <w:rPr>
          <w:b/>
        </w:rPr>
        <w:t xml:space="preserve">[1:15:27] </w:t>
      </w:r>
      <w:r>
        <w:t>is tarah se</w:t>
      </w:r>
    </w:p>
    <w:p>
      <w:pPr>
        <w:jc w:val="right"/>
      </w:pPr>
      <w:r>
        <w:t>اس طرح سے</w:t>
      </w:r>
    </w:p>
    <w:p>
      <w:r>
        <w:rPr>
          <w:b/>
        </w:rPr>
        <w:t xml:space="preserve">[1:15:29] </w:t>
      </w:r>
      <w:r>
        <w:t>yani effect ko dekh kar ke</w:t>
      </w:r>
    </w:p>
    <w:p>
      <w:pPr>
        <w:jc w:val="right"/>
      </w:pPr>
      <w:r>
        <w:t>یعنی ایفیکٹ کو دیکھ کر کے</w:t>
      </w:r>
    </w:p>
    <w:p>
      <w:r>
        <w:rPr>
          <w:b/>
        </w:rPr>
        <w:t xml:space="preserve">[1:15:33] </w:t>
      </w:r>
      <w:r>
        <w:t>is par is ko prove karna effect ko dekh kar ke istadlal karna yeh hai influential argument</w:t>
      </w:r>
    </w:p>
    <w:p>
      <w:pPr>
        <w:jc w:val="right"/>
      </w:pPr>
      <w:r>
        <w:t>اس پر اس کو پروف کرنا ایفیکٹ کو دیکھ کر کے استدلال کرنا یہ ہے انفلوئنشل ارگیومنٹ</w:t>
      </w:r>
    </w:p>
    <w:p>
      <w:r>
        <w:rPr>
          <w:b/>
        </w:rPr>
        <w:t xml:space="preserve">[1:15:42] </w:t>
      </w:r>
      <w:r>
        <w:t>to influential argument ko science mein valid maan liya gaya kyun agar na maane valid to sari science hi khatam ho jati hai agar scientist insist kare ke main inference ko nahin manta main direct argument hi ko manunga to sari science ko lapet dena parega to is zamane ki jo modern science hai woh sab base kar rahi hai influential argument par ab dekhiye ke aap peeche jaiye aap</w:t>
      </w:r>
    </w:p>
    <w:p>
      <w:pPr>
        <w:jc w:val="right"/>
      </w:pPr>
      <w:r>
        <w:t>تو انفلوئنشل ارگیومنٹ کو سائنس میں ویلڈ مان لیا گیا کیوں اگر نہ مانے ویلڈ تو ساری سائنس ہی ختم ہو جاتی ہے اگر سائنٹسٹ انسسٹ کرے کہ میں انفرنس کو نہیں مانتا میں ڈائریکٹ ارگیومنٹ ہی کو مانوں گا تو ساری سائنس کو لپیٹ دینا پڑے گا تو اس زمانے کی جو ماڈرن سائنس ہے وہ سب بیس کر رہی ہے انفلوئنشل ارگیومنٹ پر اب دیکھیے کہ آپ پیچھے جائیے آپ</w:t>
      </w:r>
    </w:p>
    <w:p>
      <w:r>
        <w:rPr>
          <w:b/>
        </w:rPr>
        <w:t xml:space="preserve">[1:16:11] </w:t>
      </w:r>
      <w:r>
        <w:t>jis zamanay mein quran utra</w:t>
      </w:r>
    </w:p>
    <w:p>
      <w:pPr>
        <w:jc w:val="right"/>
      </w:pPr>
      <w:r>
        <w:t>جس زمانے میں قرآن اترا</w:t>
      </w:r>
    </w:p>
    <w:p>
      <w:r>
        <w:rPr>
          <w:b/>
        </w:rPr>
        <w:t xml:space="preserve">[1:16:14] </w:t>
      </w:r>
      <w:r>
        <w:t>tab kya zamana tha woh yeh zamana tha ke cheezein jo hain apni aakhri nature material hain is</w:t>
      </w:r>
    </w:p>
    <w:p>
      <w:pPr>
        <w:jc w:val="right"/>
      </w:pPr>
      <w:r>
        <w:t>تب کیا زمانہ تھا وہ یہ زمانہ تھا کہ چیزیں جو ہیں اپنی آخری نیچر مٹیریل ہیں اس</w:t>
      </w:r>
    </w:p>
    <w:p>
      <w:r>
        <w:rPr>
          <w:b/>
        </w:rPr>
        <w:t xml:space="preserve">[1:16:22] </w:t>
      </w:r>
      <w:r>
        <w:t>liye direct argument hi valid argument hai lekin ilm ka zariya aage barha barhtay barhtay wahan pohanch gaya</w:t>
      </w:r>
    </w:p>
    <w:p>
      <w:pPr>
        <w:jc w:val="right"/>
      </w:pPr>
      <w:r>
        <w:t>لیے ڈائریکٹ ارگیومنٹ ہی ویلڈ ارگیومنٹ ہے لیکن علم کا ذریعہ آگے بڑھا بڑھتے بڑھتے وہاں پہنچ گیا</w:t>
      </w:r>
    </w:p>
    <w:p>
      <w:r>
        <w:rPr>
          <w:b/>
        </w:rPr>
        <w:t xml:space="preserve">[1:16:28] </w:t>
      </w:r>
      <w:r>
        <w:t>yeh pata chala</w:t>
      </w:r>
    </w:p>
    <w:p>
      <w:pPr>
        <w:jc w:val="right"/>
      </w:pPr>
      <w:r>
        <w:t>یہ پتہ چلا</w:t>
      </w:r>
    </w:p>
    <w:p>
      <w:r>
        <w:rPr>
          <w:b/>
        </w:rPr>
        <w:t xml:space="preserve">[1:16:31] </w:t>
      </w:r>
      <w:r>
        <w:t>keh nahin cheezein</w:t>
      </w:r>
    </w:p>
    <w:p>
      <w:pPr>
        <w:jc w:val="right"/>
      </w:pPr>
      <w:r>
        <w:t>کہ نہیں چیزیں</w:t>
      </w:r>
    </w:p>
    <w:p>
      <w:r>
        <w:rPr>
          <w:b/>
        </w:rPr>
        <w:t xml:space="preserve">[1:16:34] </w:t>
      </w:r>
      <w:r>
        <w:t>aakhri is mein material nahin hai aakhri mein electron proton hai jo observable nahin hai woh</w:t>
      </w:r>
    </w:p>
    <w:p>
      <w:pPr>
        <w:jc w:val="right"/>
      </w:pPr>
      <w:r>
        <w:t>آخری اس میں مٹیریل نہیں ہے آخری میں الیکٹران پروٹان ہے جو ابزرویبل نہیں ہے وہ</w:t>
      </w:r>
    </w:p>
    <w:p>
      <w:r>
        <w:rPr>
          <w:b/>
        </w:rPr>
        <w:t xml:space="preserve">[1:16:41] </w:t>
      </w:r>
      <w:r>
        <w:t>to us waqt ilmi daleel nahin qaim ho sakti thi quran ke upar kyunke woh available nahin thi ilmi daleel is is pichli tareekh ke mutabiq ab jo zamana aa gaya ilmi daleel available ho gayi ilmi reasoning available ho gaya kyunke science mein bhi aur insani jo ilm hai is mein bhi influential argument ko valid mana ja chuka hai aur wohi argument available hai quran mein ya islam mein</w:t>
      </w:r>
    </w:p>
    <w:p>
      <w:pPr>
        <w:jc w:val="right"/>
      </w:pPr>
      <w:r>
        <w:t>تو اس وقت علمی دلیل نہیں قائم ہو سکتی تھی قرآن کے اوپر کیونکہ وہ اویلیبل نہیں تھی علمی دلیل اس اس پچھلی تاریخ کے مطابق اب جو زمانہ آ گیا علمی دلیل اویلیبل ہو گئی علمی ریزننگ اویلیبل ہو گیا کیونکہ سائنس میں بھی اور انسانی جو علم ہے اس میں بھی انفلوئنشل ارگیومنٹ کو ویلڈ مانا جا چکا ہے اور وہی ارگیومنٹ اویلیبل ہے قرآن میں یا اسلام میں</w:t>
      </w:r>
    </w:p>
    <w:p>
      <w:r>
        <w:rPr>
          <w:b/>
        </w:rPr>
        <w:t xml:space="preserve">[1:17:11] </w:t>
      </w:r>
      <w:r>
        <w:t>to yahan par woh difference khatam ho gaya woh difference khatam ho gaya ab dekhiye ke kitni bari baat hai ke quran ne aelan kiya tha ke cheezen apni aakhri aakhri aitbar se observable nahin hain aur ilm insani keh raha tha ke nahin observable hain lekin jab baat ko agla chapter khula ilm ka agla chapter to maloom hua ke quran ka jo claim tha woh sahi tha</w:t>
      </w:r>
    </w:p>
    <w:p>
      <w:pPr>
        <w:jc w:val="right"/>
      </w:pPr>
      <w:r>
        <w:t>تو یہاں پر وہ ڈیفرنس ختم ہو گیا وہ ڈیفرنس ختم ہو گیا اب دیکھیں کہ کتنی بڑی بات ہے کہ قرآن نے اعلان کیا تھا کہ چیزیں اپنی آخری آخری اعتبار سے ابزرویبل نہیں ہیں اور علم انسانی کہہ رہا تھا کہ نہیں ابزرویبل ہیں لیکن جب بات کو اگلا چیپٹر کھلا علم کا اگلا چیپٹر تو معلوم ہوا کہ قرآن کا جو کلیم تھا وہ صحیح تھا</w:t>
      </w:r>
    </w:p>
    <w:p>
      <w:r>
        <w:rPr>
          <w:b/>
        </w:rPr>
        <w:t xml:space="preserve">[1:17:37] </w:t>
      </w:r>
      <w:r>
        <w:t>cheezen observable nahin hain baghair observation ke humein un ki inference kar ke janna parega agar hum insist karein observation par to hum chunke dekhte nahin is liye hum maan bhi nahin sakte is ko to kitni bari baat hai ke influential argument jo us waqt valid nahin mana jata tha ab is ko valid manna para insan ko aur quran ki baat hi aakhir mein prevail kar gayi kitni bari baat hai yeh</w:t>
      </w:r>
    </w:p>
    <w:p>
      <w:pPr>
        <w:jc w:val="right"/>
      </w:pPr>
      <w:r>
        <w:t>چیزیں ابزرویبل نہیں ہیں بغیر ابزرویشن کے ہمیں ان کی انفرنس کر کے جاننا پڑے گا اگر ہم انسسٹ کریں ابزرویشن پر تو ہم چونکہ دیکھتے نہیں اس لیے ہم مان بھی نہیں سکتے اس کو تو کتنی بڑی بات ہے کہ انفلوئنشل ارگیومنٹ جو اس وقت ویلڈ نہیں مانا جاتا تھا اب اس کو ویلڈ ماننا پڑا انسان کو اور قرآن کی بات ہی آخر میں پریویل کر گئی کتنی بڑی بات ہے یہ</w:t>
      </w:r>
    </w:p>
    <w:p>
      <w:r>
        <w:rPr>
          <w:b/>
        </w:rPr>
        <w:t xml:space="preserve">[1:18:07] </w:t>
      </w:r>
      <w:r>
        <w:t>to is tarah ki bohat sari baaten hain jo yeh prove kar rahi hain ke quran book of god hai kyun book of god hi yani yani khuda hi samajh sakta tha ke history kidhar ja rahi hai history of thought kidhar ja rahi hai yani river of knowledge kidhar beh raha hai river of knowledge jo hai woh aage disprove karega you ya prove karega islam ki sachaiyon ko</w:t>
      </w:r>
    </w:p>
    <w:p>
      <w:pPr>
        <w:jc w:val="right"/>
      </w:pPr>
      <w:r>
        <w:t>تو اس طرح کی بہت ساری باتیں ہیں جو یہ پروف کر رہی ہیں کہ قرآن بک آف گاڈ ہے کیوں بک آف گاڈ ہی یعنی یعنی خدا ہی سمجھ سکتا تھا کہ ہسٹری کدھر جا رہی ہے ہسٹری آف تھاٹ کدھر جا رہی ہے یعنی ریور آف نالج کدھر بہہ رہا ہے ریور آف نالج جو ہے وہ آگے ڈس پروف کرے گا یو یا پروف کرے گا اسلام کی سچائیوں کو</w:t>
      </w:r>
    </w:p>
    <w:p>
      <w:r>
        <w:rPr>
          <w:b/>
        </w:rPr>
        <w:t xml:space="preserve">[1:18:36] </w:t>
      </w:r>
      <w:r>
        <w:t>to river of knowledge kidhar beh raha hai aur yeh history of thought kidhar ja rahi hai peshgi tor par janna in advance jaan lena yeh sirf khuda hi kar sakta tha insan nahin kar sakta tha is liye aisi koi kitab duniya mein maujood nahin hai jis bhi jis jis mein ke yeh quality payi jati ho ke baad ki history is ko prove karti chali jaye is ko reestablish karti chali jaye</w:t>
      </w:r>
    </w:p>
    <w:p>
      <w:pPr>
        <w:jc w:val="right"/>
      </w:pPr>
      <w:r>
        <w:t>تو ریور آف نالج کدھر بہہ رہا ہے اور یہ ہسٹری آف تھاٹ کدھر جا رہی ہے پیشگی طور پر جاننا ان ایڈوانس جان لینا یہ صرف خدا ہی کر سکتا تھا انسان نہیں کر سکتا تھا اس لیے ایسی کوئی کتاب دنیا میں موجود نہیں ہے جس بھی جس جس میں کہ یہ کوالٹی پائی جاتی ہو کہ بعد کی ہسٹری اس کو پروف کرتی چلی جائے اس کو ری اسٹیبلش کرتی چلی جائے</w:t>
      </w:r>
    </w:p>
    <w:p>
      <w:r>
        <w:rPr>
          <w:b/>
        </w:rPr>
        <w:t xml:space="preserve">[1:19:04] </w:t>
      </w:r>
      <w:r>
        <w:t>to is tarah ki bohat sari cheezen hain lekin main samajhta hoon ke jo aadmi sincere ho us ko manna parega ke quran book of god hai jab book of god hai to usi ko apne liye book of guide manna parega usi se apni zindagi ka rasta lena hoga is ke sath koi doosra choice hamare liye nahin hai is ka doosra choice hamein kya karega hum ko destroy karega hamein tabah karega</w:t>
      </w:r>
    </w:p>
    <w:p>
      <w:pPr>
        <w:jc w:val="right"/>
      </w:pPr>
      <w:r>
        <w:t>تو اس طرح کی بہت ساری چیزیں ہیں لیکن میں سمجھتا ہوں کہ جو آدمی سنسیئر ہو اس کو ماننا پڑے گا کہ قرآن بک آف گاڈ ہے جب بک آف گاڈ ہے تو اسی کو اپنے لیے بک آف گائیڈ ماننا پڑے گا اسی سے اپنی زندگی کا راستہ لینا ہوگا اس کے ساتھ کوئی دوسرا چوائس ہمارے لیے نہیں ہے اس کا دوسرا چوائس ہمیں کیا کرے گا ہم کو ڈسٹرائے کرے گا ہمیں تباہ کرے گا</w:t>
      </w:r>
    </w:p>
    <w:p>
      <w:r>
        <w:rPr>
          <w:b/>
        </w:rPr>
        <w:t xml:space="preserve">[1:19:30] </w:t>
      </w:r>
      <w:r>
        <w:t>aqool qawli haza wastaghfirullah li walakum ajmaeen</w:t>
      </w:r>
    </w:p>
    <w:p>
      <w:pPr>
        <w:jc w:val="right"/>
      </w:pPr>
      <w:r>
        <w:t>اقول قولیھذا واستغفراللہ لی ولکم اجمعین</w:t>
      </w:r>
    </w:p>
    <w:p>
      <w:r>
        <w:rPr>
          <w:b/>
        </w:rPr>
        <w:t xml:space="preserve">[1:19:50] </w:t>
      </w:r>
      <w:r>
        <w:t>we have a question here a person has not mentioned his name the question is islam fareb se nijat ka naam hai can you do a special session on this topic covering this in an entirety fareb se nijat ka naam hai kya matlab hai is ka pata nahin hum to samjhe nahin is ka matlab ke islam fareb se main to nahin yeh sentence bola hoon hain what what is</w:t>
      </w:r>
    </w:p>
    <w:p>
      <w:pPr>
        <w:jc w:val="right"/>
      </w:pPr>
      <w:r>
        <w:t>وی ہیو ا کوئسچن ہیر اہ پرسن ہیز ناٹ مینشن ہز نیم دا کوئسچن از اسلام فریب سے نجات کا نام ہے کین یو ڈیوڈ ا سپیشل سیشن ان دس ٹاپک کورنگ دس ان انٹیرٹی فریب سے نجات کا نام ہے کیا مطلب ہے اس کا پتہ نہیں ہم تو سمجھے نہیں اس کا مطلب کہ اسلام فریب سے میں تو نہیں یہ سیننس بولا ہوں ہیں واٹ واٹ از</w:t>
      </w:r>
    </w:p>
    <w:p>
      <w:r>
        <w:rPr>
          <w:b/>
        </w:rPr>
        <w:t xml:space="preserve">[1:20:17] </w:t>
      </w:r>
      <w:r>
        <w:t>this jaise abhi aap ne bataya na ke yeh observable reality and ab un observable reality there are so many other things which we conceive is as a reality there are so many wants that we conceive is our want but those are not want we we been misguided to unless we share those misguided misguided ah faith in us we cannot reach to islam</w:t>
      </w:r>
    </w:p>
    <w:p>
      <w:pPr>
        <w:jc w:val="right"/>
      </w:pPr>
      <w:r>
        <w:t>دس جیسے ابھی آپ نے بتایا نا کہ یہ ابزرویبل ریلیٹی اینڈ اب ان ابزرویبل ریلیٹی دیر ار سو مینی ادر تھنگز وچ وی کنسیو از ایز ا ریلیٹی دیر ار سو مینی وانٹس دیٹ وی کنسیو از اور وانٹ بٹ دوز ار ناٹ وانٹ وی وی بین مس گائیڈ تو انلیس وی شیئر دوز مس گائیڈ مس گائیڈڈ اہ فیتھ ان اس وی کین ناٹ ریچ ٹو اسلام</w:t>
      </w:r>
    </w:p>
    <w:p>
      <w:r>
        <w:rPr>
          <w:b/>
        </w:rPr>
        <w:t xml:space="preserve">[1:20:47] </w:t>
      </w:r>
      <w:r>
        <w:t>and what are the ah cases in islam which ah tells this is belongs to deceit and illusion which are satanic in their jaise god ne adam aur hawa ko bola ke main aap ko jo bol raha hoon wohi aap ka objective lekin woh shaitan ke fareb mein aaye aur unhone woh gandum ko test kiya</w:t>
      </w:r>
    </w:p>
    <w:p>
      <w:pPr>
        <w:jc w:val="right"/>
      </w:pPr>
      <w:r>
        <w:t>اینڈ واٹ ار دا اہ کیسز ان اسلام وچ اہ ٹیلز دس از بیلانگز ٹو ڈیسیٹ اینڈ الیوژن وچ ار سیٹینک ان دیر جیسے گاڈ نے ادم اور حوا کو بولا کہ میں آپ کو جو بول رہا ہوں وہی آپ کا ابجیکٹو لیکن وہ شیطان کے فریب میں ائے اور انہوں نے وہ گندم کو ٹیسٹ کیا</w:t>
      </w:r>
    </w:p>
    <w:p>
      <w:r>
        <w:rPr>
          <w:b/>
        </w:rPr>
        <w:t xml:space="preserve">[1:21:14] </w:t>
      </w:r>
      <w:r>
        <w:t>to shaitan aur khuda mein farq haqeeqat aur fareb ka hi nazar aata hai ke khuda haqeeqat humein batata hai aur shaitan fareb batata hai haan theek main samajh gaya</w:t>
      </w:r>
    </w:p>
    <w:p>
      <w:pPr>
        <w:jc w:val="right"/>
      </w:pPr>
      <w:r>
        <w:t>تو شیطان اور خدا میں فرق حقیقت اور فریب کا ہی نظر اتا ہے کہ خدا حقیقت ہمیں بتاتا ہے اور شیطان فریب بتاتا ہے ہاں ٹھیک میں سمجھ گیا</w:t>
      </w:r>
    </w:p>
    <w:p>
      <w:r>
        <w:rPr>
          <w:b/>
        </w:rPr>
        <w:t xml:space="preserve">[1:21:31] </w:t>
      </w:r>
      <w:r>
        <w:t>quran mein is ke liye jo word aaya hai woh hai tazyeen jis jo jis sense ko aap ne ah bataya hai is mein fareb se usi ke liye aaya hai tazyeen yani galat baat ko beautiful tarike se pesh karna</w:t>
      </w:r>
    </w:p>
    <w:p>
      <w:pPr>
        <w:jc w:val="right"/>
      </w:pPr>
      <w:r>
        <w:t>قرآن میں اس کے لیے جو ورڈ ایا ہے وہ ہے تزعین جس جو جس سینس کو آپ نے اہ بتایا ہے اس میں فریب سے اسی کے لیے ایا ہے تزعین یعنی غلط بات کو بیوٹی فل طریقے سے پیش کرنا</w:t>
      </w:r>
    </w:p>
    <w:p>
      <w:r>
        <w:rPr>
          <w:b/>
        </w:rPr>
        <w:t xml:space="preserve">[1:21:53] </w:t>
      </w:r>
      <w:r>
        <w:t>to quran jo hai sachai ko batata hai aur satan jo hai woh chahta hai ke log sachai se hat jayein dekhein ji hatane ke liye jo karta hai kya woh us ko beautiful wording ke sath pesh karta hai yani justified way mein dekhein insan ka jo mind hai woh justification chahta hai</w:t>
      </w:r>
    </w:p>
    <w:p>
      <w:pPr>
        <w:jc w:val="right"/>
      </w:pPr>
      <w:r>
        <w:t>تو قرآن جو ہے سچائی کو بتاتا ہے اور سیٹن جو ہے وہ چاہتا ہے کہ لوگ سچائی سے ہٹ جائیں دیکھیں جی ہٹانے کے لیے جو کرتا ہے کیا وہ اس کو بیوٹی فل ورڈنگ کے ساتھ پیش کرتا ہے یعنی جسٹیفائیڈ وے میں دیکھیں انسان کا جو مائنڈ ہے وہ جسٹیفیکیشن چاہتا ہے</w:t>
      </w:r>
    </w:p>
    <w:p>
      <w:r>
        <w:rPr>
          <w:b/>
        </w:rPr>
        <w:t xml:space="preserve">[1:22:16] </w:t>
      </w:r>
      <w:r>
        <w:t>man is an explanation seeking animal ke jab tak is ko aap is ke mind ko yeh na batayein ke yeh jo yeh concept hai justified concept hai tab tak koi pakdega nahin is ko usi ko kehte hain tazyeen yani beautification to is beautification se bahar aana ek ek bahut hi mushkil kaam hai yeh khud hi aadmi kar sakta hai koi bahar ka aadmi nahin kar sakta</w:t>
      </w:r>
    </w:p>
    <w:p>
      <w:pPr>
        <w:jc w:val="right"/>
      </w:pPr>
      <w:r>
        <w:t>مین از این ایکسپلینیشن سیکنگ اینیمل کہ جب تک اس کو آپ اس کے مائنڈ کو یہ نہ بتائیں کہ یہ جو یہ کانسیپٹ ہے جسٹیفائیڈ کانسیپٹ ہے تب تک کوئی پکڑے گا نہیں اس کو اسی کو کہتے ہیں تزعین یعنی بیوٹیفیکیشن تو اس بیوٹیفیکیشن سے باہر انا ایک ایک بہت ہی مشکل کام ہے یہ خود ہی ادمی کر سکتا ہے کوئی باہر کا ادمی نہیں کر سکتا</w:t>
      </w:r>
    </w:p>
    <w:p>
      <w:r>
        <w:rPr>
          <w:b/>
        </w:rPr>
        <w:t xml:space="preserve">[1:22:45] </w:t>
      </w:r>
      <w:r>
        <w:t>keh shaitan jo beautify karta hai wrong ideas ko toh insaan ka mind is ko pakad leta hai</w:t>
      </w:r>
    </w:p>
    <w:p>
      <w:pPr>
        <w:jc w:val="right"/>
      </w:pPr>
      <w:r>
        <w:t>کہ شیطان جو بیوٹیفائی کرتا ہے رانگ ائیڈیاز کو تو انسان کا مائنڈ اس کو پکڑ لیتا ہے</w:t>
      </w:r>
    </w:p>
    <w:p>
      <w:r>
        <w:rPr>
          <w:b/>
        </w:rPr>
        <w:t xml:space="preserve">[1:22:53] </w:t>
      </w:r>
      <w:r>
        <w:t>aadmi khud hi aisa kar sakta hai keh woh is ko</w:t>
      </w:r>
    </w:p>
    <w:p>
      <w:pPr>
        <w:jc w:val="right"/>
      </w:pPr>
      <w:r>
        <w:t>ادمی خود ہی ایسا کر سکتا ہے کہ وہ اس کو</w:t>
      </w:r>
    </w:p>
    <w:p>
      <w:r>
        <w:rPr>
          <w:b/>
        </w:rPr>
        <w:t xml:space="preserve">[1:22:57] </w:t>
      </w:r>
      <w:r>
        <w:t>yaani pehchaane jaise mein ek misaal deta hoon aaj kal jitne yeh ladke hain boy and girls woh</w:t>
      </w:r>
    </w:p>
    <w:p>
      <w:pPr>
        <w:jc w:val="right"/>
      </w:pPr>
      <w:r>
        <w:t>یعنی پہچانے جیسے میں ایک مثال دیتا ہوں اج کل جتنے یہ لڑکے ہیں بوائے اینڈ گرلز وہ</w:t>
      </w:r>
    </w:p>
    <w:p>
      <w:r>
        <w:rPr>
          <w:b/>
        </w:rPr>
        <w:t xml:space="preserve">[1:23:04] </w:t>
      </w:r>
      <w:r>
        <w:t>sab ke sab ek ek ek fareb mein mubtala hain woh fareb kya hai freedom hum ko freedom</w:t>
      </w:r>
    </w:p>
    <w:p>
      <w:pPr>
        <w:jc w:val="right"/>
      </w:pPr>
      <w:r>
        <w:t>سب کے سب ایک ایک ایک فریب میں مبتلا ہیں وہ فریب کیا ہے فریڈم ہم کو فریڈم</w:t>
      </w:r>
    </w:p>
    <w:p>
      <w:r>
        <w:rPr>
          <w:b/>
        </w:rPr>
        <w:t xml:space="preserve">[1:23:11] </w:t>
      </w:r>
      <w:r>
        <w:t>chahiye yeh ek jhoota word hai</w:t>
      </w:r>
    </w:p>
    <w:p>
      <w:pPr>
        <w:jc w:val="right"/>
      </w:pPr>
      <w:r>
        <w:t>چاہیے یہ ایک جھوٹا ورڈ ہے</w:t>
      </w:r>
    </w:p>
    <w:p>
      <w:r>
        <w:rPr>
          <w:b/>
        </w:rPr>
        <w:t xml:space="preserve">[1:23:16] </w:t>
      </w:r>
      <w:r>
        <w:t>sare jitne duniya bhar mein jitne bhi ladke milenge aap ko ladke ladkiyan sab ka fareb kya hai freedom freedom freedom dekhein asal asal cheez freedom nahin hai asal cheez freedom asal cheez hai apne mind ko unfold karna aap freedom le kar ke ho ha karein zindagi bhar to kya mila aap ko yani freedom liya aap ne aap pachas baras tak zinda rahe ho ha karte rahe to mila kya aap ko</w:t>
      </w:r>
    </w:p>
    <w:p>
      <w:pPr>
        <w:jc w:val="right"/>
      </w:pPr>
      <w:r>
        <w:t>سارے جتنے دنیا بھر میں جتنے بھی لڑکے ملیں گے اپ کو لڑکے لڑکیاں سب کا فریب کیا ہے فریڈم فریڈم فریڈم دیکھیں اصل اصل چیز فریڈم نہیں ہے اصل چیز فریڈم اصل چیز ہے اپنے مائنڈ کو انفولڈ کرنا اپ فریڈم لے کر کے ہوہا کریں زندگی بھر تو کیا ملا اپ کو یعنی فریڈم لیا اپ نے اپ پچاس برس تک زندہ رہے ہوہا کرتے رہے تو ملا کیا اپ کو</w:t>
      </w:r>
    </w:p>
    <w:p>
      <w:r>
        <w:rPr>
          <w:b/>
        </w:rPr>
        <w:t xml:space="preserve">[1:23:45] </w:t>
      </w:r>
      <w:r>
        <w:t>to jaanchiye result se yani freedom culture se kya mila is ko dekhiye kya aap apne mind ko unfold kar paye jaisa ke maine arz kiya apni is speech mein har aadmi aadmi har moment mein ya to apne aap ko creative mind banata hai ya uncreative mind banata hai</w:t>
      </w:r>
    </w:p>
    <w:p>
      <w:pPr>
        <w:jc w:val="right"/>
      </w:pPr>
      <w:r>
        <w:t>تو جانچیے رزلٹ سے یعنی فریڈم کلچر سے کیا ملا اس کو دیکھیے کیا اپ اپنے مائنڈ کو انفولڈ کر پائے جیسا کہ میں نے عرض کیا اپنی اس سپیچ میں ہر ادمی ادمی ہر مومنٹ میں یا تو اپنے اپ کو کریٹیو مائنڈ بناتا ہے یا ان کریٹیو مائنڈ بناتا ہے</w:t>
      </w:r>
    </w:p>
    <w:p>
      <w:r>
        <w:rPr>
          <w:b/>
        </w:rPr>
        <w:t xml:space="preserve">[1:24:13] </w:t>
      </w:r>
      <w:r>
        <w:t>har moment ek process hai jo har subah sham aadmi ke andar jari rehta hai is se jaanchiye yani aap freedom ke criteria se mat jaanchiye is se jaanchiye kya meri creativity barh rahi hai ya un creativity barh rahi hai yani freedom absolute sense mein le liya hai aaj kal ke logon ne ke bas freedom ho jaye sab kuch hai</w:t>
      </w:r>
    </w:p>
    <w:p>
      <w:pPr>
        <w:jc w:val="right"/>
      </w:pPr>
      <w:r>
        <w:t>ہر مومنٹ ایک پروسیس ہے جو ہر صبح شام ادمی کے اندر جاری رہتا ہے اس سے جانچیے یعنی اپ فریڈم کے کرائٹیریا سے مت جانچیے اس سے جانچیے کیا میری کریٹیوٹی بڑھ رہی ہے یا ان کریٹیوٹی بڑھ رہی ہے یعنی فریڈم ایبسولیوٹ سینس میں لے لیا ہے اج کل کے لوگوں نے کہ بس فریڈم ہو جائے سب کچھ ہے</w:t>
      </w:r>
    </w:p>
    <w:p>
      <w:r>
        <w:rPr>
          <w:b/>
        </w:rPr>
        <w:t xml:space="preserve">[1:24:39] </w:t>
      </w:r>
      <w:r>
        <w:t>mean yaani yaani mind develop kar raha hai toh sab kuch hai intellectual development ho raha hai toh</w:t>
      </w:r>
    </w:p>
    <w:p>
      <w:pPr>
        <w:jc w:val="right"/>
      </w:pPr>
      <w:r>
        <w:t>مین یعنی یعنی مائنڈ ڈیولپ کر رہا ہے تو سب کچھ ہے انٹلیکچول ڈیولپمنٹ ہو رہا ہے تو</w:t>
      </w:r>
    </w:p>
    <w:p>
      <w:r>
        <w:rPr>
          <w:b/>
        </w:rPr>
        <w:t xml:space="preserve">[1:24:45] </w:t>
      </w:r>
      <w:r>
        <w:t>sab kuch hai woh</w:t>
      </w:r>
    </w:p>
    <w:p>
      <w:pPr>
        <w:jc w:val="right"/>
      </w:pPr>
      <w:r>
        <w:t>سب کچھ ہے وہ</w:t>
      </w:r>
    </w:p>
    <w:p>
      <w:r>
        <w:rPr>
          <w:b/>
        </w:rPr>
        <w:t xml:space="preserve">[1:24:48] </w:t>
      </w:r>
      <w:r>
        <w:t>toh yeh jo yaani criteria galat le liya aaj kal ladkon ne ladkon ladke dono ne bas ho haa</w:t>
      </w:r>
    </w:p>
    <w:p>
      <w:pPr>
        <w:jc w:val="right"/>
      </w:pPr>
      <w:r>
        <w:t>تو یہ جو یعنی کرائٹیریا غلط لے لیا اج کل لڑکوں نے لڑکوں لڑکے دونوں نے بس ہوہا</w:t>
      </w:r>
    </w:p>
    <w:p>
      <w:r>
        <w:rPr>
          <w:b/>
        </w:rPr>
        <w:t xml:space="preserve">[1:24:53] </w:t>
      </w:r>
      <w:r>
        <w:t>karenge samajhte hain keh freedom toh mili hui hai hum ko</w:t>
      </w:r>
    </w:p>
    <w:p>
      <w:pPr>
        <w:jc w:val="right"/>
      </w:pPr>
      <w:r>
        <w:t>کریں گے سمجھتے ہیں کہ فریڈم تو ملی ہوئی ہے ہم کو</w:t>
      </w:r>
    </w:p>
    <w:p>
      <w:r>
        <w:rPr>
          <w:b/>
        </w:rPr>
        <w:t xml:space="preserve">[1:24:57] </w:t>
      </w:r>
      <w:r>
        <w:t>aur apne parent ko manenge nahin kyunke parent ko kuch log kuch rok tok karte hain ek</w:t>
      </w:r>
    </w:p>
    <w:p>
      <w:pPr>
        <w:jc w:val="right"/>
      </w:pPr>
      <w:r>
        <w:t>اور اپنے پیرنٹ کو مانیں گے نہیں کیونکہ پیرنٹ کو کچھ لوگ کچھ روک ٹوک کرتے ہیں ایک</w:t>
      </w:r>
    </w:p>
    <w:p>
      <w:r>
        <w:rPr>
          <w:b/>
        </w:rPr>
        <w:t xml:space="preserve">[1:25:03] </w:t>
      </w:r>
      <w:r>
        <w:t>bahut ajeeb hadith hai jo is baat ka proof hai keh prophet Muhammad sach much prophet the</w:t>
      </w:r>
    </w:p>
    <w:p>
      <w:pPr>
        <w:jc w:val="right"/>
      </w:pPr>
      <w:r>
        <w:t>بہت عجیب حدیث ہے جو اس بات کا پروف ہے کہ پرافٹ محمد سچ مچ پرافٹ تھے</w:t>
      </w:r>
    </w:p>
    <w:p>
      <w:r>
        <w:rPr>
          <w:b/>
        </w:rPr>
        <w:t xml:space="preserve">[1:25:10] </w:t>
      </w:r>
      <w:r>
        <w:t>woh yeh hai ke ek zamana aaye ga aap sochiye ke jab prophet aaye the tab maa baap ko pooja jata tha maa baap ko poocha jata tha is zamane mein koi yani soch bhi sakta tha ke maa baap se alag chala chala jaye jo maa baap kahein de wahi karna hai jo keh de wahi karna hai aap.</w:t>
      </w:r>
    </w:p>
    <w:p>
      <w:pPr>
        <w:jc w:val="right"/>
      </w:pPr>
      <w:r>
        <w:t>وہ یہ ہے کہ ایک زمانہ ائے گا اپ سوچیں کہ جب پرافٹ ائے تھے تب ماں باپ کو پوجا جاتا تھا ماں باپ کو پوچھا جاتا تھا اس زمانے میں کوئی یعنی سوچ بھی سکتا تھا کہ ماں باپ سے الگ چلا چلا جائے جو ماں باپ کہیں دے وہی کرنا ہے جو کہہ دے وہی کرنا ہے اپ.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