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Diaspora January 9, 2007</w:t>
      </w:r>
    </w:p>
    <w:p>
      <w:r>
        <w:t>https://youtu.be/kP8FzUSQWW0</w:t>
      </w:r>
    </w:p>
    <w:p>
      <w:r>
        <w:rPr>
          <w:b/>
        </w:rPr>
        <w:t xml:space="preserve">[00:29] </w:t>
      </w:r>
      <w:r>
        <w:t>I would like to say a few words about Muslims in diaspora.</w:t>
      </w:r>
    </w:p>
    <w:p>
      <w:pPr>
        <w:jc w:val="right"/>
      </w:pPr>
      <w:r>
        <w:t>I would like to say a few words about Muslims in diaspora.</w:t>
      </w:r>
    </w:p>
    <w:p>
      <w:r>
        <w:rPr>
          <w:b/>
        </w:rPr>
        <w:t xml:space="preserve">[00:40] </w:t>
      </w:r>
      <w:r>
        <w:t>diaspora ka literal tor par matlab hai living in exile</w:t>
      </w:r>
    </w:p>
    <w:p>
      <w:pPr>
        <w:jc w:val="right"/>
      </w:pPr>
      <w:r>
        <w:t>ڈائسپورا کا literal طور پر مطلب ہے living in exile</w:t>
      </w:r>
    </w:p>
    <w:p>
      <w:r>
        <w:rPr>
          <w:b/>
        </w:rPr>
        <w:t xml:space="preserve">[00:49] </w:t>
      </w:r>
      <w:r>
        <w:t>, yaani woh log jo apne watan ko chhod kar bahar chale gaye aur bahar settle ho gaye.</w:t>
      </w:r>
    </w:p>
    <w:p>
      <w:pPr>
        <w:jc w:val="right"/>
      </w:pPr>
      <w:r>
        <w:t>، یعنی وہ لوگ جو اپنے وطن کو چھوڑ کر باہر چلے گئے اور باہر settle ہو گئے۔</w:t>
      </w:r>
    </w:p>
    <w:p>
      <w:r>
        <w:rPr>
          <w:b/>
        </w:rPr>
        <w:t xml:space="preserve">[00:59] </w:t>
      </w:r>
      <w:r>
        <w:t>to aise logon ko kaha jata hai diaspora, yaani immigrants ka word hi bola jata hai, aap jante hain, immigrants.</w:t>
      </w:r>
    </w:p>
    <w:p>
      <w:pPr>
        <w:jc w:val="right"/>
      </w:pPr>
      <w:r>
        <w:t>تو ایسے لوگوں کو کہا جاتا ہے ڈائسپورا، یعنی immigrants کا word ہی بولا جاتا ہے، آپ جانتے ہیں، immigrants۔</w:t>
      </w:r>
    </w:p>
    <w:p>
      <w:r>
        <w:rPr>
          <w:b/>
        </w:rPr>
        <w:t xml:space="preserve">[01:11] </w:t>
      </w:r>
      <w:r>
        <w:t>to</w:t>
      </w:r>
    </w:p>
    <w:p>
      <w:pPr>
        <w:jc w:val="right"/>
      </w:pPr>
      <w:r>
        <w:t>تو</w:t>
      </w:r>
    </w:p>
    <w:p>
      <w:r>
        <w:rPr>
          <w:b/>
        </w:rPr>
        <w:t xml:space="preserve">[01:15] </w:t>
      </w:r>
      <w:r>
        <w:t>doosra lafz jo hai woh diaspora hai.</w:t>
      </w:r>
    </w:p>
    <w:p>
      <w:pPr>
        <w:jc w:val="right"/>
      </w:pPr>
      <w:r>
        <w:t>دوسرا لفظ جو ہے وہ ڈائسپورا ہے۔</w:t>
      </w:r>
    </w:p>
    <w:p>
      <w:r>
        <w:rPr>
          <w:b/>
        </w:rPr>
        <w:t xml:space="preserve">[01:18] </w:t>
      </w:r>
      <w:r>
        <w:t>to maine is waqt diaspora ke word ko pasand kiya hai apni baat kehne ke liye.</w:t>
      </w:r>
    </w:p>
    <w:p>
      <w:pPr>
        <w:jc w:val="right"/>
      </w:pPr>
      <w:r>
        <w:t>تو میں نے اس وقت ڈائسپورا کے word کو پسند کیا ہے اپنی بات کہنے کے لیے۔</w:t>
      </w:r>
    </w:p>
    <w:p>
      <w:r>
        <w:rPr>
          <w:b/>
        </w:rPr>
        <w:t xml:space="preserve">[01:28] </w:t>
      </w:r>
      <w:r>
        <w:t>dekhen, history batati hai ke yeh diaspora ka jo phenomena hai, yaani apne watan ko chhod kar kahin aur jana, wahan settle hona, to diaspora ka yeh phenomena hai, yeh bahut pehle se hai.</w:t>
      </w:r>
    </w:p>
    <w:p>
      <w:pPr>
        <w:jc w:val="right"/>
      </w:pPr>
      <w:r>
        <w:t>دیکھیں، history بتاتی ہے کہ یہ ڈائسپورا کا جو phenomena ہے، یعنی اپنے وطن کو چھوڑ کر کہیں اور جانا، وہاں settle ہونا، تو ڈائسپورا کا یہ phenomena ہے، یہ بہت پہلے سے ہے۔</w:t>
      </w:r>
    </w:p>
    <w:p>
      <w:r>
        <w:rPr>
          <w:b/>
        </w:rPr>
        <w:t xml:space="preserve">[01:47] </w:t>
      </w:r>
      <w:r>
        <w:t>yaani ancient Greece mein aisa hua ke kuch log political persecution se bachne ke liye apna watan chhod kar kahin aur chale gaye.</w:t>
      </w:r>
    </w:p>
    <w:p>
      <w:pPr>
        <w:jc w:val="right"/>
      </w:pPr>
      <w:r>
        <w:t>یعنی ancient Greece میں ایسا ہوا کہ کچھ لوگ political persecution سے بچنے کے لیے اپنا وطن چھوڑ کر کہیں اور چلے گئے۔</w:t>
      </w:r>
    </w:p>
    <w:p>
      <w:r>
        <w:rPr>
          <w:b/>
        </w:rPr>
        <w:t xml:space="preserve">[02:04] </w:t>
      </w:r>
      <w:r>
        <w:t>to historically pehla diaspora tha woh jo Greece mein pesh aaya.</w:t>
      </w:r>
    </w:p>
    <w:p>
      <w:pPr>
        <w:jc w:val="right"/>
      </w:pPr>
      <w:r>
        <w:t>تو historically پہلا ڈائسپورا تھا وہ جو Greece میں پیش آیا۔</w:t>
      </w:r>
    </w:p>
    <w:p>
      <w:r>
        <w:rPr>
          <w:b/>
        </w:rPr>
        <w:t xml:space="preserve">[02:11] </w:t>
      </w:r>
      <w:r>
        <w:t>phir different countries mein aisa hota raha. aur zyada mashhoor jo diaspora hai woh Jewish diaspora</w:t>
      </w:r>
    </w:p>
    <w:p>
      <w:pPr>
        <w:jc w:val="right"/>
      </w:pPr>
      <w:r>
        <w:t>پھر different countries میں ایسا ہوتا رہا۔ اور زیادہ مشہور جو ڈائسپورا ہے وہ Jewish ڈائسپور</w:t>
      </w:r>
    </w:p>
    <w:p>
      <w:r>
        <w:rPr>
          <w:b/>
        </w:rPr>
        <w:t xml:space="preserve">[02:21] </w:t>
      </w:r>
      <w:r>
        <w:t>hai. yaani Hazrat Masih se paanch sau saal pehle babul ke ruler ne, jis ka naam tha nabukadnazar, us ne Palestine par attack kiya aur Yahudiyon ke haikal ko tod dala.</w:t>
      </w:r>
    </w:p>
    <w:p>
      <w:pPr>
        <w:jc w:val="right"/>
      </w:pPr>
      <w:r>
        <w:t>ا ہے۔ یعنی حضرت مسیح سے پانچ سو سال پہلے بابل کے ruler نے، جس کا نام تھا نبوکدنضر، اس نے Palestine پر attack کیا اور یہودیوں کے ہیکل کو توڑ ڈالا۔</w:t>
      </w:r>
    </w:p>
    <w:p>
      <w:r>
        <w:rPr>
          <w:b/>
        </w:rPr>
        <w:t xml:space="preserve">[02:46] </w:t>
      </w:r>
      <w:r>
        <w:t>aur Yahudiyon ko bahut sataya.</w:t>
      </w:r>
    </w:p>
    <w:p>
      <w:pPr>
        <w:jc w:val="right"/>
      </w:pPr>
      <w:r>
        <w:t>اور یہودیوں کو بہت ستایا۔</w:t>
      </w:r>
    </w:p>
    <w:p>
      <w:r>
        <w:rPr>
          <w:b/>
        </w:rPr>
        <w:t xml:space="preserve">[02:50] </w:t>
      </w:r>
      <w:r>
        <w:t>un ko majboor kiya ke woh Palestine chhod dein. yeh chhod kar chale gaye. bahut se logon ko pakad kar le gaya woh babul.</w:t>
      </w:r>
    </w:p>
    <w:p>
      <w:pPr>
        <w:jc w:val="right"/>
      </w:pPr>
      <w:r>
        <w:t>ان کو مجبور کیا کہ وہ فلسطین چھوڑ دیں۔ یہ چھوڑ کر چلے گئے۔ بہت سے لوگوں کو پکڑ کر لے گیا وہ بابل۔</w:t>
      </w:r>
    </w:p>
    <w:p>
      <w:r>
        <w:rPr>
          <w:b/>
        </w:rPr>
        <w:t xml:space="preserve">[03:01] </w:t>
      </w:r>
      <w:r>
        <w:t>to yeh first diaspora tha bade paimane par, large scale par, jo Palestine mein pesh aaya.</w:t>
      </w:r>
    </w:p>
    <w:p>
      <w:pPr>
        <w:jc w:val="right"/>
      </w:pPr>
      <w:r>
        <w:t>تو یہ first ڈائسپورا تھا بڑے پیمانے پر، large scale پر، جو Palestine میں پیش آیا۔</w:t>
      </w:r>
    </w:p>
    <w:p>
      <w:r>
        <w:rPr>
          <w:b/>
        </w:rPr>
        <w:t xml:space="preserve">[03:12] </w:t>
      </w:r>
      <w:r>
        <w:t>to in Yahudiyon ko</w:t>
      </w:r>
    </w:p>
    <w:p>
      <w:pPr>
        <w:jc w:val="right"/>
      </w:pPr>
      <w:r>
        <w:t>تو ان یہودیوں کو</w:t>
      </w:r>
    </w:p>
    <w:p>
      <w:r>
        <w:rPr>
          <w:b/>
        </w:rPr>
        <w:t xml:space="preserve">[03:17] </w:t>
      </w:r>
      <w:r>
        <w:t>is history mein is ko diaspora kaha jata hai. to aam taur par log diaspora ka matlab samajhte hain ke Yahudiyon ka diaspora. lekin woh kisi ke saath bhi pesh aa sakta hai.</w:t>
      </w:r>
    </w:p>
    <w:p>
      <w:pPr>
        <w:jc w:val="right"/>
      </w:pPr>
      <w:r>
        <w:t>اس history میں اس کو ڈائسپورا کہا جاتا ہے۔ تو عام طور پر لوگ ڈائسپورا کا مطلب سمجھتے ہیں کہ یہودیوں کا ڈائسپورا۔ لیکن وہ کسی کے ساتھ بھی پیش آ سکتا ہے۔</w:t>
      </w:r>
    </w:p>
    <w:p>
      <w:r>
        <w:rPr>
          <w:b/>
        </w:rPr>
        <w:t xml:space="preserve">[03:30] </w:t>
      </w:r>
      <w:r>
        <w:t>to Yahudiyon ka jo diaspora tha woh hua political persecution se bachne ke liye.</w:t>
      </w:r>
    </w:p>
    <w:p>
      <w:pPr>
        <w:jc w:val="right"/>
      </w:pPr>
      <w:r>
        <w:t>تو یہودیوں کا جو ڈائسپورا تھا وہ ہوا political persecution سے بچنے کے لیے۔</w:t>
      </w:r>
    </w:p>
    <w:p>
      <w:r>
        <w:rPr>
          <w:b/>
        </w:rPr>
        <w:t xml:space="preserve">[03:43] </w:t>
      </w:r>
      <w:r>
        <w:t>lekin hadith mein, ek hadith is silsile mein aati hai jis se ek bahut badi, bahut bade points par roshni padti hai.</w:t>
      </w:r>
    </w:p>
    <w:p>
      <w:pPr>
        <w:jc w:val="right"/>
      </w:pPr>
      <w:r>
        <w:t>لیکن حدیث میں، ایک حدیث اس سلسلے میں آتی ہے جس سے ایک بہت بڑی، بہت بڑے points پر روشنی پڑتی ہے۔</w:t>
      </w:r>
    </w:p>
    <w:p>
      <w:r>
        <w:rPr>
          <w:b/>
        </w:rPr>
        <w:t xml:space="preserve">[03:57] </w:t>
      </w:r>
      <w:r>
        <w:t>woh yeh ke diaspora ek woh hai jo negative diaspora ho, ek woh hai jo positive diaspora ho.</w:t>
      </w:r>
    </w:p>
    <w:p>
      <w:pPr>
        <w:jc w:val="right"/>
      </w:pPr>
      <w:r>
        <w:t>وہ یہ کہ ڈائسپورا ایک وہ ہے جو negative ڈائسپورا ہو، ایک وہ ہے جو positive ڈائسپورا ہو۔</w:t>
      </w:r>
    </w:p>
    <w:p>
      <w:r>
        <w:rPr>
          <w:b/>
        </w:rPr>
        <w:t xml:space="preserve">[04:05] </w:t>
      </w:r>
      <w:r>
        <w:t>to hadith yeh hai: Rasool Allah Sal Allahu Alaihi Wasallam ne jab Makka se hijrat kiya aur Madina gaye aap, yeh bhi mere nazdeek diaspora tha ek</w:t>
      </w:r>
    </w:p>
    <w:p>
      <w:pPr>
        <w:jc w:val="right"/>
      </w:pPr>
      <w:r>
        <w:t>تو حدیث یہ ہے: رسول اللہ صلی اللہ علیہ وسلم نے جب مکہ سے ہجرت کیا اور مدینہ گئے آپ، یہ بھی میرے نزدیک ڈائسپورا تھا ایک</w:t>
      </w:r>
    </w:p>
    <w:p>
      <w:r>
        <w:rPr>
          <w:b/>
        </w:rPr>
        <w:t xml:space="preserve">[04:16] </w:t>
      </w:r>
      <w:r>
        <w:t>. to us waqt aap ne farmaya ke:</w:t>
      </w:r>
    </w:p>
    <w:p>
      <w:pPr>
        <w:jc w:val="right"/>
      </w:pPr>
      <w:r>
        <w:t>۔ تو اس وقت آپ نے فرمایا کہ:</w:t>
      </w:r>
    </w:p>
    <w:p>
      <w:r>
        <w:rPr>
          <w:b/>
        </w:rPr>
        <w:t xml:space="preserve">[04:23] </w:t>
      </w:r>
      <w:r>
        <w:t>innama al aamaalu bin niyyat, fa man kaanat hijratuhu ila Allahi wa Rasoolihi fa hijratuhu ila Allahi wa Rasoolihi.</w:t>
      </w:r>
    </w:p>
    <w:p>
      <w:pPr>
        <w:jc w:val="right"/>
      </w:pPr>
      <w:r>
        <w:t>إنما الأعمال بالنيات، فمن كانت هجرته إلى الله ورسوله فهجرته إلى الله ورسوله.</w:t>
      </w:r>
    </w:p>
    <w:p>
      <w:r>
        <w:rPr>
          <w:b/>
        </w:rPr>
        <w:t xml:space="preserve">[04:36] </w:t>
      </w:r>
      <w:r>
        <w:t>wa man kanat hijratuhu ila ad-dunya ila ad-dunya yusibuha aw ila amratin yunkihuha fahijratuhu ila ma hajar ilayh.</w:t>
      </w:r>
    </w:p>
    <w:p>
      <w:pPr>
        <w:jc w:val="right"/>
      </w:pPr>
      <w:r>
        <w:t>ومن كانت هجرته إلى الدنيا إلى الدنيا يصيبها أو إلى أمرات ينكهها فهجرته إلى ما هاجر إليه.</w:t>
      </w:r>
    </w:p>
    <w:p>
      <w:r>
        <w:rPr>
          <w:b/>
        </w:rPr>
        <w:t xml:space="preserve">[04:50] </w:t>
      </w:r>
      <w:r>
        <w:t>is ka matlab yeh hai ke niyat par amal ka dar-o-madar hota hai.</w:t>
      </w:r>
    </w:p>
    <w:p>
      <w:pPr>
        <w:jc w:val="right"/>
      </w:pPr>
      <w:r>
        <w:t>اس کا مطلب یہ ہے کہ نیت پر عمل کا دارومدار ہوتا ہے۔</w:t>
      </w:r>
    </w:p>
    <w:p>
      <w:r>
        <w:rPr>
          <w:b/>
        </w:rPr>
        <w:t xml:space="preserve">[04:57] </w:t>
      </w:r>
      <w:r>
        <w:t>to jis ne hijrat ki Allah aur Rasool ke liye to us ki hijrat Allah aur Rasool ke liye hai. Aur jis ne hijrat ki is liye ke woh koi dunya ke faide pa le ya kisi aur se nikah kar le,</w:t>
      </w:r>
    </w:p>
    <w:p>
      <w:pPr>
        <w:jc w:val="right"/>
      </w:pPr>
      <w:r>
        <w:t>تو جس نے ہجرت کی اللہ اور رسول کے لیے تو اس کی ہجرت اللہ اور رسول کے لیے ہے۔ اور جس نے ہجرت کی اس لیے کہ وہ کوئی دنیا کے فائدے پا لے یا کسی اور سے نکاح کر لے،</w:t>
      </w:r>
    </w:p>
    <w:p>
      <w:r>
        <w:rPr>
          <w:b/>
        </w:rPr>
        <w:t xml:space="preserve">[05:13] </w:t>
      </w:r>
      <w:r>
        <w:t>bahar ja kar, to us ki hijrat usi taraf hui jis ke liye us ne hijrat ki thi.</w:t>
      </w:r>
    </w:p>
    <w:p>
      <w:pPr>
        <w:jc w:val="right"/>
      </w:pPr>
      <w:r>
        <w:t>باہر جا کر، تو اس کی ہجرت اسی طرف ہوئی جس کے لیے اس نے ہجرت کی تھی۔</w:t>
      </w:r>
    </w:p>
    <w:p>
      <w:r>
        <w:rPr>
          <w:b/>
        </w:rPr>
        <w:t xml:space="preserve">[05:22] </w:t>
      </w:r>
      <w:r>
        <w:t>ab is hadith ko samjhiye.</w:t>
      </w:r>
    </w:p>
    <w:p>
      <w:pPr>
        <w:jc w:val="right"/>
      </w:pPr>
      <w:r>
        <w:t>اب اس حدیث کو سمجھئے۔</w:t>
      </w:r>
    </w:p>
    <w:p>
      <w:r>
        <w:rPr>
          <w:b/>
        </w:rPr>
        <w:t xml:space="preserve">[05:25] </w:t>
      </w:r>
      <w:r>
        <w:t>main yeh kahunga ke is hadith mein hijrat ki, yani diaspora ki, do qismein batai gayi hain. Negative diaspora aur positive diaspora.</w:t>
      </w:r>
    </w:p>
    <w:p>
      <w:pPr>
        <w:jc w:val="right"/>
      </w:pPr>
      <w:r>
        <w:t>میں یہ کہوں گا کہ اس حدیث میں ہجرت کی، یعنی ڈائسپورا کی، دو قسمیں بتائی گئی ہیں۔ Negative ڈائسپورا اور positive ڈائسپورا۔</w:t>
      </w:r>
    </w:p>
    <w:p>
      <w:r>
        <w:rPr>
          <w:b/>
        </w:rPr>
        <w:t xml:space="preserve">[05:37] </w:t>
      </w:r>
      <w:r>
        <w:t>Negative diaspora woh hai jo kisi worldly maqsad ke liye kiya jaye. Kisi political reason se kiya jaye.</w:t>
      </w:r>
    </w:p>
    <w:p>
      <w:pPr>
        <w:jc w:val="right"/>
      </w:pPr>
      <w:r>
        <w:t>Negative ڈائسپورا وہ ہے جو کسی worldly مقصد کے لیے کیا جائے۔ کسی political reason سے کیا جائے۔</w:t>
      </w:r>
    </w:p>
    <w:p>
      <w:r>
        <w:rPr>
          <w:b/>
        </w:rPr>
        <w:t xml:space="preserve">[05:49] </w:t>
      </w:r>
      <w:r>
        <w:t>woh mere nazdeek negative diaspora hai. Aur positive diaspora woh hai jo kisi bade maqsad ke liye kiya jaye.</w:t>
      </w:r>
    </w:p>
    <w:p>
      <w:pPr>
        <w:jc w:val="right"/>
      </w:pPr>
      <w:r>
        <w:t>وہ میرے نزدیک negative ڈائسپورا ہے۔ اور positive ڈائسپورا وہ ہے جو کسی بڑے مقصد کے لیے کیا جائے۔</w:t>
      </w:r>
    </w:p>
    <w:p>
      <w:r>
        <w:rPr>
          <w:b/>
        </w:rPr>
        <w:t xml:space="preserve">[05:57] </w:t>
      </w:r>
      <w:r>
        <w:t>misal ke taur par dawah work ke liye kiya jaye. Ek mission ko phailane ke liye kiya jaye.</w:t>
      </w:r>
    </w:p>
    <w:p>
      <w:pPr>
        <w:jc w:val="right"/>
      </w:pPr>
      <w:r>
        <w:t>مثلاً دعوت ورک کے لیے کیا جائے۔ ایک mission کو پھیلانے کے لیے کیا جائے۔</w:t>
      </w:r>
    </w:p>
    <w:p>
      <w:r>
        <w:rPr>
          <w:b/>
        </w:rPr>
        <w:t xml:space="preserve">[06:05] </w:t>
      </w:r>
      <w:r>
        <w:t>to yeh hai positive diaspora. To history mein negative diaspora to kai hue hain. Yahan main is ka zikr nahi karunga.</w:t>
      </w:r>
    </w:p>
    <w:p>
      <w:pPr>
        <w:jc w:val="right"/>
      </w:pPr>
      <w:r>
        <w:t>تو یہ ہے positive ڈائسپورا۔ تو history میں negative ڈائسپورا تو کئی ہوئے ہیں۔ یہاں میں اس کا ذکر نہیں کروں گا۔</w:t>
      </w:r>
    </w:p>
    <w:p>
      <w:r>
        <w:rPr>
          <w:b/>
        </w:rPr>
        <w:t xml:space="preserve">[06:17] </w:t>
      </w:r>
      <w:r>
        <w:t>main sirf positive diaspora ka zikr karna chahta hoon. Jo history mein bar bar pesh aaya hai.</w:t>
      </w:r>
    </w:p>
    <w:p>
      <w:pPr>
        <w:jc w:val="right"/>
      </w:pPr>
      <w:r>
        <w:t>میں صرف positive ڈائسپورا کا ذکر کرنا چاہتا ہوں۔ جو history میں بار بار پیش آیا ہے۔</w:t>
      </w:r>
    </w:p>
    <w:p>
      <w:r>
        <w:rPr>
          <w:b/>
        </w:rPr>
        <w:t xml:space="preserve">[06:27] </w:t>
      </w:r>
      <w:r>
        <w:t>main samajhta hoon ke maloom history ke mutabiq pehla diaspora woh hai jo Hazrat Ibrahim ke zamane mein pesh aaya.</w:t>
      </w:r>
    </w:p>
    <w:p>
      <w:pPr>
        <w:jc w:val="right"/>
      </w:pPr>
      <w:r>
        <w:t>میں سمجھتا ہوں کہ معلوم history کے مطابق پہلا ڈائسپورا وہ ہے جو حضرت ابراہیم کے زمانے میں پیش آیا۔</w:t>
      </w:r>
    </w:p>
    <w:p>
      <w:r>
        <w:rPr>
          <w:b/>
        </w:rPr>
        <w:t xml:space="preserve">[06:38] </w:t>
      </w:r>
      <w:r>
        <w:t>aap jante hain ke Hazrat Ibrahim ek jaleel-ul-qadr paighambar the. Woh Iraq mein paida hue. Wahan unhon ne dawah mission kiya.</w:t>
      </w:r>
    </w:p>
    <w:p>
      <w:pPr>
        <w:jc w:val="right"/>
      </w:pPr>
      <w:r>
        <w:t>آپ جانتے ہیں کہ حضرت ابراہیم ایک جلیل القدر پیغمبر تھے۔ وہ عراق میں پیدا ہوئے۔ وہاں انہوں نے دعوت mission کیا۔</w:t>
      </w:r>
    </w:p>
    <w:p>
      <w:r>
        <w:rPr>
          <w:b/>
        </w:rPr>
        <w:t xml:space="preserve">[06:52] </w:t>
      </w:r>
      <w:r>
        <w:t>p</w:t>
      </w:r>
    </w:p>
    <w:p>
      <w:pPr>
        <w:jc w:val="right"/>
      </w:pPr>
      <w:r>
        <w:t>پ</w:t>
      </w:r>
    </w:p>
    <w:p>
      <w:r>
        <w:rPr>
          <w:b/>
        </w:rPr>
        <w:t xml:space="preserve">[06:53] </w:t>
      </w:r>
      <w:r>
        <w:t>har wahan ke halat bigde. Aur aap ne Iraq ko chhod kar phir safar kiya.</w:t>
      </w:r>
    </w:p>
    <w:p>
      <w:pPr>
        <w:jc w:val="right"/>
      </w:pPr>
      <w:r>
        <w:t>ھر وہاں کے حالات بگڑے۔ اور آپ نے عراق کو چھوڑ کر پھر سفر کیا۔</w:t>
      </w:r>
    </w:p>
    <w:p>
      <w:r>
        <w:rPr>
          <w:b/>
        </w:rPr>
        <w:t xml:space="preserve">[07:03] </w:t>
      </w:r>
      <w:r>
        <w:t>Misr ka, Jordan ka, Palestine ka, Sham ka. To yeh ek lamba safar tha aap ka. Apni family ko le kar ke.</w:t>
      </w:r>
    </w:p>
    <w:p>
      <w:pPr>
        <w:jc w:val="right"/>
      </w:pPr>
      <w:r>
        <w:t>مصر کا، اردن کا، Palestine کا، شام کا۔ تو یہ ایک لمبا سفر تھا آپ کا۔ اپنی family کو لے کر کے۔</w:t>
      </w:r>
    </w:p>
    <w:p>
      <w:r>
        <w:rPr>
          <w:b/>
        </w:rPr>
        <w:t xml:space="preserve">[07:14] </w:t>
      </w:r>
      <w:r>
        <w:t>aakhir mein aap settle hue. Apni family ko settle kiya aap ne Mecca mein. Jo us waqt desert tha.</w:t>
      </w:r>
    </w:p>
    <w:p>
      <w:pPr>
        <w:jc w:val="right"/>
      </w:pPr>
      <w:r>
        <w:t>آخر میں آپ settle ہوئے۔ اپنی family کو settle کیا آپ نے مکہ میں۔ جو اس وقت desert تھا۔</w:t>
      </w:r>
    </w:p>
    <w:p>
      <w:r>
        <w:rPr>
          <w:b/>
        </w:rPr>
        <w:t xml:space="preserve">[07:22] </w:t>
      </w:r>
      <w:r>
        <w:t>main samajhta hoon ke yeh pehla positive diaspora tha history mein. Is mein ginti ke lehaz se dekha jaye to thode se log the.</w:t>
      </w:r>
    </w:p>
    <w:p>
      <w:pPr>
        <w:jc w:val="right"/>
      </w:pPr>
      <w:r>
        <w:t>میں سمجھتا ہوں کہ یہ پہلا positive ڈائسپورا تھا history میں۔ اس میں گنتی کے لحاظ سے دیکھا جائے تو تھوڑے سے لوگ تھے۔</w:t>
      </w:r>
    </w:p>
    <w:p>
      <w:r>
        <w:rPr>
          <w:b/>
        </w:rPr>
        <w:t xml:space="preserve">[07:34] </w:t>
      </w:r>
      <w:r>
        <w:t>aur generally diaspora ko lete hain log zyada aadmiyon ke liye. Lekin main samajhta hoon ke ek relative baat hai.</w:t>
      </w:r>
    </w:p>
    <w:p>
      <w:pPr>
        <w:jc w:val="right"/>
      </w:pPr>
      <w:r>
        <w:t>اور generally ڈائسپورا کو لیتے ہیں لوگ زیادہ آدمیوں کے لیے۔ لیکن میں سمجھتا ہوں کہ ایک relative بات ہے۔</w:t>
      </w:r>
    </w:p>
    <w:p>
      <w:r>
        <w:rPr>
          <w:b/>
        </w:rPr>
        <w:t xml:space="preserve">[07:47] </w:t>
      </w:r>
      <w:r>
        <w:t>diaspora, dais</w:t>
      </w:r>
    </w:p>
    <w:p>
      <w:pPr>
        <w:jc w:val="right"/>
      </w:pPr>
      <w:r>
        <w:t>ڈائسپورا، ڈائس</w:t>
      </w:r>
    </w:p>
    <w:p>
      <w:r>
        <w:rPr>
          <w:b/>
        </w:rPr>
        <w:t xml:space="preserve">[07:49] </w:t>
      </w:r>
      <w:r>
        <w:t>pora hai. Chahe woh kam logon ka ho ya zyada logon ka ho. To Hazrat Ibrahim ne jo apna watan chhod chhod diya aur apni family ko bahar le aa kar wahan par basaya.</w:t>
      </w:r>
    </w:p>
    <w:p>
      <w:pPr>
        <w:jc w:val="right"/>
      </w:pPr>
      <w:r>
        <w:t>پورا ہے۔ چاہے وہ کم لوگوں کا ہو یا زیادہ لوگوں کا ہو۔ تو حضرت ابراہیم نے جو اپنا وطن چھوڑ چھوڑا اور اپنی family کو باہر لے آ کر وہاں پر بسایا۔</w:t>
      </w:r>
    </w:p>
    <w:p>
      <w:r>
        <w:rPr>
          <w:b/>
        </w:rPr>
        <w:t xml:space="preserve">[08:04] </w:t>
      </w:r>
      <w:r>
        <w:t>aur ek international dawah work kiya aap ne. Different countries mein. Aur aakhir mein aap ne itna bada kaam kiya ke Kaba ki shakal mein ek center banaya.</w:t>
      </w:r>
    </w:p>
    <w:p>
      <w:pPr>
        <w:jc w:val="right"/>
      </w:pPr>
      <w:r>
        <w:t>اور ایک international دعوت ورک کیا آپ نے۔ Different countries میں۔ اور آخر میں آپ نے اتنا بڑا کام کیا کہ کعبہ کی شکل میں ایک center بنایا۔</w:t>
      </w:r>
    </w:p>
    <w:p>
      <w:r>
        <w:rPr>
          <w:b/>
        </w:rPr>
        <w:t xml:space="preserve">[08:16] </w:t>
      </w:r>
      <w:r>
        <w:t>ek international center. Ek internal center.</w:t>
      </w:r>
    </w:p>
    <w:p>
      <w:pPr>
        <w:jc w:val="right"/>
      </w:pPr>
      <w:r>
        <w:t>ایک international center۔ ایک internal center۔</w:t>
      </w:r>
    </w:p>
    <w:p>
      <w:r>
        <w:rPr>
          <w:b/>
        </w:rPr>
        <w:t xml:space="preserve">[08:20] </w:t>
      </w:r>
      <w:r>
        <w:t>Kaba jo hai, tauheed ka center hai. Sari dunya ke log wahan aate hain. Aur dawah work ki jo history hai wahan par.</w:t>
      </w:r>
    </w:p>
    <w:p>
      <w:pPr>
        <w:jc w:val="right"/>
      </w:pPr>
      <w:r>
        <w:t>کعبہ جو ہے توحید کا center ہے۔ ساری دنیا کے لوگ وہاں آتے ہیں۔ اور دعوت ورک کی جو history ہے وہاں پر۔</w:t>
      </w:r>
    </w:p>
    <w:p>
      <w:r>
        <w:rPr>
          <w:b/>
        </w:rPr>
        <w:t xml:space="preserve">[08:34] </w:t>
      </w:r>
      <w:r>
        <w:t>aap jante hain ke Kaba aur is ka jo mahaul hai us se ek bahut badi tareekh dawah work ki judi hui hai.</w:t>
      </w:r>
    </w:p>
    <w:p>
      <w:pPr>
        <w:jc w:val="right"/>
      </w:pPr>
      <w:r>
        <w:t>آپ جانتے ہیں کہ کعبہ اور اس کا جو ماحول ہے اس سے ایک بہت بڑی تاریخ دعوت ورک کی جڑی ہوئی ہے۔</w:t>
      </w:r>
    </w:p>
    <w:p>
      <w:r>
        <w:rPr>
          <w:b/>
        </w:rPr>
        <w:t xml:space="preserve">[08:44] </w:t>
      </w:r>
      <w:r>
        <w:t>jis ko rasool Allah sal Allah alih wasalam se pehle hazrat ibrahim ne kiya. phir rasool Allah sal Allah alih wasalam ne aur sahaba kiram ne kiya. ek poori tareekh hai dawat work ki jo kaba se aur makka se aur madina se juri hui hai.</w:t>
      </w:r>
    </w:p>
    <w:p>
      <w:pPr>
        <w:jc w:val="right"/>
      </w:pPr>
      <w:r>
        <w:t>جس کو رسول اللہ صلی اللہ علیہ وسلم سے پہلے حضرت ابراہیم نے کیا۔ پھر رسول اللہ صلی اللہ علیہ وسلم نے اور صحابہ کرام نے کیا۔ ایک پوری تاریخ ہے دعوت ورک کی جو کعبہ سے اور مکہ سے اور مدینہ سے جڑی ہوئی ہے۔</w:t>
      </w:r>
    </w:p>
    <w:p>
      <w:r>
        <w:rPr>
          <w:b/>
        </w:rPr>
        <w:t xml:space="preserve">[08:59] </w:t>
      </w:r>
      <w:r>
        <w:t>to har saal log bohat bari tadad mein ate hain wahan par. main samajhta hoon ke har saal kam az kam pachas lakh log wahan visit karte hain.</w:t>
      </w:r>
    </w:p>
    <w:p>
      <w:pPr>
        <w:jc w:val="right"/>
      </w:pPr>
      <w:r>
        <w:t>تو ہر سال لوگ بہت بڑی تعداد میں آتے ہیں وہاں پر۔ میں سمجھتا ہوں کہ ہر سال کم از کم پچاس لاکھ لوگ وہاں visit کرتے ہیں۔</w:t>
      </w:r>
    </w:p>
    <w:p>
      <w:r>
        <w:rPr>
          <w:b/>
        </w:rPr>
        <w:t xml:space="preserve">[09:09] </w:t>
      </w:r>
      <w:r>
        <w:t>hajj ke liye, umra ke liye.</w:t>
      </w:r>
    </w:p>
    <w:p>
      <w:pPr>
        <w:jc w:val="right"/>
      </w:pPr>
      <w:r>
        <w:t>حج کے لیے، عمرہ کے لیے۔</w:t>
      </w:r>
    </w:p>
    <w:p>
      <w:r>
        <w:rPr>
          <w:b/>
        </w:rPr>
        <w:t xml:space="preserve">[09:13] </w:t>
      </w:r>
      <w:r>
        <w:t>to wahan ja kar yeh log wahan ki tareekh se apne ko associate karte hain. is tareekh ko repeat karne ka ahad le kar laut te hain wahan se.</w:t>
      </w:r>
    </w:p>
    <w:p>
      <w:pPr>
        <w:jc w:val="right"/>
      </w:pPr>
      <w:r>
        <w:t>تو وہاں جا کر یہ لوگ وہاں کی تاریخ سے اپنے کو associate کرتے ہیں۔ اس تاریخ کو repeat کرنے کا عہد لے کر لوٹتے ہیں وہاں سے۔</w:t>
      </w:r>
    </w:p>
    <w:p>
      <w:r>
        <w:rPr>
          <w:b/>
        </w:rPr>
        <w:t xml:space="preserve">[09:30] </w:t>
      </w:r>
      <w:r>
        <w:t>to bahar hal hazrat ibrahim ne jo</w:t>
      </w:r>
    </w:p>
    <w:p>
      <w:pPr>
        <w:jc w:val="right"/>
      </w:pPr>
      <w:r>
        <w:t>تو بہرحال حضرت ابراہیم نے جو</w:t>
      </w:r>
    </w:p>
    <w:p>
      <w:r>
        <w:rPr>
          <w:b/>
        </w:rPr>
        <w:t xml:space="preserve">[09:38] </w:t>
      </w:r>
      <w:r>
        <w:t>dawti safar kiya aur iraq se nikal kar mukhtalif mulkon mein hote hue makka mein settle hue to yeh history ka pehla positive diaspora tha.</w:t>
      </w:r>
    </w:p>
    <w:p>
      <w:pPr>
        <w:jc w:val="right"/>
      </w:pPr>
      <w:r>
        <w:t>دعوتی سفر کیا اور عراق سے نکل کر مختلف ملکوں میں ہوتے ہوئے مکہ میں settle ہوئے تو یہ history کا پہلا positive ڈائسپورا تھا۔</w:t>
      </w:r>
    </w:p>
    <w:p>
      <w:r>
        <w:rPr>
          <w:b/>
        </w:rPr>
        <w:t xml:space="preserve">[09:52] </w:t>
      </w:r>
      <w:r>
        <w:t>is ke baad main samajhta hoon ke doosra jo positive diaspora hai woh woh hai jo hazrat hazrat masih ke zamane mein pesh aya.</w:t>
      </w:r>
    </w:p>
    <w:p>
      <w:pPr>
        <w:jc w:val="right"/>
      </w:pPr>
      <w:r>
        <w:t>اس کے بعد میں سمجھتا ہوں کہ دوسرا جو positive ڈائسپورا ہے وہ وہ ہے جو حضرت حضرت مسیح کے زمانے میں پیش آیا۔</w:t>
      </w:r>
    </w:p>
    <w:p>
      <w:r>
        <w:rPr>
          <w:b/>
        </w:rPr>
        <w:t xml:space="preserve">[10:05] </w:t>
      </w:r>
      <w:r>
        <w:t>aap jante hain ke hazrat masih falasteen mein paida hue. wahan par aap ne kaam kiya. kuch log aap par iman laye jin ko quran mein hawari kaha gaya hai.</w:t>
      </w:r>
    </w:p>
    <w:p>
      <w:pPr>
        <w:jc w:val="right"/>
      </w:pPr>
      <w:r>
        <w:t>آپ جانتے ہیں کہ حضرت مسیح فلسطین میں پیدا ہوئے۔ وہاں پر آپ نے کام کیا۔ کچھ لوگ آپ پر ایمان لائے جن کو قرآن میں حواری کہا گیا ہے۔</w:t>
      </w:r>
    </w:p>
    <w:p>
      <w:r>
        <w:rPr>
          <w:b/>
        </w:rPr>
        <w:t xml:space="preserve">[10:18] </w:t>
      </w:r>
      <w:r>
        <w:t>jin ko hum disciple bhi kehte hain.</w:t>
      </w:r>
    </w:p>
    <w:p>
      <w:pPr>
        <w:jc w:val="right"/>
      </w:pPr>
      <w:r>
        <w:t>جن کو ہم disciple بھی کہتے ہیں۔</w:t>
      </w:r>
    </w:p>
    <w:p>
      <w:r>
        <w:rPr>
          <w:b/>
        </w:rPr>
        <w:t xml:space="preserve">[10:21] </w:t>
      </w:r>
      <w:r>
        <w:t>to hazrat ibrahim, to hazrat masih ne apne disciples ko ekatha kiya. un ko address kiya.</w:t>
      </w:r>
    </w:p>
    <w:p>
      <w:pPr>
        <w:jc w:val="right"/>
      </w:pPr>
      <w:r>
        <w:t>تو حضرت ابراہیم، تو حضرت مسیح نے اپنے disciples کو اکٹھا کیا۔ ان کو address کیا۔</w:t>
      </w:r>
    </w:p>
    <w:p>
      <w:r>
        <w:rPr>
          <w:b/>
        </w:rPr>
        <w:t xml:space="preserve">[10:31] </w:t>
      </w:r>
      <w:r>
        <w:t>aur kaha ke tum log falasteen se nikal kar ke chale jao doosre doosre countries mein. aur mera message phailao.</w:t>
      </w:r>
    </w:p>
    <w:p>
      <w:pPr>
        <w:jc w:val="right"/>
      </w:pPr>
      <w:r>
        <w:t>اور کہا کہ تم لوگ فلسطین سے نکل کر کے چلے جاؤ دوسرے دوسرے countries میں۔ اور میرا message پھیلاؤ۔</w:t>
      </w:r>
    </w:p>
    <w:p>
      <w:r>
        <w:rPr>
          <w:b/>
        </w:rPr>
        <w:t xml:space="preserve">[10:43] </w:t>
      </w:r>
      <w:r>
        <w:t>to ek riwayat mein ata hai ke unhone kaha ke wahan ke log to alag alag language bolte hain. hum kaise jayen wahan?</w:t>
      </w:r>
    </w:p>
    <w:p>
      <w:pPr>
        <w:jc w:val="right"/>
      </w:pPr>
      <w:r>
        <w:t>تو ایک روایت میں آتا ہے کہ انہوں نے کہا کہ وہاں کے لوگ تو الگ الگ language بولتے ہیں۔ ہم کیسے جائیں وہاں؟</w:t>
      </w:r>
    </w:p>
    <w:p>
      <w:r>
        <w:rPr>
          <w:b/>
        </w:rPr>
        <w:t xml:space="preserve">[10:53] </w:t>
      </w:r>
      <w:r>
        <w:t>kaise hum un ko address karenge? jab ke hum un ki zaban nahi jante. to hazrat masih ne kaha ke jao. main dua karta hoon aur tum log un ki zaban bolne lagoge.</w:t>
      </w:r>
    </w:p>
    <w:p>
      <w:pPr>
        <w:jc w:val="right"/>
      </w:pPr>
      <w:r>
        <w:t>کیسے ہم ان کو address کریں گے؟ جبکہ ہم ان کی زبان نہیں جانتے۔ تو حضرت مسیح نے کہا کہ جاؤ۔ میں دعا کرتا ہوں اور تم لوگ ان کی زبان بولنے لگو گے۔</w:t>
      </w:r>
    </w:p>
    <w:p>
      <w:r>
        <w:rPr>
          <w:b/>
        </w:rPr>
        <w:t xml:space="preserve">[11:07] </w:t>
      </w:r>
      <w:r>
        <w:t>chunanche woh log gaye. aur mukhtalif mulkon mein kaam karna shuru kiya.</w:t>
      </w:r>
    </w:p>
    <w:p>
      <w:pPr>
        <w:jc w:val="right"/>
      </w:pPr>
      <w:r>
        <w:t>چنانچہ وہ لوگ گئے۔ اور مختلف ملکوں میں کام کرنا شروع کیا۔</w:t>
      </w:r>
    </w:p>
    <w:p>
      <w:r>
        <w:rPr>
          <w:b/>
        </w:rPr>
        <w:t xml:space="preserve">[11:15] </w:t>
      </w:r>
      <w:r>
        <w:t>to hadith mein, to riwayat mein ata hai ke woh wahan ki zaban bolne lage. jahan tak maine samjha hai yeh koi miracle nahi tha. aisa nahi tha ke miraculously woh wahan ki zaban bolne lage.</w:t>
      </w:r>
    </w:p>
    <w:p>
      <w:pPr>
        <w:jc w:val="right"/>
      </w:pPr>
      <w:r>
        <w:t>تو حدیث میں، تو روایت میں آتا ہے کہ وہ وہاں کی زبان بولنے لگے۔ جہاں تک میں نے سمجھا ہے یہ کوئی miracle نہیں تھا۔ ایسا نہیں تھا کہ miraculously وہ وہاں کی زبان بولنے لگے۔</w:t>
      </w:r>
    </w:p>
    <w:p>
      <w:r>
        <w:rPr>
          <w:b/>
        </w:rPr>
        <w:t xml:space="preserve">[11:28] </w:t>
      </w:r>
      <w:r>
        <w:t>nahin. aaj bhi aap dekhiye log jate hain different countries mein. wahan ki zaban seekh lete hain. aur yeh bohat hi common phenomena hai.</w:t>
      </w:r>
    </w:p>
    <w:p>
      <w:pPr>
        <w:jc w:val="right"/>
      </w:pPr>
      <w:r>
        <w:t>نہیں۔ آج بھی آپ دیکھیے لوگ جاتے ہیں different countries میں۔ وہاں کی زبان سیکھ لیتے ہیں۔ اور یہ بہت ہی common phenomena ہے۔</w:t>
      </w:r>
    </w:p>
    <w:p>
      <w:r>
        <w:rPr>
          <w:b/>
        </w:rPr>
        <w:t xml:space="preserve">[11:42] </w:t>
      </w:r>
      <w:r>
        <w:t>to woh log jab gaye honge to zahir hai ek interaction hua. logon se dialogue hone laga. logon se conversation hua un ka.</w:t>
      </w:r>
    </w:p>
    <w:p>
      <w:pPr>
        <w:jc w:val="right"/>
      </w:pPr>
      <w:r>
        <w:t>تو وہ لوگ جب گئے ہوں گے تو ظاہر ہے ایک interaction ہوا۔ لوگوں سے dialogue ہونے لگا۔ لوگوں سے conversation ہوا ان کا۔</w:t>
      </w:r>
    </w:p>
    <w:p>
      <w:r>
        <w:rPr>
          <w:b/>
        </w:rPr>
        <w:t xml:space="preserve">[11:51] </w:t>
      </w:r>
      <w:r>
        <w:t>to pehle difficulties pesh ayen hongi shuru shuru mein. phir dhire dhire dhire dhire unhone zaban samjhi hogi un ki. pehle un ki vocabulary kam rahi hogi phir zyada hogi hogi hogi.</w:t>
      </w:r>
    </w:p>
    <w:p>
      <w:pPr>
        <w:jc w:val="right"/>
      </w:pPr>
      <w:r>
        <w:t>تو پہلے difficulties پیش آئیں ہوں گی شروع شروع میں۔ پھر دھیرے دھیرے دھیرے دھیرے انہوں نے زبان سمجھی ہوگی ان کی۔ پہلے ان کی vocabulary کم رہی ہوگی پھر زیادہ ہوگی ہوگی ہوگی۔</w:t>
      </w:r>
    </w:p>
    <w:p>
      <w:r>
        <w:rPr>
          <w:b/>
        </w:rPr>
        <w:t xml:space="preserve">[12:06] </w:t>
      </w:r>
      <w:r>
        <w:t>hote hote woh poori tarah wahan ki zaban samajhne lage honge woh.</w:t>
      </w:r>
    </w:p>
    <w:p>
      <w:pPr>
        <w:jc w:val="right"/>
      </w:pPr>
      <w:r>
        <w:t>ہوتے ہوتے وہ پوری طرح وہاں کی زبان سمجھنے لگے ہوں گے وہ۔</w:t>
      </w:r>
    </w:p>
    <w:p>
      <w:r>
        <w:rPr>
          <w:b/>
        </w:rPr>
        <w:t xml:space="preserve">[12:10] </w:t>
      </w:r>
      <w:r>
        <w:t>to hazrat masih ke disciple</w:t>
      </w:r>
    </w:p>
    <w:p>
      <w:pPr>
        <w:jc w:val="right"/>
      </w:pPr>
      <w:r>
        <w:t>تو حضرت مسیح کے disciple</w:t>
      </w:r>
    </w:p>
    <w:p>
      <w:r>
        <w:rPr>
          <w:b/>
        </w:rPr>
        <w:t xml:space="preserve">[12:15] </w:t>
      </w:r>
      <w:r>
        <w:t>jo gaye bahar ke countries mein yeh doosra positive diaspora tha.</w:t>
      </w:r>
    </w:p>
    <w:p>
      <w:pPr>
        <w:jc w:val="right"/>
      </w:pPr>
      <w:r>
        <w:t>جو گئے باہر کے countries میں یہ دوسرا positive ڈائسپورا تھا۔</w:t>
      </w:r>
    </w:p>
    <w:p>
      <w:r>
        <w:rPr>
          <w:b/>
        </w:rPr>
        <w:t xml:space="preserve">[12:21] </w:t>
      </w:r>
      <w:r>
        <w:t>is ka result aap dekh ke dekhte hain ke aaj Christians jo hain masihi log jo hain woh sab se yani har mazhab sab se bara mazhab is waqt Christianity hai.</w:t>
      </w:r>
    </w:p>
    <w:p>
      <w:pPr>
        <w:jc w:val="right"/>
      </w:pPr>
      <w:r>
        <w:t>اس کا result آپ دیکھ کے دیکھتے ہیں کہ آج Christians جو ہیں مسیحی لوگ جو ہیں وہ سب سے یعنی ہر مذہب سب سے بڑا مذہب اس وقت Christianity ہے۔</w:t>
      </w:r>
    </w:p>
    <w:p>
      <w:r>
        <w:rPr>
          <w:b/>
        </w:rPr>
        <w:t xml:space="preserve">[12:36] </w:t>
      </w:r>
      <w:r>
        <w:t>masihiyat hai. number ke aitbar se. to yeh kaise hua?</w:t>
      </w:r>
    </w:p>
    <w:p>
      <w:pPr>
        <w:jc w:val="right"/>
      </w:pPr>
      <w:r>
        <w:t>مسیحیت ہے۔ نمبر کے اعتبار سے۔ تو یہ کیسے ہوا؟</w:t>
      </w:r>
    </w:p>
    <w:p>
      <w:r>
        <w:rPr>
          <w:b/>
        </w:rPr>
        <w:t xml:space="preserve">[12:45] </w:t>
      </w:r>
      <w:r>
        <w:t>woh woh diaspora ke through hua.</w:t>
      </w:r>
    </w:p>
    <w:p>
      <w:pPr>
        <w:jc w:val="right"/>
      </w:pPr>
      <w:r>
        <w:t>وہ وہ ڈائسپورا کے through ہوا۔</w:t>
      </w:r>
    </w:p>
    <w:p>
      <w:r>
        <w:rPr>
          <w:b/>
        </w:rPr>
        <w:t xml:space="preserve">[12:53] </w:t>
      </w:r>
      <w:r>
        <w:t>yani Christians jab bahar ke mulkon mein ja kar ke settle hue to un ka jana dawat mission ka jana tha.</w:t>
      </w:r>
    </w:p>
    <w:p>
      <w:pPr>
        <w:jc w:val="right"/>
      </w:pPr>
      <w:r>
        <w:t>یعنی Christians جب باہر کے ملکوں میں جا کر کے settle ہوئے تو ان کا جانا دعوت mission کا جانا تھا۔</w:t>
      </w:r>
    </w:p>
    <w:p>
      <w:r>
        <w:rPr>
          <w:b/>
        </w:rPr>
        <w:t xml:space="preserve">[13:04] </w:t>
      </w:r>
      <w:r>
        <w:t>jahan jahan gaye woh wahan wahan woh logon se milte logon se interact karte logon se discussion karte is tarah se Christianity phailne lagi.</w:t>
      </w:r>
    </w:p>
    <w:p>
      <w:pPr>
        <w:jc w:val="right"/>
      </w:pPr>
      <w:r>
        <w:t>جہاں جہاں گئے وہ وہاں وہاں وہ لوگوں سے ملتے لوگوں سے interact کرتے لوگوں سے discussion کرتے اس طرح سے Christianity پھیلنے لگی۔</w:t>
      </w:r>
    </w:p>
    <w:p>
      <w:r>
        <w:rPr>
          <w:b/>
        </w:rPr>
        <w:t xml:space="preserve">[13:15] </w:t>
      </w:r>
      <w:r>
        <w:t>yahan mein yeh kahunga ke agarchay zyada bara diaspora pehla jo hua tha woh woh woh yahoodi logon ka tha lekin yahoodi log kahin bhi apne mazhab ko phaila nahi sakay.</w:t>
      </w:r>
    </w:p>
    <w:p>
      <w:pPr>
        <w:jc w:val="right"/>
      </w:pPr>
      <w:r>
        <w:t>یہاں میں یہ کہوں گا کہ اگرچہ زیادہ بڑا ڈائسپورا پہلا جو ہوا تھا وہ وہ وہ یہودی لوگوں کا تھا لیکن یہودی لوگ کہیں بھی اپنے مذہب کو پھیلا نہیں سکے۔</w:t>
      </w:r>
    </w:p>
    <w:p>
      <w:r>
        <w:rPr>
          <w:b/>
        </w:rPr>
        <w:t xml:space="preserve">[13:28] </w:t>
      </w:r>
      <w:r>
        <w:t>jitnay gaye thay utnay hi rahay. aur Christian log gaye to unhon ne har jagah Christianity ko phaila diya. So aisa kyun hua?</w:t>
      </w:r>
    </w:p>
    <w:p>
      <w:pPr>
        <w:jc w:val="right"/>
      </w:pPr>
      <w:r>
        <w:t>جتنے گئے تھے اتنے ہی رہے۔ اور Christian لوگ گئے تو انہوں نے ہر جگہ Christianity کو پھیلا دیا۔ So ایسا کیوں ہوا؟</w:t>
      </w:r>
    </w:p>
    <w:p>
      <w:r>
        <w:rPr>
          <w:b/>
        </w:rPr>
        <w:t xml:space="preserve">[13:39] </w:t>
      </w:r>
      <w:r>
        <w:t>Why this difference?</w:t>
      </w:r>
    </w:p>
    <w:p>
      <w:pPr>
        <w:jc w:val="right"/>
      </w:pPr>
      <w:r>
        <w:t>Why this difference?</w:t>
      </w:r>
    </w:p>
    <w:p>
      <w:r>
        <w:rPr>
          <w:b/>
        </w:rPr>
        <w:t xml:space="preserve">[13:42] </w:t>
      </w:r>
      <w:r>
        <w:t>is ka aik simple sa reason hai is ka ke yahoodiyat jo hai woh missionary mazhab nahi hai. aur Christianity aik missionary mazhab hai.</w:t>
      </w:r>
    </w:p>
    <w:p>
      <w:pPr>
        <w:jc w:val="right"/>
      </w:pPr>
      <w:r>
        <w:t>اس کا ایک simple سا reason ہے اس کا کہ یہودیت جو ہے وہ missionary مذہب نہیں ہے۔ اور Christianity ایک missionary مذہب ہے۔</w:t>
      </w:r>
    </w:p>
    <w:p>
      <w:r>
        <w:rPr>
          <w:b/>
        </w:rPr>
        <w:t xml:space="preserve">[13:53] </w:t>
      </w:r>
      <w:r>
        <w:t>aap jantay hain ke aaj kal ke yahoodi hain. aaj kal ke yahoodi yahoodiyat ko aik nasli mazhab samajhtay hain. yani jo yahoodi family mein paida hua woh yahoodi hai.</w:t>
      </w:r>
    </w:p>
    <w:p>
      <w:pPr>
        <w:jc w:val="right"/>
      </w:pPr>
      <w:r>
        <w:t>آپ جانتے ہیں کہ آج کل کے یہودی ہیں۔ آج کل کے یہودی یہودیت کو ایک نسلی مذہب سمجھتے ہیں۔ یعنی جو یہودی family میں پیدا ہوا وہ یہودی ہے۔</w:t>
      </w:r>
    </w:p>
    <w:p>
      <w:r>
        <w:rPr>
          <w:b/>
        </w:rPr>
        <w:t xml:space="preserve">[14:08] </w:t>
      </w:r>
      <w:r>
        <w:t>is liye un ke haan conversion nahi hai.</w:t>
      </w:r>
    </w:p>
    <w:p>
      <w:pPr>
        <w:jc w:val="right"/>
      </w:pPr>
      <w:r>
        <w:t>اس لیے ان کے ہاں conversion نہیں ہے۔</w:t>
      </w:r>
    </w:p>
    <w:p>
      <w:r>
        <w:rPr>
          <w:b/>
        </w:rPr>
        <w:t xml:space="preserve">[14:11] </w:t>
      </w:r>
      <w:r>
        <w:t>yahoodi logon ke haan yani present yahoodi jo hai un ke haan conversion nahi hai. yahoodi family mein paida hoga to woh yahoodi hai. to is ka matlab kya hua ke un ke haan mission ka koi concept nahi hai.</w:t>
      </w:r>
    </w:p>
    <w:p>
      <w:pPr>
        <w:jc w:val="right"/>
      </w:pPr>
      <w:r>
        <w:t>یہودی لوگوں کے ہاں یعنی present یہودی جو ہے ان کے ہاں conversion نہیں ہے۔ یہودی family میں پیدا ہوگا تو وہ یہودی ہے۔ تو اس کا مطلب کیا ہوا کہ ان کے ہاں mission کا کوئی concept نہیں ہے۔</w:t>
      </w:r>
    </w:p>
    <w:p>
      <w:r>
        <w:rPr>
          <w:b/>
        </w:rPr>
        <w:t xml:space="preserve">[14:26] </w:t>
      </w:r>
      <w:r>
        <w:t>un ka mazhab missionary mazhab nahi hai. to zahir hai ke jab yeh concept na ho to woh jahan jayen ge wahan mission ke tor par kyun woh rahen ge?</w:t>
      </w:r>
    </w:p>
    <w:p>
      <w:pPr>
        <w:jc w:val="right"/>
      </w:pPr>
      <w:r>
        <w:t>ان کا مذہب missionary مذہب نہیں ہے۔ تو ظاہر ہے کہ جب یہ concept نہ ہو تو وہ جہاں جائیں گے وہاں mission کے طور پر کیوں وہ رہیں گے؟</w:t>
      </w:r>
    </w:p>
    <w:p>
      <w:r>
        <w:rPr>
          <w:b/>
        </w:rPr>
        <w:t xml:space="preserve">[14:36] </w:t>
      </w:r>
      <w:r>
        <w:t>unhon ne dawat work nahi kiya. nahi kiya to woh jitnay thay utnay hi rahay. lekin</w:t>
      </w:r>
    </w:p>
    <w:p>
      <w:pPr>
        <w:jc w:val="right"/>
      </w:pPr>
      <w:r>
        <w:t>انہوں نے دعوت ورک نہیں کیا۔ نہیں کیا تو وہ جتنے تھے اتنے ہی رہے۔ لیکن</w:t>
      </w:r>
    </w:p>
    <w:p>
      <w:r>
        <w:rPr>
          <w:b/>
        </w:rPr>
        <w:t xml:space="preserve">[14:42] </w:t>
      </w:r>
      <w:r>
        <w:t>jo Christians thay un ka mazhab missionary mazhab hai. Hazrat Masih ne un ko mission ka concept diya.</w:t>
      </w:r>
    </w:p>
    <w:p>
      <w:pPr>
        <w:jc w:val="right"/>
      </w:pPr>
      <w:r>
        <w:t>جو Christians تھے ان کا مذہب missionary مذہب ہے۔ حضرت مسیح نے ان کو mission کا concept دیا۔</w:t>
      </w:r>
    </w:p>
    <w:p>
      <w:r>
        <w:rPr>
          <w:b/>
        </w:rPr>
        <w:t xml:space="preserve">[14:52] </w:t>
      </w:r>
      <w:r>
        <w:t>is wajah se woh jahan gaye wahan woh missionary ke tor par rahay.</w:t>
      </w:r>
    </w:p>
    <w:p>
      <w:pPr>
        <w:jc w:val="right"/>
      </w:pPr>
      <w:r>
        <w:t>اس وجہ سے وہ جہاں گئے وہاں وہ missionary کے طور پر رہے۔</w:t>
      </w:r>
    </w:p>
    <w:p>
      <w:r>
        <w:rPr>
          <w:b/>
        </w:rPr>
        <w:t xml:space="preserve">[15:01] </w:t>
      </w:r>
      <w:r>
        <w:t>is wajah se woh apna mission phailanay mein kamyab hue.</w:t>
      </w:r>
    </w:p>
    <w:p>
      <w:pPr>
        <w:jc w:val="right"/>
      </w:pPr>
      <w:r>
        <w:t>اس وجہ سے وہ اپنا mission پھیلانے میں کامیاب ہوئے۔</w:t>
      </w:r>
    </w:p>
    <w:p>
      <w:r>
        <w:rPr>
          <w:b/>
        </w:rPr>
        <w:t xml:space="preserve">[15:06] </w:t>
      </w:r>
      <w:r>
        <w:t>mein ne aik qissa parha tha aik baar ke</w:t>
      </w:r>
    </w:p>
    <w:p>
      <w:pPr>
        <w:jc w:val="right"/>
      </w:pPr>
      <w:r>
        <w:t>میں نے ایک قصہ پڑھا تھا ایک بار کہ</w:t>
      </w:r>
    </w:p>
    <w:p>
      <w:r>
        <w:rPr>
          <w:b/>
        </w:rPr>
        <w:t xml:space="preserve">[15:14] </w:t>
      </w:r>
      <w:r>
        <w:t>aik baar wahan jo</w:t>
      </w:r>
    </w:p>
    <w:p>
      <w:pPr>
        <w:jc w:val="right"/>
      </w:pPr>
      <w:r>
        <w:t>ایک بار وہاں جو</w:t>
      </w:r>
    </w:p>
    <w:p>
      <w:r>
        <w:rPr>
          <w:b/>
        </w:rPr>
        <w:t xml:space="preserve">[15:23] </w:t>
      </w:r>
      <w:r>
        <w:t>South America jo hai jis mein ke bohat baray baray janglat hain to wahan par woh chahtay thay ke apna mission pohanchayen.</w:t>
      </w:r>
    </w:p>
    <w:p>
      <w:pPr>
        <w:jc w:val="right"/>
      </w:pPr>
      <w:r>
        <w:t>ساؤتھ امریکہ جو ہے جس میں کہ بہت بڑے بڑے جنگل ہیں تو وہاں پر وہ چاہتے تھے کہ اپنا mission پہنچائیں۔</w:t>
      </w:r>
    </w:p>
    <w:p>
      <w:r>
        <w:rPr>
          <w:b/>
        </w:rPr>
        <w:t xml:space="preserve">[15:34] </w:t>
      </w:r>
      <w:r>
        <w:t>wahan abhi bhi log rehtay thay insaan jangli andaaz mein. to aik waqt bheja unhon ne. ghaliban Paraguay ke janglat mein.</w:t>
      </w:r>
    </w:p>
    <w:p>
      <w:pPr>
        <w:jc w:val="right"/>
      </w:pPr>
      <w:r>
        <w:t>وہاں ابھی بھی لوگ رہتے تھے انسان جنگلی انداز میں۔ تو ایک وقت بھیجا انہوں نے۔ غالباً پیراگوئے کے جنگلوں میں۔</w:t>
      </w:r>
    </w:p>
    <w:p>
      <w:r>
        <w:rPr>
          <w:b/>
        </w:rPr>
        <w:t xml:space="preserve">[15:45] </w:t>
      </w:r>
      <w:r>
        <w:t>to woh wahan gaya woh aadmi wahan se aaya to woh batata hai woh report jo diya us ne ke wahan jab machhar hain makhi hain keeday makoray hain aur garha hai aur yeh hai aur woh hai yeh sab report de raha tha woh.</w:t>
      </w:r>
    </w:p>
    <w:p>
      <w:pPr>
        <w:jc w:val="right"/>
      </w:pPr>
      <w:r>
        <w:t>تو وہ وہاں گیا وہ آدمی وہاں سے آیا تو وہ بتاتا ہے وہ رپورٹ جو دیا اس نے کہ وہاں جب مچھر ہیں مکھی ہیں کیڑے مکوڑے ہیں اور گڑھا ہے اور یہ ہے اور وہ ہے یہ سب رپورٹ دے رہا تھا وہ۔</w:t>
      </w:r>
    </w:p>
    <w:p>
      <w:r>
        <w:rPr>
          <w:b/>
        </w:rPr>
        <w:t xml:space="preserve">[16:00] </w:t>
      </w:r>
      <w:r>
        <w:t>to jo priest tha priest ne kaha ke yeh batao ke wahan insaan bhi hain kya?</w:t>
      </w:r>
    </w:p>
    <w:p>
      <w:pPr>
        <w:jc w:val="right"/>
      </w:pPr>
      <w:r>
        <w:t>تو جو پریسٹ تھا پریسٹ نے کہا کہ یہ بتاؤ کہ وہاں انسان بھی ہیں کیا؟</w:t>
      </w:r>
    </w:p>
    <w:p>
      <w:r>
        <w:rPr>
          <w:b/>
        </w:rPr>
        <w:t xml:space="preserve">[16:10] </w:t>
      </w:r>
      <w:r>
        <w:t>insaan hain ke nahi yeh batao. to us ne kaha ke haan wahan insaan bhi hain. to kaha ke bas phir hamara hum wahan jayen ge aur hum mission wahan phailayen ge.</w:t>
      </w:r>
    </w:p>
    <w:p>
      <w:pPr>
        <w:jc w:val="right"/>
      </w:pPr>
      <w:r>
        <w:t>انسان ہیں کہ نہیں یہ بتاؤ۔ تو اس نے کہا کہ ہاں وہاں انسان بھی ہیں۔ تو کہا کہ بس پھر ہمارا ہم وہاں جائیں گے اور ہم mission وہاں پھیلائیں گے۔</w:t>
      </w:r>
    </w:p>
    <w:p>
      <w:r>
        <w:rPr>
          <w:b/>
        </w:rPr>
        <w:t xml:space="preserve">[16:20] </w:t>
      </w:r>
      <w:r>
        <w:t>yeh hai missionary spirit.</w:t>
      </w:r>
    </w:p>
    <w:p>
      <w:pPr>
        <w:jc w:val="right"/>
      </w:pPr>
      <w:r>
        <w:t>یہ ہے missionary spirit۔</w:t>
      </w:r>
    </w:p>
    <w:p>
      <w:r>
        <w:rPr>
          <w:b/>
        </w:rPr>
        <w:t xml:space="preserve">[16:23] </w:t>
      </w:r>
      <w:r>
        <w:t>to Christian logon mein chounke missionary spirit thi is liye un ka diaspora dawat diaspora ban gaya. missionary diaspora ban gaya jis ko mein positive diaspora kehta hoon.</w:t>
      </w:r>
    </w:p>
    <w:p>
      <w:pPr>
        <w:jc w:val="right"/>
      </w:pPr>
      <w:r>
        <w:t>تو Christian لوگوں میں چونکہ missionary spirit تھی اس لیے ان کا ڈائسپورا دعوت ڈائسپورا بن گیا۔ missionary ڈائسپورا بن گیا جس کو میں positive ڈائسپورا کہتا ہوں۔</w:t>
      </w:r>
    </w:p>
    <w:p>
      <w:r>
        <w:rPr>
          <w:b/>
        </w:rPr>
        <w:t xml:space="preserve">[16:39] </w:t>
      </w:r>
      <w:r>
        <w:t>to history mein pehla diaspora tha Hazrat Ibrahim ke zamanay ka. yani yani positive diaspora.</w:t>
      </w:r>
    </w:p>
    <w:p>
      <w:pPr>
        <w:jc w:val="right"/>
      </w:pPr>
      <w:r>
        <w:t>تو history میں پہلا ڈائسپورا تھا حضرت ابراہیم کے زمانے کا۔ یعنی یعنی positive ڈائسپورا۔</w:t>
      </w:r>
    </w:p>
    <w:p>
      <w:r>
        <w:rPr>
          <w:b/>
        </w:rPr>
        <w:t xml:space="preserve">[16:48] </w:t>
      </w:r>
      <w:r>
        <w:t>dosra diaspora woh tha jo Hazrat Masih ke zamanay mein hua. aur is ka nateeja yeh hua ke Christians sari duniya mein sab zyada tadad mein ho gaye.</w:t>
      </w:r>
    </w:p>
    <w:p>
      <w:pPr>
        <w:jc w:val="right"/>
      </w:pPr>
      <w:r>
        <w:t>دوسرا ڈائسپورا وہ تھا جو حضرت مسیح کے زمانے میں ہوا۔ اور اس کا نتیجہ یہ ہوا کہ Christians ساری دنیا میں سب زیادہ تعداد میں ہو گئے۔</w:t>
      </w:r>
    </w:p>
    <w:p>
      <w:r>
        <w:rPr>
          <w:b/>
        </w:rPr>
        <w:t xml:space="preserve">[17:01] </w:t>
      </w:r>
      <w:r>
        <w:t>is ke baad aata hai Islam ka zamanay. Islam ke zamanay mein kai baar hijrat ke waqeat hue.</w:t>
      </w:r>
    </w:p>
    <w:p>
      <w:pPr>
        <w:jc w:val="right"/>
      </w:pPr>
      <w:r>
        <w:t>اس کے بعد آتا ہے اسلام کا زمانہ۔ اسلام کے زمانے میں کئی بار ہجرت کے واقعات ہوئے۔</w:t>
      </w:r>
    </w:p>
    <w:p>
      <w:r>
        <w:rPr>
          <w:b/>
        </w:rPr>
        <w:t xml:space="preserve">[17:12] </w:t>
      </w:r>
      <w:r>
        <w:t>isi hijrat ko main diaspora keh raha hoon.</w:t>
      </w:r>
    </w:p>
    <w:p>
      <w:pPr>
        <w:jc w:val="right"/>
      </w:pPr>
      <w:r>
        <w:t>اسی ہجرت کو میں ڈائسپورا کہہ رہا ہوں۔</w:t>
      </w:r>
    </w:p>
    <w:p>
      <w:r>
        <w:rPr>
          <w:b/>
        </w:rPr>
        <w:t xml:space="preserve">[17:15] </w:t>
      </w:r>
      <w:r>
        <w:t>yani islam ki tareekhon mein aap is ko parhen ge hijrat ke naam par. hijrat yani apne watan ko chhod kar kahin aur jana. to isi ko main diaspora keh raha hoon.</w:t>
      </w:r>
    </w:p>
    <w:p>
      <w:pPr>
        <w:jc w:val="right"/>
      </w:pPr>
      <w:r>
        <w:t>یعنی اسلام کی تاریخوں میں آپ اس کو پڑھیں گے ہجرت کے نام پر۔ ہجرت یعنی اپنے وطن کو چھوڑ کر کہیں اور جانا۔ تو اسی کو میں ڈائسپورا کہہ رہا ہوں۔</w:t>
      </w:r>
    </w:p>
    <w:p>
      <w:r>
        <w:rPr>
          <w:b/>
        </w:rPr>
        <w:t xml:space="preserve">[17:27] </w:t>
      </w:r>
      <w:r>
        <w:t>diaspora. to recorded history ke mutabiq muslim tareekh mein</w:t>
      </w:r>
    </w:p>
    <w:p>
      <w:pPr>
        <w:jc w:val="right"/>
      </w:pPr>
      <w:r>
        <w:t>ڈی آئی اے ایس پی او آر اے۔ تو ریکارڈڈ history کے مطابق مسلم تاریخ میں</w:t>
      </w:r>
    </w:p>
    <w:p>
      <w:r>
        <w:rPr>
          <w:b/>
        </w:rPr>
        <w:t xml:space="preserve">[17:36] </w:t>
      </w:r>
      <w:r>
        <w:t>pehla diaspora woh tha jo makkah mein paish aaya rasool Allah ki ba'sat ke nowein saal.</w:t>
      </w:r>
    </w:p>
    <w:p>
      <w:pPr>
        <w:jc w:val="right"/>
      </w:pPr>
      <w:r>
        <w:t>پہلا ڈائسپورا وہ تھا جو مکہ میں پیش آیا رسول اللہ کی بعثت کے نویں سال۔</w:t>
      </w:r>
    </w:p>
    <w:p>
      <w:r>
        <w:rPr>
          <w:b/>
        </w:rPr>
        <w:t xml:space="preserve">[17:47] </w:t>
      </w:r>
      <w:r>
        <w:t>nowein saal. nowein saal ya daswein saal. to behrahal aisa hua ke makkah mein log satate thay.</w:t>
      </w:r>
    </w:p>
    <w:p>
      <w:pPr>
        <w:jc w:val="right"/>
      </w:pPr>
      <w:r>
        <w:t>نویں سال۔ نویں سال یا دسویں سال۔ تو بہرحال ایسا ہوا کہ مکہ میں لوگ ستاتے تھے۔</w:t>
      </w:r>
    </w:p>
    <w:p>
      <w:r>
        <w:rPr>
          <w:b/>
        </w:rPr>
        <w:t xml:space="preserve">[17:57] </w:t>
      </w:r>
      <w:r>
        <w:t>wahan mushrikeen jo thay wahi power mein thay. wahi sardar thay makkah ke. to woh satate thay.</w:t>
      </w:r>
    </w:p>
    <w:p>
      <w:pPr>
        <w:jc w:val="right"/>
      </w:pPr>
      <w:r>
        <w:t>وہاں مشرکین جو تھے وہی power میں تھے۔ وہی سردار تھے مکہ کے۔ تو وہ ستاتے تھے۔</w:t>
      </w:r>
    </w:p>
    <w:p>
      <w:r>
        <w:rPr>
          <w:b/>
        </w:rPr>
        <w:t xml:space="preserve">[18:06] </w:t>
      </w:r>
      <w:r>
        <w:t>to rasool Allah ne apne ashaab se kaha ke tum log chale jao habash.</w:t>
      </w:r>
    </w:p>
    <w:p>
      <w:pPr>
        <w:jc w:val="right"/>
      </w:pPr>
      <w:r>
        <w:t>تو رسول اللہ نے اپنے اصحاب سے کہا کہ تم لوگ چلے جاؤ حبش۔</w:t>
      </w:r>
    </w:p>
    <w:p>
      <w:r>
        <w:rPr>
          <w:b/>
        </w:rPr>
        <w:t xml:space="preserve">[18:16] </w:t>
      </w:r>
      <w:r>
        <w:t>yani wahi country jis ko abhi senia ya ethiopia kehte hain. jo arab se bohat qareeb tha. kyunke bahr e ahmar jo hai red sea red sea ka aik pahar aik horn hai us ke idhar arab hai aur idhar us ki aik shakh aap jante hain ke red sea ke do shakhain hain.</w:t>
      </w:r>
    </w:p>
    <w:p>
      <w:pPr>
        <w:jc w:val="right"/>
      </w:pPr>
      <w:r>
        <w:t>یعنی وہی country جس کو ابھی سینیا یا ایتھوپیا کہتے ہیں۔ جو عرب سے بہت قریب تھا۔ کیونکہ بحر احمر جو ہے ریڈ سی ریڈ سی کا ایک پہاڑ ایک ہارن ہے اس کے ادھر عرب ہے اور ادھر اس کی ایک شاخ آپ جانتے ہیں کہ ریڈ سی کے دو شاخیں ہیں۔</w:t>
      </w:r>
    </w:p>
    <w:p>
      <w:r>
        <w:rPr>
          <w:b/>
        </w:rPr>
        <w:t xml:space="preserve">[18:39] </w:t>
      </w:r>
      <w:r>
        <w:t>to aik shakh is tarah se hai ke us ke idhar arabia hai aur idhar woh hai habash.</w:t>
      </w:r>
    </w:p>
    <w:p>
      <w:pPr>
        <w:jc w:val="right"/>
      </w:pPr>
      <w:r>
        <w:t>تو ایک شاخ اس طرح سے ہے کہ اس کے ادھر عربیہ ہے اور ادھر وہ ہے حبش۔</w:t>
      </w:r>
    </w:p>
    <w:p>
      <w:r>
        <w:rPr>
          <w:b/>
        </w:rPr>
        <w:t xml:space="preserve">[18:50] </w:t>
      </w:r>
      <w:r>
        <w:t>to bohat aasan tha safar wahan karna. log jaya karte thay. to aap ne kaha ke tum wahan chale jao.</w:t>
      </w:r>
    </w:p>
    <w:p>
      <w:pPr>
        <w:jc w:val="right"/>
      </w:pPr>
      <w:r>
        <w:t>تو بہت آسان تھا سفر وہاں کرنا۔ لوگ جایا کرتے تھے۔ تو آپ نے کہا کہ تم وہاں چلے جاؤ۔</w:t>
      </w:r>
    </w:p>
    <w:p>
      <w:r>
        <w:rPr>
          <w:b/>
        </w:rPr>
        <w:t xml:space="preserve">[18:58] </w:t>
      </w:r>
      <w:r>
        <w:t>to chunache tareekh ke mutabiq aik so bees aadmi mard aurat dono jo sab ke sab sahabi thay to woh makkah chhod kar ke chale gaye habash.</w:t>
      </w:r>
    </w:p>
    <w:p>
      <w:pPr>
        <w:jc w:val="right"/>
      </w:pPr>
      <w:r>
        <w:t>تو چنانچہ تاریخ کے مطابق ایک سو بیس آدمی مرد عورت دونوں جو سب کے سب صحابی تھے تو وہ مکہ چھوڑ کر کے چلے گئے حبش۔</w:t>
      </w:r>
    </w:p>
    <w:p>
      <w:r>
        <w:rPr>
          <w:b/>
        </w:rPr>
        <w:t xml:space="preserve">[19:14] </w:t>
      </w:r>
      <w:r>
        <w:t>habash jis ko ethiopia ya abhi senia kaha jata hai.</w:t>
      </w:r>
    </w:p>
    <w:p>
      <w:pPr>
        <w:jc w:val="right"/>
      </w:pPr>
      <w:r>
        <w:t>حبش جس کو ایتھوپیا یا ابھی سینیا کہا جاتا ہے۔</w:t>
      </w:r>
    </w:p>
    <w:p>
      <w:r>
        <w:rPr>
          <w:b/>
        </w:rPr>
        <w:t xml:space="preserve">[19:20] </w:t>
      </w:r>
      <w:r>
        <w:t>to is zamane mein wahan par aik jo badshah tha woh Christian badshah tha. uska naam islami tareekhon mein aata hai najashi.</w:t>
      </w:r>
    </w:p>
    <w:p>
      <w:pPr>
        <w:jc w:val="right"/>
      </w:pPr>
      <w:r>
        <w:t>تو اس زمانے میں وہاں پر ایک جو بادشاہ تھا وہ Christian بادشاہ تھا۔ اس کا نام اسلامی تاریخوں میں آتا ہے نجاشی۔</w:t>
      </w:r>
    </w:p>
    <w:p>
      <w:r>
        <w:rPr>
          <w:b/>
        </w:rPr>
        <w:t xml:space="preserve">[19:33] </w:t>
      </w:r>
      <w:r>
        <w:t>lekin english mein aap is ko parhen ge negus. negus. to yeh bohat hi bohat hi insaaf pasand aadmi tha.</w:t>
      </w:r>
    </w:p>
    <w:p>
      <w:pPr>
        <w:jc w:val="right"/>
      </w:pPr>
      <w:r>
        <w:t>لیکن انگلش میں آپ اس کو پڑھیں گے نیگس۔ این ای جی یو ایس نیگس۔ تو یہ بہت ہی بہت ہی انصاف پسند آدمی تھا۔</w:t>
      </w:r>
    </w:p>
    <w:p>
      <w:r>
        <w:rPr>
          <w:b/>
        </w:rPr>
        <w:t xml:space="preserve">[19:49] </w:t>
      </w:r>
      <w:r>
        <w:t>aur bohat sahi aadmi tha. aur religion aur Christianity ko woh manta tha. in logon mein se tha jo jo bigde nahi thay.</w:t>
      </w:r>
    </w:p>
    <w:p>
      <w:pPr>
        <w:jc w:val="right"/>
      </w:pPr>
      <w:r>
        <w:t>اور بہت صحیح آدمی تھا۔ اور religion اور Christian Christianity کو وہ مانتا تھا۔ ان لوگوں میں سے تھا جو جو بگڑے نہیں تھے۔</w:t>
      </w:r>
    </w:p>
    <w:p>
      <w:r>
        <w:rPr>
          <w:b/>
        </w:rPr>
        <w:t xml:space="preserve">[20:03] </w:t>
      </w:r>
      <w:r>
        <w:t>to us ne jab jab yeh log gaye wahan par to us ne in ko apne darbar mein bulaya. aur poocha ke tumhara kya mazhab hai?</w:t>
      </w:r>
    </w:p>
    <w:p>
      <w:pPr>
        <w:jc w:val="right"/>
      </w:pPr>
      <w:r>
        <w:t>تو اس نے جب جب یہ لوگ گئے وہاں پر تو اس نے ان کو اپنے دربار میں بلایا۔ اور پوچھا کہ تمہارا کیا مذہب ہے؟</w:t>
      </w:r>
    </w:p>
    <w:p>
      <w:r>
        <w:rPr>
          <w:b/>
        </w:rPr>
        <w:t xml:space="preserve">[20:16] </w:t>
      </w:r>
      <w:r>
        <w:t>tumhare jo prophet hain woh tum ko kon se baatein sikhate hain? to sahaba ki aik jamaat wahan gayi darbar mein.</w:t>
      </w:r>
    </w:p>
    <w:p>
      <w:pPr>
        <w:jc w:val="right"/>
      </w:pPr>
      <w:r>
        <w:t>تمہارے جو prophet ہیں وہ تم کو کون سے باتیں سکھاتے ہیں؟ تو صحابہ کی ایک جماعت وہاں گئی دربار میں۔</w:t>
      </w:r>
    </w:p>
    <w:p>
      <w:r>
        <w:rPr>
          <w:b/>
        </w:rPr>
        <w:t xml:space="preserve">[20:25] </w:t>
      </w:r>
      <w:r>
        <w:t>in mein jaafar tayyar bhi thay. to jaafar tayyar ne wahan aik speech di.</w:t>
      </w:r>
    </w:p>
    <w:p>
      <w:pPr>
        <w:jc w:val="right"/>
      </w:pPr>
      <w:r>
        <w:t>ان میں جعفر طیار بھی تھے۔ تو جعفر طیار نے وہاں ایک speech دی۔</w:t>
      </w:r>
    </w:p>
    <w:p>
      <w:r>
        <w:rPr>
          <w:b/>
        </w:rPr>
        <w:t xml:space="preserve">[20:33] </w:t>
      </w:r>
      <w:r>
        <w:t>woh speech abhi bhi aap kitabon mein parh sakte hain. unhon ne bataya ke hum log jo hain bigde hue log thay.</w:t>
      </w:r>
    </w:p>
    <w:p>
      <w:pPr>
        <w:jc w:val="right"/>
      </w:pPr>
      <w:r>
        <w:t>وہ speech ابھی بھی آپ کتابوں میں پڑھ سکتے ہیں۔ انہوں نے بتایا کہ ہم لوگ جو ہیں بگڑے ہوئے لوگ تھے۔</w:t>
      </w:r>
    </w:p>
    <w:p>
      <w:r>
        <w:rPr>
          <w:b/>
        </w:rPr>
        <w:t xml:space="preserve">[20:43] </w:t>
      </w:r>
      <w:r>
        <w:t>sachai se door thay. to yeh prophet aaye muhammad bin abdullah unhon ne humein sachai ki taleem di.</w:t>
      </w:r>
    </w:p>
    <w:p>
      <w:pPr>
        <w:jc w:val="right"/>
      </w:pPr>
      <w:r>
        <w:t>سچائی سے دور تھے۔ تو یہ prophet آئے محمد بن عبداللہ انہوں نے ہمیں سچائی کی تعلیم دی۔</w:t>
      </w:r>
    </w:p>
    <w:p>
      <w:r>
        <w:rPr>
          <w:b/>
        </w:rPr>
        <w:t xml:space="preserve">[20:52] </w:t>
      </w:r>
      <w:r>
        <w:t>aur toheed ki taleem di. to hum ne un ko accept kiya.</w:t>
      </w:r>
    </w:p>
    <w:p>
      <w:pPr>
        <w:jc w:val="right"/>
      </w:pPr>
      <w:r>
        <w:t>اور توحید کی تعلیم دی۔ تو ہم نے ان کو accept کیا۔</w:t>
      </w:r>
    </w:p>
    <w:p>
      <w:r>
        <w:rPr>
          <w:b/>
        </w:rPr>
        <w:t xml:space="preserve">[20:57] </w:t>
      </w:r>
      <w:r>
        <w:t>aur bohat hi yani woh thi effective thi yeh speech. aur kaha jata hai ke woh is tarah jab woh kar rahe thay to woh najashi is ko sun kar rone laga.</w:t>
      </w:r>
    </w:p>
    <w:p>
      <w:pPr>
        <w:jc w:val="right"/>
      </w:pPr>
      <w:r>
        <w:t>اور بہت ہی یعنی وہ تھی effective تھی یہ speech۔ اور کہا جاتا ہے کہ وہ اس ترقیص جب وہ کر رہے تھے تو وہ نجاشی اس کو سن کر رونے لگا۔</w:t>
      </w:r>
    </w:p>
    <w:p>
      <w:r>
        <w:rPr>
          <w:b/>
        </w:rPr>
        <w:t xml:space="preserve">[21:10] </w:t>
      </w:r>
      <w:r>
        <w:t>rone laga woh. aur bohat hi zyada is par asar hua. us ne kaha ke tum log raho hamare mulk mein jab tak chahe raho.</w:t>
      </w:r>
    </w:p>
    <w:p>
      <w:pPr>
        <w:jc w:val="right"/>
      </w:pPr>
      <w:r>
        <w:t>رونے لگا وہ۔ اور بہت ہی زیادہ اس پر اثر ہوا۔ اس نے کہا کہ تم لوگ رہو ہمارے ملک میں جب تک چاہے رہو۔</w:t>
      </w:r>
    </w:p>
    <w:p>
      <w:r>
        <w:rPr>
          <w:b/>
        </w:rPr>
        <w:t xml:space="preserve">[21:21] </w:t>
      </w:r>
      <w:r>
        <w:t>yahan tumhara tumhein koi pareshan karne wala nahi hai.</w:t>
      </w:r>
    </w:p>
    <w:p>
      <w:pPr>
        <w:jc w:val="right"/>
      </w:pPr>
      <w:r>
        <w:t>یہاں تمہارا تمہیں کوئی پریشان کرنے والا نہیں ہے۔</w:t>
      </w:r>
    </w:p>
    <w:p>
      <w:r>
        <w:rPr>
          <w:b/>
        </w:rPr>
        <w:t xml:space="preserve">[21:26] </w:t>
      </w:r>
      <w:r>
        <w:t>to woh log rehne lagay. is zamane mein kuch mamooli kaam karte thay kuch labor labor type ka kaam matlab zara kuch yani agricultural labor samajh lijiye thay wahan par woh log kuch mazdoori karte thay.</w:t>
      </w:r>
    </w:p>
    <w:p>
      <w:pPr>
        <w:jc w:val="right"/>
      </w:pPr>
      <w:r>
        <w:t>تو وہ لوگ رہنے لگے۔ اس زمانے میں کچھ معمولی کام کرتے تھے کچھ labor labor type کا کام مطلب ذرا کچھ یعنی agricultural labor سمجھ لیجئے تھے وہاں پر وہ لوگ کچھ مزدوری کرتے تھے۔</w:t>
      </w:r>
    </w:p>
    <w:p>
      <w:r>
        <w:rPr>
          <w:b/>
        </w:rPr>
        <w:t xml:space="preserve">[21:43] </w:t>
      </w:r>
      <w:r>
        <w:t>to kuch dinon ke baad najashi ne in ko bulaya aur poocha ke tum log hamare hamari country mein koi tum ko satata to nahi tum log kaise ho?</w:t>
      </w:r>
    </w:p>
    <w:p>
      <w:pPr>
        <w:jc w:val="right"/>
      </w:pPr>
      <w:r>
        <w:t>تو کچھ دنوں کے بعد نجاشی نے ان کو بلایا اور پوچھا کہ تم لوگ ہمارے ہماری country میں کوئی تم کو ستاتا تو نہیں تم لوگ کیسے ہو؟</w:t>
      </w:r>
    </w:p>
    <w:p>
      <w:r>
        <w:rPr>
          <w:b/>
        </w:rPr>
        <w:t xml:space="preserve">[21:52] </w:t>
      </w:r>
      <w:r>
        <w:t>to us zamane mein kuch aisa hua tha ke kuch local log inhein kuch sataya tha in ko kuch pareshan kiya tha. to us ne in ko bulaya aur apna hukum jari kiya ke jo aadmi kisi musalman ko sataye to us ko chaar dirham us ka fine kiya jaye.</w:t>
      </w:r>
    </w:p>
    <w:p>
      <w:pPr>
        <w:jc w:val="right"/>
      </w:pPr>
      <w:r>
        <w:t>تو اس زمانے میں کچھ ایسا ہوا تھا کہ کچھ local لوگ انہیں کچھ ستایا تھا ان کو کچھ پریشان کیا تھا۔ تو اس نے ان کو بلایا اور اپنا حکم جاری کیا کہ جو آدمی کسی مسلمان کو ستائے تو اس کو چار درہم اس کا fine کیا جائے۔</w:t>
      </w:r>
    </w:p>
    <w:p>
      <w:r>
        <w:rPr>
          <w:b/>
        </w:rPr>
        <w:t xml:space="preserve">[22:11] </w:t>
      </w:r>
      <w:r>
        <w:t>aur woh fine usi ko diya usi musalman ko de diya jaye.</w:t>
      </w:r>
    </w:p>
    <w:p>
      <w:pPr>
        <w:jc w:val="right"/>
      </w:pPr>
      <w:r>
        <w:t>اور وہ fine اسی کو دیا اسی مسلمان کو دے دیا جائے۔</w:t>
      </w:r>
    </w:p>
    <w:p>
      <w:r>
        <w:rPr>
          <w:b/>
        </w:rPr>
        <w:t xml:space="preserve">[22:15] </w:t>
      </w:r>
      <w:r>
        <w:t>to phir us ne musalman se poocha ke yeh chaar dirham jo hai kya tum theek samajhte ho is ko? to unhon ne kaha ke yeh to bohat kam hai. to us ne koi koi double kar diya aath aath dirham kar diya.</w:t>
      </w:r>
    </w:p>
    <w:p>
      <w:pPr>
        <w:jc w:val="right"/>
      </w:pPr>
      <w:r>
        <w:t>تو پھر اس نے مسلمان سے پوچھا کہ یہ چار درہم جو ہے کیا تم ٹھیک سمجھتے ہو اس کو؟ تو انہوں نے کہا کہ یہ تو بہت کم ہے۔ تو اس نے کوئی کوئی double کر دیا آٹھ آٹھ درہم کر دیا۔</w:t>
      </w:r>
    </w:p>
    <w:p>
      <w:r>
        <w:rPr>
          <w:b/>
        </w:rPr>
        <w:t xml:space="preserve">[22:25] </w:t>
      </w:r>
      <w:r>
        <w:t>aur unhon ne kaha ke jo kisi musalman ko sataye ga us se aath dirham liya jaye ga fine ke taur par. aur woh usi musalman ko diya jaye ga.</w:t>
      </w:r>
    </w:p>
    <w:p>
      <w:pPr>
        <w:jc w:val="right"/>
      </w:pPr>
      <w:r>
        <w:t>اور انہوں نے کہا کہ جو کسی مسلمان کو ستائے گا اس سے آٹھ درہم لیا جائے گا fine کے طور پر۔ اور وہ اسی مسلمان کو دیا جائے گا۔</w:t>
      </w:r>
    </w:p>
    <w:p>
      <w:r>
        <w:rPr>
          <w:b/>
        </w:rPr>
        <w:t xml:space="preserve">[22:35] </w:t>
      </w:r>
      <w:r>
        <w:t>is tarah woh log larne lage.</w:t>
      </w:r>
    </w:p>
    <w:p>
      <w:pPr>
        <w:jc w:val="right"/>
      </w:pPr>
      <w:r>
        <w:t>اس طرح وہ لوگ لڑنے لگے۔</w:t>
      </w:r>
    </w:p>
    <w:p>
      <w:r>
        <w:rPr>
          <w:b/>
        </w:rPr>
        <w:t xml:space="preserve">[22:38] </w:t>
      </w:r>
      <w:r>
        <w:t>riwayat mein bhi aata hai ke woh bohat hi zyada loyal the najashi ke. aur aik baar aisa hua ke kisi parosi country ne hamla kar diya us ke upar najashi ke mulk par.</w:t>
      </w:r>
    </w:p>
    <w:p>
      <w:pPr>
        <w:jc w:val="right"/>
      </w:pPr>
      <w:r>
        <w:t>روایات میں بھی آتا ہے کہ وہ بہت ہی زیادہ لائل تھے نجاشی کے۔ اور ایک بار ایسا ہوا کہ کسی پڑوسی country میں نے حملہ کر دیا اس کے اوپر نجاشی کے ملک پر۔</w:t>
      </w:r>
    </w:p>
    <w:p>
      <w:r>
        <w:rPr>
          <w:b/>
        </w:rPr>
        <w:t xml:space="preserve">[22:52] </w:t>
      </w:r>
      <w:r>
        <w:t>to yeh log nikle is ke defense mein ke najashi ke lashkar mein mil kar ke laren ge is se.</w:t>
      </w:r>
    </w:p>
    <w:p>
      <w:pPr>
        <w:jc w:val="right"/>
      </w:pPr>
      <w:r>
        <w:t>تو یہ لوگ نکلے اس کے defense میں کہ نجاشی کے لشکر میں مل کر کے لڑیں گے اس سے۔</w:t>
      </w:r>
    </w:p>
    <w:p>
      <w:r>
        <w:rPr>
          <w:b/>
        </w:rPr>
        <w:t xml:space="preserve">[23:00] </w:t>
      </w:r>
      <w:r>
        <w:t>lekin is se pehle ke wahan pahunchein woh ladaai khatam ho chuki thi. kyunke us zamane mein yeh aaj kal ki tarah transport to tha nahi.</w:t>
      </w:r>
    </w:p>
    <w:p>
      <w:pPr>
        <w:jc w:val="right"/>
      </w:pPr>
      <w:r>
        <w:t>لیکن اس سے پہلے کہ وہاں پہنچیں وہ لڑائی ختم ہو چکی تھی۔ کیونکہ اس زمانے میں یہ آج کل کی طرح transport تو تھا نہیں۔</w:t>
      </w:r>
    </w:p>
    <w:p>
      <w:r>
        <w:rPr>
          <w:b/>
        </w:rPr>
        <w:t xml:space="preserve">[23:11] </w:t>
      </w:r>
      <w:r>
        <w:t>to behal is se andaza hota hai ke kitne sachche dil ke sath woh log wahan the. phir najashi ne islam qabool kar liya baqayda.</w:t>
      </w:r>
    </w:p>
    <w:p>
      <w:pPr>
        <w:jc w:val="right"/>
      </w:pPr>
      <w:r>
        <w:t>تو بہرحال اس سے اندازہ ہوتا ہے کہ کتنے سچے دل کے ساتھ وہ لوگ وہاں تھے۔ پھر نجاشی نے اسلام قبول کر لیا باقاعدہ۔</w:t>
      </w:r>
    </w:p>
    <w:p>
      <w:r>
        <w:rPr>
          <w:b/>
        </w:rPr>
        <w:t xml:space="preserve">[23:21] </w:t>
      </w:r>
      <w:r>
        <w:t>us ne kaha in logon se ke ja kar ke apne paighambar se kehna ke main in ko in ke deen par ikhtiyar karta hoon.</w:t>
      </w:r>
    </w:p>
    <w:p>
      <w:pPr>
        <w:jc w:val="right"/>
      </w:pPr>
      <w:r>
        <w:t>اس نے کہا ان لوگوں سے کہ جا کر کے اپنے پیغمبر سے کہنا کہ میں ان کو ان کے دین پر اختیار کرتا ہوں۔</w:t>
      </w:r>
    </w:p>
    <w:p>
      <w:r>
        <w:rPr>
          <w:b/>
        </w:rPr>
        <w:t xml:space="preserve">[23:32] </w:t>
      </w:r>
      <w:r>
        <w:t>aur in ko paighambar ke taur par manta hoon. aur main in ke followers mein se hoon. to yeh baat jab rasool Allah sal Allah alaihi wasallam ne pahunchi to aap ne wahan ghayabana namaz parhwai najashi ke wafat par.</w:t>
      </w:r>
    </w:p>
    <w:p>
      <w:pPr>
        <w:jc w:val="right"/>
      </w:pPr>
      <w:r>
        <w:t>اور ان کو پیغمبر کے طور پر مانتا ہوں۔ اور میں ان کے followers میں سے ہوں۔ تو یہ بات جب رسول اللہ صلی اللہ علیہ وسلم نے پہنچی تو آپ نے وہاں غائبانہ نماز پڑھوائی نجاشی کے وفات پر۔</w:t>
      </w:r>
    </w:p>
    <w:p>
      <w:r>
        <w:rPr>
          <w:b/>
        </w:rPr>
        <w:t xml:space="preserve">[23:49] </w:t>
      </w:r>
      <w:r>
        <w:t>to behal yeh tha main samajhta hoon ke teesra diaspora teesra positive diaspora history mein jo makkah ke zamane mein paish aaya jab makkah se ja kar ke log habash mein pahunche aur isi ka aik isi ka aik nateeja aap dekhte hain eriteria</w:t>
      </w:r>
    </w:p>
    <w:p>
      <w:pPr>
        <w:jc w:val="right"/>
      </w:pPr>
      <w:r>
        <w:t>تو بہرحال یہ تھا میں سمجھتا ہوں کہ تیسرا ڈائسپورا تیسرا positive ڈائسپورا history میں جو مکہ کے زمانے میں پیش آیا جب مکہ سے جا کر کے لوگ حبش میں پہنچے اور اسی کا ایک اسی کا ایک نتیجہ آپ دیکھتے ہیں ایریٹریا</w:t>
      </w:r>
    </w:p>
    <w:p>
      <w:r>
        <w:rPr>
          <w:b/>
        </w:rPr>
        <w:t xml:space="preserve">[24:17] </w:t>
      </w:r>
      <w:r>
        <w:t>yeh jo ethiopia jo country hai is ka jo coastal area hai red sea se mila hua us par aik country hai us ko kehte hain eriteria eriteria mein more than fifty percent musalman hain aur wahan par kuch aise log bhi hain jo arabic language bolte hain eriteria mein to yeh kaise</w:t>
      </w:r>
    </w:p>
    <w:p>
      <w:pPr>
        <w:jc w:val="right"/>
      </w:pPr>
      <w:r>
        <w:t>یہ جو ایتھوپیا جو country ہے اس کا جو coastal area ہے ریڈ سی سے ملا ہوا اس پر ایک country ہے اس کو کہتے ہیں ایریٹریا ایریٹریا میں more than fifty percent مسلمان ہیں اور وہاں پر کچھ ایسے لوگ بھی ہیں جو عربک language بولتے ہیں ایریٹریا میں تو یہ کیسے</w:t>
      </w:r>
    </w:p>
    <w:p>
      <w:r>
        <w:rPr>
          <w:b/>
        </w:rPr>
        <w:t xml:space="preserve">[24:43] </w:t>
      </w:r>
      <w:r>
        <w:t>hua woh jo musalman aaye the rasool Allah ke zamane mein aur baad ko bhi aate rahe toh</w:t>
      </w:r>
    </w:p>
    <w:p>
      <w:pPr>
        <w:jc w:val="right"/>
      </w:pPr>
      <w:r>
        <w:t>ہوا وہ جو مسلمان آئے تھے رسول اللہ کے زمانے میں اور بعد کو بھی آتے رہے تو</w:t>
      </w:r>
    </w:p>
    <w:p>
      <w:r>
        <w:rPr>
          <w:b/>
        </w:rPr>
        <w:t xml:space="preserve">[24:48] </w:t>
      </w:r>
      <w:r>
        <w:t>is area mein woh settle hue woh is ki wajah se yahan unhon ne arabic language seekhi</w:t>
      </w:r>
    </w:p>
    <w:p>
      <w:pPr>
        <w:jc w:val="right"/>
      </w:pPr>
      <w:r>
        <w:t>اس area میں وہ settle ہوئے وہ اس کی وجہ سے یہاں انہوں نے عربک language سیکھی</w:t>
      </w:r>
    </w:p>
    <w:p>
      <w:r>
        <w:rPr>
          <w:b/>
        </w:rPr>
        <w:t xml:space="preserve">[24:55] </w:t>
      </w:r>
      <w:r>
        <w:t>is par is se un ke culture par asar pada aur unhon ne Islam qubool kiya</w:t>
      </w:r>
    </w:p>
    <w:p>
      <w:pPr>
        <w:jc w:val="right"/>
      </w:pPr>
      <w:r>
        <w:t>اس پر اس سے ان کے culture پر اثر پڑا اور انہوں نے اسلام قبول کیا</w:t>
      </w:r>
    </w:p>
    <w:p>
      <w:r>
        <w:rPr>
          <w:b/>
        </w:rPr>
        <w:t xml:space="preserve">[25:00] </w:t>
      </w:r>
      <w:r>
        <w:t>yahan tak keh Eritrea mein aaj musalman fifty percent zyada hain aur wahan par jo jo jo government</w:t>
      </w:r>
    </w:p>
    <w:p>
      <w:pPr>
        <w:jc w:val="right"/>
      </w:pPr>
      <w:r>
        <w:t>یہاں تک کہ ایریٹریا میں آج مسلمان fifty percent زیادہ ہیں اور وہاں پر جو جو جو government</w:t>
      </w:r>
    </w:p>
    <w:p>
      <w:r>
        <w:rPr>
          <w:b/>
        </w:rPr>
        <w:t xml:space="preserve">[25:08] </w:t>
      </w:r>
      <w:r>
        <w:t>hai us mein musalman dominate karte hain Eritrea ke ilaaqe mein</w:t>
      </w:r>
    </w:p>
    <w:p>
      <w:pPr>
        <w:jc w:val="right"/>
      </w:pPr>
      <w:r>
        <w:t>ہے اس میں مسلمان dominate کرتے ہیں ایریٹریا کے علاقے میں</w:t>
      </w:r>
    </w:p>
    <w:p>
      <w:r>
        <w:rPr>
          <w:b/>
        </w:rPr>
        <w:t xml:space="preserve">[25:14] </w:t>
      </w:r>
      <w:r>
        <w:t>to yeh jo teesra diaspora tha islam ki history mein positive diaspora is ka aik result aap dekh sakte hain eriteria ki shakal mein eriteria is waqt yani fifty seven muslim country mana jata hai duniya mein kul musalman country jo hain woh fifty seven hain aur satwan mulk yeh eriteria hai jo sab se aakhir mein bana hai</w:t>
      </w:r>
    </w:p>
    <w:p>
      <w:pPr>
        <w:jc w:val="right"/>
      </w:pPr>
      <w:r>
        <w:t>تو یہ جو تیسرا ڈائسپورا تھا اسلام کی تاریخ میں positive ڈائسپورا اس کا ایک result آپ دیکھ سکتے ہیں ایریٹریا کی شکل میں ایریٹریا اس وقت یعنی fifty seven مسلم country مانا جاتا ہے دنیا میں کل مسلمان country جو ہیں وہ fifty seven ہیں اور ستانواں ملک یہ ایریٹریا ہے جو سب سے آخر میں بنا ہے</w:t>
      </w:r>
    </w:p>
    <w:p>
      <w:r>
        <w:rPr>
          <w:b/>
        </w:rPr>
        <w:t xml:space="preserve">[25:42] </w:t>
      </w:r>
      <w:r>
        <w:t>is ke baad dekhiye mein samajhta hoon keh chautha jo diaspora tha woh woh hai jis ko hum</w:t>
      </w:r>
    </w:p>
    <w:p>
      <w:pPr>
        <w:jc w:val="right"/>
      </w:pPr>
      <w:r>
        <w:t>اس کے بعد دیکھیے میں سمجھتا ہوں کہ چوتھا جو ڈائسپورا تھا وہ وہ ہے جس کو ہم</w:t>
      </w:r>
    </w:p>
    <w:p>
      <w:r>
        <w:rPr>
          <w:b/>
        </w:rPr>
        <w:t xml:space="preserve">[25:50] </w:t>
      </w:r>
      <w:r>
        <w:t>yaani aam taur par hijrat kehte hain yaani makkah se madinah ki taraf hijrat yeh bhi diaspora tha</w:t>
      </w:r>
    </w:p>
    <w:p>
      <w:pPr>
        <w:jc w:val="right"/>
      </w:pPr>
      <w:r>
        <w:t>یعنی عام طور پر ہجرت کہتے ہیں یعنی مکہ سے مدینہ کی طرف ہجرت یہ بھی ڈائسپورا تھا</w:t>
      </w:r>
    </w:p>
    <w:p>
      <w:r>
        <w:rPr>
          <w:b/>
        </w:rPr>
        <w:t xml:space="preserve">[25:55] </w:t>
      </w:r>
      <w:r>
        <w:t>mein samajhta hoon</w:t>
      </w:r>
    </w:p>
    <w:p>
      <w:pPr>
        <w:jc w:val="right"/>
      </w:pPr>
      <w:r>
        <w:t>میں سمجھتا ہوں</w:t>
      </w:r>
    </w:p>
    <w:p>
      <w:r>
        <w:rPr>
          <w:b/>
        </w:rPr>
        <w:t xml:space="preserve">[25:57] </w:t>
      </w:r>
      <w:r>
        <w:t>keh makkah ke halaat</w:t>
      </w:r>
    </w:p>
    <w:p>
      <w:pPr>
        <w:jc w:val="right"/>
      </w:pPr>
      <w:r>
        <w:t>کہ مکہ کے حالات</w:t>
      </w:r>
    </w:p>
    <w:p>
      <w:r>
        <w:rPr>
          <w:b/>
        </w:rPr>
        <w:t xml:space="preserve">[26:00] </w:t>
      </w:r>
      <w:r>
        <w:t>sakht ho gaye aap ke liye toh rasool Allah sallallahu alaihi wasallam ne</w:t>
      </w:r>
    </w:p>
    <w:p>
      <w:pPr>
        <w:jc w:val="right"/>
      </w:pPr>
      <w:r>
        <w:t>سخت ہو گئے آپ کے لیے تو رسول اللہ صلی اللہ علیہ وسلم نے</w:t>
      </w:r>
    </w:p>
    <w:p>
      <w:r>
        <w:rPr>
          <w:b/>
        </w:rPr>
        <w:t xml:space="preserve">[26:05] </w:t>
      </w:r>
      <w:r>
        <w:t>migration kar ke aap chale gaye makkah se madinah aur doosre sahaba bhi chale gaye</w:t>
      </w:r>
    </w:p>
    <w:p>
      <w:pPr>
        <w:jc w:val="right"/>
      </w:pPr>
      <w:r>
        <w:t>migration کر کے آپ چلے گئے مکہ سے مدینہ اور دوسرے صحابہ بھی چلے گئے</w:t>
      </w:r>
    </w:p>
    <w:p>
      <w:r>
        <w:rPr>
          <w:b/>
        </w:rPr>
        <w:t xml:space="preserve">[26:13] </w:t>
      </w:r>
      <w:r>
        <w:t>to is diaspora ne jo chautha positive diaspora tha bohat bara is ka result nikla ke yeh log is yani poore madina ko islamize karne mein kamyab ho gaye aur phir madina aik center bana aik strong hold bana islam ka aur madina ko center bana kar woh is position mein ho gaye ke poore arab ko islamize kar saken</w:t>
      </w:r>
    </w:p>
    <w:p>
      <w:pPr>
        <w:jc w:val="right"/>
      </w:pPr>
      <w:r>
        <w:t>تو اس ڈائسپورا نے جو چوتھا positive ڈائسپورا تھا بہت بڑا اس کا result نکلا کہ یہ لوگ اس یعنی پورے مدینہ کو اسلامائز کرنے میں کامیاب ہو گئے اور پھر مدینہ ایک سینٹر بنا ایک strong ہولڈ بنا اسلام کا اور مدینہ کو سینٹر بنا کر وہ اس position میں ہو گئے کہ پورے عرب کو اسلامائز کر سکیں</w:t>
      </w:r>
    </w:p>
    <w:p>
      <w:r>
        <w:rPr>
          <w:b/>
        </w:rPr>
        <w:t xml:space="preserve">[26:42] </w:t>
      </w:r>
      <w:r>
        <w:t>to yeh jo diaspora tha jis ka center madina tha is ka result itna bara nikla itna bara nikla ke poora poora aik country jo hai woh islamize ho gaya yeh tha chautha diaspora yani positive diaspora phir panchwan diaspora jo hai woh woh hai jo hajjat ul wida ke baad paish aaya</w:t>
      </w:r>
    </w:p>
    <w:p>
      <w:pPr>
        <w:jc w:val="right"/>
      </w:pPr>
      <w:r>
        <w:t>تو یہ جو ڈائسپورا تھا جس کا سینٹر مدینہ تھا اس کا result اتنا بڑا نکلا اتنا بڑا نکلا کہ پورا پورا ایک country جو ہے وہ اسلامائز ہو گیا یہ تھا چوتھا ڈائسپورا یعنی positive ڈائسپورا پھر پانچواں ڈائسپورا جو ہے وہ وہ ہے جو حجۃ الوداع کے بعد پیش آیا</w:t>
      </w:r>
    </w:p>
    <w:p>
      <w:r>
        <w:rPr>
          <w:b/>
        </w:rPr>
        <w:t xml:space="preserve">[27:06] </w:t>
      </w:r>
      <w:r>
        <w:t>rasool Allah sal Allah alaihi wasallam ne jo hajj farmaya tha apni wafat se taqreeban dhai mahine pehle us ko kehte hain hajjat ul wida</w:t>
      </w:r>
    </w:p>
    <w:p>
      <w:pPr>
        <w:jc w:val="right"/>
      </w:pPr>
      <w:r>
        <w:t>رسول اللہ صلی اللہ علیہ وسلم نے جو حج فرمایا تھا اپنی وفات سے تقریباً ڈھائی مہینے پہلے اس کو کہتے ہیں حجۃ الوداع</w:t>
      </w:r>
    </w:p>
    <w:p>
      <w:r>
        <w:rPr>
          <w:b/>
        </w:rPr>
        <w:t xml:space="preserve">[27:19] </w:t>
      </w:r>
      <w:r>
        <w:t>to is hajj mein aap ne address kiya tha apne sahaba ko record ke mutabiq us waqt jo sahaba aap ke sath the yani musalman yani early period ke musalman woh the aik lakh chalis hazar</w:t>
      </w:r>
    </w:p>
    <w:p>
      <w:pPr>
        <w:jc w:val="right"/>
      </w:pPr>
      <w:r>
        <w:t>تو اس حج میں آپ نے address کیا تھا اپنے صحابہ کو ریکارڈ کے مطابق اس وقت جو صحابہ آپ کے ساتھ تھے یعنی مسلمان یعنی early period کے مسلمان وہ تھے ایک لاکھ چالیس ہزار</w:t>
      </w:r>
    </w:p>
    <w:p>
      <w:r>
        <w:rPr>
          <w:b/>
        </w:rPr>
        <w:t xml:space="preserve">[27:38] </w:t>
      </w:r>
      <w:r>
        <w:t>arafat ke maidan mein yeh log ikhatta hue hajj ke baad aap jante hain ke hajj ka aakhri jo hota hai woh arafat ke maidan mein ikhatta hona hota hai to wahan par ikhatta hue aap ne un ko address kiya is mauqe par aap ne un se kaha tha ke in Allah basani kaft lil nas fadaw ani</w:t>
      </w:r>
    </w:p>
    <w:p>
      <w:pPr>
        <w:jc w:val="right"/>
      </w:pPr>
      <w:r>
        <w:t>عرفات کے میدان میں یہ لوگ اکٹھا ہوئے حج کے بعد آپ جانتے ہیں کہ حج کا آخری جو ہوتا ہے وہ عرفات کے میدان میں اکٹھا ہونا ہوتا ہے تو وہاں پر اکٹھا ہوئے آپ نے ان کو address کیا اس موقع پر آپ نے ان سے کہا تھا کہ ان اللہ باسنی کافت للناس فعدو انی</w:t>
      </w:r>
    </w:p>
    <w:p>
      <w:r>
        <w:rPr>
          <w:b/>
        </w:rPr>
        <w:t xml:space="preserve">[28:05] </w:t>
      </w:r>
      <w:r>
        <w:t>ae logon mujhe khuda ne sare insano ke liye bheja hai sare insano ke liye main prophet banaya gaya hoon to tum log mera paigham sab logon tak pahuncha do fadaw ani yeh aap ne kaha in logon ko</w:t>
      </w:r>
    </w:p>
    <w:p>
      <w:pPr>
        <w:jc w:val="right"/>
      </w:pPr>
      <w:r>
        <w:t>اے لوگوں مجھے خدا نے سارے انسانوں کے لیے بھیجا ہے سارے انسانوں کے لیے میں prophet بنایا گیا ہوں تو تم لوگ میرا پیغام سب لوگوں تک پہنچا دو فعدو انی یہ آپ نے کہا ان لوگوں کو</w:t>
      </w:r>
    </w:p>
    <w:p>
      <w:r>
        <w:rPr>
          <w:b/>
        </w:rPr>
        <w:t xml:space="preserve">[28:29] </w:t>
      </w:r>
      <w:r>
        <w:t>to kitabon mein aata hai ke itna zabardast is ka asar hua hai is aap ki is naseehat ka aap ke is taqreer ka ke kitabon mein aata hai ke jis tarah ghoda jidhar khara hua tha udhar hi woh rawana ho gaya jis tarah oont jidhar khara tha udhar hi woh rawana ho gaya</w:t>
      </w:r>
    </w:p>
    <w:p>
      <w:pPr>
        <w:jc w:val="right"/>
      </w:pPr>
      <w:r>
        <w:t>تو کتابوں میں آتا ہے کہ اتنا زبردست اس کا اثر ہوا ہے اس آپ کی اس نصیحت کا آپ کے اس تقریر کا کہ کتابوں میں آتا ہے کہ جس طرح گھوڑا جدھر کھڑا ہوا تھا ادھر ہی وہ روانہ ہو گیا جس طرح اونٹ جدھر کھڑا تھا ادھر ہی وہ روانہ ہو گیا</w:t>
      </w:r>
    </w:p>
    <w:p>
      <w:r>
        <w:rPr>
          <w:b/>
        </w:rPr>
        <w:t xml:space="preserve">[28:47] </w:t>
      </w:r>
      <w:r>
        <w:t>yani matlab wahin se bas woh chal pade</w:t>
      </w:r>
    </w:p>
    <w:p>
      <w:pPr>
        <w:jc w:val="right"/>
      </w:pPr>
      <w:r>
        <w:t>یعنی مطلب وہیں سے بس وہ چل پڑے</w:t>
      </w:r>
    </w:p>
    <w:p>
      <w:r>
        <w:rPr>
          <w:b/>
        </w:rPr>
        <w:t xml:space="preserve">[28:53] </w:t>
      </w:r>
      <w:r>
        <w:t>doosre mulkon mein aur aap jab hajj karne jaate hain ya umrah karne jaate hain to aap dekhenge makkah madinah mein sahaba kiram ki mushkil se das hazar qabrein hain mushkil se das hazar qabrein hain sahaba kiram ki aaj aap dekhenge makkah madinah mein to sawal yeh hai ke jab ek lakh chalis hazar the woh log to kya hua</w:t>
      </w:r>
    </w:p>
    <w:p>
      <w:pPr>
        <w:jc w:val="right"/>
      </w:pPr>
      <w:r>
        <w:t>دوسرے ملکوں میں اور آپ جب حج کرنے جاتے ہیں یا عمرہ کرنے جاتے ہیں تو آپ دیکھیں گے مکہ مدینہ میں صحابہ کرام کی مشکل سے دس ہزار قبریں ہیں مشکل سے دس ہزار قبریں ہیں صحابہ کرام کی آج آپ دیکھیں گے مکہ مدینہ میں تو سوال یہ ہے کہ جب ایک لاکھ چالیس ہزار تھے وہ لوگ تو کیا ہوا</w:t>
      </w:r>
    </w:p>
    <w:p>
      <w:r>
        <w:rPr>
          <w:b/>
        </w:rPr>
        <w:t xml:space="preserve">[29:18] </w:t>
      </w:r>
      <w:r>
        <w:t>hua yeh hai ke woh sab log chale gaye bahar rasool allah ki message ke mutabiq rasool allah ki naseehat ke mutabiq bahar ja kar settle hue bahar ja kar unhon ne wahan par kaam kiya yeh tha islam ki tareekh mein panchwan positive diaspora</w:t>
      </w:r>
    </w:p>
    <w:p>
      <w:pPr>
        <w:jc w:val="right"/>
      </w:pPr>
      <w:r>
        <w:t>ہوا یہ ہے کہ وہ سب لوگ چلے گئے باہر رسول اللہ کی message کے مطابق رسول اللہ کی نصیحت کے مطابق باہر جا کر settle ہوئے باہر جا کر انہوں نے وہاں پر کام کیا یہ تھا اسلام کی تاریخ میں پانچواں positive ڈائسپورا</w:t>
      </w:r>
    </w:p>
    <w:p>
      <w:r>
        <w:rPr>
          <w:b/>
        </w:rPr>
        <w:t xml:space="preserve">[29:39] </w:t>
      </w:r>
      <w:r>
        <w:t>iska result itna zabardast nikla ke aaj jis ko kehte hain arab line jo asia se africa tak phaila hua hai yeh arab line inhi logon ne banaya yeh jo panchwan diaspora tha in logon ne islamize kiya poore is area ko jis ko aap arab land kehte hain</w:t>
      </w:r>
    </w:p>
    <w:p>
      <w:pPr>
        <w:jc w:val="right"/>
      </w:pPr>
      <w:r>
        <w:t>اس کا result اتنا زبردست نکلا کہ آج جس کو کہتے ہیں عرب لائن جو ایشیا سے افریقہ تک پھیلا ہوا ہے یہ عرب لائن انہی لوگوں نے بنایا یہ جو پانچواں ڈائسپورا تھا ان لوگوں نے اسلامائز کیا پورے اس ایریا کو جس کو آپ عرب لینڈ کہتے ہیں</w:t>
      </w:r>
    </w:p>
    <w:p>
      <w:r>
        <w:rPr>
          <w:b/>
        </w:rPr>
        <w:t xml:space="preserve">[30:00] </w:t>
      </w:r>
      <w:r>
        <w:t>yani yeh log jo the inka culture alag tha mazhab alag tha zuban alag thi lekin is panchwein positive diaspora ka itna zabardast impact pada ke unka sab kuch badal gaya unki identity badal gayi dekhiye us waqt kya tha misr mein log coptic language bolte the suriya mein israel language bolte the palestine mein hebrew language bolte the</w:t>
      </w:r>
    </w:p>
    <w:p>
      <w:pPr>
        <w:jc w:val="right"/>
      </w:pPr>
      <w:r>
        <w:t>یعنی یہ لوگ جو تھے ان کا کلچر الگ تھا مذہب الگ تھا زبان الگ تھی لیکن اس پانچویں positive ڈائسپورا کا اتنا زبردست impact پڑا کہ ان کا سب کچھ بدل گیا ان کی identity بدل گئی دیکھیے اس وقت کیا تھا مصر میں لوگ coptic language بولتے تھے سیریا میں اسرائیل language بولتے تھے palestine میں hebrew language بولتے تھے</w:t>
      </w:r>
    </w:p>
    <w:p>
      <w:r>
        <w:rPr>
          <w:b/>
        </w:rPr>
        <w:t xml:space="preserve">[30:30] </w:t>
      </w:r>
      <w:r>
        <w:t>libya mein berber language bolte the</w:t>
      </w:r>
    </w:p>
    <w:p>
      <w:pPr>
        <w:jc w:val="right"/>
      </w:pPr>
      <w:r>
        <w:t>لیبیا میں بربر language بولتے تھے</w:t>
      </w:r>
    </w:p>
    <w:p>
      <w:r>
        <w:rPr>
          <w:b/>
        </w:rPr>
        <w:t xml:space="preserve">[30:35] </w:t>
      </w:r>
      <w:r>
        <w:t>baaz areas mein greek language boli jaati thi lekin sab ka language badal gayi sab ki language badal gayi sab ka culture badal gaya sab ka mazhab badal gaya aur yahan ek poora ka poora area arab world kaha jata hai yeh hua through fifth positive diaspora</w:t>
      </w:r>
    </w:p>
    <w:p>
      <w:pPr>
        <w:jc w:val="right"/>
      </w:pPr>
      <w:r>
        <w:t>بعض ایریاز میں گریک language بولی جاتی تھی لیکن سب کا language بدل گئی سب کی language بدل گئی سب کا کلچر بدل گیا سب کا مذہب بدل گیا اور یہاں ایک پورا کا پورا ایریا عرب world کہا جاتا ہے یہ ہوا through fifth positive ڈائسپورا</w:t>
      </w:r>
    </w:p>
    <w:p>
      <w:r>
        <w:rPr>
          <w:b/>
        </w:rPr>
        <w:t xml:space="preserve">[31:01] </w:t>
      </w:r>
      <w:r>
        <w:t>kitna bada waqia hai to main samajhta hoon ke yeh yeh jo dawah work hai dawah work ki mobility ka naam hai diaspora</w:t>
      </w:r>
    </w:p>
    <w:p>
      <w:pPr>
        <w:jc w:val="right"/>
      </w:pPr>
      <w:r>
        <w:t>کتنا بڑا واقعہ ہے تو میں سمجھتا ہوں کہ یہ یہ جو دعویٰ work ہے دعویٰ work کی mobility کا نام ہے ڈائسپورا</w:t>
      </w:r>
    </w:p>
    <w:p>
      <w:r>
        <w:rPr>
          <w:b/>
        </w:rPr>
        <w:t xml:space="preserve">[31:15] </w:t>
      </w:r>
      <w:r>
        <w:t>dawat ki mobility hi ka naam hai diaspora jab dawah work ho kisi maqam par local taur par to woh local dawah work hai</w:t>
      </w:r>
    </w:p>
    <w:p>
      <w:pPr>
        <w:jc w:val="right"/>
      </w:pPr>
      <w:r>
        <w:t>دعوت کی mobility ہی کا نام ہے ڈائسپورا جب دعویٰ work ہو کسی مقام پر local طور پر تو وہ local دعویٰ work ہے</w:t>
      </w:r>
    </w:p>
    <w:p>
      <w:r>
        <w:rPr>
          <w:b/>
        </w:rPr>
        <w:t xml:space="preserve">[31:26] </w:t>
      </w:r>
      <w:r>
        <w:t>lekin jab dawah work nikle sarhadon se bahar jab sarhadon se bahar nikle to isi ka naam hai diaspora to musalmanon ka diaspora dawah diaspora hota hai kyunke unka ek mission hai jaise christian ka diaspora jo tha woh dawah diaspora ban gaya kyunke christian ka ek mission tha</w:t>
      </w:r>
    </w:p>
    <w:p>
      <w:pPr>
        <w:jc w:val="right"/>
      </w:pPr>
      <w:r>
        <w:t>لیکن جب دعویٰ work نکلے سرحدوں سے باہر جب سرحدوں سے باہر نکلے تو اسی کا نام ہے ڈائسپورا تو مسلمانوں کا ڈائسپورا دعویٰ ڈائسپورا ہوتا ہے کیونکہ ان کا ایک mission ہے جیسے کرسچن کا ڈائسپورا جو تھا وہ دعویٰ ڈائسپورا بن گیا کیونکہ کرسچن کا ایک mission تھا</w:t>
      </w:r>
    </w:p>
    <w:p>
      <w:r>
        <w:rPr>
          <w:b/>
        </w:rPr>
        <w:t xml:space="preserve">[31:50] </w:t>
      </w:r>
      <w:r>
        <w:t>is tarah musalman ka diaspora bhi dawah diaspora hai kyunke unka ek mission hai islam ek tablighi mazhab hai ek missionary mazhab hai</w:t>
      </w:r>
    </w:p>
    <w:p>
      <w:pPr>
        <w:jc w:val="right"/>
      </w:pPr>
      <w:r>
        <w:t>اس طرح مسلمان کا ڈائسپورا بھی دعویٰ ڈائسپورا ہے کیونکہ ان کا ایک mission ہے اسلام ایک تبلیغی مذہب ہے ایک مشنری مذہب ہے</w:t>
      </w:r>
    </w:p>
    <w:p>
      <w:r>
        <w:rPr>
          <w:b/>
        </w:rPr>
        <w:t xml:space="preserve">[32:03] </w:t>
      </w:r>
      <w:r>
        <w:t>to kitna bada waqia hua panchwein diaspora ke zariye ke woh poora area asia se africa tak jo pehle unka mazhab culture rizwan zuban sab kuch alag tha</w:t>
      </w:r>
    </w:p>
    <w:p>
      <w:pPr>
        <w:jc w:val="right"/>
      </w:pPr>
      <w:r>
        <w:t>تو کتنا بڑا واقعہ ہوا پانچویں ڈائسپورا کے ذریعے کہ وہ پورا ایریا ایشیا سے افریقہ تک جو پہلے ان کا مذہب کلچر رضوان زبان سب کچھ الگ تھا</w:t>
      </w:r>
    </w:p>
    <w:p>
      <w:r>
        <w:rPr>
          <w:b/>
        </w:rPr>
        <w:t xml:space="preserve">[32:18] </w:t>
      </w:r>
      <w:r>
        <w:t>aaj woh arab land kaha jata hai arab duniya ka unko hum kehte hain to yeh log inhi logon ne yeh kaam kiya jin ko hum keh rahe hain panchwan positive diaspora</w:t>
      </w:r>
    </w:p>
    <w:p>
      <w:pPr>
        <w:jc w:val="right"/>
      </w:pPr>
      <w:r>
        <w:t>آج وہ عرب لینڈ کہا جاتا ہے عرب دنیا کا ان کو ہم کہتے ہیں تو یہ لوگ انہی لوگوں نے یہ کام کیا جن کو ہم کہہ رہے ہیں پانچواں positive ڈائسپورا</w:t>
      </w:r>
    </w:p>
    <w:p>
      <w:r>
        <w:rPr>
          <w:b/>
        </w:rPr>
        <w:t xml:space="preserve">[32:35] </w:t>
      </w:r>
      <w:r>
        <w:t>is tareeqe se hota raha baad ko bhi phir aaya duniya mein communication age jis mein aaj hum hain</w:t>
      </w:r>
    </w:p>
    <w:p>
      <w:pPr>
        <w:jc w:val="right"/>
      </w:pPr>
      <w:r>
        <w:t>اس طریقے سے ہوتا رہا بعد کو بھی پھر آیا دنیا میں communication age جس میں آج ہم ہیں</w:t>
      </w:r>
    </w:p>
    <w:p>
      <w:r>
        <w:rPr>
          <w:b/>
        </w:rPr>
        <w:t xml:space="preserve">[32:44] </w:t>
      </w:r>
      <w:r>
        <w:t>yeh sab diaspora jo hue the is zamane mein hue the jab safar bohat mushkil tha log ghodon par khacharon par onton par ya paidal safar karte the tab yeh sab paish aaye lekin ab aap jante hain ke is zamane mein aa gaya zamana communication ka transport ka zamana ab safar bohat asan ho gaya duniya ek log global global village ban gayi</w:t>
      </w:r>
    </w:p>
    <w:p>
      <w:pPr>
        <w:jc w:val="right"/>
      </w:pPr>
      <w:r>
        <w:t>یہ سب ڈائسپورا جو ہوئے تھے اس زمانے میں ہوئے تھے جب سفر بہت مشکل تھا لوگ گھوڑے پر خچر پر اونٹ پر یا پیدل سفر کرتے تھے تب یہ سب پیش آئے لیکن اب آپ جانتے ہیں کہ اس زمانے میں آگیا زمانہ communication کا ٹرانسپورٹ کا زمانہ اب سفر بہت آسان ہو گیا دنیا ایک لوگ گلوبل گلوبل village بن گئی</w:t>
      </w:r>
    </w:p>
    <w:p>
      <w:r>
        <w:rPr>
          <w:b/>
        </w:rPr>
        <w:t xml:space="preserve">[33:13] </w:t>
      </w:r>
      <w:r>
        <w:t>ab ab aap bohat hi aasani se kahin yahan se wahan ja sakte hain bohat aasani se communication hota hai bohat aasani se aap contact karte hain ek jagah se doosri jagah ke liye to aaj jo diaspora hai main samajhta hoon ke tareekh ke pichle dauron se bohat zyada bada diaspora hai</w:t>
      </w:r>
    </w:p>
    <w:p>
      <w:pPr>
        <w:jc w:val="right"/>
      </w:pPr>
      <w:r>
        <w:t>اب اب آپ بہت ہی آسانی سے کہیں یہاں سے وہاں جا سکتے ہیں بہت آسانی سے communication ہوتا ہے بہت آسانی سے آپ contact کرتے ہیں ایک جگہ سے دوسری جگہ کے لیے تو آج جو ڈائسپورا ہے میں سمجھتا ہوں کہ تاریخ کے پچھلے دوروں سے بہت زیادہ بڑا ڈائسپورا ہے</w:t>
      </w:r>
    </w:p>
    <w:p>
      <w:r>
        <w:rPr>
          <w:b/>
        </w:rPr>
        <w:t xml:space="preserve">[33:35] </w:t>
      </w:r>
      <w:r>
        <w:t>yani is zamane mein jab rasool allah sallallahu alaihi wasallam ka zamana tha to ek lakh</w:t>
      </w:r>
    </w:p>
    <w:p>
      <w:pPr>
        <w:jc w:val="right"/>
      </w:pPr>
      <w:r>
        <w:t>یعنی اس زمانے میں جب رسول اللہ صلی اللہ علیہ وسلم کا زمانہ تھا تو ایک لاکھ</w:t>
      </w:r>
    </w:p>
    <w:p>
      <w:r>
        <w:rPr>
          <w:b/>
        </w:rPr>
        <w:t xml:space="preserve">[33:42] </w:t>
      </w:r>
      <w:r>
        <w:t>ek lakh tees hazar logon ne hijrat ki thi yani woh jis ko main kehta hoon panchwan diaspora is ke afraad ek lakh tees hazar ke barabar the</w:t>
      </w:r>
    </w:p>
    <w:p>
      <w:pPr>
        <w:jc w:val="right"/>
      </w:pPr>
      <w:r>
        <w:t>ایک لاکھ تیس ہزار لوگوں نے ہجرت کی تھی یعنی وہ جس کو میں کہتا ہوں پانچواں ڈائسپورا اس کے افراد ایک لاکھ تیس ہزار کے برابر تھے</w:t>
      </w:r>
    </w:p>
    <w:p>
      <w:r>
        <w:rPr>
          <w:b/>
        </w:rPr>
        <w:t xml:space="preserve">[33:57] </w:t>
      </w:r>
      <w:r>
        <w:t>lekin aaj jo communication ka zamana aaya hai ab kya hai us waqt duniya mein jo musalman nikal kar apne watan se gaye hain bahar un ke bare mein jo estimate hai woh yeh hai ke woh woh woh das billion das billion se kam nahi hai das billion das billion hain us waqt em se</w:t>
      </w:r>
    </w:p>
    <w:p>
      <w:pPr>
        <w:jc w:val="right"/>
      </w:pPr>
      <w:r>
        <w:t>لیکن آج جو communication کا زمانہ آیا ہے اب کیا ہے اس وقت دنیا میں جو مسلمان نکل کر اپنے وطن سے گئے ہیں باہر ان کے بارے میں جو estimate ہے وہ یہ ہے کہ وہ وہ وہ دس بلین دس بلین سے کم نہیں ہے دس بلین دس بلین ہیں اس وقت ایم سے</w:t>
      </w:r>
    </w:p>
    <w:p>
      <w:r>
        <w:rPr>
          <w:b/>
        </w:rPr>
        <w:t xml:space="preserve">[34:24] </w:t>
      </w:r>
      <w:r>
        <w:t>to itne sare log jo hain us waqt diaspora mein hain jo communication ke zamane ka jo muslim diaspora hai woh das billion insanon par mushtamil hai yani ek crore insan us waqt ek lakh tees hazar aadmi gaye the bahar aaj ek crore aadmi bahar chale gaye hain to is ka matlab yeh hai ke aaj super dawah work ho sakta hai</w:t>
      </w:r>
    </w:p>
    <w:p>
      <w:pPr>
        <w:jc w:val="right"/>
      </w:pPr>
      <w:r>
        <w:t>تو اتنے سارے لوگ جو ہیں اس وقت ڈائسپورا میں ہیں جو communication کے زمانے کا جو مسلم ڈائسپورا ہے وہ دس بلین انسانوں پر مشتمل ہے یعنی ایک کروڑ انسان اس وقت ایک لاکھ تیس ہزار آدمی گئے تھے باہر آج ایک کروڑ آدمی باہر چلے گئے ہیں تو اس کا مطلب یہ ہے کہ آج سپر دعویٰ work ہو سکتا ہے</w:t>
      </w:r>
    </w:p>
    <w:p>
      <w:r>
        <w:rPr>
          <w:b/>
        </w:rPr>
        <w:t xml:space="preserve">[34:51] </w:t>
      </w:r>
      <w:r>
        <w:t>yeh super diaspora hai toh super dawah work bhi ho sakta hai yahan mein yeh yaad dilaunga</w:t>
      </w:r>
    </w:p>
    <w:p>
      <w:pPr>
        <w:jc w:val="right"/>
      </w:pPr>
      <w:r>
        <w:t>یہ سپر ڈائسپورا ہے تو سپر دعویٰ work بھی ہو سکتا ہے یہاں میں یہ یاد دلاؤں گا</w:t>
      </w:r>
    </w:p>
    <w:p>
      <w:r>
        <w:rPr>
          <w:b/>
        </w:rPr>
        <w:t xml:space="preserve">[34:57] </w:t>
      </w:r>
      <w:r>
        <w:t>aap ko keh yeh log jo nikle apne watan se</w:t>
      </w:r>
    </w:p>
    <w:p>
      <w:pPr>
        <w:jc w:val="right"/>
      </w:pPr>
      <w:r>
        <w:t>آپ کو کہ یہ لوگ جو نکلے اپنے وطن سے</w:t>
      </w:r>
    </w:p>
    <w:p>
      <w:r>
        <w:rPr>
          <w:b/>
        </w:rPr>
        <w:t xml:space="preserve">[35:01] </w:t>
      </w:r>
      <w:r>
        <w:t>mostly under developed countries se to woh gaye wahan par developed countries mein to basically woh gaye thay</w:t>
      </w:r>
    </w:p>
    <w:p>
      <w:pPr>
        <w:jc w:val="right"/>
      </w:pPr>
      <w:r>
        <w:t>mostly under developed countries سے تو وہ گئے وہاں پر developed countries میں تو basically وہ گئے تھے</w:t>
      </w:r>
    </w:p>
    <w:p>
      <w:r>
        <w:rPr>
          <w:b/>
        </w:rPr>
        <w:t xml:space="preserve">[35:10] </w:t>
      </w:r>
      <w:r>
        <w:t>job ke liye business ke liye zyada behtar economic opportunities ko avail karne ke liye to incentive to</w:t>
      </w:r>
    </w:p>
    <w:p>
      <w:pPr>
        <w:jc w:val="right"/>
      </w:pPr>
      <w:r>
        <w:t>جاب کے لیے business کے لیے زیادہ بہتر economic opportunities کو avail کرنے کے لیے تو incentive تو</w:t>
      </w:r>
    </w:p>
    <w:p>
      <w:r>
        <w:rPr>
          <w:b/>
        </w:rPr>
        <w:t xml:space="preserve">[35:18] </w:t>
      </w:r>
      <w:r>
        <w:t>yeh tha yani</w:t>
      </w:r>
    </w:p>
    <w:p>
      <w:pPr>
        <w:jc w:val="right"/>
      </w:pPr>
      <w:r>
        <w:t>یہ تھا یعنی</w:t>
      </w:r>
    </w:p>
    <w:p>
      <w:r>
        <w:rPr>
          <w:b/>
        </w:rPr>
        <w:t xml:space="preserve">[35:22] </w:t>
      </w:r>
      <w:r>
        <w:t>lekin aap jante hain ke musalman phir bhi islam ko to manta hi hai</w:t>
      </w:r>
    </w:p>
    <w:p>
      <w:pPr>
        <w:jc w:val="right"/>
      </w:pPr>
      <w:r>
        <w:t>لیکن آپ جانتے ہیں کہ مسلمان پھر بھی اسلام کو تو مانتا ہی ہے</w:t>
      </w:r>
    </w:p>
    <w:p>
      <w:r>
        <w:rPr>
          <w:b/>
        </w:rPr>
        <w:t xml:space="preserve">[35:29] </w:t>
      </w:r>
      <w:r>
        <w:t>iska aqeedah to is ke dil mein basa hua hai to jahan bhi woh jaye ga is ka jab interaction hoga doosron se to islam foran aa jayega islam foran subject subject subject of discussion ban jayega subject of discussion</w:t>
      </w:r>
    </w:p>
    <w:p>
      <w:pPr>
        <w:jc w:val="right"/>
      </w:pPr>
      <w:r>
        <w:t>اس کا عقیدہ تو اس کے دل میں بسا ہوا ہے تو جہاں بھی وہ جائے گا اس کا جب interaction ہوگا دوسروں سے تو اسلام فوراً آ جائے گا اسلام فوراً subject subject subject of discussion بن جائے گا subject of discussion</w:t>
      </w:r>
    </w:p>
    <w:p>
      <w:r>
        <w:rPr>
          <w:b/>
        </w:rPr>
        <w:t xml:space="preserve">[35:47] </w:t>
      </w:r>
      <w:r>
        <w:t>to yeh musalman agarche gaye the apne yani maashi maqsad ke tehat lekin un ka wahan jana jo hai ek zariya ban gaya islam islami dawah ka bhi sath sath to is tarah se logon se dialogue hone laga un ka is tarah un ka logon se baatein hone lagen aur islam phailne laga</w:t>
      </w:r>
    </w:p>
    <w:p>
      <w:pPr>
        <w:jc w:val="right"/>
      </w:pPr>
      <w:r>
        <w:t>تو یہ مسلمان اگرچہ گئے تھے اپنے یعنی معاشی مقصد کے تحت لیکن ان کا وہاں جانا جو ہے ایک ذریعہ بن گیا اسلام اسلامی دعویٰ کا بھی ساتھ ساتھ تو اس طرح سے لوگوں سے ڈائیلاگ ہونے لگا ان کا اس طرح ان کا لوگوں سے باتیں ہونے لگیں اور اسلام پھیلنے لگا</w:t>
      </w:r>
    </w:p>
    <w:p>
      <w:r>
        <w:rPr>
          <w:b/>
        </w:rPr>
        <w:t xml:space="preserve">[36:15] </w:t>
      </w:r>
      <w:r>
        <w:t>main aap ko ek misaal doon ke kis tarah se yani yeh jo yeh jo migration tha ya jo diaspora tha woh kis tarah is ka result is is ka ek result yeh bhi nikla ke dawah work hone laga har jagah</w:t>
      </w:r>
    </w:p>
    <w:p>
      <w:pPr>
        <w:jc w:val="right"/>
      </w:pPr>
      <w:r>
        <w:t>میں آپ کو ایک مثال دوں کہ کس طرح سے یعنی یہ جو یہ جو migration تھا یا جو ڈائسپورا تھا وہ کس طرح اس کا result اس اس کا ایک result یہ بھی نکلا کہ دعویٰ work ہونے لگا ہر جگہ</w:t>
      </w:r>
    </w:p>
    <w:p>
      <w:r>
        <w:rPr>
          <w:b/>
        </w:rPr>
        <w:t xml:space="preserve">[36:34] </w:t>
      </w:r>
      <w:r>
        <w:t>to main britain mein aik baar tha aik aik shehar mein wahan ke</w:t>
      </w:r>
    </w:p>
    <w:p>
      <w:pPr>
        <w:jc w:val="right"/>
      </w:pPr>
      <w:r>
        <w:t>تو میں برٹن میں ایک بار تھا ایک ایک شہر میں وہاں کے</w:t>
      </w:r>
    </w:p>
    <w:p>
      <w:r>
        <w:rPr>
          <w:b/>
        </w:rPr>
        <w:t xml:space="preserve">[36:41] </w:t>
      </w:r>
      <w:r>
        <w:t>to aik sahib jo isi mein se aik fard hain yani muslim sindh diaspora mein se aik hain</w:t>
      </w:r>
    </w:p>
    <w:p>
      <w:pPr>
        <w:jc w:val="right"/>
      </w:pPr>
      <w:r>
        <w:t>تو ایک صاحب جو اسی میں سے ایک فرد ہیں یعنی مسلم سندھ ڈائسپورا میں سے ایک ہیں</w:t>
      </w:r>
    </w:p>
    <w:p>
      <w:r>
        <w:rPr>
          <w:b/>
        </w:rPr>
        <w:t xml:space="preserve">[36:47] </w:t>
      </w:r>
      <w:r>
        <w:t>woh woh apne watan se nikal kar wahan ja kar abad ho gaye wahan par business karte hain</w:t>
      </w:r>
    </w:p>
    <w:p>
      <w:pPr>
        <w:jc w:val="right"/>
      </w:pPr>
      <w:r>
        <w:t>وہ وہ اپنے وطن سے نکل کر وہاں جا کر آباد ہو گئے وہاں پر business کرتے ہیں</w:t>
      </w:r>
    </w:p>
    <w:p>
      <w:r>
        <w:rPr>
          <w:b/>
        </w:rPr>
        <w:t xml:space="preserve">[36:54] </w:t>
      </w:r>
      <w:r>
        <w:t>woh to un ke ghar mein kuch worker aaye hue thay kuch kaam karne ke liye yeh jaiz</w:t>
      </w:r>
    </w:p>
    <w:p>
      <w:pPr>
        <w:jc w:val="right"/>
      </w:pPr>
      <w:r>
        <w:t>وہ تو ان کے گھر میں کچھ worker آئے ہوئے تھے کچھ کام کرنے کے لیے یہ جائز</w:t>
      </w:r>
    </w:p>
    <w:p>
      <w:r>
        <w:rPr>
          <w:b/>
        </w:rPr>
        <w:t xml:space="preserve">[37:00] </w:t>
      </w:r>
      <w:r>
        <w:t>hai ke christian thay yeh</w:t>
      </w:r>
    </w:p>
    <w:p>
      <w:pPr>
        <w:jc w:val="right"/>
      </w:pPr>
      <w:r>
        <w:t>ہے کہ کرسچن تھے یہ</w:t>
      </w:r>
    </w:p>
    <w:p>
      <w:r>
        <w:rPr>
          <w:b/>
        </w:rPr>
        <w:t xml:space="preserve">[37:04] </w:t>
      </w:r>
      <w:r>
        <w:t>to un se baat karte hue unhon ne kaha ke dekho tumhari clergy jo hai tum ko bewakoof banati hai yaani yeh muslim jo thay unhon ne in se kaha ke tum bhi tumhari clergy tum ko bewakoof banati hai unhon ne kaha ke woh kaise woh sab nojawan thay woh ghaleban do ladke thay to</w:t>
      </w:r>
    </w:p>
    <w:p>
      <w:pPr>
        <w:jc w:val="right"/>
      </w:pPr>
      <w:r>
        <w:t>تو ان سے بات کرتے ہوئے انہوں نے کہا کہ دیکھو تمہاری کلرجی جو ہے تم کو بیوقوف بناتی ہے یعنی یہ مسلم جو تھے انہوں نے ان سے کہا کہ تم بھی تمہاری کلرجی تم کو بیوقوف بناتی ہے انہوں نے کہا کہ وہ کیسے وہ سب نوجوان تھے وہ غالباً دو لڑکے تھے تو</w:t>
      </w:r>
    </w:p>
    <w:p>
      <w:r>
        <w:rPr>
          <w:b/>
        </w:rPr>
        <w:t xml:space="preserve">[37:26] </w:t>
      </w:r>
      <w:r>
        <w:t>unhon ne kaha ke dekho yeh jo yeh jo tum ko belief atonement ka jo aqeedah batata hai clergy woh kya hai woh kya hai ke gunah to kya doosre ne aur saza kis ko mili hai Hazrat Hazrat Maseeh ko yaani Hazrat Maseeh tumhari taraf se kaffara ban gaye yahi to atonement hai ke doosron ke gunahon ka kaffara ada kiya Hazrat Maseeh ne</w:t>
      </w:r>
    </w:p>
    <w:p>
      <w:pPr>
        <w:jc w:val="right"/>
      </w:pPr>
      <w:r>
        <w:t>انہوں نے کہا کہ دیکھو یہ جو یہ جو تم کو belief atonement کا جو عقیدہ بتاتا ہے کلرجی وہ کیا ہے وہ کیا ہے کہ گناہ تو کیا دوسرے نے اور سزا کس کو ملی ہے حضرت حضرت مسیح کو یعنی حضرت مسیح تمہاری طرف سے کفارہ بن گئے یہی تو atonement ہے کہ دوسروں کے گناہوں کا کفارہ ادا کیا حضرت مسیح نے</w:t>
      </w:r>
    </w:p>
    <w:p>
      <w:r>
        <w:rPr>
          <w:b/>
        </w:rPr>
        <w:t xml:space="preserve">[37:54] </w:t>
      </w:r>
      <w:r>
        <w:t>to unhon ne kaha yeh kaise ho sakta hai ke gunah to koi aur kare aur kaffara bhugtana pade kisi aur ko it is a befooling practice to woh jo christian ladke thay unhon ne kaha ke Mr Khan you areright tum theek kehte ho yeh hai dialogue yaani yeh log wahan yeh is liye nahi gaye ke wahan woh unhein dawah work karna hai</w:t>
      </w:r>
    </w:p>
    <w:p>
      <w:pPr>
        <w:jc w:val="right"/>
      </w:pPr>
      <w:r>
        <w:t>تو انہوں نے کہا یہ کیسے ہو سکتا ہے کہ گناہ تو کوئی اور کرے اور کفارہ بھگتنا پڑے کسی اور کو it is a befooling practice تو وہ جو کرسچن لڑکے تھے انہوں نے کہا کہ مسٹر خان you areright تم ٹھیک کہتے ہو یہ ہے ڈائیلاگ یعنی یہ لوگ وہاں یہ اس لیے نہیں گئے کہ وہاں وہ انہیں دعویٰ work کرنا ہے</w:t>
      </w:r>
    </w:p>
    <w:p>
      <w:r>
        <w:rPr>
          <w:b/>
        </w:rPr>
        <w:t xml:space="preserve">[38:21] </w:t>
      </w:r>
      <w:r>
        <w:t>lekin jab un ka un ka presence wahan par apne aap dawah work ban gaya</w:t>
      </w:r>
    </w:p>
    <w:p>
      <w:pPr>
        <w:jc w:val="right"/>
      </w:pPr>
      <w:r>
        <w:t>لیکن جب ان کا ان کا presence وہاں پر اپنے آپ دعویٰ work بن گیا</w:t>
      </w:r>
    </w:p>
    <w:p>
      <w:r>
        <w:rPr>
          <w:b/>
        </w:rPr>
        <w:t xml:space="preserve">[38:28] </w:t>
      </w:r>
      <w:r>
        <w:t>kyun ke jab milein jalein ge jab interaction hoga to zaroor yeh sab baatein aayengi baat cheet mein</w:t>
      </w:r>
    </w:p>
    <w:p>
      <w:pPr>
        <w:jc w:val="right"/>
      </w:pPr>
      <w:r>
        <w:t>کیونکہ جب ملے جلیں گے جب interaction ہوگا تو ضرور یہ سب باتیں آئیں گی بات چیت میں</w:t>
      </w:r>
    </w:p>
    <w:p>
      <w:r>
        <w:rPr>
          <w:b/>
        </w:rPr>
        <w:t xml:space="preserve">[38:38] </w:t>
      </w:r>
      <w:r>
        <w:t>to poore developed countries mein poora jo Europe America jo hai wahan par is tareeqe se dialogue hone laga interaction hone laga aur yeh estimate kiya gaya hai ke western countries mein har saal ek lakh se zyada log Islam qabool kar lete hain har saal ek lakh se zyada yeh kaise ho raha hai</w:t>
      </w:r>
    </w:p>
    <w:p>
      <w:pPr>
        <w:jc w:val="right"/>
      </w:pPr>
      <w:r>
        <w:t>تو پورے developed countries میں پورا جو یورپ امریکہ جو ہے وہاں پر اس طریقے سے ڈائیلاگ ہونے لگا interaction ہونے لگا اور یہ estimate کیا گیا ہے کہ western countries میں ہر سال ایک لاکھ سے زیادہ لوگ اسلام قبول کر لیتے ہیں ہر سال ایک لاکھ سے زیادہ یہ کیسے ہو رہا ہے</w:t>
      </w:r>
    </w:p>
    <w:p>
      <w:r>
        <w:rPr>
          <w:b/>
        </w:rPr>
        <w:t xml:space="preserve">[39:07] </w:t>
      </w:r>
      <w:r>
        <w:t>through through interaction yaani interaction ban jata hai dawah work aur dawah work result hota hai log is pe Islam qabool kar lete hain log to yeh ek bohat bari opportunity hai jo maujooda zamane mein Islam ke liye paida hui hai</w:t>
      </w:r>
    </w:p>
    <w:p>
      <w:pPr>
        <w:jc w:val="right"/>
      </w:pPr>
      <w:r>
        <w:t>through through interaction یعنی interaction بن جاتا ہے دعویٰ work اور دعویٰ work result ہوتا ہے لوگ اس پہ اسلام قبول کر لیتے ہیں لوگ تو یہ ایک بہت بڑی opportunity ہے جو موجودہ زمانے میں اسلام کے لیے پیدا ہوئی ہے</w:t>
      </w:r>
    </w:p>
    <w:p>
      <w:r>
        <w:rPr>
          <w:b/>
        </w:rPr>
        <w:t xml:space="preserve">[39:26] </w:t>
      </w:r>
      <w:r>
        <w:t>ke communication ki wajah se development ki wajah se yeh hua ke musalman bohat bari tadad mein apne watan se nikal kar pahunch gaye doosre mulkon mein doosre mulkon mein yaani taqreeban das billion tak is waqt bahar hain woh log</w:t>
      </w:r>
    </w:p>
    <w:p>
      <w:pPr>
        <w:jc w:val="right"/>
      </w:pPr>
      <w:r>
        <w:t>کہ communication کی وجہ سے development کی وجہ سے یہ ہوا کہ مسلمان بہت بڑی تعداد میں اپنے وطن سے نکل کر پہنچ گئے دوسرے ملکوں میں دوسرے ملکوں میں یعنی تقریباً دس بلین تک اس وقت باہر ہیں وہ لوگ</w:t>
      </w:r>
    </w:p>
    <w:p>
      <w:r>
        <w:rPr>
          <w:b/>
        </w:rPr>
        <w:t xml:space="preserve">[39:45] </w:t>
      </w:r>
      <w:r>
        <w:t>to main yeh kahunga ke</w:t>
      </w:r>
    </w:p>
    <w:p>
      <w:pPr>
        <w:jc w:val="right"/>
      </w:pPr>
      <w:r>
        <w:t>تو میں یہ کہوں گا کہ</w:t>
      </w:r>
    </w:p>
    <w:p>
      <w:r>
        <w:rPr>
          <w:b/>
        </w:rPr>
        <w:t xml:space="preserve">[39:49] </w:t>
      </w:r>
      <w:r>
        <w:t>main yeh kahunga ke yeh yaani potential sense mein yeh ek ek positive diaspora hai agarche actual sense mein abhi woh sirf diaspora hai actual sense mein yeh diaspora hai lekin potential sense mein woh positive diaspora ban sakta hai</w:t>
      </w:r>
    </w:p>
    <w:p>
      <w:pPr>
        <w:jc w:val="right"/>
      </w:pPr>
      <w:r>
        <w:t>میں یہ کہوں گا کہ یہ یعنی potential sense میں یہ ایک ایک positive ڈائسپورا ہے اگرچہ actual sense میں ابھی وہ صرف ڈائسپورا ہے actual sense میں یہ ڈائسپورا ہے لیکن potential sense میں وہ positive ڈائسپورا بن سکتا ہے</w:t>
      </w:r>
    </w:p>
    <w:p>
      <w:r>
        <w:rPr>
          <w:b/>
        </w:rPr>
        <w:t xml:space="preserve">[40:16] </w:t>
      </w:r>
      <w:r>
        <w:t>to these muslims must turn this potential to actual yeh jo musalman diaspora mein hain is waqt unhein yeh karna chahiye ke woh is potential ko actual mein badlein woh apne diaspora ko positive diaspora bana dein woh apni is mobility ko apni is movement ko apne is aane jaane ko international dawah work mein</w:t>
      </w:r>
    </w:p>
    <w:p>
      <w:pPr>
        <w:jc w:val="right"/>
      </w:pPr>
      <w:r>
        <w:t>تو these مسلمز must turn this potential to actual یہ جو مسلمان ڈائسپورا میں ہیں اس وقت انہیں یہ کرنا چاہیے کہ وہ اس potential کو actual میں بدلیں وہ اپنے ڈائسپورا کو positive ڈائسپورا بنا دیں وہ اپنی اس mobility کو اپنی اس movement کو اپنے اس آنے جانے کو international دعویٰ work میں</w:t>
      </w:r>
    </w:p>
    <w:p>
      <w:r>
        <w:rPr>
          <w:b/>
        </w:rPr>
        <w:t xml:space="preserve">[40:44] </w:t>
      </w:r>
      <w:r>
        <w:t>tabdeel kar dein yeh un ke liye ek bohat bara yaani role hai jo history ne un ke liye muqaddar kiya hai bohat bara role hai jo history ne un ke liye muqaddar</w:t>
      </w:r>
    </w:p>
    <w:p>
      <w:pPr>
        <w:jc w:val="right"/>
      </w:pPr>
      <w:r>
        <w:t>تبدیل کر دیں یہ ان کے لیے ایک بہت بڑا یعنی role ہے جو history نے ان کے لیے مقدر کیا ہے بہت بڑا role ہے جو history نے ان کے لیے مقدر</w:t>
      </w:r>
    </w:p>
    <w:p>
      <w:r>
        <w:rPr>
          <w:b/>
        </w:rPr>
        <w:t xml:space="preserve">[40:58] </w:t>
      </w:r>
      <w:r>
        <w:t>kiya hai filhal in direct way mein kuch dawah work ho raha hai lekin jab woh isi isi dhang par sochen isi dhang par planning karein isi dhang par apni zindagi ka naqsha banayein to jo cheez is waqt in direct way mein ho rahi hai woh direct direct way mein hone lagi thi aur phir woh bohat zyada barh jayegi</w:t>
      </w:r>
    </w:p>
    <w:p>
      <w:pPr>
        <w:jc w:val="right"/>
      </w:pPr>
      <w:r>
        <w:t>کیا ہے فی الحال ان ڈائٹ وے میں کچھ دعویٰ work ہو رہا ہے لیکن جب وہ اسی اسی ڈھنگ پر سوچیں اسی ڈھنگ پر planning کریں اسی ڈھنگ پر اپنی زندگی کا نقشہ بنائیں تو جو چیز اس وقت ان ڈائٹ وے میں ہو رہی ہے وہ ڈائٹ ڈائریکٹ وے میں ہونے لگی تھی اور پھر وہ بہت زیادہ بڑھ جائے گی</w:t>
      </w:r>
    </w:p>
    <w:p>
      <w:r>
        <w:rPr>
          <w:b/>
        </w:rPr>
        <w:t xml:space="preserve">[41:21] </w:t>
      </w:r>
      <w:r>
        <w:t>yaani ho sakta hai ke jis tarah se sahaba karam ne jo Arab ko chhod kar bahar gaye thay unhon ne ek bohat bare area ko Islamize kar liya is tarah se yeh log koi bohat bare area mein Islam ki dawah phailane mein kamyab ho jayenge bohat bare logon bohat bare area ke logon ko is pe mutmaeen karne mein kamyab ho jayein ke Islam sacha mazhab hai Islam wahid sachai hai</w:t>
      </w:r>
    </w:p>
    <w:p>
      <w:pPr>
        <w:jc w:val="right"/>
      </w:pPr>
      <w:r>
        <w:t>یعنی ہو سکتا ہے کہ جس طرح سے صحابہ کرام نے جو عرب کو چھوڑ کر باہر گئے تھے انہوں نے ایک بہت بڑے ایریا کو اسلامائز کر لیا اس طرح سے یہ لوگ کوئی بہت بڑے ایریا میں اسلام کی دعوت پھیلانے میں کامیاب ہو جائیں گے بہت بڑے لوگوں بہت بڑے ایریا کے لوگوں کو اس پر مطمئن کرنے میں کامیاب ہو جائیں کہ اسلام سچا مذہب ہے اسلام واحد سچائی ہے</w:t>
      </w:r>
    </w:p>
    <w:p>
      <w:r>
        <w:rPr>
          <w:b/>
        </w:rPr>
        <w:t xml:space="preserve">[41:49] </w:t>
      </w:r>
      <w:r>
        <w:t>to yahan main yeh kahunga ke agar yeh log is formula ko pakad lein jis ko main kaha karta hoon one mind to mission one mind to mission ka matlab yeh hai ke aap apni zindagi ko do hisse mein baantein ek hissa woh hai jis mein aap kamai karein job karein business karein</w:t>
      </w:r>
    </w:p>
    <w:p>
      <w:pPr>
        <w:jc w:val="right"/>
      </w:pPr>
      <w:r>
        <w:t>تو یہاں میں یہ کہوں گا کہ اگر یہ لوگ اس فارمولے کو پکڑ لیں جس کو میں کہا کرتا ہوں ون مائنڈ ٹو مشن ون مائنڈ ٹو مشن کا مطلب یہ ہے کہ آپ اپنی زندگی کو دو حصے میں بانٹیں ایک حصہ وہ ہے جس میں آپ کمائی کریں جاب کریں business کریں</w:t>
      </w:r>
    </w:p>
    <w:p>
      <w:r>
        <w:rPr>
          <w:b/>
        </w:rPr>
        <w:t xml:space="preserve">[42:12] </w:t>
      </w:r>
      <w:r>
        <w:t>aap ka time aap ki energy ka ek hissa woh hai jis mein aap apni apni apni zaati zarooraton ko poora karein ek hissa woh hai jis mein aap dawah work karein one mind to mission yaani ek aitbar se aap dawah ban jayein doosre aitbar se aap apne ghar ka zimmedariyon ko poora karein</w:t>
      </w:r>
    </w:p>
    <w:p>
      <w:pPr>
        <w:jc w:val="right"/>
      </w:pPr>
      <w:r>
        <w:t>آپ کا ٹائم آپ کی energy کا ایک حصہ وہ ہے جس میں آپ اپنی اپنی اپنی ذاتی ضرورتوں کو پورا کریں ایک حصہ وہ ہے جس میں آپ دعویٰ work کریں ون مائنڈ ٹو مشن یعنی ایک اعتبار سے آپ داعی بن جائیں دوسرے اعتبار سے آپ اپنے گھر کا ذمہ داریوں کو پورا کریں</w:t>
      </w:r>
    </w:p>
    <w:p>
      <w:r>
        <w:rPr>
          <w:b/>
        </w:rPr>
        <w:t xml:space="preserve">[42:35] </w:t>
      </w:r>
      <w:r>
        <w:t>to agar yeh formula adopt kar lein yeh log yaani one mind to mission ban jayein to woh bohat bara role karein ge is zamane mein hadees mein aata hai ke ek zamana aayega jab ke Islam ka Islam ka message Islam ka kalma dunya ke har ghar mein pahunch jayega</w:t>
      </w:r>
    </w:p>
    <w:p>
      <w:pPr>
        <w:jc w:val="right"/>
      </w:pPr>
      <w:r>
        <w:t>تو اگر یہ فارمولا adopt کر لیں یہ لوگ یعنی ون مائنڈ ٹو مشن بن جائیں تو وہ بہت بڑا رول کریں گے اس زمانے میں حدیث میں آتا ہے کہ ایک زمانہ آئے گا جب کہ اسلام کا اسلام کا message اسلام کا کلمہ دنیا کے ہر گھر میں پہنچ جائے</w:t>
      </w:r>
    </w:p>
    <w:p>
      <w:r>
        <w:rPr>
          <w:b/>
        </w:rPr>
        <w:t xml:space="preserve">[42:59] </w:t>
      </w:r>
      <w:r>
        <w:t>ga chote ghar bade ghar</w:t>
      </w:r>
    </w:p>
    <w:p>
      <w:pPr>
        <w:jc w:val="right"/>
      </w:pPr>
      <w:r>
        <w:t>گا چھوٹے گھر بڑے گھر</w:t>
      </w:r>
    </w:p>
    <w:p>
      <w:r>
        <w:rPr>
          <w:b/>
        </w:rPr>
        <w:t xml:space="preserve">[43:04] </w:t>
      </w:r>
      <w:r>
        <w:t>kache ghar pakke ghar koi ghar bachega nahi jahan Islam ka kalma dakhil na ho jaye to yahi to hai woh Islam ka kalma jo hai miraculously nahi jayega har jagah hawa ke zariye urr kar nahi jayega to insanon ke zariye jayega to modern communication ne mobility paida ki aur is ka nateeja yeh hua ke musalman har jagah pahunch gaye</w:t>
      </w:r>
    </w:p>
    <w:p>
      <w:pPr>
        <w:jc w:val="right"/>
      </w:pPr>
      <w:r>
        <w:t>کچے گھر پکے گھر کوئی گھر بچے گا نہیں جہاں اسلام کا کلمہ داخل نہ ہو جائے تو یہی تو ہے وہ اسلام کا کلمہ جو ہے miraculously نہیں جائے گا ہر جگہ ہوا کے ذریعے اڑ کر نہیں جائے گا تو انسانوں کے ذریعے جائے گا تو modern communication نے mobility پیدا کی اور اس کا نتیجہ یہ ہوا کہ مسلمان ہر جگہ پہنچ گئے</w:t>
      </w:r>
    </w:p>
    <w:p>
      <w:r>
        <w:rPr>
          <w:b/>
        </w:rPr>
        <w:t xml:space="preserve">[43:30] </w:t>
      </w:r>
      <w:r>
        <w:t>to yahi to woh process hai jis ki Rasool Allah Salallahu Alaihi Wasallam ne jis ki peshangoi ki thi to musalman jo is waqt jin ko main keh raha hoon ke muslim sindh diaspora to yeh woh yeh musalman jo is waqt dunya mein phail gaye hain yeh is is peshangoi ka process hai is is peshangoi ke process ke roop mein anjam dene ki position mein pahuncha diye gaye hain</w:t>
      </w:r>
    </w:p>
    <w:p>
      <w:pPr>
        <w:jc w:val="right"/>
      </w:pPr>
      <w:r>
        <w:t>تو یہی تو وہ process ہے جس کی رسول اللہ صلی اللہ علیہ وسلم نے جس کی پیشنگوئی کی تھی تو مسلمان جو اس وقت جن کو میں کہہ رہا ہوں کہ مسلم سندھ ڈائسپورا تو یہ وہ یہ مسلمان جو اس وقت دنیا میں پھیل گئے ہیں یہ اس اس پیشنگوئی کا process ہے اس اس پیشنگوئی کے process کے روپ میں انجام دینے کی position میں پہنچا دیے گئے ہیں</w:t>
      </w:r>
    </w:p>
    <w:p>
      <w:r>
        <w:rPr>
          <w:b/>
        </w:rPr>
        <w:t xml:space="preserve">[43:59] </w:t>
      </w:r>
      <w:r>
        <w:t>to is par hona shukr karna chahiye aur is kaam ko anjam dena chahiye jis ko Rasool Allah Salallahu Alaihi Wasallam ne jis ki peshangoi farmayi thi yahan main ek aur baat arz karoon ke main jahan bhi gaya jis country mein bhi jo developed countries hain jahan musalman gaye hain rehne ke liye aur acha job karne ke liye un sab mein main ne paya ke yeh jo musalman wahan settle hue hain sab musalman pareshan hain kisi ek musalman ko main nahi paya jo pareshan na ho</w:t>
      </w:r>
    </w:p>
    <w:p>
      <w:pPr>
        <w:jc w:val="right"/>
      </w:pPr>
      <w:r>
        <w:t>تو اس پر ہونا شکر کرنا چاہیے اور اس کام کو انجام دینا چاہیے جس کو رسول اللہ صلی اللہ علیہ وسلم نے جس کی پیشنگوئی فرمائی تھی یہاں میں ایک اور بات عرض کروں کہ میں جہاں بھی گیا جس country میں بھی جو developed countries ہیں جہاں مسلمان گئے ہیں رہنے کے لیے اور اچھا جاب کرنے کے لیے ان سب میں میں نے پایا کہ یہ جو مسلمان وہاں settle ہوئے ہیں سب مسلمان پریشان ہیں کسی ایک مسلمان کو میں نہیں پایا جو پریشان نہ ہو</w:t>
      </w:r>
    </w:p>
    <w:p>
      <w:r>
        <w:rPr>
          <w:b/>
        </w:rPr>
        <w:t xml:space="preserve">[44:28] </w:t>
      </w:r>
      <w:r>
        <w:t>kyun har ek ko yeh shikayat hai ke hamari agli nasal hamare bachche woh Islam ko chhod rahe hain Islam se door ja rahe hain</w:t>
      </w:r>
    </w:p>
    <w:p>
      <w:pPr>
        <w:jc w:val="right"/>
      </w:pPr>
      <w:r>
        <w:t>کیوں ہر ایک کو یہ شکایت ہے کہ ہماری اگلی نسل ہمارے بچے وہ اسلام کو چھوڑ رہے ہیں اسلام سے دور جا رہے ہیں</w:t>
      </w:r>
    </w:p>
    <w:p>
      <w:r>
        <w:rPr>
          <w:b/>
        </w:rPr>
        <w:t xml:space="preserve">[44:40] </w:t>
      </w:r>
      <w:r>
        <w:t>har ek ko taqreeban main ne is mein paya</w:t>
      </w:r>
    </w:p>
    <w:p>
      <w:pPr>
        <w:jc w:val="right"/>
      </w:pPr>
      <w:r>
        <w:t>ہر ایک کو تقریباً میں نے اس میں پایا</w:t>
      </w:r>
    </w:p>
    <w:p>
      <w:r>
        <w:rPr>
          <w:b/>
        </w:rPr>
        <w:t xml:space="preserve">[44:47] </w:t>
      </w:r>
      <w:r>
        <w:t>misal ke taur par ek bar main gaya America mein ek shehar mein to ek sahab thay jo bohat paise wale aadmi thay ek musalman bohat bara ghar tha un ka to mujh se kaha gaya ke begum sahib aapse mulaqat karengi to main ek kamre mein gaya wahan par woh begum sahib maujood theen to main jab pahuncha wahan to woh begum sahib rone lagi</w:t>
      </w:r>
    </w:p>
    <w:p>
      <w:pPr>
        <w:jc w:val="right"/>
      </w:pPr>
      <w:r>
        <w:t>مثلاً ایک بار میں گیا امریکہ میں ایک شہر میں تو ایک صاحب تھے جو بہت پیسے والے آدمی تھے ایک مسلمان بہت بڑا گھر تھا ان کا تو مجھ سے کہا گیا کہ بیگم صاحب آپ سے ملاقات کریں گی تو میں ایک کمرے میں گیا وہاں پر وہ بیگم صاحب موجود تھیں تو میں جب پہنچا وہاں تو وہ بیگم صاحب رونے لگی</w:t>
      </w:r>
    </w:p>
    <w:p>
      <w:r>
        <w:rPr>
          <w:b/>
        </w:rPr>
        <w:t xml:space="preserve">[45:16] </w:t>
      </w:r>
      <w:r>
        <w:t>rone lagi unhon ne kaha ke hamare bachche kharab ho rahe hain dua kijiye hamare bachchon ke liye bas itna hi aur kuch bhi nahi hamare bachche kharab ho rahe hain hamare bachchon ke liye dua kijiye sari families jo settle hui hain Europe America countries mein sab ka yeh problem hai ek martaba main ek ek sahab ke sath baitha hua tha un ke g</w:t>
      </w:r>
    </w:p>
    <w:p>
      <w:pPr>
        <w:jc w:val="right"/>
      </w:pPr>
      <w:r>
        <w:t>رونے لگی انہوں نے کہا کہ ہمارے بچے خراب ہو رہے ہیں دعا کیجئے ہمارے بچوں کے لیے بس اتنا ہی اور کچھ بھی نہیں ہمارے بچے خراب ہو رہے ہیں ہمارے بچوں کے لیے دعا کیجئے ساری فیملیز جو settle ہوئی ہیں یورپ امریکہ countries میں سب کا یہ problem ہے ایک مرتبہ میں ایک ایک صاحب کے ساتھ بیٹھا ہوا تھا ان کے گ</w:t>
      </w:r>
    </w:p>
    <w:p>
      <w:r>
        <w:rPr>
          <w:b/>
        </w:rPr>
        <w:t xml:space="preserve">[45:44] </w:t>
      </w:r>
      <w:r>
        <w:t>ghar mein bohat shandar area tha bohat acha ghar tha ghar ke bahir khuli jo jagah thi wahan</w:t>
      </w:r>
    </w:p>
    <w:p>
      <w:pPr>
        <w:jc w:val="right"/>
      </w:pPr>
      <w:r>
        <w:t>ھر میں بہت شاندار ایریا تھا بہت اچھا گھر تھا گھر کے باہر کھلی جو جگہ تھی وہاں</w:t>
      </w:r>
    </w:p>
    <w:p>
      <w:r>
        <w:rPr>
          <w:b/>
        </w:rPr>
        <w:t xml:space="preserve">[45:51] </w:t>
      </w:r>
      <w:r>
        <w:t>bethe hue thay raat ke gyarah baje hue thay us waqt raat ke gyarah achanak un ka beta</w:t>
      </w:r>
    </w:p>
    <w:p>
      <w:pPr>
        <w:jc w:val="right"/>
      </w:pPr>
      <w:r>
        <w:t>بیٹھے ہوئے تھے رات کے گیارہ بجے ہوئے تھے اس وقت رات کے گیارہ اچانک ان کا بیٹا</w:t>
      </w:r>
    </w:p>
    <w:p>
      <w:r>
        <w:rPr>
          <w:b/>
        </w:rPr>
        <w:t xml:space="preserve">[45:56] </w:t>
      </w:r>
      <w:r>
        <w:t>jo hai koi bees saal ka shayad hoga nikla</w:t>
      </w:r>
    </w:p>
    <w:p>
      <w:pPr>
        <w:jc w:val="right"/>
      </w:pPr>
      <w:r>
        <w:t>جو ہے کوئی بیس سال کا شاید ہوگا نکلا</w:t>
      </w:r>
    </w:p>
    <w:p>
      <w:r>
        <w:rPr>
          <w:b/>
        </w:rPr>
        <w:t xml:space="preserve">[46:00] </w:t>
      </w:r>
      <w:r>
        <w:t>aur nikal kar ke chala gaya car ke paas car start ki aur rawana ho gaya to baap</w:t>
      </w:r>
    </w:p>
    <w:p>
      <w:pPr>
        <w:jc w:val="right"/>
      </w:pPr>
      <w:r>
        <w:t>اور نکل کر کے چلا گیا کار کے پاس کار start کی اور روانہ ہو گیا تو باپ</w:t>
      </w:r>
    </w:p>
    <w:p>
      <w:r>
        <w:rPr>
          <w:b/>
        </w:rPr>
        <w:t xml:space="preserve">[46:08] </w:t>
      </w:r>
      <w:r>
        <w:t>ne kaha mujh se woh musalman baap ne keh main is bachay se pooch nahi sakta ke tum</w:t>
      </w:r>
    </w:p>
    <w:p>
      <w:pPr>
        <w:jc w:val="right"/>
      </w:pPr>
      <w:r>
        <w:t>نے کہا مجھ سے وہ مسلمان باپ نے کہ میں اس بچے سے پوچھ نہیں سکتا کہ تم</w:t>
      </w:r>
    </w:p>
    <w:p>
      <w:r>
        <w:rPr>
          <w:b/>
        </w:rPr>
        <w:t xml:space="preserve">[46:12] </w:t>
      </w:r>
      <w:r>
        <w:t>kahan ja rahe ho</w:t>
      </w:r>
    </w:p>
    <w:p>
      <w:pPr>
        <w:jc w:val="right"/>
      </w:pPr>
      <w:r>
        <w:t>کہاں جا رہے ہو</w:t>
      </w:r>
    </w:p>
    <w:p>
      <w:r>
        <w:rPr>
          <w:b/>
        </w:rPr>
        <w:t xml:space="preserve">[46:15] </w:t>
      </w:r>
      <w:r>
        <w:t>mujhe yeh right nahin ke main is se poochun ke tum kahan ja rahe ho is waqt gaya hai woh night club mein jayega wahan ladke ladkiyan sab hoti hain wahan sharab bhi peete hain aur sab tamashe hote hain lekin main is ko rok nahin sakta</w:t>
      </w:r>
    </w:p>
    <w:p>
      <w:pPr>
        <w:jc w:val="right"/>
      </w:pPr>
      <w:r>
        <w:t>مجھے یہright نہیں کہ میں اس سے پوچھوں کہ تم کہاں جا رہے ہو اس وقت گیا ہے وہ night کلب میں جائے گا وہاں لڑکے لڑکیاں سب ہوتی ہیں وہاں شراب بھی پیتے ہیں اور سب تماشے ہوتے ہیں لیکن میں اس کو روک نہیں سکتا</w:t>
      </w:r>
    </w:p>
    <w:p>
      <w:r>
        <w:rPr>
          <w:b/>
        </w:rPr>
        <w:t xml:space="preserve">[46:30] </w:t>
      </w:r>
      <w:r>
        <w:t>aise hi ek sahab ke haan mein gaya to woh bechare bistre pade hue the un ka paun toot gaya tha main ne poochha ke kya qissa hua to maloom hua ke unhon ne apne bachche ko kuch daant dapt kar di thi</w:t>
      </w:r>
    </w:p>
    <w:p>
      <w:pPr>
        <w:jc w:val="right"/>
      </w:pPr>
      <w:r>
        <w:t>ایسے ہی ایک صاحب کے ہاں میں گیا تو وہ بیچارے بسترے پڑے ہوئے تھے ان کا پاؤں ٹوٹ گیا تھا میں نے پوچھا کہ کیا قصہ ہوا تو معلوم ہوا کہ انہوں نے اپنے بچے کو کچھ ڈانٹ ڈپٹ کر دی تھی</w:t>
      </w:r>
    </w:p>
    <w:p>
      <w:r>
        <w:rPr>
          <w:b/>
        </w:rPr>
        <w:t xml:space="preserve">[46:45] </w:t>
      </w:r>
      <w:r>
        <w:t>shayad maar diya tha ya kya kiya tha to wahan par hota hai child abuse yani police ka ek department hai jo kehte hain child abuse to is ke bachche agar telephone kar dein to foran wahan se police aa jati hai aur giraftar kar leti hai in parents ko jinhon ne bachchon ke sath sakhti ki hai to</w:t>
      </w:r>
    </w:p>
    <w:p>
      <w:pPr>
        <w:jc w:val="right"/>
      </w:pPr>
      <w:r>
        <w:t>شاید مار دیا تھا یا کیا کیا تھا تو وہاں پر ہوتا ہے child abuse یعنی پولیس کا ایک ڈیپارٹمنٹ ہے جو کہتے ہیں child abuse تو اس کے بچے اگر ٹیلی فون کر دیں تو فوراً وہاں سے پولیس آ جاتی ہے اور گرفتار کر لیتی ہے ان parents کو جنہوں نے بچوں کے ساتھ سختی کی ہے تو</w:t>
      </w:r>
    </w:p>
    <w:p>
      <w:r>
        <w:rPr>
          <w:b/>
        </w:rPr>
        <w:t xml:space="preserve">[47:08] </w:t>
      </w:r>
      <w:r>
        <w:t>unhon ne bataya ke kuch bachche ke sath unhon ne woh kar diya tha to is ne telephone kar diya child abuse ko aur minton ke andar ek police gaadi aa ke khadi ho gayi un ke ghar ke samne jiska matlab tha ke woh arrest kar ke le jayegi un ko yeh itna ghhabraya yeh ke khidki ke raste se bahir kood pade apne ghar ke bahir aur kooda to paun toot gaya yeh hai wahan ka mamla</w:t>
      </w:r>
    </w:p>
    <w:p>
      <w:pPr>
        <w:jc w:val="right"/>
      </w:pPr>
      <w:r>
        <w:t>انہوں نے بتایا کہ کچھ بچے کے ساتھ انہوں نے وہ کر دیا تھا تو اس نے ٹیلی فون کر دیا child abuse کو اور منٹوں کے اندر ایک پولیس گاڑی آ کے کھڑی ہو گئی ان کے گھر کے سامنے جس کا مطلب تھا کہ وہ arrest کر کے لے جائے گی ان کو یہ اتنا گھبرایا یہ کہ کھڑکی کے راستے سے باہر کود پڑے اپنے گھر کے باہر اور کودے تو پاؤں ٹوٹ گیا یہ ہے وہاں کا معاملہ</w:t>
      </w:r>
    </w:p>
    <w:p>
      <w:r>
        <w:rPr>
          <w:b/>
        </w:rPr>
        <w:t xml:space="preserve">[47:36] </w:t>
      </w:r>
      <w:r>
        <w:t>to sari muslim families jo bahir ki countries mein settle hui hain woh sab pareshan hain apni agli naslon se</w:t>
      </w:r>
    </w:p>
    <w:p>
      <w:pPr>
        <w:jc w:val="right"/>
      </w:pPr>
      <w:r>
        <w:t>تو ساری مسلم فیملیز جو باہر کی countries میں settle ہوئی ہیں وہ سب پریشان ہیں اپنی اگلی نسلوں سے</w:t>
      </w:r>
    </w:p>
    <w:p>
      <w:r>
        <w:rPr>
          <w:b/>
        </w:rPr>
        <w:t xml:space="preserve">[47:49] </w:t>
      </w:r>
      <w:r>
        <w:t>ek baar mein barbados gaya to wahan par ek musalmanon ne ek jalsa kiya yani jo musalman gaye hain idhar udhar se wahan par woh to ek baap apne bachche ko le kar aaya</w:t>
      </w:r>
    </w:p>
    <w:p>
      <w:pPr>
        <w:jc w:val="right"/>
      </w:pPr>
      <w:r>
        <w:t>ایک بار میں بار بڈوز گیا تو وہاں پر ایک مسلمانوں نے ایک جلسہ کیا یعنی جو مسلمان گئے ہیں ادھر ادھر سے وہاں پر وہ تو ایک باپ اپنے بچے کو لے کر آیا</w:t>
      </w:r>
    </w:p>
    <w:p>
      <w:r>
        <w:rPr>
          <w:b/>
        </w:rPr>
        <w:t xml:space="preserve">[48:04] </w:t>
      </w:r>
      <w:r>
        <w:t>woh bachay shayad pandrah solah saal ka hoga</w:t>
      </w:r>
    </w:p>
    <w:p>
      <w:pPr>
        <w:jc w:val="right"/>
      </w:pPr>
      <w:r>
        <w:t>وہ بچہ شاید پندرہ سولہ سال کا ہوگا</w:t>
      </w:r>
    </w:p>
    <w:p>
      <w:r>
        <w:rPr>
          <w:b/>
        </w:rPr>
        <w:t xml:space="preserve">[48:08] </w:t>
      </w:r>
      <w:r>
        <w:t>to main ne dekha ke woh bachay jo laya tha woh gate par baith gaya woh andar nahi</w:t>
      </w:r>
    </w:p>
    <w:p>
      <w:pPr>
        <w:jc w:val="right"/>
      </w:pPr>
      <w:r>
        <w:t>تو میں نے دیکھا کہ وہ بچہ جو لایا تھا وہ gate پر بیٹھ گیا وہ اندر نہیں</w:t>
      </w:r>
    </w:p>
    <w:p>
      <w:r>
        <w:rPr>
          <w:b/>
        </w:rPr>
        <w:t xml:space="preserve">[48:12] </w:t>
      </w:r>
      <w:r>
        <w:t>aaya woh us ki peeth meri taraf thi aur us ka chehra doosri taraf tha ulti taraf yani</w:t>
      </w:r>
    </w:p>
    <w:p>
      <w:pPr>
        <w:jc w:val="right"/>
      </w:pPr>
      <w:r>
        <w:t>آیا وہ اس کی پیٹھ میری طرف تھی اور اس کا چہرہ دوسری طرف تھا الٹی طرف یعنی</w:t>
      </w:r>
    </w:p>
    <w:p>
      <w:r>
        <w:rPr>
          <w:b/>
        </w:rPr>
        <w:t xml:space="preserve">[48:19] </w:t>
      </w:r>
      <w:r>
        <w:t>meri taraf dekh nahi raha tha woh</w:t>
      </w:r>
    </w:p>
    <w:p>
      <w:pPr>
        <w:jc w:val="right"/>
      </w:pPr>
      <w:r>
        <w:t>میری طرف دیکھ نہیں رہا تھا وہ</w:t>
      </w:r>
    </w:p>
    <w:p>
      <w:r>
        <w:rPr>
          <w:b/>
        </w:rPr>
        <w:t xml:space="preserve">[48:22] </w:t>
      </w:r>
      <w:r>
        <w:t>us ki peeth meri taraf thi aur idhar dekh raha tha baap ne zabardasti pakar dhakkar karwaya hai</w:t>
      </w:r>
    </w:p>
    <w:p>
      <w:pPr>
        <w:jc w:val="right"/>
      </w:pPr>
      <w:r>
        <w:t>اس کی پیٹھ میری طرف تھی اور ادھر دیکھ رہا تھا باپ نے زبردستی پکڑ دھکڑ کروایا ہے</w:t>
      </w:r>
    </w:p>
    <w:p>
      <w:r>
        <w:rPr>
          <w:b/>
        </w:rPr>
        <w:t xml:space="preserve">[48:28] </w:t>
      </w:r>
      <w:r>
        <w:t>baap to wahan baith gaya woh andar aanay ko tayyar nahi hua to kisi ne poocha ke bhai</w:t>
      </w:r>
    </w:p>
    <w:p>
      <w:pPr>
        <w:jc w:val="right"/>
      </w:pPr>
      <w:r>
        <w:t>باپ تو وہاں بیٹھ گیا وہ اندر آنے کو تیار نہیں ہوا تو کسی نے پوچھا کہ بھائی</w:t>
      </w:r>
    </w:p>
    <w:p>
      <w:r>
        <w:rPr>
          <w:b/>
        </w:rPr>
        <w:t xml:space="preserve">[48:32] </w:t>
      </w:r>
      <w:r>
        <w:t>tum yahan kyun bethe hue ho</w:t>
      </w:r>
    </w:p>
    <w:p>
      <w:pPr>
        <w:jc w:val="right"/>
      </w:pPr>
      <w:r>
        <w:t>تم یہاں کیوں بیٹھے ہوئے ہو</w:t>
      </w:r>
    </w:p>
    <w:p>
      <w:r>
        <w:rPr>
          <w:b/>
        </w:rPr>
        <w:t xml:space="preserve">[48:34] </w:t>
      </w:r>
      <w:r>
        <w:t>to us ne kaha me not me not matlab yeh sab mere liye nahin hai mujhe tumhare mazhab se koi matlab nahin hai zabardasti baap pakad kar laya hai is ko andar nahin aaya woh meri baat sunne ke liye us ne kaha me not yeh hai woh mahaul jis mein yeh muslim diaspora jee raha hai western countries mein ab main yeh kahunga apna tajurba aap ko arz karunga</w:t>
      </w:r>
    </w:p>
    <w:p>
      <w:pPr>
        <w:jc w:val="right"/>
      </w:pPr>
      <w:r>
        <w:t>تو اس نے کہا me not me not مطلب یہ سب میرے لیے نہیں ہے مجھے تمہارے مذہب سے کوئی مطلب نہیں ہے زبردستی باپ پکڑ کر لایا ہے اس کو اندر نہیں آیا وہ میری بات سننے کے لیے اس نے کہا me not یہ ہے وہ ماحول جس میں یہ مسلم ڈائسپورا جی رہا ہے western countries میں اب میں یہ کہوں گا اپنا تجربہ آپ کو عرض کروں گا</w:t>
      </w:r>
    </w:p>
    <w:p>
      <w:r>
        <w:rPr>
          <w:b/>
        </w:rPr>
        <w:t xml:space="preserve">[49:04] </w:t>
      </w:r>
      <w:r>
        <w:t>is qism ke bachay hamare india mein bhi hain aisa nahi ke woh sirf europe america mein hain</w:t>
      </w:r>
    </w:p>
    <w:p>
      <w:pPr>
        <w:jc w:val="right"/>
      </w:pPr>
      <w:r>
        <w:t>اس قسم کے بچے ہمارے انڈیا میں بھی ہیں ایسا نہیں کہ وہ صرف یورپ امریکہ میں ہیں</w:t>
      </w:r>
    </w:p>
    <w:p>
      <w:r>
        <w:rPr>
          <w:b/>
        </w:rPr>
        <w:t xml:space="preserve">[49:10] </w:t>
      </w:r>
      <w:r>
        <w:t>aaj hamare india mein jo bachay english schoolon mein parh rahe hain collegeon mein modern education le rahe</w:t>
      </w:r>
    </w:p>
    <w:p>
      <w:pPr>
        <w:jc w:val="right"/>
      </w:pPr>
      <w:r>
        <w:t>آج ہمارے انڈیا میں جو بچے انگلش اسکولوں میں پڑھ رہے ہیں کالجوں میں modern education لے رہے</w:t>
      </w:r>
    </w:p>
    <w:p>
      <w:r>
        <w:rPr>
          <w:b/>
        </w:rPr>
        <w:t xml:space="preserve">[49:17] </w:t>
      </w:r>
      <w:r>
        <w:t>hain universityon mein woh modern degreean le rahe hain in sab ka yahi haal hai</w:t>
      </w:r>
    </w:p>
    <w:p>
      <w:pPr>
        <w:jc w:val="right"/>
      </w:pPr>
      <w:r>
        <w:t>ہیں یونیورسٹیوں میں وہ modern ڈگریاں لے رہے ہیں ان سب کا یہی حال ہے</w:t>
      </w:r>
    </w:p>
    <w:p>
      <w:r>
        <w:rPr>
          <w:b/>
        </w:rPr>
        <w:t xml:space="preserve">[49:22] </w:t>
      </w:r>
      <w:r>
        <w:t>india mein bhi woh parent jo apne bachon ko modern education dilwa rahe hain un sab ko yahi</w:t>
      </w:r>
    </w:p>
    <w:p>
      <w:pPr>
        <w:jc w:val="right"/>
      </w:pPr>
      <w:r>
        <w:t>انڈیا میں بھی وہ parent جو اپنے بچوں کو modern education دلوا رہے ہیں ان سب کو یہی</w:t>
      </w:r>
    </w:p>
    <w:p>
      <w:r>
        <w:rPr>
          <w:b/>
        </w:rPr>
        <w:t xml:space="preserve">[49:28] </w:t>
      </w:r>
      <w:r>
        <w:t>shikayat hai ke hamare bachhe baat sunte nahin hamare bachhe qabu se bahar ho rahe hain</w:t>
      </w:r>
    </w:p>
    <w:p>
      <w:pPr>
        <w:jc w:val="right"/>
      </w:pPr>
      <w:r>
        <w:t>شکایت ہے کہ ہمارے بچے بات سنتے نہیں ہمارے بچے قابو سے باہر ہو رہے ہیں</w:t>
      </w:r>
    </w:p>
    <w:p>
      <w:r>
        <w:rPr>
          <w:b/>
        </w:rPr>
        <w:t xml:space="preserve">[49:36] </w:t>
      </w:r>
      <w:r>
        <w:t>to</w:t>
      </w:r>
    </w:p>
    <w:p>
      <w:pPr>
        <w:jc w:val="right"/>
      </w:pPr>
      <w:r>
        <w:t>تو</w:t>
      </w:r>
    </w:p>
    <w:p>
      <w:r>
        <w:rPr>
          <w:b/>
        </w:rPr>
        <w:t xml:space="preserve">[49:37] </w:t>
      </w:r>
      <w:r>
        <w:t>main yeh kahunga ke is mamle mein phir se aap log gaur kijiye ke aisa hai kyon log samajhte hain ke bachche sarkash ho gaye hain bachche bigad gaye hain bachche kharab ho gaye hain bachche shaitan ho gaye hain aisa nahin hai is mein kotahi khud parents ki hai khud parents ki</w:t>
      </w:r>
    </w:p>
    <w:p>
      <w:pPr>
        <w:jc w:val="right"/>
      </w:pPr>
      <w:r>
        <w:t>میں یہ کہوں گا کہ اس معاملے میں پھر سے آپ لوگ غور کیجئے کہ ایسا ہے کیوں لوگ سمجھتے ہیں کہ بچے سرکش ہو گئے ہیں بچے بگڑ گئے ہیں بچے خراب ہو گئے ہیں بچے شیطان ہو گئے ہیں ایسا نہیں ہے اس میں کوتاہی خود parents کی ہے خود parents کی</w:t>
      </w:r>
    </w:p>
    <w:p>
      <w:r>
        <w:rPr>
          <w:b/>
        </w:rPr>
        <w:t xml:space="preserve">[50:01] </w:t>
      </w:r>
      <w:r>
        <w:t>main ne is se pehle arz kiya tha ke ek kitab chhapi hai Maulana Ali Mian ki arabic mein raddatun wala abubakr laha ek irtidad hai magar koi abubaker nahin</w:t>
      </w:r>
    </w:p>
    <w:p>
      <w:pPr>
        <w:jc w:val="right"/>
      </w:pPr>
      <w:r>
        <w:t>میں نے اس سے پہلے عرض کیا تھا کہ ایک کتاب چھپی ہے مولانا علی میاں کی عربک میں ردۃ ولا ابا بکر لہا ایک ارتداد ہے مگر کوئی ابوبکر نہیں</w:t>
      </w:r>
    </w:p>
    <w:p>
      <w:r>
        <w:rPr>
          <w:b/>
        </w:rPr>
        <w:t xml:space="preserve">[50:17] </w:t>
      </w:r>
      <w:r>
        <w:t>woh kya hai woh yahi hai bachchon ka phenomenon</w:t>
      </w:r>
    </w:p>
    <w:p>
      <w:pPr>
        <w:jc w:val="right"/>
      </w:pPr>
      <w:r>
        <w:t>وہ کیا ہے وہ یہی ہے بچوں کا فیناومینا</w:t>
      </w:r>
    </w:p>
    <w:p>
      <w:r>
        <w:rPr>
          <w:b/>
        </w:rPr>
        <w:t xml:space="preserve">[50:21] </w:t>
      </w:r>
      <w:r>
        <w:t>is mein dikhaya gaya hai ke jo nayi nasal hai hamari jo padhti hai school aur college mein woh islam se door ja rahi hai islam ke se bhaag rahi hai islam ke bare mein is ko shakk hai islam ke bare mein is ko negative thought hai</w:t>
      </w:r>
    </w:p>
    <w:p>
      <w:pPr>
        <w:jc w:val="right"/>
      </w:pPr>
      <w:r>
        <w:t>اس میں دکھایا گیا ہے کہ جو نئی نسل ہے ہماری جو پڑھتی ہے اسکول اور کالج میں وہ اسلام سے دور جا رہی ہے اسلام کے سے بھاگ رہی ہے اسلام کے بارے میں اس کو شک ہے اسلام کے بارے میں اس کو negative thought ہے</w:t>
      </w:r>
    </w:p>
    <w:p>
      <w:r>
        <w:rPr>
          <w:b/>
        </w:rPr>
        <w:t xml:space="preserve">[50:38] </w:t>
      </w:r>
      <w:r>
        <w:t>to is ko kehte hain ke raddatun wala abubakr yani ek blasphemy hai but there is no abubaker to hazrat abubaker jo khalifa awwal the un ke zamane mein yaman mein ek baghavat hui thi us ko fauj ke zariye unhon ne us ko us ko khatm kiya tha to log samajhte hain ke yeh jo hai yahan bhi kuch hum maare peetein in ko in ki taraf fojkashi karen to aisa mamla nahin hai yeh yeh raddah nahin hai yeh</w:t>
      </w:r>
    </w:p>
    <w:p>
      <w:pPr>
        <w:jc w:val="right"/>
      </w:pPr>
      <w:r>
        <w:t>تو اس کو کہتے ہیں کہ ردۃ ولا ابا بکر یعنی ایک blasphemy ہے but there is no ابوبکر تو حضرت ابوبکر جو خلیفہ اول تھے ان کے زمانے میںیمن میں ایک بغاوت ہوئی تھی اس کو فوج کے ذریعے انہوں نے اس کو اس کو ختم کیا تھا تو لوگ سمجھتے ہیں کہ یہ جو ہے یہاں بھی کچھ ہم ماریں پیٹیں ان کو ان کی طرف فوج کشی کریں تو ایسا معاملہ نہیں ہے یہ یہ ردہ نہیں ہے یہ</w:t>
      </w:r>
    </w:p>
    <w:p>
      <w:r>
        <w:rPr>
          <w:b/>
        </w:rPr>
        <w:t xml:space="preserve">[51:07] </w:t>
      </w:r>
      <w:r>
        <w:t>haqiqat yeh hai ke yeh yeh zehni adam itminan hai intellectual discontent hai yani hamare jo pehli nasal hai pehli nasal jo madrason mein padhi hui hai jo masjidon mein jisko islam mila tha to woh traditional framework mein islam ko paya hai is ne ab jo modern education hai woh logon ke andar scientific framework paida kar deti hai</w:t>
      </w:r>
    </w:p>
    <w:p>
      <w:pPr>
        <w:jc w:val="right"/>
      </w:pPr>
      <w:r>
        <w:t>حقیقت یہ ہے کہ یہ یہ ذہنی عدم اطمینان ہے intellectual discontent ہے یعنی ہمارے جو پہلی نسل ہے پہلی نسل جو مدرسوں میں پڑھی ہوئی ہے جو مسجدوں میں جس کو اسلام ملا تھا تو وہ traditional framework میں اسلام کو پایا ہے اس نے اب جو modern education ہے وہ لوگوں کے اندر scientific framework پیدا کر دیتی ہے</w:t>
      </w:r>
    </w:p>
    <w:p>
      <w:r>
        <w:rPr>
          <w:b/>
        </w:rPr>
        <w:t xml:space="preserve">[51:36] </w:t>
      </w:r>
      <w:r>
        <w:t>to yeh parent jo hain apne traditional language mein does and don't ki zuban mein bolte hain to woh un ke scientific framework ko address nahin karti aaj ke jo bachche hain aaj ke jo naujawan hain jo nayi nasal hai is ka framework badal chuka hai is ka framework jo hai sochne ka jo naqsha hai is ka woh scientific ban chuka hai rational ban chuka hai</w:t>
      </w:r>
    </w:p>
    <w:p>
      <w:pPr>
        <w:jc w:val="right"/>
      </w:pPr>
      <w:r>
        <w:t>تو یہ parent جو ہیں اپنے traditional language میں does and don't کی زبان میں بولتے ہیں تو وہ ان کے scientific framework کو address نہیں کرتی آج کے جو بچے ہیں آج کے جو نوجوان ہیں جو نئی نسل ہے اس کا framework بدل چکا ہے اس کا framework جو ہے سوچنے کا جو نقشہ ہے اس کا وہ scientific بن چکا ہے rational بن چکا ہے</w:t>
      </w:r>
    </w:p>
    <w:p>
      <w:r>
        <w:rPr>
          <w:b/>
        </w:rPr>
        <w:t xml:space="preserve">[52:00] </w:t>
      </w:r>
      <w:r>
        <w:t>woh logic chahta hai reason chahta hai aur scientific daleel chahta hai aur hamare jo parent hain un ke paas woh hai hi nahin woh to mulk ki tablighi jamaat samajhte hain ke bhai tablighi jamaat bhej do is ko to tablighi jamaat mein kya hai wahan to does and don't chalta hai bohat se logon ko main ne dekha ke woh apne bachchon ko tablighi jamaat bhej dete hain aur aur wahan se chala kar ke aata hai to phir waise hi ke waise hi</w:t>
      </w:r>
    </w:p>
    <w:p>
      <w:pPr>
        <w:jc w:val="right"/>
      </w:pPr>
      <w:r>
        <w:t>وہ logic چاہتا ہے reason چاہتا ہے اور scientific دلیل چاہتا ہے اور ہمارے جو parent ہیں ان کے پاس وہ ہے ہی نہیں وہ تو ملک کی تبلیغی جماعت سمجھتے ہیں کہ بھئی تبلیغی جماعت بھیج دو اس کو تو تبلیغی جماعت میں کیا ہے وہاں تو does and don't چلتا ہے بہت سے لوگوں کو میں نے دیکھا کہ وہ اپنے بچوں کو تبلیغی جماعت بھیج دیتے ہیں اور اور وہاں سے چلا کر کے آتا ہے تو پھر ویسے ہی کے ویسے ہی</w:t>
      </w:r>
    </w:p>
    <w:p>
      <w:r>
        <w:rPr>
          <w:b/>
        </w:rPr>
        <w:t xml:space="preserve">[52:26] </w:t>
      </w:r>
      <w:r>
        <w:t>kyon ke is ka jo scientific mind tha woh address nahin hua woh address nahin hua woh traditional language bolte the woh aur is se is se woh allergic tha woh asal masla yeh hai ke aap in bachchon ko in ke apne jo mindset hai us mein unhein address kijiye yani scientific language mein boliye rational andaaz mein islam ko pesh kijiye</w:t>
      </w:r>
    </w:p>
    <w:p>
      <w:pPr>
        <w:jc w:val="right"/>
      </w:pPr>
      <w:r>
        <w:t>کیونکہ اس کا جو scientific mind تھا وہ address نہیں ہوا وہ address نہیں ہوا وہ traditional language بولتے تھے وہ اور اس سے اس سے وہ allergic تھا وہ اصل مسئلہ یہ ہے کہ آپ ان بچوں کو ان کے اپنے جو mindset ہے اس میں انہیں address کیجئے یعنی scientific language میں بولیے rational انداز میں اسلام کو پیش کیجئے</w:t>
      </w:r>
    </w:p>
    <w:p>
      <w:r>
        <w:rPr>
          <w:b/>
        </w:rPr>
        <w:t xml:space="preserve">[52:54] </w:t>
      </w:r>
      <w:r>
        <w:t>islam ko logical way mein aap un ke samne rakhiye tab un ka mind address hoga aur phir is ke baad woh aap dekhenge ke woh aap hi ki tarah musalman ho gaye hain aur main Khuda ke fazl se yeh tajurba kar raha hoon hum yahan jo mission chala rahe hain is mission mein hum hamare sab naujawan jude hue hain hamare sath</w:t>
      </w:r>
    </w:p>
    <w:p>
      <w:pPr>
        <w:jc w:val="right"/>
      </w:pPr>
      <w:r>
        <w:t>اسلام کو logical way میں آپ ان کے سامنے رکھیے تب ان کا mind address ہوگا اور پھر اس کے بعد وہ آپ دیکھیں گے کہ وہ آپ ہی کی طرح مسلمان ہو گئے ہیں اور میں خدا کے فضل سے یہ تجربہ کر رہا ہوں ہم یہاں جو مشن چلا رہے ہیں اس مشن میں ہم ہمارے سب نوجوان جڑے ہوئے ہیں ہمارے ساتھ</w:t>
      </w:r>
    </w:p>
    <w:p>
      <w:r>
        <w:rPr>
          <w:b/>
        </w:rPr>
        <w:t xml:space="preserve">[53:15] </w:t>
      </w:r>
      <w:r>
        <w:t>wohi naujawan jo english schoolon mein padhte hain jo college ke padhe hue hain woh inhi ko hum yahan par le kar chal rahe hain aur Allah ke fazl se hum ne in ko badalne mein kamyabi hasil ki hai yani wahi naujawan jin ke maa baap shikayat karte the apne apne bachchon se jin ke bare mein un ke padosi shikayat karte the jin ke bare mein wahi raddatun wala abubakr ka apply karte the is formula</w:t>
      </w:r>
    </w:p>
    <w:p>
      <w:pPr>
        <w:jc w:val="right"/>
      </w:pPr>
      <w:r>
        <w:t>وہی نوجوان جو انگلش اسکولوں میں پڑھتے ہیں جو کالجوں کے پڑھے ہوئے ہیں وہ انہی کو ہم یہاں پر لے کر چل رہے ہیں اور اللہ کے فضل سے ہم نے ان کو بدلنے میں کامیابی حاصل کی ہے یعنی وہی نوجوان جن کے ماں باپ شکایت کرتے تھے اپنے اپنے بچوں سے جن کے بارے میں ان کے پڑوسی شکایت کرتے تھے جن کے بارے میں وہی ردۃ ولا ابا بکر کا اپلائی کرتے تھے اس فارمولا</w:t>
      </w:r>
    </w:p>
    <w:p>
      <w:r>
        <w:rPr>
          <w:b/>
        </w:rPr>
        <w:t xml:space="preserve">[53:42] </w:t>
      </w:r>
      <w:r>
        <w:t>wohi bachche hamare haan aa kar ke wahi ladke wahi ladkiyan un ka to zabardast change aaya sea change un ki soch badal gayi un ka taste badal gaya aur phir se woh islam ko rediscover kiya unhon ne yeh masla islam ki rediscovery ka hai aap chahte hain ke in ko tablighi jamaat ki zuban mein batayein to bhi possible nahin hai woh mewat ke log is ko samjhenge</w:t>
      </w:r>
    </w:p>
    <w:p>
      <w:pPr>
        <w:jc w:val="right"/>
      </w:pPr>
      <w:r>
        <w:t>وہی بچے ہمارے ہاں آ کر کے وہی لڑکے وہی لڑکیاں ان کا تو زبردست change آیا sea change ان کی سوچ بدل گئی ان کا taste بدل گیا اور پھر سے وہ اسلام کو rediscover کیا انہوں نے یہ مسئلہ اسلام کی rediscovery کا ہے آپ چاہتے ہیں کہ ان کو تبلیغی جماعت کی زبان میں بتائیں تو بھی possible نہیں ہے وہ میوات کے لوگ اس کو سمجھیں گے</w:t>
      </w:r>
    </w:p>
    <w:p>
      <w:r>
        <w:rPr>
          <w:b/>
        </w:rPr>
        <w:t xml:space="preserve">[54:09] </w:t>
      </w:r>
      <w:r>
        <w:t>gaon ke log is ko is se asar le sakte hain lekin jo aaj jo log schoolon aur collegeon mein padhe hue hain un ki un ka framework badal gaya hai to un ke apne framework mein jab aap un ko address karenge to woh aap hi ki tarah wahi musalman nazar aayenge aap ko</w:t>
      </w:r>
    </w:p>
    <w:p>
      <w:pPr>
        <w:jc w:val="right"/>
      </w:pPr>
      <w:r>
        <w:t>گاؤں کے لوگ اس کو اس سے اثر لے سکتے ہیں لیکن جو آج جو لوگ اسکولوں اور کالجوں میں پڑھے ہوئے ہیں ان کی ان کا framework بدل گیا ہے تو ان کے اپنے framework میں جب آپ ان کو address کریں گے تو وہ آپ ہی کی طرح وہی مسلمان نظر آئیں گے آپ کو</w:t>
      </w:r>
    </w:p>
    <w:p>
      <w:r>
        <w:rPr>
          <w:b/>
        </w:rPr>
        <w:t xml:space="preserve">[54:29] </w:t>
      </w:r>
      <w:r>
        <w:t>to main samajhta hoon ke yeh log jo bahir ki countries mein hain jin ko shikayat hai apni naslon se ke woh islam se door ja rahe hain woh baghi ho gaye hain yeh bilkul galat hai yeh yeh un ke bare mein yeh soch sahi nahin hai aap yeh kijiye yeh kaam jo main kar raha hoon ke islam ko scientific dalail se pesh kiji</w:t>
      </w:r>
    </w:p>
    <w:p>
      <w:pPr>
        <w:jc w:val="right"/>
      </w:pPr>
      <w:r>
        <w:t>تو میں سمجھتا ہوں کہ یہ لوگ جو باہر کی countries میں ہیں جن کو شکایت ہے اپنی نسلوں سے کہ وہ اسلام سے دور جا رہے ہیں وہ باغی ہو گئے ہیں یہ بالکل غلط ہے یہ یہ ان کے بارے میں یہ سوچ صحیح نہیں ہے آپ یہ کیجئے یہ کام جو میں کر رہا ہوں کہ اسلام کو scientific دلائل سے پیش کیج</w:t>
      </w:r>
    </w:p>
    <w:p>
      <w:r>
        <w:rPr>
          <w:b/>
        </w:rPr>
        <w:t xml:space="preserve">[54:55] </w:t>
      </w:r>
      <w:r>
        <w:t>ye islam ko</w:t>
      </w:r>
    </w:p>
    <w:p>
      <w:pPr>
        <w:jc w:val="right"/>
      </w:pPr>
      <w:r>
        <w:t>ئے اسلام کو</w:t>
      </w:r>
    </w:p>
    <w:p>
      <w:r>
        <w:rPr>
          <w:b/>
        </w:rPr>
        <w:t xml:space="preserve">[54:57] </w:t>
      </w:r>
      <w:r>
        <w:t>ek reason based religion ke taur par pesh kijiye un ke samne</w:t>
      </w:r>
    </w:p>
    <w:p>
      <w:pPr>
        <w:jc w:val="right"/>
      </w:pPr>
      <w:r>
        <w:t>ایک reason based religion کے طور پر پیش کیجئے ان کے سامنے</w:t>
      </w:r>
    </w:p>
    <w:p>
      <w:r>
        <w:rPr>
          <w:b/>
        </w:rPr>
        <w:t xml:space="preserve">[55:01] </w:t>
      </w:r>
      <w:r>
        <w:t>woh language aur woh idiom istemal kijiye jis se un ka mind address hota hai</w:t>
      </w:r>
    </w:p>
    <w:p>
      <w:pPr>
        <w:jc w:val="right"/>
      </w:pPr>
      <w:r>
        <w:t>وہ language اور وہ idiom استعمال کیجئے جس سے ان کا mind address ہوتا ہے</w:t>
      </w:r>
    </w:p>
    <w:p>
      <w:r>
        <w:rPr>
          <w:b/>
        </w:rPr>
        <w:t xml:space="preserve">[55:07] </w:t>
      </w:r>
      <w:r>
        <w:t>toh aap dekhiye</w:t>
      </w:r>
    </w:p>
    <w:p>
      <w:pPr>
        <w:jc w:val="right"/>
      </w:pPr>
      <w:r>
        <w:t>تو آپ دیکھیے</w:t>
      </w:r>
    </w:p>
    <w:p>
      <w:r>
        <w:rPr>
          <w:b/>
        </w:rPr>
        <w:t xml:space="preserve">[55:08] </w:t>
      </w:r>
      <w:r>
        <w:t>isi dilli mein main kehta hoon ke kuch hindu naujawan isi dilli ki baat hai un ko yeh</w:t>
      </w:r>
    </w:p>
    <w:p>
      <w:pPr>
        <w:jc w:val="right"/>
      </w:pPr>
      <w:r>
        <w:t>اسی دلی میں میں کہتا ہوں کہ کچھ ہندو نوجوان اسی دلی کی بات ہے ان کو یہ</w:t>
      </w:r>
    </w:p>
    <w:p>
      <w:r>
        <w:rPr>
          <w:b/>
        </w:rPr>
        <w:t xml:space="preserve">[55:14] </w:t>
      </w:r>
      <w:r>
        <w:t>janne ka shauq hua ke islam kya hai woh yahan gaye jamaat islami ke daftar mein gaye yeh</w:t>
      </w:r>
    </w:p>
    <w:p>
      <w:pPr>
        <w:jc w:val="right"/>
      </w:pPr>
      <w:r>
        <w:t>جاننے کا شوق ہوا کہ اسلام کیا ہے وہ یہاں گئے جماعت اسلامی کے دفتر میں گئے یہ</w:t>
      </w:r>
    </w:p>
    <w:p>
      <w:r>
        <w:rPr>
          <w:b/>
        </w:rPr>
        <w:t xml:space="preserve">[55:20] </w:t>
      </w:r>
      <w:r>
        <w:t>sab english knowing log the toh jamaat islami ke daftar mein unhein kuch angrezi kitabein</w:t>
      </w:r>
    </w:p>
    <w:p>
      <w:pPr>
        <w:jc w:val="right"/>
      </w:pPr>
      <w:r>
        <w:t>سب انگلش knowing لوگ تھے تو جماعت اسلامی کے دفتر میں انہیں کچھ انگریزی کتابیں</w:t>
      </w:r>
    </w:p>
    <w:p>
      <w:r>
        <w:rPr>
          <w:b/>
        </w:rPr>
        <w:t xml:space="preserve">[55:26] </w:t>
      </w:r>
      <w:r>
        <w:t>de di gayeen jo maulana abdullah mehdi ka transition tha koi pandrah bees kitabein un ke pamphlet wo le aaye padha unhone ja kar unhone kaha jab ameer jamaat islami se ke yeh kitabein hamare mind ko address nahi karti kyunke wo sab traditional andaaz mein tha is mein islam mein hukumat qaim karo is tarah ki baatein thi ke sab taghoot hai</w:t>
      </w:r>
    </w:p>
    <w:p>
      <w:pPr>
        <w:jc w:val="right"/>
      </w:pPr>
      <w:r>
        <w:t>دے دی گئیں جو مولانا عبداللہ مہدی کا ٹرانسیشن تھا کوئی پندرہ بیس کتابیں ان کے پیمفلیٹ وہ لے آئے پڑھا انہوں نے جا کر انہوں نے کہا جب امیر جماعت اسلامی سے کہ یہ کتابیں ہمارے mind کو address نہیں کرتی کیونکہ وہ سب traditional انداز میں تھا اس میں اسلام میں حکومت قائم کرو اس طرح کی باتیں تھیں کہ سب طاغوت ہے</w:t>
      </w:r>
    </w:p>
    <w:p>
      <w:r>
        <w:rPr>
          <w:b/>
        </w:rPr>
        <w:t xml:space="preserve">[55:51] </w:t>
      </w:r>
      <w:r>
        <w:t>to taghoot aur khilafat is tarah ki baatein qadeem zamane ke traditional logon ko appeal karti thi aaj ka insan ko is mein koi appeal nahi hai to unhone kaha wahan ja kar ke ke aap ki kitabein hamare mind ko address nahi karti to wahan ek sahib the unhone mera naam bataya aur hamari kitab jo hai god rises un ko kaha ke is ko padhiye un logon</w:t>
      </w:r>
    </w:p>
    <w:p>
      <w:pPr>
        <w:jc w:val="right"/>
      </w:pPr>
      <w:r>
        <w:t>تو طاغوت اور خلافت اس طرح کی باتیں قدیم زمانے کے traditional لوگوں کو اپیل کرتی تھیں آج کا انسان کو اس میں کوئی اپیل نہیں ہے تو انہوں نے کہا وہاں جا کر کے کہ آپ کی کتابیں ہمارے mind کو address نہیں کرتی تو وہاں ایک صاحب تھے انہوں نے میرا نام بتایا اور ہماری کتاب جو ہے God Rises ان کو کہا کہ اس کو پڑھیے ان لوگوں</w:t>
      </w:r>
    </w:p>
    <w:p>
      <w:r>
        <w:rPr>
          <w:b/>
        </w:rPr>
        <w:t xml:space="preserve">[56:19] </w:t>
      </w:r>
      <w:r>
        <w:t>ne mutala kiya khuda ke fazl se wo naujawan aaj hamare saathi hain un ka mind puri tarah badal chuka hai aaj puri tarah wo islam mein un ko yaqeen hai ke islami sacha mazhab hai to dekhein double faida hoga un logon ko yeh jo log jin ko makkah tha un ko muslims in diaspora ko double faida hoga</w:t>
      </w:r>
    </w:p>
    <w:p>
      <w:pPr>
        <w:jc w:val="right"/>
      </w:pPr>
      <w:r>
        <w:t>نے مطالعہ کیا خدا کے فضل سے وہ نوجوان آج ہمارے ساتھی ہیں ان کا mind پوری طرح بدل چکا ہے آج پوری طرح وہ اسلام میں ان کو یقین ہے کہ اسلامی سچا مذہب ہے تو دیکھیں double فائدہ ہوگا ان لوگوں کو یہ جو لوگ جن کو مکہ تھا ان کو مسلمز ان ڈائسپورا کو double فائدہ ہوگا</w:t>
      </w:r>
    </w:p>
    <w:p>
      <w:r>
        <w:rPr>
          <w:b/>
        </w:rPr>
        <w:t xml:space="preserve">[56:41] </w:t>
      </w:r>
      <w:r>
        <w:t>agar wo aisa karein ke one man two mission ban jaye ke ek taraf to yeh hoga ke wo is role ko kar saken ge jis ko jis ki peshi wahi hadith mein maujood hai ke sari duniya mein har har ghar mein islam ka pahunch jana sari duniya mein har ghar mein khuda ke paigham pahunch jana is ko wo kar saken ge kyunke wo door pe pahunch chuke hain wo is door pe pahunch chuke hain jis ke andar wo leaflet dalna hai wo is door pe pahunch chuke hain jahan awaz dena hai</w:t>
      </w:r>
    </w:p>
    <w:p>
      <w:pPr>
        <w:jc w:val="right"/>
      </w:pPr>
      <w:r>
        <w:t>اگر وہ ایسا کریں کہ one man two mission بن جائے کہ ایک طرف تو یہ ہوگا کہ وہ اس role کو کر سکیں گے جس کو جس کی پیشی وہی حدیث میں موجود ہے کہ ساری دنیا میں ہر ہر گھر میں اسلام کا پہنچ جانا ساری دنیا میں ہر گھر میں خدا کے پیغام پہنچ جانا اس کو وہ کر سکیں گے کیونکہ وہ door پہ پہنچ چکے ہیں وہ اس door پہ پہنچ چکے ہیں جس کے اندر وہ leaflet ڈالنا ہے وہ اس door پہ پہنچ چکے ہیں جہاں آواز دینا ہے</w:t>
      </w:r>
    </w:p>
    <w:p>
      <w:r>
        <w:rPr>
          <w:b/>
        </w:rPr>
        <w:t xml:space="preserve">[57:10] </w:t>
      </w:r>
      <w:r>
        <w:t>wo is door pe pahunch gaye hain jahan knock kar ke unhein batana hai ke dekho sachai yeh hai yani already wo is door par khade hue hain is ghar ke darwaze par sirf knock karne ki zaroorat hai to yeh log jo disperse ho gaye hain sari duniya mein aur sari duniya mein phail gaye hain un ke zariye se khuda ke rasool ki wo peshi bhi poori ho sakti hai ke ghar ghar mein khuda ka paigham pahunch jaye</w:t>
      </w:r>
    </w:p>
    <w:p>
      <w:pPr>
        <w:jc w:val="right"/>
      </w:pPr>
      <w:r>
        <w:t>وہ اس door پہ پہنچ گئے ہیں جہاں knock کر کے انہیں بتانا ہے کہ دیکھو سچائی یہ ہے یعنی already وہ اس door پر کھڑے ہوئے ہیں اس گھر کے دروازے پر صرف knock کرنے کی ضرورت ہے تو یہ لوگ جو disperse ہو گئے ہیں ساری دنیا میں اور ساری دنیا میں پھیل گئے ہیں ان کے ذریعے سے خدا کے رسول کی وہ پیشی بھی پوری ہو سکتی ہے کہ گھر گھر میں خدا کا پیغام پہنچ جائے</w:t>
      </w:r>
    </w:p>
    <w:p>
      <w:r>
        <w:rPr>
          <w:b/>
        </w:rPr>
        <w:t xml:space="preserve">[57:40] </w:t>
      </w:r>
      <w:r>
        <w:t>ab kitna bada role hai bataiye aur paradise mein kitna bada un ko yeh reward milega yeh log ek taraf is azeem role ko ada kar ke apne aap ko paradise ka mustahiq bana sakte hain paradise mein oonchi jagah pa sakte hain nabiyon aur shaheedon ke sath jagah pa sakte hain agar yeh daawa role karein wo</w:t>
      </w:r>
    </w:p>
    <w:p>
      <w:pPr>
        <w:jc w:val="right"/>
      </w:pPr>
      <w:r>
        <w:t>اب کتنا بڑا role ہے بتائیے اور paradise میں کتنا بڑا ان کو یہ reward ملے گا یہ لوگ ایک طرف اس عظیم role کو ادا کر کے اپنے آپ کو paradise کا مستحق بنا سکتے ہیں paradise میں اونچی جگہ پا سکتے ہیں نبیوں اور شہیدوں کے ساتھ جگہ پا سکتے ہیں اگر یہ دعویٰ role کریں وہ</w:t>
      </w:r>
    </w:p>
    <w:p>
      <w:r>
        <w:rPr>
          <w:b/>
        </w:rPr>
        <w:t xml:space="preserve">[58:07] </w:t>
      </w:r>
      <w:r>
        <w:t>dusri taraf kya hai isi ke zariye se wo apne bachon ko bacha saken ge kyun jab wo dawat ke liye uthein ge to wo dekhein ge ke jo un ka jo mukhatib un ka hai wo to modern education li hui hai</w:t>
      </w:r>
    </w:p>
    <w:p>
      <w:pPr>
        <w:jc w:val="right"/>
      </w:pPr>
      <w:r>
        <w:t>دوسری طرف کیا ہے اسی کے ذریعے سے وہ اپنے بچوں کو بچا سکیں گے کیوں جب وہ دعوت کے لیے اٹھیں گے تو وہ دیکھیں گے کہ جو ان کا جو مخاطب ان کا ہے وہ تو modern education لی ہوئی ہے</w:t>
      </w:r>
    </w:p>
    <w:p>
      <w:r>
        <w:rPr>
          <w:b/>
        </w:rPr>
        <w:t xml:space="preserve">[58:24] </w:t>
      </w:r>
      <w:r>
        <w:t>europe america mein jab wo dawat ka kaam karna chahein ge to un ko sabiqe qisse pesh ayein ge</w:t>
      </w:r>
    </w:p>
    <w:p>
      <w:pPr>
        <w:jc w:val="right"/>
      </w:pPr>
      <w:r>
        <w:t>یورپ امریکہ میں جب وہ دعوت کا کام کرنا چاہیں گے تو ان کو سابقہ قصے پیش آئیں گے</w:t>
      </w:r>
    </w:p>
    <w:p>
      <w:r>
        <w:rPr>
          <w:b/>
        </w:rPr>
        <w:t xml:space="preserve">[58:30] </w:t>
      </w:r>
      <w:r>
        <w:t>un logon se jo scientific andaaz mein sochte hain scientific andaaz mein sochte hain jo rational andaaz mein sochte hain to har baat ka logical jawab chahte hain to zahir hai ke apne ko tayyar karein ge wo abhi unhone tayyar nahi kiya is ke liye abhi to sirf job karte hain ja kar ke wahan abhi unhone tayyar kiya apne aap ko sirf job ke liye bas sirf job ke liye koi professional degree le li wahan ja kar job kar rahe hain</w:t>
      </w:r>
    </w:p>
    <w:p>
      <w:pPr>
        <w:jc w:val="right"/>
      </w:pPr>
      <w:r>
        <w:t>ان لوگوں سے جو scientific انداز میں سوچتے ہیں scientific انداز میں سوچتے ہیں جو rational انداز میں سوچتے ہیں تو ہر بات کا logical جواب چاہتے ہیں تو ظاہر ہے کہ اپنے کو تیار کریں گے وہ ابھی انہوں نے تیار نہیں کیا اس کے لیے ابھی تو صرف جاب کرتے ہیں جا کر کے وہاں ابھی انہوں نے تیار کیا اپنے آپ کو صرف جاب کے لیے بس صرف جاب کے لیے کوئی professional degree لے لی وہاں جا کر جاب کر رہے ہیں</w:t>
      </w:r>
    </w:p>
    <w:p>
      <w:r>
        <w:rPr>
          <w:b/>
        </w:rPr>
        <w:t xml:space="preserve">[58:56] </w:t>
      </w:r>
      <w:r>
        <w:t>ab woh agar yeh samajh lein ke unhone dawah role bhi karna hai</w:t>
      </w:r>
    </w:p>
    <w:p>
      <w:pPr>
        <w:jc w:val="right"/>
      </w:pPr>
      <w:r>
        <w:t>اب وہ اگر یہ سمجھ لیں کہ انہوں نے دعویٰ role بھی کرنا ہے</w:t>
      </w:r>
    </w:p>
    <w:p>
      <w:r>
        <w:rPr>
          <w:b/>
        </w:rPr>
        <w:t xml:space="preserve">[59:01] </w:t>
      </w:r>
      <w:r>
        <w:t>toh woh is literature ko istemal karein ge khuda ke fazal se woh literature hum aaj tayyar kar</w:t>
      </w:r>
    </w:p>
    <w:p>
      <w:pPr>
        <w:jc w:val="right"/>
      </w:pPr>
      <w:r>
        <w:t>تو وہ اس literature کو استعمال کریں گے خدا کے فضل سے وہ literature ہم آج تیار کر</w:t>
      </w:r>
    </w:p>
    <w:p>
      <w:r>
        <w:rPr>
          <w:b/>
        </w:rPr>
        <w:t xml:space="preserve">[59:06] </w:t>
      </w:r>
      <w:r>
        <w:t>chuke hain aaj hamare paas ek poora set is literature ka hai jo modern idiom mein islam ko</w:t>
      </w:r>
    </w:p>
    <w:p>
      <w:pPr>
        <w:jc w:val="right"/>
      </w:pPr>
      <w:r>
        <w:t>چکے ہیں آج ہمارے پاس ایک پورا سیٹ اس literature کا ہے جو modern idiom میں اسلام کو</w:t>
      </w:r>
    </w:p>
    <w:p>
      <w:r>
        <w:rPr>
          <w:b/>
        </w:rPr>
        <w:t xml:space="preserve">[59:13] </w:t>
      </w:r>
      <w:r>
        <w:t>pesh kar raha hai</w:t>
      </w:r>
    </w:p>
    <w:p>
      <w:pPr>
        <w:jc w:val="right"/>
      </w:pPr>
      <w:r>
        <w:t>پیش کر رہا ہے</w:t>
      </w:r>
    </w:p>
    <w:p>
      <w:r>
        <w:rPr>
          <w:b/>
        </w:rPr>
        <w:t xml:space="preserve">[59:16] </w:t>
      </w:r>
      <w:r>
        <w:t>poora set hamare paas maujood hai</w:t>
      </w:r>
    </w:p>
    <w:p>
      <w:pPr>
        <w:jc w:val="right"/>
      </w:pPr>
      <w:r>
        <w:t>پورا سیٹ ہمارے پاس موجود ہے</w:t>
      </w:r>
    </w:p>
    <w:p>
      <w:r>
        <w:rPr>
          <w:b/>
        </w:rPr>
        <w:t xml:space="preserve">[59:20] </w:t>
      </w:r>
      <w:r>
        <w:t>is aur woh kitabon ki shakal mein pamphlet ki shakal mein brochure brochure ki shakal mein poora set</w:t>
      </w:r>
    </w:p>
    <w:p>
      <w:pPr>
        <w:jc w:val="right"/>
      </w:pPr>
      <w:r>
        <w:t>اس اور وہ کتابوں کی شکل میں پیمفلیٹ کی شکل میں بروشر بروشر کی شکل میں پورا سیٹ</w:t>
      </w:r>
    </w:p>
    <w:p>
      <w:r>
        <w:rPr>
          <w:b/>
        </w:rPr>
        <w:t xml:space="preserve">[59:25] </w:t>
      </w:r>
      <w:r>
        <w:t>maujood hai</w:t>
      </w:r>
    </w:p>
    <w:p>
      <w:pPr>
        <w:jc w:val="right"/>
      </w:pPr>
      <w:r>
        <w:t>موجود ہے</w:t>
      </w:r>
    </w:p>
    <w:p>
      <w:r>
        <w:rPr>
          <w:b/>
        </w:rPr>
        <w:t xml:space="preserve">[59:27] </w:t>
      </w:r>
      <w:r>
        <w:t>toh woh khud apne ko phire phire karein ge is set ko istemal karein ge aur is ke</w:t>
      </w:r>
    </w:p>
    <w:p>
      <w:pPr>
        <w:jc w:val="right"/>
      </w:pPr>
      <w:r>
        <w:t>تو وہ خود اپنے کو پھرے پھرے کریں گے اس سیٹ کو استعمال کریں گے اور اس کے</w:t>
      </w:r>
    </w:p>
    <w:p>
      <w:r>
        <w:rPr>
          <w:b/>
        </w:rPr>
        <w:t xml:space="preserve">[59:32] </w:t>
      </w:r>
      <w:r>
        <w:t>zariye se un logon ko</w:t>
      </w:r>
    </w:p>
    <w:p>
      <w:pPr>
        <w:jc w:val="right"/>
      </w:pPr>
      <w:r>
        <w:t>ذریعے سے ان لوگوں کو</w:t>
      </w:r>
    </w:p>
    <w:p>
      <w:r>
        <w:rPr>
          <w:b/>
        </w:rPr>
        <w:t xml:space="preserve">[59:34] </w:t>
      </w:r>
      <w:r>
        <w:t>islam ko un logon ke samne modern idiom mein pesh kar sakein ge scientific way mein pesh kar</w:t>
      </w:r>
    </w:p>
    <w:p>
      <w:pPr>
        <w:jc w:val="right"/>
      </w:pPr>
      <w:r>
        <w:t>اسلام کو ان لوگوں کے سامنے modern idiom میں پیش کر سکیں گے scientific way میں پیش کر</w:t>
      </w:r>
    </w:p>
    <w:p>
      <w:r>
        <w:rPr>
          <w:b/>
        </w:rPr>
        <w:t xml:space="preserve">[59:39] </w:t>
      </w:r>
      <w:r>
        <w:t>sakein ge rational way mein pesh kar sakein ge aur sath hi sath woh apne bachon ko bacha</w:t>
      </w:r>
    </w:p>
    <w:p>
      <w:pPr>
        <w:jc w:val="right"/>
      </w:pPr>
      <w:r>
        <w:t>سکیں گے rational way میں پیش کر سکیں گے اور ساتھ ہی ساتھ وہ اپنے بچوں کو بچا</w:t>
      </w:r>
    </w:p>
    <w:p>
      <w:r>
        <w:rPr>
          <w:b/>
        </w:rPr>
        <w:t xml:space="preserve">[59:45] </w:t>
      </w:r>
      <w:r>
        <w:t>sakein ge kyun ke mujhe yaqeen hai ke agar woh apne bachon ko</w:t>
      </w:r>
    </w:p>
    <w:p>
      <w:pPr>
        <w:jc w:val="right"/>
      </w:pPr>
      <w:r>
        <w:t>سکیں گے کیونکہ مجھے یقین ہے کہ اگر وہ اپنے بچوں کو</w:t>
      </w:r>
    </w:p>
    <w:p>
      <w:r>
        <w:rPr>
          <w:b/>
        </w:rPr>
        <w:t xml:space="preserve">[59:50] </w:t>
      </w:r>
      <w:r>
        <w:t>is tarah aisa karein ke apne bachon ko scientific way mein islam pesh karein jaisa ke main india</w:t>
      </w:r>
    </w:p>
    <w:p>
      <w:pPr>
        <w:jc w:val="right"/>
      </w:pPr>
      <w:r>
        <w:t>اس طرح ایسا کریں کہ اپنے بچوں کو scientific way میں اسلام پیش کریں جیسا کہ میں انڈیا</w:t>
      </w:r>
    </w:p>
    <w:p>
      <w:r>
        <w:rPr>
          <w:b/>
        </w:rPr>
        <w:t xml:space="preserve">[59:55] </w:t>
      </w:r>
      <w:r>
        <w:t>mein kar raha hoon</w:t>
      </w:r>
    </w:p>
    <w:p>
      <w:pPr>
        <w:jc w:val="right"/>
      </w:pPr>
      <w:r>
        <w:t>میں کر رہا ہوں</w:t>
      </w:r>
    </w:p>
    <w:p>
      <w:r>
        <w:rPr>
          <w:b/>
        </w:rPr>
        <w:t xml:space="preserve">[59:58] </w:t>
      </w:r>
      <w:r>
        <w:t>agar wo islam ko is tarah pesh karein jis tarah se hamein jis ka hum tajurba kar rahe hain yahan par ke modern idiom mein pesh karein scientific andaaz mein pesh karein rational andaaz mein pesh karein to un ke bachhe jin ko samajhte hain ke wo bhag bhag gaye wo nikal gaye nahi wo lotenge wo islam ko rediscover karein ge</w:t>
      </w:r>
    </w:p>
    <w:p>
      <w:pPr>
        <w:jc w:val="right"/>
      </w:pPr>
      <w:r>
        <w:t>اگر وہ اسلام کو اس طرح پیش کریں جس طرح سے ہمیں جس کا ہم تجربہ کر رہے ہیں یہاں پر کہ modern idiom میں پیش کریں scientific انداز میں پیش کریں rational انداز میں پیش کریں تو ان کے بچے جن کو سمجھتے ہیں کہ وہ بھاگ بھاگ گئے وہ نکل گئے نہیں وہ لوٹیں گے وہ اسلام کو rediscover کریں گے</w:t>
      </w:r>
    </w:p>
    <w:p>
      <w:r>
        <w:rPr>
          <w:b/>
        </w:rPr>
        <w:t xml:space="preserve">[1:00:18] </w:t>
      </w:r>
      <w:r>
        <w:t>yani doosre log agar islam ko un ke zariye discover karein ge jo doosre log hain jo non muslim hain wo agar un ke zariye se islam ko discover karein ge to un ke apne bachhe islam ko rediscover karein ge</w:t>
      </w:r>
    </w:p>
    <w:p>
      <w:pPr>
        <w:jc w:val="right"/>
      </w:pPr>
      <w:r>
        <w:t>یعنی دوسرے لوگ اگر اسلام کو ان کے ذریعے discover کریں گے جو دوسرے لوگ ہیں جو non مسلم ہیں وہ اگر ان کے ذریعے سے اسلام کو discover کریں گے تو ان کے اپنے بچے اسلام کو rediscover کریں گے</w:t>
      </w:r>
    </w:p>
    <w:p>
      <w:r>
        <w:rPr>
          <w:b/>
        </w:rPr>
        <w:t xml:space="preserve">[1:00:34] </w:t>
      </w:r>
      <w:r>
        <w:t>yani ek hi formula se do faide milen ge un ko agar wo daawa work karein to back waqt do faide ha</w:t>
      </w:r>
    </w:p>
    <w:p>
      <w:pPr>
        <w:jc w:val="right"/>
      </w:pPr>
      <w:r>
        <w:t>یعنی ایک ہی فارمولے سے دو فائدے ملیں گے ان کو اگر وہ دعویٰ work کریں تو بیک وقت دو فائدے ہ</w:t>
      </w:r>
    </w:p>
    <w:p>
      <w:r>
        <w:rPr>
          <w:b/>
        </w:rPr>
        <w:t xml:space="preserve">[1:00:43] </w:t>
      </w:r>
      <w:r>
        <w:t>onge ek taraf toh woh non muslim jo un ke parosi hain woh islam ko discover kar</w:t>
      </w:r>
    </w:p>
    <w:p>
      <w:pPr>
        <w:jc w:val="right"/>
      </w:pPr>
      <w:r>
        <w:t>وں گے ایک طرف تو وہ non مسلم جو ان کے پڑوسی ہیں وہ اسلام کو discover کر</w:t>
      </w:r>
    </w:p>
    <w:p>
      <w:r>
        <w:rPr>
          <w:b/>
        </w:rPr>
        <w:t xml:space="preserve">[1:00:50] </w:t>
      </w:r>
      <w:r>
        <w:t>sakein ge islam ki sachai ko aur doosri taraf yeh hoga ke un ki apni naslein un ke</w:t>
      </w:r>
    </w:p>
    <w:p>
      <w:pPr>
        <w:jc w:val="right"/>
      </w:pPr>
      <w:r>
        <w:t>سکیں گے اسلام کی سچائی کو اور دوسری طرف یہ ہوگا کہ ان کی اپنی نسلیں ان کے</w:t>
      </w:r>
    </w:p>
    <w:p>
      <w:r>
        <w:rPr>
          <w:b/>
        </w:rPr>
        <w:t xml:space="preserve">[1:00:55] </w:t>
      </w:r>
      <w:r>
        <w:t>apne bachche islam ko rediscover karenge aur phir islam mein apne yaqeen ko</w:t>
      </w:r>
    </w:p>
    <w:p>
      <w:pPr>
        <w:jc w:val="right"/>
      </w:pPr>
      <w:r>
        <w:t>اپنے بچے اسلام کو rediscover کریں گے اور پھر اسلام میں اپنے یقین کو</w:t>
      </w:r>
    </w:p>
    <w:p>
      <w:r>
        <w:rPr>
          <w:b/>
        </w:rPr>
        <w:t xml:space="preserve">[1:01:02] </w:t>
      </w:r>
      <w:r>
        <w:t>aap pa sakenge aur is ke nateejay mein allah ta'ala ke haan un ko un ke liye</w:t>
      </w:r>
    </w:p>
    <w:p>
      <w:pPr>
        <w:jc w:val="right"/>
      </w:pPr>
      <w:r>
        <w:t>آپ پا سکیں گے اور اس کے نتیجے میں اللہ تعالیٰ کے ہاں ان کو ان کے لیے</w:t>
      </w:r>
    </w:p>
    <w:p>
      <w:r>
        <w:rPr>
          <w:b/>
        </w:rPr>
        <w:t xml:space="preserve">[1:01:07] </w:t>
      </w:r>
      <w:r>
        <w:t>jannat ke darwaze kholay jayenge un ke liye un ke bachchon ke liye</w:t>
      </w:r>
    </w:p>
    <w:p>
      <w:pPr>
        <w:jc w:val="right"/>
      </w:pPr>
      <w:r>
        <w:t>جنت کے دروازے کھولے جائیں گے ان کے لیے ان کے بچوں کے لیے</w:t>
      </w:r>
    </w:p>
    <w:p>
      <w:r>
        <w:rPr>
          <w:b/>
        </w:rPr>
        <w:t xml:space="preserve">[1:01:13] </w:t>
      </w:r>
      <w:r>
        <w:t>yani kitna bada yeh mission hai un logon ke liye aap ghor kijiye jab main wahan jata hoon aap bhi jante honge is baat ko ke aisa lagta hai ke ke wahan is liye aaye the ke un ko jahannum mein dhakilein apne bachhon ko main ne kai logon se kaha ke aap yahan is liye aaye the ke achhe kapde pehna kar achhe motoron mein sawar kar ke un ko jahannum mein dhakil dein</w:t>
      </w:r>
    </w:p>
    <w:p>
      <w:pPr>
        <w:jc w:val="right"/>
      </w:pPr>
      <w:r>
        <w:t>یعنی کتنا بڑا یہ مشن ہے ان لوگوں کے لیے آپ غور کیجئے جب میں وہاں جاتا ہوں آپ بھی جانتے ہوں گے اس بات کو کہ ایسا لگتا ہے کہ کہ وہاں اس لیے آئے تھے کہ ان کو جہنم میں دھکیلیں اپنے بچوں کو میں نے کئی لوگوں سے کہا کہ آپ یہاں اس لیے آئے تھے کہ اچھے کپڑے پہنا کر اچھے موٹروں میں سوار کر کے ان کو جہنم میں دھکیل دیں</w:t>
      </w:r>
    </w:p>
    <w:p>
      <w:r>
        <w:rPr>
          <w:b/>
        </w:rPr>
        <w:t xml:space="preserve">[1:01:37] </w:t>
      </w:r>
      <w:r>
        <w:t>kya is liye aap aaye the yahan par main ne kaha un logon se ke amalan kya ho raha hai</w:t>
      </w:r>
    </w:p>
    <w:p>
      <w:pPr>
        <w:jc w:val="right"/>
      </w:pPr>
      <w:r>
        <w:t>کیا اس لیے آپ آئے تھے یہاں پر میں نے کہا ان لوگوں سے کہ عملاً کیا ہو رہا ہے</w:t>
      </w:r>
    </w:p>
    <w:p>
      <w:r>
        <w:rPr>
          <w:b/>
        </w:rPr>
        <w:t xml:space="preserve">[1:01:43] </w:t>
      </w:r>
      <w:r>
        <w:t>practical to yahi to ho raha hai ke hum un ko khila khila kar khoob mota kar rahe hain achhi si gadiyan de rahe hain un ko chalne dorne safar karne ke liye achhe se makan bana rahe hain un ko rehne ke liye achhe se kapde un ko pehnate hain yeh sab kis liye kiya aap ne kya is liye ke un ko khush posh haivan bana kar jahannum mein dhakil dein yeh jo bachhe hain in ke apne bachhe waqeatan wo islam se door ho gaye hain</w:t>
      </w:r>
    </w:p>
    <w:p>
      <w:pPr>
        <w:jc w:val="right"/>
      </w:pPr>
      <w:r>
        <w:t>practical تو یہی تو ہو رہا ہے کہ ہم ان کو کھلا کھلا کر خوب موٹا کر رہے ہیں اچھی سی گاڑیاں دے رہے ہیں ان کو چلنے دوڑنے سفر کرنے کے لیے اچھے سے مکان بنا رہے ہیں ان کو رہنے کے لیے اچھے سے کپڑے ان کو پہناتے ہیں یہ سب کس لیے کیا آپ نے کیا اس لیے کہ ان کو خوش پوش حیوان بنا کر جہنم میں دھکیل دیں یہ جو بچے ہیں ان کے اپنے بچے واقعتاً وہ اسلام سے دور ہو گئے ہیں</w:t>
      </w:r>
    </w:p>
    <w:p>
      <w:r>
        <w:rPr>
          <w:b/>
        </w:rPr>
        <w:t xml:space="preserve">[1:02:11] </w:t>
      </w:r>
      <w:r>
        <w:t>un ki zindagi bilkul liberal zindagi ho gayi hai azad zindagi har qism ke kaam karte hain wo kyun un ko islam un ki apni zaban mein nahi mila un ke apne framework ke mutabiq nahi mila to main un se kehta hoon ke kya aap chahte hain ke aap ke bachhe jahannum mein jayein yeh khud jo pehli generation hai wo namaz roza karti hai to behal wo samajhti hai ke hamare liye jannat hai</w:t>
      </w:r>
    </w:p>
    <w:p>
      <w:pPr>
        <w:jc w:val="right"/>
      </w:pPr>
      <w:r>
        <w:t>ان کی زندگی بالکل liberal زندگی ہو گئی ہے آزاد زندگی ہر قسم کے کام کرتے ہیں وہ کیوں ان کو اسلام ان کی اپنی زبان میں نہیں ملا ان کے اپنے framework کے مطابق نہیں ملا تو میں ان سے کہتا ہوں کہ کیا آپ چاہتے ہیں کہ آپ کے بچے جہنم میں جائیں یہ خود جو پہلی generation ہے وہ نماز روزہ کرتی ہے تو بہرحال وہ سمجھتی ہے کہ ہمارے لیے جنت ہے</w:t>
      </w:r>
    </w:p>
    <w:p>
      <w:r>
        <w:rPr>
          <w:b/>
        </w:rPr>
        <w:t xml:space="preserve">[1:02:40] </w:t>
      </w:r>
      <w:r>
        <w:t>chaliye main maan leta hoon is ke lekin aap ke bachhe jo un ka jinka koi talluq nahi namaz roze se hai un ka koi talluq nahi quran se hai un ka koi talluq nahi hadith se hai un ko koi talluq nahi khuda se aur aur rasool se aur ashab rasool se to kya aap samajhte hain ke wo bhi aap ke sath jannat mein chale jayein ge to kya aap un ko jahannum mein dhakilna chahte hain sari umar aap ne kamaya sari umar aap ne mehnat ki sirf</w:t>
      </w:r>
    </w:p>
    <w:p>
      <w:pPr>
        <w:jc w:val="right"/>
      </w:pPr>
      <w:r>
        <w:t>چلیے میں مان لیتا ہوں اس کے لیکن آپ کے بچے جو ان کا جن کا کوئی تعلق نہیں نماز روزے سے ہے ان کا کوئی تعلق نہیں قرآن سے ہے ان کا کوئی تعلق نہیں حدیث سے ہے ان کو کوئی تعلق نہیں خدا سے اور اور رسول سے اور اصحاب رسول سے تو کیا آپ سمجھتے ہیں کہ وہ بھی آپ کے ساتھ جنت میں چلے جائیں گے تو کیا آپ ان کو جہنم میں دھکیلنا چاہتے ہیں ساری عمر آپ نے کمایا ساری عمر آپ نے محنت کی صرف</w:t>
      </w:r>
    </w:p>
    <w:p>
      <w:r>
        <w:rPr>
          <w:b/>
        </w:rPr>
        <w:t xml:space="preserve">[1:03:08] </w:t>
      </w:r>
      <w:r>
        <w:t>is liye ke apne bachhon ko achhe achhe kapde pehna kar ke jahannum mein dhakil dein</w:t>
      </w:r>
    </w:p>
    <w:p>
      <w:pPr>
        <w:jc w:val="right"/>
      </w:pPr>
      <w:r>
        <w:t>اس لیے کہ اپنے بچوں کو اچھے اچھے کپڑے پہنا کر کے جہنم میں دھکیل دیں</w:t>
      </w:r>
    </w:p>
    <w:p>
      <w:r>
        <w:rPr>
          <w:b/>
        </w:rPr>
        <w:t xml:space="preserve">[1:03:15] </w:t>
      </w:r>
      <w:r>
        <w:t>main samajhta hoon ke farz ke darje mein zaroori hai ke yeh log sochein is masle ko bahut zyada seriously</w:t>
      </w:r>
    </w:p>
    <w:p>
      <w:pPr>
        <w:jc w:val="right"/>
      </w:pPr>
      <w:r>
        <w:t>میں سمجھتا ہوں کہ فرض کے درجے میں ضروری ہے کہ یہ لوگ سوچیں اس مسئلے کو بہت زیادہ seriously</w:t>
      </w:r>
    </w:p>
    <w:p>
      <w:r>
        <w:rPr>
          <w:b/>
        </w:rPr>
        <w:t xml:space="preserve">[1:03:28] </w:t>
      </w:r>
      <w:r>
        <w:t>to main yeh kahunga ke yeh jo un ko keh raha hoon ke muslims in diaspora jo developed countries mein hain jo western countries mein hain un ke liye farz ke darje mein zaroori hai ke daawa work ko apnaein wo is ke liye apne ko tayyar karein aap khud tayyar kar saken apne aap ko tayyar kijiye nahi to hamare se aap literature hasil kijiye</w:t>
      </w:r>
    </w:p>
    <w:p>
      <w:pPr>
        <w:jc w:val="right"/>
      </w:pPr>
      <w:r>
        <w:t>تو میں یہ کہوں گا کہ یہ جو ان کو کہہ رہا ہوں کہ مسلمز ان ڈائسپورا جو developed countries میں ہیں جو western countries میں ہیں ان کے لیے فرض کے درجے میں ضروری ہے کہ دعویٰ work کو اپنائیں وہ اس کے لیے اپنے کو تیار کریں آپ خود تیار کر سکیں اپنے آپ کو تیار کیجئے نہیں تو ہمارے سے آپ literature حاصل کیجئے</w:t>
      </w:r>
    </w:p>
    <w:p>
      <w:r>
        <w:rPr>
          <w:b/>
        </w:rPr>
        <w:t xml:space="preserve">[1:03:51] </w:t>
      </w:r>
      <w:r>
        <w:t>hamare haan khuda ke fazl se english mein har mauzu par islam ke har pehlu par literature maujood hai ek mukammal literature is islam par english mein maujood hai badi kitabein chhoti kitabein pamphlet brochure sab maujood hai aap aap cassette ban rahe hain aap cassette ko bhi istemal kar sakte hain audio cassette video cassette to ya to aap khud apne aap ko prepare kijiye daawa work ke liye modern idiom mein</w:t>
      </w:r>
    </w:p>
    <w:p>
      <w:pPr>
        <w:jc w:val="right"/>
      </w:pPr>
      <w:r>
        <w:t>ہمارے ہاں خدا کے فضل سے انگلش میں ہر موضوع پر اسلام کے ہر پہلو پر literature موجود ہے ایک مکمل literature اس اسلام پر انگلش میں موجود ہے بڑی کتابیں چھوٹی کتابیں پیمفلیٹ بروشر سب موجود ہے آپ آپ کیسٹ بن رہے ہیں آپ کیسٹ کو بھی استعمال کر سکتے ہیں آڈیو کیسٹ ویڈیو کیسٹ تو یا تو آپ خود اپنے آپ کو prepare کیجئے دعویٰ work کے لیے modern idiom میں</w:t>
      </w:r>
    </w:p>
    <w:p>
      <w:r>
        <w:rPr>
          <w:b/>
        </w:rPr>
        <w:t xml:space="preserve">[1:04:19] </w:t>
      </w:r>
      <w:r>
        <w:t>aur agar aap ke paas time nahin hai to hamare is ko istemal kijiyega aap jo ham ne kiya hai lambi mehnat ke baad phir aap apne aap ko hi bachayenge khuda ki pakad se aur hum bachchon ko bhi bachayenge khuda ki pakad se aur phir mashallah aap apne bachche jannat mein hansi khushi reh sakenge to</w:t>
      </w:r>
    </w:p>
    <w:p>
      <w:pPr>
        <w:jc w:val="right"/>
      </w:pPr>
      <w:r>
        <w:t>اور اگر آپ کے پاس ٹائم نہیں ہے تو ہمارے اس کو استعمال کیجئے آپ جو ہم نے کیا ہے لمبی محنت کے بعد پھر آپ اپنے آپ کو ہی بچائیں گے خدا کی پکڑ سے اور ہم بچوں کو بھی بچائیں گے خدا کی پکڑ سے اور پھر ماشاءاللہ آپ اپنے بچے جنت میں ہنسی خوشی رہ سکیں گے تو</w:t>
      </w:r>
    </w:p>
    <w:p>
      <w:r>
        <w:rPr>
          <w:b/>
        </w:rPr>
        <w:t xml:space="preserve">[1:04:43] </w:t>
      </w:r>
      <w:r>
        <w:t>yeh hai woh cheez jis ke liye main aap ko dawat deta hoon jis ko main chahta hoon</w:t>
      </w:r>
    </w:p>
    <w:p>
      <w:pPr>
        <w:jc w:val="right"/>
      </w:pPr>
      <w:r>
        <w:t>یہ ہے وہ چیز جس کے لیے میں آپ کو دعوت دیتا ہوں جس کو میں چاہتا ہوں</w:t>
      </w:r>
    </w:p>
    <w:p>
      <w:r>
        <w:rPr>
          <w:b/>
        </w:rPr>
        <w:t xml:space="preserve">[1:04:47] </w:t>
      </w:r>
      <w:r>
        <w:t>ke aap sochein aur ghaur karein ke mamla bohat hi serious hai bohat ziyada serious hai</w:t>
      </w:r>
    </w:p>
    <w:p>
      <w:pPr>
        <w:jc w:val="right"/>
      </w:pPr>
      <w:r>
        <w:t>کہ آپ سوچیں اور غور کریں کہ معاملہ بہت ہی serious ہے بہت زیادہ serious ہے</w:t>
      </w:r>
    </w:p>
    <w:p>
      <w:r>
        <w:rPr>
          <w:b/>
        </w:rPr>
        <w:t xml:space="preserve">[1:04:55] </w:t>
      </w:r>
      <w:r>
        <w:t>aap ko khuda pakdega aur poochega ke tum ne jin insano ke beech mein thay tum</w:t>
      </w:r>
    </w:p>
    <w:p>
      <w:pPr>
        <w:jc w:val="right"/>
      </w:pPr>
      <w:r>
        <w:t>آپ کو خدا پکڑے گا اور پوچھے گا کہ تم نے جن انسانوں کے بیچ میں تھے تم</w:t>
      </w:r>
    </w:p>
    <w:p>
      <w:r>
        <w:rPr>
          <w:b/>
        </w:rPr>
        <w:t xml:space="preserve">[1:05:01] </w:t>
      </w:r>
      <w:r>
        <w:t>kya tum ne un ko mera paigham pohanchaya</w:t>
      </w:r>
    </w:p>
    <w:p>
      <w:pPr>
        <w:jc w:val="right"/>
      </w:pPr>
      <w:r>
        <w:t>کیا تم نے ان کو میرا پیغام پہنچایا</w:t>
      </w:r>
    </w:p>
    <w:p>
      <w:r>
        <w:rPr>
          <w:b/>
        </w:rPr>
        <w:t xml:space="preserve">[1:05:04] </w:t>
      </w:r>
      <w:r>
        <w:t>khuda poochega kya tumhare yeh bachche jahannum ki taraf chale ja rahe thay kya tum ne un</w:t>
      </w:r>
    </w:p>
    <w:p>
      <w:pPr>
        <w:jc w:val="right"/>
      </w:pPr>
      <w:r>
        <w:t>خدا پوچھے گا کیا تمہارے یہ بچے جہنم کی طرف چلے جا رہے تھے کیا تم نے ان</w:t>
      </w:r>
    </w:p>
    <w:p>
      <w:r>
        <w:rPr>
          <w:b/>
        </w:rPr>
        <w:t xml:space="preserve">[1:05:09] </w:t>
      </w:r>
      <w:r>
        <w:t>ko bachane ki koshish ki sahi koshish</w:t>
      </w:r>
    </w:p>
    <w:p>
      <w:pPr>
        <w:jc w:val="right"/>
      </w:pPr>
      <w:r>
        <w:t>کو بچانے کی کوشش کی صحیح کوشش</w:t>
      </w:r>
    </w:p>
    <w:p>
      <w:r>
        <w:rPr>
          <w:b/>
        </w:rPr>
        <w:t xml:space="preserve">[1:05:13] </w:t>
      </w:r>
      <w:r>
        <w:t>to aap dono taraf aap ka jawab negative mein hoga</w:t>
      </w:r>
    </w:p>
    <w:p>
      <w:pPr>
        <w:jc w:val="right"/>
      </w:pPr>
      <w:r>
        <w:t>تو آپ دونوں طرف آپ کا جواب negative میں ہوگا</w:t>
      </w:r>
    </w:p>
    <w:p>
      <w:r>
        <w:rPr>
          <w:b/>
        </w:rPr>
        <w:t xml:space="preserve">[1:05:20] </w:t>
      </w:r>
      <w:r>
        <w:t>to main samajhta hoon ke jo log bahar hain jo musalman different countries mein hain un ko bohat ziyada seriously is baat ko lena chahiye ke un ka apna bhi mamla doubtful hai un ke bachchon ka mamla bhi doubtful hai aur dono ka ek hi hal hai woh yeh ke ada o work</w:t>
      </w:r>
    </w:p>
    <w:p>
      <w:pPr>
        <w:jc w:val="right"/>
      </w:pPr>
      <w:r>
        <w:t>تو میں سمجھتا ہوں کہ جو لوگ باہر ہیں جو مسلمان different countries میں ہیں ان کو بہت زیادہ seriously اس بات کو لینا چاہیے کہ ان کا اپنا بھی معاملہ doubtful ہے ان کے بچوں کا معاملہ بھی doubtful ہے اور دونوں کا ایک ہی حل ہے وہ یہ کہ ادا و work</w:t>
      </w:r>
    </w:p>
    <w:p>
      <w:r>
        <w:rPr>
          <w:b/>
        </w:rPr>
        <w:t xml:space="preserve">[1:05:42] </w:t>
      </w:r>
      <w:r>
        <w:t>yahan main ek baat aap ko yaad dilaoon ke ek formula ek formula kya hai ke jo daai nahin banta woh madu banna padta hai us ko jo daai nahin banta us ko madu banna padta hai yani agar aap in in countries mein daai bankar rahen to to aap ko jee sakte hain wahan par nahin to woh qaumen aap ko apna madu bana lengi</w:t>
      </w:r>
    </w:p>
    <w:p>
      <w:pPr>
        <w:jc w:val="right"/>
      </w:pPr>
      <w:r>
        <w:t>یہاں میں ایک بات آپ کو یاد دلاؤں کہ ایک فارمولا ایک فارمولا کیا ہے کہ جو داعی نہیں بنتا وہ مدعو بننا پڑتا ہے اس کو جو داعی نہیں بنتا اس کو مدعو بننا پڑتا ہے یعنی اگر آپ ان ان countries میں داعی بن کر رہیں تو تو آپ کو جی سکتے ہیں وہاں پر نہیں تو وہ قومیں آپ کو اپنا مدعو بنا لیں گی</w:t>
      </w:r>
    </w:p>
    <w:p>
      <w:r>
        <w:rPr>
          <w:b/>
        </w:rPr>
        <w:t xml:space="preserve">[1:06:11] </w:t>
      </w:r>
      <w:r>
        <w:t>ya to aap giver bankar rahenge ya aap ko woh banna padega receiver agar agar giver nahin hai to aap receiver banna padega aap daai nahin hain to madu banna padega agar aap dene wala nahin hai to aap ko paane wala banna padega to ab jo hadith mein aata hai ke man</w:t>
      </w:r>
    </w:p>
    <w:p>
      <w:pPr>
        <w:jc w:val="right"/>
      </w:pPr>
      <w:r>
        <w:t>یا تو آپ giver بن کر رہیں گے یا آپ کو وہ بننا پڑے گا receiver اگر اگر giver نہیں ہے تو آپ receiver بننا پڑے گا آپ داعی نہیں ہیں تو مدعو بننا پڑے گا اگر آپ دینے والا نہیں ہیں تو آپ کو پانے والا بننا پڑے گا تو اب جو حدیث میں آتا ہے کہ من</w:t>
      </w:r>
    </w:p>
    <w:p>
      <w:r>
        <w:rPr>
          <w:b/>
        </w:rPr>
        <w:t xml:space="preserve">[1:06:36] </w:t>
      </w:r>
      <w:r>
        <w:t>ya to upper hand baniye nahin to aap ko lower hand banna padega</w:t>
      </w:r>
    </w:p>
    <w:p>
      <w:pPr>
        <w:jc w:val="right"/>
      </w:pPr>
      <w:r>
        <w:t>یا تو upper hand بنیے نہیں تو آپ کو lower hand بننا پڑے گا</w:t>
      </w:r>
    </w:p>
    <w:p>
      <w:r>
        <w:rPr>
          <w:b/>
        </w:rPr>
        <w:t xml:space="preserve">[1:06:41] </w:t>
      </w:r>
      <w:r>
        <w:t>agar aap upar wale hath nahin hain to aap ko neeche wala hath banna padega yeh hai law of nature to aap ke liye farz hai ke aap daai banen nahin to aap ko doosri qaumen apna madu bana lengi aur phir aap kahan honge kahan khade khade honge kahan kahan stand karenge aap</w:t>
      </w:r>
    </w:p>
    <w:p>
      <w:pPr>
        <w:jc w:val="right"/>
      </w:pPr>
      <w:r>
        <w:t>اگر آپ اوپر والے ہاتھ نہیں ہیں تو آپ کو نیچے والا ہاتھ بننا پڑے گا یہ ہے law of nature تو آپ کے لیے فرض ہے کہ آپ داعی بنیں نہیں تو آپ کو دوسری قومیں اپنا مدعو بنا لیں گی اور پھر آپ کہاں ہوں گے کہاں کھڑے کھڑے ہوں گے کہاں کہاں stand کریں گے آپ</w:t>
      </w:r>
    </w:p>
    <w:p>
      <w:r>
        <w:rPr>
          <w:b/>
        </w:rPr>
        <w:t xml:space="preserve">[1:07:01] </w:t>
      </w:r>
      <w:r>
        <w:t>yeh bohat ziyada serious baat hai jis ko aap ko sochna chahiye</w:t>
      </w:r>
    </w:p>
    <w:p>
      <w:pPr>
        <w:jc w:val="right"/>
      </w:pPr>
      <w:r>
        <w:t>یہ بہت زیادہ serious بات ہے جس کو آپ کو سوچنا چاہیے</w:t>
      </w:r>
    </w:p>
    <w:p>
      <w:r>
        <w:rPr>
          <w:b/>
        </w:rPr>
        <w:t xml:space="preserve">[1:07:08] </w:t>
      </w:r>
      <w:r>
        <w:t>to aakhir mein main wohi baat kahunga ke aap one man two mission ka formula apnaen is ke siwa koi aur doosra rasta aap ke liye nahin hai aqool qawli haza wastaghfirullaha lakum ajmaeen.</w:t>
      </w:r>
    </w:p>
    <w:p>
      <w:pPr>
        <w:jc w:val="right"/>
      </w:pPr>
      <w:r>
        <w:t>تو آخر میں میں وہی بات کہوں گا کہ آپ one man two mission کا فارمولا اپنائیں اس کے سوا کوئی اور دوسرا راستہ آپ کے لیے نہیں ہے اقول قولیھذا واستغفراللہ لیلکم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