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Noble Qualities of The Prophet Muhammad 7 September 2025</w:t>
      </w:r>
    </w:p>
    <w:p>
      <w:r>
        <w:t>https://youtu.be/o85acwpOiDw</w:t>
      </w:r>
    </w:p>
    <w:p>
      <w:r>
        <w:rPr>
          <w:b/>
        </w:rPr>
        <w:t xml:space="preserve">[00:01] </w:t>
      </w:r>
      <w:r>
        <w:t>assalamualaikum. today we will have a conversation with dr. sania saeen khan, on the subject the noble qualities of the prophet muhammad, peace be upon him.</w:t>
      </w:r>
    </w:p>
    <w:p>
      <w:pPr>
        <w:jc w:val="right"/>
      </w:pPr>
      <w:r>
        <w:t>السلامعلیکم۔ ٹوڈےویویلہیوکانورسی شنودڈاکٹر ثانیہسنین خان ،آن دی سبجیکٹ دی نوبل کو الٹیزآف دا پرافٹمحمد ، میپیزبیاپونہم۔</w:t>
      </w:r>
    </w:p>
    <w:p>
      <w:r>
        <w:rPr>
          <w:b/>
        </w:rPr>
        <w:t xml:space="preserve">[00:12] </w:t>
      </w:r>
      <w:r>
        <w:t>more than 14 centuries have passed, yet prophet's example remains a timeless model of compassion, humility, justice, and moral excellence.</w:t>
      </w:r>
    </w:p>
    <w:p>
      <w:pPr>
        <w:jc w:val="right"/>
      </w:pPr>
      <w:r>
        <w:t>موردین14 سینچریزہیو پاسڈ ، یٹ پرافٹسایگزامپل ریمینز اٹائملیس ماڈل آف کمپیشن ،ہیومیلٹی،جسٹس، اینڈمورل ایکسیلنس۔</w:t>
      </w:r>
    </w:p>
    <w:p>
      <w:r>
        <w:rPr>
          <w:b/>
        </w:rPr>
        <w:t xml:space="preserve">[00:23] </w:t>
      </w:r>
      <w:r>
        <w:t>even before attaining the prophethood, he was known as al-amin, the trustworthy, and as-sadiq, the truthful.</w:t>
      </w:r>
    </w:p>
    <w:p>
      <w:pPr>
        <w:jc w:val="right"/>
      </w:pPr>
      <w:r>
        <w:t>ایون بیفوراٹیننگدی پرافٹہڈ،ہیواز نونایز الامین، دا ٹرسٹوردی، اینڈ الص ادق،دا ٹرتھفل ۔</w:t>
      </w:r>
    </w:p>
    <w:p>
      <w:r>
        <w:rPr>
          <w:b/>
        </w:rPr>
        <w:t xml:space="preserve">[00:31] </w:t>
      </w:r>
      <w:r>
        <w:t>So on this anniversary, we explore the noble qualities of Prophet that inspired generations across religions, cultures, and centuries.</w:t>
      </w:r>
    </w:p>
    <w:p>
      <w:pPr>
        <w:jc w:val="right"/>
      </w:pPr>
      <w:r>
        <w:t>سوانٹوڈےسیشنویویلایکسپلوردی نوبل کوالٹیزآف پرافٹ دیٹ انسپائرڈ جن ری شنز اک راس ریلیج نز، کل چرز،اینڈ سینچریز۔</w:t>
      </w:r>
    </w:p>
    <w:p>
      <w:r>
        <w:rPr>
          <w:b/>
        </w:rPr>
        <w:t xml:space="preserve">[00:40] </w:t>
      </w:r>
      <w:r>
        <w:t>solitsgostrettto doctor sahib. assalamualikum doctor sahib, how are you? waalaikum assalam, alhamdulillah. aap kaise hain? alhamd</w:t>
      </w:r>
    </w:p>
    <w:p>
      <w:pPr>
        <w:jc w:val="right"/>
      </w:pPr>
      <w:r>
        <w:t>سولیٹسگوسٹریٹٹو ڈاکٹرصاحب۔ السلامعلیکمڈاکٹرصاحب،ہاؤآریو؟وعلیکمالسلام،الحمدللہ۔آپکیسےہیں؟ الحمدل</w:t>
      </w:r>
    </w:p>
    <w:p>
      <w:r>
        <w:rPr>
          <w:b/>
        </w:rPr>
        <w:t xml:space="preserve">[00:47] </w:t>
      </w:r>
      <w:r>
        <w:t>ulillah. doctor sahib, my first question is: what is the meaning of the word shamail, and what are the trivial about the qualities, appearances, and demeanor of the prophet muhammad?</w:t>
      </w:r>
    </w:p>
    <w:p>
      <w:pPr>
        <w:jc w:val="right"/>
      </w:pPr>
      <w:r>
        <w:t>لہ۔ڈاکٹرصاحب،مائی فرسٹکوئسچناز: واٹازدامیننگآفدا ورڈ شمائل ، اینڈواٹڈزاٹریویلاباؤٹدی کوال ٹیز،اپیئرنسز،اینڈ ڈیمینر آف داپرافٹمحمد ؟</w:t>
      </w:r>
    </w:p>
    <w:p>
      <w:r>
        <w:rPr>
          <w:b/>
        </w:rPr>
        <w:t xml:space="preserve">[00:59] </w:t>
      </w:r>
      <w:r>
        <w:t>exactly. inshallah. bismillah hir rahman nir rahim. rabishrah li sadri, wa yassirli amri, wahlul uqdatam mil lisani, yafqahu qawli.</w:t>
      </w:r>
    </w:p>
    <w:p>
      <w:pPr>
        <w:jc w:val="right"/>
      </w:pPr>
      <w:r>
        <w:t>ایگزیکٹلی۔ انشاءاللہ۔ بسماللہ الرحمن الرحیم۔ رباشرحلیصدری، و یسرلیامری ، واحل العقدۃ منلسانی، یفقہقولی۔</w:t>
      </w:r>
    </w:p>
    <w:p>
      <w:r>
        <w:rPr>
          <w:b/>
        </w:rPr>
        <w:t xml:space="preserve">[01:10] </w:t>
      </w:r>
      <w:r>
        <w:t>shamail aur shamail un nabi</w:t>
      </w:r>
    </w:p>
    <w:p>
      <w:pPr>
        <w:jc w:val="right"/>
      </w:pPr>
      <w:r>
        <w:t>شمائل اور شمائل النبی</w:t>
      </w:r>
    </w:p>
    <w:p>
      <w:r>
        <w:rPr>
          <w:b/>
        </w:rPr>
        <w:t xml:space="preserve">[01:13] </w:t>
      </w:r>
      <w:r>
        <w:t>means noble characteristics of the prophet muhammad sallallahu alaihi wasallam, and it covers everything about the</w:t>
      </w:r>
    </w:p>
    <w:p>
      <w:pPr>
        <w:jc w:val="right"/>
      </w:pPr>
      <w:r>
        <w:t>مینز نوبلکریکٹرسٹکس آف دی پرافٹمحمد صلیاللہعلیہوسلم، اینڈاٹکورز ایوریتھنگاباؤٹدی</w:t>
      </w:r>
    </w:p>
    <w:p>
      <w:r>
        <w:rPr>
          <w:b/>
        </w:rPr>
        <w:t xml:space="preserve">[01:21] </w:t>
      </w:r>
      <w:r>
        <w:t>prophet, like his appearance, his manners, his habits,</w:t>
      </w:r>
    </w:p>
    <w:p>
      <w:pPr>
        <w:jc w:val="right"/>
      </w:pPr>
      <w:r>
        <w:t>پرافٹ ،لائکہزاپیئرنس ، ہز مینرز،ہزہیبٹس،</w:t>
      </w:r>
    </w:p>
    <w:p>
      <w:r>
        <w:rPr>
          <w:b/>
        </w:rPr>
        <w:t xml:space="preserve">[01:25] </w:t>
      </w:r>
      <w:r>
        <w:t>his face, color of his hairs, eyes, ismail, waq, his wife, the cloth he wore, and the food he</w:t>
      </w:r>
    </w:p>
    <w:p>
      <w:pPr>
        <w:jc w:val="right"/>
      </w:pPr>
      <w:r>
        <w:t>ہز فیس ،کلرآفہز ہی ئرز، ائیز، اسم اعیل ، و اک، ہزوائس، دا کلوتھ ہی وور، اینڈدافوڈ ہی</w:t>
      </w:r>
    </w:p>
    <w:p>
      <w:r>
        <w:rPr>
          <w:b/>
        </w:rPr>
        <w:t xml:space="preserve">[01:37] </w:t>
      </w:r>
      <w:r>
        <w:t>ate, and the way he spoke, his worship, his passions, his generosity, his humility, his akhlaq, and his connection</w:t>
      </w:r>
    </w:p>
    <w:p>
      <w:pPr>
        <w:jc w:val="right"/>
      </w:pPr>
      <w:r>
        <w:t>ایٹ ،اینڈداوےہی سپوک،ہز ور شپ،ہز پیشن س،ہزجن روس ٹی ، ہیومیل ٹی، ہز اخلاق ،اینڈ ہز کن یکشن</w:t>
      </w:r>
    </w:p>
    <w:p>
      <w:r>
        <w:rPr>
          <w:b/>
        </w:rPr>
        <w:t xml:space="preserve">[01:48] </w:t>
      </w:r>
      <w:r>
        <w:t>with the almighty.</w:t>
      </w:r>
    </w:p>
    <w:p>
      <w:pPr>
        <w:jc w:val="right"/>
      </w:pPr>
      <w:r>
        <w:t>ود دی الم ائٹی۔</w:t>
      </w:r>
    </w:p>
    <w:p>
      <w:r>
        <w:rPr>
          <w:b/>
        </w:rPr>
        <w:t xml:space="preserve">[01:51] </w:t>
      </w:r>
      <w:r>
        <w:t>so the way he treated the family, companions, children, and strangers. so shamail brings him closer to your heart,</w:t>
      </w:r>
    </w:p>
    <w:p>
      <w:pPr>
        <w:jc w:val="right"/>
      </w:pPr>
      <w:r>
        <w:t>سو داوے ہی ٹریٹڈ دی فیم لی ، کمپینینز،چلڈرن ،اینڈ سٹرینجرز ۔سو شمائل برنگز ہم کلوزرٹو یورہارٹ،</w:t>
      </w:r>
    </w:p>
    <w:p>
      <w:r>
        <w:rPr>
          <w:b/>
        </w:rPr>
        <w:t xml:space="preserve">[02:04] </w:t>
      </w:r>
      <w:r>
        <w:t>and makes you feel like you know him, you almost see him. right</w:t>
      </w:r>
    </w:p>
    <w:p>
      <w:pPr>
        <w:jc w:val="right"/>
      </w:pPr>
      <w:r>
        <w:t>اینڈاٹمیکس یوفیل لائک یونو ہم ،یو الم وسٹ سی ہم۔ رائ</w:t>
      </w:r>
    </w:p>
    <w:p>
      <w:r>
        <w:rPr>
          <w:b/>
        </w:rPr>
        <w:t xml:space="preserve">[02:10] </w:t>
      </w:r>
      <w:r>
        <w:t>right. so the most famous book on this subject is called shamail muhammadi, which was compiled by imam at tirmidhi, and it contains 400 hadith on shamail.</w:t>
      </w:r>
    </w:p>
    <w:p>
      <w:pPr>
        <w:jc w:val="right"/>
      </w:pPr>
      <w:r>
        <w:t>ٹ۔ سو دا موسٹ فیمسبک آن دسسبجیکٹ از کالڈ شمائل محمد یہ، وچاز کمپائل ڈبائی ام ام الترمذی، اینڈاٹکنٹینز 4 00 حدیث آن شمائل ۔</w:t>
      </w:r>
    </w:p>
    <w:p>
      <w:r>
        <w:rPr>
          <w:b/>
        </w:rPr>
        <w:t xml:space="preserve">[02:29] </w:t>
      </w:r>
      <w:r>
        <w:t>so i think one should read this book to know the personality and the qualities of the prophet muhammad sallallahu alaihi</w:t>
      </w:r>
    </w:p>
    <w:p>
      <w:pPr>
        <w:jc w:val="right"/>
      </w:pPr>
      <w:r>
        <w:t>سو آئیتھنک ونشوڈریڈ دسبک ٹونو دی پرسنیل ٹی اینڈدی کوالٹیزآف دی پرافٹمحمد صلیاللہعلیہ</w:t>
      </w:r>
    </w:p>
    <w:p>
      <w:r>
        <w:rPr>
          <w:b/>
        </w:rPr>
        <w:t xml:space="preserve">[02:40] </w:t>
      </w:r>
      <w:r>
        <w:t>wasallam. right. doctor sahib, another question that comes in my mind is that of shamail as part of the sirah of the prophet, then why is it studied separately, if it is part of the life story of the prophet?</w:t>
      </w:r>
    </w:p>
    <w:p>
      <w:pPr>
        <w:jc w:val="right"/>
      </w:pPr>
      <w:r>
        <w:t>وسلم۔رائٹ۔ ڈاکٹرصاحب،انادرکوئسچندیٹکمزانمائنڈازدیٹاف شمائلاز پارٹآف دا سیرہآفداپرافٹ، دین وائیازاٹسٹڈی سیپریٹلی ،افاٹازپارٹآفدی لائفسٹوریآفداپرافٹ؟</w:t>
      </w:r>
    </w:p>
    <w:p>
      <w:r>
        <w:rPr>
          <w:b/>
        </w:rPr>
        <w:t xml:space="preserve">[02:54] </w:t>
      </w:r>
      <w:r>
        <w:t>yes, this is a nice question. so there is a difference between shamail and sirah</w:t>
      </w:r>
    </w:p>
    <w:p>
      <w:pPr>
        <w:jc w:val="right"/>
      </w:pPr>
      <w:r>
        <w:t>یا،دسازاےنائس کوئسچن ۔ سو دیرازاےڈیفرنسبٹوینشمائل اینڈ سیر</w:t>
      </w:r>
    </w:p>
    <w:p>
      <w:r>
        <w:rPr>
          <w:b/>
        </w:rPr>
        <w:t xml:space="preserve">[03:01] </w:t>
      </w:r>
      <w:r>
        <w:t>both are about the prophet muhammad sallallahu alaihi wasallam, but the focus on different aspects of the prophet. like sirah is about life, the life story of the prophet muhammad and his mission, like from his birth to his youth,</w:t>
      </w:r>
    </w:p>
    <w:p>
      <w:pPr>
        <w:jc w:val="right"/>
      </w:pPr>
      <w:r>
        <w:t>ہ، دو بوت ھآر اباؤٹدیپرافٹمحمد صلیاللہعلیہوسلم، بٹ دی فوکس آن ڈفرنٹ ایسپیکٹآف دی پرافٹ۔لائکسیرہازاباؤٹ لائف ،دالائف سٹوریآفدیپرافٹمحمد اینڈہزمشن ، لائک فرامہزبرتھ ٹوہزیوتھ ،</w:t>
      </w:r>
    </w:p>
    <w:p>
      <w:r>
        <w:rPr>
          <w:b/>
        </w:rPr>
        <w:t xml:space="preserve">[03:23] </w:t>
      </w:r>
      <w:r>
        <w:t>to his marriage with khadijah radi allahu anha, then the time when he used to go to the cave of hira in contemplation. he used to spend time</w:t>
      </w:r>
    </w:p>
    <w:p>
      <w:pPr>
        <w:jc w:val="right"/>
      </w:pPr>
      <w:r>
        <w:t>ٹوہز می رج ودخدیجہرضیاللہعنہا، دین دی ٹائموینہی یوزٹوگوٹودا کیوآفحرا ان کانٹیمپلیشن۔ہی یوزٹوسپینڈٹائم</w:t>
      </w:r>
    </w:p>
    <w:p>
      <w:r>
        <w:rPr>
          <w:b/>
        </w:rPr>
        <w:t xml:space="preserve">[03:36] </w:t>
      </w:r>
      <w:r>
        <w:t>and then the revelation came, and he was ordered by god to convey the message of the quran to people. then the opposition started in mecca, so then he had to migrate from mecca to medina in difficult circumstances.</w:t>
      </w:r>
    </w:p>
    <w:p>
      <w:pPr>
        <w:jc w:val="right"/>
      </w:pPr>
      <w:r>
        <w:t>،اینڈ دیندیریولیشن کیم، اینڈہیواز آرڈرڈبائیگاڈٹو کنوےدیمیسج آف دی قرآنٹوپیپل ۔دیندیاپوزیشن اسٹارٹڈان مک ہ، سو دینہیہیڈٹومائیگریٹ فرام مک ہٹو مدینہانڈیفیکلٹسرکمسٹانسز۔</w:t>
      </w:r>
    </w:p>
    <w:p>
      <w:r>
        <w:rPr>
          <w:b/>
        </w:rPr>
        <w:t xml:space="preserve">[03:59] </w:t>
      </w:r>
      <w:r>
        <w:t>so then he spent some years in medina, and then comes the farewell hajj. right.</w:t>
      </w:r>
    </w:p>
    <w:p>
      <w:pPr>
        <w:jc w:val="right"/>
      </w:pPr>
      <w:r>
        <w:t>سو دین ہی سپینڈ سم ایئرز ان مدینہ، اینڈدین کمز دی فیورل حج۔رائٹ۔</w:t>
      </w:r>
    </w:p>
    <w:p>
      <w:r>
        <w:rPr>
          <w:b/>
        </w:rPr>
        <w:t xml:space="preserve">[04:11] </w:t>
      </w:r>
      <w:r>
        <w:t>and after that, he passes away. so this is the entire sirah of the prophet. it gives us the timeline from birth to his passing.</w:t>
      </w:r>
    </w:p>
    <w:p>
      <w:pPr>
        <w:jc w:val="right"/>
      </w:pPr>
      <w:r>
        <w:t>اینڈآفٹردیٹ ، ہی پاسزاوے۔ سودسازدا انٹائر سیرہ آف دی پرافٹ۔اٹگیوزاس دا ٹائملائنفرام برتھ ٹو ہز پاسنگ۔</w:t>
      </w:r>
    </w:p>
    <w:p>
      <w:r>
        <w:rPr>
          <w:b/>
        </w:rPr>
        <w:t xml:space="preserve">[04:25] </w:t>
      </w:r>
      <w:r>
        <w:t>but shamail focuses on personal qualities</w:t>
      </w:r>
    </w:p>
    <w:p>
      <w:pPr>
        <w:jc w:val="right"/>
      </w:pPr>
      <w:r>
        <w:t>بٹشمائلفوکسزآن پرسنلکوال ٹیز</w:t>
      </w:r>
    </w:p>
    <w:p>
      <w:r>
        <w:rPr>
          <w:b/>
        </w:rPr>
        <w:t xml:space="preserve">[04:28] </w:t>
      </w:r>
      <w:r>
        <w:t>so what is the difference between the two? sirah shows the outer journey, and shamail talks about the inner beauty, his characteristics, his habits, his daily life. so when we study both sirah and shamail, we begin to understand not just what the prophet did, but how he lived, and how we should live.</w:t>
      </w:r>
    </w:p>
    <w:p>
      <w:pPr>
        <w:jc w:val="right"/>
      </w:pPr>
      <w:r>
        <w:t>۔ سوواٹازداڈیفرنس بٹویندا ٹو ؟ سیرہشوز دی آؤٹرجرنی ،اینڈ شمائل ٹاکساباؤٹدا انر بیوٹی، ہزکریکٹرسٹ کس، ہزہیبٹس،ہزڈیلی لائف۔سووینویسٹڈیبوتھ سیرہاینڈشمائل، وی بگنٹو انڈرسٹینڈ ناٹجسٹ واٹ داپرافٹڈ ڈ، بٹ ہاؤ ہی لیوڈ ،اینڈہاؤ ویشوڈلیوڈ۔</w:t>
      </w:r>
    </w:p>
    <w:p>
      <w:r>
        <w:rPr>
          <w:b/>
        </w:rPr>
        <w:t xml:space="preserve">[04:57] </w:t>
      </w:r>
      <w:r>
        <w:t>so that is why quran says: "laqad kana lakum fi rasulillahi uswatun hasanah". you have a beautiful example in the prophet muhammad.</w:t>
      </w:r>
    </w:p>
    <w:p>
      <w:pPr>
        <w:jc w:val="right"/>
      </w:pPr>
      <w:r>
        <w:t>سو دیٹسوائیداقرآن سیز:"لقدکان لکمفیرسولاللہ اسوۃ حسنہ"۔ یوہیواےبیوٹیفلایگزامپل ان دی پرافٹمحمد ۔</w:t>
      </w:r>
    </w:p>
    <w:p>
      <w:r>
        <w:rPr>
          <w:b/>
        </w:rPr>
        <w:t xml:space="preserve">[05:09] </w:t>
      </w:r>
      <w:r>
        <w:t>so in the example of the prophet muhammad, so that is why shamail is very important that we understand it, and we emulate our life based on it.</w:t>
      </w:r>
    </w:p>
    <w:p>
      <w:pPr>
        <w:jc w:val="right"/>
      </w:pPr>
      <w:r>
        <w:t>سو اندیایگزامپلآف دی پرافٹمحمد ، سو دیٹسوائی شمائلازویریامپورٹنٹدیٹویانڈرسٹینڈاٹ،اینڈ وی ایمولیٹ اورلائف بیسڈآندیٹ۔</w:t>
      </w:r>
    </w:p>
    <w:p>
      <w:r>
        <w:rPr>
          <w:b/>
        </w:rPr>
        <w:t xml:space="preserve">[05:21] </w:t>
      </w:r>
      <w:r>
        <w:t>right.</w:t>
      </w:r>
    </w:p>
    <w:p>
      <w:pPr>
        <w:jc w:val="right"/>
      </w:pPr>
      <w:r>
        <w:t>رائٹ۔</w:t>
      </w:r>
    </w:p>
    <w:p>
      <w:r>
        <w:rPr>
          <w:b/>
        </w:rPr>
        <w:t xml:space="preserve">[05:22] </w:t>
      </w:r>
      <w:r>
        <w:t>doctor sahib, every action of prophet muhammad, may peace be upon him, gives us a window to learn about his life, and to discover his noble qualities. there is a very interesting incident that when he migrated from mecca to medina, along with hazrat abu bakr, he passed through a desert, and stopped by a tent, and what really unfolded had a lasting impact.</w:t>
      </w:r>
    </w:p>
    <w:p>
      <w:pPr>
        <w:jc w:val="right"/>
      </w:pPr>
      <w:r>
        <w:t>ڈاکٹرصاحب،ایوری ایک شنآف پرافٹمحمد ، میپیزبیاپونہم، گیوزاس ا ونڈوٹولرناباؤٹہز لائف،اینڈٹوڈسکورہز نوبلکوالٹیز۔دیرازاویریانٹرسٹنگانسیڈنٹدیٹ وینہیمائیگریٹڈفرام مکہٹومدینہ، الونگودحضرتاب وبکر، ہی پاستھ رو اڈیزرٹ، اینڈ سٹاپڈبائیاٹینٹ، اینڈ واٹریلی انفولڈڈ ہیڈالاسٹنگامپیکٹ۔</w:t>
      </w:r>
    </w:p>
    <w:p>
      <w:r>
        <w:rPr>
          <w:b/>
        </w:rPr>
        <w:t xml:space="preserve">[05:47] </w:t>
      </w:r>
      <w:r>
        <w:t>please tell us about this interesting incident. yes,</w:t>
      </w:r>
    </w:p>
    <w:p>
      <w:pPr>
        <w:jc w:val="right"/>
      </w:pPr>
      <w:r>
        <w:t>پلیزٹیلاساباؤٹ دس انٹرسٹنگ انسیڈنٹ۔یا،</w:t>
      </w:r>
    </w:p>
    <w:p>
      <w:r>
        <w:rPr>
          <w:b/>
        </w:rPr>
        <w:t xml:space="preserve">[05:51] </w:t>
      </w:r>
      <w:r>
        <w:t>this is a beautiful incident. actually, the event is said to took place during the migration, hijrah of the prophet, and it was a very dangerous journey, because the enemies were chasing him, and for some time he stayed in a cave.</w:t>
      </w:r>
    </w:p>
    <w:p>
      <w:pPr>
        <w:jc w:val="right"/>
      </w:pPr>
      <w:r>
        <w:t>دسازاےبیوٹیفل انسیڈنٹ۔ایکچولی، دا ایونٹایزیوسیڈ ٹوکپلیس ڈیورنگدی مائیگری شن،ہجرہآفدی پرافٹ، اینڈ اٹوازاویریڈینج رس جرنی، بیکازدااینمیزوارچیزنگہم ،اینڈ فار سم ٹائم ہی سٹیڈان ا کیو۔</w:t>
      </w:r>
    </w:p>
    <w:p>
      <w:r>
        <w:rPr>
          <w:b/>
        </w:rPr>
        <w:t xml:space="preserve">[06:09] </w:t>
      </w:r>
      <w:r>
        <w:t>deen hi secretly left for madina, and he followed a different route, not the usual route.</w:t>
      </w:r>
    </w:p>
    <w:p>
      <w:pPr>
        <w:jc w:val="right"/>
      </w:pPr>
      <w:r>
        <w:t>دین ہی سیکرٹلی لیفٹ فار مدینہ، اینڈہیفالوڈاڈفرنٹروٹ،ناٹدایوزلروٹ۔</w:t>
      </w:r>
    </w:p>
    <w:p>
      <w:r>
        <w:rPr>
          <w:b/>
        </w:rPr>
        <w:t xml:space="preserve">[06:19] </w:t>
      </w:r>
      <w:r>
        <w:t>and they passed through a small village which was called Qudaid. it was on the route from makkah to madina, and the prophet was accompanied by abu bakr (Razi Allahu Anhu), and umar ibn al-khattab (Razi Allahu Anhu), and there was a guide who was a jew, and his name was abdullah ibn iraq.</w:t>
      </w:r>
    </w:p>
    <w:p>
      <w:pPr>
        <w:jc w:val="right"/>
      </w:pPr>
      <w:r>
        <w:t>اینڈ دےپاستھ رواےسمال ولیج وچازکال ڈ قد ید۔ اٹازآن دا روٹفراممکہٹو مدینہ، اینڈداپرافٹوازاکمپنیڈبائےاب وبکررضیاللہ عنہ، اینڈ عامرابن فہیرہرضیاللہعنہ، اینڈدیروازاگائیڈ ہو وازاجیو، اینڈہزنیمواز عبداللہابن عراق ۔</w:t>
      </w:r>
    </w:p>
    <w:p>
      <w:r>
        <w:rPr>
          <w:b/>
        </w:rPr>
        <w:t xml:space="preserve">[06:41] </w:t>
      </w:r>
      <w:r>
        <w:t>so he was taking the prophet from a different route, not the usual route, and they were at one point, they were very hungry, and they were passing through harsh desert, and that year was the year of drought</w:t>
      </w:r>
    </w:p>
    <w:p>
      <w:pPr>
        <w:jc w:val="right"/>
      </w:pPr>
      <w:r>
        <w:t>سو ہی وازٹیکنگدا پرافٹفراماڈفرنٹروٹ، ناٹدا یوزل رو ٹ، اینڈ دےوار ایٹونپوائنٹ،دےوارویریہنگری ،اینڈ دےوارپاسنگتھرو ہارش ڈیزرٹ ،اینڈ دیٹ ایئروازدا ایئرآفڈراؤٹ</w:t>
      </w:r>
    </w:p>
    <w:p>
      <w:r>
        <w:rPr>
          <w:b/>
        </w:rPr>
        <w:t xml:space="preserve">[07:00] </w:t>
      </w:r>
      <w:r>
        <w:t>. so there was scarcity of water and food, and the food they brought actually abu bakr (Razi Allahu Anhu) daughter asma bint abi bakr who was the sister of aisha (Razi Allahu Anha).</w:t>
      </w:r>
    </w:p>
    <w:p>
      <w:pPr>
        <w:jc w:val="right"/>
      </w:pPr>
      <w:r>
        <w:t>۔سو دیرواز سکیسٹیآف وا ٹراینڈفوڈ ،اینڈدا فوڈ دےبراٹ ایکچولی اب وبکررضیاللہعنہ ڈاٹر اسماء بنتابوبکرہو وازدی سسٹرآف عائشہرضیاللہعنہا۔</w:t>
      </w:r>
    </w:p>
    <w:p>
      <w:r>
        <w:rPr>
          <w:b/>
        </w:rPr>
        <w:t xml:space="preserve">[07:14] </w:t>
      </w:r>
      <w:r>
        <w:t>yes. so elder sister. right. she used to bring food and a queue when the prophet was hiding there,</w:t>
      </w:r>
    </w:p>
    <w:p>
      <w:pPr>
        <w:jc w:val="right"/>
      </w:pPr>
      <w:r>
        <w:t>یس۔ سو ایلڈرسسٹر۔رائٹ۔ شی یوزٹوبرنگ فوڈ اندا کیو وینداپرافٹوازہائیڈنگدیر،</w:t>
      </w:r>
    </w:p>
    <w:p>
      <w:r>
        <w:rPr>
          <w:b/>
        </w:rPr>
        <w:t xml:space="preserve">[07:25] </w:t>
      </w:r>
      <w:r>
        <w:t>and one day abu jahl came to know the location of the prophet where he was hiding. so he came to the house, asma's house, and knocked, and he was very tall, strong, like a wrestler.</w:t>
      </w:r>
    </w:p>
    <w:p>
      <w:pPr>
        <w:jc w:val="right"/>
      </w:pPr>
      <w:r>
        <w:t>اینڈ ون ڈےابوجہلکیمٹونو دی ٹ اس ماءنوز دی لوکی شن آف دی پرافٹ ویرہیازہائیڈنگ۔سوہیکیم ٹوداہاؤس، اسماءہاؤس،اینڈناک، اینڈہیوازاویریٹال،اسٹرونگ،لائکاریسلر۔</w:t>
      </w:r>
    </w:p>
    <w:p>
      <w:r>
        <w:rPr>
          <w:b/>
        </w:rPr>
        <w:t xml:space="preserve">[07:45] </w:t>
      </w:r>
      <w:r>
        <w:t>so she said when asma opened, he asked: "where is your father?" so she said: "i don't</w:t>
      </w:r>
    </w:p>
    <w:p>
      <w:pPr>
        <w:jc w:val="right"/>
      </w:pPr>
      <w:r>
        <w:t>سوہیسیڈ وین اسماءاوپنڈ، ہیاسکڈ:"ویئرازیور فادر ؟" سو شی سیڈ:"آئیڈونٹ</w:t>
      </w:r>
    </w:p>
    <w:p>
      <w:r>
        <w:rPr>
          <w:b/>
        </w:rPr>
        <w:t xml:space="preserve">[07:54] </w:t>
      </w:r>
      <w:r>
        <w:t>know, allah, i don't know where is my father." so he asked second time: "where is your father? tell me." she said: "no, i don't know where is asma." third time, and again asma replied the same: "i don't know." so he slapped her hard,</w:t>
      </w:r>
    </w:p>
    <w:p>
      <w:pPr>
        <w:jc w:val="right"/>
      </w:pPr>
      <w:r>
        <w:t>نو،اللہ ، آئیڈونٹنو ویئرازمائیفادر۔" سوہیاسک ڈ سیکنڈٹائم:"ویئرازیورفادر؟ ٹیلمی۔" شی سیڈ:"نو،آئیڈونٹنو ویئراز اسماء۔"تھرڈٹائم، اینڈاگیناس ماء ریپلائیڈداسیم:"آئیڈونٹنو۔"سوہیسلیپڈویریہارڈ،</w:t>
      </w:r>
    </w:p>
    <w:p>
      <w:r>
        <w:rPr>
          <w:b/>
        </w:rPr>
        <w:t xml:space="preserve">[08:15] </w:t>
      </w:r>
      <w:r>
        <w:t>and she lost her hearing for some time. so she was the person who prepared food for the journey,</w:t>
      </w:r>
    </w:p>
    <w:p>
      <w:pPr>
        <w:jc w:val="right"/>
      </w:pPr>
      <w:r>
        <w:t>اینڈشی لاسٹ ہر ہیئرنگفار سمٹائم۔ سوشیوازداپرسنہو پریپیئرڈفوڈفار دیجرنی،</w:t>
      </w:r>
    </w:p>
    <w:p>
      <w:r>
        <w:rPr>
          <w:b/>
        </w:rPr>
        <w:t xml:space="preserve">[08:23] </w:t>
      </w:r>
      <w:r>
        <w:t>and she made two packets, and when food was ready, she wanted to tie the packets.</w:t>
      </w:r>
    </w:p>
    <w:p>
      <w:pPr>
        <w:jc w:val="right"/>
      </w:pPr>
      <w:r>
        <w:t>اینڈ شی میڈ ٹو پیکٹس، اینڈوینفوڈواز ریڈی،شیوانٹڈٹوٹائی داپیکٹس۔</w:t>
      </w:r>
    </w:p>
    <w:p>
      <w:r>
        <w:rPr>
          <w:b/>
        </w:rPr>
        <w:t xml:space="preserve">[08:33] </w:t>
      </w:r>
      <w:r>
        <w:t>so she was not able to get a rope or anything, so she took out her belt, waist belt, cut into two, and tied both the packets.</w:t>
      </w:r>
    </w:p>
    <w:p>
      <w:pPr>
        <w:jc w:val="right"/>
      </w:pPr>
      <w:r>
        <w:t>سوشیوارناٹایبلٹوگیٹ اینیروپاوراینیتھنگ، سوشیٹوکآؤٹہربیلٹ، ویسٹبیلٹ، کٹانٹوٹو، اینڈٹائیڈدا بوتھدیپیکٹس۔</w:t>
      </w:r>
    </w:p>
    <w:p>
      <w:r>
        <w:rPr>
          <w:b/>
        </w:rPr>
        <w:t xml:space="preserve">[08:43] </w:t>
      </w:r>
      <w:r>
        <w:t>so when the prophet came to know about this, he called her dhat an-nitaqayn, the lady.</w:t>
      </w:r>
    </w:p>
    <w:p>
      <w:pPr>
        <w:jc w:val="right"/>
      </w:pPr>
      <w:r>
        <w:t>سووینداپرافٹکیمٹونواباؤٹدس، ہیکال ڈ ہر ذات النطاقین، دیلیڈی۔</w:t>
      </w:r>
    </w:p>
    <w:p>
      <w:r>
        <w:rPr>
          <w:b/>
        </w:rPr>
        <w:t xml:space="preserve">[08:52] </w:t>
      </w:r>
      <w:r>
        <w:t>two belts, and said that asma will go to paradise.</w:t>
      </w:r>
    </w:p>
    <w:p>
      <w:pPr>
        <w:jc w:val="right"/>
      </w:pPr>
      <w:r>
        <w:t>ٹوبیلٹس، اینڈسیڈدیٹاسماءویلگوٹوپیراڈائز۔</w:t>
      </w:r>
    </w:p>
    <w:p>
      <w:r>
        <w:rPr>
          <w:b/>
        </w:rPr>
        <w:t xml:space="preserve">[08:57] </w:t>
      </w:r>
      <w:r>
        <w:t>so the food that asma gave to the prophet and abu bakr (Razi Allahu Anhu) was almost finished, and they were hungry, and they were thirsty, and they so attentive and a way, and they approached towards that tent,</w:t>
      </w:r>
    </w:p>
    <w:p>
      <w:pPr>
        <w:jc w:val="right"/>
      </w:pPr>
      <w:r>
        <w:t>سو دافوڈ دیٹاسماء گیو ٹوداپرافٹ اینڈ ابوبکررضیاللہعنہواز الموسٹفنشڈ،اینڈدےوارہنگری، اینڈدےوارتھرسٹی، اینڈ دےسو اٹینٹ اندا وے، اینڈدےاپروچڈ ٹورڈزدیٹٹینٹ،</w:t>
      </w:r>
    </w:p>
    <w:p>
      <w:r>
        <w:rPr>
          <w:b/>
        </w:rPr>
        <w:t xml:space="preserve">[09:19] </w:t>
      </w:r>
      <w:r>
        <w:t>hoping to find some food, some water, some shelter, and at the entrance they so an old lady sitting who was in her fifties, very strong, tall lady.</w:t>
      </w:r>
    </w:p>
    <w:p>
      <w:pPr>
        <w:jc w:val="right"/>
      </w:pPr>
      <w:r>
        <w:t>ہوپنگٹوفائنڈسمفوڈ،سمواٹر،سمشیلٹر، اینڈ ایٹدیانٹرنس دےسو ان اولڈلیڈیسٹنگ ہووازانہر ففٹیز،ویریسٹرونگ ،ٹال لی ڈی۔</w:t>
      </w:r>
    </w:p>
    <w:p>
      <w:r>
        <w:rPr>
          <w:b/>
        </w:rPr>
        <w:t xml:space="preserve">[09:33] </w:t>
      </w:r>
      <w:r>
        <w:t>they used to live in harsh climate of the desert. so she also saw that some people are approaching her, and when they reached her, they greeted each other, they introduced themselves, and prophet (Salallahu Alaihi Wasallam) said: "ya umm ma'bad, her name was umm ma'bad.</w:t>
      </w:r>
    </w:p>
    <w:p>
      <w:pPr>
        <w:jc w:val="right"/>
      </w:pPr>
      <w:r>
        <w:t>دےیوزٹو لیوان ہارشکلائمیٹآفدی ڈیزرٹ۔ سو شی السوسو دیٹ سمپیپلآر اپروچنگ ہ ر ،اینڈویندےریچڈ ہر ،دےگریٹڈ ایچادر،دےانٹروڈیوس دیمسیلوز، اینڈپرافٹصلیاللہعلیہوسلمسیڈ: "یاام معبد،ہرنیموازام معبد۔</w:t>
      </w:r>
    </w:p>
    <w:p>
      <w:r>
        <w:rPr>
          <w:b/>
        </w:rPr>
        <w:t xml:space="preserve">[09:57] </w:t>
      </w:r>
      <w:r>
        <w:t>ya umm ma'bad, do you have anything for us to eat, like milk or date or water that we can take from you?" and she said: "wallah, if i had anything, i would surely have given you." you know, the arabs are very hospitable people, very generous.</w:t>
      </w:r>
    </w:p>
    <w:p>
      <w:pPr>
        <w:jc w:val="right"/>
      </w:pPr>
      <w:r>
        <w:t>یاام معبد، ڈویوہیو اینیتھنگفاراسٹوایٹ،لائک ملکاور ڈیٹاور وا ٹر دیٹویکینبائےفرامیو؟ "اینڈشی سیڈ:"واللہ،افآئیہیڈاینیتھنگ،آئیوڈشورلیہیوگیونیو۔" یونو،دا عرب زآرویریہاسپیٹیبل پیپل،ویریجن رس۔</w:t>
      </w:r>
    </w:p>
    <w:p>
      <w:r>
        <w:rPr>
          <w:b/>
        </w:rPr>
        <w:t xml:space="preserve">[10:15] </w:t>
      </w:r>
      <w:r>
        <w:t>they will never like to send their guests without offering something to eat, but it was time of drought.</w:t>
      </w:r>
    </w:p>
    <w:p>
      <w:pPr>
        <w:jc w:val="right"/>
      </w:pPr>
      <w:r>
        <w:t>دے ویلنیور لائکٹوسینڈ دیرگیسٹ و داؤٹافر نگ سمتھنگٹوایٹ ، بٹاٹواز ٹائمآف ڈراؤٹ۔</w:t>
      </w:r>
    </w:p>
    <w:p>
      <w:r>
        <w:rPr>
          <w:b/>
        </w:rPr>
        <w:t xml:space="preserve">[10:24] </w:t>
      </w:r>
      <w:r>
        <w:t>her family was also passing through difficult time, great hardship. she had nothing to offer. so the prophet noticed there was a small goat at the corner of the tent,</w:t>
      </w:r>
    </w:p>
    <w:p>
      <w:pPr>
        <w:jc w:val="right"/>
      </w:pPr>
      <w:r>
        <w:t>ہر فیملیوازالسوپاسنگتھروڈیفیکلٹٹائم، گریٹہارشپ ۔شی ہیڈنتھنگٹوافر۔ سوداپرافٹ نوٹس دیرواز ا ےسمال گوٹ ایٹدی کارنرآفدی ٹینٹ،</w:t>
      </w:r>
    </w:p>
    <w:p>
      <w:r>
        <w:rPr>
          <w:b/>
        </w:rPr>
        <w:t xml:space="preserve">[10:38] </w:t>
      </w:r>
      <w:r>
        <w:t>and the prophet pointed to that goat and said: "what about that goat? can i milk it</w:t>
      </w:r>
    </w:p>
    <w:p>
      <w:pPr>
        <w:jc w:val="right"/>
      </w:pPr>
      <w:r>
        <w:t>اینڈداپرافٹ پوائنٹڈ ٹودیٹ گ وٹ اینڈسیڈ: "واٹاباؤٹدیٹگ وٹ؟ کینآئیملکاٹ</w:t>
      </w:r>
    </w:p>
    <w:p>
      <w:r>
        <w:rPr>
          <w:b/>
        </w:rPr>
        <w:t xml:space="preserve">[10:45] </w:t>
      </w:r>
      <w:r>
        <w:t>?" and she said: "this poor goat is so weak that rest of the flock has gone to graze and leaving her behind." and she couldn't even go to graze outside. she is so weak,</w:t>
      </w:r>
    </w:p>
    <w:p>
      <w:pPr>
        <w:jc w:val="right"/>
      </w:pPr>
      <w:r>
        <w:t>؟" اینڈشیسیڈ:"دسپورگوٹاز سو و یک دیٹ ریسٹآفدا فلاکہیزگ ون ٹوگریزاینڈلیونگہربیہائنڈ۔"اینڈشیکڈنٹایونگوٹو گ ریز آؤٹسائیڈ ۔شیازسو ویک،</w:t>
      </w:r>
    </w:p>
    <w:p>
      <w:r>
        <w:rPr>
          <w:b/>
        </w:rPr>
        <w:t xml:space="preserve">[11:01] </w:t>
      </w:r>
      <w:r>
        <w:t>it has no milk, but the prophet said: "would you allow me to try milking her?" so she said: "okay, if you wish, go ahead</w:t>
      </w:r>
    </w:p>
    <w:p>
      <w:pPr>
        <w:jc w:val="right"/>
      </w:pPr>
      <w:r>
        <w:t>اٹہیزنو مل ک، بٹداپرافٹسیڈ:"وڈیوالاؤمیٹوٹرائی ملکنگہر؟ "سوشیسیڈ:"اوکے،اف یو وش،گواہیڈ</w:t>
      </w:r>
    </w:p>
    <w:p>
      <w:r>
        <w:rPr>
          <w:b/>
        </w:rPr>
        <w:t xml:space="preserve">[11:13] </w:t>
      </w:r>
      <w:r>
        <w:t>, do i don't expect that you will get a drop of milk." so the prophet approached the goat and rubbed her back, patted that and prayed for the family.</w:t>
      </w:r>
    </w:p>
    <w:p>
      <w:pPr>
        <w:jc w:val="right"/>
      </w:pPr>
      <w:r>
        <w:t>،دوآئیڈونٹ ایکسپیکٹدیٹیوویلگیٹایوناڈراپآف ملک۔" سوداپرافٹاپروچڈ دا گوٹ اینڈ ربہ ر بیک پیٹڈاٹ اینڈپریڈفاردیفیملی۔</w:t>
      </w:r>
    </w:p>
    <w:p>
      <w:r>
        <w:rPr>
          <w:b/>
        </w:rPr>
        <w:t xml:space="preserve">[11:29] </w:t>
      </w:r>
      <w:r>
        <w:t>he used to pray for the family whenever he was to stay in a house. this was his habit. so prophet said: "o allah, bless this goat for the family."</w:t>
      </w:r>
    </w:p>
    <w:p>
      <w:pPr>
        <w:jc w:val="right"/>
      </w:pPr>
      <w:r>
        <w:t>ہییوزٹوپریفاردیفیملی وینایورہی وز ٹساینیہاؤس۔ دس وازہز ہیبٹ۔ سوپرافٹسیڈ:"اواللہ ، بلیس دسگوٹفاردیفیملی۔"</w:t>
      </w:r>
    </w:p>
    <w:p>
      <w:r>
        <w:rPr>
          <w:b/>
        </w:rPr>
        <w:t xml:space="preserve">[11:41] </w:t>
      </w:r>
      <w:r>
        <w:t>and the prophet said: "bismillah." and he placed his hand on the goat's udder and started milking.</w:t>
      </w:r>
    </w:p>
    <w:p>
      <w:pPr>
        <w:jc w:val="right"/>
      </w:pPr>
      <w:r>
        <w:t>اینڈ داپرافٹسیڈ:"بسماللہ۔" اینڈہی پلیسڈ ہزہینڈ ان دا گوٹساڈر اینڈ سٹارٹڈمل کنگ۔</w:t>
      </w:r>
    </w:p>
    <w:p>
      <w:r>
        <w:rPr>
          <w:b/>
        </w:rPr>
        <w:t xml:space="preserve">[11:51] </w:t>
      </w:r>
      <w:r>
        <w:t>suddenly milk big into overflow. mashallah. and the prophet milk the goat and the big container was overflowed. and umm habiba was surprised. she was amazed.</w:t>
      </w:r>
    </w:p>
    <w:p>
      <w:pPr>
        <w:jc w:val="right"/>
      </w:pPr>
      <w:r>
        <w:t>سڈنلیمل کبیگنٹوفلو۔ ماشاءاللہ۔ اینڈداپرافٹ ملکدا گوٹ اینڈدا بگکنٹینرواز اوورفلوڈ۔ اینڈام معبد وازسرپرائزڈ۔شیوازامیزڈ۔</w:t>
      </w:r>
    </w:p>
    <w:p>
      <w:r>
        <w:rPr>
          <w:b/>
        </w:rPr>
        <w:t xml:space="preserve">[12:04] </w:t>
      </w:r>
      <w:r>
        <w:t>so first the prophet gave the milk to umm habiba to drink.</w:t>
      </w:r>
    </w:p>
    <w:p>
      <w:pPr>
        <w:jc w:val="right"/>
      </w:pPr>
      <w:r>
        <w:t>سو فرسٹ داپرافٹ گیو دا ملکٹوام معبد ٹوڈرنک۔</w:t>
      </w:r>
    </w:p>
    <w:p>
      <w:r>
        <w:rPr>
          <w:b/>
        </w:rPr>
        <w:t xml:space="preserve">[12:11] </w:t>
      </w:r>
      <w:r>
        <w:t>she drank to her full, and then the prophet offered the milk to his companions. they all drank and they were satisfied.</w:t>
      </w:r>
    </w:p>
    <w:p>
      <w:pPr>
        <w:jc w:val="right"/>
      </w:pPr>
      <w:r>
        <w:t>شی ڈرنک ٹوہرفل ، اینڈدینداپرافٹ افرڈدامل کٹوہزکمپین ینز ۔ دےال ڈرنک اینڈدےوارسیٹسفائیڈ ۔</w:t>
      </w:r>
    </w:p>
    <w:p>
      <w:r>
        <w:rPr>
          <w:b/>
        </w:rPr>
        <w:t xml:space="preserve">[12:21] </w:t>
      </w:r>
      <w:r>
        <w:t>still there was milk in the vessel. right. and the prophet said: "the one who serves others should drink last." this is a principle.</w:t>
      </w:r>
    </w:p>
    <w:p>
      <w:pPr>
        <w:jc w:val="right"/>
      </w:pPr>
      <w:r>
        <w:t>سٹلدیروازملکاندی ویسل۔ رائٹ۔ اینڈ داپرافٹ سیڈ: "دا ون ہو سروز ادر زشوڈ ڈرنک لاسٹ ۔" دساز اےپرنسپل۔</w:t>
      </w:r>
    </w:p>
    <w:p>
      <w:r>
        <w:rPr>
          <w:b/>
        </w:rPr>
        <w:t xml:space="preserve">[12:33] </w:t>
      </w:r>
      <w:r>
        <w:t>so finally the prophet drank last,</w:t>
      </w:r>
    </w:p>
    <w:p>
      <w:pPr>
        <w:jc w:val="right"/>
      </w:pPr>
      <w:r>
        <w:t>سوفائنلیداپرافٹڈرنک لاسٹ،</w:t>
      </w:r>
    </w:p>
    <w:p>
      <w:r>
        <w:rPr>
          <w:b/>
        </w:rPr>
        <w:t xml:space="preserve">[12:37] </w:t>
      </w:r>
      <w:r>
        <w:t>and when they finished, the prophet milked the goat again, and the pot was filled more. so he gave the full pot of milk to umm habiba to keep for her family,</w:t>
      </w:r>
    </w:p>
    <w:p>
      <w:pPr>
        <w:jc w:val="right"/>
      </w:pPr>
      <w:r>
        <w:t>اینڈوین دے فنشڈ، دا پرافٹ ملکداگوٹاگین، اینڈداپوٹوازفل ڈونس مور۔ سو ہیگیو دا فل پوٹاف مل کٹوام معبد ٹوکیپفارہرفیملی،</w:t>
      </w:r>
    </w:p>
    <w:p>
      <w:r>
        <w:rPr>
          <w:b/>
        </w:rPr>
        <w:t xml:space="preserve">[12:52] </w:t>
      </w:r>
      <w:r>
        <w:t>and then after resting for a while, the prophet and his companions continued their journey to madinah.</w:t>
      </w:r>
    </w:p>
    <w:p>
      <w:pPr>
        <w:jc w:val="right"/>
      </w:pPr>
      <w:r>
        <w:t>اینڈدیناف ٹر ریسٹنگفاراوائل، داپرافٹ اینڈہزکمپینینز کنٹینیو ڈدیرجرنیٹومدینہ۔</w:t>
      </w:r>
    </w:p>
    <w:p>
      <w:r>
        <w:rPr>
          <w:b/>
        </w:rPr>
        <w:t xml:space="preserve">[13:01] </w:t>
      </w:r>
      <w:r>
        <w:t>later, after many years, umm habiba tells the that the goat stayed with us until the time of umar ibn khattab.</w:t>
      </w:r>
    </w:p>
    <w:p>
      <w:pPr>
        <w:jc w:val="right"/>
      </w:pPr>
      <w:r>
        <w:t>لیٹر،افٹر مینی ایئرز، ام معبد ٹیلز دی ٹ دیٹگوٹ اسٹیڈ وداس انٹلداٹائماف عمر ابن خط اب ۔</w:t>
      </w:r>
    </w:p>
    <w:p>
      <w:r>
        <w:rPr>
          <w:b/>
        </w:rPr>
        <w:t xml:space="preserve">[13:12] </w:t>
      </w:r>
      <w:r>
        <w:t>mashallah. about 10 years. right. and we continued to benefit from its milk morning and evening. that was the miracle of the prophet.</w:t>
      </w:r>
    </w:p>
    <w:p>
      <w:pPr>
        <w:jc w:val="right"/>
      </w:pPr>
      <w:r>
        <w:t>ماشاءاللہ۔اباؤٹ10ایئرز۔رائٹ۔ اینڈ وی کنٹینیوٹوبینیفٹفراماٹسمل ک مارننگاینڈایوننگ۔ دیٹواز دی میراکلافدی پرافٹ۔</w:t>
      </w:r>
    </w:p>
    <w:p>
      <w:r>
        <w:rPr>
          <w:b/>
        </w:rPr>
        <w:t xml:space="preserve">[13:22] </w:t>
      </w:r>
      <w:r>
        <w:t>amaz</w:t>
      </w:r>
    </w:p>
    <w:p>
      <w:pPr>
        <w:jc w:val="right"/>
      </w:pPr>
      <w:r>
        <w:t>امیز</w:t>
      </w:r>
    </w:p>
    <w:p>
      <w:r>
        <w:rPr>
          <w:b/>
        </w:rPr>
        <w:t xml:space="preserve">[13:23] </w:t>
      </w:r>
      <w:r>
        <w:t>ing. doctor sahib, it's also mentioned that umm habiba later gave a heartfelt description to her husband abu abdullah who came later one day, and that description is preserved till date and is considered to be the best description about prophet muhammad.</w:t>
      </w:r>
    </w:p>
    <w:p>
      <w:pPr>
        <w:jc w:val="right"/>
      </w:pPr>
      <w:r>
        <w:t>نگ۔ ڈاکٹرصاحب، اٹسالسومینشندیٹ ام مع بد لی ٹر گیواہارٹفیلڈڈسکرپشنٹوہرہسبینڈ ابومعبد ہوکیملیٹر انداڈے، اینڈ دیٹ ڈسکرپشن از پریزروٹ لڈیٹاینڈازکنسیڈرٹوبی دا بیسٹڈسکرپشناباؤٹپرافٹمحمد ۔</w:t>
      </w:r>
    </w:p>
    <w:p>
      <w:r>
        <w:rPr>
          <w:b/>
        </w:rPr>
        <w:t xml:space="preserve">[13:42] </w:t>
      </w:r>
      <w:r>
        <w:t>can you tell us about that description that how did she describe to her husband about prophet? absolutely.</w:t>
      </w:r>
    </w:p>
    <w:p>
      <w:pPr>
        <w:jc w:val="right"/>
      </w:pPr>
      <w:r>
        <w:t>کینیوٹیلاساباؤٹ دیٹڈسکرپشندیٹہاؤڈیڈشیڈسکرائبٹوہرہسبینڈ اباؤٹپرافٹ؟ ایبسولیوٹلی۔</w:t>
      </w:r>
    </w:p>
    <w:p>
      <w:r>
        <w:rPr>
          <w:b/>
        </w:rPr>
        <w:t xml:space="preserve">[13:49] </w:t>
      </w:r>
      <w:r>
        <w:t>yes, and in the afternoon, her husband abu abdullah returns with the goat and sheep and all driving back their sheep and goat.</w:t>
      </w:r>
    </w:p>
    <w:p>
      <w:pPr>
        <w:jc w:val="right"/>
      </w:pPr>
      <w:r>
        <w:t>یا ،انداافٹرنون، ہرہسبینڈ ابومعبد ریٹرنز ودداگوٹ اینڈشیپاینڈال ڈرائیونگبیک دیرشیپ اینڈگوٹ۔</w:t>
      </w:r>
    </w:p>
    <w:p>
      <w:r>
        <w:rPr>
          <w:b/>
        </w:rPr>
        <w:t xml:space="preserve">[13:59] </w:t>
      </w:r>
      <w:r>
        <w:t>so when he saw the pot full of milk kept in a tent, he was amazed, he was surprised, and he asked his wife: "man anaa lahu hadha ?</w:t>
      </w:r>
    </w:p>
    <w:p>
      <w:pPr>
        <w:jc w:val="right"/>
      </w:pPr>
      <w:r>
        <w:t>سو وینہیسو دا پوٹفلاف مل ک کیپٹ اندا ٹینٹ ،ہیوازامیزڈ،ہیوازسرپرائزڈ، اینڈہی اسک ڈہزوائف :"من ائینہ لکیھذا ؟</w:t>
      </w:r>
    </w:p>
    <w:p>
      <w:r>
        <w:rPr>
          <w:b/>
        </w:rPr>
        <w:t xml:space="preserve">[14:14] </w:t>
      </w:r>
      <w:r>
        <w:t>where did you get this milk from</w:t>
      </w:r>
    </w:p>
    <w:p>
      <w:pPr>
        <w:jc w:val="right"/>
      </w:pPr>
      <w:r>
        <w:t>ویئرڈیڈیوگیٹدسملکفر ام</w:t>
      </w:r>
    </w:p>
    <w:p>
      <w:r>
        <w:rPr>
          <w:b/>
        </w:rPr>
        <w:t xml:space="preserve">[14:17] </w:t>
      </w:r>
      <w:r>
        <w:t>?" so she says: "ana bi rajul mubarak, a blessed man came to visit us." so he became even more curious, and he said to umm habiba: "saffini ya umm habiba, describe him to me.</w:t>
      </w:r>
    </w:p>
    <w:p>
      <w:pPr>
        <w:jc w:val="right"/>
      </w:pPr>
      <w:r>
        <w:t>؟"سوشی سیز: "انا ب نارجل مبار ک، اےبلیسڈمین کیمٹووزٹاس۔" سوہیبیکم ایونمورکیور یس، اینڈہی سیڈ ٹو ام معبد: "صف ینییا ام معبد ، ڈسکرائبہمٹومی۔</w:t>
      </w:r>
    </w:p>
    <w:p>
      <w:r>
        <w:rPr>
          <w:b/>
        </w:rPr>
        <w:t xml:space="preserve">[14:39] </w:t>
      </w:r>
      <w:r>
        <w:t>"so this bedouin woman living in the desert gave one of the most beautiful descriptions of the prophet ever given.</w:t>
      </w:r>
    </w:p>
    <w:p>
      <w:pPr>
        <w:jc w:val="right"/>
      </w:pPr>
      <w:r>
        <w:t>"سو دس بیڈونوومن لیونگانداڈیزرٹ گیوونافداموسٹ بیوٹیفل ڈسکرپشناف دی پرافٹ ایورگیون۔</w:t>
      </w:r>
    </w:p>
    <w:p>
      <w:r>
        <w:rPr>
          <w:b/>
        </w:rPr>
        <w:t xml:space="preserve">[14:50] </w:t>
      </w:r>
      <w:r>
        <w:t>she says: "zahiral wad'a, he was radiant in appearance, purity and light shone from his face.</w:t>
      </w:r>
    </w:p>
    <w:p>
      <w:pPr>
        <w:jc w:val="right"/>
      </w:pPr>
      <w:r>
        <w:t>شی سیز: "ظاہر الودعت، ہیواز ریڈینٹاناپیئرنس ،پیور ٹی اینڈ لائٹ شونفرامہزفیس ۔</w:t>
      </w:r>
    </w:p>
    <w:p>
      <w:r>
        <w:rPr>
          <w:b/>
        </w:rPr>
        <w:t xml:space="preserve">[15:00] </w:t>
      </w:r>
      <w:r>
        <w:t>abjal wajh, his face was exceptionally clear, luminous and shining. husnul khuluq</w:t>
      </w:r>
    </w:p>
    <w:p>
      <w:pPr>
        <w:jc w:val="right"/>
      </w:pPr>
      <w:r>
        <w:t>اب لج وج ،ہزفیسواز ایکسیپشنلی کلی ئر ،لیمینساینڈشائن نگ۔ حسن الخلق</w:t>
      </w:r>
    </w:p>
    <w:p>
      <w:r>
        <w:rPr>
          <w:b/>
        </w:rPr>
        <w:t xml:space="preserve">[15:08] </w:t>
      </w:r>
      <w:r>
        <w:t>, he possessed the most excellent and refined character. lam takun jaldah, he had neither excessive, wa lam tuz bah islah, nor any baldness in his head.</w:t>
      </w:r>
    </w:p>
    <w:p>
      <w:pPr>
        <w:jc w:val="right"/>
      </w:pPr>
      <w:r>
        <w:t>،ہی پوزیسڈ داموسٹ ایکسیلنٹ اینڈریفائنڈ کریکٹر ۔ لم تع بس جلہ، ہیہیڈنیدر ایکسیسوی ٹ ،ولم تزر بہ یسلع ، نور اینی بال ڈنس انہزہیڈ۔</w:t>
      </w:r>
    </w:p>
    <w:p>
      <w:r>
        <w:rPr>
          <w:b/>
        </w:rPr>
        <w:t xml:space="preserve">[15:25] </w:t>
      </w:r>
      <w:r>
        <w:t>wasim qasim, he was handsome and perfectly proportioned. fi 'aynayhi da'aj,</w:t>
      </w:r>
    </w:p>
    <w:p>
      <w:pPr>
        <w:jc w:val="right"/>
      </w:pPr>
      <w:r>
        <w:t>وس یم قص یم ، ہیواز ہینڈسم اینڈ پرفیک ٹلیپروپورشنڈ۔ فی عینہ دعج،</w:t>
      </w:r>
    </w:p>
    <w:p>
      <w:r>
        <w:rPr>
          <w:b/>
        </w:rPr>
        <w:t xml:space="preserve">[15:36] </w:t>
      </w:r>
      <w:r>
        <w:t>his eyes were large, striking le dark and white, meaning the white was absolutely white and the dark was exceedingly dark.</w:t>
      </w:r>
    </w:p>
    <w:p>
      <w:pPr>
        <w:jc w:val="right"/>
      </w:pPr>
      <w:r>
        <w:t>ہزائیزوارلارج ، سٹرائیکنگ لی ڈارک اینڈوائٹ، میننگ دا وائٹواز ایبسولیوٹلیوائٹ اینڈدا ڈارکواز ایکسیڈنگلیڈارک۔</w:t>
      </w:r>
    </w:p>
    <w:p>
      <w:r>
        <w:rPr>
          <w:b/>
        </w:rPr>
        <w:t xml:space="preserve">[15:49] </w:t>
      </w:r>
      <w:r>
        <w:t>wa fi ash farahi wutufan, and his eyelashes were long and thick. wa fi sawtihi sahl, his voice carried a beautiful depth, agentle and attractive huskiness</w:t>
      </w:r>
    </w:p>
    <w:p>
      <w:pPr>
        <w:jc w:val="right"/>
      </w:pPr>
      <w:r>
        <w:t>وف ی اش فارہ وطفن، اینڈہزائیلیشزوارلانگ اینڈتھک ۔ وف ی صوتہ سحل، ہزوائس کیری ڈابیوٹیفل ڈیپتھ ، اجینٹلاینڈاٹریکٹو ہسکنس</w:t>
      </w:r>
    </w:p>
    <w:p>
      <w:r>
        <w:rPr>
          <w:b/>
        </w:rPr>
        <w:t xml:space="preserve">[16:04] </w:t>
      </w:r>
      <w:r>
        <w:t>. meaning there was a natural equanimity in his voice. wa fi 'anqihi sat'a, his neck was long, graceful and radiant.</w:t>
      </w:r>
    </w:p>
    <w:p>
      <w:pPr>
        <w:jc w:val="right"/>
      </w:pPr>
      <w:r>
        <w:t>۔یعنی دیروازانیچرل ایک وانہزوائس۔ وف ی انقی سطح ، ہزنیک واز لانگ ، گریسفل اینڈ ریڈینٹ۔</w:t>
      </w:r>
    </w:p>
    <w:p>
      <w:r>
        <w:rPr>
          <w:b/>
        </w:rPr>
        <w:t xml:space="preserve">[16:16] </w:t>
      </w:r>
      <w:r>
        <w:t>and the sahaba said that the prophet's neck was like neck of gazal. so ahwal akhal, his eyes had natural dark lining and were deeply captivating.</w:t>
      </w:r>
    </w:p>
    <w:p>
      <w:pPr>
        <w:jc w:val="right"/>
      </w:pPr>
      <w:r>
        <w:t>اینڈ دے صحابہ سیز دیٹدا پرافٹن یکواز لائک نیکافاگزال ۔ سو اح ور اکھل، ہزائیز ہیڈانیچرل ڈارکلائننگ اینڈوارڈیپلی کیپٹیویٹنگ۔</w:t>
      </w:r>
    </w:p>
    <w:p>
      <w:r>
        <w:rPr>
          <w:b/>
        </w:rPr>
        <w:t xml:space="preserve">[16:32] </w:t>
      </w:r>
      <w:r>
        <w:t>as j aq ra, his clothes were arched, long and close to each other. His beard was bushy, and his hair was intensely black and thick.</w:t>
      </w:r>
    </w:p>
    <w:p>
      <w:pPr>
        <w:jc w:val="right"/>
      </w:pPr>
      <w:r>
        <w:t>از ج اق را، ہزائیبروز وار ارجڈ، لانگ اینڈکلوزٹوایچادر۔ شد ید وسوا شع ری، اینڈہزہیئرواز انٹینسلی بلیک اینڈتھک ۔</w:t>
      </w:r>
    </w:p>
    <w:p>
      <w:r>
        <w:rPr>
          <w:b/>
        </w:rPr>
        <w:t xml:space="preserve">[16:45] </w:t>
      </w:r>
      <w:r>
        <w:t>want kalim alib ha, and when he spoke, brilliance and majesty were apparent. As ismat ali alwaqar, and when he silent, he radiated calm and dignity.</w:t>
      </w:r>
    </w:p>
    <w:p>
      <w:pPr>
        <w:jc w:val="right"/>
      </w:pPr>
      <w:r>
        <w:t>و انت کلم علیالب ہا، اینڈوینہی سپوک، بر یلینس اینڈمیجسٹیور اپیرنٹ۔ از اسمت علی الوقار، اینڈ وینہی سائلنٹ، ہی ریڈیٹڈ کام اینڈڈگن ٹی۔</w:t>
      </w:r>
    </w:p>
    <w:p>
      <w:r>
        <w:rPr>
          <w:b/>
        </w:rPr>
        <w:t xml:space="preserve">[17:00] </w:t>
      </w:r>
      <w:r>
        <w:t>wahsan hm wahla hm bn qreeb</w:t>
      </w:r>
    </w:p>
    <w:p>
      <w:pPr>
        <w:jc w:val="right"/>
      </w:pPr>
      <w:r>
        <w:t>واحسن ہم واحلاہم بن قریب</w:t>
      </w:r>
    </w:p>
    <w:p>
      <w:r>
        <w:rPr>
          <w:b/>
        </w:rPr>
        <w:t xml:space="preserve">[17:03] </w:t>
      </w:r>
      <w:r>
        <w:t>. Ap close, he was the most beautiful and most captivating. As al nasmn baid, and from a distance, he appeared the most inspiring and graceful of people. Almn tq, his speech was sweet and eloquent, clear and balanced.</w:t>
      </w:r>
    </w:p>
    <w:p>
      <w:pPr>
        <w:jc w:val="right"/>
      </w:pPr>
      <w:r>
        <w:t>۔ اپ کلوز، ہیوازداموسٹ بیوٹیفل اینڈموسٹ کیپٹیویٹنگ۔ اج ل الناسمن بعید ،اینڈفراماڈسٹنس ، ہی اپیئرڈداموسٹ ان سپائرنگ اینڈگریسفل اف پیپل ۔المن طق، ہز سپیچ وازسویٹ اینڈایلیونٹ ، کلی ئر اینڈبیلنسڈ۔</w:t>
      </w:r>
    </w:p>
    <w:p>
      <w:r>
        <w:rPr>
          <w:b/>
        </w:rPr>
        <w:t xml:space="preserve">[17:25] </w:t>
      </w:r>
      <w:r>
        <w:t>fasl wla nzr wla hzr , not too brief, not excessive, to the point.</w:t>
      </w:r>
    </w:p>
    <w:p>
      <w:pPr>
        <w:jc w:val="right"/>
      </w:pPr>
      <w:r>
        <w:t>فصل ولا نظر ولا حذر ، ناٹٹوبریف ،ناٹ ایکسیسو، ٹوداپوائنٹ۔</w:t>
      </w:r>
    </w:p>
    <w:p>
      <w:r>
        <w:rPr>
          <w:b/>
        </w:rPr>
        <w:t xml:space="preserve">[17:41] </w:t>
      </w:r>
      <w:r>
        <w:t>hazards flowed like pearls, strung together, falling one after another, would perfectly clarity. Jaisay hum kehte hain na kay moti piro diye.</w:t>
      </w:r>
    </w:p>
    <w:p>
      <w:pPr>
        <w:jc w:val="right"/>
      </w:pPr>
      <w:r>
        <w:t>ہزورڈزفلوڈلائک پر لز، اسٹرنگٹوگیدر، فالونگ ون افٹر انادر ،ودپرفیکٹکلیر ٹی۔ جیسےہمکہتےہیںنا کہ موتیپہرودیہے۔</w:t>
      </w:r>
    </w:p>
    <w:p>
      <w:r>
        <w:rPr>
          <w:b/>
        </w:rPr>
        <w:t xml:space="preserve">[17:51] </w:t>
      </w:r>
      <w:r>
        <w:t>right. smthnglaikdiat. rbat la tq hm aain mn qysr .</w:t>
      </w:r>
    </w:p>
    <w:p>
      <w:pPr>
        <w:jc w:val="right"/>
      </w:pPr>
      <w:r>
        <w:t>رائٹ۔ سمتھنگلائکدیٹ۔ ربعت لا تق حمہ عین من قیصر ۔</w:t>
      </w:r>
    </w:p>
    <w:p>
      <w:r>
        <w:rPr>
          <w:b/>
        </w:rPr>
        <w:t xml:space="preserve">[18:00] </w:t>
      </w:r>
      <w:r>
        <w:t>He was moderate, well-balanced, neither too short to be disregarded, what's not meant to be, not total to some awkward. Yani he was neither short nor very tall.</w:t>
      </w:r>
    </w:p>
    <w:p>
      <w:pPr>
        <w:jc w:val="right"/>
      </w:pPr>
      <w:r>
        <w:t>ہزہائٹواز ماڈریٹ، ویلبیلنسڈ، نیدرٹوشارٹ ٹوبی ڈسریگارڈڈ۔ ولا تشنہ من طول ، ناٹ ٹوٹال ٹوسیماک ورڈ۔یعنیہیوازہزہائٹوازنیدر شارٹ نور ویریٹال۔</w:t>
      </w:r>
    </w:p>
    <w:p>
      <w:r>
        <w:rPr>
          <w:b/>
        </w:rPr>
        <w:t xml:space="preserve">[18:16] </w:t>
      </w:r>
      <w:r>
        <w:t>ghsn bin ghsnin, hiwazlaikabranh bitwin twabranhiz, mining awirbyutiful sn , hussan manzar .</w:t>
      </w:r>
    </w:p>
    <w:p>
      <w:pPr>
        <w:jc w:val="right"/>
      </w:pPr>
      <w:r>
        <w:t>غسن بین غسنین، ہیوازلائکابرانچ بٹوین ٹو برانچز، میننگ اویریبیوٹیفل سین ، حسین منظر ۔</w:t>
      </w:r>
    </w:p>
    <w:p>
      <w:r>
        <w:rPr>
          <w:b/>
        </w:rPr>
        <w:t xml:space="preserve">[18:25] </w:t>
      </w:r>
      <w:r>
        <w:t>yaniixprshnhaiyar.</w:t>
      </w:r>
    </w:p>
    <w:p>
      <w:pPr>
        <w:jc w:val="right"/>
      </w:pPr>
      <w:r>
        <w:t>یعنیایکسپریشنہےیار۔</w:t>
      </w:r>
    </w:p>
    <w:p>
      <w:r>
        <w:rPr>
          <w:b/>
        </w:rPr>
        <w:t xml:space="preserve">[18:32] </w:t>
      </w:r>
      <w:r>
        <w:t>the most beautiful, graceful and graceful among the men both farmers and princes. Yeah, phone bhi, his companions would sit around him in respectable, respectful circles.</w:t>
      </w:r>
    </w:p>
    <w:p>
      <w:pPr>
        <w:jc w:val="right"/>
      </w:pPr>
      <w:r>
        <w:t>دیموسٹ بیوٹیفل،گریسفل اینڈگریسفل امنگ دیمانبوتھ فارماینڈپریزنس ۔ یا فون بہی، ہزکمپینینز وڈسٹ اراؤنڈہم ان ریسپیکٹیبل ، ریسپیکٹفل سرکلز۔</w:t>
      </w:r>
    </w:p>
    <w:p>
      <w:r>
        <w:rPr>
          <w:b/>
        </w:rPr>
        <w:t xml:space="preserve">[18:51] </w:t>
      </w:r>
      <w:r>
        <w:t>wnhispoik, dyslnudfl atanshn.</w:t>
      </w:r>
    </w:p>
    <w:p>
      <w:pPr>
        <w:jc w:val="right"/>
      </w:pPr>
      <w:r>
        <w:t>وینہیسپوک، دےلسنودفل اٹینشن۔</w:t>
      </w:r>
    </w:p>
    <w:p>
      <w:r>
        <w:rPr>
          <w:b/>
        </w:rPr>
        <w:t xml:space="preserve">[18:58] </w:t>
      </w:r>
      <w:r>
        <w:t>and when he came out, this is true that. Mahfooz, Mahshood, he was always surrounded by a group of companions, in their hands and their company</w:t>
      </w:r>
    </w:p>
    <w:p>
      <w:pPr>
        <w:jc w:val="right"/>
      </w:pPr>
      <w:r>
        <w:t>اینڈوینہیگیوکمانڈ، دےرش ٹوفلفلاٹ۔ محفوظ ،محشود ، ہیوازالویزسراؤنڈڈبائے ایگر کمپین ینز، ان رڈ انہز اندیرکمپنی</w:t>
      </w:r>
    </w:p>
    <w:p>
      <w:r>
        <w:rPr>
          <w:b/>
        </w:rPr>
        <w:t xml:space="preserve">[19:12] </w:t>
      </w:r>
      <w:r>
        <w:t>. la abiswla muf nd. He was neither harsh in speech, nor he spoke without purpose.</w:t>
      </w:r>
    </w:p>
    <w:p>
      <w:pPr>
        <w:jc w:val="right"/>
      </w:pPr>
      <w:r>
        <w:t>۔ لا عابسولا مف ند۔ ہیوازنیور ہارشان سپیچ ، نورہی سپوک وداؤٹپرپس۔</w:t>
      </w:r>
    </w:p>
    <w:p>
      <w:r>
        <w:rPr>
          <w:b/>
        </w:rPr>
        <w:t xml:space="preserve">[19:20] </w:t>
      </w:r>
      <w:r>
        <w:t>such was an amazing description given by Umm Ma'bad RadiAllahu Anha. She was able to observe and describe so many beautiful qualities of the prophet in a short time. When she, when she saw, this is amazing.</w:t>
      </w:r>
    </w:p>
    <w:p>
      <w:pPr>
        <w:jc w:val="right"/>
      </w:pPr>
      <w:r>
        <w:t>سودسوازسچاینڈامیزنگ ڈسکرپشن گیونبائے ام معبدرضیاللہعنہا۔ واز شیوازایبلٹو ابزرواینڈڈسکرائب سو مینیبیوٹیفل کوالٹیز اف دی پرافٹ اناشارٹ ٹائم۔وینہی،وینشی سو ، دسازامیزنگ۔</w:t>
      </w:r>
    </w:p>
    <w:p>
      <w:r>
        <w:rPr>
          <w:b/>
        </w:rPr>
        <w:t xml:space="preserve">[19:40] </w:t>
      </w:r>
      <w:r>
        <w:t>and those these, their ways and their phones. So some people had understood this profession of describing people, and this hardly seems true.</w:t>
      </w:r>
    </w:p>
    <w:p>
      <w:pPr>
        <w:jc w:val="right"/>
      </w:pPr>
      <w:r>
        <w:t>اینڈاندوزڈیز،دیروازنو کیمراز اینڈنو ف ونز۔ سو سمپیپلہیو اٹینڈ دس پرفیکشناف ڈسکرائبنگپیپل ،اینڈ دس ہارڈلی سیمزٹو۔</w:t>
      </w:r>
    </w:p>
    <w:p>
      <w:r>
        <w:rPr>
          <w:b/>
        </w:rPr>
        <w:t xml:space="preserve">[19:54] </w:t>
      </w:r>
      <w:r>
        <w:t>I mean, today we cannot believe that somebody can describe a person in such a detailed way with a short encounter.</w:t>
      </w:r>
    </w:p>
    <w:p>
      <w:pPr>
        <w:jc w:val="right"/>
      </w:pPr>
      <w:r>
        <w:t>ائیمین،ٹوڈےویکینناٹ بیلیودیٹسمبڈیکین ڈسکرائب اپرسن ان سچ ڈیٹیلڈ وے وداشارٹ انکاؤنٹر۔</w:t>
      </w:r>
    </w:p>
    <w:p>
      <w:r>
        <w:rPr>
          <w:b/>
        </w:rPr>
        <w:t xml:space="preserve">[20:04] </w:t>
      </w:r>
      <w:r>
        <w:t>right. Dr. Sahib, truly beautiful and amazing, and it explains it why it's considered the best descriptions about Prophet Muhammad.</w:t>
      </w:r>
    </w:p>
    <w:p>
      <w:pPr>
        <w:jc w:val="right"/>
      </w:pPr>
      <w:r>
        <w:t>رائٹ۔ ڈاکٹرصاحب،ٹرولی بیوٹیفلاینڈامیزنگ،اینڈ ایکسپلینزدیٹوائیاٹاز کنسیڈرڈدابیسٹ ڈسکرپشن سوفاراباؤٹپرافٹمحمد ۔</w:t>
      </w:r>
    </w:p>
    <w:p>
      <w:r>
        <w:rPr>
          <w:b/>
        </w:rPr>
        <w:t xml:space="preserve">[20:12] </w:t>
      </w:r>
      <w:r>
        <w:t>Doctor sahib, my next question is with respect to Hazrat Ali ibn Abi Talib. He was the first cousin of the Prophet, and also his son-in-law.</w:t>
      </w:r>
    </w:p>
    <w:p>
      <w:pPr>
        <w:jc w:val="right"/>
      </w:pPr>
      <w:r>
        <w:t>ڈاکٹرصاحب،مائینیکسٹکوسچناز ودریسپیکٹٹوحضرت علی ابن ابیطالب ۔ ہیواز دی فرسٹ کزناف پرافٹ،اینڈالسو ہزسن انلاء۔</w:t>
      </w:r>
    </w:p>
    <w:p>
      <w:r>
        <w:rPr>
          <w:b/>
        </w:rPr>
        <w:t xml:space="preserve">[20:22] </w:t>
      </w:r>
      <w:r>
        <w:t>He was married to the prophet's daughter, Hazrat Fatima. He grew up in the prophet's household, so he observed him directly. How did he describe the prophet?</w:t>
      </w:r>
    </w:p>
    <w:p>
      <w:pPr>
        <w:jc w:val="right"/>
      </w:pPr>
      <w:r>
        <w:t>ہیوازمیریڈٹو پرافٹ ڈاٹرحضرتفاطمہ۔ ہی گرو اپان پرافٹ ہاؤسہولڈ،سوہی ابزروہمڈائریکٹلی۔ہاؤڈیڈہی ڈسکرائب پرافٹ ؟</w:t>
      </w:r>
    </w:p>
    <w:p>
      <w:r>
        <w:rPr>
          <w:b/>
        </w:rPr>
        <w:t xml:space="preserve">[20:32] </w:t>
      </w:r>
      <w:r>
        <w:t>plystilasabautdit.</w:t>
      </w:r>
    </w:p>
    <w:p>
      <w:pPr>
        <w:jc w:val="right"/>
      </w:pPr>
      <w:r>
        <w:t>پلیزٹیلاساباؤٹدیٹ۔</w:t>
      </w:r>
    </w:p>
    <w:p>
      <w:r>
        <w:rPr>
          <w:b/>
        </w:rPr>
        <w:t xml:space="preserve">[20:34] </w:t>
      </w:r>
      <w:r>
        <w:t>Ya, he also described a very beautiful way. He says: "Can I would not come." He was the most generous person in given.</w:t>
      </w:r>
    </w:p>
    <w:p>
      <w:pPr>
        <w:jc w:val="right"/>
      </w:pPr>
      <w:r>
        <w:t>یا، ہی السوڈسکرائب ا ویریبیوٹیفلوے۔ ہیسیز:" کان اج ود الناس کفن۔" ہیوازدیموسٹ جن رس پرسن انگیونگ۔</w:t>
      </w:r>
    </w:p>
    <w:p>
      <w:r>
        <w:rPr>
          <w:b/>
        </w:rPr>
        <w:t xml:space="preserve">[20:48] </w:t>
      </w:r>
      <w:r>
        <w:t>"and he was the most courageous heart. "and he was the most truthful person in speech."</w:t>
      </w:r>
    </w:p>
    <w:p>
      <w:pPr>
        <w:jc w:val="right"/>
      </w:pPr>
      <w:r>
        <w:t>"اج ر الناس ص درا،"اینڈہیوازداموسٹ کریجیسانہارٹ۔ "واسدق الناس لہجۃ ،"اینڈہیوازداموسٹ ٹرتھفل پرسنانسپیچ ۔"و وفاہم بےذ مت</w:t>
      </w:r>
    </w:p>
    <w:p>
      <w:r>
        <w:rPr>
          <w:b/>
        </w:rPr>
        <w:t xml:space="preserve">[21:03] </w:t>
      </w:r>
      <w:r>
        <w:t>. "He used his principles. "w alayhm aripah," and he was gentle in temperaments, soft in nature, tender in dealings with others.</w:t>
      </w:r>
    </w:p>
    <w:p>
      <w:pPr>
        <w:jc w:val="right"/>
      </w:pPr>
      <w:r>
        <w:t>۔" ہینیوربروک ہز پرومس ز۔ "و علینہم عریقہ، "اینڈہیواز جینٹلسٹ ان ٹیمپرمنٹ ،سافٹاننیچر ، ٹینڈر ان ڈیلنگودادرز۔</w:t>
      </w:r>
    </w:p>
    <w:p>
      <w:r>
        <w:rPr>
          <w:b/>
        </w:rPr>
        <w:t xml:space="preserve">[21:19] </w:t>
      </w:r>
      <w:r>
        <w:t>"wa akramahum ashraf. He was the most noble among the people, in their lineage and respected in their family.</w:t>
      </w:r>
    </w:p>
    <w:p>
      <w:pPr>
        <w:jc w:val="right"/>
      </w:pPr>
      <w:r>
        <w:t>"واکرمہ عشیرۃ ۔ "ہیوازداموسٹ نوبل امنگداپیپل، انرڈانلینی ج اینڈ ریسپیکٹڈان فیملی۔</w:t>
      </w:r>
    </w:p>
    <w:p>
      <w:r>
        <w:rPr>
          <w:b/>
        </w:rPr>
        <w:t xml:space="preserve">[21:30] </w:t>
      </w:r>
      <w:r>
        <w:t>"When we behave so, we unexpectedly were struck with a." "When he knew them, and was attracted to them, grew to love them."</w:t>
      </w:r>
    </w:p>
    <w:p>
      <w:pPr>
        <w:jc w:val="right"/>
      </w:pPr>
      <w:r>
        <w:t>"من ب دیہۃ ہو سو ہم انایکسپیکٹڈلی واز اسٹرکود ا۔" "ومن خالته معرفت حبہ ، اینڈہوان ٹریکٹڈودہم ،گرو ٹولو ہم</w:t>
      </w:r>
    </w:p>
    <w:p>
      <w:r>
        <w:rPr>
          <w:b/>
        </w:rPr>
        <w:t xml:space="preserve">[21:48] </w:t>
      </w:r>
      <w:r>
        <w:t>۔ ""یقول نعتہ:لم اراقبل ہ ولا بعد ہ مث لہ ۔" "The one who describes him would say: I have not seen anyone like him before or after." So such was the beauty of the Prophet Muhammad (peace be upon him), a perfect blend of majesty and mercy.</w:t>
      </w:r>
    </w:p>
    <w:p>
      <w:pPr>
        <w:jc w:val="right"/>
      </w:pPr>
      <w:r>
        <w:t>۔ ""یقول نعتہ:لم اراقبل ہ ولا بعد ہ مث لہ ۔" "داونہوڈسکرائب ہم وڈسے:ائیہیونیورسین اینیون لائکہم بیفور اوراف ٹر۔" سو سچ وازدا بیوٹیافدیپرافٹمحمد صلیاللہعلیہوسلم ،ا پرفیکٹ بل ینڈ اف میجسٹیاینڈمرسی۔</w:t>
      </w:r>
    </w:p>
    <w:p>
      <w:r>
        <w:rPr>
          <w:b/>
        </w:rPr>
        <w:t xml:space="preserve">[22:12] </w:t>
      </w:r>
      <w:r>
        <w:t>Right. And, doctor sahib, the Prophet was also one of the most eloquent of the Arabs.</w:t>
      </w:r>
    </w:p>
    <w:p>
      <w:pPr>
        <w:jc w:val="right"/>
      </w:pPr>
      <w:r>
        <w:t>رائٹ۔ اینڈڈاکٹرصاحب،پرافٹوازالسوونافداموسٹ ایلیونٹافدیعرب ۔</w:t>
      </w:r>
    </w:p>
    <w:p>
      <w:r>
        <w:rPr>
          <w:b/>
        </w:rPr>
        <w:t xml:space="preserve">[22:17] </w:t>
      </w:r>
      <w:r>
        <w:t>He said that: "I have been educated by the Exalted and the Majestic God." Educated him himself.</w:t>
      </w:r>
    </w:p>
    <w:p>
      <w:pPr>
        <w:jc w:val="right"/>
      </w:pPr>
      <w:r>
        <w:t>ہیسیڈدیٹ: "ائیہیوبین ایجوکیٹڈ بائیدی ایگزالٹڈاینڈدی میجسٹک گاڈ۔"ایجوکیٹڈمی ہمسیلف۔</w:t>
      </w:r>
    </w:p>
    <w:p>
      <w:r>
        <w:rPr>
          <w:b/>
        </w:rPr>
        <w:t xml:space="preserve">[22:28] </w:t>
      </w:r>
      <w:r>
        <w:t>And Hazrat Ali also mentioned about this fact that he had not heard about any Arab word from an Arab, which he had not heard from the Prophet.</w:t>
      </w:r>
    </w:p>
    <w:p>
      <w:pPr>
        <w:jc w:val="right"/>
      </w:pPr>
      <w:r>
        <w:t>اینڈ حضرت علی الس و مینشناباؤٹدسفیکٹدیٹ ہیہیڈناٹہرڈاباؤٹاینیعرب ک ور ڈفراماینعرب ، وچہیہیڈناٹہرڈفرامدا پ</w:t>
      </w:r>
    </w:p>
    <w:p>
      <w:r>
        <w:rPr>
          <w:b/>
        </w:rPr>
        <w:t xml:space="preserve">[22:38] </w:t>
      </w:r>
      <w:r>
        <w:t>raft. And he said that he used the phrase like: "There is one phrase, Dr. Sahab, that I came across, which explained that the mastery that Prophet had over Arabic, and his ability to explain the unique realities of life."</w:t>
      </w:r>
    </w:p>
    <w:p>
      <w:pPr>
        <w:jc w:val="right"/>
      </w:pPr>
      <w:r>
        <w:t>رافٹ۔ اینڈہیسیڈدیٹ ہی یوزدا فریز ز لائک:"دیرازدسونفریز،ڈاکٹرصاحب،دیٹائیکیماک راس ، وچایکسپلیندیٹ دا ماسٹریدیٹپرافٹہیڈاوور عرب ک، اینڈ ہز ایبیلیٹیٹو ایکسپلیندی یونیک ریلیٹیزافلائف۔"</w:t>
      </w:r>
    </w:p>
    <w:p>
      <w:r>
        <w:rPr>
          <w:b/>
        </w:rPr>
        <w:t xml:space="preserve">[22:55] </w:t>
      </w:r>
      <w:r>
        <w:t>So Hazrat Ali mentioned about this phrase which prophet used, "He died at his nose," meaning that a person who was on his deathbed, and he was breathing till the soul departed his body.</w:t>
      </w:r>
    </w:p>
    <w:p>
      <w:pPr>
        <w:jc w:val="right"/>
      </w:pPr>
      <w:r>
        <w:t>سوحضرتعلی مینشناباؤٹدسفریزوچپرافٹ یوزڈدی ٹ:"ہی ڈائیڈایٹہزنوز،" میننگ دیٹاپرسن ہو واز ان ہزڈیتھبیڈ، اینڈ ہیوازبرتھنگ ٹل دا سولڈیپارٹڈہزباڈی۔</w:t>
      </w:r>
    </w:p>
    <w:p>
      <w:r>
        <w:rPr>
          <w:b/>
        </w:rPr>
        <w:t xml:space="preserve">[23:09] </w:t>
      </w:r>
      <w:r>
        <w:t>So such eloquence that Prophet had in his speech. My next question is related to that the Hazrat Hassan ibn Ali was the son of Hazrat Ali and also grandson</w:t>
      </w:r>
    </w:p>
    <w:p>
      <w:pPr>
        <w:jc w:val="right"/>
      </w:pPr>
      <w:r>
        <w:t>سو سچ ایلیونس دیٹ پرافٹہیڈانہزسپیچ ۔ مائینیکسٹکوسچناز ریلیٹڈٹودیٹدی ٹ حضرت حس ن ابن علیہووازدیسنافحضرتعلیاین ڈ السوگر</w:t>
      </w:r>
    </w:p>
    <w:p>
      <w:r>
        <w:rPr>
          <w:b/>
        </w:rPr>
        <w:t xml:space="preserve">[23:21] </w:t>
      </w:r>
      <w:r>
        <w:t>and snapped Prophet. He once asked his uncle Hind ibn Abi Halah about the speech of the Prophet.</w:t>
      </w:r>
    </w:p>
    <w:p>
      <w:pPr>
        <w:jc w:val="right"/>
      </w:pPr>
      <w:r>
        <w:t>ینڈسنافپرافٹ۔ہیونساسکڈہزانکل ہند ابن ابی حالہ اباؤٹ داسپیچاف دا پرافٹ۔</w:t>
      </w:r>
    </w:p>
    <w:p>
      <w:r>
        <w:rPr>
          <w:b/>
        </w:rPr>
        <w:t xml:space="preserve">[23:30] </w:t>
      </w:r>
      <w:r>
        <w:t>supposedly tell us about that. Yeah, this is a very important question, and as you said, Hazrat Hasan ibn Ali (RA) asked his uncle Hind ibn Abi Hala (RA).</w:t>
      </w:r>
    </w:p>
    <w:p>
      <w:pPr>
        <w:jc w:val="right"/>
      </w:pPr>
      <w:r>
        <w:t>سوپلیزٹیلاساباؤٹدیٹ۔ یا،دسازاویریامپورٹنٹ کوس چن، اینڈ ایزیوسیڈ، حضرت حس نابن علی رضیاللہعنہ اسک ڈ ہزانکل ہند ابن ابیحالہ رضیاللہعنہ۔</w:t>
      </w:r>
    </w:p>
    <w:p>
      <w:r>
        <w:rPr>
          <w:b/>
        </w:rPr>
        <w:t xml:space="preserve">[23:45] </w:t>
      </w:r>
      <w:r>
        <w:t>دس</w:t>
      </w:r>
    </w:p>
    <w:p>
      <w:pPr>
        <w:jc w:val="right"/>
      </w:pPr>
      <w:r>
        <w:t>دس</w:t>
      </w:r>
    </w:p>
    <w:p>
      <w:r>
        <w:rPr>
          <w:b/>
        </w:rPr>
        <w:t xml:space="preserve">[23:46] </w:t>
      </w:r>
      <w:r>
        <w:t>Hind ibn Abi Halah was the son of Khadijah (RA) from her earlier marriage, and he was very good at describing.</w:t>
      </w:r>
    </w:p>
    <w:p>
      <w:pPr>
        <w:jc w:val="right"/>
      </w:pPr>
      <w:r>
        <w:t>ہند ابن ابیحالہواز دی سن اف خدیجہرضیاللہعنہا فرامہر ارلیمی رج ، اینڈہیوازویریگڈایٹ ڈسکرائبنگ۔</w:t>
      </w:r>
    </w:p>
    <w:p>
      <w:r>
        <w:rPr>
          <w:b/>
        </w:rPr>
        <w:t xml:space="preserve">[23:57] </w:t>
      </w:r>
      <w:r>
        <w:t>So Hasan (RA) asked him to describe to me the speech of the Messenger of Allah.</w:t>
      </w:r>
    </w:p>
    <w:p>
      <w:pPr>
        <w:jc w:val="right"/>
      </w:pPr>
      <w:r>
        <w:t>سو حسن رضیاللہعنہاسک ڈ ہمٹوڈسکرائب ٹومی دا سپیچ اف دی میس نجر اف اللہ ۔</w:t>
      </w:r>
    </w:p>
    <w:p>
      <w:r>
        <w:rPr>
          <w:b/>
        </w:rPr>
        <w:t xml:space="preserve">[24:06] </w:t>
      </w:r>
      <w:r>
        <w:t>So he said: "Kan Rasoolullah Sallallahu Alaihi Wasallam mut was ani da'im-ul-fikrah." It's a very beautiful description that the prophet was always reflective and concerned,</w:t>
      </w:r>
    </w:p>
    <w:p>
      <w:pPr>
        <w:jc w:val="right"/>
      </w:pPr>
      <w:r>
        <w:t>سوہیسیڈ: "کانرسولاللہ صلیاللہعلیہوسلم مت واس انی دائم الفکرہ۔" ا ٹساویریبیوٹیفل ڈسکرپشن دیٹ دی پرافٹواز الویزریفلیکٹو اینڈ کنسرنڈ،</w:t>
      </w:r>
    </w:p>
    <w:p>
      <w:r>
        <w:rPr>
          <w:b/>
        </w:rPr>
        <w:t xml:space="preserve">[24:23] </w:t>
      </w:r>
      <w:r>
        <w:t>constantly depend on that and never rely on your own devices.</w:t>
      </w:r>
    </w:p>
    <w:p>
      <w:pPr>
        <w:jc w:val="right"/>
      </w:pPr>
      <w:r>
        <w:t>کانسٹنٹلی ڈیپانتھاٹ اینڈنیور ف لیایٹایز۔</w:t>
      </w:r>
    </w:p>
    <w:p>
      <w:r>
        <w:rPr>
          <w:b/>
        </w:rPr>
        <w:t xml:space="preserve">[24:29] </w:t>
      </w:r>
      <w:r>
        <w:t>یعنی ہروقت گہرائیسےسوچنا اور فکر میں ڈوبا ڈوبےرہنا، اور ایسانہیںکہ جیسےلوگ ہاہوکرتےہیں،نا وہ صورت نہیںتھیرسولاللہ کی۔</w:t>
      </w:r>
    </w:p>
    <w:p>
      <w:pPr>
        <w:jc w:val="right"/>
      </w:pPr>
      <w:r>
        <w:t>یعنی ہروقت گہرائیسےسوچنا اور فکر میں ڈوبا ڈوبےرہنا، اور ایسانہیںکہ جیسےلوگ ہاہوکرتےہیں،نا وہ صورت نہیںتھیرسولاللہ کی۔</w:t>
      </w:r>
    </w:p>
    <w:p>
      <w:r>
        <w:rPr>
          <w:b/>
        </w:rPr>
        <w:t xml:space="preserve">[24:45] </w:t>
      </w:r>
      <w:r>
        <w:t>رائٹ۔ متواسال احزان دائمالفکرہ،ہروقت غوروفکر کرتے رہتےتھے۔</w:t>
      </w:r>
    </w:p>
    <w:p>
      <w:pPr>
        <w:jc w:val="right"/>
      </w:pPr>
      <w:r>
        <w:t>رائٹ۔ متواسال احزان دائمالفکرہ،ہروقت غوروفکر کرتے رہتےتھے۔</w:t>
      </w:r>
    </w:p>
    <w:p>
      <w:r>
        <w:rPr>
          <w:b/>
        </w:rPr>
        <w:t xml:space="preserve">[24:53] </w:t>
      </w:r>
      <w:r>
        <w:t>طویل السق تی لا یتکلم فیغیر حاجہ، and the prophet remained silent for long periods, and only spoke when there was a need</w:t>
      </w:r>
    </w:p>
    <w:p>
      <w:pPr>
        <w:jc w:val="right"/>
      </w:pPr>
      <w:r>
        <w:t>طویل السق تی لا یتکلم فیغیر حاجہ، اینڈداپرافٹ ریمینڈ سائلنٹفار لانگ پیریڈز، اینڈاونلی سپوکویندیروازا نیڈ</w:t>
      </w:r>
    </w:p>
    <w:p>
      <w:r>
        <w:rPr>
          <w:b/>
        </w:rPr>
        <w:t xml:space="preserve">[25:07] </w:t>
      </w:r>
      <w:r>
        <w:t>۔ یفتح الکلام وی ختمہ بسم اللہ تع الی ۔ ہیوڈ سٹارٹ ہز کنورسیشن اینڈ اینڈ اٹودبسماللہ ۔و یتکلم بجو ائم الکلم۔</w:t>
      </w:r>
    </w:p>
    <w:p>
      <w:pPr>
        <w:jc w:val="right"/>
      </w:pPr>
      <w:r>
        <w:t>۔ یفتح الکلام وی ختمہ بسم اللہ تع الی ۔ ہیوڈ سٹارٹ ہز کنورسیشن اینڈ اینڈ اٹودبسماللہ ۔و یتکلم بجو ائم الکلم۔</w:t>
      </w:r>
    </w:p>
    <w:p>
      <w:r>
        <w:rPr>
          <w:b/>
        </w:rPr>
        <w:t xml:space="preserve">[25:21] </w:t>
      </w:r>
      <w:r>
        <w:t>ہی سپوکود کونس ائز کمپرینسو ورڈز ودڈیپمیننگ۔ کلام ہفصل لا فض ول ولا تقصیرا۔</w:t>
      </w:r>
    </w:p>
    <w:p>
      <w:pPr>
        <w:jc w:val="right"/>
      </w:pPr>
      <w:r>
        <w:t>ہی سپوکود کونس ائز کمپرینسو ورڈز ودڈیپمیننگ۔ کلام ہفصل لا فض ول ولا تقصیرا۔</w:t>
      </w:r>
    </w:p>
    <w:p>
      <w:r>
        <w:rPr>
          <w:b/>
        </w:rPr>
        <w:t xml:space="preserve">[25:33] </w:t>
      </w:r>
      <w:r>
        <w:t>ہزسپیچوازکلی ئر، بیلنسڈ، اینڈ نیدر ایکسیسونورلیکنگ۔ لیسا بال جافی والم ہین۔</w:t>
      </w:r>
    </w:p>
    <w:p>
      <w:pPr>
        <w:jc w:val="right"/>
      </w:pPr>
      <w:r>
        <w:t>ہزسپیچوازکلی ئر، بیلنسڈ، اینڈ نیدر ایکسیسونورلیکنگ۔ لیسا بال جافی والم ہین۔</w:t>
      </w:r>
    </w:p>
    <w:p>
      <w:r>
        <w:rPr>
          <w:b/>
        </w:rPr>
        <w:t xml:space="preserve">[25:43] </w:t>
      </w:r>
      <w:r>
        <w:t>ہیوازنیدر ہارشانٹون نور انسلٹنگ۔ ی عظم النعمہ،دسازویریامپورٹنٹ۔ یعظم النعمۃ و د قہ۔</w:t>
      </w:r>
    </w:p>
    <w:p>
      <w:pPr>
        <w:jc w:val="right"/>
      </w:pPr>
      <w:r>
        <w:t>ہیوازنیدر ہارشانٹون نور انسلٹنگ۔ ی عظم النعمہ،دسازویریامپورٹنٹ۔ یعظم النعمۃ و د قہ۔</w:t>
      </w:r>
    </w:p>
    <w:p>
      <w:r>
        <w:rPr>
          <w:b/>
        </w:rPr>
        <w:t xml:space="preserve">[25:54] </w:t>
      </w:r>
      <w:r>
        <w:t>ہی ایپریشیٹڈ دا بلیسنگز، ای ون افاٹازویریسمال ۔</w:t>
      </w:r>
    </w:p>
    <w:p>
      <w:pPr>
        <w:jc w:val="right"/>
      </w:pPr>
      <w:r>
        <w:t>ہی ایپریشیٹڈ دا بلیسنگز، ای ون افاٹازویریسمال ۔</w:t>
      </w:r>
    </w:p>
    <w:p>
      <w:r>
        <w:rPr>
          <w:b/>
        </w:rPr>
        <w:t xml:space="preserve">[26:01] </w:t>
      </w:r>
      <w:r>
        <w:t>یعنی کوئیبھی اگر بلیسنگکیچیزہے، چاہےوہچھوٹیسےچھوٹیہو، اس کیبھی اسکیبھی تعریفکرتے تھے،اوراسکےلیےبھی اللہ کاشکر اداکرتے تھے۔</w:t>
      </w:r>
    </w:p>
    <w:p>
      <w:pPr>
        <w:jc w:val="right"/>
      </w:pPr>
      <w:r>
        <w:t>یعنی کوئیبھی اگر بلیسنگکیچیزہے، چاہےوہچھوٹیسےچھوٹیہو، اس کیبھی اسکیبھی تعریفکرتے تھے،اوراسکےلیےبھیاللہ کاشکر اداکرتے تھے۔</w:t>
      </w:r>
    </w:p>
    <w:p>
      <w:r>
        <w:rPr>
          <w:b/>
        </w:rPr>
        <w:t xml:space="preserve">[26:13] </w:t>
      </w:r>
      <w:r>
        <w:t>تویہجو باتیں اسمیںائیہیں، ہند ابیحال رضیاللہعنہ، یہبہت ہیاہمہیں، اور ہمنے مول اناکیبھیزندگی میں انچیزوںکو دیکھاہے،تو بہت ہی اہم باتیںہیں،انکوہمیںاپناناچاہیے۔</w:t>
      </w:r>
    </w:p>
    <w:p>
      <w:pPr>
        <w:jc w:val="right"/>
      </w:pPr>
      <w:r>
        <w:t>تویہجو باتیں اسمیںائیہیں، ہند ابیحال رضیاللہعنہ، یہبہت ہیاہمہیں، اور ہمنے مول اناکیبھیزندگی میں انچیزوںکو دیکھاہے،تو بہت ہی اہم باتیںہیں،انکوہمیںاپناناچاہیے۔</w:t>
      </w:r>
    </w:p>
    <w:p>
      <w:r>
        <w:rPr>
          <w:b/>
        </w:rPr>
        <w:t xml:space="preserve">[26:29] </w:t>
      </w:r>
      <w:r>
        <w:t>right. and doctor sahib, even the description by the companions, i mean, it reflects the awe and endurance they felt in his presence.</w:t>
      </w:r>
    </w:p>
    <w:p>
      <w:pPr>
        <w:jc w:val="right"/>
      </w:pPr>
      <w:r>
        <w:t>رائٹ۔ اینڈڈاکٹرصاحب،ایون دی ڈسکرپشنبائیدیکمپینینز، ائیمین،اٹریفلیکٹسدی الو اینڈریورنس دےفیلٹانہزپریزنس۔</w:t>
      </w:r>
    </w:p>
    <w:p>
      <w:r>
        <w:rPr>
          <w:b/>
        </w:rPr>
        <w:t xml:space="preserve">[26:38] </w:t>
      </w:r>
      <w:r>
        <w:t>for example, Hazrat Anas once said that he had not felt as clean or as pure scented than the aroma of prophet, and he never smelled a perfume nicer than the sweat of the</w:t>
      </w:r>
    </w:p>
    <w:p>
      <w:pPr>
        <w:jc w:val="right"/>
      </w:pPr>
      <w:r>
        <w:t>فارایگزامپل، حضرت انس ونس سیڈ دیٹہیہیڈناٹ فیلٹ اسلکاورابروکیڈ سافٹردینداپاماف پرافٹ، اینڈ ہی نیورسم یلٹ اپرفیوم نائسردیندی سویٹافدا</w:t>
      </w:r>
    </w:p>
    <w:p>
      <w:r>
        <w:rPr>
          <w:b/>
        </w:rPr>
        <w:t xml:space="preserve">[26:55] </w:t>
      </w:r>
      <w:r>
        <w:t>prophet. likewise, a female companion, umm al-rabi bint mu'awwadh, when she was asked to describe the prophet, she said: "if you saw him, he was like the rising sun." so amazing description.</w:t>
      </w:r>
    </w:p>
    <w:p>
      <w:pPr>
        <w:jc w:val="right"/>
      </w:pPr>
      <w:r>
        <w:t>پرافٹ۔ لائکوائز،افیمیل کمپینین، ال روی وبنت معوذ، وینشیوازاسکڈٹو ڈسکرائبداپرافٹ، شی سیڈ:"افیوسو ہم، ہیوازلائک دا رائزنگ سن۔" سو امیزنگ ڈسکرپشن ۔</w:t>
      </w:r>
    </w:p>
    <w:p>
      <w:r>
        <w:rPr>
          <w:b/>
        </w:rPr>
        <w:t xml:space="preserve">[27:11] </w:t>
      </w:r>
      <w:r>
        <w:t>doctor sahib, i would request you can also tell us that how companions described the radiant presence of prophet Muhammad.</w:t>
      </w:r>
    </w:p>
    <w:p>
      <w:pPr>
        <w:jc w:val="right"/>
      </w:pPr>
      <w:r>
        <w:t>ڈاکٹرصاحب،ائیوڈریکویسٹیوافیوکین السوٹیلاسدیٹہاؤ کمپینینز ڈسکرائبدا ریڈینٹ پریزنساف پرافٹمحمد ۔</w:t>
      </w:r>
    </w:p>
    <w:p>
      <w:r>
        <w:rPr>
          <w:b/>
        </w:rPr>
        <w:t xml:space="preserve">[27:19] </w:t>
      </w:r>
      <w:r>
        <w:t>yes,</w:t>
      </w:r>
    </w:p>
    <w:p>
      <w:pPr>
        <w:jc w:val="right"/>
      </w:pPr>
      <w:r>
        <w:t>یس،</w:t>
      </w:r>
    </w:p>
    <w:p>
      <w:r>
        <w:rPr>
          <w:b/>
        </w:rPr>
        <w:t xml:space="preserve">[27:20] </w:t>
      </w:r>
      <w:r>
        <w:t>many companions have described, like Anas ibn Malik (R.A.). he says: "i haven't seen anything more beautiful than Rasulullah (S.A.W.S.).</w:t>
      </w:r>
    </w:p>
    <w:p>
      <w:pPr>
        <w:jc w:val="right"/>
      </w:pPr>
      <w:r>
        <w:t>مینیکمپینینزہیوڈسکرائبڈ ، لائک انسابن مالکرضیاللہ عنہ۔ ہیسیز: "ماریت ش ین اح سن منرسولاللہ صلیاللہعلیہوسلم ۔</w:t>
      </w:r>
    </w:p>
    <w:p>
      <w:r>
        <w:rPr>
          <w:b/>
        </w:rPr>
        <w:t xml:space="preserve">[27:33] </w:t>
      </w:r>
      <w:r>
        <w:t>"i haven't seen anything more beautiful than the messenger of Allah. He was like the moon on a full moon night.</w:t>
      </w:r>
    </w:p>
    <w:p>
      <w:pPr>
        <w:jc w:val="right"/>
      </w:pPr>
      <w:r>
        <w:t>"ائیہیونیورسین اینیتھنگموربیوٹیفل دیندیمیسنجرافاللہ ۔ کان وجہ رسول اللہ مثل القمری لیلۃ البدر ۔</w:t>
      </w:r>
    </w:p>
    <w:p>
      <w:r>
        <w:rPr>
          <w:b/>
        </w:rPr>
        <w:t xml:space="preserve">[27:43] </w:t>
      </w:r>
      <w:r>
        <w:t>the face of the prophet was like full moon in a clear night.</w:t>
      </w:r>
    </w:p>
    <w:p>
      <w:pPr>
        <w:jc w:val="right"/>
      </w:pPr>
      <w:r>
        <w:t>دیفیسافداپرافٹوازلائکفل مون ان اکلیئرنائٹ۔</w:t>
      </w:r>
    </w:p>
    <w:p>
      <w:r>
        <w:rPr>
          <w:b/>
        </w:rPr>
        <w:t xml:space="preserve">[27:48] </w:t>
      </w:r>
      <w:r>
        <w:t>and there is another very beautiful and interesting narration by another Sahabi, Jabir ibn Samurah (R.A.).</w:t>
      </w:r>
    </w:p>
    <w:p>
      <w:pPr>
        <w:jc w:val="right"/>
      </w:pPr>
      <w:r>
        <w:t>اینڈدیرازانادر ویریبیوٹیفل اینڈلٹلانٹرسٹنگنیریشن بائی انادر صح ابی، جابر ابن سمورہرضیاللہعنہ۔</w:t>
      </w:r>
    </w:p>
    <w:p>
      <w:r>
        <w:rPr>
          <w:b/>
        </w:rPr>
        <w:t xml:space="preserve">[27:58] </w:t>
      </w:r>
      <w:r>
        <w:t>he says: "Rasulullah (S.A.W.S.) was seen in the night with the moon shining brightly and</w:t>
      </w:r>
    </w:p>
    <w:p>
      <w:pPr>
        <w:jc w:val="right"/>
      </w:pPr>
      <w:r>
        <w:t>ہی سیز:"رس ولاللہ صلیاللہعلیہوسلم فیلیلۃ الق مر مزدہرا۔"مزدہرا ۔ ائیسو دی پرافٹ ان انائٹ ویندامونوازشائننگبرائٹلیاندی</w:t>
      </w:r>
    </w:p>
    <w:p>
      <w:r>
        <w:rPr>
          <w:b/>
        </w:rPr>
        <w:t xml:space="preserve">[28:12] </w:t>
      </w:r>
      <w:r>
        <w:t>sky. You know, in those days there was no pollution and nothing, and in a desert, you can imagine the moon so beautiful. So, and he says: "he had a red cloak," and the prophet was wearing a red cloak.</w:t>
      </w:r>
    </w:p>
    <w:p>
      <w:pPr>
        <w:jc w:val="right"/>
      </w:pPr>
      <w:r>
        <w:t>سکائی۔ یونو، اندوزڈیزو یندیروازنو پولیوشناینڈنتھنگ، اینڈانداڈیزرٹ،یوکینامیجن دامونازسوبیوٹیفل۔ سو، اینڈہیسیز:" علیہ حلتحم را، "اینڈداپرافٹوازویئرنگاریڈکلوک۔</w:t>
      </w:r>
    </w:p>
    <w:p>
      <w:r>
        <w:rPr>
          <w:b/>
        </w:rPr>
        <w:t xml:space="preserve">[28:28] </w:t>
      </w:r>
      <w:r>
        <w:t>so prophet was wearing a red cloak in a desert, and the moon was shining. So must be a very beautiful scene.</w:t>
      </w:r>
    </w:p>
    <w:p>
      <w:pPr>
        <w:jc w:val="right"/>
      </w:pPr>
      <w:r>
        <w:t>سوپرافٹاز ویئرنگاریڈکلوک انداڈی زرٹ،اینڈدا موناز شائننگ۔ سومسٹبیویریبیوٹیفل سین۔</w:t>
      </w:r>
    </w:p>
    <w:p>
      <w:r>
        <w:rPr>
          <w:b/>
        </w:rPr>
        <w:t xml:space="preserve">[28:36] </w:t>
      </w:r>
      <w:r>
        <w:t>so</w:t>
      </w:r>
    </w:p>
    <w:p>
      <w:pPr>
        <w:jc w:val="right"/>
      </w:pPr>
      <w:r>
        <w:t>سوج</w:t>
      </w:r>
    </w:p>
    <w:p>
      <w:r>
        <w:rPr>
          <w:b/>
        </w:rPr>
        <w:t xml:space="preserve">[28:40] </w:t>
      </w:r>
      <w:r>
        <w:t>Jabir ibn Samurah (R.A.), he started comparing the prophet to the moon.</w:t>
      </w:r>
    </w:p>
    <w:p>
      <w:pPr>
        <w:jc w:val="right"/>
      </w:pPr>
      <w:r>
        <w:t>ابر ابن سمورہرضیاللہعنہ،ہی سٹارٹڈ کمپیرنگداپرافٹوددامون۔</w:t>
      </w:r>
    </w:p>
    <w:p>
      <w:r>
        <w:rPr>
          <w:b/>
        </w:rPr>
        <w:t xml:space="preserve">[28:49] </w:t>
      </w:r>
      <w:r>
        <w:t>i began looking at him and then at the moon. And he was, he looked at the moon and looked at the prophet, and looked at the moon and looked at the prophet.</w:t>
      </w:r>
    </w:p>
    <w:p>
      <w:pPr>
        <w:jc w:val="right"/>
      </w:pPr>
      <w:r>
        <w:t>ائیبیگن لوکنگایٹ ہماینڈدین ایٹ دا مون۔ اینڈہیواز،ہیلوکڈایٹداموناینڈلوکڈایٹداپرافٹ، اینڈلوکڈایٹداموناینڈلوکڈایٹداپرافٹ۔</w:t>
      </w:r>
    </w:p>
    <w:p>
      <w:r>
        <w:rPr>
          <w:b/>
        </w:rPr>
        <w:t xml:space="preserve">[29:00] </w:t>
      </w:r>
      <w:r>
        <w:t>he was doing like this, and then and he said: "by God, i swear to God that he was more beautiful than the moon." so the prophet's beauty was beyond comparison,</w:t>
      </w:r>
    </w:p>
    <w:p>
      <w:pPr>
        <w:jc w:val="right"/>
      </w:pPr>
      <w:r>
        <w:t>ہیوازڈوئنگلائکدس، اینڈاندااینڈہیسیڈ: "من کہ ائیسویئرٹو گاڈ دیٹہیواز موربیوٹیفل دیندامون۔" سوداپرافٹبی وٹی واز بیونڈ کمپیریز ن،</w:t>
      </w:r>
    </w:p>
    <w:p>
      <w:r>
        <w:rPr>
          <w:b/>
        </w:rPr>
        <w:t xml:space="preserve">[29:18] </w:t>
      </w:r>
      <w:r>
        <w:t>undoubtedly. Doctor sahib, another thing was that his simplicity and his focus on the</w:t>
      </w:r>
    </w:p>
    <w:p>
      <w:pPr>
        <w:jc w:val="right"/>
      </w:pPr>
      <w:r>
        <w:t>انڈ اؤٹڈلی۔ ڈاکٹرصاحب،انادرتھنگوازدیٹ ہزسمپلیس ٹیاینڈہز فوکس اندی</w:t>
      </w:r>
    </w:p>
    <w:p>
      <w:r>
        <w:rPr>
          <w:b/>
        </w:rPr>
        <w:t xml:space="preserve">[29:26] </w:t>
      </w:r>
      <w:r>
        <w:t>hereafter. So any incident that can tell us which reflects this aspect of prophet? Yes, surely. Yeah, there is an incident when Hazrat Umar came to meet the prophet, and he saw that he is resting on a palm,</w:t>
      </w:r>
    </w:p>
    <w:p>
      <w:pPr>
        <w:jc w:val="right"/>
      </w:pPr>
      <w:r>
        <w:t>ہیرافٹر۔سواینیانسیڈنٹدیٹیوکینٹیلاس وچ ریفلیکٹدسایسپیکٹاف پرافٹ؟ یس، شور لی۔ یا،دیرازان سیڈنٹ وین حضرتعمر ہی کیمٹو میٹدا پرافٹ، اینڈہی سو دیٹہی از ریسٹنگ ان ا پام،</w:t>
      </w:r>
    </w:p>
    <w:p>
      <w:r>
        <w:rPr>
          <w:b/>
        </w:rPr>
        <w:t xml:space="preserve">[29:48] </w:t>
      </w:r>
      <w:r>
        <w:t>mat made of palm branches, and he saw that his back has marks. Then he started crying.</w:t>
      </w:r>
    </w:p>
    <w:p>
      <w:pPr>
        <w:jc w:val="right"/>
      </w:pPr>
      <w:r>
        <w:t>امیٹ میڈافاپامبرانچز، اینڈ ہیسو دیٹہزبیک ہیز مارکس۔ دینہی سٹارٹڈکرائنگ۔</w:t>
      </w:r>
    </w:p>
    <w:p>
      <w:r>
        <w:rPr>
          <w:b/>
        </w:rPr>
        <w:t xml:space="preserve">[29:56] </w:t>
      </w:r>
      <w:r>
        <w:t>so Rasulullah said: "O Umar, why are you crying?" So Umar (R.A.) said: "O messenger of Allah, i see the Caesars and the emperors of Persia.</w:t>
      </w:r>
    </w:p>
    <w:p>
      <w:pPr>
        <w:jc w:val="right"/>
      </w:pPr>
      <w:r>
        <w:t>سو رسولاللہ سیڈ:"یا عمر ،وائیاریو کرائنگ؟" سوعمر رضیاللہعنہسیڈ:" اومیسنجرافاللہ ،ائیسین داپیلسزافسی زر اینڈدا ایمپررزاف پرشیا۔</w:t>
      </w:r>
    </w:p>
    <w:p>
      <w:r>
        <w:rPr>
          <w:b/>
        </w:rPr>
        <w:t xml:space="preserve">[30:09] </w:t>
      </w:r>
      <w:r>
        <w:t>they live such luxury and comfort, and you are the prophet of God. You deserve much more than that." So the prophet said: "O Umar, they have their world, but we have our hereafter</w:t>
      </w:r>
    </w:p>
    <w:p>
      <w:pPr>
        <w:jc w:val="right"/>
      </w:pPr>
      <w:r>
        <w:t>دےلیوانسچ لگژری اینڈکمفرٹ ،اینڈیوارداپرافٹافگاڈ۔یوڈیزرومچموردیندیٹ۔" سوداپرافٹسیڈ:"یاعمر ، دےہیودسورلڈ ،بٹویہیوداہیرافٹر</w:t>
      </w:r>
    </w:p>
    <w:p>
      <w:r>
        <w:rPr>
          <w:b/>
        </w:rPr>
        <w:t xml:space="preserve">[30:23] </w:t>
      </w:r>
      <w:r>
        <w:t>"." So that shows the complete indifference of the prophet to worldly luxuries and full focus on the eternal reward.</w:t>
      </w:r>
    </w:p>
    <w:p>
      <w:pPr>
        <w:jc w:val="right"/>
      </w:pPr>
      <w:r>
        <w:t>۔" سواٹشوز دا کمپلیٹ انڈیفرنس اف دی پرافٹ ٹو ورلڈلی لگزریز اینڈ فل فوکس ان دا ایٹرنلریوارڈ۔</w:t>
      </w:r>
    </w:p>
    <w:p>
      <w:r>
        <w:rPr>
          <w:b/>
        </w:rPr>
        <w:t xml:space="preserve">[30:34] </w:t>
      </w:r>
      <w:r>
        <w:t>right. Doctor sahib, in the Quran, it is also mentioned, likewise, you know, that he was sent as a mercy for mankind, and his love for humanity and dedication to the mission can also be observed by the fact that numerous incidents that an ordinary person would</w:t>
      </w:r>
    </w:p>
    <w:p>
      <w:pPr>
        <w:jc w:val="right"/>
      </w:pPr>
      <w:r>
        <w:t>رائٹ۔ ڈاکٹرصاحب،اندیقران،اٹازالسو مینشن،لائکوینو،دیٹہیوازسینٹایزا مر سی فار مینکائنڈ، اینڈ ہزلو فار ہیومین ٹی اینڈڈیڈیکی شن ٹودامشن کینالسوبی گوشبائیدافیکٹدیٹنیومرس انسیڈنٹسدیٹ اناینی گیونسچویشن،اینڈارڈینریپرسن ویل ک</w:t>
      </w:r>
    </w:p>
    <w:p>
      <w:r>
        <w:rPr>
          <w:b/>
        </w:rPr>
        <w:t xml:space="preserve">[30:53] </w:t>
      </w:r>
      <w:r>
        <w:t>normally slip, but prophet would rise on such occasions. Once he was like very sick, and he was completely exhausted, but he got to know that there is a caller outside, from outside Makkah had arrived, and he immediately got up to convey the message of the Quran.</w:t>
      </w:r>
    </w:p>
    <w:p>
      <w:pPr>
        <w:jc w:val="right"/>
      </w:pPr>
      <w:r>
        <w:t>ولیپس، بٹ پرافٹوڈ رائز ان سچاوکیژنز۔ ونسہیوازلائک وی ری سک ،اینڈہیوازکمپلیٹلیایگزاسٹڈ، بٹہیگاٹٹونودیٹدیرازاکیراوان اؤٹسائیڈ ،فراماؤٹسائیڈ میکہ ہیڈارائیوڈ، اینڈ ہیامیڈیٹلیگاٹاپٹوکنوےدیمیسجافدیقر ان۔</w:t>
      </w:r>
    </w:p>
    <w:p>
      <w:r>
        <w:rPr>
          <w:b/>
        </w:rPr>
        <w:t xml:space="preserve">[31:11] </w:t>
      </w:r>
      <w:r>
        <w:t>what does that really reveal about his dedication? If you can share some insights?</w:t>
      </w:r>
    </w:p>
    <w:p>
      <w:pPr>
        <w:jc w:val="right"/>
      </w:pPr>
      <w:r>
        <w:t>واٹڈزاٹریلی ریویلاباؤٹہزڈیڈیکی شن؟افیوکین شیئرسمانسائٹس</w:t>
      </w:r>
    </w:p>
    <w:p>
      <w:r>
        <w:rPr>
          <w:b/>
        </w:rPr>
        <w:t xml:space="preserve">[31:17] </w:t>
      </w:r>
      <w:r>
        <w:t>What does it say? Yeah, this is a very nice incident, because concerning his concern for conveying God's message was supreme.</w:t>
      </w:r>
    </w:p>
    <w:p>
      <w:pPr>
        <w:jc w:val="right"/>
      </w:pPr>
      <w:r>
        <w:t>ودالافاس؟یا،دسازاویرینائس انسیڈنٹ، بیکاز کنسرننگ ہز کنسرن فار کنوینگ گاڈزمیسجوازسپریم۔</w:t>
      </w:r>
    </w:p>
    <w:p>
      <w:r>
        <w:rPr>
          <w:b/>
        </w:rPr>
        <w:t xml:space="preserve">[31:28] </w:t>
      </w:r>
      <w:r>
        <w:t>Right. And once the Prophet came home after a very long, tiring day, and he was exhausted, very tired, and he had fever as well.</w:t>
      </w:r>
    </w:p>
    <w:p>
      <w:pPr>
        <w:jc w:val="right"/>
      </w:pPr>
      <w:r>
        <w:t>رائٹ۔ اینڈ ونس دیپ رافٹ کیم ہومافٹراویریلانگ ٹائرنگ ڈے،اینڈہیوازایگزاسٹڈ ،ویریٹائرڈ،اینڈہیہیڈفیورالس و۔</w:t>
      </w:r>
    </w:p>
    <w:p>
      <w:r>
        <w:rPr>
          <w:b/>
        </w:rPr>
        <w:t xml:space="preserve">[31:39] </w:t>
      </w:r>
      <w:r>
        <w:t>so hi imidiatli venttu resst</w:t>
      </w:r>
    </w:p>
    <w:p>
      <w:pPr>
        <w:jc w:val="right"/>
      </w:pPr>
      <w:r>
        <w:t>سو ہی امیڈیٹلی وینٹٹو ریسٹ</w:t>
      </w:r>
    </w:p>
    <w:p>
      <w:r>
        <w:rPr>
          <w:b/>
        </w:rPr>
        <w:t xml:space="preserve">[31:45] </w:t>
      </w:r>
      <w:r>
        <w:t>, but just the news came, and that a caravan stopped just outside Makkah, and the caravan came from a very far distance place.</w:t>
      </w:r>
    </w:p>
    <w:p>
      <w:pPr>
        <w:jc w:val="right"/>
      </w:pPr>
      <w:r>
        <w:t>،بٹ جسٹ دینانیوزکیم ،اینڈ دیٹ ا کیرا وا ںہیز سٹاپڈ جسٹ اؤٹسائیڈمک ہ،اینڈدیکیراواںکیمفراماویریفار ڈسٹنس پلیس۔</w:t>
      </w:r>
    </w:p>
    <w:p>
      <w:r>
        <w:rPr>
          <w:b/>
        </w:rPr>
        <w:t xml:space="preserve">[31:59] </w:t>
      </w:r>
      <w:r>
        <w:t>So similarities he varied from every far place. So when he came to know, he ami</w:t>
      </w:r>
    </w:p>
    <w:p>
      <w:pPr>
        <w:jc w:val="right"/>
      </w:pPr>
      <w:r>
        <w:t>سو سمٹریولرز ہیوارائیوڈ فر اماویری فار پلیس۔ سووینہیکیمٹونو ، ہیامی</w:t>
      </w:r>
    </w:p>
    <w:p>
      <w:r>
        <w:rPr>
          <w:b/>
        </w:rPr>
        <w:t xml:space="preserve">[32:07] </w:t>
      </w:r>
      <w:r>
        <w:t>that he got up, and despite fever and difficulty, despite exhaustion, he got up and wanted to go to speak, and he campaigned further. They say: "Ya Rasulullah, you are unwell, you have fever, how can you go? You go tomorrow." So the prophet said: "What if they live in the night,</w:t>
      </w:r>
    </w:p>
    <w:p>
      <w:pPr>
        <w:jc w:val="right"/>
      </w:pPr>
      <w:r>
        <w:t>ڈیٹلیگاٹاپ ، اینڈڈسپائٹ فی ور اینڈ ڈیفیکلٹی ، ڈسپائٹ ایگزاشن ، ہی گاٹاپ اینڈ وانٹڈٹوگو ٹوسپیک ،اینڈدیکمپینینزواردیر۔دےسی:"یارسولاللہ،یواران ویل،یوہیوفیور،ہاؤکینیوگو؟یوگوٹومارو۔" سو دا پرافٹسیڈ: "واٹاف دےلیواندانائٹ ،</w:t>
      </w:r>
    </w:p>
    <w:p>
      <w:r>
        <w:rPr>
          <w:b/>
        </w:rPr>
        <w:t xml:space="preserve">[32:30] </w:t>
      </w:r>
      <w:r>
        <w:t>or what of the government? I must go now.</w:t>
      </w:r>
    </w:p>
    <w:p>
      <w:pPr>
        <w:jc w:val="right"/>
      </w:pPr>
      <w:r>
        <w:t>اور واٹافدےگوارلیاندامار ننگ؟ائیمسٹ گو ناؤ ۔</w:t>
      </w:r>
    </w:p>
    <w:p>
      <w:r>
        <w:rPr>
          <w:b/>
        </w:rPr>
        <w:t xml:space="preserve">[32:35] </w:t>
      </w:r>
      <w:r>
        <w:t>and in that condition, tired, and he was ill, and he was down with fever, he still went out and met with them, and shared the message of the Quran with those people. So this was his dedication, his commitment to God's work was beyond imagination.</w:t>
      </w:r>
    </w:p>
    <w:p>
      <w:pPr>
        <w:jc w:val="right"/>
      </w:pPr>
      <w:r>
        <w:t>"اینڈ اندیٹکنڈیشن ، ٹائرڈ،اینڈ ہیواز ال ،اینڈہیوازڈاؤنودفی ور، ہی سٹلوینٹ اؤٹ اینڈمیٹ وددیم،اینڈشیئرڈدی میس ج اف دی قرانوددوزپیپل۔سو دسوازہزڈیڈیکی شن ،ہز کمٹمنٹ ٹوگاڈز ورکوازبیونڈ امیجنیشن۔</w:t>
      </w:r>
    </w:p>
    <w:p>
      <w:r>
        <w:rPr>
          <w:b/>
        </w:rPr>
        <w:t xml:space="preserve">[33:01] </w:t>
      </w:r>
      <w:r>
        <w:t>atslaikd aktrsahib</w:t>
      </w:r>
    </w:p>
    <w:p>
      <w:pPr>
        <w:jc w:val="right"/>
      </w:pPr>
      <w:r>
        <w:t>اٹسلائکڈ اکٹرصاحب</w:t>
      </w:r>
    </w:p>
    <w:p>
      <w:r>
        <w:rPr>
          <w:b/>
        </w:rPr>
        <w:t xml:space="preserve">[33:03] </w:t>
      </w:r>
      <w:r>
        <w:t>hiring you, I mean, amraz bin sun'tu afas, we derive our trolling diligence of the prophet for our word or not. We expect mercifulness from God Almighty, not just and suruld, but and the hereafter, and we are also given an example in prophet, and we know that how merciful, compassionate, gentle he was to humanity.</w:t>
      </w:r>
    </w:p>
    <w:p>
      <w:pPr>
        <w:jc w:val="right"/>
      </w:pPr>
      <w:r>
        <w:t>ہیئرنگیو،ائیمین، امرراز بینگشونٹو الافاس ، ویدرویارٹرولیکیرنگدیلیگیسیافداپرافٹفارورڈاورناٹ۔ وی ایکسپیکٹ مرسیفل نس فرامگاڈالم ائٹی،ناٹجسٹاندسورلڈ، بٹاندیہیرافٹر،اینڈویارالسوگیون اینایگزیمپل ان پرافٹ، اینڈوینودیٹہاؤمرسیفل،کمپیشن ٹ،جینٹلہیواز ٹو ہیومین ٹی۔</w:t>
      </w:r>
    </w:p>
    <w:p>
      <w:r>
        <w:rPr>
          <w:b/>
        </w:rPr>
        <w:t xml:space="preserve">[33:24] </w:t>
      </w:r>
      <w:r>
        <w:t>at's like a point of reflection, we should introspect whether we are being merciful to our fellow beings or not, whether we are forgiving or not.</w:t>
      </w:r>
    </w:p>
    <w:p>
      <w:pPr>
        <w:jc w:val="right"/>
      </w:pPr>
      <w:r>
        <w:t>اٹسلائک اپوائنٹافریفلیکشن،ویشوڈانٹرسپیکٹویدرویاربینگ مرسیفل ٹواورفیلوبینگزاورناٹ،ویدرویارفورگیونگ اورنا</w:t>
      </w:r>
    </w:p>
    <w:p>
      <w:r>
        <w:rPr>
          <w:b/>
        </w:rPr>
        <w:t xml:space="preserve">[33:33] </w:t>
      </w:r>
      <w:r>
        <w:t>It's very important, listening to it from Prophet's life. Jazakallah for sharing the important aspect. Doctor Sahib, I want to come down to the next question, which is on humility.</w:t>
      </w:r>
    </w:p>
    <w:p>
      <w:pPr>
        <w:jc w:val="right"/>
      </w:pPr>
      <w:r>
        <w:t>ٹ۔ اٹسویریامپورٹنٹ لیسندیٹویڈرافرامپرافٹ لائف۔جزاک اللہفار شیئرنگدیٹامپورٹنٹایسپیکٹ۔ ڈاکٹرصاحب،ائیوانٹٹوکمڈاؤنٹودا نیکسٹکوسچن،وچازانہیومیل ٹی۔</w:t>
      </w:r>
    </w:p>
    <w:p>
      <w:r>
        <w:rPr>
          <w:b/>
        </w:rPr>
        <w:t xml:space="preserve">[33:46] </w:t>
      </w:r>
      <w:r>
        <w:t>vinvi'rid'al'furqan, vikmakras'dis'v'ersochsiz'di't'da'tru'sirvant'saf'da'gris'is'vin'ar'do'z'hu'vak'ap'un'arth'udhi'umil'ti, and when they are addressed by the ignorant ones, their response is peace.</w:t>
      </w:r>
    </w:p>
    <w:p>
      <w:pPr>
        <w:jc w:val="right"/>
      </w:pPr>
      <w:r>
        <w:t>وینویریڈ الفر قان، ویکماکراس دس ورسوچسیزدیٹ دا ٹرو سرونٹسافدا گریشیس ون ار دوزہوواکاپون ارتھودہیومیل ٹی، اینڈویندےار ایڈریسبائیدی اگنورنٹونز،دیررسپانس از پیس۔</w:t>
      </w:r>
    </w:p>
    <w:p>
      <w:r>
        <w:rPr>
          <w:b/>
        </w:rPr>
        <w:t xml:space="preserve">[34:02] </w:t>
      </w:r>
      <w:r>
        <w:t>My question is, if you can tell us from Prophet's life, how approachable or humble he was, and what lessons can we learn from his life?</w:t>
      </w:r>
    </w:p>
    <w:p>
      <w:pPr>
        <w:jc w:val="right"/>
      </w:pPr>
      <w:r>
        <w:t>مائیکوسچنازدیٹافیوکینٹیلاس فرامپرافٹ لائف،ہاؤاپروچیبل اور ہ مبل ہی واز، اینڈواٹلیسنکینویلرنفرام ہزلائف؟</w:t>
      </w:r>
    </w:p>
    <w:p>
      <w:r>
        <w:rPr>
          <w:b/>
        </w:rPr>
        <w:t xml:space="preserve">[34:12] </w:t>
      </w:r>
      <w:r>
        <w:t>abs'ol'utli, yis, da praftvazviri'aprochibl, ain'dhi'vaz'aprochibl'tu'evri'un.</w:t>
      </w:r>
    </w:p>
    <w:p>
      <w:pPr>
        <w:jc w:val="right"/>
      </w:pPr>
      <w:r>
        <w:t>ایبسولیوٹلی،یس، دا پرافٹواز ویریاپروچیبل،اینڈہیوازاپروچیبلٹوایوریون۔</w:t>
      </w:r>
    </w:p>
    <w:p>
      <w:r>
        <w:rPr>
          <w:b/>
        </w:rPr>
        <w:t xml:space="preserve">[34:18] </w:t>
      </w:r>
      <w:r>
        <w:t>and when someone came to meet the prophet, and when he came close to him, and he wanted to ask some question, so he began to tremble in front of the prophet.</w:t>
      </w:r>
    </w:p>
    <w:p>
      <w:pPr>
        <w:jc w:val="right"/>
      </w:pPr>
      <w:r>
        <w:t>اینڈ امین ونسکیمٹومیٹداپرافٹ ،اینڈ وینہیکیم کلوزٹوہم ،اینڈہیوانٹڈٹو اسک سمکوس چن، سوہی بیگنٹوٹریبل ان اؤافدیپرافٹ۔</w:t>
      </w:r>
    </w:p>
    <w:p>
      <w:r>
        <w:rPr>
          <w:b/>
        </w:rPr>
        <w:t xml:space="preserve">[34:33] </w:t>
      </w:r>
      <w:r>
        <w:t>so prophets, and he gently said: "Come down, I am not a king." He said: "I am just this normal man who used to eat dry meat." And those days, they used to</w:t>
      </w:r>
    </w:p>
    <w:p>
      <w:pPr>
        <w:jc w:val="right"/>
      </w:pPr>
      <w:r>
        <w:t>سو پرافٹسو ہم ،اینڈہیجینٹلیسیڈ: "کامڈاؤن،ائیایمناٹاکنگ۔" ہیسیڈ:"ائیایمجسٹ دیسنافاوومن ہو یوزٹوایٹ ڈرائیمی ٹ۔" اندوزڈیز،دےیوزٹ</w:t>
      </w:r>
    </w:p>
    <w:p>
      <w:r>
        <w:rPr>
          <w:b/>
        </w:rPr>
        <w:t xml:space="preserve">[34:46] </w:t>
      </w:r>
      <w:r>
        <w:t>We're driving it, they're running refrigerators. Yes. So, and he was saying, the Prophet was saying it: "I am just like you, I am human being." And so, he was so simple and down to earth, and this was Prophet's life, even though he was the messenger of Allah, he was the Prophet of Allah, khair bashar.</w:t>
      </w:r>
    </w:p>
    <w:p>
      <w:pPr>
        <w:jc w:val="right"/>
      </w:pPr>
      <w:r>
        <w:t>وڈرائیمیٹ، دیروارنو ریفریجریٹرز۔ یس۔ سو،اینڈہیوازسینگ،داپرافٹوازسینگدیٹ:"ائیایمجسٹلائکیو،ائیایماہیومنبینگ۔" اینڈ سو،ہیوازسو سمپلاینڈڈاؤنٹوارتھ ،اینڈدسواز پرافٹ وےافلائف ،ایوندوہیوازدی میسنجراف اللہ ،ہیوازداپرافٹافاللہ ، خیر البشر ۔</w:t>
      </w:r>
    </w:p>
    <w:p>
      <w:r>
        <w:rPr>
          <w:b/>
        </w:rPr>
        <w:t xml:space="preserve">[35:07] </w:t>
      </w:r>
      <w:r>
        <w:t>hinyur'm'd'piplfil'smal.</w:t>
      </w:r>
    </w:p>
    <w:p>
      <w:pPr>
        <w:jc w:val="right"/>
      </w:pPr>
      <w:r>
        <w:t>ہینیور میڈ پیپلفیل سمال ۔</w:t>
      </w:r>
    </w:p>
    <w:p>
      <w:r>
        <w:rPr>
          <w:b/>
        </w:rPr>
        <w:t xml:space="preserve">[35:12] </w:t>
      </w:r>
      <w:r>
        <w:t>One day, the Prophet was sitting on the floor, and he asked for a pillow. So, a pillow was brought to him. So, he put the pillow, and he sat like this, reclining on it.</w:t>
      </w:r>
    </w:p>
    <w:p>
      <w:pPr>
        <w:jc w:val="right"/>
      </w:pPr>
      <w:r>
        <w:t>وینڈے، داپرافٹوازسٹنگاندافل ور، اینڈ ہی اسک ڈفار اپلو۔ سو ،پلووازبراٹٹوہم۔ سو،ہیپٹداپلو،اینڈ سی ڈ لائکدس،ریکلائننگاناٹ۔</w:t>
      </w:r>
    </w:p>
    <w:p>
      <w:r>
        <w:rPr>
          <w:b/>
        </w:rPr>
        <w:t xml:space="preserve">[35:25] </w:t>
      </w:r>
      <w:r>
        <w:t>and another man was standing next to him. He said: "You also do this, you also sit." So, both of them were standing like this. So, the man said: "I thought to myself, he is not talking, he is just</w:t>
      </w:r>
    </w:p>
    <w:p>
      <w:pPr>
        <w:jc w:val="right"/>
      </w:pPr>
      <w:r>
        <w:t>اینڈانادر مینوازسٹنگ نیکسٹٹوہم۔ہیسیڈ:"یوالسوڈودس،یوالسوسیڈ۔"سو،بوتھافدیموازسٹنگلائکدس۔ سو،دا مین سیڈکہ : " ائیتھوٹ ٹومائیسیلف،ہیازناٹاکنگ،ہیازجسٹل</w:t>
      </w:r>
    </w:p>
    <w:p>
      <w:r>
        <w:rPr>
          <w:b/>
        </w:rPr>
        <w:t xml:space="preserve">[35:40] </w:t>
      </w:r>
      <w:r>
        <w:t>aikas." So, the Prophet was a simple, humble and down-to-earth person. He was the Prophet, but he lived like a common man, and he was able to interact to the children in their level.</w:t>
      </w:r>
    </w:p>
    <w:p>
      <w:pPr>
        <w:jc w:val="right"/>
      </w:pPr>
      <w:r>
        <w:t>ائکاس ۔"سو،داپرافٹوازسمپل ، ہمبلاینڈڈاؤنٹوارتھ پرسن ۔ ہیواز داپرافٹ ،بٹہیلیوڈلائکاکامن می ن، اینڈہی وازایبلٹو انٹریکٹٹوداچلڈرن ان دیرلیول۔</w:t>
      </w:r>
    </w:p>
    <w:p>
      <w:r>
        <w:rPr>
          <w:b/>
        </w:rPr>
        <w:t xml:space="preserve">[35:58] </w:t>
      </w:r>
      <w:r>
        <w:t>insabn malkrdyallah'anhid'a'smal'bra'dr, altlbuyay. So, sometimes he used to bring him to the prophet,</w:t>
      </w:r>
    </w:p>
    <w:p>
      <w:pPr>
        <w:jc w:val="right"/>
      </w:pPr>
      <w:r>
        <w:t>انسابن مالکرضیاللہ عنہہیڈ ا سمال بر ادر ، الٹلبو ئے۔ سو،سمٹائمز ہییوزٹوبرنگ ہمٹوداپرافٹ،</w:t>
      </w:r>
    </w:p>
    <w:p>
      <w:r>
        <w:rPr>
          <w:b/>
        </w:rPr>
        <w:t xml:space="preserve">[36:09] </w:t>
      </w:r>
      <w:r>
        <w:t>And the Prophet, whenever Prophet saw him, he would say: "Ya Aba Umair, ma fal naghir?" His name was Umair, and he loved a small pet bird, which is called naghir.</w:t>
      </w:r>
    </w:p>
    <w:p>
      <w:pPr>
        <w:jc w:val="right"/>
      </w:pPr>
      <w:r>
        <w:t>اینڈداپرافٹ ، وینایورپرافٹ سو ہم،ہیوڈسی:"یا ابا عمیر،مافعل نغیر؟" ہزنیموازعم یر، اینڈ ہی لوڈ ا سمال پیٹبرڈ، وچازکالڈنغیر۔</w:t>
      </w:r>
    </w:p>
    <w:p>
      <w:r>
        <w:rPr>
          <w:b/>
        </w:rPr>
        <w:t xml:space="preserve">[36:25] </w:t>
      </w:r>
      <w:r>
        <w:t>so, every time the prophet would ask him: "ya aba Umair, ma fa'al naghir?" O Umair, what has your little bird done?</w:t>
      </w:r>
    </w:p>
    <w:p>
      <w:pPr>
        <w:jc w:val="right"/>
      </w:pPr>
      <w:r>
        <w:t>سو،ایوریٹائمداپرافٹ وڈ اسک ہم:"یا اباعمیر،مافعلنغیر؟" او عم یر،واٹاز یوہیوڈنٹویور سمال برڈ؟</w:t>
      </w:r>
    </w:p>
    <w:p>
      <w:r>
        <w:rPr>
          <w:b/>
        </w:rPr>
        <w:t xml:space="preserve">[36:35] </w:t>
      </w:r>
      <w:r>
        <w:t>so, the prophet talked to children and their early will, and made them feel that they are special. so, we have a lot of such interesting incidents.</w:t>
      </w:r>
    </w:p>
    <w:p>
      <w:pPr>
        <w:jc w:val="right"/>
      </w:pPr>
      <w:r>
        <w:t>سو، داپرافٹوڈٹاکٹوچلڈرن اندیرلی ول، اینڈمیکدیم فیل دیٹدےار اسپیشل ۔سو،ویہیولاٹاف سچ انٹرسٹنگ انسیڈنٹس۔</w:t>
      </w:r>
    </w:p>
    <w:p>
      <w:r>
        <w:rPr>
          <w:b/>
        </w:rPr>
        <w:t xml:space="preserve">[36:48] </w:t>
      </w:r>
      <w:r>
        <w:t>a lady comes to the prophet, an old lady comes to the prophet, and she says: "ya rasool Allah, please pray for me that I go to paradise.</w:t>
      </w:r>
    </w:p>
    <w:p>
      <w:pPr>
        <w:jc w:val="right"/>
      </w:pPr>
      <w:r>
        <w:t>الیڈیکمزٹودا پرافٹ،اولڈلیڈی کمزٹوداپرافٹ، اینڈ شی سیز:"یارسولاللہ ،پلیز پریفار می دیٹائیگوٹو پیراڈائز۔</w:t>
      </w:r>
    </w:p>
    <w:p>
      <w:r>
        <w:rPr>
          <w:b/>
        </w:rPr>
        <w:t xml:space="preserve">[36:59] </w:t>
      </w:r>
      <w:r>
        <w:t>" the prophet said: "but old ladies will not go to paradise</w:t>
      </w:r>
    </w:p>
    <w:p>
      <w:pPr>
        <w:jc w:val="right"/>
      </w:pPr>
      <w:r>
        <w:t>" داپرافٹسیڈ:" بٹاولڈلیڈیزولناٹگوٹوداپیراڈائز</w:t>
      </w:r>
    </w:p>
    <w:p>
      <w:r>
        <w:rPr>
          <w:b/>
        </w:rPr>
        <w:t xml:space="preserve">[37:03] </w:t>
      </w:r>
      <w:r>
        <w:t>". so, she started crying, and the prophet said: "don't cry, you will become young, then you will go to paradise, because the age in paradise is like thirty to thirty three." so, in a little humor, he explained this to the lady in</w:t>
      </w:r>
    </w:p>
    <w:p>
      <w:pPr>
        <w:jc w:val="right"/>
      </w:pPr>
      <w:r>
        <w:t>۔" سو،شی سٹارٹڈکرائنگ، اینڈداپرافٹسیڈ:"ڈونٹکرائی، یوویلبیکم ینگ ، دینیوویلگوٹوداپیراڈائز، بیکازدا ایج انپیراڈائز از لائک تھرٹیٹوتھرٹیتھری۔" سو، ان الٹل ہیومر، ہی ایکسپلینڈ دس ٹودالیڈی ان</w:t>
      </w:r>
    </w:p>
    <w:p>
      <w:r>
        <w:rPr>
          <w:b/>
        </w:rPr>
        <w:t xml:space="preserve">[37:24] </w:t>
      </w:r>
      <w:r>
        <w:t>the same way. a man comes to the prophet (peace be upon him), and he says that: "mujhe ek camel de dein aap."</w:t>
      </w:r>
    </w:p>
    <w:p>
      <w:pPr>
        <w:jc w:val="right"/>
      </w:pPr>
      <w:r>
        <w:t>داسیموے۔می نکمزٹودا پرافٹصلیاللہعلیہوسلم، اینڈہی سیز کہ:"مجھےایک کی مل دےدیںاپ ۔</w:t>
      </w:r>
    </w:p>
    <w:p>
      <w:r>
        <w:rPr>
          <w:b/>
        </w:rPr>
        <w:t xml:space="preserve">[37:34] </w:t>
      </w:r>
      <w:r>
        <w:t>" to rasool Allah ne kaha ke: "main camel ka bachcha doonga aap ko." to us ne kaha ke: "main kya karunga? mujhe to bohat lamba safar karna hai, bachche ka kya karunga main?</w:t>
      </w:r>
    </w:p>
    <w:p>
      <w:pPr>
        <w:jc w:val="right"/>
      </w:pPr>
      <w:r>
        <w:t>"تو رسولاللہنےکہاکہ: "میں کیملکابچہدوںگااپکو۔" تو اسنےکہاکہ:"میںکیاکروںگا؟مجھےتوبہتلمباسفرکرناہے،بچےکاکیاکروںگامیں؟</w:t>
      </w:r>
    </w:p>
    <w:p>
      <w:r>
        <w:rPr>
          <w:b/>
        </w:rPr>
        <w:t xml:space="preserve">[37:43] </w:t>
      </w:r>
      <w:r>
        <w:t>" to rasool Allah ne kaha ke: "saare camel, camel ke bachche hi hote hain." he gave proper camel just to make him little</w:t>
      </w:r>
    </w:p>
    <w:p>
      <w:pPr>
        <w:jc w:val="right"/>
      </w:pPr>
      <w:r>
        <w:t>"تورسولاللہنےکہاکہ:"سارےکیمل، کیملکےبچےہیہوتےہیں۔" ہیگیو پراپر کیمل جسٹٹو میکہم لٹل</w:t>
      </w:r>
    </w:p>
    <w:p>
      <w:r>
        <w:rPr>
          <w:b/>
        </w:rPr>
        <w:t xml:space="preserve">[37:53] </w:t>
      </w:r>
      <w:r>
        <w:t>amused. light side of prophet. so, we have maybe one day, we are organizing a session only on these sort of narrations. inshallah, we have a lot of narrations like this. inshallah, I am noting it down, doctor sahib, right away.</w:t>
      </w:r>
    </w:p>
    <w:p>
      <w:pPr>
        <w:jc w:val="right"/>
      </w:pPr>
      <w:r>
        <w:t>امیوز۔ لائٹاسائیڈاف پرافٹ۔ سو، ویہیو میبیونڈے،وی ارگنائز اسیشناونلیان دیز سورٹاف نیریشنز۔انشاءاللہ،ویہیولاٹاف نیریشنزلائکدس۔انشاءاللہ،ائیایمنوٹنگاٹڈاؤن،ڈاکٹرصاحب،رائٹاوے۔</w:t>
      </w:r>
    </w:p>
    <w:p>
      <w:r>
        <w:rPr>
          <w:b/>
        </w:rPr>
        <w:t xml:space="preserve">[38:08] </w:t>
      </w:r>
      <w:r>
        <w:t>inshallah, doctor sahib, hazrat ayesha the wife of prophet, she was a very wise lady. it is said that she transmitted more than 2000 hadith, and prophet loved her a lot</w:t>
      </w:r>
    </w:p>
    <w:p>
      <w:pPr>
        <w:jc w:val="right"/>
      </w:pPr>
      <w:r>
        <w:t>انشاءاللہ، ڈاکٹرصاحب،حضرتعائشہدی وائفاف پرافٹ، شیواز اویریوائزلیڈی۔اٹازسیڈدیٹ شی ٹرانسمیٹڈموردین2 000حدیث، اینڈ پرافٹلوڈہرالاٹ</w:t>
      </w:r>
    </w:p>
    <w:p>
      <w:r>
        <w:rPr>
          <w:b/>
        </w:rPr>
        <w:t xml:space="preserve">[38:22] </w:t>
      </w:r>
      <w:r>
        <w:t>. once prophet made a very beautiful and standard dua for her, and an away, it should be connection that prophet did, you know, with prayer, with his love for her.</w:t>
      </w:r>
    </w:p>
    <w:p>
      <w:pPr>
        <w:jc w:val="right"/>
      </w:pPr>
      <w:r>
        <w:t>۔ ونس پرافٹ میڈ اویریبیوٹیفل اینڈاٹینڈردعا فار ہر، اینڈاناوے،اٹ شوڈدیکنیکشندیٹپرافٹڈیڈ، یونو،ودپریر،ود ہزلو فار ہر۔</w:t>
      </w:r>
    </w:p>
    <w:p>
      <w:r>
        <w:rPr>
          <w:b/>
        </w:rPr>
        <w:t xml:space="preserve">[38:36] </w:t>
      </w:r>
      <w:r>
        <w:t>can you tell us more about what dua he made for hazrat ayesha? ya, absolutely, this is a beautiful dua. actually, one day, ayesha (may Allah be pleased with her) saw that the prophet (peace be upon him) is in a very happy mood, an joyful mood.</w:t>
      </w:r>
    </w:p>
    <w:p>
      <w:pPr>
        <w:jc w:val="right"/>
      </w:pPr>
      <w:r>
        <w:t>کینیوٹیلاسموراباؤٹواٹ دعاہیمیڈفار حضرتعائشہ؟ یا، ایبسولیوٹلی،دساز ابیوٹیفل دعا۔ ایکچولی،ونڈے،عائشہرضیاللہ عنہا سو دیٹدیپرافٹصلیاللہعلیہوسلم ازاناویریہیپیموڈ، انا جوئےفل موڈ۔</w:t>
      </w:r>
    </w:p>
    <w:p>
      <w:r>
        <w:rPr>
          <w:b/>
        </w:rPr>
        <w:t xml:space="preserve">[38:52] </w:t>
      </w:r>
      <w:r>
        <w:t>so, she asked him: "ya rasool Allah, Allah le o messenger of Allah, please make dua for me." so, the prophet raised his hands like this, and he said: "Allah mughfir li ayesha,</w:t>
      </w:r>
    </w:p>
    <w:p>
      <w:pPr>
        <w:jc w:val="right"/>
      </w:pPr>
      <w:r>
        <w:t>سو،شی اسک ڈ ہم :"یارسول اللہ،اللہ لی او میسنجرافاللہ ،پلیز میکدعافارمی ۔ "سو،داپرافٹ ریزڈ ہزہینڈزلائکدس،اینڈہیسیڈ:"اللہ مغ فر لیعائشہ،</w:t>
      </w:r>
    </w:p>
    <w:p>
      <w:r>
        <w:rPr>
          <w:b/>
        </w:rPr>
        <w:t xml:space="preserve">[39:06] </w:t>
      </w:r>
      <w:r>
        <w:t>ma taqdam min zambih, ma ta'akhkhar, ma asrar, wa ma a'lan." O Allah, forgive ayesha, her future sins, and her past sins, her hidden sins, and her public sins</w:t>
      </w:r>
    </w:p>
    <w:p>
      <w:pPr>
        <w:jc w:val="right"/>
      </w:pPr>
      <w:r>
        <w:t>ماتق دم منذنبہ،ما تاخر ، ما اس رت، وما اعلنت ۔" او اللہ، فگع ائشہ ،ال ہرفیوچرسنز، اینڈہرپاسٹ سنز،ہرہڈنسن ز، اینڈہرپبلکسن</w:t>
      </w:r>
    </w:p>
    <w:p>
      <w:r>
        <w:rPr>
          <w:b/>
        </w:rPr>
        <w:t xml:space="preserve">[39:22] </w:t>
      </w:r>
      <w:r>
        <w:t>s. so, ayesha was so happy that she began to laugh, and in excitement, she fell on the bed. so, when the prophet saw her, he asked: "are you so happy about my dua, my prayer?" and she said: "how can I not be happy?</w:t>
      </w:r>
    </w:p>
    <w:p>
      <w:pPr>
        <w:jc w:val="right"/>
      </w:pPr>
      <w:r>
        <w:t>ز۔ سو،عائشہوازسو ہی پی دیٹشیبیگنٹولاؤ، اینڈان ایکسائٹمنٹ ،شی فیل ان دا بیڈ۔ سو،وینداپرافٹسو ہر، ہیاسکڈ:"اریوسوہیپیاباؤٹمائید س،مائیدعا؟" اینڈشیسیڈ:"ہاؤکینائیناٹبیہیپی؟</w:t>
      </w:r>
    </w:p>
    <w:p>
      <w:r>
        <w:rPr>
          <w:b/>
        </w:rPr>
        <w:t xml:space="preserve">[39:38] </w:t>
      </w:r>
      <w:r>
        <w:t>such a beautiful dua."</w:t>
      </w:r>
    </w:p>
    <w:p>
      <w:pPr>
        <w:jc w:val="right"/>
      </w:pPr>
      <w:r>
        <w:t>سچابیوٹیفلدعا۔"یس</w:t>
      </w:r>
    </w:p>
    <w:p>
      <w:r>
        <w:rPr>
          <w:b/>
        </w:rPr>
        <w:t xml:space="preserve">[39:40] </w:t>
      </w:r>
      <w:r>
        <w:t>. so, rasool Allah (peace be upon him) said: "wallah,</w:t>
      </w:r>
    </w:p>
    <w:p>
      <w:pPr>
        <w:jc w:val="right"/>
      </w:pPr>
      <w:r>
        <w:t>۔ سو،رسولاللہصلیاللہعلیہوسلمسیڈ: "واللہ،</w:t>
      </w:r>
    </w:p>
    <w:p>
      <w:r>
        <w:rPr>
          <w:b/>
        </w:rPr>
        <w:t xml:space="preserve">[39:47] </w:t>
      </w:r>
      <w:r>
        <w:t>I have fulfilled high, I swear by Allah that this is my dua for the entire Ummah, every an every single prayer, every day."</w:t>
      </w:r>
    </w:p>
    <w:p>
      <w:pPr>
        <w:jc w:val="right"/>
      </w:pPr>
      <w:r>
        <w:t>انہافیکلکہائیسویئر بائیاللہ دیٹدساز انڈی ڈمائیدعا فار دیانٹائرام ت، ای وری انای وری سنگ ل پریر،ایوریڈے۔" سو،دسازسچا بیوٹیفلتھنگ۔</w:t>
      </w:r>
    </w:p>
    <w:p>
      <w:r>
        <w:rPr>
          <w:b/>
        </w:rPr>
        <w:t xml:space="preserve">[40:00] </w:t>
      </w:r>
      <w:r>
        <w:t>so, this is such a beautiful thing.</w:t>
      </w:r>
    </w:p>
    <w:p>
      <w:pPr>
        <w:jc w:val="right"/>
      </w:pPr>
      <w:r>
        <w:t>اٹوازناٹجسٹفار عائشہرضیاللہعنہا،بٹاٹاز فار ایوریوناف اس</w:t>
      </w:r>
    </w:p>
    <w:p>
      <w:r>
        <w:rPr>
          <w:b/>
        </w:rPr>
        <w:t xml:space="preserve">[40:05] </w:t>
      </w:r>
      <w:r>
        <w:t>it was not just for ayesha (may Allah be pleased with her), but it was for everyone of us. even when we were not born, the prophet prayed for us, and this is the reason that we love the prophet so much. there is a hadith, prophet (peace be upon him) said: "a time will come when a person will give up all his wealth, his family, just to see me." so, that is the kind of love we have for the prophet.</w:t>
      </w:r>
    </w:p>
    <w:p>
      <w:pPr>
        <w:jc w:val="right"/>
      </w:pPr>
      <w:r>
        <w:t>۔ایونوینویوارناٹ بورن، داپرافٹپریڈفاراس ،اینڈدساز دا ر یزن دیٹویلو ڈداپرافٹسو مچ ۔دیرازاحدیث ،پرافٹصلیاللہعلیہوسلمسیڈ:"اےٹائمولکم ویناپرسن ول گیواپ ال ہز ویلتھ،ہزفیملی،جسٹٹوسی می ۔" سو،دیٹازداکائنڈافلو ویہیوفارداپرافٹ۔</w:t>
      </w:r>
    </w:p>
    <w:p>
      <w:r>
        <w:rPr>
          <w:b/>
        </w:rPr>
        <w:t xml:space="preserve">[40:27] </w:t>
      </w:r>
      <w:r>
        <w:t>right,</w:t>
      </w:r>
    </w:p>
    <w:p>
      <w:pPr>
        <w:jc w:val="right"/>
      </w:pPr>
      <w:r>
        <w:t>رائٹ،</w:t>
      </w:r>
    </w:p>
    <w:p>
      <w:r>
        <w:rPr>
          <w:b/>
        </w:rPr>
        <w:t xml:space="preserve">[40:28] </w:t>
      </w:r>
      <w:r>
        <w:t>doctor sahib, that brings us to the last question of this session today, and in continuation to the previous answer that you gave. there was an amazing night that was mentioned when prophet stood at night praying, and he reflected deeply on the signs of Allah, and he kept crying all through the night.</w:t>
      </w:r>
    </w:p>
    <w:p>
      <w:pPr>
        <w:jc w:val="right"/>
      </w:pPr>
      <w:r>
        <w:t>ڈاکٹرصاحب،دیٹبرنگزاسٹودالاسٹکوسچنافداسیشنٹوڈے، اینڈانکنٹینیوشنٹو دا پریویس انسردیٹیوگیو۔ دیروازانامیزنگنائٹدیٹازمینشن وینپرافٹ سٹوڈایٹنائٹ پرینگ، اینڈ ہی ریفلیکٹڈڈیپلیاندا سائنزاف اللہ ، اینڈہیکیپٹکرائنگال تھرودانائٹ ۔</w:t>
      </w:r>
    </w:p>
    <w:p>
      <w:r>
        <w:rPr>
          <w:b/>
        </w:rPr>
        <w:t xml:space="preserve">[40:48] </w:t>
      </w:r>
      <w:r>
        <w:t>can you tell us about this amazing night? that was amazing, absolutely,</w:t>
      </w:r>
    </w:p>
    <w:p>
      <w:pPr>
        <w:jc w:val="right"/>
      </w:pPr>
      <w:r>
        <w:t>کینیوٹیلاساباؤٹ دس امیزنگنائٹ؟دیٹوازامیزنگ،ایبسولیوٹلی،</w:t>
      </w:r>
    </w:p>
    <w:p>
      <w:r>
        <w:rPr>
          <w:b/>
        </w:rPr>
        <w:t xml:space="preserve">[40:54] </w:t>
      </w:r>
      <w:r>
        <w:t>because ayesha (may Allah be pleased with her) lived for about fifty years after the prophet passed away, and she became the greatest scholar of Islam, and people used to come to her to get guidance. and</w:t>
      </w:r>
    </w:p>
    <w:p>
      <w:pPr>
        <w:jc w:val="right"/>
      </w:pPr>
      <w:r>
        <w:t>بیکازعائشہرضیاللہ عنہا لیوڈفار اباؤٹففٹیایئرزافٹر دا پرافٹ پاسٹاوے، اینڈشیبیکمدا گریٹسٹ سکالرزاف اسلام ،اینڈپیپلیوزٹوکم ٹو ہرٹو گیٹگائیڈنس ۔این</w:t>
      </w:r>
    </w:p>
    <w:p>
      <w:r>
        <w:rPr>
          <w:b/>
        </w:rPr>
        <w:t xml:space="preserve">[41:08] </w:t>
      </w:r>
      <w:r>
        <w:t>and</w:t>
      </w:r>
    </w:p>
    <w:p>
      <w:pPr>
        <w:jc w:val="right"/>
      </w:pPr>
      <w:r>
        <w:t>ڈ</w:t>
      </w:r>
    </w:p>
    <w:p>
      <w:r>
        <w:rPr>
          <w:b/>
        </w:rPr>
        <w:t xml:space="preserve">[41:11] </w:t>
      </w:r>
      <w:r>
        <w:t>one of the tabi, the next generation of the companions, once he came to ayesha (may Allah be pleased with her), and he said: "please tell us, what was the most amazing thing you ever saw from the prophet (peace be upon him)?" so,</w:t>
      </w:r>
    </w:p>
    <w:p>
      <w:pPr>
        <w:jc w:val="right"/>
      </w:pPr>
      <w:r>
        <w:t>وناف دی ت ابعی، دینیکسٹجنریشناف دیصحابہ، ونسہی کیم ٹو عائشہرضیاللہعنہا،اینڈہی سیڈ:"پلیزٹیلاس ، واٹوازداموسٹ امیزنگ تھ نگ یوایور سو فرامدیپرافٹصلیاللہعلیہوسلم؟" سو،</w:t>
      </w:r>
    </w:p>
    <w:p>
      <w:r>
        <w:rPr>
          <w:b/>
        </w:rPr>
        <w:t xml:space="preserve">[41:31] </w:t>
      </w:r>
      <w:r>
        <w:t>atkamzandab kas: "she remained silent,</w:t>
      </w:r>
    </w:p>
    <w:p>
      <w:pPr>
        <w:jc w:val="right"/>
      </w:pPr>
      <w:r>
        <w:t>اٹکمزانداب کس: " شی ریمینسائلنٹ،</w:t>
      </w:r>
    </w:p>
    <w:p>
      <w:r>
        <w:rPr>
          <w:b/>
        </w:rPr>
        <w:t xml:space="preserve">[41:37] </w:t>
      </w:r>
      <w:r>
        <w:t>and then buct , then she started crying,</w:t>
      </w:r>
    </w:p>
    <w:p>
      <w:pPr>
        <w:jc w:val="right"/>
      </w:pPr>
      <w:r>
        <w:t>اینڈ ثم بکت ،دینشی سٹارٹڈکرائنگ،</w:t>
      </w:r>
    </w:p>
    <w:p>
      <w:r>
        <w:rPr>
          <w:b/>
        </w:rPr>
        <w:t xml:space="preserve">[41:44] </w:t>
      </w:r>
      <w:r>
        <w:t>and she said:</w:t>
      </w:r>
    </w:p>
    <w:p>
      <w:pPr>
        <w:jc w:val="right"/>
      </w:pPr>
      <w:r>
        <w:t>اینڈشی سیڈ:</w:t>
      </w:r>
    </w:p>
    <w:p>
      <w:r>
        <w:rPr>
          <w:b/>
        </w:rPr>
        <w:t xml:space="preserve">[41:49] </w:t>
      </w:r>
      <w:r>
        <w:t>everything about him was amazing.</w:t>
      </w:r>
    </w:p>
    <w:p>
      <w:pPr>
        <w:jc w:val="right"/>
      </w:pPr>
      <w:r>
        <w:t>ای وریتھنگاباؤٹہم وازامیزنگ۔</w:t>
      </w:r>
    </w:p>
    <w:p>
      <w:r>
        <w:rPr>
          <w:b/>
        </w:rPr>
        <w:t xml:space="preserve">[41:55] </w:t>
      </w:r>
      <w:r>
        <w:t>"his entire way of life was full of wonder, and she said:"but one particular night i can never forget.</w:t>
      </w:r>
    </w:p>
    <w:p>
      <w:pPr>
        <w:jc w:val="right"/>
      </w:pPr>
      <w:r>
        <w:t>"ہزانٹائروےافلائفواز فل اف ونڈر، اینڈشیسیڈ:"بٹ ون پرٹیکولر نائٹ ائیکیننیورفورگیٹ۔</w:t>
      </w:r>
    </w:p>
    <w:p>
      <w:r>
        <w:rPr>
          <w:b/>
        </w:rPr>
        <w:t xml:space="preserve">[42:05] </w:t>
      </w:r>
      <w:r>
        <w:t>" one night, the prophet came to bed, to lie down , his skin was touching my skin , and he said : "ya ibn abi baker , o the daughter of abu baker ,</w:t>
      </w:r>
    </w:p>
    <w:p>
      <w:pPr>
        <w:jc w:val="right"/>
      </w:pPr>
      <w:r>
        <w:t>" وننائٹ،داپرافٹکیم ٹو بیڈ، ٹولیڈاؤن ،ہزسکنوازٹچنگ مائیسکن ،اینڈہی سیڈ : "یا ابن ابیبکر ، او دی ڈاٹرافاب وبکر ،</w:t>
      </w:r>
    </w:p>
    <w:p>
      <w:r>
        <w:rPr>
          <w:b/>
        </w:rPr>
        <w:t xml:space="preserve">[42:24] </w:t>
      </w:r>
      <w:r>
        <w:t>will you allow me to worship my lord this night ?" and he was the prophet of god , angels are coming to him , khair al bashar , khatam al nabiyyin</w:t>
      </w:r>
    </w:p>
    <w:p>
      <w:pPr>
        <w:jc w:val="right"/>
      </w:pPr>
      <w:r>
        <w:t>ول یوالاؤمیٹوورسپ مائیلارڈدسنائٹ ؟"اینڈہیوازداپرافٹ افگاڈ ،اینجلزارکمنگٹوہم ،خیر البشر ، خاتمالنبیین</w:t>
      </w:r>
    </w:p>
    <w:p>
      <w:r>
        <w:rPr>
          <w:b/>
        </w:rPr>
        <w:t xml:space="preserve">[42:35] </w:t>
      </w:r>
      <w:r>
        <w:t>, yet he was so humble that he was asking permission from his wife , out of respect and out of love for her.</w:t>
      </w:r>
    </w:p>
    <w:p>
      <w:pPr>
        <w:jc w:val="right"/>
      </w:pPr>
      <w:r>
        <w:t>، یٹ ہیوازسوہمبل دیٹہیازاسک نگ پرمیشنفر ام ہرہزوائف ،اؤٹاف ریسپیکٹ اینڈاؤٹافلوفار ہر۔</w:t>
      </w:r>
    </w:p>
    <w:p>
      <w:r>
        <w:rPr>
          <w:b/>
        </w:rPr>
        <w:t xml:space="preserve">[42:45] </w:t>
      </w:r>
      <w:r>
        <w:t>and look at aisha said, beautiful :"wallah, i do not love you, i swear to god that i love being close to you,</w:t>
      </w:r>
    </w:p>
    <w:p>
      <w:pPr>
        <w:jc w:val="right"/>
      </w:pPr>
      <w:r>
        <w:t>اینڈلوکواٹعائشہسیڈ،بیوٹیفل :"واللہ،انی لا اح ب قربک، ائیسویئرٹوگاڈدیٹائیلو بینگکلوزٹویو،</w:t>
      </w:r>
    </w:p>
    <w:p>
      <w:r>
        <w:rPr>
          <w:b/>
        </w:rPr>
        <w:t xml:space="preserve">[43:00] </w:t>
      </w:r>
      <w:r>
        <w:t>i love being close to you, but i love even more what makes you happy." so, prophet muhammad sallallahu alaihi wasallam got up , and there was a water skin, a little water. he made wudu, and he started to pray, saying:"allahu akbar ," and soon after, he started crying heavily</w:t>
      </w:r>
    </w:p>
    <w:p>
      <w:pPr>
        <w:jc w:val="right"/>
      </w:pPr>
      <w:r>
        <w:t>ائیلو بین گ کلوزٹویو، بٹ ائی لو ایونمور واٹمیکسیوہی پی۔" سو، پرافٹمحمد صلیاللہعلیہوسلمگاٹاپ ،اینڈدیروازاواٹری سکنودلٹلواٹر ۔ہیمیڈوضو، اینڈ ہیسٹارٹڈ ٹوپری، سینگ:"اللہ اکبر ،" اینڈسونافٹر ،ہیسٹارٹڈ کرائنگ ہیولی</w:t>
      </w:r>
    </w:p>
    <w:p>
      <w:r>
        <w:rPr>
          <w:b/>
        </w:rPr>
        <w:t xml:space="preserve">[43:28] </w:t>
      </w:r>
      <w:r>
        <w:t>. aisha razi allahu anha said that he cried so much that his entire beard was soaked with tears, and his garment was also wet with tears.</w:t>
      </w:r>
    </w:p>
    <w:p>
      <w:pPr>
        <w:jc w:val="right"/>
      </w:pPr>
      <w:r>
        <w:t>۔عائشہرضیاللہعنہاسیز دیٹہیکرائیڈسو مچدیٹ ہز انٹائر بیئرڈ وازسوکڈودٹیئرز، اینڈہز گارمنٹ وازال ویٹ ودٹیئرز۔</w:t>
      </w:r>
    </w:p>
    <w:p>
      <w:r>
        <w:rPr>
          <w:b/>
        </w:rPr>
        <w:t xml:space="preserve">[43:43] </w:t>
      </w:r>
      <w:r>
        <w:t>his lip was also wet with tears. the place where he was prostrating was completely wet with tears, and he caused a puddle in the house that night with his tears.</w:t>
      </w:r>
    </w:p>
    <w:p>
      <w:pPr>
        <w:jc w:val="right"/>
      </w:pPr>
      <w:r>
        <w:t>ہز لیپوازال ویٹودٹیئرز۔ داپلیسویرہیواز پروسٹیٹنگ وازکمپلیٹلی ویٹ ودٹیئرز،اینڈہیکازڈ اپڈل اندا ہاؤس اندیٹنائٹودہز ٹی ئرز۔</w:t>
      </w:r>
    </w:p>
    <w:p>
      <w:r>
        <w:rPr>
          <w:b/>
        </w:rPr>
        <w:t xml:space="preserve">[43:58] </w:t>
      </w:r>
      <w:r>
        <w:t>and he continued doing this till bilal came and gave the azan for fajr.</w:t>
      </w:r>
    </w:p>
    <w:p>
      <w:pPr>
        <w:jc w:val="right"/>
      </w:pPr>
      <w:r>
        <w:t>اینڈہی کنٹینیوڈڈوئنگ دس ٹل بل ال کیم اینڈگیودی اذان فورفجر۔</w:t>
      </w:r>
    </w:p>
    <w:p>
      <w:r>
        <w:rPr>
          <w:b/>
        </w:rPr>
        <w:t xml:space="preserve">[44:07] </w:t>
      </w:r>
      <w:r>
        <w:t>i will spend the entire night, and aisha razi allahu anha was very very worried that what happened. she never saw the prophet crying like this, and she said to:"ya rasulullah , ma yukik ? why are you crying so much ?</w:t>
      </w:r>
    </w:p>
    <w:p>
      <w:pPr>
        <w:jc w:val="right"/>
      </w:pPr>
      <w:r>
        <w:t>ائیویلدا انٹائرنائٹ ، اینڈعائشہرضیاللہعنہاواز ویری وریڈکہواٹہیز ہیپنڈ۔شینیورسو دا پرافٹ کرائنگلائکدس، اینڈشیسیڈ ٹو:"یارسول اللہ ، ما یوکیک ؟وائیاریوکرائنگسومچ؟</w:t>
      </w:r>
    </w:p>
    <w:p>
      <w:r>
        <w:rPr>
          <w:b/>
        </w:rPr>
        <w:t xml:space="preserve">[44:30] </w:t>
      </w:r>
      <w:r>
        <w:t>didnt allah already forgive forgiven all your sins, past sins, present sins?" then the prophet said:"ya aisha, a la akun abd ashkur?"</w:t>
      </w:r>
    </w:p>
    <w:p>
      <w:pPr>
        <w:jc w:val="right"/>
      </w:pPr>
      <w:r>
        <w:t>ڈیڈنٹاللہ الریڈی فورگیو فورگیون ال یورسن ز، پاسٹسنز،پریزنٹسنز؟" دینداپرافٹسیڈ:"یا عائشہ، افلاکون عبد اشک ورا؟</w:t>
      </w:r>
    </w:p>
    <w:p>
      <w:r>
        <w:rPr>
          <w:b/>
        </w:rPr>
        <w:t xml:space="preserve">[44:47] </w:t>
      </w:r>
      <w:r>
        <w:t>should i not be a grateful servant?" and the prophet said:"tonight our was revealed to me, " and he said:"whoever reads it and doesnt contemplate on it."</w:t>
      </w:r>
    </w:p>
    <w:p>
      <w:pPr>
        <w:jc w:val="right"/>
      </w:pPr>
      <w:r>
        <w:t>شوڈائیناٹبیاگریٹفل سرونٹ؟ "اینڈداپرافٹسیڈ: "ٹونائٹاورسوازریویلٹومی، "اینڈہیسیڈ: "وہٹوہمہو ریڈزاٹ اینڈڈزنٹ کنٹیمپلیٹاناٹ۔"</w:t>
      </w:r>
    </w:p>
    <w:p>
      <w:r>
        <w:rPr>
          <w:b/>
        </w:rPr>
        <w:t xml:space="preserve">[45:01] </w:t>
      </w:r>
      <w:r>
        <w:t>and this was the verse of surah al imran, the end of surah al imran. there are four verses: "alladhina yadhkurunallah</w:t>
      </w:r>
    </w:p>
    <w:p>
      <w:pPr>
        <w:jc w:val="right"/>
      </w:pPr>
      <w:r>
        <w:t>اینڈدسازداورساف سورہال عمر ان، دی اینڈاف سورہ العمران۔دیرارفورفائیوورسز: "الذین یذکروناللہ</w:t>
      </w:r>
    </w:p>
    <w:p>
      <w:r>
        <w:rPr>
          <w:b/>
        </w:rPr>
        <w:t xml:space="preserve">[45:16] </w:t>
      </w:r>
      <w:r>
        <w:t>subhanak, fa qina azab an-nar." those who remember allah while standing, sitting and lying on their sides, and reflect upon the creation of</w:t>
      </w:r>
    </w:p>
    <w:p>
      <w:pPr>
        <w:jc w:val="right"/>
      </w:pPr>
      <w:r>
        <w:t>سبحان ک، فقنا عذاب النار ۔" دوزر یممبراللہ و ائل سٹینڈ نگ،سٹنگاینڈلائنگان دیرسائیڈز، اینڈریفلیکٹ اپونداکریشناف</w:t>
      </w:r>
    </w:p>
    <w:p>
      <w:r>
        <w:rPr>
          <w:b/>
        </w:rPr>
        <w:t xml:space="preserve">[45:28] </w:t>
      </w:r>
      <w:r>
        <w:t>heavens and earth. and they said: "our lord, you have not created this without purpose. there is a deep purpose behind the creation.</w:t>
      </w:r>
    </w:p>
    <w:p>
      <w:pPr>
        <w:jc w:val="right"/>
      </w:pPr>
      <w:r>
        <w:t>ہیونزاینڈارتھ۔اینڈدےسیڈ: "اورلارڈ،یوہیوناٹکریٹڈدسوداؤٹپرپس۔ دیراز اڈی پ پرپس بیہائنڈ دا کری شن ۔</w:t>
      </w:r>
    </w:p>
    <w:p>
      <w:r>
        <w:rPr>
          <w:b/>
        </w:rPr>
        <w:t xml:space="preserve">[45:39] </w:t>
      </w:r>
      <w:r>
        <w:t>protect us from the punishment of fire."</w:t>
      </w:r>
    </w:p>
    <w:p>
      <w:pPr>
        <w:jc w:val="right"/>
      </w:pPr>
      <w:r>
        <w:t>پروٹیکٹاسفرامدیپنش منٹاف فائر۔"</w:t>
      </w:r>
    </w:p>
    <w:p>
      <w:r>
        <w:rPr>
          <w:b/>
        </w:rPr>
        <w:t xml:space="preserve">[45:42] </w:t>
      </w:r>
      <w:r>
        <w:t>and you know, if you read the quran, the quran over and over said: "like few</w:t>
      </w:r>
    </w:p>
    <w:p>
      <w:pPr>
        <w:jc w:val="right"/>
      </w:pPr>
      <w:r>
        <w:t>اینڈ یونو،افیوریڈداقر ان، داقر ان اووراینڈاوور سیڈ: "لائک فی</w:t>
      </w:r>
    </w:p>
    <w:p>
      <w:r>
        <w:rPr>
          <w:b/>
        </w:rPr>
        <w:t xml:space="preserve">[45:54] </w:t>
      </w:r>
      <w:r>
        <w:t>al haqq, we will show them our signs in the universe, and the horizon, and the universe, until it becomes clear that this is the truth."</w:t>
      </w:r>
    </w:p>
    <w:p>
      <w:pPr>
        <w:jc w:val="right"/>
      </w:pPr>
      <w:r>
        <w:t>الحق،ویویلشودیم اور سائنز ان دا یونیورس ، انداہورائزن، اندایونیورس ، انٹلاٹبیکمزکلی ئر دی ٹدساز دا ٹروتھ۔"</w:t>
      </w:r>
    </w:p>
    <w:p>
      <w:r>
        <w:rPr>
          <w:b/>
        </w:rPr>
        <w:t xml:space="preserve">[46:08] </w:t>
      </w:r>
      <w:r>
        <w:t>so, this verse reminds us that, meaning meaning this that allah has created, the entire universe is full of allah's signs, and by reflecting on it, contemplating it, tabarra is why Maulana tabarra emphasized so much.</w:t>
      </w:r>
    </w:p>
    <w:p>
      <w:pPr>
        <w:jc w:val="right"/>
      </w:pPr>
      <w:r>
        <w:t>سو،دس ورس السوریمائنڈزاس دیٹ ، یعنی یعنی یہجو اللہ نےجوکائناتبنائیہے، پورییونیورس اللہ کی نش انیوںسےبھریہوئیہے، اور اس کےاوپرہم غورکرکے، اسکوکنٹیمپلیٹکرکے،تد براسیلیےمولانا تد بر پہکتنا زوردیتےتھے۔</w:t>
      </w:r>
    </w:p>
    <w:p>
      <w:r>
        <w:rPr>
          <w:b/>
        </w:rPr>
        <w:t xml:space="preserve">[46:28] </w:t>
      </w:r>
      <w:r>
        <w:t>right. he said nowadays people just read quran in arabic without understanding, but reading quran in your own language is very important</w:t>
      </w:r>
    </w:p>
    <w:p>
      <w:pPr>
        <w:jc w:val="right"/>
      </w:pPr>
      <w:r>
        <w:t>رائٹ۔ کہاج کل لوگ بسقرانعربیمیںپڑھلیتےہیں بناسمجھے، لیکن قرانکو اپنی زبان میںپڑھنابہتضروری</w:t>
      </w:r>
    </w:p>
    <w:p>
      <w:r>
        <w:rPr>
          <w:b/>
        </w:rPr>
        <w:t xml:space="preserve">[46:37] </w:t>
      </w:r>
      <w:r>
        <w:t>yes. whatever your mother tongue is, nowadays people mostly read in english, or urdu, hindi, english, punjabi, gujarati. whatever is your language, you should read the quran in that language, and and not only that, you should contemplate on it, think deeply.</w:t>
      </w:r>
    </w:p>
    <w:p>
      <w:pPr>
        <w:jc w:val="right"/>
      </w:pPr>
      <w:r>
        <w:t>ہے۔ اپکی جوبھی مدرٹنگہے، اجکل لوگ انگل شہیزیادہ تر پڑھتےہیں،یا ارد و،ہندی،انگلش،پنج ابی،گجراتی۔واٹایورازیورلینگویج،یوشوڈریڈداقراناندیٹلینگویج، اینڈ اینڈناٹاونلیدیٹ، یوشوڈ کنٹیمپلیٹاناٹ،تھنکڈیپلی۔</w:t>
      </w:r>
    </w:p>
    <w:p>
      <w:r>
        <w:rPr>
          <w:b/>
        </w:rPr>
        <w:t xml:space="preserve">[46:53] </w:t>
      </w:r>
      <w:r>
        <w:t>to yeh y woh zariya hai ke hum Allah ta'ala ki qurbat hasil kar saken.</w:t>
      </w:r>
    </w:p>
    <w:p>
      <w:pPr>
        <w:jc w:val="right"/>
      </w:pPr>
      <w:r>
        <w:t>تو یہ ی وہ ذریعہہےکہہم اللہ تعالی کیقربت حاصل کرسک یں۔</w:t>
      </w:r>
    </w:p>
    <w:p>
      <w:r>
        <w:rPr>
          <w:b/>
        </w:rPr>
        <w:t xml:space="preserve">[47:00] </w:t>
      </w:r>
      <w:r>
        <w:t>to Allah ta'ala se dua hai ke hamein Rasool Allah ki aai hui baton ko samajhne ki tofeeq ata farmaye, aur un pe chalne ki tofeeq ata farmaye, taake hum bhi Allah ta'ala ke rastay pe chalen, aur aakhirat mein Allah ki marzi ke haqdar banen.</w:t>
      </w:r>
    </w:p>
    <w:p>
      <w:pPr>
        <w:jc w:val="right"/>
      </w:pPr>
      <w:r>
        <w:t>تواللہ تعالی سےدعاہےکہہمیں رسول اللہ کیبت ائیہوئی باتوں کوسمجھنےکیتوفیقعطافرمائے،اور انپہچلنےکی توفیقعطافرمائے، تاکہہمبھی اللہ تعالی کے راستےپہچلیں،اور اخرتمیں اللہ کی مرضی کےحقدار بنیں۔</w:t>
      </w:r>
    </w:p>
    <w:p>
      <w:r>
        <w:rPr>
          <w:b/>
        </w:rPr>
        <w:t xml:space="preserve">[47:24] </w:t>
      </w:r>
      <w:r>
        <w:t>wa salla Allahu ta'ala ala khair khalqihi Muhammad wa ala aalihi</w:t>
      </w:r>
    </w:p>
    <w:p>
      <w:pPr>
        <w:jc w:val="right"/>
      </w:pPr>
      <w:r>
        <w:t>وصلیاللہ تعالی علی خیرخلقہمحمد وعلیالہ</w:t>
      </w:r>
    </w:p>
    <w:p>
      <w:r>
        <w:rPr>
          <w:b/>
        </w:rPr>
        <w:t xml:space="preserve">[47:28] </w:t>
      </w:r>
      <w:r>
        <w:t>wa ashabiha jameen birahmati ka ya arhamar rahemeen. Ameen. Jazak Allah Dr. Sahab, thank you for doing a beautiful. It was really an amazing session, I totally enjoyed it.</w:t>
      </w:r>
    </w:p>
    <w:p>
      <w:pPr>
        <w:jc w:val="right"/>
      </w:pPr>
      <w:r>
        <w:t>واصحابہاجمعین برحمت کیاارحمالراحمین آمین جز اکاللہ ڈاکٹرصاحب، تھینکیوفار ڈوئنگا بیوٹیفل۔اٹوازریلیانامیزنگ سیشن،ائیٹرولیانجوائےاٹ۔</w:t>
      </w:r>
    </w:p>
    <w:p>
      <w:r>
        <w:rPr>
          <w:b/>
        </w:rPr>
        <w:t xml:space="preserve">[47:39] </w:t>
      </w:r>
      <w:r>
        <w:t>But before we end this session, we are very happy to share a few launch of new Hindi book of Maulana Wahiduddin Khan sahib.</w:t>
      </w:r>
    </w:p>
    <w:p>
      <w:pPr>
        <w:jc w:val="right"/>
      </w:pPr>
      <w:r>
        <w:t>بٹبیفوروی اینڈدیسی شن، ویارویریہیپیٹوشیئرودالافیو لانچاف نیو ہندی بک اف مول اناوحیدالدینخان صاحب۔</w:t>
      </w:r>
    </w:p>
    <w:p>
      <w:r>
        <w:rPr>
          <w:b/>
        </w:rPr>
        <w:t xml:space="preserve">[47:48] </w:t>
      </w:r>
      <w:r>
        <w:t>It is titled " Atma Vikas ". Safalta ka raaz. This book has been published by Good</w:t>
      </w:r>
    </w:p>
    <w:p>
      <w:pPr>
        <w:jc w:val="right"/>
      </w:pPr>
      <w:r>
        <w:t>اٹاز ٹائٹلڈ" اتم وکاس "۔سفلتہ کا راز۔ دسبکازبینگپبلش بائے گڈ</w:t>
      </w:r>
    </w:p>
    <w:p>
      <w:r>
        <w:rPr>
          <w:b/>
        </w:rPr>
        <w:t xml:space="preserve">[47:55] </w:t>
      </w:r>
      <w:r>
        <w:t>Word Books. It is also available for download on www.cpsglobal.org.</w:t>
      </w:r>
    </w:p>
    <w:p>
      <w:pPr>
        <w:jc w:val="right"/>
      </w:pPr>
      <w:r>
        <w:t>ورڈبکس۔ اٹازالسواویلیبل فار ڈاؤنلوڈان ڈبلیوڈبلیوڈبلیوڈاٹسی پی ایس گلوبل ڈاٹ او آرجی۔</w:t>
      </w:r>
    </w:p>
    <w:p>
      <w:r>
        <w:rPr>
          <w:b/>
        </w:rPr>
        <w:t xml:space="preserve">[48:03] </w:t>
      </w:r>
      <w:r>
        <w:t>So, I will request Dr. Saniya Hasnain Khan sahib to launch this new Hindi book of Maulana Wahiduddin Khan sahib.</w:t>
      </w:r>
    </w:p>
    <w:p>
      <w:pPr>
        <w:jc w:val="right"/>
      </w:pPr>
      <w:r>
        <w:t>سو،ائیویلریکویسٹ ڈاکٹر ثانیہحسنین خانصاحبٹولانچ دسنیو ہندیبکاف مول اناوحیدالدینخان صاحب۔</w:t>
      </w:r>
    </w:p>
    <w:p>
      <w:r>
        <w:rPr>
          <w:b/>
        </w:rPr>
        <w:t xml:space="preserve">[48:15] </w:t>
      </w:r>
      <w:r>
        <w:t>Bismillah hir rahman nir rahim. Mujhe behad khushi ho rahi hai is kitab ko launch karte hue. "Atma Vikas" . Safalta ka raaz.</w:t>
      </w:r>
    </w:p>
    <w:p>
      <w:pPr>
        <w:jc w:val="right"/>
      </w:pPr>
      <w:r>
        <w:t>بسماللہالرحمن الرحیم۔ مجھے بےحد خوشیہورہیہے اس کتاب کو لانچکرتے ہوئے۔ "ات موکاس" ۔سفلتہ کاراز۔</w:t>
      </w:r>
    </w:p>
    <w:p>
      <w:r>
        <w:rPr>
          <w:b/>
        </w:rPr>
        <w:t xml:space="preserve">[48:24] </w:t>
      </w:r>
      <w:r>
        <w:t>Maulana ki yeh kitab unse liya hua ek collection hai, jismein yaani jo secret of success ki baaten hain, woh ek jagah jama kardi gayi hain.</w:t>
      </w:r>
    </w:p>
    <w:p>
      <w:pPr>
        <w:jc w:val="right"/>
      </w:pPr>
      <w:r>
        <w:t>مول اناکییہ کتاب وںسے لیاہوا ایک کلیکشنہے، جسمیں یعنیجو سیکرٹاف سکسیس کیباتیںہیں، وہ ایکجگہ جمع کردی گئی ہیں۔</w:t>
      </w:r>
    </w:p>
    <w:p>
      <w:r>
        <w:rPr>
          <w:b/>
        </w:rPr>
        <w:t xml:space="preserve">[48:42] </w:t>
      </w:r>
      <w:r>
        <w:t>Aur Dr. Sathyamilothra aur logon ne iske translation aur compilation mein mad</w:t>
      </w:r>
    </w:p>
    <w:p>
      <w:pPr>
        <w:jc w:val="right"/>
      </w:pPr>
      <w:r>
        <w:t>اور ڈاکٹرستوتھیملوت رااور لوگوںنے اس کے ٹرانسلیشناورکمپائلیشنمیں مد</w:t>
      </w:r>
    </w:p>
    <w:p>
      <w:r>
        <w:rPr>
          <w:b/>
        </w:rPr>
        <w:t xml:space="preserve">[48:50] </w:t>
      </w:r>
      <w:r>
        <w:t>adad ki hai. Bahut ahem kitab hai, aur is tarah ki kitabon ki badi zaroorat hai, chuki aaj kal log self-help andaz ki kitaben padhna chahte hain.</w:t>
      </w:r>
    </w:p>
    <w:p>
      <w:pPr>
        <w:jc w:val="right"/>
      </w:pPr>
      <w:r>
        <w:t>دکیہے۔ بہت اہم کتاب ہے،اوراسطرح کی کتاب وںکیبڑیضرورت ہے، چونکہاج کللوگ سیلفہیلپ اندازکیکتاب یں پڑھناچاہتےہیں۔</w:t>
      </w:r>
    </w:p>
    <w:p>
      <w:r>
        <w:rPr>
          <w:b/>
        </w:rPr>
        <w:t xml:space="preserve">[49:01] </w:t>
      </w:r>
      <w:r>
        <w:t>To main samajhta hoon is liye, is maqsad ke liye, yeh bahut hi umda kitab hai, aur Allah ta'ala</w:t>
      </w:r>
    </w:p>
    <w:p>
      <w:pPr>
        <w:jc w:val="right"/>
      </w:pPr>
      <w:r>
        <w:t>تومیںسمجھتاہوںاس لیے ،اس مقصدکےلیے،یہبہتہی عمدہکتاب ہے، اور اللہ تعالی</w:t>
      </w:r>
    </w:p>
    <w:p>
      <w:r>
        <w:rPr>
          <w:b/>
        </w:rPr>
        <w:t xml:space="preserve">[49:10] </w:t>
      </w:r>
      <w:r>
        <w:t>ajr azeem ata farmaye jin logon ne isko banane mein ismein hissa liya. Thank you Dr. Sahab. Okay, with this, we will end</w:t>
      </w:r>
    </w:p>
    <w:p>
      <w:pPr>
        <w:jc w:val="right"/>
      </w:pPr>
      <w:r>
        <w:t>اجر عظیمعطافرمائےجنلوگوںنےاسکو بنانےمیں اسمیں حصہلیا۔ تھینکیوڈاکٹرصاحب۔اوکے،وددس،ویویلاینڈ</w:t>
      </w:r>
    </w:p>
    <w:p>
      <w:r>
        <w:rPr>
          <w:b/>
        </w:rPr>
        <w:t xml:space="preserve">[49:20] </w:t>
      </w:r>
      <w:r>
        <w:t>today's session. We will be back next Sunday at 10:30 AM. Thank you.</w:t>
      </w:r>
    </w:p>
    <w:p>
      <w:pPr>
        <w:jc w:val="right"/>
      </w:pPr>
      <w:r>
        <w:t>ٹوڈےسیشن۔ویبی بیکنیکسٹسنڈےایٹ10:30 اےایم۔تھینکیو۔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