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May 03, 2015</w:t>
      </w:r>
    </w:p>
    <w:p>
      <w:r>
        <w:t>https://youtu.be/oLR98xFlQTc</w:t>
      </w:r>
    </w:p>
    <w:p>
      <w:r>
        <w:rPr>
          <w:b/>
        </w:rPr>
        <w:t xml:space="preserve">[00:26] </w:t>
      </w:r>
      <w:r>
        <w:t>yafqah qawli.</w:t>
      </w:r>
    </w:p>
    <w:p>
      <w:pPr>
        <w:jc w:val="right"/>
      </w:pPr>
      <w:r>
        <w:t>یفقہ قولی۔</w:t>
      </w:r>
    </w:p>
    <w:p>
      <w:r>
        <w:rPr>
          <w:b/>
        </w:rPr>
        <w:t xml:space="preserve">[00:33] </w:t>
      </w:r>
      <w:r>
        <w:t>28 april, 29 april, aur 30 april 2015 ko main abu dhabi mein tha.</w:t>
      </w:r>
    </w:p>
    <w:p>
      <w:pPr>
        <w:jc w:val="right"/>
      </w:pPr>
      <w:r>
        <w:t>28 اپریل، 29 اپریل، اور 30 اپریل 2015 کو میں ابوظبی میں تھا۔</w:t>
      </w:r>
    </w:p>
    <w:p>
      <w:r>
        <w:rPr>
          <w:b/>
        </w:rPr>
        <w:t xml:space="preserve">[00:47] </w:t>
      </w:r>
      <w:r>
        <w:t>wahan ek international conference hui, jis mein mukhtalif mulkon ke 250 ulama aur scholar shareek hue.</w:t>
      </w:r>
    </w:p>
    <w:p>
      <w:pPr>
        <w:jc w:val="right"/>
      </w:pPr>
      <w:r>
        <w:t>وہاں ایک انٹرنیشنل کانفرنس ہوئی، جس میں مختلف ملکوں کے 250 علماء اور اسکالر شریک ہوئے۔</w:t>
      </w:r>
    </w:p>
    <w:p>
      <w:r>
        <w:rPr>
          <w:b/>
        </w:rPr>
        <w:t xml:space="preserve">[01:05] </w:t>
      </w:r>
      <w:r>
        <w:t>mujhe is mein chief guest ke taur par bolne ka mauqa diya gaya.</w:t>
      </w:r>
    </w:p>
    <w:p>
      <w:pPr>
        <w:jc w:val="right"/>
      </w:pPr>
      <w:r>
        <w:t>مجھے اس میں چیف گیسٹ کے طور پر بولنے کا موقع دیا گیا۔</w:t>
      </w:r>
    </w:p>
    <w:p>
      <w:r>
        <w:rPr>
          <w:b/>
        </w:rPr>
        <w:t xml:space="preserve">[01:13] </w:t>
      </w:r>
      <w:r>
        <w:t>to us waqt jo main ne kaha us ke bare mein,</w:t>
      </w:r>
    </w:p>
    <w:p>
      <w:pPr>
        <w:jc w:val="right"/>
      </w:pPr>
      <w:r>
        <w:t>تو اس وقت جو میں نے کہا اس کے بارے میں،</w:t>
      </w:r>
    </w:p>
    <w:p>
      <w:r>
        <w:rPr>
          <w:b/>
        </w:rPr>
        <w:t xml:space="preserve">[01:22] </w:t>
      </w:r>
      <w:r>
        <w:t>us ka main khulasa yahan arz karunga.</w:t>
      </w:r>
    </w:p>
    <w:p>
      <w:pPr>
        <w:jc w:val="right"/>
      </w:pPr>
      <w:r>
        <w:t>اس کا میں خلاصہ یہاں عرض کروں گا۔</w:t>
      </w:r>
    </w:p>
    <w:p>
      <w:r>
        <w:rPr>
          <w:b/>
        </w:rPr>
        <w:t xml:space="preserve">[01:28] </w:t>
      </w:r>
      <w:r>
        <w:t>yeh asal mein yeh abu dhabi mein ek international forum banaya gaya hai,</w:t>
      </w:r>
    </w:p>
    <w:p>
      <w:pPr>
        <w:jc w:val="right"/>
      </w:pPr>
      <w:r>
        <w:t>یہ اصل میں یہ ابوظبی میں ایک انٹرنیشنل فورم بنایا گیا ہے،</w:t>
      </w:r>
    </w:p>
    <w:p>
      <w:r>
        <w:rPr>
          <w:b/>
        </w:rPr>
        <w:t xml:space="preserve">[01:35] </w:t>
      </w:r>
      <w:r>
        <w:t>jis ka maqsad hai to promote peace in the Muslim society . pichhle saal is ka pehla ijlaas hua tha.</w:t>
      </w:r>
    </w:p>
    <w:p>
      <w:pPr>
        <w:jc w:val="right"/>
      </w:pPr>
      <w:r>
        <w:t>جس کا مقصد ہے to promote peace in the Muslim society ۔ پچھلے سال اس کا پہلا اجلاس ہوا تھا۔</w:t>
      </w:r>
    </w:p>
    <w:p>
      <w:r>
        <w:rPr>
          <w:b/>
        </w:rPr>
        <w:t xml:space="preserve">[01:48] </w:t>
      </w:r>
      <w:r>
        <w:t>pichhle saal is mein mukhtalif mulkon ke dedh so numainde shareek hue the.</w:t>
      </w:r>
    </w:p>
    <w:p>
      <w:pPr>
        <w:jc w:val="right"/>
      </w:pPr>
      <w:r>
        <w:t>پچھلے سال اس میں مختلف ملکوں کے ڈیڑھ سو نمائندے شریک ہوئے تھے۔</w:t>
      </w:r>
    </w:p>
    <w:p>
      <w:r>
        <w:rPr>
          <w:b/>
        </w:rPr>
        <w:t xml:space="preserve">[01:58] </w:t>
      </w:r>
      <w:r>
        <w:t>is bar ziyada bade paimane par yeh ijtima hua, aur is mein dhai so</w:t>
      </w:r>
    </w:p>
    <w:p>
      <w:pPr>
        <w:jc w:val="right"/>
      </w:pPr>
      <w:r>
        <w:t>اس بار زیادہ بڑے پیمانے پر یہ اجتماع ہوا، اور اس میں ڈھائی سو</w:t>
      </w:r>
    </w:p>
    <w:p>
      <w:r>
        <w:rPr>
          <w:b/>
        </w:rPr>
        <w:t xml:space="preserve">[02:04] </w:t>
      </w:r>
      <w:r>
        <w:t>mukhtalif ulama ke mukhtalif mulkon ke numainde shareek hue.</w:t>
      </w:r>
    </w:p>
    <w:p>
      <w:pPr>
        <w:jc w:val="right"/>
      </w:pPr>
      <w:r>
        <w:t>مختلف علماء کے مختلف ملکوں کے نمائندے شریک ہوئے۔</w:t>
      </w:r>
    </w:p>
    <w:p>
      <w:r>
        <w:rPr>
          <w:b/>
        </w:rPr>
        <w:t xml:space="preserve">[02:12] </w:t>
      </w:r>
      <w:r>
        <w:t>to</w:t>
      </w:r>
    </w:p>
    <w:p>
      <w:pPr>
        <w:jc w:val="right"/>
      </w:pPr>
      <w:r>
        <w:t>تو</w:t>
      </w:r>
    </w:p>
    <w:p>
      <w:r>
        <w:rPr>
          <w:b/>
        </w:rPr>
        <w:t xml:space="preserve">[02:15] </w:t>
      </w:r>
      <w:r>
        <w:t>main ne wahan par jo kuch kaha us ka khulasa yeh tha ke</w:t>
      </w:r>
    </w:p>
    <w:p>
      <w:pPr>
        <w:jc w:val="right"/>
      </w:pPr>
      <w:r>
        <w:t>میں نے وہاں پر جو کچھ کہا اس کا خلاصہ یہ تھا کہ</w:t>
      </w:r>
    </w:p>
    <w:p>
      <w:r>
        <w:rPr>
          <w:b/>
        </w:rPr>
        <w:t xml:space="preserve">[02:24] </w:t>
      </w:r>
      <w:r>
        <w:t>musalman yeh sab log shikayat karte hain ke aaj ka jo musalman samaj hai, is mein hate aa gaya hai, negative thinking aa gayi hai, aur violence tak paida ho jata hai kabhi.</w:t>
      </w:r>
    </w:p>
    <w:p>
      <w:pPr>
        <w:jc w:val="right"/>
      </w:pPr>
      <w:r>
        <w:t>مسلم یہ سب لوگ شکایت کرتے ہیں کہ آج کا جو مسلم سماج ہے، اس میں ہیٹ آ گیا ہے، نیگیٹیو تھنکنگ آ گئی ہے، اور وائیلنس تک پیدا ہو جاتا ہے کبھی۔</w:t>
      </w:r>
    </w:p>
    <w:p>
      <w:r>
        <w:rPr>
          <w:b/>
        </w:rPr>
        <w:t xml:space="preserve">[02:43] </w:t>
      </w:r>
      <w:r>
        <w:t>to peace nahin hai musalman samaj mein. to peace ko kaise laya jaye? kyunke peace is the sound bottom .</w:t>
      </w:r>
    </w:p>
    <w:p>
      <w:pPr>
        <w:jc w:val="right"/>
      </w:pPr>
      <w:r>
        <w:t>تو پیس نہیں ہے مسلم سماج میں۔ تو پیس کو کیسے لایا جائے؟ کیونکہ peace is the sound bottom ۔</w:t>
      </w:r>
    </w:p>
    <w:p>
      <w:r>
        <w:rPr>
          <w:b/>
        </w:rPr>
        <w:t xml:space="preserve">[02:52] </w:t>
      </w:r>
      <w:r>
        <w:t>pes nahi hai to koi bhi kaam aap achhe tarike se nahi kar sakte. to maine kaha ke sab se pehli baat yeh hai ke hum yeh janen ke what is the genesis of this problem .</w:t>
      </w:r>
    </w:p>
    <w:p>
      <w:pPr>
        <w:jc w:val="right"/>
      </w:pPr>
      <w:r>
        <w:t>پیس نہیں ہے تو کوئی بھی کام آپ اچھے طریقے سے نہیں کر سکتے۔ تو میں نے کہا کہ سب سے پہلی بات یہ ہے کہ ہم یہ جانیں کہ what is the genesis of this problem ۔</w:t>
      </w:r>
    </w:p>
    <w:p>
      <w:r>
        <w:rPr>
          <w:b/>
        </w:rPr>
        <w:t xml:space="preserve">[03:10] </w:t>
      </w:r>
      <w:r>
        <w:t>yani pes kyon nahi hai</w:t>
      </w:r>
    </w:p>
    <w:p>
      <w:pPr>
        <w:jc w:val="right"/>
      </w:pPr>
      <w:r>
        <w:t>یعنی پیس کیوں نہیں ہے</w:t>
      </w:r>
    </w:p>
    <w:p>
      <w:r>
        <w:rPr>
          <w:b/>
        </w:rPr>
        <w:t xml:space="preserve">[03:11] </w:t>
      </w:r>
      <w:r>
        <w:t>? kyon logon mein hate aa gaya hai, violence aa gaya hai?</w:t>
      </w:r>
    </w:p>
    <w:p>
      <w:pPr>
        <w:jc w:val="right"/>
      </w:pPr>
      <w:r>
        <w:t>؟ کیوں لوگوں میں ہیٹ آ گیا ہے، وائیلنس آ گیا ہے؟</w:t>
      </w:r>
    </w:p>
    <w:p>
      <w:r>
        <w:rPr>
          <w:b/>
        </w:rPr>
        <w:t xml:space="preserve">[03:19] </w:t>
      </w:r>
      <w:r>
        <w:t>to maine kaha ke is ka sabab yeh hai ke 20th century ke first half mein muslim dunya mein kuch thinker paida hue.</w:t>
      </w:r>
    </w:p>
    <w:p>
      <w:pPr>
        <w:jc w:val="right"/>
      </w:pPr>
      <w:r>
        <w:t>تو میں نے کہا کہ اس کا سبب یہ ہے کہ 20th سینچری کے فرسٹ ہاف میں مسلم دنیا میں کچھ تھنکر پیدا ہوئی۔</w:t>
      </w:r>
    </w:p>
    <w:p>
      <w:r>
        <w:rPr>
          <w:b/>
        </w:rPr>
        <w:t xml:space="preserve">[03:36] </w:t>
      </w:r>
      <w:r>
        <w:t>arab world mein bhi aur non arab world mein bhi.</w:t>
      </w:r>
    </w:p>
    <w:p>
      <w:pPr>
        <w:jc w:val="right"/>
      </w:pPr>
      <w:r>
        <w:t>عرب ورلڈ میں بھی اور نان عرب ورلڈ میں بھی۔</w:t>
      </w:r>
    </w:p>
    <w:p>
      <w:r>
        <w:rPr>
          <w:b/>
        </w:rPr>
        <w:t xml:space="preserve">[03:41] </w:t>
      </w:r>
      <w:r>
        <w:t>un logon ne islam ka political interpretation pesh kiya, jis se sare dunya ke musalmanon ka mind jo hai politicize ho gaya.</w:t>
      </w:r>
    </w:p>
    <w:p>
      <w:pPr>
        <w:jc w:val="right"/>
      </w:pPr>
      <w:r>
        <w:t>ان لوگوں نے اسلام کا پولیٹیکل انٹرپریشن پیش کیا، جس سے سارے دنیا کے مسلمانوں کا مائنڈ جو ہے پولیٹیسائز ہو گیا۔</w:t>
      </w:r>
    </w:p>
    <w:p>
      <w:r>
        <w:rPr>
          <w:b/>
        </w:rPr>
        <w:t xml:space="preserve">[03:54] </w:t>
      </w:r>
      <w:r>
        <w:t>wo political andaaz mein sochne lage. political andaaz mein sochne ka matlab kya hai? ke islam pehle is ka matlab yeh hota tha ke aadmi apni islaah kare.</w:t>
      </w:r>
    </w:p>
    <w:p>
      <w:pPr>
        <w:jc w:val="right"/>
      </w:pPr>
      <w:r>
        <w:t>وہ پولیٹیکل انداز میں سوچنے لگے۔ پولیٹیکل انداز میں سوچنے کا مطلب کیا ہے؟ کہ اسلام پہلے اس کا مطلب یہ ہوتا تھا کہ آدمی اپنی اصلاح کرے۔</w:t>
      </w:r>
    </w:p>
    <w:p>
      <w:r>
        <w:rPr>
          <w:b/>
        </w:rPr>
        <w:t xml:space="preserve">[04:11] </w:t>
      </w:r>
      <w:r>
        <w:t>ab</w:t>
      </w:r>
    </w:p>
    <w:p>
      <w:pPr>
        <w:jc w:val="right"/>
      </w:pPr>
      <w:r>
        <w:t>اب</w:t>
      </w:r>
    </w:p>
    <w:p>
      <w:r>
        <w:rPr>
          <w:b/>
        </w:rPr>
        <w:t xml:space="preserve">[04:12] </w:t>
      </w:r>
      <w:r>
        <w:t>hadith quran mein hai ke qul ummirtu an akuna awlama aslam. kaho ke mujhe hukum diya gaya hai ke sab se pehle main apne aap ko islam mein dakhil karne wala banaoon.</w:t>
      </w:r>
    </w:p>
    <w:p>
      <w:pPr>
        <w:jc w:val="right"/>
      </w:pPr>
      <w:r>
        <w:t>حدیث قرآن میں ہے کہ قُلْ أُمِّرْتَ أَنَكُونَ أَوْلَمَا أَسْلَمَ ۔ کہو کہ مجھے حکم دیا گیا ہے کہ سب سے پہلے میں اپنے آپ کو اسلام میں داخل کرنے والا بناؤں۔</w:t>
      </w:r>
    </w:p>
    <w:p>
      <w:r>
        <w:rPr>
          <w:b/>
        </w:rPr>
        <w:t xml:space="preserve">[04:27] </w:t>
      </w:r>
      <w:r>
        <w:t>to islam ka asal khitab individual se tha. yani islamisation main is ka nishana tha.</w:t>
      </w:r>
    </w:p>
    <w:p>
      <w:pPr>
        <w:jc w:val="right"/>
      </w:pPr>
      <w:r>
        <w:t>تو اسلام کا اصل خطاب انڈیویجول سے تھا۔ یعنی اسلامائش مین اس کا نشانہ تھا۔</w:t>
      </w:r>
    </w:p>
    <w:p>
      <w:r>
        <w:rPr>
          <w:b/>
        </w:rPr>
        <w:t xml:space="preserve">[04:39] </w:t>
      </w:r>
      <w:r>
        <w:t>yahi chalta raha.</w:t>
      </w:r>
    </w:p>
    <w:p>
      <w:pPr>
        <w:jc w:val="right"/>
      </w:pPr>
      <w:r>
        <w:t>یہی چلتا رہا۔</w:t>
      </w:r>
    </w:p>
    <w:p>
      <w:r>
        <w:rPr>
          <w:b/>
        </w:rPr>
        <w:t xml:space="preserve">[04:41] </w:t>
      </w:r>
      <w:r>
        <w:t>lekin 19veen sadi mein jo colonial powers dunya mein dakhil huin, to unhone musalmanon ko musalmanon se bhi un ka sabqa pesh aaya.</w:t>
      </w:r>
    </w:p>
    <w:p>
      <w:pPr>
        <w:jc w:val="right"/>
      </w:pPr>
      <w:r>
        <w:t>لیکن 19ویں صدی میں جو کلونیل پاورز دنیا میں داخل ہوئیں، تو انہوں نے مسلمانوں کو مسلمانوں سے بھی ان کا سابقہ پیش آیا۔</w:t>
      </w:r>
    </w:p>
    <w:p>
      <w:r>
        <w:rPr>
          <w:b/>
        </w:rPr>
        <w:t xml:space="preserve">[05:01] </w:t>
      </w:r>
      <w:r>
        <w:t>to is zamane mein musalmanon ki bohat si saltanaten thin, empower tha.</w:t>
      </w:r>
    </w:p>
    <w:p>
      <w:pPr>
        <w:jc w:val="right"/>
      </w:pPr>
      <w:r>
        <w:t>تو اس زمانے میں مسلمانوں کی بہت سی سلطنتیں تھیں، ایمپاور تھا۔</w:t>
      </w:r>
    </w:p>
    <w:p>
      <w:r>
        <w:rPr>
          <w:b/>
        </w:rPr>
        <w:t xml:space="preserve">[05:08] </w:t>
      </w:r>
      <w:r>
        <w:t>to</w:t>
      </w:r>
    </w:p>
    <w:p>
      <w:pPr>
        <w:jc w:val="right"/>
      </w:pPr>
      <w:r>
        <w:t>تو</w:t>
      </w:r>
    </w:p>
    <w:p>
      <w:r>
        <w:rPr>
          <w:b/>
        </w:rPr>
        <w:t xml:space="preserve">[05:12] </w:t>
      </w:r>
      <w:r>
        <w:t>sare taqreeban sari dunya ke musalmanon ko is se asar pahuncha. yani muslim political dabdaba, musalmanon ka jo political dabdaba tha, wo khatm ho gaya.</w:t>
      </w:r>
    </w:p>
    <w:p>
      <w:pPr>
        <w:jc w:val="right"/>
      </w:pPr>
      <w:r>
        <w:t>سارے تقریباً ساری دنیا کے مسلمانوں کو اس سے اثر پہنچا۔ یعنی مسلم پولیٹیکل دبدبہ، مسلمانوں کا جو پولیٹیکل دبدبہ تھا، وہ ختم ہو گیا۔</w:t>
      </w:r>
    </w:p>
    <w:p>
      <w:r>
        <w:rPr>
          <w:b/>
        </w:rPr>
        <w:t xml:space="preserve">[05:27] </w:t>
      </w:r>
      <w:r>
        <w:t>to us waqt musalman jo jee rahe the, sense of loss mein. sari dunya ke musalman sense of loss, sense of political loss mein jee rahe the.</w:t>
      </w:r>
    </w:p>
    <w:p>
      <w:pPr>
        <w:jc w:val="right"/>
      </w:pPr>
      <w:r>
        <w:t>تو اس وقت مسلمان جو جی رہے تھے، سینس آف لاس میں۔ ساری دنیا کے مسلمان سینس آف لاس، سینس آف پولیٹیکل لاس میں جی رہے تھے۔</w:t>
      </w:r>
    </w:p>
    <w:p>
      <w:r>
        <w:rPr>
          <w:b/>
        </w:rPr>
        <w:t xml:space="preserve">[05:40] </w:t>
      </w:r>
      <w:r>
        <w:t>aur sari dunya mein mizaj tha ke how to regain our past glory. un halaat mein kuch logon ne jab yeh pesh kiya ke islam ek political system hai,</w:t>
      </w:r>
    </w:p>
    <w:p>
      <w:pPr>
        <w:jc w:val="right"/>
      </w:pPr>
      <w:r>
        <w:t>اور ساری دنیا میں مزاج تھا کہ how to regain our past glory ۔ ان حالات میں کچھ لوگوں نے جب یہ پیش کیا کہ اسلام ایک پولیٹیکل سسٹم ہے،</w:t>
      </w:r>
    </w:p>
    <w:p>
      <w:r>
        <w:rPr>
          <w:b/>
        </w:rPr>
        <w:t xml:space="preserve">[05:54] </w:t>
      </w:r>
      <w:r>
        <w:t>islam ek political nizam hai, islam ka maqsad yeh hai ke sari dunya mein islam ka rule qaim kiya jaye, to yeh logon ko bohat achha laga.</w:t>
      </w:r>
    </w:p>
    <w:p>
      <w:pPr>
        <w:jc w:val="right"/>
      </w:pPr>
      <w:r>
        <w:t>اسلام ایک پولیٹیکل نظام ہے، اسلام کا مقصد یہ ہے کہ ساری دنیا میں اسلام کا رول قائم کیا جائے، تو یہ لوگوں کو بہت اچھا لگا۔</w:t>
      </w:r>
    </w:p>
    <w:p>
      <w:r>
        <w:rPr>
          <w:b/>
        </w:rPr>
        <w:t xml:space="preserve">[06:05] </w:t>
      </w:r>
      <w:r>
        <w:t>us waqt jo psyche thi, us psyche ke mutabiq un ko is ke andar bohat appeal nazar aayi. to bare paimane par logon ne is soch ko ikhtiyar kar liya.</w:t>
      </w:r>
    </w:p>
    <w:p>
      <w:pPr>
        <w:jc w:val="right"/>
      </w:pPr>
      <w:r>
        <w:t>اس وقت جو سائیکی تھی، اس سائیکی کے مطابق ان کو اس کے اندر بہت اپیل نظر آئی۔ تو بڑے پیمانے پر لوگوں نے اس سوچ کو اختیار کر لیا۔</w:t>
      </w:r>
    </w:p>
    <w:p>
      <w:r>
        <w:rPr>
          <w:b/>
        </w:rPr>
        <w:t xml:space="preserve">[06:20] </w:t>
      </w:r>
      <w:r>
        <w:t>jamaaten banin, idare bane, literature chhapa gaya mukhtalif zubanon mein, yeh sab hua. to musalmanon mein ek research resurgence aaya,</w:t>
      </w:r>
    </w:p>
    <w:p>
      <w:pPr>
        <w:jc w:val="right"/>
      </w:pPr>
      <w:r>
        <w:t>جماعتیں بنیں، ادارے بنے، لٹریچر چھاپا گیا مختلف زبانوں میں، یہ سب ہوا۔ تو مسلمانوں میں ایک ریسرچ ریسرجنٹس آیا،</w:t>
      </w:r>
    </w:p>
    <w:p>
      <w:r>
        <w:rPr>
          <w:b/>
        </w:rPr>
        <w:t xml:space="preserve">[06:33] </w:t>
      </w:r>
      <w:r>
        <w:t>unhone chaha ke wo regain karen apni political glory ko. lekin aap jante hain ke politics ek aisi cheez hai jahan kabhi waqoo nahi hota.</w:t>
      </w:r>
    </w:p>
    <w:p>
      <w:pPr>
        <w:jc w:val="right"/>
      </w:pPr>
      <w:r>
        <w:t>انہوں نے چاہا کہ وہ ریگین کریں اپنی پولیٹیکل گروہی کو۔ لیکن آپ جانتے ہیں کہ پولیٹکس ایک ایسی چیز ہے جہاں کبھی وقوعہ نہیں ہوتا۔</w:t>
      </w:r>
    </w:p>
    <w:p>
      <w:r>
        <w:rPr>
          <w:b/>
        </w:rPr>
        <w:t xml:space="preserve">[06:48] </w:t>
      </w:r>
      <w:r>
        <w:t>koi na koi wahan occupy ki hui hota hai. political seat kabhi khali nahi hoti. koi hota hai jo wahan occupy ki hui ho.</w:t>
      </w:r>
    </w:p>
    <w:p>
      <w:pPr>
        <w:jc w:val="right"/>
      </w:pPr>
      <w:r>
        <w:t>کوئی نہ کوئی وہاں اکوائی کی ہوئی ہوتا ہے۔ پولیٹیکل سیٹ کبھی خالی نہیں ہوتی۔ کوئی ہوتا ہے جو وہاں اکوائی کی ہوئی ہو۔</w:t>
      </w:r>
    </w:p>
    <w:p>
      <w:r>
        <w:rPr>
          <w:b/>
        </w:rPr>
        <w:t xml:space="preserve">[06:58] </w:t>
      </w:r>
      <w:r>
        <w:t>to jab aap jab musalmanon ne yeh chaha ke islam ka rule qaim karen, sari dunya mein sari dunya mein islam ki hukumat qaim karen, to foran unhein mehsoos hua ke haan to koi occupy ki hui hai political seat ko.</w:t>
      </w:r>
    </w:p>
    <w:p>
      <w:pPr>
        <w:jc w:val="right"/>
      </w:pPr>
      <w:r>
        <w:t>تو جب آپ جب مسلمانوں نے یہ چاہا کہ اسلام کا رول قائم کریں، ساری دنیا میں ساری دنیا میں اسلام کی حکومت قائم کریں، تو فوراً انہیں محسوس ہوا کہ ہاں تو کوئی اکوائی کی ہوئی ہے پولیٹیکل سیٹ کو۔</w:t>
      </w:r>
    </w:p>
    <w:p>
      <w:r>
        <w:rPr>
          <w:b/>
        </w:rPr>
        <w:t xml:space="preserve">[07:16] </w:t>
      </w:r>
      <w:r>
        <w:t>to jab tak is ko un seat na kiya hai, jab tak is ko hataya na jaye, wo apne zehen mein jo un ke tha system, us ko wo nafiz nahi kar sakte.</w:t>
      </w:r>
    </w:p>
    <w:p>
      <w:pPr>
        <w:jc w:val="right"/>
      </w:pPr>
      <w:r>
        <w:t>تو جب تک اس کو ان سیٹ نہ کیا ہے، جب تک اس کو ہٹایا نہ جائے، وہ اپنے ذہن میں جو ان کے تھا سسٹم، اس کو وہ نافذ نہیں کر سکتے۔</w:t>
      </w:r>
    </w:p>
    <w:p>
      <w:r>
        <w:rPr>
          <w:b/>
        </w:rPr>
        <w:t xml:space="preserve">[07:29] </w:t>
      </w:r>
      <w:r>
        <w:t>yahan par yahin se phir shuru hua takrao. yani agar aap yeh sochen ke mujhe namaz parhna hai to kisi se takrao nahi hoga aap ka.</w:t>
      </w:r>
    </w:p>
    <w:p>
      <w:pPr>
        <w:jc w:val="right"/>
      </w:pPr>
      <w:r>
        <w:t>یہاں پر یہیں سے پھر شروع ہوا ٹکراؤ۔ یعنی اگر آپ یہ سوچیں کہ مجھے نماز پڑھنا ہے تو کسی سے ٹکراؤ نہیں ہوگا آپ کا۔</w:t>
      </w:r>
    </w:p>
    <w:p>
      <w:r>
        <w:rPr>
          <w:b/>
        </w:rPr>
        <w:t xml:space="preserve">[07:41] </w:t>
      </w:r>
      <w:r>
        <w:t>aap wuzu karenge, ja ke namaz padh lenge. lekin jab aap chahenge ke system ko badalna badlen, islam ke islam ka galat bolte hain, lekin matlab hota hai muslim, matlab rule qaim karen sari duniya mein,</w:t>
      </w:r>
    </w:p>
    <w:p>
      <w:pPr>
        <w:jc w:val="right"/>
      </w:pPr>
      <w:r>
        <w:t>آپ وضو کریں گے، جا کے نماز پڑھ لیں گے۔ لیکن جب آپ چاہیں گے کہ سسٹم کو بدلنا بدلیں، اسلام کے اسلام کا غلط بولتے ہیں، لیکن مطلب ہوتا ہے مسلم، مطلب رول قائم کریں ساری دنیا میں،</w:t>
      </w:r>
    </w:p>
    <w:p>
      <w:r>
        <w:rPr>
          <w:b/>
        </w:rPr>
        <w:t xml:space="preserve">[07:56] </w:t>
      </w:r>
      <w:r>
        <w:t>to foran hi takrao shuru ho jata hai. to sari duniya mein is ki wajah se, yani political interpretation ki wajah se, sari duniya mein hate aaya, we and they concept aaya.</w:t>
      </w:r>
    </w:p>
    <w:p>
      <w:pPr>
        <w:jc w:val="right"/>
      </w:pPr>
      <w:r>
        <w:t>تو فوراً ہی ٹکراؤ شروع ہو جاتا ہے۔ تو ساری دنیا میں اس کی وجہ سے، یعنی پولیٹیکل انٹرپریشن کی وجہ سے، ساری دنیا میں ہیٹ آیا، وی اینڈ دے کانسیپٹ آیا۔</w:t>
      </w:r>
    </w:p>
    <w:p>
      <w:r>
        <w:rPr>
          <w:b/>
        </w:rPr>
        <w:t xml:space="preserve">[08:13] </w:t>
      </w:r>
      <w:r>
        <w:t>aur ye duniya jo hai hamare liye darulkufr hai aur darulharb hai. hamein is ko darulislam banana hai. is ke nateejay mein takrao shuru hua.</w:t>
      </w:r>
    </w:p>
    <w:p>
      <w:pPr>
        <w:jc w:val="right"/>
      </w:pPr>
      <w:r>
        <w:t>اور یہ دنیا جو ہے ہمارے لیے دارالکفر ہے اور دارالحرب ہے۔ ہمیں اس کو دارالاسلام بنانا ہے۔ اس کے نتیجے میں ٹکراؤ شروع ہوا۔</w:t>
      </w:r>
    </w:p>
    <w:p>
      <w:r>
        <w:rPr>
          <w:b/>
        </w:rPr>
        <w:t xml:space="preserve">[08:25] </w:t>
      </w:r>
      <w:r>
        <w:t>jagah jagah tashaddud hua. yahan tak ke jab dekha musalmanon ne ke wo kamyab nahi ho rahe hain, jo chahte the wo hasil nahi ho raha hai, to phir suicide bombing ka concept paida hua ke</w:t>
      </w:r>
    </w:p>
    <w:p>
      <w:pPr>
        <w:jc w:val="right"/>
      </w:pPr>
      <w:r>
        <w:t>جگہ جگہ تشدد ہوا۔ یہاں تک کہ جب دیکھا مسلمانوں نے کہ وہ کامیاب نہیں ہو رہے ہیں، جو چاہتے تھے وہ حاصل نہیں ہو رہا ہے، تو پھر سوسائیڈ بمبنگ کا کانسیپٹ پیدا ہوا کہ</w:t>
      </w:r>
    </w:p>
    <w:p>
      <w:r>
        <w:rPr>
          <w:b/>
        </w:rPr>
        <w:t xml:space="preserve">[08:41] </w:t>
      </w:r>
      <w:r>
        <w:t>agar hum duniya mein apna rule qaim nahi kar sakte hain to hum ye ye to kar sakte hain ke jo jo log political state ko apply, jo log political state ko occupy kiye hue hain, un ko hum destabilize karen.</w:t>
      </w:r>
    </w:p>
    <w:p>
      <w:pPr>
        <w:jc w:val="right"/>
      </w:pPr>
      <w:r>
        <w:t>اگر ہم دنیا میں اپنا رول قائم نہیں کر سکتے ہیں تو ہم یہ یہ تو کر سکتے ہیں کہ جو جو لوگ پولیٹیکل سٹیٹ کو اپلائی، جو لوگ پولیٹیکل سٹیٹ کو اکوائی کیے ہوئے ہیں، ان کو ہم ڈی اسٹیبلائز کریں۔</w:t>
      </w:r>
    </w:p>
    <w:p>
      <w:r>
        <w:rPr>
          <w:b/>
        </w:rPr>
        <w:t xml:space="preserve">[09:00] </w:t>
      </w:r>
      <w:r>
        <w:t>to duniya mein ye jo aaya suicide bombing ka culture, is ka is ki logic yahi thi ke hum un ko destabilize karen.</w:t>
      </w:r>
    </w:p>
    <w:p>
      <w:pPr>
        <w:jc w:val="right"/>
      </w:pPr>
      <w:r>
        <w:t>تو دنیا میں یہ جو آیا سوسائیڈ بمبنگ کا کلچر، اس کا اس کی لاجک یہی تھی کہ ہم ان کو ڈی اسٹیبلائز کریں۔</w:t>
      </w:r>
    </w:p>
    <w:p>
      <w:r>
        <w:rPr>
          <w:b/>
        </w:rPr>
        <w:t xml:space="preserve">[09:09] </w:t>
      </w:r>
      <w:r>
        <w:t>phir bhi koi kuch nahi hua.</w:t>
      </w:r>
    </w:p>
    <w:p>
      <w:pPr>
        <w:jc w:val="right"/>
      </w:pPr>
      <w:r>
        <w:t>پھر بھی کوئی کچھ نہیں ہوا۔</w:t>
      </w:r>
    </w:p>
    <w:p>
      <w:r>
        <w:rPr>
          <w:b/>
        </w:rPr>
        <w:t xml:space="preserve">[09:11] </w:t>
      </w:r>
      <w:r>
        <w:t>unki stability mein koi kami nahi aayi. yahan tak ke nine eleven jaisa waqea hua, anokha waqea.</w:t>
      </w:r>
    </w:p>
    <w:p>
      <w:pPr>
        <w:jc w:val="right"/>
      </w:pPr>
      <w:r>
        <w:t>ان کی اسٹیبلٹی میں کوئی کمی نہیں آئی۔ یہاں تک کہ نائن الیون جیسا واقعہ ہوا، انوکھا واقعہ۔</w:t>
      </w:r>
    </w:p>
    <w:p>
      <w:r>
        <w:rPr>
          <w:b/>
        </w:rPr>
        <w:t xml:space="preserve">[09:21] </w:t>
      </w:r>
      <w:r>
        <w:t>ek bahut hi bara tower tower tha wo new york mein. main is par chadha chadh kar dekha hai, maine is ko.</w:t>
      </w:r>
    </w:p>
    <w:p>
      <w:pPr>
        <w:jc w:val="right"/>
      </w:pPr>
      <w:r>
        <w:t>ایک بہت ہی بڑا ٹاور ٹاور تھا وہ نیویارک میں۔ میں اس پر چڑھا چڑھ کر دیکھا ہے، میں نے اس کو۔</w:t>
      </w:r>
    </w:p>
    <w:p>
      <w:r>
        <w:rPr>
          <w:b/>
        </w:rPr>
        <w:t xml:space="preserve">[09:32] </w:t>
      </w:r>
      <w:r>
        <w:t>ek poori duniya thi wo. yahan ek pahad tha khada hua.</w:t>
      </w:r>
    </w:p>
    <w:p>
      <w:pPr>
        <w:jc w:val="right"/>
      </w:pPr>
      <w:r>
        <w:t>ایک پوری دنیا تھی وہ۔ یہاں ایک پہاڑ تھا کھڑا ہوا۔</w:t>
      </w:r>
    </w:p>
    <w:p>
      <w:r>
        <w:rPr>
          <w:b/>
        </w:rPr>
        <w:t xml:space="preserve">[09:39] </w:t>
      </w:r>
      <w:r>
        <w:t>lekin itna junoon tha musalmanon mein ko ke kuch musalmanon ne hawa jahaz ko hijack kiya aur ko fly karte hue le aa kar takra diya is is new york ke is tower se aur is ko demolish kar diya.</w:t>
      </w:r>
    </w:p>
    <w:p>
      <w:pPr>
        <w:jc w:val="right"/>
      </w:pPr>
      <w:r>
        <w:t>لیکن اتنا جنون تھا مسلمانوں میں کو کہ کچھ مسلمانوں نے ہوا جہاز کو ہائی جیک کیا اور کو فلائی کرتے ہوئے لے آ کر ٹکرا دیا اس اس نیویارک کے اس ٹاور سے اور اس کو ڈیمالش کر دیا۔</w:t>
      </w:r>
    </w:p>
    <w:p>
      <w:r>
        <w:rPr>
          <w:b/>
        </w:rPr>
        <w:t xml:space="preserve">[10:00] </w:t>
      </w:r>
      <w:r>
        <w:t>ye out of junoon. to ye sab hua aur phir bhi kuch maqsad hasil nahi hua.</w:t>
      </w:r>
    </w:p>
    <w:p>
      <w:pPr>
        <w:jc w:val="right"/>
      </w:pPr>
      <w:r>
        <w:t>یہ آؤٹ آف جنون۔ تو یہ سب ہوا اور پھر بھی کچھ مقصد حاصل نہیں ہوا۔</w:t>
      </w:r>
    </w:p>
    <w:p>
      <w:r>
        <w:rPr>
          <w:b/>
        </w:rPr>
        <w:t xml:space="preserve">[10:10] </w:t>
      </w:r>
      <w:r>
        <w:t>lekin aap jante hain ke agar koi political goal banaye aur takrao shuru kare, ladai shuru kare, suicide bombing khatam mein lag jaye aur kamyabi na ho,</w:t>
      </w:r>
    </w:p>
    <w:p>
      <w:pPr>
        <w:jc w:val="right"/>
      </w:pPr>
      <w:r>
        <w:t>لیکن آپ جانتے ہیں کہ اگر کوئی پولیٹیکل گول بنائے اور ٹکراؤ شروع کرے، لڑائی شروع کرے، سوسائیڈ بمبنگ ختم میں لگ جائے اور کامیابی نہ ہو،</w:t>
      </w:r>
    </w:p>
    <w:p>
      <w:r>
        <w:rPr>
          <w:b/>
        </w:rPr>
        <w:t xml:space="preserve">[10:26] </w:t>
      </w:r>
      <w:r>
        <w:t>wo apne maqsad ko achieve na kar sake, tab bhi kya hota hai? tab hate badh jata hai, badh jata hai. hate, hate, hate. yani ab sari duniya ke musalman hate mein jee rahe hain.</w:t>
      </w:r>
    </w:p>
    <w:p>
      <w:pPr>
        <w:jc w:val="right"/>
      </w:pPr>
      <w:r>
        <w:t>وہ اپنے مقصد کو اچیو نہ کر سکے، تب بھی کیا ہوتا ہے؟ تب ہیٹ بڑھ جاتا ہے، بڑھ جاتا ہے۔ ہیٹ، ہیٹ، ہیٹ۔ یعنی اب ساری دنیا کے مسلمان ہیٹ میں جی رہے ہیں۔</w:t>
      </w:r>
    </w:p>
    <w:p>
      <w:r>
        <w:rPr>
          <w:b/>
        </w:rPr>
        <w:t xml:space="preserve">[10:40] </w:t>
      </w:r>
      <w:r>
        <w:t>hate ka matlab kya hai? ke peace khatam, peace khatam. to maine kaha ke dekhiye, is ka taluq islam se kuch bhi nahi.</w:t>
      </w:r>
    </w:p>
    <w:p>
      <w:pPr>
        <w:jc w:val="right"/>
      </w:pPr>
      <w:r>
        <w:t>ہیٹ کا مطلب کیا ہے؟ کہ پیس ختم، پیس ختم۔ تو میں نے کہا کہ دیکھیے، اس کا تعلق اسلام سے کچھ بھی نہیں۔</w:t>
      </w:r>
    </w:p>
    <w:p>
      <w:r>
        <w:rPr>
          <w:b/>
        </w:rPr>
        <w:t xml:space="preserve">[10:54] </w:t>
      </w:r>
      <w:r>
        <w:t>misal ke tor par rasool Allah par shuru zamane mein, early period mein jo suraten utrin,</w:t>
      </w:r>
    </w:p>
    <w:p>
      <w:pPr>
        <w:jc w:val="right"/>
      </w:pPr>
      <w:r>
        <w:t>مثال کے طور پر رسول اللہ پر شروع زمانے میں، ارلی پیریڈ میں جو سورتیں اتریں،</w:t>
      </w:r>
    </w:p>
    <w:p>
      <w:r>
        <w:rPr>
          <w:b/>
        </w:rPr>
        <w:t xml:space="preserve">[11:02] </w:t>
      </w:r>
      <w:r>
        <w:t>us mein se ek thi al muddathir ya ayyuhal muddathir qum fa anzir wa rabbaka fakabbir wa siyyabaka fa tahhir warriza fa hajir.</w:t>
      </w:r>
    </w:p>
    <w:p>
      <w:pPr>
        <w:jc w:val="right"/>
      </w:pPr>
      <w:r>
        <w:t>اس میں سے ایک تھی المدثر یا ایہا المدثر قم فانظر وربک فکبر وصحابک فطاہر والرزق فاجر ۔</w:t>
      </w:r>
    </w:p>
    <w:p>
      <w:r>
        <w:rPr>
          <w:b/>
        </w:rPr>
        <w:t xml:space="preserve">[11:13] </w:t>
      </w:r>
      <w:r>
        <w:t>us mein dekhiye, ye kaha ke anzar karo. anzar ka matlab kya hai? dawat, dawat, dawat, dawat. peaceful dawat.</w:t>
      </w:r>
    </w:p>
    <w:p>
      <w:pPr>
        <w:jc w:val="right"/>
      </w:pPr>
      <w:r>
        <w:t>اس میں دیکھیے، یہ کہا کہ انظار کرو۔ انظار کا مطلب کیا ہے؟ دعوت، دعوت، دعوت، دعوت۔ پیس فل دعوت۔</w:t>
      </w:r>
    </w:p>
    <w:p>
      <w:r>
        <w:rPr>
          <w:b/>
        </w:rPr>
        <w:t xml:space="preserve">[11:24] </w:t>
      </w:r>
      <w:r>
        <w:t>to us mein Allah taala ne ye nahi hukum diya ke ya Muhammad qum dawlatul islam, aye Muhammad, islam ki hukumat qaim karo.</w:t>
      </w:r>
    </w:p>
    <w:p>
      <w:pPr>
        <w:jc w:val="right"/>
      </w:pPr>
      <w:r>
        <w:t>تو اس میں اللہ تعالی نے یہ نہیں حکم دیا کہ یا محمد عقم دولت الاسلام، اے محمد، اسلام کی حکومت قائم کرو۔</w:t>
      </w:r>
    </w:p>
    <w:p>
      <w:r>
        <w:rPr>
          <w:b/>
        </w:rPr>
        <w:t xml:space="preserve">[11:39] </w:t>
      </w:r>
      <w:r>
        <w:t>to qum dawlatul islam ki ayaten utrin ya ye ayaten utrin ke naffiz shariatul islamiya hai, ya Muhammad naffiz shariatul islamiya hai,</w:t>
      </w:r>
    </w:p>
    <w:p>
      <w:pPr>
        <w:jc w:val="right"/>
      </w:pPr>
      <w:r>
        <w:t>تو عقم دولت الاسلام کی آیتیں اتریں یا یہ آیتیں اتریں کہ نفذ شریعت الاسلامی ہے، یا محمد نفذ شریعت الاسلامی ہے،</w:t>
      </w:r>
    </w:p>
    <w:p>
      <w:r>
        <w:rPr>
          <w:b/>
        </w:rPr>
        <w:t xml:space="preserve">[11:52] </w:t>
      </w:r>
      <w:r>
        <w:t>aye Muhammad, islami shariyat ko naffiz karo, islami qanoon ko. to aisi ayaten na to is surah mein utrin, na is ke baad kisi aur surah mein.</w:t>
      </w:r>
    </w:p>
    <w:p>
      <w:pPr>
        <w:jc w:val="right"/>
      </w:pPr>
      <w:r>
        <w:t>اے محمد، اسلامی شریعت کو نافذ کرو، اسلامی قانون کو۔ تو ایسی آیتیں نہ تو اس سورہ میں اتریں، نہ اس کے بعد کسی اور سورہ میں۔</w:t>
      </w:r>
    </w:p>
    <w:p>
      <w:r>
        <w:rPr>
          <w:b/>
        </w:rPr>
        <w:t xml:space="preserve">[12:03] </w:t>
      </w:r>
      <w:r>
        <w:t>to ye rasool Allah ka ye ye target hi nahi tha. to jo target rasool Allah ka na ho, wo hamara target, target kaise ban sakta hai?</w:t>
      </w:r>
    </w:p>
    <w:p>
      <w:pPr>
        <w:jc w:val="right"/>
      </w:pPr>
      <w:r>
        <w:t>تو یہ رسول اللہ کا یہ یہ ٹارگٹ ہی نہیں تھا۔ تو جو ٹارگٹ رسول اللہ کا نہ ہو، وہ ہمارا ٹارگٹ، ٹارگٹ کیسے بن سکتا ہے؟</w:t>
      </w:r>
    </w:p>
    <w:p>
      <w:r>
        <w:rPr>
          <w:b/>
        </w:rPr>
        <w:t xml:space="preserve">[12:16] </w:t>
      </w:r>
      <w:r>
        <w:t>rasool Allah ka target jo tha, wo dawat tha, dawat tha, dawat tha. yani poora quran kitab dawat hai, kitab dawat.</w:t>
      </w:r>
    </w:p>
    <w:p>
      <w:pPr>
        <w:jc w:val="right"/>
      </w:pPr>
      <w:r>
        <w:t>رسول اللہ کا ٹارگٹ جو تھا، وہ دعوت تھا، دعوت تھا، دعوت تھا۔ یعنی پورا قرآن کتاب دعوت ہے، کتاب دعوت۔</w:t>
      </w:r>
    </w:p>
    <w:p>
      <w:r>
        <w:rPr>
          <w:b/>
        </w:rPr>
        <w:t xml:space="preserve">[12:27] </w:t>
      </w:r>
      <w:r>
        <w:t>rasool Allah ne makkah mein bhi dawat ka kaam kiya, madine mein bhi dawat ka kaam kiya. aur phir aakhir zamane mein jo hajj, jo jis ko hum kehte hain hajjatul wida, jis ke bahut jald baad aap ki wafat hogi, wahan bhi aap ne kya kaha?</w:t>
      </w:r>
    </w:p>
    <w:p>
      <w:pPr>
        <w:jc w:val="right"/>
      </w:pPr>
      <w:r>
        <w:t>رسول اللہ نے مکہ میں بھی دعوت کا کام کیا، مدینے میں بھی دعوت کا کام کیا۔ اور پھر آخر زمانے میں جو حج، جو جس کو ہم کہتے ہیں حجۃ الوداع، جس کے بہت جلد بعد آپ کی وفات ہوگی، وہاں بھی آپ نے کیا کہا؟</w:t>
      </w:r>
    </w:p>
    <w:p>
      <w:r>
        <w:rPr>
          <w:b/>
        </w:rPr>
        <w:t xml:space="preserve">[12:43] </w:t>
      </w:r>
      <w:r>
        <w:t>sahaba ko kya paigham diya? sahaba ko aap ne ye paigham diya ke in Allah baasani kaafatan lil nass fa atani</w:t>
      </w:r>
    </w:p>
    <w:p>
      <w:pPr>
        <w:jc w:val="right"/>
      </w:pPr>
      <w:r>
        <w:t>صحابہ کو کیا پیغام دیا؟ صحابہ کو آپ نے یہ پیغام دیا کہ ان اللہ باسنی کافت للناس فاتوانی</w:t>
      </w:r>
    </w:p>
    <w:p>
      <w:r>
        <w:rPr>
          <w:b/>
        </w:rPr>
        <w:t xml:space="preserve">[12:55] </w:t>
      </w:r>
      <w:r>
        <w:t>ae logon! allah ne mujhe sare insanon ke liye bheja hai, peghambar bana kar, to tum meri taraf se pohncha do, mera paigham meri taraf se pohncha do.</w:t>
      </w:r>
    </w:p>
    <w:p>
      <w:pPr>
        <w:jc w:val="right"/>
      </w:pPr>
      <w:r>
        <w:t>اے لوگوں! اللہ نے مجھے سارے انسانوں کے لیے بھیجا ہے، پیغمبر بنا کر، تو تم میری طرف سے پہنچا دو، میرا پیغام میری طرف سے پہنچا دو۔</w:t>
      </w:r>
    </w:p>
    <w:p>
      <w:r>
        <w:rPr>
          <w:b/>
        </w:rPr>
        <w:t xml:space="preserve">[13:08] </w:t>
      </w:r>
      <w:r>
        <w:t>to awwal bhi yahi tha, dawat bhi yahi thi.</w:t>
      </w:r>
    </w:p>
    <w:p>
      <w:pPr>
        <w:jc w:val="right"/>
      </w:pPr>
      <w:r>
        <w:t>تو اول بھی یہی تھا، دعوت بھی یہی تھا۔</w:t>
      </w:r>
    </w:p>
    <w:p>
      <w:r>
        <w:rPr>
          <w:b/>
        </w:rPr>
        <w:t xml:space="preserve">[13:14] </w:t>
      </w:r>
      <w:r>
        <w:t>sare is mein rasool allah ne yeh nahi kaha. aaj kal ka jo mizaj logon ka hai, jo political interpretation ka jo target banta hai, us ke lehaz se yeh chahiye tha ke rasool allah yeh kehte ke ae logon!</w:t>
      </w:r>
    </w:p>
    <w:p>
      <w:pPr>
        <w:jc w:val="right"/>
      </w:pPr>
      <w:r>
        <w:t>سارے اس میں رسول اللہ نے یہ نہیں کہا۔ آج کل کا جو مزاج لوگوں کا ہے، جو پولیٹیکل انٹرپریشن کا جو ٹارگٹ بنتا ہے، اس کے لحاظ سے یہ چاہیے تھا کہ رسول اللہ یہ کہتے کہ اے لوگوں!</w:t>
      </w:r>
    </w:p>
    <w:p>
      <w:r>
        <w:rPr>
          <w:b/>
        </w:rPr>
        <w:t xml:space="preserve">[13:28] </w:t>
      </w:r>
      <w:r>
        <w:t>main ne arab mein hukoomat qaim ki hai, ab tum sari dunya mein hukoomat qaim karo, nikal jao, nikal hukoomat qaim karne ke liye. yeh nahi kaha aap ne.</w:t>
      </w:r>
    </w:p>
    <w:p>
      <w:pPr>
        <w:jc w:val="right"/>
      </w:pPr>
      <w:r>
        <w:t>میں نے عرب میں حکومت قائم کی ہے، اب تم ساری دنیا میں حکومت قائم کرو، نکل جاؤ، نکل حکومت قائم کرنے کے لیے۔ یہ نہیں کہا آپ نے۔</w:t>
      </w:r>
    </w:p>
    <w:p>
      <w:r>
        <w:rPr>
          <w:b/>
        </w:rPr>
        <w:t xml:space="preserve">[13:39] </w:t>
      </w:r>
      <w:r>
        <w:t>sahaba is hijjat al-wida ke baad sahaba nikle arab se. yeh ek waqia hai, lekin kis liye?</w:t>
      </w:r>
    </w:p>
    <w:p>
      <w:pPr>
        <w:jc w:val="right"/>
      </w:pPr>
      <w:r>
        <w:t>صحابہ اس حجۃ الوداع کے بعد صحابہ نکلے عرب سے۔ یہ ایک واقعہ ہے، لیکن کس لیے؟</w:t>
      </w:r>
    </w:p>
    <w:p>
      <w:r>
        <w:rPr>
          <w:b/>
        </w:rPr>
        <w:t xml:space="preserve">[13:48] </w:t>
      </w:r>
      <w:r>
        <w:t>dawat ke liye, dawat ke liye. to main ne kaha ke jo yeh arab world jo hai, arab world kisi ladaai ke zariye nahi bana tha, dawat ke zariye bana tha.</w:t>
      </w:r>
    </w:p>
    <w:p>
      <w:pPr>
        <w:jc w:val="right"/>
      </w:pPr>
      <w:r>
        <w:t>دعوت کے لیے، دعوت کے لیے۔ تو میں نے کہا کہ جو یہ عرب ورلڈ جو ہے، عرب ورلڈ کسی لڑائی کے ذریعے نہیں بنا تھا، دعوت کے ذریعے بنا تھا۔</w:t>
      </w:r>
    </w:p>
    <w:p>
      <w:r>
        <w:rPr>
          <w:b/>
        </w:rPr>
        <w:t xml:space="preserve">[14:02] </w:t>
      </w:r>
      <w:r>
        <w:t>aaj ka jo arab world hai, jis ko hum middle east kehte hain, woh dawat ke zariye bana tha. misaal ke taur par egypt par ek mustashriq ne research ki hai, moti si kitab likhi hai,</w:t>
      </w:r>
    </w:p>
    <w:p>
      <w:pPr>
        <w:jc w:val="right"/>
      </w:pPr>
      <w:r>
        <w:t>آج کا جو عرب ورلڈ ہے، جس کو ہم مڈل ایسٹ کہتے ہیں، وہ دعوت کے ذریعے بنا تھا۔ مثال کے طور پر ایجپٹ پر ایک مستشرق نے ریسرچ کی ہے، موٹی سی کتاب لکھی ہے،</w:t>
      </w:r>
    </w:p>
    <w:p>
      <w:r>
        <w:rPr>
          <w:b/>
        </w:rPr>
        <w:t xml:space="preserve">[14:19] </w:t>
      </w:r>
      <w:r>
        <w:t>to is mein woh likhta hai ke the Egyptians were conquered not by the sword but by the quran ke misri log talwar se maftooh nahi hue,</w:t>
      </w:r>
    </w:p>
    <w:p>
      <w:pPr>
        <w:jc w:val="right"/>
      </w:pPr>
      <w:r>
        <w:t>تو اس میں وہ لکھتا ہے کہ the Egyptians were conquered not by the sword but by the قرآن کہ مصری لوگ تلوار سے مفتوح نہیں ہوئے،</w:t>
      </w:r>
    </w:p>
    <w:p>
      <w:r>
        <w:rPr>
          <w:b/>
        </w:rPr>
        <w:t xml:space="preserve">[14:32] </w:t>
      </w:r>
      <w:r>
        <w:t>woh quran se maftooh hue, yani dawat se. to yeh jo masla hai, lekin baat yeh hai ke in logon ke dimagh mein ek ek galat ideology daal di gayi hai, galat ideology ke islam jo hai,</w:t>
      </w:r>
    </w:p>
    <w:p>
      <w:pPr>
        <w:jc w:val="right"/>
      </w:pPr>
      <w:r>
        <w:t>وہ قرآن سے مفتوح ہوئے، یعنی دعوت سے۔ تو یہ جو مسئلہ ہے، لیکن بات یہ ہے کہ ان لوگوں کے دماغ میں ایک ایک غلط آئیڈیالوجی ڈال دی گئی ہے، غلط آئیڈیالوجی کہ اسلام جو ہے،</w:t>
      </w:r>
    </w:p>
    <w:p>
      <w:r>
        <w:rPr>
          <w:b/>
        </w:rPr>
        <w:t xml:space="preserve">[14:53] </w:t>
      </w:r>
      <w:r>
        <w:t>hukoomat chahta hai, sari dunya mein hukoomat qaim karna is ka nishana hai.</w:t>
      </w:r>
    </w:p>
    <w:p>
      <w:pPr>
        <w:jc w:val="right"/>
      </w:pPr>
      <w:r>
        <w:t>حکومت چاہتا ہے، ساری دنیا میں حکومت قائم کرنا اس کا نشانہ ہے۔</w:t>
      </w:r>
    </w:p>
    <w:p>
      <w:r>
        <w:rPr>
          <w:b/>
        </w:rPr>
        <w:t xml:space="preserve">[15:00] </w:t>
      </w:r>
      <w:r>
        <w:t>yeh ek ek jis ko main ne kaha ke political interpretation of islam to logon ke dimaghon par daal diya gaya hai, logon ka soch is dhang par ban gayi hai.</w:t>
      </w:r>
    </w:p>
    <w:p>
      <w:pPr>
        <w:jc w:val="right"/>
      </w:pPr>
      <w:r>
        <w:t>یہ ایک ایک جس کو میں نے کہا کہ پولیٹیکل انٹرپریشن آف اسلام تو لوگوں کے دماغوں پر ڈال دیا گیا ہے، لوگوں کا سوچ اس ڈھنگ پر بن گئی ہے۔</w:t>
      </w:r>
    </w:p>
    <w:p>
      <w:r>
        <w:rPr>
          <w:b/>
        </w:rPr>
        <w:t xml:space="preserve">[15:13] </w:t>
      </w:r>
      <w:r>
        <w:t>to hamein yeh karna parega ke hum un ki soch ko badlein. sirf condemn karne se kaam nahi chalega.</w:t>
      </w:r>
    </w:p>
    <w:p>
      <w:pPr>
        <w:jc w:val="right"/>
      </w:pPr>
      <w:r>
        <w:t>تو ہمیں یہ کرنا پڑے گا کہ ہم ان کی سوچ کو بدلیں۔ صرف کنڈم کرنے سے کام نہیں چلے گا۔</w:t>
      </w:r>
    </w:p>
    <w:p>
      <w:r>
        <w:rPr>
          <w:b/>
        </w:rPr>
        <w:t xml:space="preserve">[15:22] </w:t>
      </w:r>
      <w:r>
        <w:t>sirf aap condemn karein ke nine eleven galat tha ya suicide bombing galat hai, violence galat hai, is se nahi khatam hogi yeh cheez.</w:t>
      </w:r>
    </w:p>
    <w:p>
      <w:pPr>
        <w:jc w:val="right"/>
      </w:pPr>
      <w:r>
        <w:t>صرف آپ کنڈم کریں کہ نائن الیون غلط تھا یا سوسائیڈ بمبنگ غلط ہے، وائلنس غلط ہے، اس سے نہیں ختم ہوگی یہ چیز۔</w:t>
      </w:r>
    </w:p>
    <w:p>
      <w:r>
        <w:rPr>
          <w:b/>
        </w:rPr>
        <w:t xml:space="preserve">[15:35] </w:t>
      </w:r>
      <w:r>
        <w:t>hamein political interpretation ko galat sabit karna parega.</w:t>
      </w:r>
    </w:p>
    <w:p>
      <w:pPr>
        <w:jc w:val="right"/>
      </w:pPr>
      <w:r>
        <w:t>ہمیں پولیٹیکل انٹرپریشن کو غلط ثابت کرنا پڑے گا۔</w:t>
      </w:r>
    </w:p>
    <w:p>
      <w:r>
        <w:rPr>
          <w:b/>
        </w:rPr>
        <w:t xml:space="preserve">[15:41] </w:t>
      </w:r>
      <w:r>
        <w:t>hamein batana parega ke islam mein</w:t>
      </w:r>
    </w:p>
    <w:p>
      <w:pPr>
        <w:jc w:val="right"/>
      </w:pPr>
      <w:r>
        <w:t>ہمیں بتانا پڑے گا کہ اسلام میں</w:t>
      </w:r>
    </w:p>
    <w:p>
      <w:r>
        <w:rPr>
          <w:b/>
        </w:rPr>
        <w:t xml:space="preserve">[15:46] </w:t>
      </w:r>
      <w:r>
        <w:t>yeh hai ke rabbani, kaun rabbani? ae logon! rabbani bano, rabb wale bano, yeh nahi ke siyasi bano.</w:t>
      </w:r>
    </w:p>
    <w:p>
      <w:pPr>
        <w:jc w:val="right"/>
      </w:pPr>
      <w:r>
        <w:t>یہ ہے کہ ربانی، کون ربانی؟ اے لوگوں! ربانی بنو، رب والے بنو، یہ نہیں کہ سیاسی بنو۔</w:t>
      </w:r>
    </w:p>
    <w:p>
      <w:r>
        <w:rPr>
          <w:b/>
        </w:rPr>
        <w:t xml:space="preserve">[15:56] </w:t>
      </w:r>
      <w:r>
        <w:t>to is ko hamein batana parega, un ke mind ko change karna parega, yani siyasi zehan ko rabbani zehan banana parega.</w:t>
      </w:r>
    </w:p>
    <w:p>
      <w:pPr>
        <w:jc w:val="right"/>
      </w:pPr>
      <w:r>
        <w:t>تو اس کو ہمیں بتانا پڑے گا، ان کے مائنڈ کو چینج کرنا پڑے گا، یعنی سیاسی ذہن کو ربانی ذہن بنانا پڑے گا۔</w:t>
      </w:r>
    </w:p>
    <w:p>
      <w:r>
        <w:rPr>
          <w:b/>
        </w:rPr>
        <w:t xml:space="preserve">[16:06] </w:t>
      </w:r>
      <w:r>
        <w:t>is quran ka interpretation, hadith ka interpretation is tarah dena parega</w:t>
      </w:r>
    </w:p>
    <w:p>
      <w:pPr>
        <w:jc w:val="right"/>
      </w:pPr>
      <w:r>
        <w:t>اس قرآن کا انٹرپریشن، حدیث کا انٹرپریشن اس طرح دینا پڑے</w:t>
      </w:r>
    </w:p>
    <w:p>
      <w:r>
        <w:rPr>
          <w:b/>
        </w:rPr>
        <w:t xml:space="preserve">[16:10] </w:t>
      </w:r>
      <w:r>
        <w:t>ga ke log yeh janiye ke siyasi banna nahi hai, balke rabbani banna hai.</w:t>
      </w:r>
    </w:p>
    <w:p>
      <w:pPr>
        <w:jc w:val="right"/>
      </w:pPr>
      <w:r>
        <w:t>گا کہ لوگ یہ جانیں کہ سیاسی بننا نہیں ہے، بلکہ ربانی بننا ہے۔</w:t>
      </w:r>
    </w:p>
    <w:p>
      <w:r>
        <w:rPr>
          <w:b/>
        </w:rPr>
        <w:t xml:space="preserve">[16:21] </w:t>
      </w:r>
      <w:r>
        <w:t>aur allah ki tofeeq se hum yahi kaam kar rahe hain. hum ne har zaban mein mukhtalif mozu'aat par kitabein chhapi hain, is ka maqsad yahi hai.</w:t>
      </w:r>
    </w:p>
    <w:p>
      <w:pPr>
        <w:jc w:val="right"/>
      </w:pPr>
      <w:r>
        <w:t>اور اللہ کی توفیق سے ہم یہی کام کر رہے ہیں۔ ہم نے ہر زبان میں مختلف موضوعات پر کتابیں چھاپی ہیں، اس کا مقصد یہی ہے۔</w:t>
      </w:r>
    </w:p>
    <w:p>
      <w:r>
        <w:rPr>
          <w:b/>
        </w:rPr>
        <w:t xml:space="preserve">[16:33] </w:t>
      </w:r>
      <w:r>
        <w:t>phir main ne kaha ke dekhiye, yeh bhi kafi nahi.</w:t>
      </w:r>
    </w:p>
    <w:p>
      <w:pPr>
        <w:jc w:val="right"/>
      </w:pPr>
      <w:r>
        <w:t>پھر میں نے کہا کہ دیکھیے، یہ بھی کافی نہیں۔</w:t>
      </w:r>
    </w:p>
    <w:p>
      <w:r>
        <w:rPr>
          <w:b/>
        </w:rPr>
        <w:t xml:space="preserve">[16:38] </w:t>
      </w:r>
      <w:r>
        <w:t>agar aap ko ek doosri ideology pesh kar dein to ab bhi kafi nahi. aap ko naye ek ek target dena parega, ek target,</w:t>
      </w:r>
    </w:p>
    <w:p>
      <w:pPr>
        <w:jc w:val="right"/>
      </w:pPr>
      <w:r>
        <w:t>اگر آپ کو ایک دوسری آئیڈیالوجی پیش کر دیں تو اب بھی کافی نہیں۔ آپ کو نئے ایک ایک ٹارگٹ دینا پڑے گا، ایک ٹارگٹ،</w:t>
      </w:r>
    </w:p>
    <w:p>
      <w:r>
        <w:rPr>
          <w:b/>
        </w:rPr>
        <w:t xml:space="preserve">[16:53] </w:t>
      </w:r>
      <w:r>
        <w:t>ek target dena parega. ab to target de rakha hai unhone ke dunya ko politicize karna, dunya mein hukoomat qaim karna</w:t>
      </w:r>
    </w:p>
    <w:p>
      <w:pPr>
        <w:jc w:val="right"/>
      </w:pPr>
      <w:r>
        <w:t>ایک ٹارگٹ دینا پڑے گا۔ اب تو ٹارگٹ دے رکھا ہے انہوں نے کہ دنیا کو پولیٹیسائز کرنا، دنیا میں حکومت قائم کرنا</w:t>
      </w:r>
    </w:p>
    <w:p>
      <w:r>
        <w:rPr>
          <w:b/>
        </w:rPr>
        <w:t xml:space="preserve">[17:07] </w:t>
      </w:r>
      <w:r>
        <w:t>, yeh target bana rakha hai. to ab woh ek aur target dena parega, aur woh target sirf ek hi hai, woh hai dawat, sari dunya ko allah ka paigham pohanchana.</w:t>
      </w:r>
    </w:p>
    <w:p>
      <w:pPr>
        <w:jc w:val="right"/>
      </w:pPr>
      <w:r>
        <w:t>، یہ ٹارگٹ بنا رکھا ہے۔ تو اب وہ ایک اور ٹارگٹ دینا پڑے گا، اور وہ ٹارگٹ صرف ایک ہی ہے، وہ ہے دعوت، ساری دنیا کو اللہ کا پیغام پہنچانا۔</w:t>
      </w:r>
    </w:p>
    <w:p>
      <w:r>
        <w:rPr>
          <w:b/>
        </w:rPr>
        <w:t xml:space="preserve">[17:22] </w:t>
      </w:r>
      <w:r>
        <w:t>main ne is hadith ko quote kiya, is mein hai ke la yabqa 'ala zahr al-ard bayt badrun wa la 'abrun illa adkhal allahu kalimata al-islam yani zameen par koi chhota bada ghar bachega nahi,</w:t>
      </w:r>
    </w:p>
    <w:p>
      <w:pPr>
        <w:jc w:val="right"/>
      </w:pPr>
      <w:r>
        <w:t>میں نے اس حدیث کو کوٹ کیا، اس میں ہے کہ لا یبقى علی ظہر الارض بیت بدر ولا عبر الا ادخل اللہ کلمۃ الاسلام یعنی زمین پر کوئی چھوٹا بڑا گھر بچے گا نہیں،</w:t>
      </w:r>
    </w:p>
    <w:p>
      <w:r>
        <w:rPr>
          <w:b/>
        </w:rPr>
        <w:t xml:space="preserve">[17:41] </w:t>
      </w:r>
      <w:r>
        <w:t>lekin wahan par kalmatul islam dakhil ho jayega. to kalmatul islam kya hai? Word of God Word of God kya hai?</w:t>
      </w:r>
    </w:p>
    <w:p>
      <w:pPr>
        <w:jc w:val="right"/>
      </w:pPr>
      <w:r>
        <w:t>لیکن وہاں پر کلمۃ الاسلام داخل ہو جائے گا۔ تو کلمۃ الاسلام کیا ہے؟ Word of God Word of God کیا ہے؟</w:t>
      </w:r>
    </w:p>
    <w:p>
      <w:r>
        <w:rPr>
          <w:b/>
        </w:rPr>
        <w:t xml:space="preserve">[17:50] </w:t>
      </w:r>
      <w:r>
        <w:t>quran</w:t>
      </w:r>
    </w:p>
    <w:p>
      <w:pPr>
        <w:jc w:val="right"/>
      </w:pPr>
      <w:r>
        <w:t>قرآن</w:t>
      </w:r>
    </w:p>
    <w:p>
      <w:r>
        <w:rPr>
          <w:b/>
        </w:rPr>
        <w:t xml:space="preserve">[17:53] </w:t>
      </w:r>
      <w:r>
        <w:t>to yeh yeh gol dena parega ke Word of God ko sare gharon tak pahuncha do, har insan tak pahunchao, yani quran ko.</w:t>
      </w:r>
    </w:p>
    <w:p>
      <w:pPr>
        <w:jc w:val="right"/>
      </w:pPr>
      <w:r>
        <w:t>۔ تو یہ یہ گول دینا پڑے گا کہ Word of God کو سارے گھروں تک پہنچا دو، ہر انسان تک پہنچاؤ، یعنی قرآن کو۔</w:t>
      </w:r>
    </w:p>
    <w:p>
      <w:r>
        <w:rPr>
          <w:b/>
        </w:rPr>
        <w:t xml:space="preserve">[18:05] </w:t>
      </w:r>
      <w:r>
        <w:t>to yeh nishana tha jo rasool Allah salallahu alaihi wasallam ne de diya ummat ko, lekin yeh nishana abhi namukammal hai. kyunke sari dunya mein quran pahunchana,</w:t>
      </w:r>
    </w:p>
    <w:p>
      <w:pPr>
        <w:jc w:val="right"/>
      </w:pPr>
      <w:r>
        <w:t>تو یہ نشانہ تھا جو رسول اللہ صلی اللہ علیہ وسلم نے دے دیا امت کو، لیکن یہ نشانہ ابھی نامکمل ہے۔ کیونکہ ساری دنیا میں قرآن پہنچانا،</w:t>
      </w:r>
    </w:p>
    <w:p>
      <w:r>
        <w:rPr>
          <w:b/>
        </w:rPr>
        <w:t xml:space="preserve">[18:20] </w:t>
      </w:r>
      <w:r>
        <w:t>sari dunya mein Allah ka paigham pahunchana,</w:t>
      </w:r>
    </w:p>
    <w:p>
      <w:pPr>
        <w:jc w:val="right"/>
      </w:pPr>
      <w:r>
        <w:t>ساری دنیا میں اللہ کا پیغام پہن</w:t>
      </w:r>
    </w:p>
    <w:p>
      <w:r>
        <w:rPr>
          <w:b/>
        </w:rPr>
        <w:t xml:space="preserve">[18:22] </w:t>
      </w:r>
      <w:r>
        <w:t>is ke liye zarurat thi kuch bohat se wasail ki ke dunya mein openness aaye, dunya mein religious freedom aaye, dunya mein</w:t>
      </w:r>
    </w:p>
    <w:p>
      <w:pPr>
        <w:jc w:val="right"/>
      </w:pPr>
      <w:r>
        <w:t>چانا، اس کے لیے ضرورت تھی کچھ بہت سے وسائل کی کہ دنیا میں اوپننس آئے، دنیا میں ریلیجس فریڈم آئے، دنیا میں</w:t>
      </w:r>
    </w:p>
    <w:p>
      <w:r>
        <w:rPr>
          <w:b/>
        </w:rPr>
        <w:t xml:space="preserve">[18:36] </w:t>
      </w:r>
      <w:r>
        <w:t>safar ki asaniyan hon, dunya ki geography maloom ho jaye,</w:t>
      </w:r>
    </w:p>
    <w:p>
      <w:pPr>
        <w:jc w:val="right"/>
      </w:pPr>
      <w:r>
        <w:t>سفر کی آسانیاں ہوں، دنیا کی جغرافیہ معلوم ہو جائے،</w:t>
      </w:r>
    </w:p>
    <w:p>
      <w:r>
        <w:rPr>
          <w:b/>
        </w:rPr>
        <w:t xml:space="preserve">[18:43] </w:t>
      </w:r>
      <w:r>
        <w:t>modern technology aaye. to yeh sab cheezen us waqt theen nahin. to yeh goal jo hai poora nahin hua.</w:t>
      </w:r>
    </w:p>
    <w:p>
      <w:pPr>
        <w:jc w:val="right"/>
      </w:pPr>
      <w:r>
        <w:t>ماڈرن ٹیکنالوجی آئے۔ تو یہ سب چیزیں اس وقت تھیں نہیں۔ تو یہ گول جو ہے پورا نہیں ہوا۔</w:t>
      </w:r>
    </w:p>
    <w:p>
      <w:r>
        <w:rPr>
          <w:b/>
        </w:rPr>
        <w:t xml:space="preserve">[18:51] </w:t>
      </w:r>
      <w:r>
        <w:t>ab yeh sari cheezen ho chuki hain. yani twenty first century mein yeh sab kuch maujood ho chuka hai. to yeh goal hamein dena hai in ko ke rasool Allah salallahu alaihi wasallam ne jo goal diya tha ummat ko, woh yeh tha ke poore zameen par jitne insan hain, jitne ghar hain, sab jagah pahuncha do Allah ki baat.</w:t>
      </w:r>
    </w:p>
    <w:p>
      <w:pPr>
        <w:jc w:val="right"/>
      </w:pPr>
      <w:r>
        <w:t>اب یہ ساری چیزیں ہو چکی ہیں۔ یعنی ٹونٹی فرسٹ سینچری میں یہ سب کچھ موجود ہو چکا ہے۔ تو یہ گول ہمیں دینا ہے ان کو کہ رسول اللہ صلی اللہ علیہ وسلم نے جو گول دیا تھا امت کو، وہ یہ تھا کہ پورے زمین پر جتنے انسان ہیں، جتنے گھر ہیں، سب جگہ پہنچا دو اللہ کی بات۔</w:t>
      </w:r>
    </w:p>
    <w:p>
      <w:r>
        <w:rPr>
          <w:b/>
        </w:rPr>
        <w:t xml:space="preserve">[19:15] </w:t>
      </w:r>
      <w:r>
        <w:t>wo goal poora nahin hua kyunke asbab nahin the, mawaqe nahin the, wasail nahin the, technology nahin thi. ab to sab kuch ho chuka hai.</w:t>
      </w:r>
    </w:p>
    <w:p>
      <w:pPr>
        <w:jc w:val="right"/>
      </w:pPr>
      <w:r>
        <w:t>وہ گول پورا نہیں ہوا کیونکہ اسباب نہیں تھے، مواقع نہیں تھے، وسائل نہیں تھے، ٹیکنالوجی نہیں تھی۔ اب تو سب کچھ ہو چکا ہے۔</w:t>
      </w:r>
    </w:p>
    <w:p>
      <w:r>
        <w:rPr>
          <w:b/>
        </w:rPr>
        <w:t xml:space="preserve">[19:25] </w:t>
      </w:r>
      <w:r>
        <w:t>is kaam ke liye uth jao</w:t>
      </w:r>
    </w:p>
    <w:p>
      <w:pPr>
        <w:jc w:val="right"/>
      </w:pPr>
      <w:r>
        <w:t>اس کام کے لیے اٹھ جاؤ</w:t>
      </w:r>
    </w:p>
    <w:p>
      <w:r>
        <w:rPr>
          <w:b/>
        </w:rPr>
        <w:t xml:space="preserve">[19:27] </w:t>
      </w:r>
      <w:r>
        <w:t>to yeh goal jo hoga naya, woh hoga peaceful da'wa work.</w:t>
      </w:r>
    </w:p>
    <w:p>
      <w:pPr>
        <w:jc w:val="right"/>
      </w:pPr>
      <w:r>
        <w:t>۔ یعنی گول جو ہوگا نیا، وہ ہوگا پیس فل دعویٰ ورک۔</w:t>
      </w:r>
    </w:p>
    <w:p>
      <w:r>
        <w:rPr>
          <w:b/>
        </w:rPr>
        <w:t xml:space="preserve">[19:35] </w:t>
      </w:r>
      <w:r>
        <w:t>pehle agar tha to violent political activism, ab jo hoga peaceful da'wa work. jab tak aap yeh in ko na dein, tab tak woh rukne wale nahin hain.</w:t>
      </w:r>
    </w:p>
    <w:p>
      <w:pPr>
        <w:jc w:val="right"/>
      </w:pPr>
      <w:r>
        <w:t>پہلے اگر تھا دو وائلنٹ پولیٹیکل ایکٹیوزم، اب جو ہوگا پیس فل دعویٰ ورک۔ جب تک آپ یہ ان کو نہ دیں، تب تک وہ رکنے والے نہیں ہیں۔</w:t>
      </w:r>
    </w:p>
    <w:p>
      <w:r>
        <w:rPr>
          <w:b/>
        </w:rPr>
        <w:t xml:space="preserve">[19:51] </w:t>
      </w:r>
      <w:r>
        <w:t>to ek alternative goal inhein dena parega. yani ek taraf to hamein political interpretation ko ghalat sabit karna parega, aur doosri jo interpretation hai sahi, woh dena parega.</w:t>
      </w:r>
    </w:p>
    <w:p>
      <w:pPr>
        <w:jc w:val="right"/>
      </w:pPr>
      <w:r>
        <w:t>تو ایک الٹرنیٹو گول انہیں دینا پڑے گا۔ یعنی ایک طرف تو ہمیں پولیٹیکل انٹرپریشن کو غلط ثابت کرنا پڑے گا، اور دوسری جو انٹرپریشن ہے صحیح، وہ دینا پڑے گا۔</w:t>
      </w:r>
    </w:p>
    <w:p>
      <w:r>
        <w:rPr>
          <w:b/>
        </w:rPr>
        <w:t xml:space="preserve">[20:07] </w:t>
      </w:r>
      <w:r>
        <w:t>aur doosri isi ke sath yeh karna parega ke hamein in ko convince karna parega ke doosra goal tumhare intezar kar raha hai, woh hai global da'wa.</w:t>
      </w:r>
    </w:p>
    <w:p>
      <w:pPr>
        <w:jc w:val="right"/>
      </w:pPr>
      <w:r>
        <w:t>اور دوسری اسی کے ساتھ یہ کرنا پڑے گا کہ ہمیں ان کو کنونس کرنا پڑے گا کہ دوسرا گول تمہارے انتظار کر رہا ہے، وہ ہے گلوبل دعویٰ۔</w:t>
      </w:r>
    </w:p>
    <w:p>
      <w:r>
        <w:rPr>
          <w:b/>
        </w:rPr>
        <w:t xml:space="preserve">[20:21] </w:t>
      </w:r>
      <w:r>
        <w:t>to main ne kaha ke dekhiye, yeh hum kaam kar rahe hain, aur bohat se log is se mutasir ho kar is mein lag gaye hain. aise hi aap ko is kaam ko badhana hai, aur poori poori ummat ko isi par khara karna hai.</w:t>
      </w:r>
    </w:p>
    <w:p>
      <w:pPr>
        <w:jc w:val="right"/>
      </w:pPr>
      <w:r>
        <w:t>تو میں نے کہا کہ دیکھیے، یہ ہم کام کر رہے ہیں، اور بہت سے لوگ اس سے متاثر ہو کر اس میں لگ گئے ہیں۔ ایسے ہی آپ کو اس کام کو بڑھانا ہے، اور پوری پوری امت کو اسی پر کھڑا کرنا ہے۔</w:t>
      </w:r>
    </w:p>
    <w:p>
      <w:r>
        <w:rPr>
          <w:b/>
        </w:rPr>
        <w:t xml:space="preserve">[20:35] </w:t>
      </w:r>
      <w:r>
        <w:t>tab ja kar peace aayega, tab ja kar violence khatam hoga, tab ja kar kisi ke sath bhagne khatam honge.</w:t>
      </w:r>
    </w:p>
    <w:p>
      <w:pPr>
        <w:jc w:val="right"/>
      </w:pPr>
      <w:r>
        <w:t>تب جا کر پیس آئے گا، تب جا کر وائلنس ختم ہوگا، تب جا کر کسی کے ساتھ بھاگنے ختم ہوں گے۔</w:t>
      </w:r>
    </w:p>
    <w:p>
      <w:r>
        <w:rPr>
          <w:b/>
        </w:rPr>
        <w:t xml:space="preserve">[20:44] </w:t>
      </w:r>
      <w:r>
        <w:t>dekhiye, is ki wajah se bohat bara nuqsan yeh hua hai ke dunya mein Muslim mumalik hain,</w:t>
      </w:r>
    </w:p>
    <w:p>
      <w:pPr>
        <w:jc w:val="right"/>
      </w:pPr>
      <w:r>
        <w:t>دیکھیے، اس کی وجہ سے بہت بڑا نقصان یہ ہوا ہے کہ دنیا میں مسلم ممالک ہیں،</w:t>
      </w:r>
    </w:p>
    <w:p>
      <w:r>
        <w:rPr>
          <w:b/>
        </w:rPr>
        <w:t xml:space="preserve">[20:54] </w:t>
      </w:r>
      <w:r>
        <w:t>pachas se zyada. har Muslim mulk mein kya hai is waqt</w:t>
      </w:r>
    </w:p>
    <w:p>
      <w:pPr>
        <w:jc w:val="right"/>
      </w:pPr>
      <w:r>
        <w:t>پچاس سے زیادہ۔ ہر مسلم ملک میں کیا ہے اس وقت</w:t>
      </w:r>
    </w:p>
    <w:p>
      <w:r>
        <w:rPr>
          <w:b/>
        </w:rPr>
        <w:t xml:space="preserve">[20:59] </w:t>
      </w:r>
      <w:r>
        <w:t>ke Muslim mulk mein do group ban gaye hain, yani ruling class aur non ruling class. aur yeh jo jama'aten hain, siyasi aur jo political interpretation le ke uthi hain, unhon ne logon ke dimaghon pe bhar rakha hai ke hamare jo hukmaran hain,</w:t>
      </w:r>
    </w:p>
    <w:p>
      <w:pPr>
        <w:jc w:val="right"/>
      </w:pPr>
      <w:r>
        <w:t>کہ مسلم ملک میں دو گروپ بن گئے ہیں، یعنی رولنگ کلاس اور نان رولنگ کلاس۔ اور یہ جو جماعتیں ہیں، سیاسی اور جو پولیٹیکل انٹرپریشن لے کے اٹھی ہیں، انہوں نے لوگوں کے دماغوں پہ بھر رکھا ہے کہ ہمارے جو حکمراں ہیں،</w:t>
      </w:r>
    </w:p>
    <w:p>
      <w:r>
        <w:rPr>
          <w:b/>
        </w:rPr>
        <w:t xml:space="preserve">[21:21] </w:t>
      </w:r>
      <w:r>
        <w:t>woh rukawat hain Islam, Islami qanoon nafiz karne ke liye.</w:t>
      </w:r>
    </w:p>
    <w:p>
      <w:pPr>
        <w:jc w:val="right"/>
      </w:pPr>
      <w:r>
        <w:t>وہ رکاوٹ ہیں اسلام، اسلامی قانون نافذ کرنے کے لیے۔</w:t>
      </w:r>
    </w:p>
    <w:p>
      <w:r>
        <w:rPr>
          <w:b/>
        </w:rPr>
        <w:t xml:space="preserve">[21:28] </w:t>
      </w:r>
      <w:r>
        <w:t>in ko hatao, in ko hatao ta ke hum Islami qanoon nafiz karein, Islam ka system qaim karein. is tarah se har Muslim mulk mein ruling class aur non ruling class do tabqe ban gaye hain, aapas mein takrao hai.</w:t>
      </w:r>
    </w:p>
    <w:p>
      <w:pPr>
        <w:jc w:val="right"/>
      </w:pPr>
      <w:r>
        <w:t>ان کو ہٹاؤ، ان کو ہٹاؤ تاکہ ہم اسلامی قانون نافذ کریں، اسلام کا سسٹم قائم کریں۔ اس طرح سے ہر مسلم ملک میں رولنگ کلاس اور نان رولنگ کلاس دو طبقے بن گئے ہیں، آپس میں ٹکراؤ ہے۔</w:t>
      </w:r>
    </w:p>
    <w:p>
      <w:r>
        <w:rPr>
          <w:b/>
        </w:rPr>
        <w:t xml:space="preserve">[21:48] </w:t>
      </w:r>
      <w:r>
        <w:t>abhi main kal akhbar mein parh raha tha,</w:t>
      </w:r>
    </w:p>
    <w:p>
      <w:pPr>
        <w:jc w:val="right"/>
      </w:pPr>
      <w:r>
        <w:t>ابھی میں کل اخبار میں پڑھ رہا تھا،</w:t>
      </w:r>
    </w:p>
    <w:p>
      <w:r>
        <w:rPr>
          <w:b/>
        </w:rPr>
        <w:t xml:space="preserve">[21:52] </w:t>
      </w:r>
      <w:r>
        <w:t>kal hi ki baat hai ke Egypt ki, yani Misr ki jo maujooda hukumat hai, us ne itne masjidon mein talay laga diye hain, taqreeban pachas hazar masjidon.</w:t>
      </w:r>
    </w:p>
    <w:p>
      <w:pPr>
        <w:jc w:val="right"/>
      </w:pPr>
      <w:r>
        <w:t>کل ہی کی بات ہے کہ ایجپٹ کی، یعنی مصر کی جو موجودہ حکومت ہے، اس نے اتنے مسجدوں میں تالے لگا دیے ہیں، تقریباً پچاس ہزار مسجدیں۔</w:t>
      </w:r>
    </w:p>
    <w:p>
      <w:r>
        <w:rPr>
          <w:b/>
        </w:rPr>
        <w:t xml:space="preserve">[22:09] </w:t>
      </w:r>
      <w:r>
        <w:t>to is mein sirf yahi tha ke talay laga diye. p</w:t>
      </w:r>
    </w:p>
    <w:p>
      <w:pPr>
        <w:jc w:val="right"/>
      </w:pPr>
      <w:r>
        <w:t>تو اس میں صرف یہی تھا کہ تالے لگا دیے۔ پ</w:t>
      </w:r>
    </w:p>
    <w:p>
      <w:r>
        <w:rPr>
          <w:b/>
        </w:rPr>
        <w:t xml:space="preserve">[22:13] </w:t>
      </w:r>
      <w:r>
        <w:t>wahi baat nahi thi is mein. poori baat yeh hai ke yeh jo political jamaatein hain musalmanon ki, unhon ne dekha ke bahir ki dunya mein activities par pabandi lagi hui hai.</w:t>
      </w:r>
    </w:p>
    <w:p>
      <w:pPr>
        <w:jc w:val="right"/>
      </w:pPr>
      <w:r>
        <w:t>وری بات نہیں تھی اس میں۔ پوری بات یہ ہے کہ یہ جو پولیٹیکل جماعتیں ہیں مسلمانوں کی، انہوں نے دیکھا کہ باہر کی دنیا میں ایکٹیویٹیز پر پابندی لگی ہوئی ہے۔</w:t>
      </w:r>
    </w:p>
    <w:p>
      <w:r>
        <w:rPr>
          <w:b/>
        </w:rPr>
        <w:t xml:space="preserve">[22:28] </w:t>
      </w:r>
      <w:r>
        <w:t>to masjid ko unhon ne adda bana liya, aur masjid mein lage logon ko</w:t>
      </w:r>
    </w:p>
    <w:p>
      <w:pPr>
        <w:jc w:val="right"/>
      </w:pPr>
      <w:r>
        <w:t>تو مسجد کو انہوں نے اڈا بنا لیا، اور مسجد میں لگے لوگوں کو</w:t>
      </w:r>
    </w:p>
    <w:p>
      <w:r>
        <w:rPr>
          <w:b/>
        </w:rPr>
        <w:t xml:space="preserve">[22:36] </w:t>
      </w:r>
      <w:r>
        <w:t>logon ke andar wahi political zehan banana, hukoomat se takrana, yeh ke hukoomat rukawat hai Islam ko naafiz karne ke liye, un ko hatao.</w:t>
      </w:r>
    </w:p>
    <w:p>
      <w:pPr>
        <w:jc w:val="right"/>
      </w:pPr>
      <w:r>
        <w:t>لوگوں کے اندر وہی پولیٹیکل ذہن بنانا، حکومت سے ٹکرانا، یہ کہ حکومت رکاوٹ ہے اسلام کو نافذ کرنے کے لیے، ان کو ہٹاؤ۔</w:t>
      </w:r>
    </w:p>
    <w:p>
      <w:r>
        <w:rPr>
          <w:b/>
        </w:rPr>
        <w:t xml:space="preserve">[22:46] </w:t>
      </w:r>
      <w:r>
        <w:t>to ab masjid ko political activities ka center bana diya. to zahir hai ke woh taale lagayenge, woh kyun nahi lagayenge taale?</w:t>
      </w:r>
    </w:p>
    <w:p>
      <w:pPr>
        <w:jc w:val="right"/>
      </w:pPr>
      <w:r>
        <w:t>تو اب مسجد کو پولیٹیکل ایکٹیویٹیز کا سینٹر بنا دیا۔ تو ظاہر ہے کہ وہ تالے لگائیں گے، وہ کیوں نہیں لگائیں گے تالے؟</w:t>
      </w:r>
    </w:p>
    <w:p>
      <w:r>
        <w:rPr>
          <w:b/>
        </w:rPr>
        <w:t xml:space="preserve">[22:57] </w:t>
      </w:r>
      <w:r>
        <w:t>to dekhiye, agar aap dawat ka kaam karein, peaceful dawah work, to kahin rukawat nahi hai, na muslim countries mein, na non muslim countries mein.</w:t>
      </w:r>
    </w:p>
    <w:p>
      <w:pPr>
        <w:jc w:val="right"/>
      </w:pPr>
      <w:r>
        <w:t>تو دیکھیے، اگر آپ دعوت کا کام کریں، پیس فل دعویٰ ورک، تو کہیں رکاوٹ نہیں ہے، نہ مسلم کنٹریز میں، نہ نان مسلم کنٹریز میں۔</w:t>
      </w:r>
    </w:p>
    <w:p>
      <w:r>
        <w:rPr>
          <w:b/>
        </w:rPr>
        <w:t xml:space="preserve">[23:10] </w:t>
      </w:r>
      <w:r>
        <w:t>jaise hum log dekhiye, India mein dawat ka kaam kar rahe hain, hamein koi rukawat nahi hai, zara barabar hamein koi rukawat nahi hai India mein.</w:t>
      </w:r>
    </w:p>
    <w:p>
      <w:pPr>
        <w:jc w:val="right"/>
      </w:pPr>
      <w:r>
        <w:t>جیسے ہم لوگ دیکھیے، انڈیا میں دعوت کا کام کر رہے ہیں، ہمیں کوئی رکاوٹ نہیں ہے، ذرہ برابر ہمیں کوئی رکاوٹ نہیں ہے انڈیا میں۔</w:t>
      </w:r>
    </w:p>
    <w:p>
      <w:r>
        <w:rPr>
          <w:b/>
        </w:rPr>
        <w:t xml:space="preserve">[23:21] </w:t>
      </w:r>
      <w:r>
        <w:t>yahi ho sakta hai saare mulkon mein,</w:t>
      </w:r>
    </w:p>
    <w:p>
      <w:pPr>
        <w:jc w:val="right"/>
      </w:pPr>
      <w:r>
        <w:t>یہی ہو سکتا ہے سارے ملکوں میں،</w:t>
      </w:r>
    </w:p>
    <w:p>
      <w:r>
        <w:rPr>
          <w:b/>
        </w:rPr>
        <w:t xml:space="preserve">[23:24] </w:t>
      </w:r>
      <w:r>
        <w:t>lekin muslim muslim jo jamaatein hain, jo political interpretation ko le kar khadi hui hain, unhon ne masla khada kar rakha hai.</w:t>
      </w:r>
    </w:p>
    <w:p>
      <w:pPr>
        <w:jc w:val="right"/>
      </w:pPr>
      <w:r>
        <w:t>لیکن مسلم مسلم جو جماعتیں ہیں، جو پولیٹیکل انٹرپریشن کو لے کر کھڑی ہوئی ہیں، انہوں نے مسئلہ کھڑا کر رکھا ہے۔</w:t>
      </w:r>
    </w:p>
    <w:p>
      <w:r>
        <w:rPr>
          <w:b/>
        </w:rPr>
        <w:t xml:space="preserve">[23:34] </w:t>
      </w:r>
      <w:r>
        <w:t>pehlay unhon ne bahir ki dunya mein yeh sab khayalat phailaye, to unhon ne bahir ki dunya mein rukawatein paida kar dein.</w:t>
      </w:r>
    </w:p>
    <w:p>
      <w:pPr>
        <w:jc w:val="right"/>
      </w:pPr>
      <w:r>
        <w:t>پہلے انہوں نے باہر کی دنیا میں یہ سب خیالات پھیلائے، تو انہوں نے باہر کی دنیا میں رکاوٹیں پیدا کر دیں۔</w:t>
      </w:r>
    </w:p>
    <w:p>
      <w:r>
        <w:rPr>
          <w:b/>
        </w:rPr>
        <w:t xml:space="preserve">[23:46] </w:t>
      </w:r>
      <w:r>
        <w:t>ab unhon ne dekha ke bahir nahi hum kar sakte, to masjidon mein unhon ne karna shuru kar diya. to masjidon mein unhon ne tala laga diya.</w:t>
      </w:r>
    </w:p>
    <w:p>
      <w:pPr>
        <w:jc w:val="right"/>
      </w:pPr>
      <w:r>
        <w:t>اب انہوں نے دیکھا کہ باہر نہیں ہم کر سکتے، تو مسجدوں میں انہوں نے کرنا شروع کر دیا۔ تو مسجدوں میں انہوں نے تالا لگا دیا۔</w:t>
      </w:r>
    </w:p>
    <w:p>
      <w:r>
        <w:rPr>
          <w:b/>
        </w:rPr>
        <w:t xml:space="preserve">[23:55] </w:t>
      </w:r>
      <w:r>
        <w:t>yeh bohat bara masla hai poori muslim dunya mein. to is ko hamein khatam karna hai, aur is ko khatam karne ka jo tareeqa hai, woh yahi hai ke daur jadeed ke jo mawaqe hain, us ko hum avail karein, maslan printing press, maslan modern technology, maslan communication,</w:t>
      </w:r>
    </w:p>
    <w:p>
      <w:pPr>
        <w:jc w:val="right"/>
      </w:pPr>
      <w:r>
        <w:t>یہ بہت بڑا مسئلہ ہے پوری مسلم دنیا میں۔ تو اس کو ہمیں ختم کرنا ہے، اور اس کو ختم کرنے کا جو طریقہ ہے، وہ یہی ہے کہ دور جدید کے جو مواقع ہیں، اس کو ہم اویل کریں، مثلاً پرنٹنگ پریس، مثلاً ماڈرن ٹیکنالوجی، مثلاً کمیونیکیشن،</w:t>
      </w:r>
    </w:p>
    <w:p>
      <w:r>
        <w:rPr>
          <w:b/>
        </w:rPr>
        <w:t xml:space="preserve">[24:17] </w:t>
      </w:r>
      <w:r>
        <w:t>in sab ko istemal kar ke</w:t>
      </w:r>
    </w:p>
    <w:p>
      <w:pPr>
        <w:jc w:val="right"/>
      </w:pPr>
      <w:r>
        <w:t>ان سب کو استعمال کر کے</w:t>
      </w:r>
    </w:p>
    <w:p>
      <w:r>
        <w:rPr>
          <w:b/>
        </w:rPr>
        <w:t xml:space="preserve">[24:20] </w:t>
      </w:r>
      <w:r>
        <w:t>hum apne apne daire mein yahi kaam kar rahe hain, Allah ke fazl se apne daire mein hum yahi kaam kar rahe hain. wahan bhi hamare saathi gaye thay, wahan par</w:t>
      </w:r>
    </w:p>
    <w:p>
      <w:pPr>
        <w:jc w:val="right"/>
      </w:pPr>
      <w:r>
        <w:t>ہم اپنے اپنے دائرے میں یہی کام کر رہے ہیں، اللہ کے فضل سے اپنے دائرے میں ہم یہی کام کر رہے ہیں۔ وہاں بھی ہمارے ساتھی گئے تھے، وہاں پر</w:t>
      </w:r>
    </w:p>
    <w:p>
      <w:r>
        <w:rPr>
          <w:b/>
        </w:rPr>
        <w:t xml:space="preserve">[24:34] </w:t>
      </w:r>
      <w:r>
        <w:t>yani Abu Dhabi, hamare saathi wahan bohat ziyada tadad mein literature le gaye,</w:t>
      </w:r>
    </w:p>
    <w:p>
      <w:pPr>
        <w:jc w:val="right"/>
      </w:pPr>
      <w:r>
        <w:t>یعنی ابوظہبی، ہمارے ساتھی وہاں بہت زیادہ تعداد میں لٹریچر لے گئے،</w:t>
      </w:r>
    </w:p>
    <w:p>
      <w:r>
        <w:rPr>
          <w:b/>
        </w:rPr>
        <w:t xml:space="preserve">[24:43] </w:t>
      </w:r>
      <w:r>
        <w:t>aur wahan par, wahan par, wahan jo wahan ke jo organizer hain, unhon ne bohat ziyada cooperation diya, baqayda bohat khoobsurat chupa hua bag unhon ne diya hamare saathiyon ko ke is mein aap rakhiye,</w:t>
      </w:r>
    </w:p>
    <w:p>
      <w:pPr>
        <w:jc w:val="right"/>
      </w:pPr>
      <w:r>
        <w:t>اور وہاں پر، وہاں پر، وہاں جو وہاں کے جو ارگنائزر ہیں، انہوں نے بہت زیادہ کوآپریشن دیا، باقاعدہ بہت خوبصورت چھپا ہوا بیگ انہوں نے دیا ہمارے ساتھیوں کو کہ اس میں آپ رکھیے،</w:t>
      </w:r>
    </w:p>
    <w:p>
      <w:r>
        <w:rPr>
          <w:b/>
        </w:rPr>
        <w:t xml:space="preserve">[25:00] </w:t>
      </w:r>
      <w:r>
        <w:t>aur hum khud sab ko pohnchayenge.</w:t>
      </w:r>
    </w:p>
    <w:p>
      <w:pPr>
        <w:jc w:val="right"/>
      </w:pPr>
      <w:r>
        <w:t>اور ہم خود سب کو پہنچائیں گے۔</w:t>
      </w:r>
    </w:p>
    <w:p>
      <w:r>
        <w:rPr>
          <w:b/>
        </w:rPr>
        <w:t xml:space="preserve">[25:03] </w:t>
      </w:r>
      <w:r>
        <w:t>to hamare saathiyon ne un ke bag mein saari kitabein rakhein, Arabi Arabi zuban mein, English zuban mein. to</w:t>
      </w:r>
    </w:p>
    <w:p>
      <w:pPr>
        <w:jc w:val="right"/>
      </w:pPr>
      <w:r>
        <w:t>تو ہمارے ساتھیوں نے ان کے بیگ میں ساری کتابیں رکھیں، عربی عربی زبان میں، انگلش زبان میں۔ تو</w:t>
      </w:r>
    </w:p>
    <w:p>
      <w:r>
        <w:rPr>
          <w:b/>
        </w:rPr>
        <w:t xml:space="preserve">[25:15] </w:t>
      </w:r>
      <w:r>
        <w:t>jis hotel mein hum log thehray thay, Hilton hotel, us mein 200 kamre thay, aur saara hotel unhon ne book kar liya tha.</w:t>
      </w:r>
    </w:p>
    <w:p>
      <w:pPr>
        <w:jc w:val="right"/>
      </w:pPr>
      <w:r>
        <w:t>جس ہوٹل میں ہم لوگ ٹھہرے تھے، ہلٹن ہوٹل، اس میں 200 کمرے تھے، اور سارا ہوٹل انہوں نے بک کر لیا تھا۔</w:t>
      </w:r>
    </w:p>
    <w:p>
      <w:r>
        <w:rPr>
          <w:b/>
        </w:rPr>
        <w:t xml:space="preserve">[25:26] </w:t>
      </w:r>
      <w:r>
        <w:t>to unhi ke aadmiyon ne saare kamron mein har aadmi ke paas literature pohncha diya.</w:t>
      </w:r>
    </w:p>
    <w:p>
      <w:pPr>
        <w:jc w:val="right"/>
      </w:pPr>
      <w:r>
        <w:t>تو انہی کے آدمیوں نے سارے کمروں میں ہر آدمی کے پاس لٹریچر پہنچا دیا۔</w:t>
      </w:r>
    </w:p>
    <w:p>
      <w:r>
        <w:rPr>
          <w:b/>
        </w:rPr>
        <w:t xml:space="preserve">[25:33] </w:t>
      </w:r>
      <w:r>
        <w:t>bohat khoobsurat chupa hua bag tha, us mein kitabein rakhi gayin, Arabi kitabein aur Angrezi kitabein, logon ne pohncha diya.</w:t>
      </w:r>
    </w:p>
    <w:p>
      <w:pPr>
        <w:jc w:val="right"/>
      </w:pPr>
      <w:r>
        <w:t>بہت خوبصورت چھپا ہوا بیگ تھا، اس میں کتابیں رکھی گئیں، عربی کتابیں اور انگریزی کتابیں، لوگوں نے پہنچا دیا۔</w:t>
      </w:r>
    </w:p>
    <w:p>
      <w:r>
        <w:rPr>
          <w:b/>
        </w:rPr>
        <w:t xml:space="preserve">[25:42] </w:t>
      </w:r>
      <w:r>
        <w:t>to kitna mein kehta hoon ke saari dunya aap ko support degi, saari dunya aap ko saath degi, muslim bhi aur non muslim bhi, koi rukawat nahi hai.</w:t>
      </w:r>
    </w:p>
    <w:p>
      <w:pPr>
        <w:jc w:val="right"/>
      </w:pPr>
      <w:r>
        <w:t>تو کتنا میں کہتا ہوں کہ ساری دنیا آپ کو سپورٹ دے گی، ساری دنیا آپ کو ساتھ دے گی، مسلم بھی اور نان مسلم بھی، کوئی رکاوٹ نہیں ہے۔</w:t>
      </w:r>
    </w:p>
    <w:p>
      <w:r>
        <w:rPr>
          <w:b/>
        </w:rPr>
        <w:t xml:space="preserve">[25:53] </w:t>
      </w:r>
      <w:r>
        <w:t>ek hi shart hai ke aap peaceful tareeqay se kaam karein,</w:t>
      </w:r>
    </w:p>
    <w:p>
      <w:pPr>
        <w:jc w:val="right"/>
      </w:pPr>
      <w:r>
        <w:t>ایک ہی شرط ہے کہ آپ پیس فل طریقے سے کام کریں،</w:t>
      </w:r>
    </w:p>
    <w:p>
      <w:r>
        <w:rPr>
          <w:b/>
        </w:rPr>
        <w:t xml:space="preserve">[25:59] </w:t>
      </w:r>
      <w:r>
        <w:t>apne ko hate se bachayein, violence se bachayein, nine eleven culture se bachayein. to saari dunya aap ka saath dene ke liye tayyar hai, koi rukawat nahi kahin bhi.</w:t>
      </w:r>
    </w:p>
    <w:p>
      <w:pPr>
        <w:jc w:val="right"/>
      </w:pPr>
      <w:r>
        <w:t>اپنے کو ہیٹ سے بچائیں، وائلنس سے بچائیں، نائن الیون کلچر سے بچائیں۔ تو ساری دنیا آپ کا ساتھ دینے کے لیے تیار ہے، کوئی رکاوٹ نہیں کہیں بھی۔</w:t>
      </w:r>
    </w:p>
    <w:p>
      <w:r>
        <w:rPr>
          <w:b/>
        </w:rPr>
        <w:t xml:space="preserve">[26:12] </w:t>
      </w:r>
      <w:r>
        <w:t>to jaisa ke maine misaal di ke hum ko India mein koi rukawat nahi hai, aur Abu Dhabi bhi hamare saathiyon ne khoob khoob logon tak pohnchaya, wahan bhi koi rukawat nahi.</w:t>
      </w:r>
    </w:p>
    <w:p>
      <w:pPr>
        <w:jc w:val="right"/>
      </w:pPr>
      <w:r>
        <w:t>تو جیسا کہ میں نے مثال دی کہ ہم کو انڈیا میں کوئی رکاوٹ نہیں ہے، اور ابوظہبی بھی ہمارے ساتھیوں نے خوب خوب لوگوں تک پہنچایا، وہاں بھی کوئی رکاوٹ نہیں۔</w:t>
      </w:r>
    </w:p>
    <w:p>
      <w:r>
        <w:rPr>
          <w:b/>
        </w:rPr>
        <w:t xml:space="preserve">[26:26] </w:t>
      </w:r>
      <w:r>
        <w:t>to yeh baatein maine wahan kaheen, aur logon ne bohat pasand kiya, aur kisi ne koi hamare khilaf koi baat nahi ki wahan par, kyunke hum hukoomat se takraane wali baat karte nahi,</w:t>
      </w:r>
    </w:p>
    <w:p>
      <w:pPr>
        <w:jc w:val="right"/>
      </w:pPr>
      <w:r>
        <w:t>تو یہ باتیں میں نے وہاں کہیں، اور لوگوں نے بہت پسند کیا، اور کسی نے کوئی ہمارے خلاف کوئی بات نہیں کی وہاں پر، کیونکہ ہم حکومت سے ٹکرانے والی بات کرتے نہیں،</w:t>
      </w:r>
    </w:p>
    <w:p>
      <w:r>
        <w:rPr>
          <w:b/>
        </w:rPr>
        <w:t xml:space="preserve">[26:42] </w:t>
      </w:r>
      <w:r>
        <w:t>nafrat ki baat karte nahin. hum yeh kehte nahin ke system ko todna hai, yeh sab kehte nahin. hum to yeh kehte hain ke dawat dena hai, peaceful dawat.</w:t>
      </w:r>
    </w:p>
    <w:p>
      <w:pPr>
        <w:jc w:val="right"/>
      </w:pPr>
      <w:r>
        <w:t>نفرت کی بات کرتے نہیں۔ ہم یہ کہتے نہیں کہ سسٹم کو توڑنا ہے، یہ سب کہتے نہیں۔ ہم تو یہ کہتے ہیں کہ دعوت دینا ہے، پیس فل دعوت۔</w:t>
      </w:r>
    </w:p>
    <w:p>
      <w:r>
        <w:rPr>
          <w:b/>
        </w:rPr>
        <w:t xml:space="preserve">[26:52] </w:t>
      </w:r>
      <w:r>
        <w:t>wahan kai logon ne mera interview liya,</w:t>
      </w:r>
    </w:p>
    <w:p>
      <w:pPr>
        <w:jc w:val="right"/>
      </w:pPr>
      <w:r>
        <w:t>وہاں کئی لوگوں نے میرا انٹرویو لیا،</w:t>
      </w:r>
    </w:p>
    <w:p>
      <w:r>
        <w:rPr>
          <w:b/>
        </w:rPr>
        <w:t xml:space="preserve">[26:56] </w:t>
      </w:r>
      <w:r>
        <w:t>mislan ek american apne masjid ke sath aaye, aur bohat parhe likhe thay, woh Islam qabool kar liya tha unhon ne.</w:t>
      </w:r>
    </w:p>
    <w:p>
      <w:pPr>
        <w:jc w:val="right"/>
      </w:pPr>
      <w:r>
        <w:t>مثلاً ایک امریکن اپنے مسجد کے ساتھ آئے، اور بہت پڑھے لکھے تھے، وہ اسلام قبول کر لیا تھا انہوں نے۔</w:t>
      </w:r>
    </w:p>
    <w:p>
      <w:r>
        <w:rPr>
          <w:b/>
        </w:rPr>
        <w:t xml:space="preserve">[27:08] </w:t>
      </w:r>
      <w:r>
        <w:t>to unhon ne hamari kitaab un ko mili thi, true jihad, true jihad kitaab mili thi, to us ko bohat pasand aayi thi unhon ne. to aur kitaabein bhi parhi theen, to unhon ne interview liya tafseel ke sath.</w:t>
      </w:r>
    </w:p>
    <w:p>
      <w:pPr>
        <w:jc w:val="right"/>
      </w:pPr>
      <w:r>
        <w:t>تو انہوں نے ہماری کتاب ان کو ملی تھی، ٹرو جہاد، ٹرو جہاد کتاب ملی تھی، تو اس کو بہت پسند آئی تھی انہوں نے۔ تو اور کتابیں بھی پڑھی تھیں، تو انہوں نے انٹرویو لیا تفصیل کے ساتھ۔</w:t>
      </w:r>
    </w:p>
    <w:p>
      <w:r>
        <w:rPr>
          <w:b/>
        </w:rPr>
        <w:t xml:space="preserve">[27:21] </w:t>
      </w:r>
      <w:r>
        <w:t>to unhon ne kaha ke aap ka jo mission hai, isi mission ki zaroorat hai aaj ki duniya mein, us ko khoob phail</w:t>
      </w:r>
    </w:p>
    <w:p>
      <w:pPr>
        <w:jc w:val="right"/>
      </w:pPr>
      <w:r>
        <w:t>تو انہوں نے کہا کہ آپ کا جو مشن ہے، اسی مشن کی ضرورت ہے آج کی دنیا میں، اس کو خوب پھیل</w:t>
      </w:r>
    </w:p>
    <w:p>
      <w:r>
        <w:rPr>
          <w:b/>
        </w:rPr>
        <w:t xml:space="preserve">[27:26] </w:t>
      </w:r>
      <w:r>
        <w:t>aaye, aur hum sab aap ke sath hain. to dekhiye, humein hamari kabhi un se mulaqat bhi nahin hui thi, lekin unhon ne cooperation diya hum ko.</w:t>
      </w:r>
    </w:p>
    <w:p>
      <w:pPr>
        <w:jc w:val="right"/>
      </w:pPr>
      <w:r>
        <w:t>ائیے، اور ہم سب آپ کے ساتھ ہیں۔ تو دیکھیے، ہمیں ہماری کبھی ان سے ملاقات بھی نہیں ہوئی تھی، لیکن انہوں نے کوآپریشن دیا ہم کو۔</w:t>
      </w:r>
    </w:p>
    <w:p>
      <w:r>
        <w:rPr>
          <w:b/>
        </w:rPr>
        <w:t xml:space="preserve">[27:43] </w:t>
      </w:r>
      <w:r>
        <w:t>to aaj ki duniya mein jo yeh masla hai ke musalmanon mein peaceful thinking khatam ho gayi hai, aur nafrat aur tashaddud aa gaya hai,</w:t>
      </w:r>
    </w:p>
    <w:p>
      <w:pPr>
        <w:jc w:val="right"/>
      </w:pPr>
      <w:r>
        <w:t>تو آج کی دنیا میں جو یہ مسئلہ ہے کہ مسلمانوں میں پیس فل تھنکنگ ختم ہو گئی ہے، اور نفرت اور تشدد آ گیا ہے،</w:t>
      </w:r>
    </w:p>
    <w:p>
      <w:r>
        <w:rPr>
          <w:b/>
        </w:rPr>
        <w:t xml:space="preserve">[27:54] </w:t>
      </w:r>
      <w:r>
        <w:t>jis ki aakhri had yeh hai ke woh suicide bombing karte hain, to un sab ki jar mein Islam ka political interpretation hai.</w:t>
      </w:r>
    </w:p>
    <w:p>
      <w:pPr>
        <w:jc w:val="right"/>
      </w:pPr>
      <w:r>
        <w:t>جس کی آخری حد یہ ہے کہ وہ سوسائیڈ بمبنگ کرتے ہیں، تو ان سب کی جڑ میں اسلام کا پولیٹیکل انٹرپریشن ہے۔</w:t>
      </w:r>
    </w:p>
    <w:p>
      <w:r>
        <w:rPr>
          <w:b/>
        </w:rPr>
        <w:t xml:space="preserve">[28:09] </w:t>
      </w:r>
      <w:r>
        <w:t>Islam ka political interpretation hai, jo bilashuba bilkul baseless hai, Islam se koi ta'alluq hota nahin. unhon ne Islam ko criticize kiya hai,</w:t>
      </w:r>
    </w:p>
    <w:p>
      <w:pPr>
        <w:jc w:val="right"/>
      </w:pPr>
      <w:r>
        <w:t>اسلام کا پولیٹیکل انٹرپریشن ہے، جو بلاشبہ بالکل بیسلیس ہے، اسلام سے کوئی تعلق ہوتا نہیں۔ انہوں نے اسلام کو کریٹیسائز کیا ہے،</w:t>
      </w:r>
    </w:p>
    <w:p>
      <w:r>
        <w:rPr>
          <w:b/>
        </w:rPr>
        <w:t xml:space="preserve">[28:23] </w:t>
      </w:r>
      <w:r>
        <w:t>halankeh Islam rabbani culture ki dawat deta hai, kaun rabbani? to zaroorat hai ke is is fikr ko counter karne ke liye jawabi fikr pesh kiya jaye, aur Allah ke fazl se hum wohi kaam kar rahe hain,</w:t>
      </w:r>
    </w:p>
    <w:p>
      <w:pPr>
        <w:jc w:val="right"/>
      </w:pPr>
      <w:r>
        <w:t>حالانکہ اسلام ربانی کلچر کی دعوت دیتا ہے، کون ربانی؟ تو ضرورت ہے کہ اس اس فکر کو کاؤنٹر کرنے کے لیے جوابی فکر پیش کیا جائے، اور اللہ کے فضل سے ہم وہی کام کر رہے ہیں،</w:t>
      </w:r>
    </w:p>
    <w:p>
      <w:r>
        <w:rPr>
          <w:b/>
        </w:rPr>
        <w:t xml:space="preserve">[28:44] </w:t>
      </w:r>
      <w:r>
        <w:t>aur Quran ka tarjuma mukhtalif zabanon mein kiya jaye.</w:t>
      </w:r>
    </w:p>
    <w:p>
      <w:pPr>
        <w:jc w:val="right"/>
      </w:pPr>
      <w:r>
        <w:t>اور قرآن کا ترجمہ مختلف زبانوں میں کیا جائے۔</w:t>
      </w:r>
    </w:p>
    <w:p>
      <w:r>
        <w:rPr>
          <w:b/>
        </w:rPr>
        <w:t xml:space="preserve">[28:47] </w:t>
      </w:r>
      <w:r>
        <w:t>Allah ke fazl se hamara jo mission hai, us mein Quran ka tarjuma das zabanon mein ho chuka hai, aur us ko phaila rahe hain hamare saathi. to sari zabanen jo hain, bari bari zabanen hain, un sab mein tarjuma karna, aur sari duniya mein un ko phailana.</w:t>
      </w:r>
    </w:p>
    <w:p>
      <w:pPr>
        <w:jc w:val="right"/>
      </w:pPr>
      <w:r>
        <w:t>اللہ کے فضل سے ہمارا جو مشن ہے، اس میں قرآن کا ترجمہ دس زبانوں میں ہو چکا ہے، اور اس کو پھیلا رہے ہیں ہمارے ساتھی۔ تو ساری زبانیں جو ہیں، بڑی بڑی زبانیں ہیں، ان سب میں ترجمہ کرنا، اور ساری دنیا میں ان کو پھیلانا۔</w:t>
      </w:r>
    </w:p>
    <w:p>
      <w:r>
        <w:rPr>
          <w:b/>
        </w:rPr>
        <w:t xml:space="preserve">[29:03] </w:t>
      </w:r>
      <w:r>
        <w:t>to mein ne kaha ke yeh target dena parega aap ko, sirf condemn karne se woh baad aaney waley nahin hain.</w:t>
      </w:r>
    </w:p>
    <w:p>
      <w:pPr>
        <w:jc w:val="right"/>
      </w:pPr>
      <w:r>
        <w:t>تو میں نے کہا کہ یہ ٹارگٹ دینا پڑے گا آپ کو، صرف کنڈیم کرنے سے وہ بعد آنے والے نہیں ہیں۔</w:t>
      </w:r>
    </w:p>
    <w:p>
      <w:r>
        <w:rPr>
          <w:b/>
        </w:rPr>
        <w:t xml:space="preserve">[29:10] </w:t>
      </w:r>
      <w:r>
        <w:t>un ko ek target chahiye, aur sab se acha target yahi hai jo Rasool Allah ne diya tha, Hajjat ul Wida ke mauqe par ke sari duniya mein mera paigham pohancha do.</w:t>
      </w:r>
    </w:p>
    <w:p>
      <w:pPr>
        <w:jc w:val="right"/>
      </w:pPr>
      <w:r>
        <w:t>ان کو ایک ٹارگٹ چاہیے، اور سب سے اچھا ٹارگٹ یہی ہے جو رسول اللہ نے دیا تھا، حجۃ الوداع کے موقع پر کہ ساری دنیا میں میرا پیغام پہنچا دو۔</w:t>
      </w:r>
    </w:p>
    <w:p>
      <w:r>
        <w:rPr>
          <w:b/>
        </w:rPr>
        <w:t xml:space="preserve">[29:24] </w:t>
      </w:r>
      <w:r>
        <w:t>chunancha Sahaba bikhar gaye sari duniya mein, aur Sahaba ki qabrein bohat hi kam hain Makkah Madinah mein, kyunke bahar gaye, bahar hi un ki wafat hui.</w:t>
      </w:r>
    </w:p>
    <w:p>
      <w:pPr>
        <w:jc w:val="right"/>
      </w:pPr>
      <w:r>
        <w:t>چنانچہ صحابہ بکھر گئے ساری دنیا میں، اور صحابہ کی قبریں بہت ہی کم ہیں مکہ مدینے میں، کیونکہ باہر گئے، باہر ہی ان کی وفات ہوئی۔</w:t>
      </w:r>
    </w:p>
    <w:p>
      <w:r>
        <w:rPr>
          <w:b/>
        </w:rPr>
        <w:t xml:space="preserve">[29:36] </w:t>
      </w:r>
      <w:r>
        <w:t>to yeh baatein mein ne wahan kaheen, aur logon ne bohat pasand kiya, aur unhon ne bohat se logon ne wada kiya ke hum isi mission ko aage badhayenge, hum isi mission ka juz banenge.</w:t>
      </w:r>
    </w:p>
    <w:p>
      <w:pPr>
        <w:jc w:val="right"/>
      </w:pPr>
      <w:r>
        <w:t>تو یہ باتیں میں نے وہاں کہیں، اور لوگوں نے بہت پسند کیا، اور انہوں نے بہت سے لوگوں نے وعدہ کیا کہ ہم اسی مشن کو آگے بڑھائیں گے، ہم اسی مشن کا جز بنیں گے۔</w:t>
      </w:r>
    </w:p>
    <w:p>
      <w:r>
        <w:rPr>
          <w:b/>
        </w:rPr>
        <w:t xml:space="preserve">[29:55] </w:t>
      </w:r>
      <w:r>
        <w:t>to mein dua karta hoon ke Allah ta'ala musalmanon ko samajh de, aur woh nafrat aur tashaddud ko chhoden, aur peaceful dawat ko apna nishana banayen.</w:t>
      </w:r>
    </w:p>
    <w:p>
      <w:pPr>
        <w:jc w:val="right"/>
      </w:pPr>
      <w:r>
        <w:t>تو میں دعا کرتا ہوں کہ اللہ تعالیٰ مسلمانوں کو سمجھ دے، اور وہ نفرت اور تشدد کو چھوڑیں، اور پیس فل دعوت کو اپنا نشانہ بنائیں۔</w:t>
      </w:r>
    </w:p>
    <w:p>
      <w:r>
        <w:rPr>
          <w:b/>
        </w:rPr>
        <w:t xml:space="preserve">[30:11] </w:t>
      </w:r>
      <w:r>
        <w:t>aaj poori tarah duniya is ke liye muwafiq hai, koi bhi rukawat nahin, koi bhi rukawat nahin. rukawat sirf is waqt hai jab aap ke andar nafrat ho, tashaddud ka mizaj ho, tab rukawat hai,</w:t>
      </w:r>
    </w:p>
    <w:p>
      <w:pPr>
        <w:jc w:val="right"/>
      </w:pPr>
      <w:r>
        <w:t>آج پوری طرح دنیا اس کے لیے موافق ہے، کوئی بھی رکاوٹ نہیں، کوئی بھی رکاوٹ نہیں۔ رکاوٹ صرف اس وقت ہے جب آپ کے اندر نفرت ہو، تشدد کا مزاج ہو، تب رکاوٹ ہے،</w:t>
      </w:r>
    </w:p>
    <w:p>
      <w:r>
        <w:rPr>
          <w:b/>
        </w:rPr>
        <w:t xml:space="preserve">[30:25] </w:t>
      </w:r>
      <w:r>
        <w:t>warna koi rukawat nahin. to isi ke liye mein dua karta hoon apne liye, apne sathiyon ke liye, aur doosre logon ke liye.</w:t>
      </w:r>
    </w:p>
    <w:p>
      <w:pPr>
        <w:jc w:val="right"/>
      </w:pPr>
      <w:r>
        <w:t>ورنہ کوئی رکاوٹ نہیں۔ تو اسی کے لیے میں دعا کرتا ہوں اپنے لیے، اپنے ساتھیوں کے لیے، اور دوسرے لوگوں کے لیے۔</w:t>
      </w:r>
    </w:p>
    <w:p>
      <w:r>
        <w:rPr>
          <w:b/>
        </w:rPr>
        <w:t xml:space="preserve">[30:35] </w:t>
      </w:r>
      <w:r>
        <w:t>Allah ta'ala meri dua ko qabool farmaye, aur taake Islam ka ek naya daur shuru ho. Islam ki image ban gayi hai jo ke Islam is the legend of violence, yeh image khatam ho,</w:t>
      </w:r>
    </w:p>
    <w:p>
      <w:pPr>
        <w:jc w:val="right"/>
      </w:pPr>
      <w:r>
        <w:t>اللہ تعالیٰ میری دعا کو قبول فرمائے، اور تاکہ اسلام کا ایک نیا دور شروع ہو۔ اسلام کی امیج بن گئی ہے جو کہ اسلام از دی لیجنڈ آف وائلنس، یہ امیج ختم ہو،</w:t>
      </w:r>
    </w:p>
    <w:p>
      <w:r>
        <w:rPr>
          <w:b/>
        </w:rPr>
        <w:t xml:space="preserve">[30:51] </w:t>
      </w:r>
      <w:r>
        <w:t>aur yeh image bane ke Islam is the legend of peace.</w:t>
      </w:r>
    </w:p>
    <w:p>
      <w:pPr>
        <w:jc w:val="right"/>
      </w:pPr>
      <w:r>
        <w:t>اور یہ امیج بنے کہ اسلام از دی لیجنڈ آف پیس۔</w:t>
      </w:r>
    </w:p>
    <w:p>
      <w:r>
        <w:rPr>
          <w:b/>
        </w:rPr>
        <w:t xml:space="preserve">[30:56] </w:t>
      </w:r>
      <w:r>
        <w:t>to isi ki mein dua karta hoon, Allah ta'ala mere liye, mere sathiyon ke liye, aur doosre taur par aap logon ke liye ise qabool farmaye.</w:t>
      </w:r>
    </w:p>
    <w:p>
      <w:pPr>
        <w:jc w:val="right"/>
      </w:pPr>
      <w:r>
        <w:t>تو اسی کی میں دعا کرتا ہوں، اللہ تعالیٰ میرے لیے، میرے ساتھیوں کے لیے، اور دوسرے طور پر آپ لوگوں کے لیے اسے قبول فرمائے۔</w:t>
      </w:r>
    </w:p>
    <w:p>
      <w:r>
        <w:rPr>
          <w:b/>
        </w:rPr>
        <w:t xml:space="preserve">[31:08] </w:t>
      </w:r>
      <w:r>
        <w:t>Assalamu Alaikum wa Rahmatullahi.</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