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Extremism September 14, 2008</w:t>
      </w:r>
    </w:p>
    <w:p>
      <w:r>
        <w:t>https://youtu.be/qHQEos8tOLg</w:t>
      </w:r>
    </w:p>
    <w:p>
      <w:r>
        <w:rPr>
          <w:b/>
        </w:rPr>
        <w:t xml:space="preserve">[00:28] </w:t>
      </w:r>
      <w:r>
        <w:t>wahal al-uqdatan min lisani, yafqahu qawli.</w:t>
      </w:r>
    </w:p>
    <w:p>
      <w:pPr>
        <w:jc w:val="right"/>
      </w:pPr>
      <w:r>
        <w:t>واحل العقدۃ من لسانی، یفقہ قولی۔</w:t>
      </w:r>
    </w:p>
    <w:p>
      <w:r>
        <w:rPr>
          <w:b/>
        </w:rPr>
        <w:t xml:space="preserve">[00:36] </w:t>
      </w:r>
      <w:r>
        <w:t>aap jante hain ke aaj tamam papers ki headline ek hi hai, woh hai bomb blast ke bare mein.</w:t>
      </w:r>
    </w:p>
    <w:p>
      <w:pPr>
        <w:jc w:val="right"/>
      </w:pPr>
      <w:r>
        <w:t>آپ جانتے ہیں کہ آج تمام پیپرز کی ہیڈ لائن ایک ہی ہے، وہ ہے بم بلاسٹ کے بارے میں۔</w:t>
      </w:r>
    </w:p>
    <w:p>
      <w:r>
        <w:rPr>
          <w:b/>
        </w:rPr>
        <w:t xml:space="preserve">[00:46] </w:t>
      </w:r>
      <w:r>
        <w:t>jaise mere paas jo paper hai, us ki headline hai ke "25 killed and more than 100 injured as bomb explosions rock Delhi."</w:t>
      </w:r>
    </w:p>
    <w:p>
      <w:pPr>
        <w:jc w:val="right"/>
      </w:pPr>
      <w:r>
        <w:t>جیسے میرے پاس جو پیپر ہے، اس کی ہیڈ لائن ہے کہ "25 killed and more than 100 injured as bomb explosions rock Delhi."</w:t>
      </w:r>
    </w:p>
    <w:p>
      <w:r>
        <w:rPr>
          <w:b/>
        </w:rPr>
        <w:t xml:space="preserve">[01:09] </w:t>
      </w:r>
      <w:r>
        <w:t>to yeh news aaj sab ke mind mein hai.</w:t>
      </w:r>
    </w:p>
    <w:p>
      <w:pPr>
        <w:jc w:val="right"/>
      </w:pPr>
      <w:r>
        <w:t>تو یہ نیوز آج سب کے مائنڈ میں ہے۔</w:t>
      </w:r>
    </w:p>
    <w:p>
      <w:r>
        <w:rPr>
          <w:b/>
        </w:rPr>
        <w:t xml:space="preserve">[01:12] </w:t>
      </w:r>
      <w:r>
        <w:t>jab yeh news maine parhi to mujhe 60 saal pehle ka apna ek experience yaad aaya. yani 47 mein jab India azaad hua to saath saath aap jante hain ke yahan markaataat blood shed bhi aaya,</w:t>
      </w:r>
    </w:p>
    <w:p>
      <w:pPr>
        <w:jc w:val="right"/>
      </w:pPr>
      <w:r>
        <w:t>جب یہ نیوز میں نے پڑھی تو مجھے 60 سال پہلے کا اپنا ایک ایکسپیرینس یاد آیا۔ یعنی 47 میں جب انڈیا آزاد ہوا تو ساتھ ساتھ آپ جانتے ہیں کہ یہاں مارکاٹ بلڈ شیڈ بھی آیا،</w:t>
      </w:r>
    </w:p>
    <w:p>
      <w:r>
        <w:rPr>
          <w:b/>
        </w:rPr>
        <w:t xml:space="preserve">[01:34] </w:t>
      </w:r>
      <w:r>
        <w:t>yani border ke dono taraf.</w:t>
      </w:r>
    </w:p>
    <w:p>
      <w:pPr>
        <w:jc w:val="right"/>
      </w:pPr>
      <w:r>
        <w:t>یعنی بارڈر کے دونوں طرف۔</w:t>
      </w:r>
    </w:p>
    <w:p>
      <w:r>
        <w:rPr>
          <w:b/>
        </w:rPr>
        <w:t xml:space="preserve">[01:39] </w:t>
      </w:r>
      <w:r>
        <w:t>to us waqt maine peace mission shuru kiya 1948 mein, yani ab se 60 saal pehle.</w:t>
      </w:r>
    </w:p>
    <w:p>
      <w:pPr>
        <w:jc w:val="right"/>
      </w:pPr>
      <w:r>
        <w:t>تو اس وقت میں نے پیس مشن شروع کیا 1948 میں، یعنی اب سے 60 سال پہلے۔</w:t>
      </w:r>
    </w:p>
    <w:p>
      <w:r>
        <w:rPr>
          <w:b/>
        </w:rPr>
        <w:t xml:space="preserve">[01:52] </w:t>
      </w:r>
      <w:r>
        <w:t>to wahan par hum Madhe Badh mein thay, wahan par ek exhibition lagti thi, annual exhibition.</w:t>
      </w:r>
    </w:p>
    <w:p>
      <w:pPr>
        <w:jc w:val="right"/>
      </w:pPr>
      <w:r>
        <w:t>تو وہاں پر ہم مادہ بڑھ میں تھے، وہاں پر ایک ایگزیبیشن لگتی تھی، اینول ایگزیبیشن۔</w:t>
      </w:r>
    </w:p>
    <w:p>
      <w:r>
        <w:rPr>
          <w:b/>
        </w:rPr>
        <w:t xml:space="preserve">[02:01] </w:t>
      </w:r>
      <w:r>
        <w:t>wahan par hum ne ek book stall lagaya, religious literature ka.</w:t>
      </w:r>
    </w:p>
    <w:p>
      <w:pPr>
        <w:jc w:val="right"/>
      </w:pPr>
      <w:r>
        <w:t>وہاں پر ہم نے ایک بک اسٹال لگایا، ریلیجس لٹریچر کا۔</w:t>
      </w:r>
    </w:p>
    <w:p>
      <w:r>
        <w:rPr>
          <w:b/>
        </w:rPr>
        <w:t xml:space="preserve">[02:08] </w:t>
      </w:r>
      <w:r>
        <w:t>us par ek bohat bara hum ne sign board lagaya tha. hamare saathi ek thay, Yusuf artist, unhon ne likha tha is ko.</w:t>
      </w:r>
    </w:p>
    <w:p>
      <w:pPr>
        <w:jc w:val="right"/>
      </w:pPr>
      <w:r>
        <w:t>اس پر ایک بہت بڑا ہم نے سائن بورڈ لگایا تھا۔ ہمارے ساتھی ایک تھے، یوسف آرٹسٹ، انہوں نے لکھا تھا اس کو۔</w:t>
      </w:r>
    </w:p>
    <w:p>
      <w:r>
        <w:rPr>
          <w:b/>
        </w:rPr>
        <w:t xml:space="preserve">[02:19] </w:t>
      </w:r>
      <w:r>
        <w:t>bohat bara sa tha woh, yani gate par se dikhai deta tha. is mein Quran ki ek ayat ka translation tha:</w:t>
      </w:r>
    </w:p>
    <w:p>
      <w:pPr>
        <w:jc w:val="right"/>
      </w:pPr>
      <w:r>
        <w:t>بہت بڑا سا تھا وہ، یعنی گیٹ پر سے دکھائی دیتا تھا۔ اس میں قرآن کی ایک آیت کا ٹرانسلیشن تھا:</w:t>
      </w:r>
    </w:p>
    <w:p>
      <w:r>
        <w:rPr>
          <w:b/>
        </w:rPr>
        <w:t xml:space="preserve">[02:31] </w:t>
      </w:r>
      <w:r>
        <w:t>"Wallahiyad'u ila daris salaam" . is ka English translation likha gaya tha us par: "And God calls to the home of peace." to maine socha ke main 60 saal se peace mission chala raha hoon,</w:t>
      </w:r>
    </w:p>
    <w:p>
      <w:pPr>
        <w:jc w:val="right"/>
      </w:pPr>
      <w:r>
        <w:t>"واللہیدعو الی دار السلام" ۔ اس کا انگلش ٹرانسلیشن لکھا گیا تھا اس پر: "And God calls to the home of peace." تو میں نے سوچا کہ میں 60 سال سے پیس مشن چلا رہا ہوں،</w:t>
      </w:r>
    </w:p>
    <w:p>
      <w:r>
        <w:rPr>
          <w:b/>
        </w:rPr>
        <w:t xml:space="preserve">[02:49] </w:t>
      </w:r>
      <w:r>
        <w:t>mera mission kabhi bhi akhbaron ki headline nahi bana. aur kuch unknown qism ke logon ne bomb blast kiya to saare paperon mein headline dekh rahe hain aap.</w:t>
      </w:r>
    </w:p>
    <w:p>
      <w:pPr>
        <w:jc w:val="right"/>
      </w:pPr>
      <w:r>
        <w:t>میرا مشن کبھی بھی اخباروں کی ہیڈ لائن نہیں بنا۔ اور کچھ ان نون قسم کے لوگوں نے بم بلاسٹ کیا تو سارے پیپروں میں ہیڈ لائن دیکھ رہے ہیں آپ۔</w:t>
      </w:r>
    </w:p>
    <w:p>
      <w:r>
        <w:rPr>
          <w:b/>
        </w:rPr>
        <w:t xml:space="preserve">[03:07] </w:t>
      </w:r>
      <w:r>
        <w:t>aisa daily ho raha hai logon ke saath. isi liye dekhiye, aap baat karein logon se, sab ke dil mein media ke bare mein negative thoughts hain.</w:t>
      </w:r>
    </w:p>
    <w:p>
      <w:pPr>
        <w:jc w:val="right"/>
      </w:pPr>
      <w:r>
        <w:t>ایسا ڈیلی ہو رہا ہے لوگوں کے ساتھ۔ اسی لیے دیکھیے، آپ بات کریں لوگوں سے، سب کے دل میں میڈیا کے بارے میں نیگیٹیو تھاٹ ہیں۔</w:t>
      </w:r>
    </w:p>
    <w:p>
      <w:r>
        <w:rPr>
          <w:b/>
        </w:rPr>
        <w:t xml:space="preserve">[03:19] </w:t>
      </w:r>
      <w:r>
        <w:t>kam az kam Muslim world ke bare mein keh sakta hoon main ke one to all saare musalman media ke bare mein negative hain. samajhte hain ke yeh anti Islam hai, anti Muslim hai.</w:t>
      </w:r>
    </w:p>
    <w:p>
      <w:pPr>
        <w:jc w:val="right"/>
      </w:pPr>
      <w:r>
        <w:t>کم از کم مسلم ورلڈ کے بارے میں کہہ سکتا ہوں میں کہ ون ٹو آل سارے مسلمان میڈیا کے بارے میں نیگیٹیو ہیں۔ سمجھتے ہیں کہ یہ اینٹی اسلام ہے، اینٹی مسلم ہے۔</w:t>
      </w:r>
    </w:p>
    <w:p>
      <w:r>
        <w:rPr>
          <w:b/>
        </w:rPr>
        <w:t xml:space="preserve">[03:32] </w:t>
      </w:r>
      <w:r>
        <w:t>akele mein is mein exception hoon, sirf akela mein poori Muslim world mein. agar aap ko doubt ho to aap survey kar lijiye, Europe mein, America mein, Arab mein, India mein, Pakistan mein, sab.</w:t>
      </w:r>
    </w:p>
    <w:p>
      <w:pPr>
        <w:jc w:val="right"/>
      </w:pPr>
      <w:r>
        <w:t>اکیلے میں اس میں ایکسیپشن ہوں، صرف اکیلا میں پوری مسلم ورلڈ میں۔ اگر آپ کو ڈاؤٹ ہو تو آپ سروے کر لیجئے، یورپ میں، امریکہ میں، عرب میں، انڈیا میں، پاکستان میں، سب۔</w:t>
      </w:r>
    </w:p>
    <w:p>
      <w:r>
        <w:rPr>
          <w:b/>
        </w:rPr>
        <w:t xml:space="preserve">[03:48] </w:t>
      </w:r>
      <w:r>
        <w:t>aisa kyun</w:t>
      </w:r>
    </w:p>
    <w:p>
      <w:pPr>
        <w:jc w:val="right"/>
      </w:pPr>
      <w:r>
        <w:t>ایسا کیوں</w:t>
      </w:r>
    </w:p>
    <w:p>
      <w:r>
        <w:rPr>
          <w:b/>
        </w:rPr>
        <w:t xml:space="preserve">[03:49] </w:t>
      </w:r>
      <w:r>
        <w:t>? kyun mere dil mein media ke khilaaf koi negative thought nahi? yeh baat maine seekhi hai prophet of Islam se.</w:t>
      </w:r>
    </w:p>
    <w:p>
      <w:pPr>
        <w:jc w:val="right"/>
      </w:pPr>
      <w:r>
        <w:t>؟ کیوں میرے دل میں میڈیا کے خلاف کوئی نیگیٹیو تھاٹ نہیں؟ یہ بات میں نے سیکھی ہے پرافٹ آف اسلام سے۔</w:t>
      </w:r>
    </w:p>
    <w:p>
      <w:r>
        <w:rPr>
          <w:b/>
        </w:rPr>
        <w:t xml:space="preserve">[04:00] </w:t>
      </w:r>
      <w:r>
        <w:t>wohi mein us waqt aap ko batana chahta hoon.</w:t>
      </w:r>
    </w:p>
    <w:p>
      <w:pPr>
        <w:jc w:val="right"/>
      </w:pPr>
      <w:r>
        <w:t>وہی میں اس وقت آپ کو بتانا چاہتا ہوں۔</w:t>
      </w:r>
    </w:p>
    <w:p>
      <w:r>
        <w:rPr>
          <w:b/>
        </w:rPr>
        <w:t xml:space="preserve">[04:05] </w:t>
      </w:r>
      <w:r>
        <w:t>yani media ko manage karne ka formula hum ne discover kiya, na ke react karne ka formula.</w:t>
      </w:r>
    </w:p>
    <w:p>
      <w:pPr>
        <w:jc w:val="right"/>
      </w:pPr>
      <w:r>
        <w:t>یعنی میڈیا کو مینج کرنا کا فارمولا ہم نے ڈسکور کیا، نہ کہ ری ایکٹ کرنے کا فارمولا۔</w:t>
      </w:r>
    </w:p>
    <w:p>
      <w:r>
        <w:rPr>
          <w:b/>
        </w:rPr>
        <w:t xml:space="preserve">[04:15] </w:t>
      </w:r>
      <w:r>
        <w:t>saare log kya karte hain?</w:t>
      </w:r>
    </w:p>
    <w:p>
      <w:pPr>
        <w:jc w:val="right"/>
      </w:pPr>
      <w:r>
        <w:t>سارے لوگ کیا کرتے ہیں؟</w:t>
      </w:r>
    </w:p>
    <w:p>
      <w:r>
        <w:rPr>
          <w:b/>
        </w:rPr>
        <w:t xml:space="preserve">[04:18] </w:t>
      </w:r>
      <w:r>
        <w:t>media ki baaton par react karte hain, negative reaction mein jeete hain. main ne ek formula discover kiya: "How to manage media problem" .</w:t>
      </w:r>
    </w:p>
    <w:p>
      <w:pPr>
        <w:jc w:val="right"/>
      </w:pPr>
      <w:r>
        <w:t>میڈیا کی باتوں پر ری ایکٹ کرتے ہیں، نیگیٹیو ری ایکشن میں جیتے ہیں۔ میں نے ایک فارمولا ڈسکور کیا: "How to manage media problem" ۔</w:t>
      </w:r>
    </w:p>
    <w:p>
      <w:r>
        <w:rPr>
          <w:b/>
        </w:rPr>
        <w:t xml:space="preserve">[04:32] </w:t>
      </w:r>
      <w:r>
        <w:t>yeh formula prophet of Islam ne history mein pehli baar diya.</w:t>
      </w:r>
    </w:p>
    <w:p>
      <w:pPr>
        <w:jc w:val="right"/>
      </w:pPr>
      <w:r>
        <w:t>یہ فارمولا پرافٹ آف اسلام نے ہسٹری میں پہلی بار دیا۔</w:t>
      </w:r>
    </w:p>
    <w:p>
      <w:r>
        <w:rPr>
          <w:b/>
        </w:rPr>
        <w:t xml:space="preserve">[04:38] </w:t>
      </w:r>
      <w:r>
        <w:t>woh tha aap jab aaye, yani first quarter of 7th century AD mein, to woh zamana religious persecution ka zamana tha.</w:t>
      </w:r>
    </w:p>
    <w:p>
      <w:pPr>
        <w:jc w:val="right"/>
      </w:pPr>
      <w:r>
        <w:t>وہ تھا آپ جب آئے، یعنی فرسٹ کوارٹر آف سیون سینچری اے ڈی میں، تو وہ زمانہ ریلیجس پرسیکیوشن کا زمانہ تھا۔</w:t>
      </w:r>
    </w:p>
    <w:p>
      <w:r>
        <w:rPr>
          <w:b/>
        </w:rPr>
        <w:t xml:space="preserve">[04:51] </w:t>
      </w:r>
      <w:r>
        <w:t>har taraf war thi. us waqt kya theory thi logon ki? Arabic mein saying thi ke "Al harbu infal al harb" .</w:t>
      </w:r>
    </w:p>
    <w:p>
      <w:pPr>
        <w:jc w:val="right"/>
      </w:pPr>
      <w:r>
        <w:t>ہر طرف وار تھی۔ اس وقت کیا تھیری تھی لوگوں کی؟ عربک میں سیئنگ تھی کہ "الحرب انفال الحرب" ۔</w:t>
      </w:r>
    </w:p>
    <w:p>
      <w:r>
        <w:rPr>
          <w:b/>
        </w:rPr>
        <w:t xml:space="preserve">[05:03] </w:t>
      </w:r>
      <w:r>
        <w:t>yani war against war, this is the solution,</w:t>
      </w:r>
    </w:p>
    <w:p>
      <w:pPr>
        <w:jc w:val="right"/>
      </w:pPr>
      <w:r>
        <w:t>یعنی وار اگینسٹ وار، دس سولیوشن،</w:t>
      </w:r>
    </w:p>
    <w:p>
      <w:r>
        <w:rPr>
          <w:b/>
        </w:rPr>
        <w:t xml:space="preserve">[05:08] </w:t>
      </w:r>
      <w:r>
        <w:t>war against war, "Al harbu infal al harb" . saare log isi tarah sochte thay. aur aap jante hain ke aaj bhi yahi sochte hain.</w:t>
      </w:r>
    </w:p>
    <w:p>
      <w:pPr>
        <w:jc w:val="right"/>
      </w:pPr>
      <w:r>
        <w:t>وار اگینسٹ وار، "الحرب انفال الحرب" ۔ سارے لوگ اسی طرح سوچتے تھے۔ اور آپ جانتے ہیں کہ آج بھی یہی سوچتے ہیں۔</w:t>
      </w:r>
    </w:p>
    <w:p>
      <w:r>
        <w:rPr>
          <w:b/>
        </w:rPr>
        <w:t xml:space="preserve">[05:20] </w:t>
      </w:r>
      <w:r>
        <w:t>dekhiye, second world war mein germany ne access power ke naam se ek front banaya. to britain ne kya kiya?</w:t>
      </w:r>
    </w:p>
    <w:p>
      <w:pPr>
        <w:jc w:val="right"/>
      </w:pPr>
      <w:r>
        <w:t>دیکھیے، سیکنڈ ورلڈ وار میں جرمنی نے ایکسس پاور کے نام سے ایک فرنٹ بنایا۔ تو برٹن نے کیا کیا؟</w:t>
      </w:r>
    </w:p>
    <w:p>
      <w:r>
        <w:rPr>
          <w:b/>
        </w:rPr>
        <w:t xml:space="preserve">[05:30] </w:t>
      </w:r>
      <w:r>
        <w:t>unhon ne bhi ek front banaya allied power ke naam se, allied powers.</w:t>
      </w:r>
    </w:p>
    <w:p>
      <w:pPr>
        <w:jc w:val="right"/>
      </w:pPr>
      <w:r>
        <w:t>انہوں نے بھی ایک فرنٹ بنایا الائیڈ پاور کے نام سے، الائیڈ پاورز۔</w:t>
      </w:r>
    </w:p>
    <w:p>
      <w:r>
        <w:rPr>
          <w:b/>
        </w:rPr>
        <w:t xml:space="preserve">[05:36] </w:t>
      </w:r>
      <w:r>
        <w:t>donon jo hain fauji front the. yaani war ka war ko counter karo war se. phir abhi dekhiye, saddam hussain ne ek naara diya ke "umm al-ma'arik" .</w:t>
      </w:r>
    </w:p>
    <w:p>
      <w:pPr>
        <w:jc w:val="right"/>
      </w:pPr>
      <w:r>
        <w:t>دونوں جو ہیں فوجی فرنٹ تھے۔ یعنی وار کا وار کو کاؤنٹر کرو وار سے۔ پھر ابھی دیکھیے، صدام حسین نے ایک نعرہ دیا کہ "ام المعارک" ۔</w:t>
      </w:r>
    </w:p>
    <w:p>
      <w:r>
        <w:rPr>
          <w:b/>
        </w:rPr>
        <w:t xml:space="preserve">[05:57] </w:t>
      </w:r>
      <w:r>
        <w:t>umm al-ma'arik ka matlab hai mother of all battles. ke hum west ke khilaaf, america ke khilaaf sab se badi ladaai larenge, un ko eliminate kar denge.</w:t>
      </w:r>
    </w:p>
    <w:p>
      <w:pPr>
        <w:jc w:val="right"/>
      </w:pPr>
      <w:r>
        <w:t>ام المعارک کا مطلب ہے مدر آف آل بیٹلز۔ کہ ہم ویسٹ کے خلاف، امریکہ کے خلاف سب سے بڑی لڑائی لڑیں گے، ان کو ایلیمینیٹ کر دیں گے۔</w:t>
      </w:r>
    </w:p>
    <w:p>
      <w:r>
        <w:rPr>
          <w:b/>
        </w:rPr>
        <w:t xml:space="preserve">[06:09] </w:t>
      </w:r>
      <w:r>
        <w:t>to umm al-ma'arik ka negative reaction diya america ne. star wars, donon taraf war ki baatein, idhar bhi war, idhar bhi war.</w:t>
      </w:r>
    </w:p>
    <w:p>
      <w:pPr>
        <w:jc w:val="right"/>
      </w:pPr>
      <w:r>
        <w:t>تو ام المعارک کا نیگیٹیو ری ایکشن دیا امریکہ نے۔ اسٹار وارز، دونوں طرف وار کی باتیں، ادھر بھی وار، ادھر بھی وار۔</w:t>
      </w:r>
    </w:p>
    <w:p>
      <w:r>
        <w:rPr>
          <w:b/>
        </w:rPr>
        <w:t xml:space="preserve">[06:23] </w:t>
      </w:r>
      <w:r>
        <w:t>yaani war against war, violence against violence. isi mein poori history mein log jeete rahe.</w:t>
      </w:r>
    </w:p>
    <w:p>
      <w:pPr>
        <w:jc w:val="right"/>
      </w:pPr>
      <w:r>
        <w:t>یعنی وار اگینسٹ وار، وائلنس اگینسٹ وائلنس۔ اسی میں پوری ہسٹری میں لوگ جیتے رہے۔</w:t>
      </w:r>
    </w:p>
    <w:p>
      <w:r>
        <w:rPr>
          <w:b/>
        </w:rPr>
        <w:t xml:space="preserve">[06:32] </w:t>
      </w:r>
      <w:r>
        <w:t>poori non history mein pehli baar prophet of islam ne formula diya: "peace against war". "peace against war".</w:t>
      </w:r>
    </w:p>
    <w:p>
      <w:pPr>
        <w:jc w:val="right"/>
      </w:pPr>
      <w:r>
        <w:t>پوری نون ہسٹری میں پہلی بار پرافٹ آف اسلام نے فارمولا دیا: "پیس اگینسٹ وار"۔ "پیس اگینسٹ وار"۔</w:t>
      </w:r>
    </w:p>
    <w:p>
      <w:r>
        <w:rPr>
          <w:b/>
        </w:rPr>
        <w:t xml:space="preserve">[06:45] </w:t>
      </w:r>
      <w:r>
        <w:t>isi se maine seekha.</w:t>
      </w:r>
    </w:p>
    <w:p>
      <w:pPr>
        <w:jc w:val="right"/>
      </w:pPr>
      <w:r>
        <w:t>اسی سے میں نے سیکھا۔</w:t>
      </w:r>
    </w:p>
    <w:p>
      <w:r>
        <w:rPr>
          <w:b/>
        </w:rPr>
        <w:t xml:space="preserve">[06:49] </w:t>
      </w:r>
      <w:r>
        <w:t>aap agar live padhein prophet of islam ki to jo aap ke jo biographers hain, woh ginti karte hain 83 ghazwaat.</w:t>
      </w:r>
    </w:p>
    <w:p>
      <w:pPr>
        <w:jc w:val="right"/>
      </w:pPr>
      <w:r>
        <w:t>آپ اگر لائیو پڑھیں پرافٹ آف اسلام کی تو جو آپ کے جو بائیوگرافرز ہیں، وہ گنتی کرتے ہیں 83 غزوات۔</w:t>
      </w:r>
    </w:p>
    <w:p>
      <w:r>
        <w:rPr>
          <w:b/>
        </w:rPr>
        <w:t xml:space="preserve">[07:01] </w:t>
      </w:r>
      <w:r>
        <w:t>ghazwaat means wars, yaani 83 ladaaiyan. yeh bilkul absurd baat hai. prophet of islam kabhi bhi 83 ladaai to ladne bahut door ki baat hai,</w:t>
      </w:r>
    </w:p>
    <w:p>
      <w:pPr>
        <w:jc w:val="right"/>
      </w:pPr>
      <w:r>
        <w:t>غزوات مینز وارز، یعنی 83 لڑائیاں۔ یہ بالکل ایبسڈ بات ہے۔ پرافٹ آف اسلام کبھی بھی 83 لڑائی تو لڑنے بہت دور کی بات ہے،</w:t>
      </w:r>
    </w:p>
    <w:p>
      <w:r>
        <w:rPr>
          <w:b/>
        </w:rPr>
        <w:t xml:space="preserve">[07:16] </w:t>
      </w:r>
      <w:r>
        <w:t>woh kabhi ladaai lade hi nahin.</w:t>
      </w:r>
    </w:p>
    <w:p>
      <w:pPr>
        <w:jc w:val="right"/>
      </w:pPr>
      <w:r>
        <w:t>وہ کبھی لڑائی لڑے ہی نہیں۔</w:t>
      </w:r>
    </w:p>
    <w:p>
      <w:r>
        <w:rPr>
          <w:b/>
        </w:rPr>
        <w:t xml:space="preserve">[07:19] </w:t>
      </w:r>
      <w:r>
        <w:t>under compression unhon ne sirf teen baar defence kiya. baqi sab kya? aap ne manage kiya, manage kiya, manage kiya.</w:t>
      </w:r>
    </w:p>
    <w:p>
      <w:pPr>
        <w:jc w:val="right"/>
      </w:pPr>
      <w:r>
        <w:t>انڈر کمپریشن انہوں نے صرف تین بار ڈیفنس کیا۔ باقی سب کیا؟ آپ نے مینج کیا، مینج کیا، مینج کیا۔</w:t>
      </w:r>
    </w:p>
    <w:p>
      <w:r>
        <w:rPr>
          <w:b/>
        </w:rPr>
        <w:t xml:space="preserve">[07:31] </w:t>
      </w:r>
      <w:r>
        <w:t>badar, uhud o khyber teen thi aap ke zamane mein full fledge war. lekin woh bhi kya thi? aap ne is tarah manage kiya ke sirf aadhe din ladaai hui.</w:t>
      </w:r>
    </w:p>
    <w:p>
      <w:pPr>
        <w:jc w:val="right"/>
      </w:pPr>
      <w:r>
        <w:t>بدر، احد و حنین تین تھی آپ کے زمانے میں فل فلیج وار۔ لیکن وہ بھی کیا تھی؟ آپ نے اس طرح مینج کیا کہ صرف ادھے دن لڑائی ہوئی۔</w:t>
      </w:r>
    </w:p>
    <w:p>
      <w:r>
        <w:rPr>
          <w:b/>
        </w:rPr>
        <w:t xml:space="preserve">[07:41] </w:t>
      </w:r>
      <w:r>
        <w:t>yaani afternoon shuru hui aur sunset ke time khatam ho gayi. b</w:t>
      </w:r>
    </w:p>
    <w:p>
      <w:pPr>
        <w:jc w:val="right"/>
      </w:pPr>
      <w:r>
        <w:t>یعنی افٹر نون شروع ہوئی اور سن سیٹ کے ٹائم ختم ہوگئی۔ ب</w:t>
      </w:r>
    </w:p>
    <w:p>
      <w:r>
        <w:rPr>
          <w:b/>
        </w:rPr>
        <w:t xml:space="preserve">[07:47] </w:t>
      </w:r>
      <w:r>
        <w:t>s is ka matlab kya hua? dedh din, sirf dedh din. kuch kuch kuch aur kuch log batate hain jaise ghazwa khyber waghera.</w:t>
      </w:r>
    </w:p>
    <w:p>
      <w:pPr>
        <w:jc w:val="right"/>
      </w:pPr>
      <w:r>
        <w:t>س اس کا مطلب کیا ہوا؟ ڈیڑھ دن، صرف ڈیڑھ دن۔ کچھ کچھ کچھ اور کچھ لوگ بتاتے ہیں جیسے غزوہ خیبر وغیرہ۔</w:t>
      </w:r>
    </w:p>
    <w:p>
      <w:r>
        <w:rPr>
          <w:b/>
        </w:rPr>
        <w:t xml:space="preserve">[08:00] </w:t>
      </w:r>
      <w:r>
        <w:t>that were skirmishes rather than battle. skirmishes mein aur battle mein aap difference jaante hain. kuch jhadap ho gayi in logon ki wajah se.</w:t>
      </w:r>
    </w:p>
    <w:p>
      <w:pPr>
        <w:jc w:val="right"/>
      </w:pPr>
      <w:r>
        <w:t>دیٹ ویر اسکرمیشن رادر دین بیٹل۔ اسکرمیشنز میں اور بیٹل میں آپ ڈیفرنس جانتے ہیں۔ کچھ جھڑپ ہو گئی ان لوگوں کی وجہ سے۔</w:t>
      </w:r>
    </w:p>
    <w:p>
      <w:r>
        <w:rPr>
          <w:b/>
        </w:rPr>
        <w:t xml:space="preserve">[08:12] </w:t>
      </w:r>
      <w:r>
        <w:t>lekin battle jis ko kehte hain war, woh sirf teen baar hui aur dedh din.</w:t>
      </w:r>
    </w:p>
    <w:p>
      <w:pPr>
        <w:jc w:val="right"/>
      </w:pPr>
      <w:r>
        <w:t>لیکن بیٹل جس کو کہتے ہیں وار، وہ صرف تین بار ہوئی اور ڈیڑھ دن۔</w:t>
      </w:r>
    </w:p>
    <w:p>
      <w:r>
        <w:rPr>
          <w:b/>
        </w:rPr>
        <w:t xml:space="preserve">[08:18] </w:t>
      </w:r>
      <w:r>
        <w:t>that was due to success, successful form of management. woh kaise? yeh dekhiye, main ek example deta hoon aap ko.</w:t>
      </w:r>
    </w:p>
    <w:p>
      <w:pPr>
        <w:jc w:val="right"/>
      </w:pPr>
      <w:r>
        <w:t>دیٹ واز ڈیو ٹو سکسیس، سکسیس فل فارم آف مینجمنٹ۔ وہ کیسے؟ یہ دیکھیے، میں ایک ایگزامپل دیتا ہوں آپ کو۔</w:t>
      </w:r>
    </w:p>
    <w:p>
      <w:r>
        <w:rPr>
          <w:b/>
        </w:rPr>
        <w:t xml:space="preserve">[08:29] </w:t>
      </w:r>
      <w:r>
        <w:t>ek baar jo sab se badi jo ladaai unhon ne chhedi thi, jis mein barah hazar ka lashkar le kar aaye the, woh sab se zyada.</w:t>
      </w:r>
    </w:p>
    <w:p>
      <w:pPr>
        <w:jc w:val="right"/>
      </w:pPr>
      <w:r>
        <w:t>ایک بار جو سب سے بڑی جو لڑائی انہوں نے چھیڑی تھی، جس میں بارہ ہزار کا لشکر لے کر آئے تھے، وہ سب سے زیادہ۔</w:t>
      </w:r>
    </w:p>
    <w:p>
      <w:r>
        <w:rPr>
          <w:b/>
        </w:rPr>
        <w:t xml:space="preserve">[08:40] </w:t>
      </w:r>
      <w:r>
        <w:t>yaani sub tribe se le kar ke barah hazar ka lashkar makkah se chala.</w:t>
      </w:r>
    </w:p>
    <w:p>
      <w:pPr>
        <w:jc w:val="right"/>
      </w:pPr>
      <w:r>
        <w:t>یعنی سب ٹرائب سے لے کر کے بارہ ہزار کا لشکر مکے سے چلا۔</w:t>
      </w:r>
    </w:p>
    <w:p>
      <w:r>
        <w:rPr>
          <w:b/>
        </w:rPr>
        <w:t xml:space="preserve">[08:48] </w:t>
      </w:r>
      <w:r>
        <w:t>to aap kya karte the? ke intelligence aap ka bahut hi powerful tha. aap pata karte rehte the. jab aap ko pata chala ke barah hazar log aa rahe hain madinah par attack karne ke liye, to aap ne kya kiya?</w:t>
      </w:r>
    </w:p>
    <w:p>
      <w:pPr>
        <w:jc w:val="right"/>
      </w:pPr>
      <w:r>
        <w:t>تو آپ کیا کرتے تھے؟ کہ انٹیلیجنس آپ کا بہت ہی پاورفل تھا۔ آپ پتہ کرتے رہتے تھے۔ جب آپ کو پتہ چلا کہ بارہ ہزار لوگ آ رہے ہیں مدینہ پر اٹیک کرنے کے لیے، تو آپ نے کیا کیا؟</w:t>
      </w:r>
    </w:p>
    <w:p>
      <w:r>
        <w:rPr>
          <w:b/>
        </w:rPr>
        <w:t xml:space="preserve">[09:03] </w:t>
      </w:r>
      <w:r>
        <w:t>logon se discuss kiya kya karna hai.</w:t>
      </w:r>
    </w:p>
    <w:p>
      <w:pPr>
        <w:jc w:val="right"/>
      </w:pPr>
      <w:r>
        <w:t>لوگوں سے ڈسکس کیا کیا کرنا ہے۔</w:t>
      </w:r>
    </w:p>
    <w:p>
      <w:r>
        <w:rPr>
          <w:b/>
        </w:rPr>
        <w:t xml:space="preserve">[09:07] </w:t>
      </w:r>
      <w:r>
        <w:t>to discussion ke baad yeh tay hua ek sahib ke raaye ke le kar, ek ek ek the iran ke muslim, ke hum madine ke aage ek trench khol dein.</w:t>
      </w:r>
    </w:p>
    <w:p>
      <w:pPr>
        <w:jc w:val="right"/>
      </w:pPr>
      <w:r>
        <w:t>تو ڈسکشن کے بعد یہ طے ہوا ایک صاحب کے رائے کے لے کر، ایک ایک ایک تھے ایران کے مسلم، کہ ہم مدینے کے آگے ایک ٹرینچ کھول دیں۔</w:t>
      </w:r>
    </w:p>
    <w:p>
      <w:r>
        <w:rPr>
          <w:b/>
        </w:rPr>
        <w:t xml:space="preserve">[09:21] </w:t>
      </w:r>
      <w:r>
        <w:t>trench, khandaq.</w:t>
      </w:r>
    </w:p>
    <w:p>
      <w:pPr>
        <w:jc w:val="right"/>
      </w:pPr>
      <w:r>
        <w:t>ٹرینچ، خندق۔</w:t>
      </w:r>
    </w:p>
    <w:p>
      <w:r>
        <w:rPr>
          <w:b/>
        </w:rPr>
        <w:t xml:space="preserve">[09:23] </w:t>
      </w:r>
      <w:r>
        <w:t>madinah ek aisa city tha jis ke teen taraf se penetration possible nahin tha. kyunke ek taraf pahad tha aur do taraf gharre, yaani khajooron ke peed the, jungle ki tarah.</w:t>
      </w:r>
    </w:p>
    <w:p>
      <w:pPr>
        <w:jc w:val="right"/>
      </w:pPr>
      <w:r>
        <w:t>مدینہ ایک ایسا سٹی تھا جس کے تین طرف سے پریٹیشن پاسیبل نہیں تھا۔ کیونکہ ایک طرف پہاڑ تھا اور دو طرف گھرے، یعنی کھجوروں کے پیڑ تھے، جنگل کی طرح۔</w:t>
      </w:r>
    </w:p>
    <w:p>
      <w:r>
        <w:rPr>
          <w:b/>
        </w:rPr>
        <w:t xml:space="preserve">[09:42] </w:t>
      </w:r>
      <w:r>
        <w:t>to teen side se pretation ho nahi sakta tha. sirf ek side se pressure ho sakta tha. idhar aap ne trench khod di. raat din, raat din ek kar ke.</w:t>
      </w:r>
    </w:p>
    <w:p>
      <w:pPr>
        <w:jc w:val="right"/>
      </w:pPr>
      <w:r>
        <w:t>تو تین سائیڈ سے پریٹیشن ہو نہیں سکتا تھا۔ صرف ایک سائیڈ سے پریشر ہو سکتا تھا۔ ادھر آپ نے ٹرینچ کھود دی۔ رات دن، رات دن ایک کر کے۔</w:t>
      </w:r>
    </w:p>
    <w:p>
      <w:r>
        <w:rPr>
          <w:b/>
        </w:rPr>
        <w:t xml:space="preserve">[09:53] </w:t>
      </w:r>
      <w:r>
        <w:t>achha, jab woh log aaye barah hazar ka lashkar le kar, to un ke jo general the, Abu Sufyan, unhon ne dekha ke yahan to trench khudi hui hai.</w:t>
      </w:r>
    </w:p>
    <w:p>
      <w:pPr>
        <w:jc w:val="right"/>
      </w:pPr>
      <w:r>
        <w:t>اچھا، جب وہ لوگ آئے بارہ ہزار کا لشکر لے کر، تو ان کے جو جنرل تھے، ابو سفیان، انہوں نے دیکھا کہ یہاں تو ٹرینچ کھدی ہوئی ہے۔</w:t>
      </w:r>
    </w:p>
    <w:p>
      <w:r>
        <w:rPr>
          <w:b/>
        </w:rPr>
        <w:t xml:space="preserve">[10:03] </w:t>
      </w:r>
      <w:r>
        <w:t>aap jante hain ke woh zamana helicopter ka to tha nahi, airplane ka tha nahi ke aap urr kar ke chale jayen. to unhon ne kaha ke yeh to ladaai ko unhon ne rok diya.</w:t>
      </w:r>
    </w:p>
    <w:p>
      <w:pPr>
        <w:jc w:val="right"/>
      </w:pPr>
      <w:r>
        <w:t>آپ جانتے ہیں کہ وہ زمانہ ہیلی کاپٹر کا تو تھا نہیں، ایروپلین کا تھا نہیں کہ آپ اڑ کر کے چلے جائیں۔ تو انہوں نے کہا کہ یہ تو لڑائی کو انہوں نے روک دیا۔</w:t>
      </w:r>
    </w:p>
    <w:p>
      <w:r>
        <w:rPr>
          <w:b/>
        </w:rPr>
        <w:t xml:space="preserve">[10:17] </w:t>
      </w:r>
      <w:r>
        <w:t>yani trench means buffer. buffer.</w:t>
      </w:r>
    </w:p>
    <w:p>
      <w:pPr>
        <w:jc w:val="right"/>
      </w:pPr>
      <w:r>
        <w:t>یعنی ٹرینچ مینز بفر۔ بفر۔</w:t>
      </w:r>
    </w:p>
    <w:p>
      <w:r>
        <w:rPr>
          <w:b/>
        </w:rPr>
        <w:t xml:space="preserve">[10:22] </w:t>
      </w:r>
      <w:r>
        <w:t>to aap ne ek buffer, yani khara kar diya apne aur enemy ke beech mein. to jab dekha Abu Sufyan ne is ko, to unhon ne kaha ke aap parh sakte hain Sirat Ibn Hisham mein ke wallah innaha la muqayyada ma kan Arabu tuqayyada yani Khuda ki qasam,</w:t>
      </w:r>
    </w:p>
    <w:p>
      <w:pPr>
        <w:jc w:val="right"/>
      </w:pPr>
      <w:r>
        <w:t>تو آپ نے ایک بفر، یعنی کھڑا کر دیا اپنے اور انیمے کے بیچ میں۔ تو جب دیکھا ابو سفیان نے اس کو، تو انہوں نے کہا کہ آپ پڑھ سکتے ہیں سیرت ابن ہشام میں کہ واللہ انہا لمقیدہ ما کان عرب تقیدہ یعنی خدا کی قسم،</w:t>
      </w:r>
    </w:p>
    <w:p>
      <w:r>
        <w:rPr>
          <w:b/>
        </w:rPr>
        <w:t xml:space="preserve">[10:48] </w:t>
      </w:r>
      <w:r>
        <w:t>This kind of strategy was unknown to Arab.</w:t>
      </w:r>
    </w:p>
    <w:p>
      <w:pPr>
        <w:jc w:val="right"/>
      </w:pPr>
      <w:r>
        <w:t>دس کائنڈ آف سٹریٹجی واز ان انون ٹو عرب۔</w:t>
      </w:r>
    </w:p>
    <w:p>
      <w:r>
        <w:rPr>
          <w:b/>
        </w:rPr>
        <w:t xml:space="preserve">[10:54] </w:t>
      </w:r>
      <w:r>
        <w:t>Khuda ki qasam, unhon ne kaha ke ten kind of strategy was unknown to Arab. aur ladaai nahi hui.</w:t>
      </w:r>
    </w:p>
    <w:p>
      <w:pPr>
        <w:jc w:val="right"/>
      </w:pPr>
      <w:r>
        <w:t>خدا کی قسم، انہوں نے کہا کہ دس کائنڈ آف سٹریٹجی واز ان انون ٹو عرب۔ اور لڑائی نہیں ہوئی۔</w:t>
      </w:r>
    </w:p>
    <w:p>
      <w:r>
        <w:rPr>
          <w:b/>
        </w:rPr>
        <w:t xml:space="preserve">[11:05] </w:t>
      </w:r>
      <w:r>
        <w:t>Hudaybiyah mein dekhiye, woh log larnay par tule hue thay. aap ne kya formula apnaya? apply kiya. unhon ne kaha ke jo tum kaho, hum man lete hain.</w:t>
      </w:r>
    </w:p>
    <w:p>
      <w:pPr>
        <w:jc w:val="right"/>
      </w:pPr>
      <w:r>
        <w:t>حدیبیہ میں دیکھیے، وہ لوگ لڑنے پر تلے ہوئے تھے۔ آپ نے کیا فارمولا اپلایا؟ اپلائی کیا۔ انہوں نے کہا کہ جو تم کہو، ہم مان لیتے ہیں۔</w:t>
      </w:r>
    </w:p>
    <w:p>
      <w:r>
        <w:rPr>
          <w:b/>
        </w:rPr>
        <w:t xml:space="preserve">[11:17] </w:t>
      </w:r>
      <w:r>
        <w:t>peace, peace lao apne tumhare beech mein, jo bhi condition tumhare man lete hain.</w:t>
      </w:r>
    </w:p>
    <w:p>
      <w:pPr>
        <w:jc w:val="right"/>
      </w:pPr>
      <w:r>
        <w:t>پیس، پیس لاؤ اپنے تمہارے بیچ میں، جو بھی کنڈیشن تمہارے مان لیتے ہیں۔</w:t>
      </w:r>
    </w:p>
    <w:p>
      <w:r>
        <w:rPr>
          <w:b/>
        </w:rPr>
        <w:t xml:space="preserve">[11:24] </w:t>
      </w:r>
      <w:r>
        <w:t>un ki har condition aap mante chale gaye. Hudaybiyah agreement was unilateral agreement by accepting all the conditions of the other side.</w:t>
      </w:r>
    </w:p>
    <w:p>
      <w:pPr>
        <w:jc w:val="right"/>
      </w:pPr>
      <w:r>
        <w:t>ان کی ہر کنڈیشن آپ مانتے چلے گئے۔ حدیبیہ ایگریمنٹ واز ائیولیٹرل ایگریمنٹ بائی ایکسیپٹنگ ال دا کنڈیشنز آف دا ادر سائیڈ۔</w:t>
      </w:r>
    </w:p>
    <w:p>
      <w:r>
        <w:rPr>
          <w:b/>
        </w:rPr>
        <w:t xml:space="preserve">[11:35] </w:t>
      </w:r>
      <w:r>
        <w:t>mante gaye, mante gaye, mante gaye. to woh jo ek ek saying maine sunai thi aap ko is se pehle ke jis ko harna aa jaye, us ko koi hara nahi sakta.</w:t>
      </w:r>
    </w:p>
    <w:p>
      <w:pPr>
        <w:jc w:val="right"/>
      </w:pPr>
      <w:r>
        <w:t>مانتے گئے، مانتے گئے، مانتے گئے۔ تو وہ جو ایک ایک سیئنگ میں نے سنائی تھی آپ کو اس سے پہلے کہ جس کو ہارنا آ جائے، اس کو کوئی ہرا نہیں سکتا۔</w:t>
      </w:r>
    </w:p>
    <w:p>
      <w:r>
        <w:rPr>
          <w:b/>
        </w:rPr>
        <w:t xml:space="preserve">[11:50] </w:t>
      </w:r>
      <w:r>
        <w:t>jis ko harna aa jaye, us ko koi hara nahi sakta. jo koi peechay hatna aa jaye, us ke koi kya karega? us ke yeh tali baja rahe hain aap.</w:t>
      </w:r>
    </w:p>
    <w:p>
      <w:pPr>
        <w:jc w:val="right"/>
      </w:pPr>
      <w:r>
        <w:t>جس کو ہارنا آ جائے، اس کو کوئی ہرا نہیں سکتا۔ جو کوئی پیچھے ہٹنا آ جائے، اس کے کوئی کیا کرے گا؟ اس کے یہ تالی بجا رہے ہیں آپ۔</w:t>
      </w:r>
    </w:p>
    <w:p>
      <w:r>
        <w:rPr>
          <w:b/>
        </w:rPr>
        <w:t xml:space="preserve">[12:01] </w:t>
      </w:r>
      <w:r>
        <w:t>jis ko apna hath hata lena aa jaye, to kahin tali bajegi. aap karte rahe ise to aap ne doosri side ki conditions ko unilaterally accept kar ke peace kaam kiya.</w:t>
      </w:r>
    </w:p>
    <w:p>
      <w:pPr>
        <w:jc w:val="right"/>
      </w:pPr>
      <w:r>
        <w:t>جس کو اپنا ہاتھ ہٹا لینا آ جائے، تو کہیں تالی بجے گی۔ آپ کرتے رہے اسے تو آپ نے دوسری سائیڈ کی کنڈیشنز کو انلیٹرلی ایکسیپٹ کر کے پیس کام کیا۔</w:t>
      </w:r>
    </w:p>
    <w:p>
      <w:r>
        <w:rPr>
          <w:b/>
        </w:rPr>
        <w:t xml:space="preserve">[12:17] </w:t>
      </w:r>
      <w:r>
        <w:t>to</w:t>
      </w:r>
    </w:p>
    <w:p>
      <w:pPr>
        <w:jc w:val="right"/>
      </w:pPr>
      <w:r>
        <w:t>تو</w:t>
      </w:r>
    </w:p>
    <w:p>
      <w:r>
        <w:rPr>
          <w:b/>
        </w:rPr>
        <w:t xml:space="preserve">[12:18] </w:t>
      </w:r>
      <w:r>
        <w:t>Prophet of Islam ne kya discover kiya? un ki discovery kya thi? peace always brings opportunities.</w:t>
      </w:r>
    </w:p>
    <w:p>
      <w:pPr>
        <w:jc w:val="right"/>
      </w:pPr>
      <w:r>
        <w:t>پرافٹ آف اسلام نے کیا ڈسکور کیا؟ ان کی ڈسکوری کیا تھی؟ پیس الویز برنگز اپرچونیٹیز۔</w:t>
      </w:r>
    </w:p>
    <w:p>
      <w:r>
        <w:rPr>
          <w:b/>
        </w:rPr>
        <w:t xml:space="preserve">[12:29] </w:t>
      </w:r>
      <w:r>
        <w:t>jahan peace hai, wahan opportunity hai. yeh koi janta nahi tha, ab bhi nahi janta. aap ke pehle bhi log nahi jante thay, aaj bhi nahi jante.</w:t>
      </w:r>
    </w:p>
    <w:p>
      <w:pPr>
        <w:jc w:val="right"/>
      </w:pPr>
      <w:r>
        <w:t>جہاں پیس ہے، وہاں اپرچونیٹی ہے۔ یہ کوئی جانتا نہیں تھا، اب بھی نہیں جانتا۔ آپ کے پہلے بھی لوگ نہیں جانتے تھے، آج بھی نہیں جانتے۔</w:t>
      </w:r>
    </w:p>
    <w:p>
      <w:r>
        <w:rPr>
          <w:b/>
        </w:rPr>
        <w:t xml:space="preserve">[12:40] </w:t>
      </w:r>
      <w:r>
        <w:t>yeh to yeh bomb kyun marte hain? gun kyun chalate hain? opportunities se duniya bhari hui hai.</w:t>
      </w:r>
    </w:p>
    <w:p>
      <w:pPr>
        <w:jc w:val="right"/>
      </w:pPr>
      <w:r>
        <w:t>یہ تو یہ بم کیوں مارتے ہیں؟ گن کیوں چلاتے ہیں؟ اپرچونیٹیز سے دنیا بھری ہوئی ہے۔</w:t>
      </w:r>
    </w:p>
    <w:p>
      <w:r>
        <w:rPr>
          <w:b/>
        </w:rPr>
        <w:t xml:space="preserve">[12:47] </w:t>
      </w:r>
      <w:r>
        <w:t>hum bhi dekhen, aap ek opportunity ko avail kar rahe hain yahan par. aur world is full of opportunities. hamare zamane mein dekhen, religious freedom hai.</w:t>
      </w:r>
    </w:p>
    <w:p>
      <w:pPr>
        <w:jc w:val="right"/>
      </w:pPr>
      <w:r>
        <w:t>ہم بھی دیکھیں، آپ ایک اپرچونیٹی کو اویل کر رہے ہیں یہاں پر۔ اور ورلڈ از اے فل آف اپرچونیٹیز۔ ہمارے زمانے میں دیکھیں، ریلیجس فریڈم ہے۔</w:t>
      </w:r>
    </w:p>
    <w:p>
      <w:r>
        <w:rPr>
          <w:b/>
        </w:rPr>
        <w:t xml:space="preserve">[13:00] </w:t>
      </w:r>
      <w:r>
        <w:t>opportunity khuli hui hai. parties ko decentralize kar diya gaya hai. har aadmi ko mauqa hai ke jo chahe kare.</w:t>
      </w:r>
    </w:p>
    <w:p>
      <w:pPr>
        <w:jc w:val="right"/>
      </w:pPr>
      <w:r>
        <w:t>اپرچونیٹی کھلی ہوئی ہے۔ پارٹیز کو ڈی سینٹرلائز کر دیا گیا ہے۔ ہر آدمی کو موقع ہے کہ جو چاہے کرے۔</w:t>
      </w:r>
    </w:p>
    <w:p>
      <w:r>
        <w:rPr>
          <w:b/>
        </w:rPr>
        <w:t xml:space="preserve">[13:12] </w:t>
      </w:r>
      <w:r>
        <w:t>lekin bomb mar rahe hain. kyun</w:t>
      </w:r>
    </w:p>
    <w:p>
      <w:pPr>
        <w:jc w:val="right"/>
      </w:pPr>
      <w:r>
        <w:t>لیکن بم مار رہے ہیں۔ کیوں</w:t>
      </w:r>
    </w:p>
    <w:p>
      <w:r>
        <w:rPr>
          <w:b/>
        </w:rPr>
        <w:t xml:space="preserve">[13:14] </w:t>
      </w:r>
      <w:r>
        <w:t>? woh jante nahi hain ke jo policy hai, jo jo wisdom hai, wisdom kya hai?</w:t>
      </w:r>
    </w:p>
    <w:p>
      <w:pPr>
        <w:jc w:val="right"/>
      </w:pPr>
      <w:r>
        <w:t>؟ وہ جانتے نہیں ہیں کہ جو پالیسی ہے، جو جو وزڈم ہے، وزڈم کیا ہے؟</w:t>
      </w:r>
    </w:p>
    <w:p>
      <w:r>
        <w:rPr>
          <w:b/>
        </w:rPr>
        <w:t xml:space="preserve">[13:24] </w:t>
      </w:r>
      <w:r>
        <w:t>problem ko ignore karna aur opportunity ko avail karna. to Prophet ne takrao ko avoid kiya. takrao se apne ko hata liya.</w:t>
      </w:r>
    </w:p>
    <w:p>
      <w:pPr>
        <w:jc w:val="right"/>
      </w:pPr>
      <w:r>
        <w:t>پرابلم کو اگنور کرنا اور اپرچونیٹی کو اویل کرنا۔ تو پرافٹ نے ٹکراؤ کو اوائڈ کیا۔ ٹکراؤ سے اپنے کو ہٹا لیا۔</w:t>
      </w:r>
    </w:p>
    <w:p>
      <w:r>
        <w:rPr>
          <w:b/>
        </w:rPr>
        <w:t xml:space="preserve">[13:35] </w:t>
      </w:r>
      <w:r>
        <w:t>to dekha ke sab opportunity, opportunity har taraf hai.</w:t>
      </w:r>
    </w:p>
    <w:p>
      <w:pPr>
        <w:jc w:val="right"/>
      </w:pPr>
      <w:r>
        <w:t>تو دیکھا کہ سب اپرچونیٹی، اپرچونیٹی ہر طرف ہے۔</w:t>
      </w:r>
    </w:p>
    <w:p>
      <w:r>
        <w:rPr>
          <w:b/>
        </w:rPr>
        <w:t xml:space="preserve">[13:40] </w:t>
      </w:r>
      <w:r>
        <w:t>aur is ke baad sirf do saal ke andar aap, yani pure Arab mein aap ka woh ho gaya. aap ka, yani mission phail gaya.</w:t>
      </w:r>
    </w:p>
    <w:p>
      <w:pPr>
        <w:jc w:val="right"/>
      </w:pPr>
      <w:r>
        <w:t>اور اس کے بعد صرف دو سال کے اندر آپ، یعنی پورے عرب میں آپ کا وہ ہو گیا۔ آپ کا، یعنی مشن پھیل گیا۔</w:t>
      </w:r>
    </w:p>
    <w:p>
      <w:r>
        <w:rPr>
          <w:b/>
        </w:rPr>
        <w:t xml:space="preserve">[13:54] </w:t>
      </w:r>
      <w:r>
        <w:t>pure Arab do saal ke andar, yani peechay hat kar aap ne pure Arab ko jeet liya. to main yeh jo keh raha hoon, to yahi formula hum ne pakra media ke mamle mein.</w:t>
      </w:r>
    </w:p>
    <w:p>
      <w:pPr>
        <w:jc w:val="right"/>
      </w:pPr>
      <w:r>
        <w:t>پورے عرب دو سال کے اندر، یعنی پیچھے ہٹ کر آپ نے پورے عرب کو جیت لیا۔ تو میں یہ جو کہہ رہا ہوں، تو یہی فارمولا ہم نے پکڑا میڈیا کے معاملے میں۔</w:t>
      </w:r>
    </w:p>
    <w:p>
      <w:r>
        <w:rPr>
          <w:b/>
        </w:rPr>
        <w:t xml:space="preserve">[14:07] </w:t>
      </w:r>
      <w:r>
        <w:t>dekhiye, meri kya discovery hui?</w:t>
      </w:r>
    </w:p>
    <w:p>
      <w:pPr>
        <w:jc w:val="right"/>
      </w:pPr>
      <w:r>
        <w:t>دیکھیے، میری کیا ڈسکوری ہوئی؟</w:t>
      </w:r>
    </w:p>
    <w:p>
      <w:r>
        <w:rPr>
          <w:b/>
        </w:rPr>
        <w:t xml:space="preserve">[14:10] </w:t>
      </w:r>
      <w:r>
        <w:t>media kya hai? woh news industry hai. media koi mission nahi hai. media koi rohani idara nahi hai.</w:t>
      </w:r>
    </w:p>
    <w:p>
      <w:pPr>
        <w:jc w:val="right"/>
      </w:pPr>
      <w:r>
        <w:t>میڈیا کیا ہے؟ وہ نیوز انڈسٹری ہے۔ میڈیا کوئی مشن نہیں ہے۔ میڈیا کوئی روحانی ادارہ نہیں ہے۔</w:t>
      </w:r>
    </w:p>
    <w:p>
      <w:r>
        <w:rPr>
          <w:b/>
        </w:rPr>
        <w:t xml:space="preserve">[14:21] </w:t>
      </w:r>
      <w:r>
        <w:t>media koi religion nahi hai. media ek industry hai, news industry. toh industry ka kya nature hota hai?</w:t>
      </w:r>
    </w:p>
    <w:p>
      <w:pPr>
        <w:jc w:val="right"/>
      </w:pPr>
      <w:r>
        <w:t>میڈیا کوئی ریلیجن نہیں ہے۔ میڈیا ایک انڈسٹری ہے، نیوز انڈسٹری۔ تو انڈسٹری کا کیا نیچر ہوتا ہے؟</w:t>
      </w:r>
    </w:p>
    <w:p>
      <w:r>
        <w:rPr>
          <w:b/>
        </w:rPr>
        <w:t xml:space="preserve">[14:31] </w:t>
      </w:r>
      <w:r>
        <w:t>jo cheez market mein bikegi, wahi layega woh market mein.</w:t>
      </w:r>
    </w:p>
    <w:p>
      <w:pPr>
        <w:jc w:val="right"/>
      </w:pPr>
      <w:r>
        <w:t>جو چیز مارکیٹ میں بکے گی، وہی لائے گا وہ مارکیٹ میں۔</w:t>
      </w:r>
    </w:p>
    <w:p>
      <w:r>
        <w:rPr>
          <w:b/>
        </w:rPr>
        <w:t xml:space="preserve">[14:38] </w:t>
      </w:r>
      <w:r>
        <w:t>toh in media news ko sell karta hai. media ka kaam kya hai? news ko sell karna. ab logon ka hamesha yeh mizaj kya raha hai ke hot news jo hai,</w:t>
      </w:r>
    </w:p>
    <w:p>
      <w:pPr>
        <w:jc w:val="right"/>
      </w:pPr>
      <w:r>
        <w:t>تو ان میڈیا نیوز کو سیل کرتا ہے۔ میڈیا کا کام کیا ہے؟ نیوز کو سیل کرنا۔ اب لوگوں کا ہمیشہ یہ مزاج کیا رہا ہے کہ ہاٹ نیوز جو ہے،</w:t>
      </w:r>
    </w:p>
    <w:p>
      <w:r>
        <w:rPr>
          <w:b/>
        </w:rPr>
        <w:t xml:space="preserve">[14:51] </w:t>
      </w:r>
      <w:r>
        <w:t>isko daudte hain, isko iski taraf. shayad history mein main akela ek insan hoon jo mujhe sensation se koi dilchaspi nahi, hot news se koi dilchaspi nahi.</w:t>
      </w:r>
    </w:p>
    <w:p>
      <w:pPr>
        <w:jc w:val="right"/>
      </w:pPr>
      <w:r>
        <w:t>اس کو دوڑتے ہیں، اس کو اس کی طرف۔ شاید ہسٹری میں میں اکیلا ایک انسان ہوں جو مجھے سنسشن سے کوئی دلچسپی نہیں، ہاٹ نیوز سے کوئی دلچسپی نہیں۔</w:t>
      </w:r>
    </w:p>
    <w:p>
      <w:r>
        <w:rPr>
          <w:b/>
        </w:rPr>
        <w:t xml:space="preserve">[15:01] </w:t>
      </w:r>
      <w:r>
        <w:t>aur jisko bhi dekhein, padha likha ho ya jahil ho, religion ho, religious ho ya secular ho,</w:t>
      </w:r>
    </w:p>
    <w:p>
      <w:pPr>
        <w:jc w:val="right"/>
      </w:pPr>
      <w:r>
        <w:t>اور جس کو بھی دیکھیں، پڑھا لکھا ہو یا جاہل ہو، ریلیجن ہو، ریلیجس ہو یا سیکولر ہو،</w:t>
      </w:r>
    </w:p>
    <w:p>
      <w:r>
        <w:rPr>
          <w:b/>
        </w:rPr>
        <w:t xml:space="preserve">[15:06] </w:t>
      </w:r>
      <w:r>
        <w:t>hot news ki taraf daudta hai. mujhe nahi maloom ke mere siwa bhi koi exception hai poori history mein. toh media isko avail karta hai. aap khud jab hot news ko pasand karte hain toh wahi sell karega, woh la kar ke.</w:t>
      </w:r>
    </w:p>
    <w:p>
      <w:pPr>
        <w:jc w:val="right"/>
      </w:pPr>
      <w:r>
        <w:t>ہاٹ نیوز کی طرف دوڑتا ہے۔ مجھے نہیں معلوم کہ میرے سوا بھی کوئی ایکسیپشن ہے پوری ہسٹری میں۔ تو میڈیا اس کو اویل کرتا ہے۔ آپ خود جب ہاٹ نیوز کو پسند کرتے ہیں تو وہی سیل کرے گا، وہ لا کر کے۔</w:t>
      </w:r>
    </w:p>
    <w:p>
      <w:r>
        <w:rPr>
          <w:b/>
        </w:rPr>
        <w:t xml:space="preserve">[15:19] </w:t>
      </w:r>
      <w:r>
        <w:t>apne ko badliye aap. media ko complete kyun karte hain? jab aap isi mein dilchaspi lete hain, yani do teen ke andar maine dekha ke jo bhi mujhse milta hai, woh bomb ka zikr karta hai.</w:t>
      </w:r>
    </w:p>
    <w:p>
      <w:pPr>
        <w:jc w:val="right"/>
      </w:pPr>
      <w:r>
        <w:t>اپنے کو بدلیے آپ۔ میڈیا کو کمپلیٹ کیوں کرتے ہیں؟ جب آپ اسی میں دلچسپی لیتے ہیں، یعنی دو تین کے اندر میں نے دیکھا کہ جو بھی مجھ سے ملتا ہے، وہ بم کا ذکر کرتا ہے۔</w:t>
      </w:r>
    </w:p>
    <w:p>
      <w:r>
        <w:rPr>
          <w:b/>
        </w:rPr>
        <w:t xml:space="preserve">[15:36] </w:t>
      </w:r>
      <w:r>
        <w:t>main toh kabhi nahi kisi zikr karta bomb ka. sab ke mind mein chhaya hua hai wahi. ab hazaron doosri baatein hain, magar kisi ke mind mein woh chhaya hua nahi hai.</w:t>
      </w:r>
    </w:p>
    <w:p>
      <w:pPr>
        <w:jc w:val="right"/>
      </w:pPr>
      <w:r>
        <w:t>میں تو کبھی نہیں کسی ذکر کرتا بم کا۔ سب کے مائنڈ میں چھایا ہوا ہے وہی۔ اب ہزاروں دوسری باتیں ہیں، مگر کسی کے مائنڈ میں وہ چھایا ہوا نہیں ہے۔</w:t>
      </w:r>
    </w:p>
    <w:p>
      <w:r>
        <w:rPr>
          <w:b/>
        </w:rPr>
        <w:t xml:space="preserve">[15:46] </w:t>
      </w:r>
      <w:r>
        <w:t>toh jab media ne dekha, media ko news sell karna hai, ab news ko bechna, market karna hai. toh unhone dekha ke hot news ka market hai.</w:t>
      </w:r>
    </w:p>
    <w:p>
      <w:pPr>
        <w:jc w:val="right"/>
      </w:pPr>
      <w:r>
        <w:t>تو جب میڈیا نے دیکھا، میڈیا کو نیوز سیل کرنا ہے، اب نیوز کو بیچنا، مارکیٹ کرنا ہے۔ تو انہوں نے دیکھا کہ ہاٹ نیوز کا مارکیٹ ہے۔</w:t>
      </w:r>
    </w:p>
    <w:p>
      <w:r>
        <w:rPr>
          <w:b/>
        </w:rPr>
        <w:t xml:space="preserve">[15:58] </w:t>
      </w:r>
      <w:r>
        <w:t>hot news hai, sellable item hai. toh hot news late hain, woh dhoond dhoond kar ke.</w:t>
      </w:r>
    </w:p>
    <w:p>
      <w:pPr>
        <w:jc w:val="right"/>
      </w:pPr>
      <w:r>
        <w:t>ہاٹ نیوز ہے، سیلیبل آئٹم ہے۔ تو ہاٹ نیوز لاتے ہیں، وہ ڈھونڈ ڈھونڈ کر کے۔</w:t>
      </w:r>
    </w:p>
    <w:p>
      <w:r>
        <w:rPr>
          <w:b/>
        </w:rPr>
        <w:t xml:space="preserve">[16:04] </w:t>
      </w:r>
      <w:r>
        <w:t>toh media news industry hai aur selective news ki industry hai. woh media ko kisi se matlab nahi ke duniya mein kya kya ho raha hai, isko select karna hai.</w:t>
      </w:r>
    </w:p>
    <w:p>
      <w:pPr>
        <w:jc w:val="right"/>
      </w:pPr>
      <w:r>
        <w:t>تو میڈیا نیوز انڈسٹری ہے اور سلیکٹیو نیوز کی انڈسٹری ہے۔ وہ میڈیا کو کسی سے مطلب نہیں کہ دنیا میں کیا کیا ہو رہا ہے، اس کو سلیکٹ کرنا ہے۔</w:t>
      </w:r>
    </w:p>
    <w:p>
      <w:r>
        <w:rPr>
          <w:b/>
        </w:rPr>
        <w:t xml:space="preserve">[16:15] </w:t>
      </w:r>
      <w:r>
        <w:t>is news ko jo bikti hai bazaar mein. toh don't believe mothers, believe yourself.</w:t>
      </w:r>
    </w:p>
    <w:p>
      <w:pPr>
        <w:jc w:val="right"/>
      </w:pPr>
      <w:r>
        <w:t>اس نیوز کو جو بکتی ہے بازار میں۔ تو ڈونٹ بلیو مدرز، بلیو یور سیلف۔</w:t>
      </w:r>
    </w:p>
    <w:p>
      <w:r>
        <w:rPr>
          <w:b/>
        </w:rPr>
        <w:t xml:space="preserve">[16:25] </w:t>
      </w:r>
      <w:r>
        <w:t>aap jab khud isi ke khareedar hain toh wahi layega media.</w:t>
      </w:r>
    </w:p>
    <w:p>
      <w:pPr>
        <w:jc w:val="right"/>
      </w:pPr>
      <w:r>
        <w:t>آپ جب خود اسی کے خریدار ہیں تو وہی لائے گا میڈیا۔</w:t>
      </w:r>
    </w:p>
    <w:p>
      <w:r>
        <w:rPr>
          <w:b/>
        </w:rPr>
        <w:t xml:space="preserve">[16:29] </w:t>
      </w:r>
      <w:r>
        <w:t>is se is tarah maine manage kiya apne negativity ko. aur media ke khilaf main akela shayad duniya mein hoon jiske andar kuch bhi negativity nahi. jisse bhi dekhein, woh media ke bare mein negativity apne dil mein liye hue hain ke media jo hai, aisa karta hai, media waisa karta hai.</w:t>
      </w:r>
    </w:p>
    <w:p>
      <w:pPr>
        <w:jc w:val="right"/>
      </w:pPr>
      <w:r>
        <w:t>اس سے اس طرح میں نے مینج کیا اپنے نیگیٹیوٹی کو۔ اور میڈیا کے خلاف میں اکیلا شاید دنیا میں ہوں جس کے اندر کچھ بھی نیگیٹیوٹی نہیں۔ جس سے بھی دیکھیں، وہ میڈیا کے بارے میں نیگیٹیوٹی اپنے دل میں لیے ہوئے ہیں کہ میڈیا جو ہے، ایسا کرتا ہے، میڈیا ویسا کرتا ہے۔</w:t>
      </w:r>
    </w:p>
    <w:p>
      <w:r>
        <w:rPr>
          <w:b/>
        </w:rPr>
        <w:t xml:space="preserve">[16:47] </w:t>
      </w:r>
      <w:r>
        <w:t>isi delhi mein ek seminar hua tha nine eleven ke baad, jab woh new york tower jo hai, woh toda gaya tha.</w:t>
      </w:r>
    </w:p>
    <w:p>
      <w:pPr>
        <w:jc w:val="right"/>
      </w:pPr>
      <w:r>
        <w:t>اسی دلی میں ایک سیمینار ہوا تھا نائن الیون کے بعد، جب وہ نیویارک ٹاور جو ہے، وہ توڑا گیا تھا۔</w:t>
      </w:r>
    </w:p>
    <w:p>
      <w:r>
        <w:rPr>
          <w:b/>
        </w:rPr>
        <w:t xml:space="preserve">[16:58] </w:t>
      </w:r>
      <w:r>
        <w:t>toh ek achha padhe likhon ka seminar tha, us mein ultra secular log bhi the aur religious log bhi the. toh ek ultra secular aadmi the jo mujhe yaad hai, ab tak lage kehne ke saath yeh media ne yeh sab kiya hai.</w:t>
      </w:r>
    </w:p>
    <w:p>
      <w:pPr>
        <w:jc w:val="right"/>
      </w:pPr>
      <w:r>
        <w:t>تو ایک اچھا پڑھے لکھوں کا سیمینار تھا، اس میں الٹرا سیکولر لوگ بھی تھے اور ریلیجس لوگ بھی تھے۔ تو ایک الٹرا سیکولر آدمی تھے جو مجھے یاد ہے، اب تک لگے کہنے کے ساتھ یہ میڈیا نے یہ سب کیا ہے۔</w:t>
      </w:r>
    </w:p>
    <w:p>
      <w:r>
        <w:rPr>
          <w:b/>
        </w:rPr>
        <w:t xml:space="preserve">[17:13] </w:t>
      </w:r>
      <w:r>
        <w:t>yani nine eleven ka blame diya unhone media ko. aur sab isi tarah isi tone mein bol rahe the. kyun media ko blame di</w:t>
      </w:r>
    </w:p>
    <w:p>
      <w:pPr>
        <w:jc w:val="right"/>
      </w:pPr>
      <w:r>
        <w:t>یعنی نائن الیون کا بلیم دیا انہوں نے میڈیا کو۔ اور سب اسی طرح اسی ٹون میں بول رہے تھے۔ کیوں میڈیا کو بلیم د</w:t>
      </w:r>
    </w:p>
    <w:p>
      <w:r>
        <w:rPr>
          <w:b/>
        </w:rPr>
        <w:t xml:space="preserve">[17:23] </w:t>
      </w:r>
      <w:r>
        <w:t>dete hain aap? jab aap khud negative, yani ke media inhi baaton ko phailata hai, nafrat phailata hai, hate phailata hai, toh log react karte hain.</w:t>
      </w:r>
    </w:p>
    <w:p>
      <w:pPr>
        <w:jc w:val="right"/>
      </w:pPr>
      <w:r>
        <w:t>یتے ہیں آپ؟ جب آپ خود نیگیٹیو، یعنی کہ میڈیا انہی باتوں کو پھیلاتا ہے، نفرت پھیلاتا ہے، ہیٹ پھیلاتا ہے، تو لوگ ری ایکٹ کرتے ہیں۔</w:t>
      </w:r>
    </w:p>
    <w:p>
      <w:r>
        <w:rPr>
          <w:b/>
        </w:rPr>
        <w:t xml:space="preserve">[17:34] </w:t>
      </w:r>
      <w:r>
        <w:t>bahar Rasool Allah ne manage kiya tha war ko through peace formula. main maine manage kiya media ko is is yeh soch kar ke ke media ko main kyun ghussa karoon?</w:t>
      </w:r>
    </w:p>
    <w:p>
      <w:pPr>
        <w:jc w:val="right"/>
      </w:pPr>
      <w:r>
        <w:t>باہر رسول اللہ نے مینج کیا تھا وار کو تھرو پیس فارمولا۔ میں میں نے مینج کیا میڈیا کو اس اس یہ سوچ کر کے کہ میڈیا کو میں کیوں غصہ کروں؟</w:t>
      </w:r>
    </w:p>
    <w:p>
      <w:r>
        <w:rPr>
          <w:b/>
        </w:rPr>
        <w:t xml:space="preserve">[17:48] </w:t>
      </w:r>
      <w:r>
        <w:t>media ek industry hai. jo yeh bikti hai bazaar mein, woh bechega.</w:t>
      </w:r>
    </w:p>
    <w:p>
      <w:pPr>
        <w:jc w:val="right"/>
      </w:pPr>
      <w:r>
        <w:t>میڈیا ایک انڈسٹری ہے۔ جو یہ بکتی ہے بازار میں، وہ بیچے گا۔</w:t>
      </w:r>
    </w:p>
    <w:p>
      <w:r>
        <w:rPr>
          <w:b/>
        </w:rPr>
        <w:t xml:space="preserve">[17:55] </w:t>
      </w:r>
      <w:r>
        <w:t>yeh hai sara mamla.</w:t>
      </w:r>
    </w:p>
    <w:p>
      <w:pPr>
        <w:jc w:val="right"/>
      </w:pPr>
      <w:r>
        <w:t>یہ ہے سارا معاملہ۔</w:t>
      </w:r>
    </w:p>
    <w:p>
      <w:r>
        <w:rPr>
          <w:b/>
        </w:rPr>
        <w:t xml:space="preserve">[18:00] </w:t>
      </w:r>
      <w:r>
        <w:t>yeh sara mamla yahi hai. toh agar aap chahte hain ke apne aap ko, yani jo log, jo log, yani bomb blast mein involve hain, gun culture chala rahe hain,</w:t>
      </w:r>
    </w:p>
    <w:p>
      <w:pPr>
        <w:jc w:val="right"/>
      </w:pPr>
      <w:r>
        <w:t>یہ سارا معاملہ یہی ہے۔ تو اگر آپ چاہتے ہیں کہ اپنے آپ کو، یعنی جو لوگ، جو لوگ، یعنی بم بلاسٹ میں انوالو ہیں، گن کلچر چلا رہے ہیں،</w:t>
      </w:r>
    </w:p>
    <w:p>
      <w:r>
        <w:rPr>
          <w:b/>
        </w:rPr>
        <w:t xml:space="preserve">[18:14] </w:t>
      </w:r>
      <w:r>
        <w:t>aap chahte hain ke unhein theek karein, toh media ko blame mat dijiye. un logon ke mind ki re-engineering kijiye aap.</w:t>
      </w:r>
    </w:p>
    <w:p>
      <w:pPr>
        <w:jc w:val="right"/>
      </w:pPr>
      <w:r>
        <w:t>آپ چاہتے ہیں کہ انہیں ٹھیک کریں، تو میڈیا کو بلیم مت دیجئے۔ ان لوگوں کے مائنڈ کی ری انجینئرنگ کیجئے آپ۔</w:t>
      </w:r>
    </w:p>
    <w:p>
      <w:r>
        <w:rPr>
          <w:b/>
        </w:rPr>
        <w:t xml:space="preserve">[18:25] </w:t>
      </w:r>
      <w:r>
        <w:t>jaise mein ne apne mind ki engineering ki, to mere mind mein koi hate nahi kisi ke khilaaf.</w:t>
      </w:r>
    </w:p>
    <w:p>
      <w:pPr>
        <w:jc w:val="right"/>
      </w:pPr>
      <w:r>
        <w:t>جیسے میں نے اپنے مائنڈ کی انجینئرنگ کی، تو میرے مائنڈ میں کوئی ہیٹ نہیں کسی کے خلاف۔</w:t>
      </w:r>
    </w:p>
    <w:p>
      <w:r>
        <w:rPr>
          <w:b/>
        </w:rPr>
        <w:t xml:space="preserve">[18:36] </w:t>
      </w:r>
      <w:r>
        <w:t>to asal zaroorat yeh hai ke jo log is mein lage hue hain, awam taur par kya hai? aaj kal foran log Islam kehte hain ke Islam aisa, Islam waisa.</w:t>
      </w:r>
    </w:p>
    <w:p>
      <w:pPr>
        <w:jc w:val="right"/>
      </w:pPr>
      <w:r>
        <w:t>تو اصل ضرورت یہ ہے کہ جو لوگ اس میں لگے ہوئے ہیں، عوام طور پر کیا ہے؟ آج کل فوراً لوگ اسلام کہتے ہیں کہ اسلام ایسا، اسلام ویسا۔</w:t>
      </w:r>
    </w:p>
    <w:p>
      <w:r>
        <w:rPr>
          <w:b/>
        </w:rPr>
        <w:t xml:space="preserve">[18:47] </w:t>
      </w:r>
      <w:r>
        <w:t>aap sochiye zara sa. kar rahe hain to insaan, yaani Musalman, aur blame de rahe hain Islam ko. aap</w:t>
      </w:r>
    </w:p>
    <w:p>
      <w:pPr>
        <w:jc w:val="right"/>
      </w:pPr>
      <w:r>
        <w:t>آپ سوچیے ذرا سا۔ کر رہے ہیں تو انسان، یعنی مسلمان، اور بلیم دے رہے ہیں اسلام کو۔ آپ</w:t>
      </w:r>
    </w:p>
    <w:p>
      <w:r>
        <w:rPr>
          <w:b/>
        </w:rPr>
        <w:t xml:space="preserve">[18:56] </w:t>
      </w:r>
      <w:r>
        <w:t>ab in logon ki blame diya hai jo kar rahe hain. aaj mein kisi se keh raha tha ke hamari government ne Pota ka account khatam kar diya.</w:t>
      </w:r>
    </w:p>
    <w:p>
      <w:pPr>
        <w:jc w:val="right"/>
      </w:pPr>
      <w:r>
        <w:t>اب ان لوگوں کی بلیم دیا ہے جو کر رہے ہیں۔ آج میں کسی سے کہہ رہا تھا کہ ہماری گورنمنٹ نے پوٹا کا اکاؤنٹ ختم کر دیا۔</w:t>
      </w:r>
    </w:p>
    <w:p>
      <w:r>
        <w:rPr>
          <w:b/>
        </w:rPr>
        <w:t xml:space="preserve">[19:04] </w:t>
      </w:r>
      <w:r>
        <w:t>mein ne kaha tha super Pota lao, super Pota ke jis par dekho, us ko usi waqt goli maar do, road par goli maar do, deterrent punishment do.</w:t>
      </w:r>
    </w:p>
    <w:p>
      <w:pPr>
        <w:jc w:val="right"/>
      </w:pPr>
      <w:r>
        <w:t>میں نے کہا تھا سپر پوٹا لاؤ، سپر پوٹا کہ جس پر دیکھو، اس کو اسی وقت گولی مار دو، روڈ پر گولی مار دو، ڈیٹرنٹ پنشمنٹ دو۔</w:t>
      </w:r>
    </w:p>
    <w:p>
      <w:r>
        <w:rPr>
          <w:b/>
        </w:rPr>
        <w:t xml:space="preserve">[19:18] </w:t>
      </w:r>
      <w:r>
        <w:t>lekin hamara ek kaam nahi hai, yeh to government ka kaam hai. hamara kaam kya hai ke</w:t>
      </w:r>
    </w:p>
    <w:p>
      <w:pPr>
        <w:jc w:val="right"/>
      </w:pPr>
      <w:r>
        <w:t>لیکن ہمارا ایک کام نہیں ہے، یہ تو گورنمنٹ کا کام ہے۔ ہمارا کام کیا ہے کہ</w:t>
      </w:r>
    </w:p>
    <w:p>
      <w:r>
        <w:rPr>
          <w:b/>
        </w:rPr>
        <w:t xml:space="preserve">[19:23] </w:t>
      </w:r>
      <w:r>
        <w:t>hum logon ko batayein ke Islam to poora ka poora peace propogates karta hai, religion of peace hai.</w:t>
      </w:r>
    </w:p>
    <w:p>
      <w:pPr>
        <w:jc w:val="right"/>
      </w:pPr>
      <w:r>
        <w:t>ہم لوگوں کو بتائیں کہ اسلام تو پورا کا پورا پیس پروپیز کرتا ہے، ریلیجن آف پیس ہے۔</w:t>
      </w:r>
    </w:p>
    <w:p>
      <w:r>
        <w:rPr>
          <w:b/>
        </w:rPr>
        <w:t xml:space="preserve">[19:34] </w:t>
      </w:r>
      <w:r>
        <w:t>balkeh Prophet of Islam ne pehli baar zindagi mein, poori history mein, yeh peace ka form, ideology of peace diya.</w:t>
      </w:r>
    </w:p>
    <w:p>
      <w:pPr>
        <w:jc w:val="right"/>
      </w:pPr>
      <w:r>
        <w:t>بلکہ پرافٹ آف اسلام نے پہلی بار زندگی میں، پوری ہسٹری میں، یہ پیس کا فارم، آئیڈیالوجی آف پیس دی۔</w:t>
      </w:r>
    </w:p>
    <w:p>
      <w:r>
        <w:rPr>
          <w:b/>
        </w:rPr>
        <w:t xml:space="preserve">[19:44] </w:t>
      </w:r>
      <w:r>
        <w:t>aap jante hain ke ek subject hai, woh jis ko kehte hain pacifism.</w:t>
      </w:r>
    </w:p>
    <w:p>
      <w:pPr>
        <w:jc w:val="right"/>
      </w:pPr>
      <w:r>
        <w:t>آپ جانتے ہیں کہ ایک سبجیکٹ ہے، وہ جس کو کہتے ہیں پیسیفزم۔</w:t>
      </w:r>
    </w:p>
    <w:p>
      <w:r>
        <w:rPr>
          <w:b/>
        </w:rPr>
        <w:t xml:space="preserve">[19:51] </w:t>
      </w:r>
      <w:r>
        <w:t>pacifism jo hai, woh subject hai peace ka. to hazaron saal se log peace mein sochte rahe hain. pacifism par poori ek encyclopedia hai, aap padhiye us ko.</w:t>
      </w:r>
    </w:p>
    <w:p>
      <w:pPr>
        <w:jc w:val="right"/>
      </w:pPr>
      <w:r>
        <w:t>پیسیفزم جو ہے، وہ سبجیکٹ ہے پیس کا۔ تو ہزاروں سال سے لوگ پیس میں سوچتے رہے ہیں۔ پیسیفزم پر پوری ایک انسائیکلوپیڈیا ہے، آپ پڑھیے اس کو۔</w:t>
      </w:r>
    </w:p>
    <w:p>
      <w:r>
        <w:rPr>
          <w:b/>
        </w:rPr>
        <w:t xml:space="preserve">[20:02] </w:t>
      </w:r>
      <w:r>
        <w:t>lekin koi bhi, mein keh sakta hoon poore conviction ke saath ke koi bhi ideology of peace nahi de saka. Prophet of Islam ne ideology of peace diya.</w:t>
      </w:r>
    </w:p>
    <w:p>
      <w:pPr>
        <w:jc w:val="right"/>
      </w:pPr>
      <w:r>
        <w:t>لیکن کوئی بھی، میں کہہ سکتا ہوں پورے کنوکشن کے ساتھ کہ کوئی بھی آئیڈیالوجی آف پیس نہیں دے سکا۔ پرافٹ آف اسلام نے آئیڈیالوجی آف پیس دیا۔</w:t>
      </w:r>
    </w:p>
    <w:p>
      <w:r>
        <w:rPr>
          <w:b/>
        </w:rPr>
        <w:t xml:space="preserve">[20:13] </w:t>
      </w:r>
      <w:r>
        <w:t>ideology of peace kya cheez hai?</w:t>
      </w:r>
    </w:p>
    <w:p>
      <w:pPr>
        <w:jc w:val="right"/>
      </w:pPr>
      <w:r>
        <w:t>آئیڈیالوجی آف پیس کیا چیز ہے؟</w:t>
      </w:r>
    </w:p>
    <w:p>
      <w:r>
        <w:rPr>
          <w:b/>
        </w:rPr>
        <w:t xml:space="preserve">[20:17] </w:t>
      </w:r>
      <w:r>
        <w:t>chunki hamare samaj mein aisa hai ke hate to rahegi, violence bhi rahega, provocation bhi rahega. to kya we need a formula of a formula, formula of yaani violence management, formula of of of of management rather than formula of fighting?</w:t>
      </w:r>
    </w:p>
    <w:p>
      <w:pPr>
        <w:jc w:val="right"/>
      </w:pPr>
      <w:r>
        <w:t>چونکہ ہمارے سماج میں ایسا ہے کہ ہیٹ تو رہے گی، وائیلنس بھی رہے گا، پرووکیشن بھی رہے گا۔ تو کیا وی نیڈ ا فارمولا آف ا فارمولا، فارمولا آف یعنی وائیلنس مینجمنٹ، فارمولا آف آف آف آف مینجمنٹ رادر دین فارمولا آف فائٹنگ؟</w:t>
      </w:r>
    </w:p>
    <w:p>
      <w:r>
        <w:rPr>
          <w:b/>
        </w:rPr>
        <w:t xml:space="preserve">[20:46] </w:t>
      </w:r>
      <w:r>
        <w:t>to woh formula kya diya aap ne? aap ne bataya ke jab bhi kahin koi problem hai tumhare liye, to wahan dekho to tum ko wahin par wahi par opportunity dikhai degi.</w:t>
      </w:r>
    </w:p>
    <w:p>
      <w:pPr>
        <w:jc w:val="right"/>
      </w:pPr>
      <w:r>
        <w:t>تو وہ فارمولا کیا دیا آپ نے؟ آپ نے بتایا کہ جب بھی کہیں کوئی پرابلم ہے تمہارے لیے، تو وہاں دیکھو تو تم کو وہیں پر وہی پر اپرچونیٹی دکھائی دے گی۔</w:t>
      </w:r>
    </w:p>
    <w:p>
      <w:r>
        <w:rPr>
          <w:b/>
        </w:rPr>
        <w:t xml:space="preserve">[20:59] </w:t>
      </w:r>
      <w:r>
        <w:t>in mal asra where there is problem, there are opportunities. yeh bilkul unknown tha duniya mein insaan ke liye ke where there are problems, there are opportunities.</w:t>
      </w:r>
    </w:p>
    <w:p>
      <w:pPr>
        <w:jc w:val="right"/>
      </w:pPr>
      <w:r>
        <w:t>ان مال اسرا ویر دیر از پرابلم، دیر ار اپرچونیٹیز۔ یہ بالکل ان نون تھا دنیا میں انسان کے لیے کہ ویر دیر ار پرابلمز، دیر ار اپرچونیٹیز۔</w:t>
      </w:r>
    </w:p>
    <w:p>
      <w:r>
        <w:rPr>
          <w:b/>
        </w:rPr>
        <w:t xml:space="preserve">[21:13] </w:t>
      </w:r>
      <w:r>
        <w:t>so ignore the problem and avail the opportunities. yeh aap ne kiya? yaani Arab ne aap ne 83 baar war ko avoid kiya</w:t>
      </w:r>
    </w:p>
    <w:p>
      <w:pPr>
        <w:jc w:val="right"/>
      </w:pPr>
      <w:r>
        <w:t>سو اگنور دا پرابلم اینڈ اویل دا اپرچونیٹیز۔ یہ آپ نے کیا؟ یعنی عرب نے آپ نے 83 بار وار کو اوائڈ کیا</w:t>
      </w:r>
    </w:p>
    <w:p>
      <w:r>
        <w:rPr>
          <w:b/>
        </w:rPr>
        <w:t xml:space="preserve">[21:27] </w:t>
      </w:r>
      <w:r>
        <w:t>aur manage kiya is tareeqe se differences ko ke peace wahan aa gaya. aur phir aap ne is ke baad opportunity ko avail kiya.</w:t>
      </w:r>
    </w:p>
    <w:p>
      <w:pPr>
        <w:jc w:val="right"/>
      </w:pPr>
      <w:r>
        <w:t>اور مینج کیا اس طریقے سے ڈیفرنسز کو کہ پیس وہاں آ گیا۔ اور پھر آپ نے اس کے بعد اپرچونیٹی کو اویل کیا۔</w:t>
      </w:r>
    </w:p>
    <w:p>
      <w:r>
        <w:rPr>
          <w:b/>
        </w:rPr>
        <w:t xml:space="preserve">[21:41] </w:t>
      </w:r>
      <w:r>
        <w:t>mein ne is se pehle aap se bataya tha ke Amin Rai ki kitaab hai "Extract Rule of Islam". is mein unhone Prophet of Islam ke bare mein likha hai ke "the most breaker of all, the most breaker of all breakers,</w:t>
      </w:r>
    </w:p>
    <w:p>
      <w:pPr>
        <w:jc w:val="right"/>
      </w:pPr>
      <w:r>
        <w:t>میں نے اس سے پہلے آپ سے بتایا تھا کہ امین رائے کی کتاب ہے "ایکسٹرکٹ رول آف اسلام"۔ اس میں انہوں نے پرافٹ آف اسلام کے بارے میں لکھا ہے کہ "دا موسٹ بریکلز آف آل، دا موسٹ بریکلس آف آل بریکلز،</w:t>
      </w:r>
    </w:p>
    <w:p>
      <w:r>
        <w:rPr>
          <w:b/>
        </w:rPr>
        <w:t xml:space="preserve">[21:57] </w:t>
      </w:r>
      <w:r>
        <w:t>the most breaker of all breakers". aise hi Dr. Michael Hart jo hai, American writer hai, us ki jo book hai, bohat hi well known</w:t>
      </w:r>
    </w:p>
    <w:p>
      <w:pPr>
        <w:jc w:val="right"/>
      </w:pPr>
      <w:r>
        <w:t>دا موسٹ بریکلس آف آل بریکلز"۔ ایسے ہی ڈاکٹر مائیکل ہارٹ جو ہے، امریکن رائٹر ہے، اس کی جو بک ہے، بہت ہی ویل نون</w:t>
      </w:r>
    </w:p>
    <w:p>
      <w:r>
        <w:rPr>
          <w:b/>
        </w:rPr>
        <w:t xml:space="preserve">[22:05] </w:t>
      </w:r>
      <w:r>
        <w:t>"the hundred". yeh logon ne aap ka karnama to bataya, yeh nahi bata sake log ke woh kaun sa formula tha jo apply kiya Rasool Allah ne.</w:t>
      </w:r>
    </w:p>
    <w:p>
      <w:pPr>
        <w:jc w:val="right"/>
      </w:pPr>
      <w:r>
        <w:t>"دا ہنڈرڈ"۔ یہ لوگوں نے آپ کا کارنامہ تو بتایا، یہ نہیں بتا سکے لوگ کہ وہ کون سا فارمولا تھا جو اپلائی کیا رسول اللہ نے۔</w:t>
      </w:r>
    </w:p>
    <w:p>
      <w:r>
        <w:rPr>
          <w:b/>
        </w:rPr>
        <w:t xml:space="preserve">[22:17] </w:t>
      </w:r>
      <w:r>
        <w:t>yeh nahi bata sake, in kitabon mein yeh baat nahi hai. woh formula yahi tha ke "he discovered where there are problem, there are opportunities".</w:t>
      </w:r>
    </w:p>
    <w:p>
      <w:pPr>
        <w:jc w:val="right"/>
      </w:pPr>
      <w:r>
        <w:t>یہ نہیں بتا سکے، ان کتابوں میں یہ بات نہیں ہے۔ وہ فارمولا یہی تھا کہ "ہی ڈسکورڈ ویر دیر ار پرابلم، دیر ار اپرچونیٹیز"۔</w:t>
      </w:r>
    </w:p>
    <w:p>
      <w:r>
        <w:rPr>
          <w:b/>
        </w:rPr>
        <w:t xml:space="preserve">[22:28] </w:t>
      </w:r>
      <w:r>
        <w:t>yeh Quran mein bataya gaya hai. aaj bhi log is se bekhabar hain, is liye to ladte hain.</w:t>
      </w:r>
    </w:p>
    <w:p>
      <w:pPr>
        <w:jc w:val="right"/>
      </w:pPr>
      <w:r>
        <w:t>یہ قرآن میں بتایا گیا ہے۔ آج بھی لوگ اس سے بے خبر ہیں، اس لیے تو لڑتے ہیں۔</w:t>
      </w:r>
    </w:p>
    <w:p>
      <w:r>
        <w:rPr>
          <w:b/>
        </w:rPr>
        <w:t xml:space="preserve">[22:36] </w:t>
      </w:r>
      <w:r>
        <w:t>ab dekhein, bari bari powers bhi ladte hain aur aam log bhi ladte hain, jabke wahin jahan woh lad rahe hain, wahin par opportunity maujood hai.</w:t>
      </w:r>
    </w:p>
    <w:p>
      <w:pPr>
        <w:jc w:val="right"/>
      </w:pPr>
      <w:r>
        <w:t>اب دیکھیں، بڑی بڑی پاورز بھی لڑتے ہیں اور عام لوگ بھی لڑتے ہیں، جبکہ وہیں جہاں وہ لڑ رہے ہیں، وہیں پر اپرچونیٹی موجود ہے۔</w:t>
      </w:r>
    </w:p>
    <w:p>
      <w:r>
        <w:rPr>
          <w:b/>
        </w:rPr>
        <w:t xml:space="preserve">[22:47] </w:t>
      </w:r>
      <w:r>
        <w:t>to jis Islam ke bare mein ek ayat hai ke woh koi religion of violence hai, us ko padhe baghair kehte hain log. agar aap padhein to maloom ho ke to religion of peace hai, religion of violence hai hi nahi.</w:t>
      </w:r>
    </w:p>
    <w:p>
      <w:pPr>
        <w:jc w:val="right"/>
      </w:pPr>
      <w:r>
        <w:t>تو جس اسلام کے بارے میں ایک آیت ہے کہ وہ کوئی ریلیجن آف وائیلنس ہے، اس کو پڑھے بغیر کہتے ہیں لوگ۔ اگر آپ پڑھیں تو معلوم ہو کہ تو ریلیجن آف پیس ہے، ریلیجن آف وائیلنس ہے ہی نہیں۔</w:t>
      </w:r>
    </w:p>
    <w:p>
      <w:r>
        <w:rPr>
          <w:b/>
        </w:rPr>
        <w:t xml:space="preserve">[23:02] </w:t>
      </w:r>
      <w:r>
        <w:t>chunki log jo hain, kai baar bhadak uthte hain, attack karte hain, violence karte hain, to some time you are compelled to go to war as a defence.</w:t>
      </w:r>
    </w:p>
    <w:p>
      <w:pPr>
        <w:jc w:val="right"/>
      </w:pPr>
      <w:r>
        <w:t>چونکہ لوگ جو ہیں، کئی بار بھڑک اٹھتے ہیں، اٹیک کرتے ہیں، وائیلنس کرتے ہیں، تو سم ٹائم یو آر کمپلڈ ٹو گو ٹو وار ایز ا ڈیفنس۔</w:t>
      </w:r>
    </w:p>
    <w:p>
      <w:r>
        <w:rPr>
          <w:b/>
        </w:rPr>
        <w:t xml:space="preserve">[23:20] </w:t>
      </w:r>
      <w:r>
        <w:t>to rasool Allah jo hai, aakhri had tak koshish karte the ke war ko, takraao ko avoid karein, avoid karein, avoid kar</w:t>
      </w:r>
    </w:p>
    <w:p>
      <w:pPr>
        <w:jc w:val="right"/>
      </w:pPr>
      <w:r>
        <w:t>تو رسول اللہ جو ہے، آخری حد تک کوشش کرتے تھے کہ وار کو، ٹکراؤ کو اوائڈ کریں، اوائڈ کریں، اوائڈ ک</w:t>
      </w:r>
    </w:p>
    <w:p>
      <w:r>
        <w:rPr>
          <w:b/>
        </w:rPr>
        <w:t xml:space="preserve">[23:28] </w:t>
      </w:r>
      <w:r>
        <w:t>re. lekin jaisa ke maine arz kiya ke teen baar aisa hua ke compulsively aap war mein involve hona pada as a defence, yaani Badr mein, Uhud mein, aur Hunain mein.</w:t>
      </w:r>
    </w:p>
    <w:p>
      <w:pPr>
        <w:jc w:val="right"/>
      </w:pPr>
      <w:r>
        <w:t>ریں۔ لیکن جیسا کہ میں نے عرض کیا کہ تین بار ایسا ہوا کہ کمپلسولی آپ وار میں انوالو ہونا پڑا ایز ا ڈیفنس، یعنی بدر میں، احد میں، اور حنین میں۔</w:t>
      </w:r>
    </w:p>
    <w:p>
      <w:r>
        <w:rPr>
          <w:b/>
        </w:rPr>
        <w:t xml:space="preserve">[23:40] </w:t>
      </w:r>
      <w:r>
        <w:t>lekin is mein bhi aap ne aisa kiya ke adhe din se rise zyada nahi ho saki, dedh bas, kul dedh din bas. to agar is ko dekha jaaye to jo revolution aap laaye, revolution that was a bloodless revolution,</w:t>
      </w:r>
    </w:p>
    <w:p>
      <w:pPr>
        <w:jc w:val="right"/>
      </w:pPr>
      <w:r>
        <w:t>لیکن اس میں بھی آپ نے ایسا کیا کہ ادھے دن سے رائز زیادہ نہیں ہو سکی، ڈیڑھ بس، کل ڈیڑھ دن بس۔ تو اگر اس کو دیکھا جائے تو جو ریولیوشن آپ لائے، ریولیوشن دیٹ واز ا بلڈ لیس ریولیوشن،</w:t>
      </w:r>
    </w:p>
    <w:p>
      <w:r>
        <w:rPr>
          <w:b/>
        </w:rPr>
        <w:t xml:space="preserve">[23:59] </w:t>
      </w:r>
      <w:r>
        <w:t>bloodless revolution tha, is mein koi shaq nahi hai. to Islam par jo log yeh bina soche samjhe blame dete hain ke Islam jo hai,</w:t>
      </w:r>
    </w:p>
    <w:p>
      <w:pPr>
        <w:jc w:val="right"/>
      </w:pPr>
      <w:r>
        <w:t>بلڈ لیس ریولیوشن تھا، اس میں کوئی شک نہیں ہے۔ تو اسلام پر جو لوگ یہ بلا سوچ سمجھے بلیم دیتے ہیں کہ اسلام جو ہے،</w:t>
      </w:r>
    </w:p>
    <w:p>
      <w:r>
        <w:rPr>
          <w:b/>
        </w:rPr>
        <w:t xml:space="preserve">[24:14] </w:t>
      </w:r>
      <w:r>
        <w:t>violence sikhata hai, to main yeh kahunga ke agar aap yeh kahein ke aaj kal ke jo Musalman hain, woh violent ban gaye hain, woh intolerant ho gaye hain, to main kahunga theek hai,</w:t>
      </w:r>
    </w:p>
    <w:p>
      <w:pPr>
        <w:jc w:val="right"/>
      </w:pPr>
      <w:r>
        <w:t>وائیلنس سکھاتا ہے، تو میں یہ کہوں گا کہ اگر آپ یہ کہیں کہ آج کل کے جو مسلمان ہیں، وہ وائلنٹ بن گئے ہیں، وہ انٹولرینٹ ہو گئے ہیں، تو میں کہوں گا ٹھیک ہے،</w:t>
      </w:r>
    </w:p>
    <w:p>
      <w:r>
        <w:rPr>
          <w:b/>
        </w:rPr>
        <w:t xml:space="preserve">[24:27] </w:t>
      </w:r>
      <w:r>
        <w:t>main Musalmanon ki advocacy karna mera mera mission nahi hai. lekin aap Islam ko bolenge, agar aap to aap ko batana padega ke reference Quran mein aur hadith mein woh woh hai nahi.</w:t>
      </w:r>
    </w:p>
    <w:p>
      <w:pPr>
        <w:jc w:val="right"/>
      </w:pPr>
      <w:r>
        <w:t>میں مسلمانوں کی ایڈوکیسی کرنا میرا میرا مشن نہیں ہے۔ لیکن آپ اسلام کو بولیں گے، اگر آپ تو آپ کو بتانا پڑے گا کہ ریفرنس قرآن میں اور حدیث میں وہ وہ ہے نہیں۔</w:t>
      </w:r>
    </w:p>
    <w:p>
      <w:r>
        <w:rPr>
          <w:b/>
        </w:rPr>
        <w:t xml:space="preserve">[24:45] </w:t>
      </w:r>
      <w:r>
        <w:t>to maine arz kiya ke Rasool Allah ne history mein pehli baar yeh bataya ke is duniya mein problem to rahenge, reh</w:t>
      </w:r>
    </w:p>
    <w:p>
      <w:pPr>
        <w:jc w:val="right"/>
      </w:pPr>
      <w:r>
        <w:t>تو میں نے عرض کیا کہ رسول اللہ نے ہسٹری میں پہلی بار یہ بتایا کہ اس دنیا میں پرابلم تو رہیں گے، رہ</w:t>
      </w:r>
    </w:p>
    <w:p>
      <w:r>
        <w:rPr>
          <w:b/>
        </w:rPr>
        <w:t xml:space="preserve">[24:56] </w:t>
      </w:r>
      <w:r>
        <w:t>reinge. kyun? jo creator hai, creator us ne apne creation plan ke mutabiq logon ko freedom diya hai.</w:t>
      </w:r>
    </w:p>
    <w:p>
      <w:pPr>
        <w:jc w:val="right"/>
      </w:pPr>
      <w:r>
        <w:t>یں گے۔ کیوں؟ جو کریٹر ہے، کریٹر اس نے اپنے کریشن پلان کے مطابق لوگوں کو فریڈم دیا ہے۔</w:t>
      </w:r>
    </w:p>
    <w:p>
      <w:r>
        <w:rPr>
          <w:b/>
        </w:rPr>
        <w:t xml:space="preserve">[25:07] </w:t>
      </w:r>
      <w:r>
        <w:t>jab freedom diya hai to misuse bhi karenge woh freedom ka. aap aisa nahi keh sakte ke freedom dein aur aur un ko woh rok laga laga dein ke tum misuse nahi kar sakte.</w:t>
      </w:r>
    </w:p>
    <w:p>
      <w:pPr>
        <w:jc w:val="right"/>
      </w:pPr>
      <w:r>
        <w:t>جب فریڈم دیا ہے تو مس یوز بھی کریں گے وہ فریڈم کا۔ آپ ایسا نہیں کہہ سکتے کہ فریڈم دیں اور اور ان کو وہ روک لگا لگا دیں کہ تم مس یوز نہیں کر سکتے۔</w:t>
      </w:r>
    </w:p>
    <w:p>
      <w:r>
        <w:rPr>
          <w:b/>
        </w:rPr>
        <w:t xml:space="preserve">[25:22] </w:t>
      </w:r>
      <w:r>
        <w:t>to freedom hai to misuse karne ka bhi freedom hai.</w:t>
      </w:r>
    </w:p>
    <w:p>
      <w:pPr>
        <w:jc w:val="right"/>
      </w:pPr>
      <w:r>
        <w:t>تو فریڈم ہے تو مس یوز کرنے کا بھی فریڈم ہے۔</w:t>
      </w:r>
    </w:p>
    <w:p>
      <w:r>
        <w:rPr>
          <w:b/>
        </w:rPr>
        <w:t xml:space="preserve">[25:27] </w:t>
      </w:r>
      <w:r>
        <w:t>to chunke logon ko yeh freedom hai ke woh misuse kar sakein, to misuse karte hain jo log, usi se problem create hota hai.</w:t>
      </w:r>
    </w:p>
    <w:p>
      <w:pPr>
        <w:jc w:val="right"/>
      </w:pPr>
      <w:r>
        <w:t>تو چونکہ لوگوں کو یہ فریڈم ہے کہ وہ مس یوز کر سکیں، تو مس یوز کرتے ہیں جو لوگ، اسی سے پرابلم کریٹ ہوتا ہے۔</w:t>
      </w:r>
    </w:p>
    <w:p>
      <w:r>
        <w:rPr>
          <w:b/>
        </w:rPr>
        <w:t xml:space="preserve">[25:38] </w:t>
      </w:r>
      <w:r>
        <w:t>duniya mein jab bhi koi problem hota hai to woh Khuda ki di hui jo azaadi hai, us ko misuse kar ke paida hota hai.</w:t>
      </w:r>
    </w:p>
    <w:p>
      <w:pPr>
        <w:jc w:val="right"/>
      </w:pPr>
      <w:r>
        <w:t>دنیا میں جب بھی کوئی پرابلم ہوتا ہے تو وہ خدا کی دی ہوئی جو آزادی ہے، اس کو مس یوز کر کے پیدا ہوتا ہے۔</w:t>
      </w:r>
    </w:p>
    <w:p>
      <w:r>
        <w:rPr>
          <w:b/>
        </w:rPr>
        <w:t xml:space="preserve">[25:51] </w:t>
      </w:r>
      <w:r>
        <w:t>to Islam mein bataya gaya hai ke chunke hum is freedom ko abolish nahi kar sakte, Khuda ki di hui cheez ko hum abolish kaise karenge?</w:t>
      </w:r>
    </w:p>
    <w:p>
      <w:pPr>
        <w:jc w:val="right"/>
      </w:pPr>
      <w:r>
        <w:t>تو اسلام میں بتایا گیا ہے کہ چونکہ ہم اس فریڈم کو ابالش نہیں کر سکتے، خدا کی دی ہوئی چیز کو ہم ابالش کیسے کریں گے؟</w:t>
      </w:r>
    </w:p>
    <w:p>
      <w:r>
        <w:rPr>
          <w:b/>
        </w:rPr>
        <w:t xml:space="preserve">[26:03] </w:t>
      </w:r>
      <w:r>
        <w:t>to bajaye is ke ke hum abolish karne ke liye daudein, humein is ko manage karne ka koshish karna chahiye.</w:t>
      </w:r>
    </w:p>
    <w:p>
      <w:pPr>
        <w:jc w:val="right"/>
      </w:pPr>
      <w:r>
        <w:t>تو بجائے اس کے کہ ہم ابالش کرنے کے لیے دوڑیں، ہمیں اس کو مینج کرنے کا کوشش کرنا چاہیے۔</w:t>
      </w:r>
    </w:p>
    <w:p>
      <w:r>
        <w:rPr>
          <w:b/>
        </w:rPr>
        <w:t xml:space="preserve">[26:14] </w:t>
      </w:r>
      <w:r>
        <w:t>yaani bajaye is ke ke aap freedom ko abolish karna chahein, yeh chahein ke log freedom ko misuse karein hi nahi, to woh impossible hai.</w:t>
      </w:r>
    </w:p>
    <w:p>
      <w:pPr>
        <w:jc w:val="right"/>
      </w:pPr>
      <w:r>
        <w:t>یعنی بجائے اس کے کہ آپ فریڈم کو ابالش کرنا چاہیں، یہ چاہیں کہ لوگ فریڈم کو مس یوز کریں ہی نہیں، تو وہ امپاسیبل ہے۔</w:t>
      </w:r>
    </w:p>
    <w:p>
      <w:r>
        <w:rPr>
          <w:b/>
        </w:rPr>
        <w:t xml:space="preserve">[26:26] </w:t>
      </w:r>
      <w:r>
        <w:t>aap ko yeh karna chahiye ke logon ko freedom hote hue us ko manage karna seekhein.</w:t>
      </w:r>
    </w:p>
    <w:p>
      <w:pPr>
        <w:jc w:val="right"/>
      </w:pPr>
      <w:r>
        <w:t>آپ کو یہ کرنا چاہیے کہ لوگوں کو فریڈم ہوتے ہوئے اس کو مینج کرنا سیکھیں۔</w:t>
      </w:r>
    </w:p>
    <w:p>
      <w:r>
        <w:rPr>
          <w:b/>
        </w:rPr>
        <w:t xml:space="preserve">[26:35] </w:t>
      </w:r>
      <w:r>
        <w:t>to Rasool Allah ne is zamane mein, jab ke har taraf war ka zamana tha, woh zamana United Nations nahi thi,</w:t>
      </w:r>
    </w:p>
    <w:p>
      <w:pPr>
        <w:jc w:val="right"/>
      </w:pPr>
      <w:r>
        <w:t>تو رسول اللہ نے اس زمانے میں، جب کہ ہر طرف وار کا زمانہ تھا، وہ زمانہ یونائٹڈ نیشنز نہیں تھی،</w:t>
      </w:r>
    </w:p>
    <w:p>
      <w:r>
        <w:rPr>
          <w:b/>
        </w:rPr>
        <w:t xml:space="preserve">[26:43] </w:t>
      </w:r>
      <w:r>
        <w:t>religious freedom nahi tha aaj ke tareeqe se, to war ke zamane mein aap ne is tarah se manage kiya ke aap logon ne bataya logon ko ke woh agar problem create karte hain to create karne dein unhein.</w:t>
      </w:r>
    </w:p>
    <w:p>
      <w:pPr>
        <w:jc w:val="right"/>
      </w:pPr>
      <w:r>
        <w:t>ریلیجس فریڈم نہیں تھا آج کے طریقے سے، تو وار کے زمانے میں آپ نے اس طرح سے مینج کیا کہ آپ لوگوں نے بتایا لوگوں کو کہ وہ اگر پرابلم کریٹ کرتے ہیں تو کریٹ کرنے دو انہیں۔</w:t>
      </w:r>
    </w:p>
    <w:p>
      <w:r>
        <w:rPr>
          <w:b/>
        </w:rPr>
        <w:t xml:space="preserve">[26:57] </w:t>
      </w:r>
      <w:r>
        <w:t>humein un ko unilateral adjustment kar ke peace laana hai aur phir humein opportunities ko avail karna hai.</w:t>
      </w:r>
    </w:p>
    <w:p>
      <w:pPr>
        <w:jc w:val="right"/>
      </w:pPr>
      <w:r>
        <w:t>ہمیں ان کو یونی لیٹرل ایڈجسٹمنٹ کر کے پیس لانا ہے اور پھر ہمیں اپرچونیٹیز کو اویل کرنا ہے۔</w:t>
      </w:r>
    </w:p>
    <w:p>
      <w:r>
        <w:rPr>
          <w:b/>
        </w:rPr>
        <w:t xml:space="preserve">[27:09] </w:t>
      </w:r>
      <w:r>
        <w:t>yahi baat main aaj ke bare mein kehta hoon.</w:t>
      </w:r>
    </w:p>
    <w:p>
      <w:pPr>
        <w:jc w:val="right"/>
      </w:pPr>
      <w:r>
        <w:t>یہی بات میں آج کے بارے میں کہتا ہوں۔</w:t>
      </w:r>
    </w:p>
    <w:p>
      <w:r>
        <w:rPr>
          <w:b/>
        </w:rPr>
        <w:t xml:space="preserve">[27:13] </w:t>
      </w:r>
      <w:r>
        <w:t>you have to learn the art of media management. jis ko dekhein, woh media ke saath shikayat karta hai. media shikayat karne se kya faida?</w:t>
      </w:r>
    </w:p>
    <w:p>
      <w:pPr>
        <w:jc w:val="right"/>
      </w:pPr>
      <w:r>
        <w:t>یو ہیو ٹو لرن دا آرٹ آف میڈیا مینجمنٹ۔ جس کو دیکھیں، وہ میڈیا کے ساتھ شکایت کرتا ہے۔ میڈیا شکایت کرنے سے کیا فائدہ؟</w:t>
      </w:r>
    </w:p>
    <w:p>
      <w:r>
        <w:rPr>
          <w:b/>
        </w:rPr>
        <w:t xml:space="preserve">[27:21] </w:t>
      </w:r>
      <w:r>
        <w:t>kya aap media ko woh bana sakte hain? koi religious mission bana sakte hain? woh impossible hai. media kabhi bhi religious mission nahi ban sakta hai.</w:t>
      </w:r>
    </w:p>
    <w:p>
      <w:pPr>
        <w:jc w:val="right"/>
      </w:pPr>
      <w:r>
        <w:t>کیا آپ میڈیا کو وہ بنا سکتے ہیں؟ کوئی ریلیجس مشن بنا سکتے ہیں؟ وہ امپاسیبل ہے۔ میڈیا کبھی بھی ریلیجس مشن نہیں بن سکتا ہے۔</w:t>
      </w:r>
    </w:p>
    <w:p>
      <w:r>
        <w:rPr>
          <w:b/>
        </w:rPr>
        <w:t xml:space="preserve">[27:31] </w:t>
      </w:r>
      <w:r>
        <w:t>woh to industry hi rahega. to jo baat hone wali nahi hai, us ke liye aap protest karne se faida kya hai?</w:t>
      </w:r>
    </w:p>
    <w:p>
      <w:pPr>
        <w:jc w:val="right"/>
      </w:pPr>
      <w:r>
        <w:t>وہ تو انڈسٹری ہی رہے گا۔ تو جو بات ہونے والی نہیں ہے، اس کے لیے آپ پروٹیسٹ کرنے سے فائدہ کیا ہے؟</w:t>
      </w:r>
    </w:p>
    <w:p>
      <w:r>
        <w:rPr>
          <w:b/>
        </w:rPr>
        <w:t xml:space="preserve">[27:41] </w:t>
      </w:r>
      <w:r>
        <w:t>yeh to hone wali hai hi nahi ke media jo hai, woh religious mission ban jaaye, woh spiritual mission ban jaaye. yeh to hone wala hai hi nahi.</w:t>
      </w:r>
    </w:p>
    <w:p>
      <w:pPr>
        <w:jc w:val="right"/>
      </w:pPr>
      <w:r>
        <w:t>یہ تو ہونے والی ہے ہی نہیں کہ میڈیا جو ہے، وہ ریلیجس مشن بن جائے، وہ اسپریچول مشن بن جائے۔ یہ تو ہونے والا ہے ہی نہیں۔</w:t>
      </w:r>
    </w:p>
    <w:p>
      <w:r>
        <w:rPr>
          <w:b/>
        </w:rPr>
        <w:t xml:space="preserve">[27:51] </w:t>
      </w:r>
      <w:r>
        <w:t>woh to industry rahega. to media ko as it is lete hue aap ko ek aisa formula discover karna chahiye jis se aap ke dil mein media ke khilaaf negative thought khatam ho jaaye.</w:t>
      </w:r>
    </w:p>
    <w:p>
      <w:pPr>
        <w:jc w:val="right"/>
      </w:pPr>
      <w:r>
        <w:t>وہ تو انڈسٹری رہے گا۔ تو میڈیا کو ایز اٹ از لیتے ہوئے آپ کو ایک ایسا فارمولا ڈسکور کرنا چاہیے جس سے آپ کے دل میں میڈیا کے خلاف نیگیٹیو تھاٹ ختم ہو جائے۔</w:t>
      </w:r>
    </w:p>
    <w:p>
      <w:r>
        <w:rPr>
          <w:b/>
        </w:rPr>
        <w:t xml:space="preserve">[28:08] </w:t>
      </w:r>
      <w:r>
        <w:t>aur main ne jo discover kiya, woh yahi hai ke jis tarah doosri industries market marketable item ko laati hain market mein, aise hi media bhi yahi karega ke marketable news ko layega.</w:t>
      </w:r>
    </w:p>
    <w:p>
      <w:pPr>
        <w:jc w:val="right"/>
      </w:pPr>
      <w:r>
        <w:t>اور میں نے جو ڈسکور کیا، وہ یہی ہے کہ جس طرح دوسری انڈسٹریز مارکیٹ مارکیٹیبل آئٹم کو لاتی ہیں مارکیٹ میں، ایسے ہی میڈیا بھی یہی کرے گا کہ مارکیٹیبل نیوز کو لائے گا۔</w:t>
      </w:r>
    </w:p>
    <w:p>
      <w:r>
        <w:rPr>
          <w:b/>
        </w:rPr>
        <w:t xml:space="preserve">[28:22] </w:t>
      </w:r>
      <w:r>
        <w:t>woh market mein karega hi sahi.</w:t>
      </w:r>
    </w:p>
    <w:p>
      <w:pPr>
        <w:jc w:val="right"/>
      </w:pPr>
      <w:r>
        <w:t>وہ مارکیٹ میں کرے گا ہی صحیح۔</w:t>
      </w:r>
    </w:p>
    <w:p>
      <w:r>
        <w:rPr>
          <w:b/>
        </w:rPr>
        <w:t xml:space="preserve">[28:28] </w:t>
      </w:r>
      <w:r>
        <w:t>to aap jo hai, aap apne ko manage kijiye, apne emotions ko manage kijiye, apne jazbat ko manage kijiye, bajaye is ke ke aap media ke khilaf ho jayein.</w:t>
      </w:r>
    </w:p>
    <w:p>
      <w:pPr>
        <w:jc w:val="right"/>
      </w:pPr>
      <w:r>
        <w:t>تو آپ جو ہے، آپ اپنے کو مینج کیجئے، اپنے ایموشنز کو مینج کیجئے، اپنے جذبات کو مینج کیجئے، بجائے اس کے کہ آپ میڈیا کے خلاف ہو جائیں۔</w:t>
      </w:r>
    </w:p>
    <w:p>
      <w:r>
        <w:rPr>
          <w:b/>
        </w:rPr>
        <w:t xml:space="preserve">[28:43] </w:t>
      </w:r>
      <w:r>
        <w:t>yeh hai yani meri samajh se yani situation ka analysis. ab hamara jo mission hai, woh yahi hai ke logon ke dilon se negative thought ko nikalein.</w:t>
      </w:r>
    </w:p>
    <w:p>
      <w:pPr>
        <w:jc w:val="right"/>
      </w:pPr>
      <w:r>
        <w:t>یہ ہے یعنی میری سمجھ سے یعنی سچویشن کا انالیسز۔ اب ہمارا جو مشن ہے، وہ یہی ہے کہ لوگوں کے دلوں سے نیگیٹیو تھاٹ کو نکالیں۔</w:t>
      </w:r>
    </w:p>
    <w:p>
      <w:r>
        <w:rPr>
          <w:b/>
        </w:rPr>
        <w:t xml:space="preserve">[29:00] </w:t>
      </w:r>
      <w:r>
        <w:t>logon ke dilon se negative thought nikalein. yeh hamara mission hai. chahe negative thought Islam ke against mein ho, insan ke khilaf ho, kisi bhi mamle mein.</w:t>
      </w:r>
    </w:p>
    <w:p>
      <w:pPr>
        <w:jc w:val="right"/>
      </w:pPr>
      <w:r>
        <w:t>لوگوں کے دلوں سے نیگیٹیو تھاٹ نکالیں۔ یہ ہمارا مشن ہے۔ چاہے نیگیٹیو تھاٹ اسلام کے اگینسٹ میں ہو، انسان کے خلاف ہو، کسی بھی معاملے میں۔</w:t>
      </w:r>
    </w:p>
    <w:p>
      <w:r>
        <w:rPr>
          <w:b/>
        </w:rPr>
        <w:t xml:space="preserve">[29:11] </w:t>
      </w:r>
      <w:r>
        <w:t>kyun ke negative thought ko hum color samajhte hain. color jahan negative thought hai, wahan angels nahi hain, wahan Khuda nahi aap ke sath hai, wahan spirituality aap ke sath nahi hai.</w:t>
      </w:r>
    </w:p>
    <w:p>
      <w:pPr>
        <w:jc w:val="right"/>
      </w:pPr>
      <w:r>
        <w:t>کیونکہ نیگیٹیو تھاٹ کو ہم کلر سمجھتے ہیں۔ کلر جہاں نیگیٹیو تھاٹ ہے، وہاں اینجلز نہیں ہیں، وہاں خدا نہیں آپ کے ساتھ ہے، وہاں اسپریچولٹی آپ کے ساتھ نہیں ہے۔</w:t>
      </w:r>
    </w:p>
    <w:p>
      <w:r>
        <w:rPr>
          <w:b/>
        </w:rPr>
        <w:t xml:space="preserve">[29:24] </w:t>
      </w:r>
      <w:r>
        <w:t>negative thought aaya, yeh sab</w:t>
      </w:r>
    </w:p>
    <w:p>
      <w:pPr>
        <w:jc w:val="right"/>
      </w:pPr>
      <w:r>
        <w:t>نیگیٹیو تھاٹ آیا، یہ سب</w:t>
      </w:r>
    </w:p>
    <w:p>
      <w:r>
        <w:rPr>
          <w:b/>
        </w:rPr>
        <w:t xml:space="preserve">[29:27] </w:t>
      </w:r>
      <w:r>
        <w:t>chala gaya. to hamara jo mission hai ke logon ko,</w:t>
      </w:r>
    </w:p>
    <w:p>
      <w:pPr>
        <w:jc w:val="right"/>
      </w:pPr>
      <w:r>
        <w:t>چلا گیا۔ تو ہمارا جو مشن ہے کہ لوگوں کو،</w:t>
      </w:r>
    </w:p>
    <w:p>
      <w:r>
        <w:rPr>
          <w:b/>
        </w:rPr>
        <w:t xml:space="preserve">[29:34] </w:t>
      </w:r>
      <w:r>
        <w:t>logon ke mind ki re-engineering kar ke unhein aisa banayein ke woh apne aap ko, ke woh negativity mein jeena chhoden aur positivity mein jeena unhein aa jaye.</w:t>
      </w:r>
    </w:p>
    <w:p>
      <w:pPr>
        <w:jc w:val="right"/>
      </w:pPr>
      <w:r>
        <w:t>لوگوں کے مائنڈ کی ری انجینئرنگ کر کے انہیں ایسا بنائیں کہ وہ اپنے آپ کو، کہ وہ نیگیٹیوٹی میں جینا چھوڑیں اور پازیٹیوٹی میں جینا انہیں آ جائے۔</w:t>
      </w:r>
    </w:p>
    <w:p>
      <w:r>
        <w:rPr>
          <w:b/>
        </w:rPr>
        <w:t xml:space="preserve">[29:49] </w:t>
      </w:r>
      <w:r>
        <w:t>yeh hamara mission hai. aur aap ko main kahunga ke isi mission mein aap ko apni poori taqat lagana hai.</w:t>
      </w:r>
    </w:p>
    <w:p>
      <w:pPr>
        <w:jc w:val="right"/>
      </w:pPr>
      <w:r>
        <w:t>یہ ہمارا مشن ہے۔ اور آپ کو میں کہوں گا کہ اسی مشن میں آپ کو اپنی پوری طاقت لگانا ہے۔</w:t>
      </w:r>
    </w:p>
    <w:p>
      <w:r>
        <w:rPr>
          <w:b/>
        </w:rPr>
        <w:t xml:space="preserve">[30:00] </w:t>
      </w:r>
      <w:r>
        <w:t>isi mein aap ke liye bhi paradise milne wali hai, isi mein doosron ke liye bhi paradise milne wali hai. koi doosra rasta nahi hai jis mein aap paradise pa saken.</w:t>
      </w:r>
    </w:p>
    <w:p>
      <w:pPr>
        <w:jc w:val="right"/>
      </w:pPr>
      <w:r>
        <w:t>اسی میں آپ کے لیے بھی پارائیڈائز ملنے والی ہے، اسی میں دوسروں کے لیے بھی پارائیڈائز ملنے والی ہے۔ کوئی دوسرا راستہ نہیں ہے جس میں آپ پارائیڈائز پا سکیں۔</w:t>
      </w:r>
    </w:p>
    <w:p>
      <w:r>
        <w:rPr>
          <w:b/>
        </w:rPr>
        <w:t xml:space="preserve">[30:13] </w:t>
      </w:r>
      <w:r>
        <w:t>isi mein jeena hai, isi mein marna hai</w:t>
      </w:r>
    </w:p>
    <w:p>
      <w:pPr>
        <w:jc w:val="right"/>
      </w:pPr>
      <w:r>
        <w:t>اسی میں جینا ہے، اسی میں مرنا ہے</w:t>
      </w:r>
    </w:p>
    <w:p>
      <w:r>
        <w:rPr>
          <w:b/>
        </w:rPr>
        <w:t xml:space="preserve">[30:17] </w:t>
      </w:r>
      <w:r>
        <w:t>ke log jo hain, positivity mein jeene lagen, negativity mein jeena chhod dein. isi ke liye sari koshish aap ko karte rehna hai, karte rehna hai, karte rehna hai.</w:t>
      </w:r>
    </w:p>
    <w:p>
      <w:pPr>
        <w:jc w:val="right"/>
      </w:pPr>
      <w:r>
        <w:t>کہ لوگ جو ہیں، پازیٹیوٹی میں جینے لگیں، نیگیٹیوٹی میں جینا چھوڑ دیں۔ اسی کے لیے ساری کوشش آپ کو کرتے رہنا ہے، کرتے رہنا ہے، کرتے رہنا ہے۔</w:t>
      </w:r>
    </w:p>
    <w:p>
      <w:r>
        <w:rPr>
          <w:b/>
        </w:rPr>
        <w:t xml:space="preserve">[30:29] </w:t>
      </w:r>
      <w:r>
        <w:t>yahan tak kisi rah mein mar jana hai.</w:t>
      </w:r>
    </w:p>
    <w:p>
      <w:pPr>
        <w:jc w:val="right"/>
      </w:pPr>
      <w:r>
        <w:t>یہاں تک کسی راہ میں مر جانا ہے۔</w:t>
      </w:r>
    </w:p>
    <w:p>
      <w:r>
        <w:rPr>
          <w:b/>
        </w:rPr>
        <w:t xml:space="preserve">[30:33] </w:t>
      </w:r>
      <w:r>
        <w:t>aur sab kuch aap ko Khuda ki umeed par karna hai. hum ko yaqeen hai ke yeh yeh mission jo hai, Khuda ka mission hai.</w:t>
      </w:r>
    </w:p>
    <w:p>
      <w:pPr>
        <w:jc w:val="right"/>
      </w:pPr>
      <w:r>
        <w:t>اور سب کچھ آپ کو خدا کی امید پر کرنا ہے۔ ہم کو یقین ہے کہ یہ یہ مشن جو ہے، خدا کا مشن ہے۔</w:t>
      </w:r>
    </w:p>
    <w:p>
      <w:r>
        <w:rPr>
          <w:b/>
        </w:rPr>
        <w:t xml:space="preserve">[30:41] </w:t>
      </w:r>
      <w:r>
        <w:t>yani is qism ka jo mission jo hai, positive mission, yeh ek divine mission hai. is liye is mein zaroori hai ke Khuda ki madad aap ko milegi.</w:t>
      </w:r>
    </w:p>
    <w:p>
      <w:pPr>
        <w:jc w:val="right"/>
      </w:pPr>
      <w:r>
        <w:t>یعنی اس قسم کا جو مشن جو ہے، پازیٹیو مشن، یہ ایک ڈیوائن مشن ہے۔ اس لیے اس میں ضروری ہے کہ خدا کی مدد آپ کو ملے گی۔</w:t>
      </w:r>
    </w:p>
    <w:p>
      <w:r>
        <w:rPr>
          <w:b/>
        </w:rPr>
        <w:t xml:space="preserve">[30:53] </w:t>
      </w:r>
      <w:r>
        <w:t>aap kabhi bhi Khuda ki madad se mehroom nahi ho sakte.</w:t>
      </w:r>
    </w:p>
    <w:p>
      <w:pPr>
        <w:jc w:val="right"/>
      </w:pPr>
      <w:r>
        <w:t>آپ کبھی بھی خدا کی مدد سے محروم نہیں ہو سکتے۔</w:t>
      </w:r>
    </w:p>
    <w:p>
      <w:r>
        <w:rPr>
          <w:b/>
        </w:rPr>
        <w:t xml:space="preserve">[31:00] </w:t>
      </w:r>
      <w:r>
        <w:t>to is par aap ghaur kijiye. to is waqt main ne do baatein kahin.</w:t>
      </w:r>
    </w:p>
    <w:p>
      <w:pPr>
        <w:jc w:val="right"/>
      </w:pPr>
      <w:r>
        <w:t>تو اس پر آپ غور کیجئے۔ تو اس وقت میں نے دو باتیں کہیں۔</w:t>
      </w:r>
    </w:p>
    <w:p>
      <w:r>
        <w:rPr>
          <w:b/>
        </w:rPr>
        <w:t xml:space="preserve">[31:06] </w:t>
      </w:r>
      <w:r>
        <w:t>number ek, jo log Islam ke bare mein yeh kehte hain ke Islam ek violent religion hai, un ko bataiye ke you have to differentiate between Islam and Muslims.</w:t>
      </w:r>
    </w:p>
    <w:p>
      <w:pPr>
        <w:jc w:val="right"/>
      </w:pPr>
      <w:r>
        <w:t>نمبر ایک، جو لوگ اسلام کے بارے میں یہ کہتے ہیں کہ اسلام ایک وائلنٹ ریلیجن ہے، ان کو بتائیے کہ یو ہیو ٹو ڈیفرنشیٹ بٹوین اسلام اینڈ مسلمز۔</w:t>
      </w:r>
    </w:p>
    <w:p>
      <w:r>
        <w:rPr>
          <w:b/>
        </w:rPr>
        <w:t xml:space="preserve">[31:18] </w:t>
      </w:r>
      <w:r>
        <w:t>jo Musalman kar rahe hain, is ka blame to Islam ko kyun dete ho? Islam ke bare mein bolna hai to aap ko is ki scripture ko dekhna padega, Musalmanon ki practice ko nahi.</w:t>
      </w:r>
    </w:p>
    <w:p>
      <w:pPr>
        <w:jc w:val="right"/>
      </w:pPr>
      <w:r>
        <w:t>جو مسلمان کر رہے ہیں، اس کا بلیم تو اسلام کو کیوں دیتے ہو؟ اسلام کے بارے میں بولنا ہے تو آپ کو اس کی سکرپچر کو دیکھنا پڑے گا، مسلمانوں کی پریکٹس کو نہیں۔</w:t>
      </w:r>
    </w:p>
    <w:p>
      <w:r>
        <w:rPr>
          <w:b/>
        </w:rPr>
        <w:t xml:space="preserve">[31:33] </w:t>
      </w:r>
      <w:r>
        <w:t>practice ko nahi.</w:t>
      </w:r>
    </w:p>
    <w:p>
      <w:pPr>
        <w:jc w:val="right"/>
      </w:pPr>
      <w:r>
        <w:t>پریکٹس کو نہیں۔</w:t>
      </w:r>
    </w:p>
    <w:p>
      <w:r>
        <w:rPr>
          <w:b/>
        </w:rPr>
        <w:t xml:space="preserve">[31:35] </w:t>
      </w:r>
      <w:r>
        <w:t>kal mujh se kahin se baat ho rahi thi to main ne kaha ke yani Gita mein likha hua hai ke "Hay Arjun! aage badha aur yuddh kar".</w:t>
      </w:r>
    </w:p>
    <w:p>
      <w:pPr>
        <w:jc w:val="right"/>
      </w:pPr>
      <w:r>
        <w:t>کل مجھ سے کہیں سے بات ہو رہی تھی تو میں نے کہا کہ یعنی گیتا میں لکھا ہوا ہے کہ "ہائے ارجن! آگے بڑھا اور یُدھ کر"۔</w:t>
      </w:r>
    </w:p>
    <w:p>
      <w:r>
        <w:rPr>
          <w:b/>
        </w:rPr>
        <w:t xml:space="preserve">[31:45] </w:t>
      </w:r>
      <w:r>
        <w:t>kya is ka matlab hai ke har waqt Hindu ladai ladne lagen? woh is ka ek context hai, is mein woh baat kahi gayi hai.</w:t>
      </w:r>
    </w:p>
    <w:p>
      <w:pPr>
        <w:jc w:val="right"/>
      </w:pPr>
      <w:r>
        <w:t>کیا اس کا مطلب ہے کہ ہر وقت ہندو لڑائی لڑنے لگے؟ وہ اس کا ایک کنٹیکسٹ ہے، اس میں وہ بات کہی گئی ہے۔</w:t>
      </w:r>
    </w:p>
    <w:p>
      <w:r>
        <w:rPr>
          <w:b/>
        </w:rPr>
        <w:t xml:space="preserve">[31:54] </w:t>
      </w:r>
      <w:r>
        <w:t>to Islam mein, yani Quran mein, agar kuch jagahon par ladai ki baat hai to woh defense, defense ke context mein hai.</w:t>
      </w:r>
    </w:p>
    <w:p>
      <w:pPr>
        <w:jc w:val="right"/>
      </w:pPr>
      <w:r>
        <w:t>تو اسلام میں، یعنی قرآن میں، اگر کچھ جگہوں پر لڑائی کی بات ہے تو وہ ڈیفنسو، ڈیفنس کے کے کنٹیکسٹ میں ہے۔</w:t>
      </w:r>
    </w:p>
    <w:p>
      <w:r>
        <w:rPr>
          <w:b/>
        </w:rPr>
        <w:t xml:space="preserve">[32:04] </w:t>
      </w:r>
      <w:r>
        <w:t>woh yani jab logon ne attack kar diya, jab unhon ne hamla kar diya, us waqt Quran mein kaha gaya hai ke tum is hamle ke jawab mein defensive war lado.</w:t>
      </w:r>
    </w:p>
    <w:p>
      <w:pPr>
        <w:jc w:val="right"/>
      </w:pPr>
      <w:r>
        <w:t>وہ یعنی جب لوگوں نے اٹیک کر دیا، جب انہوں نے حملہ کر دیا، اس وقت قرآن میں کہا گیا ہے کہ تم اس حملے کے جواب میں ڈیفنسو وار لڑو۔</w:t>
      </w:r>
    </w:p>
    <w:p>
      <w:r>
        <w:rPr>
          <w:b/>
        </w:rPr>
        <w:t xml:space="preserve">[32:17] </w:t>
      </w:r>
      <w:r>
        <w:t>to yeh to har jagah hoga. bible mein bhi war ki ayat maujood hai, geeta mein war ki ayat maujood hai, hamare constitution mein maujood hai, har jagah maujood rehti hai.</w:t>
      </w:r>
    </w:p>
    <w:p>
      <w:pPr>
        <w:jc w:val="right"/>
      </w:pPr>
      <w:r>
        <w:t>تو یہ تو ہر جگہ ہوگا۔ بائبل میں بھی وار کی آیت موجود ہے، گیتا میں وار کی آیت موجود ہے، ہمارے کانسٹیٹیوشن میں موجود ہے، ہر جگہ موجود رہتی ہے۔</w:t>
      </w:r>
    </w:p>
    <w:p>
      <w:r>
        <w:rPr>
          <w:b/>
        </w:rPr>
        <w:t xml:space="preserve">[32:26] </w:t>
      </w:r>
      <w:r>
        <w:t>lekin woh hoti hai defence ke liye. yeh matlab nahi ke aap sarkon par nikal aayen, gun lekar sab ko maarna shuru kar den.</w:t>
      </w:r>
    </w:p>
    <w:p>
      <w:pPr>
        <w:jc w:val="right"/>
      </w:pPr>
      <w:r>
        <w:t>لیکن وہ ہوتی ہے ڈیفنس کے لیے۔ یہ مطلب نہیں کہ آپ سڑکوں پر نکل آئیں، گن لے کر سب کو مارنا شروع کر دیں۔</w:t>
      </w:r>
    </w:p>
    <w:p>
      <w:r>
        <w:rPr>
          <w:b/>
        </w:rPr>
        <w:t xml:space="preserve">[32:36] </w:t>
      </w:r>
      <w:r>
        <w:t>main ek reference aap ko deta hoon quran ka. dekhen, yeh jo bomb blast hue hain aur aise bahut se hote rehte hain, yeh islam ke kitne zyada khilaf hain,</w:t>
      </w:r>
    </w:p>
    <w:p>
      <w:pPr>
        <w:jc w:val="right"/>
      </w:pPr>
      <w:r>
        <w:t>میں ایک ریفرنس آپ کو دیتا ہوں قرآن کا۔ دیکھیں، یہ جو بم بلاسٹ ہوئے ہیں اور ایسے بہت سے ہوتے رہتے ہیں، یہ اسلام کے کتنے زیادہ خلاف ہیں،</w:t>
      </w:r>
    </w:p>
    <w:p>
      <w:r>
        <w:rPr>
          <w:b/>
        </w:rPr>
        <w:t xml:space="preserve">[32:50] </w:t>
      </w:r>
      <w:r>
        <w:t>kitne zyada islam ke against hain. main ek reference deta hoon aap ko. is mein kaun log mare? sab innocent log mare, sab innocent</w:t>
      </w:r>
    </w:p>
    <w:p>
      <w:pPr>
        <w:jc w:val="right"/>
      </w:pPr>
      <w:r>
        <w:t>کتنے زیادہ اسلام کے اگینسٹ ہیں۔ میں ایک ریفرنس دیتا ہوں آپ کو۔ اس میں کون لوگ مرے؟ سب انوسنٹ لوگ مرے، سب انوسنٹ</w:t>
      </w:r>
    </w:p>
    <w:p>
      <w:r>
        <w:rPr>
          <w:b/>
        </w:rPr>
        <w:t xml:space="preserve">[33:00] </w:t>
      </w:r>
      <w:r>
        <w:t>. jaise aur jo jahan idhar udhar bomb blast hote rehte hain, suicide bombing hoti hai to kaun marta hai? innocent log marte hain. quran mein ek ayat hai:</w:t>
      </w:r>
    </w:p>
    <w:p>
      <w:pPr>
        <w:jc w:val="right"/>
      </w:pPr>
      <w:r>
        <w:t>۔ جیسے اور جو جہاں ادھر ادھر بم بلاسٹ ہوتے رہتے ہیں، سوسائیڈ بمبنگ ہوتی ہے تو کون مرتا ہے؟ انوسنٹ لوگ مرتے ہیں۔ قرآن میں ایک آیت ہے:</w:t>
      </w:r>
    </w:p>
    <w:p>
      <w:r>
        <w:rPr>
          <w:b/>
        </w:rPr>
        <w:t xml:space="preserve">[33:14] </w:t>
      </w:r>
      <w:r>
        <w:t>"man qatal nafsan bighair nafsan wa fisadin fakama qatal annasa jameea".</w:t>
      </w:r>
    </w:p>
    <w:p>
      <w:pPr>
        <w:jc w:val="right"/>
      </w:pPr>
      <w:r>
        <w:t>"من قتل نفسا بغیر نفسا وفساد فکما قتل الناس جمیعا"۔</w:t>
      </w:r>
    </w:p>
    <w:p>
      <w:r>
        <w:rPr>
          <w:b/>
        </w:rPr>
        <w:t xml:space="preserve">[33:24] </w:t>
      </w:r>
      <w:r>
        <w:t>iska matlab hai ke killing of one innocent person means killing the whole humanity, killing the all humanity.</w:t>
      </w:r>
    </w:p>
    <w:p>
      <w:pPr>
        <w:jc w:val="right"/>
      </w:pPr>
      <w:r>
        <w:t>اس کا مطلب ہے کہ کلنگ آف ون انوسنٹ پرسن مینز کلنگ دا ہول ہیومینٹی، کلنگ دا آل ہیومینٹی۔</w:t>
      </w:r>
    </w:p>
    <w:p>
      <w:r>
        <w:rPr>
          <w:b/>
        </w:rPr>
        <w:t xml:space="preserve">[33:35] </w:t>
      </w:r>
      <w:r>
        <w:t>yani ek insaan ko maarna aisa hi hai jaise saare insaanon ko tum ne maar dala. yeh hai islam ka.</w:t>
      </w:r>
    </w:p>
    <w:p>
      <w:pPr>
        <w:jc w:val="right"/>
      </w:pPr>
      <w:r>
        <w:t>یعنی ایک انسان کو مارنا ایسا ہی ہے جیسے سارے انسانوں کو تم نے مار ڈالا۔ یہ ہے اسلام کا۔</w:t>
      </w:r>
    </w:p>
    <w:p>
      <w:r>
        <w:rPr>
          <w:b/>
        </w:rPr>
        <w:t xml:space="preserve">[33:44] </w:t>
      </w:r>
      <w:r>
        <w:t>yani innocent logon ko maarna islam mein hai hi nahi.</w:t>
      </w:r>
    </w:p>
    <w:p>
      <w:pPr>
        <w:jc w:val="right"/>
      </w:pPr>
      <w:r>
        <w:t>یعنی انوسنٹ لوگوں کو مارنا اسلام میں ہے ہی نہیں۔</w:t>
      </w:r>
    </w:p>
    <w:p>
      <w:r>
        <w:rPr>
          <w:b/>
        </w:rPr>
        <w:t xml:space="preserve">[33:49] </w:t>
      </w:r>
      <w:r>
        <w:t>ab bataen ke agar islam par koi believe karta ho, islam ko manta ho to kya sochega woh? ke agar maine itne saare logon ko maarna to bahut door ki baat hai, ek innocent ko maara to mujhe punishment milega.</w:t>
      </w:r>
    </w:p>
    <w:p>
      <w:pPr>
        <w:jc w:val="right"/>
      </w:pPr>
      <w:r>
        <w:t>اب بتائیں کہ اگر اسلام پر کوئی بیلیو کرتا ہو، اسلام کو مانتا ہو تو کیا سوچے گا وہ؟ کہ اگر میں نے اتنے سارے لوگوں کو مارنا تو بہت دور کی بات ہے، ایک انوسنٹ کو مارا تو مجھے پنشمنٹ ملے گا۔</w:t>
      </w:r>
    </w:p>
    <w:p>
      <w:r>
        <w:rPr>
          <w:b/>
        </w:rPr>
        <w:t xml:space="preserve">[34:05] </w:t>
      </w:r>
      <w:r>
        <w:t>yani saare insaanon ko maarne ke barabar ka punishment. is waqt dunya mein seven billion insaan hain to kaha ek insaan ko maarne ke baad aap ko kya</w:t>
      </w:r>
    </w:p>
    <w:p>
      <w:pPr>
        <w:jc w:val="right"/>
      </w:pPr>
      <w:r>
        <w:t>یعنی سارے انسانوں کو مارنے کے برابر کا پنشمنٹ۔ اس وقت دنیا میں سیون بلین انسان ہیں تو کہا ایک انسان کو مارنے کے بعد آپ کو کیا</w:t>
      </w:r>
    </w:p>
    <w:p>
      <w:r>
        <w:rPr>
          <w:b/>
        </w:rPr>
        <w:t xml:space="preserve">[34:16] </w:t>
      </w:r>
      <w:r>
        <w:t>hoga? ke seven billion murder ka aap ke paas saza, aap ko punishment diya jayega.</w:t>
      </w:r>
    </w:p>
    <w:p>
      <w:pPr>
        <w:jc w:val="right"/>
      </w:pPr>
      <w:r>
        <w:t>ہوگا؟ کہ سیون بلین مرڈر کا آپ کے پاس سزا، آپ کو پنشمنٹ دیا جائے گا۔</w:t>
      </w:r>
    </w:p>
    <w:p>
      <w:r>
        <w:rPr>
          <w:b/>
        </w:rPr>
        <w:t xml:space="preserve">[34:25] </w:t>
      </w:r>
      <w:r>
        <w:t>koi koi soch sakta hai aisa? aap koi soch sakta hai? bataiye. yani is waqt jo dunya mein population hai insaanon ki, woh hai seven billion.</w:t>
      </w:r>
    </w:p>
    <w:p>
      <w:pPr>
        <w:jc w:val="right"/>
      </w:pPr>
      <w:r>
        <w:t>کوئی کوئی سوچ سکتا ہے ایسا؟ آپ کوئی سوچ سکتا ہے؟ بتائیے۔ یعنی اس وقت جو دنیا میں پاپولیشن ہے انسانوں کی، وہ ہے سیون بلین۔</w:t>
      </w:r>
    </w:p>
    <w:p>
      <w:r>
        <w:rPr>
          <w:b/>
        </w:rPr>
        <w:t xml:space="preserve">[34:39] </w:t>
      </w:r>
      <w:r>
        <w:t>ab agar is ayat ko koi parhe ke ek insaan ko maarna sari insaniyat ko maar dalna hai to woh sochega ke main kaise marun?</w:t>
      </w:r>
    </w:p>
    <w:p>
      <w:pPr>
        <w:jc w:val="right"/>
      </w:pPr>
      <w:r>
        <w:t>اب اگر اس آیت کو کوئی پڑھے کہ ایک انسان کو مارنا ساری انسانیت کو مار ڈالنا ہے تو وہ سوچے گا کہ میں کیسے ماروں؟</w:t>
      </w:r>
    </w:p>
    <w:p>
      <w:r>
        <w:rPr>
          <w:b/>
        </w:rPr>
        <w:t xml:space="preserve">[34:52] </w:t>
      </w:r>
      <w:r>
        <w:t>mere bomb se ek insaan agar mar gaya, innocent insaan to khuda ki adalat mein, khuda ke haan mujh par seven billion insaanon ko maar dalne ka case chalega.</w:t>
      </w:r>
    </w:p>
    <w:p>
      <w:pPr>
        <w:jc w:val="right"/>
      </w:pPr>
      <w:r>
        <w:t>میرے بم سے ایک انسان اگر مر گیا، انوسنٹ انسان تو خدا کی عدالت میں، خدا کے ہاں مجھ پر سیون بلین انسانوں کو مار ڈالنے کا کیس چلے گا۔</w:t>
      </w:r>
    </w:p>
    <w:p>
      <w:r>
        <w:rPr>
          <w:b/>
        </w:rPr>
        <w:t xml:space="preserve">[35:05] </w:t>
      </w:r>
      <w:r>
        <w:t>to seven billion years tak mujhe daal diya jayega koi prison mein.</w:t>
      </w:r>
    </w:p>
    <w:p>
      <w:pPr>
        <w:jc w:val="right"/>
      </w:pPr>
      <w:r>
        <w:t>تو سیون بلین ایئرز تک مجھے ڈال دیا جائے گا کوئی پریزن میں۔</w:t>
      </w:r>
    </w:p>
    <w:p>
      <w:r>
        <w:rPr>
          <w:b/>
        </w:rPr>
        <w:t xml:space="preserve">[35:10] </w:t>
      </w:r>
      <w:r>
        <w:t>koi soch sakta hai ke maare hue kisi insaan ko? aap ghor kijiye. koi insaan jo khuda ko manta ho, jo quran ko manta ho, jo islam ko manta ho, us ke liye unthinkable hai ke insaan ko innocent insaan ko maare.</w:t>
      </w:r>
    </w:p>
    <w:p>
      <w:pPr>
        <w:jc w:val="right"/>
      </w:pPr>
      <w:r>
        <w:t>کوئی سوچ سکتا ہے کہ مارے ہوئے کسی انسان کو؟ آپ غور کیجئے۔ کوئی انسان جو خدا کو مانتا ہو، جو قرآن کو مانتا ہو، جو اسلام کو مانتا ہو، اس کے لیے ان تھنکیبل ہے کہ انسان کو انوسنٹ انسان کو مارے۔</w:t>
      </w:r>
    </w:p>
    <w:p>
      <w:r>
        <w:rPr>
          <w:b/>
        </w:rPr>
        <w:t xml:space="preserve">[35:29] </w:t>
      </w:r>
      <w:r>
        <w:t>kyunki maine arz kiya, jaisa ke quran mein saaf saaf ayat maujood hai ke ek insaan ko maarna saare insaanon ko maar dalna hai, yeh barabar hai.</w:t>
      </w:r>
    </w:p>
    <w:p>
      <w:pPr>
        <w:jc w:val="right"/>
      </w:pPr>
      <w:r>
        <w:t>کیونکہ میں نے عرض کیا، جیسا کہ قرآن میں صاف صاف آیت موجود ہے کہ ایک انسان کو مارنا سارے انسانوں کو مار ڈالنا ہے، یہ برابر ہے۔</w:t>
      </w:r>
    </w:p>
    <w:p>
      <w:r>
        <w:rPr>
          <w:b/>
        </w:rPr>
        <w:t xml:space="preserve">[35:42] </w:t>
      </w:r>
      <w:r>
        <w:t>to jab ek aadmi niklega bomb lekar maarne ke liye, kisi market mein bomb dalna hai, us ko jahan sab innocent log hain, innocent log apna shopping kar rahe hain, woh</w:t>
      </w:r>
    </w:p>
    <w:p>
      <w:pPr>
        <w:jc w:val="right"/>
      </w:pPr>
      <w:r>
        <w:t>تو جب ایک آدمی نکلے گا بم لے کر مارنے کے لیے، کسی مارکیٹ میں بم ڈالنا ہے، اس کو جہاں سب انوسنٹ لوگ ہیں، انوسنٹ لوگ اپنا شاپنگ کر رہے ہیں، وہ</w:t>
      </w:r>
    </w:p>
    <w:p>
      <w:r>
        <w:rPr>
          <w:b/>
        </w:rPr>
        <w:t xml:space="preserve">[35:57] </w:t>
      </w:r>
      <w:r>
        <w:t>to woh agar jaanta hai quran ko, islam ko, khuda ko to itna zyada sochega woh ke agar mere bomb se ek bhi innocent aadmi mar gaya to khuda ke haan jab pahunchunga main to seven billion insaanon ko maarne ka case mere upar chalaya jayega aur seven billion years tak main jail mein rahunga.</w:t>
      </w:r>
    </w:p>
    <w:p>
      <w:pPr>
        <w:jc w:val="right"/>
      </w:pPr>
      <w:r>
        <w:t>تو وہ اگر جانتا ہے قرآن کو، اسلام کو، خدا کو تو اتنا زیادہ سوچے گا وہ کہ اگر میرے بم سے ایک بھی انوسنٹ آدمی مر گیا تو خدا کے ہاں جب پہنچوں گا میں تو سیون بلین انسانوں کو مارنے کا کیس میرے اوپر چلایا جائے گا اور سیون بلین ایئرز تک میں جیل میں رہوں گا۔</w:t>
      </w:r>
    </w:p>
    <w:p>
      <w:r>
        <w:rPr>
          <w:b/>
        </w:rPr>
        <w:t xml:space="preserve">[36:25] </w:t>
      </w:r>
      <w:r>
        <w:t>to koi soch sakta hai ke woh aisa bomb maare kisi shopping center mein? kabhi nahi kar sakta aisa. to yeh log to, yeh log to kuch bhi nahi hain, yeh to animal hain, yeh inka islam se koi talluq nahi.</w:t>
      </w:r>
    </w:p>
    <w:p>
      <w:pPr>
        <w:jc w:val="right"/>
      </w:pPr>
      <w:r>
        <w:t>تو کوئی سوچ سکتا ہے کہ وہ ایسا بم مارے کسی شاپنگ سینٹر میں؟ کبھی نہیں کر سکتا ایسا۔ تو یہ لوگ تو، یہ لوگ تو کچھ بھی نہیں ہیں، یہ تو اینیمل ہیں، یہ ان کا اسلام سے کوئی تعلق نہیں۔</w:t>
      </w:r>
    </w:p>
    <w:p>
      <w:r>
        <w:rPr>
          <w:b/>
        </w:rPr>
        <w:t xml:space="preserve">[36:42] </w:t>
      </w:r>
      <w:r>
        <w:t>jo log aise bomb blast karte hain idhar udhar, woh animal hain, woh animal, woh musalman nahi hain. musalman hote to kya itna bada risk le sakte the?</w:t>
      </w:r>
    </w:p>
    <w:p>
      <w:pPr>
        <w:jc w:val="right"/>
      </w:pPr>
      <w:r>
        <w:t>جو لوگ ایسے بم بلاسٹ کرتے ہیں ادھر ادھر، وہ اینیمل ہیں، وہ اینیمل، وہ مسلمان نہیں ہیں۔ مسلمان ہوتے تو کیا اتنا بڑا رسک لے سکتے تھے؟</w:t>
      </w:r>
    </w:p>
    <w:p>
      <w:r>
        <w:rPr>
          <w:b/>
        </w:rPr>
        <w:t xml:space="preserve">[36:52] </w:t>
      </w:r>
      <w:r>
        <w:t>woh</w:t>
      </w:r>
    </w:p>
    <w:p>
      <w:pPr>
        <w:jc w:val="right"/>
      </w:pPr>
      <w:r>
        <w:t>وہ</w:t>
      </w:r>
    </w:p>
    <w:p>
      <w:r>
        <w:rPr>
          <w:b/>
        </w:rPr>
        <w:t xml:space="preserve">[36:56] </w:t>
      </w:r>
      <w:r>
        <w:t>yani koi bhi dunya mein scholar aisa nahi hai jo is baat ko deny kare jo main keh raha hoon ke quran mein ek aisi ayat maujood hai ke ek innocent insaan ko maarna saare insaanon ko maar dalne ke barabar hai.</w:t>
      </w:r>
    </w:p>
    <w:p>
      <w:pPr>
        <w:jc w:val="right"/>
      </w:pPr>
      <w:r>
        <w:t>یعنی کوئی بھی دنیا میں اسکالر ایسا نہیں ہے جو اس بات کو ڈینائی کرے جو میں کہہ رہا ہوں کہ قرآن میں ایک ایسی آیت موجود ہے کہ ایک انوسنٹ انسان کو مارنا سارے انسانوں کو مار ڈالنے کے برابر ہے۔</w:t>
      </w:r>
    </w:p>
    <w:p>
      <w:r>
        <w:rPr>
          <w:b/>
        </w:rPr>
        <w:t xml:space="preserve">[37:12] </w:t>
      </w:r>
      <w:r>
        <w:t>koi bhi is ka inkar nahi kar sakta ke yeh baat hai quran mein likhi hui.</w:t>
      </w:r>
    </w:p>
    <w:p>
      <w:pPr>
        <w:jc w:val="right"/>
      </w:pPr>
      <w:r>
        <w:t>کوئی بھی اس کا انکار نہیں کر سکتا کہ یہ بات ہے قرآن میں لکھی ہوئی۔</w:t>
      </w:r>
    </w:p>
    <w:p>
      <w:r>
        <w:rPr>
          <w:b/>
        </w:rPr>
        <w:t xml:space="preserve">[37:18] </w:t>
      </w:r>
      <w:r>
        <w:t>ab bataein ke jo aadmi quran ko maane, khuda ko maane aur day of judgment ko maane, hell aur paradise ko maane, is ke liye in unthinkable rahega?</w:t>
      </w:r>
    </w:p>
    <w:p>
      <w:pPr>
        <w:jc w:val="right"/>
      </w:pPr>
      <w:r>
        <w:t>اب بتائیں کہ جو آدمی قرآن کو مانے، خدا کو مانے اور ڈے آف ججمنٹ کو مانے، ہیل اور پارائیڈائز کو مانے، اس کے لیے ان تھنکیبل رہے گا؟</w:t>
      </w:r>
    </w:p>
    <w:p>
      <w:r>
        <w:rPr>
          <w:b/>
        </w:rPr>
        <w:t xml:space="preserve">[37:29] </w:t>
      </w:r>
      <w:r>
        <w:t>yeh woh soch nahi sakta ke main ek bomb maron ek shopping center mein ja kar ke aur is mein innocent log mar jaen aur phir billion billion years tak main pada rahun khuda ke jail khane mein.</w:t>
      </w:r>
    </w:p>
    <w:p>
      <w:pPr>
        <w:jc w:val="right"/>
      </w:pPr>
      <w:r>
        <w:t>یہ وہ سوچ نہیں سکتا کہ میں ایک بم ماروں ایک شاپنگ سینٹر میں جا کر کے اور اس میں انوسنٹ لوگ مر جائیں اور پھر بلین بلین ایئرز تک میں پڑا رہوں خدا کے جیل خانے میں۔</w:t>
      </w:r>
    </w:p>
    <w:p>
      <w:r>
        <w:rPr>
          <w:b/>
        </w:rPr>
        <w:t xml:space="preserve">[37:45] </w:t>
      </w:r>
      <w:r>
        <w:t>kyunke ek insaan ko maine mara to billion trillion insanon ka mere upar case chalaya jayega.</w:t>
      </w:r>
    </w:p>
    <w:p>
      <w:pPr>
        <w:jc w:val="right"/>
      </w:pPr>
      <w:r>
        <w:t>کیونکہ ایک انسان کو میں نے مارا تو بلین ٹریلین انسانوں کا میرے اوپر کیس چلایا جائے گا۔</w:t>
      </w:r>
    </w:p>
    <w:p>
      <w:r>
        <w:rPr>
          <w:b/>
        </w:rPr>
        <w:t xml:space="preserve">[37:54] </w:t>
      </w:r>
      <w:r>
        <w:t>to kabhi bhi woh aisa bomb kahin nahi daal sakta hai. woh to yaad rakhiye, islam ko maanne wala jo hai, woh woh log insaan ko islam ko maanne wale hain hi nahi.</w:t>
      </w:r>
    </w:p>
    <w:p>
      <w:pPr>
        <w:jc w:val="right"/>
      </w:pPr>
      <w:r>
        <w:t>تو کبھی بھی وہ ایسا بم کہیں نہیں ڈال سکتا ہے۔ وہ تو یاد رکھیے، اسلام کو ماننے والا جو ہے، وہ وہ لوگ انسان کو اسلام کو ماننے والے ہیں ہی نہیں۔</w:t>
      </w:r>
    </w:p>
    <w:p>
      <w:r>
        <w:rPr>
          <w:b/>
        </w:rPr>
        <w:t xml:space="preserve">[38:07] </w:t>
      </w:r>
      <w:r>
        <w:t>woh to animal hain, animal, just like animal.</w:t>
      </w:r>
    </w:p>
    <w:p>
      <w:pPr>
        <w:jc w:val="right"/>
      </w:pPr>
      <w:r>
        <w:t>وہ تو اینیمل ہیں، اینیمل، جسٹ لائک اینیمل۔</w:t>
      </w:r>
    </w:p>
    <w:p>
      <w:r>
        <w:rPr>
          <w:b/>
        </w:rPr>
        <w:t xml:space="preserve">[38:10] </w:t>
      </w:r>
      <w:r>
        <w:t>chahe woh inshallah bolen, alhamdulillah bolen, tab bhi animal hain. woh tohtai bolta hai, tohtai bolta hai. to main yeh kahunga ke hamari aap ki zimmedari bahut badh gayi hai in halaat ko dekhte hue.</w:t>
      </w:r>
    </w:p>
    <w:p>
      <w:pPr>
        <w:jc w:val="right"/>
      </w:pPr>
      <w:r>
        <w:t>چاہے وہ انشاءاللہ بولیں، الحمدللہ بولیں، تب بھی اینیمل ہیں۔ وہ توہتائی بولتا ہے، توہتائی بولتا ہے۔ تو میں یہ کہوں گا کہ ہماری آپ کی ذمہ داری بہت بڑھ گئی ہے ان حالات کو دیکھتے ہوئے۔</w:t>
      </w:r>
    </w:p>
    <w:p>
      <w:r>
        <w:rPr>
          <w:b/>
        </w:rPr>
        <w:t xml:space="preserve">[38:26] </w:t>
      </w:r>
      <w:r>
        <w:t>aur main dua karta hoon ke Allah taala aap ko aur active kare taake duniya ko aap sacha message de saken. aqool qooli haza wastaghfirullah alaikum ajmaeen</w:t>
      </w:r>
    </w:p>
    <w:p>
      <w:pPr>
        <w:jc w:val="right"/>
      </w:pPr>
      <w:r>
        <w:t>اور میں دعا کرتا ہوں کہ اللہ تعالی آپ کو اور ایکٹیو کرے تاکہ دنیا کو آپ سچا میسج دے سکیں۔ اقول قولیھذا واستغفراللہ علیکم اجمعین</w:t>
      </w:r>
    </w:p>
    <w:p>
      <w:r>
        <w:rPr>
          <w:b/>
        </w:rPr>
        <w:t xml:space="preserve">[38:49] </w:t>
      </w:r>
      <w:r>
        <w:t>molana, das question is from mr idrees. there was a fatwa recently against the actor salman khan because he had done ganesh pooja, which was believed to be anti islam, and therefore he was expelled from islam.</w:t>
      </w:r>
    </w:p>
    <w:p>
      <w:pPr>
        <w:jc w:val="right"/>
      </w:pPr>
      <w:r>
        <w:t>۔ مولانا، دس کوئسچن از فرام مسٹر ادریس۔ دیر واز ا فتوی ریسنٹلی اگینسٹ دی ایکٹر سلمان خان بیکاز ہی ہیڈ ڈن گنیش پوجا، وچ واز بیلیوڈ ٹو بی اینٹی اسلام، اینڈ دیر فور ہی واز ایکسپیلڈ فرام اسلام۔</w:t>
      </w:r>
    </w:p>
    <w:p>
      <w:r>
        <w:rPr>
          <w:b/>
        </w:rPr>
        <w:t xml:space="preserve">[39:08] </w:t>
      </w:r>
      <w:r>
        <w:t>if this was anti islam, then bombing is also anti islam, but these fatwa givers keep mum over such issues.</w:t>
      </w:r>
    </w:p>
    <w:p>
      <w:pPr>
        <w:jc w:val="right"/>
      </w:pPr>
      <w:r>
        <w:t>اف دس واز اینٹی اسلام، دین بمبنگ از السو اینٹی اسلام، بٹ دیز فتوی گیورز کیپ مم اوور سچ ایشوز۔</w:t>
      </w:r>
    </w:p>
    <w:p>
      <w:r>
        <w:rPr>
          <w:b/>
        </w:rPr>
        <w:t xml:space="preserve">[39:17] </w:t>
      </w:r>
      <w:r>
        <w:t>why is this so</w:t>
      </w:r>
    </w:p>
    <w:p>
      <w:pPr>
        <w:jc w:val="right"/>
      </w:pPr>
      <w:r>
        <w:t>وائی از دس سو</w:t>
      </w:r>
    </w:p>
    <w:p>
      <w:r>
        <w:rPr>
          <w:b/>
        </w:rPr>
        <w:t xml:space="preserve">[39:18] </w:t>
      </w:r>
      <w:r>
        <w:t>dekhen ji, is ko main kehta hoon fatwa, fatwa activism. fatwa activism islam mein hai nahi. yeh to fatwe sab sab yeh baseless fatwe hain.</w:t>
      </w:r>
    </w:p>
    <w:p>
      <w:pPr>
        <w:jc w:val="right"/>
      </w:pPr>
      <w:r>
        <w:t>؟ دیکھیں جی، اس کو میں کہتا ہوں فتوی، فتوی ایکٹیوزم۔ فتوی ایکٹیوزم اسلام میں ہے نہیں۔ یہ تو فتوے سب سب یہ بیسلیس فتوے ہیں۔</w:t>
      </w:r>
    </w:p>
    <w:p>
      <w:r>
        <w:rPr>
          <w:b/>
        </w:rPr>
        <w:t xml:space="preserve">[39:29] </w:t>
      </w:r>
      <w:r>
        <w:t>yeh baseless fatwe hain. in fatwe ki koi value nahi hai. dekhen, main ek principle batata hoon aap ko islam ka.</w:t>
      </w:r>
    </w:p>
    <w:p>
      <w:pPr>
        <w:jc w:val="right"/>
      </w:pPr>
      <w:r>
        <w:t>یہ بیسلیس فتوے ہیں۔ ان فتوے کی کوئی ویلیو نہیں ہے۔ دیکھیں، میں ایک پرنسپل بتاتا ہوں آپ کو اسلام کا۔</w:t>
      </w:r>
    </w:p>
    <w:p>
      <w:r>
        <w:rPr>
          <w:b/>
        </w:rPr>
        <w:t xml:space="preserve">[39:42] </w:t>
      </w:r>
      <w:r>
        <w:t>yani salman khan ne ganesh kiya? ganesh pooja kiya? ganesh pooja, g</w:t>
      </w:r>
    </w:p>
    <w:p>
      <w:pPr>
        <w:jc w:val="right"/>
      </w:pPr>
      <w:r>
        <w:t>یعنی سلمان خان نے گنیش کیا؟ گنیش پوجا کیا؟ گنیش پوجا، گ</w:t>
      </w:r>
    </w:p>
    <w:p>
      <w:r>
        <w:rPr>
          <w:b/>
        </w:rPr>
        <w:t xml:space="preserve">[39:48] </w:t>
      </w:r>
      <w:r>
        <w:t>nesh pooja kiya hai? nahi kiya? use kya hua? to fiqh ka masla yeh hai, yeh hai ke sharai hukm jo hai, woh hamesha qaul par lagta hai, fe'l par nahi.</w:t>
      </w:r>
    </w:p>
    <w:p>
      <w:pPr>
        <w:jc w:val="right"/>
      </w:pPr>
      <w:r>
        <w:t>نیش پوجا کیا ہے؟ نہیں کیا؟ اسے کیا ہوا؟ تو فقہ کا مسئلہ یہ ہے، یہ ہے کہ شرعی حکم جو ہے، وہ ہمیشہ قول پر لگتا ہے، فعل پر نہیں۔</w:t>
      </w:r>
    </w:p>
    <w:p>
      <w:r>
        <w:rPr>
          <w:b/>
        </w:rPr>
        <w:t xml:space="preserve">[40:03] </w:t>
      </w:r>
      <w:r>
        <w:t>yani agar salman khan yeh kahein ke mere nazdeek but poojna jo hai, woh jaiz hai to fatwa de sakte hain. aap simply ek photo dekh kar ke is mein salman khan us ke aage jhuke hue hain, us se aap fatwa nahi de</w:t>
      </w:r>
    </w:p>
    <w:p>
      <w:pPr>
        <w:jc w:val="right"/>
      </w:pPr>
      <w:r>
        <w:t>یعنی اگر سلمان خان یہ کہیں کہ میرے نزدیک بت پوجنا جو ہے، وہ جائز ہے تو فتوی دے سکتے ہیں۔ آپ سمپلی ایک فوٹو دیکھ کر کے اس میں سلمان خان اس کے آگے جھکے ہوئے ہیں، اس سے آپ فتوی نہیں دے</w:t>
      </w:r>
    </w:p>
    <w:p>
      <w:r>
        <w:rPr>
          <w:b/>
        </w:rPr>
        <w:t xml:space="preserve">[40:17] </w:t>
      </w:r>
      <w:r>
        <w:t>sakte. aisa fatwa dene wala gunhegar hai, khud pakda jayega khuda ke haan ke jab tumhara apna principle hai ke fe'l par fatwa nahi diya jayega, qaul par fatwa diya jayega, to to fatwa kaise de diya tum ne?</w:t>
      </w:r>
    </w:p>
    <w:p>
      <w:pPr>
        <w:jc w:val="right"/>
      </w:pPr>
      <w:r>
        <w:t>سکتے۔ ایسا فتوی دینے والا گنہگار ہے، خود پکڑا جائے گا خدا کے ہاں کہ جب تمہارا اپنا پرنسپل ہے کہ فعل پر فتوی نہیں دیا جائے گا، قول پر فتوی دیا جائے گا، تو تو فتوی کیسے دے دیا تم نے؟</w:t>
      </w:r>
    </w:p>
    <w:p>
      <w:r>
        <w:rPr>
          <w:b/>
        </w:rPr>
        <w:t xml:space="preserve">[40:30] </w:t>
      </w:r>
      <w:r>
        <w:t>yeh to bilashuba ek gunah ka kaam hai. aise bahut se log khuda ke haan pakda jayenge, un ko un ko flogging hogi. un ki flogging apne accepted principle ke khilaf hai.</w:t>
      </w:r>
    </w:p>
    <w:p>
      <w:pPr>
        <w:jc w:val="right"/>
      </w:pPr>
      <w:r>
        <w:t>یہ تو بلاشبہ ایک گناہ کا کام ہے۔ ایسے بہت سے لوگ خدا کے ہاں پکڑ جائیں گے، ان کو ان کو فلاگنگ ہوگی۔ ان کی فلاگنگ اپنے ایکسیپٹڈ پرنسپل کے خلاف ہے۔</w:t>
      </w:r>
    </w:p>
    <w:p>
      <w:r>
        <w:rPr>
          <w:b/>
        </w:rPr>
        <w:t xml:space="preserve">[40:40] </w:t>
      </w:r>
      <w:r>
        <w:t>yeh</w:t>
      </w:r>
    </w:p>
    <w:p>
      <w:pPr>
        <w:jc w:val="right"/>
      </w:pPr>
      <w:r>
        <w:t>یہ</w:t>
      </w:r>
    </w:p>
    <w:p>
      <w:r>
        <w:rPr>
          <w:b/>
        </w:rPr>
        <w:t xml:space="preserve">[40:43] </w:t>
      </w:r>
      <w:r>
        <w:t>kabhi bhi yaad rakhiye, kisi practice par, kisi fe'l par fatwa nahi lagta hai. woh munh se bole ke but ki poojna mere nazdeek jaiz hai to us waqt fatwa de sakte hain.</w:t>
      </w:r>
    </w:p>
    <w:p>
      <w:pPr>
        <w:jc w:val="right"/>
      </w:pPr>
      <w:r>
        <w:t>کبھی بھی یاد رکھیے، کسی پریکٹس پر، کسی فعل پر فتوی نہیں لگتا ہے۔ وہ منہ سے بولے کہ بت کی پوجنا میرے نزدیک جائز ہے تو اس وقت فتوی دے سکتے ہیں۔</w:t>
      </w:r>
    </w:p>
    <w:p>
      <w:r>
        <w:rPr>
          <w:b/>
        </w:rPr>
        <w:t xml:space="preserve">[40:58] </w:t>
      </w:r>
      <w:r>
        <w:t>aap use aise fatwe saare us ke baseless hain, koi value islam mein nahi hai in ki. aur zahir hai ke unhon ne actor ne aisa to kabhi munh se bole nahi.</w:t>
      </w:r>
    </w:p>
    <w:p>
      <w:pPr>
        <w:jc w:val="right"/>
      </w:pPr>
      <w:r>
        <w:t>آپ اسے ایسے فتوے سارے اس کے بیسلیس ہیں، کوئی ویلیو اسلام میں نہیں ہے ان کی۔ اور ظاہر ہے کہ انہوں نے ایکٹر نے ایسا تو کبھی منہ سے بولے نہیں۔</w:t>
      </w:r>
    </w:p>
    <w:p>
      <w:r>
        <w:rPr>
          <w:b/>
        </w:rPr>
        <w:t xml:space="preserve">[41:10] </w:t>
      </w:r>
      <w:r>
        <w:t>woh ko</w:t>
      </w:r>
    </w:p>
    <w:p>
      <w:pPr>
        <w:jc w:val="right"/>
      </w:pPr>
      <w:r>
        <w:t>وہ کو</w:t>
      </w:r>
    </w:p>
    <w:p>
      <w:r>
        <w:rPr>
          <w:b/>
        </w:rPr>
        <w:t xml:space="preserve">[41:12] </w:t>
      </w:r>
      <w:r>
        <w:t>i photo, photo un ka chhaapa, us photo ko dekh kar ke unhon ne fatwa de diya. to fatwa itself is a baseless fatwa. aur jahan tak woh mum jo baat aap ne kahi un ke bare mein, to yeh zahir hai ek bahut bada gunah hai.</w:t>
      </w:r>
    </w:p>
    <w:p>
      <w:pPr>
        <w:jc w:val="right"/>
      </w:pPr>
      <w:r>
        <w:t>ئی فوٹو، فوٹو ان کا چھپا، اس فوٹو کو دیکھ کر کے انہوں نے فتوی دے دیا۔ تو فتوی اٹ سیلف از ا بیسلیس فتوی۔ اور جہاں تک وہ مم جو بات آپ نے کہی ان کے بارے میں، تو یہ ظاہر ہے ایک بہت بڑا گناہ ہے۔</w:t>
      </w:r>
    </w:p>
    <w:p>
      <w:r>
        <w:rPr>
          <w:b/>
        </w:rPr>
        <w:t xml:space="preserve">[41:25] </w:t>
      </w:r>
      <w:r>
        <w:t>islam mein dekhiye, yeh hai ke tanhaun anil munkar. munkar jo ho, yani ghalat kaam jo kiya, us par bolna padega, aap condemn karna padega.</w:t>
      </w:r>
    </w:p>
    <w:p>
      <w:pPr>
        <w:jc w:val="right"/>
      </w:pPr>
      <w:r>
        <w:t>اسلام میں دیکھیے، یہ ہے کہ تنہون عن المنکر۔ منکر جو ہو، یعنی غلط کام جو کیا، اس پر بولنا پڑے گا، آپ کنڈم کرنا پڑے گا۔</w:t>
      </w:r>
    </w:p>
    <w:p>
      <w:r>
        <w:rPr>
          <w:b/>
        </w:rPr>
        <w:t xml:space="preserve">[41:35] </w:t>
      </w:r>
      <w:r>
        <w:t>agar na karen aap to aap hadith mein to hai ke maloon ho jate hain log. maloon y</w:t>
      </w:r>
    </w:p>
    <w:p>
      <w:pPr>
        <w:jc w:val="right"/>
      </w:pPr>
      <w:r>
        <w:t>اگر نہ کریں آپ تو آپ حدیث میں تو ہے کہ ملون ہو جاتے ہیں لوگ۔ ملون ی</w:t>
      </w:r>
    </w:p>
    <w:p>
      <w:r>
        <w:rPr>
          <w:b/>
        </w:rPr>
        <w:t xml:space="preserve">[41:41] </w:t>
      </w:r>
      <w:r>
        <w:t>ani khuda ki rehmat se door ho jate hain. woh chup chap apne aap daftar mein baithe hue hain aur khamoshi ke sath apne masjid mein ibadat kar rahe hain aur buraiyan ho rahi hain.</w:t>
      </w:r>
    </w:p>
    <w:p>
      <w:pPr>
        <w:jc w:val="right"/>
      </w:pPr>
      <w:r>
        <w:t>عنی خدا کی رحمت سے دور ہو جاتے ہیں۔ وہ چپ چاپ اپنے آپ دفتر میں بیٹھے ہوئے ہیں اور خاموشی کے ساتھ اپنے مسجد میں عبادت کر رہے ہیں اور برائیاں ہو رہی ہیں۔</w:t>
      </w:r>
    </w:p>
    <w:p>
      <w:r>
        <w:rPr>
          <w:b/>
        </w:rPr>
        <w:t xml:space="preserve">[41:51] </w:t>
      </w:r>
      <w:r>
        <w:t>aap bolte nahin. aisi ibadat Khuda ki qabool nahin hogi. yaad rakhiye, main insha'Allah is par ek ek lecture doonga Quran o Hadees ko le kar ke ke aisi ibadat Khuda ke qabool nahin hai ke ibadat karne wale dekhen ke aas paas buraiyan ho rahi hain ya woh bolen nahin.</w:t>
      </w:r>
    </w:p>
    <w:p>
      <w:pPr>
        <w:jc w:val="right"/>
      </w:pPr>
      <w:r>
        <w:t>آپ بولتے نہیں۔ ایسی عبادت خدا کی قبول نہیں ہوگی۔ یاد رکھیے، میں انشاءاللہ اس پر ایک ایک لیکچر دوں گا قرآن و حدیث کو لے کر کے کہ ایسی عبادت خدا کے قبول نہیں ہے کہ عبادت کرنے والے دیکھیں کہ اس پاس برائیاں ہو رہی ہیں یا وہ بولیں نہیں۔</w:t>
      </w:r>
    </w:p>
    <w:p>
      <w:r>
        <w:rPr>
          <w:b/>
        </w:rPr>
        <w:t xml:space="preserve">[42:06] </w:t>
      </w:r>
      <w:r>
        <w:t>is ko chup chap baithe rahen.</w:t>
      </w:r>
    </w:p>
    <w:p>
      <w:pPr>
        <w:jc w:val="right"/>
      </w:pPr>
      <w:r>
        <w:t>اس کو چپ چاپ بیٹھے رہیں۔</w:t>
      </w:r>
    </w:p>
    <w:p>
      <w:r>
        <w:rPr>
          <w:b/>
        </w:rPr>
        <w:t xml:space="preserve">[42:09] </w:t>
      </w:r>
      <w:r>
        <w:t>aisi ibadat Khuda ki qabool nahin hogi. main insha'Allah is par lecture doonga aa'inda kisi waqt.</w:t>
      </w:r>
    </w:p>
    <w:p>
      <w:pPr>
        <w:jc w:val="right"/>
      </w:pPr>
      <w:r>
        <w:t>ایسی عبادت خدا کی قبول نہیں ہوگی۔ میں انشاءاللہ اس پر لیکچر دوں گا آئندہ کسی وقت۔</w:t>
      </w:r>
    </w:p>
    <w:p>
      <w:r>
        <w:rPr>
          <w:b/>
        </w:rPr>
        <w:t xml:space="preserve">[42:17] </w:t>
      </w:r>
      <w:r>
        <w:t>das question is from Musalma. you said in today lecture that we have to do two things. firstly, if people say Islam is a religion of violence,</w:t>
      </w:r>
    </w:p>
    <w:p>
      <w:pPr>
        <w:jc w:val="right"/>
      </w:pPr>
      <w:r>
        <w:t>دس کوئسچن از فرام مسلمہ۔ یو سیڈ ان ٹوڈے لیکچر دیٹ وی ہیو ٹو ڈو ٹو تھنگز۔ فرسٹلی، اف پیپل سے اسلام از ا ریلیجن اف وائیلنس،</w:t>
      </w:r>
    </w:p>
    <w:p>
      <w:r>
        <w:rPr>
          <w:b/>
        </w:rPr>
        <w:t xml:space="preserve">[42:30] </w:t>
      </w:r>
      <w:r>
        <w:t>tell them to differentiate between Islam and Muslims. what was the other thing?</w:t>
      </w:r>
    </w:p>
    <w:p>
      <w:pPr>
        <w:jc w:val="right"/>
      </w:pPr>
      <w:r>
        <w:t>ٹیل دیم ٹو ڈیفرنشیٹ بٹوین اسلام اینڈ مسلمز۔ واٹ واز دی ادر تھنگ؟</w:t>
      </w:r>
    </w:p>
    <w:p>
      <w:r>
        <w:rPr>
          <w:b/>
        </w:rPr>
        <w:t xml:space="preserve">[42:37] </w:t>
      </w:r>
      <w:r>
        <w:t>haan, dekhiye, woh other thing bhi main kaha hai. main ne apne lecture mein aage peeche kas diya hai. main ne ke Islam jo hai, woh to history mein pehla religion hai jis ne ek ideology of peace pesh kiya aur uska successful demonstration bhi kiya.</w:t>
      </w:r>
    </w:p>
    <w:p>
      <w:pPr>
        <w:jc w:val="right"/>
      </w:pPr>
      <w:r>
        <w:t>ہاں، دیکھیے، وہ ادر تھنگ بھی میں کہا ہے۔ میں نے اپنے لیکچر میں آگے پیچھے کس دیا ہے۔ میں نے کہ اسلام جو ہے، وہ تو ہسٹری میں پہلا ریلیجن ہے جس نے ایک آئیڈیالوجی اف پیس پیش کیا اور اس کا سکسیس فل ڈیمونسٹریشن بھی دیا۔</w:t>
      </w:r>
    </w:p>
    <w:p>
      <w:r>
        <w:rPr>
          <w:b/>
        </w:rPr>
        <w:t xml:space="preserve">[42:55] </w:t>
      </w:r>
      <w:r>
        <w:t>aap Rasool Allah ki life mein main ne do kitabein likhi hain, aap us ko parhiye</w:t>
      </w:r>
    </w:p>
    <w:p>
      <w:pPr>
        <w:jc w:val="right"/>
      </w:pPr>
      <w:r>
        <w:t>آپ رسول اللہ کی لائف میں میں نے دو کتابیں لکھی ہیں، آپ اس کو پڑھیے</w:t>
      </w:r>
    </w:p>
    <w:p>
      <w:r>
        <w:rPr>
          <w:b/>
        </w:rPr>
        <w:t xml:space="preserve">[43:01] </w:t>
      </w:r>
      <w:r>
        <w:t>ke Rasool Allah pehle shakhs hain, pehle shakhs poori history mein jinhone ideology peace ki, ek ideology poori pesh ki yani how to establish peace.</w:t>
      </w:r>
    </w:p>
    <w:p>
      <w:pPr>
        <w:jc w:val="right"/>
      </w:pPr>
      <w:r>
        <w:t>کہ رسول اللہ پہلے شخص ہیں، پہلے شخص پوری ہسٹری میں جنہوں نے آئیڈیالوجی پیس کی، ایک آئیڈیالوجی پوری پیش کی یعنی ہاؤ ٹو اسٹیبلش پیس۔</w:t>
      </w:r>
    </w:p>
    <w:p>
      <w:r>
        <w:rPr>
          <w:b/>
        </w:rPr>
        <w:t xml:space="preserve">[43:13] </w:t>
      </w:r>
      <w:r>
        <w:t>is ki ideology koi bhi nahin hai duniya mein. waise fascism ke ka jo woh hai discipline, bahut bade philosophers ke naam is mein hain lekin koi philosopher abhi tak ideology of peace pesh nahin kar saka siwaye prophet of Islam ke.</w:t>
      </w:r>
    </w:p>
    <w:p>
      <w:pPr>
        <w:jc w:val="right"/>
      </w:pPr>
      <w:r>
        <w:t>اس کی آئیڈیالوجی کوئی بھی نہیں ہے دنیا میں۔ ویسے فزم کے کا جو وہ ہے ڈسپلن، بہت بڑے فلاسفرز کے نام اس میں ہیں لیکن کوئی فلاسفر ابھی تک آئیڈیالوجی اف پیس پیش نہیں کر سکا سوائے پرافٹ آف اسلام کے۔</w:t>
      </w:r>
    </w:p>
    <w:p>
      <w:r>
        <w:rPr>
          <w:b/>
        </w:rPr>
        <w:t xml:space="preserve">[43:28] </w:t>
      </w:r>
      <w:r>
        <w:t>meri ek book chhap chhap rahi hai, aap dekhenge us ko p</w:t>
      </w:r>
    </w:p>
    <w:p>
      <w:pPr>
        <w:jc w:val="right"/>
      </w:pPr>
      <w:r>
        <w:t>میری ایک بک چھپ چھپ رہی ہے، آپ دیکھیں گے اس کو پ</w:t>
      </w:r>
    </w:p>
    <w:p>
      <w:r>
        <w:rPr>
          <w:b/>
        </w:rPr>
        <w:t xml:space="preserve">[43:31] </w:t>
      </w:r>
      <w:r>
        <w:t>rophet of peace. wonder print hai, woh prophet of peace. is mein dekhiye, aap jo main ne dikhaya hai ke prophet of Islam pehle insan hain history ke jinhone ideology of peace pesh ki aur successful tor par us ko yani us ko woh kiya,</w:t>
      </w:r>
    </w:p>
    <w:p>
      <w:pPr>
        <w:jc w:val="right"/>
      </w:pPr>
      <w:r>
        <w:t>رافٹ آف پیس۔ وانڈر پرنٹ ہے، وہ پرافٹ آف پیس۔ اس میں دیکھیے، آپ جو میں نے دکھایا ہے کہ پرافٹ آف اسلام پہلے انسان ہیں ہسٹری کے جنہوں نے آئیڈیالوجی آف پیس پیش کی اور سکسیس فل طور پر اس کو یعنی اس کو وہ کیا،</w:t>
      </w:r>
    </w:p>
    <w:p>
      <w:r>
        <w:rPr>
          <w:b/>
        </w:rPr>
        <w:t xml:space="preserve">[43:49] </w:t>
      </w:r>
      <w:r>
        <w:t>us ko amal mein laye aur builders revolution paida kiya. yeh is mein aap dekhenge. to yeh cheez logon ko pata nahin hai</w:t>
      </w:r>
    </w:p>
    <w:p>
      <w:pPr>
        <w:jc w:val="right"/>
      </w:pPr>
      <w:r>
        <w:t>اس کو عمل میں لائے اور بلڈرس ریولوشن پیدا کیا۔ یہ اس میں آپ دیکھیں گے۔ تو یہ چیز لوگوں کو پتہ نہیں ہے</w:t>
      </w:r>
    </w:p>
    <w:p>
      <w:r>
        <w:rPr>
          <w:b/>
        </w:rPr>
        <w:t xml:space="preserve">[43:59] </w:t>
      </w:r>
      <w:r>
        <w:t>ke Rasool Allah ne ideology of peace pesh ki pehli bar history mein aur us ko aap ne yani us ko us ka demonstration bhi diya.</w:t>
      </w:r>
    </w:p>
    <w:p>
      <w:pPr>
        <w:jc w:val="right"/>
      </w:pPr>
      <w:r>
        <w:t>کہ رسول اللہ نے آئیڈیالوجی آف پیس پیش کی پہلی بار ہسٹری میں اور اس کو آپ نے یعنی اس کو اس کا ڈیمونسٹریشن بھی دیا۔</w:t>
      </w:r>
    </w:p>
    <w:p>
      <w:r>
        <w:rPr>
          <w:b/>
        </w:rPr>
        <w:t xml:space="preserve">[44:08] </w:t>
      </w:r>
      <w:r>
        <w:t>aap ne is baat ko humein batana hai. isi ko le kar ke main ek kitab yani chhap rahi hai, insha'Allah. under print hai, woh prophet of peace. das question is from Miss Sadia.</w:t>
      </w:r>
    </w:p>
    <w:p>
      <w:pPr>
        <w:jc w:val="right"/>
      </w:pPr>
      <w:r>
        <w:t>آپ نے اس بات کو ہمیں بتانا ہے۔ اسی کو لے کر کے میں ایک کتاب یعنی چھپ رہی ہے، انشاءاللہ۔ انڈر پرنٹ ہے، وہ پرافٹ آف پیس۔ دس کوئسچن از فرام مس سعدیہ۔</w:t>
      </w:r>
    </w:p>
    <w:p>
      <w:r>
        <w:rPr>
          <w:b/>
        </w:rPr>
        <w:t xml:space="preserve">[44:20] </w:t>
      </w:r>
      <w:r>
        <w:t>why do terrorist cite verses out of context when it is clear that these verses are applicable only for defensive purposes?</w:t>
      </w:r>
    </w:p>
    <w:p>
      <w:pPr>
        <w:jc w:val="right"/>
      </w:pPr>
      <w:r>
        <w:t>وائی ڈو ٹیررسٹ سائٹ ورسز آؤٹ آف کانٹیکسٹ وین اٹ از کلیئر دیٹ دیز ورسز آر ایپلیکیبل اونلی فار ڈیفنسو پرپسز؟</w:t>
      </w:r>
    </w:p>
    <w:p>
      <w:r>
        <w:rPr>
          <w:b/>
        </w:rPr>
        <w:t xml:space="preserve">[44:32] </w:t>
      </w:r>
      <w:r>
        <w:t>dekhen, yeh to sab hi karte hain. out of context pesh kar ke apne ko justify karte rehte hain. jitne criminal hain, sab yahi karte hain.</w:t>
      </w:r>
    </w:p>
    <w:p>
      <w:pPr>
        <w:jc w:val="right"/>
      </w:pPr>
      <w:r>
        <w:t>دیکھیں، یہ تو سب ہی کرتے ہیں۔ آؤٹ آف کانٹیکسٹ پیش کر کے اپنے کو جسٹیفائی کرتے رہتے ہیں۔ جتنے کریمنل ہیں، سب یہی کرتے ہیں۔</w:t>
      </w:r>
    </w:p>
    <w:p>
      <w:r>
        <w:rPr>
          <w:b/>
        </w:rPr>
        <w:t xml:space="preserve">[44:43] </w:t>
      </w:r>
      <w:r>
        <w:t>jitne corrupt log hain, sab yahi karte rehte hain.</w:t>
      </w:r>
    </w:p>
    <w:p>
      <w:pPr>
        <w:jc w:val="right"/>
      </w:pPr>
      <w:r>
        <w:t>جتنے کرپٹ لوگ ہیں، سب یہی کرتے رہتے ہیں۔</w:t>
      </w:r>
    </w:p>
    <w:p>
      <w:r>
        <w:rPr>
          <w:b/>
        </w:rPr>
        <w:t xml:space="preserve">[44:48] </w:t>
      </w:r>
      <w:r>
        <w:t>to corrupt logon ka jis ko bhi dekhiye, aap woh yahi karte hain ke out of context cheezein pesh karenge. kyun? apne apne aap ko justify karne ke liye.</w:t>
      </w:r>
    </w:p>
    <w:p>
      <w:pPr>
        <w:jc w:val="right"/>
      </w:pPr>
      <w:r>
        <w:t>تو کرپٹ لوگوں کا جس کو بھی دیکھیے، آپ وہ یہی کرتے ہیں کہ آؤٹ آف کانٹیکسٹ چیزیں پیش کریں گے۔ کیوں؟ اپنے اپنے آپ کو جسٹیفائی کرنے کے لیے۔</w:t>
      </w:r>
    </w:p>
    <w:p>
      <w:r>
        <w:rPr>
          <w:b/>
        </w:rPr>
        <w:t xml:space="preserve">[44:59] </w:t>
      </w:r>
      <w:r>
        <w:t>aur yeh aap ko main yeh bhi bataun ke yeh jitni bhi hoti hain, yeh koi scholar nahin hote. yeh log koi bhi is mein mujhe nahin maloom ke koi sach sahi ma'non mein scholar tha ya hai yani Islam ka gehra knowledge ho, Islam ki study is ne ki ho.</w:t>
      </w:r>
    </w:p>
    <w:p>
      <w:pPr>
        <w:jc w:val="right"/>
      </w:pPr>
      <w:r>
        <w:t>اور یہ آپ کو میں یہ بھی بتاؤں کہ یہ جتنی بھی ہوتی ہیں، یہ کوئی اسکالر نہیں ہوتے۔ یہ لوگ کوئی بھی اس میں مجھے نہیں معلوم کہ کوئی سچ صحیح معنوں میں اسکالر تھا یا ہے یعنی اسلام کا گہرا نالج کو ہو، اسلام کی سٹڈی اس نے کی ہو۔</w:t>
      </w:r>
    </w:p>
    <w:p>
      <w:r>
        <w:rPr>
          <w:b/>
        </w:rPr>
        <w:t xml:space="preserve">[45:17] </w:t>
      </w:r>
      <w:r>
        <w:t>aise hi kuch idhar udhar padha aur in ko josh mein aaya aur lage apna idhar udhar chalane, apna violence chalane lage.</w:t>
      </w:r>
    </w:p>
    <w:p>
      <w:pPr>
        <w:jc w:val="right"/>
      </w:pPr>
      <w:r>
        <w:t>ایسے ہی کچھ ادھر ادھر پڑھا اور ان کو جوش میں آیا اور لگے اپنا ادھر ادھر چلانے، اپنا وائیلنس چلانے لگے۔</w:t>
      </w:r>
    </w:p>
    <w:p>
      <w:r>
        <w:rPr>
          <w:b/>
        </w:rPr>
        <w:t xml:space="preserve">[45:28] </w:t>
      </w:r>
      <w:r>
        <w:t>mere ilm mein jitni bhi yeh yeh community hai jo bomb aur gun culture chala rahi hai, is mein ek bhi nahin hai jo sahi ma'non mein Islam ka achha jankar ho.</w:t>
      </w:r>
    </w:p>
    <w:p>
      <w:pPr>
        <w:jc w:val="right"/>
      </w:pPr>
      <w:r>
        <w:t>میرے علم میں جتنی بھی یہ یہ کمیونٹی ہے جو بم اور گنگ کلچر چلا رہی ہے، اس میں ایک بھی نہیں ہے جو صحیح معنوں میں اسلام کا اچھا جانکار ہو۔</w:t>
      </w:r>
    </w:p>
    <w:p>
      <w:r>
        <w:rPr>
          <w:b/>
        </w:rPr>
        <w:t xml:space="preserve">[45:39] </w:t>
      </w:r>
      <w:r>
        <w:t>ek bhi nahin hai. agar kisi ke nazdeek ho to mujhe us ka naam bataiyega. aap das question is from Miss Razia.</w:t>
      </w:r>
    </w:p>
    <w:p>
      <w:pPr>
        <w:jc w:val="right"/>
      </w:pPr>
      <w:r>
        <w:t>ایک بھی نہیں ہے۔ اگر کسی کے نزدیک ہو تو مجھے اس کا نام بتائیے گا۔ آپ دس کوئسچن از فرام مس راضیہ۔</w:t>
      </w:r>
    </w:p>
    <w:p>
      <w:r>
        <w:rPr>
          <w:b/>
        </w:rPr>
        <w:t xml:space="preserve">[45:46] </w:t>
      </w:r>
      <w:r>
        <w:t>Muslims ulema were recently heard condemning these terrorist activities by calling a conference. why was it not able to cast the requisite impact?</w:t>
      </w:r>
    </w:p>
    <w:p>
      <w:pPr>
        <w:jc w:val="right"/>
      </w:pPr>
      <w:r>
        <w:t>مسلمز علماء ور ریسنٹلی ہرڈ کنڈیمنگ دیز ٹیررسٹ ایکٹیویٹیز بائی کالنگ ا کانفرنس۔ وائی واز اٹ ناٹ ایبل ٹو کاسٹ دی ریکوزٹ امپیکٹ؟</w:t>
      </w:r>
    </w:p>
    <w:p>
      <w:r>
        <w:rPr>
          <w:b/>
        </w:rPr>
        <w:t xml:space="preserve">[46:00] </w:t>
      </w:r>
      <w:r>
        <w:t>woh jo condemn kiya unhone, woh bhi woh bhi false condemnation tha. false kyun? yani specific tor par nahin unhone condemn kiya kisi ko.</w:t>
      </w:r>
    </w:p>
    <w:p>
      <w:pPr>
        <w:jc w:val="right"/>
      </w:pPr>
      <w:r>
        <w:t>وہ جو کنڈیم کیا انہوں نے، وہ بھی وہ بھی فالس کنڈیمنیشن تھا۔ فالس کیوں؟ یعنی سپیسیفک طور پر نہیں انہوں نے کنڈیم کیا کسی کو۔</w:t>
      </w:r>
    </w:p>
    <w:p>
      <w:r>
        <w:rPr>
          <w:b/>
        </w:rPr>
        <w:t xml:space="preserve">[46:10] </w:t>
      </w:r>
      <w:r>
        <w:t>yani Mr X aur Mr Z ko nahin condemn kiya unhone. bas ek hawai condemnation.</w:t>
      </w:r>
    </w:p>
    <w:p>
      <w:pPr>
        <w:jc w:val="right"/>
      </w:pPr>
      <w:r>
        <w:t>یعنی مسٹر ایکس اور مسٹر زیڈ کو نہیں کنڈیم کیا انہوں نے۔ بس ایک ہوائی کنڈیمنیشن۔</w:t>
      </w:r>
    </w:p>
    <w:p>
      <w:r>
        <w:rPr>
          <w:b/>
        </w:rPr>
        <w:t xml:space="preserve">[46:16] </w:t>
      </w:r>
      <w:r>
        <w:t>to hawai sab karte rehte hain na? jab tak aap specify na karein, specific tor par na batayein ke Mr. A, Mr. B, Mr. C jo hain, woh aisa kar rahe hain aur woh aap disown karein un ko to koi disown karta nahin.</w:t>
      </w:r>
    </w:p>
    <w:p>
      <w:pPr>
        <w:jc w:val="right"/>
      </w:pPr>
      <w:r>
        <w:t>تو ہوائی سب کرتے رہتے ہیں نا؟ جب تک آپ اسپیسیفائی نہ کریں، سپیسیفک طور پر نہ بتائیں کہ مسٹر اے، مسٹر بی، مسٹر سی جو ہیں، وہ ایسا کر رہے ہیں اور وہ آپ ڈس اون کریں ان کو تو کوئی ڈس اون کرتا نہیں۔</w:t>
      </w:r>
    </w:p>
    <w:p>
      <w:r>
        <w:rPr>
          <w:b/>
        </w:rPr>
        <w:t xml:space="preserve">[46:34] </w:t>
      </w:r>
      <w:r>
        <w:t>hawa bhi taqreer karte hain bilkul. to hawa bhi taqreer sab hi karte hain.</w:t>
      </w:r>
    </w:p>
    <w:p>
      <w:pPr>
        <w:jc w:val="right"/>
      </w:pPr>
      <w:r>
        <w:t>ہوا بھی تقریر کرتے ہیں بالکل۔ تو ہوا بھی تقریر سب ہی کرتے ہیں۔</w:t>
      </w:r>
    </w:p>
    <w:p>
      <w:r>
        <w:rPr>
          <w:b/>
        </w:rPr>
        <w:t xml:space="preserve">[46:40] </w:t>
      </w:r>
      <w:r>
        <w:t>to isi isi waqt maine kaha tha ke yeh jo conferences ho rahi hain, bilkul bekar conferences hain. is se koi hone wala nahin kuch kyunke specific way mein woh condemn karte nahin.</w:t>
      </w:r>
    </w:p>
    <w:p>
      <w:pPr>
        <w:jc w:val="right"/>
      </w:pPr>
      <w:r>
        <w:t>تو اسی اسی وقت میں نے کہا تھا کہ یہ جو کانفرنسیں ہو رہی ہیں، بالکل بیکار کانفرنسیں ہیں۔ اس سے کوئی ہونے والا نہیں کچھ کیونکہ اسپیسیفک وے میں وہ کنڈیم کرتے نہیں۔</w:t>
      </w:r>
    </w:p>
    <w:p>
      <w:r>
        <w:rPr>
          <w:b/>
        </w:rPr>
        <w:t xml:space="preserve">[46:53] </w:t>
      </w:r>
      <w:r>
        <w:t>aur jab tak aap specific way mein condemn na karein, un ko disown na karein aise logon ko, tab tak is ka koi is ka koi bhi result hone wala nahin hai.</w:t>
      </w:r>
    </w:p>
    <w:p>
      <w:pPr>
        <w:jc w:val="right"/>
      </w:pPr>
      <w:r>
        <w:t>اور جب تک آپ اسپیسیفک وے میں کنڈیم نہ کریں، ان کو ڈس اون نہ کریں ایسے لوگوں کو، تب تک اس کا کوئی اس کا کوئی بھی رزلٹ ہونے والا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