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Spirituality in Daily Life October 4, 2008</w:t>
      </w:r>
    </w:p>
    <w:p>
      <w:r>
        <w:t>https://youtu.be/oeJR6tYqQVw</w:t>
      </w:r>
    </w:p>
    <w:p>
      <w:r>
        <w:rPr>
          <w:b/>
        </w:rPr>
        <w:t xml:space="preserve">[00:13] </w:t>
      </w:r>
      <w:r>
        <w:t>bismillah hir rehman nir raheem, wasallallahu ala nabi il kareem.</w:t>
      </w:r>
    </w:p>
    <w:p>
      <w:pPr>
        <w:jc w:val="right"/>
      </w:pPr>
      <w:r>
        <w:t>بسم اللہ الرحمن الرحیم، وصلی اللہ علی النبی الکریم۔</w:t>
      </w:r>
    </w:p>
    <w:p>
      <w:r>
        <w:rPr>
          <w:b/>
        </w:rPr>
        <w:t xml:space="preserve">[00:24] </w:t>
      </w:r>
      <w:r>
        <w:t>jaisa ke aap ko bataya gaya, aaj ka topic hai "spirituality in daily life".</w:t>
      </w:r>
    </w:p>
    <w:p>
      <w:pPr>
        <w:jc w:val="right"/>
      </w:pPr>
      <w:r>
        <w:t>جیسا کہ آپ کو بتایا گیا، آج کا ٹاپک ہے "اسپیچولیٹی ان ڈیلی لائف"۔</w:t>
      </w:r>
    </w:p>
    <w:p>
      <w:r>
        <w:rPr>
          <w:b/>
        </w:rPr>
        <w:t xml:space="preserve">[00:39] </w:t>
      </w:r>
      <w:r>
        <w:t>spirituality ko urdu mein "roohaniyat" kehte hain.</w:t>
      </w:r>
    </w:p>
    <w:p>
      <w:pPr>
        <w:jc w:val="right"/>
      </w:pPr>
      <w:r>
        <w:t>اسپیچولیٹی کو اردو میں "روحانیت" کہتے ہیں۔</w:t>
      </w:r>
    </w:p>
    <w:p>
      <w:r>
        <w:rPr>
          <w:b/>
        </w:rPr>
        <w:t xml:space="preserve">[00:53] </w:t>
      </w:r>
      <w:r>
        <w:t>to yeh</w:t>
      </w:r>
    </w:p>
    <w:p>
      <w:pPr>
        <w:jc w:val="right"/>
      </w:pPr>
      <w:r>
        <w:t>تو یہ</w:t>
      </w:r>
    </w:p>
    <w:p>
      <w:r>
        <w:rPr>
          <w:b/>
        </w:rPr>
        <w:t xml:space="preserve">[00:57] </w:t>
      </w:r>
      <w:r>
        <w:t>sab logon ki interest ka yeh subject hai. lekin jahan tak mein janta hoon, logon ko interest jis spirituality se hai, woh darasal negative spirituality hai.</w:t>
      </w:r>
    </w:p>
    <w:p>
      <w:pPr>
        <w:jc w:val="right"/>
      </w:pPr>
      <w:r>
        <w:t>سب لوگوں کی انٹرسٹ کا یہ سبجیکٹ ہے۔ لیکن جہاں تک میں جانتا ہوں، لوگوں کو انٹرسٹ جس اسپیچولیٹی سے ہے، وہ دراصل نیگیٹیو اسپیچولیٹی ہے۔</w:t>
      </w:r>
    </w:p>
    <w:p>
      <w:r>
        <w:rPr>
          <w:b/>
        </w:rPr>
        <w:t xml:space="preserve">[01:13] </w:t>
      </w:r>
      <w:r>
        <w:t>mujhe ek sahab mile Europe ke safar mein, abhi jaldi. unhon ne kaha ke mein spirituality ka school mein ne khola hai. to mein ne kaha ke aap wahan kya karte hain?</w:t>
      </w:r>
    </w:p>
    <w:p>
      <w:pPr>
        <w:jc w:val="right"/>
      </w:pPr>
      <w:r>
        <w:t>مجھے ایک صاحب ملے یورپ کے سفر میں، ابھی جلدی۔ انہوں نے کہا کہ میں اسپیچولیٹی کا اسکول میں نے کھولا ہے۔ تو میں نے کہا کہ آپ وہاں کیا کرتے ہیں؟</w:t>
      </w:r>
    </w:p>
    <w:p>
      <w:r>
        <w:rPr>
          <w:b/>
        </w:rPr>
        <w:t xml:space="preserve">[01:26] </w:t>
      </w:r>
      <w:r>
        <w:t>to unhon ne kaha ke hum ne kuch exercises nikali hain. is ko kar ke aadmi trance mein chala jata hai, trance mein ya ecstasy mein.</w:t>
      </w:r>
    </w:p>
    <w:p>
      <w:pPr>
        <w:jc w:val="right"/>
      </w:pPr>
      <w:r>
        <w:t>تو انہوں نے کہا کہ ہم نے کچھ ایکسرسائزز نکالی ہیں۔ اس کو کر کے آدمی ٹرانس میں چلا جاتا ہے، ٹرانس میں یا ایکسٹسی میں۔</w:t>
      </w:r>
    </w:p>
    <w:p>
      <w:r>
        <w:rPr>
          <w:b/>
        </w:rPr>
        <w:t xml:space="preserve">[01:40] </w:t>
      </w:r>
      <w:r>
        <w:t>to yeh is ko unhon ne kaha ke yeh de-stressing hai. to mein ne kaha yeh to de-thinking hai. yaani thinking ko stop kar ke aap aadmi ko thori der ke liye relief dete hain.</w:t>
      </w:r>
    </w:p>
    <w:p>
      <w:pPr>
        <w:jc w:val="right"/>
      </w:pPr>
      <w:r>
        <w:t>تو یہ اس کو انہوں نے کہا کہ یہ ڈی اسٹریسنگ ہے۔ تو میں نے کہا یہ تو ڈی تھنکنگ ہے۔ یعنی تھنکنگ کو سٹاپ کر کے آپ آدمی کو تھوڑی دیر کے لیے ریلیف دیتے ہیں۔</w:t>
      </w:r>
    </w:p>
    <w:p>
      <w:r>
        <w:rPr>
          <w:b/>
        </w:rPr>
        <w:t xml:space="preserve">[01:59] </w:t>
      </w:r>
      <w:r>
        <w:t>der is a kind of anesthesia. to faida kya is ka hai?</w:t>
      </w:r>
    </w:p>
    <w:p>
      <w:pPr>
        <w:jc w:val="right"/>
      </w:pPr>
      <w:r>
        <w:t>دیر از اے کائنڈ آف انسٹیسیا۔ تو فائدہ کیا اس کا ہے؟</w:t>
      </w:r>
    </w:p>
    <w:p>
      <w:r>
        <w:rPr>
          <w:b/>
        </w:rPr>
        <w:t xml:space="preserve">[02:05] </w:t>
      </w:r>
      <w:r>
        <w:t>bahut se bahut aap yeh keh sakte hain ke ek aisi duniya jahan log tension mein aur stress mein hain, un ko aap ne ek temporary relief diya.</w:t>
      </w:r>
    </w:p>
    <w:p>
      <w:pPr>
        <w:jc w:val="right"/>
      </w:pPr>
      <w:r>
        <w:t>بہت سے بہت آپ یہ کہہ سکتے ہیں کہ ایک ایسی دنیا جہاں لوگ ٹینشن میں اور اسٹریس میں ہیں، ان کو آپ نے ایک ٹیمپریری ریلیف دیا۔</w:t>
      </w:r>
    </w:p>
    <w:p>
      <w:r>
        <w:rPr>
          <w:b/>
        </w:rPr>
        <w:t xml:space="preserve">[02:16] </w:t>
      </w:r>
      <w:r>
        <w:t>is sense mein ke un ke un ki thinking ko stop kar diya. is ko mein kahunga negative spirituality.</w:t>
      </w:r>
    </w:p>
    <w:p>
      <w:pPr>
        <w:jc w:val="right"/>
      </w:pPr>
      <w:r>
        <w:t>اس سینس میں کہ ان کے ان کی تھنکنگ کو سٹاپ کر دیا۔ اس کو میں کہوں گا نیگیٹیو اسپیچولیٹی۔</w:t>
      </w:r>
    </w:p>
    <w:p>
      <w:r>
        <w:rPr>
          <w:b/>
        </w:rPr>
        <w:t xml:space="preserve">[02:28] </w:t>
      </w:r>
      <w:r>
        <w:t>goya ke spirituality ka koi positive role nahi hai. phir aisi spirituality ki zaroorat kya hai humein?</w:t>
      </w:r>
    </w:p>
    <w:p>
      <w:pPr>
        <w:jc w:val="right"/>
      </w:pPr>
      <w:r>
        <w:t>گویا کہ اسپیچولیٹی کا کوئی پازیٹیو رول نہیں ہے۔ پھر ایسی اسپیچولیٹی کی ضرورت کیا ہے ہمیں؟</w:t>
      </w:r>
    </w:p>
    <w:p>
      <w:r>
        <w:rPr>
          <w:b/>
        </w:rPr>
        <w:t xml:space="preserve">[02:36] </w:t>
      </w:r>
      <w:r>
        <w:t>already tamam animals ko yeh mili hui hai, aisi spirituality. to humein kya kaam hai aisi spirituality ka? there must be a positive role of spirituality.</w:t>
      </w:r>
    </w:p>
    <w:p>
      <w:pPr>
        <w:jc w:val="right"/>
      </w:pPr>
      <w:r>
        <w:t>الریڈی تمام اینیملز کو یہ ملی ہوئی ہے، ایسی اسپیچولیٹی۔ تو ہمیں کیا کام ہے ایسی اسپیچولیٹی کا؟ دیر مسٹ بی اے پازیٹیو رول آف اسپیچولیٹی۔</w:t>
      </w:r>
    </w:p>
    <w:p>
      <w:r>
        <w:rPr>
          <w:b/>
        </w:rPr>
        <w:t xml:space="preserve">[02:51] </w:t>
      </w:r>
      <w:r>
        <w:t>otherwise spirituality is nothing.</w:t>
      </w:r>
    </w:p>
    <w:p>
      <w:pPr>
        <w:jc w:val="right"/>
      </w:pPr>
      <w:r>
        <w:t>ادروائز اسپیچولیٹی از نتھنگ۔</w:t>
      </w:r>
    </w:p>
    <w:p>
      <w:r>
        <w:rPr>
          <w:b/>
        </w:rPr>
        <w:t xml:space="preserve">[02:55] </w:t>
      </w:r>
      <w:r>
        <w:t>to dekhiye, is mein baat seedhi nahi hai itni. hazaron saal se door log jo hain, jis spirituality ko jante rahe hain, woh thi heart based.</w:t>
      </w:r>
    </w:p>
    <w:p>
      <w:pPr>
        <w:jc w:val="right"/>
      </w:pPr>
      <w:r>
        <w:t>تو دیکھیے، اس میں بات سیدھی نہیں ہے اتنی۔ ہزاروں سال سے دور لوگ جو ہیں، جس اسپیچولیٹی کو جانتے رہے ہیں، وہ تھی ہارٹ بیسڈ۔</w:t>
      </w:r>
    </w:p>
    <w:p>
      <w:r>
        <w:rPr>
          <w:b/>
        </w:rPr>
        <w:t xml:space="preserve">[03:09] </w:t>
      </w:r>
      <w:r>
        <w:t>abhi bhi wahi chal rahi hai.</w:t>
      </w:r>
    </w:p>
    <w:p>
      <w:pPr>
        <w:jc w:val="right"/>
      </w:pPr>
      <w:r>
        <w:t>ابھی بھی وہی چل رہی ہے۔</w:t>
      </w:r>
    </w:p>
    <w:p>
      <w:r>
        <w:rPr>
          <w:b/>
        </w:rPr>
        <w:t xml:space="preserve">[03:14] </w:t>
      </w:r>
      <w:r>
        <w:t>to ab math, ab arithmetic, ab science ke zamane mein to yeh discard ho chuki.</w:t>
      </w:r>
    </w:p>
    <w:p>
      <w:pPr>
        <w:jc w:val="right"/>
      </w:pPr>
      <w:r>
        <w:t>تو اب میٹ، جس اب میٹک، اب سائنس کے زمانے میں تو یہ ڈسکارڈ ہو چکی۔</w:t>
      </w:r>
    </w:p>
    <w:p>
      <w:r>
        <w:rPr>
          <w:b/>
        </w:rPr>
        <w:t xml:space="preserve">[03:22] </w:t>
      </w:r>
      <w:r>
        <w:t>jaise geo-centric theory discard ho chuki, aisi abhi is discard ho chuki. kyun ke dekhiye, medical science batati hai ke heart mein kuch bhi nahi hai.</w:t>
      </w:r>
    </w:p>
    <w:p>
      <w:pPr>
        <w:jc w:val="right"/>
      </w:pPr>
      <w:r>
        <w:t>جیسے جیو سینٹرک تھیوری ڈسکارڈ ہو چکی، ایسی ابھی اس ڈسکارڈ ہو چکی۔ کیونکہ دیکھیے، میڈیکل سائنس بتاتی ہے کہ ہارٹ میں کچھ بھی نہیں ہے۔</w:t>
      </w:r>
    </w:p>
    <w:p>
      <w:r>
        <w:rPr>
          <w:b/>
        </w:rPr>
        <w:t xml:space="preserve">[03:34] </w:t>
      </w:r>
      <w:r>
        <w:t>yaani feeling ka center heart nahi hai, mind hai. thinking aur feeling dono ka center mind hai, heart nahi hai.</w:t>
      </w:r>
    </w:p>
    <w:p>
      <w:pPr>
        <w:jc w:val="right"/>
      </w:pPr>
      <w:r>
        <w:t>یعنی فیلنگ کا سینٹر ہارٹ نہیں ہے، مائنڈ ہے۔ تھنکنگ اور فیلنگ دونوں کا سینٹر مائنڈ ہے، ہارٹ نہیں ہے۔</w:t>
      </w:r>
    </w:p>
    <w:p>
      <w:r>
        <w:rPr>
          <w:b/>
        </w:rPr>
        <w:t xml:space="preserve">[03:44] </w:t>
      </w:r>
      <w:r>
        <w:t>yeh pehle samjha jata tha ke thinking mind se hoti hai aur feeling dil se hoti hai.</w:t>
      </w:r>
    </w:p>
    <w:p>
      <w:pPr>
        <w:jc w:val="right"/>
      </w:pPr>
      <w:r>
        <w:t>یہ پہلے سمجھا جاتا تھا کہ تھنکنگ مائنڈ سے ہوتی ہے اور فیلنگ دل سے ہوتی ہے۔</w:t>
      </w:r>
    </w:p>
    <w:p>
      <w:r>
        <w:rPr>
          <w:b/>
        </w:rPr>
        <w:t xml:space="preserve">[03:50] </w:t>
      </w:r>
      <w:r>
        <w:t>to yeh to ek ek suppression tha. to ab to is spirituality ka, yaani heart based spirituality ka, koi sthan nahi hai aaj ke duniya mein.</w:t>
      </w:r>
    </w:p>
    <w:p>
      <w:pPr>
        <w:jc w:val="right"/>
      </w:pPr>
      <w:r>
        <w:t>تو یہ تو ایک ایک سپریسیشن تھا۔ تو اب تو اس اسپیچولیٹی کا، یعنی ہارٹ بیسڈ اسپیچولیٹی کا، کوئی स्थान نہیں ہے آج کے دنیا میں۔</w:t>
      </w:r>
    </w:p>
    <w:p>
      <w:r>
        <w:rPr>
          <w:b/>
        </w:rPr>
        <w:t xml:space="preserve">[04:06] </w:t>
      </w:r>
      <w:r>
        <w:t>aur agar ho bhi, mein samajhta hoon ke agar ho, woh aap ko trance mein le jaye, ecstasy mein le jaye, to woh to ek tranquilizer hai. bas is se zyada aur kuch bhi nahi.</w:t>
      </w:r>
    </w:p>
    <w:p>
      <w:pPr>
        <w:jc w:val="right"/>
      </w:pPr>
      <w:r>
        <w:t>اور اگر ہو بھی، میں سمجھتا ہوں کہ اگر ہو، وہ آپ کو ٹرانس میں لے جائے، ایکسٹسی میں لے جائے، تو وہ تو ایک ٹرانکولائزر ہے۔ بس اس سے زیادہ اور کچھ بھی نہیں۔</w:t>
      </w:r>
    </w:p>
    <w:p>
      <w:r>
        <w:rPr>
          <w:b/>
        </w:rPr>
        <w:t xml:space="preserve">[04:19] </w:t>
      </w:r>
      <w:r>
        <w:t>is liye mein jis spirituality ko manta hoon, woh hai mind based. yaani</w:t>
      </w:r>
    </w:p>
    <w:p>
      <w:pPr>
        <w:jc w:val="right"/>
      </w:pPr>
      <w:r>
        <w:t>اس لیے میں جس اسپیچولیٹی کو مانتا ہوں، وہ ہے مائنڈ بیسڈ۔ یعنی</w:t>
      </w:r>
    </w:p>
    <w:p>
      <w:r>
        <w:rPr>
          <w:b/>
        </w:rPr>
        <w:t xml:space="preserve">[04:28] </w:t>
      </w:r>
      <w:r>
        <w:t>mind ki</w:t>
      </w:r>
    </w:p>
    <w:p>
      <w:pPr>
        <w:jc w:val="right"/>
      </w:pPr>
      <w:r>
        <w:t>مائنڈ کی</w:t>
      </w:r>
    </w:p>
    <w:p>
      <w:r>
        <w:rPr>
          <w:b/>
        </w:rPr>
        <w:t xml:space="preserve">[04:32] </w:t>
      </w:r>
      <w:r>
        <w:t>re-engineering.</w:t>
      </w:r>
    </w:p>
    <w:p>
      <w:pPr>
        <w:jc w:val="right"/>
      </w:pPr>
      <w:r>
        <w:t>ری انجینئرنگ۔</w:t>
      </w:r>
    </w:p>
    <w:p>
      <w:r>
        <w:rPr>
          <w:b/>
        </w:rPr>
        <w:t xml:space="preserve">[04:36] </w:t>
      </w:r>
      <w:r>
        <w:t>mind ki re-engineering. yaani aadmi, aap jante hain ke mind jo hamara hai, bahut think zyada capacity is ki hai.</w:t>
      </w:r>
    </w:p>
    <w:p>
      <w:pPr>
        <w:jc w:val="right"/>
      </w:pPr>
      <w:r>
        <w:t>مائنڈ کی ری انجینئرنگ۔ یعنی آدمی، آپ جانتے ہیں کہ مائنڈ جو ہمارا ہے، بہت تھک زیادہ کپیسٹی اس کی ہے۔</w:t>
      </w:r>
    </w:p>
    <w:p>
      <w:r>
        <w:rPr>
          <w:b/>
        </w:rPr>
        <w:t xml:space="preserve">[04:47] </w:t>
      </w:r>
      <w:r>
        <w:t>to mind ko train kar ke is qabil banana ke woh life ke affairs ko, life ke problems ko beautiful tareeqe se manage kar sake.</w:t>
      </w:r>
    </w:p>
    <w:p>
      <w:pPr>
        <w:jc w:val="right"/>
      </w:pPr>
      <w:r>
        <w:t>تو مائنڈ کو ٹرین کر کے اس قابل بنانا کہ وہ لائف کے افیئرز کو، لائف کے پرابلمز کو بیوٹی فل طریقے سے مینج کر سکے۔</w:t>
      </w:r>
    </w:p>
    <w:p>
      <w:r>
        <w:rPr>
          <w:b/>
        </w:rPr>
        <w:t xml:space="preserve">[05:00] </w:t>
      </w:r>
      <w:r>
        <w:t>to spirituality, according to my experience, is a art of problem management in a very beautiful manner.</w:t>
      </w:r>
    </w:p>
    <w:p>
      <w:pPr>
        <w:jc w:val="right"/>
      </w:pPr>
      <w:r>
        <w:t>تو اسپیچولیٹی، اکارڈنگ ٹو مائی ایکسپیرینس، از اے آرٹ آف پرابلم مینجمنٹ ان اے ویری بیوٹی فل مائنر۔</w:t>
      </w:r>
    </w:p>
    <w:p>
      <w:r>
        <w:rPr>
          <w:b/>
        </w:rPr>
        <w:t xml:space="preserve">[05:16] </w:t>
      </w:r>
      <w:r>
        <w:t>yeh mein samajhta hoon spirituality ka matlab. dekhiye, thinking ko aap develop karein, develop karein, develop karein, to aap ko ek bohat ooncha level mil jata hai.</w:t>
      </w:r>
    </w:p>
    <w:p>
      <w:pPr>
        <w:jc w:val="right"/>
      </w:pPr>
      <w:r>
        <w:t>یہ میں سمجھتا ہوں اسپیچولیٹی کا مطلب۔ دیکھیے، تھنکنگ کو آپ ڈیولپ کریں، ڈیولپ کریں، ڈیولپ کریں، تو آپ کو ایک بہت اونچا لیول مل جاتا ہے۔</w:t>
      </w:r>
    </w:p>
    <w:p>
      <w:r>
        <w:rPr>
          <w:b/>
        </w:rPr>
        <w:t xml:space="preserve">[05:28] </w:t>
      </w:r>
      <w:r>
        <w:t>abhi mein kisi safar mein tha, to jab mein plane se urr raha tha fiza mein, to mein ne kaha ke dekhiye, yeh demonstration hai spirituality ka.</w:t>
      </w:r>
    </w:p>
    <w:p>
      <w:pPr>
        <w:jc w:val="right"/>
      </w:pPr>
      <w:r>
        <w:t>ابھی میں کسی سفر میں تھا، تو جب میں پلین سے اڑ رہا تھا فضا میں، تو میں نے کہا کہ دیکھیے، یہ ڈیمونسٹریشن ہے اسپیچولیٹی کا۔</w:t>
      </w:r>
    </w:p>
    <w:p>
      <w:r>
        <w:rPr>
          <w:b/>
        </w:rPr>
        <w:t xml:space="preserve">[05:41] </w:t>
      </w:r>
      <w:r>
        <w:t>yani jo duniya yeh hai, surface par jahan jungle hain, river hai, mountain hai, town hai, kya kya cheezein hain, to hawai jahaz is se ooper urr jata hai.</w:t>
      </w:r>
    </w:p>
    <w:p>
      <w:pPr>
        <w:jc w:val="right"/>
      </w:pPr>
      <w:r>
        <w:t>یعنی جو دنیا یہ ہے، سرفس پر جہاں جنگل ہیں، ریور ہے، ماؤنٹن ہے، ٹاؤن ہے، کیا کیا چیزیں ہیں، تو ہوائی جہاز اس سے اوپر اڑ جاتا ہے۔</w:t>
      </w:r>
    </w:p>
    <w:p>
      <w:r>
        <w:rPr>
          <w:b/>
        </w:rPr>
        <w:t xml:space="preserve">[05:54] </w:t>
      </w:r>
      <w:r>
        <w:t>aise hi insan jab apne aap ko itna elevate kare ke jo daily affairs hain, jo worldly affairs hain, jo tension hai, jo problem hai, is se uth kar ooper jeene lage, woh</w:t>
      </w:r>
    </w:p>
    <w:p>
      <w:pPr>
        <w:jc w:val="right"/>
      </w:pPr>
      <w:r>
        <w:t>ایسے ہی انسان جب اپنے آپ کو اتنا ایلیویٹ کرے کہ جو ڈیلی افیئرز ہیں، جو ورلڈلی افیئرز ہیں، جو ٹینشن ہے، جو پرابلم ہے، اس سے اٹھ کر اوپر جینے لگے، وہ</w:t>
      </w:r>
    </w:p>
    <w:p>
      <w:r>
        <w:rPr>
          <w:b/>
        </w:rPr>
        <w:t xml:space="preserve">[06:10] </w:t>
      </w:r>
      <w:r>
        <w:t>to woh ek super human being ban jata hai, superman. spirituality makes you so a superman. yani ooper uthati hai, aap ko ooper le aati hai,</w:t>
      </w:r>
    </w:p>
    <w:p>
      <w:pPr>
        <w:jc w:val="right"/>
      </w:pPr>
      <w:r>
        <w:t>تو وہ ایک سپر ہیومن بینگ بن جاتا ہے، سپرمین۔ اسپیچولیٹی میکس یو سو اے سپرمین۔ یعنی اوپر اٹھاتی ہے، آپ کو اوپر لے آتی ہے،</w:t>
      </w:r>
    </w:p>
    <w:p>
      <w:r>
        <w:rPr>
          <w:b/>
        </w:rPr>
        <w:t xml:space="preserve">[06:24] </w:t>
      </w:r>
      <w:r>
        <w:t>just like a airplane. to aap is position mein ho jate hain ke high level par ja kar, high thinking ke zariye cheezon ko manage kar sakein, manage kar sakein.</w:t>
      </w:r>
    </w:p>
    <w:p>
      <w:pPr>
        <w:jc w:val="right"/>
      </w:pPr>
      <w:r>
        <w:t>جسٹ لائک اے ایروپلین۔ تو آپ اس پوزیشن میں ہو جاتے ہیں کہ ہائی لیول پر جا کر، ہائی تھنکنگ کے ذریعے چیزوں کو مینج کر سکیں، مینج کر سکیں۔</w:t>
      </w:r>
    </w:p>
    <w:p>
      <w:r>
        <w:rPr>
          <w:b/>
        </w:rPr>
        <w:t xml:space="preserve">[06:40] </w:t>
      </w:r>
      <w:r>
        <w:t>to mein samajhta hoon ke trance ya ecstasy jo hai, woh kuch bhi nahi hai.</w:t>
      </w:r>
    </w:p>
    <w:p>
      <w:pPr>
        <w:jc w:val="right"/>
      </w:pPr>
      <w:r>
        <w:t>تو میں سمجھتا ہوں کہ ٹرانس یا ایکسٹسی جو ہے، وہ کچھ بھی نہیں ہے۔</w:t>
      </w:r>
    </w:p>
    <w:p>
      <w:r>
        <w:rPr>
          <w:b/>
        </w:rPr>
        <w:t xml:space="preserve">[06:48] </w:t>
      </w:r>
      <w:r>
        <w:t>woh to ek animal culture hai, samajh lijiye.</w:t>
      </w:r>
    </w:p>
    <w:p>
      <w:pPr>
        <w:jc w:val="right"/>
      </w:pPr>
      <w:r>
        <w:t>وہ تو ایک اینیمل کلچر ہے، سمجھ لیجئے۔</w:t>
      </w:r>
    </w:p>
    <w:p>
      <w:r>
        <w:rPr>
          <w:b/>
        </w:rPr>
        <w:t xml:space="preserve">[06:54] </w:t>
      </w:r>
      <w:r>
        <w:t>to asal cheez hai personality ko develop karna taake aap is qabil ho jayein ke aap manage kar sakein affairs ko.</w:t>
      </w:r>
    </w:p>
    <w:p>
      <w:pPr>
        <w:jc w:val="right"/>
      </w:pPr>
      <w:r>
        <w:t>تو اصل چیز ہے پرسنیلٹی کو ڈیولپ کرنا تاکہ آپ اس قابل ہو جائیں کہ آپ مینج کر سکیں افیئرز کو۔</w:t>
      </w:r>
    </w:p>
    <w:p>
      <w:r>
        <w:rPr>
          <w:b/>
        </w:rPr>
        <w:t xml:space="preserve">[07:06] </w:t>
      </w:r>
      <w:r>
        <w:t>mein aap ko do ek example doonga.</w:t>
      </w:r>
    </w:p>
    <w:p>
      <w:pPr>
        <w:jc w:val="right"/>
      </w:pPr>
      <w:r>
        <w:t>میں آپ کو دو ایک ایگزامپل دوں گا۔</w:t>
      </w:r>
    </w:p>
    <w:p>
      <w:r>
        <w:rPr>
          <w:b/>
        </w:rPr>
        <w:t xml:space="preserve">[07:10] </w:t>
      </w:r>
      <w:r>
        <w:t>abhi aaj mere paas ek telephone aaya bahar se. to ek sahib hain jo paise wale hain, apni ladki ki shadi unhon ne ki Europe ke ek city mein.</w:t>
      </w:r>
    </w:p>
    <w:p>
      <w:pPr>
        <w:jc w:val="right"/>
      </w:pPr>
      <w:r>
        <w:t>ابھی آج میرے پاس ایک ٹیلی فون آیا باہر سے۔ تو ایک صاحب ہیں جو پیسے والے ہیں، اپنی لڑکی کی شادی انہوں نے کی یورپ کے ایک سٹی میں۔</w:t>
      </w:r>
    </w:p>
    <w:p>
      <w:r>
        <w:rPr>
          <w:b/>
        </w:rPr>
        <w:t xml:space="preserve">[07:26] </w:t>
      </w:r>
      <w:r>
        <w:t>rehti theen woh, wahan gayeen, woh wahan shayad chaar saal rahein, phir wahan se woh chali aaein ghussa ho kar.</w:t>
      </w:r>
    </w:p>
    <w:p>
      <w:pPr>
        <w:jc w:val="right"/>
      </w:pPr>
      <w:r>
        <w:t>رہتی تھیں وہ، وہاں گئیں، وہ وہاں شاید چار سال رہیں، پھر وہاں سے وہ چلی آئیں غصہ ہو کر۔</w:t>
      </w:r>
    </w:p>
    <w:p>
      <w:r>
        <w:rPr>
          <w:b/>
        </w:rPr>
        <w:t xml:space="preserve">[07:39] </w:t>
      </w:r>
      <w:r>
        <w:t>to unhon ne kya kaha? aa kar ke ke mera jo husband hai, woh bohat adamant hai, adamant hai, yani ziddee hai. to maa baap ne maan liya ke sach mein adamant hai.</w:t>
      </w:r>
    </w:p>
    <w:p>
      <w:pPr>
        <w:jc w:val="right"/>
      </w:pPr>
      <w:r>
        <w:t>تو انہوں نے کیا کہا؟ آ کر کے کہ میرا جو ہسبینڈ ہے، وہ بہت ایڈمنٹ ہے، ایڈمنٹ ہے، یعنی ضدی ہے۔ تو ماں باپ نے مان لیا کہ سچ میں ایڈمنٹ ہے۔</w:t>
      </w:r>
    </w:p>
    <w:p>
      <w:r>
        <w:rPr>
          <w:b/>
        </w:rPr>
        <w:t xml:space="preserve">[07:53] </w:t>
      </w:r>
      <w:r>
        <w:t>to is baap maa ne kaha ke hamare paas Khuda ka diya bohat kuch hai, beti raho tum hamare.</w:t>
      </w:r>
    </w:p>
    <w:p>
      <w:pPr>
        <w:jc w:val="right"/>
      </w:pPr>
      <w:r>
        <w:t>تو اس باپ ماں نے کہا کہ ہمارے پاس خدا کا دیا بہت کچھ ہے، بیٹی رہو تم ہمارے۔</w:t>
      </w:r>
    </w:p>
    <w:p>
      <w:r>
        <w:rPr>
          <w:b/>
        </w:rPr>
        <w:t xml:space="preserve">[08:01] </w:t>
      </w:r>
      <w:r>
        <w:t>to mein ne kaha ke yeh aap ne beti ke sath acha nahi kiya.</w:t>
      </w:r>
    </w:p>
    <w:p>
      <w:pPr>
        <w:jc w:val="right"/>
      </w:pPr>
      <w:r>
        <w:t>تو میں نے کہا کہ یہ آپ نے بیٹی کے ساتھ اچھا نہیں کیا۔</w:t>
      </w:r>
    </w:p>
    <w:p>
      <w:r>
        <w:rPr>
          <w:b/>
        </w:rPr>
        <w:t xml:space="preserve">[08:06] </w:t>
      </w:r>
      <w:r>
        <w:t>dekhiye, ek ladke ka nibah hamesha susral mein hota hai, maike mein nahi hota. it is law of nature. jab shadi ho gayi to is ka nibah mein maike mein nahi ho sakta, susral mein hoga.</w:t>
      </w:r>
    </w:p>
    <w:p>
      <w:pPr>
        <w:jc w:val="right"/>
      </w:pPr>
      <w:r>
        <w:t>دیکھیے، ایک لڑکے کا نباہ ہمیشہ سسرال میں ہوتا ہے، میکے میں نہیں ہوتا۔ اٹ از لاء آف نیچر۔ جب شادی ہو گئی تو اس کا نباہ میں میکے میں نہیں ہو سکتا، سسرال میں ہوگا۔</w:t>
      </w:r>
    </w:p>
    <w:p>
      <w:r>
        <w:rPr>
          <w:b/>
        </w:rPr>
        <w:t xml:space="preserve">[08:22] </w:t>
      </w:r>
      <w:r>
        <w:t>to mein ne un se kaha ke dekhiye, yeh aap ne galat kiya hai. koi adamant aur adamant nahi hota, sab insan hote hain. aaj in ka telephone aaya ke woh admi jo hai, aanay wala hai patch up karne ke liye.</w:t>
      </w:r>
    </w:p>
    <w:p>
      <w:pPr>
        <w:jc w:val="right"/>
      </w:pPr>
      <w:r>
        <w:t>تو میں نے ان سے کہا کہ دیکھیے، یہ آپ نے غلط کیا ہے۔ کوئی ایڈمنٹ اور ایڈمنٹ نہیں ہوتا، سب انسان ہوتے ہیں۔ آج ان کا ٹیلی فون آیا کہ وہ آدمی جو ہے، آنے والا ہے پیچ اپ کرنے کے لیے۔</w:t>
      </w:r>
    </w:p>
    <w:p>
      <w:r>
        <w:rPr>
          <w:b/>
        </w:rPr>
        <w:t xml:space="preserve">[08:36] </w:t>
      </w:r>
      <w:r>
        <w:t>to mein ne kaha dekhiye, aap is ko airport pe ja kar receive kijiye. halankay un ka irada nahi tha ke airport pe receive karne ka, kyunke thora negative ho gaye thay.</w:t>
      </w:r>
    </w:p>
    <w:p>
      <w:pPr>
        <w:jc w:val="right"/>
      </w:pPr>
      <w:r>
        <w:t>تو میں نے کہا دیکھیے، آپ اس کو ایئرپورٹ پہ جا کے ریسیو کیجئے۔ حالانکہ ان کا ارادہ نہیں تھا کہ ایئرپورٹ پہ ریسیو کرنے کا، کیونکہ تھوڑا نیگیٹیو ہو گئے تھے۔</w:t>
      </w:r>
    </w:p>
    <w:p>
      <w:r>
        <w:rPr>
          <w:b/>
        </w:rPr>
        <w:t xml:space="preserve">[08:45] </w:t>
      </w:r>
      <w:r>
        <w:t>woh aata hai to aao. mein ne kaha ke aap airport pe receive kijiye aur kuch bhi peechay ki baat is se na kijiye.</w:t>
      </w:r>
    </w:p>
    <w:p>
      <w:pPr>
        <w:jc w:val="right"/>
      </w:pPr>
      <w:r>
        <w:t>وہ آتا ہے تو آوے۔ میں نے کہا کہ آپ ایئرپورٹ پہ ریسیو کیجئے اور کچھ بھی پیچھے کی بات اس سے نہ کیجئے۔</w:t>
      </w:r>
    </w:p>
    <w:p>
      <w:r>
        <w:rPr>
          <w:b/>
        </w:rPr>
        <w:t xml:space="preserve">[08:59] </w:t>
      </w:r>
      <w:r>
        <w:t>unki wife ne kaha ke hum kuch condition lagayeinge. mein ne kaha nahi.</w:t>
      </w:r>
    </w:p>
    <w:p>
      <w:pPr>
        <w:jc w:val="right"/>
      </w:pPr>
      <w:r>
        <w:t>ان کی وائف نے کہا کہ ہم کچھ کنڈیشن لگائیں گے۔ میں نے کہا نہیں۔</w:t>
      </w:r>
    </w:p>
    <w:p>
      <w:r>
        <w:rPr>
          <w:b/>
        </w:rPr>
        <w:t xml:space="preserve">[09:04] </w:t>
      </w:r>
      <w:r>
        <w:t>mein ne kaha it is nature that prevails, not the conditions. aap jo condition lagayeinge, woh to hawa urr jaye gi.</w:t>
      </w:r>
    </w:p>
    <w:p>
      <w:pPr>
        <w:jc w:val="right"/>
      </w:pPr>
      <w:r>
        <w:t>میں نے کہا اٹ از نیچر دیٹ پریویئرز، ناٹ دی کنڈیشنز۔ آپ جو کنڈیشن لگائیں گے، وہ تو ہوا اڑ جائے گی۔</w:t>
      </w:r>
    </w:p>
    <w:p>
      <w:r>
        <w:rPr>
          <w:b/>
        </w:rPr>
        <w:t xml:space="preserve">[09:14] </w:t>
      </w:r>
      <w:r>
        <w:t>condition is nothing. to you have to trust in nature. it is nature that prevails.</w:t>
      </w:r>
    </w:p>
    <w:p>
      <w:pPr>
        <w:jc w:val="right"/>
      </w:pPr>
      <w:r>
        <w:t>کنڈیشن از نتھنگ۔ تو یو ہیو ٹو ٹرسٹ ان نیچر۔ اٹ از نیچر دیٹ پریویئرز۔</w:t>
      </w:r>
    </w:p>
    <w:p>
      <w:r>
        <w:rPr>
          <w:b/>
        </w:rPr>
        <w:t xml:space="preserve">[09:24] </w:t>
      </w:r>
      <w:r>
        <w:t>to unhon ne kaha ke nature kya cheez hai?</w:t>
      </w:r>
    </w:p>
    <w:p>
      <w:pPr>
        <w:jc w:val="right"/>
      </w:pPr>
      <w:r>
        <w:t>تو انہوں نے کہا کہ نیچر کیا چیز ہے؟</w:t>
      </w:r>
    </w:p>
    <w:p>
      <w:r>
        <w:rPr>
          <w:b/>
        </w:rPr>
        <w:t xml:space="preserve">[09:26] </w:t>
      </w:r>
      <w:r>
        <w:t>mein ne kaha dekhiye, jo husband hai, us ke aur wife ke beech mein link jo hota hai, woh aulad hoti hai. boy bachay hote hain, do bachay hain.</w:t>
      </w:r>
    </w:p>
    <w:p>
      <w:pPr>
        <w:jc w:val="right"/>
      </w:pPr>
      <w:r>
        <w:t>میں نے کہا دیکھیے، جو ہسبینڈ ہے، اس کے اور وائف کے بیچ میں لنک جو ہوتا ہے، وہ اولاد ہوتی ہے۔ بوائے بچے ہوتے ہیں، دو بچے ہیں۔</w:t>
      </w:r>
    </w:p>
    <w:p>
      <w:r>
        <w:rPr>
          <w:b/>
        </w:rPr>
        <w:t xml:space="preserve">[09:38] </w:t>
      </w:r>
      <w:r>
        <w:t>to bas do bachay is baat ki guarantee hain ke dono ke beech mein ek bandhan bana rahe ga. yeh that is nature. to so you have to avail this nature.</w:t>
      </w:r>
    </w:p>
    <w:p>
      <w:pPr>
        <w:jc w:val="right"/>
      </w:pPr>
      <w:r>
        <w:t>تو بس دو بچے اس بات کی گارنٹی ہیں کہ دونوں کے بیچ میں ایک بندھن بنا رہے گا۔ یہ دیٹ از نیچر۔ تو سو یو ہیو ٹو اویل دس نیچر۔</w:t>
      </w:r>
    </w:p>
    <w:p>
      <w:r>
        <w:rPr>
          <w:b/>
        </w:rPr>
        <w:t xml:space="preserve">[09:52] </w:t>
      </w:r>
      <w:r>
        <w:t>lekin dekhiye, nature ke kisi bhi nature ki kisi bhi opportunity ko avail karne ke liye ek cheez chahiye, woh hai patience.</w:t>
      </w:r>
    </w:p>
    <w:p>
      <w:pPr>
        <w:jc w:val="right"/>
      </w:pPr>
      <w:r>
        <w:t>لیکن دیکھیے، نیچر کے کسی بھی نیچر کی کسی بھی اپرچونیٹی کو اویل کرنے کے لیے ایک چیز چاہیے، وہ ہے پیشنس۔</w:t>
      </w:r>
    </w:p>
    <w:p>
      <w:r>
        <w:rPr>
          <w:b/>
        </w:rPr>
        <w:t xml:space="preserve">[10:04] </w:t>
      </w:r>
      <w:r>
        <w:t>woh hai patience. kyunke doosra aadmi jo hai, uske andar nature ke sath sath ek aur cheez hai, woh kya hai? ego.</w:t>
      </w:r>
    </w:p>
    <w:p>
      <w:pPr>
        <w:jc w:val="right"/>
      </w:pPr>
      <w:r>
        <w:t>وہ ہے پیشنس۔ کیونکہ دوسرا آدمی جو ہے، اس کے اندر نیچر کے ساتھ ساتھ ایک اور چیز ہے، وہ کیا ہے؟ ایگو۔</w:t>
      </w:r>
    </w:p>
    <w:p>
      <w:r>
        <w:rPr>
          <w:b/>
        </w:rPr>
        <w:t xml:space="preserve">[10:13] </w:t>
      </w:r>
      <w:r>
        <w:t>agar aap ego bharka dein us ka toh kya hoga? nature dab jayega.</w:t>
      </w:r>
    </w:p>
    <w:p>
      <w:pPr>
        <w:jc w:val="right"/>
      </w:pPr>
      <w:r>
        <w:t>اگر آپ ایگو بھڑکا دیں اس کا تو کیا ہوگا؟ نیچر دب جائے گا۔</w:t>
      </w:r>
    </w:p>
    <w:p>
      <w:r>
        <w:rPr>
          <w:b/>
        </w:rPr>
        <w:t xml:space="preserve">[10:20] </w:t>
      </w:r>
      <w:r>
        <w:t>agar aap chahte hain ke aap nature ko avail karein, nature ki opportunity ko avail karein, toh so you have to to keep patience.</w:t>
      </w:r>
    </w:p>
    <w:p>
      <w:pPr>
        <w:jc w:val="right"/>
      </w:pPr>
      <w:r>
        <w:t>اگر آپ چاہتے ہیں کہ آپ نیچر کو اویل کریں، نیچر کی اپرچونیٹی کو اویل کریں، تو سو یو ہیو ٹو ٹو کیپ پیشنس۔</w:t>
      </w:r>
    </w:p>
    <w:p>
      <w:r>
        <w:rPr>
          <w:b/>
        </w:rPr>
        <w:t xml:space="preserve">[10:34] </w:t>
      </w:r>
      <w:r>
        <w:t>you have you have to adopt the formula of compromise. toh khair, maine bahut samjhaya. balkeh woh dilli aane wale they.</w:t>
      </w:r>
    </w:p>
    <w:p>
      <w:pPr>
        <w:jc w:val="right"/>
      </w:pPr>
      <w:r>
        <w:t>یو ہیو یو ہیو ٹو اڈاپٹ دا فارمولا آف کمپرومائز۔ تو خیر، میں نے بہت سمجھایا۔ بلکہ وہ دلی آنے والے تھے۔</w:t>
      </w:r>
    </w:p>
    <w:p>
      <w:r>
        <w:rPr>
          <w:b/>
        </w:rPr>
        <w:t xml:space="preserve">[10:44] </w:t>
      </w:r>
      <w:r>
        <w:t>maine kaha dilli harkat bataiye aap.</w:t>
      </w:r>
    </w:p>
    <w:p>
      <w:pPr>
        <w:jc w:val="right"/>
      </w:pPr>
      <w:r>
        <w:t>میں نے کہا دلی حرکت بتائیے آپ۔</w:t>
      </w:r>
    </w:p>
    <w:p>
      <w:r>
        <w:rPr>
          <w:b/>
        </w:rPr>
        <w:t xml:space="preserve">[10:49] </w:t>
      </w:r>
      <w:r>
        <w:t>aap wahin rahiye aur aap un ke aane se pehle apni beti ko tayyar kijiye, apni biwi ko tayyar kijiye, poore ghar ko tayyar kijiye.</w:t>
      </w:r>
    </w:p>
    <w:p>
      <w:pPr>
        <w:jc w:val="right"/>
      </w:pPr>
      <w:r>
        <w:t>آپ وہیں رہیے اور آپ ان کے آنے سے پہلے اپنی بیٹی کو تیار کیجئے، اپنی بیوی کو تیار کیجئے، پورے گھر کو تیار کیجئے۔</w:t>
      </w:r>
    </w:p>
    <w:p>
      <w:r>
        <w:rPr>
          <w:b/>
        </w:rPr>
        <w:t xml:space="preserve">[10:59] </w:t>
      </w:r>
      <w:r>
        <w:t>un ke aane par koi aadmi koi negative boli na boley, hansi khushiyan aaein, hansi khushiyan le ke chale jaaein. toh mujhe yaqeen hai ke aage woh news dein ge ke wahan toh bahut khush khush reh rahi hai.</w:t>
      </w:r>
    </w:p>
    <w:p>
      <w:pPr>
        <w:jc w:val="right"/>
      </w:pPr>
      <w:r>
        <w:t>ان کے آنے پر کوئی آدمی کوئی نیگیٹیو بولی نہ بولے، ہنسی خوشیاں آئیں، ہنسی خوشیاں لے کے چلے جائیں۔ تو مجھے یقین ہے کہ آگے وہ نیوز دیں گے کہ وہاں تو بہت خوش خوش رہ رہی ہے۔</w:t>
      </w:r>
    </w:p>
    <w:p>
      <w:r>
        <w:rPr>
          <w:b/>
        </w:rPr>
        <w:t xml:space="preserve">[11:13] </w:t>
      </w:r>
      <w:r>
        <w:t>woh</w:t>
      </w:r>
    </w:p>
    <w:p>
      <w:pPr>
        <w:jc w:val="right"/>
      </w:pPr>
      <w:r>
        <w:t>وہ</w:t>
      </w:r>
    </w:p>
    <w:p>
      <w:r>
        <w:rPr>
          <w:b/>
        </w:rPr>
        <w:t xml:space="preserve">[11:16] </w:t>
      </w:r>
      <w:r>
        <w:t>ek hi baat hai ke woh wahan ka sab compromise kar ke rahey. mujhe zara bhi shakk nahi ke woh bilkul normal ho jayega sara mamla.</w:t>
      </w:r>
    </w:p>
    <w:p>
      <w:pPr>
        <w:jc w:val="right"/>
      </w:pPr>
      <w:r>
        <w:t>ایک ہی بات ہے کہ وہ وہاں کا سب کمپرومائز کر کے رہے۔ مجھے ذرا بھی شک نہیں کہ وہ بالکل نارمل ہو جائے گا سارا معاملہ۔</w:t>
      </w:r>
    </w:p>
    <w:p>
      <w:r>
        <w:rPr>
          <w:b/>
        </w:rPr>
        <w:t xml:space="preserve">[11:25] </w:t>
      </w:r>
      <w:r>
        <w:t>kyunke mere aur bahut se mere experiences</w:t>
      </w:r>
    </w:p>
    <w:p>
      <w:pPr>
        <w:jc w:val="right"/>
      </w:pPr>
      <w:r>
        <w:t>کیونکہ میرے اور بہت سے میرے ایکسپیر</w:t>
      </w:r>
    </w:p>
    <w:p>
      <w:r>
        <w:rPr>
          <w:b/>
        </w:rPr>
        <w:t xml:space="preserve">[11:27] </w:t>
      </w:r>
      <w:r>
        <w:t>hain. jaise ek aur lady ka mere paas telephone aaya jo hamare magazine ko padhti hain. toh unhon ne kaha ke meri behan ka aaj separation hone wala hai, talaq.</w:t>
      </w:r>
    </w:p>
    <w:p>
      <w:pPr>
        <w:jc w:val="right"/>
      </w:pPr>
      <w:r>
        <w:t>ینس ہیں۔ جیسے ایک اور لیڈی کا میرے پاس ٹیلی فون آیا جو ہمارے میگزین کو پڑھتی ہیں۔ تو انہوں نے کہا کہ میری بہن کا آج سیپریشن ہونے والا ہے، طلاق۔</w:t>
      </w:r>
    </w:p>
    <w:p>
      <w:r>
        <w:rPr>
          <w:b/>
        </w:rPr>
        <w:t xml:space="preserve">[11:41] </w:t>
      </w:r>
      <w:r>
        <w:t>toh aap dua kijiye ke talaq ke baad meri behan jo hai, us ko achhi zindagi mil jaye. goya dua ke liye telephone kiya tha unhon ne, dua ke liye.</w:t>
      </w:r>
    </w:p>
    <w:p>
      <w:pPr>
        <w:jc w:val="right"/>
      </w:pPr>
      <w:r>
        <w:t>تو آپ دعا کیجئے کہ طلاق کے بعد میری بہن جو ہے، اس کو اچھی زندگی مل جائے۔ گویا دعا کے لیے ٹیلی فون کیا تھا انہوں نے، دعا کے لیے۔</w:t>
      </w:r>
    </w:p>
    <w:p>
      <w:r>
        <w:rPr>
          <w:b/>
        </w:rPr>
        <w:t xml:space="preserve">[11:52] </w:t>
      </w:r>
      <w:r>
        <w:t>toh maine kaha ke nahi, yeh sab dua nahi ki jati.</w:t>
      </w:r>
    </w:p>
    <w:p>
      <w:pPr>
        <w:jc w:val="right"/>
      </w:pPr>
      <w:r>
        <w:t>تو میں نے کہا کہ نہیں، یہ سب دعا نہیں کی جاتی۔</w:t>
      </w:r>
    </w:p>
    <w:p>
      <w:r>
        <w:rPr>
          <w:b/>
        </w:rPr>
        <w:t xml:space="preserve">[11:57] </w:t>
      </w:r>
      <w:r>
        <w:t>aap apni behan se baat karaiye. toh maine apni behan ki hammering ki ke kya shadi ki jati hai talaq ke liye? shadi talaq ke liye nahi ki jati hai.</w:t>
      </w:r>
    </w:p>
    <w:p>
      <w:pPr>
        <w:jc w:val="right"/>
      </w:pPr>
      <w:r>
        <w:t>آپ اپنی بہن سے بات کرائیے۔ تو میں نے اپنی بہن کی ہیمرنگ کی کہ کیا شادی کی جاتی ہے طلاق کے لیے؟ شادی طلاق کے لیے نہیں کی جاتی ہے۔</w:t>
      </w:r>
    </w:p>
    <w:p>
      <w:r>
        <w:rPr>
          <w:b/>
        </w:rPr>
        <w:t xml:space="preserve">[12:11] </w:t>
      </w:r>
      <w:r>
        <w:t>maine kaha bilkul nahi, aap ko talaq nahi lena hai. unhon ne kaha ke aaj aayega mera husband. jab maine kaha aayega jab, toh aap keh dijiye ke main unilateral tor par tum se ab compromise karne ko tayyar hoon.</w:t>
      </w:r>
    </w:p>
    <w:p>
      <w:pPr>
        <w:jc w:val="right"/>
      </w:pPr>
      <w:r>
        <w:t>میں نے کہا بالکل نہیں، آپ کو طلاق نہیں لینا ہے۔ انہوں نے کہا کہ آج آئے گا میرا ہسبینڈ۔ جب میں نے کہا آئے گا جب، تو آپ کہہ دیجئے کہ میں انلیٹرل طور پر تم سے اب کمپرومائز کرنے کو تیار ہوں۔</w:t>
      </w:r>
    </w:p>
    <w:p>
      <w:r>
        <w:rPr>
          <w:b/>
        </w:rPr>
        <w:t xml:space="preserve">[12:23] </w:t>
      </w:r>
      <w:r>
        <w:t>yeh bol dijiye aap. kaha aise kaise ho sakta hai? unhon ne kaha aise hi ho sakta hai.</w:t>
      </w:r>
    </w:p>
    <w:p>
      <w:pPr>
        <w:jc w:val="right"/>
      </w:pPr>
      <w:r>
        <w:t>یہ بول دیجئے آپ۔ کہا ایسے کیسے ہو سکتا ہے؟ انہوں نے کہا ایسے ہی ہو سکتا ہے۔</w:t>
      </w:r>
    </w:p>
    <w:p>
      <w:r>
        <w:rPr>
          <w:b/>
        </w:rPr>
        <w:t xml:space="preserve">[12:28] </w:t>
      </w:r>
      <w:r>
        <w:t>maine kaha main aap ke dada ke barabar hoon, main aap ke dada ji ke barabar hoon. meri age jo hai, mere paas suniye aap, mere experiences aap se thousand times zyada hain.</w:t>
      </w:r>
    </w:p>
    <w:p>
      <w:pPr>
        <w:jc w:val="right"/>
      </w:pPr>
      <w:r>
        <w:t>میں نے کہا میں آپ کے دادا کے برابر ہوں، میں آپ کے دادا جی کے برابر ہوں۔ میری ایج جو ہے، میرے پاس سنیے آپ، میرے ایکسپیرینس آپ سے تھاؤزنڈ ٹائمز زیادہ ہیں۔</w:t>
      </w:r>
    </w:p>
    <w:p>
      <w:r>
        <w:rPr>
          <w:b/>
        </w:rPr>
        <w:t xml:space="preserve">[12:40] </w:t>
      </w:r>
      <w:r>
        <w:t>toh khair, un ko bahut samjhaya maine. aapas mein differences they un ke. maine kaha koi difference jo hai, us par baat mat kijiye aap. keh dijiye ke difference khatam, hum tumhare sath mil jul kar rahenge, hum tum ko boss bana kar rahenge, boss b.o.w.s boss.</w:t>
      </w:r>
    </w:p>
    <w:p>
      <w:pPr>
        <w:jc w:val="right"/>
      </w:pPr>
      <w:r>
        <w:t>تو خیر، ان کو بہت سمجھایا میں نے۔ آپس میں ڈیفرنسز تھے ان کے۔ میں نے کہا کوئی ڈیفرنس جو ہے، اس پر بات مت کیجئے آپ۔ کہہ دیجئے کہ ڈیفرنس ختم، ہم تمہارے ساتھ مل جل کر رہیں گے، ہم تم کو باس بنا کر رہیں گے، باس بی او ڈبلیو ایس باس۔</w:t>
      </w:r>
    </w:p>
    <w:p>
      <w:r>
        <w:rPr>
          <w:b/>
        </w:rPr>
        <w:t xml:space="preserve">[12:58] </w:t>
      </w:r>
      <w:r>
        <w:t>ab jis baat ko chaar saal ho chuke hain, wohi lady usi ghar mein bahut khushi ke sath reh rahi hai, kuch bhi nahi.</w:t>
      </w:r>
    </w:p>
    <w:p>
      <w:pPr>
        <w:jc w:val="right"/>
      </w:pPr>
      <w:r>
        <w:t>اب جس بات کو چار سال ہو چکے ہیں، وہی لیڈی اسی گھر میں بہت خوشی کے ساتھ رہ رہی ہے، کچھ بھی نہیں۔</w:t>
      </w:r>
    </w:p>
    <w:p>
      <w:r>
        <w:rPr>
          <w:b/>
        </w:rPr>
        <w:t xml:space="preserve">[13:10] </w:t>
      </w:r>
      <w:r>
        <w:t>toh spirituality woh hai jo aap ke mind ko awaken kare,</w:t>
      </w:r>
    </w:p>
    <w:p>
      <w:pPr>
        <w:jc w:val="right"/>
      </w:pPr>
      <w:r>
        <w:t>تو اسپیچولیٹی وہ ہے جو آپ کے مائنڈ کو اویکن کرے،</w:t>
      </w:r>
    </w:p>
    <w:p>
      <w:r>
        <w:rPr>
          <w:b/>
        </w:rPr>
        <w:t xml:space="preserve">[13:15] </w:t>
      </w:r>
      <w:r>
        <w:t>spirituality woh hai jo aap ke andar high thinking paida kare, spirituality woh hai jo aap ko yani that makes you enable, that enables you to live above all those negative thoughts like malice, intolerance, anger.</w:t>
      </w:r>
    </w:p>
    <w:p>
      <w:pPr>
        <w:jc w:val="right"/>
      </w:pPr>
      <w:r>
        <w:t>اسپیچولیٹی وہ ہے جو آپ کے اندر ہائی تھنکنگ پیدا کرے، اسپیچولیٹی وہ ہے جو آپ کو یعنی دیٹ میکس یو اینیبل، دیٹ اینیبلز یو ٹو لیو اب دین ال دو نیگیٹیو تھاٹس لائک میلس، انٹولرنس، اینگر۔</w:t>
      </w:r>
    </w:p>
    <w:p>
      <w:r>
        <w:rPr>
          <w:b/>
        </w:rPr>
        <w:t xml:space="preserve">[13:39] </w:t>
      </w:r>
      <w:r>
        <w:t>us se upar uth kar jeena sikhaye, wohi male, wohi spirituality hai.</w:t>
      </w:r>
    </w:p>
    <w:p>
      <w:pPr>
        <w:jc w:val="right"/>
      </w:pPr>
      <w:r>
        <w:t>اس سے اوپر اٹھ کر جینا سکھائے، وہی میل، وہی اسپیریچولیٹی ہے۔</w:t>
      </w:r>
    </w:p>
    <w:p>
      <w:r>
        <w:rPr>
          <w:b/>
        </w:rPr>
        <w:t xml:space="preserve">[13:44] </w:t>
      </w:r>
      <w:r>
        <w:t>main hazaron logon ke bare mein yeh baat, yeh formula apna chuka hoon. main hamesha logon se kehta hoon ke dekho, sab se badi cheez nature hai, tumhari condition nahi hai.</w:t>
      </w:r>
    </w:p>
    <w:p>
      <w:pPr>
        <w:jc w:val="right"/>
      </w:pPr>
      <w:r>
        <w:t>میں ہزاروں لوگوں کے بارے میں یہ بات، یہ فارمولا اپنا چکا ہوں۔ میں ہمیشہ لوگوں سے کہتا ہوں کہ دیکھو، سب سے بڑی چیز نیچر ہے، تمہاری کنڈیشن نہیں ہے۔</w:t>
      </w:r>
    </w:p>
    <w:p>
      <w:r>
        <w:rPr>
          <w:b/>
        </w:rPr>
        <w:t xml:space="preserve">[13:55] </w:t>
      </w:r>
      <w:r>
        <w:t>chahe likho, chahe bolo, woh toh hawa mein urh jayegi. nature ko discover karo, sab se badi opportunity tumhare liye jo hai, woh nature hai.</w:t>
      </w:r>
    </w:p>
    <w:p>
      <w:pPr>
        <w:jc w:val="right"/>
      </w:pPr>
      <w:r>
        <w:t>چاہے لکھو، چاہے بولو، وہ تو ہوا میں اڑ جائے گی۔ نیچر کو ڈسکور کرو، سب سے بڑی اپرچونیٹی تمہارے لیے جو ہے، وہ نیچر ہے۔</w:t>
      </w:r>
    </w:p>
    <w:p>
      <w:r>
        <w:rPr>
          <w:b/>
        </w:rPr>
        <w:t xml:space="preserve">[14:09] </w:t>
      </w:r>
      <w:r>
        <w:t>meri jo spirituality hai, woh base karti hai nature</w:t>
      </w:r>
    </w:p>
    <w:p>
      <w:pPr>
        <w:jc w:val="right"/>
      </w:pPr>
      <w:r>
        <w:t>میری جو اسپیریچولیٹی ہے، وہ بیس کرتی ہے نیچر</w:t>
      </w:r>
    </w:p>
    <w:p>
      <w:r>
        <w:rPr>
          <w:b/>
        </w:rPr>
        <w:t xml:space="preserve">[14:12] </w:t>
      </w:r>
      <w:r>
        <w:t>par. Nature ko main insaan ke liye, kisi bhi insaan ke liye, sab se bari opportunity samajhta hoon.</w:t>
      </w:r>
    </w:p>
    <w:p>
      <w:pPr>
        <w:jc w:val="right"/>
      </w:pPr>
      <w:r>
        <w:t>پر۔ نیچر کو میں انسان کے لیے، کسی بھی انسان کے لیے، سب سے بڑی اپرچونیٹی سمجھتا ہوں۔</w:t>
      </w:r>
    </w:p>
    <w:p>
      <w:r>
        <w:rPr>
          <w:b/>
        </w:rPr>
        <w:t xml:space="preserve">[14:21] </w:t>
      </w:r>
      <w:r>
        <w:t>aur aur aur main samajhta hoon ke spirituality yahi hai, aadmi spirituality yeh hai ke aadmi ko woh is qabil banati hai ke nature ki is opportunity ko avail kar sake.</w:t>
      </w:r>
    </w:p>
    <w:p>
      <w:pPr>
        <w:jc w:val="right"/>
      </w:pPr>
      <w:r>
        <w:t>اور اور اور میں سمجھتا ہوں کہ اسپیریچولیٹی یہی ہے، آدمی اسپیریچولیٹی یہ ہے کہ آدمی کو وہ اس قابل بناتی ہے کہ نیچر کی اس اپرچونیٹی کو اویل کر سکے۔</w:t>
      </w:r>
    </w:p>
    <w:p>
      <w:r>
        <w:rPr>
          <w:b/>
        </w:rPr>
        <w:t xml:space="preserve">[14:34] </w:t>
      </w:r>
      <w:r>
        <w:t>woh avail kar sake, aam aadmi avail nahi kar sakta, kyunke aam aadmi kya karta hai? Woh cheeta hai reaction mein.</w:t>
      </w:r>
    </w:p>
    <w:p>
      <w:pPr>
        <w:jc w:val="right"/>
      </w:pPr>
      <w:r>
        <w:t>وہ اویل کر سکے، عام آدمی اویل نہیں کر سکتا، کیونکہ عام آدمی کیا کرتا ہے؟ وہ چیتا ہے ری ایکشن میں۔</w:t>
      </w:r>
    </w:p>
    <w:p>
      <w:r>
        <w:rPr>
          <w:b/>
        </w:rPr>
        <w:t xml:space="preserve">[14:44] </w:t>
      </w:r>
      <w:r>
        <w:t>reaction creates problem, reaction cant solve any problem. Toh sab se bara jo faida hota hai spirituality ka, woh yeh hai ke aap ko woh is qabil banati hai ke aap reaction na karein, balkeh manage karein.</w:t>
      </w:r>
    </w:p>
    <w:p>
      <w:pPr>
        <w:jc w:val="right"/>
      </w:pPr>
      <w:r>
        <w:t>ری ایکشن کریٹس پرابلم، ری ایکشن کینٹ سالو اینی پرابلم۔ تو سب سے بڑا جو فائدہ ہوتا ہے اسپیریچولیٹی کا، وہ یہ ہے کہ آپ کو وہ اس قابل بناتی ہے کہ آپ ری ایکشن نہ کریں، بلکہ مینج کریں۔</w:t>
      </w:r>
    </w:p>
    <w:p>
      <w:r>
        <w:rPr>
          <w:b/>
        </w:rPr>
        <w:t xml:space="preserve">[15:05] </w:t>
      </w:r>
      <w:r>
        <w:t>yaani jo life mein jo baat aaye, jo issues aayein, jo affairs aayein, jo problem aaye, toh aap react na karein, balkeh us ko manage karein.</w:t>
      </w:r>
    </w:p>
    <w:p>
      <w:pPr>
        <w:jc w:val="right"/>
      </w:pPr>
      <w:r>
        <w:t>یعنی جو لائف میں جو بات آئے، جو ایشوز آئیں، جو افیئرز آئیں، جو پرابلم آئے، تو آپ ری ایکٹ نہ کریں، بلکہ اس کو مینج کریں۔</w:t>
      </w:r>
    </w:p>
    <w:p>
      <w:r>
        <w:rPr>
          <w:b/>
        </w:rPr>
        <w:t xml:space="preserve">[15:17] </w:t>
      </w:r>
      <w:r>
        <w:t>yeh hai spirituality ka sab se bara contribution ek aadmi ki zindagi mein. Main aap ko example doonga ek jis se yeh baat clear hoti hai.</w:t>
      </w:r>
    </w:p>
    <w:p>
      <w:pPr>
        <w:jc w:val="right"/>
      </w:pPr>
      <w:r>
        <w:t>یہ ہے اسپیریچولیٹی کا سب سے بڑا کنٹریبیوشن ایک آدمی کی زندگی میں۔ میں آپ کو ایگزامپل دوں گا ایک جس سے یہ بات کلیئر ہوتی ہے۔</w:t>
      </w:r>
    </w:p>
    <w:p>
      <w:r>
        <w:rPr>
          <w:b/>
        </w:rPr>
        <w:t xml:space="preserve">[15:27] </w:t>
      </w:r>
      <w:r>
        <w:t>dekhein, main ek baar yahan se Shimla gaya tha ek conference mein. Is conference mein bohat se log they, mere Sonia Gandhi bhi theen aur aur bohat se log they, top ke log they.</w:t>
      </w:r>
    </w:p>
    <w:p>
      <w:pPr>
        <w:jc w:val="right"/>
      </w:pPr>
      <w:r>
        <w:t>دیکھیں، میں ایک بار یہاں سے شملہ گیا تھا ایک کانفرنس میں۔ اس کانفرنس میں بہت سے لوگ تھے، میرے سونیا گاندھی بھی تھیں اور اور بہت سے لوگ تھے، ٹاپ کے لوگ تھے۔</w:t>
      </w:r>
    </w:p>
    <w:p>
      <w:r>
        <w:rPr>
          <w:b/>
        </w:rPr>
        <w:t xml:space="preserve">[15:39] </w:t>
      </w:r>
      <w:r>
        <w:t>toh mujhe bhi bulaya gaya tha is mein. Ek special train se hum log gaye they yahan se Shimla. Toh rastay mein mere compartment mein se hum do aadmi they.</w:t>
      </w:r>
    </w:p>
    <w:p>
      <w:pPr>
        <w:jc w:val="right"/>
      </w:pPr>
      <w:r>
        <w:t>تو مجھے بھی بلایا گیا تھا اس میں۔ ایک سپیشل ٹرین سے ہم لوگ گئے تھے یہاں سے شملہ۔ تو راستے میں میرے کمپارٹمنٹ میں سے ہم دو آدمی تھے۔</w:t>
      </w:r>
    </w:p>
    <w:p>
      <w:r>
        <w:rPr>
          <w:b/>
        </w:rPr>
        <w:t xml:space="preserve">[15:50] </w:t>
      </w:r>
      <w:r>
        <w:t>main they, main tha aur ek ek district base magistrate they jo retire ho chuke they,</w:t>
      </w:r>
    </w:p>
    <w:p>
      <w:pPr>
        <w:jc w:val="right"/>
      </w:pPr>
      <w:r>
        <w:t>میں تھے، میں تھا اور ایک ایک ڈسٹرکٹ بیس مجسٹریٹ تھے جو ریٹائر ہو چکے تھے،</w:t>
      </w:r>
    </w:p>
    <w:p>
      <w:r>
        <w:rPr>
          <w:b/>
        </w:rPr>
        <w:t xml:space="preserve">[15:56] </w:t>
      </w:r>
      <w:r>
        <w:t>bohat hi senior aadmi they. Hum do aadmi they. Ek qissa maine chhapa hai apne magazine mein un ke naam ke saath.</w:t>
      </w:r>
    </w:p>
    <w:p>
      <w:pPr>
        <w:jc w:val="right"/>
      </w:pPr>
      <w:r>
        <w:t>بہت ہی سینئر آدمی تھے۔ ہم دو آدمی تھے۔ ایک قصہ میں نے چھاپا ہے اپنے میگزین میں ان کے نام کے ساتھ۔</w:t>
      </w:r>
    </w:p>
    <w:p>
      <w:r>
        <w:rPr>
          <w:b/>
        </w:rPr>
        <w:t xml:space="preserve">[16:06] </w:t>
      </w:r>
      <w:r>
        <w:t>toh main hamesha kya karta hoon, logon se un ke experience poochta hoon. Experience, apna kuch experience share kijiye. Dekhein, har aadmi ke paas koi experience hota hai.</w:t>
      </w:r>
    </w:p>
    <w:p>
      <w:pPr>
        <w:jc w:val="right"/>
      </w:pPr>
      <w:r>
        <w:t>تو میں ہمیشہ کیا کرتا ہوں، لوگوں سے ان کے ایکسپیرینس پوچھتا ہوں۔ ایکسپیرینس، اپنا کچھ ایکسپیرینس شیئر کیجئے۔ دیکھیں، ہر آدمی کے پاس کوئی ایکسپیرینس ہوتا ہے۔</w:t>
      </w:r>
    </w:p>
    <w:p>
      <w:r>
        <w:rPr>
          <w:b/>
        </w:rPr>
        <w:t xml:space="preserve">[16:19] </w:t>
      </w:r>
      <w:r>
        <w:t>jab bhi aap interact karein toh sab se pehle logon se seekhne ki koshish kijiye,</w:t>
      </w:r>
    </w:p>
    <w:p>
      <w:pPr>
        <w:jc w:val="right"/>
      </w:pPr>
      <w:r>
        <w:t>جب بھی آپ انٹریکٹ کریں تو سب سے پہلے لوگوں سے سیکھنے کی کوشش کیجئے،</w:t>
      </w:r>
    </w:p>
    <w:p>
      <w:r>
        <w:rPr>
          <w:b/>
        </w:rPr>
        <w:t xml:space="preserve">[16:26] </w:t>
      </w:r>
      <w:r>
        <w:t>learning kijiye. Islam mein jo second Khalifa they, Umar Farooq, un ka waqt aata hai ke "kan yata'allamu min kulli ahad" yaani woh har ek se learning karte they,</w:t>
      </w:r>
    </w:p>
    <w:p>
      <w:pPr>
        <w:jc w:val="right"/>
      </w:pPr>
      <w:r>
        <w:t>لرننگ کیجئے۔ اسلام میں جو سیکنڈ خلیفہ تھے، عمر فاروق، ان کا وارم آتا ہے کہ کان یتعلم من کل احد یعنی وہ ہر ایک سے لرننگ کرتے تھے،</w:t>
      </w:r>
    </w:p>
    <w:p>
      <w:r>
        <w:rPr>
          <w:b/>
        </w:rPr>
        <w:t xml:space="preserve">[16:41] </w:t>
      </w:r>
      <w:r>
        <w:t>har ek se woh learning karte they, seekhte they. Toh maine bohat socha, bohat socha ke yeh kaise seekhte they, what was the process of learning.</w:t>
      </w:r>
    </w:p>
    <w:p>
      <w:pPr>
        <w:jc w:val="right"/>
      </w:pPr>
      <w:r>
        <w:t>ہر ایک سے وہ لرننگ کرتے تھے، سیکھتے تھے۔ تو میں نے بہت سوچا، بہت سوچا کہ یہ کیسے سیکھتے تھے، واٹ واز دا پراسیس اف لرننگ۔</w:t>
      </w:r>
    </w:p>
    <w:p>
      <w:r>
        <w:rPr>
          <w:b/>
        </w:rPr>
        <w:t xml:space="preserve">[16:55] </w:t>
      </w:r>
      <w:r>
        <w:t>toh kuch aur bhi mujhe hint mili is mein, toh maine use samjha. Maine ke har ek se woh question karte they. Hum log kya karte hain?</w:t>
      </w:r>
    </w:p>
    <w:p>
      <w:pPr>
        <w:jc w:val="right"/>
      </w:pPr>
      <w:r>
        <w:t>تو کچھ اور بھی مجھے ہنٹ ملی اس میں، تو میں نے اسے سمجھا۔ میں نے کہ ہر ایک سے وہ کوئسچن کرتے تھے۔ ہم لوگ کیا کرتے ہیں؟</w:t>
      </w:r>
    </w:p>
    <w:p>
      <w:r>
        <w:rPr>
          <w:b/>
        </w:rPr>
        <w:t xml:space="preserve">[17:03] </w:t>
      </w:r>
      <w:r>
        <w:t>koi mila, apne mind mein jo hai, usi ko lagte hain addel lein. Generally yahi hota hai ke mere mind mein kuch bhara hua hai, koi mila, jaldi se maine kaha addel lein us ko.</w:t>
      </w:r>
    </w:p>
    <w:p>
      <w:pPr>
        <w:jc w:val="right"/>
      </w:pPr>
      <w:r>
        <w:t>کوئی ملا، اپنے مائنڈ میں جو ہے، اسی کو لگتے ہیں اڈیل لیں۔ جنرلی یہی ہوتا ہے کہ میرے مائنڈ میں کچھ بھرا ہوا ہے، کوئی ملا، جلدی سے میں نے کہا اڈیل لیں اس کو۔</w:t>
      </w:r>
    </w:p>
    <w:p>
      <w:r>
        <w:rPr>
          <w:b/>
        </w:rPr>
        <w:t xml:space="preserve">[17:16] </w:t>
      </w:r>
      <w:r>
        <w:t>toh Umar Farooq aisa nahi karte they.</w:t>
      </w:r>
    </w:p>
    <w:p>
      <w:pPr>
        <w:jc w:val="right"/>
      </w:pPr>
      <w:r>
        <w:t>تو عمر فاروق ایسا نہیں کرتے تھے۔</w:t>
      </w:r>
    </w:p>
    <w:p>
      <w:r>
        <w:rPr>
          <w:b/>
        </w:rPr>
        <w:t xml:space="preserve">[17:21] </w:t>
      </w:r>
      <w:r>
        <w:t>aadmi se usi ka experience poochte they, us ki apni field ke bare mein poochte they. Yahan tak ke agar koi oont wala mil gaya, jo oont chalata tha, toh us se poochte they, bhai oont ke apne experience batao.</w:t>
      </w:r>
    </w:p>
    <w:p>
      <w:pPr>
        <w:jc w:val="right"/>
      </w:pPr>
      <w:r>
        <w:t>آدمی سے اسی کا ایکسپیرینس پوچھتے تھے، اس کی اپنی فیلڈ کے بارے میں پوچھتے تھے۔ یہاں تک کہ اگر کوئی اونٹ والا مل گیا، جو اونٹ چلاتا تھا، تو اس سے پوچھتے تھے، بھئی اونٹ کے اپنے ایکسپیرینس بتاؤ۔</w:t>
      </w:r>
    </w:p>
    <w:p>
      <w:r>
        <w:rPr>
          <w:b/>
        </w:rPr>
        <w:t xml:space="preserve">[17:35] </w:t>
      </w:r>
      <w:r>
        <w:t>aap jante hain, oont bari anokhi cheez hai. Oont ek ajeeb ajeebi ek miracle hai nature ka.</w:t>
      </w:r>
    </w:p>
    <w:p>
      <w:pPr>
        <w:jc w:val="right"/>
      </w:pPr>
      <w:r>
        <w:t>آپ جانتے ہیں، اونٹ بڑی انوکھی چیز ہے۔ اونٹ ایک عجیب عجیبی ایک بریکل ہے نیچر کا۔</w:t>
      </w:r>
    </w:p>
    <w:p>
      <w:r>
        <w:rPr>
          <w:b/>
        </w:rPr>
        <w:t xml:space="preserve">[17:43] </w:t>
      </w:r>
      <w:r>
        <w:t>yaani abhi maine ek article mein padha ke oont jab desert mein hota hai toh aap jante hain ke wahan storm aate hain, jis mein ret udti hai aur aankh aadmi ki aankh blind ho jati hai.</w:t>
      </w:r>
    </w:p>
    <w:p>
      <w:pPr>
        <w:jc w:val="right"/>
      </w:pPr>
      <w:r>
        <w:t>یعنی ابھی میں نے ایک آرٹیکل میں پڑھا کہ اونٹ جب ڈیزرٹ میں ہوتا ہے تو آپ جانتے ہیں کہ وہاں اسٹارم آتے ہیں، جس میں ریت اڑتی ہے اور آنکھ آدمی کی آنکھ بلائنڈ ہو جاتی ہے۔</w:t>
      </w:r>
    </w:p>
    <w:p>
      <w:r>
        <w:rPr>
          <w:b/>
        </w:rPr>
        <w:t xml:space="preserve">[17:56] </w:t>
      </w:r>
      <w:r>
        <w:t>toh ret mein kaise chalta hai? Woh oont kaise chalta hai? Oont it is a miracle ke ret mein bhi, ret ke toofan mein bhi, oont apna safar karta rehta hai.</w:t>
      </w:r>
    </w:p>
    <w:p>
      <w:pPr>
        <w:jc w:val="right"/>
      </w:pPr>
      <w:r>
        <w:t>تو ریت میں کیسے چلتا ہے؟ وہ اونٹ کیسے چلتا ہے؟ اونٹ اٹ از ا بریکل کہ ریت میں بھی، ریت کے طوفان میں بھی، اونٹ اپنا سفر کرتا رہتا ہے۔</w:t>
      </w:r>
    </w:p>
    <w:p>
      <w:r>
        <w:rPr>
          <w:b/>
        </w:rPr>
        <w:t xml:space="preserve">[18:10] </w:t>
      </w:r>
      <w:r>
        <w:t>toh research hui hai ke yeh jo us ki palk hoti hai oont ki, woh transparent hoti hai. Anokhi hai, yeh kaisi anokhi baat hai?</w:t>
      </w:r>
    </w:p>
    <w:p>
      <w:pPr>
        <w:jc w:val="right"/>
      </w:pPr>
      <w:r>
        <w:t>تو ریسرچ ہوئی ہے کہ یہ جو اس کی پلک ہوتی ہے اونٹ کی، وہ ٹرانسپیرنٹ ہوتی ہے۔ انوکھی ہے، یہ کیسی انوکھی بات ہے؟</w:t>
      </w:r>
    </w:p>
    <w:p>
      <w:r>
        <w:rPr>
          <w:b/>
        </w:rPr>
        <w:t xml:space="preserve">[18:20] </w:t>
      </w:r>
      <w:r>
        <w:t>us ki palk transparent, hum aap apni palk band kar lein toh kuch dikhai nahi dega, lekin oont jo hai, us ki palk transparent hoti hai. Toh ret mein woh phir bhi dekhta hai, dekhta rehta hai aur chalta rehta hai.</w:t>
      </w:r>
    </w:p>
    <w:p>
      <w:pPr>
        <w:jc w:val="right"/>
      </w:pPr>
      <w:r>
        <w:t>اس کی پلک ٹرانسپیرنٹ، ہم آپ اپنی پلک بند کر لیں تو کچھ دکھائی نہیں دے گا، لیکن اونٹ جو ہے، اس کی پلک ٹرانسپیرنٹ ہوتی ہے۔ تو ریت میں وہ پھر بھی دیکھتا ہے، دیکھتا رہتا ہے اور چلتا رہتا ہے۔</w:t>
      </w:r>
    </w:p>
    <w:p>
      <w:r>
        <w:rPr>
          <w:b/>
        </w:rPr>
        <w:t xml:space="preserve">[18:34] </w:t>
      </w:r>
      <w:r>
        <w:t>toh khair, aisa tareeqa tha un ka.</w:t>
      </w:r>
    </w:p>
    <w:p>
      <w:pPr>
        <w:jc w:val="right"/>
      </w:pPr>
      <w:r>
        <w:t>تو خیر، ایسا طریقہ تھا ان کا۔</w:t>
      </w:r>
    </w:p>
    <w:p>
      <w:r>
        <w:rPr>
          <w:b/>
        </w:rPr>
        <w:t xml:space="preserve">[18:39] </w:t>
      </w:r>
      <w:r>
        <w:t>to poochh kar ke logon se keh ke ke bhai apne apna experience ko share karo, is tarah woh learning karte thay.</w:t>
      </w:r>
    </w:p>
    <w:p>
      <w:pPr>
        <w:jc w:val="right"/>
      </w:pPr>
      <w:r>
        <w:t>تو پوچھ کر کے لوگوں سے کہہ کے کہ بھئی اپنے اپنا ایکسپیرینس کو شیئر کرو، اس طرح وہ لرننگ کرتے تھے۔</w:t>
      </w:r>
    </w:p>
    <w:p>
      <w:r>
        <w:rPr>
          <w:b/>
        </w:rPr>
        <w:t xml:space="preserve">[18:51] </w:t>
      </w:r>
      <w:r>
        <w:t>to main, main ne jo bataya ke district magistrate sahib thay, retired, un se poochhta raha, poochhta raha, poochhta raha. to ek bohat hi interesting story batai unhon ne apni.</w:t>
      </w:r>
    </w:p>
    <w:p>
      <w:pPr>
        <w:jc w:val="right"/>
      </w:pPr>
      <w:r>
        <w:t>تو میں، میں نے جو بتایا کہ ڈسٹرکٹ مجسٹریٹ صاحب تھے، ریٹائرڈ، ان سے پوچھتا رہا، پوچھتا رہا، پوچھتا رہا۔ تو ایک بہت ہی انٹرسٹنگ سٹوری بتائی انہوں نے اپنی۔</w:t>
      </w:r>
    </w:p>
    <w:p>
      <w:r>
        <w:rPr>
          <w:b/>
        </w:rPr>
        <w:t xml:space="preserve">[19:03] </w:t>
      </w:r>
      <w:r>
        <w:t>unhon ne kaha ke main falan jagah district magistrate tha,</w:t>
      </w:r>
    </w:p>
    <w:p>
      <w:pPr>
        <w:jc w:val="right"/>
      </w:pPr>
      <w:r>
        <w:t>انہوں نے کہا کہ میں فلاں جگہ ڈسٹرکٹ مجسٹریٹ تھا،</w:t>
      </w:r>
    </w:p>
    <w:p>
      <w:r>
        <w:rPr>
          <w:b/>
        </w:rPr>
        <w:t xml:space="preserve">[19:09] </w:t>
      </w:r>
      <w:r>
        <w:t>to mere log jo thay, unhon ne bataya jo government ke log thay ke sheher se ek jaloos aa raha hai, aap se bohat ghussa ho gaya hai kisi baat par, yahan aa kar pathrao karega,</w:t>
      </w:r>
    </w:p>
    <w:p>
      <w:pPr>
        <w:jc w:val="right"/>
      </w:pPr>
      <w:r>
        <w:t>تو میرے لوگ جو تھے، انہوں نے بتایا جو گورنمنٹ کے لوگ تھے کہ شہر سے ایک جلوس آ رہا ہے، آپ سے بہت غصہ ہو گیا ہے کسی بات پر، یہاں آ کر پتھراؤ کرے گا،</w:t>
      </w:r>
    </w:p>
    <w:p>
      <w:r>
        <w:rPr>
          <w:b/>
        </w:rPr>
        <w:t xml:space="preserve">[19:26] </w:t>
      </w:r>
      <w:r>
        <w:t>nara laga raha hai aap ke khilaf, chala aa raha hai. yani un ki jo kothi thi, woh sheher se bahar thi, to sheher se woh jaloos aa raha hai.</w:t>
      </w:r>
    </w:p>
    <w:p>
      <w:pPr>
        <w:jc w:val="right"/>
      </w:pPr>
      <w:r>
        <w:t>نعرہ لگا رہا ہے آپ کے خلاف، چلا آ رہا ہے۔ یعنی ان کی جو کوٹھی تھی، وہ شہر سے باہر تھی، تو شہر سے وہ جلوس آ رہا ہے۔</w:t>
      </w:r>
    </w:p>
    <w:p>
      <w:r>
        <w:rPr>
          <w:b/>
        </w:rPr>
        <w:t xml:space="preserve">[19:37] </w:t>
      </w:r>
      <w:r>
        <w:t>kuchh trade union ke log thay, woh ko le ke chale aa rahe thay. to unhon ne kaha ke main ne kya kiya?</w:t>
      </w:r>
    </w:p>
    <w:p>
      <w:pPr>
        <w:jc w:val="right"/>
      </w:pPr>
      <w:r>
        <w:t>کچھ ٹریڈ یونین کے لوگ تھے، وہ کو لے کے چلے آ رہے تھے۔ تو انہوں نے کہا کہ میں نے کیا کیا؟</w:t>
      </w:r>
    </w:p>
    <w:p>
      <w:r>
        <w:rPr>
          <w:b/>
        </w:rPr>
        <w:t xml:space="preserve">[19:47] </w:t>
      </w:r>
      <w:r>
        <w:t>ke main ne socha, yani ek tha ke reaction zahir hai ke district magistrate ke paas police hoti hai, order dete hain, jao is ko roko, lathi charge karo, goli chalao.</w:t>
      </w:r>
    </w:p>
    <w:p>
      <w:pPr>
        <w:jc w:val="right"/>
      </w:pPr>
      <w:r>
        <w:t>کہ میں نے سوچا، یعنی ایک تھا کہ ری ایکشن ظاہر ہے کہ ڈسٹرکٹ مجسٹریٹ کے پاس پولیس ہوتی ہے، آرڈر دیتے ہیں، جاؤ اس کو روکو، لاٹھی چارج کرو، گولی چلاؤ۔</w:t>
      </w:r>
    </w:p>
    <w:p>
      <w:r>
        <w:rPr>
          <w:b/>
        </w:rPr>
        <w:t xml:space="preserve">[20:00] </w:t>
      </w:r>
      <w:r>
        <w:t>yani district magistrate, district magistrate ko ek power hota hai ke jaloos ko roke, lathi charge karwaye, aur zaroorat ho to order de de goli chalane ka bhi.</w:t>
      </w:r>
    </w:p>
    <w:p>
      <w:pPr>
        <w:jc w:val="right"/>
      </w:pPr>
      <w:r>
        <w:t>یعنی ڈسٹرکٹ میجسٹریٹ، ڈسٹرکٹ مجسٹریٹ کو ایک پاور ہوتا ہے کہ جلوس کو روکے، لاٹھی چارج کروائے، اور ضرورت ہو تو آرڈر دے دے گولی چلانے کا بھی۔</w:t>
      </w:r>
    </w:p>
    <w:p>
      <w:r>
        <w:rPr>
          <w:b/>
        </w:rPr>
        <w:t xml:space="preserve">[20:11] </w:t>
      </w:r>
      <w:r>
        <w:t>yeh hai, magar yeh tha reaction. aur reaction se dunya mein yaad rakhiye, kabhi kuchh faida nahi hota. superpower bhi agar react kare to kuchh nahi milega is ko, chahe ek individual ho ya ek superpower ho.</w:t>
      </w:r>
    </w:p>
    <w:p>
      <w:pPr>
        <w:jc w:val="right"/>
      </w:pPr>
      <w:r>
        <w:t>یہ ہے، مگر یہ تھا ری ایکشن۔ اور ری ایکشن سے دنیا میں یاد رکھیے، کبھی کچھ فائدہ نہیں ہوتا۔ سپر پاور بھی اگر ری ایکٹ کرے تو کچھ نہیں ملے گا اس کو، چاہے ایک انڈیویجول ہو یا ایک سپر پاور ہو۔</w:t>
      </w:r>
    </w:p>
    <w:p>
      <w:r>
        <w:rPr>
          <w:b/>
        </w:rPr>
        <w:t xml:space="preserve">[20:28] </w:t>
      </w:r>
      <w:r>
        <w:t>reaction agar aadmi ki adat ban gayi hai to sab se zyada weakness is ki hai. the greatest weakness of person is reaction.</w:t>
      </w:r>
    </w:p>
    <w:p>
      <w:pPr>
        <w:jc w:val="right"/>
      </w:pPr>
      <w:r>
        <w:t>ری ایکشن اگر آدمی کی عادت بن گئی ہے تو سب سے زیادہ ویکنس اس کی ہے۔ دا گریٹسٹ ویکنس اف پرسن از ری ایکشن۔</w:t>
      </w:r>
    </w:p>
    <w:p>
      <w:r>
        <w:rPr>
          <w:b/>
        </w:rPr>
        <w:t xml:space="preserve">[20:39] </w:t>
      </w:r>
      <w:r>
        <w:t>to unhon ne, woh aadmi bohat achhe thay, unhon ne react nahi kiya, aisa koi order nahi diya, apne ek aadmi ko bheja ja ke report lao ke yeh kaun log hain, kya halat un ki hai, sab baat pata kar ke aao.</w:t>
      </w:r>
    </w:p>
    <w:p>
      <w:pPr>
        <w:jc w:val="right"/>
      </w:pPr>
      <w:r>
        <w:t>تو انہوں نے، وہ آدمی بہت اچھے تھے، انہوں نے ری ایکٹ نہیں کیا، ایسا کوئی آرڈر نہیں دیا، اپنے ایک آدمی کو بھیجا جا کے رپورٹ لاؤ کہ یہ کون لوگ ہیں، کیا حالت ان کی ہے، سب بات پتہ کر کے آؤ۔</w:t>
      </w:r>
    </w:p>
    <w:p>
      <w:r>
        <w:rPr>
          <w:b/>
        </w:rPr>
        <w:t xml:space="preserve">[20:54] </w:t>
      </w:r>
      <w:r>
        <w:t>ek samajhdar aadmi ko</w:t>
      </w:r>
    </w:p>
    <w:p>
      <w:pPr>
        <w:jc w:val="right"/>
      </w:pPr>
      <w:r>
        <w:t>ایک سمجھدار آدمی کو</w:t>
      </w:r>
    </w:p>
    <w:p>
      <w:r>
        <w:rPr>
          <w:b/>
        </w:rPr>
        <w:t xml:space="preserve">[20:57] </w:t>
      </w:r>
      <w:r>
        <w:t>woh gaya to yeh garmai, garmi ka zamana tha, May June ka zamana tha. woh gaya to aa ke report di is ne ke woh log thay, yani jitna gala sookh raha hai un ka ke bol nahi nikal rahi hai, nara laga rahe hain lekin gala sookh raha hai ek bilkul garmi ki wajah se.</w:t>
      </w:r>
    </w:p>
    <w:p>
      <w:pPr>
        <w:jc w:val="right"/>
      </w:pPr>
      <w:r>
        <w:t>وہ گیا تو یہ گرمائی، گرمی کا زمانہ تھا، مئی جون کا زمانہ تھا۔ وہ گیا تو آ کے رپورٹ دی اس نے کہ وہ لوگ تھے، یعنی جتنا گلا سوکھ رہا ہے ان کا کہ بول نہیں نکل رہی ہے، نعرہ لگا رہے ہیں لیکن گلا سوکھ رہا ہے ایک بالکل گرمی کی وجہ سے۔</w:t>
      </w:r>
    </w:p>
    <w:p>
      <w:r>
        <w:rPr>
          <w:b/>
        </w:rPr>
        <w:t xml:space="preserve">[21:18] </w:t>
      </w:r>
      <w:r>
        <w:t>to is tarah se paseene paseene ho rahe hain, gala sookh raha hai aur chale aa rahe hain. to kya kiya</w:t>
      </w:r>
    </w:p>
    <w:p>
      <w:pPr>
        <w:jc w:val="right"/>
      </w:pPr>
      <w:r>
        <w:t>تو اس طرح سے پسینے پسینے ہو رہے ہیں، گلا سوکھ رہا ہے اور چلے آ رہے ہیں۔ تو کیا کیا</w:t>
      </w:r>
    </w:p>
    <w:p>
      <w:r>
        <w:rPr>
          <w:b/>
        </w:rPr>
        <w:t xml:space="preserve">[21:25] </w:t>
      </w:r>
      <w:r>
        <w:t>unhon ne? unhon ne kaha ke foran order diya ke pani ka intezam karo, thande pani ka. hamare haan ek cheez jis ko kehte hain naad, just like balti ya tub mitti ka hota hai,</w:t>
      </w:r>
    </w:p>
    <w:p>
      <w:pPr>
        <w:jc w:val="right"/>
      </w:pPr>
      <w:r>
        <w:t>انہوں نے؟ انہوں نے کہا کہ فوراً آرڈر دیا کہ پانی کا انتظام کرو، ٹھنڈے پانی کا۔ ہمارے ہاں ایک چیز جس کو کہتے ہیں ناد، جسٹ لائک بالٹی یا ٹب مٹی کا ہوتا ہے،</w:t>
      </w:r>
    </w:p>
    <w:p>
      <w:r>
        <w:rPr>
          <w:b/>
        </w:rPr>
        <w:t xml:space="preserve">[21:39] </w:t>
      </w:r>
      <w:r>
        <w:t>us ko hum log naad kehte hain. yeh mitti ka tub samajh lijiye aap. to unhon ne kaha ke bohat sara woh le aao, is mein barf dalo aur pani bhar do.</w:t>
      </w:r>
    </w:p>
    <w:p>
      <w:pPr>
        <w:jc w:val="right"/>
      </w:pPr>
      <w:r>
        <w:t>اس کو ہم لوگ ناد کہتے ہیں۔ یہ مٹی کا ٹب سمجھ لیجئے آپ۔ تو انہوں نے کہا کہ بہت سارا وہ لے آؤ، اس میں برف ڈالو اور پانی بھر دو۔</w:t>
      </w:r>
    </w:p>
    <w:p>
      <w:r>
        <w:rPr>
          <w:b/>
        </w:rPr>
        <w:t xml:space="preserve">[21:49] </w:t>
      </w:r>
      <w:r>
        <w:t>pani se pani se bhar ke barf dalo, thanda pani,</w:t>
      </w:r>
    </w:p>
    <w:p>
      <w:pPr>
        <w:jc w:val="right"/>
      </w:pPr>
      <w:r>
        <w:t>پانی سے پانی سے بھر کے برف ڈال دو، ٹھنڈا پانی،</w:t>
      </w:r>
    </w:p>
    <w:p>
      <w:r>
        <w:rPr>
          <w:b/>
        </w:rPr>
        <w:t xml:space="preserve">[21:53] </w:t>
      </w:r>
      <w:r>
        <w:t>yani un ki kothi ke bahar sab rakhwa do. sab dhara dhara dhara dhara is ka intezam kiya gaya. ab jab woh log pahunche wahan aur is mein kooda bhi rakh do peene ke liye pani ka, jab dekha ke yahan pe pani ka thande pani ka intezam hai to toot pade pani ke upar, khoob khoob pani piya.</w:t>
      </w:r>
    </w:p>
    <w:p>
      <w:pPr>
        <w:jc w:val="right"/>
      </w:pPr>
      <w:r>
        <w:t>یعنی ان کی کوٹھی کے باہر سب رکھوا دو۔ سب دھرا دھرا دھرا دھرا اس کا انتظام کیا گیا۔ اب جب وہ لوگ پہنچے وہاں اور اس میں کودا بھی رکھ دو پینے کے لیے پانی کا، جب دیکھا کہ یہاں پہ پانی کا ٹھنڈے پانی کا انتظام ہے تو ٹوٹ پڑے پانی کے اوپر، خوب خوب پانی پیا۔</w:t>
      </w:r>
    </w:p>
    <w:p>
      <w:r>
        <w:rPr>
          <w:b/>
        </w:rPr>
        <w:t xml:space="preserve">[22:15] </w:t>
      </w:r>
      <w:r>
        <w:t>ab yahan par dekhiye, nature ne work kiya. nature,</w:t>
      </w:r>
    </w:p>
    <w:p>
      <w:pPr>
        <w:jc w:val="right"/>
      </w:pPr>
      <w:r>
        <w:t>اب یہاں پر دیکھیے، نیچر نے ورک کیا۔ نیچر،</w:t>
      </w:r>
    </w:p>
    <w:p>
      <w:r>
        <w:rPr>
          <w:b/>
        </w:rPr>
        <w:t xml:space="preserve">[22:20] </w:t>
      </w:r>
      <w:r>
        <w:t>nature ne work yeh kiya ke thanda pani pi kar woh thande ho gaye, ghussa thanda ho gaya un ka, ghamand shant ho gaya.</w:t>
      </w:r>
    </w:p>
    <w:p>
      <w:pPr>
        <w:jc w:val="right"/>
      </w:pPr>
      <w:r>
        <w:t>نیچر نے ورک یہ کیا کہ ٹھنڈا پانی پی کر وہ ٹھنڈے ہو گئے، غصہ ٹھنڈا ہو گیا ان کا، گھمنڈ شانت ہو گیا۔</w:t>
      </w:r>
    </w:p>
    <w:p>
      <w:r>
        <w:rPr>
          <w:b/>
        </w:rPr>
        <w:t xml:space="preserve">[22:31] </w:t>
      </w:r>
      <w:r>
        <w:t>to slogan band, pathar pathrao karo, sab band, ghussa khatam. itni si baat par baat khatam ho gayi ke leader sahib jo thay,</w:t>
      </w:r>
    </w:p>
    <w:p>
      <w:pPr>
        <w:jc w:val="right"/>
      </w:pPr>
      <w:r>
        <w:t>تو سلوگل بند، پتھر پتھراؤ کرو، سب بند، غصہ ختم۔ اتنی سی بات پر بات ختم ہوگئی کہ لیڈر صاحب جو تھے،</w:t>
      </w:r>
    </w:p>
    <w:p>
      <w:r>
        <w:rPr>
          <w:b/>
        </w:rPr>
        <w:t xml:space="preserve">[22:42] </w:t>
      </w:r>
      <w:r>
        <w:t>ek momentum le kar aaye thay, woh to unhon ne kaha ke hamein permit kar dijiye ke hum aap ko momentum aap ke hath mein pesh kar dein. to zahir hai ke magistrate ne happy li, us ko agree kiya, us se kaha jaiye.</w:t>
      </w:r>
    </w:p>
    <w:p>
      <w:pPr>
        <w:jc w:val="right"/>
      </w:pPr>
      <w:r>
        <w:t>ایک مومنٹم لے کر آئے تھے، وہ تو انہوں نے کہا کہ ہمیں پرمٹ کر دیجئے کہ ہم آپ کو مومنٹم آپ کے ہاتھ میں پیش کر دیں۔ تو ظاہر ہے کہ مجسٹریٹ نے ہیپی لی، اس کو ایگری کیا، اس سے کہا جائیے۔</w:t>
      </w:r>
    </w:p>
    <w:p>
      <w:r>
        <w:rPr>
          <w:b/>
        </w:rPr>
        <w:t xml:space="preserve">[22:57] </w:t>
      </w:r>
      <w:r>
        <w:t>andar gaye, momentum pesh kar diya aur loot gaye. woh yeh hai management, art of management.</w:t>
      </w:r>
    </w:p>
    <w:p>
      <w:pPr>
        <w:jc w:val="right"/>
      </w:pPr>
      <w:r>
        <w:t>اندر گئے، مومنٹم پیش کر دیا اور لوٹ گئے۔ وہ یہ ہے مینجمنٹ، آرٹ آف مینجمنٹ۔</w:t>
      </w:r>
    </w:p>
    <w:p>
      <w:r>
        <w:rPr>
          <w:b/>
        </w:rPr>
        <w:t xml:space="preserve">[23:07] </w:t>
      </w:r>
      <w:r>
        <w:t>to ek hai jab ke jab koi situation samne aaye to aap react karein, react karein.</w:t>
      </w:r>
    </w:p>
    <w:p>
      <w:pPr>
        <w:jc w:val="right"/>
      </w:pPr>
      <w:r>
        <w:t>تو ایک ہے جب کہ جب کوئی سچوئیشن سامنے آئے تو آپ ری ایکٹ کریں، ری ایکٹ کریں۔</w:t>
      </w:r>
    </w:p>
    <w:p>
      <w:r>
        <w:rPr>
          <w:b/>
        </w:rPr>
        <w:t xml:space="preserve">[23:17] </w:t>
      </w:r>
      <w:r>
        <w:t>doosra yeh hai ke aap sochein, sochein, sochein, sochein, is ko manage karein, manage karein, manage karein.</w:t>
      </w:r>
    </w:p>
    <w:p>
      <w:pPr>
        <w:jc w:val="right"/>
      </w:pPr>
      <w:r>
        <w:t>دوسرا یہ ہے کہ آپ سوچیں، سوچیں، سوچیں، سوچیں، اس کو مینج کریں، مینج کریں، مینج کریں۔</w:t>
      </w:r>
    </w:p>
    <w:p>
      <w:r>
        <w:rPr>
          <w:b/>
        </w:rPr>
        <w:t xml:space="preserve">[23:27] </w:t>
      </w:r>
      <w:r>
        <w:t>to manage karenge aap to kya hoga? yani miraculous result niklega, miraculous result.</w:t>
      </w:r>
    </w:p>
    <w:p>
      <w:pPr>
        <w:jc w:val="right"/>
      </w:pPr>
      <w:r>
        <w:t>تو مینج کریں گے آپ تو کیا ہوگا؟ یعنی میریکولس رزلٹ نکلے گا، میریکولس رزلٹ۔</w:t>
      </w:r>
    </w:p>
    <w:p>
      <w:r>
        <w:rPr>
          <w:b/>
        </w:rPr>
        <w:t xml:space="preserve">[23:40] </w:t>
      </w:r>
      <w:r>
        <w:t>is maamle mein dekhiye,</w:t>
      </w:r>
    </w:p>
    <w:p>
      <w:pPr>
        <w:jc w:val="right"/>
      </w:pPr>
      <w:r>
        <w:t>اس معاملے میں دیکھیے،</w:t>
      </w:r>
    </w:p>
    <w:p>
      <w:r>
        <w:rPr>
          <w:b/>
        </w:rPr>
        <w:t xml:space="preserve">[23:44] </w:t>
      </w:r>
      <w:r>
        <w:t>is maamle mein spirituality ka jo contribution hai, woh yeh hai ke yeh jo yeh jo quality hai, is quality ko aap ke andar paida karti hai ke aap react na karein aur manage karein.</w:t>
      </w:r>
    </w:p>
    <w:p>
      <w:pPr>
        <w:jc w:val="right"/>
      </w:pPr>
      <w:r>
        <w:t>اس معاملے میں اسپیریچولیٹی کا جو کنٹریبیوشن ہے، وہ یہ ہے کہ یہ جو یہ جو کوالٹی ہے، اس کوالٹی کو آپ کے اندر پیدا کرتی ہے کہ آپ ری ایکٹ نہ کریں اور مینج کریں۔</w:t>
      </w:r>
    </w:p>
    <w:p>
      <w:r>
        <w:rPr>
          <w:b/>
        </w:rPr>
        <w:t xml:space="preserve">[24:02] </w:t>
      </w:r>
      <w:r>
        <w:t>yeh do hi lafzon mein sab yeh saari baat aa jaati hai,</w:t>
      </w:r>
    </w:p>
    <w:p>
      <w:pPr>
        <w:jc w:val="right"/>
      </w:pPr>
      <w:r>
        <w:t>یہ دو ہی शब्द میں سب یہ ساری بات آ جاتی ہے،</w:t>
      </w:r>
    </w:p>
    <w:p>
      <w:r>
        <w:rPr>
          <w:b/>
        </w:rPr>
        <w:t xml:space="preserve">[24:06] </w:t>
      </w:r>
      <w:r>
        <w:t>chahe husband aur wife ke jhagde hon, society ke problems hon, national problem ho, yahan tak ke superpower ka problem ho, tab bhi agar manage karenge to aap jeet jayenge, react karenge to haar jayenge.</w:t>
      </w:r>
    </w:p>
    <w:p>
      <w:pPr>
        <w:jc w:val="right"/>
      </w:pPr>
      <w:r>
        <w:t>چاہے ہسبینڈ اور وائف کے جھگڑے ہوں، سوسائٹی کے پرابلم ہوں، نیشنل پرابلم ہو، یہاں تک کہ سپر پاور کا پرابلم ہو، تب بھی اگر مینج کریں گے تو آپ جیت جائیں گے، ری ایکٹ کریں گے تو ہار جائیں گے۔</w:t>
      </w:r>
    </w:p>
    <w:p>
      <w:r>
        <w:rPr>
          <w:b/>
        </w:rPr>
        <w:t xml:space="preserve">[24:23] </w:t>
      </w:r>
      <w:r>
        <w:t>aap dekhiye ke America ko ki misaal lijiye, aap uske saamne ek problem tha Russia ka, ek problem tha Iraq ka.</w:t>
      </w:r>
    </w:p>
    <w:p>
      <w:pPr>
        <w:jc w:val="right"/>
      </w:pPr>
      <w:r>
        <w:t>آپ دیکھیے کہ امریکہ کو کی مثال لیجئے، آپ اس کے سامنے ایک پرابلم تھا رشیا کا، ایک پرابلم تھا عراق کا۔</w:t>
      </w:r>
    </w:p>
    <w:p>
      <w:r>
        <w:rPr>
          <w:b/>
        </w:rPr>
        <w:t xml:space="preserve">[24:36] </w:t>
      </w:r>
      <w:r>
        <w:t>jab Russia jo hai, yani toota nahi tha, jab woh communist Russia tha to America ne dekha, wahan par bombardment nahi kiya, balkeh ideological level par unko counter karta raha.</w:t>
      </w:r>
    </w:p>
    <w:p>
      <w:pPr>
        <w:jc w:val="right"/>
      </w:pPr>
      <w:r>
        <w:t>جب رشیا جو ہے، یعنی ٹوٹا نہیں تھا، جب وہ کمیونسٹ رشیا تھا تو امریکہ نے دیکھا، وہاں پر بمبارڈن نہیں کیا، بلکہ آئیڈیلوجیکل لیول پر ان کو کاؤنٹر کرتا رہا۔</w:t>
      </w:r>
    </w:p>
    <w:p>
      <w:r>
        <w:rPr>
          <w:b/>
        </w:rPr>
        <w:t xml:space="preserve">[24:53] </w:t>
      </w:r>
      <w:r>
        <w:t>ideological level par bahut saari cheezein ki, jis mein ek example mein deta hoon aap ko.</w:t>
      </w:r>
    </w:p>
    <w:p>
      <w:pPr>
        <w:jc w:val="right"/>
      </w:pPr>
      <w:r>
        <w:t>آئیڈیلوجیکل لیول پر بہت ساری چیزیں کیں، جس میں ایک ایگزامپل میں دیتا ہوں آپ کو۔</w:t>
      </w:r>
    </w:p>
    <w:p>
      <w:r>
        <w:rPr>
          <w:b/>
        </w:rPr>
        <w:t xml:space="preserve">[24:59] </w:t>
      </w:r>
      <w:r>
        <w:t>1956 mein Khrushchev jo the, secretary the communist party ke. aap jaante hain ke wahan par communist party ka jo secretary ho, woh first hota hai, usi ke paas power hota hai.</w:t>
      </w:r>
    </w:p>
    <w:p>
      <w:pPr>
        <w:jc w:val="right"/>
      </w:pPr>
      <w:r>
        <w:t>1956 میں خرشیف جو تھے، سیکرٹری تھے کمیونسٹ پارٹی کے۔ آپ جانتے ہیں کہ وہاں پر کمیونسٹ پارٹی کا جو سیکرٹری ہو، وہ فرسٹ ہوتا ہے، اسی کے پاس پاور ہوتا ہے۔</w:t>
      </w:r>
    </w:p>
    <w:p>
      <w:r>
        <w:rPr>
          <w:b/>
        </w:rPr>
        <w:t xml:space="preserve">[25:11] </w:t>
      </w:r>
      <w:r>
        <w:t>to Khrushchev aaye the Stalin ke baad, Stalin bahut hi zalim aadmi tha. to uske baad ek band kamre mein ek meeting hui party ke liye, party ke members</w:t>
      </w:r>
    </w:p>
    <w:p>
      <w:pPr>
        <w:jc w:val="right"/>
      </w:pPr>
      <w:r>
        <w:t>تو خرشیف آئے تھے اسٹیلن کے بعد، اسٹیلن بہت ہی ظالم آدمی تھا۔ تو اس کے بعد ایک بند کمرے میں ایک میٹنگ ہوئی پارٹی کے لیے، پارٹی کے ممبرز</w:t>
      </w:r>
    </w:p>
    <w:p>
      <w:r>
        <w:rPr>
          <w:b/>
        </w:rPr>
        <w:t xml:space="preserve">[25:27] </w:t>
      </w:r>
      <w:r>
        <w:t>ki. is mein Khrushchev ne ek speech di, is mein bataya ke Stalin ke zamane jo tha, woh kitna bura tha. 25 billion insaanon ko marwa dala usne, aur yeh kiya, woh kiya, saari kahani batai.</w:t>
      </w:r>
    </w:p>
    <w:p>
      <w:pPr>
        <w:jc w:val="right"/>
      </w:pPr>
      <w:r>
        <w:t>کی۔ اس میں خرشیف نے ایک سپیچ دی، اس میں بتایا کہ اسٹیلن کے زمانے جو تھا، وہ کتنا برا تھا۔ 25 بلین انسانوں کو مروا ڈالا اس نے، اور یہ کیا، وہ کیا، ساری کہانی بتائی۔</w:t>
      </w:r>
    </w:p>
    <w:p>
      <w:r>
        <w:rPr>
          <w:b/>
        </w:rPr>
        <w:t xml:space="preserve">[25:41] </w:t>
      </w:r>
      <w:r>
        <w:t>yeh bataya ke ek martaba mujhe usne kaha ke bandar ki tarah naacho tum. yani meeting ho rahi thi, gussa ho gaya ke tum bandar ki tarah naacho, haalanki woh leader tha Khrushchev.</w:t>
      </w:r>
    </w:p>
    <w:p>
      <w:pPr>
        <w:jc w:val="right"/>
      </w:pPr>
      <w:r>
        <w:t>یہ بتایا کہ ایک مرتبہ مجھے اس نے کہا کہ بندر کی طرح ناچو تم۔ یعنی میٹنگ ہو رہی تھی، غصہ ہو گیا کہ تم بندر کی طرح ناچو، حالانکہ وہ لیڈر تھا خرشیف۔</w:t>
      </w:r>
    </w:p>
    <w:p>
      <w:r>
        <w:rPr>
          <w:b/>
        </w:rPr>
        <w:t xml:space="preserve">[25:51] </w:t>
      </w:r>
      <w:r>
        <w:t>aisi bahut saari baatein, yeh bahut hi secret thi. America ne bahut paisa kharch kiya, bahut paisa kharch kar ke uska text nikalwa liya, text Russian language mein,</w:t>
      </w:r>
    </w:p>
    <w:p>
      <w:pPr>
        <w:jc w:val="right"/>
      </w:pPr>
      <w:r>
        <w:t>ایسی بہت ساری باتیں، یہ بہت ہی سیکرٹ تھی۔ امریکہ نے بہت پیسہ خرچ کیا، بہت پیسہ خرچ کر کے اس کا ٹیکسٹ نکلوا لیا، ٹیکسٹ رشین لینگویج میں،</w:t>
      </w:r>
    </w:p>
    <w:p>
      <w:r>
        <w:rPr>
          <w:b/>
        </w:rPr>
        <w:t xml:space="preserve">[26:02] </w:t>
      </w:r>
      <w:r>
        <w:t>aur uska translation kiya gaya, verbatim usko chhaap diya gaya New York Times mein. aur saari duniya mein ek jis ko kehte hain ke haraam mach gaya.</w:t>
      </w:r>
    </w:p>
    <w:p>
      <w:pPr>
        <w:jc w:val="right"/>
      </w:pPr>
      <w:r>
        <w:t>اور اس کا ٹرانسلیشن کیا گیا، وربیٹم اس کو چھاپ دیا گیا نیویارک ٹائمز میں۔ اور ساری دنیا میں ایک جس کو کہتے ہیں کہرام مچ گیا۔</w:t>
      </w:r>
    </w:p>
    <w:p>
      <w:r>
        <w:rPr>
          <w:b/>
        </w:rPr>
        <w:t xml:space="preserve">[26:12] </w:t>
      </w:r>
      <w:r>
        <w:t>bade bade leader jo hain, unhone resign kar diya communist party se, jaise Milovan Djilas aur Howard Fast aur bahut se log.</w:t>
      </w:r>
    </w:p>
    <w:p>
      <w:pPr>
        <w:jc w:val="right"/>
      </w:pPr>
      <w:r>
        <w:t>بڑے بڑے لیڈر جو ہیں، انہوں نے ریزائن کر دیا کمیونسٹ پارٹی سے، جیسے ملوان جیلاز اور ہوورڈ فاسٹ اور بہت سے لوگ۔</w:t>
      </w:r>
    </w:p>
    <w:p>
      <w:r>
        <w:rPr>
          <w:b/>
        </w:rPr>
        <w:t xml:space="preserve">[26:22] </w:t>
      </w:r>
      <w:r>
        <w:t>yani ideological level par collapse kar chuka tha pehle Russia, phir uske baad secretary level par woh collapse hua uska.</w:t>
      </w:r>
    </w:p>
    <w:p>
      <w:pPr>
        <w:jc w:val="right"/>
      </w:pPr>
      <w:r>
        <w:t>یعنی آئیڈیلوجیکل لیول پر کولیپس کر چکا تھا پہلے رشیا، پھر اس کے بعد سیکرٹری لیول پر وہ کولیپس ہوا اس کا۔</w:t>
      </w:r>
    </w:p>
    <w:p>
      <w:r>
        <w:rPr>
          <w:b/>
        </w:rPr>
        <w:t xml:space="preserve">[26:32] </w:t>
      </w:r>
      <w:r>
        <w:t>lekin Iraq mein aisa nahi kiya usne, is mein seedhe seedhe unhone bombardment shuru kar diya. to aap dekhein, aaj tak phansa hua hai.</w:t>
      </w:r>
    </w:p>
    <w:p>
      <w:pPr>
        <w:jc w:val="right"/>
      </w:pPr>
      <w:r>
        <w:t>لیکن عراق میں ایسا نہیں کیا اس نے، اس میں سیدھے سیدھے انہوں نے بمبارڈن شروع کر دیا۔ تو آپ دیکھیں، آج تک پھنسا ہوا ہے۔</w:t>
      </w:r>
    </w:p>
    <w:p>
      <w:r>
        <w:rPr>
          <w:b/>
        </w:rPr>
        <w:t xml:space="preserve">[26:43] </w:t>
      </w:r>
      <w:r>
        <w:t>it was a war of five trillion dollar, five trillion dollar, lekin phir bhi woh jeet nahi hui. ab America ki economy jo hai, woh jo haal hai, uska aap jaante hain.</w:t>
      </w:r>
    </w:p>
    <w:p>
      <w:pPr>
        <w:jc w:val="right"/>
      </w:pPr>
      <w:r>
        <w:t>اٹ واز ا وار اف فائیو ٹریلین ڈالر، فائیو ٹریلین ڈالر، لیکن پھر بھی وہ جیت نہیں ہوئی۔ اب امریکہ کی اکانومی جو ہے، وہ جو حال ہے، اس کا آپ جانتے ہیں۔</w:t>
      </w:r>
    </w:p>
    <w:p>
      <w:r>
        <w:rPr>
          <w:b/>
        </w:rPr>
        <w:t xml:space="preserve">[26:56] </w:t>
      </w:r>
      <w:r>
        <w:t>to koi bhi ho, chahe ek individual ho, chahe bahut bada powerful aadmi ho, react karega to haarega, aur manage karega to jeetega.</w:t>
      </w:r>
    </w:p>
    <w:p>
      <w:pPr>
        <w:jc w:val="right"/>
      </w:pPr>
      <w:r>
        <w:t>تو کوئی بھی ہو، چاہے ایک انڈیویجول ہو، چاہے بہت بڑا پاورفل آدمی ہو، ری ایکٹ کرے گا تو ہارے گا، اور مینج کرے گا تو جیتے گا۔</w:t>
      </w:r>
    </w:p>
    <w:p>
      <w:r>
        <w:rPr>
          <w:b/>
        </w:rPr>
        <w:t xml:space="preserve">[27:09] </w:t>
      </w:r>
      <w:r>
        <w:t>yeh bilkul universal principle hai, is mein koi exception nahi, koi bhi exception nahi. yaad rakhiye,</w:t>
      </w:r>
    </w:p>
    <w:p>
      <w:pPr>
        <w:jc w:val="right"/>
      </w:pPr>
      <w:r>
        <w:t>یہ بالکل یونیورسل پرنسپل ہے، اس میں کوئی ایکسیپشن نہیں، کوئی بھی ایکسیپشن نہیں۔ یاد رکھیے،</w:t>
      </w:r>
    </w:p>
    <w:p>
      <w:r>
        <w:rPr>
          <w:b/>
        </w:rPr>
        <w:t xml:space="preserve">[27:20] </w:t>
      </w:r>
      <w:r>
        <w:t>mein Khuda ke fazl se yeh keh sakta hoon ke mujhe is tarah se gussa nahi aata jaise logon ko aata hai. gussa is type ka aadmi mein nahi hoon, mein hamesha cheezon ko manage karne ki koshish karta hoon.</w:t>
      </w:r>
    </w:p>
    <w:p>
      <w:pPr>
        <w:jc w:val="right"/>
      </w:pPr>
      <w:r>
        <w:t>میں خدا کے فضل سے یہ کہہ سکتا ہوں کہ مجھے اس طرح سے غصہ نہیں آتا جیسے لوگوں کو آتا ہے۔ غصہ اس ٹائپ کا آدمی میں نہیں ہوں، میں ہمیشہ چیزوں کو مینج کرنے کی کوشش کرتا ہوں۔</w:t>
      </w:r>
    </w:p>
    <w:p>
      <w:r>
        <w:rPr>
          <w:b/>
        </w:rPr>
        <w:t xml:space="preserve">[27:36] </w:t>
      </w:r>
      <w:r>
        <w:t>mein wahan tha, kuch dino Lucknow mein tha, mein to Lucknow mein Nadwa ek bahut bada madrasa hai, is mein ek sahab wahan padhte the, yani student the woh.</w:t>
      </w:r>
    </w:p>
    <w:p>
      <w:pPr>
        <w:jc w:val="right"/>
      </w:pPr>
      <w:r>
        <w:t>میں وہاں تھا، کچھ دنوں لکھنو میں تھا، میں تو لکھنو میں ندوہ ایک بہت بڑا مدرسہ ہے، اس میں ایک صاحب وہاں پڑھتے تھے، یعنی سٹوڈنٹ تھے وہ۔</w:t>
      </w:r>
    </w:p>
    <w:p>
      <w:r>
        <w:rPr>
          <w:b/>
        </w:rPr>
        <w:t xml:space="preserve">[27:49] </w:t>
      </w:r>
      <w:r>
        <w:t>to mere paas woh aaya karte the. ek din aaye to bahut hi gham mein the aur bahut hi chehra unka murjhaya hua tha, bahut hi afsos mein lagte the woh</w:t>
      </w:r>
    </w:p>
    <w:p>
      <w:pPr>
        <w:jc w:val="right"/>
      </w:pPr>
      <w:r>
        <w:t>تو میرے پاس وہ آیا کرتے تھے۔ ایک دن آئے تو بہت ہی غم میں تھے اور بہت ہی چہرہ ان کا مرجھایا ہوا تھا، بہت ہی افسوس میں لگتے تھے وہ</w:t>
      </w:r>
    </w:p>
    <w:p>
      <w:r>
        <w:rPr>
          <w:b/>
        </w:rPr>
        <w:t xml:space="preserve">[28:00] </w:t>
      </w:r>
      <w:r>
        <w:t>۔ to maine kaha, bhai kya hua? aaj kuch aap badle hue dikhai pad rahe hain. to unhone kaha ke mein ghar ja raha hoon, padhai padhai chhod kar ke.</w:t>
      </w:r>
    </w:p>
    <w:p>
      <w:pPr>
        <w:jc w:val="right"/>
      </w:pPr>
      <w:r>
        <w:t>۔ تو میں نے کہا، بھئی کیا ہوا؟ آج کچھ آپ بدلے ہوئے دکھائی پڑ رہے ہیں۔ تو انہوں نے کہا کہ میں گھر جا رہا ہوں، پڑھائی پڑھائی چھوڑ کر کے۔</w:t>
      </w:r>
    </w:p>
    <w:p>
      <w:r>
        <w:rPr>
          <w:b/>
        </w:rPr>
        <w:t xml:space="preserve">[28:12] </w:t>
      </w:r>
      <w:r>
        <w:t>mein ne kaha, kya baat hai? to kaha, mere baap mar gaye hain, ghar par koi doosra hai nahi sambhalne wala. wahan unka agriculture tha, kuch kheti baadi.</w:t>
      </w:r>
    </w:p>
    <w:p>
      <w:pPr>
        <w:jc w:val="right"/>
      </w:pPr>
      <w:r>
        <w:t>میں نے کہا، کیا بات ہے؟ تو کہا، میرے باپ مر گئے ہیں، گھر پر کوئی دوسرا ہے نہیں سنبھالنے والا۔ وہاں ان کا ایگریکلچر تھا، کچھ کھیتی باڑی۔</w:t>
      </w:r>
    </w:p>
    <w:p>
      <w:r>
        <w:rPr>
          <w:b/>
        </w:rPr>
        <w:t xml:space="preserve">[28:25] </w:t>
      </w:r>
      <w:r>
        <w:t>to ja raha hoon, ab wohin rahoon ga gaon mein, kya karoon ga?</w:t>
      </w:r>
    </w:p>
    <w:p>
      <w:pPr>
        <w:jc w:val="right"/>
      </w:pPr>
      <w:r>
        <w:t>تو جا رہا ہوں، اب وہیں رہوں گا گاؤں میں، کیا کروں گا؟</w:t>
      </w:r>
    </w:p>
    <w:p>
      <w:r>
        <w:rPr>
          <w:b/>
        </w:rPr>
        <w:t xml:space="preserve">[28:29] </w:t>
      </w:r>
      <w:r>
        <w:t>to unhon ne kaha ke baap mar gaye hain, to ab is liye mujhe jaana hai. instantly mere munh se nikla, aap bhi mar jayen to. jaise unhon ne kaha ke mere baap mar gaye hain, ab mujhe jaana hai,</w:t>
      </w:r>
    </w:p>
    <w:p>
      <w:pPr>
        <w:jc w:val="right"/>
      </w:pPr>
      <w:r>
        <w:t>تو انہوں نے کہا کہ باپ مر گئے ہیں، تو اب اس لیے مجھے جانا ہے۔ انسٹنٹلی میرے منہ سے نکلا، آپ بھی مر جائیں تو۔ جیسے انہوں نے کہا کہ میرے باپ مر گئے ہیں، اب مجھے جانا ہے،</w:t>
      </w:r>
    </w:p>
    <w:p>
      <w:r>
        <w:rPr>
          <w:b/>
        </w:rPr>
        <w:t xml:space="preserve">[28:42] </w:t>
      </w:r>
      <w:r>
        <w:t>to instantly mere munh se nikla, aap bhi mar jayen to.</w:t>
      </w:r>
    </w:p>
    <w:p>
      <w:pPr>
        <w:jc w:val="right"/>
      </w:pPr>
      <w:r>
        <w:t>تو انسٹنٹلی میرے منہ سے نکلا، آپ بھی مر جائیں تو۔</w:t>
      </w:r>
    </w:p>
    <w:p>
      <w:r>
        <w:rPr>
          <w:b/>
        </w:rPr>
        <w:t xml:space="preserve">[28:50] </w:t>
      </w:r>
      <w:r>
        <w:t>ab ghar kaun dekhe ga?</w:t>
      </w:r>
    </w:p>
    <w:p>
      <w:pPr>
        <w:jc w:val="right"/>
      </w:pPr>
      <w:r>
        <w:t>اب گھر کون دیکھے گا؟</w:t>
      </w:r>
    </w:p>
    <w:p>
      <w:r>
        <w:rPr>
          <w:b/>
        </w:rPr>
        <w:t xml:space="preserve">[28:54] </w:t>
      </w:r>
      <w:r>
        <w:t>khair, maine un ko samjhaya, woh maan gaye aur woh nahi gaye. maine kaha, ek ek letter likh diya, ek chithi likh di hai, bas koi jaana mana nahi hai.</w:t>
      </w:r>
    </w:p>
    <w:p>
      <w:pPr>
        <w:jc w:val="right"/>
      </w:pPr>
      <w:r>
        <w:t>خیر، میں نے ان کو سمجھایا، وہ مان گئے اور وہ نہیں گئے۔ میں نے کہا، ایک ایک لیٹر لکھ دیا، ایک چٹھی لکھ دی ہے، بس کوئی جانا منا نہیں ہے۔</w:t>
      </w:r>
    </w:p>
    <w:p>
      <w:r>
        <w:rPr>
          <w:b/>
        </w:rPr>
        <w:t xml:space="preserve">[29:06] </w:t>
      </w:r>
      <w:r>
        <w:t>ab woh bahar rehte hain, ek bahar ki country mein, unhon ne parha wahan, phir woh arab gaye, wahan parha unhon ne. to unhon ne achhi education li,</w:t>
      </w:r>
    </w:p>
    <w:p>
      <w:pPr>
        <w:jc w:val="right"/>
      </w:pPr>
      <w:r>
        <w:t>اب وہ باہر رہتے ہیں، ایک باہر کی کنٹری میں، انہوں نے پڑھا وہاں، پھر وہ عرب گئے، وہاں پڑھا انہوں نے۔ تو انہوں نے اچھی ایجوکیشن لی،</w:t>
      </w:r>
    </w:p>
    <w:p>
      <w:r>
        <w:rPr>
          <w:b/>
        </w:rPr>
        <w:t xml:space="preserve">[29:17] </w:t>
      </w:r>
      <w:r>
        <w:t>ab woh bohat achhi hesiyat mein bahar rehte hain. aur ek baar is ke baad meri mulaqat un se hui hai, yahan delhi mein, woh aaye thay.</w:t>
      </w:r>
    </w:p>
    <w:p>
      <w:pPr>
        <w:jc w:val="right"/>
      </w:pPr>
      <w:r>
        <w:t>اب وہ بہت اچھی حیثیت میں باہر رہتے ہیں۔ اور ایک بار اس کے بعد میری ملاقات ان سے ہوئی ہے، یہاں دہلی میں، وہ آئے تھے۔</w:t>
      </w:r>
    </w:p>
    <w:p>
      <w:r>
        <w:rPr>
          <w:b/>
        </w:rPr>
        <w:t xml:space="preserve">[29:29] </w:t>
      </w:r>
      <w:r>
        <w:t>to unhon ne kaha ke aap ke is sentence ne meri zindagi badal di, balkeh main bhool chuka tha is qisse ko. unhon ne bataya ke aap ne kaha tha, aap bhi mar jayen to.</w:t>
      </w:r>
    </w:p>
    <w:p>
      <w:pPr>
        <w:jc w:val="right"/>
      </w:pPr>
      <w:r>
        <w:t>تو انہوں نے کہا کہ آپ کے اس سینٹنس نے میری زندگی بدل دی، بلکہ میں بھول چکا تھا اس قصے کو۔ انہوں نے بتایا کہ آپ نے کہا تھا، آپ بھی مر جائیں تو۔</w:t>
      </w:r>
    </w:p>
    <w:p>
      <w:r>
        <w:rPr>
          <w:b/>
        </w:rPr>
        <w:t xml:space="preserve">[29:41] </w:t>
      </w:r>
      <w:r>
        <w:t>unhon ne kaha ke jab maine kaha ke mere baap mar gaye hain, main ghar ja raha hoon, to aap kaha ke aap bhi mar jayen to.</w:t>
      </w:r>
    </w:p>
    <w:p>
      <w:pPr>
        <w:jc w:val="right"/>
      </w:pPr>
      <w:r>
        <w:t>انہوں نے کہا کہ جب میں نے کہا کہ میرے باپ مر گئے ہیں، میں گھر جا رہا ہوں، تو آپ کہا کہ آپ بھی مر جائیں تو۔</w:t>
      </w:r>
    </w:p>
    <w:p>
      <w:r>
        <w:rPr>
          <w:b/>
        </w:rPr>
        <w:t xml:space="preserve">[29:49] </w:t>
      </w:r>
      <w:r>
        <w:t>to unhon ne kaha ke is sentence ne meri zindagi badal di. main bahar gaya, bahar maine kafi paisa kamaya, kafi paisa kamaya.</w:t>
      </w:r>
    </w:p>
    <w:p>
      <w:pPr>
        <w:jc w:val="right"/>
      </w:pPr>
      <w:r>
        <w:t>تو انہوں نے کہا کہ اس سینٹنس نے میری زندگی بدل دی۔ میں باہر گیا، باہر میں نے کافی پیسہ کمایا، کافی پیسہ کمایا۔</w:t>
      </w:r>
    </w:p>
    <w:p>
      <w:r>
        <w:rPr>
          <w:b/>
        </w:rPr>
        <w:t xml:space="preserve">[30:02] </w:t>
      </w:r>
      <w:r>
        <w:t>aur phir kya hua? maine ghar banwaya, pakka ghar, kacha ghar tha. mere baap jab maray thay, kacha ghar tha.</w:t>
      </w:r>
    </w:p>
    <w:p>
      <w:pPr>
        <w:jc w:val="right"/>
      </w:pPr>
      <w:r>
        <w:t>اور پھر کیا ہوا؟ میں نے گھر بنوایا، پکا گھر، کچا گھر تھا۔ میرے باپ جب مرے تھے، کچا گھر تھا۔</w:t>
      </w:r>
    </w:p>
    <w:p>
      <w:r>
        <w:rPr>
          <w:b/>
        </w:rPr>
        <w:t xml:space="preserve">[30:11] </w:t>
      </w:r>
      <w:r>
        <w:t>maine pakka ghar banwaya, bhai bhaiyon ko parhwaya, behnon ki shadi ki.</w:t>
      </w:r>
    </w:p>
    <w:p>
      <w:pPr>
        <w:jc w:val="right"/>
      </w:pPr>
      <w:r>
        <w:t>میں نے پکا گھر بنوایا، بھائی بھائیوں کو پڑھوایا، بہنوں کی شادی کی۔</w:t>
      </w:r>
    </w:p>
    <w:p>
      <w:r>
        <w:rPr>
          <w:b/>
        </w:rPr>
        <w:t xml:space="preserve">[30:19] </w:t>
      </w:r>
      <w:r>
        <w:t>agar dekhen, rishtedaron ko bhi maine faida pohanchaya. agar main chala gaya hota to kuch bhi nahi kar sakta tha. yeh hai management, yani ek bohat hi sad news milti hai aap ko, mera baap mar gaya, tab bhi aap manage kijiye.</w:t>
      </w:r>
    </w:p>
    <w:p>
      <w:pPr>
        <w:jc w:val="right"/>
      </w:pPr>
      <w:r>
        <w:t>اگر دیکھیں، رشتہ داروں کو بھی میں نے فائدہ پہنچایا۔ اگر میں چلا گیا ہوتا تو کچھ بھی نہیں کر سکتا تھا۔ یہ ہے مینجمنٹ، یعنی ایک بہت ہی سیڈ نیوز ملتی ہے آپ کو، میرا باپ مر گیا، تب بھی آپ مینج کیجئے۔</w:t>
      </w:r>
    </w:p>
    <w:p>
      <w:r>
        <w:rPr>
          <w:b/>
        </w:rPr>
        <w:t xml:space="preserve">[30:39] </w:t>
      </w:r>
      <w:r>
        <w:t>zahir hai ke sad news hai, yeh ek naujawan bachay ko yeh khabar mile ke mera baap mar gaya hai,</w:t>
      </w:r>
    </w:p>
    <w:p>
      <w:pPr>
        <w:jc w:val="right"/>
      </w:pPr>
      <w:r>
        <w:t>ظاہر ہے کہ سٹیٹس نیوز ہے، یہ ایک نوجوان بچے کو یہ خبر ملے کہ میرا باپ مر گیا ہے،</w:t>
      </w:r>
    </w:p>
    <w:p>
      <w:r>
        <w:rPr>
          <w:b/>
        </w:rPr>
        <w:t xml:space="preserve">[30:49] </w:t>
      </w:r>
      <w:r>
        <w:t>to zahir hai ke us se ziyada sad news aur kya ho sakti hai? lekin tab bhi aap manage kijiye, tab bhi manage kijiye.</w:t>
      </w:r>
    </w:p>
    <w:p>
      <w:pPr>
        <w:jc w:val="right"/>
      </w:pPr>
      <w:r>
        <w:t>تو ظاہر ہے کہ اس سے زیادہ سیڈ نیوز اور کیا ہو سکتی ہے؟ لیکن تب بھی آپ مینج کیجئے، تب بھی مینج کیجئے۔</w:t>
      </w:r>
    </w:p>
    <w:p>
      <w:r>
        <w:rPr>
          <w:b/>
        </w:rPr>
        <w:t xml:space="preserve">[30:57] </w:t>
      </w:r>
      <w:r>
        <w:t>to yeh hai farq jo maine kaha ke</w:t>
      </w:r>
    </w:p>
    <w:p>
      <w:pPr>
        <w:jc w:val="right"/>
      </w:pPr>
      <w:r>
        <w:t>تو یہ ہے فرق جو میں نے کہا کہ</w:t>
      </w:r>
    </w:p>
    <w:p>
      <w:r>
        <w:rPr>
          <w:b/>
        </w:rPr>
        <w:t xml:space="preserve">[31:01] </w:t>
      </w:r>
      <w:r>
        <w:t>ek hai woh spirituality jo base karti hai meditation par, lekin jis spirituality ko main manta hoon, woh base karti hai contemplation par.</w:t>
      </w:r>
    </w:p>
    <w:p>
      <w:pPr>
        <w:jc w:val="right"/>
      </w:pPr>
      <w:r>
        <w:t>ایک ہے وہ سی سپرچوٹی جو بیس کرتی ہے میڈیٹیشن پر، لیکن جس سپرچوٹی کو میں مانتا ہوں، وہ بیس کرتی ہے کنٹیمپلیشن پر۔</w:t>
      </w:r>
    </w:p>
    <w:p>
      <w:r>
        <w:rPr>
          <w:b/>
        </w:rPr>
        <w:t xml:space="preserve">[31:18] </w:t>
      </w:r>
      <w:r>
        <w:t>log jis jis ko spirituality kehte hain, heart based ko, woh base karti hai meditation par, yani muraqbay par.</w:t>
      </w:r>
    </w:p>
    <w:p>
      <w:pPr>
        <w:jc w:val="right"/>
      </w:pPr>
      <w:r>
        <w:t>لوگ جس جس کو سپرچوٹی کہتے ہیں، ہارٹ بیسڈ کو، وہ بیس کرتی ہے میڈیٹیشن پر، یعنی مراقبے پر۔</w:t>
      </w:r>
    </w:p>
    <w:p>
      <w:r>
        <w:rPr>
          <w:b/>
        </w:rPr>
        <w:t xml:space="preserve">[31:28] </w:t>
      </w:r>
      <w:r>
        <w:t>lekin main jis spirituality ko manta hoon, woh base karti hai, yani contemplation par, ghor o fikr par, tadabbur par, soch par, mind ko ek</w:t>
      </w:r>
    </w:p>
    <w:p>
      <w:pPr>
        <w:jc w:val="right"/>
      </w:pPr>
      <w:r>
        <w:t>لیکن میں جس سپرچوٹی کو مانتا ہوں، وہ بیس کرتی ہے، یعنی کنٹیمپلیشن پر، غور و فکر پر، تدبر پر، سوچ پر، مائنڈ کو ایک</w:t>
      </w:r>
    </w:p>
    <w:p>
      <w:r>
        <w:rPr>
          <w:b/>
        </w:rPr>
        <w:t xml:space="preserve">[31:42] </w:t>
      </w:r>
      <w:r>
        <w:t>activate karne par. dekhiye,</w:t>
      </w:r>
    </w:p>
    <w:p>
      <w:pPr>
        <w:jc w:val="right"/>
      </w:pPr>
      <w:r>
        <w:t>ٹیویٹ کرنے پر۔ دیکھیے،</w:t>
      </w:r>
    </w:p>
    <w:p>
      <w:r>
        <w:rPr>
          <w:b/>
        </w:rPr>
        <w:t xml:space="preserve">[31:46] </w:t>
      </w:r>
      <w:r>
        <w:t>zindagi mein ek bohat hi bara jo har ek ka jo problem hai, ke how to live with normal mind.</w:t>
      </w:r>
    </w:p>
    <w:p>
      <w:pPr>
        <w:jc w:val="right"/>
      </w:pPr>
      <w:r>
        <w:t>زندگی میں ایک بہت ہی بڑا جو ہر ایک کا جو پرابلم ہے، کہ ہاؤ ٹو لیو ود نارمل مائنڈ۔</w:t>
      </w:r>
    </w:p>
    <w:p>
      <w:r>
        <w:rPr>
          <w:b/>
        </w:rPr>
        <w:t xml:space="preserve">[31:58] </w:t>
      </w:r>
      <w:r>
        <w:t>kyun ke aap jante hain ke zindagi bhari hui hai odds se, odds, oddds, odds, problems, provocations, duniya bhar ki unwanted cheezon.</w:t>
      </w:r>
    </w:p>
    <w:p>
      <w:pPr>
        <w:jc w:val="right"/>
      </w:pPr>
      <w:r>
        <w:t>کیونکہ آپ جانتے ہیں کہ زندگی بھری ہوئی ہے اوٹس سے، اوٹس، او ڈبل ڈی ایس، اوٹس، پرابلم، پرووکیشن، دنیا بھر کی ان وانٹڈ چیزیں۔</w:t>
      </w:r>
    </w:p>
    <w:p>
      <w:r>
        <w:rPr>
          <w:b/>
        </w:rPr>
        <w:t xml:space="preserve">[32:11] </w:t>
      </w:r>
      <w:r>
        <w:t>to ek jungle hai jis mein ab jeena parta hai, jungle, kaanton se bhara jungle. to how to live with normal mind in such a situation, yeh har har aadmi ka qissa hai, chahe woh, chahe woh pak, chahe woh america ka president ho ya jhuggi jhopri ka ek aadmi ho.</w:t>
      </w:r>
    </w:p>
    <w:p>
      <w:pPr>
        <w:jc w:val="right"/>
      </w:pPr>
      <w:r>
        <w:t>تو ایک جنگل ہے جس میں اب جینا پڑتا ہے، جنگل، کاٹوں سے بھرا جنگل۔ تو ہاؤ ٹو لیو ود نارمل مائنڈ ان سچ ا سچوئیشن، یہ ہر ہر آدمی کا قصہ ہے، چاہے وہ، چاہے وہ پاک، چاہے وہ امریکہ کا پریزیڈنٹ ہو یا جھوگی چوپڑی کا ایک آدمی ہو۔</w:t>
      </w:r>
    </w:p>
    <w:p>
      <w:r>
        <w:rPr>
          <w:b/>
        </w:rPr>
        <w:t xml:space="preserve">[32:30] </w:t>
      </w:r>
      <w:r>
        <w:t>yeh sab ka problem hai</w:t>
      </w:r>
    </w:p>
    <w:p>
      <w:pPr>
        <w:jc w:val="right"/>
      </w:pPr>
      <w:r>
        <w:t>یہ سب کا پرابلم ہے</w:t>
      </w:r>
    </w:p>
    <w:p>
      <w:r>
        <w:rPr>
          <w:b/>
        </w:rPr>
        <w:t xml:space="preserve">[32:33] </w:t>
      </w:r>
      <w:r>
        <w:t>ke aise situation mein jahan ke, yani kaantay daar jhaadiyan hon, is se guzarnay par aadmi majboor ho, to kaise normal mind ke sath rahe?</w:t>
      </w:r>
    </w:p>
    <w:p>
      <w:pPr>
        <w:jc w:val="right"/>
      </w:pPr>
      <w:r>
        <w:t>کہ ایسے سچوئیشن میں جہاں کے، یعنی کاٹے دار جھاڑیاں ہوں، اس سے گزرنے پر آدمی مجبور ہو، تو کیسے نارمل مائنڈ کے ساتھ رہے؟</w:t>
      </w:r>
    </w:p>
    <w:p>
      <w:r>
        <w:rPr>
          <w:b/>
        </w:rPr>
        <w:t xml:space="preserve">[32:48] </w:t>
      </w:r>
      <w:r>
        <w:t>yeh har ek ka problem hai.</w:t>
      </w:r>
    </w:p>
    <w:p>
      <w:pPr>
        <w:jc w:val="right"/>
      </w:pPr>
      <w:r>
        <w:t>یہ ہر ایک کا پرابلم ہے۔</w:t>
      </w:r>
    </w:p>
    <w:p>
      <w:r>
        <w:rPr>
          <w:b/>
        </w:rPr>
        <w:t xml:space="preserve">[32:57] </w:t>
      </w:r>
      <w:r>
        <w:t>main samajhta hoon ke is ka super choti agar aap ke andar aa jati hai to aap is ka, yaani is ka jo secret hai, woh mil jata hai aap ko.</w:t>
      </w:r>
    </w:p>
    <w:p>
      <w:pPr>
        <w:jc w:val="right"/>
      </w:pPr>
      <w:r>
        <w:t>میں سمجھتا ہوں کہ اس کا سپرچوٹی اگر آپ کے اندر آ جاتی ہے تو آپ اس کا، یعنی اس کا جو سیکرٹ ہے، وہ مل جاتا ہے آپ کو۔</w:t>
      </w:r>
    </w:p>
    <w:p>
      <w:r>
        <w:rPr>
          <w:b/>
        </w:rPr>
        <w:t xml:space="preserve">[33:08] </w:t>
      </w:r>
      <w:r>
        <w:t>woh kya hai? cheezon ko reason out karna, cheezon ko reason out karna.</w:t>
      </w:r>
    </w:p>
    <w:p>
      <w:pPr>
        <w:jc w:val="right"/>
      </w:pPr>
      <w:r>
        <w:t>وہ کیا ہے؟ چیزوں کو ریزن آؤٹ کرنا، چیزوں کو ریزن آؤٹ کرنا۔</w:t>
      </w:r>
    </w:p>
    <w:p>
      <w:r>
        <w:rPr>
          <w:b/>
        </w:rPr>
        <w:t xml:space="preserve">[33:18] </w:t>
      </w:r>
      <w:r>
        <w:t>jab aap normal mind mein honge to aap cheezon ko reason out karenge, nahi to emotion mein, emotion mein pad jayenge, emotion mein pad jayenge.</w:t>
      </w:r>
    </w:p>
    <w:p>
      <w:pPr>
        <w:jc w:val="right"/>
      </w:pPr>
      <w:r>
        <w:t>جب آپ نارمل مائنڈ میں ہوں گے تو آپ چیزوں کو ریزن آؤٹ کریں گے، نہیں تو ایموشن میں، ایموشن میں پڑ جائیں گے، ایموشن میں پڑ جائیں گے۔</w:t>
      </w:r>
    </w:p>
    <w:p>
      <w:r>
        <w:rPr>
          <w:b/>
        </w:rPr>
        <w:t xml:space="preserve">[33:27] </w:t>
      </w:r>
      <w:r>
        <w:t>aur jab emotion mein pad gaye to kuch bhi nahi kar sakte aap.</w:t>
      </w:r>
    </w:p>
    <w:p>
      <w:pPr>
        <w:jc w:val="right"/>
      </w:pPr>
      <w:r>
        <w:t>اور جب ایموشن میں پڑ گئے تو کچھ بھی نہیں کر سکتے آپ۔</w:t>
      </w:r>
    </w:p>
    <w:p>
      <w:r>
        <w:rPr>
          <w:b/>
        </w:rPr>
        <w:t xml:space="preserve">[33:33] </w:t>
      </w:r>
      <w:r>
        <w:t>aur ek baat yeh bhi arz karoon ke jab aap emotional ho jate hain to aap ka reason work nahi karta.</w:t>
      </w:r>
    </w:p>
    <w:p>
      <w:pPr>
        <w:jc w:val="right"/>
      </w:pPr>
      <w:r>
        <w:t>اور ایک بات یہ بھی عرض کروں کہ جب آپ ایموشنل ہو جاتے ہیں تو آپ کا ریزن ورک نہیں کرتا۔</w:t>
      </w:r>
    </w:p>
    <w:p>
      <w:r>
        <w:rPr>
          <w:b/>
        </w:rPr>
        <w:t xml:space="preserve">[33:44] </w:t>
      </w:r>
      <w:r>
        <w:t>is liye aap ka jo, aap ka, aap ka jo jo other party hai, jo doosra aadmi hai, aap sari koshish yeh kijiye ke woh abnormal na hone paye, emotional na hone paye.</w:t>
      </w:r>
    </w:p>
    <w:p>
      <w:pPr>
        <w:jc w:val="right"/>
      </w:pPr>
      <w:r>
        <w:t>اس لیے آپ کا جو، آپ کا، آپ کا جو جو ادر پارٹی ہے، جو دوسرا آدمی ہے، آپ ساری کوشش یہ کیجئے کہ وہ ابنارمل نہ ہونے پائے، ایموشنل نہ ہونے پائے۔</w:t>
      </w:r>
    </w:p>
    <w:p>
      <w:r>
        <w:rPr>
          <w:b/>
        </w:rPr>
        <w:t xml:space="preserve">[33:57] </w:t>
      </w:r>
      <w:r>
        <w:t>kyun ke jaise hi woh emotional hua, is ka reason work nahi karega. to aap kis ko address karenge? aap animal ko address karna padega.</w:t>
      </w:r>
    </w:p>
    <w:p>
      <w:pPr>
        <w:jc w:val="right"/>
      </w:pPr>
      <w:r>
        <w:t>کیونکہ جیسے ہی وہ ایموشنل ہوا، اس کا ریزن ورک نہیں کرے گا۔ تو آپ کس کو ایڈریس کریں گے؟ آپ اینیمل کو ایڈریس کرنا پڑے گا۔</w:t>
      </w:r>
    </w:p>
    <w:p>
      <w:r>
        <w:rPr>
          <w:b/>
        </w:rPr>
        <w:t xml:space="preserve">[34:05] </w:t>
      </w:r>
      <w:r>
        <w:t>phir aap ko kisi insaan ko jab address karte hain to aap ke favor mein jo cheez hoti hai, is ka, is ka reason hai.</w:t>
      </w:r>
    </w:p>
    <w:p>
      <w:pPr>
        <w:jc w:val="right"/>
      </w:pPr>
      <w:r>
        <w:t>پھر آپ کو کسی انسان کو جب ایڈریس کرتے ہیں تو آپ کے فیور میں جو چیز ہوتی ہے، اس کا، اس کا ریزن ہے۔</w:t>
      </w:r>
    </w:p>
    <w:p>
      <w:r>
        <w:rPr>
          <w:b/>
        </w:rPr>
        <w:t xml:space="preserve">[34:15] </w:t>
      </w:r>
      <w:r>
        <w:t>lekin jaise hi is ka reason jo hai, kaam na kare to phir aap ek animal se baat karna padta hai aap ko. kyun ke insaan just like animal ban jata hai.</w:t>
      </w:r>
    </w:p>
    <w:p>
      <w:pPr>
        <w:jc w:val="right"/>
      </w:pPr>
      <w:r>
        <w:t>لیکن جیسے ہی اس کا ریزن جو ہے، کام نہ کرے تو پھر آپ ایک اینیمل سے بات کرنا پڑتا ہے آپ کو۔ کیونکہ انسان جسٹ لائک اینیمل بن جاتا ہے۔</w:t>
      </w:r>
    </w:p>
    <w:p>
      <w:r>
        <w:rPr>
          <w:b/>
        </w:rPr>
        <w:t xml:space="preserve">[34:26] </w:t>
      </w:r>
      <w:r>
        <w:t>isi liye Islam mein sabr ko bohat ahmiyat di gayi. sabr, patience, patience ka matlab unilateral tor par reset karna, peeche hat jana. unilateral tor par peeche hat jaiye.</w:t>
      </w:r>
    </w:p>
    <w:p>
      <w:pPr>
        <w:jc w:val="right"/>
      </w:pPr>
      <w:r>
        <w:t>اسی لیے اسلام میں صبر کو بہت اہمیت دی گئی۔ صبر، پیشنس، پیشنس کا مطلب یونیریٹرل طور پر ریسیٹ کرنا، پیچھے ہٹ جانا۔ یونیریٹرل طور پر پیچھے ہٹ جائیے۔</w:t>
      </w:r>
    </w:p>
    <w:p>
      <w:r>
        <w:rPr>
          <w:b/>
        </w:rPr>
        <w:t xml:space="preserve">[34:39] </w:t>
      </w:r>
      <w:r>
        <w:t>kisi se aap ka koi koi controversy aa gayi, koi difference aa gaya, koi baat bigad gayi. ab aap agar lage jaisa woh bol raha hai, aap aap bhi bolein.</w:t>
      </w:r>
    </w:p>
    <w:p>
      <w:pPr>
        <w:jc w:val="right"/>
      </w:pPr>
      <w:r>
        <w:t>کسی سے آپ کا کوئی کوئی کنٹروورسی آ گئی، کوئی ڈیفرنس آ گیا، کوئی بات بگڑ گئی۔ اب آپ اگر لگے جیسا وہ بول رہا ہے، آپ آپ بھی بولیں۔</w:t>
      </w:r>
    </w:p>
    <w:p>
      <w:r>
        <w:rPr>
          <w:b/>
        </w:rPr>
        <w:t xml:space="preserve">[34:53] </w:t>
      </w:r>
      <w:r>
        <w:t>woh ek bol raha hai, aap do bol bolein to kya hoga? woh abnormal ho jayega, abnormal ho jayega.</w:t>
      </w:r>
    </w:p>
    <w:p>
      <w:pPr>
        <w:jc w:val="right"/>
      </w:pPr>
      <w:r>
        <w:t>وہ ایک بول رہا ہے، آپ دو بول بولیں تو کیا ہوگا؟ وہ ابنارمل ہو جائے گا، ابنارمل ہو جائے گا۔</w:t>
      </w:r>
    </w:p>
    <w:p>
      <w:r>
        <w:rPr>
          <w:b/>
        </w:rPr>
        <w:t xml:space="preserve">[35:04] </w:t>
      </w:r>
      <w:r>
        <w:t>to us waqt is ka reason work nahi karega.</w:t>
      </w:r>
    </w:p>
    <w:p>
      <w:pPr>
        <w:jc w:val="right"/>
      </w:pPr>
      <w:r>
        <w:t>تو اس وقت اس کا ریزن ورک نہیں کرے گا۔</w:t>
      </w:r>
    </w:p>
    <w:p>
      <w:r>
        <w:rPr>
          <w:b/>
        </w:rPr>
        <w:t xml:space="preserve">[35:07] </w:t>
      </w:r>
      <w:r>
        <w:t>koi aap kahein logic wali baat to is ki samajh mein nahi aayegi. yeh bohat bari samajhne ki wisdom hai, wisdom ke jis se aap ko, jis se aap ko koi dealing karni hai, dealing, is ke reason ko alive rehne dijiye taake aap is ko address kar saken.</w:t>
      </w:r>
    </w:p>
    <w:p>
      <w:pPr>
        <w:jc w:val="right"/>
      </w:pPr>
      <w:r>
        <w:t>کوئی آپ کہیں لاجک والی بات تو اس کی سمجھ میں نہیں آئے گی۔ یہ بہت بڑی سمجھنے کی وزڈم ہے، وزڈم کہ جس سے آپ کو، جس سے آپ کو کوئی ڈیلنگ کرنی ہے، ڈیلنگ، اس کے ریزن کو الائیو رہنے دیجئے تاکہ آپ اس کو ایڈریس کر سکیں۔</w:t>
      </w:r>
    </w:p>
    <w:p>
      <w:r>
        <w:rPr>
          <w:b/>
        </w:rPr>
        <w:t xml:space="preserve">[35:29] </w:t>
      </w:r>
      <w:r>
        <w:t>agar is ka reason aaye, work karna chhod diya is ne to aap ko, aap ke samne ek animal hoga.</w:t>
      </w:r>
    </w:p>
    <w:p>
      <w:pPr>
        <w:jc w:val="right"/>
      </w:pPr>
      <w:r>
        <w:t>اگر اس کا ریزن آئے، ورک کرنا چھوڑ دیا اس نے تو آپ کو، آپ کے سامنے ایک اینیمل ہوگا۔</w:t>
      </w:r>
    </w:p>
    <w:p>
      <w:r>
        <w:rPr>
          <w:b/>
        </w:rPr>
        <w:t xml:space="preserve">[35:36] </w:t>
      </w:r>
      <w:r>
        <w:t>to aap kya is ko address kar sakte hain? mere paas ek sahib aaye, woh mere, yaani meri magazine ko bohat pabandi se padhte hain.</w:t>
      </w:r>
    </w:p>
    <w:p>
      <w:pPr>
        <w:jc w:val="right"/>
      </w:pPr>
      <w:r>
        <w:t>تو آپ کیا اس کو ایڈریس کر سکتے ہیں؟ میرے پاس ایک صاحب آئے، وہ میرے، یعنی میری میگزین کو بہت پابندی سے پڑھتے ہیں۔</w:t>
      </w:r>
    </w:p>
    <w:p>
      <w:r>
        <w:rPr>
          <w:b/>
        </w:rPr>
        <w:t xml:space="preserve">[35:48] </w:t>
      </w:r>
      <w:r>
        <w:t>woh to mujh se woh advice lete rehte hain. waise woh taj, woh businessman hai. woh</w:t>
      </w:r>
    </w:p>
    <w:p>
      <w:pPr>
        <w:jc w:val="right"/>
      </w:pPr>
      <w:r>
        <w:t>وہ تو مجھ سے وہ ایڈوائس لیتے رہتے ہیں۔ ویسے وہ تاج، وہ بزنس مین ہے۔ وہ</w:t>
      </w:r>
    </w:p>
    <w:p>
      <w:r>
        <w:rPr>
          <w:b/>
        </w:rPr>
        <w:t xml:space="preserve">[35:55] </w:t>
      </w:r>
      <w:r>
        <w:t>abhi kuch din ki baat hai. to unhon ne kaha ke mera ek partner hai, mera ek partner hai, aur partner se mera aksar jhagda hota rehta hai.</w:t>
      </w:r>
    </w:p>
    <w:p>
      <w:pPr>
        <w:jc w:val="right"/>
      </w:pPr>
      <w:r>
        <w:t>ابھی کچھ دن کی بات ہے۔ تو انہوں نے کہا کہ میرا ایک پارٹنر ہے، میرا ایک پارٹنر ہے، اور پارٹنر سے میرا اکثر جھگڑا ہوتا رہتا ہے۔</w:t>
      </w:r>
    </w:p>
    <w:p>
      <w:r>
        <w:rPr>
          <w:b/>
        </w:rPr>
        <w:t xml:space="preserve">[36:09] </w:t>
      </w:r>
      <w:r>
        <w:t>koi manay cheezon, aap dekhiye, jhagde hamesha manay cheezon pe hote hain, chahe house, chahe chahe husband wife ka ho, chahe do partners ka ho, chahe woh Iraq aur aur America kyun na ho.</w:t>
      </w:r>
    </w:p>
    <w:p>
      <w:pPr>
        <w:jc w:val="right"/>
      </w:pPr>
      <w:r>
        <w:t>کوئی مانع چیزوں، آپ دیکھیے، جھگڑے ہمیشہ مانع چیزوں پہ ہوتے ہیں، چاہے ہاؤس، چاہے چاہے ہسبینڈ وائف کا ہو، چاہے دو پارٹنرز کا ہو، چاہے وہ عراق اور اور امریکہ کیوں نہ ہو۔</w:t>
      </w:r>
    </w:p>
    <w:p>
      <w:r>
        <w:rPr>
          <w:b/>
        </w:rPr>
        <w:t xml:space="preserve">[36:24] </w:t>
      </w:r>
      <w:r>
        <w:t>hamesha yaad rakhiye, jhagda jo hai, controversy jo hai, hamesha manay cheezon pe hoti hai, basic cheezon pe kabhi nahi hua karti, kabhi bhi nahi hoti hai.</w:t>
      </w:r>
    </w:p>
    <w:p>
      <w:pPr>
        <w:jc w:val="right"/>
      </w:pPr>
      <w:r>
        <w:t>ہمیشہ یاد رکھیے، جھگڑا جو ہے، کنٹروورسی جو ہے، ہمیشہ مانع چیزوں پہ ہوتی ہے، بیسک چیزوں پہ کبھی نہیں ہوا کرتی، کبھی بھی نہیں ہوتی ہے۔</w:t>
      </w:r>
    </w:p>
    <w:p>
      <w:r>
        <w:rPr>
          <w:b/>
        </w:rPr>
        <w:t xml:space="preserve">[36:36] </w:t>
      </w:r>
      <w:r>
        <w:t>to aise in ka mamla tha.</w:t>
      </w:r>
    </w:p>
    <w:p>
      <w:pPr>
        <w:jc w:val="right"/>
      </w:pPr>
      <w:r>
        <w:t>تو ایسے ان کا معاملہ تھا۔</w:t>
      </w:r>
    </w:p>
    <w:p>
      <w:r>
        <w:rPr>
          <w:b/>
        </w:rPr>
        <w:t xml:space="preserve">[36:41] </w:t>
      </w:r>
      <w:r>
        <w:t>to unhon ne kaha ke main to samajhta hoon ke partnership ko khatam kar dein. main ne kaha kuch nahi, main ne ek baat logon se poochta</w:t>
      </w:r>
    </w:p>
    <w:p>
      <w:pPr>
        <w:jc w:val="right"/>
      </w:pPr>
      <w:r>
        <w:t>تو انہوں نے کہا کہ میں تو سمجھتا ہوں کہ پارٹنرشپ کو ختم کر دیں۔ میں نے کہا کچھ نہیں، میں نے ایک بات لوگوں سے پوچھتا</w:t>
      </w:r>
    </w:p>
    <w:p>
      <w:r>
        <w:rPr>
          <w:b/>
        </w:rPr>
        <w:t xml:space="preserve">[36:52] </w:t>
      </w:r>
      <w:r>
        <w:t>hoon, main ek baat yeh batayein ke woh honest hai ke nahi? woh aadmi matlab ek hai ke aadmi gussa karta ho, they are not a problem, anger is not a problem, because you can manage the anger.</w:t>
      </w:r>
    </w:p>
    <w:p>
      <w:pPr>
        <w:jc w:val="right"/>
      </w:pPr>
      <w:r>
        <w:t>ہوں، میں ایک بات یہ بتائیں کہ وہ آنسٹ ہے کہ نہیں؟ وہ آدمی مطلب ایک ہے کہ آدمی غصہ کرتا ہو، دے از ناٹ اے پرابلم، اینگر از ناٹ اے پرابلم، بیکاز یو کین مینج دا اینگر۔</w:t>
      </w:r>
    </w:p>
    <w:p>
      <w:r>
        <w:rPr>
          <w:b/>
        </w:rPr>
        <w:t xml:space="preserve">[37:07] </w:t>
      </w:r>
      <w:r>
        <w:t>jo manageable ho, woh problem nahi. yaad rakhiye, mera ek formula yeh bhi hai jo main ne apne samjhaye, apne is se, apne yaani tajurbe se, apne experience se.</w:t>
      </w:r>
    </w:p>
    <w:p>
      <w:pPr>
        <w:jc w:val="right"/>
      </w:pPr>
      <w:r>
        <w:t>جو مینیجیبل ہو، وہ پرابلم نہیں۔ یاد رکھیے، میرا ایک فارمولا یہ بھی ہے جو میں نے اپنے سمجھائے، اپنے اس سے، اپنے یعنی تجربے سے، اپنے ایکسپیرینس سے۔</w:t>
      </w:r>
    </w:p>
    <w:p>
      <w:r>
        <w:rPr>
          <w:b/>
        </w:rPr>
        <w:t xml:space="preserve">[37:22] </w:t>
      </w:r>
      <w:r>
        <w:t>date two kind of problems, psychological and physical. psychological and physical, jaise farz ki jiye ke ek aadmi ko chot lag gayi, ab bleeding ho rahi hai, bleeding to it is a physical problem.</w:t>
      </w:r>
    </w:p>
    <w:p>
      <w:pPr>
        <w:jc w:val="right"/>
      </w:pPr>
      <w:r>
        <w:t>دیٹ ٹو کائنڈ اف پرابلمز، سائیکلوجیکل اینڈ فزیکل۔ سائیکلوجیکل اینڈ فزیکل، جیسے فرض کیجئے کہ ایک آدمی کو چوٹ لگ گئی، اب بلیڈنگ ہو رہی ہے، بلیڈنگ تو اٹ از اے فزیکل پرابلم۔</w:t>
      </w:r>
    </w:p>
    <w:p>
      <w:r>
        <w:rPr>
          <w:b/>
        </w:rPr>
        <w:t xml:space="preserve">[37:40] </w:t>
      </w:r>
      <w:r>
        <w:t>that is a physical problem, to aap ko doctor ke paas jana parega, first aid leni paregi. lekin psychological problem to kuch problem hi nahi hai,</w:t>
      </w:r>
    </w:p>
    <w:p>
      <w:pPr>
        <w:jc w:val="right"/>
      </w:pPr>
      <w:r>
        <w:t>دیٹ از اے فزیکل پرابلم، تو آپ کو ڈاکٹر کے پاس جانا پڑے گا، فرسٹ ایڈ لینی پڑے گی۔ لیکن سائیکلوجیکل پرابلم تو کچھ پرابلم ہی نہیں ہے،</w:t>
      </w:r>
    </w:p>
    <w:p>
      <w:r>
        <w:rPr>
          <w:b/>
        </w:rPr>
        <w:t xml:space="preserve">[37:51] </w:t>
      </w:r>
      <w:r>
        <w:t>yani ghusse mein aa kar ek aadmi ne aap ko pagal keh diya to yeh psychological problem hai. aap ghussa, aap, aap, aap bhi kyun ghussa hon?</w:t>
      </w:r>
    </w:p>
    <w:p>
      <w:pPr>
        <w:jc w:val="right"/>
      </w:pPr>
      <w:r>
        <w:t>یعنی غصے میں آ کر ایک آدمی نے آپ کو پاگل کہہ دیا تو یہ سائیکلوجیکل پرابلم ہے۔ آپ غصہ، آپ، آپ، آپ بھی کیوں غصہ ہوں؟</w:t>
      </w:r>
    </w:p>
    <w:p>
      <w:r>
        <w:rPr>
          <w:b/>
        </w:rPr>
        <w:t xml:space="preserve">[38:01] </w:t>
      </w:r>
      <w:r>
        <w:t>main, main aksar sochta hoon, mujhe kehte hain aisa log to main kehta hoon ke un ke kehne se mera saath ban nahi gaya, ban nahi gaya. main jo hoon, woh waise hi rahoon ga phir bhi.</w:t>
      </w:r>
    </w:p>
    <w:p>
      <w:pPr>
        <w:jc w:val="right"/>
      </w:pPr>
      <w:r>
        <w:t>میں، میں اکثر سوچتا ہوں، مجھے کہتے ہیں ایسا لوگ تو میں کہتا ہوں کہ ان کے کہنے سے میرا ساتھ بن نہیں گیا، بن نہیں گیا۔ میں جو ہوں، وہ ویسے ہی رہوں گا پھر بھی۔</w:t>
      </w:r>
    </w:p>
    <w:p>
      <w:r>
        <w:rPr>
          <w:b/>
        </w:rPr>
        <w:t xml:space="preserve">[38:15] </w:t>
      </w:r>
      <w:r>
        <w:t>to un se main ne poocha ek hi baat, yeh bataiye ke woh aadmi ghussa karta hai? haan, jhagda karta hai? haan. main ne poocha ke yeh bataiye ke honest hai ke nahi?</w:t>
      </w:r>
    </w:p>
    <w:p>
      <w:pPr>
        <w:jc w:val="right"/>
      </w:pPr>
      <w:r>
        <w:t>تو ان سے میں نے پوچھا ایک ہی بات، یہ بتائیے کہ وہ آدمی غصہ کرتا ہے؟ ہاں، جھگڑا کرتا ہے؟ ہاں۔ میں نے پوچھا کہ یہ بتائیے کہ آنسٹ ہے کہ نہیں؟</w:t>
      </w:r>
    </w:p>
    <w:p>
      <w:r>
        <w:rPr>
          <w:b/>
        </w:rPr>
        <w:t xml:space="preserve">[38:25] </w:t>
      </w:r>
      <w:r>
        <w:t>kahin bhai, honest to hai woh. main ne kaha ab phir koi problem nahi hai, aap jaiye, us se kahiye ke aaj se</w:t>
      </w:r>
    </w:p>
    <w:p>
      <w:pPr>
        <w:jc w:val="right"/>
      </w:pPr>
      <w:r>
        <w:t>کہیں بھئی، آنسٹ تو ہے وہ۔ میں نے کہا اب پھر کوئی پرابلم نہیں ہے، آپ جائیے، اس سے کہیے کہ آج سے</w:t>
      </w:r>
    </w:p>
    <w:p>
      <w:r>
        <w:rPr>
          <w:b/>
        </w:rPr>
        <w:t xml:space="preserve">[38:35] </w:t>
      </w:r>
      <w:r>
        <w:t>mere aap ke darmiyan ek baat main tay ho jani chahiye, woh yeh hai ke sara mamla main aap ke hawale karta hoon</w:t>
      </w:r>
    </w:p>
    <w:p>
      <w:pPr>
        <w:jc w:val="right"/>
      </w:pPr>
      <w:r>
        <w:t>میرے آپ کے درمیان ایک بات میں طے ہو جانی چاہیے، وہ یہ ہے کہ سارا معاملہ میں آپ کے حوالے کرتا ہوں</w:t>
      </w:r>
    </w:p>
    <w:p>
      <w:r>
        <w:rPr>
          <w:b/>
        </w:rPr>
        <w:t xml:space="preserve">[38:44] </w:t>
      </w:r>
      <w:r>
        <w:t>, mera koi hissa nahi hoga, aise waise koi mere hisse nahi hogi. jo aap kahenge, wahi main karna hai, woh jo aap kahenge, wahi mujhe karna hai.</w:t>
      </w:r>
    </w:p>
    <w:p>
      <w:pPr>
        <w:jc w:val="right"/>
      </w:pPr>
      <w:r>
        <w:t>، میرا کوئی حصہ نہیں ہوگا، ایسے ویسے کوئی میرے حصے نہیں ہوگی۔ جو آپ کہیں گے، وہی میں کرنا ہے، وہ جو آپ کہیں گے، وہی مجھے کرنا ہے۔</w:t>
      </w:r>
    </w:p>
    <w:p>
      <w:r>
        <w:rPr>
          <w:b/>
        </w:rPr>
        <w:t xml:space="preserve">[38:56] </w:t>
      </w:r>
      <w:r>
        <w:t>to woh aadmi sochne laga, ek aisa aadmi hai, abhi tak to yeh jhagad jhagadta tha, aaj keh raha hai ke meri koi hissa nahi hai. achha, us ne kaha ke mujhe do din sochne do.</w:t>
      </w:r>
    </w:p>
    <w:p>
      <w:pPr>
        <w:jc w:val="right"/>
      </w:pPr>
      <w:r>
        <w:t>تو وہ آدمی سوچنے لگا، ایک ایسا آدمی ہے، ابھی تک تو یہ جھگڑ جھگڑتا تھا، آج کہہ رہا ہے کہ میری کوئی حصہ نہیں ہے۔ اچھا، اس نے کہا کہ مجھے دو دن سوچنے دو۔</w:t>
      </w:r>
    </w:p>
    <w:p>
      <w:r>
        <w:rPr>
          <w:b/>
        </w:rPr>
        <w:t xml:space="preserve">[39:07] </w:t>
      </w:r>
      <w:r>
        <w:t>do din sochne ke baad us ne kaha ke bhai, aap se acha to mujhe koi partner nahi milega,</w:t>
      </w:r>
    </w:p>
    <w:p>
      <w:pPr>
        <w:jc w:val="right"/>
      </w:pPr>
      <w:r>
        <w:t>دو دن سوچنے کے بعد اس نے کہا کہ بھئی، آپ سے اچھا تو مجھے کوئی پارٹنر نہیں ملے گا،</w:t>
      </w:r>
    </w:p>
    <w:p>
      <w:r>
        <w:rPr>
          <w:b/>
        </w:rPr>
        <w:t xml:space="preserve">[39:14] </w:t>
      </w:r>
      <w:r>
        <w:t>ab aap se mera bhi jhagda khatam, aap se ab main aap hi ke, aap hi ko follow karoon ga. aur kai barson ho chuke hain is baat ko, ab un ki, un ka jo partnership hai, bohat achhe tarike se chal rahi hai, kyunke dono lad jhagad jaate the,</w:t>
      </w:r>
    </w:p>
    <w:p>
      <w:pPr>
        <w:jc w:val="right"/>
      </w:pPr>
      <w:r>
        <w:t>اب آپ سے میرا بھی جھگڑا ختم، آپ سے اب میں آپ ہی کے، آپ ہی کو فالو کروں گا۔ اور کئی برس ہو چکے ہیں اس بات کو، اب ان کی، ان کا جو پارٹنرشپ ہے، بہت اچھے طریقے سے چل رہی ہے، کیونکہ دونوں لڑ جھگڑ جاتے تھے،</w:t>
      </w:r>
    </w:p>
    <w:p>
      <w:r>
        <w:rPr>
          <w:b/>
        </w:rPr>
        <w:t xml:space="preserve">[39:33] </w:t>
      </w:r>
      <w:r>
        <w:t>yani react karte the, react, yeh bhi react karte the, woh bhi react karte the.</w:t>
      </w:r>
    </w:p>
    <w:p>
      <w:pPr>
        <w:jc w:val="right"/>
      </w:pPr>
      <w:r>
        <w:t>یعنی ری ایکٹ کرتے تھے، ری ایکٹ، یہ بھی ری ایکٹ کرتے تھے، وہ بھی ری ایکٹ کرتے تھے۔</w:t>
      </w:r>
    </w:p>
    <w:p>
      <w:r>
        <w:rPr>
          <w:b/>
        </w:rPr>
        <w:t xml:space="preserve">[39:38] </w:t>
      </w:r>
      <w:r>
        <w:t>agarche koi bhi in mein se dishonest nahi tha. to yaad rakhiye, agar aadmi dishonest nahi hai, then he is a manageable person.</w:t>
      </w:r>
    </w:p>
    <w:p>
      <w:pPr>
        <w:jc w:val="right"/>
      </w:pPr>
      <w:r>
        <w:t>اگرچہ کوئی بھی ان میں سے ڈس آنسٹ نہیں تھا۔ تو یاد رکھیے، اگر آدمی ڈس آنسٹ نہیں ہے، دین ہی از ا مینیجیبل پرسن۔</w:t>
      </w:r>
    </w:p>
    <w:p>
      <w:r>
        <w:rPr>
          <w:b/>
        </w:rPr>
        <w:t xml:space="preserve">[39:50] </w:t>
      </w:r>
      <w:r>
        <w:t>us ke andar ghussa hai to ghussa kya hai? ghusse ko aap, aap ghussa na kijiye, bas ghussa manage ho jayega.</w:t>
      </w:r>
    </w:p>
    <w:p>
      <w:pPr>
        <w:jc w:val="right"/>
      </w:pPr>
      <w:r>
        <w:t>اس کے اندر غصہ ہے تو غصہ کیا ہے؟ غصے کو آپ، آپ غصہ نہ کیجئے، بس غصہ مینج ہو جائے گا۔</w:t>
      </w:r>
    </w:p>
    <w:p>
      <w:r>
        <w:rPr>
          <w:b/>
        </w:rPr>
        <w:t xml:space="preserve">[39:59] </w:t>
      </w:r>
      <w:r>
        <w:t>aap ghussa na kijiye to ghussa manage ho jayega.</w:t>
      </w:r>
    </w:p>
    <w:p>
      <w:pPr>
        <w:jc w:val="right"/>
      </w:pPr>
      <w:r>
        <w:t>آپ غصہ نہ کیجئے تو غصہ مینج ہو جائے گا۔</w:t>
      </w:r>
    </w:p>
    <w:p>
      <w:r>
        <w:rPr>
          <w:b/>
        </w:rPr>
        <w:t xml:space="preserve">[40:06] </w:t>
      </w:r>
      <w:r>
        <w:t>ek baat main aksar logon se kehta hoon, woh aap ko batata hoon,</w:t>
      </w:r>
    </w:p>
    <w:p>
      <w:pPr>
        <w:jc w:val="right"/>
      </w:pPr>
      <w:r>
        <w:t>ایک بات میں اکثر لوگوں سے کہتا ہوں، وہ آپ کو بتاتا ہوں،</w:t>
      </w:r>
    </w:p>
    <w:p>
      <w:r>
        <w:rPr>
          <w:b/>
        </w:rPr>
        <w:t xml:space="preserve">[40:13] </w:t>
      </w:r>
      <w:r>
        <w:t>yeh main ne khud is ko apni aankh se dekha hai. Russia jab main gaya tha to wahan par main ne dekha ek ek aadmi tigers ko tape kiye hue tha, taqreeban yani ek ek dozen tiger the, woh tape kiye hue the.</w:t>
      </w:r>
    </w:p>
    <w:p>
      <w:pPr>
        <w:jc w:val="right"/>
      </w:pPr>
      <w:r>
        <w:t>یہ میں نے خود اس کو اپنی آنکھ سے دیکھا ہے۔ رشیا جب میں گیا تھا تو وہاں پر میں نے دیکھا ایک ایک آدمی ٹائیگرز کو ٹیپ کیے ہوئے تھا، تقریباً یعنی ایک ایک ڈزن ٹائیگر تھے، وہ ٹیپ کیے ہوئے تھے۔</w:t>
      </w:r>
    </w:p>
    <w:p>
      <w:r>
        <w:rPr>
          <w:b/>
        </w:rPr>
        <w:t xml:space="preserve">[40:28] </w:t>
      </w:r>
      <w:r>
        <w:t>main jaise woh kehta tha, wahi chalte the, woh sab. to main ne us ko research karna shuru</w:t>
      </w:r>
    </w:p>
    <w:p>
      <w:pPr>
        <w:jc w:val="right"/>
      </w:pPr>
      <w:r>
        <w:t>میں جیسے وہ کہتا تھا، وہی چلتے تھے، وہ سب۔ تو میں نے اس کو ریسرچ کرنا شروع</w:t>
      </w:r>
    </w:p>
    <w:p>
      <w:r>
        <w:rPr>
          <w:b/>
        </w:rPr>
        <w:t xml:space="preserve">[40:34] </w:t>
      </w:r>
      <w:r>
        <w:t>kiya ke yeh baat kya hai, kaise ek insan jo hai, us ke paas koi hathiyar nahi hai, ek ek enclosure mein tha, woh aadmi aur us mein sher sab the, woh us mein un ko jaise kehta tha, waise sher chalte the,</w:t>
      </w:r>
    </w:p>
    <w:p>
      <w:pPr>
        <w:jc w:val="right"/>
      </w:pPr>
      <w:r>
        <w:t>کیا کہ یہ بات کیا ہے، کیسے ایک انسان جو ہے، اس کے پاس کوئی ہتھیار نہیں ہے، ایک ایک انکروزر میں تھا، وہ آدمی اور اس میں شیر سب تھے، وہ اس میں ان کو جیسے کہتا تھا، ویسے شیر چلتے تھے،</w:t>
      </w:r>
    </w:p>
    <w:p>
      <w:r>
        <w:rPr>
          <w:b/>
        </w:rPr>
        <w:t xml:space="preserve">[40:49] </w:t>
      </w:r>
      <w:r>
        <w:t>woh bilkul tape kiye hue the. un ko woh is par main ne research ki to pata chala ke nature ne ek bohat bara, bari cheez rakhi hai, beast mein, bea, bea, us ne beast animals,</w:t>
      </w:r>
    </w:p>
    <w:p>
      <w:pPr>
        <w:jc w:val="right"/>
      </w:pPr>
      <w:r>
        <w:t>وہ بالکل ٹیپ کیے ہوئے تھے۔ ان کو وہ اس پر میں نے ریسرچ کی تو پتہ چلا کہ نیچر نے ایک بہت بڑا، بڑی چیز رکھی ہے، بیسٹ میں، بی ای اے، بی ای اے، اس نے بیسٹ اینیملز،</w:t>
      </w:r>
    </w:p>
    <w:p>
      <w:r>
        <w:rPr>
          <w:b/>
        </w:rPr>
        <w:t xml:space="preserve">[41:03] </w:t>
      </w:r>
      <w:r>
        <w:t>woh kya hai? jo kunti hoti hai, us ko angrezi mein kehte hain temple, english mein temple kehte hain kunti.</w:t>
      </w:r>
    </w:p>
    <w:p>
      <w:pPr>
        <w:jc w:val="right"/>
      </w:pPr>
      <w:r>
        <w:t>وہ کیا ہے؟ جو کنپٹی ہوتی ہے، اس کو انگریزی میں کہتے ہیں ٹیمپل، انگلش میں ٹیمپل کہتے ہیں کنپٹی۔</w:t>
      </w:r>
    </w:p>
    <w:p>
      <w:r>
        <w:rPr>
          <w:b/>
        </w:rPr>
        <w:t xml:space="preserve">[41:14] </w:t>
      </w:r>
      <w:r>
        <w:t>to beast ki kunti bohat hi sensitive hoti hai, jaise dog hai, wolf hai, tiger hai, to un ki kunti bohat sensitive hoti hai.</w:t>
      </w:r>
    </w:p>
    <w:p>
      <w:pPr>
        <w:jc w:val="right"/>
      </w:pPr>
      <w:r>
        <w:t>تو بیسٹ کی کنپٹی بہت ہی سینسٹیو ہوتی ہے، جیسے ڈاگ ہے، ولف ہے، ٹائیگر ہے، تو ان کی کنپٹی بہت سینسٹیو ہوتی ہے۔</w:t>
      </w:r>
    </w:p>
    <w:p>
      <w:r>
        <w:rPr>
          <w:b/>
        </w:rPr>
        <w:t xml:space="preserve">[41:26] </w:t>
      </w:r>
      <w:r>
        <w:t>kisi tarike se aap manage kar saken, kunti ko pakad lein, aap dekhen ke within second woh tape ho gaya,</w:t>
      </w:r>
    </w:p>
    <w:p>
      <w:pPr>
        <w:jc w:val="right"/>
      </w:pPr>
      <w:r>
        <w:t>کسی طریقے سے آپ مینج کر سکیں، کنپٹی کو پکڑ لیں، آپ دیکھیں کہ ود ان سیکنڈ وہ ٹیپ ہو گیا،</w:t>
      </w:r>
    </w:p>
    <w:p>
      <w:r>
        <w:rPr>
          <w:b/>
        </w:rPr>
        <w:t xml:space="preserve">[41:36] </w:t>
      </w:r>
      <w:r>
        <w:t>yani us ki temple ya kunti ko jaise hi aap ne pakda, agar manage kar payen aap to bilkul tape ho jayega, aap ke bas mein ho jayega woh. to mera manna yeh hai, aur balkeh mera yeh experience hai,</w:t>
      </w:r>
    </w:p>
    <w:p>
      <w:pPr>
        <w:jc w:val="right"/>
      </w:pPr>
      <w:r>
        <w:t>یعنی اس کی ٹیمپل یا کنپٹی کو جیسے ہی آپ نے پکڑا، اگر مینج کر پائیں آپ تو بالکل ٹیپ ہو جائے گا، آپ کے بس میں ہو جائے گا وہ۔ تو میرا ماننا یہ ہے، اور بلکہ میرا یہ ایکسپیرینس ہے،</w:t>
      </w:r>
    </w:p>
    <w:p>
      <w:r>
        <w:rPr>
          <w:b/>
        </w:rPr>
        <w:t xml:space="preserve">[41:51] </w:t>
      </w:r>
      <w:r>
        <w:t>insan ke andar bhi isi qism ka ek temple hai, woh kya hai? reason. aadmi reason ke aage bilkul surrender kar deta hai,</w:t>
      </w:r>
    </w:p>
    <w:p>
      <w:pPr>
        <w:jc w:val="right"/>
      </w:pPr>
      <w:r>
        <w:t>انسان کے اندر بھی اسی قسم کا ایک ٹیمپل ہے، وہ کیا ہے؟ ریزن۔ آدمی ریزن کے آگے بالکل سرینڈر کر دیتا ہے،</w:t>
      </w:r>
    </w:p>
    <w:p>
      <w:r>
        <w:rPr>
          <w:b/>
        </w:rPr>
        <w:t xml:space="preserve">[42:03] </w:t>
      </w:r>
      <w:r>
        <w:t>agar sach much reason ho. kuch log samajhte hain ke reason de rahe hain, haalanke woh reason nahi hota hai, is ko main nahi keh raha hoon.</w:t>
      </w:r>
    </w:p>
    <w:p>
      <w:pPr>
        <w:jc w:val="right"/>
      </w:pPr>
      <w:r>
        <w:t>اگر سچ مچ ریزن ہو۔ کچھ لوگ سمجھتے ہیں کہ ریزن دے رہے ہیں، حالانکہ وہ ریزن نہیں ہوتا ہے، اس کو میں نہیں کہہ رہا ہوں۔</w:t>
      </w:r>
    </w:p>
    <w:p>
      <w:r>
        <w:rPr>
          <w:b/>
        </w:rPr>
        <w:t xml:space="preserve">[42:13] </w:t>
      </w:r>
      <w:r>
        <w:t>jaise abhi aap ne dekha jo bombay mein jo bomb blast hua, to aap ne suna hoga ke wahan ke top ke logon ne kaha ke yeh to non state actors the,</w:t>
      </w:r>
    </w:p>
    <w:p>
      <w:pPr>
        <w:jc w:val="right"/>
      </w:pPr>
      <w:r>
        <w:t>جیسے ابھی آپ نے دیکھا جو بمبے میں جو بمب بلاسٹ ہوا، تو آپ نے سنا ہوگا کہ وہاں کے ٹاپ کے لوگوں نے کہا کہ یہ تو نان اسٹیٹ ایکٹرز تھے،</w:t>
      </w:r>
    </w:p>
    <w:p>
      <w:r>
        <w:rPr>
          <w:b/>
        </w:rPr>
        <w:t xml:space="preserve">[42:30] </w:t>
      </w:r>
      <w:r>
        <w:t>non state actors apni samajh se woh ek reason de rahe the, but it was not a reason, it was joke,</w:t>
      </w:r>
    </w:p>
    <w:p>
      <w:pPr>
        <w:jc w:val="right"/>
      </w:pPr>
      <w:r>
        <w:t>نان اسٹیٹ ایکٹرز اپنی سمجھ سے وہ ایک ریزن دے رہے تھے، بٹ اٹ واز ناٹ اے ریزن، اٹ واز جوک،</w:t>
      </w:r>
    </w:p>
    <w:p>
      <w:r>
        <w:rPr>
          <w:b/>
        </w:rPr>
        <w:t xml:space="preserve">[42:39] </w:t>
      </w:r>
      <w:r>
        <w:t>it was not a reason, it was joke. to kaise kisi ko woh, woh yaani kisi ko woh tape karega?</w:t>
      </w:r>
    </w:p>
    <w:p>
      <w:pPr>
        <w:jc w:val="right"/>
      </w:pPr>
      <w:r>
        <w:t>اٹ واز ناٹ اے ریزن، اٹ واز جوک۔ تو کیسے کسی کو وہ، وہ یعنی کسی کو وہ ٹیپ کرے گا؟</w:t>
      </w:r>
    </w:p>
    <w:p>
      <w:r>
        <w:rPr>
          <w:b/>
        </w:rPr>
        <w:t xml:space="preserve">[42:48] </w:t>
      </w:r>
      <w:r>
        <w:t>kisi ne maana nahi, jo suna us ne kaha, woh hans diya ke yeh joke hai. yeh what is non state actors?</w:t>
      </w:r>
    </w:p>
    <w:p>
      <w:pPr>
        <w:jc w:val="right"/>
      </w:pPr>
      <w:r>
        <w:t>کسی نے مانا نہیں، جو سنا اس نے کہا، وہ ہنس دیا کہ یہ جوک ہے۔ یہ واٹ از نان اسٹیٹ ایکٹرز؟</w:t>
      </w:r>
    </w:p>
    <w:p>
      <w:r>
        <w:rPr>
          <w:b/>
        </w:rPr>
        <w:t xml:space="preserve">[42:56] </w:t>
      </w:r>
      <w:r>
        <w:t>hamare minister sahab ne bahut achha kaha ke yeh kahan se? kisi kisi planets se aaye the? planets se kahan se aaye the? kisi yaani space ke kisi planets se aaye the?</w:t>
      </w:r>
    </w:p>
    <w:p>
      <w:pPr>
        <w:jc w:val="right"/>
      </w:pPr>
      <w:r>
        <w:t>ہمارے منسٹر صاحب نے بہت اچھا کہا کہ یہ کہاں سے؟ کسی کسی پلینٹس سے آئے تھے؟ پلینٹس سے کہاں سے آئے تھے؟ کسی یعنی سپیس کے کسی پلینٹس سے آئے تھے؟</w:t>
      </w:r>
    </w:p>
    <w:p>
      <w:r>
        <w:rPr>
          <w:b/>
        </w:rPr>
        <w:t xml:space="preserve">[43:07] </w:t>
      </w:r>
      <w:r>
        <w:t>woh log kahan se aaye the? woh to kabhi aisa hota hai ke aadmi apni samajh se ek reason deta hai, to doosra aadmi is se kabhi bhi, kabhi bhi is se kuch yaani influence nahi hoga.</w:t>
      </w:r>
    </w:p>
    <w:p>
      <w:pPr>
        <w:jc w:val="right"/>
      </w:pPr>
      <w:r>
        <w:t>وہ لوگ کہاں سے آئے تھے؟ وہ تو کبھی ایسا ہوتا ہے کہ آدمی اپنی سمجھ سے ایک ریزن دیتا ہے، تو دوسرا آدمی اس سے کبھی بھی، کبھی بھی اس سے کچھ یعنی انفلوئنس نہیں ہوگا۔</w:t>
      </w:r>
    </w:p>
    <w:p>
      <w:r>
        <w:rPr>
          <w:b/>
        </w:rPr>
        <w:t xml:space="preserve">[43:23] </w:t>
      </w:r>
      <w:r>
        <w:t>to real reason, agar real reason to main, main poore is ke keh sakta hoon ke hundred percent security hai ke woh aadmi tape ho jayega.</w:t>
      </w:r>
    </w:p>
    <w:p>
      <w:pPr>
        <w:jc w:val="right"/>
      </w:pPr>
      <w:r>
        <w:t>تو ریئل ریزن، اگر ریئل ریزن تو میں، میں پورے اس کے کہہ سکتا ہوں کہ ہنڈرڈ پرسنٹ سیکیورٹی ہے کہ وہ آدمی ٹیپ ہو جائے گا۔</w:t>
      </w:r>
    </w:p>
    <w:p>
      <w:r>
        <w:rPr>
          <w:b/>
        </w:rPr>
        <w:t xml:space="preserve">[43:35] </w:t>
      </w:r>
      <w:r>
        <w:t>is ke andar logic ho, is ke andar scientific argument ho, sach much woh reason ho, aadmi reason ke muqable mein afford nahi kar sakta.</w:t>
      </w:r>
    </w:p>
    <w:p>
      <w:pPr>
        <w:jc w:val="right"/>
      </w:pPr>
      <w:r>
        <w:t>اس کے اندر لاجک ہو، اس کے اندر سائنٹیفک ارگیومنٹ ہو، سچ مچ وہ ریزن ہو، آدمی ریزن کے مقابلے میں افورڈ نہیں کر سکتا۔</w:t>
      </w:r>
    </w:p>
    <w:p>
      <w:r>
        <w:rPr>
          <w:b/>
        </w:rPr>
        <w:t xml:space="preserve">[43:47] </w:t>
      </w:r>
      <w:r>
        <w:t>one can not stand against reason.</w:t>
      </w:r>
    </w:p>
    <w:p>
      <w:pPr>
        <w:jc w:val="right"/>
      </w:pPr>
      <w:r>
        <w:t>ون کین ناٹ اسٹینڈ اگینسٹ ریزن۔</w:t>
      </w:r>
    </w:p>
    <w:p>
      <w:r>
        <w:rPr>
          <w:b/>
        </w:rPr>
        <w:t xml:space="preserve">[43:50] </w:t>
      </w:r>
      <w:r>
        <w:t>reason aaya to is tarah se temple ko pakadte hi animal theher jata hai, aise hi insaan theher jayega. main aap ko ek example deta hoon apna, bahut sare, chuki main Khuda ke fazl se bahut hi, mere andar bias one percent bhi nahi hai, main jab bhi koi deta hoon to pure bilkul reason deta hoon.</w:t>
      </w:r>
    </w:p>
    <w:p>
      <w:pPr>
        <w:jc w:val="right"/>
      </w:pPr>
      <w:r>
        <w:t>ریزن آیا تو اس طرح سے ٹیمپل کو پکڑتے ہی اینیمل ٹھہر جاتا ہے، ایسے ہی انسان ٹھہر جائے گا۔ میں آپ کو ایک ایگزامپل دیتا ہوں اپنا، بہت سارے، چونکہ میں خدا کے فضل سے بہت ہی، میرے اندر بائس ون پرسنٹ بھی نہیں ہے، میں جب بھی کوئی دیتا ہوں تو پیور بالکل ریزن دیتا ہوں۔</w:t>
      </w:r>
    </w:p>
    <w:p>
      <w:r>
        <w:rPr>
          <w:b/>
        </w:rPr>
        <w:t xml:space="preserve">[44:11] </w:t>
      </w:r>
      <w:r>
        <w:t>reason</w:t>
      </w:r>
    </w:p>
    <w:p>
      <w:pPr>
        <w:jc w:val="right"/>
      </w:pPr>
      <w:r>
        <w:t>ریزن</w:t>
      </w:r>
    </w:p>
    <w:p>
      <w:r>
        <w:rPr>
          <w:b/>
        </w:rPr>
        <w:t xml:space="preserve">[44:13] </w:t>
      </w:r>
      <w:r>
        <w:t>ek baar to aap yeh baat hai, Lucknow mein main tha, ek sahab jo atheist the, woh bahut padhe likhe the, woh afarsi mein unhone MA kiya tha aur bottle research kiya tha, unhone to woh Khuda ko nahi mante the,</w:t>
      </w:r>
    </w:p>
    <w:p>
      <w:pPr>
        <w:jc w:val="right"/>
      </w:pPr>
      <w:r>
        <w:t>ایک بار تو آپ یہ بات ہے، لکھنو میں میں تھا، ایک صاحب جو اتھیسٹ تھے، وہ بہت پڑھے لکھے تھے، وہ افراسی میں انہوں نے ایم اے کیا تھا اور باٹل ریسرچ کیا تھا، انہوں نے تو وہ خدا کو نہیں مانتے تھے،</w:t>
      </w:r>
    </w:p>
    <w:p>
      <w:r>
        <w:rPr>
          <w:b/>
        </w:rPr>
        <w:t xml:space="preserve">[44:35] </w:t>
      </w:r>
      <w:r>
        <w:t>to bahut hi intelligent aadmi the. to mujh se baat ho rahi thi Khuda ke bare mein,</w:t>
      </w:r>
    </w:p>
    <w:p>
      <w:pPr>
        <w:jc w:val="right"/>
      </w:pPr>
      <w:r>
        <w:t>تو بہت ہی انٹیلیجنٹ آدمی تھے۔ تو مجھ سے بات ہو رہی تھی خدا کے بارے میں،</w:t>
      </w:r>
    </w:p>
    <w:p>
      <w:r>
        <w:rPr>
          <w:b/>
        </w:rPr>
        <w:t xml:space="preserve">[44:43] </w:t>
      </w:r>
      <w:r>
        <w:t>to unhone ek question kiya mujh se ek sentence mein:</w:t>
      </w:r>
    </w:p>
    <w:p>
      <w:pPr>
        <w:jc w:val="right"/>
      </w:pPr>
      <w:r>
        <w:t>تو انہوں نے ایک کوئسچن کیا مجھ سے ایک سینٹنس میں:</w:t>
      </w:r>
    </w:p>
    <w:p>
      <w:r>
        <w:rPr>
          <w:b/>
        </w:rPr>
        <w:t xml:space="preserve">[44:51] </w:t>
      </w:r>
      <w:r>
        <w:t>"what criterion do you have to prove the existence of God?"</w:t>
      </w:r>
    </w:p>
    <w:p>
      <w:pPr>
        <w:jc w:val="right"/>
      </w:pPr>
      <w:r>
        <w:t>"واٹ کرائٹیرین ڈو یو ہیو ٹو پروف دا ایگزسٹنس اف گاڈ؟"</w:t>
      </w:r>
    </w:p>
    <w:p>
      <w:r>
        <w:rPr>
          <w:b/>
        </w:rPr>
        <w:t xml:space="preserve">[45:00] </w:t>
      </w:r>
      <w:r>
        <w:t>Khuda ko saabit karne ke liye aap ke paas criterion kya hai?</w:t>
      </w:r>
    </w:p>
    <w:p>
      <w:pPr>
        <w:jc w:val="right"/>
      </w:pPr>
      <w:r>
        <w:t>خدا کو ثابت کرنے کے لیے آپ کے پاس کرائٹیرین کیا ہے؟</w:t>
      </w:r>
    </w:p>
    <w:p>
      <w:r>
        <w:rPr>
          <w:b/>
        </w:rPr>
        <w:t xml:space="preserve">[45:07] </w:t>
      </w:r>
      <w:r>
        <w:t>main ne ek second socha aur meri munh se nikla: "the same criterion which you have to prove anything else." aap yaqeen kijiye ke is ke baad woh bilkul chup ho gaya, woh kyunke main ne us ki temple ko pakad liya tha, us ke reason ko main ne touch kar diya tha.</w:t>
      </w:r>
    </w:p>
    <w:p>
      <w:pPr>
        <w:jc w:val="right"/>
      </w:pPr>
      <w:r>
        <w:t>میں نے ایک سیکنڈ سوچا اور میری منہ سے نکلا: "دا سیم کرائٹیرین وچ یو ہیو ٹو پروف اینی تھنگ ایلس۔" آپ یقین کیجئے کہ اس کے بعد وہ بالکل چپ ہو گیا، وہ کیونکہ میں نے اس کی ٹیمپل کو پکڑ لیا تھا، اس کے ریزن کو میں نے ٹچ کر دیا تھا۔</w:t>
      </w:r>
    </w:p>
    <w:p>
      <w:r>
        <w:rPr>
          <w:b/>
        </w:rPr>
        <w:t xml:space="preserve">[45:27] </w:t>
      </w:r>
      <w:r>
        <w:t>jo log jante hain philosophy ko aur is mamle ko, woh samajh rahe honge ke main, mera matlab kya tha.</w:t>
      </w:r>
    </w:p>
    <w:p>
      <w:pPr>
        <w:jc w:val="right"/>
      </w:pPr>
      <w:r>
        <w:t>جو لوگ جانتے ہیں فلاسفی کو اور اس معاملے کو، وہ سمجھ رہے ہوں گے کہ میں، میرا مطلب کیا تھا۔</w:t>
      </w:r>
    </w:p>
    <w:p>
      <w:r>
        <w:rPr>
          <w:b/>
        </w:rPr>
        <w:t xml:space="preserve">[45:36] </w:t>
      </w:r>
      <w:r>
        <w:t>us waqt main is ki detail mein, detail mein nahi jaunga, sirf yeh kahunga ke mera ek sentence jo hai, chuki un ka reason address ho gaya, ek dum woh chup ho gaya, bilkul jaise kehta hai: "dher pade!" yaani ek hi sentence: "the the same criterion which you have to prove anything else."</w:t>
      </w:r>
    </w:p>
    <w:p>
      <w:pPr>
        <w:jc w:val="right"/>
      </w:pPr>
      <w:r>
        <w:t>اس وقت میں اس کی ڈیٹیل میں، ڈیٹیل میں نہیں جاؤں گا، صرف یہ کہوں کہ میرا ایک سینٹنس جو ہے، چونکہ ان کا ریزن ایڈریس ہو گیا، ایک دم وہ چپ ہو گیا، بالکل جیسے کہتا ہے: "ڈھیر پڑے!" یعنی ایک ہی سینٹنس: "دا دا سیم کرائٹیرین وچ یو ہیو ٹو پروف اینی تھنگ ایلس۔"</w:t>
      </w:r>
    </w:p>
    <w:p>
      <w:r>
        <w:rPr>
          <w:b/>
        </w:rPr>
        <w:t xml:space="preserve">[45:55] </w:t>
      </w:r>
      <w:r>
        <w:t>to mera baar baar hi mujhe experience hua is ka ke agar aap sach much advised way mein sochte hon, aap jab aap ke andar objectivity ho, yeh sab quality hain in logon ki jin ke andar spirituality ho,</w:t>
      </w:r>
    </w:p>
    <w:p>
      <w:pPr>
        <w:jc w:val="right"/>
      </w:pPr>
      <w:r>
        <w:t>تو میرا بار بار ہی مجھے ایکسپیرینس ہوا اس کا کہ اگر آپ سچ مچ ایڈوائزڈ وے میں سوچتے ہوں، آپ جب آپ کے اندر ابجیکٹیوٹی ہو، یہ سب کوالٹی ہیں ان لوگوں کی جن کے اندر سپرچولیٹی ہو،</w:t>
      </w:r>
    </w:p>
    <w:p>
      <w:r>
        <w:rPr>
          <w:b/>
        </w:rPr>
        <w:t xml:space="preserve">[46:11] </w:t>
      </w:r>
      <w:r>
        <w:t>ek spiritual person ki sab quality hai</w:t>
      </w:r>
    </w:p>
    <w:p>
      <w:pPr>
        <w:jc w:val="right"/>
      </w:pPr>
      <w:r>
        <w:t>ایک سپرچول پرسن کی سب کوالٹی ہے</w:t>
      </w:r>
    </w:p>
    <w:p>
      <w:r>
        <w:rPr>
          <w:b/>
        </w:rPr>
        <w:t xml:space="preserve">[46:15] </w:t>
      </w:r>
      <w:r>
        <w:t>ke woh jo sach much spiritual hoga, woh us ke andar bias nahi hoga, us ke andar woh hoga intolerance nahi hoga, us ke andar hate nahi hogi.</w:t>
      </w:r>
    </w:p>
    <w:p>
      <w:pPr>
        <w:jc w:val="right"/>
      </w:pPr>
      <w:r>
        <w:t>کہ وہ جو سچ مچ سپرچول ہوگا، وہ اس کے اندر بائس نہیں ہوگا، اس کے اندر وہ ہوگا انٹولرنس نہیں ہوگا، اس کے اندر ہیٹ نہیں ہوگی۔</w:t>
      </w:r>
    </w:p>
    <w:p>
      <w:r>
        <w:rPr>
          <w:b/>
        </w:rPr>
        <w:t xml:space="preserve">[46:27] </w:t>
      </w:r>
      <w:r>
        <w:t>dekhen, hate na hona bhi bahut zaroori hai. agar aap insaan se hate karte ho to aap kabhi us ko convince nahi kar sakte. yaad rakhiye, kabhi convince nahi kar sakte.</w:t>
      </w:r>
    </w:p>
    <w:p>
      <w:pPr>
        <w:jc w:val="right"/>
      </w:pPr>
      <w:r>
        <w:t>دیکھیں، ہیٹ نہ ہونا بھی بہت ضروری ہے۔ اگر آپ انسان سے ہیٹ کرتے ہو تو آپ کبھی اس کو کنونس نہیں کر سکتے۔ یاد رکھیے، کبھی کنونس نہیں کر سکتے۔</w:t>
      </w:r>
    </w:p>
    <w:p>
      <w:r>
        <w:rPr>
          <w:b/>
        </w:rPr>
        <w:t xml:space="preserve">[46:38] </w:t>
      </w:r>
      <w:r>
        <w:t>aap love is the greatest power.</w:t>
      </w:r>
    </w:p>
    <w:p>
      <w:pPr>
        <w:jc w:val="right"/>
      </w:pPr>
      <w:r>
        <w:t>آپ لو از دا گریٹسٹ پاور۔</w:t>
      </w:r>
    </w:p>
    <w:p>
      <w:r>
        <w:rPr>
          <w:b/>
        </w:rPr>
        <w:t xml:space="preserve">[46:43] </w:t>
      </w:r>
      <w:r>
        <w:t>agar aap ke andar lo hai, mein aik martaba mein dilli mein, old dilli mein tha to do hindu mere paas aaye, un noon.</w:t>
      </w:r>
    </w:p>
    <w:p>
      <w:pPr>
        <w:jc w:val="right"/>
      </w:pPr>
      <w:r>
        <w:t>اگر آپ کے اندر لو ہے، میں ایک مرتبہ میں دلی میں، اولڈ دلی میں تھا تو دو ہندو میرے پاس آئے، ان نون۔</w:t>
      </w:r>
    </w:p>
    <w:p>
      <w:r>
        <w:rPr>
          <w:b/>
        </w:rPr>
        <w:t xml:space="preserve">[46:55] </w:t>
      </w:r>
      <w:r>
        <w:t>mein jaanta nahi tha un ko, najaf garh ke thay woh. najaf garh mein kabhi gaya nahi tha, najaf garh ko bhi dekha bhi nahi tha. to wahan par us waqt kuch tension chal raha tha, hindu muslim tension.</w:t>
      </w:r>
    </w:p>
    <w:p>
      <w:pPr>
        <w:jc w:val="right"/>
      </w:pPr>
      <w:r>
        <w:t>میں جانتا نہیں تھا ان کو، نجف گڑھ کے تھے وہ۔ نجف گڑھ میں کبھی گیا نہیں تھا، نجف گڑھ کو بھی دیکھا بھی نہیں تھا۔ تو وہاں پر اس وقت کچھ ٹینشن چل رہا تھا، ہندو مسلم ٹینشن۔</w:t>
      </w:r>
    </w:p>
    <w:p>
      <w:r>
        <w:rPr>
          <w:b/>
        </w:rPr>
        <w:t xml:space="preserve">[47:07] </w:t>
      </w:r>
      <w:r>
        <w:t>hindu muslim aur khabrein aa rahi theen ke wahan kahin right na ho jaye, yeh na ho jaye.</w:t>
      </w:r>
    </w:p>
    <w:p>
      <w:pPr>
        <w:jc w:val="right"/>
      </w:pPr>
      <w:r>
        <w:t>ہندو مسلم اور خبریں آ رہی تھیں کہ وہاں کہیں رائٹ نہ ہو جائے، یہ نہ ہو جائے۔</w:t>
      </w:r>
    </w:p>
    <w:p>
      <w:r>
        <w:rPr>
          <w:b/>
        </w:rPr>
        <w:t xml:space="preserve">[47:11] </w:t>
      </w:r>
      <w:r>
        <w:t>to</w:t>
      </w:r>
    </w:p>
    <w:p>
      <w:pPr>
        <w:jc w:val="right"/>
      </w:pPr>
      <w:r>
        <w:t>تو</w:t>
      </w:r>
    </w:p>
    <w:p>
      <w:r>
        <w:rPr>
          <w:b/>
        </w:rPr>
        <w:t xml:space="preserve">[47:14] </w:t>
      </w:r>
      <w:r>
        <w:t>unhon ne kaha ke wahan par hum kuch aik gathering kar rahe hain aur aap hum chahte hain ke aap chal ke kuch milap ki baatein karein wahan par.</w:t>
      </w:r>
    </w:p>
    <w:p>
      <w:pPr>
        <w:jc w:val="right"/>
      </w:pPr>
      <w:r>
        <w:t>انہوں نے کہا کہ وہاں پر ہم کچھ ایک گیدرنگ کر رہے ہیں اور آپ ہم چاہتے ہیں کہ آپ چل کے کچھ میل ملاپ کی باتیں کریں وہاں پر۔</w:t>
      </w:r>
    </w:p>
    <w:p>
      <w:r>
        <w:rPr>
          <w:b/>
        </w:rPr>
        <w:t xml:space="preserve">[47:23] </w:t>
      </w:r>
      <w:r>
        <w:t>jo mere saathi thay, unhon ne kaha ke nahi, kahan jayenge? wahan to ab right hone wala hai,</w:t>
      </w:r>
    </w:p>
    <w:p>
      <w:pPr>
        <w:jc w:val="right"/>
      </w:pPr>
      <w:r>
        <w:t>جو میرے ساتھی تھے، انہوں نے کہا کہ نہیں، کہاں جائیں گے؟ وہاں تو اب رائٹ ہونے والا ہے،</w:t>
      </w:r>
    </w:p>
    <w:p>
      <w:r>
        <w:rPr>
          <w:b/>
        </w:rPr>
        <w:t xml:space="preserve">[47:32] </w:t>
      </w:r>
      <w:r>
        <w:t>right hone wala hai. mein, mein, mein tayyar ho gaya. theek hai, chaliye. jab</w:t>
      </w:r>
    </w:p>
    <w:p>
      <w:pPr>
        <w:jc w:val="right"/>
      </w:pPr>
      <w:r>
        <w:t>رائٹ ہونے والا ہے۔ میں، میں، میں تیار ہو گیا۔ ٹھیک ہے، چلیے۔ جب</w:t>
      </w:r>
    </w:p>
    <w:p>
      <w:r>
        <w:rPr>
          <w:b/>
        </w:rPr>
        <w:t xml:space="preserve">[47:37] </w:t>
      </w:r>
      <w:r>
        <w:t>mein chala to mein ne do saathi, woh raees aur anis, un ka naam tha, abhi bhi hain woh. mein ne dekha ke woh peechay peechay mere aa rahe hain.</w:t>
      </w:r>
    </w:p>
    <w:p>
      <w:pPr>
        <w:jc w:val="right"/>
      </w:pPr>
      <w:r>
        <w:t>میں چلا تو میں نے دو ساتھی، وہ رئیس اور انیس، ان کا نام تھا، ابھی بھی ہیں وہ۔ میں نے دیکھا کہ وہ پیچھے پیچھے میرے آ رہے ہیں۔</w:t>
      </w:r>
    </w:p>
    <w:p>
      <w:r>
        <w:rPr>
          <w:b/>
        </w:rPr>
        <w:t xml:space="preserve">[47:47] </w:t>
      </w:r>
      <w:r>
        <w:t>mein ne kaha, bhai tum log kahan ja rahe ho? unhon ne kaha ke hum aap ki safety ke liye ja rahe hain, aur pata nahi kya ho jaye. mein ne kaha, meri safety, my safety is brave in my heart.</w:t>
      </w:r>
    </w:p>
    <w:p>
      <w:pPr>
        <w:jc w:val="right"/>
      </w:pPr>
      <w:r>
        <w:t>میں نے کہا، بھئی تم لوگ کہاں جا رہے ہو؟ انہوں نے کہا کہ ہم آپ کی سیفٹی کے لیے جا رہے ہیں، اور پتہ نہیں کیا ہو جائے۔ میں نے کہا، میری سیفٹی، مائی سیفٹی از بری ان مائی ہارٹ۔</w:t>
      </w:r>
    </w:p>
    <w:p>
      <w:r>
        <w:rPr>
          <w:b/>
        </w:rPr>
        <w:t xml:space="preserve">[48:00] </w:t>
      </w:r>
      <w:r>
        <w:t>tum jante ho, mere dil mein lo ka pahad hai, har insaan ke liye.</w:t>
      </w:r>
    </w:p>
    <w:p>
      <w:pPr>
        <w:jc w:val="right"/>
      </w:pPr>
      <w:r>
        <w:t>تم جانتے ہو، میرے دل میں لو کا پہاڑ ہے، ہر انسان کے لیے۔</w:t>
      </w:r>
    </w:p>
    <w:p>
      <w:r>
        <w:rPr>
          <w:b/>
        </w:rPr>
        <w:t xml:space="preserve">[48:05] </w:t>
      </w:r>
      <w:r>
        <w:t>mujhe yaqeen hai ke jab mein insaan se lo karta hoon to insaan mere upar waar nahi kar sakta. tum kya samajhte ho is ko? mere dil mein siwaye in doosre insaan, har insaan ke liye, chahe woh hindu ho ya kuch bhi ho,</w:t>
      </w:r>
    </w:p>
    <w:p>
      <w:pPr>
        <w:jc w:val="right"/>
      </w:pPr>
      <w:r>
        <w:t>مجھے یقین ہے کہ جب میں انسان سے لو کرتا ہوں تو انسان میرے اوپر وار نہیں کر سکتا۔ تم کیا سمجھتے ہو اس کو؟ میرے دل میں سوائے ان دوسرے انسان، ہر انسان کے لیے، چاہے وہ ہندو ہو یا کچھ بھی ہو،</w:t>
      </w:r>
    </w:p>
    <w:p>
      <w:r>
        <w:rPr>
          <w:b/>
        </w:rPr>
        <w:t xml:space="preserve">[48:21] </w:t>
      </w:r>
      <w:r>
        <w:t>sirf pyar hai, sirf pyar hai, sirf pyar hai. to kisi ki himmat nahi padegi mere upar waar kare. tum jud jao apne ghar. to sahib, mein akela gaya in logon ke sath jin ko mein janta nahi tha.</w:t>
      </w:r>
    </w:p>
    <w:p>
      <w:pPr>
        <w:jc w:val="right"/>
      </w:pPr>
      <w:r>
        <w:t>صرف پیار ہے، صرف پیار ہے، صرف پیار ہے۔ تو کسی کی ہمت نہیں پڑے گی میرے اوپر وار کرے۔ تم جڑ جاؤ اپنے گھر۔ تو صاحب، میں اکیلا گیا ان لوگوں کے ساتھ جن کو میں جانتا نہیں تھا۔</w:t>
      </w:r>
    </w:p>
    <w:p>
      <w:r>
        <w:rPr>
          <w:b/>
        </w:rPr>
        <w:t xml:space="preserve">[48:33] </w:t>
      </w:r>
      <w:r>
        <w:t>woh wahan, us jagah gaya jahan kabhi mein gaya nahi tha, aur wahan unhon ne akatha kiya tha logon ko. wahan meri speech hui, aur mein raat bhar raha aur gaya, aur subah ko mein wapas aaya.</w:t>
      </w:r>
    </w:p>
    <w:p>
      <w:pPr>
        <w:jc w:val="right"/>
      </w:pPr>
      <w:r>
        <w:t>وہ وہاں، اس جگہ گیا جہاں کبھی میں گیا نہیں تھا، اور وہاں انہوں نے اکٹھا کیا تھا لوگوں کو۔ وہاں میری سپیچ ہوئی، اور میں رات بھر رہا اور گیا، اور صبح کو میں واپس آیا۔</w:t>
      </w:r>
    </w:p>
    <w:p>
      <w:r>
        <w:rPr>
          <w:b/>
        </w:rPr>
        <w:t xml:space="preserve">[48:46] </w:t>
      </w:r>
      <w:r>
        <w:t>aap agar chahte hain ke aap ke andar doosre insanon ko conquer karne ki power aa jaye, conquer karna without any kind of armament, bila gun aur bila bomb ke conquer kar sakein, aap</w:t>
      </w:r>
    </w:p>
    <w:p>
      <w:pPr>
        <w:jc w:val="right"/>
      </w:pPr>
      <w:r>
        <w:t>آپ اگر چاہتے ہیں کہ آپ کے اندر دوسرے انسانوں کو کانکر کرنے کی پاور آ جائے، کانکر کرنا ودا آؤٹ اینی کائنڈ آف آرممنٹ، بلا گن اور بلا بوم کے کانکر کر سکیں، آپ</w:t>
      </w:r>
    </w:p>
    <w:p>
      <w:r>
        <w:rPr>
          <w:b/>
        </w:rPr>
        <w:t xml:space="preserve">[49:03] </w:t>
      </w:r>
      <w:r>
        <w:t>to bas aik cheez paida kar lijiye jo Hazrat Masih ne kaha tha ke "love your enemy" yani "love all including your enemy".</w:t>
      </w:r>
    </w:p>
    <w:p>
      <w:pPr>
        <w:jc w:val="right"/>
      </w:pPr>
      <w:r>
        <w:t>تو بس ایک چیز پیدا کر لیجئے جو حضرت مسیح نے کہا تھا کہ "لو یور اینمی" یعنی "لو ال انکلوڈنگ یور اینمی"۔</w:t>
      </w:r>
    </w:p>
    <w:p>
      <w:r>
        <w:rPr>
          <w:b/>
        </w:rPr>
        <w:t xml:space="preserve">[49:17] </w:t>
      </w:r>
      <w:r>
        <w:t>to "love is the power, greatest power". mujhe aap dekhein, mein aik dubla patla aadmi hoon,</w:t>
      </w:r>
    </w:p>
    <w:p>
      <w:pPr>
        <w:jc w:val="right"/>
      </w:pPr>
      <w:r>
        <w:t>تو "لو از دا پاور، گریٹسٹ پاور"۔ مجھے آپ دیکھیں، میں ایک دبلا پتلا آدمی ہوں،</w:t>
      </w:r>
    </w:p>
    <w:p>
      <w:r>
        <w:rPr>
          <w:b/>
        </w:rPr>
        <w:t xml:space="preserve">[49:25] </w:t>
      </w:r>
      <w:r>
        <w:t>mere paas kuch bhi nahi, lekin mera, mera, mera apna, meri, meri jo meri shakti hai, meri spirit hai.</w:t>
      </w:r>
    </w:p>
    <w:p>
      <w:pPr>
        <w:jc w:val="right"/>
      </w:pPr>
      <w:r>
        <w:t>میرے پاس کچھ بھی نہیں، لیکن میرا، میرا، میرا اپنا، میری، میری جو میری شکتی ہے، میری اسپرٹ ہے۔</w:t>
      </w:r>
    </w:p>
    <w:p>
      <w:r>
        <w:rPr>
          <w:b/>
        </w:rPr>
        <w:t xml:space="preserve">[49:37] </w:t>
      </w:r>
      <w:r>
        <w:t>mein aik baar to ja raha tha dilli ke, yani indian airlines ja raha tha dilli ke aik shehar mein.</w:t>
      </w:r>
    </w:p>
    <w:p>
      <w:pPr>
        <w:jc w:val="right"/>
      </w:pPr>
      <w:r>
        <w:t>میں ایک بار تو جا رہا تھا دلی کے، یعنی انڈین ایئر لائنز جا رہا تھا دلی کے ایک شہر میں۔</w:t>
      </w:r>
    </w:p>
    <w:p>
      <w:r>
        <w:rPr>
          <w:b/>
        </w:rPr>
        <w:t xml:space="preserve">[49:47] </w:t>
      </w:r>
      <w:r>
        <w:t>to airport jab pahuncha to woh ticket wahan jo aaya tha mere paas,</w:t>
      </w:r>
    </w:p>
    <w:p>
      <w:pPr>
        <w:jc w:val="right"/>
      </w:pPr>
      <w:r>
        <w:t>تو ایئرپورٹ جب پہنچا تو وہ ٹکٹ وہاں جو آیا تھا میرے پاس،</w:t>
      </w:r>
    </w:p>
    <w:p>
      <w:r>
        <w:rPr>
          <w:b/>
        </w:rPr>
        <w:t xml:space="preserve">[49:53] </w:t>
      </w:r>
      <w:r>
        <w:t>mein khud to ticket khareedta nahi, jo bulata hai wahi ticket bechta hai. to jab mein airport pahuncha, wahan jab window pe diya to pata chala ke 180 rupay aur dena mujhe, kyunke is beech mein ticket kiraya badh chuka tha,</w:t>
      </w:r>
    </w:p>
    <w:p>
      <w:pPr>
        <w:jc w:val="right"/>
      </w:pPr>
      <w:r>
        <w:t>میں خود تو ٹکٹ خریدتا نہیں، جو بلاتا ہے وہی ٹکٹ بیچتا ہے۔ تو جب میں ایئرپورٹ پہنچا، وہاں جب ونڈو پہ دیا تو پتہ چلا کہ 180 روپے اور دینا مجھے، کیونکہ اس بیچ میں ٹکٹ کرایہ بڑھ چکا تھا،</w:t>
      </w:r>
    </w:p>
    <w:p>
      <w:r>
        <w:rPr>
          <w:b/>
        </w:rPr>
        <w:t xml:space="preserve">[50:10] </w:t>
      </w:r>
      <w:r>
        <w:t>ticket kiraya badh chuka tha. to unhon ne kaha ke 180 rupay aur dena padega, tab aap ko woh boarding card milega. to mein ne kaha, mein to bhai bila paisay chalta hoon, mere pocket mein paisa to nahi rehta.</w:t>
      </w:r>
    </w:p>
    <w:p>
      <w:pPr>
        <w:jc w:val="right"/>
      </w:pPr>
      <w:r>
        <w:t>ٹکٹ کرایہ بڑھ چکا تھا۔ تو انہوں نے کہا کہ 180 روپے اور دینا پڑے گا، تب آپ کو وہ بورڈنگ کارڈ ملے گا۔ تو میں نے کہا، میں تو بھئی بلا پیسے چلتا ہوں، میرے پاکٹ میں پیسہ تو نہیں رہتا۔</w:t>
      </w:r>
    </w:p>
    <w:p>
      <w:r>
        <w:rPr>
          <w:b/>
        </w:rPr>
        <w:t xml:space="preserve">[50:25] </w:t>
      </w:r>
      <w:r>
        <w:t>to kaha ke hum to de nahi sakte. to mein ne kaha, acha dekhein, wahan airport pe mujh ko receive karne ke liye aayenge log, to woh log paisa de denge, wahan par, woh, woh wahan par de denge, wahan par, wahan ke airport par.</w:t>
      </w:r>
    </w:p>
    <w:p>
      <w:pPr>
        <w:jc w:val="right"/>
      </w:pPr>
      <w:r>
        <w:t>تو کہا کہ ہم تو دے نہیں سکتے۔ تو میں نے کہا، اچھا دیکھیں، وہاں ایئرپورٹ پہ مجھ کو ریسیو کرنے کے لیے آئیں گے لوگ، تو وہ لوگ پیسہ دے دیں گے، وہاں پر، وہ، وہ وہاں پر دے دیں گے، وہاں پر، وہاں کے ایئرپورٹ پر۔</w:t>
      </w:r>
    </w:p>
    <w:p>
      <w:r>
        <w:rPr>
          <w:b/>
        </w:rPr>
        <w:t xml:space="preserve">[50:37] </w:t>
      </w:r>
      <w:r>
        <w:t>yeh mein bhopal ja raha tha us waqt. to unhon ne kaha, nahi, aisa nahi chalta hai, aisa koi law nahi hamare haan, yahin paisa de diya to hum boarding card issue karte hain, nahi to nahi.</w:t>
      </w:r>
    </w:p>
    <w:p>
      <w:pPr>
        <w:jc w:val="right"/>
      </w:pPr>
      <w:r>
        <w:t>یہ میں بھوپال جا رہا تھا اس وقت۔ تو انہوں نے کہا، نہیں، ایسا نہیں چلتا ہے، ایسا کوئی لا نہیں ہمارے ہاں، یہیں پیسہ دے دیا تو ہم بورڈنگ کارڈ ایشو کرتے ہیں، نہیں تو نہیں۔</w:t>
      </w:r>
    </w:p>
    <w:p>
      <w:r>
        <w:rPr>
          <w:b/>
        </w:rPr>
        <w:t xml:space="preserve">[50:48] </w:t>
      </w:r>
      <w:r>
        <w:t>to phir mein ne kaha ke aap ka officer kaun hai? to</w:t>
      </w:r>
    </w:p>
    <w:p>
      <w:pPr>
        <w:jc w:val="right"/>
      </w:pPr>
      <w:r>
        <w:t>تو پھر میں نے کہا کہ آپ کا افسر کون ہے؟ تو</w:t>
      </w:r>
    </w:p>
    <w:p>
      <w:r>
        <w:rPr>
          <w:b/>
        </w:rPr>
        <w:t xml:space="preserve">[50:52] </w:t>
      </w:r>
      <w:r>
        <w:t>unhon ne bataya, aik sahib kar jo uska naam tha mr. gandhi. to mein un ke paas gaya, mein ja ke khada ho gaya mr. gandhi ke sath.</w:t>
      </w:r>
    </w:p>
    <w:p>
      <w:pPr>
        <w:jc w:val="right"/>
      </w:pPr>
      <w:r>
        <w:t>انہوں نے بتایا، ایک صاحب کر جو اس کا نام تھا مسٹر گاندھی۔ تو میں ان کے پاس گیا، میں جا کے کھڑا ہو گیا مسٹر گاندھی کے ساتھ۔</w:t>
      </w:r>
    </w:p>
    <w:p>
      <w:r>
        <w:rPr>
          <w:b/>
        </w:rPr>
        <w:t xml:space="preserve">[51:01] </w:t>
      </w:r>
      <w:r>
        <w:t>na woh, na woh mujhe jante the, main un ko janta tha. main ne kaha, mister gandhi, yeh case hai, yeh case hai, mere paas paisa to mere paas hota nahi hai, main to aise hi chalta hoon, mera kapra bhi kisi ka diya hua hai, yeh jo main coat pehne hue hain, yeh us kashmiri ki di hui hai,</w:t>
      </w:r>
    </w:p>
    <w:p>
      <w:pPr>
        <w:jc w:val="right"/>
      </w:pPr>
      <w:r>
        <w:t>نہ وہ، نہ وہ مجھے جانتے تھے، میں ان کو جانتا تھا۔ میں نے کہا، مسٹر گاندھی، یہ کیس ہے، یہ کیس ہے، میرے پاس پیسہ تو میرے پاس ہوتا نہیں ہے، میں تو ایسے ہی چلتا ہوں، میرا کپڑا بھی کسی کا دیا ہوا ہے، یہ جو میں کوٹ پہنے ہوئے ہیں، یہ اس کشمیری کی دی ہوئی ہے،</w:t>
      </w:r>
    </w:p>
    <w:p>
      <w:r>
        <w:rPr>
          <w:b/>
        </w:rPr>
        <w:t xml:space="preserve">[51:18] </w:t>
      </w:r>
      <w:r>
        <w:t>yeh jo mere paas pagri hai, yeh bhi kisi ki di hui hai,</w:t>
      </w:r>
    </w:p>
    <w:p>
      <w:pPr>
        <w:jc w:val="right"/>
      </w:pPr>
      <w:r>
        <w:t>یہ جو میرے پاس پگڑی ہے، یہ بھی کسی کی دی ہوئی ہے،</w:t>
      </w:r>
    </w:p>
    <w:p>
      <w:r>
        <w:rPr>
          <w:b/>
        </w:rPr>
        <w:t xml:space="preserve">[51:22] </w:t>
      </w:r>
      <w:r>
        <w:t>meri har cheez kisi ki di hui hoti hai, mere apne paas kuch nahi hota. to suna unhon ne mujhe ke kaisa anokha aadmi yeh hai.</w:t>
      </w:r>
    </w:p>
    <w:p>
      <w:pPr>
        <w:jc w:val="right"/>
      </w:pPr>
      <w:r>
        <w:t>میری ہر چیز کسی کی دی ہوئی ہوتی ہے، میرے اپنے پاس کچھ نہیں ہوتا۔ تو سنا انہوں نے مجھے کہ کیسا انوکھا آدمی یہ ہے۔</w:t>
      </w:r>
    </w:p>
    <w:p>
      <w:r>
        <w:rPr>
          <w:b/>
        </w:rPr>
        <w:t xml:space="preserve">[51:32] </w:t>
      </w:r>
      <w:r>
        <w:t>to mister gandhi ne kaha ke dekhiye, main aap ki koi help nahi kar sakta, law jo hai yeh kehta hai ke aap ko yahin paisa dena chahiye.</w:t>
      </w:r>
    </w:p>
    <w:p>
      <w:pPr>
        <w:jc w:val="right"/>
      </w:pPr>
      <w:r>
        <w:t>تو مسٹر گاندھی نے کہا کہ دیکھیے، میں آپ کی کوئی ہیلپ نہیں کر سکتا، لا جو ہے یہ کہتا ہے کہ آپ کو یہیں پیسہ دینا چاہیے۔</w:t>
      </w:r>
    </w:p>
    <w:p>
      <w:r>
        <w:rPr>
          <w:b/>
        </w:rPr>
        <w:t xml:space="preserve">[51:42] </w:t>
      </w:r>
      <w:r>
        <w:t>to phir apni jeb bahar dala unhon ne ke main yahin kar sakta hoon ke aap ko aik 180 rupay apne paas hi de doon.</w:t>
      </w:r>
    </w:p>
    <w:p>
      <w:pPr>
        <w:jc w:val="right"/>
      </w:pPr>
      <w:r>
        <w:t>تو پھر اپنی جیب باہر ڈالا انہوں نے کہ میں یہی کر سکتا ہوں کہ آپ کو ایک 180 روپے اپنے پاس ہی دے دوں۔</w:t>
      </w:r>
    </w:p>
    <w:p>
      <w:r>
        <w:rPr>
          <w:b/>
        </w:rPr>
        <w:t xml:space="preserve">[51:50] </w:t>
      </w:r>
      <w:r>
        <w:t>to sahib, unhon ne 180 rupay diya aur main ne aik boarding card issue karwaya. main ne un se poocha ke bhai aap ka address bataiye, address.</w:t>
      </w:r>
    </w:p>
    <w:p>
      <w:pPr>
        <w:jc w:val="right"/>
      </w:pPr>
      <w:r>
        <w:t>تو صاحب، انہوں نے 180 روپے دیا اور میں نے ایک بورڈنگ کارڈ ایشو کروایا۔ میں نے ان سے پوچھا کہ بھئی آپ کا ایڈریس بتائیے، ایڈریس۔</w:t>
      </w:r>
    </w:p>
    <w:p>
      <w:r>
        <w:rPr>
          <w:b/>
        </w:rPr>
        <w:t xml:space="preserve">[51:59] </w:t>
      </w:r>
      <w:r>
        <w:t>to unhon ne na to full naam bataya apna, na address bataya. baad ko main jab wapas aaya to hamare saathi the mister yusuf khan, un ka un woh wing commander yusuf khan, un ka intqaal ho gaya jaldi.</w:t>
      </w:r>
    </w:p>
    <w:p>
      <w:pPr>
        <w:jc w:val="right"/>
      </w:pPr>
      <w:r>
        <w:t>تو انہوں نے نہ تو فل نام بتایا اپنا، نہ ایڈریس بتایا۔ بعد کو میں جب واپس آیا تو ہمارے ساتھی تھے مسٹر یوسف خان، ان کا ان وہ ونگ ونگ کمانڈر یوسف خان، ان کا انتقال ہو گیا جلدی۔</w:t>
      </w:r>
    </w:p>
    <w:p>
      <w:r>
        <w:rPr>
          <w:b/>
        </w:rPr>
        <w:t xml:space="preserve">[52:16] </w:t>
      </w:r>
      <w:r>
        <w:t>un se main ne kaha ke aap airport jatay rehte hain, wahan koi mister gandhi hain, un ko 180 rupay meri taraf se de dijiye. to unhon ne ja kar de diya. to dekhiye, aap agar sach much aik spiritual person hain to aap bohat powerful person hain,</w:t>
      </w:r>
    </w:p>
    <w:p>
      <w:pPr>
        <w:jc w:val="right"/>
      </w:pPr>
      <w:r>
        <w:t>ان سے میں نے کہا کہ آپ ایئرپورٹ جاتے رہتے ہیں، وہاں کوئی مسٹر گاندھی ہیں، ان کو 180 روپے میری طرف سے دے دیجئے۔ تو انہوں نے جا کر دے دیا۔ تو دیکھیں، آپ اگر سچ مچ ایک سپرچول پرسن ہیں تو آپ بہت پاور فل پرسن ہیں،</w:t>
      </w:r>
    </w:p>
    <w:p>
      <w:r>
        <w:rPr>
          <w:b/>
        </w:rPr>
        <w:t xml:space="preserve">[52:32] </w:t>
      </w:r>
      <w:r>
        <w:t>aap sari dunya ko capture kar sakte hain.</w:t>
      </w:r>
    </w:p>
    <w:p>
      <w:pPr>
        <w:jc w:val="right"/>
      </w:pPr>
      <w:r>
        <w:t>آپ ساری دنیا کو کیپچر کر سکتے ہیں۔</w:t>
      </w:r>
    </w:p>
    <w:p>
      <w:r>
        <w:rPr>
          <w:b/>
        </w:rPr>
        <w:t xml:space="preserve">[52:37] </w:t>
      </w:r>
      <w:r>
        <w:t>main apne aise bohat se qissay bata sakta hoon aap ko, aik do nahi, ke aap ka, aap ka apna, aap ka face, aap ka body, aap ke bol baat, aap ke jism, aap ki aankhein, har cheez mein aik, aik, aik anokhi shakti aa jaye gi, anokhi shakti,</w:t>
      </w:r>
    </w:p>
    <w:p>
      <w:pPr>
        <w:jc w:val="right"/>
      </w:pPr>
      <w:r>
        <w:t>میں اپنے ایسے بہت سے قصے بتا سکتا ہوں آپ کو، ایک دو نہیں، کہ آپ کا، آپ کا اپنا، آپ کا فیس، آپ کا باڈی، آپ کے بول بات، آپ کے جسم، آپ کی آنکھیں، ہر چیز میں ایک، ایک، ایک انوکھی شکتی آ جائے گی، انوکھی شکتی،</w:t>
      </w:r>
    </w:p>
    <w:p>
      <w:r>
        <w:rPr>
          <w:b/>
        </w:rPr>
        <w:t xml:space="preserve">[52:55] </w:t>
      </w:r>
      <w:r>
        <w:t>anokhi shakti aa jaye gi, yeh paida kijiye aap. lekin</w:t>
      </w:r>
    </w:p>
    <w:p>
      <w:pPr>
        <w:jc w:val="right"/>
      </w:pPr>
      <w:r>
        <w:t>انوکھی شکتی آ جائے گی، یہ پیدا کیجئے آپ۔ لیکن</w:t>
      </w:r>
    </w:p>
    <w:p>
      <w:r>
        <w:rPr>
          <w:b/>
        </w:rPr>
        <w:t xml:space="preserve">[53:02] </w:t>
      </w:r>
      <w:r>
        <w:t>dekhiye, is ko paida karne ke liye aap ke andar aap ko bohat ziyada positive banna parta hai, bohat ziyada positive. positive kon hai?</w:t>
      </w:r>
    </w:p>
    <w:p>
      <w:pPr>
        <w:jc w:val="right"/>
      </w:pPr>
      <w:r>
        <w:t>دیکھیں، اس کو پیدا کرنے کے لیے آپ کے اندر آپ کو بہت زیادہ پازیٹیو بننا پڑتا ہے، بہت زیادہ پازیٹیو۔ پازیٹیو کون ہے؟</w:t>
      </w:r>
    </w:p>
    <w:p>
      <w:r>
        <w:rPr>
          <w:b/>
        </w:rPr>
        <w:t xml:space="preserve">[53:13] </w:t>
      </w:r>
      <w:r>
        <w:t>positive is one who can who who is able to turn his negativity into positivity. yeh positive nahi ke kisi se milein, aap meeti meeti baatein karein, nahi, is ko aap gaali dein, is ko aap provoke karein, aap phir bhi woh meeti baatein bolein.</w:t>
      </w:r>
    </w:p>
    <w:p>
      <w:pPr>
        <w:jc w:val="right"/>
      </w:pPr>
      <w:r>
        <w:t>پازیٹیو از ون ہو کین ہو ہو از ایبل ٹو ٹرن ہز نیگیٹیوٹی انٹو پازیٹیوٹی۔ یہ پازیٹیو نہیں کہ کسی سے ملیں، آپ میٹھی میٹھی باتیں کریں، نہیں، اس کو آپ گالی دیں، اس کو آپ پرووک کریں، آپ پھر بھی وہ میٹھی باتیں بولیں۔</w:t>
      </w:r>
    </w:p>
    <w:p>
      <w:r>
        <w:rPr>
          <w:b/>
        </w:rPr>
        <w:t xml:space="preserve">[53:30] </w:t>
      </w:r>
      <w:r>
        <w:t>that is a he is a positive person. abhi jaldi ki baat hai, main gaya tha switzerland to wahan aik saath bhi aik, aik indian lady mili, aik indian lady, un ko wahan woh artist theen, teen mahine ke liye bulaya gaya tha un ko wahan par,</w:t>
      </w:r>
    </w:p>
    <w:p>
      <w:pPr>
        <w:jc w:val="right"/>
      </w:pPr>
      <w:r>
        <w:t>دیٹ از ا ہی از ا پازیٹیو پرسن۔ ابھی جلدی کی بات ہے، میں گیا تھا سویٹزرلینڈ تو وہاں ایک ساتھ بھی ایک، ایک انڈین لیڈی ملی، ایک انڈین لیڈی، ان کو وہاں وہ آرٹسٹ تھیں، تین مہینے کے لیے بلایا گیا تھا ان کو وہاں پر،</w:t>
      </w:r>
    </w:p>
    <w:p>
      <w:r>
        <w:rPr>
          <w:b/>
        </w:rPr>
        <w:t xml:space="preserve">[53:48] </w:t>
      </w:r>
      <w:r>
        <w:t>kisi koi program tha, teen mahine poora kar ke woh wapas ja rahi thi, india aa rahi thi wapas. to lagi woh switzerland walon ki burai karne.</w:t>
      </w:r>
    </w:p>
    <w:p>
      <w:pPr>
        <w:jc w:val="right"/>
      </w:pPr>
      <w:r>
        <w:t>کسی کوئی پروگرام تھا، تین مہینے پورا کر کے وہ واپس جا رہی تھی، انڈیا آ رہی تھی واپس۔ تو لگی وہ سویٹزرلینڈ والوں کی برائی کرنے۔</w:t>
      </w:r>
    </w:p>
    <w:p>
      <w:r>
        <w:rPr>
          <w:b/>
        </w:rPr>
        <w:t xml:space="preserve">[54:01] </w:t>
      </w:r>
      <w:r>
        <w:t>main ne kaha ke aap, aap log gaaye ko poojhte hain, lekin gaaye ka culture aap ne nahi apnaya, yani gaaye cow ko aap poojhte hain, lekin cow culture ko aap ne nahi apnaya.</w:t>
      </w:r>
    </w:p>
    <w:p>
      <w:pPr>
        <w:jc w:val="right"/>
      </w:pPr>
      <w:r>
        <w:t>میں نے کہا کہ آپ، آپ لوگ گائے کو پوچھتے ہیں، لیکن گائے کا کلچر آپ نے نہیں اپنایا، یعنی گائے کاؤ کو آپ پوچھتے ہیں، لیکن کاؤ کلچر کو آپ نے نہیں اپنایا۔</w:t>
      </w:r>
    </w:p>
    <w:p>
      <w:r>
        <w:rPr>
          <w:b/>
        </w:rPr>
        <w:t xml:space="preserve">[54:16] </w:t>
      </w:r>
      <w:r>
        <w:t>to unhon ne kaha ke kya, kya, kya matlab hai aap ka? main ne kaha ke dekhiye, what is cow?</w:t>
      </w:r>
    </w:p>
    <w:p>
      <w:pPr>
        <w:jc w:val="right"/>
      </w:pPr>
      <w:r>
        <w:t>تو انہوں نے کہا کہ کیا، کیا، کیا مطلب ہے آپ کا؟ میں نے کہا کہ دیکھیں، واٹ از کاؤ؟</w:t>
      </w:r>
    </w:p>
    <w:p>
      <w:r>
        <w:rPr>
          <w:b/>
        </w:rPr>
        <w:t xml:space="preserve">[54:26] </w:t>
      </w:r>
      <w:r>
        <w:t>cow is a divine industry.</w:t>
      </w:r>
    </w:p>
    <w:p>
      <w:pPr>
        <w:jc w:val="right"/>
      </w:pPr>
      <w:r>
        <w:t>کاؤ از ا ڈیوائن انڈسٹری۔</w:t>
      </w:r>
    </w:p>
    <w:p>
      <w:r>
        <w:rPr>
          <w:b/>
        </w:rPr>
        <w:t xml:space="preserve">[54:30] </w:t>
      </w:r>
      <w:r>
        <w:t>cow has the capacity to turn non milk into milk. aap cow ko kya karte hain? ghaas khilate hain, aap ko lotati kya hai?</w:t>
      </w:r>
    </w:p>
    <w:p>
      <w:pPr>
        <w:jc w:val="right"/>
      </w:pPr>
      <w:r>
        <w:t>کاؤ ہیز دا کیپیسٹی ٹو ٹرن نان ملک انٹو ملک۔ آپ کاؤ کو کیا کرتے ہیں؟ گھاس کھلاتے ہیں، آپ کو لوٹاتی کیا ہے؟</w:t>
      </w:r>
    </w:p>
    <w:p>
      <w:r>
        <w:rPr>
          <w:b/>
        </w:rPr>
        <w:t xml:space="preserve">[54:40] </w:t>
      </w:r>
      <w:r>
        <w:t>doodh lotati hai. that is cow culture. to samaj mein, society mein aap ko koi provoke kare to aap provoke na hon, yeh hai cow culture.</w:t>
      </w:r>
    </w:p>
    <w:p>
      <w:pPr>
        <w:jc w:val="right"/>
      </w:pPr>
      <w:r>
        <w:t>دودھ لوٹاتی ہے۔ دیٹ از کاؤ کلچر۔ تو سماج میں، سوسائٹی میں آپ کو کوئی پرووک کرے تو آپ پرووک نہ ہوں، یہ ہے کاؤ کلچر۔</w:t>
      </w:r>
    </w:p>
    <w:p>
      <w:r>
        <w:rPr>
          <w:b/>
        </w:rPr>
        <w:t xml:space="preserve">[54:54] </w:t>
      </w:r>
      <w:r>
        <w:t>koi aap ko aap se burai kare, aap se achai karein, yeh hai cow culture.</w:t>
      </w:r>
    </w:p>
    <w:p>
      <w:pPr>
        <w:jc w:val="right"/>
      </w:pPr>
      <w:r>
        <w:t>کوئی آپ کو آپ سے برائی کرے، آپ سے اچھائی کریں، یہ ہے کاؤ کلچر۔</w:t>
      </w:r>
    </w:p>
    <w:p>
      <w:r>
        <w:rPr>
          <w:b/>
        </w:rPr>
        <w:t xml:space="preserve">[54:59] </w:t>
      </w:r>
      <w:r>
        <w:t>yani koi negative aap ke saath behaviour kare, aap us ke saath positive behaviour karein, yeh hai cow culture. to positive banne ka matlab yeh nahi ke aap normal halat mein positive hon, aap normal halat mein positive agar hain tab aap positive hain.</w:t>
      </w:r>
    </w:p>
    <w:p>
      <w:pPr>
        <w:jc w:val="right"/>
      </w:pPr>
      <w:r>
        <w:t>یعنی کوئی نیگیٹیو آپ کے ساتھ بیہیویئر کرے، آپ اس کے ساتھ پازیٹیو بیہیویئر کریں، یہ ہے کاؤ کلچر۔ تو پازیٹیو بننے کا مطلب یہ نہیں کہ آپ نارمل حالت میں پازیٹیو ہوں، آپ نارمل حالت میں پازیٹیو اگر ہیں تب آپ پازیٹیو ہیں۔</w:t>
      </w:r>
    </w:p>
    <w:p>
      <w:r>
        <w:rPr>
          <w:b/>
        </w:rPr>
        <w:t xml:space="preserve">[55:16] </w:t>
      </w:r>
      <w:r>
        <w:t>to main kahoon, main kahoon ga ke sab se bari capacity insaan ke andar yeh hai ke is ke andar cow culture ho, yani woh yeh capacity ke woh negativity ko positivity mein convert kar sake.</w:t>
      </w:r>
    </w:p>
    <w:p>
      <w:pPr>
        <w:jc w:val="right"/>
      </w:pPr>
      <w:r>
        <w:t>تو میں کہوں، میں کہوں گا کہ سب سے بڑی کیپیسٹی انسان کے اندر یہ ہے کہ اس کے اندر کاؤ کلچر ہو، یعنی وہ یہ کیپیسٹی کہ وہ نیگیٹیوٹی کو پازیٹیوٹی میں کنورٹ کر سکے۔</w:t>
      </w:r>
    </w:p>
    <w:p>
      <w:r>
        <w:rPr>
          <w:b/>
        </w:rPr>
        <w:t xml:space="preserve">[55:30] </w:t>
      </w:r>
      <w:r>
        <w:t>yani koi ghussa dilaye to us ke liye duaen karein, khuda us ko hidayat de, koi aap ko nuqsan kare to aap us ko faida pohanchayein,</w:t>
      </w:r>
    </w:p>
    <w:p>
      <w:pPr>
        <w:jc w:val="right"/>
      </w:pPr>
      <w:r>
        <w:t>یعنی کوئی غصہ دلائے تو اس کے لیے دعائیں کریں، خدا اس کو ہدایت دے، کوئی آپ کو نقصان کرے تو آپ اس کو فائدہ پہنچائیں،</w:t>
      </w:r>
    </w:p>
    <w:p>
      <w:r>
        <w:rPr>
          <w:b/>
        </w:rPr>
        <w:t xml:space="preserve">[55:43] </w:t>
      </w:r>
      <w:r>
        <w:t>koi, koi bhi negative behaviour kare, aap us ke saath bohat hi positivity ke sath pesh aayen. then you are a boost powerful person.</w:t>
      </w:r>
    </w:p>
    <w:p>
      <w:pPr>
        <w:jc w:val="right"/>
      </w:pPr>
      <w:r>
        <w:t>کوئی، کوئی بھی نیگیٹیو بیہیویئر کرے، آپ اس کے ساتھ بہت ہی پازیٹیوٹی کے ساتھ پیش آئیں۔ دین یو آر ا بوسٹ پاورفل پرسن۔</w:t>
      </w:r>
    </w:p>
    <w:p>
      <w:r>
        <w:rPr>
          <w:b/>
        </w:rPr>
        <w:t xml:space="preserve">[55:53] </w:t>
      </w:r>
      <w:r>
        <w:t>yeh hai spirituality ka khulasa. maine di</w:t>
      </w:r>
    </w:p>
    <w:p>
      <w:pPr>
        <w:jc w:val="right"/>
      </w:pPr>
      <w:r>
        <w:t>یہ ہے سپرچولیٹی کا خلاصہ۔ میں نے دی</w:t>
      </w:r>
    </w:p>
    <w:p>
      <w:r>
        <w:rPr>
          <w:b/>
        </w:rPr>
        <w:t xml:space="preserve">[56:10] </w:t>
      </w:r>
      <w:r>
        <w:t>maulana, das question is from doctor farida khanam.</w:t>
      </w:r>
    </w:p>
    <w:p>
      <w:pPr>
        <w:jc w:val="right"/>
      </w:pPr>
      <w:r>
        <w:t>مولانا، دس کوئسچن از فرام ڈاکٹر فریدہ خانم۔</w:t>
      </w:r>
    </w:p>
    <w:p>
      <w:r>
        <w:rPr>
          <w:b/>
        </w:rPr>
        <w:t xml:space="preserve">[56:16] </w:t>
      </w:r>
      <w:r>
        <w:t>how can we strive to achieve the higher spiritual goal according to islamic teachings?</w:t>
      </w:r>
    </w:p>
    <w:p>
      <w:pPr>
        <w:jc w:val="right"/>
      </w:pPr>
      <w:r>
        <w:t>ہاؤ کین وی سٹرائیو ٹو اچیو دا ہائیر سپرچول گول اکارڈنگ ٹو اسلامک ٹیچنگز؟</w:t>
      </w:r>
    </w:p>
    <w:p>
      <w:r>
        <w:rPr>
          <w:b/>
        </w:rPr>
        <w:t xml:space="preserve">[56:28] </w:t>
      </w:r>
      <w:r>
        <w:t>dekhen, is waqt maine jo baat kahi hai woh general reference pe kahi hai,</w:t>
      </w:r>
    </w:p>
    <w:p>
      <w:pPr>
        <w:jc w:val="right"/>
      </w:pPr>
      <w:r>
        <w:t>دیکھیں، اس وقت میں نے جو بات کہی ہے وہ جنرل ریفرنس پہ کہی ہے،</w:t>
      </w:r>
    </w:p>
    <w:p>
      <w:r>
        <w:rPr>
          <w:b/>
        </w:rPr>
        <w:t xml:space="preserve">[56:33] </w:t>
      </w:r>
      <w:r>
        <w:t>lekin agar aap islam ke reference pe janna chahte hon to main yeh kahunga ke islam mein jo goal hai woh paradise hai.</w:t>
      </w:r>
    </w:p>
    <w:p>
      <w:pPr>
        <w:jc w:val="right"/>
      </w:pPr>
      <w:r>
        <w:t>لیکن اگر آپ اسلام کے ریفرنس پہ جاننا چاہتے ہوں تو میں یہ کہوں گا کہ اسلام میں جو گول ہے وہ پیراڈائز ہے۔</w:t>
      </w:r>
    </w:p>
    <w:p>
      <w:r>
        <w:rPr>
          <w:b/>
        </w:rPr>
        <w:t xml:space="preserve">[56:44] </w:t>
      </w:r>
      <w:r>
        <w:t>worldly chezen islam mein goal ka darja nahi rakhti. har cheez dekhen jo duniya mein hai, jaise ghar hai, car hai, telephone hai, job hai, business hai, sab kuch islam ke point of view se sirf aap ki need hai, woh aap ka goal nahi hai.</w:t>
      </w:r>
    </w:p>
    <w:p>
      <w:pPr>
        <w:jc w:val="right"/>
      </w:pPr>
      <w:r>
        <w:t>ورلڈلی چیزیں اسلام میں گول کا درجہ نہیں رکھتی۔ ہر چیز دیکھیں جو دنیا میں ہے، جیسے گھر ہے، کار ہے، ٹیلی فون ہے، جاب ہے، بزنس ہے، سب کچھ اسلام کے پوائنٹ آف ویو سے صرف آپ کی نیڈ ہے، وہ آپ کا گول نہیں ہے۔</w:t>
      </w:r>
    </w:p>
    <w:p>
      <w:r>
        <w:rPr>
          <w:b/>
        </w:rPr>
        <w:t xml:space="preserve">[57:03] </w:t>
      </w:r>
      <w:r>
        <w:t>to agar kisi ke andar yeh spirit aa jaye ke chezon ko bas zaroorat samjhe, zaroorat to woh grade khatam ho jayega, list khatam ho jayega, intolerance khatam ho jayega apne aap.</w:t>
      </w:r>
    </w:p>
    <w:p>
      <w:pPr>
        <w:jc w:val="right"/>
      </w:pPr>
      <w:r>
        <w:t>تو اگر کسی کے اندر یہ اسپرٹ آ جائے کہ چیزوں کو بس ضرورت سمجھے، ضرورت تو وہ گریڈ ختم ہو جائے گا، لسٹ ختم ہو جائے گا، انٹالینس ختم ہو جائے گا اپنے آپ۔</w:t>
      </w:r>
    </w:p>
    <w:p>
      <w:r>
        <w:rPr>
          <w:b/>
        </w:rPr>
        <w:t xml:space="preserve">[57:19] </w:t>
      </w:r>
      <w:r>
        <w:t>jaise main hoon, dekhiye, koi bhi kapra jo mujhe woh pehan leta hoon, koi bhi khana mera kha leta hoon, koi bhi cheez mere hisab se so jata hoon</w:t>
      </w:r>
    </w:p>
    <w:p>
      <w:pPr>
        <w:jc w:val="right"/>
      </w:pPr>
      <w:r>
        <w:t>جیسے میں ہوں، دیکھیے، کوئی بھی کپڑا جو مجھے وہ پہن لیتا ہوں، کوئی بھی کھانا میرا کھا لیتا ہوں، کوئی بھی چیز میرے حساب سے سو جاتا ہوں</w:t>
      </w:r>
    </w:p>
    <w:p>
      <w:r>
        <w:rPr>
          <w:b/>
        </w:rPr>
        <w:t xml:space="preserve">[57:27] </w:t>
      </w:r>
      <w:r>
        <w:t>, yeh sab chezen mere liye sirf meri need hain, zaroorat hai, basic necessity hai, bas mujhe koi shauk nahi hai achi chezon chezon ka.</w:t>
      </w:r>
    </w:p>
    <w:p>
      <w:pPr>
        <w:jc w:val="right"/>
      </w:pPr>
      <w:r>
        <w:t>، یہ سب چیزیں میرے لیے صرف میری نیڈ ہیں، ضرورت ہے، بے نسیسٹی ہے، بس مجھے کوئی شوق نہیں ہے اچھی چیزوں چیزوں کا۔</w:t>
      </w:r>
    </w:p>
    <w:p>
      <w:r>
        <w:rPr>
          <w:b/>
        </w:rPr>
        <w:t xml:space="preserve">[57:37] </w:t>
      </w:r>
      <w:r>
        <w:t>to dekhen, yeh hai islam mein is masle ka ke agar aap ka goal jo hai upar ho jaye to aap ke andar high thinking aa jayegi, high thinking,</w:t>
      </w:r>
    </w:p>
    <w:p>
      <w:pPr>
        <w:jc w:val="right"/>
      </w:pPr>
      <w:r>
        <w:t>تو دیکھیں، یہ ہے اسلام میں اس مسئلے کا کہ اگر آپ کا گول جو ہے اوپر ہو جائے تو آپ کے اندر ہائی تھنکنگ آ جائے گی، ہائی تھنکنگ،</w:t>
      </w:r>
    </w:p>
    <w:p>
      <w:r>
        <w:rPr>
          <w:b/>
        </w:rPr>
        <w:t xml:space="preserve">[57:48] </w:t>
      </w:r>
      <w:r>
        <w:t>yani chezen aap ke liye necessity reh jayen, necessity woh aap ka goal na rahe, yani paradise of goal ban jaye to sab baat khatam ho jati hai, apne aap sab cheez minimize ho jati hai.</w:t>
      </w:r>
    </w:p>
    <w:p>
      <w:pPr>
        <w:jc w:val="right"/>
      </w:pPr>
      <w:r>
        <w:t>یعنی چیزیں آپ کے لیے نسیسٹی رہ جائیں، نسیسٹی وہ آپ کا گول نہ رہے، یعنی پیراڈائز آف گول بن جائے تو سب بات ختم ہو جاتی ہے، اپنے آپ سب چیز منیمائز ہو جاتی ہے۔</w:t>
      </w:r>
    </w:p>
    <w:p>
      <w:r>
        <w:rPr>
          <w:b/>
        </w:rPr>
        <w:t xml:space="preserve">[58:02] </w:t>
      </w:r>
      <w:r>
        <w:t>yeh maine samjha hai islam ka spirituality. das question is from mr nabvi. reason works with the educated, the enlightened.</w:t>
      </w:r>
    </w:p>
    <w:p>
      <w:pPr>
        <w:jc w:val="right"/>
      </w:pPr>
      <w:r>
        <w:t>یہ میں نے سمجھا ہے اسلام کا سپرچولیٹی۔ دس کوئسچن از فرام مسٹر نبوی۔ ریزن ورکس ود دی ایجوکیٹڈ، دی انلائٹنڈ۔</w:t>
      </w:r>
    </w:p>
    <w:p>
      <w:r>
        <w:rPr>
          <w:b/>
        </w:rPr>
        <w:t xml:space="preserve">[58:16] </w:t>
      </w:r>
      <w:r>
        <w:t>how should we address those who are not properly educated? nahi, main is ko nahi manunga. dono hi mein reason work karti hai, dono hi mein reason hoti hai aur reason work karti hai.</w:t>
      </w:r>
    </w:p>
    <w:p>
      <w:pPr>
        <w:jc w:val="right"/>
      </w:pPr>
      <w:r>
        <w:t>ہاؤ شوڈ وی ایڈریس دوز ہو آر ناٹ پروپرلی ایجوکیٹڈ؟ نہیں، میں اس کو نہیں مانوں گا۔ دونوں ہی میں ریزن ورک کرتی ہے، دونوں ہی میں ریزن ہوتی ہے اور ریزن ورک کرتی ہے۔</w:t>
      </w:r>
    </w:p>
    <w:p>
      <w:r>
        <w:rPr>
          <w:b/>
        </w:rPr>
        <w:t xml:space="preserve">[58:31] </w:t>
      </w:r>
      <w:r>
        <w:t>farq sirf ek hai ke educated aadmi ko aap bohat hi logical way baat samjhate hain, logical way mein aur aam aadmi ko simple way mein samjhate hain,</w:t>
      </w:r>
    </w:p>
    <w:p>
      <w:pPr>
        <w:jc w:val="right"/>
      </w:pPr>
      <w:r>
        <w:t>فرق صرف ایک ہے کہ ایجوکیٹڈ آدمی کو آپ بہت ہی لاجیکل وے بات سمجھاتے ہیں، لاجیکل وے میں اور عام آدمی کو سمپل وے میں سمجھاتے ہیں،</w:t>
      </w:r>
    </w:p>
    <w:p>
      <w:r>
        <w:rPr>
          <w:b/>
        </w:rPr>
        <w:t xml:space="preserve">[58:43] </w:t>
      </w:r>
      <w:r>
        <w:t>bas aur difference kuch nahi hai. is ke bhi paas, is ke paas bhi reason hai, is ke paas bhi reason hai, is ke paas nature hai, is ke paas bhi nature hai.</w:t>
      </w:r>
    </w:p>
    <w:p>
      <w:pPr>
        <w:jc w:val="right"/>
      </w:pPr>
      <w:r>
        <w:t>بس اور ڈفرنس کچھ نہیں ہے۔ اس کے بھی پاس، اس کے پاس بھی ریزن ہے، اس کے پاس بھی ریزن ہے، اس کے پاس نیچر ہے، اس کے پاس بھی نیچر ہے۔</w:t>
      </w:r>
    </w:p>
    <w:p>
      <w:r>
        <w:rPr>
          <w:b/>
        </w:rPr>
        <w:t xml:space="preserve">[58:53] </w:t>
      </w:r>
      <w:r>
        <w:t>sirf yeh hai ke framework dono ka do alag alag hai. aam aadmi ka framework bohat hi simple hai aur parhe likhe aadmi ka framework jo logical hota hai.</w:t>
      </w:r>
    </w:p>
    <w:p>
      <w:pPr>
        <w:jc w:val="right"/>
      </w:pPr>
      <w:r>
        <w:t>صرف یہ ہے کہ فریم ورک دونوں کا دو الگ الگ ہے۔ عام آدمی کا فریم ورک بہت ہی سمپل ہے اور پڑھے لکھے آدمی کا فریم ورک جو لاجیکل ہوتا ہے۔</w:t>
      </w:r>
    </w:p>
    <w:p>
      <w:r>
        <w:rPr>
          <w:b/>
        </w:rPr>
        <w:t xml:space="preserve">[59:05] </w:t>
      </w:r>
      <w:r>
        <w:t>to agar parha likha aadmi aap ke samne hai to us ko bohat hi scientific way mein, logical way mein baat samjhaiye.</w:t>
      </w:r>
    </w:p>
    <w:p>
      <w:pPr>
        <w:jc w:val="right"/>
      </w:pPr>
      <w:r>
        <w:t>تو اگر پڑھا لکھا آدمی آپ کے سامنے ہے تو اس کو بہت ہی سائنٹیفک وے میں، لاجیکل وے میں بات سمجھائیے۔</w:t>
      </w:r>
    </w:p>
    <w:p>
      <w:r>
        <w:rPr>
          <w:b/>
        </w:rPr>
        <w:t xml:space="preserve">[59:13] </w:t>
      </w:r>
      <w:r>
        <w:t>aam aadmi hai to us ko bhi wahi baat samjha sakte hain, bohat hi simple way mein. main to daily ka yeh experience hai, main</w:t>
      </w:r>
    </w:p>
    <w:p>
      <w:pPr>
        <w:jc w:val="right"/>
      </w:pPr>
      <w:r>
        <w:t>عام آدمی ہے تو اس کو بھی وہی بات سمجھا سکتے ہیں، بہت ہی سمپل وے میں۔ میں تو ڈیلی کا یہ ایکسپیرینس ہے، میں</w:t>
      </w:r>
    </w:p>
    <w:p>
      <w:r>
        <w:rPr>
          <w:b/>
        </w:rPr>
        <w:t xml:space="preserve">[59:24] </w:t>
      </w:r>
      <w:r>
        <w:t>is par is farq mein insaan ke farq ko nahi manta, balkeh way of expression ke farq ko manta hoon ke agar aam insaan hai, ek layman hai to wahan way of expression jo hai woh bohat simple hoga aur parha likha aadmi hai to wahan way of expression jo hai woh logical hoga, scientific hoga.</w:t>
      </w:r>
    </w:p>
    <w:p>
      <w:pPr>
        <w:jc w:val="right"/>
      </w:pPr>
      <w:r>
        <w:t>اس پر اس فرق میں انسان کے فرق کو نہیں مانتا، بلکہ وے آف ایکسپریشن کے فرق کو مانتا ہوں کہ اگر عام انسان ہے، ایک لے مین ہے تو وہاں وے آف ایکسپریشن جو ہے وہ بہت سمپل ہوگا اور پڑھا لکھا آدمی ہے تو وہاں وے آف ایکسپریشن جو ہے وہ لاجیکل ہوگا، سائنٹیفک ہوگا۔</w:t>
      </w:r>
    </w:p>
    <w:p>
      <w:r>
        <w:rPr>
          <w:b/>
        </w:rPr>
        <w:t xml:space="preserve">[59:44] </w:t>
      </w:r>
      <w:r>
        <w:t>bas baqi dono jagah yeh formula kaam karta hai, yeh formula dono jagah kaam karta hai.</w:t>
      </w:r>
    </w:p>
    <w:p>
      <w:pPr>
        <w:jc w:val="right"/>
      </w:pPr>
      <w:r>
        <w:t>بس باقی دونوں جگہ یہ فارمولا کام کرتا ہے، یہ فارمولا دونوں جگہ کام کرتا ہے۔</w:t>
      </w:r>
    </w:p>
    <w:p>
      <w:r>
        <w:rPr>
          <w:b/>
        </w:rPr>
        <w:t xml:space="preserve">[59:53] </w:t>
      </w:r>
      <w:r>
        <w:t>main aap ko bohat se waqiat bata sakta hoon apne, lekin phir lamba ho jayega is wajah se. maine khud meri zindagi mein aise bohat se qisse hain ke dono se kaise bane.</w:t>
      </w:r>
    </w:p>
    <w:p>
      <w:pPr>
        <w:jc w:val="right"/>
      </w:pPr>
      <w:r>
        <w:t>میں آپ کو بہت سے واقعات بتا سکتا ہوں اپنے، لیکن پھر لمبا ہو جائے گا اس وجہ سے۔ میں نے خود میری زندگی میں ایسے بہت سے قصے ہیں کہ دونوں سے کیسے بنے۔</w:t>
      </w:r>
    </w:p>
    <w:p>
      <w:r>
        <w:rPr>
          <w:b/>
        </w:rPr>
        <w:t xml:space="preserve">[1:00:02] </w:t>
      </w:r>
      <w:r>
        <w:t>ek qissa maine bataya aap ko jo bane ek educated aadmi se, mera samna hua tha to wahan maine scientific pe hum baat kahi.</w:t>
      </w:r>
    </w:p>
    <w:p>
      <w:pPr>
        <w:jc w:val="right"/>
      </w:pPr>
      <w:r>
        <w:t>ایک قصہ میں نے بتایا آپ کو جو بنے ایک ایجوکیٹڈ آدمی سے، میرا سامنا ہوا تھا تو وہاں میں نے سائنٹیفک پہ ہم بات کہی۔</w:t>
      </w:r>
    </w:p>
    <w:p>
      <w:r>
        <w:rPr>
          <w:b/>
        </w:rPr>
        <w:t xml:space="preserve">[1:00:12] </w:t>
      </w:r>
      <w:r>
        <w:t>aise bohat bar aisa hua ke kisi aise aadmi se bara sahib kapra jo ke jo ke koi layman tha, woh simple way mein us ko maine address kiya</w:t>
      </w:r>
    </w:p>
    <w:p>
      <w:pPr>
        <w:jc w:val="right"/>
      </w:pPr>
      <w:r>
        <w:t>ایسے بہت بار ایسا ہوا کہ کسی ایسے آدمی سے بڑا صاحب کپڑا جو کہ جو کہ کوئی لے مین تھا، وہ سمپل وے میں اس کو میں نے ایڈریس کیا</w:t>
      </w:r>
    </w:p>
    <w:p>
      <w:r>
        <w:rPr>
          <w:b/>
        </w:rPr>
        <w:t xml:space="preserve">[1:00:20] </w:t>
      </w:r>
      <w:r>
        <w:t>, woh bilkul woh satisfy ho gaya aur normal ho gaya. yeh mera experience hai. das question is from miss zareen khan.</w:t>
      </w:r>
    </w:p>
    <w:p>
      <w:pPr>
        <w:jc w:val="right"/>
      </w:pPr>
      <w:r>
        <w:t>، وہ بالکل وہ سیٹسفائی ہو گیا اور نارمل ہو گیا۔ یہ میرا ایکسپیرینس ہے۔ دس کوئسچن از فرام مس زرین خان۔</w:t>
      </w:r>
    </w:p>
    <w:p>
      <w:r>
        <w:rPr>
          <w:b/>
        </w:rPr>
        <w:t xml:space="preserve">[1:00:32] </w:t>
      </w:r>
      <w:r>
        <w:t>emotions too are part of nature. please explain how to make emotions subservient to reason.</w:t>
      </w:r>
    </w:p>
    <w:p>
      <w:pPr>
        <w:jc w:val="right"/>
      </w:pPr>
      <w:r>
        <w:t>ایموشنز ٹو آر پارٹ آف نیچر۔ پلیز ایکسپلین ہاؤ ٹو میک ایموشنز سبسرونٹ ٹو ریزن۔</w:t>
      </w:r>
    </w:p>
    <w:p>
      <w:r>
        <w:rPr>
          <w:b/>
        </w:rPr>
        <w:t xml:space="preserve">[1:00:41] </w:t>
      </w:r>
      <w:r>
        <w:t>haoo to let reason play its role in spite of emotions?</w:t>
      </w:r>
    </w:p>
    <w:p>
      <w:pPr>
        <w:jc w:val="right"/>
      </w:pPr>
      <w:r>
        <w:t>ہاؤ ٹو لیٹ ریزن پلے اٹس رول ان سپائٹ آف ایموشنز؟</w:t>
      </w:r>
    </w:p>
    <w:p>
      <w:r>
        <w:rPr>
          <w:b/>
        </w:rPr>
        <w:t xml:space="preserve">[1:00:46] </w:t>
      </w:r>
      <w:r>
        <w:t>daikhen, emotions jo hain bilashuba woh part of nature hain aur bohat hi important role hai emotions ka. emotions na hon to aadmi bilkul sokhi lakri ho jaye.</w:t>
      </w:r>
    </w:p>
    <w:p>
      <w:pPr>
        <w:jc w:val="right"/>
      </w:pPr>
      <w:r>
        <w:t>دیکھیں، ایموشنز جو ہیں بلاشبہ وہ پارٹ آف نیچر ہیں اور بہت ہی امپورٹنٹ رول ہے ایموشنز کا۔ ایموشنز نہ ہوں تو آدمی بالکل سوکھی لکڑی ہو جائے۔</w:t>
      </w:r>
    </w:p>
    <w:p>
      <w:r>
        <w:rPr>
          <w:b/>
        </w:rPr>
        <w:t xml:space="preserve">[1:00:59] </w:t>
      </w:r>
      <w:r>
        <w:t>emotions hain to aadmi ke andar life rehti hai, zindagi rehti hai.</w:t>
      </w:r>
    </w:p>
    <w:p>
      <w:pPr>
        <w:jc w:val="right"/>
      </w:pPr>
      <w:r>
        <w:t>ایموشنز ہیں تو آدمی کے اندر لائف رہتی ہے، زندگی رہتی ہے۔</w:t>
      </w:r>
    </w:p>
    <w:p>
      <w:r>
        <w:rPr>
          <w:b/>
        </w:rPr>
        <w:t xml:space="preserve">[1:01:05] </w:t>
      </w:r>
      <w:r>
        <w:t>sirf yeh hai ke aadmi ke yeh karna parta hai ke emotions ko reason ke, yaani reason ke under mein rakhe.</w:t>
      </w:r>
    </w:p>
    <w:p>
      <w:pPr>
        <w:jc w:val="right"/>
      </w:pPr>
      <w:r>
        <w:t>صرف یہ ہے کہ آدمی کے یہ کرنا پڑتا ہے کہ ایموشنز کو ریزن کے، یعنی ریزن کے انڈر میں رکھے۔</w:t>
      </w:r>
    </w:p>
    <w:p>
      <w:r>
        <w:rPr>
          <w:b/>
        </w:rPr>
        <w:t xml:space="preserve">[1:01:14] </w:t>
      </w:r>
      <w:r>
        <w:t>bas itni si baat hai. emotion apne aap mein to bohat hi in ka, yaani yaani positive role hai emotions ka. aur is ka kya formula hai?</w:t>
      </w:r>
    </w:p>
    <w:p>
      <w:pPr>
        <w:jc w:val="right"/>
      </w:pPr>
      <w:r>
        <w:t>بس اتنی سی بات ہے۔ ایموشن اپنے آپ میں تو بہت ہی ان کا، یعنی یعنی پازیٹیو رول ہے ایموشنز کا۔ اور اس کا کیا فارمولا ہے؟</w:t>
      </w:r>
    </w:p>
    <w:p>
      <w:r>
        <w:rPr>
          <w:b/>
        </w:rPr>
        <w:t xml:space="preserve">[1:01:26] </w:t>
      </w:r>
      <w:r>
        <w:t>bohat hi simple formula hai.</w:t>
      </w:r>
    </w:p>
    <w:p>
      <w:pPr>
        <w:jc w:val="right"/>
      </w:pPr>
      <w:r>
        <w:t>بہت ہی سمپل فارمولا ہے۔</w:t>
      </w:r>
    </w:p>
    <w:p>
      <w:r>
        <w:rPr>
          <w:b/>
        </w:rPr>
        <w:t xml:space="preserve">[1:01:29] </w:t>
      </w:r>
      <w:r>
        <w:t>you have to think about result. you have to think about result. jab bhi aap ko emotions bhark uthein to foran sochiye result.</w:t>
      </w:r>
    </w:p>
    <w:p>
      <w:pPr>
        <w:jc w:val="right"/>
      </w:pPr>
      <w:r>
        <w:t>یو ہیو ٹو تھنک اباؤٹ رزلٹ۔ یو ہیو ٹو تھنک اباؤٹ رزلٹ۔ جب بھی آپ کو ایموشنز بھڑک اٹھیں تو فوراً سوچیے رزلٹ۔</w:t>
      </w:r>
    </w:p>
    <w:p>
      <w:r>
        <w:rPr>
          <w:b/>
        </w:rPr>
        <w:t xml:space="preserve">[1:01:41] </w:t>
      </w:r>
      <w:r>
        <w:t>bas result</w:t>
      </w:r>
    </w:p>
    <w:p>
      <w:pPr>
        <w:jc w:val="right"/>
      </w:pPr>
      <w:r>
        <w:t>بس رزلٹ</w:t>
      </w:r>
    </w:p>
    <w:p>
      <w:r>
        <w:rPr>
          <w:b/>
        </w:rPr>
        <w:t xml:space="preserve">[1:01:46] </w:t>
      </w:r>
      <w:r>
        <w:t>to woh aap result out kar payenge kyunke reason jo hai woh kahe gi ke jab result, result negative nikalta ho to chup chap ho jao, mat revenge lo.</w:t>
      </w:r>
    </w:p>
    <w:p>
      <w:pPr>
        <w:jc w:val="right"/>
      </w:pPr>
      <w:r>
        <w:t>تو وہ آپ رزلٹ آؤٹ کر پائیں گے کیونکہ ریزن جو ہے وہ کہے گی کہ جب رزلٹ، رزلٹ نیگیٹیو نکلتا ہو تو چپ چاپ ہو جاؤ، مت ریونج لو۔</w:t>
      </w:r>
    </w:p>
    <w:p>
      <w:r>
        <w:rPr>
          <w:b/>
        </w:rPr>
        <w:t xml:space="preserve">[1:02:00] </w:t>
      </w:r>
      <w:r>
        <w:t>yaani emotions jo hain in ko aql nahi hoti. emotions jo hain bhark uthte hain lekin reason jo hai is ko aql hoti hai. to reason jo hai woh kahe ga ke is mamle ko pacify karo kyunke result ulta nikle ga.</w:t>
      </w:r>
    </w:p>
    <w:p>
      <w:pPr>
        <w:jc w:val="right"/>
      </w:pPr>
      <w:r>
        <w:t>یعنی ایموشنز جو ہیں ان کو عقل نہیں ہوتی۔ ایموشنز جو ہیں بھڑک اٹھتے ہیں لیکن ریزن جو ہے اس کو عقل ہوتی ہے۔ تو ریزن جو ہے وہ کہے گا کہ اس معاملے کو پیسیفائی کرو کیونکہ رزلٹ الٹا نکلے گا۔</w:t>
      </w:r>
    </w:p>
    <w:p>
      <w:r>
        <w:rPr>
          <w:b/>
        </w:rPr>
        <w:t xml:space="preserve">[1:02:16] </w:t>
      </w:r>
      <w:r>
        <w:t>to emotions apne aap mein bohat hi positive role hai in ka.</w:t>
      </w:r>
    </w:p>
    <w:p>
      <w:pPr>
        <w:jc w:val="right"/>
      </w:pPr>
      <w:r>
        <w:t>تو ایموشنز اپنے آپ میں بہت ہی پازیٹیو رول ہے ان کا۔</w:t>
      </w:r>
    </w:p>
    <w:p>
      <w:r>
        <w:rPr>
          <w:b/>
        </w:rPr>
        <w:t xml:space="preserve">[1:02:23] </w:t>
      </w:r>
      <w:r>
        <w:t>sirf itni si baat hai ke reason ke under mein rakhein emotions ko aur rakhne ka tareeqa yeh hai ke jab bhi koi baat ho to hamesha result ko sochein.</w:t>
      </w:r>
    </w:p>
    <w:p>
      <w:pPr>
        <w:jc w:val="right"/>
      </w:pPr>
      <w:r>
        <w:t>صرف اتنی سی بات ہے کہ ریزن کے انڈر میں رکھیں ایموشنز کو اور رکھنے کا طریقہ یہ ہے کہ جب بھی کوئی بات ہو تو ہمیشہ رزلٹ کو سوچیں۔</w:t>
      </w:r>
    </w:p>
    <w:p>
      <w:r>
        <w:rPr>
          <w:b/>
        </w:rPr>
        <w:t xml:space="preserve">[1:02:32] </w:t>
      </w:r>
      <w:r>
        <w:t>result ko nateeja kya hoga? nateeja kya hoga? phir sab kuch control mein rahe ga.</w:t>
      </w:r>
    </w:p>
    <w:p>
      <w:pPr>
        <w:jc w:val="right"/>
      </w:pPr>
      <w:r>
        <w:t>رزلٹ کو نتیجہ کیا ہوگا؟ نتیجہ کیا ہوگا؟ پھر سب کچھ کنٹرول میں رہے گی۔</w:t>
      </w:r>
    </w:p>
    <w:p>
      <w:r>
        <w:rPr>
          <w:b/>
        </w:rPr>
        <w:t xml:space="preserve">[1:02:40] </w:t>
      </w:r>
      <w:r>
        <w:t>why my issue sahib, abhi George Bush ka statement maine dekha do ek din ke andar.</w:t>
      </w:r>
    </w:p>
    <w:p>
      <w:pPr>
        <w:jc w:val="right"/>
      </w:pPr>
      <w:r>
        <w:t>وائی مائر ایشو صاحب، ابھی جارج بش کا اسٹیٹمنٹ میں نے دیکھا دو ایک دن کے اندر۔</w:t>
      </w:r>
    </w:p>
    <w:p>
      <w:r>
        <w:rPr>
          <w:b/>
        </w:rPr>
        <w:t xml:space="preserve">[1:02:46] </w:t>
      </w:r>
      <w:r>
        <w:t>unhone kaha ke sara mamla yeh tha ke unhone samjha ke wahan par woh hain jo kehte hain, kya kehte hain is ko?</w:t>
      </w:r>
    </w:p>
    <w:p>
      <w:pPr>
        <w:jc w:val="right"/>
      </w:pPr>
      <w:r>
        <w:t>انہوں نے کہا کہ سارا معاملہ یہ تھا کہ انہوں نے سمجھا کہ وہاں پر وہ ہیں جو کہتے ہیں، کیا کہتے ہیں اس کو؟</w:t>
      </w:r>
    </w:p>
    <w:p>
      <w:r>
        <w:rPr>
          <w:b/>
        </w:rPr>
        <w:t xml:space="preserve">[1:02:56] </w:t>
      </w:r>
      <w:r>
        <w:t>weapons of mass destruction. haan, weapons of mass destruction thay un ke paas. weapons of mass destruction. abhi unhone keh diya ke thay hi nahi wahan par.</w:t>
      </w:r>
    </w:p>
    <w:p>
      <w:pPr>
        <w:jc w:val="right"/>
      </w:pPr>
      <w:r>
        <w:t>ویپنز آف ماس ڈسٹرکشن۔ ہاں، ویپنز آف ماس ڈسٹرکشن تھے ان کے پاس۔ ویپنز آف ماس ڈسٹرکشن۔ ابھی انہوں نے کہہ دیا کہ تھے ہی نہیں وہاں پر۔</w:t>
      </w:r>
    </w:p>
    <w:p>
      <w:r>
        <w:rPr>
          <w:b/>
        </w:rPr>
        <w:t xml:space="preserve">[1:03:06] </w:t>
      </w:r>
      <w:r>
        <w:t>rumor thi. rumor. rumor par unhone itna bara step le liya to rumor to minor hoti hai.</w:t>
      </w:r>
    </w:p>
    <w:p>
      <w:pPr>
        <w:jc w:val="right"/>
      </w:pPr>
      <w:r>
        <w:t>ریومر تھی۔ ریومر۔ ریومر پر انہوں نے اتنا بڑا اسٹیپ لے لیا تو ریومر تو مائنر ہوتی ہے۔</w:t>
      </w:r>
    </w:p>
    <w:p>
      <w:r>
        <w:rPr>
          <w:b/>
        </w:rPr>
        <w:t xml:space="preserve">[1:03:15] </w:t>
      </w:r>
      <w:r>
        <w:t>rumor se zyada choti cheez kya hai? rumor to ek baseless cheez hai. sab se zyada minor cheez to rumor hai. to unhone zyada investigate nahi kiya, zyada pata nahi kiya.</w:t>
      </w:r>
    </w:p>
    <w:p>
      <w:pPr>
        <w:jc w:val="right"/>
      </w:pPr>
      <w:r>
        <w:t>ریومر سے زیادہ چھوٹی چیز کیا ہے؟ ریومر تو ایک بیسلیس چیز ہے۔ سب سے زیادہ مائنر چیز تو ریومر ہے۔ تو انہوں نے زیادہ انویسٹیگیٹ نہیں کیا، زیادہ پتہ نہیں کیا۔</w:t>
      </w:r>
    </w:p>
    <w:p>
      <w:r>
        <w:rPr>
          <w:b/>
        </w:rPr>
        <w:t xml:space="preserve">[1:03:29] </w:t>
      </w:r>
      <w:r>
        <w:t>bas yeh rumor pe maan liya ke wahan par un ke paas weapons of mass destructions hain. bas raid kar diya. main samajhta hoon ke yeh formula har jagah apply hota hai.</w:t>
      </w:r>
    </w:p>
    <w:p>
      <w:pPr>
        <w:jc w:val="right"/>
      </w:pPr>
      <w:r>
        <w:t>بس یہ ریومر پہ مان لیا کہ وہاں پر ان کے پاس ویپنز آف ماس ڈسٹرکشنز ہیں۔ بس ریڈ کر دیا۔ میں سمجھتا ہوں کہ یہ فارمولا ہر جگہ اپلائی ہوتا ہے۔</w:t>
      </w:r>
    </w:p>
    <w:p>
      <w:r>
        <w:rPr>
          <w:b/>
        </w:rPr>
        <w:t xml:space="preserve">[1:03:43] </w:t>
      </w:r>
      <w:r>
        <w:t>is mein koi exception nahi hai.</w:t>
      </w:r>
    </w:p>
    <w:p>
      <w:pPr>
        <w:jc w:val="right"/>
      </w:pPr>
      <w:r>
        <w:t>اس میں کوئی ایکسیپشن نہیں ہے۔</w:t>
      </w:r>
    </w:p>
    <w:p>
      <w:r>
        <w:rPr>
          <w:b/>
        </w:rPr>
        <w:t xml:space="preserve">[1:03:46] </w:t>
      </w:r>
      <w:r>
        <w:t>this question is from Mr. daikhen, Islam mein dua ki bohat importance hai. hadith mein aata hai ke dua ibadat ka maghaz hai.</w:t>
      </w:r>
    </w:p>
    <w:p>
      <w:pPr>
        <w:jc w:val="right"/>
      </w:pPr>
      <w:r>
        <w:t>دس کوئسچن از فرام مسٹر۔ دیکھیں، اسلام میں دعا کی بہت امپورٹنس ہے۔ حدیث میں آتا ہے کہ الدعاء بخل عبادہ۔</w:t>
      </w:r>
    </w:p>
    <w:p>
      <w:r>
        <w:rPr>
          <w:b/>
        </w:rPr>
        <w:t xml:space="preserve">[1:03:59] </w:t>
      </w:r>
      <w:r>
        <w:t>dua ibadat ka maghaz hai, yaani crux hai. crux. ek ek hadith hai ke dua hu al ibadah.</w:t>
      </w:r>
    </w:p>
    <w:p>
      <w:pPr>
        <w:jc w:val="right"/>
      </w:pPr>
      <w:r>
        <w:t>دعا عبادت کا مغز ہے، یعنی کرکس ہے۔ کرکس۔ ایک ایک حدیث ہے کہ الدعاء هو العبادہ۔</w:t>
      </w:r>
    </w:p>
    <w:p>
      <w:r>
        <w:rPr>
          <w:b/>
        </w:rPr>
        <w:t xml:space="preserve">[1:04:11] </w:t>
      </w:r>
      <w:r>
        <w:t>dua hi ibadat hai. daikhen, dua ka matlab kya hai?</w:t>
      </w:r>
    </w:p>
    <w:p>
      <w:pPr>
        <w:jc w:val="right"/>
      </w:pPr>
      <w:r>
        <w:t>دعا ہی عبادت ہے۔ دیکھیں، دعا کا مطلب کیا ہے؟</w:t>
      </w:r>
    </w:p>
    <w:p>
      <w:r>
        <w:rPr>
          <w:b/>
        </w:rPr>
        <w:t xml:space="preserve">[1:04:17] </w:t>
      </w:r>
      <w:r>
        <w:t>Khuda se contact banana. kyunke Islam mein yeh concept hai ke wa idha salaka abadi fa inni qareeb ke main bande ke bilkul hi qareeb hoon.</w:t>
      </w:r>
    </w:p>
    <w:p>
      <w:pPr>
        <w:jc w:val="right"/>
      </w:pPr>
      <w:r>
        <w:t>خدا سے کنٹیکٹ بنانا۔ کیونکہ اسلام میں یہ کانسیپٹ ہے کہ وذا سالک عبادی فینی قریب کہ میں بندے کے بالکل ہی قریب ہوں۔</w:t>
      </w:r>
    </w:p>
    <w:p>
      <w:r>
        <w:rPr>
          <w:b/>
        </w:rPr>
        <w:t xml:space="preserve">[1:04:33] </w:t>
      </w:r>
      <w:r>
        <w:t>instantly tum mujh se contact kar sakte ho. to dua jo hai source hai contact karne ka.</w:t>
      </w:r>
    </w:p>
    <w:p>
      <w:pPr>
        <w:jc w:val="right"/>
      </w:pPr>
      <w:r>
        <w:t>انسٹنٹلی تم مجھ سے کنٹیکٹ کر سکتے ہو۔ تو دعا جو ہے سورس ہے کنٹیکٹ کرنے کا۔</w:t>
      </w:r>
    </w:p>
    <w:p>
      <w:r>
        <w:rPr>
          <w:b/>
        </w:rPr>
        <w:t xml:space="preserve">[1:04:41] </w:t>
      </w:r>
      <w:r>
        <w:t>to chahe hum spirituality hum chahte hon ya intellectual development chahte hon, kuch bhi chahte hon to sab se pehla jo ek momin jo hai, sab se pehli jo sochega wo dua.</w:t>
      </w:r>
    </w:p>
    <w:p>
      <w:pPr>
        <w:jc w:val="right"/>
      </w:pPr>
      <w:r>
        <w:t>تو چاہے ہم سپرچولیٹی ہم چاہتے ہوں یا انٹلیکچول ڈیولپمنٹ چاہتے ہوں، کچھ بھی چاہتے ہوں تو سب سے پہلا جو ایک مومن جو ہے، سب سے پہلی جو سوچے گا وہ دعا۔</w:t>
      </w:r>
    </w:p>
    <w:p>
      <w:r>
        <w:rPr>
          <w:b/>
        </w:rPr>
        <w:t xml:space="preserve">[1:04:54] </w:t>
      </w:r>
      <w:r>
        <w:t>lekin dua ke bare mein yeh kahunga ke dua sirf 50 percent work karti hai, yani 50 percent aap ki effort aur 50 percent dua.</w:t>
      </w:r>
    </w:p>
    <w:p>
      <w:pPr>
        <w:jc w:val="right"/>
      </w:pPr>
      <w:r>
        <w:t>لیکن دعا کے بارے میں یہ کہوں گا کہ دعا صرف 50 پرسنٹ ورک کرتی ہے، یعنی 50 پرسنٹ آپ کی ایفرٹ اور 50 پرسنٹ دعا۔</w:t>
      </w:r>
    </w:p>
    <w:p>
      <w:r>
        <w:rPr>
          <w:b/>
        </w:rPr>
        <w:t xml:space="preserve">[1:05:05] </w:t>
      </w:r>
      <w:r>
        <w:t>ek hadith mein hai ke ek aadmi ne poocha rasool Allah se ke main apne oont ko bandh kar Khuda par trust karoon ya chhod kar trust karoon?</w:t>
      </w:r>
    </w:p>
    <w:p>
      <w:pPr>
        <w:jc w:val="right"/>
      </w:pPr>
      <w:r>
        <w:t>ایک حدیث میں ہے کہ ایک آدمی نے پوچھا رسول اللہ سے کہ میں اپنے اونٹ کو باندھ کر خدا پر ٹرسٹ کروں یا چھوڑ کر ٹرسٹ کروں؟</w:t>
      </w:r>
    </w:p>
    <w:p>
      <w:r>
        <w:rPr>
          <w:b/>
        </w:rPr>
        <w:t xml:space="preserve">[1:05:14] </w:t>
      </w:r>
      <w:r>
        <w:t>to aap ne farmaya ke ek ilah fatwakkal. pehle bandho, phir trust karo.</w:t>
      </w:r>
    </w:p>
    <w:p>
      <w:pPr>
        <w:jc w:val="right"/>
      </w:pPr>
      <w:r>
        <w:t>تو آپ نے فرمایا کہ ایک الہ فتوکل۔ پہلے باندھو، پھر ٹرسٹ کرو۔</w:t>
      </w:r>
    </w:p>
    <w:p>
      <w:r>
        <w:rPr>
          <w:b/>
        </w:rPr>
        <w:t xml:space="preserve">[1:05:22] </w:t>
      </w:r>
      <w:r>
        <w:t>to dua bohat hi zyada powerful cheez hai, lekin dua ka kaam 50 percent hai aur aap ko 50 percent effort karni padegi is is is taraf jo chahte hain.</w:t>
      </w:r>
    </w:p>
    <w:p>
      <w:pPr>
        <w:jc w:val="right"/>
      </w:pPr>
      <w:r>
        <w:t>تو دعا بہت ہی زیادہ پاورفل چیز ہے، لیکن دعا کا کام 50 پرسنٹ ہے اور آپ کو 50 پرسنٹ ایفرٹ کرنی پڑے گی اس اس اس طرف جو چاہتے ہیں۔</w:t>
      </w:r>
    </w:p>
    <w:p>
      <w:r>
        <w:rPr>
          <w:b/>
        </w:rPr>
        <w:t xml:space="preserve">[1:05:37] </w:t>
      </w:r>
      <w:r>
        <w:t>aap tab dua work karegi, nahi to dua work nahi karegi. das question is from miss ambreen. Maulana, what is wahdat?</w:t>
      </w:r>
    </w:p>
    <w:p>
      <w:pPr>
        <w:jc w:val="right"/>
      </w:pPr>
      <w:r>
        <w:t>آپ تب دعا ورک کرے گی، نہیں تو دعا ورک نہیں کرے گی۔ دس کوئسچن از فرام مس امبرین۔ مولانا، واٹ از وحدت؟</w:t>
      </w:r>
    </w:p>
    <w:p>
      <w:r>
        <w:rPr>
          <w:b/>
        </w:rPr>
        <w:t xml:space="preserve">[1:05:48] </w:t>
      </w:r>
      <w:r>
        <w:t>wahdat. wahdat. hain ji</w:t>
      </w:r>
    </w:p>
    <w:p>
      <w:pPr>
        <w:jc w:val="right"/>
      </w:pPr>
      <w:r>
        <w:t>وحدت۔ وحدت۔ ہیں جی</w:t>
      </w:r>
    </w:p>
    <w:p>
      <w:r>
        <w:rPr>
          <w:b/>
        </w:rPr>
        <w:t xml:space="preserve">[1:05:51] </w:t>
      </w:r>
      <w:r>
        <w:t>ji, wahdat jo hai, wahdat ka mani ek tauheed ke liye wahdat ka lafz bola jata hai.</w:t>
      </w:r>
    </w:p>
    <w:p>
      <w:pPr>
        <w:jc w:val="right"/>
      </w:pPr>
      <w:r>
        <w:t>جی، وحدت جو ہے، وحدت کا معنی ایک توحید کے لیے وحدت کا لفظ بولا جاتا ہے۔</w:t>
      </w:r>
    </w:p>
    <w:p>
      <w:r>
        <w:rPr>
          <w:b/>
        </w:rPr>
        <w:t xml:space="preserve">[1:06:03] </w:t>
      </w:r>
      <w:r>
        <w:t>to ek sher hai ke Allah ke palle mein wahdat ke siwa kya hai? jo kuch bhi yeh sher to bilkul hi galat sher hai, lekin main is ke batata hoon ke wahdat ke Allah ke palle mein wahdat ke siwa kya hai?</w:t>
      </w:r>
    </w:p>
    <w:p>
      <w:pPr>
        <w:jc w:val="right"/>
      </w:pPr>
      <w:r>
        <w:t>تو ایک شعر ہے کہ اللہ کے پلے میں وحدت کے سوا کیا ہے؟ جو کچھ بھی یہ شعر تو بالکل ہی غلط شعر ہے، لیکن میں اس کے بتاتا ہوں کہ وحدت کہ اللہ کے پلے میں وحدت کے سوا کیا ہے؟</w:t>
      </w:r>
    </w:p>
    <w:p>
      <w:r>
        <w:rPr>
          <w:b/>
        </w:rPr>
        <w:t xml:space="preserve">[1:06:18] </w:t>
      </w:r>
      <w:r>
        <w:t>jo kuch hamein lena hai, le rahe hain ek mohabbat se.</w:t>
      </w:r>
    </w:p>
    <w:p>
      <w:pPr>
        <w:jc w:val="right"/>
      </w:pPr>
      <w:r>
        <w:t>جو کچھ ہمیں لینا ہے، لے رہے ہیں ایک محبت سے۔</w:t>
      </w:r>
    </w:p>
    <w:p>
      <w:r>
        <w:rPr>
          <w:b/>
        </w:rPr>
        <w:t xml:space="preserve">[1:06:20] </w:t>
      </w:r>
      <w:r>
        <w:t>bilkul abstract sher hai. wahdat ka mani ek tauheed. to Khuda ke mamle mein hum yeh yaqeen, yani belief hai Musalman ka ke Khuda ek hai.</w:t>
      </w:r>
    </w:p>
    <w:p>
      <w:pPr>
        <w:jc w:val="right"/>
      </w:pPr>
      <w:r>
        <w:t>بالکل ایبسٹریکٹ شعر ہے۔ وحدت کا معنی ایک توحید۔ تو خدا کے معاملے میں ہم یہ یقین، یعنی بیلیف ہے مسلمان کا کہ خدا ایک ہے۔</w:t>
      </w:r>
    </w:p>
    <w:p>
      <w:r>
        <w:rPr>
          <w:b/>
        </w:rPr>
        <w:t xml:space="preserve">[1:06:31] </w:t>
      </w:r>
      <w:r>
        <w:t>is mein koi Khuda ka partner nahi, is ka koi partner nahi. lekin ek baat samajh lein ke wahdat aur riwayat al wajood mein farq hai.</w:t>
      </w:r>
    </w:p>
    <w:p>
      <w:pPr>
        <w:jc w:val="right"/>
      </w:pPr>
      <w:r>
        <w:t>اس میں کوئی خدا کا پارٹنر نہیں، اس کا کوئی پارٹنر نہیں۔ لیکن ایک بات سمجھ لیں کہ وحدت اور روایت الوجود میں فرق ہے۔</w:t>
      </w:r>
    </w:p>
    <w:p>
      <w:r>
        <w:rPr>
          <w:b/>
        </w:rPr>
        <w:t xml:space="preserve">[1:06:40] </w:t>
      </w:r>
      <w:r>
        <w:t>The difference between wahdat aur riwayat al wajood. Riwayat al wajood means monism. Lekin wahdat ka matlab monism nahi hai.</w:t>
      </w:r>
    </w:p>
    <w:p>
      <w:pPr>
        <w:jc w:val="right"/>
      </w:pPr>
      <w:r>
        <w:t>دے ڈفرنس بٹوین وحدت اور روایت الوجود۔ روایت الوجود مینز ماونزم۔ لیکن وحدت کا مطلب ماونزم نہیں ہے۔</w:t>
      </w:r>
    </w:p>
    <w:p>
      <w:r>
        <w:rPr>
          <w:b/>
        </w:rPr>
        <w:t xml:space="preserve">[1:06:51] </w:t>
      </w:r>
      <w:r>
        <w:t>wahdat ka matlab yeh hai ke hum se separate ek hasti hai, wo Khuda hai.</w:t>
      </w:r>
    </w:p>
    <w:p>
      <w:pPr>
        <w:jc w:val="right"/>
      </w:pPr>
      <w:r>
        <w:t>وحدت کا مطلب یہ ہے کہ ہم سے سیپریٹ ایک ہستی ہے، وہ خدا ہے۔</w:t>
      </w:r>
    </w:p>
    <w:p>
      <w:r>
        <w:rPr>
          <w:b/>
        </w:rPr>
        <w:t xml:space="preserve">[1:06:55] </w:t>
      </w:r>
      <w:r>
        <w:t>hum se alag ek ek wajood hai, ek Khuda ka ek ek existence hai. to wahdat ko aam taur par tauheed ke mani mein istemal kiya jata hai.</w:t>
      </w:r>
    </w:p>
    <w:p>
      <w:pPr>
        <w:jc w:val="right"/>
      </w:pPr>
      <w:r>
        <w:t>ہم سے الگ ایک ایک وجود ہے، ایک خدا کا ایک ایک ایگزسٹنس ہے۔ تو وحدت کو عام طور پر توحید کے معنی میں استعمال کیا جاتا ہے۔</w:t>
      </w:r>
    </w:p>
    <w:p>
      <w:r>
        <w:rPr>
          <w:b/>
        </w:rPr>
        <w:t xml:space="preserve">[1:07:09] </w:t>
      </w:r>
      <w:r>
        <w:t>das question is from mister Mohsin Raza Khan. he has asked two three questions. is there any need to set up a spiritual center or institution?</w:t>
      </w:r>
    </w:p>
    <w:p>
      <w:pPr>
        <w:jc w:val="right"/>
      </w:pPr>
      <w:r>
        <w:t>دس کوئسچن از فرام مسٹر محسن رضا خان۔ ہی ہیز اسکڈ ٹو تھری کوئسچنز۔ از دیر اینی نیڈ ٹو سیٹ اپ ا سپرچول سینٹر اور انسٹیٹیوشن؟</w:t>
      </w:r>
    </w:p>
    <w:p>
      <w:r>
        <w:rPr>
          <w:b/>
        </w:rPr>
        <w:t xml:space="preserve">[1:07:22] </w:t>
      </w:r>
      <w:r>
        <w:t>ek ek ek kar ke, ek ek.</w:t>
      </w:r>
    </w:p>
    <w:p>
      <w:pPr>
        <w:jc w:val="right"/>
      </w:pPr>
      <w:r>
        <w:t>ایک ایک ایک کر کے، ایک ایک۔</w:t>
      </w:r>
    </w:p>
    <w:p>
      <w:r>
        <w:rPr>
          <w:b/>
        </w:rPr>
        <w:t xml:space="preserve">[1:07:24] </w:t>
      </w:r>
      <w:r>
        <w:t>haan, pehla kya hai? is there any need to set up a spiritual center or institution?</w:t>
      </w:r>
    </w:p>
    <w:p>
      <w:pPr>
        <w:jc w:val="right"/>
      </w:pPr>
      <w:r>
        <w:t>ہاں، پہلا کیا ہے؟ از دیر اینی نیڈ ٹو سیٹ اپ ا سپرچول سینٹر اور انسٹیٹیوشن؟</w:t>
      </w:r>
    </w:p>
    <w:p>
      <w:r>
        <w:rPr>
          <w:b/>
        </w:rPr>
        <w:t xml:space="preserve">[1:07:33] </w:t>
      </w:r>
      <w:r>
        <w:t>dekhein, yani yeh bohat acha question hai, lekin ek baat samjhein ke center ka matlab hai ke koi bohat bari building ho, bohat bara is ka area ho, bohat zyada wahan par,</w:t>
      </w:r>
    </w:p>
    <w:p>
      <w:pPr>
        <w:jc w:val="right"/>
      </w:pPr>
      <w:r>
        <w:t>دیکھیں، یعنی یہ بہت اچھا کوئسچن ہے، لیکن ایک بات سمجھیں کہ سینٹر کا مطلب ہے کہ کوئی بہت بڑی بلڈنگ ہو، بہت بڑا اس کا ایریا ہو، بہت زیادہ وہاں پر،</w:t>
      </w:r>
    </w:p>
    <w:p>
      <w:r>
        <w:rPr>
          <w:b/>
        </w:rPr>
        <w:t xml:space="preserve">[1:07:49] </w:t>
      </w:r>
      <w:r>
        <w:t>yani wo sab ho. is zamane mein aise center ki koi importance nahi hai.</w:t>
      </w:r>
    </w:p>
    <w:p>
      <w:pPr>
        <w:jc w:val="right"/>
      </w:pPr>
      <w:r>
        <w:t>یعنی وہ سب ہو۔ اس زمانے میں ایسے سینٹر کی کوئی امپورٹنس نہیں ہے۔</w:t>
      </w:r>
    </w:p>
    <w:p>
      <w:r>
        <w:rPr>
          <w:b/>
        </w:rPr>
        <w:t xml:space="preserve">[1:07:57] </w:t>
      </w:r>
      <w:r>
        <w:t>now, we are living in the age of communication, in the age of internet, in the age of multimedia. ab jo hai, is tarah ka aap ke pas ek center ho jaisa ke aap baithe hue hain, tab bhi yeh poori duniya se aap contact kar sakte hain.</w:t>
      </w:r>
    </w:p>
    <w:p>
      <w:pPr>
        <w:jc w:val="right"/>
      </w:pPr>
      <w:r>
        <w:t>ناؤ، وی آر لیونگ ان دا ایج آف کمیونیکیشن، ان دا ایج آف انٹرنیٹ، ان دا ایج آف ملٹی میڈیا۔ اب جو ہے، اس طرح کا آپ کے پاس ایک سینٹر ہو جیسا کہ آپ بیٹھے ہوئے ہیں، تب بھی یہ پوری دنیا سے آپ کنٹیکٹ کر سکتے ہیں۔</w:t>
      </w:r>
    </w:p>
    <w:p>
      <w:r>
        <w:rPr>
          <w:b/>
        </w:rPr>
        <w:t xml:space="preserve">[1:08:15] </w:t>
      </w:r>
      <w:r>
        <w:t>ab center ka wo concept khatam ho gaya.</w:t>
      </w:r>
    </w:p>
    <w:p>
      <w:pPr>
        <w:jc w:val="right"/>
      </w:pPr>
      <w:r>
        <w:t>اب سینٹر کا وہ کانسیپٹ ختم ہو گیا۔</w:t>
      </w:r>
    </w:p>
    <w:p>
      <w:r>
        <w:rPr>
          <w:b/>
        </w:rPr>
        <w:t xml:space="preserve">[1:08:21] </w:t>
      </w:r>
      <w:r>
        <w:t>wo jo pehle concept hua karta tha, jitna bara, jitni bari building hota hai, bara center. ab kya hai? jitna bara infrastructure aap ka hai, jitna bara network aap ka hota hai, bara aap ka center.</w:t>
      </w:r>
    </w:p>
    <w:p>
      <w:pPr>
        <w:jc w:val="right"/>
      </w:pPr>
      <w:r>
        <w:t>وہ جو پہلے کانسیپٹ ہوا کرتا تھا، جتنا بڑا، جتنی بڑی بلڈنگ ہوتا ہے، بڑا سینٹر۔ اب کیا ہے؟ جتنا بڑا انفراسٹرکچر آپ کا ہے، جتنا بڑا نیٹ ورک آپ کا ہوتا ہے، بڑا آپ کا سینٹر۔</w:t>
      </w:r>
    </w:p>
    <w:p>
      <w:r>
        <w:rPr>
          <w:b/>
        </w:rPr>
        <w:t xml:space="preserve">[1:08:35] </w:t>
      </w:r>
      <w:r>
        <w:t>yeh bohat zaroori hai samajhna is baat ko. main ek Arab country mein gaya, wahan bohat bare bare center bane hue the, bilkul jaise ke bohat sare fort qale ki tarah.</w:t>
      </w:r>
    </w:p>
    <w:p>
      <w:pPr>
        <w:jc w:val="right"/>
      </w:pPr>
      <w:r>
        <w:t>یہ بہت ضروری ہے سمجھنا اس بات کو۔ میں ایک عرب کنٹری میں گیا، وہاں بہت بڑے بڑے سینٹر بنے ہوئے تھے، بالکل جیسے کہ بہت سارے فورٹ قلعے کی طرح۔</w:t>
      </w:r>
    </w:p>
    <w:p>
      <w:r>
        <w:rPr>
          <w:b/>
        </w:rPr>
        <w:t xml:space="preserve">[1:08:47] </w:t>
      </w:r>
      <w:r>
        <w:t>kaam kuch nahi tha wahan par,</w:t>
      </w:r>
    </w:p>
    <w:p>
      <w:pPr>
        <w:jc w:val="right"/>
      </w:pPr>
      <w:r>
        <w:t>کام کچھ نہیں تھا وہاں پر،</w:t>
      </w:r>
    </w:p>
    <w:p>
      <w:r>
        <w:rPr>
          <w:b/>
        </w:rPr>
        <w:t xml:space="preserve">[1:08:51] </w:t>
      </w:r>
      <w:r>
        <w:t>kaam kuch nahi tha. bade bade institution bane hue the aur bade bade buildingen bani hui thi, aur kaam ka jahan taluq hai, wahan kuch bhi nahi tha. kyunke insaan the nahi, insaan paisa tha to building bana diya, aur insaan the nahi.</w:t>
      </w:r>
    </w:p>
    <w:p>
      <w:pPr>
        <w:jc w:val="right"/>
      </w:pPr>
      <w:r>
        <w:t>کام کچھ نہیں تھا۔ بڑے بڑے انسٹیٹیوشن بنے ہوئے تھے اور بڑے بڑے بلڈنگیں بنی ہوئی تھیں، اور کام کا جہاں تعلق ہے، وہاں کچھ بھی نہیں تھا۔ کیونکہ انسان تھے نہیں، انسان پیسہ تھا تو بلڈنگ بنا دیا، اور انسان تھے نہیں۔</w:t>
      </w:r>
    </w:p>
    <w:p>
      <w:r>
        <w:rPr>
          <w:b/>
        </w:rPr>
        <w:t xml:space="preserve">[1:09:06] </w:t>
      </w:r>
      <w:r>
        <w:t>to is zamane mein dekhiye, building ka concept badal gaya hai.</w:t>
      </w:r>
    </w:p>
    <w:p>
      <w:pPr>
        <w:jc w:val="right"/>
      </w:pPr>
      <w:r>
        <w:t>تو اس زمانے میں دیکھیے، بلڈنگ کا کانسیپٹ بدل گیا ہے۔</w:t>
      </w:r>
    </w:p>
    <w:p>
      <w:r>
        <w:rPr>
          <w:b/>
        </w:rPr>
        <w:t xml:space="preserve">[1:09:12] </w:t>
      </w:r>
      <w:r>
        <w:t>is zamane mein aap ke paas modest building hoti, bade bade institution bane hue the aur bade bade buildingen bani hui thi, aur kaam ka jahan taluq hai, wahan kuch bhi nahi tha.</w:t>
      </w:r>
    </w:p>
    <w:p>
      <w:pPr>
        <w:jc w:val="right"/>
      </w:pPr>
      <w:r>
        <w:t>اس زمانے میں آپ کے پاس ماڈسٹ بلڈنگ ہوتی، بڑے بڑے انسٹیٹیوشن بنے ہوئے تھے اور بڑے بڑے بلڈنگیں بنی ہوئی تھیں، اور کام کا جہاں تعلق ہے، وہاں کچھ بھی نہیں تھا۔</w:t>
      </w:r>
    </w:p>
    <w:p>
      <w:r>
        <w:rPr>
          <w:b/>
        </w:rPr>
        <w:t xml:space="preserve">[1:09:24] </w:t>
      </w:r>
      <w:r>
        <w:t>kyunke insaan the nahi, insaan paisa tha to building bana diya, aur insaan the nahi. to is zamane mein dekhiye, building ka concept badal gaya hai.</w:t>
      </w:r>
    </w:p>
    <w:p>
      <w:pPr>
        <w:jc w:val="right"/>
      </w:pPr>
      <w:r>
        <w:t>کیونکہ انسان تھے نہیں، انسان پیسہ تھا تو بلڈنگ بنا دیا، اور انسان تھے نہیں۔ تو اس زمانے میں دیکھیے، بلڈنگ کا کانسیپٹ بدل گیا ہے۔</w:t>
      </w:r>
    </w:p>
    <w:p>
      <w:r>
        <w:rPr>
          <w:b/>
        </w:rPr>
        <w:t xml:space="preserve">[1:09:36] </w:t>
      </w:r>
      <w:r>
        <w:t>is zamane mein aap ke paas modest building ho, tab bhi aap ke paas agar woh hai infrastructure hai, agar aap ke paas woh hai woh network hai,</w:t>
      </w:r>
    </w:p>
    <w:p>
      <w:pPr>
        <w:jc w:val="right"/>
      </w:pPr>
      <w:r>
        <w:t>اس زمانے میں آپ کے پاس ماڈسٹ بلڈنگ ہو، تب بھی آپ کے پاس اگر وہ ہے انفراسٹرکچر ہے، اگر آپ کے پاس وہ ہے وہ نیٹ ورک ہے،</w:t>
      </w:r>
    </w:p>
    <w:p>
      <w:r>
        <w:rPr>
          <w:b/>
        </w:rPr>
        <w:t xml:space="preserve">[1:09:52] </w:t>
      </w:r>
      <w:r>
        <w:t>aap ke paas team hai, to ek all in, yani all all, aap ek international kaam kar sakte hain ek choti si jagah pe baith kar ke bhi.</w:t>
      </w:r>
    </w:p>
    <w:p>
      <w:pPr>
        <w:jc w:val="right"/>
      </w:pPr>
      <w:r>
        <w:t>آپ کے پاس ٹیم ہے، تو ایک ال ان، یعنی ال ال، آپ ایک انٹرنیشنل کام کر سکتے ہیں ایک چھوٹی سی جگہ پہ بیٹھ کر کے بھی۔</w:t>
      </w:r>
    </w:p>
    <w:p>
      <w:r>
        <w:rPr>
          <w:b/>
        </w:rPr>
        <w:t xml:space="preserve">[1:10:01] </w:t>
      </w:r>
      <w:r>
        <w:t>aur Khuda ke paas mein keh sakta hoon ke hamare paas aise center hain.</w:t>
      </w:r>
    </w:p>
    <w:p>
      <w:pPr>
        <w:jc w:val="right"/>
      </w:pPr>
      <w:r>
        <w:t>اور خدا کے پاس میں کہہ سکتا ہوں کہ ہمارے پاس ایسے سینٹر ہیں۔</w:t>
      </w:r>
    </w:p>
    <w:p>
      <w:r>
        <w:rPr>
          <w:b/>
        </w:rPr>
        <w:t xml:space="preserve">[1:10:05] </w:t>
      </w:r>
      <w:r>
        <w:t>hamare paas paanch bill ka bill, paanch bill ka center nahi hai jo paanch bill ke area mein phaila hua ho. lekin hamara kaam jo is waqt bilkul international kaam hai, aur hum sari duniya mein hum apna mission jo hai, hamara woh mein samajhta hoon ke is ki, is ki ek,</w:t>
      </w:r>
    </w:p>
    <w:p>
      <w:pPr>
        <w:jc w:val="right"/>
      </w:pPr>
      <w:r>
        <w:t>ہمارے پاس پانچ بل کا بل، پانچ بل کا سینٹر نہیں ہے جو پانچ بل کے ایریا میں پھیلا ہوا ہو۔ لیکن ہمارا کام جو اس وقت بالکل انٹرنیشنل کام ہے، اور ہم ساری دنیا میں ہم اپنا مشن جو ہے، ہمارا وہ میں سمجھتا ہوں کہ اس کی، اس کی ایک،</w:t>
      </w:r>
    </w:p>
    <w:p>
      <w:r>
        <w:rPr>
          <w:b/>
        </w:rPr>
        <w:t xml:space="preserve">[1:10:27] </w:t>
      </w:r>
      <w:r>
        <w:t>is ki woh prediction ki gayi thi Quran majeed mein ke ek aisa daur aayega.</w:t>
      </w:r>
    </w:p>
    <w:p>
      <w:pPr>
        <w:jc w:val="right"/>
      </w:pPr>
      <w:r>
        <w:t>اس کی وہ پریڈکشن کی گئی تھی قرآن مجید میں کہ ایک ایسا دور آئے گا۔</w:t>
      </w:r>
    </w:p>
    <w:p>
      <w:r>
        <w:rPr>
          <w:b/>
        </w:rPr>
        <w:t xml:space="preserve">[1:10:33] </w:t>
      </w:r>
      <w:r>
        <w:t>Quran majeed mein hai ke ek zamana aayega jab ke dawah zahir hoga. Quran mein ek bahut anokhi ayat hai, ek verse ke ek zamana aayega, yani latter period of history mein ke dawah zahir hoga.</w:t>
      </w:r>
    </w:p>
    <w:p>
      <w:pPr>
        <w:jc w:val="right"/>
      </w:pPr>
      <w:r>
        <w:t>قرآن مجید میں ہے کہ ایک زمانہ آئے گا جب کہ دعویٰ ظاہر ہوگا۔ قرآن میں ایک بہت انوکھی آیت ہے، ایک ورس کہ ایک زمانہ آئے گا، یعنی لیٹر پیریڈ آف ہسٹری میں کہ دعویٰ ظاہر ہوگا۔</w:t>
      </w:r>
    </w:p>
    <w:p>
      <w:r>
        <w:rPr>
          <w:b/>
        </w:rPr>
        <w:t xml:space="preserve">[1:10:47] </w:t>
      </w:r>
      <w:r>
        <w:t>dawah banane ka kya hai? crawl karne wala, rengne wala. to yeh to hai, yani aisa daur hai ke jab ke aap ka center crawl karega, reng reng kar pahuncha ghar jayega.</w:t>
      </w:r>
    </w:p>
    <w:p>
      <w:pPr>
        <w:jc w:val="right"/>
      </w:pPr>
      <w:r>
        <w:t>دعویٰ بنانے کا کیا ہے؟ کرال کرنے والا، رینگنے والا۔ تو یہ تو ہے، یعنی ایسا دور ہے کہ جب کہ آپ کا سینٹر کرال کرے گا، رینگ رینگ کر پہنچا گھر جائے گا۔</w:t>
      </w:r>
    </w:p>
    <w:p>
      <w:r>
        <w:rPr>
          <w:b/>
        </w:rPr>
        <w:t xml:space="preserve">[1:11:00] </w:t>
      </w:r>
      <w:r>
        <w:t>woh yahi hai. aaj kal dekhiye, aap communication ke zamane mein yeh ho raha hai. telephone hai aur internet hai aur computer hai, website hai.</w:t>
      </w:r>
    </w:p>
    <w:p>
      <w:pPr>
        <w:jc w:val="right"/>
      </w:pPr>
      <w:r>
        <w:t>وہ یہی ہے۔ آج کل دیکھیے، آپ کمیونیکیشن کے زمانے میں یہ ہو رہا ہے۔ ٹیلی فون ہے اور انٹرنیٹ ہے اور کمپیوٹر ہے، ویب سائٹ ہے۔</w:t>
      </w:r>
    </w:p>
    <w:p>
      <w:r>
        <w:rPr>
          <w:b/>
        </w:rPr>
        <w:t xml:space="preserve">[1:11:12] </w:t>
      </w:r>
      <w:r>
        <w:t>to yeh sab jo hai, woh dawah hi to hain. yeh sab, yeh reng kar har jagah pahunch rahi hain aap ki baatein. to dawah pattern ek hai center ka, ek hai building pattern center ka, land based.</w:t>
      </w:r>
    </w:p>
    <w:p>
      <w:pPr>
        <w:jc w:val="right"/>
      </w:pPr>
      <w:r>
        <w:t>تو یہ سب جو ہے، وہ دعویٰ ہی تو ہیں۔ یہ سب، یہ رینگ کر ہر جگہ پہنچ رہی ہیں آپ کی باتیں۔ تو دعویٰ پیٹرن ایک ہے سینٹر کا، ایک ہے بلڈنگ پیٹرن سینٹر کا، لینڈ بیسڈ۔</w:t>
      </w:r>
    </w:p>
    <w:p>
      <w:r>
        <w:rPr>
          <w:b/>
        </w:rPr>
        <w:t xml:space="preserve">[1:11:27] </w:t>
      </w:r>
      <w:r>
        <w:t>yeh zamana aagaya hai, woh jab ke dawah pattern jo hai center ka, woh zyada important ho gaya hai. mein ab keh sakta hoon ke hum ne, hum ne apne sathiyon ne, hamein waqt hua ke poori team hai.</w:t>
      </w:r>
    </w:p>
    <w:p>
      <w:pPr>
        <w:jc w:val="right"/>
      </w:pPr>
      <w:r>
        <w:t>یہ زمانہ آگیا ہے، وہ جب کہ دعویٰ پیٹرن جو ہے سینٹر کا، وہ زیادہ امپورٹنٹ ہو گیا ہے۔ میں اب کہہ سکتا ہوں کہ ہم نے، ہم نے اپنے ساتھیوں نے، ہمیں وقت ہوا کہ پوری ٹیم ہے۔</w:t>
      </w:r>
    </w:p>
    <w:p>
      <w:r>
        <w:rPr>
          <w:b/>
        </w:rPr>
        <w:t xml:space="preserve">[1:11:39] </w:t>
      </w:r>
      <w:r>
        <w:t>to mein ne aur mere sathiyon ne dawah style mein ek center bana rakha hai, aur hum Khuda ke paas sari duniya mein kaam kar rahe hain. kisi ko shakk ho to aa kar ke woh dekh sakta hai aur jaan sakta hai.</w:t>
      </w:r>
    </w:p>
    <w:p>
      <w:pPr>
        <w:jc w:val="right"/>
      </w:pPr>
      <w:r>
        <w:t>تو میں نے اور میرے ساتھیوں نے دعویٰ اسٹائل میں ایک سینٹر بنا رکھا ہے، اور ہم خدا کے پاس ساری دنیا میں کام کر رہے ہیں۔ کسی کو شک ہو تو آ کر کے وہ دیکھ سکتا ہے اور جان سکتا ہے۔</w:t>
      </w:r>
    </w:p>
    <w:p>
      <w:r>
        <w:rPr>
          <w:b/>
        </w:rPr>
        <w:t xml:space="preserve">[1:11:53] </w:t>
      </w:r>
      <w:r>
        <w:t>abhi mere paas ek telephone aaya New York se, unhone kaha ke aap ke bare mein mein ne check kiya ke ke internet par kitni baar aap ka naam aaya hai.</w:t>
      </w:r>
    </w:p>
    <w:p>
      <w:pPr>
        <w:jc w:val="right"/>
      </w:pPr>
      <w:r>
        <w:t>ابھی میرے پاس ایک ٹیلی فون آیا نیویارک سے، انہوں نے کہا کہ آپ کے بارے میں میں نے چیک کیا کہ کہ انٹرنیٹ پر کتنی بار آپ کا نام آیا ہے۔</w:t>
      </w:r>
    </w:p>
    <w:p>
      <w:r>
        <w:rPr>
          <w:b/>
        </w:rPr>
        <w:t xml:space="preserve">[1:12:03] </w:t>
      </w:r>
      <w:r>
        <w:t>to unhone bataya ke taqreeban 14 hazar baar, 14 hazar baar naam. dekhiye, mein dawah style mein ek center bana rakha hai, aur hum Khuda ke paas sari duniya mein kaam kar rahe hain.</w:t>
      </w:r>
    </w:p>
    <w:p>
      <w:pPr>
        <w:jc w:val="right"/>
      </w:pPr>
      <w:r>
        <w:t>تو انہوں نے بتایا کہ تقریباً 14 ہزار بار، 14 ہزار بار نام۔ دیکھیں، میں دعویٰ اسٹائل میں ایک سینٹر بنا رکھا ہے، اور ہم خدا کے پاس ساری دنیا میں کام کر رہے ہیں۔</w:t>
      </w:r>
    </w:p>
    <w:p>
      <w:r>
        <w:rPr>
          <w:b/>
        </w:rPr>
        <w:t xml:space="preserve">[1:12:16] </w:t>
      </w:r>
      <w:r>
        <w:t>kisi ko shakk ho to aa kar ke woh dekh sakta hai aur jaan sakta hai.</w:t>
      </w:r>
    </w:p>
    <w:p>
      <w:pPr>
        <w:jc w:val="right"/>
      </w:pPr>
      <w:r>
        <w:t>کسی کو شک ہو تو آ کر کے وہ دیکھ سکتا ہے اور جان سکتا ہے۔</w:t>
      </w:r>
    </w:p>
    <w:p>
      <w:r>
        <w:rPr>
          <w:b/>
        </w:rPr>
        <w:t xml:space="preserve">[1:12:22] </w:t>
      </w:r>
      <w:r>
        <w:t>abhi mere paas ek telephone aaya New York se, unhone kaha ke aap ke bare mein mein ne check kiya ke ke internet par kitni baar aap ka naam aaya hai.</w:t>
      </w:r>
    </w:p>
    <w:p>
      <w:pPr>
        <w:jc w:val="right"/>
      </w:pPr>
      <w:r>
        <w:t>ابھی میرے پاس ایک ٹیلی فون آیا نیویارک سے، انہوں نے کہا کہ آپ کے بارے میں میں نے چیک کیا کہ کہ انٹرنیٹ پر کتنی بار آپ کا نام آیا ہے۔</w:t>
      </w:r>
    </w:p>
    <w:p>
      <w:r>
        <w:rPr>
          <w:b/>
        </w:rPr>
        <w:t xml:space="preserve">[1:12:32] </w:t>
      </w:r>
      <w:r>
        <w:t>to unhone bataya ke taqreeban 14 hazar baar, 14 hazar baar naam. dekhiye, mein ek room mein rehta hoon Delhi mein, ek confined life hai meri, lekin duniya mein 14 hazar baar aadmi wahan click karega to bahut sare references mein, bahut sare is mein mera naam paye ga.</w:t>
      </w:r>
    </w:p>
    <w:p>
      <w:pPr>
        <w:jc w:val="right"/>
      </w:pPr>
      <w:r>
        <w:t>تو انہوں نے بتایا کہ تقریباً 14 ہزار بار، 14 ہزار بار نام۔ دیکھیں، میں ایک روم میں رہتا ہوں دلی میں، ایک کنفائنڈ لائف ہے میری، لیکن دنیا میں 14 ہزار بار آدمی وہاں کلک کرے گا تو بہت سارے ریفرنسز میں، بہت سارے اس میں میرا نام پائے گا۔</w:t>
      </w:r>
    </w:p>
    <w:p>
      <w:r>
        <w:rPr>
          <w:b/>
        </w:rPr>
        <w:t xml:space="preserve">[1:12:55] </w:t>
      </w:r>
      <w:r>
        <w:t>woh kahin pace ke reference mein, region ke reference mein, kisi aur reference mein.</w:t>
      </w:r>
    </w:p>
    <w:p>
      <w:pPr>
        <w:jc w:val="right"/>
      </w:pPr>
      <w:r>
        <w:t>وہ کہیں پیس کے ریفرنس میں، ریجن کے ریفرنس میں، کسی اور ریفرنس میں۔</w:t>
      </w:r>
    </w:p>
    <w:p>
      <w:r>
        <w:rPr>
          <w:b/>
        </w:rPr>
        <w:t xml:space="preserve">[1:13:00] </w:t>
      </w:r>
      <w:r>
        <w:t>to yahi hai dawah pattern of center. hazada question is is religion necessary for spiritualism.</w:t>
      </w:r>
    </w:p>
    <w:p>
      <w:pPr>
        <w:jc w:val="right"/>
      </w:pPr>
      <w:r>
        <w:t>تو یہی ہے دعویٰ پیٹرن آف سینٹر۔ ہزادہ کوئسچن از از ریلیجن نیسیسری فار سپرچولزم۔</w:t>
      </w:r>
    </w:p>
    <w:p>
      <w:r>
        <w:rPr>
          <w:b/>
        </w:rPr>
        <w:t xml:space="preserve">[1:13:12] </w:t>
      </w:r>
      <w:r>
        <w:t>haan, yeh bada bada bahut hi important question hai.</w:t>
      </w:r>
    </w:p>
    <w:p>
      <w:pPr>
        <w:jc w:val="right"/>
      </w:pPr>
      <w:r>
        <w:t>ہاں، یہ بڑا بڑا بہت ہی امپورٹنٹ کوئسچن ہے۔</w:t>
      </w:r>
    </w:p>
    <w:p>
      <w:r>
        <w:rPr>
          <w:b/>
        </w:rPr>
        <w:t xml:space="preserve">[1:13:22] </w:t>
      </w:r>
      <w:r>
        <w:t>mein apne experience ke lehaz se keh sakta hoon ke necessary hai. kyun? is liye ke agar aap religion ko chhod kar ke spirituality ko hasil karna chahein to bahut hi zyada mushkil hai.</w:t>
      </w:r>
    </w:p>
    <w:p>
      <w:pPr>
        <w:jc w:val="right"/>
      </w:pPr>
      <w:r>
        <w:t>میں اپنے ایکسپیرینس کے لحاظ سے کہہ سکتا ہوں کہ نیسیسری ہے۔ کیوں؟ اس لیے کہ اگر آپ ریلیجن کو چھوڑ کر کے سپرچولیٹی کو حاصل کرنا چاہیں تو بہت ہی زیادہ مشکل ہے۔</w:t>
      </w:r>
    </w:p>
    <w:p>
      <w:r>
        <w:rPr>
          <w:b/>
        </w:rPr>
        <w:t xml:space="preserve">[1:13:38] </w:t>
      </w:r>
      <w:r>
        <w:t>religion aap ko point of reference deta hai har cheez ke bare mein.</w:t>
      </w:r>
    </w:p>
    <w:p>
      <w:pPr>
        <w:jc w:val="right"/>
      </w:pPr>
      <w:r>
        <w:t>ریلیجن آپ کو پوائنٹ آف ریفرنس دیتا ہے ہر چیز کے بارے میں۔</w:t>
      </w:r>
    </w:p>
    <w:p>
      <w:r>
        <w:rPr>
          <w:b/>
        </w:rPr>
        <w:t xml:space="preserve">[1:13:42] </w:t>
      </w:r>
      <w:r>
        <w:t>point of reference. aap jante hain ke agar aap koi research kar rahe hain, aap ko point of reference mil jaye to aap ki research bohat asan ho jati hai. aur nahi to bilkul vague mein rehte hain.</w:t>
      </w:r>
    </w:p>
    <w:p>
      <w:pPr>
        <w:jc w:val="right"/>
      </w:pPr>
      <w:r>
        <w:t>پوائنٹ آف ریفرنس۔ آپ جانتے ہیں کہ اگر آپ کوئی ریسرچ کر رہے ہیں، آپ کو پوائنٹ آف ریفرنس مل جائے تو آپ کی ریسرچ بہت آسان ہو جاتی ہے۔ اور نہیں تو بالکل ویگ میں رہتے ہیں۔</w:t>
      </w:r>
    </w:p>
    <w:p>
      <w:r>
        <w:rPr>
          <w:b/>
        </w:rPr>
        <w:t xml:space="preserve">[1:13:53] </w:t>
      </w:r>
      <w:r>
        <w:t>vague mein jo log bhi research karte hon, research kiya ho to jante hon ge ke point of reference ki kitni importance hoti hai.</w:t>
      </w:r>
    </w:p>
    <w:p>
      <w:pPr>
        <w:jc w:val="right"/>
      </w:pPr>
      <w:r>
        <w:t>ویگ میں جو لوگ بھی ریسرچ کرتے ہوں، ریسرچ کیا ہو تو جانتے ہوں گے کہ پوائنٹ آف ریفرنس کی کتنی امپورٹنس ہوتی ہے۔</w:t>
      </w:r>
    </w:p>
    <w:p>
      <w:r>
        <w:rPr>
          <w:b/>
        </w:rPr>
        <w:t xml:space="preserve">[1:14:04] </w:t>
      </w:r>
      <w:r>
        <w:t>to religion jo hai, wo aap ko point of reference deta hai spirituality ke tamam issues ke liye, tamam baton ke liye.</w:t>
      </w:r>
    </w:p>
    <w:p>
      <w:pPr>
        <w:jc w:val="right"/>
      </w:pPr>
      <w:r>
        <w:t>تو ریلیجن جو ہے، وہ آپ کو پوائنٹ آف ریفرنس دیتا ہے سپرچولیٹی کے تمام ایشوز کے لیے، تمام باتوں کے لیے۔</w:t>
      </w:r>
    </w:p>
    <w:p>
      <w:r>
        <w:rPr>
          <w:b/>
        </w:rPr>
        <w:t xml:space="preserve">[1:14:12] </w:t>
      </w:r>
      <w:r>
        <w:t>misal ke tor par, aik mein ne jo paya hai, meri jo discovery hai, wo kia hai? quran mein mein ne parha ke laqad khalaq al-insana fi kabad.</w:t>
      </w:r>
    </w:p>
    <w:p>
      <w:pPr>
        <w:jc w:val="right"/>
      </w:pPr>
      <w:r>
        <w:t>مثال کے طور پر، ایک میں نے جو پایا ہے، میری جو ڈسکوری ہے، وہ کیا ہے؟ قرآن میں میں نے پڑھا کہ لقد خلق الانسان فی کبت۔</w:t>
      </w:r>
    </w:p>
    <w:p>
      <w:r>
        <w:rPr>
          <w:b/>
        </w:rPr>
        <w:t xml:space="preserve">[1:14:22] </w:t>
      </w:r>
      <w:r>
        <w:t>yeh point of reference hai. laqad khalaq al-insana fi kabad. aap jante hain ke socrates se le kar aaj tak har aadmi keh ke aap se sun raha hai, wo kia hai?</w:t>
      </w:r>
    </w:p>
    <w:p>
      <w:pPr>
        <w:jc w:val="right"/>
      </w:pPr>
      <w:r>
        <w:t>یہ پوائنٹ آف ریفرنس ہے۔ لقد خلق الانسان فی کبت۔ آپ جانتے ہیں کہ سوکریٹیز سے لے کر آج تک ہر آدمی کہہ کے آپ سے سن رہا ہے، وہ کیا ہے؟</w:t>
      </w:r>
    </w:p>
    <w:p>
      <w:r>
        <w:rPr>
          <w:b/>
        </w:rPr>
        <w:t xml:space="preserve">[1:14:36] </w:t>
      </w:r>
      <w:r>
        <w:t>ideal world banana, ideal society banana, ideal system banana.</w:t>
      </w:r>
    </w:p>
    <w:p>
      <w:pPr>
        <w:jc w:val="right"/>
      </w:pPr>
      <w:r>
        <w:t>آئیڈیل ورلڈ بنانا، آئیڈیل سوسائٹی بنانا، آئیڈیل سسٹم بنانا۔</w:t>
      </w:r>
    </w:p>
    <w:p>
      <w:r>
        <w:rPr>
          <w:b/>
        </w:rPr>
        <w:t xml:space="preserve">[1:14:41] </w:t>
      </w:r>
      <w:r>
        <w:t>sab ka one to all, sab ka. lekin laqad khalaq al-insana fi kabad mein humein aik bohat important aik aik wo milti hai, hint milti hai ke ideal cannot be achieved in this world.</w:t>
      </w:r>
    </w:p>
    <w:p>
      <w:pPr>
        <w:jc w:val="right"/>
      </w:pPr>
      <w:r>
        <w:t>سب کا ون ٹو آل، سب کا۔ لیکن لقد خلق الانسان فی کبت میں ہمیں ایک بہت امپورٹنٹ ایک ایک وہ ملتی ہے، ہنٹ ملتی ہے کہ آئیڈیل کین ناٹ بی اچیو ان دس ورلڈ۔</w:t>
      </w:r>
    </w:p>
    <w:p>
      <w:r>
        <w:rPr>
          <w:b/>
        </w:rPr>
        <w:t xml:space="preserve">[1:14:55] </w:t>
      </w:r>
      <w:r>
        <w:t>kyun? khuda ne banaya hai dunya ko is is struggle ki buniyad par. struggle ho gi, competition ho ga, challenge ho ga. to phir ideal world kaise banega?</w:t>
      </w:r>
    </w:p>
    <w:p>
      <w:pPr>
        <w:jc w:val="right"/>
      </w:pPr>
      <w:r>
        <w:t>کیوں؟ خدا نے بنایا ہے دنیا کو اس اسٹرگل کی بنیاد پر۔ اسٹرگل ہوگی، کمپٹیشن ہوگا، چیلنج ہوگا۔ تو پھر آئیڈیل ورلڈ کیسے بنے گا؟</w:t>
      </w:r>
    </w:p>
    <w:p>
      <w:r>
        <w:rPr>
          <w:b/>
        </w:rPr>
        <w:t xml:space="preserve">[1:15:05] </w:t>
      </w:r>
      <w:r>
        <w:t>aik aadmi uthe ga, maa maa goli mar de ga mahatma gandhi ko.</w:t>
      </w:r>
    </w:p>
    <w:p>
      <w:pPr>
        <w:jc w:val="right"/>
      </w:pPr>
      <w:r>
        <w:t>ایک آدمی اٹھے گا، ماں ماں گولی مار دے گا مہاتما گاندھی کو۔</w:t>
      </w:r>
    </w:p>
    <w:p>
      <w:r>
        <w:rPr>
          <w:b/>
        </w:rPr>
        <w:t xml:space="preserve">[1:15:09] </w:t>
      </w:r>
      <w:r>
        <w:t>where that ideal world? aik aadmi uthe ga aur bomb blast kar de ga bombay mein. where that ideal world? ideal world is dunya mein ban nahi sakta.</w:t>
      </w:r>
    </w:p>
    <w:p>
      <w:pPr>
        <w:jc w:val="right"/>
      </w:pPr>
      <w:r>
        <w:t>ویر دیٹ آئیڈیل ورلڈ؟ ایک آدمی اٹھے گا اور بم بلاسٹ کر دے گا بمبے میں۔ ویر دیٹ آئیڈیل ورلڈ؟ آئیڈیل ورلڈ اس دنیا میں بن نہیں سکتا۔</w:t>
      </w:r>
    </w:p>
    <w:p>
      <w:r>
        <w:rPr>
          <w:b/>
        </w:rPr>
        <w:t xml:space="preserve">[1:15:20] </w:t>
      </w:r>
      <w:r>
        <w:t>lekin socrates se le kar aaj tak koi is baat ko samjha nahi. mein ne quran se discover kiya to mein ab jo hai, mein ne apna target ideal world nahi</w:t>
      </w:r>
    </w:p>
    <w:p>
      <w:pPr>
        <w:jc w:val="right"/>
      </w:pPr>
      <w:r>
        <w:t>لیکن سوکریٹیز سے لے کر آج تک کوئی اس بات کو سمجھا نہیں۔ میں نے قرآن سے ڈسکور کیا تو میں اب جو ہے، میں نے اپنا ٹارگٹ آئیڈیل ورلڈ نہیں</w:t>
      </w:r>
    </w:p>
    <w:p>
      <w:r>
        <w:rPr>
          <w:b/>
        </w:rPr>
        <w:t xml:space="preserve">[1:15:31] </w:t>
      </w:r>
      <w:r>
        <w:t>banaya, ideal world, ideal system yeh nahi, balkeh practically kia possible hai, is ko is ko mein ne apna target banaya.</w:t>
      </w:r>
    </w:p>
    <w:p>
      <w:pPr>
        <w:jc w:val="right"/>
      </w:pPr>
      <w:r>
        <w:t>بنایا، آئیڈیل ورلڈ، آئیڈیل سسٹم یہ نہیں، بلکہ پریکٹیکلی کیا پاسیبل ہے، اس کو اس کو میں نے اپنا ٹارگٹ بنایا۔</w:t>
      </w:r>
    </w:p>
    <w:p>
      <w:r>
        <w:rPr>
          <w:b/>
        </w:rPr>
        <w:t xml:space="preserve">[1:15:41] </w:t>
      </w:r>
      <w:r>
        <w:t>to mein bach gaya bohat sari futile exercises, bohat sari futile exercises se bach gaya mein. jab jis waqt log pare hue, pare hue, pare hue.</w:t>
      </w:r>
    </w:p>
    <w:p>
      <w:pPr>
        <w:jc w:val="right"/>
      </w:pPr>
      <w:r>
        <w:t>تو میں بچ گیا بہت ساری فیوٹائل ایکسرسائزز، بہت ساری فیوٹائل ایکسرسائز سے بچ گیا میں۔ جب جس وقت لوگ پڑے ہوئے، پڑے ہوئے، پڑے ہوئے۔</w:t>
      </w:r>
    </w:p>
    <w:p>
      <w:r>
        <w:rPr>
          <w:b/>
        </w:rPr>
        <w:t xml:space="preserve">[1:15:54] </w:t>
      </w:r>
      <w:r>
        <w:t>misal ke tor par, socrates, aristotle, plato ne bohat lambe muddat tak yeh koshish ki ke aik aik philosopher king banayein, aik ideal king.</w:t>
      </w:r>
    </w:p>
    <w:p>
      <w:pPr>
        <w:jc w:val="right"/>
      </w:pPr>
      <w:r>
        <w:t>مثال کے طور پر، سوکریٹیز، ارسٹوٹل، پلیٹو نے بہت لمبے مدت تک یہ کوشش کی کہ ایک ایک فلاسفر کنگ بنائیں، ایک آئیڈیل کنگ۔</w:t>
      </w:r>
    </w:p>
    <w:p>
      <w:r>
        <w:rPr>
          <w:b/>
        </w:rPr>
        <w:t xml:space="preserve">[1:16:05] </w:t>
      </w:r>
      <w:r>
        <w:t>us ke liye unhein aik royalty mein aik aadmi mil gaya, alexander. sari taqat laga di us ke upar, aur jab jab throne pe wo baitha to badal gaya wo.</w:t>
      </w:r>
    </w:p>
    <w:p>
      <w:pPr>
        <w:jc w:val="right"/>
      </w:pPr>
      <w:r>
        <w:t>اس کے لیے انہیں ایک رائلٹی میں ایک آدمی مل گیا، الیگزینڈر۔ ساری طاقت لگا دی اس کے اوپر، اور جب جب تھرون پہ وہ بیٹھا تو بدل گیا وہ۔</w:t>
      </w:r>
    </w:p>
    <w:p>
      <w:r>
        <w:rPr>
          <w:b/>
        </w:rPr>
        <w:t xml:space="preserve">[1:16:16] </w:t>
      </w:r>
      <w:r>
        <w:t>wo ideal king nahi ban saka. wo yeh sab ka hal hai, sare philosophers ka, sare reformers ka yeh hal hai.</w:t>
      </w:r>
    </w:p>
    <w:p>
      <w:pPr>
        <w:jc w:val="right"/>
      </w:pPr>
      <w:r>
        <w:t>وہ آئیڈیل کنگ نہیں بن سکا۔ وہ یہ سب کا حال ہے، سارے فلاسفرز کا، سارے ریفارمرز کا یہ حال ہے۔</w:t>
      </w:r>
    </w:p>
    <w:p>
      <w:r>
        <w:rPr>
          <w:b/>
        </w:rPr>
        <w:t xml:space="preserve">[1:16:24] </w:t>
      </w:r>
      <w:r>
        <w:t>to isi liye kisi ne likha hai ke jitne revolutions the, wo ko the, wo wo revolution nahi the. wo aik aadmi ne likha hai ke wo so called revolution jo hai dunya mein, wo sirf ko the, wo revolution the hi nahi.</w:t>
      </w:r>
    </w:p>
    <w:p>
      <w:pPr>
        <w:jc w:val="right"/>
      </w:pPr>
      <w:r>
        <w:t>تو اسی لیے کسی نے لکھا ہے کہ جتنے ریولیوشن تھے، وہ کو تھے، وہ وہ ریولیوشن نہیں تھے۔ وہ ایک آدمی نے لکھا ہے کہ وہ سو کالڈ ریولیوشن جو ہے دنیا میں، وہ صرف کو تھے، وہ ریولیوشن تھے ہی نہیں۔</w:t>
      </w:r>
    </w:p>
    <w:p>
      <w:r>
        <w:rPr>
          <w:b/>
        </w:rPr>
        <w:t xml:space="preserve">[1:16:38] </w:t>
      </w:r>
      <w:r>
        <w:t>wo to yeh mujhe mila is mein. to kitna zyada mein kehti hoon, bari baat mujhe mil gayi. mein practical ban gaya us ke baad.</w:t>
      </w:r>
    </w:p>
    <w:p>
      <w:pPr>
        <w:jc w:val="right"/>
      </w:pPr>
      <w:r>
        <w:t>وہ تو یہ مجھے ملا اس میں۔ تو کتنا زیادہ میں کہتی ہوں، بڑی بات مجھے مل گئی۔ میں پریکٹیکل بن گیا اس کے بعد۔</w:t>
      </w:r>
    </w:p>
    <w:p>
      <w:r>
        <w:rPr>
          <w:b/>
        </w:rPr>
        <w:t xml:space="preserve">[1:16:49] </w:t>
      </w:r>
      <w:r>
        <w:t>practical. ab mein hamesha cheezon ke practical aspect ko sochta hoon.</w:t>
      </w:r>
    </w:p>
    <w:p>
      <w:pPr>
        <w:jc w:val="right"/>
      </w:pPr>
      <w:r>
        <w:t>پریکٹیکل۔ اب میں ہمیشہ چیزوں کے پریکٹیکل ایسپیکٹ کو سوچتا ہوں۔</w:t>
      </w:r>
    </w:p>
    <w:p>
      <w:r>
        <w:rPr>
          <w:b/>
        </w:rPr>
        <w:t xml:space="preserve">[1:16:56] </w:t>
      </w:r>
      <w:r>
        <w:t>to agar aap spirituality hasil karna chahein religion ke bina to bohat hi mushkil hai. kyun ke point of reference aap kahan se nikalen ge?</w:t>
      </w:r>
    </w:p>
    <w:p>
      <w:pPr>
        <w:jc w:val="right"/>
      </w:pPr>
      <w:r>
        <w:t>تو اگر آپ اسپرچولیٹی حاصل کرنا چاہیں لیجنڈ کے بنا تو بہت ہی مشکل ہے۔ کیونکہ پوائنٹ آف ریفرنس آپ کہاں سے نکالیں گے؟</w:t>
      </w:r>
    </w:p>
    <w:p>
      <w:r>
        <w:rPr>
          <w:b/>
        </w:rPr>
        <w:t xml:space="preserve">[1:17:08] </w:t>
      </w:r>
      <w:r>
        <w:t>idhar nahi paen ge aap. to yeh hai role religion ka spirituality ke maene mein. this question is from miss sadia khan.</w:t>
      </w:r>
    </w:p>
    <w:p>
      <w:pPr>
        <w:jc w:val="right"/>
      </w:pPr>
      <w:r>
        <w:t>ادھر نہیں پائیں گے آپ۔ تو یہ ہے رول لیجنڈ کا اسپرچولیٹی کے معنی میں۔ دس کوئسچن از فرام مس سعدیہ خان۔</w:t>
      </w:r>
    </w:p>
    <w:p>
      <w:r>
        <w:rPr>
          <w:b/>
        </w:rPr>
        <w:t xml:space="preserve">[1:17:20] </w:t>
      </w:r>
      <w:r>
        <w:t>i have tried but categorically failed to adopt the cow culture.</w:t>
      </w:r>
    </w:p>
    <w:p>
      <w:pPr>
        <w:jc w:val="right"/>
      </w:pPr>
      <w:r>
        <w:t>آئی ہیو ٹرائیڈ بٹ کیٹگوریکلی فیلڈ ٹو اڈاپٹ دا کاؤ کلچر۔</w:t>
      </w:r>
    </w:p>
    <w:p>
      <w:r>
        <w:rPr>
          <w:b/>
        </w:rPr>
        <w:t xml:space="preserve">[1:17:25] </w:t>
      </w:r>
      <w:r>
        <w:t>what should i do to convert negativity into positivity? why does one fail to attain this seemingly achievable goal?</w:t>
      </w:r>
    </w:p>
    <w:p>
      <w:pPr>
        <w:jc w:val="right"/>
      </w:pPr>
      <w:r>
        <w:t>واٹ شوڈ آئی ڈو ٹو کنورٹ نیگیٹیوٹی انٹو پوزیٹیوٹی؟ وائی ڈز ون فیل ٹو اٹین دس سیمنگلی اچیویبل گول؟</w:t>
      </w:r>
    </w:p>
    <w:p>
      <w:r>
        <w:rPr>
          <w:b/>
        </w:rPr>
        <w:t xml:space="preserve">[1:17:35] </w:t>
      </w:r>
      <w:r>
        <w:t>yeh 30 second issue. sirf 30 second chahiye. 30 second. sab se easiest kaam yeh hai.</w:t>
      </w:r>
    </w:p>
    <w:p>
      <w:pPr>
        <w:jc w:val="right"/>
      </w:pPr>
      <w:r>
        <w:t>یہ 30 سیکنڈ ایشو۔ صرف 30 سیکنڈ چاہیے۔ 30 سیکنڈ۔ سب سے ایزیسٹ کام یہ ہے۔</w:t>
      </w:r>
    </w:p>
    <w:p>
      <w:r>
        <w:rPr>
          <w:b/>
        </w:rPr>
        <w:t xml:space="preserve">[1:17:43] </w:t>
      </w:r>
      <w:r>
        <w:t>easiest kaam kaise hai</w:t>
      </w:r>
    </w:p>
    <w:p>
      <w:pPr>
        <w:jc w:val="right"/>
      </w:pPr>
      <w:r>
        <w:t>ایزیسٹ کام کیسے ہے</w:t>
      </w:r>
    </w:p>
    <w:p>
      <w:r>
        <w:rPr>
          <w:b/>
        </w:rPr>
        <w:t xml:space="preserve">[1:17:45] </w:t>
      </w:r>
      <w:r>
        <w:t>? dekhiye, main ne saikoloji mein parha aik bohat hi important cheez ke dekhiye, jab aadmi ke andar koi negative thought aata hai, mujhe ghussa aa gaya is ko, to ghusse ki saikoloji kya hai?</w:t>
      </w:r>
    </w:p>
    <w:p>
      <w:pPr>
        <w:jc w:val="right"/>
      </w:pPr>
      <w:r>
        <w:t>؟ دیکھیے، میں نے سائیکالوجی میں پڑھا ایک بہت ہی امپورٹنٹ چیز کہ دیکھیے، جب آدمی کے اندر کوئی نیگیٹیو تھاٹ آتا ہے، مجھے غصہ آ گیا اس کو، تو غصے کی سائیکالوجی کیا ہے؟</w:t>
      </w:r>
    </w:p>
    <w:p>
      <w:r>
        <w:rPr>
          <w:b/>
        </w:rPr>
        <w:t xml:space="preserve">[1:17:59] </w:t>
      </w:r>
      <w:r>
        <w:t>ghussa upward chalega, bohat tez chalega, upward, ooper ki taraf. agar is waqt aap yeh 30, yeh yeh process 30 second tak rehta hai,</w:t>
      </w:r>
    </w:p>
    <w:p>
      <w:pPr>
        <w:jc w:val="right"/>
      </w:pPr>
      <w:r>
        <w:t>غصہ اپورڈ چلے گا، بہت تیز چلے گا، اپورڈ، اوپر کی طرف۔ اگر اس وقت آپ یہ 30، یہ یہ پراسیس 30 سیکنڈ تک رہتا ہے،</w:t>
      </w:r>
    </w:p>
    <w:p>
      <w:r>
        <w:rPr>
          <w:b/>
        </w:rPr>
        <w:t xml:space="preserve">[1:18:12] </w:t>
      </w:r>
      <w:r>
        <w:t>agar aap apne aap ko kisi tareeqay se ghusse ko rok saken to phir woh downward chalne lagta hai. after 30 second, it is a matter of 30 second.</w:t>
      </w:r>
    </w:p>
    <w:p>
      <w:pPr>
        <w:jc w:val="right"/>
      </w:pPr>
      <w:r>
        <w:t>اگر آپ اپنے آپ کو کسی طریقے سے غصے کو روک سکیں تو پھر وہ ڈاؤن ورڈ چلنے لگتا ہے۔ افٹر 30 سیکنڈ، اٹ از ا میٹر آف 30 سیکنڈ۔</w:t>
      </w:r>
    </w:p>
    <w:p>
      <w:r>
        <w:rPr>
          <w:b/>
        </w:rPr>
        <w:t xml:space="preserve">[1:18:27] </w:t>
      </w:r>
      <w:r>
        <w:t>agar is mein kya hota hai? ghussa aaya tha, bol diya aap ne to phir out of control ho gaya. isi par sochne lage to aap control ho gaya.</w:t>
      </w:r>
    </w:p>
    <w:p>
      <w:pPr>
        <w:jc w:val="right"/>
      </w:pPr>
      <w:r>
        <w:t>اگر اس میں کیا ہوتا ہے؟ غصہ آیا تھا، بول دیا آپ نے تو پھر آؤٹ آف کنٹرول ہو گیا۔ اسی پر سوچنے لگے تو آپ کنٹرول ہو گیا۔</w:t>
      </w:r>
    </w:p>
    <w:p>
      <w:r>
        <w:rPr>
          <w:b/>
        </w:rPr>
        <w:t xml:space="preserve">[1:18:37] </w:t>
      </w:r>
      <w:r>
        <w:t>kisi ne ban kiya to out of control ho gaya. is</w:t>
      </w:r>
    </w:p>
    <w:p>
      <w:pPr>
        <w:jc w:val="right"/>
      </w:pPr>
      <w:r>
        <w:t>کسی نے بین کیا تو آؤٹ آف کنٹرول ہو گیا۔ اس</w:t>
      </w:r>
    </w:p>
    <w:p>
      <w:r>
        <w:rPr>
          <w:b/>
        </w:rPr>
        <w:t xml:space="preserve">[1:18:40] </w:t>
      </w:r>
      <w:r>
        <w:t>par na sochiye, na boliye, na kisi se kahiye. mind ko thori dair ke liye aap stop kar lijiye is cheez se. it requires only 30 second, aur is ke baad woh is ka downward, is ka chalne lage ga.</w:t>
      </w:r>
    </w:p>
    <w:p>
      <w:pPr>
        <w:jc w:val="right"/>
      </w:pPr>
      <w:r>
        <w:t>پر نہ سوچیے، نہ بولیے، نہ کسی سے کہیے۔ مائنڈ کو تھوڑی دیر کے لیے آپ سٹاپ کر لیجئے اس چیز سے۔ اٹ ریکوائرڈز اونلی 30 سیکنڈ، اور اس کے بعد وہ اس کا ڈاؤن ورڈ، اس کا چلنے لگے گا۔</w:t>
      </w:r>
    </w:p>
    <w:p>
      <w:r>
        <w:rPr>
          <w:b/>
        </w:rPr>
        <w:t xml:space="preserve">[1:18:56] </w:t>
      </w:r>
      <w:r>
        <w:t>woh pehle idhar jaye ga, phir idhar aye ga. it is most easiest task.</w:t>
      </w:r>
    </w:p>
    <w:p>
      <w:pPr>
        <w:jc w:val="right"/>
      </w:pPr>
      <w:r>
        <w:t>وہ پہلے ادھر جائے گا، پھر ادھر آئے گا۔ اٹ از موسٹ ایزیسٹ ٹاسک۔</w:t>
      </w:r>
    </w:p>
    <w:p>
      <w:r>
        <w:rPr>
          <w:b/>
        </w:rPr>
        <w:t xml:space="preserve">[1:19:06] </w:t>
      </w:r>
      <w:r>
        <w:t>it requires only, yani it requires the capacity of intellectual management.</w:t>
      </w:r>
    </w:p>
    <w:p>
      <w:pPr>
        <w:jc w:val="right"/>
      </w:pPr>
      <w:r>
        <w:t>اٹ ریکوائرڈز اونلی، یعنی اٹ ریکوائرڈز دی کیپیسٹی آف انٹلیکچول مینجمنٹ۔</w:t>
      </w:r>
    </w:p>
    <w:p>
      <w:r>
        <w:rPr>
          <w:b/>
        </w:rPr>
        <w:t xml:space="preserve">[1:19:15] </w:t>
      </w:r>
      <w:r>
        <w:t>that's all. this question is from mr. rabeeh kumar. can remembers, can remembrance or repetition of god's name control negativity?</w:t>
      </w:r>
    </w:p>
    <w:p>
      <w:pPr>
        <w:jc w:val="right"/>
      </w:pPr>
      <w:r>
        <w:t>دیٹس ال۔ دس کوئسچن از فرام مسٹر ربیع کمار۔ کین ریممبرس، کین ریممبرنس اور ریپیٹیشن آف گاڈز نیم کنٹرول نیگیٹیوٹی؟</w:t>
      </w:r>
    </w:p>
    <w:p>
      <w:r>
        <w:rPr>
          <w:b/>
        </w:rPr>
        <w:t xml:space="preserve">[1:19:29] </w:t>
      </w:r>
      <w:r>
        <w:t>nahi, nahi.</w:t>
      </w:r>
    </w:p>
    <w:p>
      <w:pPr>
        <w:jc w:val="right"/>
      </w:pPr>
      <w:r>
        <w:t>نہیں، نہیں۔</w:t>
      </w:r>
    </w:p>
    <w:p>
      <w:r>
        <w:rPr>
          <w:b/>
        </w:rPr>
        <w:t xml:space="preserve">[1:19:30] </w:t>
      </w:r>
      <w:r>
        <w:t>yeh jo recitation hota hai, yani allah allah allah allah allah, subhan allah, subhan allah, subhan allah, that is nothing, that is nothing.</w:t>
      </w:r>
    </w:p>
    <w:p>
      <w:pPr>
        <w:jc w:val="right"/>
      </w:pPr>
      <w:r>
        <w:t>یہ جو ریسیٹیشن ہوتا ہے، یعنی اللہ اللہ اللہ اللہ اللہ، سبحان اللہ، سبحان اللہ، سبحان اللہ، دیٹ از نتھنگ، دیٹ از نتھنگ۔</w:t>
      </w:r>
    </w:p>
    <w:p>
      <w:r>
        <w:rPr>
          <w:b/>
        </w:rPr>
        <w:t xml:space="preserve">[1:19:39] </w:t>
      </w:r>
      <w:r>
        <w:t>yeh to samjhiye ke, yani yeh to, yeh to is ko main joke samajhta hoon. is ko is nothing. remembrance ya zikr ka matlab hai yaad, sochna.</w:t>
      </w:r>
    </w:p>
    <w:p>
      <w:pPr>
        <w:jc w:val="right"/>
      </w:pPr>
      <w:r>
        <w:t>یہ تو سمجھئے کہ، یعنی یہ تو، یہ تو اس کو میں جوک سمجھتا ہوں۔ اس کو از نتھنگ۔ ریببرنس یا ذکر کا مطلب ہے یاد، سوچنا۔</w:t>
      </w:r>
    </w:p>
    <w:p>
      <w:r>
        <w:rPr>
          <w:b/>
        </w:rPr>
        <w:t xml:space="preserve">[1:19:51] </w:t>
      </w:r>
      <w:r>
        <w:t>tadabbur, quran mein kaha hai tadabbur, tafakkur, sochna, sochna, sochna.</w:t>
      </w:r>
    </w:p>
    <w:p>
      <w:pPr>
        <w:jc w:val="right"/>
      </w:pPr>
      <w:r>
        <w:t>تدبر، قرآن میں کہا ہے تدبر، تفکر، سوچنا، سوچنا، سوچنا۔</w:t>
      </w:r>
    </w:p>
    <w:p>
      <w:r>
        <w:rPr>
          <w:b/>
        </w:rPr>
        <w:t xml:space="preserve">[1:19:57] </w:t>
      </w:r>
      <w:r>
        <w:t>to khuda par sochna, is se sari baatein aati hain. sirf aap rat kar ke aur tasbeeh par ya ungliyon par parhein, is ka kuch bhi koi value nahi hai duniya mein, na akhirat mein, koi value is ki nahi.</w:t>
      </w:r>
    </w:p>
    <w:p>
      <w:pPr>
        <w:jc w:val="right"/>
      </w:pPr>
      <w:r>
        <w:t>تو خدا پر سوچنا، اس سے ساری باتیں آتی ہیں۔ صرف آپ رٹ کر کے اور تسبیح پر یا انگلیوں پر پڑھیں، اس کا کچھ بھی کوئی ویلیو نہیں ہے دنیا میں، نہ آخرت میں، کوئی ویلیو اس کی نہیں۔</w:t>
      </w:r>
    </w:p>
    <w:p>
      <w:r>
        <w:rPr>
          <w:b/>
        </w:rPr>
        <w:t xml:space="preserve">[1:20:13] </w:t>
      </w:r>
      <w:r>
        <w:t>yani shabdon ka uchchar jo hai, us ki koi value nahi hai.</w:t>
      </w:r>
    </w:p>
    <w:p>
      <w:pPr>
        <w:jc w:val="right"/>
      </w:pPr>
      <w:r>
        <w:t>یعنی शब्दوں کا اچار جو ہے، اس کی کوئی ویلیو نہیں ہے۔</w:t>
      </w:r>
    </w:p>
    <w:p>
      <w:r>
        <w:rPr>
          <w:b/>
        </w:rPr>
        <w:t xml:space="preserve">[1:20:19] </w:t>
      </w:r>
      <w:r>
        <w:t>jab aap ab thinking, thinking process jab chala dete hain is ke ooper, thinking process, tab is ki value banti hai, aur tab is ka result milta hai aap ko.</w:t>
      </w:r>
    </w:p>
    <w:p>
      <w:pPr>
        <w:jc w:val="right"/>
      </w:pPr>
      <w:r>
        <w:t>جب آپ اب تھنکنگ، تھنکنگ پراسیس جب چلا دیتے ہیں اس کے اوپر، تھنکنگ پراسیس، تب اس کی ویلیو بنتی ہے، اور تب اس کا رزلٹ ملتا ہے آپ کو۔</w:t>
      </w:r>
    </w:p>
    <w:p>
      <w:r>
        <w:rPr>
          <w:b/>
        </w:rPr>
        <w:t xml:space="preserve">[1:20:30] </w:t>
      </w:r>
      <w:r>
        <w:t>okay, this is the last question that we are taking. when one, this question is from mr. khalid ansari. when one reads about the thought and ideology of terrorist, they also have a goal to reach paradise.</w:t>
      </w:r>
    </w:p>
    <w:p>
      <w:pPr>
        <w:jc w:val="right"/>
      </w:pPr>
      <w:r>
        <w:t>اوکے، دس از دا لاسٹ کوئسچن دیٹ وی آر ٹیکنگ۔ وین ون، دس کوئسچن از فرام مسٹر خالد انصاری۔ وین ون ریڈز اباؤٹ دا تھاٹ اینڈ آئیڈیالوجی آف ٹیررسٹ، دے السو ہیو ا گول ٹو ریچ پیراڈائز۔</w:t>
      </w:r>
    </w:p>
    <w:p>
      <w:r>
        <w:rPr>
          <w:b/>
        </w:rPr>
        <w:t xml:space="preserve">[1:20:46] </w:t>
      </w:r>
      <w:r>
        <w:t>how is islamic goal different from the one that terrorist have? haan sahib, yeh dekhiye, abhi jo miss ajmal ko pakra gaya hai bombay mein, us ne bohat acha is ka jawab de diya hai.</w:t>
      </w:r>
    </w:p>
    <w:p>
      <w:pPr>
        <w:jc w:val="right"/>
      </w:pPr>
      <w:r>
        <w:t>ہاؤ از اسلامک گول ڈفرنٹ فرام دا ون دیٹ ٹیررسٹ ہیو؟ ہاں صاحب، یہ دیکھیے، ابھی جو مس ایجبل کو پکڑا گیا ہے بمبے میں، اس نے بہت اچھا اس کا جواب دے دیا ہے۔</w:t>
      </w:r>
    </w:p>
    <w:p>
      <w:r>
        <w:rPr>
          <w:b/>
        </w:rPr>
        <w:t xml:space="preserve">[1:21:01] </w:t>
      </w:r>
      <w:r>
        <w:t>abhi mein aik yahan pe seminar tha delhi mein, to us mein kai log thay. nahi, woh final discussion tha tv par.</w:t>
      </w:r>
    </w:p>
    <w:p>
      <w:pPr>
        <w:jc w:val="right"/>
      </w:pPr>
      <w:r>
        <w:t>ابھی میں ایک یہاں پہ سیمینار تھا دلی میں، تو اس میں کئی لوگ تھے۔ نہیں، وہ پائنل ڈسکشن تھا ٹی وی پر۔</w:t>
      </w:r>
    </w:p>
    <w:p>
      <w:r>
        <w:rPr>
          <w:b/>
        </w:rPr>
        <w:t xml:space="preserve">[1:21:10] </w:t>
      </w:r>
      <w:r>
        <w:t>to aik professor sahib ne kaha ke yeh log quran se peredna le kar aaye thay bombay.</w:t>
      </w:r>
    </w:p>
    <w:p>
      <w:pPr>
        <w:jc w:val="right"/>
      </w:pPr>
      <w:r>
        <w:t>تو ایک پروفیسر صاحب نے کہا کہ یہ لوگ قرآن سے پریڈنا لے کر آئے تھے بمبے۔</w:t>
      </w:r>
    </w:p>
    <w:p>
      <w:r>
        <w:rPr>
          <w:b/>
        </w:rPr>
        <w:t xml:space="preserve">[1:21:17] </w:t>
      </w:r>
      <w:r>
        <w:t>yeh bombay mein jo bomb blast hua, to quran se peredna le kar ke aaye thay, aur quran ne sikhaya tha ke bomb maro. to mein ne kaha ke dekhiye, aap shayad paper nahi parhte hain, aap kisi cell mein rehte honge.</w:t>
      </w:r>
    </w:p>
    <w:p>
      <w:pPr>
        <w:jc w:val="right"/>
      </w:pPr>
      <w:r>
        <w:t>یہ بمبے میں جو بم بلاسٹ ہوا، تو قرآن سے پریڈنا لے کر کے آئے تھے، اور قرآن نے سکھایا تھا کہ بم مارو۔ تو میں نے کہا کہ دیکھیے، آپ شاید پیپر نہیں پڑھتے ہیں، آپ کسی سیل میں رہتے ہوں گے۔</w:t>
      </w:r>
    </w:p>
    <w:p>
      <w:r>
        <w:rPr>
          <w:b/>
        </w:rPr>
        <w:t xml:space="preserve">[1:21:33] </w:t>
      </w:r>
      <w:r>
        <w:t>daily aa raha hai in ka statement, interrogation jo ho raha hai miss ajmal se, aur aaj ke paper jis din unhone kaha, usi din ki baat hai. us ne kaha tha ke i was miss led, i was miss</w:t>
      </w:r>
    </w:p>
    <w:p>
      <w:pPr>
        <w:jc w:val="right"/>
      </w:pPr>
      <w:r>
        <w:t>ڈیلی آ رہا ہے ان کا اسٹیٹمنٹ، انٹروگیشن جو ہو رہا ہے مس ایجمل سے، اور آج کے پیپر جس دن انہوں نے کہا، اسی دن کی بات ہے۔ اس نے کہا تھا کہ آئی واز مس لیٹ، آئی واز مس</w:t>
      </w:r>
    </w:p>
    <w:p>
      <w:r>
        <w:rPr>
          <w:b/>
        </w:rPr>
        <w:t xml:space="preserve">[1:21:46] </w:t>
      </w:r>
      <w:r>
        <w:t>led. us ne bataya ke mein, us ne kaha hum ko utha le gaye hamare gaon se, aur char saal tak hum ko rakha aik aik camp mein.</w:t>
      </w:r>
    </w:p>
    <w:p>
      <w:pPr>
        <w:jc w:val="right"/>
      </w:pPr>
      <w:r>
        <w:t>لیٹ۔ اس نے بتایا کہ میں، اس نے کہا ہم کو اٹھا لے گئے ہمارے گاؤں سے، اور چار سال تک ہم کو رکھا ایک ایک کیمپ میں۔</w:t>
      </w:r>
    </w:p>
    <w:p>
      <w:r>
        <w:rPr>
          <w:b/>
        </w:rPr>
        <w:t xml:space="preserve">[1:21:56] </w:t>
      </w:r>
      <w:r>
        <w:t>to mein ne kaha ke aap parhiye is ko ke us ne char saal kiya kiya. us ne kuch bhi nahi kaha ke mujhe char saal tak quran parhaya gaya. yeh nahi kaha us ne ke mujh ko aur mere sab sathiyon ko.</w:t>
      </w:r>
    </w:p>
    <w:p>
      <w:pPr>
        <w:jc w:val="right"/>
      </w:pPr>
      <w:r>
        <w:t>تو میں نے کہا کہ آپ پڑھیے اس کو کہ اس نے چار سال کیا کیا۔ اس نے کچھ بھی نہیں کہا کہ مجھے چار سال تک قرآن پڑھایا گیا۔ یہ نہیں کہا اس نے کہ مجھ کو اور میرے سب ساتھیوں کو۔</w:t>
      </w:r>
    </w:p>
    <w:p>
      <w:r>
        <w:rPr>
          <w:b/>
        </w:rPr>
        <w:t xml:space="preserve">[1:22:08] </w:t>
      </w:r>
      <w:r>
        <w:t>yeh dason aadmi aik camp mein thay, char saal tak under training.</w:t>
      </w:r>
    </w:p>
    <w:p>
      <w:pPr>
        <w:jc w:val="right"/>
      </w:pPr>
      <w:r>
        <w:t>یہ دسوں آدمی ایک کیمپ میں تھے، چار سال تک انڈر ٹریننگ۔</w:t>
      </w:r>
    </w:p>
    <w:p>
      <w:r>
        <w:rPr>
          <w:b/>
        </w:rPr>
        <w:t xml:space="preserve">[1:22:13] </w:t>
      </w:r>
      <w:r>
        <w:t>to is ne yeh nahi kaha ke mujhe chaar saal tak quran padhaya gaya. nahi, is ne kaha mujhe hum logon ko video film dikhai gayi. woh kya video film thi?</w:t>
      </w:r>
    </w:p>
    <w:p>
      <w:pPr>
        <w:jc w:val="right"/>
      </w:pPr>
      <w:r>
        <w:t>تو اس نے یہ نہیں کہا کہ مجھے چار سال تک قرآن پڑھایا گیا۔ نہیں، اس نے کہا مجھے ہم لوگوں کو ویڈیو فلم دکھائی گئی۔ وہ کیا ویڈیو فلم تھی؟</w:t>
      </w:r>
    </w:p>
    <w:p>
      <w:r>
        <w:rPr>
          <w:b/>
        </w:rPr>
        <w:t xml:space="preserve">[1:22:23] </w:t>
      </w:r>
      <w:r>
        <w:t>idhar udhar se kuch scene le liya unhon ne. kya ghar jal raha hai, wahan right ho raha hai, wahan koi aise kuch ho raha hai. to main ne kaha jab chahe aisi video film bana lijiye aap kisi bhi country ke bare mein, USA ke bare mein, Britain ke bare mein, France ke bare mein, bana lijiye.</w:t>
      </w:r>
    </w:p>
    <w:p>
      <w:pPr>
        <w:jc w:val="right"/>
      </w:pPr>
      <w:r>
        <w:t>ادھر ادھر سے کچھ سین لے لیا انہوں نے۔ کیا گھر جل رہا ہے، وہاں رائٹ ہو رہا ہے، وہاں کوئی ایسے کچھ ہو رہا ہے۔ تو میں نے کہا جب چاہے ایسی ویڈیو فلم بنا لیجئے آپ کسی بھی کنٹری کے بارے میں، یو ایس اے کے بارے میں، برٹن کے بارے میں، فرانس کے بارے میں، بنا لیجئے۔</w:t>
      </w:r>
    </w:p>
    <w:p>
      <w:r>
        <w:rPr>
          <w:b/>
        </w:rPr>
        <w:t xml:space="preserve">[1:22:38] </w:t>
      </w:r>
      <w:r>
        <w:t>idhar udhar ki cheezon ko le kar ke ek video film bana lijiye aap.</w:t>
      </w:r>
    </w:p>
    <w:p>
      <w:pPr>
        <w:jc w:val="right"/>
      </w:pPr>
      <w:r>
        <w:t>ادھر ادھر کی چیزوں کو لے کر کے ایک ویڈیو فلم بنا لیجئے آپ۔</w:t>
      </w:r>
    </w:p>
    <w:p>
      <w:r>
        <w:rPr>
          <w:b/>
        </w:rPr>
        <w:t xml:space="preserve">[1:22:42] </w:t>
      </w:r>
      <w:r>
        <w:t>is ka quran se kya talluq hai? woh khud yeh nahi keh raha hai ke mujhe quran padhaya gaya, quran ne mujhe inspire kiya, tab main ne yeh yeh planning ki.</w:t>
      </w:r>
    </w:p>
    <w:p>
      <w:pPr>
        <w:jc w:val="right"/>
      </w:pPr>
      <w:r>
        <w:t>اس کا قرآن سے کیا تعلق ہے؟ وہ خود یہ نہیں کہہ رہا ہے کہ مجھے قرآن پڑھایا گیا، قرآن نے مجھے انسپائر کیا، تب میں نے یہ یہ پلاننگ کی۔</w:t>
      </w:r>
    </w:p>
    <w:p>
      <w:r>
        <w:rPr>
          <w:b/>
        </w:rPr>
        <w:t xml:space="preserve">[1:22:53] </w:t>
      </w:r>
      <w:r>
        <w:t>to woh khud kehta hai ke i was just led, mujhe behkaya gaya.</w:t>
      </w:r>
    </w:p>
    <w:p>
      <w:pPr>
        <w:jc w:val="right"/>
      </w:pPr>
      <w:r>
        <w:t>تو وہ خود کہتا ہے کہ آئی واز بس لیٹ، مجھے بہکایا گیا۔</w:t>
      </w:r>
    </w:p>
    <w:p>
      <w:r>
        <w:rPr>
          <w:b/>
        </w:rPr>
        <w:t xml:space="preserve">[1:22:59] </w:t>
      </w:r>
      <w:r>
        <w:t>to yeh log jo hain, in ke bare mein yeh manna, jo log mante hain ke quran ki teaching se unhon ne aisa kiya hai, to yeh bilkul baseless baat hai.</w:t>
      </w:r>
    </w:p>
    <w:p>
      <w:pPr>
        <w:jc w:val="right"/>
      </w:pPr>
      <w:r>
        <w:t>تو یہ لوگ جو ہیں، ان کے بارے میں یہ ماننا، جو لوگ مانتے ہیں کہ قرآن کی ٹیچنگ سے انہوں نے ایسا کیا ہے، تو یہ بالکل بیس لیس بات ہے۔</w:t>
      </w:r>
    </w:p>
    <w:p>
      <w:r>
        <w:rPr>
          <w:b/>
        </w:rPr>
        <w:t xml:space="preserve">[1:23:09] </w:t>
      </w:r>
      <w:r>
        <w:t>aur mis eligible ne is is baat ko aakhri had tak sabit kar diya ke yeh baseless baat hai.</w:t>
      </w:r>
    </w:p>
    <w:p>
      <w:pPr>
        <w:jc w:val="right"/>
      </w:pPr>
      <w:r>
        <w:t>اور مس ایجبل نے اس اس بات کو آخری حد تک ثابت کر دیا کہ یہ بیس لیس بات ہے۔</w:t>
      </w:r>
    </w:p>
    <w:p>
      <w:r>
        <w:rPr>
          <w:b/>
        </w:rPr>
        <w:t xml:space="preserve">[1:23:14] </w:t>
      </w:r>
      <w:r>
        <w:t>woh khud bol raha hai ke hamein chaar saal tak jo cheezein sikhai gayi, woh yaani khud ka banaya hua video tha, khud ka banaya hua quran nahi tha woh.</w:t>
      </w:r>
    </w:p>
    <w:p>
      <w:pPr>
        <w:jc w:val="right"/>
      </w:pPr>
      <w:r>
        <w:t>وہ خود بول رہا ہے کہ ہمیں چار سال تک جو چیزیں سکھائی گئیں، وہ یعنی خود کا بنایا ہوا ویڈیو تھا، خود کا بنایا ہوا قرآن نہیں تھا وہ۔</w:t>
      </w:r>
    </w:p>
    <w:p>
      <w:r>
        <w:rPr>
          <w:b/>
        </w:rPr>
        <w:t xml:space="preserve">[1:23:28] </w:t>
      </w:r>
      <w:r>
        <w:t>aur woh khud kehta hai ke ab main jo dunya mein, bahir ki dunya mein aaya hoon, India mein aaya hoon, bahir ki dunya mein, tab main ne discover kiya ke main to behka hua insan tha, i was misled.</w:t>
      </w:r>
    </w:p>
    <w:p>
      <w:pPr>
        <w:jc w:val="right"/>
      </w:pPr>
      <w:r>
        <w:t>اور وہ خود کہتا ہے کہ اب میں جو دنیا میں، باہر کی دنیا میں آیا ہوں، انڈیا میں آیا ہوں، باہر کی دنیا میں، تب میں نے ڈسکور کیا کہ میں تو بہکا ہوا انسان تھا، آئی واز مس لیٹ۔</w:t>
      </w:r>
    </w:p>
    <w:p>
      <w:r>
        <w:rPr>
          <w:b/>
        </w:rPr>
        <w:t xml:space="preserve">[1:23:40] </w:t>
      </w:r>
      <w:r>
        <w:t>to main samajhta hoon ke yeh ab full stop lag jana chahiye, lag jana chahiye aisi baaton par jo kehte rahe hain log. okay, we'll end the session now.</w:t>
      </w:r>
    </w:p>
    <w:p>
      <w:pPr>
        <w:jc w:val="right"/>
      </w:pPr>
      <w:r>
        <w:t>تو میں سمجھتا ہوں کہ یہ اب فل سٹاپ لگ جانا چاہیے، لگ جانا چاہیے ایسی باتوں پر جو کہتے رہے ہیں لوگ۔ اوکے، وی لینڈ دا سیشن ناو۔</w:t>
      </w:r>
    </w:p>
    <w:p>
      <w:r>
        <w:rPr>
          <w:b/>
        </w:rPr>
        <w:t xml:space="preserve">[1:23:50] </w:t>
      </w:r>
      <w:r>
        <w:t>thank you very much.</w:t>
      </w:r>
    </w:p>
    <w:p>
      <w:pPr>
        <w:jc w:val="right"/>
      </w:pPr>
      <w:r>
        <w:t>تھینک یو ویری مچ۔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