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History of Peace (English) November 12, 2006</w:t>
      </w:r>
    </w:p>
    <w:p>
      <w:r>
        <w:t>https://youtu.be/zlIi5eiTPIg</w:t>
      </w:r>
    </w:p>
    <w:p>
      <w:r>
        <w:rPr>
          <w:b/>
        </w:rPr>
        <w:t xml:space="preserve">[00:11] </w:t>
      </w:r>
      <w:r>
        <w:t>bismillah rahman rahim, wa salallahu ala nabiyyil karim. rab ishrah li sadri, wa yassir li amri, wahlul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[00:26] </w:t>
      </w:r>
      <w:r>
        <w:t>yafqaahu qawli.</w:t>
      </w:r>
    </w:p>
    <w:p>
      <w:pPr>
        <w:jc w:val="right"/>
      </w:pPr>
      <w:r>
        <w:t>یفقہ قولی۔</w:t>
      </w:r>
    </w:p>
    <w:p>
      <w:r>
        <w:rPr>
          <w:b/>
        </w:rPr>
        <w:t xml:space="preserve">[00:33] </w:t>
      </w:r>
      <w:r>
        <w:t>the topic for this morning is peace.</w:t>
      </w:r>
    </w:p>
    <w:p>
      <w:pPr>
        <w:jc w:val="right"/>
      </w:pPr>
      <w:r>
        <w:t>دا ٹاپک فار دس مارننگ از پیس۔</w:t>
      </w:r>
    </w:p>
    <w:p>
      <w:r>
        <w:rPr>
          <w:b/>
        </w:rPr>
        <w:t xml:space="preserve">[00:42] </w:t>
      </w:r>
      <w:r>
        <w:t>you know, peace is the most important need of a society.</w:t>
      </w:r>
    </w:p>
    <w:p>
      <w:pPr>
        <w:jc w:val="right"/>
      </w:pPr>
      <w:r>
        <w:t>یو نو، پیس از دا موسٹ امپورٹنٹ نیڈ اف ا سوسائٹی۔</w:t>
      </w:r>
    </w:p>
    <w:p>
      <w:r>
        <w:rPr>
          <w:b/>
        </w:rPr>
        <w:t xml:space="preserve">[00:52] </w:t>
      </w:r>
      <w:r>
        <w:t>without peace, there is no social harmony. without peace, there is no development, no progress.</w:t>
      </w:r>
    </w:p>
    <w:p>
      <w:pPr>
        <w:jc w:val="right"/>
      </w:pPr>
      <w:r>
        <w:t>وداؤٹ پیس، دیر از نو سوشل ہارمونی۔ وداؤٹ پیس، دیر از نو ڈیولپمنٹ، نو پروگریس۔</w:t>
      </w:r>
    </w:p>
    <w:p>
      <w:r>
        <w:rPr>
          <w:b/>
        </w:rPr>
        <w:t xml:space="preserve">[01:06] </w:t>
      </w:r>
      <w:r>
        <w:t>so peace is the base of all kinds of goodness.</w:t>
      </w:r>
    </w:p>
    <w:p>
      <w:pPr>
        <w:jc w:val="right"/>
      </w:pPr>
      <w:r>
        <w:t>سو پیس از دا بیس اف ال کائنڈ اف گڈنس۔</w:t>
      </w:r>
    </w:p>
    <w:p>
      <w:r>
        <w:rPr>
          <w:b/>
        </w:rPr>
        <w:t xml:space="preserve">[01:16] </w:t>
      </w:r>
      <w:r>
        <w:t>we have to find out the formula of peace. according to my study, this question bothered every mind in every age.</w:t>
      </w:r>
    </w:p>
    <w:p>
      <w:pPr>
        <w:jc w:val="right"/>
      </w:pPr>
      <w:r>
        <w:t>وی ہیو ٹو فائنڈ اؤٹ دا فارمولا اف پیس۔ اکارڈنگ ٹو مائی سٹڈی، دس کوئسچن بادرڈ ایوری مائنڈ ان ایوری ایج۔</w:t>
      </w:r>
    </w:p>
    <w:p>
      <w:r>
        <w:rPr>
          <w:b/>
        </w:rPr>
        <w:t xml:space="preserve">[01:39] </w:t>
      </w:r>
      <w:r>
        <w:t>in every time, people were searching and studying how to establish peace.</w:t>
      </w:r>
    </w:p>
    <w:p>
      <w:pPr>
        <w:jc w:val="right"/>
      </w:pPr>
      <w:r>
        <w:t>ان ایوری ٹائم، پیپل وار سرچنگ اینڈ سٹڈی ہاؤ ٹو اسٹیبلش پیس۔</w:t>
      </w:r>
    </w:p>
    <w:p>
      <w:r>
        <w:rPr>
          <w:b/>
        </w:rPr>
        <w:t xml:space="preserve">[01:50] </w:t>
      </w:r>
      <w:r>
        <w:t>so according to my study,</w:t>
      </w:r>
    </w:p>
    <w:p>
      <w:pPr>
        <w:jc w:val="right"/>
      </w:pPr>
      <w:r>
        <w:t>سو اکارڈنگ ٹو مائی سٹڈی،</w:t>
      </w:r>
    </w:p>
    <w:p>
      <w:r>
        <w:rPr>
          <w:b/>
        </w:rPr>
        <w:t xml:space="preserve">[01:54] </w:t>
      </w:r>
      <w:r>
        <w:t>there are perhaps six models of peace. maybe there are some other models, but basically there are six models of peace.</w:t>
      </w:r>
    </w:p>
    <w:p>
      <w:pPr>
        <w:jc w:val="right"/>
      </w:pPr>
      <w:r>
        <w:t>دیر ار پرہیپ سکس ماڈلز اف پیس۔ می بی دیر ار سم ادر ماڈلز، بٹ بیسیکلی دیر ار سکس ماڈلز اف پیس۔</w:t>
      </w:r>
    </w:p>
    <w:p>
      <w:r>
        <w:rPr>
          <w:b/>
        </w:rPr>
        <w:t xml:space="preserve">[02:15] </w:t>
      </w:r>
      <w:r>
        <w:t>the first model recorded in the history was adopted by Romans. you know, Roman empire based on Rome ran the world up to 2000 years.</w:t>
      </w:r>
    </w:p>
    <w:p>
      <w:pPr>
        <w:jc w:val="right"/>
      </w:pPr>
      <w:r>
        <w:t>دا فرسٹ ماڈل ریکارڈڈ ان دا ہسٹری واز اڈاپٹڈ بائی رومنز۔ یو نو، رومن ایمپائر بیسڈ ان روم رین دا ورلڈ اپ ٹو 2000 ایئرز۔</w:t>
      </w:r>
    </w:p>
    <w:p>
      <w:r>
        <w:rPr>
          <w:b/>
        </w:rPr>
        <w:t xml:space="preserve">[02:42] </w:t>
      </w:r>
      <w:r>
        <w:t>the longest period perhaps.</w:t>
      </w:r>
    </w:p>
    <w:p>
      <w:pPr>
        <w:jc w:val="right"/>
      </w:pPr>
      <w:r>
        <w:t>دا لانگسٹ پیریڈ پرہیپس۔</w:t>
      </w:r>
    </w:p>
    <w:p>
      <w:r>
        <w:rPr>
          <w:b/>
        </w:rPr>
        <w:t xml:space="preserve">[02:50] </w:t>
      </w:r>
      <w:r>
        <w:t>so Romans adopted a formula of peace which is known in history as Pax Romana.</w:t>
      </w:r>
    </w:p>
    <w:p>
      <w:pPr>
        <w:jc w:val="right"/>
      </w:pPr>
      <w:r>
        <w:t>سو رومنز اڈاپٹڈ ا فارمولا اف پیس وچ از نون ان ہسٹری ایز پیکس رومانا۔</w:t>
      </w:r>
    </w:p>
    <w:p>
      <w:r>
        <w:rPr>
          <w:b/>
        </w:rPr>
        <w:t xml:space="preserve">[03:03] </w:t>
      </w:r>
      <w:r>
        <w:t>Pax was the name of</w:t>
      </w:r>
    </w:p>
    <w:p>
      <w:pPr>
        <w:jc w:val="right"/>
      </w:pPr>
      <w:r>
        <w:t>پیکس واز دا نیم اف</w:t>
      </w:r>
    </w:p>
    <w:p>
      <w:r>
        <w:rPr>
          <w:b/>
        </w:rPr>
        <w:t xml:space="preserve">[03:11] </w:t>
      </w:r>
      <w:r>
        <w:t>god of peace</w:t>
      </w:r>
    </w:p>
    <w:p>
      <w:pPr>
        <w:jc w:val="right"/>
      </w:pPr>
      <w:r>
        <w:t>گاڈ اف پیس</w:t>
      </w:r>
    </w:p>
    <w:p>
      <w:r>
        <w:rPr>
          <w:b/>
        </w:rPr>
        <w:t xml:space="preserve">[03:15] </w:t>
      </w:r>
      <w:r>
        <w:t>in roman culture.</w:t>
      </w:r>
    </w:p>
    <w:p>
      <w:pPr>
        <w:jc w:val="right"/>
      </w:pPr>
      <w:r>
        <w:t>ان رومن کلچر۔</w:t>
      </w:r>
    </w:p>
    <w:p>
      <w:r>
        <w:rPr>
          <w:b/>
        </w:rPr>
        <w:t xml:space="preserve">[03:19] </w:t>
      </w:r>
      <w:r>
        <w:t>so they adopted their peace formula in the name of their peace god.</w:t>
      </w:r>
    </w:p>
    <w:p>
      <w:pPr>
        <w:jc w:val="right"/>
      </w:pPr>
      <w:r>
        <w:t>سو دے اڈاپٹڈ دیر پیس فارمولا ان دا نیم اف دیر پیس گاڈ۔</w:t>
      </w:r>
    </w:p>
    <w:p>
      <w:r>
        <w:rPr>
          <w:b/>
        </w:rPr>
        <w:t xml:space="preserve">[03:32] </w:t>
      </w:r>
      <w:r>
        <w:t>so it is known in the history as pax romana. now,</w:t>
      </w:r>
    </w:p>
    <w:p>
      <w:pPr>
        <w:jc w:val="right"/>
      </w:pPr>
      <w:r>
        <w:t>سو اٹ از نون ان دا ہسٹری ایز پیکس رومانا۔ ناو،</w:t>
      </w:r>
    </w:p>
    <w:p>
      <w:r>
        <w:rPr>
          <w:b/>
        </w:rPr>
        <w:t xml:space="preserve">[03:41] </w:t>
      </w:r>
      <w:r>
        <w:t>what was the what was this formula?</w:t>
      </w:r>
    </w:p>
    <w:p>
      <w:pPr>
        <w:jc w:val="right"/>
      </w:pPr>
      <w:r>
        <w:t>واٹ واز دا واٹ واز دس فارمولا؟</w:t>
      </w:r>
    </w:p>
    <w:p>
      <w:r>
        <w:rPr>
          <w:b/>
        </w:rPr>
        <w:t xml:space="preserve">[03:45] </w:t>
      </w:r>
      <w:r>
        <w:t>this formula was completely based on force. you know, romans were believing in violence.</w:t>
      </w:r>
    </w:p>
    <w:p>
      <w:pPr>
        <w:jc w:val="right"/>
      </w:pPr>
      <w:r>
        <w:t>دس فارمولا واز کمپلیٹلی بیسڈ ان فورس۔ یو نو، رومنز ویر بیلیونگ ان وائلنس۔</w:t>
      </w:r>
    </w:p>
    <w:p>
      <w:r>
        <w:rPr>
          <w:b/>
        </w:rPr>
        <w:t xml:space="preserve">[03:58] </w:t>
      </w:r>
      <w:r>
        <w:t>according to them, arm was only source of power and strength</w:t>
      </w:r>
    </w:p>
    <w:p>
      <w:pPr>
        <w:jc w:val="right"/>
      </w:pPr>
      <w:r>
        <w:t>اکارڈنگ ٹو دیم، ارم واز اونلی سورس اف پاور اینڈ سٹرینتھ</w:t>
      </w:r>
    </w:p>
    <w:p>
      <w:r>
        <w:rPr>
          <w:b/>
        </w:rPr>
        <w:t xml:space="preserve">[04:09] </w:t>
      </w:r>
      <w:r>
        <w:t>. so they wanted to establish peace by the arm, by political force.</w:t>
      </w:r>
    </w:p>
    <w:p>
      <w:pPr>
        <w:jc w:val="right"/>
      </w:pPr>
      <w:r>
        <w:t>۔ سو دے وانٹڈ ٹو اسٹیبلش پیس بائی دا ارم، بائی پولیٹیکل فورس۔</w:t>
      </w:r>
    </w:p>
    <w:p>
      <w:r>
        <w:rPr>
          <w:b/>
        </w:rPr>
        <w:t xml:space="preserve">[04:19] </w:t>
      </w:r>
      <w:r>
        <w:t>this was the pax romana. i think obviously they were successful</w:t>
      </w:r>
    </w:p>
    <w:p>
      <w:pPr>
        <w:jc w:val="right"/>
      </w:pPr>
      <w:r>
        <w:t>دس واز دا پیکس رومانا۔ ائی تھنک اویسلی دے ویر سکسیس فل</w:t>
      </w:r>
    </w:p>
    <w:p>
      <w:r>
        <w:rPr>
          <w:b/>
        </w:rPr>
        <w:t xml:space="preserve">[04:32] </w:t>
      </w:r>
      <w:r>
        <w:t>in establishing peace</w:t>
      </w:r>
    </w:p>
    <w:p>
      <w:pPr>
        <w:jc w:val="right"/>
      </w:pPr>
      <w:r>
        <w:t>ان اسٹیبلشنگ پیس</w:t>
      </w:r>
    </w:p>
    <w:p>
      <w:r>
        <w:rPr>
          <w:b/>
        </w:rPr>
        <w:t xml:space="preserve">[04:34] </w:t>
      </w:r>
      <w:r>
        <w:t>, although it was</w:t>
      </w:r>
    </w:p>
    <w:p>
      <w:pPr>
        <w:jc w:val="right"/>
      </w:pPr>
      <w:r>
        <w:t>، الدو اٹ واز</w:t>
      </w:r>
    </w:p>
    <w:p>
      <w:r>
        <w:rPr>
          <w:b/>
        </w:rPr>
        <w:t xml:space="preserve">[04:39] </w:t>
      </w:r>
      <w:r>
        <w:t>establish by force, and there was no freedom.</w:t>
      </w:r>
    </w:p>
    <w:p>
      <w:pPr>
        <w:jc w:val="right"/>
      </w:pPr>
      <w:r>
        <w:t>اسٹیبلش بائی فورس، اینڈ دیر واز نو فریڈم۔</w:t>
      </w:r>
    </w:p>
    <w:p>
      <w:r>
        <w:rPr>
          <w:b/>
        </w:rPr>
        <w:t xml:space="preserve">[04:47] </w:t>
      </w:r>
      <w:r>
        <w:t>there was no freedom. so due to this, there was no intellectual development during roman empire.</w:t>
      </w:r>
    </w:p>
    <w:p>
      <w:pPr>
        <w:jc w:val="right"/>
      </w:pPr>
      <w:r>
        <w:t>دیر واز نو فریڈم۔ سو ڈیو ٹو دس، دیر واز نو انٹلیکچول ڈیولپمنٹ ڈیورنگ رومن ایمپائر۔</w:t>
      </w:r>
    </w:p>
    <w:p>
      <w:r>
        <w:rPr>
          <w:b/>
        </w:rPr>
        <w:t xml:space="preserve">[04:59] </w:t>
      </w:r>
      <w:r>
        <w:t>you know, although roman empire lasted up to 2000 years, but there was no scientific progress. there was peace, but there was no progress in</w:t>
      </w:r>
    </w:p>
    <w:p>
      <w:pPr>
        <w:jc w:val="right"/>
      </w:pPr>
      <w:r>
        <w:t>یو نو، الدو رومن ایمپائر لاسٹڈ اپ ٹو 2000 ایئرز، بٹ دیر واز نو سائنٹیفک پروگریس۔ دیر واز پیس، بٹ دیر واز نو پروگریس ان</w:t>
      </w:r>
    </w:p>
    <w:p>
      <w:r>
        <w:rPr>
          <w:b/>
        </w:rPr>
        <w:t xml:space="preserve">[05:17] </w:t>
      </w:r>
      <w:r>
        <w:t>in that system</w:t>
      </w:r>
    </w:p>
    <w:p>
      <w:pPr>
        <w:jc w:val="right"/>
      </w:pPr>
      <w:r>
        <w:t>ان دیٹ سسٹم</w:t>
      </w:r>
    </w:p>
    <w:p>
      <w:r>
        <w:rPr>
          <w:b/>
        </w:rPr>
        <w:t xml:space="preserve">[05:19] </w:t>
      </w:r>
      <w:r>
        <w:t>. so although they were they successfully establish peace, but at the cost of abolishing freedom.</w:t>
      </w:r>
    </w:p>
    <w:p>
      <w:pPr>
        <w:jc w:val="right"/>
      </w:pPr>
      <w:r>
        <w:t>۔ سو الدو دے ویر دے سکسیس فلی اسٹیبلش پیس، بٹ ایٹ دا کاسٹ اف ابلشنگ فریڈم۔</w:t>
      </w:r>
    </w:p>
    <w:p>
      <w:r>
        <w:rPr>
          <w:b/>
        </w:rPr>
        <w:t xml:space="preserve">[05:36] </w:t>
      </w:r>
      <w:r>
        <w:t>so i don't think that it was a model for rest of the world.</w:t>
      </w:r>
    </w:p>
    <w:p>
      <w:pPr>
        <w:jc w:val="right"/>
      </w:pPr>
      <w:r>
        <w:t>سو ائی ڈونٹ تھنک دیٹ اٹ واز ا ماڈل فار ریسٹ اف دا ورلڈ۔</w:t>
      </w:r>
    </w:p>
    <w:p>
      <w:r>
        <w:rPr>
          <w:b/>
        </w:rPr>
        <w:t xml:space="preserve">[05:43] </w:t>
      </w:r>
      <w:r>
        <w:t>it was only helpful to establish their empire.</w:t>
      </w:r>
    </w:p>
    <w:p>
      <w:pPr>
        <w:jc w:val="right"/>
      </w:pPr>
      <w:r>
        <w:t>اٹ واز اونلی ہیلپ فل ٹو اسٹیبلش دیر ایمپائر۔</w:t>
      </w:r>
    </w:p>
    <w:p>
      <w:r>
        <w:rPr>
          <w:b/>
        </w:rPr>
        <w:t xml:space="preserve">[05:53] </w:t>
      </w:r>
      <w:r>
        <w:t>by this formula, they were able to make people their political slave.</w:t>
      </w:r>
    </w:p>
    <w:p>
      <w:pPr>
        <w:jc w:val="right"/>
      </w:pPr>
      <w:r>
        <w:t>بائی دس فارمولا، دے ویر ایبل ٹو میک پیپل دیر پولیٹیکل سلیو۔</w:t>
      </w:r>
    </w:p>
    <w:p>
      <w:r>
        <w:rPr>
          <w:b/>
        </w:rPr>
        <w:t xml:space="preserve">[06:07] </w:t>
      </w:r>
      <w:r>
        <w:t>but at same time,</w:t>
      </w:r>
    </w:p>
    <w:p>
      <w:pPr>
        <w:jc w:val="right"/>
      </w:pPr>
      <w:r>
        <w:t>بٹ ایٹ سیم ٹائم،</w:t>
      </w:r>
    </w:p>
    <w:p>
      <w:r>
        <w:rPr>
          <w:b/>
        </w:rPr>
        <w:t xml:space="preserve">[06:12] </w:t>
      </w:r>
      <w:r>
        <w:t>they in that period, there was no scientific progress. this was the pax romana.</w:t>
      </w:r>
    </w:p>
    <w:p>
      <w:pPr>
        <w:jc w:val="right"/>
      </w:pPr>
      <w:r>
        <w:t>دے ان دیٹ پیریڈ، دیر واز نو سائنٹیفک پروگریس۔ دس واز دا پیکس رومانا۔</w:t>
      </w:r>
    </w:p>
    <w:p>
      <w:r>
        <w:rPr>
          <w:b/>
        </w:rPr>
        <w:t xml:space="preserve">[06:25] </w:t>
      </w:r>
      <w:r>
        <w:t>then</w:t>
      </w:r>
    </w:p>
    <w:p>
      <w:pPr>
        <w:jc w:val="right"/>
      </w:pPr>
      <w:r>
        <w:t>دین</w:t>
      </w:r>
    </w:p>
    <w:p>
      <w:r>
        <w:rPr>
          <w:b/>
        </w:rPr>
        <w:t xml:space="preserve">[06:29] </w:t>
      </w:r>
      <w:r>
        <w:t>the second model</w:t>
      </w:r>
    </w:p>
    <w:p>
      <w:pPr>
        <w:jc w:val="right"/>
      </w:pPr>
      <w:r>
        <w:t>دا سیکنڈ ماڈل</w:t>
      </w:r>
    </w:p>
    <w:p>
      <w:r>
        <w:rPr>
          <w:b/>
        </w:rPr>
        <w:t xml:space="preserve">[06:33] </w:t>
      </w:r>
      <w:r>
        <w:t>is pax</w:t>
      </w:r>
    </w:p>
    <w:p>
      <w:pPr>
        <w:jc w:val="right"/>
      </w:pPr>
      <w:r>
        <w:t>از پیکس</w:t>
      </w:r>
    </w:p>
    <w:p>
      <w:r>
        <w:rPr>
          <w:b/>
        </w:rPr>
        <w:t xml:space="preserve">[06:35] </w:t>
      </w:r>
      <w:r>
        <w:t>. the second model is american model that is called pax americana. when americans became superpower, they try to establish peace in international affairs.</w:t>
      </w:r>
    </w:p>
    <w:p>
      <w:pPr>
        <w:jc w:val="right"/>
      </w:pPr>
      <w:r>
        <w:t>۔ دا سیکنڈ ماڈل از امریکن ماڈل دیٹ از کالڈ پیکس امریکانا۔ وین امریکنز بیکم سپر پاور، دے ٹرائی ٹو اسٹیبلش پیس ان انٹرنیشنل افیئرز۔</w:t>
      </w:r>
    </w:p>
    <w:p>
      <w:r>
        <w:rPr>
          <w:b/>
        </w:rPr>
        <w:t xml:space="preserve">[06:58] </w:t>
      </w:r>
      <w:r>
        <w:t>waT waz da formula of american</w:t>
      </w:r>
    </w:p>
    <w:p>
      <w:pPr>
        <w:jc w:val="right"/>
      </w:pPr>
      <w:r>
        <w:t>واٹ واز دا فارمولا اف امریکن</w:t>
      </w:r>
    </w:p>
    <w:p>
      <w:r>
        <w:rPr>
          <w:b/>
        </w:rPr>
        <w:t xml:space="preserve">[07:08] </w:t>
      </w:r>
      <w:r>
        <w:t>american</w:t>
      </w:r>
    </w:p>
    <w:p>
      <w:pPr>
        <w:jc w:val="right"/>
      </w:pPr>
      <w:r>
        <w:t>امریکن</w:t>
      </w:r>
    </w:p>
    <w:p>
      <w:r>
        <w:rPr>
          <w:b/>
        </w:rPr>
        <w:t xml:space="preserve">[07:12] </w:t>
      </w:r>
      <w:r>
        <w:t>peopl? de wanted to establish peace again by force, although it was somewhat different from that of Romans.</w:t>
      </w:r>
    </w:p>
    <w:p>
      <w:pPr>
        <w:jc w:val="right"/>
      </w:pPr>
      <w:r>
        <w:t>پیپل؟ دے وانٹڈ ٹو اسٹیبلش پیس اگین بائی فورس، الدو اٹ واز سم واٹ ڈفرنٹ فرام دیٹ اف رومنز۔</w:t>
      </w:r>
    </w:p>
    <w:p>
      <w:r>
        <w:rPr>
          <w:b/>
        </w:rPr>
        <w:t xml:space="preserve">[07:28] </w:t>
      </w:r>
      <w:r>
        <w:t>you know, Americans initially tried to engage people in dialogue, political dialogue, negotiation.</w:t>
      </w:r>
    </w:p>
    <w:p>
      <w:pPr>
        <w:jc w:val="right"/>
      </w:pPr>
      <w:r>
        <w:t>یو نو، امریکنز انیشلی ٹرائی ٹو انگیج پیپل ان ڈائیلاگ، پولیٹیکل ڈائیلاگ، نیگوشی ایشن۔</w:t>
      </w:r>
    </w:p>
    <w:p>
      <w:r>
        <w:rPr>
          <w:b/>
        </w:rPr>
        <w:t xml:space="preserve">[07:40] </w:t>
      </w:r>
      <w:r>
        <w:t>but when negotiation failed, they tried to establish some compulsions in terms of economic compulsion and political compulsion.</w:t>
      </w:r>
    </w:p>
    <w:p>
      <w:pPr>
        <w:jc w:val="right"/>
      </w:pPr>
      <w:r>
        <w:t>بٹ وین نیگوشی ایشن فیل، دے ٹرائی ٹو اسٹیبلش سم کمپلشنز ان ٹرم اف اکنامک کمپلشن اینڈ پولیٹیکل کمپلشن۔</w:t>
      </w:r>
    </w:p>
    <w:p>
      <w:r>
        <w:rPr>
          <w:b/>
        </w:rPr>
        <w:t xml:space="preserve">[07:55] </w:t>
      </w:r>
      <w:r>
        <w:t>and if this kind of compulsion failed, they tried to adopt drop bomb,</w:t>
      </w:r>
    </w:p>
    <w:p>
      <w:pPr>
        <w:jc w:val="right"/>
      </w:pPr>
      <w:r>
        <w:t>اینڈ اف دس کائنڈ اف کمپلشن فیل، دے ٹرائی ٹو اڈاپٹ ڈراپ بمب،</w:t>
      </w:r>
    </w:p>
    <w:p>
      <w:r>
        <w:rPr>
          <w:b/>
        </w:rPr>
        <w:t xml:space="preserve">[08:06] </w:t>
      </w:r>
      <w:r>
        <w:t>like Japan and Iraq. they drop two atom bomb, two atomic bomb in Japan for establish for establishing peace.</w:t>
      </w:r>
    </w:p>
    <w:p>
      <w:pPr>
        <w:jc w:val="right"/>
      </w:pPr>
      <w:r>
        <w:t>لائک جاپان اینڈ عراق۔ دے ڈراپ ٹو ایٹم بمب، ٹو ایٹمک بمب ان جاپان فار اسٹیبلش فار اسٹیبلشنگ پیس۔</w:t>
      </w:r>
    </w:p>
    <w:p>
      <w:r>
        <w:rPr>
          <w:b/>
        </w:rPr>
        <w:t xml:space="preserve">[08:20] </w:t>
      </w:r>
      <w:r>
        <w:t>although there was peace in Japan, but by establishing peace, they destroyed two largest city of Japan, that is Hiroshima and Nagasaki.</w:t>
      </w:r>
    </w:p>
    <w:p>
      <w:pPr>
        <w:jc w:val="right"/>
      </w:pPr>
      <w:r>
        <w:t>الدو دیر واز پیس ان جاپان، بٹ بائی اسٹیبلشنگ پیس، دے ڈسٹرائڈ ٹو لارجسٹ سٹی اف جاپان، دیٹ از ہیروشیما اینڈ ناگاسکی۔</w:t>
      </w:r>
    </w:p>
    <w:p>
      <w:r>
        <w:rPr>
          <w:b/>
        </w:rPr>
        <w:t xml:space="preserve">[08:36] </w:t>
      </w:r>
      <w:r>
        <w:t>then they wanted to establish peace in Iraq, and again they there bombardment destroyed Iraq.</w:t>
      </w:r>
    </w:p>
    <w:p>
      <w:pPr>
        <w:jc w:val="right"/>
      </w:pPr>
      <w:r>
        <w:t>دین دے وانٹڈ ٹو اسٹیبلش پیس ان عراق، اینڈ اگین دے دیر بمبارڈمنٹ ڈسٹرائڈ عراق۔</w:t>
      </w:r>
    </w:p>
    <w:p>
      <w:r>
        <w:rPr>
          <w:b/>
        </w:rPr>
        <w:t xml:space="preserve">[08:48] </w:t>
      </w:r>
      <w:r>
        <w:t>and still there is no progress in Iraq. so American model or peace Americana was not a perfect model.</w:t>
      </w:r>
    </w:p>
    <w:p>
      <w:pPr>
        <w:jc w:val="right"/>
      </w:pPr>
      <w:r>
        <w:t>اینڈ اسٹل دیر از نو پروگریس ان عراق۔ سو امریکن ماڈل اور پیس امریکانا واز ناٹ ا پرفیکٹ ماڈل۔</w:t>
      </w:r>
    </w:p>
    <w:p>
      <w:r>
        <w:rPr>
          <w:b/>
        </w:rPr>
        <w:t xml:space="preserve">[09:05] </w:t>
      </w:r>
      <w:r>
        <w:t>it was maybe it was in favor of American supremacy. maybe it was helpful to establish</w:t>
      </w:r>
    </w:p>
    <w:p>
      <w:pPr>
        <w:jc w:val="right"/>
      </w:pPr>
      <w:r>
        <w:t>اٹ واز می بی اٹ واز ان فیور اف امریکن سپریمیسی۔ می بی اٹ واز ہیلپ فل ٹو اسٹیبلش</w:t>
      </w:r>
    </w:p>
    <w:p>
      <w:r>
        <w:rPr>
          <w:b/>
        </w:rPr>
        <w:t xml:space="preserve">[09:18] </w:t>
      </w:r>
      <w:r>
        <w:t>to maintain Americans as superpower in the world politics. b</w:t>
      </w:r>
    </w:p>
    <w:p>
      <w:pPr>
        <w:jc w:val="right"/>
      </w:pPr>
      <w:r>
        <w:t>ٹو مینٹین امریکنز ایز سپر پاور ان دا ورلڈ پولیٹکس۔ ب</w:t>
      </w:r>
    </w:p>
    <w:p>
      <w:r>
        <w:rPr>
          <w:b/>
        </w:rPr>
        <w:t xml:space="preserve">[09:24] </w:t>
      </w:r>
      <w:r>
        <w:t>but it was completely. but it gave negative result as far as the other nations are concerned.</w:t>
      </w:r>
    </w:p>
    <w:p>
      <w:pPr>
        <w:jc w:val="right"/>
      </w:pPr>
      <w:r>
        <w:t>ٹ اٹ واز کمپلیٹلی۔ بٹ اٹ گیو نیگیٹیو رزلٹ ایز فار ایز دی ادر نیشنز ار کنسرن۔</w:t>
      </w:r>
    </w:p>
    <w:p>
      <w:r>
        <w:rPr>
          <w:b/>
        </w:rPr>
        <w:t xml:space="preserve">[09:41] </w:t>
      </w:r>
      <w:r>
        <w:t>it is this reason that now Americans are</w:t>
      </w:r>
    </w:p>
    <w:p>
      <w:pPr>
        <w:jc w:val="right"/>
      </w:pPr>
      <w:r>
        <w:t>اٹ از دس ریزن دیٹ ناو امریکنز ار</w:t>
      </w:r>
    </w:p>
    <w:p>
      <w:r>
        <w:rPr>
          <w:b/>
        </w:rPr>
        <w:t xml:space="preserve">[09:50] </w:t>
      </w:r>
      <w:r>
        <w:t>now people all over the world hate Americans, especially Muslim countries.</w:t>
      </w:r>
    </w:p>
    <w:p>
      <w:pPr>
        <w:jc w:val="right"/>
      </w:pPr>
      <w:r>
        <w:t>ناو پیپل ال اوور دی ورلڈ ہیٹ امریکنز، اسپیشلی مسلم کنٹریز۔</w:t>
      </w:r>
    </w:p>
    <w:p>
      <w:r>
        <w:rPr>
          <w:b/>
        </w:rPr>
        <w:t xml:space="preserve">[10:06] </w:t>
      </w:r>
      <w:r>
        <w:t>if you travel Muslim countries, you will hear that everywhere Muslims are saying that America is number one enemy of Islam.</w:t>
      </w:r>
    </w:p>
    <w:p>
      <w:pPr>
        <w:jc w:val="right"/>
      </w:pPr>
      <w:r>
        <w:t>اف یو ٹریول مسلم کنٹریز، یو ویل ہیئر دیٹ ایوری ویر مسلم ار سینگ دیٹ امریکہ از نمبر ون اینمی اف اسلام۔</w:t>
      </w:r>
    </w:p>
    <w:p>
      <w:r>
        <w:rPr>
          <w:b/>
        </w:rPr>
        <w:t xml:space="preserve">[10:18] </w:t>
      </w:r>
      <w:r>
        <w:t>America adu al Islam wahid. so although they tried to establish peace, and in some sense they achieved</w:t>
      </w:r>
    </w:p>
    <w:p>
      <w:pPr>
        <w:jc w:val="right"/>
      </w:pPr>
      <w:r>
        <w:t>امریکہ ادول اسلام واحد۔ سو الدو دے ٹرائی ٹو اسٹیبلش پیس، اینڈ ان سم سینس دے اچیوڈ</w:t>
      </w:r>
    </w:p>
    <w:p>
      <w:r>
        <w:rPr>
          <w:b/>
        </w:rPr>
        <w:t xml:space="preserve">[10:30] </w:t>
      </w:r>
      <w:r>
        <w:t>, but at the cost of hate, at the cost of negative results. so this was American model, which which is called Pax Americana.</w:t>
      </w:r>
    </w:p>
    <w:p>
      <w:pPr>
        <w:jc w:val="right"/>
      </w:pPr>
      <w:r>
        <w:t>، بٹ ایٹ دا کاسٹ اف ہیٹ، ایٹ دا کاسٹ اف نیگیٹیو رزلٹس۔ سو دس واز امریکن ماڈل، وچ وچ از کالڈ پیکس امریکانا۔</w:t>
      </w:r>
    </w:p>
    <w:p>
      <w:r>
        <w:rPr>
          <w:b/>
        </w:rPr>
        <w:t xml:space="preserve">[10:51] </w:t>
      </w:r>
      <w:r>
        <w:t>then there is the British model</w:t>
      </w:r>
    </w:p>
    <w:p>
      <w:pPr>
        <w:jc w:val="right"/>
      </w:pPr>
      <w:r>
        <w:t>دین دیر از دا برٹش ماڈل</w:t>
      </w:r>
    </w:p>
    <w:p>
      <w:r>
        <w:rPr>
          <w:b/>
        </w:rPr>
        <w:t xml:space="preserve">[10:56] </w:t>
      </w:r>
      <w:r>
        <w:t>. you know, British reign</w:t>
      </w:r>
    </w:p>
    <w:p>
      <w:pPr>
        <w:jc w:val="right"/>
      </w:pPr>
      <w:r>
        <w:t>۔ یو نو، برٹش رین</w:t>
      </w:r>
    </w:p>
    <w:p>
      <w:r>
        <w:rPr>
          <w:b/>
        </w:rPr>
        <w:t xml:space="preserve">[11:02] </w:t>
      </w:r>
      <w:r>
        <w:t>a large area of globe up to 200 years. I think that Britishers were better than the Americans or Romans.</w:t>
      </w:r>
    </w:p>
    <w:p>
      <w:pPr>
        <w:jc w:val="right"/>
      </w:pPr>
      <w:r>
        <w:t>ا لارج ایریا اف گلوب اپ ٹو 200 ایئرز۔ ائی تھنک دیٹ برٹشرز ویر بٹر دین دی امریکنز اور رومنز۔</w:t>
      </w:r>
    </w:p>
    <w:p>
      <w:r>
        <w:rPr>
          <w:b/>
        </w:rPr>
        <w:t xml:space="preserve">[11:17] </w:t>
      </w:r>
      <w:r>
        <w:t>let's take India as an example.</w:t>
      </w:r>
    </w:p>
    <w:p>
      <w:pPr>
        <w:jc w:val="right"/>
      </w:pPr>
      <w:r>
        <w:t>ٹیک لیٹس ٹیک انڈیا ایز این ایگزامپل۔</w:t>
      </w:r>
    </w:p>
    <w:p>
      <w:r>
        <w:rPr>
          <w:b/>
        </w:rPr>
        <w:t xml:space="preserve">[11:23] </w:t>
      </w:r>
      <w:r>
        <w:t>Britishers occupied India,</w:t>
      </w:r>
    </w:p>
    <w:p>
      <w:pPr>
        <w:jc w:val="right"/>
      </w:pPr>
      <w:r>
        <w:t>برٹشرز اکوپائیڈ انڈیا،</w:t>
      </w:r>
    </w:p>
    <w:p>
      <w:r>
        <w:rPr>
          <w:b/>
        </w:rPr>
        <w:t xml:space="preserve">[11:29] </w:t>
      </w:r>
      <w:r>
        <w:t>but they adopted two point formula. one was to occupy Indian cities and towns directly,</w:t>
      </w:r>
    </w:p>
    <w:p>
      <w:pPr>
        <w:jc w:val="right"/>
      </w:pPr>
      <w:r>
        <w:t>بٹ دے اڈاپٹڈ ٹو پوائنٹ فارمولا۔ ون واز ٹو اکوپائی انڈین سٹیز اینڈ ٹاؤن ڈائریکٹلی،</w:t>
      </w:r>
    </w:p>
    <w:p>
      <w:r>
        <w:rPr>
          <w:b/>
        </w:rPr>
        <w:t xml:space="preserve">[11:45] </w:t>
      </w:r>
      <w:r>
        <w:t>but at the same time they found that in India there are more than 500 states</w:t>
      </w:r>
    </w:p>
    <w:p>
      <w:pPr>
        <w:jc w:val="right"/>
      </w:pPr>
      <w:r>
        <w:t>بٹ ایٹ سیم ٹائم دے فاؤنڈ دیٹ ان انڈیا دیر ار مور دین 500 سٹیٹس</w:t>
      </w:r>
    </w:p>
    <w:p>
      <w:r>
        <w:rPr>
          <w:b/>
        </w:rPr>
        <w:t xml:space="preserve">[11:54] </w:t>
      </w:r>
      <w:r>
        <w:t>so they adopted the strategy that they gave internal autonomy to all these states, like like hyderabad, kashmir, gwalior, jaipur, jodhpur,</w:t>
      </w:r>
    </w:p>
    <w:p>
      <w:pPr>
        <w:jc w:val="right"/>
      </w:pPr>
      <w:r>
        <w:t>۔ سو دے اڈاپٹڈ دا سٹریٹجی دیٹ دے گیو انٹرنل اٹارمی ٹو ال دیز سٹیٹس، لائک لائک حیدرآباد، کشمیر، گوالیئر، جے پور، جوधپور،</w:t>
      </w:r>
    </w:p>
    <w:p>
      <w:r>
        <w:rPr>
          <w:b/>
        </w:rPr>
        <w:t xml:space="preserve">[12:13] </w:t>
      </w:r>
      <w:r>
        <w:t>so on.</w:t>
      </w:r>
    </w:p>
    <w:p>
      <w:pPr>
        <w:jc w:val="right"/>
      </w:pPr>
      <w:r>
        <w:t>سو ان۔</w:t>
      </w:r>
    </w:p>
    <w:p>
      <w:r>
        <w:rPr>
          <w:b/>
        </w:rPr>
        <w:t xml:space="preserve">[12:15] </w:t>
      </w:r>
      <w:r>
        <w:t>so they never abolish these states, but they gave internal autonomy.</w:t>
      </w:r>
    </w:p>
    <w:p>
      <w:pPr>
        <w:jc w:val="right"/>
      </w:pPr>
      <w:r>
        <w:t>سو دے نیور ابلش دیز سٹیٹس، بٹ دے گیو انٹرنل اٹارمی۔</w:t>
      </w:r>
    </w:p>
    <w:p>
      <w:r>
        <w:rPr>
          <w:b/>
        </w:rPr>
        <w:t xml:space="preserve">[12:28] </w:t>
      </w:r>
      <w:r>
        <w:t>they wanted them to pay tax. after paying the tax, they tried to adopt the policy of non interference.</w:t>
      </w:r>
    </w:p>
    <w:p>
      <w:pPr>
        <w:jc w:val="right"/>
      </w:pPr>
      <w:r>
        <w:t>دے وانٹڈ دیم ٹو پے ٹیکس۔ افٹر پینگ دا ٹیکس، دے ٹرائی ٹو اڈاپٹ دا پالیسی اف نان انٹرفیرنس۔</w:t>
      </w:r>
    </w:p>
    <w:p>
      <w:r>
        <w:rPr>
          <w:b/>
        </w:rPr>
        <w:t xml:space="preserve">[12:43] </w:t>
      </w:r>
      <w:r>
        <w:t>so this was i think this was better than the roman model and american model. although i cannot say that people were happy with british rulers,</w:t>
      </w:r>
    </w:p>
    <w:p>
      <w:pPr>
        <w:jc w:val="right"/>
      </w:pPr>
      <w:r>
        <w:t>سو دس واز ائی تھنک دس واز بٹر دین دی رومن ماڈل اینڈ امریکن ماڈل۔ الدو ائی کین ناٹ سے دیٹ پیپل ویر ہیپی ود برٹش رولرز،</w:t>
      </w:r>
    </w:p>
    <w:p>
      <w:r>
        <w:rPr>
          <w:b/>
        </w:rPr>
        <w:t xml:space="preserve">[13:00] </w:t>
      </w:r>
      <w:r>
        <w:t>but i can say that. was in some sense is better than the roman model and american model.</w:t>
      </w:r>
    </w:p>
    <w:p>
      <w:pPr>
        <w:jc w:val="right"/>
      </w:pPr>
      <w:r>
        <w:t>بٹ ائی کین سے دیٹ۔ واز ان سم سینس از بٹر دین دی رومن ماڈل اینڈ امریکن ماڈل۔</w:t>
      </w:r>
    </w:p>
    <w:p>
      <w:r>
        <w:rPr>
          <w:b/>
        </w:rPr>
        <w:t xml:space="preserve">[13:11] </w:t>
      </w:r>
      <w:r>
        <w:t>then there is the model of united nations. you know, there were two international organizations.</w:t>
      </w:r>
    </w:p>
    <w:p>
      <w:pPr>
        <w:jc w:val="right"/>
      </w:pPr>
      <w:r>
        <w:t>دین دیر از دا ماڈل اف یونائٹڈ نیشنز۔ یو نو، دیر وار ٹو انٹرنیشنل ارگنائزیشنز۔</w:t>
      </w:r>
    </w:p>
    <w:p>
      <w:r>
        <w:rPr>
          <w:b/>
        </w:rPr>
        <w:t xml:space="preserve">[13:25] </w:t>
      </w:r>
      <w:r>
        <w:t>first of the of the first was named as league of nations.</w:t>
      </w:r>
    </w:p>
    <w:p>
      <w:pPr>
        <w:jc w:val="right"/>
      </w:pPr>
      <w:r>
        <w:t>فرسٹ اف دا اف دا فرسٹ واز نیمڈ ایز لیگ اف نیشنز۔</w:t>
      </w:r>
    </w:p>
    <w:p>
      <w:r>
        <w:rPr>
          <w:b/>
        </w:rPr>
        <w:t xml:space="preserve">[13:38] </w:t>
      </w:r>
      <w:r>
        <w:t>in during pre second world war, there was league of nations. it was an international organizations, but it failed to achieve its target.</w:t>
      </w:r>
    </w:p>
    <w:p>
      <w:pPr>
        <w:jc w:val="right"/>
      </w:pPr>
      <w:r>
        <w:t>ان ڈیورنگ پری سیکنڈ ورلڈ وار، دیر واز لیگ اف نیشنز۔ اٹ واز این انٹرنیشنل ارگنائزیشنز، بٹ اٹ فیلڈ ٹو اچیو اٹس ٹارگٹ۔</w:t>
      </w:r>
    </w:p>
    <w:p>
      <w:r>
        <w:rPr>
          <w:b/>
        </w:rPr>
        <w:t xml:space="preserve">[13:55] </w:t>
      </w:r>
      <w:r>
        <w:t>the achieve the target was to establish peace among nations, but it failed completely.</w:t>
      </w:r>
    </w:p>
    <w:p>
      <w:pPr>
        <w:jc w:val="right"/>
      </w:pPr>
      <w:r>
        <w:t>دا اچیو دا ٹارگٹ واز ٹو اسٹیبلش پیس امنگ نیشنز، بٹ اٹ فیلڈ کمپلیٹلی۔</w:t>
      </w:r>
    </w:p>
    <w:p>
      <w:r>
        <w:rPr>
          <w:b/>
        </w:rPr>
        <w:t xml:space="preserve">[14:08] </w:t>
      </w:r>
      <w:r>
        <w:t>then in the post second war, second world war period,</w:t>
      </w:r>
    </w:p>
    <w:p>
      <w:pPr>
        <w:jc w:val="right"/>
      </w:pPr>
      <w:r>
        <w:t>دین ان دا پوسٹ سیکنڈ وار، سیکنڈ ورلڈ وار پیریڈ،</w:t>
      </w:r>
    </w:p>
    <w:p>
      <w:r>
        <w:rPr>
          <w:b/>
        </w:rPr>
        <w:t xml:space="preserve">[14:16] </w:t>
      </w:r>
      <w:r>
        <w:t>they adopted new model that is called united nations organization based in new york.</w:t>
      </w:r>
    </w:p>
    <w:p>
      <w:pPr>
        <w:jc w:val="right"/>
      </w:pPr>
      <w:r>
        <w:t>دے اڈاپٹڈ نیو ماڈل دیٹ از کالڈ یونائٹڈ نیشنز ارگنائزیشن بیسڈ ان نیویارک۔</w:t>
      </w:r>
    </w:p>
    <w:p>
      <w:r>
        <w:rPr>
          <w:b/>
        </w:rPr>
        <w:t xml:space="preserve">[14:29] </w:t>
      </w:r>
      <w:r>
        <w:t>league of nations was based in jeni</w:t>
      </w:r>
    </w:p>
    <w:p>
      <w:pPr>
        <w:jc w:val="right"/>
      </w:pPr>
      <w:r>
        <w:t>لیگ اف نیشنز واز بیسڈ ان جینی</w:t>
      </w:r>
    </w:p>
    <w:p>
      <w:r>
        <w:rPr>
          <w:b/>
        </w:rPr>
        <w:t xml:space="preserve">[14:31] </w:t>
      </w:r>
      <w:r>
        <w:t>wa. its head quarter was in geneva, but the head quarter of united nations lies in new york. but again, uno is a case of failure.</w:t>
      </w:r>
    </w:p>
    <w:p>
      <w:pPr>
        <w:jc w:val="right"/>
      </w:pPr>
      <w:r>
        <w:t>وا۔ اٹس ہیڈ کوارٹر واز ان جینیوا، بٹ دا ہیڈ کوارٹر اف یونائٹڈ نیشنز لائیز ان نیویارک۔ بٹ اگین، یو این او از ا کیس اف فیلیر۔</w:t>
      </w:r>
    </w:p>
    <w:p>
      <w:r>
        <w:rPr>
          <w:b/>
        </w:rPr>
        <w:t xml:space="preserve">[14:47] </w:t>
      </w:r>
      <w:r>
        <w:t>you know, the method adopted by united nations was resolution, resolution and demand.</w:t>
      </w:r>
    </w:p>
    <w:p>
      <w:pPr>
        <w:jc w:val="right"/>
      </w:pPr>
      <w:r>
        <w:t>یو نو، دا میتھڈ اڈاپٹڈ بائی یونائٹڈ نیشنز واز ریزولیوشن، ریزولیوشن اینڈ ڈیمانڈ۔</w:t>
      </w:r>
    </w:p>
    <w:p>
      <w:r>
        <w:rPr>
          <w:b/>
        </w:rPr>
        <w:t xml:space="preserve">[15:03] </w:t>
      </w:r>
      <w:r>
        <w:t>but they fail because united nations have no force, no military power.</w:t>
      </w:r>
    </w:p>
    <w:p>
      <w:pPr>
        <w:jc w:val="right"/>
      </w:pPr>
      <w:r>
        <w:t>بٹ دے فیل بیکاز یونائٹڈ نیشنز ہیو نو فورس، نو ملٹری پاور۔</w:t>
      </w:r>
    </w:p>
    <w:p>
      <w:r>
        <w:rPr>
          <w:b/>
        </w:rPr>
        <w:t xml:space="preserve">[15:11] </w:t>
      </w:r>
      <w:r>
        <w:t>so united nations can adopt resolutions, but it has no power to implement its resolutions.</w:t>
      </w:r>
    </w:p>
    <w:p>
      <w:pPr>
        <w:jc w:val="right"/>
      </w:pPr>
      <w:r>
        <w:t>سو یونائٹڈ نیشنز کین اڈاپٹ ریزولیوشنز، بٹ اٹ ہیز نو پاور ٹو امپلیمنٹ اٹس ریزولیوشنز۔</w:t>
      </w:r>
    </w:p>
    <w:p>
      <w:r>
        <w:rPr>
          <w:b/>
        </w:rPr>
        <w:t xml:space="preserve">[15:26] </w:t>
      </w:r>
      <w:r>
        <w:t>so you see everywhere in the world that there are so many problem. so there are so many war and fighting, but nations is quite helpless.</w:t>
      </w:r>
    </w:p>
    <w:p>
      <w:pPr>
        <w:jc w:val="right"/>
      </w:pPr>
      <w:r>
        <w:t>سو یو سی ایوری ویر ان دا ورلڈ دیٹ دیر ار سو مینی پرابلم۔ سو دیر ار سو مینی وار اینڈ فائٹنگ، بٹ نیشنز از کوائٹ ہیلپ لیس۔</w:t>
      </w:r>
    </w:p>
    <w:p>
      <w:r>
        <w:rPr>
          <w:b/>
        </w:rPr>
        <w:t xml:space="preserve">[15:40] </w:t>
      </w:r>
      <w:r>
        <w:t>although they issue statements, they adopt resolutions, but in vain because behind these resolutions, there is no power.</w:t>
      </w:r>
    </w:p>
    <w:p>
      <w:pPr>
        <w:jc w:val="right"/>
      </w:pPr>
      <w:r>
        <w:t>الدو دے ایشو سٹیٹمنٹس، دے اڈاپٹ ریزولیوشنز، بٹ ان وین بیکاز بیہائنڈ دیز ریزولیوشنز، دیر از نو پاور۔</w:t>
      </w:r>
    </w:p>
    <w:p>
      <w:r>
        <w:rPr>
          <w:b/>
        </w:rPr>
        <w:t xml:space="preserve">[15:55] </w:t>
      </w:r>
      <w:r>
        <w:t>they cannot implement their power, decline implement their resolutions.</w:t>
      </w:r>
    </w:p>
    <w:p>
      <w:pPr>
        <w:jc w:val="right"/>
      </w:pPr>
      <w:r>
        <w:t>دے کناٹ امپلیمنٹ دیر پاور، ڈیکلائن امپلیمنٹ دیر ریزولیوشنز۔</w:t>
      </w:r>
    </w:p>
    <w:p>
      <w:r>
        <w:rPr>
          <w:b/>
        </w:rPr>
        <w:t xml:space="preserve">[16:07] </w:t>
      </w:r>
      <w:r>
        <w:t>they have no power to translate their resolutions in practice.</w:t>
      </w:r>
    </w:p>
    <w:p>
      <w:pPr>
        <w:jc w:val="right"/>
      </w:pPr>
      <w:r>
        <w:t>دے ہیو نو پاور ٹو ٹرانسلیٹ دیر ریزولیوشنز ان پریکٹس۔</w:t>
      </w:r>
    </w:p>
    <w:p>
      <w:r>
        <w:rPr>
          <w:b/>
        </w:rPr>
        <w:t xml:space="preserve">[16:15] </w:t>
      </w:r>
      <w:r>
        <w:t>so although its head quarters remain in new york.</w:t>
      </w:r>
    </w:p>
    <w:p>
      <w:pPr>
        <w:jc w:val="right"/>
      </w:pPr>
      <w:r>
        <w:t>سو الدو اٹس ہیڈ کوارٹرز ریمین ان نیویارک۔</w:t>
      </w:r>
    </w:p>
    <w:p>
      <w:r>
        <w:rPr>
          <w:b/>
        </w:rPr>
        <w:t xml:space="preserve">[16:25] </w:t>
      </w:r>
      <w:r>
        <w:t>i have seen it when i was in new york, but as far as the result is concerned, united nations is completely a case of failure.</w:t>
      </w:r>
    </w:p>
    <w:p>
      <w:pPr>
        <w:jc w:val="right"/>
      </w:pPr>
      <w:r>
        <w:t>ائی ہیو سین اٹ وین ائی واز ان نیویارک، بٹ ایز فار ایز دا رزلٹ از کنسرن، یونائٹڈ نیشنز از کمپلیٹلی ا کیس اف فیلیر۔</w:t>
      </w:r>
    </w:p>
    <w:p>
      <w:r>
        <w:rPr>
          <w:b/>
        </w:rPr>
        <w:t xml:space="preserve">[16:39] </w:t>
      </w:r>
      <w:r>
        <w:t>united nations, the purpose of united nations was to to bring peace in in international life, but it completely failed.</w:t>
      </w:r>
    </w:p>
    <w:p>
      <w:pPr>
        <w:jc w:val="right"/>
      </w:pPr>
      <w:r>
        <w:t>یونائٹڈ نیشنز، دا پرپس اف یونائٹڈ نیشنز واز ٹو ٹو برنگ پیس ان ان انٹرنیشنل لائف، بٹ اٹ کمپلیٹلی فیل۔</w:t>
      </w:r>
    </w:p>
    <w:p>
      <w:r>
        <w:rPr>
          <w:b/>
        </w:rPr>
        <w:t xml:space="preserve">[16:55] </w:t>
      </w:r>
      <w:r>
        <w:t>so united nations model is also an. is not a practical model. ideologically, ideologically, it seems better</w:t>
      </w:r>
    </w:p>
    <w:p>
      <w:pPr>
        <w:jc w:val="right"/>
      </w:pPr>
      <w:r>
        <w:t>سو یونائٹڈ نیشنز ماڈل از السو این۔ از ناٹ ا پریکٹیکل ماڈل۔ ائیڈیالوجیکلی، ائیڈیالوجیکلی، اٹ سیمز بٹر</w:t>
      </w:r>
    </w:p>
    <w:p>
      <w:r>
        <w:rPr>
          <w:b/>
        </w:rPr>
        <w:t xml:space="preserve">[17:09] </w:t>
      </w:r>
      <w:r>
        <w:t>۔ It seems good. Ideologically, it seems a beautiful model, but practically, it failed.</w:t>
      </w:r>
    </w:p>
    <w:p>
      <w:pPr>
        <w:jc w:val="right"/>
      </w:pPr>
      <w:r>
        <w:t>۔ اٹ سیمز گڈ۔ ائیڈیالوجیکلی، اٹ سیمز ا بیوٹیفل ماڈل، بٹ پریکٹیکلی، اٹ فیل۔</w:t>
      </w:r>
    </w:p>
    <w:p>
      <w:r>
        <w:rPr>
          <w:b/>
        </w:rPr>
        <w:t xml:space="preserve">[17:19] </w:t>
      </w:r>
      <w:r>
        <w:t>You know, all the nations are members of this organization. All the nations have signed its charter,</w:t>
      </w:r>
    </w:p>
    <w:p>
      <w:pPr>
        <w:jc w:val="right"/>
      </w:pPr>
      <w:r>
        <w:t>یو نو، ال دا نیشنز ار ممبرز اف دس ارگنائزیشنز۔ ال دا نیشنز ہیو سائن اٹس چارٹر،</w:t>
      </w:r>
    </w:p>
    <w:p>
      <w:r>
        <w:rPr>
          <w:b/>
        </w:rPr>
        <w:t xml:space="preserve">[17:34] </w:t>
      </w:r>
      <w:r>
        <w:t>but United Nations have no power over all these nations. So it is a case of failure.</w:t>
      </w:r>
    </w:p>
    <w:p>
      <w:pPr>
        <w:jc w:val="right"/>
      </w:pPr>
      <w:r>
        <w:t>بٹ یونائٹڈ نیشنز ہیو نو پاور اوور ال دیز نیشنز۔ سو اٹ از ا کیس اف فیلیر۔</w:t>
      </w:r>
    </w:p>
    <w:p>
      <w:r>
        <w:rPr>
          <w:b/>
        </w:rPr>
        <w:t xml:space="preserve">[17:48] </w:t>
      </w:r>
      <w:r>
        <w:t>Then there is the Gandhi model. I think Gandhi model was Gandhi was able to achieve his target.</w:t>
      </w:r>
    </w:p>
    <w:p>
      <w:pPr>
        <w:jc w:val="right"/>
      </w:pPr>
      <w:r>
        <w:t>دین دیر از دا گادین ماڈل۔ ائی تھنک گادین ماڈل واز گاندھی واز ایبل ٹو اچیو ہز ٹارگٹ۔</w:t>
      </w:r>
    </w:p>
    <w:p>
      <w:r>
        <w:rPr>
          <w:b/>
        </w:rPr>
        <w:t xml:space="preserve">[18:05] </w:t>
      </w:r>
      <w:r>
        <w:t>The target of Mahatma Gandhi was to achieve freedom. You know,</w:t>
      </w:r>
    </w:p>
    <w:p>
      <w:pPr>
        <w:jc w:val="right"/>
      </w:pPr>
      <w:r>
        <w:t>دا ٹارگٹ اف مہاتما گاندھی واز ٹو اچیو فریڈم۔ یو نو،</w:t>
      </w:r>
    </w:p>
    <w:p>
      <w:r>
        <w:rPr>
          <w:b/>
        </w:rPr>
        <w:t xml:space="preserve">[18:14] </w:t>
      </w:r>
      <w:r>
        <w:t>the freedom struggle started in 1857 in India,</w:t>
      </w:r>
    </w:p>
    <w:p>
      <w:pPr>
        <w:jc w:val="right"/>
      </w:pPr>
      <w:r>
        <w:t>دا فریڈم اسٹرگل اسٹارٹڈ ان 1857 ان انڈیا،</w:t>
      </w:r>
    </w:p>
    <w:p>
      <w:r>
        <w:rPr>
          <w:b/>
        </w:rPr>
        <w:t xml:space="preserve">[18:21] </w:t>
      </w:r>
      <w:r>
        <w:t>but at the time, the leaders involved in this campaign, they their thinking was that freedom can be achieved only through arm.</w:t>
      </w:r>
    </w:p>
    <w:p>
      <w:pPr>
        <w:jc w:val="right"/>
      </w:pPr>
      <w:r>
        <w:t>بٹ ایٹ دا ٹائم، دا لیڈرز انوالو ان دس کمپین، دے دیر تھنکنگ واز دیٹ فریڈم کین بی اچیوڈ اونلی تھرو ارم۔</w:t>
      </w:r>
    </w:p>
    <w:p>
      <w:r>
        <w:rPr>
          <w:b/>
        </w:rPr>
        <w:t xml:space="preserve">[18:37] </w:t>
      </w:r>
      <w:r>
        <w:t>So their freedom struggle was based on arm, on arm violence.</w:t>
      </w:r>
    </w:p>
    <w:p>
      <w:pPr>
        <w:jc w:val="right"/>
      </w:pPr>
      <w:r>
        <w:t>سو دیر فریڈم اسٹرگل واز بیسڈ ان ارم، ان ارم وائلنس۔</w:t>
      </w:r>
    </w:p>
    <w:p>
      <w:r>
        <w:rPr>
          <w:b/>
        </w:rPr>
        <w:t xml:space="preserve">[18:43] </w:t>
      </w:r>
      <w:r>
        <w:t>Even Subhash Chandra Bose, and went to the extent that he established an army that was called Azad Hind Fauj.</w:t>
      </w:r>
    </w:p>
    <w:p>
      <w:pPr>
        <w:jc w:val="right"/>
      </w:pPr>
      <w:r>
        <w:t>ایون سبھاش چندر بوس، اینڈ وین ٹو دا ایکسٹینٹ دیٹ ہی اسٹیبلش این ارمی دیٹ واز کالڈ ازاد ہند فوج۔</w:t>
      </w:r>
    </w:p>
    <w:p>
      <w:r>
        <w:rPr>
          <w:b/>
        </w:rPr>
        <w:t xml:space="preserve">[19:03] </w:t>
      </w:r>
      <w:r>
        <w:t>But you know, it failed. Now there is no Azad Hind Fauj. There are no generals of that army.</w:t>
      </w:r>
    </w:p>
    <w:p>
      <w:pPr>
        <w:jc w:val="right"/>
      </w:pPr>
      <w:r>
        <w:t>بٹ یو نو، اٹ فیل۔ ناو دیر از نو ازاد ہند فوج۔ دیر ار نو جنرلز اف دیٹ ارمی۔</w:t>
      </w:r>
    </w:p>
    <w:p>
      <w:r>
        <w:rPr>
          <w:b/>
        </w:rPr>
        <w:t xml:space="preserve">[19:13] </w:t>
      </w:r>
      <w:r>
        <w:t>Even Subhash Chandra Bose has no trace. People speculate that he died in some air crash, but no one knows with certainty that where is Subhash Chandra Bose.</w:t>
      </w:r>
    </w:p>
    <w:p>
      <w:pPr>
        <w:jc w:val="right"/>
      </w:pPr>
      <w:r>
        <w:t>ایون سبھاش چندر بوس ہیز نو ٹریس۔ پیپل اسپیکولیٹ دیٹ ہی ڈائیڈ ان سم ایئر کریش، بٹ نو ون نوز ود سرٹینٹی دیٹ ویر از سبھاش چندر بوس۔</w:t>
      </w:r>
    </w:p>
    <w:p>
      <w:r>
        <w:rPr>
          <w:b/>
        </w:rPr>
        <w:t xml:space="preserve">[19:33] </w:t>
      </w:r>
      <w:r>
        <w:t>So from 1857 up to 1919, India's freedom struggle was has adopted arm and violence, but this struggle failed to achieve its target.</w:t>
      </w:r>
    </w:p>
    <w:p>
      <w:pPr>
        <w:jc w:val="right"/>
      </w:pPr>
      <w:r>
        <w:t>تو فرام 1857 اپ ٹو 1919، انڈیاز فریڈم اسٹرگل واز ہیز اڈاپٹڈ ارم اینڈ وائلنس، بٹ دس اسٹرگل فیل ٹو اچیو اٹس ٹارگٹ۔</w:t>
      </w:r>
    </w:p>
    <w:p>
      <w:r>
        <w:rPr>
          <w:b/>
        </w:rPr>
        <w:t xml:space="preserve">[19:58] </w:t>
      </w:r>
      <w:r>
        <w:t>Target was to oust the British rulers.</w:t>
      </w:r>
    </w:p>
    <w:p>
      <w:pPr>
        <w:jc w:val="right"/>
      </w:pPr>
      <w:r>
        <w:t>ٹارگٹ واز ٹو اوس دا برٹش رولرز۔</w:t>
      </w:r>
    </w:p>
    <w:p>
      <w:r>
        <w:rPr>
          <w:b/>
        </w:rPr>
        <w:t xml:space="preserve">[20:02] </w:t>
      </w:r>
      <w:r>
        <w:t>Target was to free, to achieve political freedom, but they failed to achieve this goal.</w:t>
      </w:r>
    </w:p>
    <w:p>
      <w:pPr>
        <w:jc w:val="right"/>
      </w:pPr>
      <w:r>
        <w:t>ٹارگٹ واز ٹو فری، ٹو اچیو پولیٹیکل فریڈم، بٹ دے فیل ٹو اچیو دس گول۔</w:t>
      </w:r>
    </w:p>
    <w:p>
      <w:r>
        <w:rPr>
          <w:b/>
        </w:rPr>
        <w:t xml:space="preserve">[20:12] </w:t>
      </w:r>
      <w:r>
        <w:t>Then Mahatma Gandhi came, he was at the time, he was in South Africa. He came in India, and he became the leader of freedom struggle.</w:t>
      </w:r>
    </w:p>
    <w:p>
      <w:pPr>
        <w:jc w:val="right"/>
      </w:pPr>
      <w:r>
        <w:t>دین مہاتما گاندھی کیم، ہی واز ایٹ دا ٹائم، ہی واز ان ساؤتھ افریقہ۔ ہی کیم ان انڈیا، اینڈ ہی بیکم دا لیڈر اف فریڈم اسٹرگل۔</w:t>
      </w:r>
    </w:p>
    <w:p>
      <w:r>
        <w:rPr>
          <w:b/>
        </w:rPr>
        <w:t xml:space="preserve">[20:30] </w:t>
      </w:r>
      <w:r>
        <w:t>Mahatma Gandhi was influenced by Jainism, and he was great believer of Ahinsa.</w:t>
      </w:r>
    </w:p>
    <w:p>
      <w:pPr>
        <w:jc w:val="right"/>
      </w:pPr>
      <w:r>
        <w:t>مہاتما گاندھی واز انفلوئنس بائی جینزم، اینڈ ہی واز گریٹ بلیور اف اہنسا۔</w:t>
      </w:r>
    </w:p>
    <w:p>
      <w:r>
        <w:rPr>
          <w:b/>
        </w:rPr>
        <w:t xml:space="preserve">[20:42] </w:t>
      </w:r>
      <w:r>
        <w:t>So he declared after,</w:t>
      </w:r>
    </w:p>
    <w:p>
      <w:pPr>
        <w:jc w:val="right"/>
      </w:pPr>
      <w:r>
        <w:t>سو ہی ڈیکلیئرڈ افٹر،</w:t>
      </w:r>
    </w:p>
    <w:p>
      <w:r>
        <w:rPr>
          <w:b/>
        </w:rPr>
        <w:t xml:space="preserve">[20:50] </w:t>
      </w:r>
      <w:r>
        <w:t>after he entered the Indian politics, he declared that we will adopt the Ahinsa.</w:t>
      </w:r>
    </w:p>
    <w:p>
      <w:pPr>
        <w:jc w:val="right"/>
      </w:pPr>
      <w:r>
        <w:t>افٹر ہی انٹرڈ دا انڈین پولیٹکس، ہی ڈیکلیئرڈ دیٹ وی ویل اڈاپٹ دا اہنسا۔</w:t>
      </w:r>
    </w:p>
    <w:p>
      <w:r>
        <w:rPr>
          <w:b/>
        </w:rPr>
        <w:t xml:space="preserve">[21:04] </w:t>
      </w:r>
      <w:r>
        <w:t>We will adopt the non violent activism.</w:t>
      </w:r>
    </w:p>
    <w:p>
      <w:pPr>
        <w:jc w:val="right"/>
      </w:pPr>
      <w:r>
        <w:t>وی ویل اڈاپٹ دا نان وائلنٹ ایکٹیوزم۔</w:t>
      </w:r>
    </w:p>
    <w:p>
      <w:r>
        <w:rPr>
          <w:b/>
        </w:rPr>
        <w:t xml:space="preserve">[21:09] </w:t>
      </w:r>
      <w:r>
        <w:t>So he completely abandoned Ahinsa or violence. There is an interesting anecdote which illustrates what was the Gandhi formula and how it was a successful formula.</w:t>
      </w:r>
    </w:p>
    <w:p>
      <w:pPr>
        <w:jc w:val="right"/>
      </w:pPr>
      <w:r>
        <w:t>سو ہی کمپلیٹلی ابینڈ ہنسا اور وائلنس۔ دیر از ا انٹرسٹنگ اینیکڈوٹ وچ ایلسٹریٹس واٹ واز دا گاندھی فارمولا اینڈ ہاؤ اٹ واز ا سکسیس فل فارمولا۔</w:t>
      </w:r>
    </w:p>
    <w:p>
      <w:r>
        <w:rPr>
          <w:b/>
        </w:rPr>
        <w:t xml:space="preserve">[21:30] </w:t>
      </w:r>
      <w:r>
        <w:t>So when Mahatma Gandhi declared that we will follow the Ahinsa principle towards our freedom struggle, then was a problem.</w:t>
      </w:r>
    </w:p>
    <w:p>
      <w:pPr>
        <w:jc w:val="right"/>
      </w:pPr>
      <w:r>
        <w:t>سو وین مہاتما گاندھی ڈیکلیئرڈ دیٹ وی ویل فالو دا اہنسا پرنسپل ٹورڈز اور فریڈم اسٹرگل، دین واز ا پرابلم۔</w:t>
      </w:r>
    </w:p>
    <w:p>
      <w:r>
        <w:rPr>
          <w:b/>
        </w:rPr>
        <w:t xml:space="preserve">[21:47] </w:t>
      </w:r>
      <w:r>
        <w:t>Britishers felt that their helpless</w:t>
      </w:r>
    </w:p>
    <w:p>
      <w:pPr>
        <w:jc w:val="right"/>
      </w:pPr>
      <w:r>
        <w:t>برٹشرز فیل دیٹ دیر ہیلپ لیس</w:t>
      </w:r>
    </w:p>
    <w:p>
      <w:r>
        <w:rPr>
          <w:b/>
        </w:rPr>
        <w:t xml:space="preserve">[21:53] </w:t>
      </w:r>
      <w:r>
        <w:t>۔ Yani how they felt that Mahatma Gandhi by declaring this have any after this declaration, they have no justification to to to adopt violence to gun down the freedom struggle.</w:t>
      </w:r>
    </w:p>
    <w:p>
      <w:pPr>
        <w:jc w:val="right"/>
      </w:pPr>
      <w:r>
        <w:t>۔ یعنی ہاؤ دے فیل دیٹ مہاتما گاندھی بائی ڈیکلیئرنگ دس ہیو اینی افٹر دس ڈیکلیریشن، دے ہیو نو جسٹیفیکیشن ٹو ٹو ٹو اڈاپٹ وائلنس ٹو گن ڈاؤن دا فریڈم اسٹرگل۔</w:t>
      </w:r>
    </w:p>
    <w:p>
      <w:r>
        <w:rPr>
          <w:b/>
        </w:rPr>
        <w:t xml:space="preserve">[22:16] </w:t>
      </w:r>
      <w:r>
        <w:t>So there is a very interesting anecdote that a British magistrate</w:t>
      </w:r>
    </w:p>
    <w:p>
      <w:pPr>
        <w:jc w:val="right"/>
      </w:pPr>
      <w:r>
        <w:t>سو دیر از ا ویری انٹرسٹنگ اینیکڈوٹ دیٹ ا برٹش مجسٹریٹ</w:t>
      </w:r>
    </w:p>
    <w:p>
      <w:r>
        <w:rPr>
          <w:b/>
        </w:rPr>
        <w:t xml:space="preserve">[22:28] </w:t>
      </w:r>
      <w:r>
        <w:t>sent a telegraphic message. You know, at the time there was only telegraph to convey the messages.</w:t>
      </w:r>
    </w:p>
    <w:p>
      <w:pPr>
        <w:jc w:val="right"/>
      </w:pPr>
      <w:r>
        <w:t>سینڈ ا ٹیلیگرافک میسج۔ یو نو، ایٹ دا ٹائم دیر واز اونلی ٹیلیگراف ٹو کنوے دا میسجز۔</w:t>
      </w:r>
    </w:p>
    <w:p>
      <w:r>
        <w:rPr>
          <w:b/>
        </w:rPr>
        <w:t xml:space="preserve">[22:39] </w:t>
      </w:r>
      <w:r>
        <w:t>Now there are telephones, but at the time there was no telephone.</w:t>
      </w:r>
    </w:p>
    <w:p>
      <w:pPr>
        <w:jc w:val="right"/>
      </w:pPr>
      <w:r>
        <w:t>ناو دیر ار ٹیلیفونز، بٹ ایٹ دا ٹائم دیر واز نو ٹیلیفون۔</w:t>
      </w:r>
    </w:p>
    <w:p>
      <w:r>
        <w:rPr>
          <w:b/>
        </w:rPr>
        <w:t xml:space="preserve">[22:44] </w:t>
      </w:r>
      <w:r>
        <w:t>so this british magistrate send a</w:t>
      </w:r>
    </w:p>
    <w:p>
      <w:pPr>
        <w:jc w:val="right"/>
      </w:pPr>
      <w:r>
        <w:t>سو دس برٹش مجسٹریٹ سینڈ ا</w:t>
      </w:r>
    </w:p>
    <w:p>
      <w:r>
        <w:rPr>
          <w:b/>
        </w:rPr>
        <w:t xml:space="preserve">[22:50] </w:t>
      </w:r>
      <w:r>
        <w:t>message to the secretariat, to the british secretariat. the wording of this telegram was wire instructions how to kill a tiger non violently.</w:t>
      </w:r>
    </w:p>
    <w:p>
      <w:pPr>
        <w:jc w:val="right"/>
      </w:pPr>
      <w:r>
        <w:t>میسج ٹو دا سیکرٹریٹ، ٹو دا برٹش سیکرٹریٹ۔ دا ورڈنگ اف دس ٹیلیگرام واز وائر انسٹرکشنز ہاؤ ٹو کل ا ٹائیگر نان وائلنٹلی۔</w:t>
      </w:r>
    </w:p>
    <w:p>
      <w:r>
        <w:rPr>
          <w:b/>
        </w:rPr>
        <w:t xml:space="preserve">[23:07] </w:t>
      </w:r>
      <w:r>
        <w:t>it means that when freedom struggle has adopted peace and ahinsa, then we have no justification to fire and kill them.</w:t>
      </w:r>
    </w:p>
    <w:p>
      <w:pPr>
        <w:jc w:val="right"/>
      </w:pPr>
      <w:r>
        <w:t>اٹ مینز دیٹ وین فریڈم اسٹرگل ہیز اڈاپٹڈ پیس اینڈ اہنسا، دین وی ہیو نو جسٹیفیکیشن ٹو فائر اینڈ کل دیم۔</w:t>
      </w:r>
    </w:p>
    <w:p>
      <w:r>
        <w:rPr>
          <w:b/>
        </w:rPr>
        <w:t xml:space="preserve">[23:25] </w:t>
      </w:r>
      <w:r>
        <w:t>this was the power of mahatma gandhi.</w:t>
      </w:r>
    </w:p>
    <w:p>
      <w:pPr>
        <w:jc w:val="right"/>
      </w:pPr>
      <w:r>
        <w:t>دس واز دا پاور اف مہاتما گاندھی۔</w:t>
      </w:r>
    </w:p>
    <w:p>
      <w:r>
        <w:rPr>
          <w:b/>
        </w:rPr>
        <w:t xml:space="preserve">[23:32] </w:t>
      </w:r>
      <w:r>
        <w:t>previously, people adopted arm as a source of power, but mahatma gandhi adopted demonstration, peoples demonstration as his force.</w:t>
      </w:r>
    </w:p>
    <w:p>
      <w:pPr>
        <w:jc w:val="right"/>
      </w:pPr>
      <w:r>
        <w:t>پریویسلی، پیپل اڈاپٹڈ ارم ایز ا سورس اف پاور، بٹ مہاتما گاندھی اڈاپٹڈ ڈیمونسٹریشن، پیپلز ڈیمونسٹریشن ایز ہز فورس۔</w:t>
      </w:r>
    </w:p>
    <w:p>
      <w:r>
        <w:rPr>
          <w:b/>
        </w:rPr>
        <w:t xml:space="preserve">[23:48] </w:t>
      </w:r>
      <w:r>
        <w:t>so he any this was the technique adopted by mahatma gandhi.</w:t>
      </w:r>
    </w:p>
    <w:p>
      <w:pPr>
        <w:jc w:val="right"/>
      </w:pPr>
      <w:r>
        <w:t>سو ہی اینی دس واز دا ٹیکنیک اڈاپٹڈ بائی مہاتما گاندھی۔</w:t>
      </w:r>
    </w:p>
    <w:p>
      <w:r>
        <w:rPr>
          <w:b/>
        </w:rPr>
        <w:t xml:space="preserve">[24:01] </w:t>
      </w:r>
      <w:r>
        <w:t>he yeh use the peoples demonstration as a source of strength, source of power.</w:t>
      </w:r>
    </w:p>
    <w:p>
      <w:pPr>
        <w:jc w:val="right"/>
      </w:pPr>
      <w:r>
        <w:t>ہی یہ یوز دا پیپلز ڈیمونسٹریشن ایز ا سورس اف سٹرینتھ، سورس اف پاور۔</w:t>
      </w:r>
    </w:p>
    <w:p>
      <w:r>
        <w:rPr>
          <w:b/>
        </w:rPr>
        <w:t xml:space="preserve">[24:14] </w:t>
      </w:r>
      <w:r>
        <w:t>so britishers saw every where peoples demonstration, every where peoples meeting, every where people slogan without without violence, without hinsa.</w:t>
      </w:r>
    </w:p>
    <w:p>
      <w:pPr>
        <w:jc w:val="right"/>
      </w:pPr>
      <w:r>
        <w:t>سو برٹشرز سا ایوری ویر پیپلز ڈیمونسٹریشن، ایوری ویر پیپلز میٹنگ، ایوری ویر پیپل سلوگن وداؤٹ وداؤٹ وائلنس، وداؤٹ ہنسا۔</w:t>
      </w:r>
    </w:p>
    <w:p>
      <w:r>
        <w:rPr>
          <w:b/>
        </w:rPr>
        <w:t xml:space="preserve">[24:27] </w:t>
      </w:r>
      <w:r>
        <w:t>so British rulers became brawler. you can not fire those people.</w:t>
      </w:r>
    </w:p>
    <w:p>
      <w:pPr>
        <w:jc w:val="right"/>
      </w:pPr>
      <w:r>
        <w:t>سو برٹش رولرز بیکم ببلڈر۔ یو کین ناٹ فائر دوز پیپل۔</w:t>
      </w:r>
    </w:p>
    <w:p>
      <w:r>
        <w:rPr>
          <w:b/>
        </w:rPr>
        <w:t xml:space="preserve">[24:40] </w:t>
      </w:r>
      <w:r>
        <w:t>you can not open fire those people who adopting peace, who completely non violent.</w:t>
      </w:r>
    </w:p>
    <w:p>
      <w:pPr>
        <w:jc w:val="right"/>
      </w:pPr>
      <w:r>
        <w:t>یو کین ناٹ اوپن فائر دوز پیپل ہو اڈاپٹنگ پیس، ہو کمپلیٹلی نان وائلنٹ۔</w:t>
      </w:r>
    </w:p>
    <w:p>
      <w:r>
        <w:rPr>
          <w:b/>
        </w:rPr>
        <w:t xml:space="preserve">[24:51] </w:t>
      </w:r>
      <w:r>
        <w:t>so this was the strength of mahatma gandhi.</w:t>
      </w:r>
    </w:p>
    <w:p>
      <w:pPr>
        <w:jc w:val="right"/>
      </w:pPr>
      <w:r>
        <w:t>سو دس واز دا سٹرینتھ اف مہاتما گاندھی۔</w:t>
      </w:r>
    </w:p>
    <w:p>
      <w:r>
        <w:rPr>
          <w:b/>
        </w:rPr>
        <w:t xml:space="preserve">[24:58] </w:t>
      </w:r>
      <w:r>
        <w:t>he used public demonstration as a as a as a power.</w:t>
      </w:r>
    </w:p>
    <w:p>
      <w:pPr>
        <w:jc w:val="right"/>
      </w:pPr>
      <w:r>
        <w:t>ہی یوزڈ پبلک ڈیمونسٹریشن ایز ا ایز ا ایز ا پاور۔</w:t>
      </w:r>
    </w:p>
    <w:p>
      <w:r>
        <w:rPr>
          <w:b/>
        </w:rPr>
        <w:t xml:space="preserve">[25:09] </w:t>
      </w:r>
      <w:r>
        <w:t>so this was gandhian formula of peace. to although gandhi was successful.</w:t>
      </w:r>
    </w:p>
    <w:p>
      <w:pPr>
        <w:jc w:val="right"/>
      </w:pPr>
      <w:r>
        <w:t>سو دس واز گاندھین فارمولا اف پیس۔ تو الدو گاندھی واز سکسیس فل۔</w:t>
      </w:r>
    </w:p>
    <w:p>
      <w:r>
        <w:rPr>
          <w:b/>
        </w:rPr>
        <w:t xml:space="preserve">[25:18] </w:t>
      </w:r>
      <w:r>
        <w:t>he achieved freedom by the way of peaceful activism.</w:t>
      </w:r>
    </w:p>
    <w:p>
      <w:pPr>
        <w:jc w:val="right"/>
      </w:pPr>
      <w:r>
        <w:t>ہی اچیوڈ فریڈم بائی دا وے اف پیس فل ایکٹیوزم۔</w:t>
      </w:r>
    </w:p>
    <w:p>
      <w:r>
        <w:rPr>
          <w:b/>
        </w:rPr>
        <w:t xml:space="preserve">[25:26] </w:t>
      </w:r>
      <w:r>
        <w:t>also there was some minus points because by using this butter, he destabilized the whole society.</w:t>
      </w:r>
    </w:p>
    <w:p>
      <w:pPr>
        <w:jc w:val="right"/>
      </w:pPr>
      <w:r>
        <w:t>السو دیر واز سم مائنس پوائنٹس بیکاز بائی یوزنگ دس بٹر، ہی ڈی سٹیبلائزڈ دا ہول سوسائٹی۔</w:t>
      </w:r>
    </w:p>
    <w:p>
      <w:r>
        <w:rPr>
          <w:b/>
        </w:rPr>
        <w:t xml:space="preserve">[25:40] </w:t>
      </w:r>
      <w:r>
        <w:t>i am a witness of that society in my when i was in my childhood. i saw that indian society was establish society,</w:t>
      </w:r>
    </w:p>
    <w:p>
      <w:pPr>
        <w:jc w:val="right"/>
      </w:pPr>
      <w:r>
        <w:t>ائی ایم ا وٹنس اف دیٹ سوسائٹی ان مائی وین ائی واز ان مائی چائلڈ ہڈ۔ ائی سا دیٹ انڈین سوسائٹی واز اسٹیبلش سوسائٹی،</w:t>
      </w:r>
    </w:p>
    <w:p>
      <w:r>
        <w:rPr>
          <w:b/>
        </w:rPr>
        <w:t xml:space="preserve">[25:58] </w:t>
      </w:r>
      <w:r>
        <w:t>establish society. but gandhi</w:t>
      </w:r>
    </w:p>
    <w:p>
      <w:pPr>
        <w:jc w:val="right"/>
      </w:pPr>
      <w:r>
        <w:t>اسٹیبلش سوسائٹی۔ بٹ گاندھی</w:t>
      </w:r>
    </w:p>
    <w:p>
      <w:r>
        <w:rPr>
          <w:b/>
        </w:rPr>
        <w:t xml:space="preserve">[26:05] </w:t>
      </w:r>
      <w:r>
        <w:t>destabilize the whole society. yani people, those people were engaged in service, in education, in different fields.</w:t>
      </w:r>
    </w:p>
    <w:p>
      <w:pPr>
        <w:jc w:val="right"/>
      </w:pPr>
      <w:r>
        <w:t>ڈی سٹیبلائز دا ہول سوسائٹی۔ یعنی پیپل، دوز پیپل ویر انگیج ان سروس، ان ایجوکیشن، ان ڈفرنٹ فیلڈز۔</w:t>
      </w:r>
    </w:p>
    <w:p>
      <w:r>
        <w:rPr>
          <w:b/>
        </w:rPr>
        <w:t xml:space="preserve">[26:16] </w:t>
      </w:r>
      <w:r>
        <w:t>they abandon their activities.</w:t>
      </w:r>
    </w:p>
    <w:p>
      <w:pPr>
        <w:jc w:val="right"/>
      </w:pPr>
      <w:r>
        <w:t>دے ابینڈن دیر ایکٹیویٹیز۔</w:t>
      </w:r>
    </w:p>
    <w:p>
      <w:r>
        <w:rPr>
          <w:b/>
        </w:rPr>
        <w:t xml:space="preserve">[26:19] </w:t>
      </w:r>
      <w:r>
        <w:t>students abandon their education. service servants abandon their services, and every where, everyone</w:t>
      </w:r>
    </w:p>
    <w:p>
      <w:pPr>
        <w:jc w:val="right"/>
      </w:pPr>
      <w:r>
        <w:t>سٹوڈنٹس ابینڈن دیر ایجوکیشن۔ سروس سرونٹس ابینڈن دیر سروسز، اینڈ ایوری ویر، ایوری ون</w:t>
      </w:r>
    </w:p>
    <w:p>
      <w:r>
        <w:rPr>
          <w:b/>
        </w:rPr>
        <w:t xml:space="preserve">[26:34] </w:t>
      </w:r>
      <w:r>
        <w:t>came out in street. so although traditions were broken.</w:t>
      </w:r>
    </w:p>
    <w:p>
      <w:pPr>
        <w:jc w:val="right"/>
      </w:pPr>
      <w:r>
        <w:t>کیم اؤٹ ان سٹریٹ۔ سو الدو ٹریڈیشنز ویر بروکن۔</w:t>
      </w:r>
    </w:p>
    <w:p>
      <w:r>
        <w:rPr>
          <w:b/>
        </w:rPr>
        <w:t xml:space="preserve">[26:40] </w:t>
      </w:r>
      <w:r>
        <w:t>you know, there is saying very well saying that it required,</w:t>
      </w:r>
    </w:p>
    <w:p>
      <w:pPr>
        <w:jc w:val="right"/>
      </w:pPr>
      <w:r>
        <w:t>یو نو، دیر از سینگ ویری ویل سینگ دیٹ اٹ ریکوائرڈ،</w:t>
      </w:r>
    </w:p>
    <w:p>
      <w:r>
        <w:rPr>
          <w:b/>
        </w:rPr>
        <w:t xml:space="preserve">[26:48] </w:t>
      </w:r>
      <w:r>
        <w:t>it required lot of history to make a little tradition. so although Gandhi was successful, but the price of this success was breaking all the traditions of samaj,</w:t>
      </w:r>
    </w:p>
    <w:p>
      <w:pPr>
        <w:jc w:val="right"/>
      </w:pPr>
      <w:r>
        <w:t>اٹ ریکوائرڈ لاٹ اف ہسٹری ٹو میک ا لیٹل ٹریڈیشن۔ سو الدو گاندھی واز سکسیس فل، بٹ دا پرائس اف دس سکسیس واز بریکنگ الدو ٹریڈیشنز اف سماج،</w:t>
      </w:r>
    </w:p>
    <w:p>
      <w:r>
        <w:rPr>
          <w:b/>
        </w:rPr>
        <w:t xml:space="preserve">[27:05] </w:t>
      </w:r>
      <w:r>
        <w:t>society.</w:t>
      </w:r>
    </w:p>
    <w:p>
      <w:pPr>
        <w:jc w:val="right"/>
      </w:pPr>
      <w:r>
        <w:t>سوسائٹی۔</w:t>
      </w:r>
    </w:p>
    <w:p>
      <w:r>
        <w:rPr>
          <w:b/>
        </w:rPr>
        <w:t xml:space="preserve">[27:07] </w:t>
      </w:r>
      <w:r>
        <w:t>so the tradition, the price was to destabilize the whole society. and it is, it is the result of this method that in post independent era, we find that India was</w:t>
      </w:r>
    </w:p>
    <w:p>
      <w:pPr>
        <w:jc w:val="right"/>
      </w:pPr>
      <w:r>
        <w:t>سو دا ٹریڈیشن، دا پرائس واز ٹو ڈی سٹیبلائز دا ہول سوسائٹی۔ اینڈ اٹ از، اٹ از دا رزلٹ اف دس میتھڈ دیٹ ان پوسٹ انڈیپینڈنٹ سرا، وی فائنڈ دیٹ انڈیا واز</w:t>
      </w:r>
    </w:p>
    <w:p>
      <w:r>
        <w:rPr>
          <w:b/>
        </w:rPr>
        <w:t xml:space="preserve">[27:28] </w:t>
      </w:r>
      <w:r>
        <w:t>a land of anarchy.</w:t>
      </w:r>
    </w:p>
    <w:p>
      <w:pPr>
        <w:jc w:val="right"/>
      </w:pPr>
      <w:r>
        <w:t>ا لینڈ اف انارکی۔</w:t>
      </w:r>
    </w:p>
    <w:p>
      <w:r>
        <w:rPr>
          <w:b/>
        </w:rPr>
        <w:t xml:space="preserve">[27:33] </w:t>
      </w:r>
      <w:r>
        <w:t>it is not legacy of Britishers.</w:t>
      </w:r>
    </w:p>
    <w:p>
      <w:pPr>
        <w:jc w:val="right"/>
      </w:pPr>
      <w:r>
        <w:t>اٹ از ناٹ لیگیسی اف برٹشرز۔</w:t>
      </w:r>
    </w:p>
    <w:p>
      <w:r>
        <w:rPr>
          <w:b/>
        </w:rPr>
        <w:t xml:space="preserve">[27:37] </w:t>
      </w:r>
      <w:r>
        <w:t>da anarchy we see in India at present, it is not legacy of Britishers. at the time, society was established, established.</w:t>
      </w:r>
    </w:p>
    <w:p>
      <w:pPr>
        <w:jc w:val="right"/>
      </w:pPr>
      <w:r>
        <w:t>دا انارکی وی سی ان انڈیا ایٹ پریزنٹ، اٹ از ناٹ لیگیسی اف برٹشرز۔ ایٹ دا ٹائم، سوسائٹی واز اسٹیبلڈ، اسٹیبلڈ۔</w:t>
      </w:r>
    </w:p>
    <w:p>
      <w:r>
        <w:rPr>
          <w:b/>
        </w:rPr>
        <w:t xml:space="preserve">[27:47] </w:t>
      </w:r>
      <w:r>
        <w:t>we were living in established society, but now we are living in a society where everywhere there is anarchy. So it is legacy of Mahatma Gandhi method.</w:t>
      </w:r>
    </w:p>
    <w:p>
      <w:pPr>
        <w:jc w:val="right"/>
      </w:pPr>
      <w:r>
        <w:t>وی ویر لیونگ ان اسٹیبل سوسائٹی، بٹ ناو وی ار لیونگ ان ا سوسائٹی ویر ایوری ویر دیر از انارکی۔ سو اٹ از لیگیسی اف مہاتما گاندھی میتھڈ۔</w:t>
      </w:r>
    </w:p>
    <w:p>
      <w:r>
        <w:rPr>
          <w:b/>
        </w:rPr>
        <w:t xml:space="preserve">[28:00] </w:t>
      </w:r>
      <w:r>
        <w:t>present anarchy is legacy of Mahatma Gandhi method rather than British empire.</w:t>
      </w:r>
    </w:p>
    <w:p>
      <w:pPr>
        <w:jc w:val="right"/>
      </w:pPr>
      <w:r>
        <w:t>پریزنٹ انارکی از لیگیسی اف مہاتما گاندھی میتھڈ رادر دین برٹش ایمپائر۔</w:t>
      </w:r>
    </w:p>
    <w:p>
      <w:r>
        <w:rPr>
          <w:b/>
        </w:rPr>
        <w:t xml:space="preserve">[28:12] </w:t>
      </w:r>
      <w:r>
        <w:t>so</w:t>
      </w:r>
    </w:p>
    <w:p>
      <w:pPr>
        <w:jc w:val="right"/>
      </w:pPr>
      <w:r>
        <w:t>سو</w:t>
      </w:r>
    </w:p>
    <w:p>
      <w:r>
        <w:rPr>
          <w:b/>
        </w:rPr>
        <w:t xml:space="preserve">[28:17] </w:t>
      </w:r>
      <w:r>
        <w:t>Mahatma Gandhi model have to opposite</w:t>
      </w:r>
    </w:p>
    <w:p>
      <w:pPr>
        <w:jc w:val="right"/>
      </w:pPr>
      <w:r>
        <w:t>مہاتما گاندھی ماڈل ہیو ٹو ٹو اپوزٹ</w:t>
      </w:r>
    </w:p>
    <w:p>
      <w:r>
        <w:rPr>
          <w:b/>
        </w:rPr>
        <w:t xml:space="preserve">[28:25] </w:t>
      </w:r>
      <w:r>
        <w:t>aspect.</w:t>
      </w:r>
    </w:p>
    <w:p>
      <w:pPr>
        <w:jc w:val="right"/>
      </w:pPr>
      <w:r>
        <w:t>اسپیکٹ۔</w:t>
      </w:r>
    </w:p>
    <w:p>
      <w:r>
        <w:rPr>
          <w:b/>
        </w:rPr>
        <w:t xml:space="preserve">[28:26] </w:t>
      </w:r>
      <w:r>
        <w:t>in one aspect, it was successful to us British people, but in other aspect, it it bring about anarchy and lawlessness in Indian society.</w:t>
      </w:r>
    </w:p>
    <w:p>
      <w:pPr>
        <w:jc w:val="right"/>
      </w:pPr>
      <w:r>
        <w:t>ان ون اسپیکٹ، اٹ واز سکسیس فل ٹو اوس برٹش پیپل، بٹ ان ادر اسپیکٹ، اٹ اٹ برنگ اباؤٹ انارکی اینڈ لالیسنس ان انڈین سوسائٹی۔</w:t>
      </w:r>
    </w:p>
    <w:p>
      <w:r>
        <w:rPr>
          <w:b/>
        </w:rPr>
        <w:t xml:space="preserve">[28:44] </w:t>
      </w:r>
      <w:r>
        <w:t>you know, there was a politician in USA, Galbrath. sometime, he was also ambassador, US ambassador in India.</w:t>
      </w:r>
    </w:p>
    <w:p>
      <w:pPr>
        <w:jc w:val="right"/>
      </w:pPr>
      <w:r>
        <w:t>یو نو، دیر واز ا پولیٹیشن ان یو ایس اے، گال برتھ۔ سم ٹائم، ہی واز السو ایمبیسڈر، یو ایس ایمبیسڈر ان انڈیا۔</w:t>
      </w:r>
    </w:p>
    <w:p>
      <w:r>
        <w:rPr>
          <w:b/>
        </w:rPr>
        <w:t xml:space="preserve">[28:54] </w:t>
      </w:r>
      <w:r>
        <w:t>he said that India is a functioning anarchy. he gave the name of functioning anarchy.</w:t>
      </w:r>
    </w:p>
    <w:p>
      <w:pPr>
        <w:jc w:val="right"/>
      </w:pPr>
      <w:r>
        <w:t>ہی سیڈ دیٹ انڈیا از ا فنکشننگ انارکی۔ ہی گیو دا نیم اف فنکشننگ انارکی۔</w:t>
      </w:r>
    </w:p>
    <w:p>
      <w:r>
        <w:rPr>
          <w:b/>
        </w:rPr>
        <w:t xml:space="preserve">[29:05] </w:t>
      </w:r>
      <w:r>
        <w:t>it means that although India is functioning. although in India,</w:t>
      </w:r>
    </w:p>
    <w:p>
      <w:pPr>
        <w:jc w:val="right"/>
      </w:pPr>
      <w:r>
        <w:t>اٹ مینز دیٹ الدو انڈیا از فنکشننگ۔ الدو ان انڈیا، دیر از انارکی، بٹ اٹ از فنکشننگ۔</w:t>
      </w:r>
    </w:p>
    <w:p>
      <w:r>
        <w:rPr>
          <w:b/>
        </w:rPr>
        <w:t xml:space="preserve">[29:16] </w:t>
      </w:r>
      <w:r>
        <w:t>so he gave the title of function anarchy to Indian, to Indian system.</w:t>
      </w:r>
    </w:p>
    <w:p>
      <w:pPr>
        <w:jc w:val="right"/>
      </w:pPr>
      <w:r>
        <w:t>سو ہی گیو دا ٹائٹل اف فنکشن انارکی ٹو انڈین، ٹو انڈین سسٹم۔</w:t>
      </w:r>
    </w:p>
    <w:p>
      <w:r>
        <w:rPr>
          <w:b/>
        </w:rPr>
        <w:t xml:space="preserve">[29:25] </w:t>
      </w:r>
      <w:r>
        <w:t>so this was the Gandhian model.</w:t>
      </w:r>
    </w:p>
    <w:p>
      <w:pPr>
        <w:jc w:val="right"/>
      </w:pPr>
      <w:r>
        <w:t>سو دس واز دا گاندھین ماڈل۔</w:t>
      </w:r>
    </w:p>
    <w:p>
      <w:r>
        <w:rPr>
          <w:b/>
        </w:rPr>
        <w:t xml:space="preserve">[29:31] </w:t>
      </w:r>
      <w:r>
        <w:t>now I would like, I would like to say a few words about the Islamic model.</w:t>
      </w:r>
    </w:p>
    <w:p>
      <w:pPr>
        <w:jc w:val="right"/>
      </w:pPr>
      <w:r>
        <w:t>ناو ائی وڈ لائک، ائی وڈ لائک ٹو سے ا فیو ورڈز اباؤٹ دا اسلامک ماڈل۔</w:t>
      </w:r>
    </w:p>
    <w:p>
      <w:r>
        <w:rPr>
          <w:b/>
        </w:rPr>
        <w:t xml:space="preserve">[29:41] </w:t>
      </w:r>
      <w:r>
        <w:t>I think the Islamic model is, is the best model, not in ideal sense. You know, in this world, ideal cannot be achieved.</w:t>
      </w:r>
    </w:p>
    <w:p>
      <w:pPr>
        <w:jc w:val="right"/>
      </w:pPr>
      <w:r>
        <w:t>ائی تھنک دا اسلامک ماڈل از، از دا بیسٹ ماڈل، ناٹ ان ائیڈیل سینس۔ یو نو، ان دس ورلڈ، ائیڈیل کین ناٹ بی اچیوڈ۔</w:t>
      </w:r>
    </w:p>
    <w:p>
      <w:r>
        <w:rPr>
          <w:b/>
        </w:rPr>
        <w:t xml:space="preserve">[29:54] </w:t>
      </w:r>
      <w:r>
        <w:t>So I am not saying that Islamic model is ideal model. I am saying only that in practical sense, it is the best model.</w:t>
      </w:r>
    </w:p>
    <w:p>
      <w:pPr>
        <w:jc w:val="right"/>
      </w:pPr>
      <w:r>
        <w:t>سو ائی ایم ناٹ سینگ دیٹ اسلامک ماڈل از ائیڈیل ماڈل۔ ائی ایم سینگ اونلی دیٹ ان پریکٹیکل سینس، اٹ از دا بیسٹ ماڈل۔</w:t>
      </w:r>
    </w:p>
    <w:p>
      <w:r>
        <w:rPr>
          <w:b/>
        </w:rPr>
        <w:t xml:space="preserve">[30:07] </w:t>
      </w:r>
      <w:r>
        <w:t>This is the difference. When you claim that this is ideal model, then it means that it defect less model.</w:t>
      </w:r>
    </w:p>
    <w:p>
      <w:pPr>
        <w:jc w:val="right"/>
      </w:pPr>
      <w:r>
        <w:t>دس از دی ڈیفرنس۔ وین یو کلیم دیٹ دس از ائیڈیل ماڈل، دین اٹ مینز دیٹ اٹ ڈیفیکٹ لیس ماڈل۔</w:t>
      </w:r>
    </w:p>
    <w:p>
      <w:r>
        <w:rPr>
          <w:b/>
        </w:rPr>
        <w:t xml:space="preserve">[30:15] </w:t>
      </w:r>
      <w:r>
        <w:t>but in this world of test, it is not possible to establish any ideal model.</w:t>
      </w:r>
    </w:p>
    <w:p>
      <w:pPr>
        <w:jc w:val="right"/>
      </w:pPr>
      <w:r>
        <w:t>بٹ ان دس ورلڈ اف ٹیسٹ، اٹ از ناٹ پوسیبل ٹو اسٹیبلش این ائیڈیل ماڈل۔</w:t>
      </w:r>
    </w:p>
    <w:p>
      <w:r>
        <w:rPr>
          <w:b/>
        </w:rPr>
        <w:t xml:space="preserve">[30:24] </w:t>
      </w:r>
      <w:r>
        <w:t>it is not simply possible. what is possible is that in practical sense, you have, you may establish a system that is, that is comparatively better than the other models.</w:t>
      </w:r>
    </w:p>
    <w:p>
      <w:pPr>
        <w:jc w:val="right"/>
      </w:pPr>
      <w:r>
        <w:t>اٹ از ناٹ سمپلی پوسیبل۔ واٹ از پوسیبل از دیٹ ان پریکٹیکل سینس، یو ہیو، یو می اسٹیبلش ا سسٹم دیٹ از، دیٹ از کمپیریٹیولی بیٹر دین دی ادر ماڈلز۔</w:t>
      </w:r>
    </w:p>
    <w:p>
      <w:r>
        <w:rPr>
          <w:b/>
        </w:rPr>
        <w:t xml:space="preserve">[30:45] </w:t>
      </w:r>
      <w:r>
        <w:t>so this is my claim. I said that Islamic model is best model, but not in ideal sense, but in practical sense.</w:t>
      </w:r>
    </w:p>
    <w:p>
      <w:pPr>
        <w:jc w:val="right"/>
      </w:pPr>
      <w:r>
        <w:t>سو دس از مائی کلیم۔ ائی سیڈ دیٹ اسلامک ماڈل از بیسٹ ماڈل، بٹ ناٹ ان ائیڈیل سینس، بٹ ان پریکٹیکل سینس۔</w:t>
      </w:r>
    </w:p>
    <w:p>
      <w:r>
        <w:rPr>
          <w:b/>
        </w:rPr>
        <w:t xml:space="preserve">[30:57] </w:t>
      </w:r>
      <w:r>
        <w:t>now what is the Islamic model? Islamic model of peace is quite different from other, from other models.</w:t>
      </w:r>
    </w:p>
    <w:p>
      <w:pPr>
        <w:jc w:val="right"/>
      </w:pPr>
      <w:r>
        <w:t>ناو واٹ از دا اسلامک ماڈل؟ اسلامک ماڈل اف پیس از کوائٹ ڈفرنٹ فرام ادر، فرام ادر ماڈلز۔</w:t>
      </w:r>
    </w:p>
    <w:p>
      <w:r>
        <w:rPr>
          <w:b/>
        </w:rPr>
        <w:t xml:space="preserve">[31:09] </w:t>
      </w:r>
      <w:r>
        <w:t>the basic difference between the two categories is that although other models believe that first of all, we have to eliminate they status quo.</w:t>
      </w:r>
    </w:p>
    <w:p>
      <w:pPr>
        <w:jc w:val="right"/>
      </w:pPr>
      <w:r>
        <w:t>دا بیسک ڈیفرنس بٹوین دا ٹو کیٹیگریز از دیٹ الدو ادر ماڈلز بیلیو دیٹ فرسٹ اف ال، وی ہیو ٹو ایلیمینیٹ دے سٹیٹس کو۔</w:t>
      </w:r>
    </w:p>
    <w:p>
      <w:r>
        <w:rPr>
          <w:b/>
        </w:rPr>
        <w:t xml:space="preserve">[31:31] </w:t>
      </w:r>
      <w:r>
        <w:t>first of all, yani this is the starting point according to their thinking.</w:t>
      </w:r>
    </w:p>
    <w:p>
      <w:pPr>
        <w:jc w:val="right"/>
      </w:pPr>
      <w:r>
        <w:t>فرسٹ اف ال، یعنی دس از دا سٹارٹنگ پوائنٹ اکارڈنگ ٹو دیر تھنکنگ۔</w:t>
      </w:r>
    </w:p>
    <w:p>
      <w:r>
        <w:rPr>
          <w:b/>
        </w:rPr>
        <w:t xml:space="preserve">[31:40] </w:t>
      </w:r>
      <w:r>
        <w:t>first of all, we have to eliminate the existing system that is called political state quo.</w:t>
      </w:r>
    </w:p>
    <w:p>
      <w:pPr>
        <w:jc w:val="right"/>
      </w:pPr>
      <w:r>
        <w:t>فرسٹ اف ال، وی ہیو ٹو ایلیمینیٹ دا ایگزسٹنگ سسٹم دیٹ از کالڈ پولیٹیکل سٹیٹس کو۔</w:t>
      </w:r>
    </w:p>
    <w:p>
      <w:r>
        <w:rPr>
          <w:b/>
        </w:rPr>
        <w:t xml:space="preserve">[31:51] </w:t>
      </w:r>
      <w:r>
        <w:t>then we can establish peace. For example, in India, Mahatma Gandhi wanted to oust Britishers.</w:t>
      </w:r>
    </w:p>
    <w:p>
      <w:pPr>
        <w:jc w:val="right"/>
      </w:pPr>
      <w:r>
        <w:t>دین وی کین اسٹیبلش پیس۔ فار ایگزیمپل، ان انڈیا، مہاتما گاندھی وانٹڈ ٹو ٹو اوسٹ برٹشرز۔</w:t>
      </w:r>
    </w:p>
    <w:p>
      <w:r>
        <w:rPr>
          <w:b/>
        </w:rPr>
        <w:t xml:space="preserve">[32:04] </w:t>
      </w:r>
      <w:r>
        <w:t>without ousting Britishers, there is no possibility to establish peace in India.</w:t>
      </w:r>
    </w:p>
    <w:p>
      <w:pPr>
        <w:jc w:val="right"/>
      </w:pPr>
      <w:r>
        <w:t>وداؤٹ اوسٹنگ برٹشرز، دیر از نو پوسیبلیٹی ٹو اسٹیبلش پیس ان انڈیا۔</w:t>
      </w:r>
    </w:p>
    <w:p>
      <w:r>
        <w:rPr>
          <w:b/>
        </w:rPr>
        <w:t xml:space="preserve">[32:11] </w:t>
      </w:r>
      <w:r>
        <w:t>This was the case of all the other models. America, Americans wanted to eliminate Saddam Hussein.</w:t>
      </w:r>
    </w:p>
    <w:p>
      <w:pPr>
        <w:jc w:val="right"/>
      </w:pPr>
      <w:r>
        <w:t>دس واز دا کیس اف الدو ادر ماڈلز۔ امریکہ، امریکنز وانٹڈ ٹو ایلیمینیٹ صدام حسین۔</w:t>
      </w:r>
    </w:p>
    <w:p>
      <w:r>
        <w:rPr>
          <w:b/>
        </w:rPr>
        <w:t xml:space="preserve">[32:24] </w:t>
      </w:r>
      <w:r>
        <w:t>with Saddam Hussein, there was no possibility to establish American peace in Iraq. So is the case of all the other models.</w:t>
      </w:r>
    </w:p>
    <w:p>
      <w:pPr>
        <w:jc w:val="right"/>
      </w:pPr>
      <w:r>
        <w:t>ود صدام حسین، دیر واز نو پوسیبلیٹی ٹو اسٹیبلش امریکن پیس ان عراق۔ سو از دا کیس اف الدو ادر ماڈلز۔</w:t>
      </w:r>
    </w:p>
    <w:p>
      <w:r>
        <w:rPr>
          <w:b/>
        </w:rPr>
        <w:t xml:space="preserve">[32:35] </w:t>
      </w:r>
      <w:r>
        <w:t>but in contrast, Islam believes in what I call positive state quism.</w:t>
      </w:r>
    </w:p>
    <w:p>
      <w:pPr>
        <w:jc w:val="right"/>
      </w:pPr>
      <w:r>
        <w:t>بٹ ان کنٹراسٹ، اسلام بیلیوز ان واٹ ائی کال پوزیٹیو سٹیٹس کوئزم۔</w:t>
      </w:r>
    </w:p>
    <w:p>
      <w:r>
        <w:rPr>
          <w:b/>
        </w:rPr>
        <w:t xml:space="preserve">[32:48] </w:t>
      </w:r>
      <w:r>
        <w:t>positive state quism,</w:t>
      </w:r>
    </w:p>
    <w:p>
      <w:pPr>
        <w:jc w:val="right"/>
      </w:pPr>
      <w:r>
        <w:t>پوزیٹیو سٹیٹس کوئزم،</w:t>
      </w:r>
    </w:p>
    <w:p>
      <w:r>
        <w:rPr>
          <w:b/>
        </w:rPr>
        <w:t xml:space="preserve">[32:50] </w:t>
      </w:r>
      <w:r>
        <w:t>it means that accept the state quo as it is and try to avail the opportunities existing</w:t>
      </w:r>
    </w:p>
    <w:p>
      <w:pPr>
        <w:jc w:val="right"/>
      </w:pPr>
      <w:r>
        <w:t>اٹ مینز دیٹ ایکسیپٹ دی سٹیٹس کو ایز اٹ از اینڈ ٹرائی ٹو اویل دا اپرچونیٹیز ایگزسٹنگ</w:t>
      </w:r>
    </w:p>
    <w:p>
      <w:r>
        <w:rPr>
          <w:b/>
        </w:rPr>
        <w:t xml:space="preserve">[33:05] </w:t>
      </w:r>
      <w:r>
        <w:t>in that given situation.</w:t>
      </w:r>
    </w:p>
    <w:p>
      <w:pPr>
        <w:jc w:val="right"/>
      </w:pPr>
      <w:r>
        <w:t>ان دیٹ گیون سچویشن۔</w:t>
      </w:r>
    </w:p>
    <w:p>
      <w:r>
        <w:rPr>
          <w:b/>
        </w:rPr>
        <w:t xml:space="preserve">[33:14] </w:t>
      </w:r>
      <w:r>
        <w:t>this very, it is, this is the distinctive difference in Islam and other models.</w:t>
      </w:r>
    </w:p>
    <w:p>
      <w:pPr>
        <w:jc w:val="right"/>
      </w:pPr>
      <w:r>
        <w:t>دس ویری، اٹ از، دس از دا ڈسٹنکٹو ڈیفرنس ان اسلام اینڈ ادر ماڈلز۔</w:t>
      </w:r>
    </w:p>
    <w:p>
      <w:r>
        <w:rPr>
          <w:b/>
        </w:rPr>
        <w:t xml:space="preserve">[33:25] </w:t>
      </w:r>
      <w:r>
        <w:t>so according to this model, the formula is ignore the problem and avail the opportunities.</w:t>
      </w:r>
    </w:p>
    <w:p>
      <w:pPr>
        <w:jc w:val="right"/>
      </w:pPr>
      <w:r>
        <w:t>سو اکارڈنگ ٹو دس ماڈل، دا فارمولا از اگنور دا پرابلم اینڈ اویل دا اپرچونیٹیز۔</w:t>
      </w:r>
    </w:p>
    <w:p>
      <w:r>
        <w:rPr>
          <w:b/>
        </w:rPr>
        <w:t xml:space="preserve">[33:41] </w:t>
      </w:r>
      <w:r>
        <w:t>so Islamic, Islamic philosophy or Islamic ideology believes in, believe that every situation has some opportunities.</w:t>
      </w:r>
    </w:p>
    <w:p>
      <w:pPr>
        <w:jc w:val="right"/>
      </w:pPr>
      <w:r>
        <w:t>سو اسلامک، اسلامک فلاسفی یا اسلامک ائیڈیالوجی بیلیوز ان، بیلیو دیٹ ایوری سچویشن ہیز سم اپرچونیٹیز۔</w:t>
      </w:r>
    </w:p>
    <w:p>
      <w:r>
        <w:rPr>
          <w:b/>
        </w:rPr>
        <w:t xml:space="preserve">[34:02] </w:t>
      </w:r>
      <w:r>
        <w:t>according to the law of nature, inmal asra, inmal asra,</w:t>
      </w:r>
    </w:p>
    <w:p>
      <w:pPr>
        <w:jc w:val="right"/>
      </w:pPr>
      <w:r>
        <w:t>اکارڈنگ ٹو دا لاء اف نیچر، انمال اسرا، انمال اسرا،</w:t>
      </w:r>
    </w:p>
    <w:p>
      <w:r>
        <w:rPr>
          <w:b/>
        </w:rPr>
        <w:t xml:space="preserve">[34:12] </w:t>
      </w:r>
      <w:r>
        <w:t>yani every where there are problems, there are opportunities. this is the basic formula of Islamic peace.</w:t>
      </w:r>
    </w:p>
    <w:p>
      <w:pPr>
        <w:jc w:val="right"/>
      </w:pPr>
      <w:r>
        <w:t>یعنی ایوری ویر دیر ار پرابلم، دیر ار اپرچونیٹیز۔ دس از دا بیسک فارمولا اف اسلامک پیس۔</w:t>
      </w:r>
    </w:p>
    <w:p>
      <w:r>
        <w:rPr>
          <w:b/>
        </w:rPr>
        <w:t xml:space="preserve">[34:23] </w:t>
      </w:r>
      <w:r>
        <w:t>for example, let's take the Mecca example. you know, the Prophet of Islam was born in Mecca in 570 AD.</w:t>
      </w:r>
    </w:p>
    <w:p>
      <w:pPr>
        <w:jc w:val="right"/>
      </w:pPr>
      <w:r>
        <w:t>فار ایگزیمپل، لیٹس ٹیک دا مکہ ایگزیمپل۔ یو نو، دا پرافٹ اف اسلام واز born ان مکہ ان 570 اے ڈی۔</w:t>
      </w:r>
    </w:p>
    <w:p>
      <w:r>
        <w:rPr>
          <w:b/>
        </w:rPr>
        <w:t xml:space="preserve">[34:38] </w:t>
      </w:r>
      <w:r>
        <w:t>he declared his prophethood in 610</w:t>
      </w:r>
    </w:p>
    <w:p>
      <w:pPr>
        <w:jc w:val="right"/>
      </w:pPr>
      <w:r>
        <w:t>ہی ڈیکلیئرڈ ہز پرافٹ ہڈ ان 610</w:t>
      </w:r>
    </w:p>
    <w:p>
      <w:r>
        <w:rPr>
          <w:b/>
        </w:rPr>
        <w:t xml:space="preserve">[34:43] </w:t>
      </w:r>
      <w:r>
        <w:t>. at the time, there was great great problem that all the Meccans were worshipper idols.</w:t>
      </w:r>
    </w:p>
    <w:p>
      <w:pPr>
        <w:jc w:val="right"/>
      </w:pPr>
      <w:r>
        <w:t>۔ ایٹ دا ٹائم، دیر واز گریٹ گریٹ پرابلم دیٹ الدو میکنز ویر ورشپر ائیڈلز۔</w:t>
      </w:r>
    </w:p>
    <w:p>
      <w:r>
        <w:rPr>
          <w:b/>
        </w:rPr>
        <w:t xml:space="preserve">[34:55] </w:t>
      </w:r>
      <w:r>
        <w:t>more over, the most sacred mosque that is Kaaba was full with idols.</w:t>
      </w:r>
    </w:p>
    <w:p>
      <w:pPr>
        <w:jc w:val="right"/>
      </w:pPr>
      <w:r>
        <w:t>مور اوور، دا موسٹ سیکرٹ مسک دیٹ از کعبہ واز فل ود ائیڈلز۔</w:t>
      </w:r>
    </w:p>
    <w:p>
      <w:r>
        <w:rPr>
          <w:b/>
        </w:rPr>
        <w:t xml:space="preserve">[35:06] </w:t>
      </w:r>
      <w:r>
        <w:t>they have placed 360 idols in the vicinity of Kaaba.</w:t>
      </w:r>
    </w:p>
    <w:p>
      <w:pPr>
        <w:jc w:val="right"/>
      </w:pPr>
      <w:r>
        <w:t>دے ہیو پلیسڈ 360 ائیڈلز ان دا بیسٹی اف کعبہ۔</w:t>
      </w:r>
    </w:p>
    <w:p>
      <w:r>
        <w:rPr>
          <w:b/>
        </w:rPr>
        <w:t xml:space="preserve">[35:16] </w:t>
      </w:r>
      <w:r>
        <w:t>that was great problem because Prophet of Islam was appointed. this was the Prophet of Islam mission.</w:t>
      </w:r>
    </w:p>
    <w:p>
      <w:pPr>
        <w:jc w:val="right"/>
      </w:pPr>
      <w:r>
        <w:t>دیٹ واز گریٹ پرابلم بیکاز پرافٹ اف اسلام واز اپوائنٹڈ۔ دس واز دا پرافٹ اف اسلام مشن۔</w:t>
      </w:r>
    </w:p>
    <w:p>
      <w:r>
        <w:rPr>
          <w:b/>
        </w:rPr>
        <w:t xml:space="preserve">[35:27] </w:t>
      </w:r>
      <w:r>
        <w:t>the only mission was that to proclaim the oneness of God and warn the people that those who worshipers of other than God, they will go to hell.</w:t>
      </w:r>
    </w:p>
    <w:p>
      <w:pPr>
        <w:jc w:val="right"/>
      </w:pPr>
      <w:r>
        <w:t>دا اونلی مشن واز دیٹ ٹو پروکلیم دا وننس اف گاڈ اینڈ وارن دا پیپل دیٹ دوز ہو ورشپرز اف ادر دین گاڈ، دے ویل گو ٹو ہیل۔</w:t>
      </w:r>
    </w:p>
    <w:p>
      <w:r>
        <w:rPr>
          <w:b/>
        </w:rPr>
        <w:t xml:space="preserve">[35:48] </w:t>
      </w:r>
      <w:r>
        <w:t>so all the idols were like gate of hell</w:t>
      </w:r>
    </w:p>
    <w:p>
      <w:pPr>
        <w:jc w:val="right"/>
      </w:pPr>
      <w:r>
        <w:t>سو الدو ائیڈلز ویر لائک گیٹ اف ہیلتھ</w:t>
      </w:r>
    </w:p>
    <w:p>
      <w:r>
        <w:rPr>
          <w:b/>
        </w:rPr>
        <w:t xml:space="preserve">[35:53] </w:t>
      </w:r>
      <w:r>
        <w:t>. so he was supposed to closed all the gates.</w:t>
      </w:r>
    </w:p>
    <w:p>
      <w:pPr>
        <w:jc w:val="right"/>
      </w:pPr>
      <w:r>
        <w:t>۔ سو ہی واز سپوز ٹو کلوزڈ الدو گیٹس۔</w:t>
      </w:r>
    </w:p>
    <w:p>
      <w:r>
        <w:rPr>
          <w:b/>
        </w:rPr>
        <w:t xml:space="preserve">[36:01] </w:t>
      </w:r>
      <w:r>
        <w:t>so this was the problem, super problem. but Prophet never started his mission from destroying those idols.</w:t>
      </w:r>
    </w:p>
    <w:p>
      <w:pPr>
        <w:jc w:val="right"/>
      </w:pPr>
      <w:r>
        <w:t>سو دس واز دا پرابلم، سپر پرابلم۔ بٹ پرافٹ نیور سٹارٹڈ ہز مشن فرام ڈسٹروئنگ دوز ائیڈلز۔</w:t>
      </w:r>
    </w:p>
    <w:p>
      <w:r>
        <w:rPr>
          <w:b/>
        </w:rPr>
        <w:t xml:space="preserve">[36:15] </w:t>
      </w:r>
      <w:r>
        <w:t>never, never, never. instead, he accepted their existence.</w:t>
      </w:r>
    </w:p>
    <w:p>
      <w:pPr>
        <w:jc w:val="right"/>
      </w:pPr>
      <w:r>
        <w:t>نیور، نیور، نیور۔ انسٹیڈ، ہی ایکسیپٹڈ دیر ایگزسٹنس۔</w:t>
      </w:r>
    </w:p>
    <w:p>
      <w:r>
        <w:rPr>
          <w:b/>
        </w:rPr>
        <w:t xml:space="preserve">[36:27] </w:t>
      </w:r>
      <w:r>
        <w:t>he use to go to kaaba</w:t>
      </w:r>
    </w:p>
    <w:p>
      <w:pPr>
        <w:jc w:val="right"/>
      </w:pPr>
      <w:r>
        <w:t>ہی یوز ٹو گو ٹو کعبہ</w:t>
      </w:r>
    </w:p>
    <w:p>
      <w:r>
        <w:rPr>
          <w:b/>
        </w:rPr>
        <w:t xml:space="preserve">[36:32] </w:t>
      </w:r>
      <w:r>
        <w:t>where 360 idols were placed. but he never touched these idols.</w:t>
      </w:r>
    </w:p>
    <w:p>
      <w:pPr>
        <w:jc w:val="right"/>
      </w:pPr>
      <w:r>
        <w:t>ویر 360 ائیڈلز ویر پلیسڈ۔ بٹ ہی نیور ٹچڈ دیز ائیڈلز۔</w:t>
      </w:r>
    </w:p>
    <w:p>
      <w:r>
        <w:rPr>
          <w:b/>
        </w:rPr>
        <w:t xml:space="preserve">[36:41] </w:t>
      </w:r>
      <w:r>
        <w:t>he tried to destroy these idols.</w:t>
      </w:r>
    </w:p>
    <w:p>
      <w:pPr>
        <w:jc w:val="right"/>
      </w:pPr>
      <w:r>
        <w:t>ہی ٹرائی ٹو ڈسٹروئے دیز ائیڈلز۔</w:t>
      </w:r>
    </w:p>
    <w:p>
      <w:r>
        <w:rPr>
          <w:b/>
        </w:rPr>
        <w:t xml:space="preserve">[36:47] </w:t>
      </w:r>
      <w:r>
        <w:t>simply, he used to read quran and declare this formula that</w:t>
      </w:r>
    </w:p>
    <w:p>
      <w:pPr>
        <w:jc w:val="right"/>
      </w:pPr>
      <w:r>
        <w:t>سمپلی، ہی یوز ٹو ریڈ قران اینڈ ڈیکلیئر دس فارمولا دیٹ</w:t>
      </w:r>
    </w:p>
    <w:p>
      <w:r>
        <w:rPr>
          <w:b/>
        </w:rPr>
        <w:t xml:space="preserve">[37:00] </w:t>
      </w:r>
      <w:r>
        <w:t>qulu la ilaha illallah tuflihu. you know, at the time, the besti of kaaba was a place of gathering, there is assembly.</w:t>
      </w:r>
    </w:p>
    <w:p>
      <w:pPr>
        <w:jc w:val="right"/>
      </w:pPr>
      <w:r>
        <w:t>قولو لا الہ الا اللہ تفلح۔ یو نو، ایٹ دا ٹائم، دا بیسٹی اف کعبہ واز ا پلیس اف گیدرنگ، دیر از اسمبلی۔</w:t>
      </w:r>
    </w:p>
    <w:p>
      <w:r>
        <w:rPr>
          <w:b/>
        </w:rPr>
        <w:t xml:space="preserve">[37:15] </w:t>
      </w:r>
      <w:r>
        <w:t>not only mecca people, but other tribes used to visit kaaba to worship their idols.</w:t>
      </w:r>
    </w:p>
    <w:p>
      <w:pPr>
        <w:jc w:val="right"/>
      </w:pPr>
      <w:r>
        <w:t>ناٹ اونلی مکہ پیپل، بٹ ادر ٹرائبس یوز ٹو وزٹ کعبہ ٹو ورشپ دیر ائیڈلز۔</w:t>
      </w:r>
    </w:p>
    <w:p>
      <w:r>
        <w:rPr>
          <w:b/>
        </w:rPr>
        <w:t xml:space="preserve">[37:27] </w:t>
      </w:r>
      <w:r>
        <w:t>in fact, although three other, three other six idols were idols of different tribes.</w:t>
      </w:r>
    </w:p>
    <w:p>
      <w:pPr>
        <w:jc w:val="right"/>
      </w:pPr>
      <w:r>
        <w:t>ان فیکٹ، الدو تھری ادر، تھری ادر سکس ائیڈلز ویر ائیڈلز اف ڈفرنٹ ٹرائبس۔</w:t>
      </w:r>
    </w:p>
    <w:p>
      <w:r>
        <w:rPr>
          <w:b/>
        </w:rPr>
        <w:t xml:space="preserve">[37:36] </w:t>
      </w:r>
      <w:r>
        <w:t>it was, it was not simply idols of mecca.</w:t>
      </w:r>
    </w:p>
    <w:p>
      <w:pPr>
        <w:jc w:val="right"/>
      </w:pPr>
      <w:r>
        <w:t>اٹ واز، اٹ واز ناٹ سمپلی ائیڈلز اف مکہ۔</w:t>
      </w:r>
    </w:p>
    <w:p>
      <w:r>
        <w:rPr>
          <w:b/>
        </w:rPr>
        <w:t xml:space="preserve">[37:41] </w:t>
      </w:r>
      <w:r>
        <w:t>it was idols of all arab, all tribes living in, in, in, in arabia.</w:t>
      </w:r>
    </w:p>
    <w:p>
      <w:pPr>
        <w:jc w:val="right"/>
      </w:pPr>
      <w:r>
        <w:t>اٹ واز ائیڈلز اف الدو عرب، الدو ٹرائبس لیونگ ان، ان، ان، ان عربیہ۔</w:t>
      </w:r>
    </w:p>
    <w:p>
      <w:r>
        <w:rPr>
          <w:b/>
        </w:rPr>
        <w:t xml:space="preserve">[37:53] </w:t>
      </w:r>
      <w:r>
        <w:t>so every day, people</w:t>
      </w:r>
    </w:p>
    <w:p>
      <w:pPr>
        <w:jc w:val="right"/>
      </w:pPr>
      <w:r>
        <w:t>سو ایوری ڈے، پیپل</w:t>
      </w:r>
    </w:p>
    <w:p>
      <w:r>
        <w:rPr>
          <w:b/>
        </w:rPr>
        <w:t xml:space="preserve">[37:58] </w:t>
      </w:r>
      <w:r>
        <w:t>visit kaaba to worship their idol, to offer their prayer. so it was a permanent assembly.</w:t>
      </w:r>
    </w:p>
    <w:p>
      <w:pPr>
        <w:jc w:val="right"/>
      </w:pPr>
      <w:r>
        <w:t>وزٹ کعبہ ٹو ورشپ دیر ائیڈل، ٹو افر دیر پریئر۔ سو اٹ واز ا پرماننٹ اسمبلی۔</w:t>
      </w:r>
    </w:p>
    <w:p>
      <w:r>
        <w:rPr>
          <w:b/>
        </w:rPr>
        <w:t xml:space="preserve">[38:11] </w:t>
      </w:r>
      <w:r>
        <w:t>prophet avail this as opportunity.</w:t>
      </w:r>
    </w:p>
    <w:p>
      <w:pPr>
        <w:jc w:val="right"/>
      </w:pPr>
      <w:r>
        <w:t>پرافٹ اویل دس ایز اپرچونیٹی۔</w:t>
      </w:r>
    </w:p>
    <w:p>
      <w:r>
        <w:rPr>
          <w:b/>
        </w:rPr>
        <w:t xml:space="preserve">[38:19] </w:t>
      </w:r>
      <w:r>
        <w:t>he used to go, he used to visit kaaba daily and</w:t>
      </w:r>
    </w:p>
    <w:p>
      <w:pPr>
        <w:jc w:val="right"/>
      </w:pPr>
      <w:r>
        <w:t>ہی یوز ٹو گو، ہی یوز ٹو وزٹ کعبہ ڈیلی اینڈ</w:t>
      </w:r>
    </w:p>
    <w:p>
      <w:r>
        <w:rPr>
          <w:b/>
        </w:rPr>
        <w:t xml:space="preserve">[38:28] </w:t>
      </w:r>
      <w:r>
        <w:t>read quran.</w:t>
      </w:r>
    </w:p>
    <w:p>
      <w:pPr>
        <w:jc w:val="right"/>
      </w:pPr>
      <w:r>
        <w:t>ریڈ قران۔</w:t>
      </w:r>
    </w:p>
    <w:p>
      <w:r>
        <w:rPr>
          <w:b/>
        </w:rPr>
        <w:t xml:space="preserve">[38:31] </w:t>
      </w:r>
      <w:r>
        <w:t>wal asri innal insana lafi khusri. wattini wazzaitooni wa toorissineeni wahathal baladil ameen. so all verses were message of tauheed, of oneness of god.</w:t>
      </w:r>
    </w:p>
    <w:p>
      <w:pPr>
        <w:jc w:val="right"/>
      </w:pPr>
      <w:r>
        <w:t>وَالْعَصْرِ إِنْدَلْ لِلْإِنْسَانَ وَلَفِي الْخُسْرِ وَالطِّينَ وَالزَّيْتُونِ وَطُولِ السَّنِينِ وَهَذَا الْبَلَدِ الْأَمِينُ سو الدو ورسز ویر میسج اف توحید، اف وننس اف گاڈ۔</w:t>
      </w:r>
    </w:p>
    <w:p>
      <w:r>
        <w:rPr>
          <w:b/>
        </w:rPr>
        <w:t xml:space="preserve">[38:48] </w:t>
      </w:r>
      <w:r>
        <w:t>you can see here the policy of islamic, the islamic model.</w:t>
      </w:r>
    </w:p>
    <w:p>
      <w:pPr>
        <w:jc w:val="right"/>
      </w:pPr>
      <w:r>
        <w:t>یو کین سی ہیر دا پالیسی اف اسلامک، دا اسلامک ماڈل۔</w:t>
      </w:r>
    </w:p>
    <w:p>
      <w:r>
        <w:rPr>
          <w:b/>
        </w:rPr>
        <w:t xml:space="preserve">[38:59] </w:t>
      </w:r>
      <w:r>
        <w:t>it means that avoid idols and avail the opportunities,</w:t>
      </w:r>
    </w:p>
    <w:p>
      <w:pPr>
        <w:jc w:val="right"/>
      </w:pPr>
      <w:r>
        <w:t>اٹ مینز دیٹ اوائیڈ ائیڈلز اینڈ اویل دا اپرچونیٹیز،</w:t>
      </w:r>
    </w:p>
    <w:p>
      <w:r>
        <w:rPr>
          <w:b/>
        </w:rPr>
        <w:t xml:space="preserve">[39:08] </w:t>
      </w:r>
      <w:r>
        <w:t>or avoid the problems and avail the opportunities. this very unique formula</w:t>
      </w:r>
    </w:p>
    <w:p>
      <w:pPr>
        <w:jc w:val="right"/>
      </w:pPr>
      <w:r>
        <w:t>اور اوائیڈ دا پرابلمز اینڈ اویل دا اپرچونیٹیز۔ دس ویری یونیک فارمولا</w:t>
      </w:r>
    </w:p>
    <w:p>
      <w:r>
        <w:rPr>
          <w:b/>
        </w:rPr>
        <w:t xml:space="preserve">[39:17] </w:t>
      </w:r>
      <w:r>
        <w:t>throughout the whole history, people tried only one formula that eliminate the problem, so that you may find peace.</w:t>
      </w:r>
    </w:p>
    <w:p>
      <w:pPr>
        <w:jc w:val="right"/>
      </w:pPr>
      <w:r>
        <w:t>تھروٹ دا ہول ہسٹری، پیپل ٹریڈ اونلی ون فارمولا دیٹ ایلیمینیٹ دا پرابلم، سو دیٹ یو می فائنڈ پیس۔</w:t>
      </w:r>
    </w:p>
    <w:p>
      <w:r>
        <w:rPr>
          <w:b/>
        </w:rPr>
        <w:t xml:space="preserve">[39:33] </w:t>
      </w:r>
      <w:r>
        <w:t>this quite unislamic,</w:t>
      </w:r>
    </w:p>
    <w:p>
      <w:pPr>
        <w:jc w:val="right"/>
      </w:pPr>
      <w:r>
        <w:t>دس کوائٹ ان اسلامک،</w:t>
      </w:r>
    </w:p>
    <w:p>
      <w:r>
        <w:rPr>
          <w:b/>
        </w:rPr>
        <w:t xml:space="preserve">[39:36] </w:t>
      </w:r>
      <w:r>
        <w:t>and it means that first of you have to destroy non peace. so have, so to have peace.</w:t>
      </w:r>
    </w:p>
    <w:p>
      <w:pPr>
        <w:jc w:val="right"/>
      </w:pPr>
      <w:r>
        <w:t>اینڈ اٹ مینز دیٹ فرسٹ اف یو ہیو ٹو ڈسٹروئے نان پیس۔ سو ہیو، سو ٹو ہیو پیس۔</w:t>
      </w:r>
    </w:p>
    <w:p>
      <w:r>
        <w:rPr>
          <w:b/>
        </w:rPr>
        <w:t xml:space="preserve">[39:49] </w:t>
      </w:r>
      <w:r>
        <w:t>if you travel arabia and ask people why you are engaged in violence, do you not like peace?</w:t>
      </w:r>
    </w:p>
    <w:p>
      <w:pPr>
        <w:jc w:val="right"/>
      </w:pPr>
      <w:r>
        <w:t>اف یو ٹریول عربیہ اینڈ اسک پیپل وائی یو ار انگیج ان وائلنس، ڈو یو ناٹ لائک پیس؟</w:t>
      </w:r>
    </w:p>
    <w:p>
      <w:r>
        <w:rPr>
          <w:b/>
        </w:rPr>
        <w:t xml:space="preserve">[40:00] </w:t>
      </w:r>
      <w:r>
        <w:t>they will say that as we want peace, but with justice. as salam mol adel, we want peace, but with justice.</w:t>
      </w:r>
    </w:p>
    <w:p>
      <w:pPr>
        <w:jc w:val="right"/>
      </w:pPr>
      <w:r>
        <w:t>دے ویل سے دیٹ ایس وی وانٹ پیس، بٹ ود جسٹس۔ السلام مول عادل، وی وانٹ پیس، بٹ ود جسٹس۔</w:t>
      </w:r>
    </w:p>
    <w:p>
      <w:r>
        <w:rPr>
          <w:b/>
        </w:rPr>
        <w:t xml:space="preserve">[40:16] </w:t>
      </w:r>
      <w:r>
        <w:t>give us justice and we will, i am ready to establish peace. is wrong, this unislamic,</w:t>
      </w:r>
    </w:p>
    <w:p>
      <w:pPr>
        <w:jc w:val="right"/>
      </w:pPr>
      <w:r>
        <w:t>گیو اس جسٹس اینڈ وی ویل، ائی ایم ریڈی ٹو اسٹیبلش پیس۔ از رونگ، دس ان اسلامک،</w:t>
      </w:r>
    </w:p>
    <w:p>
      <w:r>
        <w:rPr>
          <w:b/>
        </w:rPr>
        <w:t xml:space="preserve">[40:28] </w:t>
      </w:r>
      <w:r>
        <w:t>this unislamic.</w:t>
      </w:r>
    </w:p>
    <w:p>
      <w:pPr>
        <w:jc w:val="right"/>
      </w:pPr>
      <w:r>
        <w:t>دس ان اسلامک۔</w:t>
      </w:r>
    </w:p>
    <w:p>
      <w:r>
        <w:rPr>
          <w:b/>
        </w:rPr>
        <w:t xml:space="preserve">[40:31] </w:t>
      </w:r>
      <w:r>
        <w:t>da islami formula is dat</w:t>
      </w:r>
    </w:p>
    <w:p>
      <w:pPr>
        <w:jc w:val="right"/>
      </w:pPr>
      <w:r>
        <w:t>دا اسلامک فارمولا از دیٹ</w:t>
      </w:r>
    </w:p>
    <w:p>
      <w:r>
        <w:rPr>
          <w:b/>
        </w:rPr>
        <w:t xml:space="preserve">[40:38] </w:t>
      </w:r>
      <w:r>
        <w:t>in every situation, in every given situation, there are some some problems, but at the same time there are opportunities.</w:t>
      </w:r>
    </w:p>
    <w:p>
      <w:pPr>
        <w:jc w:val="right"/>
      </w:pPr>
      <w:r>
        <w:t>ان ایوری سچویشن، ان ایوری گیون سچویشن، دیر ار سم سم پرابلمز، بٹ ایٹ دا سیم ٹائم دیر ار اپرچونیٹیز۔</w:t>
      </w:r>
    </w:p>
    <w:p>
      <w:r>
        <w:rPr>
          <w:b/>
        </w:rPr>
        <w:t xml:space="preserve">[40:49] </w:t>
      </w:r>
      <w:r>
        <w:t>so avoid the problems and avail the opportunities, and then we will find peace.</w:t>
      </w:r>
    </w:p>
    <w:p>
      <w:pPr>
        <w:jc w:val="right"/>
      </w:pPr>
      <w:r>
        <w:t>سو اوائیڈ دا پرابلمز اینڈ اویل دا اپرچونیٹیز، اینڈ دین وی ویل فائنڈ پیس۔</w:t>
      </w:r>
    </w:p>
    <w:p>
      <w:r>
        <w:rPr>
          <w:b/>
        </w:rPr>
        <w:t xml:space="preserve">[40:59] </w:t>
      </w:r>
      <w:r>
        <w:t>the prophet of islam had said</w:t>
      </w:r>
    </w:p>
    <w:p>
      <w:pPr>
        <w:jc w:val="right"/>
      </w:pPr>
      <w:r>
        <w:t>دا پرافٹ اف اسلام ہیڈ سیڈ</w:t>
      </w:r>
    </w:p>
    <w:p>
      <w:r>
        <w:rPr>
          <w:b/>
        </w:rPr>
        <w:t xml:space="preserve">[41:07] </w:t>
      </w:r>
      <w:r>
        <w:t>in allah youti ali al-rifq ma la youti ali al-unf god grants to non-violence what he, what he does not grant to violence.</w:t>
      </w:r>
    </w:p>
    <w:p>
      <w:pPr>
        <w:jc w:val="right"/>
      </w:pPr>
      <w:r>
        <w:t>ان اللہ یوتی علی الرفق مالا یوتی علی العنف گاڈ گرانٹس ٹو نان وائلنس واٹ ہی، واٹ ہی ڈز ناٹ گرانٹ ٹو وائلنس۔</w:t>
      </w:r>
    </w:p>
    <w:p>
      <w:r>
        <w:rPr>
          <w:b/>
        </w:rPr>
        <w:t xml:space="preserve">[41:21] </w:t>
      </w:r>
      <w:r>
        <w:t>what it means?</w:t>
      </w:r>
    </w:p>
    <w:p>
      <w:pPr>
        <w:jc w:val="right"/>
      </w:pPr>
      <w:r>
        <w:t>واٹ اٹ مینز؟</w:t>
      </w:r>
    </w:p>
    <w:p>
      <w:r>
        <w:rPr>
          <w:b/>
        </w:rPr>
        <w:t xml:space="preserve">[41:24] </w:t>
      </w:r>
      <w:r>
        <w:t>it means that if there are problems of violence, you have to avoid it.</w:t>
      </w:r>
    </w:p>
    <w:p>
      <w:pPr>
        <w:jc w:val="right"/>
      </w:pPr>
      <w:r>
        <w:t>اٹ مینز دیٹ اف دیر ار پرابلمز اف وائلنس، یو ہیو ٹو اوائیڈ اٹ۔</w:t>
      </w:r>
    </w:p>
    <w:p>
      <w:r>
        <w:rPr>
          <w:b/>
        </w:rPr>
        <w:t xml:space="preserve">[41:33] </w:t>
      </w:r>
      <w:r>
        <w:t>don't, don't go to fighting.</w:t>
      </w:r>
    </w:p>
    <w:p>
      <w:pPr>
        <w:jc w:val="right"/>
      </w:pPr>
      <w:r>
        <w:t>ڈونٹ، ڈونٹ گو ٹو فائٹنگ۔</w:t>
      </w:r>
    </w:p>
    <w:p>
      <w:r>
        <w:rPr>
          <w:b/>
        </w:rPr>
        <w:t xml:space="preserve">[41:38] </w:t>
      </w:r>
      <w:r>
        <w:t>instead, you have to avail the opportunities.</w:t>
      </w:r>
    </w:p>
    <w:p>
      <w:pPr>
        <w:jc w:val="right"/>
      </w:pPr>
      <w:r>
        <w:t>انسٹیڈ، یو ہیو ٹو اویل دا اپرچونیٹیز۔</w:t>
      </w:r>
    </w:p>
    <w:p>
      <w:r>
        <w:rPr>
          <w:b/>
        </w:rPr>
        <w:t xml:space="preserve">[41:46] </w:t>
      </w:r>
      <w:r>
        <w:t>this was the policy of prophet of islam.</w:t>
      </w:r>
    </w:p>
    <w:p>
      <w:pPr>
        <w:jc w:val="right"/>
      </w:pPr>
      <w:r>
        <w:t>دس واز دا پالیسی اف پرافٹ اف اسلام۔</w:t>
      </w:r>
    </w:p>
    <w:p>
      <w:r>
        <w:rPr>
          <w:b/>
        </w:rPr>
        <w:t xml:space="preserve">[41:49] </w:t>
      </w:r>
      <w:r>
        <w:t>so when he was in mecca, he avoided idols and availed the opportunities of preaching.</w:t>
      </w:r>
    </w:p>
    <w:p>
      <w:pPr>
        <w:jc w:val="right"/>
      </w:pPr>
      <w:r>
        <w:t>سو وین ہی واز ان مکہ، ہی اوائیڈڈ ائیڈلز اینڈ اویل دا اپرچونیٹیز اف پریچنگ۔</w:t>
      </w:r>
    </w:p>
    <w:p>
      <w:r>
        <w:rPr>
          <w:b/>
        </w:rPr>
        <w:t xml:space="preserve">[42:00] </w:t>
      </w:r>
      <w:r>
        <w:t>then after 13 years, they wanted to kill the prophet of islam. then what happened?</w:t>
      </w:r>
    </w:p>
    <w:p>
      <w:pPr>
        <w:jc w:val="right"/>
      </w:pPr>
      <w:r>
        <w:t>دین افٹر 13 ایئرز، دے وانٹڈ ٹو کل دا پرافٹ اف اسلام۔ دین واٹ ہیپنڈ؟</w:t>
      </w:r>
    </w:p>
    <w:p>
      <w:r>
        <w:rPr>
          <w:b/>
        </w:rPr>
        <w:t xml:space="preserve">[42:10] </w:t>
      </w:r>
      <w:r>
        <w:t>he avoided again the fighting and simply migrated from mecca and settled in medina.</w:t>
      </w:r>
    </w:p>
    <w:p>
      <w:pPr>
        <w:jc w:val="right"/>
      </w:pPr>
      <w:r>
        <w:t>ہی اوائیڈڈ اگین دی فائٹنگ اینڈ سمپلی مائیگریٹڈ فرام مکہ اینڈ سیٹل ان مدینہ۔</w:t>
      </w:r>
    </w:p>
    <w:p>
      <w:r>
        <w:rPr>
          <w:b/>
        </w:rPr>
        <w:t xml:space="preserve">[42:20] </w:t>
      </w:r>
      <w:r>
        <w:t>why? because he,</w:t>
      </w:r>
    </w:p>
    <w:p>
      <w:pPr>
        <w:jc w:val="right"/>
      </w:pPr>
      <w:r>
        <w:t>وائی؟ بیکاز ہی،</w:t>
      </w:r>
    </w:p>
    <w:p>
      <w:r>
        <w:rPr>
          <w:b/>
        </w:rPr>
        <w:t xml:space="preserve">[42:25] </w:t>
      </w:r>
      <w:r>
        <w:t>he was aware that although meccan people are have become hostile, but in medina they have a soft corner towards islam.</w:t>
      </w:r>
    </w:p>
    <w:p>
      <w:pPr>
        <w:jc w:val="right"/>
      </w:pPr>
      <w:r>
        <w:t>ہی واز اویئر دیٹ الدو میکن پیپل ار ہیو بیکم ہوسٹائل، بٹ ان مدینہ دے ہیو ا سافٹ کارنر ٹورڈز اسلام۔</w:t>
      </w:r>
    </w:p>
    <w:p>
      <w:r>
        <w:rPr>
          <w:b/>
        </w:rPr>
        <w:t xml:space="preserve">[42:39] </w:t>
      </w:r>
      <w:r>
        <w:t>why? there was a basic difference between mecca and medina.</w:t>
      </w:r>
    </w:p>
    <w:p>
      <w:pPr>
        <w:jc w:val="right"/>
      </w:pPr>
      <w:r>
        <w:t>وائی؟ دیر واز ا بیسک ڈیفرنس بٹوین مکہ اینڈ مدینہ۔</w:t>
      </w:r>
    </w:p>
    <w:p>
      <w:r>
        <w:rPr>
          <w:b/>
        </w:rPr>
        <w:t xml:space="preserve">[42:46] </w:t>
      </w:r>
      <w:r>
        <w:t>you know, in medina there was water, there was agriculture, there was horticulture. so the there economy was based on agriculture and farming.</w:t>
      </w:r>
    </w:p>
    <w:p>
      <w:pPr>
        <w:jc w:val="right"/>
      </w:pPr>
      <w:r>
        <w:t>یو نو، ان مدینہ دیر واز واٹر، دیر واز ایگریکلچر، دیر واز ہارٹیکلچر۔ سو دا دیر اکانومی واز بیسڈ ان ایگریکلچر اینڈ فارمنگ۔</w:t>
      </w:r>
    </w:p>
    <w:p>
      <w:r>
        <w:rPr>
          <w:b/>
        </w:rPr>
        <w:t xml:space="preserve">[43:02] </w:t>
      </w:r>
      <w:r>
        <w:t>but in mecca, there was no water, no agriculture, no horticulture, nothing.</w:t>
      </w:r>
    </w:p>
    <w:p>
      <w:pPr>
        <w:jc w:val="right"/>
      </w:pPr>
      <w:r>
        <w:t>بٹ ان مکہ، دیر واز نو واٹر، نو ایگریکلچر، نو ہارٹیکلچر، نتھنگ۔</w:t>
      </w:r>
    </w:p>
    <w:p>
      <w:r>
        <w:rPr>
          <w:b/>
        </w:rPr>
        <w:t xml:space="preserve">[43:10] </w:t>
      </w:r>
      <w:r>
        <w:t>so meccan people have no source of income. kaaba was only source of income for them.</w:t>
      </w:r>
    </w:p>
    <w:p>
      <w:pPr>
        <w:jc w:val="right"/>
      </w:pPr>
      <w:r>
        <w:t>سو میکن پیپل ہیو نو سورس اف انکم۔ کعبہ واز اونلی سورس اف انکم فار دیم۔</w:t>
      </w:r>
    </w:p>
    <w:p>
      <w:r>
        <w:rPr>
          <w:b/>
        </w:rPr>
        <w:t xml:space="preserve">[43:24] </w:t>
      </w:r>
      <w:r>
        <w:t>because every day, people visit kaaba and offer something. so their offering was their income.</w:t>
      </w:r>
    </w:p>
    <w:p>
      <w:pPr>
        <w:jc w:val="right"/>
      </w:pPr>
      <w:r>
        <w:t>بیکاز ایوری ڈے، پیپل وزٹ کعبہ اینڈ افر سم تھنگ۔ سو دیر افرنگ واز دیر انکم۔</w:t>
      </w:r>
    </w:p>
    <w:p>
      <w:r>
        <w:rPr>
          <w:b/>
        </w:rPr>
        <w:t xml:space="preserve">[43:36] </w:t>
      </w:r>
      <w:r>
        <w:t>kaaba became a center of idol worship, and every day, worshippers visit kaaba for offering.</w:t>
      </w:r>
    </w:p>
    <w:p>
      <w:pPr>
        <w:jc w:val="right"/>
      </w:pPr>
      <w:r>
        <w:t>کعبہ بیکم ا سینٹر اف ائیڈل ورشپ، اینڈ ایوری ڈے، ورشپرز وزٹ کعبہ فار افرنگ۔</w:t>
      </w:r>
    </w:p>
    <w:p>
      <w:r>
        <w:rPr>
          <w:b/>
        </w:rPr>
        <w:t xml:space="preserve">[43:48] </w:t>
      </w:r>
      <w:r>
        <w:t>so these offerings were was only source of income for meccan people.</w:t>
      </w:r>
    </w:p>
    <w:p>
      <w:pPr>
        <w:jc w:val="right"/>
      </w:pPr>
      <w:r>
        <w:t>سو دیز افرنگز ویر واز اونلی سورس اف انکم فار میکن پیپل۔</w:t>
      </w:r>
    </w:p>
    <w:p>
      <w:r>
        <w:rPr>
          <w:b/>
        </w:rPr>
        <w:t xml:space="preserve">[43:55] </w:t>
      </w:r>
      <w:r>
        <w:t>so meccan people,</w:t>
      </w:r>
    </w:p>
    <w:p>
      <w:pPr>
        <w:jc w:val="right"/>
      </w:pPr>
      <w:r>
        <w:t>سو میکن پیپل،</w:t>
      </w:r>
    </w:p>
    <w:p>
      <w:r>
        <w:rPr>
          <w:b/>
        </w:rPr>
        <w:t xml:space="preserve">[44:01] </w:t>
      </w:r>
      <w:r>
        <w:t>their mind was the mind of meccan people, was that if we abandon, if we accept tawheed and abandon shirk or idol worship, then we will lose all our source of income.</w:t>
      </w:r>
    </w:p>
    <w:p>
      <w:pPr>
        <w:jc w:val="right"/>
      </w:pPr>
      <w:r>
        <w:t>دیر مائنڈ واز دا مائنڈ اف میکن پیپل، واز دیٹ اف وی ابینڈن، اف وی ایکسیپٹ توحید اینڈ ابینڈن شرک اور ائیڈل ورشپ، دین وی ویل لوز ال اور سورس اف انکم۔</w:t>
      </w:r>
    </w:p>
    <w:p>
      <w:r>
        <w:rPr>
          <w:b/>
        </w:rPr>
        <w:t xml:space="preserve">[44:22] </w:t>
      </w:r>
      <w:r>
        <w:t>if we establish tawheed or oneness of god in mecca, it means that we will, will be deprived of all those sources of the incomes.</w:t>
      </w:r>
    </w:p>
    <w:p>
      <w:pPr>
        <w:jc w:val="right"/>
      </w:pPr>
      <w:r>
        <w:t>اف وی اسٹیبلش توحید اور وننس اف گاڈ ان مکہ، اٹ مینز دیٹ وی ویل، ویل بی ڈیپرائیڈ اف الدو سورسز اف دا انکمز۔</w:t>
      </w:r>
    </w:p>
    <w:p>
      <w:r>
        <w:rPr>
          <w:b/>
        </w:rPr>
        <w:t xml:space="preserve">[44:41] </w:t>
      </w:r>
      <w:r>
        <w:t>so due to this fear, making people become hostile. But this kind of fear was not prevailing in Medina.</w:t>
      </w:r>
    </w:p>
    <w:p>
      <w:pPr>
        <w:jc w:val="right"/>
      </w:pPr>
      <w:r>
        <w:t>سو ڈیو ٹو دس فیئر، میکن پیپل بیکم ہوسٹائل۔ بٹ دس کائنڈ اف فیئر واز ناٹ پریویلنگ ان مدینہ۔</w:t>
      </w:r>
    </w:p>
    <w:p>
      <w:r>
        <w:rPr>
          <w:b/>
        </w:rPr>
        <w:t xml:space="preserve">[44:53] </w:t>
      </w:r>
      <w:r>
        <w:t>to Medina people have no problem in accepting the ideology of, ideology of tauheed. to Prophet of Islam</w:t>
      </w:r>
    </w:p>
    <w:p>
      <w:pPr>
        <w:jc w:val="right"/>
      </w:pPr>
      <w:r>
        <w:t>تو مدینہ پیپل ہیو نو پرابلم ان ایکسیپٹنگ دا ائیڈیالوجی اف، ائیڈیالوجی اف توحید۔ تو پرافٹ اف اسلام</w:t>
      </w:r>
    </w:p>
    <w:p>
      <w:r>
        <w:rPr>
          <w:b/>
        </w:rPr>
        <w:t xml:space="preserve">[45:08] </w:t>
      </w:r>
      <w:r>
        <w:t>understand this difference between Mecca and Medina.</w:t>
      </w:r>
    </w:p>
    <w:p>
      <w:pPr>
        <w:jc w:val="right"/>
      </w:pPr>
      <w:r>
        <w:t>انڈرسٹینڈ دس ڈیفرنس بٹوین مکہ اینڈ مدینہ۔</w:t>
      </w:r>
    </w:p>
    <w:p>
      <w:r>
        <w:rPr>
          <w:b/>
        </w:rPr>
        <w:t xml:space="preserve">[45:15] </w:t>
      </w:r>
      <w:r>
        <w:t>so he migrated from Mecca and settled in Medina. And you know, without any kind of war, without any kind of fighting, Medina people accepted Islam.</w:t>
      </w:r>
    </w:p>
    <w:p>
      <w:pPr>
        <w:jc w:val="right"/>
      </w:pPr>
      <w:r>
        <w:t>سو ہی مائیگریٹڈ فرام مکہ اینڈ سیٹل ان مدینہ۔ اینڈ یو نو، وداؤٹ اینی کائنڈ اف وار، وداؤٹ اینی کائنڈ اف فائٹنگ، مدینہ پیپل ایکسیپٹڈ اسلام۔</w:t>
      </w:r>
    </w:p>
    <w:p>
      <w:r>
        <w:rPr>
          <w:b/>
        </w:rPr>
        <w:t xml:space="preserve">[45:30] </w:t>
      </w:r>
      <w:r>
        <w:t>there was no such kind of atrocity which was face by, which was, which was face by Prophet in Mecca.</w:t>
      </w:r>
    </w:p>
    <w:p>
      <w:pPr>
        <w:jc w:val="right"/>
      </w:pPr>
      <w:r>
        <w:t>دیر واز نو سچ کائنڈ اف ایٹروسٹی وچ واز فیس بائے، وچ واز، وچ واز فیس بائے پرافٹ ان مکہ۔</w:t>
      </w:r>
    </w:p>
    <w:p>
      <w:r>
        <w:rPr>
          <w:b/>
        </w:rPr>
        <w:t xml:space="preserve">[45:54] </w:t>
      </w:r>
      <w:r>
        <w:t>here, I would like to give one a very relevant reference</w:t>
      </w:r>
    </w:p>
    <w:p>
      <w:pPr>
        <w:jc w:val="right"/>
      </w:pPr>
      <w:r>
        <w:t>ہیر، ائی وڈ لائک ٹو گیو ون ا ویری ریلیونٹ ریفرنس</w:t>
      </w:r>
    </w:p>
    <w:p>
      <w:r>
        <w:rPr>
          <w:b/>
        </w:rPr>
        <w:t xml:space="preserve">[46:01] </w:t>
      </w:r>
      <w:r>
        <w:t>. When the Prophet migrated from Mecca after 13 years and reached to Medina,</w:t>
      </w:r>
    </w:p>
    <w:p>
      <w:pPr>
        <w:jc w:val="right"/>
      </w:pPr>
      <w:r>
        <w:t>۔ وین دا پرافٹ مائیگریٹڈ فرام مکہ افٹر 13 ایئرز اینڈ ریچڈ ٹو مدینہ،</w:t>
      </w:r>
    </w:p>
    <w:p>
      <w:r>
        <w:rPr>
          <w:b/>
        </w:rPr>
        <w:t xml:space="preserve">[46:16] </w:t>
      </w:r>
      <w:r>
        <w:t>people gathered over there. And at the time, he addressed Medina people.</w:t>
      </w:r>
    </w:p>
    <w:p>
      <w:pPr>
        <w:jc w:val="right"/>
      </w:pPr>
      <w:r>
        <w:t>پیپل گیدرڈ اوور دیر۔ اینڈ ایٹ دا ٹائم، ہی ایڈریسڈ مدینہ پیپل۔</w:t>
      </w:r>
    </w:p>
    <w:p>
      <w:r>
        <w:rPr>
          <w:b/>
        </w:rPr>
        <w:t xml:space="preserve">[46:23] </w:t>
      </w:r>
      <w:r>
        <w:t>this address is narrated by Ibn Ishaq in his book Sirat, in his book of Seerah.</w:t>
      </w:r>
    </w:p>
    <w:p>
      <w:pPr>
        <w:jc w:val="right"/>
      </w:pPr>
      <w:r>
        <w:t>دس ایڈریس از نریٹڈ بائی ابن اسحاق ان ہز بک سیرت، ان ہز بک اف سیرہ۔</w:t>
      </w:r>
    </w:p>
    <w:p>
      <w:r>
        <w:rPr>
          <w:b/>
        </w:rPr>
        <w:t xml:space="preserve">[46:36] </w:t>
      </w:r>
      <w:r>
        <w:t>the under this caption: awwal khutbah khutbah Rasool Allah sallallahu alaihi wasallam fi al-Madinah.</w:t>
      </w:r>
    </w:p>
    <w:p>
      <w:pPr>
        <w:jc w:val="right"/>
      </w:pPr>
      <w:r>
        <w:t>دا انڈر دس کیپشن: اول خطبۃ خطبہ رسول اللہ صلی اللہ علیہ وسلم فی المدینہ۔</w:t>
      </w:r>
    </w:p>
    <w:p>
      <w:r>
        <w:rPr>
          <w:b/>
        </w:rPr>
        <w:t xml:space="preserve">[46:46] </w:t>
      </w:r>
      <w:r>
        <w:t>so the gist of this address is that: O people,</w:t>
      </w:r>
    </w:p>
    <w:p>
      <w:pPr>
        <w:jc w:val="right"/>
      </w:pPr>
      <w:r>
        <w:t>سو دا جسٹ اف دس ایڈریس از دیٹ: او پیپل،</w:t>
      </w:r>
    </w:p>
    <w:p>
      <w:r>
        <w:rPr>
          <w:b/>
        </w:rPr>
        <w:t xml:space="preserve">[46:56] </w:t>
      </w:r>
      <w:r>
        <w:t>atqu an-nar walaw bi shaqi tamrah.</w:t>
      </w:r>
    </w:p>
    <w:p>
      <w:pPr>
        <w:jc w:val="right"/>
      </w:pPr>
      <w:r>
        <w:t>اتقو النار ولو بشق تمرا۔</w:t>
      </w:r>
    </w:p>
    <w:p>
      <w:r>
        <w:rPr>
          <w:b/>
        </w:rPr>
        <w:t xml:space="preserve">[46:59] </w:t>
      </w:r>
      <w:r>
        <w:t>O people, save you</w:t>
      </w:r>
    </w:p>
    <w:p>
      <w:pPr>
        <w:jc w:val="right"/>
      </w:pPr>
      <w:r>
        <w:t>او پیپل، سیو یو</w:t>
      </w:r>
    </w:p>
    <w:p>
      <w:r>
        <w:rPr>
          <w:b/>
        </w:rPr>
        <w:t xml:space="preserve">[47:04] </w:t>
      </w:r>
      <w:r>
        <w:t>from the hell, from the hell fire.</w:t>
      </w:r>
    </w:p>
    <w:p>
      <w:pPr>
        <w:jc w:val="right"/>
      </w:pPr>
      <w:r>
        <w:t>فرام دا ہیل، فرام دا ہیل فائر۔</w:t>
      </w:r>
    </w:p>
    <w:p>
      <w:r>
        <w:rPr>
          <w:b/>
        </w:rPr>
        <w:t xml:space="preserve">[47:10] </w:t>
      </w:r>
      <w:r>
        <w:t>there was no mention of those atrocities completed by making people, not at all.</w:t>
      </w:r>
    </w:p>
    <w:p>
      <w:pPr>
        <w:jc w:val="right"/>
      </w:pPr>
      <w:r>
        <w:t>دیر واز نو مینشن اف دوز ایٹروسٹیز کمپلیٹڈ بائی میکن پیپل، ناٹ ایٹ ال۔</w:t>
      </w:r>
    </w:p>
    <w:p>
      <w:r>
        <w:rPr>
          <w:b/>
        </w:rPr>
        <w:t xml:space="preserve">[47:21] </w:t>
      </w:r>
      <w:r>
        <w:t>no,</w:t>
      </w:r>
    </w:p>
    <w:p>
      <w:pPr>
        <w:jc w:val="right"/>
      </w:pPr>
      <w:r>
        <w:t>نو،</w:t>
      </w:r>
    </w:p>
    <w:p>
      <w:r>
        <w:rPr>
          <w:b/>
        </w:rPr>
        <w:t xml:space="preserve">[47:25] </w:t>
      </w:r>
      <w:r>
        <w:t>no reference either directly or indirectly. Simply, he said that: O people, save yourself from hell fire.</w:t>
      </w:r>
    </w:p>
    <w:p>
      <w:pPr>
        <w:jc w:val="right"/>
      </w:pPr>
      <w:r>
        <w:t>نو ریفرنس ایدر ڈائریکٹلی اور ان ڈائریکٹلی۔ سمپلی، ہی سیڈ دیٹ: او پیپل، سیو یور سیلف فرام ہیل فائر۔</w:t>
      </w:r>
    </w:p>
    <w:p>
      <w:r>
        <w:rPr>
          <w:b/>
        </w:rPr>
        <w:t xml:space="preserve">[47:41] </w:t>
      </w:r>
      <w:r>
        <w:t>so this was the formula of peace of Islam</w:t>
      </w:r>
    </w:p>
    <w:p>
      <w:pPr>
        <w:jc w:val="right"/>
      </w:pPr>
      <w:r>
        <w:t>سو دس واز دا فارمولا اف پیس اف اسلام</w:t>
      </w:r>
    </w:p>
    <w:p>
      <w:r>
        <w:rPr>
          <w:b/>
        </w:rPr>
        <w:t xml:space="preserve">[47:48] </w:t>
      </w:r>
      <w:r>
        <w:t>. The starting point in formula of peace in Islam is that: avoid all kind of confrontation, avoid all kind of war,</w:t>
      </w:r>
    </w:p>
    <w:p>
      <w:pPr>
        <w:jc w:val="right"/>
      </w:pPr>
      <w:r>
        <w:t>۔ دا سٹارٹنگ پوائنٹ ان فارمولا اف پیس ان اسلام از دیٹ: اوائیڈ ال کائنڈ اف کنفرنٹیشن، اوائیڈ ال کائنڈ اف وار،</w:t>
      </w:r>
    </w:p>
    <w:p>
      <w:r>
        <w:rPr>
          <w:b/>
        </w:rPr>
        <w:t xml:space="preserve">[48:03] </w:t>
      </w:r>
      <w:r>
        <w:t>and avail the opportunities. There is a very relevant verse in the Quran: as-sulh khayr,</w:t>
      </w:r>
    </w:p>
    <w:p>
      <w:pPr>
        <w:jc w:val="right"/>
      </w:pPr>
      <w:r>
        <w:t>اینڈ اویل دا اپرچونیٹیز۔ دیر از اے ویری ریلیونٹ ورس ان دا قران: اصل خیر،</w:t>
      </w:r>
    </w:p>
    <w:p>
      <w:r>
        <w:rPr>
          <w:b/>
        </w:rPr>
        <w:t xml:space="preserve">[48:13] </w:t>
      </w:r>
      <w:r>
        <w:t>reconciliation is the best</w:t>
      </w:r>
    </w:p>
    <w:p>
      <w:pPr>
        <w:jc w:val="right"/>
      </w:pPr>
      <w:r>
        <w:t>ریکانسیلیشن از دا بیسٹ</w:t>
      </w:r>
    </w:p>
    <w:p>
      <w:r>
        <w:rPr>
          <w:b/>
        </w:rPr>
        <w:t xml:space="preserve">[48:17] </w:t>
      </w:r>
      <w:r>
        <w:t>. This is the formula of peace: reconciliation of the is the best. It means that in every situation, in every society, in every condition, you have to adopt the formula of, you have to adopt conciliatory course of action rather than confrontational course of action.</w:t>
      </w:r>
    </w:p>
    <w:p>
      <w:pPr>
        <w:jc w:val="right"/>
      </w:pPr>
      <w:r>
        <w:t>۔ دس از دا فارمولا اف پیس: ریکانسیلیشن اف دا از دا بیسٹ۔ اٹ مینز دیٹ ان ایوری سچویشن، ان ایوری سوسائٹی، ان ایوری کنڈیشن، یو ہیو ٹو اڈاپٹ دا فارمولا اف، یو ہیو ٹو اڈاپٹ کانسلیٹری کورس اف ایکشن رادر دین کنفرنٹیشنل کورس اف ایکشن۔</w:t>
      </w:r>
    </w:p>
    <w:p>
      <w:r>
        <w:rPr>
          <w:b/>
        </w:rPr>
        <w:t xml:space="preserve">[48:45] </w:t>
      </w:r>
      <w:r>
        <w:t>by this formula, you can establish peace. This formula was adopted by Sufi people in these verse: sulh kull.</w:t>
      </w:r>
    </w:p>
    <w:p>
      <w:pPr>
        <w:jc w:val="right"/>
      </w:pPr>
      <w:r>
        <w:t>بائی دس فارمولا، یو کین اسٹیبلش پیس۔ دس فارمولا واز اڈاپٹڈ بائی صوفی پیپل ان دیز ورس: صلح کل۔</w:t>
      </w:r>
    </w:p>
    <w:p>
      <w:r>
        <w:rPr>
          <w:b/>
        </w:rPr>
        <w:t xml:space="preserve">[48:58] </w:t>
      </w:r>
      <w:r>
        <w:t>sulh kull means is a Persian word. You know, most literature of Sufi people is in Persian.</w:t>
      </w:r>
    </w:p>
    <w:p>
      <w:pPr>
        <w:jc w:val="right"/>
      </w:pPr>
      <w:r>
        <w:t>صلح کل مینز از ا پرشین ورڈ۔ یو نو، موسٹ لٹریچر اف صوفی پیپل از ان پرشین۔</w:t>
      </w:r>
    </w:p>
    <w:p>
      <w:r>
        <w:rPr>
          <w:b/>
        </w:rPr>
        <w:t xml:space="preserve">[49:08] </w:t>
      </w:r>
      <w:r>
        <w:t>so sulh kull means peace with all, peace with all.</w:t>
      </w:r>
    </w:p>
    <w:p>
      <w:pPr>
        <w:jc w:val="right"/>
      </w:pPr>
      <w:r>
        <w:t>سو صلح کل مینز پیس ود ال، پیس ود ال۔</w:t>
      </w:r>
    </w:p>
    <w:p>
      <w:r>
        <w:rPr>
          <w:b/>
        </w:rPr>
        <w:t xml:space="preserve">[49:16] </w:t>
      </w:r>
      <w:r>
        <w:t>heer, peace means any no fighting, no war, no violence.</w:t>
      </w:r>
    </w:p>
    <w:p>
      <w:pPr>
        <w:jc w:val="right"/>
      </w:pPr>
      <w:r>
        <w:t>ہیر، پیس مینز اینی نو فائٹنگ، نو وار، نو وائلنس۔</w:t>
      </w:r>
    </w:p>
    <w:p>
      <w:r>
        <w:rPr>
          <w:b/>
        </w:rPr>
        <w:t xml:space="preserve">[49:26] </w:t>
      </w:r>
      <w:r>
        <w:t>so the starting point of, so the starting point in islam towards establishing peace is that you have to adopt, you have to accept the prevalent situation.</w:t>
      </w:r>
    </w:p>
    <w:p>
      <w:pPr>
        <w:jc w:val="right"/>
      </w:pPr>
      <w:r>
        <w:t>سو دا سٹارٹنگ پوائنٹ اف، سو دا سٹارٹنگ پوائنٹ ان اسلام ٹورڈز اسٹیبلشنگ پیس از دیٹ یو ہیو ٹو اڈاپٹ، یو ہیو ٹو ایکسیپٹ دا پریویلنٹ سچویشن۔</w:t>
      </w:r>
    </w:p>
    <w:p>
      <w:r>
        <w:rPr>
          <w:b/>
        </w:rPr>
        <w:t xml:space="preserve">[49:43] </w:t>
      </w:r>
      <w:r>
        <w:t>so the difference between islam and other, other ideologies, in all other ideologies of peace, in all other model of peace, they said quite different word.</w:t>
      </w:r>
    </w:p>
    <w:p>
      <w:pPr>
        <w:jc w:val="right"/>
      </w:pPr>
      <w:r>
        <w:t>سو دا ڈیفرنس بٹوین اسلام اینڈ ادر، ادر ائیڈیالوجیز، ان ال ادر ائیڈیالوجیز اف پیس، ان ال ادر ماڈل اف پیس، دے سیڈ کوائٹ ڈفرنٹ ورڈ۔</w:t>
      </w:r>
    </w:p>
    <w:p>
      <w:r>
        <w:rPr>
          <w:b/>
        </w:rPr>
        <w:t xml:space="preserve">[50:00] </w:t>
      </w:r>
      <w:r>
        <w:t>they utter quite different word. in islam says that peace with all</w:t>
      </w:r>
    </w:p>
    <w:p>
      <w:pPr>
        <w:jc w:val="right"/>
      </w:pPr>
      <w:r>
        <w:t>دے اٹر کوائٹ ڈفرنٹ ورڈ۔ ان اسلام سیز دیٹ پیس ود ال</w:t>
      </w:r>
    </w:p>
    <w:p>
      <w:r>
        <w:rPr>
          <w:b/>
        </w:rPr>
        <w:t xml:space="preserve">[50:10] </w:t>
      </w:r>
      <w:r>
        <w:t>. they said that peace can be attained only after eliminating the non peace.</w:t>
      </w:r>
    </w:p>
    <w:p>
      <w:pPr>
        <w:jc w:val="right"/>
      </w:pPr>
      <w:r>
        <w:t>۔ دے سیڈ دیٹ پیس کین بی اٹینڈ اونلی افٹر ایلیمینیٹنگ دا نان پیس۔</w:t>
      </w:r>
    </w:p>
    <w:p>
      <w:r>
        <w:rPr>
          <w:b/>
        </w:rPr>
        <w:t xml:space="preserve">[50:22] </w:t>
      </w:r>
      <w:r>
        <w:t>this is the basic difference between islam, islamic formula or other formulas. then, i would like say that islam has the contribution of islam towards peace is a very, very importance</w:t>
      </w:r>
    </w:p>
    <w:p>
      <w:pPr>
        <w:jc w:val="right"/>
      </w:pPr>
      <w:r>
        <w:t>دس از دا بیسک ڈیفرنس بٹوین اسلام، اسلامک فارمولا اور ادر فارمولاز۔ دین، ائی وڈ لائک سے دیٹ اسلام ہیز دا کنٹریبیوشن اف اسلام ٹورڈز پیس از ا ویری، ویری امپورٹنس</w:t>
      </w:r>
    </w:p>
    <w:p>
      <w:r>
        <w:rPr>
          <w:b/>
        </w:rPr>
        <w:t xml:space="preserve">[50:40] </w:t>
      </w:r>
      <w:r>
        <w:t>. here, i would like to give some aspect of that scheme. for example,</w:t>
      </w:r>
    </w:p>
    <w:p>
      <w:pPr>
        <w:jc w:val="right"/>
      </w:pPr>
      <w:r>
        <w:t>۔ ہیر، ائی وڈ لائک ٹو گیو سم اسپیکٹ اف دیٹ سکیم۔ فار ایگزامپل،</w:t>
      </w:r>
    </w:p>
    <w:p>
      <w:r>
        <w:rPr>
          <w:b/>
        </w:rPr>
        <w:t xml:space="preserve">[50:53] </w:t>
      </w:r>
      <w:r>
        <w:t>islam says that use of arm is</w:t>
      </w:r>
    </w:p>
    <w:p>
      <w:pPr>
        <w:jc w:val="right"/>
      </w:pPr>
      <w:r>
        <w:t>اسلام سیز دیٹ یوز اف ارم از</w:t>
      </w:r>
    </w:p>
    <w:p>
      <w:r>
        <w:rPr>
          <w:b/>
        </w:rPr>
        <w:t xml:space="preserve">[51:01] </w:t>
      </w:r>
      <w:r>
        <w:t>that people are not allowed to use arms.</w:t>
      </w:r>
    </w:p>
    <w:p>
      <w:pPr>
        <w:jc w:val="right"/>
      </w:pPr>
      <w:r>
        <w:t>دیٹ پیپل ار ناٹ الاؤڈ ٹو یوز ارمز۔</w:t>
      </w:r>
    </w:p>
    <w:p>
      <w:r>
        <w:rPr>
          <w:b/>
        </w:rPr>
        <w:t xml:space="preserve">[51:06] </w:t>
      </w:r>
      <w:r>
        <w:t>people can go to peaceful negotiation, peaceful dialogue, but they cannot use arm. they will establish law in islam: al-raheel al-imam,</w:t>
      </w:r>
    </w:p>
    <w:p>
      <w:pPr>
        <w:jc w:val="right"/>
      </w:pPr>
      <w:r>
        <w:t>پیپل کین گو ٹو پیس فل نیگوشی ایشن، پیس فل ڈائیلاگ، بٹ دے کین ناٹ یوز ارم۔ دے ویل اسٹیبلش لاء ان اسلام: الرحیل الامام،</w:t>
      </w:r>
    </w:p>
    <w:p>
      <w:r>
        <w:rPr>
          <w:b/>
        </w:rPr>
        <w:t xml:space="preserve">[51:23] </w:t>
      </w:r>
      <w:r>
        <w:t>al-raheel al-imam. to declare a war is a prerogative of state</w:t>
      </w:r>
    </w:p>
    <w:p>
      <w:pPr>
        <w:jc w:val="right"/>
      </w:pPr>
      <w:r>
        <w:t>الرحیل الامام۔ ٹو ڈیکلیئر ا وار از ا پیراگٹیو اف اسٹیٹ</w:t>
      </w:r>
    </w:p>
    <w:p>
      <w:r>
        <w:rPr>
          <w:b/>
        </w:rPr>
        <w:t xml:space="preserve">[51:33] </w:t>
      </w:r>
      <w:r>
        <w:t>. you see, all those violence now we see everywhere in the world is completed by non governmental organizations.</w:t>
      </w:r>
    </w:p>
    <w:p>
      <w:pPr>
        <w:jc w:val="right"/>
      </w:pPr>
      <w:r>
        <w:t>۔ یو سی، ال دوز وائلنس ناو وی سی ایوری ویر ان دا ورلڈ از کمپلیٹڈ بائی نان گورنمنٹل ارگنائزیشنز۔</w:t>
      </w:r>
    </w:p>
    <w:p>
      <w:r>
        <w:rPr>
          <w:b/>
        </w:rPr>
        <w:t xml:space="preserve">[51:43] </w:t>
      </w:r>
      <w:r>
        <w:t>no state is involved in these so called jihad.</w:t>
      </w:r>
    </w:p>
    <w:p>
      <w:pPr>
        <w:jc w:val="right"/>
      </w:pPr>
      <w:r>
        <w:t>نو اسٹیٹ از انوالو ان دیز سو کالڈ جہاد۔</w:t>
      </w:r>
    </w:p>
    <w:p>
      <w:r>
        <w:rPr>
          <w:b/>
        </w:rPr>
        <w:t xml:space="preserve">[51:50] </w:t>
      </w:r>
      <w:r>
        <w:t>all those item of violence that are reported in media are completed by ngos rather than muslim states.</w:t>
      </w:r>
    </w:p>
    <w:p>
      <w:pPr>
        <w:jc w:val="right"/>
      </w:pPr>
      <w:r>
        <w:t>ال دوز ائٹم اف وائلنس دیٹ ار رپورٹڈ ان میڈیا ار کمپلیٹڈ بائی این جی اوز رادر دین مسلم اسٹیٹس۔</w:t>
      </w:r>
    </w:p>
    <w:p>
      <w:r>
        <w:rPr>
          <w:b/>
        </w:rPr>
        <w:t xml:space="preserve">[52:06] </w:t>
      </w:r>
      <w:r>
        <w:t>so, according to islamic law, that not allowed to go to violence.</w:t>
      </w:r>
    </w:p>
    <w:p>
      <w:pPr>
        <w:jc w:val="right"/>
      </w:pPr>
      <w:r>
        <w:t>سو، اکارڈنگ ٹو اسلامک لاء، دیٹ ناٹ الاؤڈ ٹو گو ٹو وائلنس۔</w:t>
      </w:r>
    </w:p>
    <w:p>
      <w:r>
        <w:rPr>
          <w:b/>
        </w:rPr>
        <w:t xml:space="preserve">[52:14] </w:t>
      </w:r>
      <w:r>
        <w:t>according to islamic principle, only state can declare a war.</w:t>
      </w:r>
    </w:p>
    <w:p>
      <w:pPr>
        <w:jc w:val="right"/>
      </w:pPr>
      <w:r>
        <w:t>اکارڈنگ ٹو اسلامک پرنسپل، اونلی اسٹیٹ کین ڈیکلیئر ا وار۔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