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Misunderstanding July 02, 2008</w:t>
      </w:r>
    </w:p>
    <w:p>
      <w:r>
        <w:t>https://youtu.be/IP8aFVKtttc</w:t>
      </w:r>
    </w:p>
    <w:p>
      <w:r>
        <w:rPr>
          <w:b/>
        </w:rPr>
        <w:t xml:space="preserve">[00:28] </w:t>
      </w:r>
      <w:r>
        <w:t>wahid al-aqda min lisani yafqah qawli.</w:t>
      </w:r>
    </w:p>
    <w:p>
      <w:pPr>
        <w:jc w:val="right"/>
      </w:pPr>
      <w:r>
        <w:t>واحل العقدۃ من لسانی یفقہ قولی۔</w:t>
      </w:r>
    </w:p>
    <w:p>
      <w:r>
        <w:rPr>
          <w:b/>
        </w:rPr>
        <w:t xml:space="preserve">[00:38] </w:t>
      </w:r>
      <w:r>
        <w:t>aaj ka jo topic hai woh hai</w:t>
      </w:r>
    </w:p>
    <w:p>
      <w:pPr>
        <w:jc w:val="right"/>
      </w:pPr>
      <w:r>
        <w:t>آج کا جو ٹاپک ہے وہ ہے</w:t>
      </w:r>
    </w:p>
    <w:p>
      <w:r>
        <w:rPr>
          <w:b/>
        </w:rPr>
        <w:t xml:space="preserve">[00:47] </w:t>
      </w:r>
      <w:r>
        <w:t>the problem of misunderstanding ghalat fehmi ka masla.</w:t>
      </w:r>
    </w:p>
    <w:p>
      <w:pPr>
        <w:jc w:val="right"/>
      </w:pPr>
      <w:r>
        <w:t>the problem of misunderstanding غلط فہمی کا مسئلہ۔</w:t>
      </w:r>
    </w:p>
    <w:p>
      <w:r>
        <w:rPr>
          <w:b/>
        </w:rPr>
        <w:t xml:space="preserve">[00:57] </w:t>
      </w:r>
      <w:r>
        <w:t>dekhiye, ghalat fehmi ya misunderstanding bohat zyada aam hai. har ghar mein aap dekhenge, har society mein dekhenge, har jagah dekhenge aap.</w:t>
      </w:r>
    </w:p>
    <w:p>
      <w:pPr>
        <w:jc w:val="right"/>
      </w:pPr>
      <w:r>
        <w:t>دیکھیے، غلط فہمی یا misunderstanding بہت زیادہ عام ہے۔ ہر گھر میں آپ دیکھیں گے، ہر سوسائٹی میں دیکھیں گے، ہر جگہ دیکھیں گے آپ۔</w:t>
      </w:r>
    </w:p>
    <w:p>
      <w:r>
        <w:rPr>
          <w:b/>
        </w:rPr>
        <w:t xml:space="preserve">[01:18] </w:t>
      </w:r>
      <w:r>
        <w:t>main dekhta hoon ke more than 99 percent log kisi na kisi aitbaar se misunderstanding mein pade rehte hain.</w:t>
      </w:r>
    </w:p>
    <w:p>
      <w:pPr>
        <w:jc w:val="right"/>
      </w:pPr>
      <w:r>
        <w:t>میں دیکھتا ہوں کہ more than 99 percent لوگ کسی نہ کسی اعتبار سے misunderstanding میں پڑے رہتے ہیں۔</w:t>
      </w:r>
    </w:p>
    <w:p>
      <w:r>
        <w:rPr>
          <w:b/>
        </w:rPr>
        <w:t xml:space="preserve">[01:33] </w:t>
      </w:r>
      <w:r>
        <w:t>misunderstanding is liye hoti hai ke hum doosre ke bare mein well-wisher nahi hote.</w:t>
      </w:r>
    </w:p>
    <w:p>
      <w:pPr>
        <w:jc w:val="right"/>
      </w:pPr>
      <w:r>
        <w:t>Misunderstanding اس لیے ہوتی ہے کہ ہم دوسرے کے بارے میں well-wisher نہیں ہوتے۔</w:t>
      </w:r>
    </w:p>
    <w:p>
      <w:r>
        <w:rPr>
          <w:b/>
        </w:rPr>
        <w:t xml:space="preserve">[01:45] </w:t>
      </w:r>
      <w:r>
        <w:t>dekhen, koi aadmi apna kisi ka beta hai, bete ke bare mein woh ghalat fehmi mein nahi padta.</w:t>
      </w:r>
    </w:p>
    <w:p>
      <w:pPr>
        <w:jc w:val="right"/>
      </w:pPr>
      <w:r>
        <w:t>دیکھیں، کوئی آدمی اپنا کسی کا بیٹا ہے، بیٹے کے بارے میں وہ غلط فہمی میں نہیں پڑتا۔</w:t>
      </w:r>
    </w:p>
    <w:p>
      <w:r>
        <w:rPr>
          <w:b/>
        </w:rPr>
        <w:t xml:space="preserve">[01:56] </w:t>
      </w:r>
      <w:r>
        <w:t>bete ke bare mein kisi ko misunderstanding nahi hoti, hamesha woh acha hi samajhta rehta hai us ko. lekin doosron ke bare mein foran ho jati hai ghalat fehmi.</w:t>
      </w:r>
    </w:p>
    <w:p>
      <w:pPr>
        <w:jc w:val="right"/>
      </w:pPr>
      <w:r>
        <w:t>بیٹے کے بارے میں کسی کو misunderstanding نہیں ہوتی، ہمیشہ وہ اچھا ہی سمجھتا رہتا ہے اس کو۔ لیکن دوسروں کے بارے میں فوراً ہو جاتی ہے غلط فہمی۔</w:t>
      </w:r>
    </w:p>
    <w:p>
      <w:r>
        <w:rPr>
          <w:b/>
        </w:rPr>
        <w:t xml:space="preserve">[02:12] </w:t>
      </w:r>
      <w:r>
        <w:t>to aisa kyun hai?</w:t>
      </w:r>
    </w:p>
    <w:p>
      <w:pPr>
        <w:jc w:val="right"/>
      </w:pPr>
      <w:r>
        <w:t>تو ایسا کیوں ہے؟</w:t>
      </w:r>
    </w:p>
    <w:p>
      <w:r>
        <w:rPr>
          <w:b/>
        </w:rPr>
        <w:t xml:space="preserve">[02:14] </w:t>
      </w:r>
      <w:r>
        <w:t>aadmi ko apne bete se muhabbat hoti hai, apne bete ka woh well-wisher hota hai. Bete ke liye is ke dil mein bohat achhi jagah hoti hai, is liye kisi baat ko dekhta hai woh bete ke andar to is ka aik achha explanation is ko mil jata hai.</w:t>
      </w:r>
    </w:p>
    <w:p>
      <w:pPr>
        <w:jc w:val="right"/>
      </w:pPr>
      <w:r>
        <w:t>آدمی کو اپنے بیٹے سے محبت ہوتی ہے، اپنے بیٹے کا وہ well-wisher ہوتا ہے۔ بیٹے کے لیے اس کے دل میں بہت اچھی جگہ ہوتی ہے، اس لیے کسی بات کو دیکھتا ہے وہ بیٹے کے اندر تو اس کا ایک اچھا explanation اس کو مل جاتا ہے۔</w:t>
      </w:r>
    </w:p>
    <w:p>
      <w:r>
        <w:rPr>
          <w:b/>
        </w:rPr>
        <w:t xml:space="preserve">[02:41] </w:t>
      </w:r>
      <w:r>
        <w:t>lekin wahi aadmi jo apne bete ke baray mein kisi galat fehmi mein nahi hota, wahi same aadmi doosron ke baray mein galat fehmi ka aik jangla liya hua hota hai.</w:t>
      </w:r>
    </w:p>
    <w:p>
      <w:pPr>
        <w:jc w:val="right"/>
      </w:pPr>
      <w:r>
        <w:t>لیکن وہی آدمی جو اپنے بیٹے کے بارے میں کسی غلط فہمی میں نہیں ہوتا، وہی same آدمی دوسروں کے بارے میں غلط فہمی کا ایک جنگل لیا ہوا ہوتا ہے۔</w:t>
      </w:r>
    </w:p>
    <w:p>
      <w:r>
        <w:rPr>
          <w:b/>
        </w:rPr>
        <w:t xml:space="preserve">[02:58] </w:t>
      </w:r>
      <w:r>
        <w:t>to main ne socha ke aisa kyun hai? Aik hi aadmi mein yeh condition kyun?</w:t>
      </w:r>
    </w:p>
    <w:p>
      <w:pPr>
        <w:jc w:val="right"/>
      </w:pPr>
      <w:r>
        <w:t>تو میں نے سوچا کہ ایسا کیوں ہے؟ ایک ہی آدمی میں یہ condition کیوں؟</w:t>
      </w:r>
    </w:p>
    <w:p>
      <w:r>
        <w:rPr>
          <w:b/>
        </w:rPr>
        <w:t xml:space="preserve">[03:05] </w:t>
      </w:r>
      <w:r>
        <w:t>to samajh mein yahi baat aayi ke sara raaz yeh hai ke aap doosre ke well-wisher hain ya nahi.</w:t>
      </w:r>
    </w:p>
    <w:p>
      <w:pPr>
        <w:jc w:val="right"/>
      </w:pPr>
      <w:r>
        <w:t>تو سمجھ میں یہی بات آئی کہ سارا راز یہ ہے کہ آپ دوسرے کے well-wisher ہیں یا نہیں۔</w:t>
      </w:r>
    </w:p>
    <w:p>
      <w:r>
        <w:rPr>
          <w:b/>
        </w:rPr>
        <w:t xml:space="preserve">[03:15] </w:t>
      </w:r>
      <w:r>
        <w:t>well-wisher hain to misunderstanding nahi hogi, aur agar aap well-wisher nahi hain to foran aap ko aik galat fehmi ho jayegi.</w:t>
      </w:r>
    </w:p>
    <w:p>
      <w:pPr>
        <w:jc w:val="right"/>
      </w:pPr>
      <w:r>
        <w:t>well-wisher ہیں تو misunderstanding نہیں ہوگی، اور اگر آپ well-wisher نہیں ہیں تو فوراً آپ کو ایک غلط فہمی ہو جائے گی۔</w:t>
      </w:r>
    </w:p>
    <w:p>
      <w:r>
        <w:rPr>
          <w:b/>
        </w:rPr>
        <w:t xml:space="preserve">[03:31] </w:t>
      </w:r>
      <w:r>
        <w:t>main aap ko aik misaal deta hoon.</w:t>
      </w:r>
    </w:p>
    <w:p>
      <w:pPr>
        <w:jc w:val="right"/>
      </w:pPr>
      <w:r>
        <w:t>میں آپ کو ایک مثال دیتا ہوں۔</w:t>
      </w:r>
    </w:p>
    <w:p>
      <w:r>
        <w:rPr>
          <w:b/>
        </w:rPr>
        <w:t xml:space="preserve">[03:35] </w:t>
      </w:r>
      <w:r>
        <w:t>hum aik monthly magazine nikalte hain jis ka naam hai "Al-Risala".</w:t>
      </w:r>
    </w:p>
    <w:p>
      <w:pPr>
        <w:jc w:val="right"/>
      </w:pPr>
      <w:r>
        <w:t>ہم ایک monthly magazine نکالتے ہیں جس کا نام ہے "الرسالہ"۔</w:t>
      </w:r>
    </w:p>
    <w:p>
      <w:r>
        <w:rPr>
          <w:b/>
        </w:rPr>
        <w:t xml:space="preserve">[03:44] </w:t>
      </w:r>
      <w:r>
        <w:t>to aik sahab jo hamare khilaf thay, hamare baray mein achhi rai nahi rakhte thay, woh to mere paas aaye, unhon ne kaha ke aap ka risala to is ka title hi galat hai.</w:t>
      </w:r>
    </w:p>
    <w:p>
      <w:pPr>
        <w:jc w:val="right"/>
      </w:pPr>
      <w:r>
        <w:t>تو ایک صاحب جو ہمارے خلاف تھے، ہمارے بارے میں اچھی رائے نہیں رکھتے تھے، وہ تو میرے پاس آئے، انہوں نے کہا کہ آپ کا رسالہ تو اس کا ٹائٹل ہی غلط ہے۔</w:t>
      </w:r>
    </w:p>
    <w:p>
      <w:r>
        <w:rPr>
          <w:b/>
        </w:rPr>
        <w:t xml:space="preserve">[04:01] </w:t>
      </w:r>
      <w:r>
        <w:t>is ka achha, is mein achhi baat kaise koi ho sakti hai?</w:t>
      </w:r>
    </w:p>
    <w:p>
      <w:pPr>
        <w:jc w:val="right"/>
      </w:pPr>
      <w:r>
        <w:t>اس کا اچھا، اس میں اچھی بات کیسے کوئی ہو سکتی ہے؟</w:t>
      </w:r>
    </w:p>
    <w:p>
      <w:r>
        <w:rPr>
          <w:b/>
        </w:rPr>
        <w:t xml:space="preserve">[04:06] </w:t>
      </w:r>
      <w:r>
        <w:t>main ne kaha woh kaise? Unhon ne kaha ke aap ne apne magazine ka naam rakha hai "Al-Risala". "Al-Risala" ke mani hain sab se achha risala.</w:t>
      </w:r>
    </w:p>
    <w:p>
      <w:pPr>
        <w:jc w:val="right"/>
      </w:pPr>
      <w:r>
        <w:t>میں نے کہا وہ کیسے؟ انہوں نے کہا کہ آپ نے اپنے magazine کا نام رکھا ہے "الرسالہ"۔ "الرسالہ" کے معنی ہیں سب سے اچھا رسالہ۔</w:t>
      </w:r>
    </w:p>
    <w:p>
      <w:r>
        <w:rPr>
          <w:b/>
        </w:rPr>
        <w:t xml:space="preserve">[04:18] </w:t>
      </w:r>
      <w:r>
        <w:t>to jo aadmi khud hi apne magazine ko kahe ke sab se achha risala, zahir hai ke woh</w:t>
      </w:r>
    </w:p>
    <w:p>
      <w:pPr>
        <w:jc w:val="right"/>
      </w:pPr>
      <w:r>
        <w:t>تو جو آدمی خود ہی اپنے magazine کو کہے کہ سب سے اچھا رسالہ، ظاہر ہے کہ وہ</w:t>
      </w:r>
    </w:p>
    <w:p>
      <w:r>
        <w:rPr>
          <w:b/>
        </w:rPr>
        <w:t xml:space="preserve">[04:28] </w:t>
      </w:r>
      <w:r>
        <w:t>arrogance mein pada hua hai, apne ko superior samajhta hai.</w:t>
      </w:r>
    </w:p>
    <w:p>
      <w:pPr>
        <w:jc w:val="right"/>
      </w:pPr>
      <w:r>
        <w:t>arrogance میں پڑا ہوا ہے، اپنے کو superior سمجھتا ہے۔</w:t>
      </w:r>
    </w:p>
    <w:p>
      <w:r>
        <w:rPr>
          <w:b/>
        </w:rPr>
        <w:t xml:space="preserve">[04:35] </w:t>
      </w:r>
      <w:r>
        <w:t>islam mein to modesty batayi gayi hai. To main ne kaha ke dekhiye, woh arabi zaban nahi jante thay.</w:t>
      </w:r>
    </w:p>
    <w:p>
      <w:pPr>
        <w:jc w:val="right"/>
      </w:pPr>
      <w:r>
        <w:t>اسلام میں تو modesty بتائی گئی ہے۔ تو میں نے کہا کہ دیکھیے، وہ عربی زبان نہیں جانتے تھے۔</w:t>
      </w:r>
    </w:p>
    <w:p>
      <w:r>
        <w:rPr>
          <w:b/>
        </w:rPr>
        <w:t xml:space="preserve">[04:43] </w:t>
      </w:r>
      <w:r>
        <w:t>woh main ne kaha ke aap jante hain urdu. Urdu ko le kar aap ne samjha ke "Al-Risala" ke mani hain risala, yani magazine.</w:t>
      </w:r>
    </w:p>
    <w:p>
      <w:pPr>
        <w:jc w:val="right"/>
      </w:pPr>
      <w:r>
        <w:t>وہ میں نے کہا کہ آپ جانتے ہیں اردو۔ اردو کو لے کر آپ نے سمجھا کہ "الرسالہ" کے معنی ہیں رسالہ، یعنی magazine۔</w:t>
      </w:r>
    </w:p>
    <w:p>
      <w:r>
        <w:rPr>
          <w:b/>
        </w:rPr>
        <w:t xml:space="preserve">[04:54] </w:t>
      </w:r>
      <w:r>
        <w:t>lekin yeh arabic word hai, is ke mani woh nahi jo aap samajh rahe hain.</w:t>
      </w:r>
    </w:p>
    <w:p>
      <w:pPr>
        <w:jc w:val="right"/>
      </w:pPr>
      <w:r>
        <w:t>لیکن یہ عربک word ہے، اس کے معنی وہ نہیں جو آپ سمجھ رہے ہیں۔</w:t>
      </w:r>
    </w:p>
    <w:p>
      <w:r>
        <w:rPr>
          <w:b/>
        </w:rPr>
        <w:t xml:space="preserve">[05:04] </w:t>
      </w:r>
      <w:r>
        <w:t>urdu mein jis ko kehte hain risala ya magazine, is ke liye arabi mein doosra lafz hai: jareeda hai, majalla hai. Aur jahan tak "Al-Risala" ki baat hai, is ka matlab hai the message "Al-Risala" means the message, sandesh, paigham.</w:t>
      </w:r>
    </w:p>
    <w:p>
      <w:pPr>
        <w:jc w:val="right"/>
      </w:pPr>
      <w:r>
        <w:t>اردو میں جس کو کہتے ہیں رسالہ یا magazine، اس کے لیے عربی میں دوسرا لفظ ہے: جریدہ ہے، مجلہ ہے۔ اور جہاں تک "الرسالہ" کی بات ہے، اس کا مطلب ہے the message "الرسالہ" means the message، سندیش، پیغام۔</w:t>
      </w:r>
    </w:p>
    <w:p>
      <w:r>
        <w:rPr>
          <w:b/>
        </w:rPr>
        <w:t xml:space="preserve">[05:26] </w:t>
      </w:r>
      <w:r>
        <w:t>to is mein burai kya hai? Ab dekhen ke woh "Al-Risala" ki meaning nahi jante thay,</w:t>
      </w:r>
    </w:p>
    <w:p>
      <w:pPr>
        <w:jc w:val="right"/>
      </w:pPr>
      <w:r>
        <w:t>تو اس میں برائی کیا ہے؟ اب دیکھیں کہ وہ "الرسالہ" کی meaning نہیں جانتے تھے،</w:t>
      </w:r>
    </w:p>
    <w:p>
      <w:r>
        <w:rPr>
          <w:b/>
        </w:rPr>
        <w:t xml:space="preserve">[05:34] </w:t>
      </w:r>
      <w:r>
        <w:t>to unhein chahiye tha ke poochhen. Apne aap unhon ne yeh kaise matlab nikal liya ke "Risala" to aik galat parcha hai?</w:t>
      </w:r>
    </w:p>
    <w:p>
      <w:pPr>
        <w:jc w:val="right"/>
      </w:pPr>
      <w:r>
        <w:t>تو انہیں چاہیے تھا کہ پوچھیں۔ اپنے آپ انہوں نے یہ کیسے مطلب نکال لیا کہ "رسالہ" تو ایک غلط پرچہ ہے؟</w:t>
      </w:r>
    </w:p>
    <w:p>
      <w:r>
        <w:rPr>
          <w:b/>
        </w:rPr>
        <w:t xml:space="preserve">[05:43] </w:t>
      </w:r>
      <w:r>
        <w:t>yeh le ke woh shekhi marta hai, posting karta hai. Ya "Risala" naam un ke nazdeek posting ka naam tha, halanke woh simple aik simple naam tha.</w:t>
      </w:r>
    </w:p>
    <w:p>
      <w:pPr>
        <w:jc w:val="right"/>
      </w:pPr>
      <w:r>
        <w:t>یہ لے کے وہ شیخی مارتا ہے، posting کرتا ہے۔ یا "رسالہ" نام ان کے نزدیک posting کا نام تھا، حالانکہ وہ simple ایک simple نام تھا۔</w:t>
      </w:r>
    </w:p>
    <w:p>
      <w:r>
        <w:rPr>
          <w:b/>
        </w:rPr>
        <w:t xml:space="preserve">[05:56] </w:t>
      </w:r>
      <w:r>
        <w:t>is ka matlab hai message, sandesh, paigham. Bas</w:t>
      </w:r>
    </w:p>
    <w:p>
      <w:pPr>
        <w:jc w:val="right"/>
      </w:pPr>
      <w:r>
        <w:t>اس کا مطلب ہے message، سندیش، پیغام۔ بس</w:t>
      </w:r>
    </w:p>
    <w:p>
      <w:r>
        <w:rPr>
          <w:b/>
        </w:rPr>
        <w:t xml:space="preserve">[06:04] </w:t>
      </w:r>
      <w:r>
        <w:t>aisi haal mein dekhiye, abhi hum ne hamare haan risale ka aisa hua hai ke is ki quality to badhayi gayi hai, lekin daam kam kar diya gaya hai.</w:t>
      </w:r>
    </w:p>
    <w:p>
      <w:pPr>
        <w:jc w:val="right"/>
      </w:pPr>
      <w:r>
        <w:t>ایسی حال میں دیکھیے، ابھی ہم نے ہمارے ہاں رسالے کا ایسا ہوا ہے کہ اس کی quality تو بڑھائی گئی ہے، لیکن دام کم کر دیا گیا ہے۔</w:t>
      </w:r>
    </w:p>
    <w:p>
      <w:r>
        <w:rPr>
          <w:b/>
        </w:rPr>
        <w:t xml:space="preserve">[06:15] </w:t>
      </w:r>
      <w:r>
        <w:t>subscription hai, subscription kam kar diya gaya hai, halanke is ki printing ki aur paper ki quality badhayi gayi hai.</w:t>
      </w:r>
    </w:p>
    <w:p>
      <w:pPr>
        <w:jc w:val="right"/>
      </w:pPr>
      <w:r>
        <w:t>سبسکرپشن ہے، سبسکرپشن کم کر دیا گیا ہے، حالانکہ اس کی پرنٹنگ کی اور پیپر کی quality بڑھائی گئی ہے۔</w:t>
      </w:r>
    </w:p>
    <w:p>
      <w:r>
        <w:rPr>
          <w:b/>
        </w:rPr>
        <w:t xml:space="preserve">[06:26] </w:t>
      </w:r>
      <w:r>
        <w:t>ab aik sahab ka letter aaya ke hamare haan aisa kaha ja raha hai ke dekho, in ko kahin se paisa milta hai.</w:t>
      </w:r>
    </w:p>
    <w:p>
      <w:pPr>
        <w:jc w:val="right"/>
      </w:pPr>
      <w:r>
        <w:t>اب ایک صاحب کا letter آیا کہ ہمارے ہاں ایسا کہا جا رہا ہے کہ دیکھو، ان کو کہیں سے پیسہ ملتا ہے۔</w:t>
      </w:r>
    </w:p>
    <w:p>
      <w:r>
        <w:rPr>
          <w:b/>
        </w:rPr>
        <w:t xml:space="preserve">[06:35] </w:t>
      </w:r>
      <w:r>
        <w:t>yeh to kaisa aisa hota hai ke quality badhayen aur daam ghatayen?</w:t>
      </w:r>
    </w:p>
    <w:p>
      <w:pPr>
        <w:jc w:val="right"/>
      </w:pPr>
      <w:r>
        <w:t>یہ تو کیسا ایسا ہوتا ہے کہ quality بڑھائیں اور دام گھٹائیں؟</w:t>
      </w:r>
    </w:p>
    <w:p>
      <w:r>
        <w:rPr>
          <w:b/>
        </w:rPr>
        <w:t xml:space="preserve">[06:42] </w:t>
      </w:r>
      <w:r>
        <w:t>ab unhon ne yeh nikal liya ke hamein koi, koi yani dushmanon ka koi dushman jo hai, woh hamein paisa de raha hai.</w:t>
      </w:r>
    </w:p>
    <w:p>
      <w:pPr>
        <w:jc w:val="right"/>
      </w:pPr>
      <w:r>
        <w:t>اب انہوں نے یہ نکال لیا کہ ہمیں کوئی، کوئی یعنی دشمنوں کا کوئی دشمن جو ہے، وہ ہمیں پیسہ دے رہا ہے۔</w:t>
      </w:r>
    </w:p>
    <w:p>
      <w:r>
        <w:rPr>
          <w:b/>
        </w:rPr>
        <w:t xml:space="preserve">[06:54] </w:t>
      </w:r>
      <w:r>
        <w:t>kyunke woh samajhte hain ke hum</w:t>
      </w:r>
    </w:p>
    <w:p>
      <w:pPr>
        <w:jc w:val="right"/>
      </w:pPr>
      <w:r>
        <w:t>کیونکہ وہ سمجھتے ہیں کہ ہم</w:t>
      </w:r>
    </w:p>
    <w:p>
      <w:r>
        <w:rPr>
          <w:b/>
        </w:rPr>
        <w:t xml:space="preserve">[06:59] </w:t>
      </w:r>
      <w:r>
        <w:t>dushmano ki baaton se chhaapte hain, haalanke galat hai bilkul.</w:t>
      </w:r>
    </w:p>
    <w:p>
      <w:pPr>
        <w:jc w:val="right"/>
      </w:pPr>
      <w:r>
        <w:t>دشمنوں کی باتوں سے چھاپتے ہیں، حالانکہ غلط ہے بالکل۔</w:t>
      </w:r>
    </w:p>
    <w:p>
      <w:r>
        <w:rPr>
          <w:b/>
        </w:rPr>
        <w:t xml:space="preserve">[07:04] </w:t>
      </w:r>
      <w:r>
        <w:t>woh agar woh well-wishing se kaam lete, khair khwaahi se kaam lete, toh woh sochte ke chunchke hum ek islami message phaila rahe hain, islami paigham phaila rahe hain,</w:t>
      </w:r>
    </w:p>
    <w:p>
      <w:pPr>
        <w:jc w:val="right"/>
      </w:pPr>
      <w:r>
        <w:t>وہ اگر وہ well-wishing سے کام لیتے، خیر خواہی سے کام لیتے، تو وہ سوچتے کہ چونکہ ہم ایک اسلامی message پھیلا رہے ہیں، اسلامی پیغام پھیلا رہے ہیں،</w:t>
      </w:r>
    </w:p>
    <w:p>
      <w:r>
        <w:rPr>
          <w:b/>
        </w:rPr>
        <w:t xml:space="preserve">[07:18] </w:t>
      </w:r>
      <w:r>
        <w:t>toh zyada se zyada is ko logon ko, zyada se zyada logon tak pahunchane ke liye hum ne daam ghata diya hai. Aur standard is liye achha kiya hai ke log attract hon, log padhein is ko.</w:t>
      </w:r>
    </w:p>
    <w:p>
      <w:pPr>
        <w:jc w:val="right"/>
      </w:pPr>
      <w:r>
        <w:t>تو زیادہ سے زیادہ اس کو لوگوں کو، زیادہ سے زیادہ لوگوں تک پہنچانے کے لیے ہم نے دام گھٹا دیا ہے۔ اور standard اس لیے اچھا کیا ہے کہ لوگ attract ہوں، لوگ پڑھیں اس کو۔</w:t>
      </w:r>
    </w:p>
    <w:p>
      <w:r>
        <w:rPr>
          <w:b/>
        </w:rPr>
        <w:t xml:space="preserve">[07:32] </w:t>
      </w:r>
      <w:r>
        <w:t>toh standard achha banaya taake log is se attract hon, is ko ek readable cheez samjhein, aur is ka subscription is liye ghata diya hai ke log zyada se zyada log is ko khareedein.</w:t>
      </w:r>
    </w:p>
    <w:p>
      <w:pPr>
        <w:jc w:val="right"/>
      </w:pPr>
      <w:r>
        <w:t>تو standard اچھا بنایا تاکہ لوگ اس سے attract ہوں، اس کو ایک readable چیز سمجھیں، اور اس کا سبسکرپشن اس لیے گھٹا دیا ہے کہ لوگ زیادہ سے زیادہ لوگ اس کو خریدیں۔</w:t>
      </w:r>
    </w:p>
    <w:p>
      <w:r>
        <w:rPr>
          <w:b/>
        </w:rPr>
        <w:t xml:space="preserve">[07:47] </w:t>
      </w:r>
      <w:r>
        <w:t>toh ek hi cheez mein aap dekhiye, agar aadmi ke andar well-wishing hai, woh khair khwah hai, toh positive raaye banayega, aur agar woh khair khwah nahi hai toh negative raaye banayega.</w:t>
      </w:r>
    </w:p>
    <w:p>
      <w:pPr>
        <w:jc w:val="right"/>
      </w:pPr>
      <w:r>
        <w:t>تو ایک ہی چیز میں آپ دیکھیے، اگر آدمی کے اندر well-wishing ہے، وہ خیر خواہ ہے، تو positive رائے بنائے گا، اور اگر وہ خیر خواہ نہیں ہے تو negative رائے بنائے گا۔</w:t>
      </w:r>
    </w:p>
    <w:p>
      <w:r>
        <w:rPr>
          <w:b/>
        </w:rPr>
        <w:t xml:space="preserve">[08:03] </w:t>
      </w:r>
      <w:r>
        <w:t>misunderstanding kya hai? misunderstanding ka matlab hai negative opinion. Toh aap ne jo maine misaal di, aap ko dekhiye, ek hi cheez hai.</w:t>
      </w:r>
    </w:p>
    <w:p>
      <w:pPr>
        <w:jc w:val="right"/>
      </w:pPr>
      <w:r>
        <w:t>misunderstanding کیا ہے؟ misunderstanding کا مطلب ہے negative opinion۔ تو آپ نے جو میں نے مثال دی، آپ کو دیکھیے، ایک ہی چیز ہے۔</w:t>
      </w:r>
    </w:p>
    <w:p>
      <w:r>
        <w:rPr>
          <w:b/>
        </w:rPr>
        <w:t xml:space="preserve">[08:17] </w:t>
      </w:r>
      <w:r>
        <w:t>ek hi cheez mein aap positive opinion bana sakte hain, usi cheez mein aap negative opinion bana sakte hain.</w:t>
      </w:r>
    </w:p>
    <w:p>
      <w:pPr>
        <w:jc w:val="right"/>
      </w:pPr>
      <w:r>
        <w:t>ایک ہی چیز میں آپ positive opinion بنا سکتے ہیں، اسی چیز میں آپ negative opinion بنا سکتے ہیں۔</w:t>
      </w:r>
    </w:p>
    <w:p>
      <w:r>
        <w:rPr>
          <w:b/>
        </w:rPr>
        <w:t xml:space="preserve">[08:27] </w:t>
      </w:r>
      <w:r>
        <w:t>toh negative opinion jab aap banayein toh usi ka naam hai misunderstanding.</w:t>
      </w:r>
    </w:p>
    <w:p>
      <w:pPr>
        <w:jc w:val="right"/>
      </w:pPr>
      <w:r>
        <w:t>تو negative opinion جب آپ بنائیں تو اسی کا نام ہے misunderstanding۔</w:t>
      </w:r>
    </w:p>
    <w:p>
      <w:r>
        <w:rPr>
          <w:b/>
        </w:rPr>
        <w:t xml:space="preserve">[08:36] </w:t>
      </w:r>
      <w:r>
        <w:t>toh is se bachne ka kya tareeqa hai? Woh tareeqa yeh hai ke aza jaakum faasiq bin bayyin fatabaiyano jaise main karta hoon, yahi scrutiny karna, pooch paach karna,</w:t>
      </w:r>
    </w:p>
    <w:p>
      <w:pPr>
        <w:jc w:val="right"/>
      </w:pPr>
      <w:r>
        <w:t>تو اس سے بچنے کا کیا طریقہ ہے؟ وہ طریقہ یہ ہے کہ اذا جاءكم فاسق بین بین فتبینوا جیسے میں کرتا ہوں، یہی اسکرٹنی کرنا، پوچھ پاش کرنا،</w:t>
      </w:r>
    </w:p>
    <w:p>
      <w:r>
        <w:rPr>
          <w:b/>
        </w:rPr>
        <w:t xml:space="preserve">[08:51] </w:t>
      </w:r>
      <w:r>
        <w:t>pata karna.</w:t>
      </w:r>
    </w:p>
    <w:p>
      <w:pPr>
        <w:jc w:val="right"/>
      </w:pPr>
      <w:r>
        <w:t>پتہ کرنا۔</w:t>
      </w:r>
    </w:p>
    <w:p>
      <w:r>
        <w:rPr>
          <w:b/>
        </w:rPr>
        <w:t xml:space="preserve">[08:56] </w:t>
      </w:r>
      <w:r>
        <w:t>jaise ke risale ka naam kyun risala rakha aap ne? Is ka poochte, woh poochne se pehle raaye bana liya.</w:t>
      </w:r>
    </w:p>
    <w:p>
      <w:pPr>
        <w:jc w:val="right"/>
      </w:pPr>
      <w:r>
        <w:t>جیسے کہ رسالے کا نام کیوں رسالہ رکھا آپ نے؟ اس کا پوچھتے، وہ پوچھنے سے پہلے رائے بنا لیا۔</w:t>
      </w:r>
    </w:p>
    <w:p>
      <w:r>
        <w:rPr>
          <w:b/>
        </w:rPr>
        <w:t xml:space="preserve">[09:05] </w:t>
      </w:r>
      <w:r>
        <w:t>aise hi standard jo badhaya gaya, is ka poochte, poochne se pehle raaye bana liya. Toh yaad rakhiye, jab bhi aap kisi ke baare mein well-wisher honge toh aap positive opinion banayenge,</w:t>
      </w:r>
    </w:p>
    <w:p>
      <w:pPr>
        <w:jc w:val="right"/>
      </w:pPr>
      <w:r>
        <w:t>ایسے ہی standard جو بڑھایا گیا، اس کا پوچھتے، پوچھنے سے پہلے رائے بنا لیا۔ تو یاد رکھیے، جب بھی آپ کسی کے بارے میں well-wisher ہوں گے تو آپ positive opinion بنائیں گے،</w:t>
      </w:r>
    </w:p>
    <w:p>
      <w:r>
        <w:rPr>
          <w:b/>
        </w:rPr>
        <w:t xml:space="preserve">[09:21] </w:t>
      </w:r>
      <w:r>
        <w:t>aur jab bhi kisi ke baare mein aap well-wisher nahi honge toh aap negative opinion banayenge.</w:t>
      </w:r>
    </w:p>
    <w:p>
      <w:pPr>
        <w:jc w:val="right"/>
      </w:pPr>
      <w:r>
        <w:t>اور جب بھی کسی کے بارے میں آپ well-wisher نہیں ہوں گے تو آپ negative opinion بنائیں گے۔</w:t>
      </w:r>
    </w:p>
    <w:p>
      <w:r>
        <w:rPr>
          <w:b/>
        </w:rPr>
        <w:t xml:space="preserve">[09:30] </w:t>
      </w:r>
      <w:r>
        <w:t>toh chunchke aaj kal society mein aisa hai ke log ek doosre se hamesha yaani dil mein kuch na kuch shikayat liye rehte hain, yeh complaint is zamane mein itni aam hai ke shayad hi koi aadmi ho jis ka seena complaint se khaali ho.</w:t>
      </w:r>
    </w:p>
    <w:p>
      <w:pPr>
        <w:jc w:val="right"/>
      </w:pPr>
      <w:r>
        <w:t>تو چونکہ آج کل سوسائٹی میں ایسا ہے کہ لوگ ایک دوسرے سے ہمیشہ یعنی دل میں کچھ نہ کچھ شکایت لیے رہتے ہیں، یہ کمپلینٹ اس زمانے میں اتنی عام ہے کہ شاید ہی کوئی آدمی ہو جس کا سینہ کمپلینٹ سے خالی ہو۔</w:t>
      </w:r>
    </w:p>
    <w:p>
      <w:r>
        <w:rPr>
          <w:b/>
        </w:rPr>
        <w:t xml:space="preserve">[09:50] </w:t>
      </w:r>
      <w:r>
        <w:t>kisi na kisi ke khilaaf complaint, kisi na kisi ke khilaaf complaint.</w:t>
      </w:r>
    </w:p>
    <w:p>
      <w:pPr>
        <w:jc w:val="right"/>
      </w:pPr>
      <w:r>
        <w:t>کسی نہ کسی کے خلاف کمپلینٹ، کسی نہ کسی کے خلاف کمپلینٹ۔</w:t>
      </w:r>
    </w:p>
    <w:p>
      <w:r>
        <w:rPr>
          <w:b/>
        </w:rPr>
        <w:t xml:space="preserve">[09:57] </w:t>
      </w:r>
      <w:r>
        <w:t>toh yahi complaint jad hai is baat ki ke aap negative opinion banayein aur misunderstanding paida karein. Isi liye hamara mission yeh hai, aur yeh Islam mein hum ne padha hai ke complaint ko ek dum se dil se nikaal do.</w:t>
      </w:r>
    </w:p>
    <w:p>
      <w:pPr>
        <w:jc w:val="right"/>
      </w:pPr>
      <w:r>
        <w:t>تو یہی کمپلینٹ جڑ ہے اس بات کی کہ آپ negative opinion بنائیں اور misunderstanding پیدا کریں۔ اسی لیے ہمارا مشن یہ ہے، اور یہ اسلام میں ہم نے پڑھا ہے کہ کمپلینٹ کو ایک دم سے دل سے نکال دو۔</w:t>
      </w:r>
    </w:p>
    <w:p>
      <w:r>
        <w:rPr>
          <w:b/>
        </w:rPr>
        <w:t xml:space="preserve">[10:16] </w:t>
      </w:r>
      <w:r>
        <w:t>complaint ko isi tarah haraam samjho jis tarah tum sharab ko haraam samajhte ho.</w:t>
      </w:r>
    </w:p>
    <w:p>
      <w:pPr>
        <w:jc w:val="right"/>
      </w:pPr>
      <w:r>
        <w:t>کمپلینٹ کو اسی طرح حرام سمجھو جس طرح تم شراب کو حرام سمجھتے ہو۔</w:t>
      </w:r>
    </w:p>
    <w:p>
      <w:r>
        <w:rPr>
          <w:b/>
        </w:rPr>
        <w:t xml:space="preserve">[10:23] </w:t>
      </w:r>
      <w:r>
        <w:t>kisi ke khilaaf shikayat, kisi ke khilaaf shikayat ko haraam samjho, haraam jis tarah tum sharab ko haraam samajhte ho.</w:t>
      </w:r>
    </w:p>
    <w:p>
      <w:pPr>
        <w:jc w:val="right"/>
      </w:pPr>
      <w:r>
        <w:t>کسی کے خلاف شکایت، کسی کے خلاف شکایت کو حرام سمجھو، حرام جس طرح تم شراب کو حرام سمجھتے ہو۔</w:t>
      </w:r>
    </w:p>
    <w:p>
      <w:r>
        <w:rPr>
          <w:b/>
        </w:rPr>
        <w:t xml:space="preserve">[10:34] </w:t>
      </w:r>
      <w:r>
        <w:t>dekhiye, aap ko aisa karna chahiye ke aisa koi, agar aisi koi cheez saamne aati hai jis mein aap ke dil mein complaint aa rahi hai, shikayat aa rahi hai,</w:t>
      </w:r>
    </w:p>
    <w:p>
      <w:pPr>
        <w:jc w:val="right"/>
      </w:pPr>
      <w:r>
        <w:t>دیکھیے، آپ کو ایسا کرنا چاہیے کہ ایسا کوئی، اگر ایسی کوئی چیز سامنے آتی ہے جس میں آپ کے دل میں کمپلینٹ آ رہی ہے، شکایت آ رہی ہے،</w:t>
      </w:r>
    </w:p>
    <w:p>
      <w:r>
        <w:rPr>
          <w:b/>
        </w:rPr>
        <w:t xml:space="preserve">[10:49] </w:t>
      </w:r>
      <w:r>
        <w:t>toh aap ke liye do mein se ek ka option hai.</w:t>
      </w:r>
    </w:p>
    <w:p>
      <w:pPr>
        <w:jc w:val="right"/>
      </w:pPr>
      <w:r>
        <w:t>تو آپ کے لیے دو میں سے ایک کا آپشن ہے۔</w:t>
      </w:r>
    </w:p>
    <w:p>
      <w:r>
        <w:rPr>
          <w:b/>
        </w:rPr>
        <w:t xml:space="preserve">[10:52] </w:t>
      </w:r>
      <w:r>
        <w:t>bas ya toh is par apne mind ko lagayein hi nahi, sochein hi nahi. Aap keh dein ke bhai, hum se kya matlab</w:t>
      </w:r>
    </w:p>
    <w:p>
      <w:pPr>
        <w:jc w:val="right"/>
      </w:pPr>
      <w:r>
        <w:t>بس یا تو اس پر اپنے مائنڈ کو لگائیں ہی نہیں، سوچیں ہی نہیں۔ آپ کہہ دیں کہ بھئی، ہم سے کیا مطلب</w:t>
      </w:r>
    </w:p>
    <w:p>
      <w:r>
        <w:rPr>
          <w:b/>
        </w:rPr>
        <w:t xml:space="preserve">[11:03] </w:t>
      </w:r>
      <w:r>
        <w:t>? Humein is se kya lena dena hai? Aur agar aap koi raaye banana chahte hain toh yeh must hai, aap par farz hai ke aap poochhein,</w:t>
      </w:r>
    </w:p>
    <w:p>
      <w:pPr>
        <w:jc w:val="right"/>
      </w:pPr>
      <w:r>
        <w:t>؟ ہمیں اس سے کیا لینا دینا ہے؟ اور اگر آپ کوئی رائے بنانا چاہتے ہیں تو یہ مسٹ ہے، آپ پر فرض ہے کہ آپ پوچھیں،</w:t>
      </w:r>
    </w:p>
    <w:p>
      <w:r>
        <w:rPr>
          <w:b/>
        </w:rPr>
        <w:t xml:space="preserve">[11:19] </w:t>
      </w:r>
      <w:r>
        <w:t>scrutiny karein,</w:t>
      </w:r>
    </w:p>
    <w:p>
      <w:pPr>
        <w:jc w:val="right"/>
      </w:pPr>
      <w:r>
        <w:t>اسکرٹنی کریں،</w:t>
      </w:r>
    </w:p>
    <w:p>
      <w:r>
        <w:rPr>
          <w:b/>
        </w:rPr>
        <w:t xml:space="preserve">[11:23] </w:t>
      </w:r>
      <w:r>
        <w:t>jaanne ki koshish karein is ki gehraai tak. Is ko</w:t>
      </w:r>
    </w:p>
    <w:p>
      <w:pPr>
        <w:jc w:val="right"/>
      </w:pPr>
      <w:r>
        <w:t>جاننے کی کوشش کریں اس کی گہرائی تک۔ اس کو</w:t>
      </w:r>
    </w:p>
    <w:p>
      <w:r>
        <w:rPr>
          <w:b/>
        </w:rPr>
        <w:t xml:space="preserve">[11:29] </w:t>
      </w:r>
      <w:r>
        <w:t>to yahan tak ya to aap tehqeeq kijiye ya is ko bhula dijiye. lekin log third option lete hain ke na to is ke bare mein pooch paash karte,</w:t>
      </w:r>
    </w:p>
    <w:p>
      <w:pPr>
        <w:jc w:val="right"/>
      </w:pPr>
      <w:r>
        <w:t>تو یہاں تک یا تو آپ تحقیق کیجیے یا اس کو بھلا دیجیے۔ لیکن لوگ تھرڈ آپشن لیتے ہیں کہ نہ تو اس کے بارے میں پوچھ پاش کرتے،</w:t>
      </w:r>
    </w:p>
    <w:p>
      <w:r>
        <w:rPr>
          <w:b/>
        </w:rPr>
        <w:t xml:space="preserve">[11:44] </w:t>
      </w:r>
      <w:r>
        <w:t>na is ki tehqeeq karte, aur na is ko dil se nikalte. bas rai bana len ge, aur rai hamesha negative hoti hai is tarah ke mamle mein.</w:t>
      </w:r>
    </w:p>
    <w:p>
      <w:pPr>
        <w:jc w:val="right"/>
      </w:pPr>
      <w:r>
        <w:t>نہ اس کی تحقیق کرتے، اور نہ اس کو دل سے نکالتے۔ بس رائے بنا لیں گے، اور رائے ہمیشہ نیگیٹیو ہوتی ہے اس طرح کے معاملے میں۔</w:t>
      </w:r>
    </w:p>
    <w:p>
      <w:r>
        <w:rPr>
          <w:b/>
        </w:rPr>
        <w:t xml:space="preserve">[11:56] </w:t>
      </w:r>
      <w:r>
        <w:t>kyun ke jab bhi koi baat aap ke samne aati hai to wo poori baat nahi hoti. dekhen, ek maine paya hai apne tajrube mein ke log jab report karte hain to kabhi bhi as it is reporting nahi karte.</w:t>
      </w:r>
    </w:p>
    <w:p>
      <w:pPr>
        <w:jc w:val="right"/>
      </w:pPr>
      <w:r>
        <w:t>کیونکہ جب بھی کوئی بات آپ کے سامنے آتی ہے تو وہ پوری بات نہیں ہوتی۔ دیکھیں، ایک میں نے پایا ہے اپنے تجربے میں کہ لوگ جب رپورٹ کرتے ہیں تو کبھی بھی ایز اٹ از رپورٹنگ نہیں کرتے۔</w:t>
      </w:r>
    </w:p>
    <w:p>
      <w:r>
        <w:rPr>
          <w:b/>
        </w:rPr>
        <w:t xml:space="preserve">[12:12] </w:t>
      </w:r>
      <w:r>
        <w:t>paper mein, news paper mein jo reporting aati hai, as it is reporting nahi hoti. ya ghata ya aadmi ya to ghata kar kahe ga ya barha kar kahe ga.</w:t>
      </w:r>
    </w:p>
    <w:p>
      <w:pPr>
        <w:jc w:val="right"/>
      </w:pPr>
      <w:r>
        <w:t>پیپر میں، نیوز پیپر میں جو رپورٹنگ آتی ہے، ایز اٹ از رپورٹنگ نہیں ہوتی۔ یا گھٹا یا آدمی یا تو گھٹا کر کہے گا یا بڑھا کر کہے گا۔</w:t>
      </w:r>
    </w:p>
    <w:p>
      <w:r>
        <w:rPr>
          <w:b/>
        </w:rPr>
        <w:t xml:space="preserve">[12:23] </w:t>
      </w:r>
      <w:r>
        <w:t>ya to ghata kar kahe ga ya barha kar kahe ga.</w:t>
      </w:r>
    </w:p>
    <w:p>
      <w:pPr>
        <w:jc w:val="right"/>
      </w:pPr>
      <w:r>
        <w:t>یا تو گھٹا کر کہے گا یا بڑھا کر کہے گا۔</w:t>
      </w:r>
    </w:p>
    <w:p>
      <w:r>
        <w:rPr>
          <w:b/>
        </w:rPr>
        <w:t xml:space="preserve">[12:28] </w:t>
      </w:r>
      <w:r>
        <w:t>bas as it is reporting to jaise aisa hai ke hai hi nahi kisi ke andar. to jab as it is reporting nahi hai to aap ke samne jo picture aayegi wo adhuri picture hogi.</w:t>
      </w:r>
    </w:p>
    <w:p>
      <w:pPr>
        <w:jc w:val="right"/>
      </w:pPr>
      <w:r>
        <w:t>بس ایز اٹ از رپورٹنگ تو جیسے ایسا ہے کہ ہے ہی نہیں کسی کے اندر۔ تو جب ایز اٹ از رپورٹنگ نہیں ہے تو آپ کے سامنے جو پکچر آئے گی وہ ادھوری پکچر ہوگی۔</w:t>
      </w:r>
    </w:p>
    <w:p>
      <w:r>
        <w:rPr>
          <w:b/>
        </w:rPr>
        <w:t xml:space="preserve">[12:43] </w:t>
      </w:r>
      <w:r>
        <w:t>ab isi ko parh kar ke aap agar apni rai bana len</w:t>
      </w:r>
    </w:p>
    <w:p>
      <w:pPr>
        <w:jc w:val="right"/>
      </w:pPr>
      <w:r>
        <w:t>اب اسی کو پڑھ کر کے آپ اگر اپنی رائے بنا لیں</w:t>
      </w:r>
    </w:p>
    <w:p>
      <w:r>
        <w:rPr>
          <w:b/>
        </w:rPr>
        <w:t xml:space="preserve">[12:51] </w:t>
      </w:r>
      <w:r>
        <w:t>to zahir hai ke aap ki rai galat hogi.</w:t>
      </w:r>
    </w:p>
    <w:p>
      <w:pPr>
        <w:jc w:val="right"/>
      </w:pPr>
      <w:r>
        <w:t>تو ظاہر ہے کہ آپ کی رائے غلط ہوگی۔</w:t>
      </w:r>
    </w:p>
    <w:p>
      <w:r>
        <w:rPr>
          <w:b/>
        </w:rPr>
        <w:t xml:space="preserve">[12:54] </w:t>
      </w:r>
      <w:r>
        <w:t>ek martaba mein bahar gaya hua tha, aur wapsi ek din hui to hawai jahaz mein paper mila parhne ke liye.</w:t>
      </w:r>
    </w:p>
    <w:p>
      <w:pPr>
        <w:jc w:val="right"/>
      </w:pPr>
      <w:r>
        <w:t>ایک مرتبہ میں باہر گیا ہوا تھا، اور واپسی ایک دن ہوئی تو ہوائی جہاز میں پیپر ملا پڑھنے کے لیے۔</w:t>
      </w:r>
    </w:p>
    <w:p>
      <w:r>
        <w:rPr>
          <w:b/>
        </w:rPr>
        <w:t xml:space="preserve">[13:07] </w:t>
      </w:r>
      <w:r>
        <w:t>paper wo paper tha kisi aur country ka,</w:t>
      </w:r>
    </w:p>
    <w:p>
      <w:pPr>
        <w:jc w:val="right"/>
      </w:pPr>
      <w:r>
        <w:t>پیپر وہ پیپر تھا کسی اور کنٹری کا،</w:t>
      </w:r>
    </w:p>
    <w:p>
      <w:r>
        <w:rPr>
          <w:b/>
        </w:rPr>
        <w:t xml:space="preserve">[13:17] </w:t>
      </w:r>
      <w:r>
        <w:t>to is mein likha hua tha "dilli mein fasaad"</w:t>
      </w:r>
    </w:p>
    <w:p>
      <w:pPr>
        <w:jc w:val="right"/>
      </w:pPr>
      <w:r>
        <w:t>تو اس میں لکھا ہوا تھا "دلی میں فساد"</w:t>
      </w:r>
    </w:p>
    <w:p>
      <w:r>
        <w:rPr>
          <w:b/>
        </w:rPr>
        <w:t xml:space="preserve">[13:22] </w:t>
      </w:r>
      <w:r>
        <w:t>. urdu paper tha, wo bahar ka paper tha. wo yahi tha "dilli mein fasaad". to main samjha ke jab main airport pe utra to mujhe dar laga ke bhai pata nahi dilli mein aag lagi hui hai, kya ho raha hai, pata nahi kaise jaon.</w:t>
      </w:r>
    </w:p>
    <w:p>
      <w:pPr>
        <w:jc w:val="right"/>
      </w:pPr>
      <w:r>
        <w:t>۔ اردو پیپر تھا، وہ باہر کا پیپر تھا۔ وہ یہی تھا "دلی میں فساد"۔ تو میں سمجھا کہ جب میں ایئرپورٹ پہ اترا تو مجھے ڈر لگا کہ بھئی پتہ نہیں دلی میں آگ لگی ہوئی ہے، کیا ہو رہا ہے، پتہ نہیں کیسے جاؤں۔</w:t>
      </w:r>
    </w:p>
    <w:p>
      <w:r>
        <w:rPr>
          <w:b/>
        </w:rPr>
        <w:t xml:space="preserve">[13:41] </w:t>
      </w:r>
      <w:r>
        <w:t>to darte darte main airport se bahar aya aur kisi tarah se ghar pohanch. ab pata kya</w:t>
      </w:r>
    </w:p>
    <w:p>
      <w:pPr>
        <w:jc w:val="right"/>
      </w:pPr>
      <w:r>
        <w:t>تو ڈرتے ڈرتے میں ایئرپورٹ سے باہر آیا اور کسی طریقے سے گھر پہنچا۔ اب پتہ کیا</w:t>
      </w:r>
    </w:p>
    <w:p>
      <w:r>
        <w:rPr>
          <w:b/>
        </w:rPr>
        <w:t xml:space="preserve">[13:51] </w:t>
      </w:r>
      <w:r>
        <w:t>to maloom hua ke "dilli mein fasaad" ka matlab yeh tha ke dilli ka ek area, ek colony hai jis ka naam hai "salem pur".</w:t>
      </w:r>
    </w:p>
    <w:p>
      <w:pPr>
        <w:jc w:val="right"/>
      </w:pPr>
      <w:r>
        <w:t>تو معلوم ہوا کہ "دلی میں فساد" کا مطلب یہ تھا کہ دلی کا ایک ایریا، ایک کالونی ہے جس کا نام ہے "سیلم پور"۔</w:t>
      </w:r>
    </w:p>
    <w:p>
      <w:r>
        <w:rPr>
          <w:b/>
        </w:rPr>
        <w:t xml:space="preserve">[14:01] </w:t>
      </w:r>
      <w:r>
        <w:t>salem pur ek choti si colony hai, wahan par kuch jhagda ho gaya do group mein, aur kuch aapas mein maar kaat ho gayi.</w:t>
      </w:r>
    </w:p>
    <w:p>
      <w:pPr>
        <w:jc w:val="right"/>
      </w:pPr>
      <w:r>
        <w:t>سیلم پور ایک چھوٹی سی کالونی ہے، وہاں پر کچھ جھگڑا ہو گیا دو گروپ میں، اور کچھ آپس میں مار کاٹ ہو گئی۔</w:t>
      </w:r>
    </w:p>
    <w:p>
      <w:r>
        <w:rPr>
          <w:b/>
        </w:rPr>
        <w:t xml:space="preserve">[14:15] </w:t>
      </w:r>
      <w:r>
        <w:t>salem pur poori dilli ka one percent bhi nahi hai,</w:t>
      </w:r>
    </w:p>
    <w:p>
      <w:pPr>
        <w:jc w:val="right"/>
      </w:pPr>
      <w:r>
        <w:t>سیلم پور پوری دلی کا ون پرسنٹ بھی نہیں ہے،</w:t>
      </w:r>
    </w:p>
    <w:p>
      <w:r>
        <w:rPr>
          <w:b/>
        </w:rPr>
        <w:t xml:space="preserve">[14:19] </w:t>
      </w:r>
      <w:r>
        <w:t>bohat hi chota sa area hai, aur is area mein bhi do aadmiyon ke beech mein jhagda hua. yani ke sara salem pur jo hai wo larrne laga.</w:t>
      </w:r>
    </w:p>
    <w:p>
      <w:pPr>
        <w:jc w:val="right"/>
      </w:pPr>
      <w:r>
        <w:t>بہت ہی چھوٹا سا ایریا ہے، اور اس ایریا میں بھی دو آدمیوں کے بیچ میں جھگڑا ہوا۔ یعنی کہ سارا سیلم پور جو ہے وہ لڑنے لگا۔</w:t>
      </w:r>
    </w:p>
    <w:p>
      <w:r>
        <w:rPr>
          <w:b/>
        </w:rPr>
        <w:t xml:space="preserve">[14:31] </w:t>
      </w:r>
      <w:r>
        <w:t>lekin chupa kya "dilli mein fasaad"? to akhbar wale aisa nahi karte ke yeh kahein ke ke dilli mein bohat sari coloniyan hain, un mein se ek choti si colony hai "salem p</w:t>
      </w:r>
    </w:p>
    <w:p>
      <w:pPr>
        <w:jc w:val="right"/>
      </w:pPr>
      <w:r>
        <w:t>لیکن چھپا کیا "دلی میں فساد"؟ تو اخبار والے ایسا نہیں کرتے کہ یہ کہیں کہ کہ دلی میں بہت ساری کالونیاں ہیں، ان میں سے ایک چھوٹی سی کالونی ہے "سیلم پ</w:t>
      </w:r>
    </w:p>
    <w:p>
      <w:r>
        <w:rPr>
          <w:b/>
        </w:rPr>
        <w:t xml:space="preserve">[14:46] </w:t>
      </w:r>
      <w:r>
        <w:t>ur". salem pur mein do aadmiyon ke darmiyan jhagda ho gaya, yeh nahi chhapen ge wo. wo chhapen ge "dilli mein fasaad". isi se logon ki rai galat banti hai.</w:t>
      </w:r>
    </w:p>
    <w:p>
      <w:pPr>
        <w:jc w:val="right"/>
      </w:pPr>
      <w:r>
        <w:t>ور"۔ سیلم پور میں دو آدمیوں کے درمیان جھگڑا ہو گیا، یہ نہیں چھاپیں گے وہ۔ وہ چھاپیں گے "دلی میں فساد"۔ اسی سے لوگوں کی رائے غلط بنتی ہے۔</w:t>
      </w:r>
    </w:p>
    <w:p>
      <w:r>
        <w:rPr>
          <w:b/>
        </w:rPr>
        <w:t xml:space="preserve">[14:57] </w:t>
      </w:r>
      <w:r>
        <w:t>negative appearance jo itni aam hai, itni zyada, is mein bohat bara dakhal jo hai wo hamare paperon ka hai. bohat bara, bohat bara dakhal.</w:t>
      </w:r>
    </w:p>
    <w:p>
      <w:pPr>
        <w:jc w:val="right"/>
      </w:pPr>
      <w:r>
        <w:t>نیگیٹیو اپیئرنس جو اتنی عام ہے، اتنی زیادہ، اس میں بہت بڑا دخل جو ہے وہ ہمارے پیپروں کا ہے۔ بہت بڑا، بہت بڑا دخل۔</w:t>
      </w:r>
    </w:p>
    <w:p>
      <w:r>
        <w:rPr>
          <w:b/>
        </w:rPr>
        <w:t xml:space="preserve">[15:08] </w:t>
      </w:r>
      <w:r>
        <w:t>sensational tareeqa</w:t>
      </w:r>
    </w:p>
    <w:p>
      <w:pPr>
        <w:jc w:val="right"/>
      </w:pPr>
      <w:r>
        <w:t>سینسیشنل طریقہ</w:t>
      </w:r>
    </w:p>
    <w:p>
      <w:r>
        <w:rPr>
          <w:b/>
        </w:rPr>
        <w:t xml:space="preserve">[15:12] </w:t>
      </w:r>
      <w:r>
        <w:t>hota hai. maine ek book parhi jo journals par hai, moti si book journals ke bare mein. to is mein ek chapter tha, is mein bataya gaya tha ke report kaise banai jati hai.</w:t>
      </w:r>
    </w:p>
    <w:p>
      <w:pPr>
        <w:jc w:val="right"/>
      </w:pPr>
      <w:r>
        <w:t>ہوتا ہے۔ میں نے ایک بک پڑھی جو جرنلز پر ہے، موٹی سی بک جرنلز کے بارے میں۔ تو اس میں ایک چیپٹر تھا، اس میں بتایا گیا تھا کہ رپورٹ کیسے بنائی جاتی ہے۔</w:t>
      </w:r>
    </w:p>
    <w:p>
      <w:r>
        <w:rPr>
          <w:b/>
        </w:rPr>
        <w:t xml:space="preserve">[15:30] </w:t>
      </w:r>
      <w:r>
        <w:t>report kaise banai jati hai?</w:t>
      </w:r>
    </w:p>
    <w:p>
      <w:pPr>
        <w:jc w:val="right"/>
      </w:pPr>
      <w:r>
        <w:t>رپورٹ کیسے بنائی جاتی ہے؟</w:t>
      </w:r>
    </w:p>
    <w:p>
      <w:r>
        <w:rPr>
          <w:b/>
        </w:rPr>
        <w:t xml:space="preserve">[15:34] </w:t>
      </w:r>
      <w:r>
        <w:t>to is mein bataya gaya tha ke report ko banane ka tareeqa yeh hai ke inverted pyramid, yeh is ka wo tha,</w:t>
      </w:r>
    </w:p>
    <w:p>
      <w:pPr>
        <w:jc w:val="right"/>
      </w:pPr>
      <w:r>
        <w:t>تو اس میں بتایا گیا تھا کہ رپورٹ کو بنانے کا طریقہ یہ ہے کہ انورٹڈ پیرامڈ، یہ اس کا وہ تھا،</w:t>
      </w:r>
    </w:p>
    <w:p>
      <w:r>
        <w:rPr>
          <w:b/>
        </w:rPr>
        <w:t xml:space="preserve">[15:48] </w:t>
      </w:r>
      <w:r>
        <w:t>is chapter ki kya wo heading thi? inverted pyramid, ulta ahram. to ahram aap jante hain ke egypt mein bohat sari purane zamane ki buildingen hain,</w:t>
      </w:r>
    </w:p>
    <w:p>
      <w:pPr>
        <w:jc w:val="right"/>
      </w:pPr>
      <w:r>
        <w:t>اس چیپٹر کی کیا وہ ہیڈنگ تھی؟ انورٹڈ پیرامڈ، الٹا احرام۔ تو احرام آپ جانتے ہیں کہ ایجپٹ میں بہت ساری پرانے زمانے کی بلڈنگیں ہیں،</w:t>
      </w:r>
    </w:p>
    <w:p>
      <w:r>
        <w:rPr>
          <w:b/>
        </w:rPr>
        <w:t xml:space="preserve">[16:04] </w:t>
      </w:r>
      <w:r>
        <w:t>to woh buildingen is shakal mein hain: neeche choori, oopar aisi. oopar jo hai us shakal mein hai, neeche choori hai.</w:t>
      </w:r>
    </w:p>
    <w:p>
      <w:pPr>
        <w:jc w:val="right"/>
      </w:pPr>
      <w:r>
        <w:t>تو وہ بلڈنگیں اس شکل میں ہیں: نیچے چوڑی، اوپر ایسی۔ اوپر جو ہے اس شکل میں ہے، نیچے چوڑی ہے۔</w:t>
      </w:r>
    </w:p>
    <w:p>
      <w:r>
        <w:rPr>
          <w:b/>
        </w:rPr>
        <w:t xml:space="preserve">[16:15] </w:t>
      </w:r>
      <w:r>
        <w:t>to ulta ahraam ka matlab hai ke aap is ko yoon kar dein, aap yeh choora oopar kar dein, woh is ko neeche kar dein.</w:t>
      </w:r>
    </w:p>
    <w:p>
      <w:pPr>
        <w:jc w:val="right"/>
      </w:pPr>
      <w:r>
        <w:t>تو الٹا احرام کا معنی ہے کہ آپ اس کو یوں کر دیں، آپ یہ چوڑا اوپر کر دیں، وہ اس کو نیچے کر دیں۔</w:t>
      </w:r>
    </w:p>
    <w:p>
      <w:r>
        <w:rPr>
          <w:b/>
        </w:rPr>
        <w:t xml:space="preserve">[16:25] </w:t>
      </w:r>
      <w:r>
        <w:t>to</w:t>
      </w:r>
    </w:p>
    <w:p>
      <w:pPr>
        <w:jc w:val="right"/>
      </w:pPr>
      <w:r>
        <w:t>تو</w:t>
      </w:r>
    </w:p>
    <w:p>
      <w:r>
        <w:rPr>
          <w:b/>
        </w:rPr>
        <w:t xml:space="preserve">[16:28] </w:t>
      </w:r>
      <w:r>
        <w:t>inverted pyramid ka tareeqa jo yaani newspaper mein chalta hai, is ka matlab yeh tha ke misaal di thi ke suppose road par ek murder hota hai,</w:t>
      </w:r>
    </w:p>
    <w:p>
      <w:pPr>
        <w:jc w:val="right"/>
      </w:pPr>
      <w:r>
        <w:t>انورٹڈ پیرامڈ کا طریقہ جو یعنی نیوز پیپر میں چلتا ہے، اس کا مطلب یہ تھا کہ مثال دی تھی کہ سپوز روڈ پر ایک مرڈر ہوتا ہے،</w:t>
      </w:r>
    </w:p>
    <w:p>
      <w:r>
        <w:rPr>
          <w:b/>
        </w:rPr>
        <w:t xml:space="preserve">[16:43] </w:t>
      </w:r>
      <w:r>
        <w:t>to murder shuru kahan se hoga?</w:t>
      </w:r>
    </w:p>
    <w:p>
      <w:pPr>
        <w:jc w:val="right"/>
      </w:pPr>
      <w:r>
        <w:t>تو مرڈر شروع کہاں سے ہوگا؟</w:t>
      </w:r>
    </w:p>
    <w:p>
      <w:r>
        <w:rPr>
          <w:b/>
        </w:rPr>
        <w:t xml:space="preserve">[16:47] </w:t>
      </w:r>
      <w:r>
        <w:t>ek aadmi apne ghar mein planning karega, phir ghar se niklega, scooter pakdega, yahan wahan hotay hue kahin pohnchega.</w:t>
      </w:r>
    </w:p>
    <w:p>
      <w:pPr>
        <w:jc w:val="right"/>
      </w:pPr>
      <w:r>
        <w:t>ایک آدمی اپنے گھر میں پلاننگ کرے گا، پھر گھر سے نکلے گا، اسکوٹر پکڑے گا، یہاں وہاں ہوتے ہوئے کہیں پہنچے گا۔</w:t>
      </w:r>
    </w:p>
    <w:p>
      <w:r>
        <w:rPr>
          <w:b/>
        </w:rPr>
        <w:t xml:space="preserve">[16:59] </w:t>
      </w:r>
      <w:r>
        <w:t>bohat saaray stages ke baad woh hoga ke kisi ka murder karega woh. lekin jab news banai jaye gi to is ki heading kya hogi?</w:t>
      </w:r>
    </w:p>
    <w:p>
      <w:pPr>
        <w:jc w:val="right"/>
      </w:pPr>
      <w:r>
        <w:t>بہت سارے سٹیجز کے بعد وہ ہوگا کہ کسی کا مرڈر کرے گا وہ۔ لیکن جب نیوز بنائی جائے گی تو اس کی ہیڈنگ کیا ہوگی؟</w:t>
      </w:r>
    </w:p>
    <w:p>
      <w:r>
        <w:rPr>
          <w:b/>
        </w:rPr>
        <w:t xml:space="preserve">[17:09] </w:t>
      </w:r>
      <w:r>
        <w:t>yaani murder, chandni chowk mein murder.</w:t>
      </w:r>
    </w:p>
    <w:p>
      <w:pPr>
        <w:jc w:val="right"/>
      </w:pPr>
      <w:r>
        <w:t>یعنی مرڈر، چاندنی چوک میں مرڈر۔</w:t>
      </w:r>
    </w:p>
    <w:p>
      <w:r>
        <w:rPr>
          <w:b/>
        </w:rPr>
        <w:t xml:space="preserve">[17:15] </w:t>
      </w:r>
      <w:r>
        <w:t>halankay murder jo hai is ka yaani bilkul last mein aata hai, last mein aata hai, lekin isi ko pehle kar dein ge woh.</w:t>
      </w:r>
    </w:p>
    <w:p>
      <w:pPr>
        <w:jc w:val="right"/>
      </w:pPr>
      <w:r>
        <w:t>حالانکہ مرڈر جو ہے اس کا یعنی بالکل لاسٹ میں آتا ہے، لاسٹ میں آتا ہے، لیکن اسی کو پہلے کر دیں گے وہ۔</w:t>
      </w:r>
    </w:p>
    <w:p>
      <w:r>
        <w:rPr>
          <w:b/>
        </w:rPr>
        <w:t xml:space="preserve">[17:24] </w:t>
      </w:r>
      <w:r>
        <w:t>to isi ka ult dein ge woh inverted pyramid. kyunke newspaper mein jo reporting hoti hai, woh is mein pyramid ko ulat diya jata hai.</w:t>
      </w:r>
    </w:p>
    <w:p>
      <w:pPr>
        <w:jc w:val="right"/>
      </w:pPr>
      <w:r>
        <w:t>تو اسی کا الٹ دیں گے وہ انورٹڈ پیرامڈ۔ کیونکہ نیوز پیپر میں جو رپورٹنگ ہوتی ہے، وہ اس میں پیرامڈ کو الٹ دیا جاتا ہے۔</w:t>
      </w:r>
    </w:p>
    <w:p>
      <w:r>
        <w:rPr>
          <w:b/>
        </w:rPr>
        <w:t xml:space="preserve">[17:38] </w:t>
      </w:r>
      <w:r>
        <w:t>lekin climax wali baat ko shuru mein kar dein ge aur is ko baat ko karein ge</w:t>
      </w:r>
    </w:p>
    <w:p>
      <w:pPr>
        <w:jc w:val="right"/>
      </w:pPr>
      <w:r>
        <w:t>لیکن کلائمیکس والی بات کو شروع میں کر دیں گے اور اس کو بات کو کریں گے</w:t>
      </w:r>
    </w:p>
    <w:p>
      <w:r>
        <w:rPr>
          <w:b/>
        </w:rPr>
        <w:t xml:space="preserve">[17:44] </w:t>
      </w:r>
      <w:r>
        <w:t>isi sensation paida karne ke liye. to yaad rakhiye, yahi aadmi aam log bhi yahi karte hain, cheezon ko sahi dhang se pesh nahi karte.</w:t>
      </w:r>
    </w:p>
    <w:p>
      <w:pPr>
        <w:jc w:val="right"/>
      </w:pPr>
      <w:r>
        <w:t>اسی سینسیشن پیدا کرنے کے لیے۔ تو یاد رکھیے، یہی آدمی عام لوگ بھی یہی کرتے ہیں، چیزوں کو صحیح ڈھنگ سے پیش نہیں کرتے۔</w:t>
      </w:r>
    </w:p>
    <w:p>
      <w:r>
        <w:rPr>
          <w:b/>
        </w:rPr>
        <w:t xml:space="preserve">[17:56] </w:t>
      </w:r>
      <w:r>
        <w:t>is liye bohat bari responsibility hai har insaan ki</w:t>
      </w:r>
    </w:p>
    <w:p>
      <w:pPr>
        <w:jc w:val="right"/>
      </w:pPr>
      <w:r>
        <w:t>اس لیے بہت بڑی ریسپانسبیلٹی ہے ہر انسان کی</w:t>
      </w:r>
    </w:p>
    <w:p>
      <w:r>
        <w:rPr>
          <w:b/>
        </w:rPr>
        <w:t xml:space="preserve">[18:02] </w:t>
      </w:r>
      <w:r>
        <w:t>ke suni sunai baton par kabhi rai na banaye. hadees mein aata hai ke kafa bilmar qazman yuhaddisu bikulli ma sami'</w:t>
      </w:r>
    </w:p>
    <w:p>
      <w:pPr>
        <w:jc w:val="right"/>
      </w:pPr>
      <w:r>
        <w:t>کہ سنی سنائی باتوں پر کبھی رائے نہ بنائے۔ حدیث میں آتا ہے کہ کفى بالمرء قزما یحدث بکل ما سمیع</w:t>
      </w:r>
    </w:p>
    <w:p>
      <w:r>
        <w:rPr>
          <w:b/>
        </w:rPr>
        <w:t xml:space="preserve">[18:14] </w:t>
      </w:r>
      <w:r>
        <w:t>aadmi ke jhoota honay ke liye yeh baat kafi hai ke woh jo kuch suna hai, usi ko bayan karne lagay. yaani kehne walay ne kaha to as it is reporting nahi ki, us ne kuch ghataya, kuch barhaya,</w:t>
      </w:r>
    </w:p>
    <w:p>
      <w:pPr>
        <w:jc w:val="right"/>
      </w:pPr>
      <w:r>
        <w:t>آدمی کے جھوٹا ہونے کے لیے یہ بات کافی ہے کہ وہ جو کچھ سنا ہے، اسی کو بیان کرنے لگے۔ یعنی کہنے والے نے کہا تو ایز اٹ از رپورٹنگ نہیں کی، اس نے کچھ گھٹایا، کچھ بڑھایا،</w:t>
      </w:r>
    </w:p>
    <w:p>
      <w:r>
        <w:rPr>
          <w:b/>
        </w:rPr>
        <w:t xml:space="preserve">[18:29] </w:t>
      </w:r>
      <w:r>
        <w:t>ab hum lagay bayan karne to yeh gunah hai Islam mein, bohat bara gunah hai.</w:t>
      </w:r>
    </w:p>
    <w:p>
      <w:pPr>
        <w:jc w:val="right"/>
      </w:pPr>
      <w:r>
        <w:t>اب ہم لگے بیان کرنے تو یہ گناہ ہے اسلام میں، بہت بڑا گناہ ہے۔</w:t>
      </w:r>
    </w:p>
    <w:p>
      <w:r>
        <w:rPr>
          <w:b/>
        </w:rPr>
        <w:t xml:space="preserve">[18:38] </w:t>
      </w:r>
      <w:r>
        <w:t>to ya to aap chup rahiye, kahein ke bhai mujhe is se kya lena dena, main to apna kaam karoon ga, bas matlab indifferent ho jayein.</w:t>
      </w:r>
    </w:p>
    <w:p>
      <w:pPr>
        <w:jc w:val="right"/>
      </w:pPr>
      <w:r>
        <w:t>تو یا تو آپ چپ رہیے، کہیں کہ بھئی مجھے اس سے کیا لینا دینا، میں تو اپنا کام کروں گا، بس مطلب انڈیفرنٹ ہو جائیں۔</w:t>
      </w:r>
    </w:p>
    <w:p>
      <w:r>
        <w:rPr>
          <w:b/>
        </w:rPr>
        <w:t xml:space="preserve">[18:50] </w:t>
      </w:r>
      <w:r>
        <w:t>ya to aap is maamle mein indifferent ho jaiye, ek option yeh hai.</w:t>
      </w:r>
    </w:p>
    <w:p>
      <w:pPr>
        <w:jc w:val="right"/>
      </w:pPr>
      <w:r>
        <w:t>یا تو آپ اس معاملے میں انڈیفرنٹ ہو جائیے، ایک آپشن یہ ہے۔</w:t>
      </w:r>
    </w:p>
    <w:p>
      <w:r>
        <w:rPr>
          <w:b/>
        </w:rPr>
        <w:t xml:space="preserve">[18:56] </w:t>
      </w:r>
      <w:r>
        <w:t>doosra option yeh hai ke aap is ki scrutiny karein. aur third option jo logon ne likha hai ke jo suna, usi ko bayan kar diya, woh to haram hai Islam mein.</w:t>
      </w:r>
    </w:p>
    <w:p>
      <w:pPr>
        <w:jc w:val="right"/>
      </w:pPr>
      <w:r>
        <w:t>دوسرا آپشن یہ ہے کہ آپ اس کی اسکرٹنی کریں۔ اور تھرڈ آپشن جو لوگوں نے لکھا ہے کہ جو سنا، اسی کو بیان کر دیا، وہ تو حرام ہے اسلام میں۔</w:t>
      </w:r>
    </w:p>
    <w:p>
      <w:r>
        <w:rPr>
          <w:b/>
        </w:rPr>
        <w:t xml:space="preserve">[19:10] </w:t>
      </w:r>
      <w:r>
        <w:t>third option is zamanay mein more than 99 percent log liye hue hain, woh Islam mein haram hai.</w:t>
      </w:r>
    </w:p>
    <w:p>
      <w:pPr>
        <w:jc w:val="right"/>
      </w:pPr>
      <w:r>
        <w:t>تھرڈ آپشن اس زمانے میں مور دین 99 پرسنٹ لوگ لیے ہوئے ہیں، وہ اسلام میں حرام ہے۔</w:t>
      </w:r>
    </w:p>
    <w:p>
      <w:r>
        <w:rPr>
          <w:b/>
        </w:rPr>
        <w:t xml:space="preserve">[19:20] </w:t>
      </w:r>
      <w:r>
        <w:t>to aap ke liye jaiz taur par sirf do option hain:</w:t>
      </w:r>
    </w:p>
    <w:p>
      <w:pPr>
        <w:jc w:val="right"/>
      </w:pPr>
      <w:r>
        <w:t>تو آپ کے لیے جائز طور پر صرف دو آپشن ہیں:</w:t>
      </w:r>
    </w:p>
    <w:p>
      <w:r>
        <w:rPr>
          <w:b/>
        </w:rPr>
        <w:t xml:space="preserve">[19:24] </w:t>
      </w:r>
      <w:r>
        <w:t>ya to aap indifferent ban jayein aur ya is ki scrutiny karein, jo baat asal hai, us ko jananay ki koshish karein.</w:t>
      </w:r>
    </w:p>
    <w:p>
      <w:pPr>
        <w:jc w:val="right"/>
      </w:pPr>
      <w:r>
        <w:t>یا تو آپ انڈیفرنٹ بن جائیں اور یا اس کی اسکرٹنی کریں، جو بات اصل ہے، اس کو جاننے کی کوشش کریں۔</w:t>
      </w:r>
    </w:p>
    <w:p>
      <w:r>
        <w:rPr>
          <w:b/>
        </w:rPr>
        <w:t xml:space="preserve">[19:37] </w:t>
      </w:r>
      <w:r>
        <w:t>bas third option nahi aap ke liye ke jo suna, usi ko bayan karne lagay. agar aap aisa karte hain, wohi hadees aap par apply hogi kafa bilmar qazman yuhaddisu bikulli ma sami'</w:t>
      </w:r>
    </w:p>
    <w:p>
      <w:pPr>
        <w:jc w:val="right"/>
      </w:pPr>
      <w:r>
        <w:t>بس تھرڈ آپشن نہیں آپ کے لیے کہ جو سنا، اسی کو بیان کرنے لگے۔ اگر آپ ایسا کرتے ہیں، وہی حدیث آپ پر اپلائی ہوگی کفى بالمرء قزما یحدث بکل ما سمیع</w:t>
      </w:r>
    </w:p>
    <w:p>
      <w:r>
        <w:rPr>
          <w:b/>
        </w:rPr>
        <w:t xml:space="preserve">[19:52] </w:t>
      </w:r>
      <w:r>
        <w:t>aadmi ke jhoota honay ke liye yahi baat kafi hai ke woh jo kuch suna hai, us ko bayan karne lagay. to ek qatri bari baat hai yeh, aisa aadmi Khuda ki raza mein jhoota aadmi hai.</w:t>
      </w:r>
    </w:p>
    <w:p>
      <w:pPr>
        <w:jc w:val="right"/>
      </w:pPr>
      <w:r>
        <w:t>آدمی کے جھوٹا ہونے کے لیے یہی بات کافی ہے کہ وہ جو کچھ سنا ہے، اس کو بیان کرنے لگے۔ تو ایک قطری بڑی بات ہے یہ، ایسا آدمی خدا کی رضا میں جھوٹا آدمی ہے۔</w:t>
      </w:r>
    </w:p>
    <w:p>
      <w:r>
        <w:rPr>
          <w:b/>
        </w:rPr>
        <w:t xml:space="preserve">[20:08] </w:t>
      </w:r>
      <w:r>
        <w:t>jo third option leta hai, woh Khuda ke nazdeek jhoota aadmi hai. woh kitni serious baat hai, kitni serious baat hai yeh.</w:t>
      </w:r>
    </w:p>
    <w:p>
      <w:pPr>
        <w:jc w:val="right"/>
      </w:pPr>
      <w:r>
        <w:t>جو تھرڈ آپشن لیتا ہے، وہ خدا کے نزدیک جھوٹا آدمی ہے۔ وہ کتنی سیریس بات ہے، کتنی سیریس بات ہے یہ۔</w:t>
      </w:r>
    </w:p>
    <w:p>
      <w:r>
        <w:rPr>
          <w:b/>
        </w:rPr>
        <w:t xml:space="preserve">[20:19] </w:t>
      </w:r>
      <w:r>
        <w:t>lekin main ne paya hai ke sabhi log lagbhag jo suna, usi ko bayan karte hain, jo suna, usi ko bayan karte hain. bohat hi serious baat hai yeh, bohat ziyada serious baat hai.</w:t>
      </w:r>
    </w:p>
    <w:p>
      <w:pPr>
        <w:jc w:val="right"/>
      </w:pPr>
      <w:r>
        <w:t>لیکن میں نے پایا ہے کہ سبھی لوگ تقریباً جو سنا، اسی کو بیان کرتے ہیں، جو سنا، اسی کو بیان کرتے ہیں۔ بہت ہی سیریس بات ہے یہ، بہت زیادہ سیریس بات ہے۔</w:t>
      </w:r>
    </w:p>
    <w:p>
      <w:r>
        <w:rPr>
          <w:b/>
        </w:rPr>
        <w:t xml:space="preserve">[20:34] </w:t>
      </w:r>
      <w:r>
        <w:t>to dekhiye, mis understanding ka jo mamla hai, is mein do party hoti hain. do party:</w:t>
      </w:r>
    </w:p>
    <w:p>
      <w:pPr>
        <w:jc w:val="right"/>
      </w:pPr>
      <w:r>
        <w:t>تو دیکھیے، مس انڈرسٹینڈنگ کا جو معاملہ ہے، اس میں دو پارٹی ہوتی ہیں۔ دو پارٹی:</w:t>
      </w:r>
    </w:p>
    <w:p>
      <w:r>
        <w:rPr>
          <w:b/>
        </w:rPr>
        <w:t xml:space="preserve">[20:45] </w:t>
      </w:r>
      <w:r>
        <w:t>ek woh jo mis understanding mein pada, galat fehmi mein pada, jis ne kisi ke khilaf koi galat baat apne dil mein daal li.</w:t>
      </w:r>
    </w:p>
    <w:p>
      <w:pPr>
        <w:jc w:val="right"/>
      </w:pPr>
      <w:r>
        <w:t>ایک وہ جو مس انڈرسٹینڈنگ میں پڑا، غلط فہمی میں پڑا، جس نے کسی کے خلاف کوئی غلط بات اپنے دل میں ڈال لی۔</w:t>
      </w:r>
    </w:p>
    <w:p>
      <w:r>
        <w:rPr>
          <w:b/>
        </w:rPr>
        <w:t xml:space="preserve">[20:58] </w:t>
      </w:r>
      <w:r>
        <w:t>to ek woh hai, doosra woh hai jis ke khilaf us ne kuch kaha, jis ke khilaf mis understanding failai gayi.</w:t>
      </w:r>
    </w:p>
    <w:p>
      <w:pPr>
        <w:jc w:val="right"/>
      </w:pPr>
      <w:r>
        <w:t>تو ایک وہ ہے، دوسرا وہ ہے جس کے خلاف اس نے کچھ کہا، جس کے خلاف مس انڈرسٹینڈنگ پھیلائی گئی۔</w:t>
      </w:r>
    </w:p>
    <w:p>
      <w:r>
        <w:rPr>
          <w:b/>
        </w:rPr>
        <w:t xml:space="preserve">[21:10] </w:t>
      </w:r>
      <w:r>
        <w:t>to</w:t>
      </w:r>
    </w:p>
    <w:p>
      <w:pPr>
        <w:jc w:val="right"/>
      </w:pPr>
      <w:r>
        <w:t>تو</w:t>
      </w:r>
    </w:p>
    <w:p>
      <w:r>
        <w:rPr>
          <w:b/>
        </w:rPr>
        <w:t xml:space="preserve">[21:11] </w:t>
      </w:r>
      <w:r>
        <w:t>ek woh hai jo mis understanding mein pad jaye, ek woh hai jis ke khilaf koi galat fehmi wali baat failai jaye.</w:t>
      </w:r>
    </w:p>
    <w:p>
      <w:pPr>
        <w:jc w:val="right"/>
      </w:pPr>
      <w:r>
        <w:t>ایک وہ ہے جو مس انڈرسٹینڈنگ میں پڑ جائے، ایک وہ ہے جس کے خلاف کوئی غلط فہمی والی بات پھیلائی جائے۔</w:t>
      </w:r>
    </w:p>
    <w:p>
      <w:r>
        <w:rPr>
          <w:b/>
        </w:rPr>
        <w:t xml:space="preserve">[21:20] </w:t>
      </w:r>
      <w:r>
        <w:t>to do party hui. to jahan tak pehli party ki baat hai, us par farz hai ke woh</w:t>
      </w:r>
    </w:p>
    <w:p>
      <w:pPr>
        <w:jc w:val="right"/>
      </w:pPr>
      <w:r>
        <w:t>تو دو پارٹی ہوئی۔ تو جہاں تک پہلی پارٹی کی بات ہے، اس پر فرض ہے کہ وہ</w:t>
      </w:r>
    </w:p>
    <w:p>
      <w:r>
        <w:rPr>
          <w:b/>
        </w:rPr>
        <w:t xml:space="preserve">[21:31] </w:t>
      </w:r>
      <w:r>
        <w:t>janch kare, janch janch kare, tehqeeq kare, pata kare. tab bola nahi to bole nahi. woh hadith mein aata hai ke man kan yoman billahi wal yawm al akhir falyaqul khair yusmit matlab jo Khuda se darta ho, Khuda ki pakad se darta ho,</w:t>
      </w:r>
    </w:p>
    <w:p>
      <w:pPr>
        <w:jc w:val="right"/>
      </w:pPr>
      <w:r>
        <w:t>جانچ کرے، جانچ جانچ کرے، تحقیق کرے، پتہ کرے۔ تب بولا نہیں تو بولے نہیں۔ وہ حدیث میں آتا ہے کہ من کان یومن باللہ والیوم الاخر فلیق الخیر یثبت مطلب جو خدا سے ڈرتا ہو، خدا کی پکڑ سے ڈرتا ہو،</w:t>
      </w:r>
    </w:p>
    <w:p>
      <w:r>
        <w:rPr>
          <w:b/>
        </w:rPr>
        <w:t xml:space="preserve">[21:55] </w:t>
      </w:r>
      <w:r>
        <w:t>to us ko chahiye ke bole to theek theek baat bole, nahi to chup rahe. yani bole to as it is bole, woh nahi chup rahe.</w:t>
      </w:r>
    </w:p>
    <w:p>
      <w:pPr>
        <w:jc w:val="right"/>
      </w:pPr>
      <w:r>
        <w:t>تو اس کو چاہیے کہ بولے تو ٹھیک ٹھیک بات بولے، نہیں تو چپ رہے۔ یعنی بولے تو ایز اٹ از بولے، وہ نہیں چپ رہے۔</w:t>
      </w:r>
    </w:p>
    <w:p>
      <w:r>
        <w:rPr>
          <w:b/>
        </w:rPr>
        <w:t xml:space="preserve">[22:04] </w:t>
      </w:r>
      <w:r>
        <w:t>yeh do option hain aadmi ke liye. yeh pehli party ke bare mein main ne arz kiya.</w:t>
      </w:r>
    </w:p>
    <w:p>
      <w:pPr>
        <w:jc w:val="right"/>
      </w:pPr>
      <w:r>
        <w:t>یہ دو آپشن ہیں آدمی کے لیے۔ یہ پہلی پارٹی کے بارے میں میں نے عرض کیا۔</w:t>
      </w:r>
    </w:p>
    <w:p>
      <w:r>
        <w:rPr>
          <w:b/>
        </w:rPr>
        <w:t xml:space="preserve">[22:13] </w:t>
      </w:r>
      <w:r>
        <w:t>ab doosri party ko lijiye, yani jis ke khilaf galat fehmi failai gayi hai.</w:t>
      </w:r>
    </w:p>
    <w:p>
      <w:pPr>
        <w:jc w:val="right"/>
      </w:pPr>
      <w:r>
        <w:t>اب دوسری پارٹی کو لیجئے، یعنی جس کے خلاف غلط فہمی پھیلائی گئی ہے۔</w:t>
      </w:r>
    </w:p>
    <w:p>
      <w:r>
        <w:rPr>
          <w:b/>
        </w:rPr>
        <w:t xml:space="preserve">[22:20] </w:t>
      </w:r>
      <w:r>
        <w:t>yahan par main ne dekha ke log kya karte hain? image building ki campaign chalate hain.</w:t>
      </w:r>
    </w:p>
    <w:p>
      <w:pPr>
        <w:jc w:val="right"/>
      </w:pPr>
      <w:r>
        <w:t>یہاں پر میں نے دیکھا کہ لوگ کیا کرتے ہیں؟ امیج بلڈنگ کی کیمپین چلاتے ہیں۔</w:t>
      </w:r>
    </w:p>
    <w:p>
      <w:r>
        <w:rPr>
          <w:b/>
        </w:rPr>
        <w:t xml:space="preserve">[22:28] </w:t>
      </w:r>
      <w:r>
        <w:t>image building ki campaign, yani apni jo image bigad gayi hai, us ko theek karne ki campaign, yeh bhi galat hai.</w:t>
      </w:r>
    </w:p>
    <w:p>
      <w:pPr>
        <w:jc w:val="right"/>
      </w:pPr>
      <w:r>
        <w:t>امیج بلڈنگ کی کیمپین، یعنی اپنی جو امیج بگڑ گئی ہے، اس کو ٹھیک کرنے کی کیمپین، یہ بھی غلط ہے۔</w:t>
      </w:r>
    </w:p>
    <w:p>
      <w:r>
        <w:rPr>
          <w:b/>
        </w:rPr>
        <w:t xml:space="preserve">[22:41] </w:t>
      </w:r>
      <w:r>
        <w:t>image building, image building campaign jo hai, woh mere nazdeek bilkul absurd hai, be faida hai.</w:t>
      </w:r>
    </w:p>
    <w:p>
      <w:pPr>
        <w:jc w:val="right"/>
      </w:pPr>
      <w:r>
        <w:t>امیج بلڈنگ، امیج بلڈنگ کیمپین جو ہے، وہ میرے نزدیک بالکل ایبسرڈ ہے، بے فائدہ ہے۔</w:t>
      </w:r>
    </w:p>
    <w:p>
      <w:r>
        <w:rPr>
          <w:b/>
        </w:rPr>
        <w:t xml:space="preserve">[22:49] </w:t>
      </w:r>
      <w:r>
        <w:t>self correction ki campaign chalna chahiye. image building ke maane hain ke doosre aadmi ko aap ne blame diya ke woh aadmi jo hai mere bare mein galat fehmi mein pada hua hai, us ko chahein ke aap ke us ko woh apne ko correct kare, woh apne ko theek kare.</w:t>
      </w:r>
    </w:p>
    <w:p>
      <w:pPr>
        <w:jc w:val="right"/>
      </w:pPr>
      <w:r>
        <w:t>سیلف کریکشن کی کیمپین چلنا چاہیے۔ امیج بلڈنگ کے معنی ہیں کہ دوسرے آدمی کو آپ نے بلیم دیا کہ وہ آدمی جو ہے میرے بارے میں غلط فہمی میں پڑا ہوا ہے، اس کو چاہیں کہ آپ کے اس کو وہ اپنے کو کریکٹ کرے، وہ اپنے کو ٹھیک کرے۔</w:t>
      </w:r>
    </w:p>
    <w:p>
      <w:r>
        <w:rPr>
          <w:b/>
        </w:rPr>
        <w:t xml:space="preserve">[23:07] </w:t>
      </w:r>
      <w:r>
        <w:t>ya image building, yani doosron ke mind ko badalna. main samajhta hoon ke yeh bilkul be faida baat hai.</w:t>
      </w:r>
    </w:p>
    <w:p>
      <w:pPr>
        <w:jc w:val="right"/>
      </w:pPr>
      <w:r>
        <w:t>یا امیج بلڈنگ، یعنی دوسروں کے مائنڈ کو بدلنا۔ میں سمجھتا ہوں کہ یہ بالکل بے فائدہ بات ہے۔</w:t>
      </w:r>
    </w:p>
    <w:p>
      <w:r>
        <w:rPr>
          <w:b/>
        </w:rPr>
        <w:t xml:space="preserve">[23:18] </w:t>
      </w:r>
      <w:r>
        <w:t>main nahi paya ab tak ke image building ki jo so called campaign chalai jati hai, us ka koi faida hua ho. koi faida nahi hota is ka.</w:t>
      </w:r>
    </w:p>
    <w:p>
      <w:pPr>
        <w:jc w:val="right"/>
      </w:pPr>
      <w:r>
        <w:t>میں نہیں پایا اب تک کہ امیج بلڈنگ کی جو سو کالڈ کیمپین چلائی جاتی ہے، اس کا کوئی فائدہ ہوا ہو۔ کوئی فائدہ نہیں ہوتا اس کا۔</w:t>
      </w:r>
    </w:p>
    <w:p>
      <w:r>
        <w:rPr>
          <w:b/>
        </w:rPr>
        <w:t xml:space="preserve">[23:28] </w:t>
      </w:r>
      <w:r>
        <w:t>hum khud khush hote hain, lekin faida is ka kuch bhi nahi hota. faida hai self correction, apne hisse ki jo kami hai, us ko door karna.</w:t>
      </w:r>
    </w:p>
    <w:p>
      <w:pPr>
        <w:jc w:val="right"/>
      </w:pPr>
      <w:r>
        <w:t>ہم خود خوش ہوتے ہیں، لیکن فائدہ اس کا کچھ بھی نہیں ہوتا۔ فائدہ ہے سیلف کریکشن، اپنے حصے کی جو کمی ہے، اس کو دور کرنا۔</w:t>
      </w:r>
    </w:p>
    <w:p>
      <w:r>
        <w:rPr>
          <w:b/>
        </w:rPr>
        <w:t xml:space="preserve">[23:43] </w:t>
      </w:r>
      <w:r>
        <w:t>image building mein target doosra aadmi hota hai, self correction mein target main khud hota hoon.</w:t>
      </w:r>
    </w:p>
    <w:p>
      <w:pPr>
        <w:jc w:val="right"/>
      </w:pPr>
      <w:r>
        <w:t>امیج بلڈنگ میں ٹارگٹ دوسرا آدمی ہوتا ہے، سیلف کریکشن میں ٹارگٹ میں خود ہوتا ہوں۔</w:t>
      </w:r>
    </w:p>
    <w:p>
      <w:r>
        <w:rPr>
          <w:b/>
        </w:rPr>
        <w:t xml:space="preserve">[23:52] </w:t>
      </w:r>
      <w:r>
        <w:t>to yaad rakhiye, jab bhi aisa ho</w:t>
      </w:r>
    </w:p>
    <w:p>
      <w:pPr>
        <w:jc w:val="right"/>
      </w:pPr>
      <w:r>
        <w:t>تو یاد رکھیے، جب بھی ایسا ہو</w:t>
      </w:r>
    </w:p>
    <w:p>
      <w:r>
        <w:rPr>
          <w:b/>
        </w:rPr>
        <w:t xml:space="preserve">[23:57] </w:t>
      </w:r>
      <w:r>
        <w:t>to aap apne hi ko reassess kijiye, apne hi ko revise kijiye. apne ko revise kar ke hum doosre ko ki rai ko badal sakte hain.</w:t>
      </w:r>
    </w:p>
    <w:p>
      <w:pPr>
        <w:jc w:val="right"/>
      </w:pPr>
      <w:r>
        <w:t>تو آپ اپنے ہی کو ری ایسس کیجئے، اپنے ہی کو ریوائز کیجئے۔ اپنے کو ریوائز کر کے ہم دوسرے کو کی رائے کو بدل سکتے ہیں۔</w:t>
      </w:r>
    </w:p>
    <w:p>
      <w:r>
        <w:rPr>
          <w:b/>
        </w:rPr>
        <w:t xml:space="preserve">[24:08] </w:t>
      </w:r>
      <w:r>
        <w:t>image building se kuch hota nahi.</w:t>
      </w:r>
    </w:p>
    <w:p>
      <w:pPr>
        <w:jc w:val="right"/>
      </w:pPr>
      <w:r>
        <w:t>امیج بلڈنگ سے کچھ ہوتا نہیں۔</w:t>
      </w:r>
    </w:p>
    <w:p>
      <w:r>
        <w:rPr>
          <w:b/>
        </w:rPr>
        <w:t xml:space="preserve">[24:12] </w:t>
      </w:r>
      <w:r>
        <w:t>ab main ek misaal deta hoon aap ko. abhi do din ki baat hai, mere paas ek team aayi, ek american TV ki team thi.</w:t>
      </w:r>
    </w:p>
    <w:p>
      <w:pPr>
        <w:jc w:val="right"/>
      </w:pPr>
      <w:r>
        <w:t>اب میں ایک مثال دیتا ہوں آپ کو۔ ابھی دو دن کی بات ہے، میرے پاس ایک ٹیم آئی، ایک امریکن ٹی وی کی ٹیم تھی۔</w:t>
      </w:r>
    </w:p>
    <w:p>
      <w:r>
        <w:rPr>
          <w:b/>
        </w:rPr>
        <w:t xml:space="preserve">[24:22] </w:t>
      </w:r>
      <w:r>
        <w:t>wo to unhone bohat se sawalat mujh se kiye aur kai logon se ne interview lena tha.</w:t>
      </w:r>
    </w:p>
    <w:p>
      <w:pPr>
        <w:jc w:val="right"/>
      </w:pPr>
      <w:r>
        <w:t>وہ تو انہوں نے بہت سے سوالات مجھ سے کیے اور کئی لوگوں سے نے انٹرویو لینا تھا۔</w:t>
      </w:r>
    </w:p>
    <w:p>
      <w:r>
        <w:rPr>
          <w:b/>
        </w:rPr>
        <w:t xml:space="preserve">[24:34] </w:t>
      </w:r>
      <w:r>
        <w:t>to main ne us ko samjha, samajhne ki koshish ki ke aakhir yeh kya maqsad in ka hai. woh maqsad tha image building,</w:t>
      </w:r>
    </w:p>
    <w:p>
      <w:pPr>
        <w:jc w:val="right"/>
      </w:pPr>
      <w:r>
        <w:t>تو میں نے اس کو سمجھا، سمجھنے کی کوشش کی کہ آخر یہ کیا مقصد ان کا ہے۔ وہ مقصد تھا امیج بلڈنگ،</w:t>
      </w:r>
    </w:p>
    <w:p>
      <w:r>
        <w:rPr>
          <w:b/>
        </w:rPr>
        <w:t xml:space="preserve">[24:44] </w:t>
      </w:r>
      <w:r>
        <w:t>yani is zamane mein sari dunya mein amreeka ke khilaf bohat zyada logon ko shikayaten ho gayi hain.</w:t>
      </w:r>
    </w:p>
    <w:p>
      <w:pPr>
        <w:jc w:val="right"/>
      </w:pPr>
      <w:r>
        <w:t>یعنی اس زمانے میں ساری دنیا میں امریکہ کے خلاف بہت زیادہ لوگوں کو شکایتیں ہو گئی ہیں۔</w:t>
      </w:r>
    </w:p>
    <w:p>
      <w:r>
        <w:rPr>
          <w:b/>
        </w:rPr>
        <w:t xml:space="preserve">[24:57] </w:t>
      </w:r>
      <w:r>
        <w:t>har jagah aam taur par aap payenge ke amreeka ke khilaf logon ko shikayaten hain,</w:t>
      </w:r>
    </w:p>
    <w:p>
      <w:pPr>
        <w:jc w:val="right"/>
      </w:pPr>
      <w:r>
        <w:t>ہر جگہ عام طور پر آپ پائیں گے کہ امریکہ کے خلاف لوگوں کو شکایتیں ہیں،</w:t>
      </w:r>
    </w:p>
    <w:p>
      <w:r>
        <w:rPr>
          <w:b/>
        </w:rPr>
        <w:t xml:space="preserve">[25:03] </w:t>
      </w:r>
      <w:r>
        <w:t>yahan tak ke woh log jo apne bachchon ko bhejte hain amreeka aur fakhr se kehte hain ke mera damad amreeka mein settle hai, woh bhi shikayaten liye baithe rehte hain.</w:t>
      </w:r>
    </w:p>
    <w:p>
      <w:pPr>
        <w:jc w:val="right"/>
      </w:pPr>
      <w:r>
        <w:t>یہاں تک کہ وہ لوگ جو اپنے بچوں کو بھیجتے ہیں امریکہ اور فخر سے کہتے ہیں کہ میرا داماد امریکہ میں سیٹل ہے، وہ بھی شکایتیں لیے بیٹھے رہتے ہیں۔</w:t>
      </w:r>
    </w:p>
    <w:p>
      <w:r>
        <w:rPr>
          <w:b/>
        </w:rPr>
        <w:t xml:space="preserve">[25:15] </w:t>
      </w:r>
      <w:r>
        <w:t>yeh ajib baat hai.</w:t>
      </w:r>
    </w:p>
    <w:p>
      <w:pPr>
        <w:jc w:val="right"/>
      </w:pPr>
      <w:r>
        <w:t>یہ عجیب بات ہے۔</w:t>
      </w:r>
    </w:p>
    <w:p>
      <w:r>
        <w:rPr>
          <w:b/>
        </w:rPr>
        <w:t xml:space="preserve">[25:18] </w:t>
      </w:r>
      <w:r>
        <w:t>maine bohat se log dekhe hain jinhone yeh jo is par fakhr karte hain ke mera mera beta amreeka mein settle ho gaya hai, mera damad amreeka mein settle ho gaya hai, lekin dil mein nafrat amreeka se,</w:t>
      </w:r>
    </w:p>
    <w:p>
      <w:pPr>
        <w:jc w:val="right"/>
      </w:pPr>
      <w:r>
        <w:t>میں نے بہت سے لوگ دیکھے ہیں جنہوں نے یہ جو اس پر فخر کرتے ہیں کہ میرا میرا بیٹا امریکہ میں سیٹل ہو گیا ہے، میرا داماد امریکہ میں سیٹل ہو گیا ہے، لیکن دل میں نفرت امریکہ سے،</w:t>
      </w:r>
    </w:p>
    <w:p>
      <w:r>
        <w:rPr>
          <w:b/>
        </w:rPr>
        <w:t xml:space="preserve">[25:33] </w:t>
      </w:r>
      <w:r>
        <w:t>shikayat hai amreeka se. toh yeh amreeka ke liye ek universal problem hai. har jagah aap ke khilaf shikayaten hain.</w:t>
      </w:r>
    </w:p>
    <w:p>
      <w:pPr>
        <w:jc w:val="right"/>
      </w:pPr>
      <w:r>
        <w:t>شکایت ہے امریکہ سے۔ تو یہ امریکہ کے لیے ایک یونیورسل پرابلم ہے۔ ہر جگہ آپ کے خلاف شکایتیں ہیں۔</w:t>
      </w:r>
    </w:p>
    <w:p>
      <w:r>
        <w:rPr>
          <w:b/>
        </w:rPr>
        <w:t xml:space="preserve">[25:47] </w:t>
      </w:r>
      <w:r>
        <w:t>toh is ke liye amreeka mein bohat bade paimane par image building ka kaam kiya ja raha hai, yani shikayaton ko door karne ka.</w:t>
      </w:r>
    </w:p>
    <w:p>
      <w:pPr>
        <w:jc w:val="right"/>
      </w:pPr>
      <w:r>
        <w:t>تو اس کے لیے امریکہ میں بہت بڑے پیمانے پر امیج بلڈنگ کا کام کیا جا رہا ہے، یعنی شکایتوں کو دور کرنے کا۔</w:t>
      </w:r>
    </w:p>
    <w:p>
      <w:r>
        <w:rPr>
          <w:b/>
        </w:rPr>
        <w:t xml:space="preserve">[25:58] </w:t>
      </w:r>
      <w:r>
        <w:t>toh jo sahabaan, jo TV ki jo team mere paas aayi thi, woh bhi isi ka ek part hai.</w:t>
      </w:r>
    </w:p>
    <w:p>
      <w:pPr>
        <w:jc w:val="right"/>
      </w:pPr>
      <w:r>
        <w:t>تو جو صاحبان، جو ٹی وی کی جو ٹیم میرے پاس آئی تھی، وہ بھی اسی کا ایک پارٹ ہے۔</w:t>
      </w:r>
    </w:p>
    <w:p>
      <w:r>
        <w:rPr>
          <w:b/>
        </w:rPr>
        <w:t xml:space="preserve">[26:09] </w:t>
      </w:r>
      <w:r>
        <w:t>main yeh kahunga ke aap result ko dekhiye, you have to see the result.</w:t>
      </w:r>
    </w:p>
    <w:p>
      <w:pPr>
        <w:jc w:val="right"/>
      </w:pPr>
      <w:r>
        <w:t>میں یہ کہوں گا کہ آپ رزلٹ کو دیکھیے، یو ہیو ٹو سی دا رزلٹ۔</w:t>
      </w:r>
    </w:p>
    <w:p>
      <w:r>
        <w:rPr>
          <w:b/>
        </w:rPr>
        <w:t xml:space="preserve">[26:18] </w:t>
      </w:r>
      <w:r>
        <w:t>yani is par million million dollar kharch kiye ja rahe hain, lekin result toh kuch bhi nahin. result toh kuch bhi nahin.</w:t>
      </w:r>
    </w:p>
    <w:p>
      <w:pPr>
        <w:jc w:val="right"/>
      </w:pPr>
      <w:r>
        <w:t>یعنی اس پر ملین ملین ڈالر خرچ کیے جا رہے ہیں، لیکن رزلٹ تو کچھ بھی نہیں۔ رزلٹ تو کچھ بھی نہیں۔</w:t>
      </w:r>
    </w:p>
    <w:p>
      <w:r>
        <w:rPr>
          <w:b/>
        </w:rPr>
        <w:t xml:space="preserve">[26:28] </w:t>
      </w:r>
      <w:r>
        <w:t>kahin bhi aap do aadmi nahin payenge aise jinhone is image building campaign se apni ko correct kar liya ho, apni rai badal li ho.</w:t>
      </w:r>
    </w:p>
    <w:p>
      <w:pPr>
        <w:jc w:val="right"/>
      </w:pPr>
      <w:r>
        <w:t>کہیں بھی آپ دو آدمی نہیں پائیں گے ایسے جنہوں نے اس امیج بلڈنگ کیمپین سے اپنی کو کریکٹ کر لیا ہو، اپنی رائے بدل لی ہو۔</w:t>
      </w:r>
    </w:p>
    <w:p>
      <w:r>
        <w:rPr>
          <w:b/>
        </w:rPr>
        <w:t xml:space="preserve">[26:38] </w:t>
      </w:r>
      <w:r>
        <w:t>amreeka ke khilaf mein woh agar is se pehle negative the toh aap positive ho gaye hon. aise aap ko do a</w:t>
      </w:r>
    </w:p>
    <w:p>
      <w:pPr>
        <w:jc w:val="right"/>
      </w:pPr>
      <w:r>
        <w:t>امریکہ کے خلاف میں وہ اگر اس سے پہلے نیگیٹیو تھے تو آپ پازیٹیو ہو گئے ہوں۔ ایسے آپ کو دو آ</w:t>
      </w:r>
    </w:p>
    <w:p>
      <w:r>
        <w:rPr>
          <w:b/>
        </w:rPr>
        <w:t xml:space="preserve">[26:45] </w:t>
      </w:r>
      <w:r>
        <w:t>admi bhi nahin milenge. so in terms of result, it is a futile exercise.</w:t>
      </w:r>
    </w:p>
    <w:p>
      <w:pPr>
        <w:jc w:val="right"/>
      </w:pPr>
      <w:r>
        <w:t>دمی بھی نہیں ملیں گے۔ سو ان ٹرم آف رزلٹ، اٹ از ا فیوٹیزل ایکسرسائز۔</w:t>
      </w:r>
    </w:p>
    <w:p>
      <w:r>
        <w:rPr>
          <w:b/>
        </w:rPr>
        <w:t xml:space="preserve">[26:54] </w:t>
      </w:r>
      <w:r>
        <w:t>aur yeh sab ka image building ke jitne bhi kiye jaate hain, woh sab result ke aitbar se aap dekhen toh lagega kuch bhi nahin, kuch bhi nahin.</w:t>
      </w:r>
    </w:p>
    <w:p>
      <w:pPr>
        <w:jc w:val="right"/>
      </w:pPr>
      <w:r>
        <w:t>اور یہ سب کا امیج بلڈنگ کے جتنے بھی کیے جاتے ہیں، وہ سب رزلٹ کے اعتبار سے آپ دیکھیں تو لگے گا کچھ بھی نہیں، کچھ بھی نہیں۔</w:t>
      </w:r>
    </w:p>
    <w:p>
      <w:r>
        <w:rPr>
          <w:b/>
        </w:rPr>
        <w:t xml:space="preserve">[27:10] </w:t>
      </w:r>
      <w:r>
        <w:t>kyun ke ek insaan ki dekhen, kamzori bohat badi kamzori hai ke woh ek baat jab dil mein pad jaye toh apni deconditioning nahin karta, woh apne ko correction nahin karta.</w:t>
      </w:r>
    </w:p>
    <w:p>
      <w:pPr>
        <w:jc w:val="right"/>
      </w:pPr>
      <w:r>
        <w:t>کیونکہ ایک انسان کی دیکھیں، کمزوری بہت بڑی کمزوری ہے کہ وہ ایک بات جب دل میں پڑ جائے تو اپنی ڈی کنڈیشننگ نہیں کرتا، وہ اپنے کو کریکشن نہیں کرتا۔</w:t>
      </w:r>
    </w:p>
    <w:p>
      <w:r>
        <w:rPr>
          <w:b/>
        </w:rPr>
        <w:t xml:space="preserve">[27:23] </w:t>
      </w:r>
      <w:r>
        <w:t>bas pad gayi toh pad gayi, bura thought aa gaya toh aa gaya. yeh ek ek jihad hai, jihad ke apne dil mein kisi ke khilaf ek negative baat aa gayi hai toh us ko nikalna, nikalna, nikalna,</w:t>
      </w:r>
    </w:p>
    <w:p>
      <w:pPr>
        <w:jc w:val="right"/>
      </w:pPr>
      <w:r>
        <w:t>بس پڑ گئی تو پڑ گئی، برا تھاٹ آ گیا تو آ گیا۔ یہ ایک ایک جہاد ہے، جہاد کہ اپنے دل میں کسی کے خلاف ایک نیگیٹیو بات آ گئی ہے تو اس کو نکالنا، نکالنا، نکالنا،</w:t>
      </w:r>
    </w:p>
    <w:p>
      <w:r>
        <w:rPr>
          <w:b/>
        </w:rPr>
        <w:t xml:space="preserve">[27:39] </w:t>
      </w:r>
      <w:r>
        <w:t>yeh ek jihad hai. aur maine nahin paya ke aise log nahin paye, maine jo is jihad ko karte hon, bas jo dil mein aa gaya kisi ke khilaf buri baat toh bas woh padi hui hai dil mein.</w:t>
      </w:r>
    </w:p>
    <w:p>
      <w:pPr>
        <w:jc w:val="right"/>
      </w:pPr>
      <w:r>
        <w:t>یہ ایک جہاد ہے۔ اور میں نے نہیں پایا کہ ایسے لوگ نہیں پائے، میں نے جو اس جہاد کو کرتے ہوں، بس جو دل میں آ گیا کسی کے خلاف بری بات تو بس وہ پڑی ہوئی ہے دل میں۔</w:t>
      </w:r>
    </w:p>
    <w:p>
      <w:r>
        <w:rPr>
          <w:b/>
        </w:rPr>
        <w:t xml:space="preserve">[27:54] </w:t>
      </w:r>
      <w:r>
        <w:t>isi liye aaj kal dekhiye, sab ko shikayaten ek doosre se hain, sab shikayaton mein bhare hue hain. kyun ke self correction toh karte nahin, woh jo dil mein aa gaya toh bas aa gaya.</w:t>
      </w:r>
    </w:p>
    <w:p>
      <w:pPr>
        <w:jc w:val="right"/>
      </w:pPr>
      <w:r>
        <w:t>اسی لیے آج کل دیکھیے، سب کو شکایتیں ایک دوسرے سے ہیں، سب شکایتوں میں بھرے ہوئے ہیں۔ کیونکہ سیلف کریکشن تو کرتے نہیں، وہ جو دل میں آ گیا تو بس آ گیا۔</w:t>
      </w:r>
    </w:p>
    <w:p>
      <w:r>
        <w:rPr>
          <w:b/>
        </w:rPr>
        <w:t xml:space="preserve">[28:09] </w:t>
      </w:r>
      <w:r>
        <w:t>toh main is se yeh samajh paya hoon ke agar misunderstanding ka mamla hai kahin toh doosre ko address mat kijiye ke tum hamare bare mein galat fehmi mein pade hue ho,</w:t>
      </w:r>
    </w:p>
    <w:p>
      <w:pPr>
        <w:jc w:val="right"/>
      </w:pPr>
      <w:r>
        <w:t>تو میں اس سے یہ سمجھ پایا ہوں کہ اگر مس انڈرسٹینڈنگ کا معاملہ ہے کہیں تو دوسرے کو ایڈریس مت کیجئے کہ تم ہمارے بارے میں غلط فہمی میں پڑے ہوئے ہو،</w:t>
      </w:r>
    </w:p>
    <w:p>
      <w:r>
        <w:rPr>
          <w:b/>
        </w:rPr>
        <w:t xml:space="preserve">[28:25] </w:t>
      </w:r>
      <w:r>
        <w:t>galat fehmi se niklo, apne ko aur zyada theek kijiye. aap yeh sochiye ke meri kaun si baat hai jis ko le kar ke logon mein galat fehmi aa gayi hai,</w:t>
      </w:r>
    </w:p>
    <w:p>
      <w:pPr>
        <w:jc w:val="right"/>
      </w:pPr>
      <w:r>
        <w:t>غلط فہمی سے نکلو، اپنے کو اور زیادہ ٹھیک کیجئے۔ آپ یہ سوچیے کہ میری کون سی بات ہے جس کو لے کر کے لوگوں میں غلط فہمی آ گئی ہے،</w:t>
      </w:r>
    </w:p>
    <w:p>
      <w:r>
        <w:rPr>
          <w:b/>
        </w:rPr>
        <w:t xml:space="preserve">[28:39] </w:t>
      </w:r>
      <w:r>
        <w:t>kaun si baat hai.</w:t>
      </w:r>
    </w:p>
    <w:p>
      <w:pPr>
        <w:jc w:val="right"/>
      </w:pPr>
      <w:r>
        <w:t>کون سی بات ہے۔</w:t>
      </w:r>
    </w:p>
    <w:p>
      <w:r>
        <w:rPr>
          <w:b/>
        </w:rPr>
        <w:t xml:space="preserve">[28:44] </w:t>
      </w:r>
      <w:r>
        <w:t>zyada aap ko is par dhyan dena chahiye ke self correction ka process aap chalayein, self correction ka process aap chalayein, apne ko kuch aur zyada theek karein,</w:t>
      </w:r>
    </w:p>
    <w:p>
      <w:pPr>
        <w:jc w:val="right"/>
      </w:pPr>
      <w:r>
        <w:t>زیادہ آپ کو اس پر دھیان دینا چاہیے کہ سیلف کریکشن کا پروسیس آپ چلائیں، سیلف کریکشن کا پروسیس آپ چلائیں، اپنے کو کچھ اور زیادہ ٹھیک کریں،</w:t>
      </w:r>
    </w:p>
    <w:p>
      <w:r>
        <w:rPr>
          <w:b/>
        </w:rPr>
        <w:t xml:space="preserve">[29:02] </w:t>
      </w:r>
      <w:r>
        <w:t>apne ko kuch aur zyada theek kar ke aap doosre ki rai badal sakte hain.</w:t>
      </w:r>
    </w:p>
    <w:p>
      <w:pPr>
        <w:jc w:val="right"/>
      </w:pPr>
      <w:r>
        <w:t>اپنے کو کچھ اور زیادہ ٹھیک کر کے آپ دوسرے کی رائے بدل سکتے ہیں۔</w:t>
      </w:r>
    </w:p>
    <w:p>
      <w:r>
        <w:rPr>
          <w:b/>
        </w:rPr>
        <w:t xml:space="preserve">[29:09] </w:t>
      </w:r>
      <w:r>
        <w:t>yeh rasta hai.</w:t>
      </w:r>
    </w:p>
    <w:p>
      <w:pPr>
        <w:jc w:val="right"/>
      </w:pPr>
      <w:r>
        <w:t>یہ راستہ ہے۔</w:t>
      </w:r>
    </w:p>
    <w:p>
      <w:r>
        <w:rPr>
          <w:b/>
        </w:rPr>
        <w:t xml:space="preserve">[29:15] </w:t>
      </w:r>
      <w:r>
        <w:t>ab dekhiye ke</w:t>
      </w:r>
    </w:p>
    <w:p>
      <w:pPr>
        <w:jc w:val="right"/>
      </w:pPr>
      <w:r>
        <w:t>اب دیکھیے کہ</w:t>
      </w:r>
    </w:p>
    <w:p>
      <w:r>
        <w:rPr>
          <w:b/>
        </w:rPr>
        <w:t xml:space="preserve">[29:21] </w:t>
      </w:r>
      <w:r>
        <w:t>misalan musalmanon ke case ko lijie, yeh to maine aap ko amreeka ka case bataya.</w:t>
      </w:r>
    </w:p>
    <w:p>
      <w:pPr>
        <w:jc w:val="right"/>
      </w:pPr>
      <w:r>
        <w:t>مثلاً مسلمانوں کے کیس کو لیجئے، یہ تو میں نے آپ کو امریکہ کا کیس بتایا۔</w:t>
      </w:r>
    </w:p>
    <w:p>
      <w:r>
        <w:rPr>
          <w:b/>
        </w:rPr>
        <w:t xml:space="preserve">[29:29] </w:t>
      </w:r>
      <w:r>
        <w:t>kyunke amreeka jo hai, yahan main ek baat arz kar doon ke amreeka agar re assess karta maamle ko to image building ki bajaye ek aur cheez pe is ka dhyan chala jata.</w:t>
      </w:r>
    </w:p>
    <w:p>
      <w:pPr>
        <w:jc w:val="right"/>
      </w:pPr>
      <w:r>
        <w:t>کیونکہ امریکہ جو ہے، یہاں میں ایک بات عرض کر دوں کہ امریکہ اگر ری ایسس کرتا معاملے کو تو امیج بلڈنگ کی بجائے ایک اور چیز پہ اس کا دھیان چلا جاتا۔</w:t>
      </w:r>
    </w:p>
    <w:p>
      <w:r>
        <w:rPr>
          <w:b/>
        </w:rPr>
        <w:t xml:space="preserve">[29:43] </w:t>
      </w:r>
      <w:r>
        <w:t>yahan tak ke maine socha amreeka ki ghalati kya hai, woh maine socha is ke bare mein ke kyun duniya mein is ke khilaf rai negative ho gayi hain.</w:t>
      </w:r>
    </w:p>
    <w:p>
      <w:pPr>
        <w:jc w:val="right"/>
      </w:pPr>
      <w:r>
        <w:t>یہاں تک کہ میں نے سوچا امریکہ کی غلطی کیا ہے، وہ میں نے سوچا اس کے بارے میں کہ کیوں دنیا میں اس کے خلاف رائے نیگیٹیو ہو گئی ہیں۔</w:t>
      </w:r>
    </w:p>
    <w:p>
      <w:r>
        <w:rPr>
          <w:b/>
        </w:rPr>
        <w:t xml:space="preserve">[29:56] </w:t>
      </w:r>
      <w:r>
        <w:t>to dekhiye, first world war ke baad amreeka ka jo motto tha, woh yeh tha ke the business of America is business, the business of America is business first world war ke baad amreeka first world war se second world war tak sirf business karta raha,</w:t>
      </w:r>
    </w:p>
    <w:p>
      <w:pPr>
        <w:jc w:val="right"/>
      </w:pPr>
      <w:r>
        <w:t>تو دیکھیے، فرسٹ ورلڈ وار کے بعد امریکہ کا جو موٹو تھا، وہ یہ تھا کہ the business of America is business, the business of America is business فرسٹ ورلڈ وار کے بعد امریکہ فرسٹ ورلڈ وار سے سیکنڈ ورلڈ وار تک صرف بزنس کرتا رہا،</w:t>
      </w:r>
    </w:p>
    <w:p>
      <w:r>
        <w:rPr>
          <w:b/>
        </w:rPr>
        <w:t xml:space="preserve">[30:18] </w:t>
      </w:r>
      <w:r>
        <w:t>sirf business. europe mein laraiyan huin, aap jante hain, lekin atlantic ke is par amreeka bilkul bacha raha kyunke business kar raha tha woh.</w:t>
      </w:r>
    </w:p>
    <w:p>
      <w:pPr>
        <w:jc w:val="right"/>
      </w:pPr>
      <w:r>
        <w:t>صرف بزنس۔ یورپ میں لڑائیاں ہوئیں، آپ جانتے ہیں، لیکن اٹلانٹک کے اس پار امریکہ بالکل بچا رہا کیونکہ بزنس کر رہا تھا وہ۔</w:t>
      </w:r>
    </w:p>
    <w:p>
      <w:r>
        <w:rPr>
          <w:b/>
        </w:rPr>
        <w:t xml:space="preserve">[30:30] </w:t>
      </w:r>
      <w:r>
        <w:t>to first world war se le kar second world war tak amreeka ka jo motto tha, woh tha the business of America is business bas second world war ke baad in ka rujhan badla.</w:t>
      </w:r>
    </w:p>
    <w:p>
      <w:pPr>
        <w:jc w:val="right"/>
      </w:pPr>
      <w:r>
        <w:t>تو فرسٹ ورلڈ وار سے لے کر سیکنڈ ورلڈ وار تک امریکہ کا جو موٹو تھا، وہ تھا the business of America is business بس سیکنڈ ورلڈ وار کے بعد ان کا رجحان بدلا۔</w:t>
      </w:r>
    </w:p>
    <w:p>
      <w:r>
        <w:rPr>
          <w:b/>
        </w:rPr>
        <w:t xml:space="preserve">[30:42] </w:t>
      </w:r>
      <w:r>
        <w:t>jab</w:t>
      </w:r>
    </w:p>
    <w:p>
      <w:pPr>
        <w:jc w:val="right"/>
      </w:pPr>
      <w:r>
        <w:t>جب</w:t>
      </w:r>
    </w:p>
    <w:p>
      <w:r>
        <w:rPr>
          <w:b/>
        </w:rPr>
        <w:t xml:space="preserve">[30:43] </w:t>
      </w:r>
      <w:r>
        <w:t>unhon ne atom bomb girakar japan ko cutosize kar diya to amreeka mein ek naya zehan ubhra, woh kya tha?</w:t>
      </w:r>
    </w:p>
    <w:p>
      <w:pPr>
        <w:jc w:val="right"/>
      </w:pPr>
      <w:r>
        <w:t>انہوں نے ایٹم بم گرا کر جاپان کو کٹوسائز کر دیا تو امریکہ میں ایک نیا ذہن ابھرا، وہ کیا تھا؟</w:t>
      </w:r>
    </w:p>
    <w:p>
      <w:r>
        <w:rPr>
          <w:b/>
        </w:rPr>
        <w:t xml:space="preserve">[30:55] </w:t>
      </w:r>
      <w:r>
        <w:t>the business of America is to establish its supremacy apna dabdaba banana.</w:t>
      </w:r>
    </w:p>
    <w:p>
      <w:pPr>
        <w:jc w:val="right"/>
      </w:pPr>
      <w:r>
        <w:t>the business of America is is to establish its supremacy اپنا دبدبہ بنانا۔</w:t>
      </w:r>
    </w:p>
    <w:p>
      <w:r>
        <w:rPr>
          <w:b/>
        </w:rPr>
        <w:t xml:space="preserve">[31:10] </w:t>
      </w:r>
      <w:r>
        <w:t>the business of America is to establish supremacy of America yeh yeh aa gaya. ab yahan par woh nazariya aaya ke woh peace, pax, amreeka, pax americana.</w:t>
      </w:r>
    </w:p>
    <w:p>
      <w:pPr>
        <w:jc w:val="right"/>
      </w:pPr>
      <w:r>
        <w:t>the business of America is to establish supremacy of America یہ یہ آ گیا۔ اب یہاں پر وہ نظریہ آیا کہ وہ پیس، پیکس، امریکہ، پیس امریکانہ۔</w:t>
      </w:r>
    </w:p>
    <w:p>
      <w:r>
        <w:rPr>
          <w:b/>
        </w:rPr>
        <w:t xml:space="preserve">[31:26] </w:t>
      </w:r>
      <w:r>
        <w:t>aap jante hain ke romans, jo jo ke bohat dinon tak rule karte rahe, woh ek baray area par. to romans ne yeh nikala tha ke pax romana,</w:t>
      </w:r>
    </w:p>
    <w:p>
      <w:pPr>
        <w:jc w:val="right"/>
      </w:pPr>
      <w:r>
        <w:t>آپ جانتے ہیں کہ رومنز، جو جو کہ بہت دنوں تک رول کرتے رہے، وہ ایک بڑے ایریا پر۔ تو رومنز نے یہ نکالا تھا کہ پیکس رومانہ،</w:t>
      </w:r>
    </w:p>
    <w:p>
      <w:r>
        <w:rPr>
          <w:b/>
        </w:rPr>
        <w:t xml:space="preserve">[31:38] </w:t>
      </w:r>
      <w:r>
        <w:t>pax, pax means peace, aman. yani romi aman, romi aman ka matlab hai ke zabardasti logon ko daba kar ke rakho, log peace mein rahen.</w:t>
      </w:r>
    </w:p>
    <w:p>
      <w:pPr>
        <w:jc w:val="right"/>
      </w:pPr>
      <w:r>
        <w:t>پیکس، پیکس مینز پیس، امن۔ یعنی رومی امن، رومی امن کا مطلب ہے کہ زبردستی لوگوں کو دبا کر کے رکھو، لوگ پیس میں رہیں۔</w:t>
      </w:r>
    </w:p>
    <w:p>
      <w:r>
        <w:rPr>
          <w:b/>
        </w:rPr>
        <w:t xml:space="preserve">[31:51] </w:t>
      </w:r>
      <w:r>
        <w:t>yani compulsive peace establish karna, yeh tha pax romana. ab woh le liya amreeka ne, pax americana ke</w:t>
      </w:r>
    </w:p>
    <w:p>
      <w:pPr>
        <w:jc w:val="right"/>
      </w:pPr>
      <w:r>
        <w:t>یعنی کمپلسو پیس اسٹیبلش کرنا، یہ تھا پیکس رومانہ۔ اب وہ لے لیا امریکہ نے، پیکس امریکانہ کہ</w:t>
      </w:r>
    </w:p>
    <w:p>
      <w:r>
        <w:rPr>
          <w:b/>
        </w:rPr>
        <w:t xml:space="preserve">[32:03] </w:t>
      </w:r>
      <w:r>
        <w:t>jahan unhon ne dekha ke amreeka ke khilaf kuch ho raha hai, wahan unhon ne bombardment kar diya, kisi ruler ko marwa diya, kisi hukumat ka takhta ulat diya.</w:t>
      </w:r>
    </w:p>
    <w:p>
      <w:pPr>
        <w:jc w:val="right"/>
      </w:pPr>
      <w:r>
        <w:t>جہاں انہوں نے دیکھا کہ امریکہ کے خلاف کچھ ہو رہا ہے، وہاں انہوں نے بمبارمنٹ کر دیا، کسی رولر کو مروا دیا، کسی حکومت کا تختہ الٹ دیا۔</w:t>
      </w:r>
    </w:p>
    <w:p>
      <w:r>
        <w:rPr>
          <w:b/>
        </w:rPr>
        <w:t xml:space="preserve">[32:12] </w:t>
      </w:r>
      <w:r>
        <w:t>yeh sab karne lage yeh. to woh jo formula un ka tha ke the business of America is business is ko badal diya unhon ne.</w:t>
      </w:r>
    </w:p>
    <w:p>
      <w:pPr>
        <w:jc w:val="right"/>
      </w:pPr>
      <w:r>
        <w:t>یہ سب کرنے لگے یہ۔ تو وہ جو فارمولا ان کا تھا کہ the business of America is business اس کو بدل دیا انہوں نے۔</w:t>
      </w:r>
    </w:p>
    <w:p>
      <w:r>
        <w:rPr>
          <w:b/>
        </w:rPr>
        <w:t xml:space="preserve">[32:26] </w:t>
      </w:r>
      <w:r>
        <w:t>ab in ka nazariya yeh ban gaya hai ke hamara kaam hai ke duniya mein hum apna dabdaba qaim k</w:t>
      </w:r>
    </w:p>
    <w:p>
      <w:pPr>
        <w:jc w:val="right"/>
      </w:pPr>
      <w:r>
        <w:t>اب ان کا نظریہ یہ بن گیا ہے کہ ہمارا کام ہے کہ دنیا میں ہم اپنا دبدبہ قائم ک</w:t>
      </w:r>
    </w:p>
    <w:p>
      <w:r>
        <w:rPr>
          <w:b/>
        </w:rPr>
        <w:t xml:space="preserve">[32:31] </w:t>
      </w:r>
      <w:r>
        <w:t>rein, apni supremacy qaim karen. isi se paida hua yeh sara maamla. first war aur second war war ke beech mein amreeka ke khilaf yeh nafrat nahi hoti thi jo ab hai.</w:t>
      </w:r>
    </w:p>
    <w:p>
      <w:pPr>
        <w:jc w:val="right"/>
      </w:pPr>
      <w:r>
        <w:t>ریں، اپنی سپریمیسی قائم کریں۔ اسی سے پیدا ہوا یہ سارا معاملہ۔ فرسٹ وار اور سیکنڈ وار وار کے بیچ میں امریکہ کے خلاف یہ نفرت نہیں ہوتی تھی جو اب ہے۔</w:t>
      </w:r>
    </w:p>
    <w:p>
      <w:r>
        <w:rPr>
          <w:b/>
        </w:rPr>
        <w:t xml:space="preserve">[32:47] </w:t>
      </w:r>
      <w:r>
        <w:t>ab log kya kehne lage hain ke amreeka to chaudhri banna chahta hai, amreeka to chahta hai ke duniya bhar pe is ka dabdaba ho, policeman banna chahta hai amreeka.</w:t>
      </w:r>
    </w:p>
    <w:p>
      <w:pPr>
        <w:jc w:val="right"/>
      </w:pPr>
      <w:r>
        <w:t>اب لوگ کیا کہنے لگے ہیں کہ امریکہ تو چوہدری بننا چاہتا ہے، امریکہ تو چاہتا ہے کہ دنیا بھر پہ اس کا دبدبہ ہو، پولیس مین بننا چاہتا ہے امریکہ۔</w:t>
      </w:r>
    </w:p>
    <w:p>
      <w:r>
        <w:rPr>
          <w:b/>
        </w:rPr>
        <w:t xml:space="preserve">[33:02] </w:t>
      </w:r>
      <w:r>
        <w:t>is se to amreeka agar sochta to is par kya khulta ke bohat heavy price de kar ke bhi woh cheez nahi payi us ne jo chahta tha.</w:t>
      </w:r>
    </w:p>
    <w:p>
      <w:pPr>
        <w:jc w:val="right"/>
      </w:pPr>
      <w:r>
        <w:t>اس سے تو امریکہ اگر سوچتا تو اس پر کیا کھلتا کہ بہت ہیوی پرائز دے کر کے بھی وہ چیز نہیں پائی اس نے جو چاہتا تھا۔</w:t>
      </w:r>
    </w:p>
    <w:p>
      <w:r>
        <w:rPr>
          <w:b/>
        </w:rPr>
        <w:t xml:space="preserve">[33:13] </w:t>
      </w:r>
      <w:r>
        <w:t>woh misalan aap dekhiye, mera gulf war ko lijie. aap gulf war amreeka ne ki is is liye ke oil wahan ka is is ka qabze mein rahe, oil aur oil ko sustay daam par woh hasil kar sake.</w:t>
      </w:r>
    </w:p>
    <w:p>
      <w:pPr>
        <w:jc w:val="right"/>
      </w:pPr>
      <w:r>
        <w:t>وہ مثلاً آپ دیکھیے، میرا گلف وار کو لیجئے۔ آپ گلف وار امریکہ نے کی اس اس لیے کہ آئل وہاں کا اس کے اس کا قبضے میں رہے، آئل اور آئل کو سستے دام پر وہ حاصل کر سکے۔</w:t>
      </w:r>
    </w:p>
    <w:p>
      <w:r>
        <w:rPr>
          <w:b/>
        </w:rPr>
        <w:t xml:space="preserve">[33:31] </w:t>
      </w:r>
      <w:r>
        <w:t>yani arbon par dabdaba qaim kar ke oil ko sustay daam hasil karna. ab kya hua? unhon ne iraq par attack kiya aur kaha jata hai ke ek book chhapi hai "the three trillion dollar war".</w:t>
      </w:r>
    </w:p>
    <w:p>
      <w:pPr>
        <w:jc w:val="right"/>
      </w:pPr>
      <w:r>
        <w:t>یعنی عربوں پر دبدبہ قائم کر کے آئل کو سستے دام حاصل کرنا۔ اب کیا ہوا؟ انہوں نے عراق پر اٹیک کیا اور کہا جاتا ہے کہ ایک بک چھپی ہے "دا تھری ٹریلین ڈالر وار"۔</w:t>
      </w:r>
    </w:p>
    <w:p>
      <w:r>
        <w:rPr>
          <w:b/>
        </w:rPr>
        <w:t xml:space="preserve">[33:51] </w:t>
      </w:r>
      <w:r>
        <w:t>is war mein amreeka ko direct taur par teen trillion dollar kharch karne pade aur balwaasta taur par indirect way mein do trillion dollar kharch hue is ke.</w:t>
      </w:r>
    </w:p>
    <w:p>
      <w:pPr>
        <w:jc w:val="right"/>
      </w:pPr>
      <w:r>
        <w:t>اس وار میں امریکہ کو ڈائریکٹ طور پر تین ٹریلین ڈالر خرچ کرنے پڑے اور بالواسطہ طور پر ان ڈائریکٹ وے میں دو ٹریلین ڈالر خرچ ہوئے اس کے۔</w:t>
      </w:r>
    </w:p>
    <w:p>
      <w:r>
        <w:rPr>
          <w:b/>
        </w:rPr>
        <w:t xml:space="preserve">[34:01] </w:t>
      </w:r>
      <w:r>
        <w:t>to kya yeh five trillion dollar ka nuqsan hua is mein amreeka ko? aur is ke baad dekhiye kya hua?</w:t>
      </w:r>
    </w:p>
    <w:p>
      <w:pPr>
        <w:jc w:val="right"/>
      </w:pPr>
      <w:r>
        <w:t>تو کیا یہ فائیو ٹریلین ڈالر کا نقصان ہوا اس میں امریکہ کو؟ اور اس کے بعد دیکھیے کیا ہوا؟</w:t>
      </w:r>
    </w:p>
    <w:p>
      <w:r>
        <w:rPr>
          <w:b/>
        </w:rPr>
        <w:t xml:space="preserve">[34:11] </w:t>
      </w:r>
      <w:r>
        <w:t>is waqt petrol ka daam 15 dollar par barrel tha, 15 dollar par barrel.</w:t>
      </w:r>
    </w:p>
    <w:p>
      <w:pPr>
        <w:jc w:val="right"/>
      </w:pPr>
      <w:r>
        <w:t>اس وقت پٹرول کا دام 15 ڈالر پر بیرل تھا، 15 ڈالر پر بیرل۔</w:t>
      </w:r>
    </w:p>
    <w:p>
      <w:r>
        <w:rPr>
          <w:b/>
        </w:rPr>
        <w:t xml:space="preserve">[34:20] </w:t>
      </w:r>
      <w:r>
        <w:t>aaj jo hai 140 se upar chala gaya hai, 140 dollar se upar chala gaya hai.</w:t>
      </w:r>
    </w:p>
    <w:p>
      <w:pPr>
        <w:jc w:val="right"/>
      </w:pPr>
      <w:r>
        <w:t>آج جو ہے 140 سے اوپر چلا گیا ہے، 140 ڈالر سے اوپر چلا گیا ہے۔</w:t>
      </w:r>
    </w:p>
    <w:p>
      <w:r>
        <w:rPr>
          <w:b/>
        </w:rPr>
        <w:t xml:space="preserve">[34:30] </w:t>
      </w:r>
      <w:r>
        <w:t>to ab woh to aur mehenga ho gaya. chahte the ke woh sasta rahe aur ulta ek mehenga ho gaya, kharcha kar ke bhi. to America agar re assess karta to is ko yeh maal woh janta hai ke wahi policy achi thi ke the business of America is business agar Arab log chahte hain ke koi dollar daam barha do, daam barha do thora sa,</w:t>
      </w:r>
    </w:p>
    <w:p>
      <w:pPr>
        <w:jc w:val="right"/>
      </w:pPr>
      <w:r>
        <w:t>تو اب وہ تو اور مہنگا ہو گیا۔ چاہتے تھے کہ وہ سستا رہے اور الٹا ایک مہنگا ہو گیا، خرچہ کر کے بھی۔ تو امریکہ اگر ری ایسس کرتا تو اس کو یہ مال وہ جانتا ہے کہ وہی پالیسی اچھی تھی کہ the business of America is business اگر عرب لوگ چاہتے ہیں کہ کوئی ڈالر دام بڑھا دو، دام بڑھا دو تھوڑا سا،</w:t>
      </w:r>
    </w:p>
    <w:p>
      <w:r>
        <w:rPr>
          <w:b/>
        </w:rPr>
        <w:t xml:space="preserve">[34:54] </w:t>
      </w:r>
      <w:r>
        <w:t>woh lasri bhi le hamare liye.</w:t>
      </w:r>
    </w:p>
    <w:p>
      <w:pPr>
        <w:jc w:val="right"/>
      </w:pPr>
      <w:r>
        <w:t>وہ لسری بھی لے ہمارے لیے۔</w:t>
      </w:r>
    </w:p>
    <w:p>
      <w:r>
        <w:rPr>
          <w:b/>
        </w:rPr>
        <w:t xml:space="preserve">[34:59] </w:t>
      </w:r>
      <w:r>
        <w:t>agar thora sa daam barha diya jaye to woh khush ho jayenge. to woh policy agar rakhta baqi the business of America is business to zyada faide mein rehta hai America.</w:t>
      </w:r>
    </w:p>
    <w:p>
      <w:pPr>
        <w:jc w:val="right"/>
      </w:pPr>
      <w:r>
        <w:t>اگر تھوڑا سا دام بڑھا دیا جائے تو وہ خوش ہو جائیں گے۔ تو وہ پالیسی اگر رکھتا باقی the business of America is business تو زیادہ فائدے میں رہتا ہے امریکہ۔</w:t>
      </w:r>
    </w:p>
    <w:p>
      <w:r>
        <w:rPr>
          <w:b/>
        </w:rPr>
        <w:t xml:space="preserve">[35:11] </w:t>
      </w:r>
      <w:r>
        <w:t>lekin yeh jo policy banai is ne,</w:t>
      </w:r>
    </w:p>
    <w:p>
      <w:pPr>
        <w:jc w:val="right"/>
      </w:pPr>
      <w:r>
        <w:t>لیکن یہ جو پالیسی بنائی اس نے،</w:t>
      </w:r>
    </w:p>
    <w:p>
      <w:r>
        <w:rPr>
          <w:b/>
        </w:rPr>
        <w:t xml:space="preserve">[35:15] </w:t>
      </w:r>
      <w:r>
        <w:t>is mein is ko sirf nuqsan hua. to main samajhta hoon ke jab bhi aisa ho ke kisi ke khilaf misunderstanding aa jaye to is ko image building process nahi chalana chahiye,</w:t>
      </w:r>
    </w:p>
    <w:p>
      <w:pPr>
        <w:jc w:val="right"/>
      </w:pPr>
      <w:r>
        <w:t>اس میں اس کو صرف نقصان ہوا۔ تو میں سمجھتا ہوں کہ جب بھی ایسا ہو کہ کسی کے خلاف مس انڈرسٹینڈنگ آ جائے تو اس کو امیج بلڈنگ پروسیس نہیں چلانا چاہیے،</w:t>
      </w:r>
    </w:p>
    <w:p>
      <w:r>
        <w:rPr>
          <w:b/>
        </w:rPr>
        <w:t xml:space="preserve">[35:29] </w:t>
      </w:r>
      <w:r>
        <w:t>balke is ko karna chahiye ke reassessment, self correction, revise karna apne aap ko.</w:t>
      </w:r>
    </w:p>
    <w:p>
      <w:pPr>
        <w:jc w:val="right"/>
      </w:pPr>
      <w:r>
        <w:t>بلکہ اس کو کرنا چاہیے کہ ری ایسسمنٹ، سیلف کریکشن، ریوائز کرنا اپنے آپ کو۔</w:t>
      </w:r>
    </w:p>
    <w:p>
      <w:r>
        <w:rPr>
          <w:b/>
        </w:rPr>
        <w:t xml:space="preserve">[35:39] </w:t>
      </w:r>
      <w:r>
        <w:t>yahi jo nuqta hai bible mein hai ke blame thyself blame dai self ko aap bohat hi wider sense mein lein</w:t>
      </w:r>
    </w:p>
    <w:p>
      <w:pPr>
        <w:jc w:val="right"/>
      </w:pPr>
      <w:r>
        <w:t>یہی جو نقطہ ہے بائبل میں ہے کہ blame thyself بلیم دائی سیلف کو آپ بہت ہی وائیڈر سینس میں لیں</w:t>
      </w:r>
    </w:p>
    <w:p>
      <w:r>
        <w:rPr>
          <w:b/>
        </w:rPr>
        <w:t xml:space="preserve">[35:51] </w:t>
      </w:r>
      <w:r>
        <w:t>ke jab bhi koi problem aata hai, jab bhi koi is qism ki cheez ko aap ka samna pesh aata hai aap ko, to aap kya karein?</w:t>
      </w:r>
    </w:p>
    <w:p>
      <w:pPr>
        <w:jc w:val="right"/>
      </w:pPr>
      <w:r>
        <w:t>کہ جب بھی کوئی پرابلم آتا ہے، جب بھی کوئی اس قسم کی چیز کو آپ کا سامنا پیش آتا ہے آپ کو، تو آپ کیا کریں؟</w:t>
      </w:r>
    </w:p>
    <w:p>
      <w:r>
        <w:rPr>
          <w:b/>
        </w:rPr>
        <w:t xml:space="preserve">[36:04] </w:t>
      </w:r>
      <w:r>
        <w:t>apne hi ke andar sochein.</w:t>
      </w:r>
    </w:p>
    <w:p>
      <w:pPr>
        <w:jc w:val="right"/>
      </w:pPr>
      <w:r>
        <w:t>اپنے ہی کے اندر سوچیں۔</w:t>
      </w:r>
    </w:p>
    <w:p>
      <w:r>
        <w:rPr>
          <w:b/>
        </w:rPr>
        <w:t xml:space="preserve">[36:08] </w:t>
      </w:r>
      <w:r>
        <w:t>yani agar doosra aadmi, jaisa ke maine aaj kaha ke is mein do partiyan hoti hain, doosre aadmi ka hissa agar 90 feesad hai, aap ke hisse mein jo 10 feesad ghalati hai, ab shamil aap ki ke doosra jo aap ko badnaam kar raha hai,</w:t>
      </w:r>
    </w:p>
    <w:p>
      <w:pPr>
        <w:jc w:val="right"/>
      </w:pPr>
      <w:r>
        <w:t>یعنی اگر دوسرا آدمی، جیسا کہ میں نے آج کہا کہ اس میں دو پارٹیاں ہوتی ہیں، دوسرے آدمی کا حصہ اگر 90 فیصد ہے، آپ کے حصے میں جو 10 فیصد غلطی ہے، اب شامل آپ کی کہ دوسرا جو آپ کو بدنام کر رہا ہے،</w:t>
      </w:r>
    </w:p>
    <w:p>
      <w:r>
        <w:rPr>
          <w:b/>
        </w:rPr>
        <w:t xml:space="preserve">[36:26] </w:t>
      </w:r>
      <w:r>
        <w:t>uski ghalati 90 feesad hai, aap ki ghalati is mein 10 feesad hai, to sara focus aap 10 feesad par lagaiye. sara focus</w:t>
      </w:r>
    </w:p>
    <w:p>
      <w:pPr>
        <w:jc w:val="right"/>
      </w:pPr>
      <w:r>
        <w:t>اس کی غلطی 90 فیصد ہے، آپ کی غلطی اس میں 10 فیصد ہے، تو سارا فوکس آپ 10 فیصد پر لگائیے۔ سارا فوکس</w:t>
      </w:r>
    </w:p>
    <w:p>
      <w:r>
        <w:rPr>
          <w:b/>
        </w:rPr>
        <w:t xml:space="preserve">[36:38] </w:t>
      </w:r>
      <w:r>
        <w:t>90 feesad ko bhula dijiye. aap apne hisse ka jo 10 feesad hai, is ko agar aap ne correct kar liya to kya hoga?</w:t>
      </w:r>
    </w:p>
    <w:p>
      <w:pPr>
        <w:jc w:val="right"/>
      </w:pPr>
      <w:r>
        <w:t>90 فیصد کو بھلا دیجئے۔ آپ اپنے حصے کا جو 10 فیصد ہے، اس کو اگر آپ نے کریکٹ کر لیا تو کیا ہوگا؟</w:t>
      </w:r>
    </w:p>
    <w:p>
      <w:r>
        <w:rPr>
          <w:b/>
        </w:rPr>
        <w:t xml:space="preserve">[36:49] </w:t>
      </w:r>
      <w:r>
        <w:t>apne aap 90 feesad wala correct kar lega. apne aap ko yeh hai zindagi ka formula.</w:t>
      </w:r>
    </w:p>
    <w:p>
      <w:pPr>
        <w:jc w:val="right"/>
      </w:pPr>
      <w:r>
        <w:t>اپنے آپ 90 فیصد والا کریکٹ کر لے گا۔ اپنے آپ کو یہ ہے زندگی کا فارمولا۔</w:t>
      </w:r>
    </w:p>
    <w:p>
      <w:r>
        <w:rPr>
          <w:b/>
        </w:rPr>
        <w:t xml:space="preserve">[37:00] </w:t>
      </w:r>
      <w:r>
        <w:t>to yeh bible mein jo kaha gaya hai ke blame thyself yani apne ko correct kar ke doosre ko correct karo. yeh matlab hai is ka apne</w:t>
      </w:r>
    </w:p>
    <w:p>
      <w:pPr>
        <w:jc w:val="right"/>
      </w:pPr>
      <w:r>
        <w:t>تو یہ بائبل میں جو کہا گیا ہے کہ blame thyself یعنی اپنے کو کریکٹ کر کے دوسرے کو کریکٹ کرو۔ یہ مطلب ہے اس کا اپنے</w:t>
      </w:r>
    </w:p>
    <w:p>
      <w:r>
        <w:rPr>
          <w:b/>
        </w:rPr>
        <w:t xml:space="preserve">[37:12] </w:t>
      </w:r>
      <w:r>
        <w:t>ko durust kar lo, doosra durust ho jayega. to blame thyself ka jo formula hai, yeh koi passive formula nahi hai.</w:t>
      </w:r>
    </w:p>
    <w:p>
      <w:pPr>
        <w:jc w:val="right"/>
      </w:pPr>
      <w:r>
        <w:t>کو درست کر لو، دوسرا درست ہو جائے گا۔ تو blame thyself کا جو فارمولا ہے، یہ کوئی پیسیو فارمولا نہیں ہے۔</w:t>
      </w:r>
    </w:p>
    <w:p>
      <w:r>
        <w:rPr>
          <w:b/>
        </w:rPr>
        <w:t xml:space="preserve">[37:23] </w:t>
      </w:r>
      <w:r>
        <w:t>passive formula nahi hai,</w:t>
      </w:r>
    </w:p>
    <w:p>
      <w:pPr>
        <w:jc w:val="right"/>
      </w:pPr>
      <w:r>
        <w:t>پیسیو فارمولا نہیں ہے،</w:t>
      </w:r>
    </w:p>
    <w:p>
      <w:r>
        <w:rPr>
          <w:b/>
        </w:rPr>
        <w:t xml:space="preserve">[37:27] </w:t>
      </w:r>
      <w:r>
        <w:t>yeh ek method hai. method is mein ke apne hisse ki jo kamiyan hain, us ko tum theek kar lo.</w:t>
      </w:r>
    </w:p>
    <w:p>
      <w:pPr>
        <w:jc w:val="right"/>
      </w:pPr>
      <w:r>
        <w:t>یہ ایک میتھڈ ہے۔ میتھڈ اس میں کہ اپنے حصے کی جو کمیاں ہیں، اس کو تم ٹھیک کر لو۔</w:t>
      </w:r>
    </w:p>
    <w:p>
      <w:r>
        <w:rPr>
          <w:b/>
        </w:rPr>
        <w:t xml:space="preserve">[37:36] </w:t>
      </w:r>
      <w:r>
        <w:t>doosre hisse ki kamiyan bhi apne aap theek ho jayengi. woh aadmi majboor hoga theek karne par. is ko yeh hai blame thyself</w:t>
      </w:r>
    </w:p>
    <w:p>
      <w:pPr>
        <w:jc w:val="right"/>
      </w:pPr>
      <w:r>
        <w:t>دوسرے حصے کی کمیاں بھی اپنے آپ ٹھیک ہو جائیں گی۔ وہ آدمی مجبور ہوگا ٹھیک کرنے پر۔ اس کو یہ ہے blame thyself</w:t>
      </w:r>
    </w:p>
    <w:p>
      <w:r>
        <w:rPr>
          <w:b/>
        </w:rPr>
        <w:t xml:space="preserve">[37:49] </w:t>
      </w:r>
      <w:r>
        <w:t>to main samajhta hoon ke jab bhi aap dekhein ke aap ke khilaf kisi ko shikayat ho gayi hai, aap ke khilaf kisi ke andar negative thought aa gaye hain,</w:t>
      </w:r>
    </w:p>
    <w:p>
      <w:pPr>
        <w:jc w:val="right"/>
      </w:pPr>
      <w:r>
        <w:t>تو میں سمجھتا ہوں کہ جب بھی آپ دیکھیں کہ آپ کے خلاف کسی کو شکایت ہو گئی ہے، آپ کے خلاف کسی کے اندر نیگیٹیو تھاٹ آ گئے ہیں،</w:t>
      </w:r>
    </w:p>
    <w:p>
      <w:r>
        <w:rPr>
          <w:b/>
        </w:rPr>
        <w:t xml:space="preserve">[38:03] </w:t>
      </w:r>
      <w:r>
        <w:t>to image building ka process chalane se pehle aap apne ko socheye, introspection kijiye, apne andar dhoondhiye ke meri kon si baat thi jis ko le kar ke is qism ka</w:t>
      </w:r>
    </w:p>
    <w:p>
      <w:pPr>
        <w:jc w:val="right"/>
      </w:pPr>
      <w:r>
        <w:t>تو امیج بلڈنگ کا پروسیس چلانے سے پہلے آپ اپنے کو سوچیے، انٹروسپیکشن کیجئے، اپنے اندر ڈھونڈیے کہ میری کون سی بات تھی جس کو لے کر کے اس قسم کا</w:t>
      </w:r>
    </w:p>
    <w:p>
      <w:r>
        <w:rPr>
          <w:b/>
        </w:rPr>
        <w:t xml:space="preserve">[38:22] </w:t>
      </w:r>
      <w:r>
        <w:t>mamla pesh aya hai.</w:t>
      </w:r>
    </w:p>
    <w:p>
      <w:pPr>
        <w:jc w:val="right"/>
      </w:pPr>
      <w:r>
        <w:t>معاملہ پیش آیا ہے۔</w:t>
      </w:r>
    </w:p>
    <w:p>
      <w:r>
        <w:rPr>
          <w:b/>
        </w:rPr>
        <w:t xml:space="preserve">[38:26] </w:t>
      </w:r>
      <w:r>
        <w:t>to starting point aap apne ko banaiye, na ke doosre ko. aam taur par maine dekha hai ke log doosre ko starting point banate hain, apne ko nahi.</w:t>
      </w:r>
    </w:p>
    <w:p>
      <w:pPr>
        <w:jc w:val="right"/>
      </w:pPr>
      <w:r>
        <w:t>تو سٹارٹنگ پوائنٹ آپ اپنے کو بنائیے، نہ کہ دوسرے کو۔ عام طور پر میں نے دیکھا ہے کہ لوگ دوسرے کو سٹارٹنگ پوائنٹ بناتے ہیں، اپنے کو نہیں۔</w:t>
      </w:r>
    </w:p>
    <w:p>
      <w:r>
        <w:rPr>
          <w:b/>
        </w:rPr>
        <w:t xml:space="preserve">[38:42] </w:t>
      </w:r>
      <w:r>
        <w:t>jaise aaj kal musalmanon ne kai conferencein ki hain</w:t>
      </w:r>
    </w:p>
    <w:p>
      <w:pPr>
        <w:jc w:val="right"/>
      </w:pPr>
      <w:r>
        <w:t>جیسے آج کل مسلمانوں نے کئی کانفرنسیں کی ہیں</w:t>
      </w:r>
    </w:p>
    <w:p>
      <w:r>
        <w:rPr>
          <w:b/>
        </w:rPr>
        <w:t xml:space="preserve">[38:47] </w:t>
      </w:r>
      <w:r>
        <w:t>terrorizm ke khilaf, dehshat gardi ke khilaf, aatish baad ke khilaf, aur sara jo is mein jo proceeding thi, us ko agar aap ne dekha ho, us ki reporting hui thi media mein, to sab mein kya hai?</w:t>
      </w:r>
    </w:p>
    <w:p>
      <w:pPr>
        <w:jc w:val="right"/>
      </w:pPr>
      <w:r>
        <w:t>ٹیررزم کے خلاف، دہشت گردی کے خلاف، آتش باد کے خلاف، اور سارا جو اس میں جو پروسیڈنگ تھی، اس کو اگر آپ نے دیکھا ہو، اس کی ریپورٹنگ ہوئی تھی میڈیا میں، تو سب میں کیا ہے؟</w:t>
      </w:r>
    </w:p>
    <w:p>
      <w:r>
        <w:rPr>
          <w:b/>
        </w:rPr>
        <w:t xml:space="preserve">[39:05] </w:t>
      </w:r>
      <w:r>
        <w:t>doosre ko blame diya gaya. musalmanon ko kuch nahi kaha gaya. musalmanon ko ek word nahi kaha in logon ne</w:t>
      </w:r>
    </w:p>
    <w:p>
      <w:pPr>
        <w:jc w:val="right"/>
      </w:pPr>
      <w:r>
        <w:t>دوسرے کو بلیم دیا گیا۔ مسلمانوں کو کچھ نہیں کہا گیا۔ مسلمانوں کو ایک ورڈ نہیں کہا ان لوگوں نے</w:t>
      </w:r>
    </w:p>
    <w:p>
      <w:r>
        <w:rPr>
          <w:b/>
        </w:rPr>
        <w:t xml:space="preserve">[39:14] </w:t>
      </w:r>
      <w:r>
        <w:t>jo spacious, fiery special thi. musalmanon ne wahan aa kar ke stage par bas doosron ko bura kehna aur yeh batana hai ke hum hamare khilaf jhooti phailai ja rahi hai, jhooti baatein phailai ja rahi hain.</w:t>
      </w:r>
    </w:p>
    <w:p>
      <w:pPr>
        <w:jc w:val="right"/>
      </w:pPr>
      <w:r>
        <w:t>جو اسپیشیس، فائری اسپیشل تھی۔ مسلمانوں نے وہاں آ کر کے اسٹیج پر بس دوسروں کو برا کہنا اور یہ بتانا ہے کہ ہم ہمارے خلاف جھوٹی پھیلائی جا رہی ہے، جھوٹی باتیں پھیلائی جا رہی ہیں۔</w:t>
      </w:r>
    </w:p>
    <w:p>
      <w:r>
        <w:rPr>
          <w:b/>
        </w:rPr>
        <w:t xml:space="preserve">[39:30] </w:t>
      </w:r>
      <w:r>
        <w:t>main samajhta hoon ke jar ki baat yeh nahi hai. jar ki baat hai ke musalman, musalmanon ke sath kuch land ke problem aaye, zameen ke problem.</w:t>
      </w:r>
    </w:p>
    <w:p>
      <w:pPr>
        <w:jc w:val="right"/>
      </w:pPr>
      <w:r>
        <w:t>میں سمجھتا ہوں کہ جڑ کی بات یہ نہیں ہے۔ جڑ کی بات ہے کہ مسلمان، مسلمانوں کے ساتھ کچھ لینڈ کے پرابلم آئے، زمین کے پرابلم۔</w:t>
      </w:r>
    </w:p>
    <w:p>
      <w:r>
        <w:rPr>
          <w:b/>
        </w:rPr>
        <w:t xml:space="preserve">[39:42] </w:t>
      </w:r>
      <w:r>
        <w:t>to land ke problem jo tha, woh ek ek secular problem tha. mere liye secular problem jaise kashmir mein jo problem hua, woh land ka tha.</w:t>
      </w:r>
    </w:p>
    <w:p>
      <w:pPr>
        <w:jc w:val="right"/>
      </w:pPr>
      <w:r>
        <w:t>تو لینڈ کے پرابلم جو تھا، وہ ایک ایک سیکولر پرابلم تھا۔ میرے لیے سیکولر پرابلم جیسے کشمیر میں جو پرابلم ہوا، وہ لینڈ کا تھا۔</w:t>
      </w:r>
    </w:p>
    <w:p>
      <w:r>
        <w:rPr>
          <w:b/>
        </w:rPr>
        <w:t xml:space="preserve">[39:50] </w:t>
      </w:r>
      <w:r>
        <w:t>land ka to secular problem tha, woh secular issue tha. woh falasteen mein bhi hua, falasteen mein woh bhi land ka problem tha, woh bhi secular issue tha.</w:t>
      </w:r>
    </w:p>
    <w:p>
      <w:pPr>
        <w:jc w:val="right"/>
      </w:pPr>
      <w:r>
        <w:t>لینڈ کا تو سیکولر پرابلم تھا، وہ سیکولر ایشو تھا۔ وہ فلسطین میں بھی ہوا، فلسطین میں وہ بھی لینڈ کا پرابلم تھا، وہ بھی سیکولر ایشو تھا۔</w:t>
      </w:r>
    </w:p>
    <w:p>
      <w:r>
        <w:rPr>
          <w:b/>
        </w:rPr>
        <w:t xml:space="preserve">[40:03] </w:t>
      </w:r>
      <w:r>
        <w:t>to secular issue ko aap agar chalate ek secular issue ke taur par, to is mein islam badnaam na hota.</w:t>
      </w:r>
    </w:p>
    <w:p>
      <w:pPr>
        <w:jc w:val="right"/>
      </w:pPr>
      <w:r>
        <w:t>تو سیکولر ایشو کو آپ اگر چلاتے ایک سیکولر ایشو کے طور پر، تو اس میں اسلام بدنام نہ ہوتا۔</w:t>
      </w:r>
    </w:p>
    <w:p>
      <w:r>
        <w:rPr>
          <w:b/>
        </w:rPr>
        <w:t xml:space="preserve">[40:14] </w:t>
      </w:r>
      <w:r>
        <w:t>yeh na hota ke islam dahshatgardi sikhata hai, islam aatish baad sikhata hai. to yeh jo conferencein huin, yeh batane ke liye ke islam aatish baad nahi sikhata, isi par sab ki speeches huin.</w:t>
      </w:r>
    </w:p>
    <w:p>
      <w:pPr>
        <w:jc w:val="right"/>
      </w:pPr>
      <w:r>
        <w:t>یہ نہ ہوتا کہ اسلام دہشت گردی سکھاتا ہے، اسلام آتش باد سکھاتا ہے۔ تو یہ جو کانفرنسیں ہوئیں، یہ بتانے کے لیے کہ اسلام آتش باد نہیں سکھاتا، اسی پر سب کی اسپیچز ہوئیں۔</w:t>
      </w:r>
    </w:p>
    <w:p>
      <w:r>
        <w:rPr>
          <w:b/>
        </w:rPr>
        <w:t xml:space="preserve">[40:27] </w:t>
      </w:r>
      <w:r>
        <w:t>unhein kehna chahiye tha musalmanon ko ke tum is maamle mein, yaani land tum se chheni gayi hai, property chhin gayi hai, to tumhare liye do mein se ek ka option hai: ya to sabr karo,</w:t>
      </w:r>
    </w:p>
    <w:p>
      <w:pPr>
        <w:jc w:val="right"/>
      </w:pPr>
      <w:r>
        <w:t>انہیں کہنا چاہیے تھا مسلمانوں کو کہ تم اس معاملے میں، یعنی لینڈ تم سے چھینی گئی ہے، پراپرٹی چھن گئی ہے، تو تمہارے لیے دو میں سے ایک کا آپشن ہے: یا تو صبر کرو،</w:t>
      </w:r>
    </w:p>
    <w:p>
      <w:r>
        <w:rPr>
          <w:b/>
        </w:rPr>
        <w:t xml:space="preserve">[40:44] </w:t>
      </w:r>
      <w:r>
        <w:t>sabr kar ke baitho, ya is ko secular issue ke taur par lo. secular issue ke taur par mazhab se mat jodo is ko.</w:t>
      </w:r>
    </w:p>
    <w:p>
      <w:pPr>
        <w:jc w:val="right"/>
      </w:pPr>
      <w:r>
        <w:t>صبر کر کے بیٹھو، یا اس کو سیکولر ایشو کے طور پر لو۔ سیکولر ایشو کے طور پر مذہب سے مت جوڑو اس کو۔</w:t>
      </w:r>
    </w:p>
    <w:p>
      <w:r>
        <w:rPr>
          <w:b/>
        </w:rPr>
        <w:t xml:space="preserve">[40:58] </w:t>
      </w:r>
      <w:r>
        <w:t>ek secular issue ke taur par, jaise aap dekhein ke jagah jagah ho raha hai aatish baad, maslan lanka mein ho raha hai, aur assam mein ho raha hai, orissa mein ho raha hai,</w:t>
      </w:r>
    </w:p>
    <w:p>
      <w:pPr>
        <w:jc w:val="right"/>
      </w:pPr>
      <w:r>
        <w:t>ایک سیکولر ایشو کے طور پر، جیسے آپ دیکھیں کہ جگہ جگہ ہو رہا ہے آتش باد، مثلاً لنکا میں ہو رہا ہے، اور آسام میں ہو رہا ہے، اوڑھیسہ میں ہو رہا ہے،</w:t>
      </w:r>
    </w:p>
    <w:p>
      <w:r>
        <w:rPr>
          <w:b/>
        </w:rPr>
        <w:t xml:space="preserve">[41:12] </w:t>
      </w:r>
      <w:r>
        <w:t>jagah jagah ho raha hai. woh land ke naam par hai, woh</w:t>
      </w:r>
    </w:p>
    <w:p>
      <w:pPr>
        <w:jc w:val="right"/>
      </w:pPr>
      <w:r>
        <w:t>جگہ جگہ ہو رہا ہے۔ وہ لینڈ کے نام پر ہے، وہ</w:t>
      </w:r>
    </w:p>
    <w:p>
      <w:r>
        <w:rPr>
          <w:b/>
        </w:rPr>
        <w:t xml:space="preserve">[41:18] </w:t>
      </w:r>
      <w:r>
        <w:t>land ke naam par hai, woh jagah jagah ho raha hai. duniya mein mukhtalif jagah jagah aap dekh sakte hain, sari duniya mein</w:t>
      </w:r>
    </w:p>
    <w:p>
      <w:pPr>
        <w:jc w:val="right"/>
      </w:pPr>
      <w:r>
        <w:t>لینڈ کے نام پر ہے، وہ جگہ جگہ ہو رہا ہے۔ دنیا میں مختلف جگہ جگہ آپ دیکھ سکتے ہیں، ساری دنیا میں</w:t>
      </w:r>
    </w:p>
    <w:p>
      <w:r>
        <w:rPr>
          <w:b/>
        </w:rPr>
        <w:t xml:space="preserve">[41:27] </w:t>
      </w:r>
      <w:r>
        <w:t>woh sab log is ko kar rahe hain, yaani secular naam par, ek secular issue ke taur par. to un ka mazhab is mein badnaam nahi hota.</w:t>
      </w:r>
    </w:p>
    <w:p>
      <w:pPr>
        <w:jc w:val="right"/>
      </w:pPr>
      <w:r>
        <w:t>وہ سب لوگ اس کو کر رہے ہیں، یعنی سیکولر نام پر، ایک سیکولر ایشو کے طور پر۔ تو ان کا مذہب اس میں بدنام نہیں ہوتا۔</w:t>
      </w:r>
    </w:p>
    <w:p>
      <w:r>
        <w:rPr>
          <w:b/>
        </w:rPr>
        <w:t xml:space="preserve">[41:39] </w:t>
      </w:r>
      <w:r>
        <w:t>musalmanon ne kiya kiya ke is ko jahad kehna shuru kar diya, islami jahad. to duniya yeh kehne lagi ke islam to aatish baad sikhata hai, islam to terrorism sikhata hai.</w:t>
      </w:r>
    </w:p>
    <w:p>
      <w:pPr>
        <w:jc w:val="right"/>
      </w:pPr>
      <w:r>
        <w:t>مسلمانوں نے کیا کیا کہ اس کو جہاد کہنا شروع کر دیا، اسلامی جہاد۔ تو دنیا یہ کہنے لگی کہ اسلام تو آتش باد سکھاتا ہے، اسلام تو ٹیررزم سکھاتا ہے۔</w:t>
      </w:r>
    </w:p>
    <w:p>
      <w:r>
        <w:rPr>
          <w:b/>
        </w:rPr>
        <w:t xml:space="preserve">[41:52] </w:t>
      </w:r>
      <w:r>
        <w:t>to musalmanon ne mauqa diya logon ko ke aisa woh kahein.</w:t>
      </w:r>
    </w:p>
    <w:p>
      <w:pPr>
        <w:jc w:val="right"/>
      </w:pPr>
      <w:r>
        <w:t>تو مسلمانوں نے موقع دیا لوگوں کو کہ ایسا وہ کہیں۔</w:t>
      </w:r>
    </w:p>
    <w:p>
      <w:r>
        <w:rPr>
          <w:b/>
        </w:rPr>
        <w:t xml:space="preserve">[41:58] </w:t>
      </w:r>
      <w:r>
        <w:t>musalmanon ne jab apne land ke problem ko bator secular issue ko nahi liya, balke is ko islami jahad kehne lage, unhone khud yeh mauqa diya doosron ko ke woh kahein ke islam jo hai, woh violence sikhata hai,</w:t>
      </w:r>
    </w:p>
    <w:p>
      <w:pPr>
        <w:jc w:val="right"/>
      </w:pPr>
      <w:r>
        <w:t>مسلمانوں نے جب اپنے لینڈ کے پرابلم کو بطور سیکولر ایشو کو نہیں لیا، بلکہ اس کو اسلامی جہاد کہنے لگے، انہوں نے خود یہ موقع دیا دوسروں کو کہ وہ کہیں کہ اسلام جو ہے، وہ وائیلنس سکھاتا ہے،</w:t>
      </w:r>
    </w:p>
    <w:p>
      <w:r>
        <w:rPr>
          <w:b/>
        </w:rPr>
        <w:t xml:space="preserve">[42:15] </w:t>
      </w:r>
      <w:r>
        <w:t>islam terrorism sikhata hai, islam tashaddud sikhata hai.</w:t>
      </w:r>
    </w:p>
    <w:p>
      <w:pPr>
        <w:jc w:val="right"/>
      </w:pPr>
      <w:r>
        <w:t>اسلام ٹیررزم سکھاتا ہے، اسلام تشدد سکھاتا ہے۔</w:t>
      </w:r>
    </w:p>
    <w:p>
      <w:r>
        <w:rPr>
          <w:b/>
        </w:rPr>
        <w:t xml:space="preserve">[42:21] </w:t>
      </w:r>
      <w:r>
        <w:t>to yeh conferenceon mein yeh kehna chahiye tha ke aye musalmanon, tum ko agar apne land ke liye kuch karna hai to ek secular issue ke taur par karo, is ko islam ka naam mat lo is mein,</w:t>
      </w:r>
    </w:p>
    <w:p>
      <w:pPr>
        <w:jc w:val="right"/>
      </w:pPr>
      <w:r>
        <w:t>تو یہ کانفرنسوں میں یہ کہنا چاہیے تھا کہ اے مسلمانوں، تم کو اگر اپنے لینڈ کے لیے کچھ کرنا ہے تو ایک سیکولر ایشو کے طور پر کرو، اس کو اسلام کا نام مت لو اس میں،</w:t>
      </w:r>
    </w:p>
    <w:p>
      <w:r>
        <w:rPr>
          <w:b/>
        </w:rPr>
        <w:t xml:space="preserve">[42:41] </w:t>
      </w:r>
      <w:r>
        <w:t>kyun ke islam ka is se koi talluq nahi hai. to asal baat jo kehne ki thi, woh yeh thi. lekin sab ne yeh kaha ke log islam se dushmani kar rahe</w:t>
      </w:r>
    </w:p>
    <w:p>
      <w:pPr>
        <w:jc w:val="right"/>
      </w:pPr>
      <w:r>
        <w:t>کیونکہ اسلام کا اس سے کوئی تعلق نہیں ہے۔ تو اصل بات جو کہنے کی تھی، وہ یہ تھی۔ لیکن سب نے یہ کہا کہ لوگ اسلام سے دشمنی کر رہے</w:t>
      </w:r>
    </w:p>
    <w:p>
      <w:r>
        <w:rPr>
          <w:b/>
        </w:rPr>
        <w:t xml:space="preserve">[42:51] </w:t>
      </w:r>
      <w:r>
        <w:t>hain, islam ke khilaf conspiracy kar rahe hain, islam ko badnaam kar rahe hain. bhai, badnaam kiya hai? woh to wahi kar rahe hain jo aap khud keh jo kiya hai, aap ne usi ko dohra rahe hain.</w:t>
      </w:r>
    </w:p>
    <w:p>
      <w:pPr>
        <w:jc w:val="right"/>
      </w:pPr>
      <w:r>
        <w:t>ہیں، اسلام کے خلاف کانسپریسی کر رہے ہیں، اسلام کو بدنام کر رہے ہیں۔ بھئی، بدنام کیا ہے؟ وہ تو وہی کر رہے ہیں جو آپ خود کہہ جو کیا ہے، آپ نے اسی کو دہرا رہے ہیں۔</w:t>
      </w:r>
    </w:p>
    <w:p>
      <w:r>
        <w:rPr>
          <w:b/>
        </w:rPr>
        <w:t xml:space="preserve">[43:02] </w:t>
      </w:r>
      <w:r>
        <w:t>woh aap ne kaha ke yeh islami jahad hai jo hum kar rahe hain. to kaha agar islami jahad hai to islami jahad ka matlab hai violence, tashaddud.</w:t>
      </w:r>
    </w:p>
    <w:p>
      <w:pPr>
        <w:jc w:val="right"/>
      </w:pPr>
      <w:r>
        <w:t>وہ آپ نے کہا کہ یہ اسلامی جہاد ہے جو ہم کر رہے ہیں۔ تو کہا اگر اسلامی جہاد ہے تو اسلامی جہاد کا مطلب ہے وائیلنس، تشدد۔</w:t>
      </w:r>
    </w:p>
    <w:p>
      <w:r>
        <w:rPr>
          <w:b/>
        </w:rPr>
        <w:t xml:space="preserve">[43:14] </w:t>
      </w:r>
      <w:r>
        <w:t>agar woh alag alag rakhte, apne secular issue ko alag rakhte, islam ko alag rakhte to kabhi bhi yeh surat na banti ke islam ko badnaam kiya ja raha hai.</w:t>
      </w:r>
    </w:p>
    <w:p>
      <w:pPr>
        <w:jc w:val="right"/>
      </w:pPr>
      <w:r>
        <w:t>اگر وہ الگ الگ رکھتے، اپنے سیکولر ایشو کو الگ رکھتے، اسلام کو الگ رکھتے تو کبھی بھی یہ صورت نہ بنتی کہ اسلام کو بدنام کیا جا رہا ہے۔</w:t>
      </w:r>
    </w:p>
    <w:p>
      <w:r>
        <w:rPr>
          <w:b/>
        </w:rPr>
        <w:t xml:space="preserve">[43:24] </w:t>
      </w:r>
      <w:r>
        <w:t>sari duniya mein ab kya kehte hain ke media hamara dushman ho gaya hai. bhai, media kya dushman ho gaya? aap jab ek ek violence karein ge islami jahad ke naam par to media yeh chhape ga jo aap ne khud munh se bole hain.</w:t>
      </w:r>
    </w:p>
    <w:p>
      <w:pPr>
        <w:jc w:val="right"/>
      </w:pPr>
      <w:r>
        <w:t>ساری دنیا میں اب کیا کہتے ہیں کہ میڈیا ہمارا دشمن ہو گیا ہے۔ بھئی، میڈیا کیا دشمن ہو گیا؟ آپ جب ایک ایک وائیلنس کریں گے اسلامی جہاد کے نام پر تو میڈیا یہ چھاپے گا جو آپ نے خود منہ سے بولے ہیں۔</w:t>
      </w:r>
    </w:p>
    <w:p>
      <w:r>
        <w:rPr>
          <w:b/>
        </w:rPr>
        <w:t xml:space="preserve">[43:43] </w:t>
      </w:r>
      <w:r>
        <w:t>aap</w:t>
      </w:r>
    </w:p>
    <w:p>
      <w:pPr>
        <w:jc w:val="right"/>
      </w:pPr>
      <w:r>
        <w:t>آپ</w:t>
      </w:r>
    </w:p>
    <w:p>
      <w:r>
        <w:rPr>
          <w:b/>
        </w:rPr>
        <w:t xml:space="preserve">[43:48] </w:t>
      </w:r>
      <w:r>
        <w:t>to main samajhta hoon ke asal cheez yeh hai ke aadmi reassess kare, apni ghalti ko find out kare, chahe woh america ka case ho ya musalmanon ka case ho ya kisi aur ka case ho.</w:t>
      </w:r>
    </w:p>
    <w:p>
      <w:pPr>
        <w:jc w:val="right"/>
      </w:pPr>
      <w:r>
        <w:t>تو میں سمجھتا ہوں کہ اصل چیز یہ ہے کہ آدمی ری ایسس کرے، اپنی غلطی کو فائنڈ آؤٹ کرے، چاہے وہ امریکہ کا کیس ہو یا مسلمانوں کا کیس ہو یا کسی اور کا کیس ہو۔</w:t>
      </w:r>
    </w:p>
    <w:p>
      <w:r>
        <w:rPr>
          <w:b/>
        </w:rPr>
        <w:t xml:space="preserve">[44:02] </w:t>
      </w:r>
      <w:r>
        <w:t>har ek ko chahiye ke apni ghalti ko pata kare,</w:t>
      </w:r>
    </w:p>
    <w:p>
      <w:pPr>
        <w:jc w:val="right"/>
      </w:pPr>
      <w:r>
        <w:t>ہر ایک کو چاہیے کہ اپنی غلطی کو پتہ کرے،</w:t>
      </w:r>
    </w:p>
    <w:p>
      <w:r>
        <w:rPr>
          <w:b/>
        </w:rPr>
        <w:t xml:space="preserve">[44:14] </w:t>
      </w:r>
      <w:r>
        <w:t>doosron ko blame de kar ke kehna ke yeh sab hamare dushman hain, hum ko badnaam karna chahte hain, is ka koi faida nahin. Yeh bilkul useless baatein hain.</w:t>
      </w:r>
    </w:p>
    <w:p>
      <w:pPr>
        <w:jc w:val="right"/>
      </w:pPr>
      <w:r>
        <w:t>دوسروں کو بلیم دے کر کے کہنا کہ یہ سب ہمارے دشمن ہیں، ہم کو بدنام کرنا چاہتے ہیں، اس کا کوئی فائدہ نہیں۔ یہ بالکل یوسلس باتیں ہیں۔</w:t>
      </w:r>
    </w:p>
    <w:p>
      <w:r>
        <w:rPr>
          <w:b/>
        </w:rPr>
        <w:t xml:space="preserve">[44:24] </w:t>
      </w:r>
      <w:r>
        <w:t>yeh</w:t>
      </w:r>
    </w:p>
    <w:p>
      <w:pPr>
        <w:jc w:val="right"/>
      </w:pPr>
      <w:r>
        <w:t>یہ</w:t>
      </w:r>
    </w:p>
    <w:p>
      <w:r>
        <w:rPr>
          <w:b/>
        </w:rPr>
        <w:t xml:space="preserve">[44:29] </w:t>
      </w:r>
      <w:r>
        <w:t>to behrhaal jahan tak Islam ka tareeqa hai, woh yeh hai. Islam mein dekhiye, jihad jahan aaya hai, wahan fi sabilillah aaya hai.</w:t>
      </w:r>
    </w:p>
    <w:p>
      <w:pPr>
        <w:jc w:val="right"/>
      </w:pPr>
      <w:r>
        <w:t>تو بہرحال جہاں تک اسلام کا طریقہ ہے، وہ یہ ہے۔ اسلام میں دیکھیے، جہاد جہاں آیا ہے، وہاں فی سبیل اللہ آیا ہے۔</w:t>
      </w:r>
    </w:p>
    <w:p>
      <w:r>
        <w:rPr>
          <w:b/>
        </w:rPr>
        <w:t xml:space="preserve">[44:43] </w:t>
      </w:r>
      <w:r>
        <w:t>is jihad fi sabilillah, jihad fi sabilillah hai. Har jagah land ke liye jihad kahin hai hi nahin.</w:t>
      </w:r>
    </w:p>
    <w:p>
      <w:pPr>
        <w:jc w:val="right"/>
      </w:pPr>
      <w:r>
        <w:t>اس جہاد فی سبیل اللہ، جہاد فی سبیل اللہ ہے۔ ہر جگہ لینڈ کے لیے جہاد کہیں ہے ہی نہیں۔</w:t>
      </w:r>
    </w:p>
    <w:p>
      <w:r>
        <w:rPr>
          <w:b/>
        </w:rPr>
        <w:t xml:space="preserve">[44:53] </w:t>
      </w:r>
      <w:r>
        <w:t>Islam mein land ke liye jihad kahin hai hi nahin. Allah ke liye jihad hai. Yaani is ka matlab kya hua?</w:t>
      </w:r>
    </w:p>
    <w:p>
      <w:pPr>
        <w:jc w:val="right"/>
      </w:pPr>
      <w:r>
        <w:t>اسلام میں لینڈ کے لیے جہاد کہیں ہے ہی نہیں۔ اللہ کے لیے جہاد ہے۔ یعنی اس کا مطلب کیا ہوا؟</w:t>
      </w:r>
    </w:p>
    <w:p>
      <w:r>
        <w:rPr>
          <w:b/>
        </w:rPr>
        <w:t xml:space="preserve">[45:05] </w:t>
      </w:r>
      <w:r>
        <w:t>Allah ke cause ke liye agar raai paish aaye to us ko jihad kaha jayega.</w:t>
      </w:r>
    </w:p>
    <w:p>
      <w:pPr>
        <w:jc w:val="right"/>
      </w:pPr>
      <w:r>
        <w:t>اللہ کے کاز کے لیے اگر رائی پیش آئے تو اس کو جہاد کہا جائے گا۔</w:t>
      </w:r>
    </w:p>
    <w:p>
      <w:r>
        <w:rPr>
          <w:b/>
        </w:rPr>
        <w:t xml:space="preserve">[45:15] </w:t>
      </w:r>
      <w:r>
        <w:t>Aur yeh zameen ke liye jo ladte hain, land ke liye jo ladte hain, material cheezon ke liye jo ladte hain, is ka talluq jihad se kuch bhi nahin hai, kuch bhi nahin hai.</w:t>
      </w:r>
    </w:p>
    <w:p>
      <w:pPr>
        <w:jc w:val="right"/>
      </w:pPr>
      <w:r>
        <w:t>اور یہ زمین کے لیے جو لڑتے ہیں، لینڈ کے لیے جو لڑتے ہیں، مٹیریل چیزوں کے لیے جو لڑتے ہیں، اس کا تعلق جہاد سے کچھ بھی نہیں ہے، کچھ بھی نہیں ہے۔</w:t>
      </w:r>
    </w:p>
    <w:p>
      <w:r>
        <w:rPr>
          <w:b/>
        </w:rPr>
        <w:t xml:space="preserve">[45:26] </w:t>
      </w:r>
      <w:r>
        <w:t>To main yeh kahunga ke agar koi yeh chahta ho ke is ke khilaf logon ke andar misunderstanding na ho to woh self correction ka process chalaye.</w:t>
      </w:r>
    </w:p>
    <w:p>
      <w:pPr>
        <w:jc w:val="right"/>
      </w:pPr>
      <w:r>
        <w:t>تو میں یہ کہوں گا کہ اگر کوئی یہ چاہتا ہو کہ اس کے خلاف لوگوں کے اندر مس انڈرسٹینڈنگ نہ ہو تو وہ سیلف کریکشن کا پروسیس چلائے۔</w:t>
      </w:r>
    </w:p>
    <w:p>
      <w:r>
        <w:rPr>
          <w:b/>
        </w:rPr>
        <w:t xml:space="preserve">[45:47] </w:t>
      </w:r>
      <w:r>
        <w:t>Doosron se demand karna, is ka koi faida nahin hai. Doosron se demand karein aap to is ka koi faida nahin hai.</w:t>
      </w:r>
    </w:p>
    <w:p>
      <w:pPr>
        <w:jc w:val="right"/>
      </w:pPr>
      <w:r>
        <w:t>دوسروں سے ڈیمانڈ کرنا، اس کا کوئی فائدہ نہیں ہے۔ دوسروں سے ڈیمانڈ کریں آپ تو اس کا کوئی فائدہ نہیں ہے۔</w:t>
      </w:r>
    </w:p>
    <w:p>
      <w:r>
        <w:rPr>
          <w:b/>
        </w:rPr>
        <w:t xml:space="preserve">[45:59] </w:t>
      </w:r>
      <w:r>
        <w:t>Self correction ka process chalaiye. Agar aap chahte hain ke duniya aap ke baray mein achi rai rakhe, achi rai rakhe.</w:t>
      </w:r>
    </w:p>
    <w:p>
      <w:pPr>
        <w:jc w:val="right"/>
      </w:pPr>
      <w:r>
        <w:t>سیلف کریکشن کا پروسیس چلائیے۔ اگر آپ چاہتے ہیں کہ دنیا آپ کے بارے میں اچھی رائے رکھے، اچھی رائے رکھے۔</w:t>
      </w:r>
    </w:p>
    <w:p>
      <w:r>
        <w:rPr>
          <w:b/>
        </w:rPr>
        <w:t xml:space="preserve">[46:10] </w:t>
      </w:r>
      <w:r>
        <w:t>Lekin bad qismati se yeh hai ke 99 fisad log yahi karte hain.</w:t>
      </w:r>
    </w:p>
    <w:p>
      <w:pPr>
        <w:jc w:val="right"/>
      </w:pPr>
      <w:r>
        <w:t>لیکن بدقسمتی سے یہ ہے کہ 99 فیصد لوگ یہی کرتے ہیں۔</w:t>
      </w:r>
    </w:p>
    <w:p>
      <w:r>
        <w:rPr>
          <w:b/>
        </w:rPr>
        <w:t xml:space="preserve">[46:16] </w:t>
      </w:r>
      <w:r>
        <w:t>99 fisad log yahi karte hain. Is mein main aik baat aur shamil karunga ke baaz baatein aisi hoti hain ke haqeeqat mein to is ke andar koi aisi baat nahin hoti,</w:t>
      </w:r>
    </w:p>
    <w:p>
      <w:pPr>
        <w:jc w:val="right"/>
      </w:pPr>
      <w:r>
        <w:t>99 فیصد لوگ یہی کرتے ہیں۔ اس میں میں ایک بات اور شامل کروں گا کہ بعض باتیں ایسی ہوتی ہیں کہ حقیقت میں تو اس کے اندر کوئی ایسی بات نہیں ہوتی،</w:t>
      </w:r>
    </w:p>
    <w:p>
      <w:r>
        <w:rPr>
          <w:b/>
        </w:rPr>
        <w:t xml:space="preserve">[46:35] </w:t>
      </w:r>
      <w:r>
        <w:t>misunderstanding wali. Lekin is ka is ki possibility rehti hai ke aadmi par jaye ghalat fehmi mein.</w:t>
      </w:r>
    </w:p>
    <w:p>
      <w:pPr>
        <w:jc w:val="right"/>
      </w:pPr>
      <w:r>
        <w:t>مس انڈرسٹینڈنگ والی۔ لیکن اس کا اس کی پاسیبلیٹی رہتی ہے کہ آدمی پڑ جائے غلط فہمی میں۔</w:t>
      </w:r>
    </w:p>
    <w:p>
      <w:r>
        <w:rPr>
          <w:b/>
        </w:rPr>
        <w:t xml:space="preserve">[46:45] </w:t>
      </w:r>
      <w:r>
        <w:t>Jaise aik baar Rasool Allah Sal Allahu Alaihi Wasallam Madina ki masjid mein thay, itikaf kar rahe thay. Aap</w:t>
      </w:r>
    </w:p>
    <w:p>
      <w:pPr>
        <w:jc w:val="right"/>
      </w:pPr>
      <w:r>
        <w:t>جیسے ایک بار رسول اللہ صلی اللہ علیہ وسلم مدینہ کی مسجد میں تھے، اعتکاف کر رہے تھے۔ آپ</w:t>
      </w:r>
    </w:p>
    <w:p>
      <w:r>
        <w:rPr>
          <w:b/>
        </w:rPr>
        <w:t xml:space="preserve">[46:54] </w:t>
      </w:r>
      <w:r>
        <w:t>To itikaf mein aap jante hain ke itikaf karne wala masjid hi mein rehta hai, bahar nahin jata. Woh yaani ghar ja logon se milne ke liye yeh sab nahin karta.</w:t>
      </w:r>
    </w:p>
    <w:p>
      <w:pPr>
        <w:jc w:val="right"/>
      </w:pPr>
      <w:r>
        <w:t>تو اعتکاف میں آپ جانتے ہیں کہ اعتکاف کرنے والا مسجد ہی میں رہتا ہے، باہر نہیں جاتا۔ وہ یعنی گھر جا لوگوں سے ملنے کے لیے یہ سب نہیں کرتا۔</w:t>
      </w:r>
    </w:p>
    <w:p>
      <w:r>
        <w:rPr>
          <w:b/>
        </w:rPr>
        <w:t xml:space="preserve">[47:07] </w:t>
      </w:r>
      <w:r>
        <w:t>Woh to kisi ko milna hai to masjid hi mein ayega. Woh</w:t>
      </w:r>
    </w:p>
    <w:p>
      <w:pPr>
        <w:jc w:val="right"/>
      </w:pPr>
      <w:r>
        <w:t>وہ تو کسی کو ملنا ہے تو مسجد ہی میں آئے گا۔ وہ</w:t>
      </w:r>
    </w:p>
    <w:p>
      <w:r>
        <w:rPr>
          <w:b/>
        </w:rPr>
        <w:t xml:space="preserve">[47:14] </w:t>
      </w:r>
      <w:r>
        <w:t>To aik din kya hua ke Rasool Allah Sal Allahu Alaihi Wasallam masjid mein thay, itikaf ki halat mein, yaani roze ke zamanay mein. To aap ki aik biwi milne ke liye aayin.</w:t>
      </w:r>
    </w:p>
    <w:p>
      <w:pPr>
        <w:jc w:val="right"/>
      </w:pPr>
      <w:r>
        <w:t>تو ایک دن کیا ہوا کہ رسول اللہ صلی اللہ علیہ وسلم مسجد میں تھے، اعتکاف کی حالت میں، یعنی روزے کے زمانے میں۔ تو آپ کی ایک بیوی ملنے کے لیے آئیں۔</w:t>
      </w:r>
    </w:p>
    <w:p>
      <w:r>
        <w:rPr>
          <w:b/>
        </w:rPr>
        <w:t xml:space="preserve">[47:27] </w:t>
      </w:r>
      <w:r>
        <w:t>To aap apni biwi se jo aayin thi milne ke liye, un se baat kar rahe thay, baat kar rahe thay. Itnay mein aik aadmi guzra masjid ke paas se, usay dekha ke Rasool Allah aik aurat se baat kar rahe hain.</w:t>
      </w:r>
    </w:p>
    <w:p>
      <w:pPr>
        <w:jc w:val="right"/>
      </w:pPr>
      <w:r>
        <w:t>تو آپ اپنی بیوی سے جو آئیں تھیں ملنے کے لیے، ان سے بات کر رہے تھے، بات کر رہے تھے۔ اتنے میں ایک آدمی گزرا مسجد کے پاس سے، اسے دیکھا کہ رسول اللہ ایک عورت سے بات کر رہے ہیں۔</w:t>
      </w:r>
    </w:p>
    <w:p>
      <w:r>
        <w:rPr>
          <w:b/>
        </w:rPr>
        <w:t xml:space="preserve">[47:45] </w:t>
      </w:r>
      <w:r>
        <w:t>To jab woh guzar gaya to aap ne us ko awaz de kar bulaya,</w:t>
      </w:r>
    </w:p>
    <w:p>
      <w:pPr>
        <w:jc w:val="right"/>
      </w:pPr>
      <w:r>
        <w:t>تو جب وہ گزر گیا تو آپ نے اس کو آواز دے کر بلایا،</w:t>
      </w:r>
    </w:p>
    <w:p>
      <w:r>
        <w:rPr>
          <w:b/>
        </w:rPr>
        <w:t xml:space="preserve">[47:51] </w:t>
      </w:r>
      <w:r>
        <w:t>bulaya ke dekho yeh jo khatoon baithi hain, yeh meri biwi falan hain.</w:t>
      </w:r>
    </w:p>
    <w:p>
      <w:pPr>
        <w:jc w:val="right"/>
      </w:pPr>
      <w:r>
        <w:t>بلایا کہ دیکھو یہ جو خاتون بیٹھی ہیں، یہ میری بیوی فلاں ہیں۔</w:t>
      </w:r>
    </w:p>
    <w:p>
      <w:r>
        <w:rPr>
          <w:b/>
        </w:rPr>
        <w:t xml:space="preserve">[47:59] </w:t>
      </w:r>
      <w:r>
        <w:t>To us ne kaha ke astaghfirullah, kya hum aap ke baray mein shakk karenge ke aap kisi ghair aurat ko bula kar yahan baatein kar rahe hain? To aap ne farmaya ke nahin, shaitan har waqt aadmi ke khoon mein dorta rehta hai.</w:t>
      </w:r>
    </w:p>
    <w:p>
      <w:pPr>
        <w:jc w:val="right"/>
      </w:pPr>
      <w:r>
        <w:t>تو اس نے کہا کہ استغفراللہ، کیا ہم آپ کے بارے میں شک کریں گے کہ آپ کسی غیر عورت کو بلا کر یہاں باتیں کر رہے ہیں؟ تو آپ نے فرمایا کہ نہیں، شیطان ہر وقت آدمی کے خون میں دوڑتا رہتا ہے۔</w:t>
      </w:r>
    </w:p>
    <w:p>
      <w:r>
        <w:rPr>
          <w:b/>
        </w:rPr>
        <w:t xml:space="preserve">[48:16] </w:t>
      </w:r>
      <w:r>
        <w:t>Shaitan har waqt is is is taaq mein rehta hai ke kab mauqa ho aur insaan ko ghalat fehmi mein daal de.</w:t>
      </w:r>
    </w:p>
    <w:p>
      <w:pPr>
        <w:jc w:val="right"/>
      </w:pPr>
      <w:r>
        <w:t>شیطان ہر وقت اس اس اس طاق میں رہتا ہے کہ کب موقع ہو اور انسان کو غلط فہمی میں ڈال دے۔</w:t>
      </w:r>
    </w:p>
    <w:p>
      <w:r>
        <w:rPr>
          <w:b/>
        </w:rPr>
        <w:t xml:space="preserve">[48:28] </w:t>
      </w:r>
      <w:r>
        <w:t>To aadmi ko bhi chahiye ke woh is se bache, jaise Rasool Allah Sal Allahu Alaihi Wasallam ne kiya. Yaani aap ne aik misaal qaim ki ke aise aisi baatein jis se log shubah mein paden, us se apne aap ko bachao.</w:t>
      </w:r>
    </w:p>
    <w:p>
      <w:pPr>
        <w:jc w:val="right"/>
      </w:pPr>
      <w:r>
        <w:t>تو آدمی کو بھی چاہیے کہ وہ اس سے بچے، جیسے رسول اللہ صلی اللہ علیہ وسلم نے کیا۔ یعنی آپ نے ایک مثال قائم کی کہ ایسے ایسی باتیں جس سے لوگ شبہ میں پڑیں، اس سے اپنے آپ کو بچاؤ۔</w:t>
      </w:r>
    </w:p>
    <w:p>
      <w:r>
        <w:rPr>
          <w:b/>
        </w:rPr>
        <w:t xml:space="preserve">[48:46] </w:t>
      </w:r>
      <w:r>
        <w:t>To</w:t>
      </w:r>
    </w:p>
    <w:p>
      <w:pPr>
        <w:jc w:val="right"/>
      </w:pPr>
      <w:r>
        <w:t>تو</w:t>
      </w:r>
    </w:p>
    <w:p>
      <w:r>
        <w:rPr>
          <w:b/>
        </w:rPr>
        <w:t xml:space="preserve">[48:47] </w:t>
      </w:r>
      <w:r>
        <w:t>To aap ko dekh kar aik aadmi yeh shubah mein par sakta tha ke koi ghair aurat wahan baithi hui hai, aap us se baat kar rahe hain. To aap ne bula kar usay kaha ke dekho, yeh koi ghair aurat nahin hai, yeh meri biwi hai jo milne ke liye aayi hai mujh se.</w:t>
      </w:r>
    </w:p>
    <w:p>
      <w:pPr>
        <w:jc w:val="right"/>
      </w:pPr>
      <w:r>
        <w:t>تو آپ کو دیکھ کر ایک آدمی یہ شبہ میں پڑ سکتا تھا کہ کوئی غیر عورت وہاں بیٹھی ہوئی ہے، آپ اس سے بات کر رہے ہیں۔ تو آپ نے بلا کر اسے کہا کہ دیکھو، یہ کوئی غیر عورت نہیں ہے، یہ میری بیوی ہے جو ملنے کے لیے آئی ہے مجھ سے۔</w:t>
      </w:r>
    </w:p>
    <w:p>
      <w:r>
        <w:rPr>
          <w:b/>
        </w:rPr>
        <w:t xml:space="preserve">[49:08] </w:t>
      </w:r>
      <w:r>
        <w:t>to aadmi ko bohat, yaani is maamle mein bohat ziyada kaash rehna chahiye, kaash bohat</w:t>
      </w:r>
    </w:p>
    <w:p>
      <w:pPr>
        <w:jc w:val="right"/>
      </w:pPr>
      <w:r>
        <w:t>تو آدمی کو بہت، یعنی اس معاملے میں بہت زیادہ کاش رہنا چاہیے، کاش بہت</w:t>
      </w:r>
    </w:p>
    <w:p>
      <w:r>
        <w:rPr>
          <w:b/>
        </w:rPr>
        <w:t xml:space="preserve">[49:17] </w:t>
      </w:r>
      <w:r>
        <w:t>ziyada kaash rehna chahiye, muhtat. kyunke samajee zindagi mein baar baar aisa hota hai ke ya ek aadmi ke saamne doosre ki baat aati hai to poori baat na janne ki wajah se woh galat fehmi mein pad jaata hai.</w:t>
      </w:r>
    </w:p>
    <w:p>
      <w:pPr>
        <w:jc w:val="right"/>
      </w:pPr>
      <w:r>
        <w:t>زیادہ کاش رہنا چاہیے، محتاط۔ کیونکہ سماجی زندگی میں بار بار ایسا ہوتا ہے کہ یا ایک آدمی کے سامنے دوسرے کی بات آتی ہے تو پوری بات نہ جاننے کی وجہ سے وہ غلط فہمی میں پڑ جاتا ہے۔</w:t>
      </w:r>
    </w:p>
    <w:p>
      <w:r>
        <w:rPr>
          <w:b/>
        </w:rPr>
        <w:t xml:space="preserve">[49:34] </w:t>
      </w:r>
      <w:r>
        <w:t>rasool Allah, rasool Allah ke baad aap jaante hain ke wahan khilafat qaim hui to second khaleefa thay Hazrat Umar Farooq.</w:t>
      </w:r>
    </w:p>
    <w:p>
      <w:pPr>
        <w:jc w:val="right"/>
      </w:pPr>
      <w:r>
        <w:t>رسول اللہ، رسول اللہ کے بعد آپ جانتے ہیں کہ وہاں خلافت قائم ہوئی تو سیکنڈ خلیفہ تھے حضرت عمر فاروق۔</w:t>
      </w:r>
    </w:p>
    <w:p>
      <w:r>
        <w:rPr>
          <w:b/>
        </w:rPr>
        <w:t xml:space="preserve">[49:44] </w:t>
      </w:r>
      <w:r>
        <w:t>to unka tareeqa yeh tha ke raat ko woh gasht karte thay, ghoomte thay, dekhte thay logon ke halaat.</w:t>
      </w:r>
    </w:p>
    <w:p>
      <w:pPr>
        <w:jc w:val="right"/>
      </w:pPr>
      <w:r>
        <w:t>تو ان کا طریقہ یہ تھا کہ رات کو وہ گشت کرتے تھے، گھومتے تھے، دیکھتے تھے لوگوں کے حالات۔</w:t>
      </w:r>
    </w:p>
    <w:p>
      <w:r>
        <w:rPr>
          <w:b/>
        </w:rPr>
        <w:t xml:space="preserve">[49:54] </w:t>
      </w:r>
      <w:r>
        <w:t>to ek din raat ko woh gasht kar rahe thay to ek jagah pahunche to madine ke bahar, yaani sheher ke bahar, wahan par dekha ke raat ka waqt hai, ek aurat aur ek mard aapas mein baatein kar rahe hain, khade ho kar ke.</w:t>
      </w:r>
    </w:p>
    <w:p>
      <w:pPr>
        <w:jc w:val="right"/>
      </w:pPr>
      <w:r>
        <w:t>تو ایک دن رات کو وہ گشت کر رہے تھے تو ایک جگہ پہنچے تو مدینے کے باہر، یعنی شہر کے باہر، وہاں پر دیکھا کہ رات کا وقت ہے، ایک عورت اور ایک مرد آپس میں باتیں کر رہے ہیں، کھڑے ہو کر کے۔</w:t>
      </w:r>
    </w:p>
    <w:p>
      <w:r>
        <w:rPr>
          <w:b/>
        </w:rPr>
        <w:t xml:space="preserve">[50:10] </w:t>
      </w:r>
      <w:r>
        <w:t>yaani sheher ke bahar do aadmi khade ho kar aapas mein baatein kar rahe thay</w:t>
      </w:r>
    </w:p>
    <w:p>
      <w:pPr>
        <w:jc w:val="right"/>
      </w:pPr>
      <w:r>
        <w:t>یعنی شہر کے باہر دو آدمی کھڑے ہو کر آپس میں باتیں کر رہے تھے</w:t>
      </w:r>
    </w:p>
    <w:p>
      <w:r>
        <w:rPr>
          <w:b/>
        </w:rPr>
        <w:t xml:space="preserve">[50:14] </w:t>
      </w:r>
      <w:r>
        <w:t>, ek aurat, ek mard. to Hazrat Umar ke haath mein koda tha, kode se maar diya unhon ne is aadmi ko.</w:t>
      </w:r>
    </w:p>
    <w:p>
      <w:pPr>
        <w:jc w:val="right"/>
      </w:pPr>
      <w:r>
        <w:t>، ایک عورت، ایک مرد۔ تو حضرت عمر کے ہاتھ میں کوڑا تھا، کوڑے سے مار دیا انہوں نے اس آدمی کو۔</w:t>
      </w:r>
    </w:p>
    <w:p>
      <w:r>
        <w:rPr>
          <w:b/>
        </w:rPr>
        <w:t xml:space="preserve">[50:24] </w:t>
      </w:r>
      <w:r>
        <w:t>to us ne poocha ke aap ne kyun maara mujh ko? to khaleefa ne kaha ke tum ek ghair aurat se baat kar rahe ho, yahan khade ho kar ke raat ke waqt, yeh to sahi nahi hai.</w:t>
      </w:r>
    </w:p>
    <w:p>
      <w:pPr>
        <w:jc w:val="right"/>
      </w:pPr>
      <w:r>
        <w:t>تو اس نے پوچھا کہ آپ نے کیوں مارا مجھ کو؟ تو خلیفہ نے کہا کہ تم ایک غیر عورت سے بات کر رہے ہو، یہاں کھڑے ہو کر کے رات کے وقت، یہ تو صحیح نہیں ہے۔</w:t>
      </w:r>
    </w:p>
    <w:p>
      <w:r>
        <w:rPr>
          <w:b/>
        </w:rPr>
        <w:t xml:space="preserve">[50:40] </w:t>
      </w:r>
      <w:r>
        <w:t>is aadmi ne kaha ke aap ko kaise maloom ke yeh ghair ghair aurat hai?</w:t>
      </w:r>
    </w:p>
    <w:p>
      <w:pPr>
        <w:jc w:val="right"/>
      </w:pPr>
      <w:r>
        <w:t>اس آدمی نے کہا کہ آپ کو کیسے معلوم کہ یہ غیر غیر عورت ہے؟</w:t>
      </w:r>
    </w:p>
    <w:p>
      <w:r>
        <w:rPr>
          <w:b/>
        </w:rPr>
        <w:t xml:space="preserve">[50:44] </w:t>
      </w:r>
      <w:r>
        <w:t>kaise pata aap ko? yeh to meri biwi hai. aisa hai ke hum log madine ke nahi hain, hum bahar ke hain, hum bahar se aaye hain yahan par.</w:t>
      </w:r>
    </w:p>
    <w:p>
      <w:pPr>
        <w:jc w:val="right"/>
      </w:pPr>
      <w:r>
        <w:t>کیسے پتہ آپ کو؟ یہ تو میری بیوی ہے۔ ایسا ہے کہ ہم لوگ مدینے کے نہیں ہیں، ہم باہر کے ہیں، ہم باہر سے آئے ہیں یہاں پر۔</w:t>
      </w:r>
    </w:p>
    <w:p>
      <w:r>
        <w:rPr>
          <w:b/>
        </w:rPr>
        <w:t xml:space="preserve">[50:57] </w:t>
      </w:r>
      <w:r>
        <w:t>ab madine mein hum kisi ka theharna hai to hum yeh baat kar rahe thay aapas mein ke bhai raat ke waqt kis ke ghar jayen? yaani bahar se hum aaye hain, us waqt raat ko yahan pahunche hain.</w:t>
      </w:r>
    </w:p>
    <w:p>
      <w:pPr>
        <w:jc w:val="right"/>
      </w:pPr>
      <w:r>
        <w:t>اب مدینے میں ہم کسی کا ٹھہرنا ہے تو ہم یہ بات کر رہے تھے آپس میں کہ بھئی رات کے وقت کس کے گھر جائیں؟ یعنی باہر سے ہم آئے ہیں، اس وقت رات کو یہاں پہنچے ہیں۔</w:t>
      </w:r>
    </w:p>
    <w:p>
      <w:r>
        <w:rPr>
          <w:b/>
        </w:rPr>
        <w:t xml:space="preserve">[51:11] </w:t>
      </w:r>
      <w:r>
        <w:t>to to main aur biwi aapas mein baat kar rahe thay ke us waqt raat ke waqt kahan jayen? kyunke kahin na kahin theharna tha un ko.</w:t>
      </w:r>
    </w:p>
    <w:p>
      <w:pPr>
        <w:jc w:val="right"/>
      </w:pPr>
      <w:r>
        <w:t>تو تو میں اور بیوی آپس میں بات کر رہے تھے کہ اس وقت رات کے وقت کہاں جائیں؟ کیونکہ کہیں نہ کہیں ٹھہرنا تھا ان کو۔</w:t>
      </w:r>
    </w:p>
    <w:p>
      <w:r>
        <w:rPr>
          <w:b/>
        </w:rPr>
        <w:t xml:space="preserve">[51:22] </w:t>
      </w:r>
      <w:r>
        <w:t>to Hazrat Umar ne foran kaha ke tum sahi ho, main galat, you are right, i am wrong. woh koda us ko diya ke lo mujhe maaro, main ne tum ko maar diya, koda tumhari ghalti ki, ab tum is ko maaro.</w:t>
      </w:r>
    </w:p>
    <w:p>
      <w:pPr>
        <w:jc w:val="right"/>
      </w:pPr>
      <w:r>
        <w:t>تو حضرت عمر نے فوراً کہا کہ تم صحیح ہو، میں غلط، یو آر رائٹ، آئی ایم رونگ۔ وہ کوڑا اس کو دیا کہ لو مجھے مارو، میں نے تم کو مار دیا، کوڑا تمہاری غلطی کی، اب تم اس کو مارو۔</w:t>
      </w:r>
    </w:p>
    <w:p>
      <w:r>
        <w:rPr>
          <w:b/>
        </w:rPr>
        <w:t xml:space="preserve">[51:38] </w:t>
      </w:r>
      <w:r>
        <w:t>to yeh bhi hona chahiye aadmi ke andar ke jab baat bata di jaye to jaldi se aadmi apne ko theek kar le, yeh nahi ke phir bhi dil mein rakhe rahe.</w:t>
      </w:r>
    </w:p>
    <w:p>
      <w:pPr>
        <w:jc w:val="right"/>
      </w:pPr>
      <w:r>
        <w:t>تو یہ بھی ہونا چاہیے آدمی کے اندر کہ جب بات بتا دی جائے تو جلدی سے آدمی اپنے کو ٹھیک کر لے، یہ نہیں کہ پھر بھی دل میں رکھے رہے۔</w:t>
      </w:r>
    </w:p>
    <w:p>
      <w:r>
        <w:rPr>
          <w:b/>
        </w:rPr>
        <w:t xml:space="preserve">[51:51] </w:t>
      </w:r>
      <w:r>
        <w:t>main ne kai logon ko, mera zaati tajruba yeh hai ke kai logon ko is se koi galat fehmi hui aur main ne un se ja kar kaha ke yeh jo aap ke dil mein hai, yeh galat hai, yeh lekin phir bhi un ka dil saaf nahi hua.</w:t>
      </w:r>
    </w:p>
    <w:p>
      <w:pPr>
        <w:jc w:val="right"/>
      </w:pPr>
      <w:r>
        <w:t>میں نے کئی لوگوں کو، میرا ذاتی تجربہ یہ ہے کہ کئی لوگوں کو اس سے کوئی غلط فہمی ہوئی اور میں نے ان سے جا کر کہا کہ یہ جو آپ کے دل میں ہے، یہ غلط ہے، یہ لیکن پھر بھی ان کا دل صاف نہیں ہوا۔</w:t>
      </w:r>
    </w:p>
    <w:p>
      <w:r>
        <w:rPr>
          <w:b/>
        </w:rPr>
        <w:t xml:space="preserve">[52:06] </w:t>
      </w:r>
      <w:r>
        <w:t>phir bhi woh apne dil mein woh ek negative thought liye rahe.</w:t>
      </w:r>
    </w:p>
    <w:p>
      <w:pPr>
        <w:jc w:val="right"/>
      </w:pPr>
      <w:r>
        <w:t>پھر بھی وہ اپنے دل میں وہ ایک نیگیٹیو تھاٹ لیے رہے۔</w:t>
      </w:r>
    </w:p>
    <w:p>
      <w:r>
        <w:rPr>
          <w:b/>
        </w:rPr>
        <w:t xml:space="preserve">[52:12] </w:t>
      </w:r>
      <w:r>
        <w:t>to yaad rakhiye, yeh social life mein aisa ho jata hai kabhi kabhi ke ek shakhs ke dil mein doosre ke baray mein galat fehmi aa jati hai,</w:t>
      </w:r>
    </w:p>
    <w:p>
      <w:pPr>
        <w:jc w:val="right"/>
      </w:pPr>
      <w:r>
        <w:t>تو یاد رکھیے، یہ سوشل لائف میں ایسا ہو جاتا ہے کبھی کبھی کہ ایک شخص کے دل میں دوسرے کے بارے میں غلط فہمی آ جاتی ہے،</w:t>
      </w:r>
    </w:p>
    <w:p>
      <w:r>
        <w:rPr>
          <w:b/>
        </w:rPr>
        <w:t xml:space="preserve">[52:25] </w:t>
      </w:r>
      <w:r>
        <w:t>negative negative thought aa jate hain.</w:t>
      </w:r>
    </w:p>
    <w:p>
      <w:pPr>
        <w:jc w:val="right"/>
      </w:pPr>
      <w:r>
        <w:t>نیگیٹیو نیگیٹیو تھاٹ آ جاتے ہیں۔</w:t>
      </w:r>
    </w:p>
    <w:p>
      <w:r>
        <w:rPr>
          <w:b/>
        </w:rPr>
        <w:t xml:space="preserve">[52:29] </w:t>
      </w:r>
      <w:r>
        <w:t>lekin aadmi ko tayyar rehna chahiye ke jaise hi maamla khola jaye, bataya jaye, safai di jaye to foran apne ko theek kar le, apni islaah kar le.</w:t>
      </w:r>
    </w:p>
    <w:p>
      <w:pPr>
        <w:jc w:val="right"/>
      </w:pPr>
      <w:r>
        <w:t>لیکن آدمی کو تیار رہنا چاہیے کہ جیسے ہی معاملہ کھولا جائے، بتایا جائے، صفائی دی جائے تو فوراً اپنے کو ٹھیک کر لے، اپنی اصلاح کر لے۔</w:t>
      </w:r>
    </w:p>
    <w:p>
      <w:r>
        <w:rPr>
          <w:b/>
        </w:rPr>
        <w:t xml:space="preserve">[52:44] </w:t>
      </w:r>
      <w:r>
        <w:t>har waqt aadmi ko tayyar rehna chahiye ke aisa nahi hona chahiye ke dil mein aa gayi to rakh liya, dil mein aa gayi to rakh liya, jaldi se apne ko sahi kar le.</w:t>
      </w:r>
    </w:p>
    <w:p>
      <w:pPr>
        <w:jc w:val="right"/>
      </w:pPr>
      <w:r>
        <w:t>ہر وقت آدمی کو تیار رہنا چاہیے کہ ایسا نہیں ہونا چاہیے کہ دل میں آ گئی تو رکھ لیا، دل میں آ گئی تو رکھ لیا، جلدی سے اپنے کو صحیح کر لے۔</w:t>
      </w:r>
    </w:p>
    <w:p>
      <w:r>
        <w:rPr>
          <w:b/>
        </w:rPr>
        <w:t xml:space="preserve">[52:57] </w:t>
      </w:r>
      <w:r>
        <w:t>yeh Hazrat Umar ne galat fehmi mein is aadmi ko</w:t>
      </w:r>
    </w:p>
    <w:p>
      <w:pPr>
        <w:jc w:val="right"/>
      </w:pPr>
      <w:r>
        <w:t>یہ حضرت عمر نے غلط فہمی میں اس آدمی کو</w:t>
      </w:r>
    </w:p>
    <w:p>
      <w:r>
        <w:rPr>
          <w:b/>
        </w:rPr>
        <w:t xml:space="preserve">[53:03] </w:t>
      </w:r>
      <w:r>
        <w:t>koda maar diya tha, lekin jab us ne bataya poori baat to foran aap ne kaha ke you are right, i am wrong, aur kaha ke lo tum koda maaro is ko.</w:t>
      </w:r>
    </w:p>
    <w:p>
      <w:pPr>
        <w:jc w:val="right"/>
      </w:pPr>
      <w:r>
        <w:t>کوڑا مار دیا تھا، لیکن جب اس نے بتایا پوری بات تو فوراً آپ نے کہا کہ یو آر رائٹ، آئی ایم رونگ، اور کہا کہ لو تم کوڑا مارو اس کو۔</w:t>
      </w:r>
    </w:p>
    <w:p>
      <w:r>
        <w:rPr>
          <w:b/>
        </w:rPr>
        <w:t xml:space="preserve">[53:18] </w:t>
      </w:r>
      <w:r>
        <w:t>to yeh bhi aadmi ko to straight honi chahiye, kyunke social life mein baar baar aisa hoga ke kuch na kuch negative thought aadmi ke dil mein aa jayenge.</w:t>
      </w:r>
    </w:p>
    <w:p>
      <w:pPr>
        <w:jc w:val="right"/>
      </w:pPr>
      <w:r>
        <w:t>تو یہ بھی آدمی کو تو اسٹریٹ ہونی چاہیے، کیونکہ سوشل لائف میں بار بار ایسا ہوگا کہ کچھ نہ کچھ نیگیٹیو تھاٹ آدمی کے دل میں آ جائیں گے۔</w:t>
      </w:r>
    </w:p>
    <w:p>
      <w:r>
        <w:rPr>
          <w:b/>
        </w:rPr>
        <w:t xml:space="preserve">[53:31] </w:t>
      </w:r>
      <w:r>
        <w:t>to aadmi ko tayyar rehna chahiye ke jaise hi maamla clear kiya jaye, safai di jaye, jaldi se main maan loon, apni apni islaah kar loon,</w:t>
      </w:r>
    </w:p>
    <w:p>
      <w:pPr>
        <w:jc w:val="right"/>
      </w:pPr>
      <w:r>
        <w:t>تو آدمی کو تیار رہنا چاہیے کہ جیسے ہی معاملہ کلیئر کیا جائے، صفائی دی جائے، جلدی سے میں مان لوں، اپنی اپنی اصلاح کر لوں،</w:t>
      </w:r>
    </w:p>
    <w:p>
      <w:r>
        <w:rPr>
          <w:b/>
        </w:rPr>
        <w:t xml:space="preserve">[53:43] </w:t>
      </w:r>
      <w:r>
        <w:t>yeh bhi bohat hi zaroori hai aur yeh aadmi ke sawab ka kaam hai. to jaise hi aadmi bataye ke apne baray mein, aap foran apni islaah kar lijiyega aur apne dil ko us ke baray mein saaf kar lijiyega.</w:t>
      </w:r>
    </w:p>
    <w:p>
      <w:pPr>
        <w:jc w:val="right"/>
      </w:pPr>
      <w:r>
        <w:t>یہ بھی بہت ہی ضروری ہے اور یہ آدمی کے ثواب کا کام ہے۔ تو جیسے ہی آدمی بتائے کہ اپنے بارے میں، آپ فوراً اپنی اصلاح کر لیجئے اور اپنے دل کو اس کے بارے میں صاف کر لیجئے۔</w:t>
      </w:r>
    </w:p>
    <w:p>
      <w:r>
        <w:rPr>
          <w:b/>
        </w:rPr>
        <w:t xml:space="preserve">[54:00] </w:t>
      </w:r>
      <w:r>
        <w:t>yeh hai khair khwahi ka taqaza aur yeh hai Islam ka taqaza. Aqqool qawli haza wastaghfirullaha alaikum ajmaeen.</w:t>
      </w:r>
    </w:p>
    <w:p>
      <w:pPr>
        <w:jc w:val="right"/>
      </w:pPr>
      <w:r>
        <w:t>یہ ہے خیر خواہی کا تقاضا اور یہ ہے اسلام کا تقاضا۔ اقول قولیھذا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