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Importance of Humble Beginning December 30, 2007</w:t>
      </w:r>
    </w:p>
    <w:p>
      <w:r>
        <w:t>https://youtu.be/Qx0WeaoslYs</w:t>
      </w:r>
    </w:p>
    <w:p>
      <w:r>
        <w:rPr>
          <w:b/>
        </w:rPr>
        <w:t xml:space="preserve">[00:12] </w:t>
      </w:r>
      <w:r>
        <w:t>Bismillah Rehmanur Rahim, wa salla Allahu ala Nabiyyil Kareem. Rabb ishrah li sadri, wa yassir li amri,</w:t>
      </w:r>
    </w:p>
    <w:p>
      <w:pPr>
        <w:jc w:val="right"/>
      </w:pPr>
      <w:r>
        <w:t>بسم اللہ الرحمن الرحیم، وصلی اللہ علی النبی الکریم۔ رب اشرح لی صدری، ویسر لی امری،</w:t>
      </w:r>
    </w:p>
    <w:p>
      <w:r>
        <w:rPr>
          <w:b/>
        </w:rPr>
        <w:t xml:space="preserve">[00:28] </w:t>
      </w:r>
      <w:r>
        <w:t>wah lul uqdata min lisani, yafqahu qawli.</w:t>
      </w:r>
    </w:p>
    <w:p>
      <w:pPr>
        <w:jc w:val="right"/>
      </w:pPr>
      <w:r>
        <w:t>واحل العقدۃ من لسانی، یفقہ قولی۔</w:t>
      </w:r>
    </w:p>
    <w:p>
      <w:r>
        <w:rPr>
          <w:b/>
        </w:rPr>
        <w:t xml:space="preserve">[00:42] </w:t>
      </w:r>
      <w:r>
        <w:t>aaj ka jo topic hai</w:t>
      </w:r>
    </w:p>
    <w:p>
      <w:pPr>
        <w:jc w:val="right"/>
      </w:pPr>
      <w:r>
        <w:t>آج کا جو ٹاپک ہے</w:t>
      </w:r>
    </w:p>
    <w:p>
      <w:r>
        <w:rPr>
          <w:b/>
        </w:rPr>
        <w:t xml:space="preserve">[00:48] </w:t>
      </w:r>
      <w:r>
        <w:t>woh yeh hai</w:t>
      </w:r>
    </w:p>
    <w:p>
      <w:pPr>
        <w:jc w:val="right"/>
      </w:pPr>
      <w:r>
        <w:t>وہ یہ ہے</w:t>
      </w:r>
    </w:p>
    <w:p>
      <w:r>
        <w:rPr>
          <w:b/>
        </w:rPr>
        <w:t xml:space="preserve">[00:52] </w:t>
      </w:r>
      <w:r>
        <w:t>ke</w:t>
      </w:r>
    </w:p>
    <w:p>
      <w:pPr>
        <w:jc w:val="right"/>
      </w:pPr>
      <w:r>
        <w:t>کہ</w:t>
      </w:r>
    </w:p>
    <w:p>
      <w:r>
        <w:rPr>
          <w:b/>
        </w:rPr>
        <w:t xml:space="preserve">[00:56] </w:t>
      </w:r>
      <w:r>
        <w:t>bara kaam hamesha</w:t>
      </w:r>
    </w:p>
    <w:p>
      <w:pPr>
        <w:jc w:val="right"/>
      </w:pPr>
      <w:r>
        <w:t>بڑا کام ہمیشہ</w:t>
      </w:r>
    </w:p>
    <w:p>
      <w:r>
        <w:rPr>
          <w:b/>
        </w:rPr>
        <w:t xml:space="preserve">[01:04] </w:t>
      </w:r>
      <w:r>
        <w:t>choti beginning se shuru hota hai.</w:t>
      </w:r>
    </w:p>
    <w:p>
      <w:pPr>
        <w:jc w:val="right"/>
      </w:pPr>
      <w:r>
        <w:t>چھوٹی بگننگ سے شروع ہوتا ہے۔</w:t>
      </w:r>
    </w:p>
    <w:p>
      <w:r>
        <w:rPr>
          <w:b/>
        </w:rPr>
        <w:t xml:space="preserve">[01:10] </w:t>
      </w:r>
      <w:r>
        <w:t>agar aap yeh chahein ke bara kaam ho, bara kaam is tarah karein ke bari beginning se aap shuru karein, to aisa kaam kabhi nahi hoga.</w:t>
      </w:r>
    </w:p>
    <w:p>
      <w:pPr>
        <w:jc w:val="right"/>
      </w:pPr>
      <w:r>
        <w:t>اگر آپ یہ چاہیں کہ بڑا کام ہو، بڑا کام اس طرح کریں کہ بڑی بگننگ سے آپ شروع کریں، تو ایسا کام کبھی نہیں ہوگا۔</w:t>
      </w:r>
    </w:p>
    <w:p>
      <w:r>
        <w:rPr>
          <w:b/>
        </w:rPr>
        <w:t xml:space="preserve">[01:28] </w:t>
      </w:r>
      <w:r>
        <w:t>yeh meri zindagi ka aik tajruba hai,</w:t>
      </w:r>
    </w:p>
    <w:p>
      <w:pPr>
        <w:jc w:val="right"/>
      </w:pPr>
      <w:r>
        <w:t>یہ میری زندگی کا ایک تجربہ ہے،</w:t>
      </w:r>
    </w:p>
    <w:p>
      <w:r>
        <w:rPr>
          <w:b/>
        </w:rPr>
        <w:t xml:space="preserve">[01:36] </w:t>
      </w:r>
      <w:r>
        <w:t>to is ka title yani sahi wording meri samajh mein nahi aa rahi hai, aap samajh lein ke</w:t>
      </w:r>
    </w:p>
    <w:p>
      <w:pPr>
        <w:jc w:val="right"/>
      </w:pPr>
      <w:r>
        <w:t>تو اس کا ٹائٹل یعنی صحیح ورڈنگ میری سمجھ میں نہیں آ رہی ہے، آپ سمجھ لیں کہ</w:t>
      </w:r>
    </w:p>
    <w:p>
      <w:r>
        <w:rPr>
          <w:b/>
        </w:rPr>
        <w:t xml:space="preserve">[01:51] </w:t>
      </w:r>
      <w:r>
        <w:t>arabi mein kaha jata hai ke sirdu al hayati kainun fi al bidayati al mutawadiati</w:t>
      </w:r>
    </w:p>
    <w:p>
      <w:pPr>
        <w:jc w:val="right"/>
      </w:pPr>
      <w:r>
        <w:t>عربی میں کہا جاتا ہے کہ سِرْدُ الْحَيَاةِ كَائِنٌ فِي الْبِدَايَةِ الْمُتَوَاضِعَةِ</w:t>
      </w:r>
    </w:p>
    <w:p>
      <w:r>
        <w:rPr>
          <w:b/>
        </w:rPr>
        <w:t xml:space="preserve">[02:01] </w:t>
      </w:r>
      <w:r>
        <w:t>zindagi ka raaz chhote aaghaz mein hai, yani humble beginning</w:t>
      </w:r>
    </w:p>
    <w:p>
      <w:pPr>
        <w:jc w:val="right"/>
      </w:pPr>
      <w:r>
        <w:t>زندگی کا راز چھوٹے آغاز میں ہے، یعنی humble beginning</w:t>
      </w:r>
    </w:p>
    <w:p>
      <w:r>
        <w:rPr>
          <w:b/>
        </w:rPr>
        <w:t xml:space="preserve">[02:13] </w:t>
      </w:r>
      <w:r>
        <w:t>bara kaam hamesha isi humble beginning se shuru hota hai.</w:t>
      </w:r>
    </w:p>
    <w:p>
      <w:pPr>
        <w:jc w:val="right"/>
      </w:pPr>
      <w:r>
        <w:t>بڑا کام ہمیشہ اسی humble beginning سے شروع ہوتا ہے۔</w:t>
      </w:r>
    </w:p>
    <w:p>
      <w:r>
        <w:rPr>
          <w:b/>
        </w:rPr>
        <w:t xml:space="preserve">[02:22] </w:t>
      </w:r>
      <w:r>
        <w:t>to yeh baat meri samajh mein kis tarah aayi</w:t>
      </w:r>
    </w:p>
    <w:p>
      <w:pPr>
        <w:jc w:val="right"/>
      </w:pPr>
      <w:r>
        <w:t>تو یہ بات میری سمجھ میں کس طرح آئی</w:t>
      </w:r>
    </w:p>
    <w:p>
      <w:r>
        <w:rPr>
          <w:b/>
        </w:rPr>
        <w:t xml:space="preserve">[02:25] </w:t>
      </w:r>
      <w:r>
        <w:t>, yeh title? woh Benazir Bhutto ka jo abhi jo un ka</w:t>
      </w:r>
    </w:p>
    <w:p>
      <w:pPr>
        <w:jc w:val="right"/>
      </w:pPr>
      <w:r>
        <w:t>، یہ ٹائٹل؟ وہ بینظیر بھٹو کا جو ابھی جو ان کا</w:t>
      </w:r>
    </w:p>
    <w:p>
      <w:r>
        <w:rPr>
          <w:b/>
        </w:rPr>
        <w:t xml:space="preserve">[02:37] </w:t>
      </w:r>
      <w:r>
        <w:t>mamla hua hai, jo aap sab log jante hain, ke chaar din se media mein Benazir Bhutto hi chhai hui hain.</w:t>
      </w:r>
    </w:p>
    <w:p>
      <w:pPr>
        <w:jc w:val="right"/>
      </w:pPr>
      <w:r>
        <w:t>معاملہ ہوا ہے، جو آپ سب لوگ جانتے ہیں، کہ چار دن سے میڈیا میں بینظیر بھٹو ہی چھائی ہوئی ہیں۔</w:t>
      </w:r>
    </w:p>
    <w:p>
      <w:r>
        <w:rPr>
          <w:b/>
        </w:rPr>
        <w:t xml:space="preserve">[02:47] </w:t>
      </w:r>
      <w:r>
        <w:t>aap jante hain ke 27 ko bomb blast mein woh khatam ho gayi theen, aur chaar din se media mein wohi chhai hui hain.</w:t>
      </w:r>
    </w:p>
    <w:p>
      <w:pPr>
        <w:jc w:val="right"/>
      </w:pPr>
      <w:r>
        <w:t>آپ جانتے ہیں کہ 27 کو بم بلاسٹ میں وہ ختم ہوگئی تھیں، اور چار دن سے میڈیا میں وہی چھائی ہوئی ہیں۔</w:t>
      </w:r>
    </w:p>
    <w:p>
      <w:r>
        <w:rPr>
          <w:b/>
        </w:rPr>
        <w:t xml:space="preserve">[03:01] </w:t>
      </w:r>
      <w:r>
        <w:t>to un ke is case ko le kar ke mere mind mein aik baat aayi ke jab maine aik qissa suna to maine socha ke ab Benazir Bhutto</w:t>
      </w:r>
    </w:p>
    <w:p>
      <w:pPr>
        <w:jc w:val="right"/>
      </w:pPr>
      <w:r>
        <w:t>تو ان کے اس کیس کو لے کر کے میرے مائنڈ میں ایک بات آئی کہ جب میں نے ایک قصہ سنا تو میں نے سوچا کہ اب بینظیر بھٹو</w:t>
      </w:r>
    </w:p>
    <w:p>
      <w:r>
        <w:rPr>
          <w:b/>
        </w:rPr>
        <w:t xml:space="preserve">[03:18] </w:t>
      </w:r>
      <w:r>
        <w:t>is dunya ko chhod kar ke chali gayeen doosri dunya mein, ab yahan lotna nahi hai un ko. Is dunya mein ab woh lotne wali nahi hain.</w:t>
      </w:r>
    </w:p>
    <w:p>
      <w:pPr>
        <w:jc w:val="right"/>
      </w:pPr>
      <w:r>
        <w:t>اس دنیا کو چھوڑ کر کے چلی گئیں دوسری دنیا میں، اب یہاں لوٹنا نہیں ہے ان کو۔ اس دنیا میں اب وہ لوٹنے والی نہیں ہیں۔</w:t>
      </w:r>
    </w:p>
    <w:p>
      <w:r>
        <w:rPr>
          <w:b/>
        </w:rPr>
        <w:t xml:space="preserve">[03:29] </w:t>
      </w:r>
      <w:r>
        <w:t>to mujhe aik vision aaya, aik vision.</w:t>
      </w:r>
    </w:p>
    <w:p>
      <w:pPr>
        <w:jc w:val="right"/>
      </w:pPr>
      <w:r>
        <w:t>تو مجھے ایک ویژن آیا، ایک ویژن۔</w:t>
      </w:r>
    </w:p>
    <w:p>
      <w:r>
        <w:rPr>
          <w:b/>
        </w:rPr>
        <w:t xml:space="preserve">[03:38] </w:t>
      </w:r>
      <w:r>
        <w:t>vision yeh tha ke jab wahan pahunchi hain, yeh sara chhod kar ke, un ka fame, un ki sara political career, do baar prime minister bani woh, aur kya aur kya, ab achaanak woh kisi dunya mein pahunch gayeen jahan yani peeche yeh sari dunya thi, agar aur aage kya tha</w:t>
      </w:r>
    </w:p>
    <w:p>
      <w:pPr>
        <w:jc w:val="right"/>
      </w:pPr>
      <w:r>
        <w:t>ویژن یہ تھا کہ جب وہاں پہنچی ہیں، یہ سارا چھوڑ کر کے، ان کا فیم، ان کی سارا پولیٹیکل کیریئر، دو بار پرائم منسٹر بنی وہ، اور کیا اور کیا، اب اچانک وہ کسی دنیا میں پہنچ گئیں جہاں یعنی پیچھے یہ ساری دنیا تھی، اگر اور آگے کیا تھا</w:t>
      </w:r>
    </w:p>
    <w:p>
      <w:r>
        <w:rPr>
          <w:b/>
        </w:rPr>
        <w:t xml:space="preserve">[03:59] </w:t>
      </w:r>
      <w:r>
        <w:t>? vacuum, eternal vacuum, kuchh bhi nahi. to mere mind mein aik vision aaya ke shayad un ke munh se nikla hoga ke mine was a worst case of missed opportunity</w:t>
      </w:r>
    </w:p>
    <w:p>
      <w:pPr>
        <w:jc w:val="right"/>
      </w:pPr>
      <w:r>
        <w:t>؟ ویکیوم، ایٹرنل ویکیوم، کچھ بھی نہیں۔ تو میرے مائنڈ میں ایک ویژن آیا کہ شاید ان کے منہ سے نکلا ہوگا کہ mine was a worst case of missed opportunity</w:t>
      </w:r>
    </w:p>
    <w:p>
      <w:r>
        <w:rPr>
          <w:b/>
        </w:rPr>
        <w:t xml:space="preserve">[04:26] </w:t>
      </w:r>
      <w:r>
        <w:t>mine was a worst case of missed opportunity woh kaise?</w:t>
      </w:r>
    </w:p>
    <w:p>
      <w:pPr>
        <w:jc w:val="right"/>
      </w:pPr>
      <w:r>
        <w:t>mine was a worst case of missed opportunity وہ کیسے؟</w:t>
      </w:r>
    </w:p>
    <w:p>
      <w:r>
        <w:rPr>
          <w:b/>
        </w:rPr>
        <w:t xml:space="preserve">[04:36] </w:t>
      </w:r>
      <w:r>
        <w:t>dekhiye, Benazir ke literal matlab hota hai unparalleled, jiska koi misaal na ho.</w:t>
      </w:r>
    </w:p>
    <w:p>
      <w:pPr>
        <w:jc w:val="right"/>
      </w:pPr>
      <w:r>
        <w:t>دیکھیے، بینظیر کے لٹرل مطلب ہوتا ہے unparalleled، جس کا کوئی مثال نہ ہو۔</w:t>
      </w:r>
    </w:p>
    <w:p>
      <w:r>
        <w:rPr>
          <w:b/>
        </w:rPr>
        <w:t xml:space="preserve">[04:44] </w:t>
      </w:r>
      <w:r>
        <w:t>to waqai yeh aurat jo thi, aisi ban gayi,</w:t>
      </w:r>
    </w:p>
    <w:p>
      <w:pPr>
        <w:jc w:val="right"/>
      </w:pPr>
      <w:r>
        <w:t>تو واقعی یہ عورت جو تھی، ایسی بن گئی،</w:t>
      </w:r>
    </w:p>
    <w:p>
      <w:r>
        <w:rPr>
          <w:b/>
        </w:rPr>
        <w:t xml:space="preserve">[04:48] </w:t>
      </w:r>
      <w:r>
        <w:t>kuch aisay factors us ki zindagi mein ikatha hue ke woh aik prime minister ki beti theen.</w:t>
      </w:r>
    </w:p>
    <w:p>
      <w:pPr>
        <w:jc w:val="right"/>
      </w:pPr>
      <w:r>
        <w:t>کچھ ایسے فیکٹرز اس کی زندگی میں اکٹھا ہوئے کہ وہ ایک پرائم منسٹر کی بیٹی تھیں۔</w:t>
      </w:r>
    </w:p>
    <w:p>
      <w:r>
        <w:rPr>
          <w:b/>
        </w:rPr>
        <w:t xml:space="preserve">[04:58] </w:t>
      </w:r>
      <w:r>
        <w:t>un ki education europe mein aur america mein hui, bohat achi english bolti theen woh.</w:t>
      </w:r>
    </w:p>
    <w:p>
      <w:pPr>
        <w:jc w:val="right"/>
      </w:pPr>
      <w:r>
        <w:t>ان کی ایجوکیشن یورپ میں اور امریکہ میں ہوئی، بہت اچھی انگلش بولتی تھیں وہ۔</w:t>
      </w:r>
    </w:p>
    <w:p>
      <w:r>
        <w:rPr>
          <w:b/>
        </w:rPr>
        <w:t xml:space="preserve">[05:07] </w:t>
      </w:r>
      <w:r>
        <w:t>pakistan mein unhein do baar prime minister banny ka chance mila, aur is mein unhein women honay ka bhi kaafi advantage mila, aur poori duniya mein woh mashhoor ho gayeen.</w:t>
      </w:r>
    </w:p>
    <w:p>
      <w:pPr>
        <w:jc w:val="right"/>
      </w:pPr>
      <w:r>
        <w:t>پاکستان میں انہیں دو بار پرائم منسٹر بننے کا چانس ملا، اور اس میں انہیں وومن ہونے کا بھی کافی ایڈوانٹیج ملا، اور پوری دنیا میں وہ مشہور ہوگئیں۔</w:t>
      </w:r>
    </w:p>
    <w:p>
      <w:r>
        <w:rPr>
          <w:b/>
        </w:rPr>
        <w:t xml:space="preserve">[05:28] </w:t>
      </w:r>
      <w:r>
        <w:t>aur kya hua ke jab woh self exile le kar ke chali gayeen london mein to un ko baray baray offer milnay lagay,</w:t>
      </w:r>
    </w:p>
    <w:p>
      <w:pPr>
        <w:jc w:val="right"/>
      </w:pPr>
      <w:r>
        <w:t>اور کیا ہوا کہ جب وہ سیلف ایگزائل لے کر کے چلی گئیں لندن میں تو ان کو بڑے بڑے آفر ملنے لگے،</w:t>
      </w:r>
    </w:p>
    <w:p>
      <w:r>
        <w:rPr>
          <w:b/>
        </w:rPr>
        <w:t xml:space="preserve">[05:40] </w:t>
      </w:r>
      <w:r>
        <w:t>different universityon se aur different western institution se ke hamaray haan aao aur islam par lecture do.</w:t>
      </w:r>
    </w:p>
    <w:p>
      <w:pPr>
        <w:jc w:val="right"/>
      </w:pPr>
      <w:r>
        <w:t>ڈفرنٹ یونیورسٹیوں سے اور ڈفرنٹ ویسٹرن انسٹیٹیوشن سے کہ ہمارے ہاں آؤ اور اسلام پر لیکچر دو۔</w:t>
      </w:r>
    </w:p>
    <w:p>
      <w:r>
        <w:rPr>
          <w:b/>
        </w:rPr>
        <w:t xml:space="preserve">[05:53] </w:t>
      </w:r>
      <w:r>
        <w:t>main samajhta hoon ke aaj kal aik aik hidden subject aaya hua hai duniya mein. sab se pehle duniya mein tha, aap jantay hain ke pax romana, romi aman, pax romana.</w:t>
      </w:r>
    </w:p>
    <w:p>
      <w:pPr>
        <w:jc w:val="right"/>
      </w:pPr>
      <w:r>
        <w:t>میں سمجھتا ہوں کہ آج کل ایک ایک ہڈن سبجیکٹ آیا ہوا ہے دنیا میں۔ سب سے پہلے دنیا میں تھا، آپ جانتے ہیں کہ پیکس رومانہ، رومی امن، پیکس رومانہ۔</w:t>
      </w:r>
    </w:p>
    <w:p>
      <w:r>
        <w:rPr>
          <w:b/>
        </w:rPr>
        <w:t xml:space="preserve">[06:12] </w:t>
      </w:r>
      <w:r>
        <w:t>phir duniya mein aaya pax britannica, phir duniya mein aaya pax america, pax americana,</w:t>
      </w:r>
    </w:p>
    <w:p>
      <w:pPr>
        <w:jc w:val="right"/>
      </w:pPr>
      <w:r>
        <w:t>پھر دنیا میں آیا پیکس بٹینیکا، پھر دنیا میں آیا پیکس امریکہ، پیکس امریکانہ،</w:t>
      </w:r>
    </w:p>
    <w:p>
      <w:r>
        <w:rPr>
          <w:b/>
        </w:rPr>
        <w:t xml:space="preserve">[06:27] </w:t>
      </w:r>
      <w:r>
        <w:t>pax americana. ab aik aik subject hai duniya mein, woh hai pax islamica,</w:t>
      </w:r>
    </w:p>
    <w:p>
      <w:pPr>
        <w:jc w:val="right"/>
      </w:pPr>
      <w:r>
        <w:t>پیکس امریکانہ۔ اب ایک ایک سبجیکٹ ہے دنیا میں، وہ ہے پیکس اسلامیکا،</w:t>
      </w:r>
    </w:p>
    <w:p>
      <w:r>
        <w:rPr>
          <w:b/>
        </w:rPr>
        <w:t xml:space="preserve">[06:39] </w:t>
      </w:r>
      <w:r>
        <w:t>islami aman. George Bernard Shaw ne kaha tha ke duniya mein islam, duniya mein agar koi aman la sakta hai to woh islam la sakta hai.</w:t>
      </w:r>
    </w:p>
    <w:p>
      <w:pPr>
        <w:jc w:val="right"/>
      </w:pPr>
      <w:r>
        <w:t>اسلامی امن۔ جال برنا شاہ نے کہا تھا کہ دنیا میں اسلام، دنیا میں اگر کوئی امن لا سکتا ہے تو وہ اسلام لا سکتا ہے۔</w:t>
      </w:r>
    </w:p>
    <w:p>
      <w:r>
        <w:rPr>
          <w:b/>
        </w:rPr>
        <w:t xml:space="preserve">[06:51] </w:t>
      </w:r>
      <w:r>
        <w:t>agarche is baat ko aagay nahi barhaya gaya, Bernard Shaw ki is baat ko, lekin us ne sahi baat kahi thi ke duniya mein islam hi hai jo ke aman la sakta hai.</w:t>
      </w:r>
    </w:p>
    <w:p>
      <w:pPr>
        <w:jc w:val="right"/>
      </w:pPr>
      <w:r>
        <w:t>اگرچہ اس بات کو آگے نہیں بڑھایا گیا، برنا شاہ کی اس بات کو، لیکن اس نے صحیح بات کہی تھی کہ دنیا میں اسلام ہی ہے جو کہ امن لا سکتا ہے۔</w:t>
      </w:r>
    </w:p>
    <w:p>
      <w:r>
        <w:rPr>
          <w:b/>
        </w:rPr>
        <w:t xml:space="preserve">[07:03] </w:t>
      </w:r>
      <w:r>
        <w:t>isi ko main kehta hoon ke aik hidden subject hai duniya mein,</w:t>
      </w:r>
    </w:p>
    <w:p>
      <w:pPr>
        <w:jc w:val="right"/>
      </w:pPr>
      <w:r>
        <w:t>اسی کو میں کہتا ہوں کہ ایک ہڈن سبجیکٹ ہے دنیا میں،</w:t>
      </w:r>
    </w:p>
    <w:p>
      <w:r>
        <w:rPr>
          <w:b/>
        </w:rPr>
        <w:t xml:space="preserve">[07:09] </w:t>
      </w:r>
      <w:r>
        <w:t>jis ko agar naam diya jaye to woh naam hoga pax islamica.</w:t>
      </w:r>
    </w:p>
    <w:p>
      <w:pPr>
        <w:jc w:val="right"/>
      </w:pPr>
      <w:r>
        <w:t>جس کو اگر نام دیا جائے تو وہ نام ہوگا پیکس اسلامیکا۔</w:t>
      </w:r>
    </w:p>
    <w:p>
      <w:r>
        <w:rPr>
          <w:b/>
        </w:rPr>
        <w:t xml:space="preserve">[07:18] </w:t>
      </w:r>
      <w:r>
        <w:t>to main samajhta hoon ke kai aisay factors ikatha hue Benazir Bhutto ki zindagi mein ke woh pax islamica ki woh ban sakti theen, yani jis ko main kahoon ga ambassador of peace sari duniya mein islam ki,</w:t>
      </w:r>
    </w:p>
    <w:p>
      <w:pPr>
        <w:jc w:val="right"/>
      </w:pPr>
      <w:r>
        <w:t>تو میں سمجھتا ہوں کہ کئی ایسے فیکٹرز اکٹھا ہوئے بینظیر بھٹو کی زندگی میں کہ وہ پیکس اسلامیکا کی وہ بن سکتی تھیں، یعنی جس کو میں کہوں گا ایمبیسڈر آف پیس ساری دنیا میں اسلام کی،</w:t>
      </w:r>
    </w:p>
    <w:p>
      <w:r>
        <w:rPr>
          <w:b/>
        </w:rPr>
        <w:t xml:space="preserve">[07:41] </w:t>
      </w:r>
      <w:r>
        <w:t>ambassador of islamic peace. to un ko offer mil rahay thay, kuch lecture bhi diye unhon ne islam par, islam and peace par.</w:t>
      </w:r>
    </w:p>
    <w:p>
      <w:pPr>
        <w:jc w:val="right"/>
      </w:pPr>
      <w:r>
        <w:t>ایمبیسڈر آف اسلامک پیس۔ تو ان کو آفر مل رہے تھے، کچھ لیکچر بھی دیے انہوں نے اسلام پر، اسلام اینڈ پیس پر۔</w:t>
      </w:r>
    </w:p>
    <w:p>
      <w:r>
        <w:rPr>
          <w:b/>
        </w:rPr>
        <w:t xml:space="preserve">[07:54] </w:t>
      </w:r>
      <w:r>
        <w:t>yeh tha moqa un ko kis baat ka? us waqt aik bohat hi bara kaam hai islam ka, woh hai jis ko hum kehtay hain image building. image building, islam ki image bohat hi kharab ho gayi hai.</w:t>
      </w:r>
    </w:p>
    <w:p>
      <w:pPr>
        <w:jc w:val="right"/>
      </w:pPr>
      <w:r>
        <w:t>یہ تھا موقع ان کو کس بات کا؟ اس وقت ایک بہت ہی بڑا کام ہے اسلام کا، وہ ہے جس کو ہم کہتے ہیں امیج بلڈنگ۔ امیج بلڈنگ، اسلام کی امیج بہت ہی خراب ہوگئی ہے۔</w:t>
      </w:r>
    </w:p>
    <w:p>
      <w:r>
        <w:rPr>
          <w:b/>
        </w:rPr>
        <w:t xml:space="preserve">[08:07] </w:t>
      </w:r>
      <w:r>
        <w:t>log samajhtay hain ke islam ka aaj koi relevance nahi hai.</w:t>
      </w:r>
    </w:p>
    <w:p>
      <w:pPr>
        <w:jc w:val="right"/>
      </w:pPr>
      <w:r>
        <w:t>لوگ سمجھتے ہیں کہ اسلام کا آج کوئی ریلیونس نہیں ہے۔</w:t>
      </w:r>
    </w:p>
    <w:p>
      <w:r>
        <w:rPr>
          <w:b/>
        </w:rPr>
        <w:t xml:space="preserve">[08:11] </w:t>
      </w:r>
      <w:r>
        <w:t>islam to violence sikhaata hai, islam mein intolerance hai, islam mein universal approach nahi hai waghera.</w:t>
      </w:r>
    </w:p>
    <w:p>
      <w:pPr>
        <w:jc w:val="right"/>
      </w:pPr>
      <w:r>
        <w:t>اسلام تو وائیلنس سکھاتا ہے، اسلام میں انٹولرنس ہے، اسلام میں یونیورسل اپروچ نہیں ہے وغیرہ۔</w:t>
      </w:r>
    </w:p>
    <w:p>
      <w:r>
        <w:rPr>
          <w:b/>
        </w:rPr>
        <w:t xml:space="preserve">[08:26] </w:t>
      </w:r>
      <w:r>
        <w:t>islam ki image bohat hi bigar chuki hai aaj ke zamanay mein.</w:t>
      </w:r>
    </w:p>
    <w:p>
      <w:pPr>
        <w:jc w:val="right"/>
      </w:pPr>
      <w:r>
        <w:t>اسلام کی امیج بہت ہی بگڑ چکی ہے آج کے زمانے میں۔</w:t>
      </w:r>
    </w:p>
    <w:p>
      <w:r>
        <w:rPr>
          <w:b/>
        </w:rPr>
        <w:t xml:space="preserve">[08:30] </w:t>
      </w:r>
      <w:r>
        <w:t>to bohat hi bara kaam hai jis ko hum kahain gay image building, aur shayad Benazir Bhutto is kaam ko bohat acha kar sakti theen, bohat acha.</w:t>
      </w:r>
    </w:p>
    <w:p>
      <w:pPr>
        <w:jc w:val="right"/>
      </w:pPr>
      <w:r>
        <w:t>تو بہت ہی بڑا کام ہے جس کو ہم کہیں گے امیج بلڈنگ، اور شاید بینظیر بھٹو اس کام کو بہت اچھا کر سکتی تھیں، بہت اچھا۔</w:t>
      </w:r>
    </w:p>
    <w:p>
      <w:r>
        <w:rPr>
          <w:b/>
        </w:rPr>
        <w:t xml:space="preserve">[08:45] </w:t>
      </w:r>
      <w:r>
        <w:t>aur un ko offer mil rahay thay, sab kuch tha Benazir Bhutto ke paas, kisi cheez ki kami nahi thi. yani worldly cheezon mein se koi cheez aisi nahi thi jo un ke paas na ho.</w:t>
      </w:r>
    </w:p>
    <w:p>
      <w:pPr>
        <w:jc w:val="right"/>
      </w:pPr>
      <w:r>
        <w:t>اور ان کو آفر مل رہے تھے، سب کچھ تھا بینظیر بھٹو کے پاس، کسی چیز کی کمی نہیں تھی۔ یعنی ورلڈلی چیزوں میں سے کوئی چیز ایسی نہیں تھی جو ان کے پاس نہ ہو۔</w:t>
      </w:r>
    </w:p>
    <w:p>
      <w:r>
        <w:rPr>
          <w:b/>
        </w:rPr>
        <w:t xml:space="preserve">[08:59] </w:t>
      </w:r>
      <w:r>
        <w:t>sare material cheezain theen, sari worldly cheezain theen, koi kami nahi thi. ab unhein aik stage mil raha tha, international stage.</w:t>
      </w:r>
    </w:p>
    <w:p>
      <w:pPr>
        <w:jc w:val="right"/>
      </w:pPr>
      <w:r>
        <w:t>سارے مٹیریل چیزیں تھیں، ساری ورلڈلی چیزیں تھیں، کوئی کمی نہیں تھی۔ اب انہیں ایک اسٹیج مل رہا تھا، انٹرنیشنل اسٹیج۔</w:t>
      </w:r>
    </w:p>
    <w:p>
      <w:r>
        <w:rPr>
          <w:b/>
        </w:rPr>
        <w:t xml:space="preserve">[09:10] </w:t>
      </w:r>
      <w:r>
        <w:t>international stage mil raha tha ke woh aa kar ke woh batayein ke islam kyun aik aik peaceful religion hai.</w:t>
      </w:r>
    </w:p>
    <w:p>
      <w:pPr>
        <w:jc w:val="right"/>
      </w:pPr>
      <w:r>
        <w:t>انٹرنیشنل اسٹیج مل رہا تھا کہ وہ آ کر کے وہ بتائیں کہ اسلام کیوں ایک ایک پیس فل ریلیجن ہے۔</w:t>
      </w:r>
    </w:p>
    <w:p>
      <w:r>
        <w:rPr>
          <w:b/>
        </w:rPr>
        <w:t xml:space="preserve">[09:20] </w:t>
      </w:r>
      <w:r>
        <w:t>lekin</w:t>
      </w:r>
    </w:p>
    <w:p>
      <w:pPr>
        <w:jc w:val="right"/>
      </w:pPr>
      <w:r>
        <w:t>لیکن</w:t>
      </w:r>
    </w:p>
    <w:p>
      <w:r>
        <w:rPr>
          <w:b/>
        </w:rPr>
        <w:t xml:space="preserve">[09:22] </w:t>
      </w:r>
      <w:r>
        <w:t>kya hua? shayad un ke mind mein yeh tha ke main pakistan mein phir prime minister ban sakti hoon. to political leadership ka hua aisa dimagh par aaya un ke ke phir loot aaein pakistan.</w:t>
      </w:r>
    </w:p>
    <w:p>
      <w:pPr>
        <w:jc w:val="right"/>
      </w:pPr>
      <w:r>
        <w:t>کیا ہوا؟ شاید ان کے مائنڈ میں یہ تھا کہ میں پاکستان میں پھر پرائم منسٹر بن سکتی ہوں۔ تو پولیٹیکل لیڈرشپ کا ہوا ایسا دماغ پر آیا ان کے کہ پھر لوٹ آئیں پاکستان۔</w:t>
      </w:r>
    </w:p>
    <w:p>
      <w:r>
        <w:rPr>
          <w:b/>
        </w:rPr>
        <w:t xml:space="preserve">[09:39] </w:t>
      </w:r>
      <w:r>
        <w:t>aap jante hain ke politics aik aisa subject hai jo rivalry create karta hai, rivalry.</w:t>
      </w:r>
    </w:p>
    <w:p>
      <w:pPr>
        <w:jc w:val="right"/>
      </w:pPr>
      <w:r>
        <w:t>آپ جانتے ہیں کہ پولیٹکس ایک ایسا سبجیکٹ ہے جو رائیولی کریٹ کرتا ہے، رائیولی۔</w:t>
      </w:r>
    </w:p>
    <w:p>
      <w:r>
        <w:rPr>
          <w:b/>
        </w:rPr>
        <w:t xml:space="preserve">[09:46] </w:t>
      </w:r>
      <w:r>
        <w:t>rivalry ka matlab hota hai enmity, raqabat, dushmani. to aik doosre ko marna chahta hai, aik doosre ko kill karna chahta hai.</w:t>
      </w:r>
    </w:p>
    <w:p>
      <w:pPr>
        <w:jc w:val="right"/>
      </w:pPr>
      <w:r>
        <w:t>رائیولی کا مطلب ہوتا ہے اینمیٹی، رقابت، دشمنی۔ تو ایک دوسرے کو مارنا چاہتا ہے، ایک دوسرے کو کل کرنا چاہتا ہے۔</w:t>
      </w:r>
    </w:p>
    <w:p>
      <w:r>
        <w:rPr>
          <w:b/>
        </w:rPr>
        <w:t xml:space="preserve">[09:58] </w:t>
      </w:r>
      <w:r>
        <w:t>isi ka victim bani woh, jo woh line thi ke Islam ke ambassador banein, woh is mein koi rivalry nahin.</w:t>
      </w:r>
    </w:p>
    <w:p>
      <w:pPr>
        <w:jc w:val="right"/>
      </w:pPr>
      <w:r>
        <w:t>اسی کا وکٹم بنی وہ، جو وہ لائن تھی کہ اسلام کے ایمبیسڈر بنے، وہ اس میں کوئی رائیولری نہیں۔</w:t>
      </w:r>
    </w:p>
    <w:p>
      <w:r>
        <w:rPr>
          <w:b/>
        </w:rPr>
        <w:t xml:space="preserve">[10:08] </w:t>
      </w:r>
      <w:r>
        <w:t>Islam ki image building karein, is mein koi rivalry nahin. lekin yeh jo line thi politics ki, is mein to rivalry hai, aur Pakistan mein to rivalry jo hai, woh aap jante hain ke violence tak pahunch gayi hai.</w:t>
      </w:r>
    </w:p>
    <w:p>
      <w:pPr>
        <w:jc w:val="right"/>
      </w:pPr>
      <w:r>
        <w:t>اسلام کی امیج بلڈنگ کریں، اس میں کوئی رائیولری نہیں۔ لیکن یہ جو لائن تھی پولیٹکس کی، اس میں تو رائیولری ہے، اور پاکستان میں تو رائیولری جو ہے، وہ آپ جانتے ہیں کہ وائیلنس تک پہنچ گئی ہے۔</w:t>
      </w:r>
    </w:p>
    <w:p>
      <w:r>
        <w:rPr>
          <w:b/>
        </w:rPr>
        <w:t xml:space="preserve">[10:24] </w:t>
      </w:r>
      <w:r>
        <w:t>chunanche wahan maar dali gayi woh.</w:t>
      </w:r>
    </w:p>
    <w:p>
      <w:pPr>
        <w:jc w:val="right"/>
      </w:pPr>
      <w:r>
        <w:t>چنانچہ وہاں مار ڈالی گئی وہ۔</w:t>
      </w:r>
    </w:p>
    <w:p>
      <w:r>
        <w:rPr>
          <w:b/>
        </w:rPr>
        <w:t xml:space="preserve">[10:29] </w:t>
      </w:r>
      <w:r>
        <w:t>to yahan is is waqe ko le kar jo baat mujhe samajh mein aayi, woh yeh hai ke shayad Benazir Bhutto ko woh role ke dunya mein woh Islam ki image building ka kaam karein,</w:t>
      </w:r>
    </w:p>
    <w:p>
      <w:pPr>
        <w:jc w:val="right"/>
      </w:pPr>
      <w:r>
        <w:t>تو یہاں اس اس واقعے کو لے کر جو بات مجھے سمجھ میں آئی، وہ یہ ہے کہ شاید بینظیر بھٹو کو وہ رول کہ دنیا میں وہ اسلام کی امیج بلڈنگ کا کام کریں،</w:t>
      </w:r>
    </w:p>
    <w:p>
      <w:r>
        <w:rPr>
          <w:b/>
        </w:rPr>
        <w:t xml:space="preserve">[10:45] </w:t>
      </w:r>
      <w:r>
        <w:t>har jagah un ko offer kiya ja raha tha ke aaiye aap yahan lecture dijiye,</w:t>
      </w:r>
    </w:p>
    <w:p>
      <w:pPr>
        <w:jc w:val="right"/>
      </w:pPr>
      <w:r>
        <w:t>ہر جگہ ان کو آفر کیا جا رہا تھا کہ آئیے آپ یہاں لیکچر دیجیے،</w:t>
      </w:r>
    </w:p>
    <w:p>
      <w:r>
        <w:rPr>
          <w:b/>
        </w:rPr>
        <w:t xml:space="preserve">[10:50] </w:t>
      </w:r>
      <w:r>
        <w:t>to woh kaam to unhein chhota kaam dikhai pada. aur yeh kaam bada kaam dikhai pada ke woh Pakistan mein political leader banein, prime minister banein, wahan ki politics mein lead karein.</w:t>
      </w:r>
    </w:p>
    <w:p>
      <w:pPr>
        <w:jc w:val="right"/>
      </w:pPr>
      <w:r>
        <w:t>تو وہ کام تو انہیں چھوٹا کام دکھائی پڑا۔ اور یہ کام بڑا کام دکھائی پڑا کہ وہ پاکستان میں پولیٹیکل لیڈر بنیں، پرائم منسٹر بنیں، وہاں کی پولیٹکس میں لیڈ کریں۔</w:t>
      </w:r>
    </w:p>
    <w:p>
      <w:r>
        <w:rPr>
          <w:b/>
        </w:rPr>
        <w:t xml:space="preserve">[11:00] </w:t>
      </w:r>
      <w:r>
        <w:t>yeh bada kaam dikhai diya. lekin you have to see the result har muamle mein aap ko result dekhna chahiye.</w:t>
      </w:r>
    </w:p>
    <w:p>
      <w:pPr>
        <w:jc w:val="right"/>
      </w:pPr>
      <w:r>
        <w:t>یہ بڑا کام دکھائی دیا۔ لیکن you have to see the result ہر معاملے میں آپ کو رزلٹ دیکھنا چاہیے۔</w:t>
      </w:r>
    </w:p>
    <w:p>
      <w:r>
        <w:rPr>
          <w:b/>
        </w:rPr>
        <w:t xml:space="preserve">[11:12] </w:t>
      </w:r>
      <w:r>
        <w:t>to result kya hai? bomb, gun, death, khatma.</w:t>
      </w:r>
    </w:p>
    <w:p>
      <w:pPr>
        <w:jc w:val="right"/>
      </w:pPr>
      <w:r>
        <w:t>تو رزلٹ کیا ہے؟ بم، گن، ڈیتھ، خاتمہ۔</w:t>
      </w:r>
    </w:p>
    <w:p>
      <w:r>
        <w:rPr>
          <w:b/>
        </w:rPr>
        <w:t xml:space="preserve">[11:20] </w:t>
      </w:r>
      <w:r>
        <w:t>to khwab dekha bahut bada, aur nikli kya cheez? sirf death nikli is mein se. to agar Benazir Bhutto ko yeh maloom hota ke sard al-hayat kain fi al-bidaya al-mutawadi'a ke humble beginning hi bada kaam karwati hai aadmi ko,</w:t>
      </w:r>
    </w:p>
    <w:p>
      <w:pPr>
        <w:jc w:val="right"/>
      </w:pPr>
      <w:r>
        <w:t>تو خواب دیکھا بہت بڑا، اور نکلی کیا چیز؟ صرف ڈیتھ نکلی اس میں سے۔ تو اگر بینظیر بھٹو کو یہ معلوم ہوتا کہ سِرْدُ الْحَيَاةِ كَائِنٌ فِي الْبِدَايَةِ الْمُتَوَاضِعَةِ کہ humble beginning ہی بڑا کام کرواتی ہے آدمی کو،</w:t>
      </w:r>
    </w:p>
    <w:p>
      <w:r>
        <w:rPr>
          <w:b/>
        </w:rPr>
        <w:t xml:space="preserve">[11:38] </w:t>
      </w:r>
      <w:r>
        <w:t>humble beginning, chhota aaghaz. to woh prime minister ko chhod deitin? woh kehti hain ke chalo do baar ban chuke hain prime minister, ab kya lena dena hai?</w:t>
      </w:r>
    </w:p>
    <w:p>
      <w:pPr>
        <w:jc w:val="right"/>
      </w:pPr>
      <w:r>
        <w:t>humble beginning، چھوٹا آغاز۔ تو وہ پرائم منسٹر کو چھوڑ دیتیں؟ وہ کہتی ہیں کہ چلو دو بار بن چکے ہیں پرائم منسٹر، اب کیا لینا دینا ہے؟</w:t>
      </w:r>
    </w:p>
    <w:p>
      <w:r>
        <w:rPr>
          <w:b/>
        </w:rPr>
        <w:t xml:space="preserve">[11:49] </w:t>
      </w:r>
      <w:r>
        <w:t>is se chhod do is ko. ab to hamein Islam ki image jo hai, image building ka kaam karna hai.</w:t>
      </w:r>
    </w:p>
    <w:p>
      <w:pPr>
        <w:jc w:val="right"/>
      </w:pPr>
      <w:r>
        <w:t>اس سے چھوڑو اس کو۔ اب تو ہمیں اسلام کی امیج جو ہے، امیج بلڈنگ کا کام کرنا ہے۔</w:t>
      </w:r>
    </w:p>
    <w:p>
      <w:r>
        <w:rPr>
          <w:b/>
        </w:rPr>
        <w:t xml:space="preserve">[11:58] </w:t>
      </w:r>
      <w:r>
        <w:t>dunya hum ko stage de rahi hai, aao hamein yahi kaam karein. ab chuki unhein fame mil chuki thi, bahut hi mashhoor ho chuki theen, log sunte the un ko.</w:t>
      </w:r>
    </w:p>
    <w:p>
      <w:pPr>
        <w:jc w:val="right"/>
      </w:pPr>
      <w:r>
        <w:t>دنیا ہم کو اسٹیج دے رہی ہے، آؤ ہم یہی کام کریں۔ اب چونکہ انہیں فیم مل چکی تھی، بہت ہی مشہور ہو چکی تھیں، لوگ سنتے تھے ان کو۔</w:t>
      </w:r>
    </w:p>
    <w:p>
      <w:r>
        <w:rPr>
          <w:b/>
        </w:rPr>
        <w:t xml:space="preserve">[12:12] </w:t>
      </w:r>
      <w:r>
        <w:t>dekhiye, aaj kal ke zamane mein jo jo trend hai, woh yeh hai ke aik well-known aadmi ho, tab us ko sunte hain log. unknown ko sunta nahin koi.</w:t>
      </w:r>
    </w:p>
    <w:p>
      <w:pPr>
        <w:jc w:val="right"/>
      </w:pPr>
      <w:r>
        <w:t>دیکھیے، آج کل کے زمانے میں جو جو ٹرینڈ ہے، وہ یہ ہے کہ ایک well-known آدمی ہو، تب اس کو سنتے ہیں لوگ۔ Unknown کو سنتا نہیں کوئی۔</w:t>
      </w:r>
    </w:p>
    <w:p>
      <w:r>
        <w:rPr>
          <w:b/>
        </w:rPr>
        <w:t xml:space="preserve">[12:23] </w:t>
      </w:r>
      <w:r>
        <w:t>aik unknown aadmi, chahe TV par aave, chahe stage par aave, koi us ko sunta nahin.</w:t>
      </w:r>
    </w:p>
    <w:p>
      <w:pPr>
        <w:jc w:val="right"/>
      </w:pPr>
      <w:r>
        <w:t>ایک unknown آدمی، چاہے ٹی وی پر آوے، چاہے اسٹیج پر آوے، کوئی اس کو سنتا نہیں۔</w:t>
      </w:r>
    </w:p>
    <w:p>
      <w:r>
        <w:rPr>
          <w:b/>
        </w:rPr>
        <w:t xml:space="preserve">[12:28] </w:t>
      </w:r>
      <w:r>
        <w:t>jo well-known ho, usi ko sunte hain log. to different reasons se Benazir Bhutto jo theen, woh aik well-known personality ban gayeen.</w:t>
      </w:r>
    </w:p>
    <w:p>
      <w:pPr>
        <w:jc w:val="right"/>
      </w:pPr>
      <w:r>
        <w:t>جو well-known ہو، اسی کو سنتے ہیں لوگ۔ تو ڈفرنٹ ریزنز سے بینظیر بھٹو جو تھیں، وہ ایک well-known پرسنیلٹی بن گئیں۔</w:t>
      </w:r>
    </w:p>
    <w:p>
      <w:r>
        <w:rPr>
          <w:b/>
        </w:rPr>
        <w:t xml:space="preserve">[12:39] </w:t>
      </w:r>
      <w:r>
        <w:t>ab agar woh aati hain stage par to dunya sunti hai un ko. Islam ki image jo hai, woh correct hoti hai. yani kitna bada kaam, kitna bada kaam.</w:t>
      </w:r>
    </w:p>
    <w:p>
      <w:pPr>
        <w:jc w:val="right"/>
      </w:pPr>
      <w:r>
        <w:t>اب اگر وہ آتی ہیں اسٹیج پر تو دنیا سنتی ہے ان کو۔ اسلام کی امیج جو ہے، وہ کریکٹ ہوتی ہے۔ یعنی کتنا بڑا کام، کتنا بڑا کام۔</w:t>
      </w:r>
    </w:p>
    <w:p>
      <w:r>
        <w:rPr>
          <w:b/>
        </w:rPr>
        <w:t xml:space="preserve">[12:52] </w:t>
      </w:r>
      <w:r>
        <w:t>yani main aik aik bila tashbeeh aik baat kahunga ke Rasool Allah ki wafat ke baad Arab mein Islam ke andar bahut yani aik anarchy si ki kaifiyat paida ho gayi</w:t>
      </w:r>
    </w:p>
    <w:p>
      <w:pPr>
        <w:jc w:val="right"/>
      </w:pPr>
      <w:r>
        <w:t>یعنی میں ایک ایک بلا تشبیہ ایک بات کہوں گا کہ رسول اللہ کی وفات کے بعد عرب میں اسلام کے اندر بہت یعنی ایک انارکسی کی سی کیفیت پیدا ہوگئی</w:t>
      </w:r>
    </w:p>
    <w:p>
      <w:r>
        <w:rPr>
          <w:b/>
        </w:rPr>
        <w:t xml:space="preserve">[13:11] </w:t>
      </w:r>
      <w:r>
        <w:t>. falamma tawaffa Rasool Allah sallallahu alaihi wasallam araddat al-Arab ke jab Rasool Allah ki wafat hui to sare Arab mein yani baghavat phail gayi.</w:t>
      </w:r>
    </w:p>
    <w:p>
      <w:pPr>
        <w:jc w:val="right"/>
      </w:pPr>
      <w:r>
        <w:t>۔ فلما توفی رسول اللہ صلی اللہ علیہ وسلم ارتدت العرب کہ جب رسول اللہ کی وفات ہوئی تو سارے عرب میں یعنی بغاوت پھیل گئی۔</w:t>
      </w:r>
    </w:p>
    <w:p>
      <w:r>
        <w:rPr>
          <w:b/>
        </w:rPr>
        <w:t xml:space="preserve">[13:24] </w:t>
      </w:r>
      <w:r>
        <w:t>logon ne revolt kar diya. us waqt jis ne control kiya us ko dobara, woh the Abu Bakr Siddiq.</w:t>
      </w:r>
    </w:p>
    <w:p>
      <w:pPr>
        <w:jc w:val="right"/>
      </w:pPr>
      <w:r>
        <w:t>لوگوں نے ریولٹ کر دیا۔ اس وقت جس نے کنٹرول کیا اس کو دوبارہ، وہ تھے ابوبکر صدیق۔</w:t>
      </w:r>
    </w:p>
    <w:p>
      <w:r>
        <w:rPr>
          <w:b/>
        </w:rPr>
        <w:t xml:space="preserve">[13:34] </w:t>
      </w:r>
      <w:r>
        <w:t>to unhone us waqt kaha tha, aik bada hi historical word nikla un ki zuban se. ayyun qusudd al-deen wa ma nahy ayyun qusudd al-deen wa ma nahy</w:t>
      </w:r>
    </w:p>
    <w:p>
      <w:pPr>
        <w:jc w:val="right"/>
      </w:pPr>
      <w:r>
        <w:t>تو انہوں نے اس وقت کہا تھا، ایک بڑا ہی ہسٹوریکل ورڈ نکلا ان کی زبان سے۔ عَيُّن قَسُدِّ الدِّينَ وَمَا نَهَيْ عَيُّن قَسُدِّ الدِّينَ وَمَا نَهَيْ</w:t>
      </w:r>
    </w:p>
    <w:p>
      <w:r>
        <w:rPr>
          <w:b/>
        </w:rPr>
        <w:t xml:space="preserve">[13:52] </w:t>
      </w:r>
      <w:r>
        <w:t>is ka matlab yeh hai ke Will the religion of Islam be damaged</w:t>
      </w:r>
    </w:p>
    <w:p>
      <w:pPr>
        <w:jc w:val="right"/>
      </w:pPr>
      <w:r>
        <w:t>اس کا مطلب یہ ہے کہ Will the religion of Islam be damaged</w:t>
      </w:r>
    </w:p>
    <w:p>
      <w:r>
        <w:rPr>
          <w:b/>
        </w:rPr>
        <w:t xml:space="preserve">[13:57] </w:t>
      </w:r>
      <w:r>
        <w:t>? Wanna alive? Wanna still alive? Aur main zinda hoon aur Islam ki image kharab ho gayi?</w:t>
      </w:r>
    </w:p>
    <w:p>
      <w:pPr>
        <w:jc w:val="right"/>
      </w:pPr>
      <w:r>
        <w:t>? Wanna alive? Wanna still alive? And I'm still alive. میں زندہ ہوں اور اسلام کی امیج خراب ہوگئی؟</w:t>
      </w:r>
    </w:p>
    <w:p>
      <w:r>
        <w:rPr>
          <w:b/>
        </w:rPr>
        <w:t xml:space="preserve">[14:10] </w:t>
      </w:r>
      <w:r>
        <w:t>aur phir unhone bahut hi historical decision liye aur Islam ko phir se re-establishment mil gaya. to agar yeh jumla keh pati Benazir Bhutto ke kya Islam ki image bigde gi?</w:t>
      </w:r>
    </w:p>
    <w:p>
      <w:pPr>
        <w:jc w:val="right"/>
      </w:pPr>
      <w:r>
        <w:t>اور پھر انہوں نے بہت ہی ہسٹوریکل ڈیسیژن لئے اور اسلام کو پھر سے ری اسٹیبلشمنٹ مل گیا۔ تو اگر یہ جملہ کہہ پاتی بینظیر بھٹو کہ کیا اسلام کی امیج بگڑے گی؟</w:t>
      </w:r>
    </w:p>
    <w:p>
      <w:r>
        <w:rPr>
          <w:b/>
        </w:rPr>
        <w:t xml:space="preserve">[14:23] </w:t>
      </w:r>
      <w:r>
        <w:t>ab mein zinda hoon.</w:t>
      </w:r>
    </w:p>
    <w:p>
      <w:pPr>
        <w:jc w:val="right"/>
      </w:pPr>
      <w:r>
        <w:t>اب میں زندہ ہوں۔</w:t>
      </w:r>
    </w:p>
    <w:p>
      <w:r>
        <w:rPr>
          <w:b/>
        </w:rPr>
        <w:t xml:space="preserve">[14:30] </w:t>
      </w:r>
      <w:r>
        <w:t>kya Islam ki image kharab ho gayi aur ab mein zinda hoon?</w:t>
      </w:r>
    </w:p>
    <w:p>
      <w:pPr>
        <w:jc w:val="right"/>
      </w:pPr>
      <w:r>
        <w:t>کیا اسلام کی امیج خراب ہوگئی اور اب میں زندہ ہوں؟</w:t>
      </w:r>
    </w:p>
    <w:p>
      <w:r>
        <w:rPr>
          <w:b/>
        </w:rPr>
        <w:t xml:space="preserve">[14:36] </w:t>
      </w:r>
      <w:r>
        <w:t>Will the image of Islam be damaged? I'm still alive.</w:t>
      </w:r>
    </w:p>
    <w:p>
      <w:pPr>
        <w:jc w:val="right"/>
      </w:pPr>
      <w:r>
        <w:t>Will the image of Islam be damaged? I'm still alive.</w:t>
      </w:r>
    </w:p>
    <w:p>
      <w:r>
        <w:rPr>
          <w:b/>
        </w:rPr>
        <w:t xml:space="preserve">[14:46] </w:t>
      </w:r>
      <w:r>
        <w:t>to Abu Bakr Siddique ko number ek maqam mila Islam ki history mein. mard hone ke aitbaar se.</w:t>
      </w:r>
    </w:p>
    <w:p>
      <w:pPr>
        <w:jc w:val="right"/>
      </w:pPr>
      <w:r>
        <w:t>تو ابوبکر صدیق کو نمبر ایک مقام ملا اسلام کی ہسٹری میں۔ مرد ہونے کے اعتبار سے۔</w:t>
      </w:r>
    </w:p>
    <w:p>
      <w:r>
        <w:rPr>
          <w:b/>
        </w:rPr>
        <w:t xml:space="preserve">[14:55] </w:t>
      </w:r>
      <w:r>
        <w:t>to shayad Benazir Bhutto ko woman hone ke aitbaar se number ek maqam mil jaata. kyun ke aaj bohat hi bara masla hai. saari duniya Islam ke baray mein bohat ziyada misunderstanding mein hai.</w:t>
      </w:r>
    </w:p>
    <w:p>
      <w:pPr>
        <w:jc w:val="right"/>
      </w:pPr>
      <w:r>
        <w:t>تو شاید بینظیر بھٹو کو وومن ہونے کے اعتبار سے نمبر ایک مقام مل جاتا۔ کیوں کہ آج بہت ہی بڑا مسئلہ ہے۔ ساری دنیا اسلام کے بارے میں بہت زیادہ مس انڈرسٹینڈنگ میں ہے۔</w:t>
      </w:r>
    </w:p>
    <w:p>
      <w:r>
        <w:rPr>
          <w:b/>
        </w:rPr>
        <w:t xml:space="preserve">[15:11] </w:t>
      </w:r>
      <w:r>
        <w:t>kisi ne kitaab likhi hai ke Islam the most misunderstood religion. Islam the most misunderstood religion.</w:t>
      </w:r>
    </w:p>
    <w:p>
      <w:pPr>
        <w:jc w:val="right"/>
      </w:pPr>
      <w:r>
        <w:t>کسی نے کتاب لکھی ہے کہ Islam the most misunderstood religion. Islam the most misunderstood religion.</w:t>
      </w:r>
    </w:p>
    <w:p>
      <w:r>
        <w:rPr>
          <w:b/>
        </w:rPr>
        <w:t xml:space="preserve">[15:22] </w:t>
      </w:r>
      <w:r>
        <w:t>lekin woh kitaab jis ne likhi hai, woh ek ek unknown author tha. is kitaab se kuch bana nahi, kuch bhi nahi hua. lekin Benazir Bhutto to ek ek international fame mil chuki thi us ko.</w:t>
      </w:r>
    </w:p>
    <w:p>
      <w:pPr>
        <w:jc w:val="right"/>
      </w:pPr>
      <w:r>
        <w:t>لیکن وہ کتاب جس نے لکھی ہے، وہ ایک ایک ان نون آتھر تھا۔ اس کتاب سے کچھ بنا نہیں، کچھ بھی نہیں ہوا۔ لیکن بینظیر بھٹو تو ایک ایک انٹرنیشنل فیم مل چکی تھی اس کو۔</w:t>
      </w:r>
    </w:p>
    <w:p>
      <w:r>
        <w:rPr>
          <w:b/>
        </w:rPr>
        <w:t xml:space="preserve">[15:35] </w:t>
      </w:r>
      <w:r>
        <w:t>to woh sach much image ko durust kar sakti thi Islam ki.</w:t>
      </w:r>
    </w:p>
    <w:p>
      <w:pPr>
        <w:jc w:val="right"/>
      </w:pPr>
      <w:r>
        <w:t>تو وہ سچ مچ امیج کو درست کر سکتی تھی اسلام کی۔</w:t>
      </w:r>
    </w:p>
    <w:p>
      <w:r>
        <w:rPr>
          <w:b/>
        </w:rPr>
        <w:t xml:space="preserve">[15:41] </w:t>
      </w:r>
      <w:r>
        <w:t>to mere yaani yeh yeh sab vision wali baat hai jo vision mujhe aaya tha. maine socha ke aaj to Benazir Bhutto shayad yeh keh rahi hongi ke mine was a worst case of missed opportunity.</w:t>
      </w:r>
    </w:p>
    <w:p>
      <w:pPr>
        <w:jc w:val="right"/>
      </w:pPr>
      <w:r>
        <w:t>تو میرے یعنی یہ یہ سب ویژن والی بات ہے جو ویژن مجھے آیا تھا۔ میں نے سوچا کہ آج تو بینظیر بھٹو شاید یہ کہہ رہی ہوں گی کہ mine was a worst case of missed opportunity.</w:t>
      </w:r>
    </w:p>
    <w:p>
      <w:r>
        <w:rPr>
          <w:b/>
        </w:rPr>
        <w:t xml:space="preserve">[15:57] </w:t>
      </w:r>
      <w:r>
        <w:t>lekin agar unhon ne woh kiya hota? Abu Bakr Siddique ka misaal liya hota unhon ne. aur woh keh sakti hain ke kya Islam ki image kya ki bigray gi?</w:t>
      </w:r>
    </w:p>
    <w:p>
      <w:pPr>
        <w:jc w:val="right"/>
      </w:pPr>
      <w:r>
        <w:t>لیکن اگر انہوں نے وہ کیا ہوتا؟ ابوبکر صدیق کا مثال لیا ہوتا انہوں نے۔ اور وہ کہہ سکتی ہیں کہ کیا اسلام کی امیج کیا کی بگڑے گی؟</w:t>
      </w:r>
    </w:p>
    <w:p>
      <w:r>
        <w:rPr>
          <w:b/>
        </w:rPr>
        <w:t xml:space="preserve">[16:09] </w:t>
      </w:r>
      <w:r>
        <w:t>ab mein zinda hoon.</w:t>
      </w:r>
    </w:p>
    <w:p>
      <w:pPr>
        <w:jc w:val="right"/>
      </w:pPr>
      <w:r>
        <w:t>اب میں زندہ ہوں۔</w:t>
      </w:r>
    </w:p>
    <w:p>
      <w:r>
        <w:rPr>
          <w:b/>
        </w:rPr>
        <w:t xml:space="preserve">[16:12] </w:t>
      </w:r>
      <w:r>
        <w:t>aur phir prime minister ko kehti hain ke chhod do prime minister ko. kya haqeeqat hai prime minister ki?</w:t>
      </w:r>
    </w:p>
    <w:p>
      <w:pPr>
        <w:jc w:val="right"/>
      </w:pPr>
      <w:r>
        <w:t>اور پھر پرائم منسٹر کو کہتی ہیں کہ چھوڑو پرائم منسٹر کو۔ کیا حقیقت ہے پرائم منسٹر کی؟</w:t>
      </w:r>
    </w:p>
    <w:p>
      <w:r>
        <w:rPr>
          <w:b/>
        </w:rPr>
        <w:t xml:space="preserve">[16:22] </w:t>
      </w:r>
      <w:r>
        <w:t>to shayad 54 saal ki umar mein khatam ho gayi woh. sirf 54. to abhi bohat time tha, bohat time tha un ko. aisa ek aadmi bohat hi qeemti hota hai.</w:t>
      </w:r>
    </w:p>
    <w:p>
      <w:pPr>
        <w:jc w:val="right"/>
      </w:pPr>
      <w:r>
        <w:t>تو شاید چون سال کی عمر میں ختم ہوگئی وہ۔ صرف ففٹی فور۔ تو ابھی بہت ٹائم تھا، بہت ٹائم تھا ان کو۔ ایسا ایک آدمی بہت ہی قیمتی ہوتا ہے۔</w:t>
      </w:r>
    </w:p>
    <w:p>
      <w:r>
        <w:rPr>
          <w:b/>
        </w:rPr>
        <w:t xml:space="preserve">[16:35] </w:t>
      </w:r>
      <w:r>
        <w:t>jis ko ke world fame mil chuka ho.</w:t>
      </w:r>
    </w:p>
    <w:p>
      <w:pPr>
        <w:jc w:val="right"/>
      </w:pPr>
      <w:r>
        <w:t>جس کو کہ ورلڈ فیم مل چکا ہو۔</w:t>
      </w:r>
    </w:p>
    <w:p>
      <w:r>
        <w:rPr>
          <w:b/>
        </w:rPr>
        <w:t xml:space="preserve">[16:39] </w:t>
      </w:r>
      <w:r>
        <w:t>us zamane mein dekhiye, media ka zamana hai. media kis ko cover karta hai? hazar log marte hain. lekin chaar din se media sirf Benazir Bhutto cover kar raha hai.</w:t>
      </w:r>
    </w:p>
    <w:p>
      <w:pPr>
        <w:jc w:val="right"/>
      </w:pPr>
      <w:r>
        <w:t>اس زمانے میں دیکھیے، میڈیا کا زمانہ ہے۔ میڈیا کس کو کور کرتا ہے؟ ہزار لوگ مرتے ہیں۔ لیکن چار دن سے میڈیا صرف بینظیر بھٹو کور کر رہا ہے۔</w:t>
      </w:r>
    </w:p>
    <w:p>
      <w:r>
        <w:rPr>
          <w:b/>
        </w:rPr>
        <w:t xml:space="preserve">[16:49] </w:t>
      </w:r>
      <w:r>
        <w:t>kaisi ajeeb baat hai. rozana log marte hain. kis ko cover karta hai media? lekin chaar din se media cover kar raha hai Benazir Bhutto ko.</w:t>
      </w:r>
    </w:p>
    <w:p>
      <w:pPr>
        <w:jc w:val="right"/>
      </w:pPr>
      <w:r>
        <w:t>کیسی عجیب بات ہے۔ روزانہ لوگ مرتے ہیں۔ کس کو کور کرتا ہے میڈیا؟ لیکن چار دن سے میڈیا کور کر رہا ہے بینظیر بھٹو کو۔</w:t>
      </w:r>
    </w:p>
    <w:p>
      <w:r>
        <w:rPr>
          <w:b/>
        </w:rPr>
        <w:t xml:space="preserve">[17:00] </w:t>
      </w:r>
      <w:r>
        <w:t>aaj bhi unhi ki khabrein thi paper mein.</w:t>
      </w:r>
    </w:p>
    <w:p>
      <w:pPr>
        <w:jc w:val="right"/>
      </w:pPr>
      <w:r>
        <w:t>آج بھی انہی کی خبریں تھیں پیپر میں۔</w:t>
      </w:r>
    </w:p>
    <w:p>
      <w:r>
        <w:rPr>
          <w:b/>
        </w:rPr>
        <w:t xml:space="preserve">[17:04] </w:t>
      </w:r>
      <w:r>
        <w:t>to media ke zamane mein wahi aadmi kuch kar pata hai. yaani international level par. jis ko duniya jaan chuki ho.</w:t>
      </w:r>
    </w:p>
    <w:p>
      <w:pPr>
        <w:jc w:val="right"/>
      </w:pPr>
      <w:r>
        <w:t>تو میڈیا کے زمانے میں وہی آدمی کچھ کر پاتا ہے۔ یعنی انٹرنیشنل لیول پر۔ جس کو دنیا جان چکی ہو۔</w:t>
      </w:r>
    </w:p>
    <w:p>
      <w:r>
        <w:rPr>
          <w:b/>
        </w:rPr>
        <w:t xml:space="preserve">[17:17] </w:t>
      </w:r>
      <w:r>
        <w:t>tab hi woh media mein cover hota hai. media mein cover na ho to is ka kuch bhi nahi.</w:t>
      </w:r>
    </w:p>
    <w:p>
      <w:pPr>
        <w:jc w:val="right"/>
      </w:pPr>
      <w:r>
        <w:t>تب ہی وہ میڈیا میں کور ہوتا ہے۔ میڈیا میں کور نہ ہو تو اس کا کچھ بھی نہیں۔</w:t>
      </w:r>
    </w:p>
    <w:p>
      <w:r>
        <w:rPr>
          <w:b/>
        </w:rPr>
        <w:t xml:space="preserve">[17:26] </w:t>
      </w:r>
      <w:r>
        <w:t>to hum ko aap ko is se yeh sabak lena hai ke humein chhote kaam ko bara kaam samajhna paray ga.</w:t>
      </w:r>
    </w:p>
    <w:p>
      <w:pPr>
        <w:jc w:val="right"/>
      </w:pPr>
      <w:r>
        <w:t>تو ہم کو آپ کو اس سے یہ سبق لینا ہے کہ ہمیں چھوٹے کام کو بڑا کام سمجھنا پڑے گا۔</w:t>
      </w:r>
    </w:p>
    <w:p>
      <w:r>
        <w:rPr>
          <w:b/>
        </w:rPr>
        <w:t xml:space="preserve">[17:34] </w:t>
      </w:r>
      <w:r>
        <w:t>mein samajhta hoon ke sab se bari sacrifice yeh hai.</w:t>
      </w:r>
    </w:p>
    <w:p>
      <w:pPr>
        <w:jc w:val="right"/>
      </w:pPr>
      <w:r>
        <w:t>میں سمجھتا ہوں کہ سب سے بڑی سیکریفائس یہ ہے۔</w:t>
      </w:r>
    </w:p>
    <w:p>
      <w:r>
        <w:rPr>
          <w:b/>
        </w:rPr>
        <w:t xml:space="preserve">[17:43] </w:t>
      </w:r>
      <w:r>
        <w:t>ek saahab ne likha tha, Pakistan ke ek saahab ne ke Islam mein sab se bara jo hai kaam gardan katwana hai. main kehta hoon ek bilkul third class ki baat hai yeh.</w:t>
      </w:r>
    </w:p>
    <w:p>
      <w:pPr>
        <w:jc w:val="right"/>
      </w:pPr>
      <w:r>
        <w:t>ایک صاحب نے لکھا تھا، پاکستان کے ایک صاحب نے کہ اسلام میں سب سے بڑا جو ہے کام گردن کٹوانا ہے۔ میں کہتا ہوں ایک بالکل تھرڈ کلاس کی بات ہے یہ۔</w:t>
      </w:r>
    </w:p>
    <w:p>
      <w:r>
        <w:rPr>
          <w:b/>
        </w:rPr>
        <w:t xml:space="preserve">[17:54] </w:t>
      </w:r>
      <w:r>
        <w:t>sab se bara jihad, sab se bari sacrifice yeh hai ke aap chhote kaam ko bara kaam samjhein.</w:t>
      </w:r>
    </w:p>
    <w:p>
      <w:pPr>
        <w:jc w:val="right"/>
      </w:pPr>
      <w:r>
        <w:t>سب سے بڑا جہاد، سب سے بڑی سیکریفائس یہ ہے کہ آپ چھوٹے کام کو بڑا کام سمجھیں۔</w:t>
      </w:r>
    </w:p>
    <w:p>
      <w:r>
        <w:rPr>
          <w:b/>
        </w:rPr>
        <w:t xml:space="preserve">[18:05] </w:t>
      </w:r>
      <w:r>
        <w:t>is se bara koi jihad nahi hai. ke chhote kaam ko aap bara kaam samjhein. sab se bara jihad hai yeh.</w:t>
      </w:r>
    </w:p>
    <w:p>
      <w:pPr>
        <w:jc w:val="right"/>
      </w:pPr>
      <w:r>
        <w:t>اس سے بڑا کوئی جہاد نہیں ہے۔ کہ چھوٹے کام کو آپ بڑا کام سمجھیں۔ سب سے بڑا جہاد ہے یہ۔</w:t>
      </w:r>
    </w:p>
    <w:p>
      <w:r>
        <w:rPr>
          <w:b/>
        </w:rPr>
        <w:t xml:space="preserve">[18:19] </w:t>
      </w:r>
      <w:r>
        <w:t>kyun ke chhote kaam se shuru karne ke liye aap ko bohat peechay peechay jana parta hai. bohat peechay chala jana parta hai. itnay peechay ke deewar se aap ki peeth lag jaati hai.</w:t>
      </w:r>
    </w:p>
    <w:p>
      <w:pPr>
        <w:jc w:val="right"/>
      </w:pPr>
      <w:r>
        <w:t>کیوں کہ چھوٹے کام سے شروع کرنے کے لیے آپ کو بہت پیچھے پیچھے جانا پڑتا ہے۔ بہت پیچھے چلا جانا پڑتا ہے۔ اتنے پیچھے کہ دیوار سے آپ کی پیٹھ لگ جاتی ہے۔</w:t>
      </w:r>
    </w:p>
    <w:p>
      <w:r>
        <w:rPr>
          <w:b/>
        </w:rPr>
        <w:t xml:space="preserve">[18:31] </w:t>
      </w:r>
      <w:r>
        <w:t>aik chinees mein aik misl hai: "itna peechay hato, itna peechay ho ke tumhari peeth deewar se lag jae."</w:t>
      </w:r>
    </w:p>
    <w:p>
      <w:pPr>
        <w:jc w:val="right"/>
      </w:pPr>
      <w:r>
        <w:t>ایک چائنیز میں ایک مثل ہے: "اتنا پیچھے ہٹو، اتنا پیچھے ہو کہ تمہاری پیٹھ دیوار سے لگ جائے۔"</w:t>
      </w:r>
    </w:p>
    <w:p>
      <w:r>
        <w:rPr>
          <w:b/>
        </w:rPr>
        <w:t xml:space="preserve">[18:40] </w:t>
      </w:r>
      <w:r>
        <w:t>itna peechay kon hta hai?</w:t>
      </w:r>
    </w:p>
    <w:p>
      <w:pPr>
        <w:jc w:val="right"/>
      </w:pPr>
      <w:r>
        <w:t>اتنا پیچھے کون ہٹتا ہے؟</w:t>
      </w:r>
    </w:p>
    <w:p>
      <w:r>
        <w:rPr>
          <w:b/>
        </w:rPr>
        <w:t xml:space="preserve">[18:46] </w:t>
      </w:r>
      <w:r>
        <w:t>to jab aap itna peechay na ht paen ge to aap ko starting point bhi nahi mile ga. yaad rakhiye, starting point hmesha peechay hota hai, agay nahi hota hai.</w:t>
      </w:r>
    </w:p>
    <w:p>
      <w:pPr>
        <w:jc w:val="right"/>
      </w:pPr>
      <w:r>
        <w:t>تو جب آپ اتنا پیچھے نہ ہٹ پائیں گے تو آپ کو اسٹارٹنگ پوائنٹ بھی نہیں ملے گا۔ یاد رکھیے، اسٹارٹنگ پوائنٹ ہمیشہ پیچھے ہوتا ہے، آگے نہیں ہوتا ہے۔</w:t>
      </w:r>
    </w:p>
    <w:p>
      <w:r>
        <w:rPr>
          <w:b/>
        </w:rPr>
        <w:t xml:space="preserve">[18:59] </w:t>
      </w:r>
      <w:r>
        <w:t>agar mujhe dli se jana hai, london. mera starting point kahan hai? dli mein hai, london mein nahi hai.</w:t>
      </w:r>
    </w:p>
    <w:p>
      <w:pPr>
        <w:jc w:val="right"/>
      </w:pPr>
      <w:r>
        <w:t>اگر مجھے دلی سے جانا ہے، لندن۔ میرا اسٹارٹنگ پوائنٹ کہاں ہے؟ دلی میں ہے، لندن میں نہیں ہے۔</w:t>
      </w:r>
    </w:p>
    <w:p>
      <w:r>
        <w:rPr>
          <w:b/>
        </w:rPr>
        <w:t xml:space="preserve">[19:10] </w:t>
      </w:r>
      <w:r>
        <w:t>mujhe jana hai dli se london. starting point kahan hai? dli mein hai. nizamuddin west mein hai. london mein mera starting point nahi hai.</w:t>
      </w:r>
    </w:p>
    <w:p>
      <w:pPr>
        <w:jc w:val="right"/>
      </w:pPr>
      <w:r>
        <w:t>مجھے جانا ہے دلی سے لندن۔ اسٹارٹنگ پوائنٹ کہاں ہے؟ دلی میں ہے۔ نظام الدین ویسٹ میں ہے۔ لندن میں میرا اسٹارٹنگ پوائنٹ نہیں ہے۔</w:t>
      </w:r>
    </w:p>
    <w:p>
      <w:r>
        <w:rPr>
          <w:b/>
        </w:rPr>
        <w:t xml:space="preserve">[19:22] </w:t>
      </w:r>
      <w:r>
        <w:t>to yaad rakhiye, zindagi ki aik haqiqat hai yeh ke starting point hmesha peechay hota hai, agay nahi hota hai. to peechay jana yeh bohat bari sacrifice hai.</w:t>
      </w:r>
    </w:p>
    <w:p>
      <w:pPr>
        <w:jc w:val="right"/>
      </w:pPr>
      <w:r>
        <w:t>تو یاد رکھیے، زندگی کی ایک حقیقت ہے یہ کہ اسٹارٹنگ پوائنٹ ہمیشہ پیچھے ہوتا ہے، آگے نہیں ہوتا ہے۔ تو پیچھے جانا یہ بہت بڑی سیکریفائس ہے۔</w:t>
      </w:r>
    </w:p>
    <w:p>
      <w:r>
        <w:rPr>
          <w:b/>
        </w:rPr>
        <w:t xml:space="preserve">[19:37] </w:t>
      </w:r>
      <w:r>
        <w:t>bohat hi bari sacrifice hai. aaj hi subah mein kisi se keh raha tha ke agar aap zindagi mein koi bara kaam karna chahte hain to coward banne ke liye tayyar ho jaie.</w:t>
      </w:r>
    </w:p>
    <w:p>
      <w:pPr>
        <w:jc w:val="right"/>
      </w:pPr>
      <w:r>
        <w:t>بہت ہی بڑی سیکریفائس ہے۔ آج ہی صبح میں کسی سے کہہ رہا تھا کہ اگر آپ زندگی میں کوئی بڑا کام کرنا چاہتے ہیں تو کاوَرڈس بننے کے لیے تیار ہو جائیے۔</w:t>
      </w:r>
    </w:p>
    <w:p>
      <w:r>
        <w:rPr>
          <w:b/>
        </w:rPr>
        <w:t xml:space="preserve">[19:52] </w:t>
      </w:r>
      <w:r>
        <w:t>coward banne ke liye tayyar ho jaie. agar aap zindagi mein koi bara kaam karna chahte hain to coward banne ke liye tayyar ho jaie. bazdil banne ke liye tayyar ho jaie.</w:t>
      </w:r>
    </w:p>
    <w:p>
      <w:pPr>
        <w:jc w:val="right"/>
      </w:pPr>
      <w:r>
        <w:t>کاوَرڈ بننے کے لیے تیار ہو جائیے۔ اگر آپ زندگی میں کوئی بڑا کام کرنا چاہتے ہیں تو کاوَرڈ بننے کے لیے تیار ہو جائیے۔ بزدل بننے کے لیے تیار ہو جائیے۔</w:t>
      </w:r>
    </w:p>
    <w:p>
      <w:r>
        <w:rPr>
          <w:b/>
        </w:rPr>
        <w:t xml:space="preserve">[20:04] </w:t>
      </w:r>
      <w:r>
        <w:t>bazdil ya coward, coward mein ne positive sense mein istemal kiya. peechay jana, back seat lena.</w:t>
      </w:r>
    </w:p>
    <w:p>
      <w:pPr>
        <w:jc w:val="right"/>
      </w:pPr>
      <w:r>
        <w:t>بزدل یا کاوَرڈ، کاوَرڈ میں نے پازیٹیو سینس میں استعمال کیا۔ پیچھے جانا، بیک سیٹ لینا۔</w:t>
      </w:r>
    </w:p>
    <w:p>
      <w:r>
        <w:rPr>
          <w:b/>
        </w:rPr>
        <w:t xml:space="preserve">[20:15] </w:t>
      </w:r>
      <w:r>
        <w:t>sab se bari sacrifice hai.</w:t>
      </w:r>
    </w:p>
    <w:p>
      <w:pPr>
        <w:jc w:val="right"/>
      </w:pPr>
      <w:r>
        <w:t>سب سے بڑی سیکریفائس ہے۔</w:t>
      </w:r>
    </w:p>
    <w:p>
      <w:r>
        <w:rPr>
          <w:b/>
        </w:rPr>
        <w:t xml:space="preserve">[20:17] </w:t>
      </w:r>
      <w:r>
        <w:t>agarche yeh sacrifice chaudah so saal se musalmanon ko sikhai ja rahi hai lekin aaj tak woh jaan nahi pae is ko. mislan namaz mein kya hota hai? namaz mein yeh hota hai, congregational prayer mein.</w:t>
      </w:r>
    </w:p>
    <w:p>
      <w:pPr>
        <w:jc w:val="right"/>
      </w:pPr>
      <w:r>
        <w:t>اگرچہ یہ سیکریفائس چودہ سو سال سے مسلمانوں کو سکھائی جا رہی ہے لیکن آج تک وہ جان نہیں پائے اس کو۔ مثلاً نماز میں کیا ہوتا ہے؟ نماز میں یہ ہوتا ہے، کانگریگیشنل پریئر میں۔</w:t>
      </w:r>
    </w:p>
    <w:p>
      <w:r>
        <w:rPr>
          <w:b/>
        </w:rPr>
        <w:t xml:space="preserve">[20:30] </w:t>
      </w:r>
      <w:r>
        <w:t>har masjid mein. ke chahe aap so hon, hazar hon, lakh hon. imam aik rahe ga. to imam aik imam agay khara ho gaya.</w:t>
      </w:r>
    </w:p>
    <w:p>
      <w:pPr>
        <w:jc w:val="right"/>
      </w:pPr>
      <w:r>
        <w:t>ہر مسجد میں۔ کہ چاہے آپ سو ہوں، ہزار ہوں، لاکھ ہوں۔ امام ایک رہے گا۔ تو امام ایک امام آگے کھڑا ہوگیا۔</w:t>
      </w:r>
    </w:p>
    <w:p>
      <w:r>
        <w:rPr>
          <w:b/>
        </w:rPr>
        <w:t xml:space="preserve">[20:42] </w:t>
      </w:r>
      <w:r>
        <w:t>baqi sab log peechay sab baaten hain. is ka matlab kya hua?</w:t>
      </w:r>
    </w:p>
    <w:p>
      <w:pPr>
        <w:jc w:val="right"/>
      </w:pPr>
      <w:r>
        <w:t>باقی سب لوگ پیچھے سب باتیں ہیں۔ اس کا مطلب کیا ہوا؟</w:t>
      </w:r>
    </w:p>
    <w:p>
      <w:r>
        <w:rPr>
          <w:b/>
        </w:rPr>
        <w:t xml:space="preserve">[20:48] </w:t>
      </w:r>
      <w:r>
        <w:t>namaz ka lesson kya hua? namaz ki teaching kya hui? apne mein se aik ko agay kar ke sab back seat par chale jao.</w:t>
      </w:r>
    </w:p>
    <w:p>
      <w:pPr>
        <w:jc w:val="right"/>
      </w:pPr>
      <w:r>
        <w:t>نماز کا لیسن کیا ہوا؟ نماز کی ٹیچنگ کیا ہوئی؟ اپنے میں سے ایک کو آگے کر کے سب بیک سیٹ پر چلے جاؤ۔</w:t>
      </w:r>
    </w:p>
    <w:p>
      <w:r>
        <w:rPr>
          <w:b/>
        </w:rPr>
        <w:t xml:space="preserve">[20:59] </w:t>
      </w:r>
      <w:r>
        <w:t>yeh hai namaz ka lesson. chahe tum kitne hi ziyada ho.</w:t>
      </w:r>
    </w:p>
    <w:p>
      <w:pPr>
        <w:jc w:val="right"/>
      </w:pPr>
      <w:r>
        <w:t>یہ ہے نماز کا لیسن۔ چاہے تم کتنے ہی زیادہ ہو۔</w:t>
      </w:r>
    </w:p>
    <w:p>
      <w:r>
        <w:rPr>
          <w:b/>
        </w:rPr>
        <w:t xml:space="preserve">[21:09] </w:t>
      </w:r>
      <w:r>
        <w:t>kitne hi ziyada ho.</w:t>
      </w:r>
    </w:p>
    <w:p>
      <w:pPr>
        <w:jc w:val="right"/>
      </w:pPr>
      <w:r>
        <w:t>کتنے ہی زیادہ ہو۔</w:t>
      </w:r>
    </w:p>
    <w:p>
      <w:r>
        <w:rPr>
          <w:b/>
        </w:rPr>
        <w:t xml:space="preserve">[21:11] </w:t>
      </w:r>
      <w:r>
        <w:t>so ho, hazar ho, lakh ho. lekin lead to aik aadmi kare ga. to congregational prayer ka yeh lesson hai jo har din, har din, har din panch bar repeat kiya jata hai.</w:t>
      </w:r>
    </w:p>
    <w:p>
      <w:pPr>
        <w:jc w:val="right"/>
      </w:pPr>
      <w:r>
        <w:t>سو ہو، ہزار ہو، لاکھ ہو۔ لیکن لیڈ تو ایک آدمی کرے گا۔ تو کانگریگیشنل پریئر کا یہ لیسن ہے جو ہر دن، ہر دن، ہر دن پانچ بار ریپیٹ کیا جاتا ہے۔</w:t>
      </w:r>
    </w:p>
    <w:p>
      <w:r>
        <w:rPr>
          <w:b/>
        </w:rPr>
        <w:t xml:space="preserve">[21:29] </w:t>
      </w:r>
      <w:r>
        <w:t>ke aik ko agay kar ke sab ke sab back seat par chale jao.</w:t>
      </w:r>
    </w:p>
    <w:p>
      <w:pPr>
        <w:jc w:val="right"/>
      </w:pPr>
      <w:r>
        <w:t>کہ ایک کو آگے کر کے سب کے سب بیک سیٹ پر چلے جاؤ۔</w:t>
      </w:r>
    </w:p>
    <w:p>
      <w:r>
        <w:rPr>
          <w:b/>
        </w:rPr>
        <w:t xml:space="preserve">[21:36] </w:t>
      </w:r>
      <w:r>
        <w:t>back seat se starting point milta hai. agay ki seat se nahi milta hai.</w:t>
      </w:r>
    </w:p>
    <w:p>
      <w:pPr>
        <w:jc w:val="right"/>
      </w:pPr>
      <w:r>
        <w:t>بیک سیٹ سے اسٹارٹنگ پوائنٹ ملتا ہے۔ آگے کی سیٹ سے نہیں ملتا ہے۔</w:t>
      </w:r>
    </w:p>
    <w:p>
      <w:r>
        <w:rPr>
          <w:b/>
        </w:rPr>
        <w:t xml:space="preserve">[21:49] </w:t>
      </w:r>
      <w:r>
        <w:t>to log jo hain back seat wale kaam ko chota samajhte hain.</w:t>
      </w:r>
    </w:p>
    <w:p>
      <w:pPr>
        <w:jc w:val="right"/>
      </w:pPr>
      <w:r>
        <w:t>تو لوگ جو ہیں بیک سیٹ والے کام کو چھوٹا سمجھتے ہیں۔</w:t>
      </w:r>
    </w:p>
    <w:p>
      <w:r>
        <w:rPr>
          <w:b/>
        </w:rPr>
        <w:t xml:space="preserve">[21:56] </w:t>
      </w:r>
      <w:r>
        <w:t>is liye koi kaam bara kar nahi pae.</w:t>
      </w:r>
    </w:p>
    <w:p>
      <w:pPr>
        <w:jc w:val="right"/>
      </w:pPr>
      <w:r>
        <w:t>اس لیے کوئی کام بڑا کر نہیں پاتے۔</w:t>
      </w:r>
    </w:p>
    <w:p>
      <w:r>
        <w:rPr>
          <w:b/>
        </w:rPr>
        <w:t xml:space="preserve">[22:01] </w:t>
      </w:r>
      <w:r>
        <w:t>dekhiye, mein aap ko chand misalen dena chahunga.</w:t>
      </w:r>
    </w:p>
    <w:p>
      <w:pPr>
        <w:jc w:val="right"/>
      </w:pPr>
      <w:r>
        <w:t>دیکھیے، میں آپ کو چند مثالیں دینا چاہوں گا۔</w:t>
      </w:r>
    </w:p>
    <w:p>
      <w:r>
        <w:rPr>
          <w:b/>
        </w:rPr>
        <w:t xml:space="preserve">[22:04] </w:t>
      </w:r>
      <w:r>
        <w:t>mein samajhta hoon ke is zamane mein jis ko hum yani modern age kehte hain. to musalmanon ke andar.</w:t>
      </w:r>
    </w:p>
    <w:p>
      <w:pPr>
        <w:jc w:val="right"/>
      </w:pPr>
      <w:r>
        <w:t>میں سمجھتا ہوں کہ اس زمانے میں جس کو ہم یعنی ماڈرن ایج کہتے ہیں۔ تو مسلمانوں کے اندر۔</w:t>
      </w:r>
    </w:p>
    <w:p>
      <w:r>
        <w:rPr>
          <w:b/>
        </w:rPr>
        <w:t xml:space="preserve">[22:14] </w:t>
      </w:r>
      <w:r>
        <w:t>is waqt musalman dunya mein aik billion se ziyada hain.</w:t>
      </w:r>
    </w:p>
    <w:p>
      <w:pPr>
        <w:jc w:val="right"/>
      </w:pPr>
      <w:r>
        <w:t>اس وقت مسلمان دنیا میں ایک بلین سے زیادہ ہیں۔</w:t>
      </w:r>
    </w:p>
    <w:p>
      <w:r>
        <w:rPr>
          <w:b/>
        </w:rPr>
        <w:t xml:space="preserve">[22:22] </w:t>
      </w:r>
      <w:r>
        <w:t>is waqt mein samajhta hoon ke musalmanon ke andar is modern age mein shayad jo sab se bari personality paida hui woh thi Syed Jamaluddin Afghani.</w:t>
      </w:r>
    </w:p>
    <w:p>
      <w:pPr>
        <w:jc w:val="right"/>
      </w:pPr>
      <w:r>
        <w:t>اس وقت میں سمجھتا ہوں کہ مسلمانوں کے اندر اس ماڈرن ایج میں شاید جو سب سے بڑی پرسنیلٹی پیدا ہوئی وہ تھی سید جمال الدین افغانی۔</w:t>
      </w:r>
    </w:p>
    <w:p>
      <w:r>
        <w:rPr>
          <w:b/>
        </w:rPr>
        <w:t xml:space="preserve">[22:38] </w:t>
      </w:r>
      <w:r>
        <w:t>bahut hi zabardast aadmi tha woh. badi mazboot personality thi. woh arabic, persian, french kai zabaanein jante thay.</w:t>
      </w:r>
    </w:p>
    <w:p>
      <w:pPr>
        <w:jc w:val="right"/>
      </w:pPr>
      <w:r>
        <w:t>بہت ہی زبردست آدمی تھا وہ۔ بڑی مضبوط پرسنیلٹی تھی۔ وہ عربک، پرشین، فرنچ کئی زبانیں جانتے تھے۔</w:t>
      </w:r>
    </w:p>
    <w:p>
      <w:r>
        <w:rPr>
          <w:b/>
        </w:rPr>
        <w:t xml:space="preserve">[22:53] </w:t>
      </w:r>
      <w:r>
        <w:t>badi zabardast auditor thay. yaani bahut hi zabardast aadmi tha. meri apni samajh se is poore modern age mein personality ke aitbaar se jo number one musalman paida hua woh thay jamaluddin afghani.</w:t>
      </w:r>
    </w:p>
    <w:p>
      <w:pPr>
        <w:jc w:val="right"/>
      </w:pPr>
      <w:r>
        <w:t>بڑی زبردست آڈیٹر تھے۔ یعنی بہت ہی زبردست آدمی تھا۔ میری اپنی سمجھ سے اس پورے ماڈرن ایج میں پرسنیلٹی کے اعتبار سے جو نمبر ون مسلمان پیدا ہوا وہ تھے جمال الدین افغانی۔</w:t>
      </w:r>
    </w:p>
    <w:p>
      <w:r>
        <w:rPr>
          <w:b/>
        </w:rPr>
        <w:t xml:space="preserve">[23:08] </w:t>
      </w:r>
      <w:r>
        <w:t>toh kya hua? yaani in ko bade bade offer milay. iran ki hukoomat mein milay. turkey hukoomat mein milay. bahut bade bade</w:t>
      </w:r>
    </w:p>
    <w:p>
      <w:pPr>
        <w:jc w:val="right"/>
      </w:pPr>
      <w:r>
        <w:t>تو کیا ہوا؟ یعنی ان کو بڑے بڑے آفر ملے۔ ایران کی حکومت میں ملے۔ ترکی حکومت میں ملے۔ بہت بڑے بڑے</w:t>
      </w:r>
    </w:p>
    <w:p>
      <w:r>
        <w:rPr>
          <w:b/>
        </w:rPr>
        <w:t xml:space="preserve">[23:18] </w:t>
      </w:r>
      <w:r>
        <w:t>offer milay. jo un se milta tha woh bahut hi mutasir ho jata tha un ki personality se. toh woh wahan par gaye.</w:t>
      </w:r>
    </w:p>
    <w:p>
      <w:pPr>
        <w:jc w:val="right"/>
      </w:pPr>
      <w:r>
        <w:t>آفر ملے۔ جو ان سے ملتا تھا وہ بہت ہی متاثر ہو جاتا تھا ان کی پرسنیلٹی سے۔ تو وہ وہاں پر گئے۔</w:t>
      </w:r>
    </w:p>
    <w:p>
      <w:r>
        <w:rPr>
          <w:b/>
        </w:rPr>
        <w:t xml:space="preserve">[23:31] </w:t>
      </w:r>
      <w:r>
        <w:t>paris mein. paris mein ja kar ke unhon ne aik aik magazine nikala. is ka naam tha al-urwat al-wuthqa.</w:t>
      </w:r>
    </w:p>
    <w:p>
      <w:pPr>
        <w:jc w:val="right"/>
      </w:pPr>
      <w:r>
        <w:t>پیرس میں۔ پیرس میں جا کر کے انہوں نے ایک ایک میگزین نکالا۔ اس کا نام تھا العروۃ الاسقى۔</w:t>
      </w:r>
    </w:p>
    <w:p>
      <w:r>
        <w:rPr>
          <w:b/>
        </w:rPr>
        <w:t xml:space="preserve">[23:41] </w:t>
      </w:r>
      <w:r>
        <w:t>al-urwat al-wuthqa. woh aik inqilabi magazine tha yaani siyasat inqilab</w:t>
      </w:r>
    </w:p>
    <w:p>
      <w:pPr>
        <w:jc w:val="right"/>
      </w:pPr>
      <w:r>
        <w:t>العروۃ الاسقى۔ وہ ایک انقلابی میگزین تھا یعنی سیاسی انقلاب</w:t>
      </w:r>
    </w:p>
    <w:p>
      <w:r>
        <w:rPr>
          <w:b/>
        </w:rPr>
        <w:t xml:space="preserve">[23:47] </w:t>
      </w:r>
      <w:r>
        <w:t>. woh kya matlab tha? british empire ko khatam karo. colonial empire ko khatam karo. aur islami khilafat ko phir se qaim karo.</w:t>
      </w:r>
    </w:p>
    <w:p>
      <w:pPr>
        <w:jc w:val="right"/>
      </w:pPr>
      <w:r>
        <w:t>۔ وہ کیا مطلب تھا؟ برٹش ایمپائر کو ختم کرو۔ کرولیل ایمپائر کو ختم کرو۔ اور اسلامی خلافت کو پھر سے قائم کرو۔</w:t>
      </w:r>
    </w:p>
    <w:p>
      <w:r>
        <w:rPr>
          <w:b/>
        </w:rPr>
        <w:t xml:space="preserve">[23:55] </w:t>
      </w:r>
      <w:r>
        <w:t>is tarah ki baatein thi is mein. toh khair is zamane mein un ke aik shagird thay. un ka naam tha sheikh muhammad abduh.</w:t>
      </w:r>
    </w:p>
    <w:p>
      <w:pPr>
        <w:jc w:val="right"/>
      </w:pPr>
      <w:r>
        <w:t>اس طرح کی باتیں تھیں اس میں۔ تو خیر اس زمانے میں ان کے ایک شاگرد تھے۔ ان کا نام تھا شیخ محمد عبدہ۔</w:t>
      </w:r>
    </w:p>
    <w:p>
      <w:r>
        <w:rPr>
          <w:b/>
        </w:rPr>
        <w:t xml:space="preserve">[24:07] </w:t>
      </w:r>
      <w:r>
        <w:t>woh misr ke thay woh. woh misr ke thay woh. sheikh muhammad abduh un ke shagird thay.</w:t>
      </w:r>
    </w:p>
    <w:p>
      <w:pPr>
        <w:jc w:val="right"/>
      </w:pPr>
      <w:r>
        <w:t>وہ مصر کے تھے وہ۔ وہ مصر کے تھے وہ۔ شیخ محمد عبدہ ان کے شاگرد تھے۔</w:t>
      </w:r>
    </w:p>
    <w:p>
      <w:r>
        <w:rPr>
          <w:b/>
        </w:rPr>
        <w:t xml:space="preserve">[24:15] </w:t>
      </w:r>
      <w:r>
        <w:t>toh unhon ne kaha ke yeh sab kya hum log siyasat chala rahe hain? is se toh kuch milna na hai nahin. bekar kaam hai yeh. chaliye hum log wapas chalain.</w:t>
      </w:r>
    </w:p>
    <w:p>
      <w:pPr>
        <w:jc w:val="right"/>
      </w:pPr>
      <w:r>
        <w:t>تو انہوں نے کہا کہ یہ سب کیا ہم لوگ سیاست چلا رہے ہیں؟ اس سے تو کچھ ملنا نہ ہے نہیں۔ بیکار کام ہے یہ۔ چلیے ہم لوگ واپس چلیں۔</w:t>
      </w:r>
    </w:p>
    <w:p>
      <w:r>
        <w:rPr>
          <w:b/>
        </w:rPr>
        <w:t xml:space="preserve">[24:26] </w:t>
      </w:r>
      <w:r>
        <w:t>apne mulk mein yaani paris chhod kar apne mulk mein chalain. misr mein. wahan kuch kaam karain. taleem ka kaam, dawat ka kaam.</w:t>
      </w:r>
    </w:p>
    <w:p>
      <w:pPr>
        <w:jc w:val="right"/>
      </w:pPr>
      <w:r>
        <w:t>اپنے ملک میں یعنی پیرس چھوڑ کر اپنے ملک میں چلیں۔ مصر میں۔ وہاں کچھ کام کریں۔ تعلیم کا کام، دعوت کا کام۔</w:t>
      </w:r>
    </w:p>
    <w:p>
      <w:r>
        <w:rPr>
          <w:b/>
        </w:rPr>
        <w:t xml:space="preserve">[24:37] </w:t>
      </w:r>
      <w:r>
        <w:t>is tarah ka kaam karain, taameeri kaam. is se toh kuch hone wala nahin lagta mujhe.</w:t>
      </w:r>
    </w:p>
    <w:p>
      <w:pPr>
        <w:jc w:val="right"/>
      </w:pPr>
      <w:r>
        <w:t>اس طرح کا کام کریں، تعمیری کام۔ اس سے تو کچھ ہونے والا نہیں لگتا مجھے۔</w:t>
      </w:r>
    </w:p>
    <w:p>
      <w:r>
        <w:rPr>
          <w:b/>
        </w:rPr>
        <w:t xml:space="preserve">[24:44] </w:t>
      </w:r>
      <w:r>
        <w:t>jante hain kya jawab diya unhon ne? jamaluddin afghani ne. unhon ne kaha ke innama anta muthabbittun innama anta muthabbittun tum toh buzadli ki baat kar rahe ho.</w:t>
      </w:r>
    </w:p>
    <w:p>
      <w:pPr>
        <w:jc w:val="right"/>
      </w:pPr>
      <w:r>
        <w:t>جانتے ہیں کیا جواب دیا انہوں نے؟ جمال الدین افغانی نے۔ انہوں نے کہا کہ إنما أنت مُثَبِّتٌ إنما أنت مُثَبِّتٌ تم تو بزدلی کی بات کر رہے ہو۔</w:t>
      </w:r>
    </w:p>
    <w:p>
      <w:r>
        <w:rPr>
          <w:b/>
        </w:rPr>
        <w:t xml:space="preserve">[25:00] </w:t>
      </w:r>
      <w:r>
        <w:t>aap ghor kijiye ke yeh in ko buzadli ki baat dikhai padi. chhoti baat dikhai</w:t>
      </w:r>
    </w:p>
    <w:p>
      <w:pPr>
        <w:jc w:val="right"/>
      </w:pPr>
      <w:r>
        <w:t>آپ غور کیجیے کہ یہ ان کو بزدلی کی بات دکھائی پڑی۔ چھوٹی بات دکھائی</w:t>
      </w:r>
    </w:p>
    <w:p>
      <w:r>
        <w:rPr>
          <w:b/>
        </w:rPr>
        <w:t xml:space="preserve">[25:06] </w:t>
      </w:r>
      <w:r>
        <w:t>padi. yaani paris mein ja kar ke siyasat baatein karna yeh badi baat dikhai parti thi. kyun ke wahan british empire ko challenge kar rahe thay woh.</w:t>
      </w:r>
    </w:p>
    <w:p>
      <w:pPr>
        <w:jc w:val="right"/>
      </w:pPr>
      <w:r>
        <w:t>پڑی۔ یعنی پیرس میں جا کر کے سیاسی باتیں کرنا یہ بڑی بات دکھائی پڑتی تھی۔ کیوں کہ وہاں برٹش ایمپائر کو چیلنج کر رہے تھے وہ۔</w:t>
      </w:r>
    </w:p>
    <w:p>
      <w:r>
        <w:rPr>
          <w:b/>
        </w:rPr>
        <w:t xml:space="preserve">[25:17] </w:t>
      </w:r>
      <w:r>
        <w:t>yaani paris mein baith kar ke aik arabic parcha nikalte thay aur british empire ko challenge karte thay. woh parcha shayad do saal bhi nahin nikla.</w:t>
      </w:r>
    </w:p>
    <w:p>
      <w:pPr>
        <w:jc w:val="right"/>
      </w:pPr>
      <w:r>
        <w:t>یعنی پیرس میں بیٹھ کر کے ایک عربک پرچہ نکالتے تھے اور برٹش ایمپائر کو چیلنج کرتے تھے۔ وہ پرچہ شاید دو سال بھی نہیں نکلا۔</w:t>
      </w:r>
    </w:p>
    <w:p>
      <w:r>
        <w:rPr>
          <w:b/>
        </w:rPr>
        <w:t xml:space="preserve">[25:27] </w:t>
      </w:r>
      <w:r>
        <w:t>band ho gaya.</w:t>
      </w:r>
    </w:p>
    <w:p>
      <w:pPr>
        <w:jc w:val="right"/>
      </w:pPr>
      <w:r>
        <w:t>بند ہوگیا۔</w:t>
      </w:r>
    </w:p>
    <w:p>
      <w:r>
        <w:rPr>
          <w:b/>
        </w:rPr>
        <w:t xml:space="preserve">[25:29] </w:t>
      </w:r>
      <w:r>
        <w:t>is ke kuch masail jo thay jo niklay thay mere khayal se das masail shayad hon gay. toh main jab gaya tha geneva toh wahan dekha tha main ne.</w:t>
      </w:r>
    </w:p>
    <w:p>
      <w:pPr>
        <w:jc w:val="right"/>
      </w:pPr>
      <w:r>
        <w:t>اس کے کچھ مسائل جو تھے جو نکلے تھے میرے خیال سے دس مسائل شاید ہوں گے۔ تو میں جب گیا تھا جنیوا تو وہاں دیکھا تھا میں نے۔</w:t>
      </w:r>
    </w:p>
    <w:p>
      <w:r>
        <w:rPr>
          <w:b/>
        </w:rPr>
        <w:t xml:space="preserve">[25:41] </w:t>
      </w:r>
      <w:r>
        <w:t>wahan par aik sahib aik thay doctor abdul hakim tabibi. wahan rehte thay woh. woh bhi afghani thay. toh unhon ne un ke mission ko dobara zinda kiya tha.</w:t>
      </w:r>
    </w:p>
    <w:p>
      <w:pPr>
        <w:jc w:val="right"/>
      </w:pPr>
      <w:r>
        <w:t>وہاں پر ایک صاحب ایک تھے ڈاکٹر عبدالحکیم طبیبی۔ وہاں رہتے تھے وہ۔ وہ بھی افغانی تھے۔ تو انہوں نے ان کے مشن کو دوبارہ زندہ کیا تھا۔</w:t>
      </w:r>
    </w:p>
    <w:p>
      <w:r>
        <w:rPr>
          <w:b/>
        </w:rPr>
        <w:t xml:space="preserve">[25:53] </w:t>
      </w:r>
      <w:r>
        <w:t>hua kuch bhi nahin woh bhi. toh wahan par is ke masail dekhe thay</w:t>
      </w:r>
    </w:p>
    <w:p>
      <w:pPr>
        <w:jc w:val="right"/>
      </w:pPr>
      <w:r>
        <w:t>ہوا کچھ بھی نہیں وہ بھی۔ تو وہاں پر اس کے مسائل دیکھے تھے</w:t>
      </w:r>
    </w:p>
    <w:p>
      <w:r>
        <w:rPr>
          <w:b/>
        </w:rPr>
        <w:t xml:space="preserve">[25:58] </w:t>
      </w:r>
      <w:r>
        <w:t>main ne chand. kuch bhi is ke andar nahin hota tha siwaye dhamaka khez alfaz ke thay. aur kuch bhi nahin. dhamaka khez baatein.</w:t>
      </w:r>
    </w:p>
    <w:p>
      <w:pPr>
        <w:jc w:val="right"/>
      </w:pPr>
      <w:r>
        <w:t>میں نے چند۔ کچھ بھی اس کے اندر نہیں ہوتا تھا سوائے دھماکہ خیز الفاظ کے تھے۔ اور کچھ بھی نہیں۔ دھماکہ خیز باتیں۔</w:t>
      </w:r>
    </w:p>
    <w:p>
      <w:r>
        <w:rPr>
          <w:b/>
        </w:rPr>
        <w:t xml:space="preserve">[26:09] </w:t>
      </w:r>
      <w:r>
        <w:t>toh jaise is mein tha aik baat main bataoon aap ko. ke aye musalmano! aisi boli un ki hoti thi.</w:t>
      </w:r>
    </w:p>
    <w:p>
      <w:pPr>
        <w:jc w:val="right"/>
      </w:pPr>
      <w:r>
        <w:t>تو جیسے اس میں تھا ایک بات میں بتاؤں آپ کو۔ کہ اے مسلمانوں! ایسی بولی ان کی ہوتی تھی۔</w:t>
      </w:r>
    </w:p>
    <w:p>
      <w:r>
        <w:rPr>
          <w:b/>
        </w:rPr>
        <w:t xml:space="preserve">[26:18] </w:t>
      </w:r>
      <w:r>
        <w:t>aye musalmano! itne zyada tum aaj ho duniya mein.</w:t>
      </w:r>
    </w:p>
    <w:p>
      <w:pPr>
        <w:jc w:val="right"/>
      </w:pPr>
      <w:r>
        <w:t>اے مسلمانوں! اتنے زیادہ تم آج ہو دنیا میں۔</w:t>
      </w:r>
    </w:p>
    <w:p>
      <w:r>
        <w:rPr>
          <w:b/>
        </w:rPr>
        <w:t xml:space="preserve">[26:22] </w:t>
      </w:r>
      <w:r>
        <w:t>itne zyada ho ke agar tum england mein sab aajao sab ke sab toh tumhare bojh se england dab kar ke samandar mein chala jayega.</w:t>
      </w:r>
    </w:p>
    <w:p>
      <w:pPr>
        <w:jc w:val="right"/>
      </w:pPr>
      <w:r>
        <w:t>اتنے زیادہ ہو کہ اگر تم انگلینڈ میں سب آجاؤ سب کے سب تو تمہارے بوجھ سے انگلینڈ دب کر کے سمندر میں چلا جائے گا۔</w:t>
      </w:r>
    </w:p>
    <w:p>
      <w:r>
        <w:rPr>
          <w:b/>
        </w:rPr>
        <w:t xml:space="preserve">[26:33] </w:t>
      </w:r>
      <w:r>
        <w:t>yeh koi baat hai yeh? ke musalmano ke bojh se. aur bhi kadi baat, koi sakht baat kahi thi unhon ne.</w:t>
      </w:r>
    </w:p>
    <w:p>
      <w:pPr>
        <w:jc w:val="right"/>
      </w:pPr>
      <w:r>
        <w:t>یہ کوئی بات ہے یہ؟ کہ مسلمانوں کے بوجھ سے۔ اور بھی کڑی بات، کوئی سخت بات کہی تھی انہوں نے۔</w:t>
      </w:r>
    </w:p>
    <w:p>
      <w:r>
        <w:rPr>
          <w:b/>
        </w:rPr>
        <w:t xml:space="preserve">[26:42] </w:t>
      </w:r>
      <w:r>
        <w:t>mein is ko zara halka kar ke keh raha hoon. ke kya musalmanon ke bojh se england jo hai woh dab kar ke samandar mein chala jaye ga?</w:t>
      </w:r>
    </w:p>
    <w:p>
      <w:pPr>
        <w:jc w:val="right"/>
      </w:pPr>
      <w:r>
        <w:t>میں اس کو ذرا ہلکا کر کے کہہ رہا ہوں۔ کہ کیا مسلمانوں کے بوجھ سے انگلینڈ جو ہے وہ دب کر کے سمندر میں چلا جائے گا؟</w:t>
      </w:r>
    </w:p>
    <w:p>
      <w:r>
        <w:rPr>
          <w:b/>
        </w:rPr>
        <w:t xml:space="preserve">[26:50] </w:t>
      </w:r>
      <w:r>
        <w:t>isi tarah ki baat karte thay, bekar ki baatein. koi koi is ki koi mani nahi, koi matlab hi is ka nahi. lekin bohat hi zaheen aadmi thay.</w:t>
      </w:r>
    </w:p>
    <w:p>
      <w:pPr>
        <w:jc w:val="right"/>
      </w:pPr>
      <w:r>
        <w:t>اسی طرح کی بات کرتے تھے، بیکار کی باتیں۔ کوئی کوئی اس کی کوئی معنی نہیں، کوئی مطلب ہی اس کا نہیں۔ لیکن بہت ہی ذہین آدمی تھے۔</w:t>
      </w:r>
    </w:p>
    <w:p>
      <w:r>
        <w:rPr>
          <w:b/>
        </w:rPr>
        <w:t xml:space="preserve">[26:59] </w:t>
      </w:r>
      <w:r>
        <w:t>bohat hi zaheen. burqasa se baat ki thi unhon ne paris mein. kyun ke french jante thay woh. agar woh apne zehan ko istemal karte da'we ki field mein, da'wa work mein.</w:t>
      </w:r>
    </w:p>
    <w:p>
      <w:pPr>
        <w:jc w:val="right"/>
      </w:pPr>
      <w:r>
        <w:t>بہت ہی ذہین۔ برقصہ سے بات کی تھی انہوں نے پیرس میں۔ کیوں کہ فرنچ جانتے تھے وہ۔ اگر وہ اپنے ذہن کو استعمال کرتے دعوے کی فیلڈ میں، دعویٰ ورک میں۔</w:t>
      </w:r>
    </w:p>
    <w:p>
      <w:r>
        <w:rPr>
          <w:b/>
        </w:rPr>
        <w:t xml:space="preserve">[27:15] </w:t>
      </w:r>
      <w:r>
        <w:t>to bohat bara kaam karte woh. lekin</w:t>
      </w:r>
    </w:p>
    <w:p>
      <w:pPr>
        <w:jc w:val="right"/>
      </w:pPr>
      <w:r>
        <w:t>تو بہت بڑا کام کرتے وہ۔ لیکن</w:t>
      </w:r>
    </w:p>
    <w:p>
      <w:r>
        <w:rPr>
          <w:b/>
        </w:rPr>
        <w:t xml:space="preserve">[27:19] </w:t>
      </w:r>
      <w:r>
        <w:t>siyasi graveyard mein dafan ho gaye. kar kuch nahi paye. aur da'wa work un ko lagta tha ke yeh to bazdil banna hai.</w:t>
      </w:r>
    </w:p>
    <w:p>
      <w:pPr>
        <w:jc w:val="right"/>
      </w:pPr>
      <w:r>
        <w:t>سیاسی گری یارڈ میں دفن ہوگئے۔ کر کچھ نہیں پائے۔ اور دعویٰ ورک ان کو لگتا تھا کہ یہ تو بزدل بننا ہے۔</w:t>
      </w:r>
    </w:p>
    <w:p>
      <w:r>
        <w:rPr>
          <w:b/>
        </w:rPr>
        <w:t xml:space="preserve">[27:31] </w:t>
      </w:r>
      <w:r>
        <w:t>yeh to koi bara kaam nahi hai. yani british empire ko challenge karna bara kaam hai. aur logon ko yeh batana hai ke aye logon! apne aap ko hell se bachao.</w:t>
      </w:r>
    </w:p>
    <w:p>
      <w:pPr>
        <w:jc w:val="right"/>
      </w:pPr>
      <w:r>
        <w:t>یہ تو کوئی بڑا کام نہیں ہے۔ یعنی برٹش ایمپائر کو چیلنج کرنا بڑا کام ہے۔ اور لوگوں کو یہ بتانا ہے کہ اے لوگوں! اپنے آپ کو ہیل سے بچاؤ۔</w:t>
      </w:r>
    </w:p>
    <w:p>
      <w:r>
        <w:rPr>
          <w:b/>
        </w:rPr>
        <w:t xml:space="preserve">[27:42] </w:t>
      </w:r>
      <w:r>
        <w:t>aur jannat ke liye kaam karo. yeh chota kaam dikhai parta tha.</w:t>
      </w:r>
    </w:p>
    <w:p>
      <w:pPr>
        <w:jc w:val="right"/>
      </w:pPr>
      <w:r>
        <w:t>اور جنت کے لیے کام کرو۔ یہ چھوٹا کام دکھائی پڑتا تھا۔</w:t>
      </w:r>
    </w:p>
    <w:p>
      <w:r>
        <w:rPr>
          <w:b/>
        </w:rPr>
        <w:t xml:space="preserve">[27:49] </w:t>
      </w:r>
      <w:r>
        <w:t>to mein aap logon ko yeh kehna chahta hoon ke aap is bhram mein na rahen. koi bara sa kaam hona chahiye. bara kaam hi chota kaam hota hai.</w:t>
      </w:r>
    </w:p>
    <w:p>
      <w:pPr>
        <w:jc w:val="right"/>
      </w:pPr>
      <w:r>
        <w:t>تو میں آپ لوگوں کو یہ کہنا چاہتا ہوں کہ آپ اس بھرم میں نہ رہیں۔ کوئی بڑا سا کام ہونا چاہیے۔ بڑا کام ہی چھوٹا کام ہوتا ہے۔</w:t>
      </w:r>
    </w:p>
    <w:p>
      <w:r>
        <w:rPr>
          <w:b/>
        </w:rPr>
        <w:t xml:space="preserve">[27:59] </w:t>
      </w:r>
      <w:r>
        <w:t>aur chota kaam hi bara kaam hota hai. yaad rakhiye.</w:t>
      </w:r>
    </w:p>
    <w:p>
      <w:pPr>
        <w:jc w:val="right"/>
      </w:pPr>
      <w:r>
        <w:t>اور چھوٹا کام ہی بڑا کام ہوتا ہے۔ یاد رکھیے۔</w:t>
      </w:r>
    </w:p>
    <w:p>
      <w:r>
        <w:rPr>
          <w:b/>
        </w:rPr>
        <w:t xml:space="preserve">[28:06] </w:t>
      </w:r>
      <w:r>
        <w:t>is poori tareekh se aap dekh sakte hain. ke bara kaam chota kaam hota hai aur chota kaam bara kaam hota hai.</w:t>
      </w:r>
    </w:p>
    <w:p>
      <w:pPr>
        <w:jc w:val="right"/>
      </w:pPr>
      <w:r>
        <w:t>اس پوری تاریخ سے آپ دیکھ سکتے ہیں۔ کہ بڑا کام چھوٹا کام ہوتا ہے اور چھوٹا کام بڑا کام ہوتا ہے۔</w:t>
      </w:r>
    </w:p>
    <w:p>
      <w:r>
        <w:rPr>
          <w:b/>
        </w:rPr>
        <w:t xml:space="preserve">[28:18] </w:t>
      </w:r>
      <w:r>
        <w:t>ab yahi dekhiye aap.</w:t>
      </w:r>
    </w:p>
    <w:p>
      <w:pPr>
        <w:jc w:val="right"/>
      </w:pPr>
      <w:r>
        <w:t>اب یہی دیکھیے آپ۔</w:t>
      </w:r>
    </w:p>
    <w:p>
      <w:r>
        <w:rPr>
          <w:b/>
        </w:rPr>
        <w:t xml:space="preserve">[28:22] </w:t>
      </w:r>
      <w:r>
        <w:t>hum se bohat yani kal aik sahib aaye thay hamare paas saudi arab ke aik sahib. gali ki baat hai. woh tehqeeq kar rahe hain. to woh poochne lage ke aap ka markaz kahan hai?</w:t>
      </w:r>
    </w:p>
    <w:p>
      <w:pPr>
        <w:jc w:val="right"/>
      </w:pPr>
      <w:r>
        <w:t>ہم سے بہت یعنی کل ایک صاحب آئے تھے ہمارے پاس سعودی عرب کے ایک صاحب۔ گلی کی بات ہے۔ وہ تحقیق کر رہے ہیں۔ تو وہ پوچھنے لگے کہ آپ کا مرکز کہاں ہے؟</w:t>
      </w:r>
    </w:p>
    <w:p>
      <w:r>
        <w:rPr>
          <w:b/>
        </w:rPr>
        <w:t xml:space="preserve">[28:34] </w:t>
      </w:r>
      <w:r>
        <w:t>woh zara hamein dekhna hai mujhe. to mein ne kaha hamara markaz to</w:t>
      </w:r>
    </w:p>
    <w:p>
      <w:pPr>
        <w:jc w:val="right"/>
      </w:pPr>
      <w:r>
        <w:t>وہ ذرا ہمیں دیکھنا ہے مجھے۔ تو میں نے کہا ہمارا مرکز تو</w:t>
      </w:r>
    </w:p>
    <w:p>
      <w:r>
        <w:rPr>
          <w:b/>
        </w:rPr>
        <w:t xml:space="preserve">[28:43] </w:t>
      </w:r>
      <w:r>
        <w:t>khuda ke haan hai. wohin dekhne ko milega aap ko.</w:t>
      </w:r>
    </w:p>
    <w:p>
      <w:pPr>
        <w:jc w:val="right"/>
      </w:pPr>
      <w:r>
        <w:t>خدا کے ہاں ہے۔ وہیں دیکھنے کو ملے گا آپ کو۔</w:t>
      </w:r>
    </w:p>
    <w:p>
      <w:r>
        <w:rPr>
          <w:b/>
        </w:rPr>
        <w:t xml:space="preserve">[28:48] </w:t>
      </w:r>
      <w:r>
        <w:t>to un ko aik bara sa markaz chahiye tha. bohat sari imaratein hon. bohat sara ilaaqa ho. aur bohat se log is mein kaam kar rahe hon. aa rahe hain, ja rahe hain.</w:t>
      </w:r>
    </w:p>
    <w:p>
      <w:pPr>
        <w:jc w:val="right"/>
      </w:pPr>
      <w:r>
        <w:t>تو ان کو ایک بڑا سا مرکز چاہیے تھا۔ بہت ساری عمارتیں ہوں۔ بہت سارا علاقہ ہو۔ اور بہت سے لوگ اس میں کام کر رہے ہوں۔ آ رہے ہیں، جا رہے ہیں۔</w:t>
      </w:r>
    </w:p>
    <w:p>
      <w:r>
        <w:rPr>
          <w:b/>
        </w:rPr>
        <w:t xml:space="preserve">[28:59] </w:t>
      </w:r>
      <w:r>
        <w:t>aur hamara jo kaam hai woh un ko chota kaam dikhai para. agarchay woh tehqeeq kar rahe hain hamare baray mein lekin jis ko arabi mein kehte hain mabni.</w:t>
      </w:r>
    </w:p>
    <w:p>
      <w:pPr>
        <w:jc w:val="right"/>
      </w:pPr>
      <w:r>
        <w:t>اور ہمارا جو کام ہے وہ ان کو چھوٹا کام دکھائی پڑا۔ اگرچہ وہ تحقیق کر رہے ہیں ہمارے بارے میں لیکن جس کو عربی میں کہتے ہیں مبنٰی۔</w:t>
      </w:r>
    </w:p>
    <w:p>
      <w:r>
        <w:rPr>
          <w:b/>
        </w:rPr>
        <w:t xml:space="preserve">[29:09] </w:t>
      </w:r>
      <w:r>
        <w:t>mabni yani imarat. imarat ke roop mein bara sa markaz jab ho tab un ko dikhai paray ga ke yeh kaam hai.</w:t>
      </w:r>
    </w:p>
    <w:p>
      <w:pPr>
        <w:jc w:val="right"/>
      </w:pPr>
      <w:r>
        <w:t>مبنٰی یعنی عمارت۔ عمارت کے روپ میں بڑا سا مرکز جب ہو تب ان کو دکھائی پڑے گا کہ یہ کام ہے۔</w:t>
      </w:r>
    </w:p>
    <w:p>
      <w:r>
        <w:rPr>
          <w:b/>
        </w:rPr>
        <w:t xml:space="preserve">[29:17] </w:t>
      </w:r>
      <w:r>
        <w:t>aap apne ko is bhram se bahar nikaliye.</w:t>
      </w:r>
    </w:p>
    <w:p>
      <w:pPr>
        <w:jc w:val="right"/>
      </w:pPr>
      <w:r>
        <w:t>آپ اپنے کو اس بھرم سے باہر نکالیے۔</w:t>
      </w:r>
    </w:p>
    <w:p>
      <w:r>
        <w:rPr>
          <w:b/>
        </w:rPr>
        <w:t xml:space="preserve">[29:22] </w:t>
      </w:r>
      <w:r>
        <w:t>jis cheez ko log bara kaam samajhte hain wahi chota kaam hota hai. aur jis cheez ko log chota kaam samajhte hain wahi bara kaam hota hai.</w:t>
      </w:r>
    </w:p>
    <w:p>
      <w:pPr>
        <w:jc w:val="right"/>
      </w:pPr>
      <w:r>
        <w:t>جس چیز کو لوگ بڑا کام سمجھتے ہیں وہی چھوٹا کام ہوتا ہے۔ اور جس چیز کو لوگ چھوٹا کام سمجھتے ہیں وہی بڑا کام ہوتا ہے۔</w:t>
      </w:r>
    </w:p>
    <w:p>
      <w:r>
        <w:rPr>
          <w:b/>
        </w:rPr>
        <w:t xml:space="preserve">[29:32] </w:t>
      </w:r>
      <w:r>
        <w:t>ab mein aap ko aur misaal deta hoon. misr mein yani misr mein aik sahib thay. un ka naam tha syed qutb.</w:t>
      </w:r>
    </w:p>
    <w:p>
      <w:pPr>
        <w:jc w:val="right"/>
      </w:pPr>
      <w:r>
        <w:t>اب میں آپ کو اور مثال دیتا ہوں۔ مصر میں یعنی مصر میں ایک صاحب تھے۔ ان کا نام تھا سید قطب۔</w:t>
      </w:r>
    </w:p>
    <w:p>
      <w:r>
        <w:rPr>
          <w:b/>
        </w:rPr>
        <w:t xml:space="preserve">[29:44] </w:t>
      </w:r>
      <w:r>
        <w:t>syed qutb. un ko bohat kaafi shohrat mili. aur un ki bohat bari aik jama'at thi al-ikhwan al-muslimun.</w:t>
      </w:r>
    </w:p>
    <w:p>
      <w:pPr>
        <w:jc w:val="right"/>
      </w:pPr>
      <w:r>
        <w:t>سید قطب۔ ان کو بہت کافی شہرت ملی۔ اور ان کی بہت بڑی ایک جماعت تھی الإخوان المسلمون۔</w:t>
      </w:r>
    </w:p>
    <w:p>
      <w:r>
        <w:rPr>
          <w:b/>
        </w:rPr>
        <w:t xml:space="preserve">[29:53] </w:t>
      </w:r>
      <w:r>
        <w:t>jis ko angrezi mein muslim brotherhood kaha jata hai. to un ka jo mo'asir tha, hukmaran uska naam tha jamal abdul nasser.</w:t>
      </w:r>
    </w:p>
    <w:p>
      <w:pPr>
        <w:jc w:val="right"/>
      </w:pPr>
      <w:r>
        <w:t>جس کو انگریزی میں مسلم برادرہوڈ کہا جاتا ہے۔ تو ان کا جو معاصر تھا، حکمران اس کا نام تھا جمال عبدالناصر۔</w:t>
      </w:r>
    </w:p>
    <w:p>
      <w:r>
        <w:rPr>
          <w:b/>
        </w:rPr>
        <w:t xml:space="preserve">[30:06] </w:t>
      </w:r>
      <w:r>
        <w:t>jamal abdul nasser se un ka bohat hi qareebi ta'alluq tha un ka. un ko jamal abdul nasser ne aik offer diya un ko.</w:t>
      </w:r>
    </w:p>
    <w:p>
      <w:pPr>
        <w:jc w:val="right"/>
      </w:pPr>
      <w:r>
        <w:t>جمال عبدالناصر سے ان کا بہت ہی قریبی تعلق تھا ان کا۔ ان کو جمال عبدالناصر نے ایک آفر دیا ان کو۔</w:t>
      </w:r>
    </w:p>
    <w:p>
      <w:r>
        <w:rPr>
          <w:b/>
        </w:rPr>
        <w:t xml:space="preserve">[30:14] </w:t>
      </w:r>
      <w:r>
        <w:t>offer yeh tha ke apni hukumat mein mein aap ko taleem ka minister bana deta hoon. taleem.</w:t>
      </w:r>
    </w:p>
    <w:p>
      <w:pPr>
        <w:jc w:val="right"/>
      </w:pPr>
      <w:r>
        <w:t>آفر یہ تھا کہ اپنی حکومت میں میں آپ کو تعلیم کا منسٹر بنا دیتا ہوں۔ تعلیم۔</w:t>
      </w:r>
    </w:p>
    <w:p>
      <w:r>
        <w:rPr>
          <w:b/>
        </w:rPr>
        <w:t xml:space="preserve">[30:23] </w:t>
      </w:r>
      <w:r>
        <w:t>poore misr mein, poore misr mein aap taleem ke mahakmon ko sambhal lijiye. aik nai nasal banaiye misr mein.</w:t>
      </w:r>
    </w:p>
    <w:p>
      <w:pPr>
        <w:jc w:val="right"/>
      </w:pPr>
      <w:r>
        <w:t>پورے مصر میں، پورے مصر میں آپ تعلیم کے محکموں کو سنبھال لیجیے۔ ایک نئی نسل بنائیے مصر میں۔</w:t>
      </w:r>
    </w:p>
    <w:p>
      <w:r>
        <w:rPr>
          <w:b/>
        </w:rPr>
        <w:t xml:space="preserve">[30:32] </w:t>
      </w:r>
      <w:r>
        <w:t>aap jante hain ke jo hamari naujawan nasal hoti hai woh parhti hai universityon mein, collegeon mein. taleem ke maidan mein hoti hai woh.</w:t>
      </w:r>
    </w:p>
    <w:p>
      <w:pPr>
        <w:jc w:val="right"/>
      </w:pPr>
      <w:r>
        <w:t>آپ جانتے ہیں کہ جو ہماری نوجوان نسل ہوتی ہے وہ پڑھتی ہے یونیورسٹیوں میں، کالجوں میں۔ تعلیم کے میدان میں ہوتی ہے وہ۔</w:t>
      </w:r>
    </w:p>
    <w:p>
      <w:r>
        <w:rPr>
          <w:b/>
        </w:rPr>
        <w:t xml:space="preserve">[30:40] </w:t>
      </w:r>
      <w:r>
        <w:t>to unhon ne kaha ke aap ek nai nasal banaiye, ek nai nasal banaiye. taleem yafta naujawan banaiye.</w:t>
      </w:r>
    </w:p>
    <w:p>
      <w:pPr>
        <w:jc w:val="right"/>
      </w:pPr>
      <w:r>
        <w:t>تو انہوں نے کہا کہ آپ ایک نئی نسل بنائیے، ایک نئی نسل بنائیے۔ تعلیم یافتہ نوجوان بنائیے۔</w:t>
      </w:r>
    </w:p>
    <w:p>
      <w:r>
        <w:rPr>
          <w:b/>
        </w:rPr>
        <w:t xml:space="preserve">[30:49] </w:t>
      </w:r>
      <w:r>
        <w:t>to un ko woh bhi kaam chhota kaam dikhai pada. unhon ne kya kiya? ke bas tum un ko de-throne karne ki policy chalai unhon ne.</w:t>
      </w:r>
    </w:p>
    <w:p>
      <w:pPr>
        <w:jc w:val="right"/>
      </w:pPr>
      <w:r>
        <w:t>تو ان کو وہ بھی کام چھوٹا کام دکھائی پڑا۔ انہوں نے کیا کیا؟ کہ بس تم ان کو ڈی تھرون کرنے کی پالیسی چلائی انہوں نے۔</w:t>
      </w:r>
    </w:p>
    <w:p>
      <w:r>
        <w:rPr>
          <w:b/>
        </w:rPr>
        <w:t xml:space="preserve">[31:01] </w:t>
      </w:r>
      <w:r>
        <w:t>yani hukmaran jo tha un ke zamane mein jamal abdul nasser is ko de-throne karna. is ko hatana. is ki seat ko qabza karna, is ki siyasat seat par.</w:t>
      </w:r>
    </w:p>
    <w:p>
      <w:pPr>
        <w:jc w:val="right"/>
      </w:pPr>
      <w:r>
        <w:t>یعنی حکمران جو تھا ان کے زمانے میں جمال عبدالناصر اس کو ڈی تھرون کرنا۔ اس کو ہٹانا۔ اس کی سیٹ کو قبضہ کرنا، اس کی سیاسی سیٹ پر۔</w:t>
      </w:r>
    </w:p>
    <w:p>
      <w:r>
        <w:rPr>
          <w:b/>
        </w:rPr>
        <w:t xml:space="preserve">[31:13] </w:t>
      </w:r>
      <w:r>
        <w:t>yani matlab poore misr mein in ka hukmarani qaim ho jaye, in ka ya in ki party ka. isi par lage rahe, lage rahe yahan tak ke woh bhi khatam hogaye.</w:t>
      </w:r>
    </w:p>
    <w:p>
      <w:pPr>
        <w:jc w:val="right"/>
      </w:pPr>
      <w:r>
        <w:t>یعنی مطلب پورے مصر میں ان کا حکمرانی قائم ہو جائے، ان کا یا ان کی پارٹی کا۔ اسی پر لگے رہے، لگے رہے یہاں تک کہ وہ بھی ختم ہوگئے۔</w:t>
      </w:r>
    </w:p>
    <w:p>
      <w:r>
        <w:rPr>
          <w:b/>
        </w:rPr>
        <w:t xml:space="preserve">[31:25] </w:t>
      </w:r>
      <w:r>
        <w:t>zabardast baghavat hui aur un ko phansi par charha diya gaya.</w:t>
      </w:r>
    </w:p>
    <w:p>
      <w:pPr>
        <w:jc w:val="right"/>
      </w:pPr>
      <w:r>
        <w:t>زبردست بغاوت ہوئی اور ان کو پھانسی پر چڑھا دیا گیا۔</w:t>
      </w:r>
    </w:p>
    <w:p>
      <w:r>
        <w:rPr>
          <w:b/>
        </w:rPr>
        <w:t xml:space="preserve">[31:29] </w:t>
      </w:r>
      <w:r>
        <w:t>itna bara offer ke misr ki taleem ki ministry un ko mil rahi thi. poori nai nasal jo thi wahan ki us ko woh taleem de sakte the.</w:t>
      </w:r>
    </w:p>
    <w:p>
      <w:pPr>
        <w:jc w:val="right"/>
      </w:pPr>
      <w:r>
        <w:t>اتنا بڑا آفر کہ مصر کی تعلیم کی منسٹری ان کو مل رہی تھی۔ پوری نئی نسل جو تھی وہاں کی اس کو وہ تعلیم دے سکتے تھے۔</w:t>
      </w:r>
    </w:p>
    <w:p>
      <w:r>
        <w:rPr>
          <w:b/>
        </w:rPr>
        <w:t xml:space="preserve">[31:41] </w:t>
      </w:r>
      <w:r>
        <w:t>ek nai duniya bana sakte the wahan par. offer nahi liya unhon ne. bas siyasi maidan mein hangama karte rahe yahan tak ke mar gaye, khatam hogaye.</w:t>
      </w:r>
    </w:p>
    <w:p>
      <w:pPr>
        <w:jc w:val="right"/>
      </w:pPr>
      <w:r>
        <w:t>ایک نئی دنیا بنا سکتے تھے وہاں پر۔ آفر نہیں لیا انہوں نے۔ بس سیاسی میدان میں ہنگامہ کرتے رہے یہاں تک کہ مر گئے، ختم ہوگئے۔</w:t>
      </w:r>
    </w:p>
    <w:p>
      <w:r>
        <w:rPr>
          <w:b/>
        </w:rPr>
        <w:t xml:space="preserve">[31:55] </w:t>
      </w:r>
      <w:r>
        <w:t>to yahan pe aap dekhiye ke is kaam ko unhon ne chhota kaam samjha. aur yeh un ko bara kaam dikhai parta tha.</w:t>
      </w:r>
    </w:p>
    <w:p>
      <w:pPr>
        <w:jc w:val="right"/>
      </w:pPr>
      <w:r>
        <w:t>تو یہاں پہ آپ دیکھیے کہ اس کام کو انہوں نے چھوٹا کام سمجھا۔ اور یہ ان کو بڑا کام دکھائی پڑتا تھا۔</w:t>
      </w:r>
    </w:p>
    <w:p>
      <w:r>
        <w:rPr>
          <w:b/>
        </w:rPr>
        <w:t xml:space="preserve">[32:05] </w:t>
      </w:r>
      <w:r>
        <w:t>yani kisi ek hukoomat qaim hai us ke andar mein ek mahkama le lain. is mahkame ko le kar ke khamoshi se kaam karen.</w:t>
      </w:r>
    </w:p>
    <w:p>
      <w:pPr>
        <w:jc w:val="right"/>
      </w:pPr>
      <w:r>
        <w:t>یعنی کسی ایک حکومت قائم ہے اس کے اندر میں ایک محکمہ لے لیں۔ اس محکمے کو لے کر کے خاموشی سے کام کریں۔</w:t>
      </w:r>
    </w:p>
    <w:p>
      <w:r>
        <w:rPr>
          <w:b/>
        </w:rPr>
        <w:t xml:space="preserve">[32:14] </w:t>
      </w:r>
      <w:r>
        <w:t>yeh chhota kaam dikhai parta tha. aur stage par khare ho kar ke bari bari taqreeren karen aur is ko challenge karen is ko. yeh bara kaam dikhai parta tha.</w:t>
      </w:r>
    </w:p>
    <w:p>
      <w:pPr>
        <w:jc w:val="right"/>
      </w:pPr>
      <w:r>
        <w:t>یہ چھوٹا کام دکھائی پڑتا تھا۔ اور اسٹیج پر کھڑے ہو کر کے بڑی بڑی تقریریں کریں اور اس کو چیلنج کریں اس کو۔ یہ بڑا کام دکھائی پڑتا تھا۔</w:t>
      </w:r>
    </w:p>
    <w:p>
      <w:r>
        <w:rPr>
          <w:b/>
        </w:rPr>
        <w:t xml:space="preserve">[32:26] </w:t>
      </w:r>
      <w:r>
        <w:t>to unhein chounke woh kaam chhota kaam dikhai pada. jo ke mumkin tha. aur woh kaam bara kaam dikhai parta hai jo ke mumkin nahi tha.</w:t>
      </w:r>
    </w:p>
    <w:p>
      <w:pPr>
        <w:jc w:val="right"/>
      </w:pPr>
      <w:r>
        <w:t>تو انہیں چونکہ وہ کام چھوٹا کام دکھائی پڑا۔ جو کہ ممکن تھا۔ اور وہ کام بڑا کام دکھائی پڑتا ہے جو کہ ممکن نہیں تھا۔</w:t>
      </w:r>
    </w:p>
    <w:p>
      <w:r>
        <w:rPr>
          <w:b/>
        </w:rPr>
        <w:t xml:space="preserve">[32:36] </w:t>
      </w:r>
      <w:r>
        <w:t>kisi ne bohat sahi kaha hai ke "autorities are the art of the possible." mumkin hone se chhota kaam rehta hai. aur bara kaam jo aap ko dikhaya jata hai woh namumkin hota hai.</w:t>
      </w:r>
    </w:p>
    <w:p>
      <w:pPr>
        <w:jc w:val="right"/>
      </w:pPr>
      <w:r>
        <w:t>کسی نے بہت صحیح کہا ہے کہ "Autorities are the art of the possible." ممکن ہونے سے چھوٹا کام رہتا ہے۔ اور بڑا کام جو آپ کو دکھایا جاتا ہے وہ ناممکن ہوتا ہے۔</w:t>
      </w:r>
    </w:p>
    <w:p>
      <w:r>
        <w:rPr>
          <w:b/>
        </w:rPr>
        <w:t xml:space="preserve">[32:50] </w:t>
      </w:r>
      <w:r>
        <w:t>to aap namumkin mein chale ate hain aur mumkin ko chhod dete hain.</w:t>
      </w:r>
    </w:p>
    <w:p>
      <w:pPr>
        <w:jc w:val="right"/>
      </w:pPr>
      <w:r>
        <w:t>تو آپ ناممکن میں چلے آتے ہیں اور ممکن کو چھوڑ دیتے ہیں۔</w:t>
      </w:r>
    </w:p>
    <w:p>
      <w:r>
        <w:rPr>
          <w:b/>
        </w:rPr>
        <w:t xml:space="preserve">[33:00] </w:t>
      </w:r>
      <w:r>
        <w:t>ek nai tareekh bana sakte the woh. lekin woh apne ko khatam kar liya unhon ne. siyasi baghavat ke shikar hogaye woh.</w:t>
      </w:r>
    </w:p>
    <w:p>
      <w:pPr>
        <w:jc w:val="right"/>
      </w:pPr>
      <w:r>
        <w:t>ایک نئی تاریخ بنا سکتے تھے وہ۔ لیکن وہ اپنے کو ختم کر لیا انہوں نے۔ سیاسی بغاوت کے شکار ہوگئے وہ۔</w:t>
      </w:r>
    </w:p>
    <w:p>
      <w:r>
        <w:rPr>
          <w:b/>
        </w:rPr>
        <w:t xml:space="preserve">[33:14] </w:t>
      </w:r>
      <w:r>
        <w:t>aise hi dekhiye pakistan mein.</w:t>
      </w:r>
    </w:p>
    <w:p>
      <w:pPr>
        <w:jc w:val="right"/>
      </w:pPr>
      <w:r>
        <w:t>ایسے ہی دیکھیے پاکستان میں۔</w:t>
      </w:r>
    </w:p>
    <w:p>
      <w:r>
        <w:rPr>
          <w:b/>
        </w:rPr>
        <w:t xml:space="preserve">[33:20] </w:t>
      </w:r>
      <w:r>
        <w:t>pakistan mein the syed abdul ali maudoodi.</w:t>
      </w:r>
    </w:p>
    <w:p>
      <w:pPr>
        <w:jc w:val="right"/>
      </w:pPr>
      <w:r>
        <w:t>پاکستان میں تھے سید عبدالعلی مودودی۔</w:t>
      </w:r>
    </w:p>
    <w:p>
      <w:r>
        <w:rPr>
          <w:b/>
        </w:rPr>
        <w:t xml:space="preserve">[33:24] </w:t>
      </w:r>
      <w:r>
        <w:t>un ke zamane mein jo hukmaran kar raha tha woh tha general muhammad ayub khan. is ka naam tha general muhammad ayub khan. to general ayub khan ne un ko isi tarah ka offer diya.</w:t>
      </w:r>
    </w:p>
    <w:p>
      <w:pPr>
        <w:jc w:val="right"/>
      </w:pPr>
      <w:r>
        <w:t>ان کے زمانے میں جو حکمران کر رہا تھا وہ تھا جنرل محمد ایوب خان۔ اس کا نام تھا جنرل محمد ایوب خان۔ تو جنرل ایوب خان نے ان کو اسی طرح کا آفر دیا۔</w:t>
      </w:r>
    </w:p>
    <w:p>
      <w:r>
        <w:rPr>
          <w:b/>
        </w:rPr>
        <w:t xml:space="preserve">[33:40] </w:t>
      </w:r>
      <w:r>
        <w:t>general ayub khan jo tha us ki soch yeh thi ke pakistan bilkul masnooi dhab par bana hai. yeh ek tukra yahan, ek tukra wahan.</w:t>
      </w:r>
    </w:p>
    <w:p>
      <w:pPr>
        <w:jc w:val="right"/>
      </w:pPr>
      <w:r>
        <w:t>جنرل ایوب خان جو تھا اس کی سوچ یہ تھی کہ پاکستان بالکل مصنوعی ڈھب پر بنا ہے۔ یہ ایک ٹکڑا یہاں، ایک ٹکڑا وہاں۔</w:t>
      </w:r>
    </w:p>
    <w:p>
      <w:r>
        <w:rPr>
          <w:b/>
        </w:rPr>
        <w:t xml:space="preserve">[33:49] </w:t>
      </w:r>
      <w:r>
        <w:t>idhar east pakistan, idhar west pakistan</w:t>
      </w:r>
    </w:p>
    <w:p>
      <w:pPr>
        <w:jc w:val="right"/>
      </w:pPr>
      <w:r>
        <w:t>ادھر ایسٹ پاکستان، ادھر ویسٹ پاکستان</w:t>
      </w:r>
    </w:p>
    <w:p>
      <w:r>
        <w:rPr>
          <w:b/>
        </w:rPr>
        <w:t xml:space="preserve">[33:51] </w:t>
      </w:r>
      <w:r>
        <w:t>. dono mein hazar mil ka fasla hai. to aap jante hain ke yeh yani anokha mulk tha. yani ek mulk ke do hisse, ek yahan, woh wahan, beech mein.</w:t>
      </w:r>
    </w:p>
    <w:p>
      <w:pPr>
        <w:jc w:val="right"/>
      </w:pPr>
      <w:r>
        <w:t>۔ دونوں میں ہزار میل کا فاصلہ ہے۔ تو آپ جانتے ہیں کہ یہ یعنی انوکھا ملک تھا۔ یعنی ایک ملک کے دو حصے، ایک یہاں، وہ وہاں، بیچ میں۔</w:t>
      </w:r>
    </w:p>
    <w:p>
      <w:r>
        <w:rPr>
          <w:b/>
        </w:rPr>
        <w:t xml:space="preserve">[34:03] </w:t>
      </w:r>
      <w:r>
        <w:t>ek so, ek hazar mil ka fasla ho to anokha mulk hai. to general ayub khan kehte the ke hamein ek nai nasal banani pare gi.</w:t>
      </w:r>
    </w:p>
    <w:p>
      <w:pPr>
        <w:jc w:val="right"/>
      </w:pPr>
      <w:r>
        <w:t>ایک سو، ایک ہزار میل کا فاصلہ ہو تو انوکھا ملک ہے۔ تو جنرل ایوب خان کہتے تھے کہ ہمیں ایک نئی نسل بنانی پڑے گی۔</w:t>
      </w:r>
    </w:p>
    <w:p>
      <w:r>
        <w:rPr>
          <w:b/>
        </w:rPr>
        <w:t xml:space="preserve">[34:14] </w:t>
      </w:r>
      <w:r>
        <w:t>wahan ke log bangla bolte hain. un ka jo hero hai woh tagore hai.</w:t>
      </w:r>
    </w:p>
    <w:p>
      <w:pPr>
        <w:jc w:val="right"/>
      </w:pPr>
      <w:r>
        <w:t>وہاں کے لوگ بنگلہ بولتے ہیں۔ ان کا جو ہیرو ہے وہ ٹیگور ہے۔</w:t>
      </w:r>
    </w:p>
    <w:p>
      <w:r>
        <w:rPr>
          <w:b/>
        </w:rPr>
        <w:t xml:space="preserve">[34:20] </w:t>
      </w:r>
      <w:r>
        <w:t>yahan ke log urdu bolte hain. un ka leader, un ka jo hero hai woh iqbal hai. yeh kehte the woh. ke east pakistan ki zaban bangla hai aur un ka hero tagore hai.</w:t>
      </w:r>
    </w:p>
    <w:p>
      <w:pPr>
        <w:jc w:val="right"/>
      </w:pPr>
      <w:r>
        <w:t>یہاں کے لوگ اردو بولتے ہیں۔ ان کا لیڈر، ان کا جو ہیرو ہے وہ اقبال ہے۔ یہ کہتے تھے وہ۔ کہ ایسٹ پاکستان کی زبان بنگلہ ہے اور ان کا ہیرو ٹیگور ہے۔</w:t>
      </w:r>
    </w:p>
    <w:p>
      <w:r>
        <w:rPr>
          <w:b/>
        </w:rPr>
        <w:t xml:space="preserve">[34:33] </w:t>
      </w:r>
      <w:r>
        <w:t>aur west pakistan ki zaban urdu hai, un ka hero iqbal hai. to inzimam hona chahiye. inzimam.</w:t>
      </w:r>
    </w:p>
    <w:p>
      <w:pPr>
        <w:jc w:val="right"/>
      </w:pPr>
      <w:r>
        <w:t>اور ویسٹ پاکستان کی زبان اردو ہے، ان کا ہیرو اقبال ہے۔ تو انضمام ہونا چاہیے۔ انضمام۔</w:t>
      </w:r>
    </w:p>
    <w:p>
      <w:r>
        <w:rPr>
          <w:b/>
        </w:rPr>
        <w:t xml:space="preserve">[34:42] </w:t>
      </w:r>
      <w:r>
        <w:t>to aik inzimam lane ke liye, aik nai nasl banane ke liye unhon ne kaha ke aik qoumi university banai jaye. Pakistan mein.</w:t>
      </w:r>
    </w:p>
    <w:p>
      <w:pPr>
        <w:jc w:val="right"/>
      </w:pPr>
      <w:r>
        <w:t>تو ایک انضمام لانے کے لیے، ایک نئی نسل بنانے کے لیے انہوں نے کہا کہ ایک قومی یونیورسٹی بنائی جائے۔ پاکستان میں۔</w:t>
      </w:r>
    </w:p>
    <w:p>
      <w:r>
        <w:rPr>
          <w:b/>
        </w:rPr>
        <w:t xml:space="preserve">[34:51] </w:t>
      </w:r>
      <w:r>
        <w:t>qoumi university. is mein East Pakistan ke nojawan bhi parhein aur West Pakistan ke nojawan bhi parhein. jab sath le kar dono parhein ge to inzimam hoga.</w:t>
      </w:r>
    </w:p>
    <w:p>
      <w:pPr>
        <w:jc w:val="right"/>
      </w:pPr>
      <w:r>
        <w:t>قومی یونیورسٹی۔ اس میں ایسٹ پاکستان کے نوجوان بھی پڑھیں اور ویسٹ پاکستان کے نوجوان بھی پڑھیں۔ جب ساتھ لے کر دونوں پڑھیں گے تو انضمام ہوگا۔</w:t>
      </w:r>
    </w:p>
    <w:p>
      <w:r>
        <w:rPr>
          <w:b/>
        </w:rPr>
        <w:t xml:space="preserve">[35:03] </w:t>
      </w:r>
      <w:r>
        <w:t>to woh bhi wahi tha is ka nazariya bhi ke aik nai nasl banani pare gi humein.</w:t>
      </w:r>
    </w:p>
    <w:p>
      <w:pPr>
        <w:jc w:val="right"/>
      </w:pPr>
      <w:r>
        <w:t>تو وہ بھی وہی تھا اس کا نظریہ بھی کہ ایک نئی نسل بنانی پڑے گی ہمیں۔</w:t>
      </w:r>
    </w:p>
    <w:p>
      <w:r>
        <w:rPr>
          <w:b/>
        </w:rPr>
        <w:t xml:space="preserve">[35:07] </w:t>
      </w:r>
      <w:r>
        <w:t>to aik bohat bari qoumi university Pakistan mein banane ka khwab tha is ka. to Syed Abdul Ali Maududi se is ne kaha ke aap ko hum poora charge de dein ge is ka.</w:t>
      </w:r>
    </w:p>
    <w:p>
      <w:pPr>
        <w:jc w:val="right"/>
      </w:pPr>
      <w:r>
        <w:t>تو ایک بہت بڑی قومی یونیورسٹی پاکستان میں بنانے کا خواب تھا اس کا۔ تو سید عبدالعلی مودودی سے اس نے کہا کہ آپ کو ہم پورا چارج دے دیں گے اس کا۔</w:t>
      </w:r>
    </w:p>
    <w:p>
      <w:r>
        <w:rPr>
          <w:b/>
        </w:rPr>
        <w:t xml:space="preserve">[35:21] </w:t>
      </w:r>
      <w:r>
        <w:t>yahan tak ke is ne keh diya ke aap ka audit bhi nahi kiya jaye ga aap ka. hukoomat aap ko paisa degi, audit nahi kare gi. is se bara offer kya ho sakta hai is zamane mein?</w:t>
      </w:r>
    </w:p>
    <w:p>
      <w:pPr>
        <w:jc w:val="right"/>
      </w:pPr>
      <w:r>
        <w:t>یہاں تک کہ اس نے کہہ دیا کہ آپ کا آڈٹ بھی نہیں کیا جائے گا آپ کا۔ حکومت آپ کو پیسہ دے گی، آڈٹ نہیں کرے گی۔ اس سے بڑا آفر کیا ہو سکتا ہے اس زمانے میں؟</w:t>
      </w:r>
    </w:p>
    <w:p>
      <w:r>
        <w:rPr>
          <w:b/>
        </w:rPr>
        <w:t xml:space="preserve">[35:32] </w:t>
      </w:r>
      <w:r>
        <w:t>ke sara kharcha, sara budget poora kare gi hukoomat.</w:t>
      </w:r>
    </w:p>
    <w:p>
      <w:pPr>
        <w:jc w:val="right"/>
      </w:pPr>
      <w:r>
        <w:t>کہ سارا خرچہ، سارا بجٹ پورا کرے گی حکومت۔</w:t>
      </w:r>
    </w:p>
    <w:p>
      <w:r>
        <w:rPr>
          <w:b/>
        </w:rPr>
        <w:t xml:space="preserve">[35:36] </w:t>
      </w:r>
      <w:r>
        <w:t>ke aap ka audit nahi kiya jaye ga.</w:t>
      </w:r>
    </w:p>
    <w:p>
      <w:pPr>
        <w:jc w:val="right"/>
      </w:pPr>
      <w:r>
        <w:t>کہ آپ کا آڈٹ نہیں کیا جائے گا۔</w:t>
      </w:r>
    </w:p>
    <w:p>
      <w:r>
        <w:rPr>
          <w:b/>
        </w:rPr>
        <w:t xml:space="preserve">[35:41] </w:t>
      </w:r>
      <w:r>
        <w:t>open hand diya jaye ga aap ko. poora charge is ka aap ke paas hoga. lekin unhon ne is ko, is offer ko nahi liya. woh bhi bas Ayub Khan ko dethrone karna, yeh unhon ne goal bana liya.</w:t>
      </w:r>
    </w:p>
    <w:p>
      <w:pPr>
        <w:jc w:val="right"/>
      </w:pPr>
      <w:r>
        <w:t>اوپن ہینڈ دیا جائے گا آپ کو۔ پورا چارج اس کا آپ کے پاس ہوگا۔ لیکن انہوں نے اس کو، اس آفر کو نہیں لیا۔ وہ بھی بس ایوب خان کو ڈی تھرون کرنا، یہ انہوں نے گول بنا لیا۔</w:t>
      </w:r>
    </w:p>
    <w:p>
      <w:r>
        <w:rPr>
          <w:b/>
        </w:rPr>
        <w:t xml:space="preserve">[35:56] </w:t>
      </w:r>
      <w:r>
        <w:t>is ke liye unhon ne Fatima Jinnah se mile aur kis se mile, kis se mile aur aik poora hungama khara kiya.</w:t>
      </w:r>
    </w:p>
    <w:p>
      <w:pPr>
        <w:jc w:val="right"/>
      </w:pPr>
      <w:r>
        <w:t>اس کے لیے انہوں نے فاطمہ جناح سے ملے اور کس سے ملے، کس سے ملے اور ایک پورا ہنگامہ کھڑا کیا۔</w:t>
      </w:r>
    </w:p>
    <w:p>
      <w:r>
        <w:rPr>
          <w:b/>
        </w:rPr>
        <w:t xml:space="preserve">[36:01] </w:t>
      </w:r>
      <w:r>
        <w:t>agarche woh haar gaye, General Ayub Khan jeet gaya phir bhi. to siyasi hungame ko bara kaam samjha unhon ne. aur university ka charge le kar ke wahan par nai nasl banana, yeh chota kaam samjha unhon ne.</w:t>
      </w:r>
    </w:p>
    <w:p>
      <w:pPr>
        <w:jc w:val="right"/>
      </w:pPr>
      <w:r>
        <w:t>اگرچہ وہ ہار گئے، جنرل ایوب خان جیت گیا پھر بھی۔ تو سیاسی ہنگامے کو بڑا کام سمجھا انہوں نے۔ اور یونیورسٹی کا چارج لے کر کے وہاں پر نئی نسل بنانا، یہ چھوٹا کام سمجھا انہوں نے۔</w:t>
      </w:r>
    </w:p>
    <w:p>
      <w:r>
        <w:rPr>
          <w:b/>
        </w:rPr>
        <w:t xml:space="preserve">[36:16] </w:t>
      </w:r>
      <w:r>
        <w:t>kehte hain kya hua? ke itna zabardast un ko mawaqe mile Pakistan mein. lekin kuch bhi misbat tor par nahi kar sake, yahan tak ke mar gaye.</w:t>
      </w:r>
    </w:p>
    <w:p>
      <w:pPr>
        <w:jc w:val="right"/>
      </w:pPr>
      <w:r>
        <w:t>کہتے ہیں کیا ہوا؟ کہ اتنا زبردست ان کو مواقع ملیں پاکستان میں۔ لیکن کچھ بھی مثبت طور پر نہیں کر سکے، یہاں تک کہ مر گئے۔</w:t>
      </w:r>
    </w:p>
    <w:p>
      <w:r>
        <w:rPr>
          <w:b/>
        </w:rPr>
        <w:t xml:space="preserve">[36:28] </w:t>
      </w:r>
      <w:r>
        <w:t>mar ke khatam ho gaye.</w:t>
      </w:r>
    </w:p>
    <w:p>
      <w:pPr>
        <w:jc w:val="right"/>
      </w:pPr>
      <w:r>
        <w:t>مر کے ختم ہوگئے۔</w:t>
      </w:r>
    </w:p>
    <w:p>
      <w:r>
        <w:rPr>
          <w:b/>
        </w:rPr>
        <w:t xml:space="preserve">[36:30] </w:t>
      </w:r>
      <w:r>
        <w:t>kuch bhi nahi kar sake.</w:t>
      </w:r>
    </w:p>
    <w:p>
      <w:pPr>
        <w:jc w:val="right"/>
      </w:pPr>
      <w:r>
        <w:t>کچھ بھی نہیں کر سکے۔</w:t>
      </w:r>
    </w:p>
    <w:p>
      <w:r>
        <w:rPr>
          <w:b/>
        </w:rPr>
        <w:t xml:space="preserve">[36:37] </w:t>
      </w:r>
      <w:r>
        <w:t>yahi is zamane ki kahani hai. har aik ne chote aghaz ko kam samjha. aur bari aur bare jump ko bara kaam samjha.</w:t>
      </w:r>
    </w:p>
    <w:p>
      <w:pPr>
        <w:jc w:val="right"/>
      </w:pPr>
      <w:r>
        <w:t>یہی اس زمانے کی کہانی ہے۔ ہر ایک نے چھوٹے آغاز کو کم سمجھا۔ اور بڑی اور بڑے جمپ کو بڑا کام سمجھا۔</w:t>
      </w:r>
    </w:p>
    <w:p>
      <w:r>
        <w:rPr>
          <w:b/>
        </w:rPr>
        <w:t xml:space="preserve">[36:51] </w:t>
      </w:r>
      <w:r>
        <w:t>jump kar ke kabhi koi bara kaam nahi hota yaad rakhiye. kabhi nahi hota.</w:t>
      </w:r>
    </w:p>
    <w:p>
      <w:pPr>
        <w:jc w:val="right"/>
      </w:pPr>
      <w:r>
        <w:t>جمپ کر کے کبھی کوئی بڑا کام نہیں ہوتا یاد رکھیے۔ کبھی نہیں ہوتا۔</w:t>
      </w:r>
    </w:p>
    <w:p>
      <w:r>
        <w:rPr>
          <w:b/>
        </w:rPr>
        <w:t xml:space="preserve">[36:58] </w:t>
      </w:r>
      <w:r>
        <w:t>is zamane ke jitne bhi bare bare leader hain, jo maroof leader hain, sab ki aik hi kahani hai bas, sab ki aik hi kahani hai.</w:t>
      </w:r>
    </w:p>
    <w:p>
      <w:pPr>
        <w:jc w:val="right"/>
      </w:pPr>
      <w:r>
        <w:t>اس زمانے کے جتنے بھی بڑے بڑے لیڈر ہیں، جو معروف لیڈر ہیں، سب کی ایک ہی کہانی ہے بس، سب کی ایک ہی کہانی ہے۔</w:t>
      </w:r>
    </w:p>
    <w:p>
      <w:r>
        <w:rPr>
          <w:b/>
        </w:rPr>
        <w:t xml:space="preserve">[37:09] </w:t>
      </w:r>
      <w:r>
        <w:t>khud India mein dekhiye. main samajhta hoon ke sab se bara jo dimagh is zamane mein paida hua India mein, woh the Maulana Abdul Kalam Azad.</w:t>
      </w:r>
    </w:p>
    <w:p>
      <w:pPr>
        <w:jc w:val="right"/>
      </w:pPr>
      <w:r>
        <w:t>خود انڈیا میں دیکھیے۔ میں سمجھتا ہوں کہ سب سے بڑا جو دماغ اس زمانے میں پیدا ہوا انڈیا میں، وہ تھے مولانا عبدالکلام آزاد۔</w:t>
      </w:r>
    </w:p>
    <w:p>
      <w:r>
        <w:rPr>
          <w:b/>
        </w:rPr>
        <w:t xml:space="preserve">[37:20] </w:t>
      </w:r>
      <w:r>
        <w:t>India mein sab se bara dimagh. Maulana Abdul Kalam Azad.</w:t>
      </w:r>
    </w:p>
    <w:p>
      <w:pPr>
        <w:jc w:val="right"/>
      </w:pPr>
      <w:r>
        <w:t>انڈیا میں سب سے بڑا دماغ۔ مولانا عبدالکلام آزاد۔</w:t>
      </w:r>
    </w:p>
    <w:p>
      <w:r>
        <w:rPr>
          <w:b/>
        </w:rPr>
        <w:t xml:space="preserve">[37:26] </w:t>
      </w:r>
      <w:r>
        <w:t>un ko bhi mauqa tha isi kaam ka. aur shuru bhi unhon ne kiya tezi se. Al-Balagh ka kucha nikala tha unhon ne. to agar woh daawa work karte, woh Angrezi bhi jante the.</w:t>
      </w:r>
    </w:p>
    <w:p>
      <w:pPr>
        <w:jc w:val="right"/>
      </w:pPr>
      <w:r>
        <w:t>ان کو بھی موقع تھا اسی کام کا۔ اور شروع بھی انہوں نے کیا تیزی سے۔ البلاغ کا کچہ نکالا تھا انہوں نے۔ تو اگر وہ دعویٰ ورک کرتے، وہ انگریزی بھی جانتے تھے۔</w:t>
      </w:r>
    </w:p>
    <w:p>
      <w:r>
        <w:rPr>
          <w:b/>
        </w:rPr>
        <w:t xml:space="preserve">[37:41] </w:t>
      </w:r>
      <w:r>
        <w:t>jadeed andaz mein Islami adab tayyar karte woh. aik nai nasl banate. Musalmanon ko taleem dete. to bohat bara kaam woh kar sakte the.</w:t>
      </w:r>
    </w:p>
    <w:p>
      <w:pPr>
        <w:jc w:val="right"/>
      </w:pPr>
      <w:r>
        <w:t>جدید انداز میں اسلامی ادب تیار کرتے وہ۔ ایک نئی نسل بناتے۔ مسلمانوں کو تعلیم دیتے۔ تو بہت بڑا کام وہ کر سکتے تھے۔</w:t>
      </w:r>
    </w:p>
    <w:p>
      <w:r>
        <w:rPr>
          <w:b/>
        </w:rPr>
        <w:t xml:space="preserve">[37:53] </w:t>
      </w:r>
      <w:r>
        <w:t>bohat achhe musannif the, bohat achhe woh muqarrir the. aur Arabi, Farsi, Angrezi, Urdu sab jante the woh.</w:t>
      </w:r>
    </w:p>
    <w:p>
      <w:pPr>
        <w:jc w:val="right"/>
      </w:pPr>
      <w:r>
        <w:t>بہت اچھے مصنف تھے، بہت اچھے وہ مقرر تھے۔ اور عربی، فارسی، انگریزی، اردو سب جانتے تھے وہ۔</w:t>
      </w:r>
    </w:p>
    <w:p>
      <w:r>
        <w:rPr>
          <w:b/>
        </w:rPr>
        <w:t xml:space="preserve">[38:04] </w:t>
      </w:r>
      <w:r>
        <w:t>bohat hi zaheen aadmi the. bohat shakhsiyat wale aadmi the. lekin kya hua? British Empire ko challenge karna hai inhonein.</w:t>
      </w:r>
    </w:p>
    <w:p>
      <w:pPr>
        <w:jc w:val="right"/>
      </w:pPr>
      <w:r>
        <w:t>بہت ہی ذہین آدمی تھے۔ بہت شخصیت والے آدمی تھے۔ لیکن کیا ہوا؟ برٹش ایمپائر کو چیلنج کرنا ہے انہیں۔</w:t>
      </w:r>
    </w:p>
    <w:p>
      <w:r>
        <w:rPr>
          <w:b/>
        </w:rPr>
        <w:t xml:space="preserve">[38:15] </w:t>
      </w:r>
      <w:r>
        <w:t>un ki aik kitab aik hai Qoul-e-Faisal, us ko parhiye aap. Qoul-e-Faisal is ka naam hai.</w:t>
      </w:r>
    </w:p>
    <w:p>
      <w:pPr>
        <w:jc w:val="right"/>
      </w:pPr>
      <w:r>
        <w:t>ان کی ایک کتاب ایک ہے قولِ فیصل، اس کو پڑھیے آپ۔ قولِ فیصل اس کا نام ہے۔</w:t>
      </w:r>
    </w:p>
    <w:p>
      <w:r>
        <w:rPr>
          <w:b/>
        </w:rPr>
        <w:t xml:space="preserve">[38:21] </w:t>
      </w:r>
      <w:r>
        <w:t>British Empire ko lalkarna, British Empire ko challenge karna. yeh kya, yeh koi kaam hai yeh? aap natije ko dekhiye, natije ko.</w:t>
      </w:r>
    </w:p>
    <w:p>
      <w:pPr>
        <w:jc w:val="right"/>
      </w:pPr>
      <w:r>
        <w:t>برٹش ایمپائر کو للکارنا، برٹش ایمپائر کو چیلنج کرنا۔ یہ کیا، یہ کوئی کام ہے یہ؟ آپ نتیجے کو دیکھیے، نتیجے کو۔</w:t>
      </w:r>
    </w:p>
    <w:p>
      <w:r>
        <w:rPr>
          <w:b/>
        </w:rPr>
        <w:t xml:space="preserve">[38:31] </w:t>
      </w:r>
      <w:r>
        <w:t>British Empire khatam ho gayi 1947 mein. 1947 mein British Empire khatam ho gayi. us ke baad gyarah saal tak Abdul Kalam Azad zinda rahe.</w:t>
      </w:r>
    </w:p>
    <w:p>
      <w:pPr>
        <w:jc w:val="right"/>
      </w:pPr>
      <w:r>
        <w:t>برٹش ایمپائر ختم ہوگئی 1947 میں۔ 1947 میں برٹش ایمپائر ختم ہوگئی۔ اس کے بعد گیارہ سال تک عبدالکلام آزاد زندہ رہے۔</w:t>
      </w:r>
    </w:p>
    <w:p>
      <w:r>
        <w:rPr>
          <w:b/>
        </w:rPr>
        <w:t xml:space="preserve">[38:42] </w:t>
      </w:r>
      <w:r>
        <w:t>gyarah saal tak. gyarah saal tak kya, office mein parhay rahay bas, kuch bhi nahi, chaye peetay thay. kuch bhi nahi kar sakay woh, koi bara kaam.</w:t>
      </w:r>
    </w:p>
    <w:p>
      <w:pPr>
        <w:jc w:val="right"/>
      </w:pPr>
      <w:r>
        <w:t>گیارہ سال تک۔ گیارہ سال تک کیا، آفس میں پڑھے رہے بس، کچھ بھی نہیں، چائے پیتے تھے۔ کچھ بھی نہیں کر سکے وہ، کوئی بڑا کام۔</w:t>
      </w:r>
    </w:p>
    <w:p>
      <w:r>
        <w:rPr>
          <w:b/>
        </w:rPr>
        <w:t xml:space="preserve">[38:51] </w:t>
      </w:r>
      <w:r>
        <w:t>to taqreerain karna stage par kharay ho kar ke. aur kisi baray hadaf ko lay kar ke challenge karna. is ko unhon nay bara kaam samjha.</w:t>
      </w:r>
    </w:p>
    <w:p>
      <w:pPr>
        <w:jc w:val="right"/>
      </w:pPr>
      <w:r>
        <w:t>تو تقریریں کرنا اسٹیج پر کھڑے ہو کر کے۔ اور کسی بڑے ہدف کو لے کر کے چیلنج کرنا۔ اس کو انہوں نے بڑا کام سمجھا۔</w:t>
      </w:r>
    </w:p>
    <w:p>
      <w:r>
        <w:rPr>
          <w:b/>
        </w:rPr>
        <w:t xml:space="preserve">[39:04] </w:t>
      </w:r>
      <w:r>
        <w:t>mein samajhta hoon ke hum sab log isi ka shikar hain. hum sab log isi ka shikar hain. hamaray sathhi bhi kahin na kahin isi ka shikar hain.</w:t>
      </w:r>
    </w:p>
    <w:p>
      <w:pPr>
        <w:jc w:val="right"/>
      </w:pPr>
      <w:r>
        <w:t>میں سمجھتا ہوں کہ ہم سب لوگ اسی کا شکار ہیں۔ ہم سب لوگ اسی کا شکار ہیں۔ ہمارے ساتھی بھی کہیں نہ کہیں اسی کا شکار ہیں۔</w:t>
      </w:r>
    </w:p>
    <w:p>
      <w:r>
        <w:rPr>
          <w:b/>
        </w:rPr>
        <w:t xml:space="preserve">[39:13] </w:t>
      </w:r>
      <w:r>
        <w:t>ke chotay kaam ko ahmiyat nahi detay. aur bara kaam ho nahi sakta. bara kaam to koi bhi nahi kar sakta.</w:t>
      </w:r>
    </w:p>
    <w:p>
      <w:pPr>
        <w:jc w:val="right"/>
      </w:pPr>
      <w:r>
        <w:t>کہ چھوٹے کام کو اہمیت نہیں دیتے۔ اور بڑا کام ہو نہیں سکتا۔ بڑا کام تو کوئی بھی نہیں کر سکتا۔</w:t>
      </w:r>
    </w:p>
    <w:p>
      <w:r>
        <w:rPr>
          <w:b/>
        </w:rPr>
        <w:t xml:space="preserve">[39:24] </w:t>
      </w:r>
      <w:r>
        <w:t>bara kaam koi na kar saka, na koi kar paye ga. chota hi kaam aap kar saktay hain. chota kaam aakhir kaar bara kaam banta hai.</w:t>
      </w:r>
    </w:p>
    <w:p>
      <w:pPr>
        <w:jc w:val="right"/>
      </w:pPr>
      <w:r>
        <w:t>بڑا کام کوئی نہ کر سکا، نہ کوئی کر پائے گا۔ چھوٹا ہی کام آپ کر سکتے ہیں۔ چھوٹا کام آخر کار بڑا کام بنتا ہے۔</w:t>
      </w:r>
    </w:p>
    <w:p>
      <w:r>
        <w:rPr>
          <w:b/>
        </w:rPr>
        <w:t xml:space="preserve">[39:33] </w:t>
      </w:r>
      <w:r>
        <w:t>hindi ka aik bara acha woh hai ke۔۔۔۔۔۔۔۔۔۔ sa dharan gunon say asa dharan mursh bantay hain.</w:t>
      </w:r>
    </w:p>
    <w:p>
      <w:pPr>
        <w:jc w:val="right"/>
      </w:pPr>
      <w:r>
        <w:t>ہندی کا ایک بڑا اچھا وہ ہے کہ۔۔۔۔۔۔۔۔۔۔ سا دھارن گُنوں سے اسا دھارن مُرش بنتے ہیں۔</w:t>
      </w:r>
    </w:p>
    <w:p>
      <w:r>
        <w:rPr>
          <w:b/>
        </w:rPr>
        <w:t xml:space="preserve">[39:43] </w:t>
      </w:r>
      <w:r>
        <w:t>sa dharan gunon say asa dharan mursh bantay hain. yeh mujhe bohat pasand hai yeh.</w:t>
      </w:r>
    </w:p>
    <w:p>
      <w:pPr>
        <w:jc w:val="right"/>
      </w:pPr>
      <w:r>
        <w:t>سا دھارن گُنوں سے اسا دھارن مُرش بنتے ہیں۔ یہ مجھے بہت پسند ہے یہ۔</w:t>
      </w:r>
    </w:p>
    <w:p>
      <w:r>
        <w:rPr>
          <w:b/>
        </w:rPr>
        <w:t xml:space="preserve">[39:54] </w:t>
      </w:r>
      <w:r>
        <w:t>aik aik aik aik aik aik musannif thay, woh sardar thay, un ka naam mujhe yaad nahi hai.</w:t>
      </w:r>
    </w:p>
    <w:p>
      <w:pPr>
        <w:jc w:val="right"/>
      </w:pPr>
      <w:r>
        <w:t>ایک ایک ایک ایک ایک ایک مصنف تھے، وہ سردار تھے، ان کا نام مجھے یاد نہیں ہے۔</w:t>
      </w:r>
    </w:p>
    <w:p>
      <w:r>
        <w:rPr>
          <w:b/>
        </w:rPr>
        <w:t xml:space="preserve">[40:03] </w:t>
      </w:r>
      <w:r>
        <w:t>meri kitab mein naqal kiya hai maine. aik kitab hai meri, pegham-bar-e-inqilab. is mein is ka aik aik aik paragraph naqal kiya hai.</w:t>
      </w:r>
    </w:p>
    <w:p>
      <w:pPr>
        <w:jc w:val="right"/>
      </w:pPr>
      <w:r>
        <w:t>میری کتاب میں نقل کیا ہے میں نے۔ ایک کتاب ہے میری، پیغمبرِ انقلاب۔ اس میں اس کا ایک ایک ایک پیراگراف نقل کیا ہے۔</w:t>
      </w:r>
    </w:p>
    <w:p>
      <w:r>
        <w:rPr>
          <w:b/>
        </w:rPr>
        <w:t xml:space="preserve">[40:13] </w:t>
      </w:r>
      <w:r>
        <w:t>is paragraph mein aik jumla yeh hai۔۔۔۔۔۔۔۔۔۔ ke qair purush kehtay hain agay barho. bair kehtay hain ke peechay hato. kitni bari baat hai yeh.</w:t>
      </w:r>
    </w:p>
    <w:p>
      <w:pPr>
        <w:jc w:val="right"/>
      </w:pPr>
      <w:r>
        <w:t>اس پیراگراف میں ایک جملہ یہ ہے۔۔۔۔۔۔۔۔۔۔۔ کہ قائر پُرش کہتے ہیں آگے بڑھو۔ بیر کہتے ہیں کہ پیچھے ہٹو۔ کتنی بڑی بات ہے یہ۔</w:t>
      </w:r>
    </w:p>
    <w:p>
      <w:r>
        <w:rPr>
          <w:b/>
        </w:rPr>
        <w:t xml:space="preserve">[40:25] </w:t>
      </w:r>
      <w:r>
        <w:t>qair mani buz-dil, kawar. qair purush kehtay hain agay barho. bair kehtay hain peechay hato. yani buz-dil log kehtay hain agay barho.</w:t>
      </w:r>
    </w:p>
    <w:p>
      <w:pPr>
        <w:jc w:val="right"/>
      </w:pPr>
      <w:r>
        <w:t>قائر معنی بزدل، کاوڑ۔ قائر پُرش کہتے ہیں آگے بڑھو۔ بیر کہتے ہیں پیچھے ہٹو۔ یعنی بزدل لوگ کہتے ہیں آگے بڑھو۔</w:t>
      </w:r>
    </w:p>
    <w:p>
      <w:r>
        <w:rPr>
          <w:b/>
        </w:rPr>
        <w:t xml:space="preserve">[40:37] </w:t>
      </w:r>
      <w:r>
        <w:t>aur jo bahadur hota hai, bahadur woh kehta hai ke peechay hato, peechay hato, peechay hato. kyun ke peechay say humain ibtidai nuqta mil jata hai. agar aap ko ibtidai nuqta mil gaya to samjhiye ke sab kuch mil gaya aap ko.</w:t>
      </w:r>
    </w:p>
    <w:p>
      <w:pPr>
        <w:jc w:val="right"/>
      </w:pPr>
      <w:r>
        <w:t>اور جو بہادر ہوتا ہے، بہادر وہ کہتا ہے کہ پیچھے ہٹو، پیچھے ہٹو، پیچھے ہٹو۔ کیوں کہ پیچھے سے ہمیں ابتدائی نقطہ مل جاتا ہے۔ اگر آپ کو ابتدائی نقطہ مل گیا تو سمجھیے کہ سب کچھ مل گیا آپ کو۔</w:t>
      </w:r>
    </w:p>
    <w:p>
      <w:r>
        <w:rPr>
          <w:b/>
        </w:rPr>
        <w:t xml:space="preserve">[40:50] </w:t>
      </w:r>
      <w:r>
        <w:t>sab kuch mil gaya.</w:t>
      </w:r>
    </w:p>
    <w:p>
      <w:pPr>
        <w:jc w:val="right"/>
      </w:pPr>
      <w:r>
        <w:t>سب کچھ مل گیا۔</w:t>
      </w:r>
    </w:p>
    <w:p>
      <w:r>
        <w:rPr>
          <w:b/>
        </w:rPr>
        <w:t xml:space="preserve">[40:51] </w:t>
      </w:r>
      <w:r>
        <w:t>aap dekhiye rasool Allah sal Allah alaihi wasallam ko dekhiye aap. un ko kya hadaf diya gaya tha? hadaf tha ke qoom fa-andhir.</w:t>
      </w:r>
    </w:p>
    <w:p>
      <w:pPr>
        <w:jc w:val="right"/>
      </w:pPr>
      <w:r>
        <w:t>آپ دیکھیے رسول اللہ صلی اللہ علیہ وسلم کو دیکھیے آپ۔ ان کو کیا ہدف دیا گیا تھا؟ ہدف تھا کہ قم فاندر۔</w:t>
      </w:r>
    </w:p>
    <w:p>
      <w:r>
        <w:rPr>
          <w:b/>
        </w:rPr>
        <w:t xml:space="preserve">[40:59] </w:t>
      </w:r>
      <w:r>
        <w:t>kharay ho aur logon ko bata do.</w:t>
      </w:r>
    </w:p>
    <w:p>
      <w:pPr>
        <w:jc w:val="right"/>
      </w:pPr>
      <w:r>
        <w:t>کھڑے ہو اور لوگوں کو بتا دو۔</w:t>
      </w:r>
    </w:p>
    <w:p>
      <w:r>
        <w:rPr>
          <w:b/>
        </w:rPr>
        <w:t xml:space="preserve">[41:05] </w:t>
      </w:r>
      <w:r>
        <w:t>logon ko warning de do.</w:t>
      </w:r>
    </w:p>
    <w:p>
      <w:pPr>
        <w:jc w:val="right"/>
      </w:pPr>
      <w:r>
        <w:t>لوگوں کو وارننگ دے دو۔</w:t>
      </w:r>
    </w:p>
    <w:p>
      <w:r>
        <w:rPr>
          <w:b/>
        </w:rPr>
        <w:t xml:space="preserve">[41:10] </w:t>
      </w:r>
      <w:r>
        <w:t>aur doosri taraf jo makka ke log thay. kyun ke rasool Allah sal Allah alaihi wasallam bohat shakhsiyat walay aadmi thay. bohat ziyada yani bohat zabardast shakhsiyat walay aadmi thay woh.</w:t>
      </w:r>
    </w:p>
    <w:p>
      <w:pPr>
        <w:jc w:val="right"/>
      </w:pPr>
      <w:r>
        <w:t>اور دوسری طرف جو مکہ کے لوگ تھے۔ کیوں کہ رسول اللہ صلی اللہ علیہ وسلم بہت شخصیت والے آدمی تھے۔ بہت زیادہ یعنی بہت زبردست شخصیت والے آدمی تھے وہ۔</w:t>
      </w:r>
    </w:p>
    <w:p>
      <w:r>
        <w:rPr>
          <w:b/>
        </w:rPr>
        <w:t xml:space="preserve">[41:23] </w:t>
      </w:r>
      <w:r>
        <w:t>to makka ke logon nay aap ko offer diya badshahat ka.</w:t>
      </w:r>
    </w:p>
    <w:p>
      <w:pPr>
        <w:jc w:val="right"/>
      </w:pPr>
      <w:r>
        <w:t>تو مکہ کے لوگوں نے آپ کو آفر دیا بادشاہت کا۔</w:t>
      </w:r>
    </w:p>
    <w:p>
      <w:r>
        <w:rPr>
          <w:b/>
        </w:rPr>
        <w:t xml:space="preserve">[41:28] </w:t>
      </w:r>
      <w:r>
        <w:t>unhon nay kaha ke in turido mulkan ma lakna ka alayna yani unhon nay kaha ke hum aap ko apnay oopar badshah bana laitay hain.</w:t>
      </w:r>
    </w:p>
    <w:p>
      <w:pPr>
        <w:jc w:val="right"/>
      </w:pPr>
      <w:r>
        <w:t>انہوں نے کہا کہ إِنْ تُرِيدُوا مُلْكًا مَنْ لَكْنَا كَ عَلَيْنَا یعنی انہوں نے کہا کہ ہم آپ کو اپنے اوپر بادشاہ بنا لیتے ہیں۔</w:t>
      </w:r>
    </w:p>
    <w:p>
      <w:r>
        <w:rPr>
          <w:b/>
        </w:rPr>
        <w:t xml:space="preserve">[41:41] </w:t>
      </w:r>
      <w:r>
        <w:t>aap nay inkar kar diya. aap nay nahi liya badshahat ko.</w:t>
      </w:r>
    </w:p>
    <w:p>
      <w:pPr>
        <w:jc w:val="right"/>
      </w:pPr>
      <w:r>
        <w:t>آپ نے انکار کر دیا۔ آپ نے نہیں لیا بادشاہت کو۔</w:t>
      </w:r>
    </w:p>
    <w:p>
      <w:r>
        <w:rPr>
          <w:b/>
        </w:rPr>
        <w:t xml:space="preserve">[41:48] </w:t>
      </w:r>
      <w:r>
        <w:t>aap nay kya kaam liya? ke mein logon ko yeh bataoon ga ke jo aap kehtay thay ayyuhal nas qoolu la ilaha illal tublughu yani kharay ho kar aap kehtay thay ke qoolu ayyuhal nas qoolu la ilaha illal tublughu</w:t>
      </w:r>
    </w:p>
    <w:p>
      <w:pPr>
        <w:jc w:val="right"/>
      </w:pPr>
      <w:r>
        <w:t>آپ نے کیا کام لیا؟ کہ میں لوگوں کو یہ بتاؤں گا کہ جو آپ کہتے تھے أَيُّهَا النَّاس قُولُوا لَا إِلٰهَ إِلَّا تُّبْلِغُوا یعنی کھڑے ہو کر آپ کہتے تھے کہ قُولُوا أَيُّهَا النَّاس قُولُوا لَا إِلٰهَ إِلَّا تُّبْلِغُوا</w:t>
      </w:r>
    </w:p>
    <w:p>
      <w:r>
        <w:rPr>
          <w:b/>
        </w:rPr>
        <w:t xml:space="preserve">[42:11] </w:t>
      </w:r>
      <w:r>
        <w:t>ae logon kharay ho, kharay hue aap. aur kaha ke safa par kharay hue, phir aur jagah aap nay yahi kaha. ae logon tum kaho ke Khuda ke siwa koi mabood nahi hai aur tum kamyab raho gay.</w:t>
      </w:r>
    </w:p>
    <w:p>
      <w:pPr>
        <w:jc w:val="right"/>
      </w:pPr>
      <w:r>
        <w:t>اے لوگوں کھڑے ہو، کھڑے ہوئے آپ۔ اور کہا کہ صفا پر کھڑے ہوئے، پھر اور جگہ آپ نے یہی کہا۔ اے لوگوں تم کہو کہ خدا کے سوا کوئی معبود نہیں ہے اور تم کامیاب رہو گے۔</w:t>
      </w:r>
    </w:p>
    <w:p>
      <w:r>
        <w:rPr>
          <w:b/>
        </w:rPr>
        <w:t xml:space="preserve">[42:29] </w:t>
      </w:r>
      <w:r>
        <w:t>ab dekhiye aik taraf badshahat aur doosri taraf yeh ailan. yeh kitna chota sa kaam dikhai parta hai. aam insan ke liye.</w:t>
      </w:r>
    </w:p>
    <w:p>
      <w:pPr>
        <w:jc w:val="right"/>
      </w:pPr>
      <w:r>
        <w:t>اب دیکھیے ایک طرف بادشاہت اور دوسری طرف یہ اعلان۔ یہ کتنا چھوٹا سا کام دکھائی پڑتا ہے۔ عام انسان کے لیے۔</w:t>
      </w:r>
    </w:p>
    <w:p>
      <w:r>
        <w:rPr>
          <w:b/>
        </w:rPr>
        <w:t xml:space="preserve">[42:39] </w:t>
      </w:r>
      <w:r>
        <w:t>ab zara ghor kijiye is baat ko. is ko bohat ziyada sochne ki zaroorat hai. ke pegham-bar ko offer milta hai in turido mulkan ma lakna ka alayna ke aao hum tum ko apna badshah bana laitay hain.</w:t>
      </w:r>
    </w:p>
    <w:p>
      <w:pPr>
        <w:jc w:val="right"/>
      </w:pPr>
      <w:r>
        <w:t>اب ذرا غور کیجیے اس بات کو۔ اس کو بہت زیادہ سوچنے کی ضرورت ہے۔ کہ پیغمبر کو آفر ملتا ہے إِنْ تُرِيدُوا مُلْكًا مَنْ لَكْنَا كَ عَلَيْنَا کہ آؤ ہم تم کو اپنا بادشاہ بنا لیتے ہیں۔</w:t>
      </w:r>
    </w:p>
    <w:p>
      <w:r>
        <w:rPr>
          <w:b/>
        </w:rPr>
        <w:t xml:space="preserve">[42:56] </w:t>
      </w:r>
      <w:r>
        <w:t>aap kehtay hain ke nahi mujhe to andhar ka kaam karna hai. andhar kya tha?</w:t>
      </w:r>
    </w:p>
    <w:p>
      <w:pPr>
        <w:jc w:val="right"/>
      </w:pPr>
      <w:r>
        <w:t>آپ کہتے ہیں کہ نہیں مجھے تو انظار کا کام کرنا ہے۔ انظار کیا تھا؟</w:t>
      </w:r>
    </w:p>
    <w:p>
      <w:r>
        <w:rPr>
          <w:b/>
        </w:rPr>
        <w:t xml:space="preserve">[43:04] </w:t>
      </w:r>
      <w:r>
        <w:t>aap safa ki pahari par choti si chattan thi ek, rakh. woh is zamane mein goya ek tarah ka stage tha. aaj kal ke hall, aaj kal ke auditorium hote hain, waise to hote nahi the is zamane mein.</w:t>
      </w:r>
    </w:p>
    <w:p>
      <w:pPr>
        <w:jc w:val="right"/>
      </w:pPr>
      <w:r>
        <w:t>آپ صفا کی پہاڑی پر چھوٹی سی چٹان تھی ایک، راکھ۔ وہ اس زمانے میں گویا ایک طرح کا اسٹیج تھا۔ آج کل کے ہال، آج کل کے آڈیٹوریم ہوتے ہیں، ویسے تو ہوتے نہیں تھے اس زمانے میں۔</w:t>
      </w:r>
    </w:p>
    <w:p>
      <w:r>
        <w:rPr>
          <w:b/>
        </w:rPr>
        <w:t xml:space="preserve">[43:19] </w:t>
      </w:r>
      <w:r>
        <w:t>aise sehra tha, sehra mein ek ek rakh thi, wahan par khare ho kar log bolte the. aur woh zameen par baith kar log sunte the. wahan us waqt auditorium maujood nahi tha.</w:t>
      </w:r>
    </w:p>
    <w:p>
      <w:pPr>
        <w:jc w:val="right"/>
      </w:pPr>
      <w:r>
        <w:t>ایسے صحرا تھا، صحرا میں ایک ایک راکھ تھی، وہاں پر کھڑے ہو کر لوگ بولتے تھے۔ اور وہ زمین پر بیٹھ کر لوگ سنتے تھے۔ وہاں اس وقت آڈیٹوریم موجود نہیں تھا۔</w:t>
      </w:r>
    </w:p>
    <w:p>
      <w:r>
        <w:rPr>
          <w:b/>
        </w:rPr>
        <w:t xml:space="preserve">[43:31] </w:t>
      </w:r>
      <w:r>
        <w:t>to wahan khare ho kar aap ne kya kiya, yahi kaha.</w:t>
      </w:r>
    </w:p>
    <w:p>
      <w:pPr>
        <w:jc w:val="right"/>
      </w:pPr>
      <w:r>
        <w:t>تو وہاں کھڑے ہو کر آپ نے کیا کیا، یہی کہا۔</w:t>
      </w:r>
    </w:p>
    <w:p>
      <w:r>
        <w:rPr>
          <w:b/>
        </w:rPr>
        <w:t xml:space="preserve">[43:35] </w:t>
      </w:r>
      <w:r>
        <w:t>ae logon kaho ke khuda ek hai. there is no god but one god aur tum ko kamyabi mile gi.</w:t>
      </w:r>
    </w:p>
    <w:p>
      <w:pPr>
        <w:jc w:val="right"/>
      </w:pPr>
      <w:r>
        <w:t>اے لوگوں کہو کہ خدا ایک ہے۔ There is no god but one God اور تم کو کامیابی ملے گی۔</w:t>
      </w:r>
    </w:p>
    <w:p>
      <w:r>
        <w:rPr>
          <w:b/>
        </w:rPr>
        <w:t xml:space="preserve">[43:44] </w:t>
      </w:r>
      <w:r>
        <w:t>ab dekhiye ek taraf badshahat aur doosri taraf yeh. aap jante hain is waqt kya hua? zara ghor kijiye kya hua is ke baad. bohat ziyada sochne ki baat hai.</w:t>
      </w:r>
    </w:p>
    <w:p>
      <w:pPr>
        <w:jc w:val="right"/>
      </w:pPr>
      <w:r>
        <w:t>اب دیکھیے ایک طرف بادشاہت اور دوسری طرف یہ۔ آپ جانتے ہیں اس وقت کیا ہوا؟ ذرا غور کیجیے کیا ہوا اس کے بعد۔ بہت زیادہ سوچنے کی بات ہے۔</w:t>
      </w:r>
    </w:p>
    <w:p>
      <w:r>
        <w:rPr>
          <w:b/>
        </w:rPr>
        <w:t xml:space="preserve">[43:57] </w:t>
      </w:r>
      <w:r>
        <w:t>jab aap ne safa ki rakh par khare ho kar ke elan kiya. one is of god ka. aur yeh ke marne wale ho tum.</w:t>
      </w:r>
    </w:p>
    <w:p>
      <w:pPr>
        <w:jc w:val="right"/>
      </w:pPr>
      <w:r>
        <w:t>جب آپ نے صفا کی راکھ پر کھڑے ہو کر کے اعلان کیا۔ One is of God کا۔ اور یہ کہ مرنے والے ہو تم۔</w:t>
      </w:r>
    </w:p>
    <w:p>
      <w:r>
        <w:rPr>
          <w:b/>
        </w:rPr>
        <w:t xml:space="preserve">[44:06] </w:t>
      </w:r>
      <w:r>
        <w:t>aap ne kaha ke tum marne wale ho. marne ke baad tum ko khuda ka samna karna hai. to aap ke chacha ka naam tha abu lahab.</w:t>
      </w:r>
    </w:p>
    <w:p>
      <w:pPr>
        <w:jc w:val="right"/>
      </w:pPr>
      <w:r>
        <w:t>آپ نے کہا کہ تم مرنے والے ہو۔ مرنے کے بعد تم کو خدا کا سامنا کرنا ہے۔ تو آپ کے چچا کا نام تھا ابو لہب۔</w:t>
      </w:r>
    </w:p>
    <w:p>
      <w:r>
        <w:rPr>
          <w:b/>
        </w:rPr>
        <w:t xml:space="preserve">[44:18] </w:t>
      </w:r>
      <w:r>
        <w:t>abu lahab</w:t>
      </w:r>
    </w:p>
    <w:p>
      <w:pPr>
        <w:jc w:val="right"/>
      </w:pPr>
      <w:r>
        <w:t>ابو لہب</w:t>
      </w:r>
    </w:p>
    <w:p>
      <w:r>
        <w:rPr>
          <w:b/>
        </w:rPr>
        <w:t xml:space="preserve">[44:20] </w:t>
      </w:r>
      <w:r>
        <w:t>۔ abu lahab ka matlab hota hai. yani roshan chehra. woh bohat hi rang is ka bohat hi waesa tha.</w:t>
      </w:r>
    </w:p>
    <w:p>
      <w:pPr>
        <w:jc w:val="right"/>
      </w:pPr>
      <w:r>
        <w:t>۔ ابو لہب کا مطلب ہوتا ہے۔ یعنی روشن چہرہ۔ وہ بہت ہی رنگ اس کا بہت ہی ویسا تھا۔</w:t>
      </w:r>
    </w:p>
    <w:p>
      <w:r>
        <w:rPr>
          <w:b/>
        </w:rPr>
        <w:t xml:space="preserve">[44:31] </w:t>
      </w:r>
      <w:r>
        <w:t>yani surkh o safed jise kehte hain. to abu lahab maani hote hain roshan chehra. roshan chehra wala aadmi tha woh.</w:t>
      </w:r>
    </w:p>
    <w:p>
      <w:pPr>
        <w:jc w:val="right"/>
      </w:pPr>
      <w:r>
        <w:t>یعنی سرخ و سفید جسے کہتے ہیں۔ تو ابو لہب معنی ہوتے ہیں روشن چہرہ۔ روشن چہرہ والا آدمی تھا وہ۔</w:t>
      </w:r>
    </w:p>
    <w:p>
      <w:r>
        <w:rPr>
          <w:b/>
        </w:rPr>
        <w:t xml:space="preserve">[44:41] </w:t>
      </w:r>
      <w:r>
        <w:t>to woh yani woh wahan par reit thi aur reit mein ek chattan thi.</w:t>
      </w:r>
    </w:p>
    <w:p>
      <w:pPr>
        <w:jc w:val="right"/>
      </w:pPr>
      <w:r>
        <w:t>تو وہ یعنی وہ وہاں پر ریت تھی اور ریت میں ایک چٹان تھی۔</w:t>
      </w:r>
    </w:p>
    <w:p>
      <w:r>
        <w:rPr>
          <w:b/>
        </w:rPr>
        <w:t xml:space="preserve">[44:48] </w:t>
      </w:r>
      <w:r>
        <w:t>to chattan par khare ho kar bole aap aur woh reit par jo samien tha woh reit par baitha hua tha. to abu lahab utha aur apna kapra jharte hue us ne kaha tabbal laka sa'ir al yawmi ama jama'tana illa li hadha?</w:t>
      </w:r>
    </w:p>
    <w:p>
      <w:pPr>
        <w:jc w:val="right"/>
      </w:pPr>
      <w:r>
        <w:t>تو چٹان پر کھڑے ہو کر بولے آپ اور وہ ریت پر جو سامعین تھا وہ ریت پر بیٹھا ہوا تھا۔ تو ابو لہب اٹھا اور اپنا کپڑا جھاڑتے ہوئے اس نے کہا تَبَّلَّكَ سَائِرَ الْيُوْمِ أَمَا جَمَعْتْنَا إِلَّا لِهَذَا؟</w:t>
      </w:r>
    </w:p>
    <w:p>
      <w:r>
        <w:rPr>
          <w:b/>
        </w:rPr>
        <w:t xml:space="preserve">[45:07] </w:t>
      </w:r>
      <w:r>
        <w:t>tabbal laka sa'ir al yawmi ama jama'tana illa li hadha? tumhara bura ho sare din</w:t>
      </w:r>
    </w:p>
    <w:p>
      <w:pPr>
        <w:jc w:val="right"/>
      </w:pPr>
      <w:r>
        <w:t>تَبَّلَّكَ سَائِرَ الْيُوْمِ أَمَا جَمَعْتْنَا إِلَّا لِهَذَا؟ تمہارا برا ہو سارے دن</w:t>
      </w:r>
    </w:p>
    <w:p>
      <w:r>
        <w:rPr>
          <w:b/>
        </w:rPr>
        <w:t xml:space="preserve">[45:15] </w:t>
      </w:r>
      <w:r>
        <w:t>۔ kya isi baat ke liye mujhe hum logon ko bulaya tha tum ne? yahi baat kehne ke liye?</w:t>
      </w:r>
    </w:p>
    <w:p>
      <w:pPr>
        <w:jc w:val="right"/>
      </w:pPr>
      <w:r>
        <w:t>۔ کیا اسی بات کے لئے مجھے ہم لوگوں کو بلایا تھا تم نے؟ یہی بات کہنے کے لئے؟</w:t>
      </w:r>
    </w:p>
    <w:p>
      <w:r>
        <w:rPr>
          <w:b/>
        </w:rPr>
        <w:t xml:space="preserve">[45:22] </w:t>
      </w:r>
      <w:r>
        <w:t>tabbal laka sa'ir al yawmi ama jama'tana illa li hadha? sara tumhara bura ho sare din.</w:t>
      </w:r>
    </w:p>
    <w:p>
      <w:pPr>
        <w:jc w:val="right"/>
      </w:pPr>
      <w:r>
        <w:t>تَبَّلَّكَ سَائِرَ الْيُوْمِ أَمَا جَمَعْتْنَا إِلَّا لِهَذَا؟ سارا تمہارا برا ہو سارے دن۔</w:t>
      </w:r>
    </w:p>
    <w:p>
      <w:r>
        <w:rPr>
          <w:b/>
        </w:rPr>
        <w:t xml:space="preserve">[45:31] </w:t>
      </w:r>
      <w:r>
        <w:t>kya yahi baat sunane ke liye tum ne hum ko bulaya tha? kitni choti baat lagi ho is ko. to aap ne badshahat, aap ne aap ne samjha ke badshahat se koi ibtidai faida nahi milta mujhe.</w:t>
      </w:r>
    </w:p>
    <w:p>
      <w:pPr>
        <w:jc w:val="right"/>
      </w:pPr>
      <w:r>
        <w:t>کیا یہی بات سنانے کے لئے تم نے ہم کو بلایا تھا؟ کتنی چھوٹی بات لگی ہو اس کو۔ تو آپ نے بادشاہت، آپ نے آپ نے سمجھا کہ بادشاہت سے کوئی ابتدائی فائدہ نہیں ملتا مجھے۔</w:t>
      </w:r>
    </w:p>
    <w:p>
      <w:r>
        <w:rPr>
          <w:b/>
        </w:rPr>
        <w:t xml:space="preserve">[45:46] </w:t>
      </w:r>
      <w:r>
        <w:t>insan ko badalna hai. ek insan ko, do insan ko, teen insan ko. badal badal, bohat sare insan ko badal dalna hai. un ke zehn ki dobara engineering karni hai.</w:t>
      </w:r>
    </w:p>
    <w:p>
      <w:pPr>
        <w:jc w:val="right"/>
      </w:pPr>
      <w:r>
        <w:t>انسان کو بدلنا ہے۔ ایک انسان کو، دو انسان کو، تین انسان کو۔ بدل بدل، بہت سارے انسان کو بدل ڈالنا ہے۔ ان کے ذہن کی دوبارہ انجینئرنگ کرنی ہے۔</w:t>
      </w:r>
    </w:p>
    <w:p>
      <w:r>
        <w:rPr>
          <w:b/>
        </w:rPr>
        <w:t xml:space="preserve">[45:57] </w:t>
      </w:r>
      <w:r>
        <w:t>zehn ki de conditioning karni hai. logon ke andar phir se nai soch dalni hai. yeh kaam hai. yeh fard se yeh kaam shuru hota hai.</w:t>
      </w:r>
    </w:p>
    <w:p>
      <w:pPr>
        <w:jc w:val="right"/>
      </w:pPr>
      <w:r>
        <w:t>ذہن کی ڈی کنڈیشننگ کرنی ہے۔ لوگوں کے اندر پھر سے نئی سوچ ڈالنی ہے۔ یہ کام ہے۔ یہ فرد سے یہ کام شروع ہوتا ہے۔</w:t>
      </w:r>
    </w:p>
    <w:p>
      <w:r>
        <w:rPr>
          <w:b/>
        </w:rPr>
        <w:t xml:space="preserve">[46:09] </w:t>
      </w:r>
      <w:r>
        <w:t>yeh siyasi takhton se nahi kaam shuru hota yeh.</w:t>
      </w:r>
    </w:p>
    <w:p>
      <w:pPr>
        <w:jc w:val="right"/>
      </w:pPr>
      <w:r>
        <w:t>یہ سیاسی تختوں سے نہیں کام شروع ہوتا یہ۔</w:t>
      </w:r>
    </w:p>
    <w:p>
      <w:r>
        <w:rPr>
          <w:b/>
        </w:rPr>
        <w:t xml:space="preserve">[46:13] </w:t>
      </w:r>
      <w:r>
        <w:t>aap ka kaam jo tha۔۔۔۔۔۔۔۔۔۔۔۔ ek ek fard se shuru hua. khadija se shuru hua, abubakar siddiq se shuru hua, ali ali se shuru hua.</w:t>
      </w:r>
    </w:p>
    <w:p>
      <w:pPr>
        <w:jc w:val="right"/>
      </w:pPr>
      <w:r>
        <w:t>آپ کا کام جو تھا۔۔۔۔۔۔۔۔۔۔۔ ایک ایک فرد سے شروع ہوا۔ خدیجہ سے شروع ہوا، ابوبکر صدیق سے شروع ہوا، علی علی سے شروع ہوا۔</w:t>
      </w:r>
    </w:p>
    <w:p>
      <w:r>
        <w:rPr>
          <w:b/>
        </w:rPr>
        <w:t xml:space="preserve">[46:29] </w:t>
      </w:r>
      <w:r>
        <w:t>to yeh kaam in zamane ke sardaron ko itna chota sa lagta tha. ke yeh sunane ke liye hum ko bulaya tha tum ne yahan par. yeh kaun si baat hai jo is ke liye hum ko jama kiya tum ne.</w:t>
      </w:r>
    </w:p>
    <w:p>
      <w:pPr>
        <w:jc w:val="right"/>
      </w:pPr>
      <w:r>
        <w:t>تو یہ کام ان زمانے کے سرداروں کو اتنا چھوٹا سا لگتا تھا۔ کہ یہ سنانے کے لئے ہم کو بلایا تھا تم نے یہاں پر۔ یہ کون سی بات ہے جو اس کے لئے ہم کو جمع کیا تم نے۔</w:t>
      </w:r>
    </w:p>
    <w:p>
      <w:r>
        <w:rPr>
          <w:b/>
        </w:rPr>
        <w:t xml:space="preserve">[46:40] </w:t>
      </w:r>
      <w:r>
        <w:t>aur doosri taraf dekhiye badshahat ka۔۔۔۔۔۔۔۔۔۔ office le lo tum. yani siyasi, ek taraf siyasi hukmaran ka mansab hai.</w:t>
      </w:r>
    </w:p>
    <w:p>
      <w:pPr>
        <w:jc w:val="right"/>
      </w:pPr>
      <w:r>
        <w:t>اور دوسری طرف دیکھیے بادشاہت کا۔۔۔۔۔۔۔۔۔۔ آفس لے لو تم۔ یعنی سیاسی، ایک طرف سیاسی حکمران کا منصب ہے۔</w:t>
      </w:r>
    </w:p>
    <w:p>
      <w:r>
        <w:rPr>
          <w:b/>
        </w:rPr>
        <w:t xml:space="preserve">[46:52] </w:t>
      </w:r>
      <w:r>
        <w:t>aur doosri taraf yeh inzar o tabshir ka kaam hai.</w:t>
      </w:r>
    </w:p>
    <w:p>
      <w:pPr>
        <w:jc w:val="right"/>
      </w:pPr>
      <w:r>
        <w:t>اور دوسری طرف یہ انظار و تبشیر کا کام ہے۔</w:t>
      </w:r>
    </w:p>
    <w:p>
      <w:r>
        <w:rPr>
          <w:b/>
        </w:rPr>
        <w:t xml:space="preserve">[46:57] </w:t>
      </w:r>
      <w:r>
        <w:t>to rasool Allah sal Allah alayhi wasallam ne dekhiye is mein jo naseehat hai woh kya hai ke rasool Allah sal Allah alayhi wasallam ne۔۔۔۔۔۔۔۔۔۔ koi bare kaam se apne kaam ka aghaz nahi kiya.</w:t>
      </w:r>
    </w:p>
    <w:p>
      <w:pPr>
        <w:jc w:val="right"/>
      </w:pPr>
      <w:r>
        <w:t>تو رسول اللہ صلی اللہ علیہ وسلم نے دیکھیے اس میں جو نصیحت ہے وہ کیا ہے کہ رسول اللہ صلی اللہ علیہ وسلم نے۔۔۔۔۔۔۔۔۔۔ کوئی بڑے کام سے اپنے کام کا آغاز نہیں کیا۔</w:t>
      </w:r>
    </w:p>
    <w:p>
      <w:r>
        <w:rPr>
          <w:b/>
        </w:rPr>
        <w:t xml:space="preserve">[47:07] </w:t>
      </w:r>
      <w:r>
        <w:t>ke chalo hukoomat par baith jate hain aur phir aur Islam ko phailayen ge. nahi. aap ne ek ek fard ko mukhatib kiya.</w:t>
      </w:r>
    </w:p>
    <w:p>
      <w:pPr>
        <w:jc w:val="right"/>
      </w:pPr>
      <w:r>
        <w:t>کہ چلو حکومت پر بیٹھ جاتے ہیں اور پھر اور اسلام کو پھیلائیں گے۔ نہیں۔ آپ نے ایک ایک فرد کو مخاطب کیا۔</w:t>
      </w:r>
    </w:p>
    <w:p>
      <w:r>
        <w:rPr>
          <w:b/>
        </w:rPr>
        <w:t xml:space="preserve">[47:16] </w:t>
      </w:r>
      <w:r>
        <w:t>aik aik zehan ko mukhatib kiya. logon ki deconditioning karne ko apne kaam samjha aap ne.</w:t>
      </w:r>
    </w:p>
    <w:p>
      <w:pPr>
        <w:jc w:val="right"/>
      </w:pPr>
      <w:r>
        <w:t>ایک ایک ذہن کو مخاطب کیا۔ لوگوں کی ڈی کنڈیشننگ کرنے کو اپنے کام سمجھا آپ نے۔</w:t>
      </w:r>
    </w:p>
    <w:p>
      <w:r>
        <w:rPr>
          <w:b/>
        </w:rPr>
        <w:t xml:space="preserve">[47:25] </w:t>
      </w:r>
      <w:r>
        <w:t>zehan ki dobara engineering karne ko aap ne kaam samjha. logon ko kehte hain aik nai ideology lana, aik nai soch lana, logon ke kirdaar ko badalna.</w:t>
      </w:r>
    </w:p>
    <w:p>
      <w:pPr>
        <w:jc w:val="right"/>
      </w:pPr>
      <w:r>
        <w:t>ذہن کی دوبارہ انجینئرنگ کرنے کو آپ نے کام سمجھا۔ لوگوں کو کہتے ہیں ایک نئی آئیڈیالوجی لانا، ایک نئی سوچ لانا، لوگوں کے کردار کو بدلنا۔</w:t>
      </w:r>
    </w:p>
    <w:p>
      <w:r>
        <w:rPr>
          <w:b/>
        </w:rPr>
        <w:t xml:space="preserve">[47:40] </w:t>
      </w:r>
      <w:r>
        <w:t>is ko aap ne kaam samjha. yahan se shuru kar ke phir kahan pohncha? aap jante hain ke itna bara inqilab aaya.</w:t>
      </w:r>
    </w:p>
    <w:p>
      <w:pPr>
        <w:jc w:val="right"/>
      </w:pPr>
      <w:r>
        <w:t>اس کو آپ نے کام سمجھا۔ یہاں سے شروع کر کے پھر کہاں پہنچا؟ آپ جانتے ہیں کہ اتنا بڑا انقلاب آیا۔</w:t>
      </w:r>
    </w:p>
    <w:p>
      <w:r>
        <w:rPr>
          <w:b/>
        </w:rPr>
        <w:t xml:space="preserve">[47:51] </w:t>
      </w:r>
      <w:r>
        <w:t>isi ko is ne likha hai carl lyell ne.</w:t>
      </w:r>
    </w:p>
    <w:p>
      <w:pPr>
        <w:jc w:val="right"/>
      </w:pPr>
      <w:r>
        <w:t>اسی کو اس نے لکھا ہے کارل لائل نے۔</w:t>
      </w:r>
    </w:p>
    <w:p>
      <w:r>
        <w:rPr>
          <w:b/>
        </w:rPr>
        <w:t xml:space="preserve">[47:55] </w:t>
      </w:r>
      <w:r>
        <w:t>carl lyell ki aik kitaab hai Heroes and Hero Worship thomas carlyle. angrez tha. to is ki kitaab ka naam hai Heroes and Hero Worship .</w:t>
      </w:r>
    </w:p>
    <w:p>
      <w:pPr>
        <w:jc w:val="right"/>
      </w:pPr>
      <w:r>
        <w:t>کارل لائل کی ایک کتاب ہے۔ Heroes and Hero Worship تھامس کارل لائل۔ انگریز تھا۔ تو اس کی کتاب کا نام ہے Heroes and Hero Worship ۔</w:t>
      </w:r>
    </w:p>
    <w:p>
      <w:r>
        <w:rPr>
          <w:b/>
        </w:rPr>
        <w:t xml:space="preserve">[48:09] </w:t>
      </w:r>
      <w:r>
        <w:t>is mein is ne bohat hi ajeeb baat likhi hai. is raaz ko samajh gaya hai woh. ke mohabbat ne chote kaam ko kaam samjha.</w:t>
      </w:r>
    </w:p>
    <w:p>
      <w:pPr>
        <w:jc w:val="right"/>
      </w:pPr>
      <w:r>
        <w:t>اس میں اس نے بہت ہی عجیب بات لکھی ہے۔ اس راز کو سمجھ گیا ہے وہ۔ کہ محبت نے چھوٹے کام کو کام سمجھا۔</w:t>
      </w:r>
    </w:p>
    <w:p>
      <w:r>
        <w:rPr>
          <w:b/>
        </w:rPr>
        <w:t xml:space="preserve">[48:19] </w:t>
      </w:r>
      <w:r>
        <w:t>yahan tak ke woh chota kaam bara ho kar bara kaam ban gaya.</w:t>
      </w:r>
    </w:p>
    <w:p>
      <w:pPr>
        <w:jc w:val="right"/>
      </w:pPr>
      <w:r>
        <w:t>یہاں تک کہ وہ چھوٹا کام بڑا ہو کر بڑا کام بن گیا۔</w:t>
      </w:r>
    </w:p>
    <w:p>
      <w:r>
        <w:rPr>
          <w:b/>
        </w:rPr>
        <w:t xml:space="preserve">[48:23] </w:t>
      </w:r>
      <w:r>
        <w:t>to woh kehta hai ke dekho arab ke sehra mein۔۔۔۔۔۔۔۔۔۔ aik sign mein aik aik aik aik aik particle ubharta hai.</w:t>
      </w:r>
    </w:p>
    <w:p>
      <w:pPr>
        <w:jc w:val="right"/>
      </w:pPr>
      <w:r>
        <w:t>تو وہ کہتا ہے کہ دیکھو عرب کے صحرا میں۔۔۔۔۔۔۔۔۔۔ ایک سائن میں ایک ایک ایک ایک ایک پارٹیکل ابھرتا ہے۔</w:t>
      </w:r>
    </w:p>
    <w:p>
      <w:r>
        <w:rPr>
          <w:b/>
        </w:rPr>
        <w:t xml:space="preserve">[48:35] </w:t>
      </w:r>
      <w:r>
        <w:t>aur phir barhte barhte sari dunya mein is se roshan ho jati hai. yani aik sign se aghaz kar ke. A particle of sign .</w:t>
      </w:r>
    </w:p>
    <w:p>
      <w:pPr>
        <w:jc w:val="right"/>
      </w:pPr>
      <w:r>
        <w:t>اور پھر بڑھتے بڑھتے ساری دنیا میں اس سے روشن ہو جاتی ہے۔ یعنی ایک سائن سے آغاز کر کے۔ A particle of sign ۔</w:t>
      </w:r>
    </w:p>
    <w:p>
      <w:r>
        <w:rPr>
          <w:b/>
        </w:rPr>
        <w:t xml:space="preserve">[48:45] </w:t>
      </w:r>
      <w:r>
        <w:t>se aghaz kar ke sari dunya mein roshni aa jati hai. is baat ko pakra is ne.</w:t>
      </w:r>
    </w:p>
    <w:p>
      <w:pPr>
        <w:jc w:val="right"/>
      </w:pPr>
      <w:r>
        <w:t>سے آغاز کر کے ساری دنیا میں روشنی آ جاتی ہے۔ اس بات کو پکڑا اس نے۔</w:t>
      </w:r>
    </w:p>
    <w:p>
      <w:r>
        <w:rPr>
          <w:b/>
        </w:rPr>
        <w:t xml:space="preserve">[48:57] </w:t>
      </w:r>
      <w:r>
        <w:t>to main chahta hoon ke aap ke andar yeh baat aaye. ke aap chote kaam ko bara kaam samajh saken. tabhi aap sahi maano mein bara kaam kar paayenge.</w:t>
      </w:r>
    </w:p>
    <w:p>
      <w:pPr>
        <w:jc w:val="right"/>
      </w:pPr>
      <w:r>
        <w:t>تو میں چاہتا ہوں کہ آپ کے اندر یہ بات آئے۔ کہ آپ چھوٹے کام کو بڑا کام سمجھ سکیں۔ تبھی آپ صحیح معنوں میں بڑا کام کر پائیں گے۔</w:t>
      </w:r>
    </w:p>
    <w:p>
      <w:r>
        <w:rPr>
          <w:b/>
        </w:rPr>
        <w:t xml:space="preserve">[49:13] </w:t>
      </w:r>
      <w:r>
        <w:t>agar aap yeh intezar karen ke koi bohat bara sa humیں۔۔۔۔۔۔۔۔۔۔۔ stage mil jaye.</w:t>
      </w:r>
    </w:p>
    <w:p>
      <w:pPr>
        <w:jc w:val="right"/>
      </w:pPr>
      <w:r>
        <w:t>اگر آپ یہ انتظار کریں کہ کوئی بہت بڑا سا ہمیں۔۔۔۔۔۔۔۔۔۔۔ اسٹیج مل جائے۔</w:t>
      </w:r>
    </w:p>
    <w:p>
      <w:r>
        <w:rPr>
          <w:b/>
        </w:rPr>
        <w:t xml:space="preserve">[49:23] </w:t>
      </w:r>
      <w:r>
        <w:t>to phir aap koi bara kaam anjaam denge. to aap nateeja koi koi nahi dekhte? kis bare stage wale ne koi bara kaam kiya ho mujhe bata dijiye.</w:t>
      </w:r>
    </w:p>
    <w:p>
      <w:pPr>
        <w:jc w:val="right"/>
      </w:pPr>
      <w:r>
        <w:t>تو پھر آپ کوئی بڑا کام انجام دیں گے۔ تو آپ نتیجہ کوئی کوئی نہیں دیکھتے؟ کس بڑے اسٹیج والے نے کوئی بڑا کام کیا ہو مجھے بتا دیجیے۔</w:t>
      </w:r>
    </w:p>
    <w:p>
      <w:r>
        <w:rPr>
          <w:b/>
        </w:rPr>
        <w:t xml:space="preserve">[49:36] </w:t>
      </w:r>
      <w:r>
        <w:t>konsa woh aadmi jis ko bare bare stage mile hain is ne koi bara</w:t>
      </w:r>
    </w:p>
    <w:p>
      <w:pPr>
        <w:jc w:val="right"/>
      </w:pPr>
      <w:r>
        <w:t>کون سا وہ آدمی جس کو بڑے بڑے اسٹیج ملے ہیں اس نے کوئی بڑا</w:t>
      </w:r>
    </w:p>
    <w:p>
      <w:r>
        <w:rPr>
          <w:b/>
        </w:rPr>
        <w:t xml:space="preserve">[49:39] </w:t>
      </w:r>
      <w:r>
        <w:t>kaam anjaam diya ho. to aik aadmi poori tareekh mujhe bata dijiye. poori tareekh mein.</w:t>
      </w:r>
    </w:p>
    <w:p>
      <w:pPr>
        <w:jc w:val="right"/>
      </w:pPr>
      <w:r>
        <w:t>کام انجام دیا ہو۔ تو ایک آدمی پوری تاریخ مجھے بتا دیجیے۔ پوری تاریخ میں۔</w:t>
      </w:r>
    </w:p>
    <w:p>
      <w:r>
        <w:rPr>
          <w:b/>
        </w:rPr>
        <w:t xml:space="preserve">[49:47] </w:t>
      </w:r>
      <w:r>
        <w:t>aap jante hain ke plato ne aik bohat bara hadaf banaya apna. bohat bara. yani royalty jo thi wahan ki. royalty mein is ka itna bara darja tha.</w:t>
      </w:r>
    </w:p>
    <w:p>
      <w:pPr>
        <w:jc w:val="right"/>
      </w:pPr>
      <w:r>
        <w:t>آپ جانتے ہیں کہ پلیٹو نے ایک بہت بڑا ہدف بنایا اپنا۔ بہت بڑا۔ یعنی رائلٹی جو تھی وہاں کی۔ رائلٹی میں اس کا اتنا بڑا درجہ تھا۔</w:t>
      </w:r>
    </w:p>
    <w:p>
      <w:r>
        <w:rPr>
          <w:b/>
        </w:rPr>
        <w:t xml:space="preserve">[49:59] </w:t>
      </w:r>
      <w:r>
        <w:t>ke royal, jo shehzade the, shehzadon ka teacher tha woh.</w:t>
      </w:r>
    </w:p>
    <w:p>
      <w:pPr>
        <w:jc w:val="right"/>
      </w:pPr>
      <w:r>
        <w:t>کہ رائل، جو شہزادے تھے، شہزادوں کا ٹیچر تھا وہ۔</w:t>
      </w:r>
    </w:p>
    <w:p>
      <w:r>
        <w:rPr>
          <w:b/>
        </w:rPr>
        <w:t xml:space="preserve">[50:03] </w:t>
      </w:r>
      <w:r>
        <w:t>bohat bara is ka ehtram diya jata tha wahan. family mein, is mein, mahal mein. plato ko. plato ne kya hadaf banaya?</w:t>
      </w:r>
    </w:p>
    <w:p>
      <w:pPr>
        <w:jc w:val="right"/>
      </w:pPr>
      <w:r>
        <w:t>بہت بڑا اس کا احترام دیا جاتا تھا وہاں۔ فیملی میں، اس میں، محل میں۔ پلیٹو کو۔ پلیٹو نے کیا ہدف بنایا؟</w:t>
      </w:r>
    </w:p>
    <w:p>
      <w:r>
        <w:rPr>
          <w:b/>
        </w:rPr>
        <w:t xml:space="preserve">[50:13] </w:t>
      </w:r>
      <w:r>
        <w:t>ke alexander is ka shagird tha. alexander ko falsafi banaunga. aur phir sari dunya mein woh aik ideal riyasat banaye ga woh.</w:t>
      </w:r>
    </w:p>
    <w:p>
      <w:pPr>
        <w:jc w:val="right"/>
      </w:pPr>
      <w:r>
        <w:t>کہ الیگزینڈر اس کا شاگرد تھا۔ الیگزینڈر کو فلسفی بناؤں گا۔ اور پھر ساری دنیا میں وہ ایک آئیڈیل ریاست بنائے گا وہ۔</w:t>
      </w:r>
    </w:p>
    <w:p>
      <w:r>
        <w:rPr>
          <w:b/>
        </w:rPr>
        <w:t xml:space="preserve">[50:25] </w:t>
      </w:r>
      <w:r>
        <w:t>lekin kuch bhi nahi hua. athens mein nahi hua woh. poori dunya mein kahan se hota hai woh.</w:t>
      </w:r>
    </w:p>
    <w:p>
      <w:pPr>
        <w:jc w:val="right"/>
      </w:pPr>
      <w:r>
        <w:t>لیکن کچھ بھی نہیں ہوا۔ ایتھنز میں نہیں ہوا وہ۔ پوری دنیا میں کہاں سے ہوتا ہے وہ۔</w:t>
      </w:r>
    </w:p>
    <w:p>
      <w:r>
        <w:rPr>
          <w:b/>
        </w:rPr>
        <w:t xml:space="preserve">[50:30] </w:t>
      </w:r>
      <w:r>
        <w:t>to koi bhi aadmi jis ko۔۔۔۔۔۔۔۔۔۔ bare bare stage milte hain. poori tareekh mujhe bata dijiye ke is ne koi bara kaam anjaam diya ho.</w:t>
      </w:r>
    </w:p>
    <w:p>
      <w:pPr>
        <w:jc w:val="right"/>
      </w:pPr>
      <w:r>
        <w:t>تو کوئی بھی آدمی جس کو۔۔۔۔۔۔۔۔۔۔ بڑے بڑے اسٹیج ملتے ہیں۔ پوری تاریخ مجھے بتا دیجیے کہ اس نے کوئی بڑا کام انجام دیا ہو۔</w:t>
      </w:r>
    </w:p>
    <w:p>
      <w:r>
        <w:rPr>
          <w:b/>
        </w:rPr>
        <w:t xml:space="preserve">[50:40] </w:t>
      </w:r>
      <w:r>
        <w:t>In terms of result . dekhiye aik hai in terms of crowd dekhna kisi ko. In terms of building, in terms of crowd, in terms of fame .</w:t>
      </w:r>
    </w:p>
    <w:p>
      <w:pPr>
        <w:jc w:val="right"/>
      </w:pPr>
      <w:r>
        <w:t>In terms of result ۔ دیکھیے ایک ہے in terms of crowd دیکھنا کسی کو۔ In terms of building, in terms of crowd, in terms of fame ۔</w:t>
      </w:r>
    </w:p>
    <w:p>
      <w:r>
        <w:rPr>
          <w:b/>
        </w:rPr>
        <w:t xml:space="preserve">[50:49] </w:t>
      </w:r>
      <w:r>
        <w:t>to manta hoon ke bohat se log aise paida hue. aaj bhi paida ho rahe hain. lekin in terms of positive result mujhe bataiye kaun shakhs hai woh.</w:t>
      </w:r>
    </w:p>
    <w:p>
      <w:pPr>
        <w:jc w:val="right"/>
      </w:pPr>
      <w:r>
        <w:t>تو مانتا ہوں کہ بہت سے لوگ ایسے پیدا ہوئے۔ آج بھی پیدا ہو رہے ہیں۔ لیکن in terms of positive result مجھے بتائیے کون شخص ہے وہ۔</w:t>
      </w:r>
    </w:p>
    <w:p>
      <w:r>
        <w:rPr>
          <w:b/>
        </w:rPr>
        <w:t xml:space="preserve">[51:00] </w:t>
      </w:r>
      <w:r>
        <w:t>In terms of positive result . aik bhi nahi hai. hai to woh hai jis ne aik chote kaam se koi bara, chote kaam ko se apne kaam ko shuru kiya.</w:t>
      </w:r>
    </w:p>
    <w:p>
      <w:pPr>
        <w:jc w:val="right"/>
      </w:pPr>
      <w:r>
        <w:t>In terms of positive result ۔ ایک بھی نہیں ہے۔ ہے تو وہ ہے جس نے ایک چھوٹے کام سے کوئی بڑا، چھوٹے کام کو سے اپنے کام کو شروع کیا۔</w:t>
      </w:r>
    </w:p>
    <w:p>
      <w:r>
        <w:rPr>
          <w:b/>
        </w:rPr>
        <w:t xml:space="preserve">[51:11] </w:t>
      </w:r>
      <w:r>
        <w:t>jaise Muhammad (SAW). ke chote kaam ko unhon ne kaam samjha. badshahat ko nazar andaz kar diya. badshahat ke offer ko aap ne qabool nahi kiya.</w:t>
      </w:r>
    </w:p>
    <w:p>
      <w:pPr>
        <w:jc w:val="right"/>
      </w:pPr>
      <w:r>
        <w:t>جیسے محمد صلی اللہ علیہ وسلم۔ کہ چھوٹے کام کو انہوں نے کام سمجھا۔ بادشاہت کو نظرانداز کر دیا۔ بادشاہت کے آفر کو آپ نے قبول نہیں کیا۔</w:t>
      </w:r>
    </w:p>
    <w:p>
      <w:r>
        <w:rPr>
          <w:b/>
        </w:rPr>
        <w:t xml:space="preserve">[51:23] </w:t>
      </w:r>
      <w:r>
        <w:t>aur chhote kaam mein aap ne koi laga diya.</w:t>
      </w:r>
    </w:p>
    <w:p>
      <w:pPr>
        <w:jc w:val="right"/>
      </w:pPr>
      <w:r>
        <w:t>اور چھوٹے کام میں آپ نے کوئی لگا دیا۔</w:t>
      </w:r>
    </w:p>
    <w:p>
      <w:r>
        <w:rPr>
          <w:b/>
        </w:rPr>
        <w:t xml:space="preserve">[51:27] </w:t>
      </w:r>
      <w:r>
        <w:t>to Khuda ke fazl se unhon ne bohat hi bada kaam anjaam diya unhon ne.</w:t>
      </w:r>
    </w:p>
    <w:p>
      <w:pPr>
        <w:jc w:val="right"/>
      </w:pPr>
      <w:r>
        <w:t>تو خدا کے فضل سے انہوں نے بہت ہی بڑا کام انجام دیا انہوں نے۔</w:t>
      </w:r>
    </w:p>
    <w:p>
      <w:r>
        <w:rPr>
          <w:b/>
        </w:rPr>
        <w:t xml:space="preserve">[51:35] </w:t>
      </w:r>
      <w:r>
        <w:t>to main aap apni team ko, apne saathiyon ko chahta hoon ke is baat ko samjhein.</w:t>
      </w:r>
    </w:p>
    <w:p>
      <w:pPr>
        <w:jc w:val="right"/>
      </w:pPr>
      <w:r>
        <w:t>تو میں آپ اپنی ٹیم کو، اپنے ساتھیوں کو چاہتا ہوں کہ اس بات کو سمجھیں۔</w:t>
      </w:r>
    </w:p>
    <w:p>
      <w:r>
        <w:rPr>
          <w:b/>
        </w:rPr>
        <w:t xml:space="preserve">[51:44] </w:t>
      </w:r>
      <w:r>
        <w:t>ke hamein chhote kaam hi ko bada kaam samajhna hai.</w:t>
      </w:r>
    </w:p>
    <w:p>
      <w:pPr>
        <w:jc w:val="right"/>
      </w:pPr>
      <w:r>
        <w:t>کہ ہمیں چھوٹے کام ہی کو بڑا کام سمجھنا ہے۔</w:t>
      </w:r>
    </w:p>
    <w:p>
      <w:r>
        <w:rPr>
          <w:b/>
        </w:rPr>
        <w:t xml:space="preserve">[51:49] </w:t>
      </w:r>
      <w:r>
        <w:t>jaise misaal ke taur par hum aap jaate hain kisi conference mein. Hum jaate hain kisi akathapan mein. Hum jaate hain kisi Eid Bakra Eid ki namaz mein.</w:t>
      </w:r>
    </w:p>
    <w:p>
      <w:pPr>
        <w:jc w:val="right"/>
      </w:pPr>
      <w:r>
        <w:t>جیسے مثال کے طور پر ہم آپ جاتے ہیں کسی کانفرنس میں۔ ہم جاتے ہیں کسی اکٹھاپن میں۔ ہم جاتے ہیں کسی عید بکرے عید کی نماز میں۔</w:t>
      </w:r>
    </w:p>
    <w:p>
      <w:r>
        <w:rPr>
          <w:b/>
        </w:rPr>
        <w:t xml:space="preserve">[51:57] </w:t>
      </w:r>
      <w:r>
        <w:t>wahan par pamphlet baant te hain. Dekh rahe hain woh chhota sa pamphlet hota hai woh. Koi samjhaye yeh kya hai, yeh kaun sa kaam hai. Pamphlet baant rahe hain.</w:t>
      </w:r>
    </w:p>
    <w:p>
      <w:pPr>
        <w:jc w:val="right"/>
      </w:pPr>
      <w:r>
        <w:t>وہاں پر پمفلٹ بانٹتے ہیں۔ دیکھ رہے ہیں وہ چھوٹا سا پمفلٹ ہوتا ہے وہ۔ کوئی سمجھائے یہ کیا ہے، یہ کون سا کام ہے۔ پمفلٹ بانٹ رہے ہیں۔</w:t>
      </w:r>
    </w:p>
    <w:p>
      <w:r>
        <w:rPr>
          <w:b/>
        </w:rPr>
        <w:t xml:space="preserve">[52:06] </w:t>
      </w:r>
      <w:r>
        <w:t>isi ko aap bada kaam samjhein. Apne bag mein das bees pamphlet aap rakhein to aap lage ke bhai kya hai yeh to kuch bhi nahi hai.</w:t>
      </w:r>
    </w:p>
    <w:p>
      <w:pPr>
        <w:jc w:val="right"/>
      </w:pPr>
      <w:r>
        <w:t>اسی کو آپ بڑا کام سمجھیں۔ اپنے بیگ میں دس بیس پمفلٹ آپ رکھیں تو آپ لگے کہ بھئی کیا ہے یہ تو کچھ بھی نہیں ہے۔</w:t>
      </w:r>
    </w:p>
    <w:p>
      <w:r>
        <w:rPr>
          <w:b/>
        </w:rPr>
        <w:t xml:space="preserve">[52:18] </w:t>
      </w:r>
      <w:r>
        <w:t>lekin isi kuch nahi hai ko bada kaam samjhein aap.</w:t>
      </w:r>
    </w:p>
    <w:p>
      <w:pPr>
        <w:jc w:val="right"/>
      </w:pPr>
      <w:r>
        <w:t>لیکن اسی کچھ نہیں ہے کو بڑا کام سمجھیں آپ۔</w:t>
      </w:r>
    </w:p>
    <w:p>
      <w:r>
        <w:rPr>
          <w:b/>
        </w:rPr>
        <w:t xml:space="preserve">[52:23] </w:t>
      </w:r>
      <w:r>
        <w:t>ek shakhs se interaction karne ko bada kaam samjhein aap. Ek shakhs ko pamphlet dene ko bada kaam samjhein aap. Ek chhoti si library apne ghar mein qaim karein aap.</w:t>
      </w:r>
    </w:p>
    <w:p>
      <w:pPr>
        <w:jc w:val="right"/>
      </w:pPr>
      <w:r>
        <w:t>ایک شخص سے انٹرایکشن کرنے کو بڑا کام سمجھیں آپ۔ ایک شخص کو پمفلٹ دینے کو بڑا کام سمجھیں آپ۔ ایک چھوٹی سی لائبریری اپنے گھر میں قائم کریں آپ۔</w:t>
      </w:r>
    </w:p>
    <w:p>
      <w:r>
        <w:rPr>
          <w:b/>
        </w:rPr>
        <w:t xml:space="preserve">[52:35] </w:t>
      </w:r>
      <w:r>
        <w:t>aap ghar mein ek ek ek one room set mein aap reh rahe hain. Jagah bohat thodi si hai. Isi mein aap ek almari bana kar ke apni ek library khadi kar dein.</w:t>
      </w:r>
    </w:p>
    <w:p>
      <w:pPr>
        <w:jc w:val="right"/>
      </w:pPr>
      <w:r>
        <w:t>آپ گھر میں ایک ایک ایک ون روم سیٹ میں آپ رہ رہے ہیں۔ جگہ بہت تھوڑی سی ہے۔ اسی میں آپ ایک الماری بنا کر کے اپنی ایک لائبریری کھڑی کر دیں۔</w:t>
      </w:r>
    </w:p>
    <w:p>
      <w:r>
        <w:rPr>
          <w:b/>
        </w:rPr>
        <w:t xml:space="preserve">[52:45] </w:t>
      </w:r>
      <w:r>
        <w:t>woh bada kaam hai woh.</w:t>
      </w:r>
    </w:p>
    <w:p>
      <w:pPr>
        <w:jc w:val="right"/>
      </w:pPr>
      <w:r>
        <w:t>وہ بڑا کام ہے وہ۔</w:t>
      </w:r>
    </w:p>
    <w:p>
      <w:r>
        <w:rPr>
          <w:b/>
        </w:rPr>
        <w:t xml:space="preserve">[52:50] </w:t>
      </w:r>
      <w:r>
        <w:t>yeh main samajhta hoon ke aap ke andar yeh yeh paida honi chahiye. Kyun ke agar aap ne.... Kuch insaanon ko....</w:t>
      </w:r>
    </w:p>
    <w:p>
      <w:pPr>
        <w:jc w:val="right"/>
      </w:pPr>
      <w:r>
        <w:t>یہ میں سمجھتا ہوں کہ آپ کے اندر یہ یہ پیدا ہونی چاہیے۔ کیوں کہ اگر آپ نے۔۔۔۔۔۔۔۔۔۔ کچھ انسانوں کو۔۔۔۔۔۔۔۔۔۔</w:t>
      </w:r>
    </w:p>
    <w:p>
      <w:r>
        <w:rPr>
          <w:b/>
        </w:rPr>
        <w:t xml:space="preserve">[53:00] </w:t>
      </w:r>
      <w:r>
        <w:t>is zehen ko badal liya, zehen ko. Un ke zehen ko, un ki soch ko. To bohat bada kaam aap ne kiya. Kisi ne kaha hai ke....</w:t>
      </w:r>
    </w:p>
    <w:p>
      <w:pPr>
        <w:jc w:val="right"/>
      </w:pPr>
      <w:r>
        <w:t>اس ذہن کو بدل لیا، ذہن کو۔ ان کے ذہن کو، ان کی سوچ کو۔ تو بہت بڑا کام آپ نے کیا۔ کسی نے کہا ہے کہ۔۔۔۔۔۔۔۔۔۔</w:t>
      </w:r>
    </w:p>
    <w:p>
      <w:r>
        <w:rPr>
          <w:b/>
        </w:rPr>
        <w:t xml:space="preserve">[53:10] </w:t>
      </w:r>
      <w:r>
        <w:t>ke mumalik ko.... Conquer karna yeh koi bada kaam nahi hai. Bada kaam hai zehen ko conquer karna.</w:t>
      </w:r>
    </w:p>
    <w:p>
      <w:pPr>
        <w:jc w:val="right"/>
      </w:pPr>
      <w:r>
        <w:t>کہ ممالک کو۔۔۔۔۔۔۔۔۔۔ کانکر کرنا یہ کوئی بڑا کام نہیں ہے۔ بڑا کام ہے ذہن کو کانکر کرنا۔</w:t>
      </w:r>
    </w:p>
    <w:p>
      <w:r>
        <w:rPr>
          <w:b/>
        </w:rPr>
        <w:t xml:space="preserve">[53:19] </w:t>
      </w:r>
      <w:r>
        <w:t>ek fard zehen ko agar tum ne conquer kar liya. To tum ne poori duniya ko conquer kar liya. Yeh yeh main samajhta hoon ke yeh aap ke andar yeh yeh soch....</w:t>
      </w:r>
    </w:p>
    <w:p>
      <w:pPr>
        <w:jc w:val="right"/>
      </w:pPr>
      <w:r>
        <w:t>ایک فرد ذہن کو اگر تم نے کانکر کر لیا۔ تو تم نے پوری دنیا کو کانکر کر لیا۔ یہ یہ میں سمجھتا ہوں کہ یہ آپ کے اندر یہ یہ سوچ۔۔۔۔۔۔۔۔۔۔</w:t>
      </w:r>
    </w:p>
    <w:p>
      <w:r>
        <w:rPr>
          <w:b/>
        </w:rPr>
        <w:t xml:space="preserve">[53:30] </w:t>
      </w:r>
      <w:r>
        <w:t>aana chahiye. Yeh soch.</w:t>
      </w:r>
    </w:p>
    <w:p>
      <w:pPr>
        <w:jc w:val="right"/>
      </w:pPr>
      <w:r>
        <w:t>آنا چاہیے۔ یہ سوچ۔</w:t>
      </w:r>
    </w:p>
    <w:p>
      <w:r>
        <w:rPr>
          <w:b/>
        </w:rPr>
        <w:t xml:space="preserve">[53:38] </w:t>
      </w:r>
      <w:r>
        <w:t>to hum log jo kaam kar rahe hain.... Woh.... Dekhne walon ko ho sakta hai ke chhota kaam dikhai pare. Haalankeh dekhiye main ek baat aur arz karoon.</w:t>
      </w:r>
    </w:p>
    <w:p>
      <w:pPr>
        <w:jc w:val="right"/>
      </w:pPr>
      <w:r>
        <w:t>تو ہم لوگ جو کام کر رہے ہیں۔۔۔۔۔۔۔۔۔۔۔ وہ۔۔۔۔۔۔۔۔۔۔ دیکھنے والوں کو ہو سکتا ہے کہ چھوٹا کام دکھائی پڑے۔ حالانکہ دیکھیے میں ایک بات اور عرض کروں۔</w:t>
      </w:r>
    </w:p>
    <w:p>
      <w:r>
        <w:rPr>
          <w:b/>
        </w:rPr>
        <w:t xml:space="preserve">[53:48] </w:t>
      </w:r>
      <w:r>
        <w:t>ke chhota kaam aur bada kaam bhi aap relative term ban chuke hain. Relative term. Woh zamana khatam ho gaya. Woh zamana khatam ho gaya.</w:t>
      </w:r>
    </w:p>
    <w:p>
      <w:pPr>
        <w:jc w:val="right"/>
      </w:pPr>
      <w:r>
        <w:t>کہ چھوٹا کام اور بڑا کام بھی آپ ریلیٹو ٹرم بن چکے ہیں۔ ریلیٹو ٹرم۔ وہ زمانہ ختم ہو گیا۔ وہ زمانہ ختم ہو گیا۔</w:t>
      </w:r>
    </w:p>
    <w:p>
      <w:r>
        <w:rPr>
          <w:b/>
        </w:rPr>
        <w:t xml:space="preserve">[54:02] </w:t>
      </w:r>
      <w:r>
        <w:t>ab aap electronic daur mein hain. Electronic.... Age mein hain. Ab daur qareeb ka.</w:t>
      </w:r>
    </w:p>
    <w:p>
      <w:pPr>
        <w:jc w:val="right"/>
      </w:pPr>
      <w:r>
        <w:t>اب آپ الیکٹرانک دور میں ہیں۔ الیکٹرانک۔۔۔۔۔۔۔۔۔۔ ایج میں ہیں۔ اب دور قریب کیا۔</w:t>
      </w:r>
    </w:p>
    <w:p>
      <w:r>
        <w:rPr>
          <w:b/>
        </w:rPr>
        <w:t xml:space="preserve">[54:11] </w:t>
      </w:r>
      <w:r>
        <w:t>ab to telecommunication ka zamana hai. Aap ek jagah baith kar ke.... Sari duniya ko mukhatib kar sakte hain. Ek chhoti si building mein baith kar ke aap....</w:t>
      </w:r>
    </w:p>
    <w:p>
      <w:pPr>
        <w:jc w:val="right"/>
      </w:pPr>
      <w:r>
        <w:t>اب تو ٹیلی کمیونیکیشن کا زمانہ ہے۔ آپ ایک جگہ بیٹھ کر کے۔۔۔۔۔۔۔۔۔۔ ساری دنیا کو مخاطب کر سکتے ہیں۔ ایک چھوٹی سی بلڈنگ میں بیٹھ کر کے آپ۔۔۔۔۔۔۔۔۔۔</w:t>
      </w:r>
    </w:p>
    <w:p>
      <w:r>
        <w:rPr>
          <w:b/>
        </w:rPr>
        <w:t xml:space="preserve">[54:22] </w:t>
      </w:r>
      <w:r>
        <w:t>apne paigham sari duniya mein pohncha sakte hain.</w:t>
      </w:r>
    </w:p>
    <w:p>
      <w:pPr>
        <w:jc w:val="right"/>
      </w:pPr>
      <w:r>
        <w:t>اپنے پیغام ساری دنیا میں پہنچا سکتے ہیں۔</w:t>
      </w:r>
    </w:p>
    <w:p>
      <w:r>
        <w:rPr>
          <w:b/>
        </w:rPr>
        <w:t xml:space="preserve">[54:27] </w:t>
      </w:r>
      <w:r>
        <w:t>ab to telecommunication ka zamana hai. Ab daur aur qareeb ka farq hi mit chuka hai. Yani aaj yeh mumkin ho chuka hai ke aap yahan bolein. Aap ki bol....</w:t>
      </w:r>
    </w:p>
    <w:p>
      <w:pPr>
        <w:jc w:val="right"/>
      </w:pPr>
      <w:r>
        <w:t>اب تو ٹیلی کمیونیکیشن کا زمانہ ہے۔ اب دور اور قریب کا فرق ہی مٹ چکا ہے۔ یعنی آج یہ ممکن ہو چکا ہے کہ آپ یہاں بولیں۔ آپ کی بول۔۔۔۔۔۔۔۔۔۔</w:t>
      </w:r>
    </w:p>
    <w:p>
      <w:r>
        <w:rPr>
          <w:b/>
        </w:rPr>
        <w:t xml:space="preserve">[54:37] </w:t>
      </w:r>
      <w:r>
        <w:t>America Europe mein suni ja rahi ho. To ab dori.... Ab dori ka tasawwur, dori ka tasawwur hi khatam ho gaya.</w:t>
      </w:r>
    </w:p>
    <w:p>
      <w:pPr>
        <w:jc w:val="right"/>
      </w:pPr>
      <w:r>
        <w:t>امریکہ یورپ میں سنی جا رہی ہو۔ تو اب دوری۔۔۔۔۔۔۔۔۔۔ اب دوری کا تصوری، دوری کا تصور ہی ختم ہو گیا۔</w:t>
      </w:r>
    </w:p>
    <w:p>
      <w:r>
        <w:rPr>
          <w:b/>
        </w:rPr>
        <w:t xml:space="preserve">[54:49] </w:t>
      </w:r>
      <w:r>
        <w:t>ab chhote bade ka jo farq hota tha pehle woh ab khatam ho chuka hai.</w:t>
      </w:r>
    </w:p>
    <w:p>
      <w:pPr>
        <w:jc w:val="right"/>
      </w:pPr>
      <w:r>
        <w:t>اب چھوٹے بڑے کا جو فرق ہوتا تھا پہلے وہ اب ختم ہو چکا ہے۔</w:t>
      </w:r>
    </w:p>
    <w:p>
      <w:r>
        <w:rPr>
          <w:b/>
        </w:rPr>
        <w:t xml:space="preserve">[54:56] </w:t>
      </w:r>
      <w:r>
        <w:t>ab na koi chhota hai na koi bada hai. To aap jante hain ke hamara jo mission hai woh to.... Dawat ka mission hai.</w:t>
      </w:r>
    </w:p>
    <w:p>
      <w:pPr>
        <w:jc w:val="right"/>
      </w:pPr>
      <w:r>
        <w:t>اب نہ کوئی چھوٹا ہے نہ کوئی بڑا ہے۔ تو آپ جانتے ہیں کہ ہمارا جو مشن ہے وہ تو۔۔۔۔۔۔۔۔۔۔ دعوت کا مشن ہے۔</w:t>
      </w:r>
    </w:p>
    <w:p>
      <w:r>
        <w:rPr>
          <w:b/>
        </w:rPr>
        <w:t xml:space="preserve">[55:06] </w:t>
      </w:r>
      <w:r>
        <w:t>yani baat ko pohanchana yeh mission hai hamara. convey karna. to convey karne ke liye jo jadeed communication hai. us ko le kar aap sochiye.</w:t>
      </w:r>
    </w:p>
    <w:p>
      <w:pPr>
        <w:jc w:val="right"/>
      </w:pPr>
      <w:r>
        <w:t>یعنی بات کو پہنچانا یہ مشن ہے ہمارا۔ کنوے کرنا۔ تو کنوے کرنے کے لئے جو جدید کمیونیکیشن ہے۔ اس کو لے کر آپ سوچیے۔</w:t>
      </w:r>
    </w:p>
    <w:p>
      <w:r>
        <w:rPr>
          <w:b/>
        </w:rPr>
        <w:t xml:space="preserve">[55:19] </w:t>
      </w:r>
      <w:r>
        <w:t>to hamara۔۔۔۔۔۔۔۔۔۔۔ kisi ka mission chhota mission ho nahi sakta hai. agar woh jadeed communication ko istemal kare to.</w:t>
      </w:r>
    </w:p>
    <w:p>
      <w:pPr>
        <w:jc w:val="right"/>
      </w:pPr>
      <w:r>
        <w:t>تو ہمارا۔۔۔۔۔۔۔۔۔۔۔ کسی کا مشن چھوٹا مشن ہو نہیں سکتا ہے۔ اگر وہ جدید کمیونیکیشن کو استعمال کرے تو۔</w:t>
      </w:r>
    </w:p>
    <w:p>
      <w:r>
        <w:rPr>
          <w:b/>
        </w:rPr>
        <w:t xml:space="preserve">[55:28] </w:t>
      </w:r>
      <w:r>
        <w:t>har mission bara mission hai.</w:t>
      </w:r>
    </w:p>
    <w:p>
      <w:pPr>
        <w:jc w:val="right"/>
      </w:pPr>
      <w:r>
        <w:t>ہر مشن بڑا مشن ہے۔</w:t>
      </w:r>
    </w:p>
    <w:p>
      <w:r>
        <w:rPr>
          <w:b/>
        </w:rPr>
        <w:t xml:space="preserve">[55:34] </w:t>
      </w:r>
      <w:r>
        <w:t>to mein samajhta hoon ke yeh bohat hi zyada zaroori hai. hamare apne sathiyon mein bhi shaoori taur par nahi balkay lashaoori taur par yeh baat baithi hui hai abhi bhi mujhe shakk hai yeh.</w:t>
      </w:r>
    </w:p>
    <w:p>
      <w:pPr>
        <w:jc w:val="right"/>
      </w:pPr>
      <w:r>
        <w:t>تو میں سمجھتا ہوں کہ یہ بہت ہی زیادہ ضروری ہے۔ ہمارے اپنے ساتھیوں میں بھی شعوری طور پر نہیں بلکہ لاشعوری طور پر یہ بات بیٹھی ہوئی ہے ابھی بھی مجھے شک ہے یہ۔</w:t>
      </w:r>
    </w:p>
    <w:p>
      <w:r>
        <w:rPr>
          <w:b/>
        </w:rPr>
        <w:t xml:space="preserve">[55:45] </w:t>
      </w:r>
      <w:r>
        <w:t>ke chhote kaam ko bara kaam samajhna۔۔۔۔۔۔۔۔۔۔ yeh ek qurbani karna parega aap ko.</w:t>
      </w:r>
    </w:p>
    <w:p>
      <w:pPr>
        <w:jc w:val="right"/>
      </w:pPr>
      <w:r>
        <w:t>کہ چھوٹے کام کو بڑا کام سمجھنا۔۔۔۔۔۔۔۔۔۔ یہ ایک قربانی کرنا پڑے گا آپ کو۔</w:t>
      </w:r>
    </w:p>
    <w:p>
      <w:r>
        <w:rPr>
          <w:b/>
        </w:rPr>
        <w:t xml:space="preserve">[55:52] </w:t>
      </w:r>
      <w:r>
        <w:t>apne lashaoori zehan tak ko aap ko tatolna parega. ke mere lashaoori zehan mein to baithi nahi hui hai yeh baat.</w:t>
      </w:r>
    </w:p>
    <w:p>
      <w:pPr>
        <w:jc w:val="right"/>
      </w:pPr>
      <w:r>
        <w:t>اپنے لاشعوری ذہن تک کو آپ کو ٹٹولنا پڑے گا۔ کہ میرے لاشعوری ذہن میں تو بیٹھی نہیں ہوئی ہے یہ بات۔</w:t>
      </w:r>
    </w:p>
    <w:p>
      <w:r>
        <w:rPr>
          <w:b/>
        </w:rPr>
        <w:t xml:space="preserve">[56:04] </w:t>
      </w:r>
      <w:r>
        <w:t>to mein phir kahunga ke aap apne zehan ko tatoliye.</w:t>
      </w:r>
    </w:p>
    <w:p>
      <w:pPr>
        <w:jc w:val="right"/>
      </w:pPr>
      <w:r>
        <w:t>تو میں پھر کہوں گا کہ آپ اپنے ذہن کو ٹٹولیے۔</w:t>
      </w:r>
    </w:p>
    <w:p>
      <w:r>
        <w:rPr>
          <w:b/>
        </w:rPr>
        <w:t xml:space="preserve">[56:13] </w:t>
      </w:r>
      <w:r>
        <w:t>kyun ke jab tak aap is ki ahmiyat nahi samjhenge. tab bharpoor taur par lagenge nahi is mein.</w:t>
      </w:r>
    </w:p>
    <w:p>
      <w:pPr>
        <w:jc w:val="right"/>
      </w:pPr>
      <w:r>
        <w:t>کیوں کہ جب تک آپ اس کی اہمیت نہیں سمجھیں گے۔ تب بھرپور طور پر لگیں گے نہیں اس میں۔</w:t>
      </w:r>
    </w:p>
    <w:p>
      <w:r>
        <w:rPr>
          <w:b/>
        </w:rPr>
        <w:t xml:space="preserve">[56:20] </w:t>
      </w:r>
      <w:r>
        <w:t>jis kaam ko aadmi ahmiyat de tabhi to bharpoor taur par lagega is mein. mujhe laga hi kyun woh. kisi kaam mein apne ko waqf karna.</w:t>
      </w:r>
    </w:p>
    <w:p>
      <w:pPr>
        <w:jc w:val="right"/>
      </w:pPr>
      <w:r>
        <w:t>جس کام کو آدمی اہمیت دے تبھی تو بھرپور طور پر لگے گا اس میں۔ مجھے لگا ہی کیوں وہ۔ کسی کام میں اپنے کو وقف کرنا۔</w:t>
      </w:r>
    </w:p>
    <w:p>
      <w:r>
        <w:rPr>
          <w:b/>
        </w:rPr>
        <w:t xml:space="preserve">[56:30] </w:t>
      </w:r>
      <w:r>
        <w:t>is ke baghair kaam hota nahi. jab tak aap waqf na karein apne aap ko tab tak kaise kaam۔۔۔۔۔۔۔۔ hoga.</w:t>
      </w:r>
    </w:p>
    <w:p>
      <w:pPr>
        <w:jc w:val="right"/>
      </w:pPr>
      <w:r>
        <w:t>اس کے بغیر کام ہوتا نہیں۔ جب تک آپ وقف نہ کریں اپنے آپ کو تب تک کیسے کام۔۔۔۔۔۔۔۔ ہوگا۔</w:t>
      </w:r>
    </w:p>
    <w:p>
      <w:r>
        <w:rPr>
          <w:b/>
        </w:rPr>
        <w:t xml:space="preserve">[56:39] </w:t>
      </w:r>
      <w:r>
        <w:t>to is kaam mein apne ko waqf karne ke liye mein samajhta hoon ke yeh chahiye. ke aap apne shaoori zehan aur lashaoori zehan dono ko tatol kar dekhein. ke kahin yeh baat to baithi hui nahi hai.</w:t>
      </w:r>
    </w:p>
    <w:p>
      <w:pPr>
        <w:jc w:val="right"/>
      </w:pPr>
      <w:r>
        <w:t>تو اس کام میں اپنے کو وقف کرنے کے لئے میں سمجھتا ہوں کہ یہ چاہیے۔ کہ آپ اپنے شعوری ذہن اور لاشعوری ذہن دونوں کو ٹٹول کر دیکھیں۔ کہ کہیں یہ بات تو بیٹھی ہوئی نہیں ہے۔</w:t>
      </w:r>
    </w:p>
    <w:p>
      <w:r>
        <w:rPr>
          <w:b/>
        </w:rPr>
        <w:t xml:space="preserve">[56:50] </w:t>
      </w:r>
      <w:r>
        <w:t>ke mein chhote kaam ko chhota kaam samajhta hoon. aur bara kaam mujhe bara dikhai deta hai.</w:t>
      </w:r>
    </w:p>
    <w:p>
      <w:pPr>
        <w:jc w:val="right"/>
      </w:pPr>
      <w:r>
        <w:t>کہ میں چھوٹے کام کو چھوٹا کام سمجھتا ہوں۔ اور بڑا کام مجھے بڑا دکھائی دیتا ہے۔</w:t>
      </w:r>
    </w:p>
    <w:p>
      <w:r>
        <w:rPr>
          <w:b/>
        </w:rPr>
        <w:t xml:space="preserve">[56:59] </w:t>
      </w:r>
      <w:r>
        <w:t>to mein samajhta hoon ke mein۔۔۔۔۔۔۔۔۔۔ yani apne apne apne tajrube ko۔۔۔۔۔۔۔۔۔۔ jo zindagi bhar ka jo tajruba mera hai.</w:t>
      </w:r>
    </w:p>
    <w:p>
      <w:pPr>
        <w:jc w:val="right"/>
      </w:pPr>
      <w:r>
        <w:t>تو میں سمجھتا ہوں کہ میں۔۔۔۔۔۔۔۔۔۔ یعنی اپنے اپنے اپنے تجربے کو۔۔۔۔۔۔۔۔۔۔ جو زندگی بھر کا جو تجربہ میرا ہے۔</w:t>
      </w:r>
    </w:p>
    <w:p>
      <w:r>
        <w:rPr>
          <w:b/>
        </w:rPr>
        <w:t xml:space="preserve">[57:09] </w:t>
      </w:r>
      <w:r>
        <w:t>is ko mein sametoon to yahi kaha۔۔۔۔۔۔۔۔۔۔۔ yahi is ka khulasa hoga. ke bara kaam woh aadmi kar pata hai jo chhote kaam ko bara kaam samjhe. yeh mera formula hai.</w:t>
      </w:r>
    </w:p>
    <w:p>
      <w:pPr>
        <w:jc w:val="right"/>
      </w:pPr>
      <w:r>
        <w:t>اس کو میں سمیٹوں تو یہی کہا۔۔۔۔۔۔۔۔۔۔۔ یہی اس کا خلاصہ ہوگا۔ کہ بڑا کام وہ آدمی کر پاتا ہے جو چھوٹے کام کو بڑا کام سمجھے۔ یہ میرا فارمولا ہے۔</w:t>
      </w:r>
    </w:p>
    <w:p>
      <w:r>
        <w:rPr>
          <w:b/>
        </w:rPr>
        <w:t xml:space="preserve">[57:22] </w:t>
      </w:r>
      <w:r>
        <w:t>bara kaam۔۔۔۔۔۔۔۔۔۔ bara kaam matlab nateeje ke aitbar se bara kaam. ek hai dikhai dene ke aitbar se bara kaam.</w:t>
      </w:r>
    </w:p>
    <w:p>
      <w:pPr>
        <w:jc w:val="right"/>
      </w:pPr>
      <w:r>
        <w:t>بڑا کام۔۔۔۔۔۔۔۔۔۔ بڑا کام مطلب نتیجے کے اعتبار سے بڑا کام۔ ایک ہے دکھائی دینے کے اعتبار سے بڑا کام۔</w:t>
      </w:r>
    </w:p>
    <w:p>
      <w:r>
        <w:rPr>
          <w:b/>
        </w:rPr>
        <w:t xml:space="preserve">[57:31] </w:t>
      </w:r>
      <w:r>
        <w:t>ek hota hai ke dikhai dene ke aitbar se koi kaam bara dikhai paray. bhai woh kuch nahi hota hai, kuch bhi nahi hota. haqeeqat ke aitbar se bara kaam.</w:t>
      </w:r>
    </w:p>
    <w:p>
      <w:pPr>
        <w:jc w:val="right"/>
      </w:pPr>
      <w:r>
        <w:t>ایک ہوتا ہے کہ دکھائی دینے کے اعتبار سے کوئی کام بڑا دکھائی پڑے۔ بھئی وہ کچھ نہیں ہوتا ہے، کچھ بھی نہیں ہوتا۔ حقیقت کے اعتبار سے بڑا کام۔</w:t>
      </w:r>
    </w:p>
    <w:p>
      <w:r>
        <w:rPr>
          <w:b/>
        </w:rPr>
        <w:t xml:space="preserve">[57:41] </w:t>
      </w:r>
      <w:r>
        <w:t>to mein yeh kahunga۔۔۔۔۔۔۔۔۔۔۔ ke haqeeqat ke aitbar se bara kaam۔۔۔۔۔۔۔۔۔۔ woh log kar paate hain۔۔۔۔۔۔۔۔۔۔</w:t>
      </w:r>
    </w:p>
    <w:p>
      <w:pPr>
        <w:jc w:val="right"/>
      </w:pPr>
      <w:r>
        <w:t>تو میں یہ کہوں گا۔۔۔۔۔۔۔۔۔۔۔ کہ حقیقت کے اعتبار سے بڑا کام۔۔۔۔۔۔۔۔۔۔ وہ لوگ کر پاتے ہیں۔۔۔۔۔۔۔۔۔۔۔</w:t>
      </w:r>
    </w:p>
    <w:p>
      <w:r>
        <w:rPr>
          <w:b/>
        </w:rPr>
        <w:t xml:space="preserve">[57:50] </w:t>
      </w:r>
      <w:r>
        <w:t>jo۔۔۔۔۔۔۔۔۔۔ chhote kaam ko bara kaam samajh saken.</w:t>
      </w:r>
    </w:p>
    <w:p>
      <w:pPr>
        <w:jc w:val="right"/>
      </w:pPr>
      <w:r>
        <w:t>جو۔۔۔۔۔۔۔۔۔۔ چھوٹے کام کو بڑا کام سمجھ سکیں۔</w:t>
      </w:r>
    </w:p>
    <w:p>
      <w:r>
        <w:rPr>
          <w:b/>
        </w:rPr>
        <w:t xml:space="preserve">[57:56] </w:t>
      </w:r>
      <w:r>
        <w:t>sar al hayat kain fi al bidaya al mutawada'a</w:t>
      </w:r>
    </w:p>
    <w:p>
      <w:pPr>
        <w:jc w:val="right"/>
      </w:pPr>
      <w:r>
        <w:t>سر الحیات کائن فی البدایۃ المتواضع</w:t>
      </w:r>
    </w:p>
    <w:p>
      <w:r>
        <w:rPr>
          <w:b/>
        </w:rPr>
        <w:t xml:space="preserve">[58:04] </w:t>
      </w:r>
      <w:r>
        <w:t>aqool qawli haza wa astaghfirullaha li wa lakum ajmaeen.</w:t>
      </w:r>
    </w:p>
    <w:p>
      <w:pPr>
        <w:jc w:val="right"/>
      </w:pPr>
      <w:r>
        <w:t>اقول قولیھذا واستغفراللہ لی ولکم اجمعین۔</w:t>
      </w:r>
    </w:p>
    <w:p>
      <w:r>
        <w:rPr>
          <w:b/>
        </w:rPr>
        <w:t xml:space="preserve">[58:23] </w:t>
      </w:r>
      <w:r>
        <w:t>this question is from mariya: "a lot of personal examples are found in your talks. is there a special reason for doing so?" achha dekhiye, agar aap kisi baat ko, yani jo personal example jo mein ne kaha, unhon ne is ke baghair hum baat karein to woh ek abstract ho jati hai,</w:t>
      </w:r>
    </w:p>
    <w:p>
      <w:pPr>
        <w:jc w:val="right"/>
      </w:pPr>
      <w:r>
        <w:t>This question is from Mariya: "A lot of personal examples are found in your talks. Is there a special reason for doing so?" اچھا دیکھیے، اگر آپ کسی بات کو، یعنی جو پرسنل ایگزیمپل جو میں نے کہا، انہوں نے اس کے بغیر ہم بات کریں تو وہ ایک ابسٹرکٹ ہو جاتی ہے،</w:t>
      </w:r>
    </w:p>
    <w:p>
      <w:r>
        <w:rPr>
          <w:b/>
        </w:rPr>
        <w:t xml:space="preserve">[58:48] </w:t>
      </w:r>
      <w:r>
        <w:t>abstract. lekin jab hum yeh kahein ke mein ne is pe is ka experience kiya hai aur is ka experience ka yeh result nikla hai to woh actual maloom hone lagti hai.</w:t>
      </w:r>
    </w:p>
    <w:p>
      <w:pPr>
        <w:jc w:val="right"/>
      </w:pPr>
      <w:r>
        <w:t>ابسٹرکٹ۔ لیکن جب ہم یہ کہیں کہ میں نے اس پہ اس کا ایکسپیرینس کیا ہے اور اس کا ایکسپیرینس کا یہ رزلٹ نکلا ہے تو وہ ایکچول معلوم ہونے لگتی ہے۔</w:t>
      </w:r>
    </w:p>
    <w:p>
      <w:r>
        <w:rPr>
          <w:b/>
        </w:rPr>
        <w:t xml:space="preserve">[59:02] </w:t>
      </w:r>
      <w:r>
        <w:t>yeh jo sunnay wala hai, us ko abstract na samajh kar ke actual samjhe, us ke liye dena parta hai aisa. aur ek example ho sakta hai ke history ka, woh bhi hum dete hain.</w:t>
      </w:r>
    </w:p>
    <w:p>
      <w:pPr>
        <w:jc w:val="right"/>
      </w:pPr>
      <w:r>
        <w:t>یہ جو سننے والا ہے، اس کو ابسٹرکٹ نہ سمجھ کر کے ایکچول سمجھے، اس کے لیے دینا پڑتا ہے ایسا۔ اور ایک ایگزیمپل ہو سکتا ہے کہ ہسٹری کا، وہ بھی ہم دیتے ہیں۔</w:t>
      </w:r>
    </w:p>
    <w:p>
      <w:r>
        <w:rPr>
          <w:b/>
        </w:rPr>
        <w:t xml:space="preserve">[59:14] </w:t>
      </w:r>
      <w:r>
        <w:t>kuch example hum apne personal bhi dete hain.</w:t>
      </w:r>
    </w:p>
    <w:p>
      <w:pPr>
        <w:jc w:val="right"/>
      </w:pPr>
      <w:r>
        <w:t>کچھ ایگزیمپل ہم اپنے پرسنل بھی دیتے ہیں۔</w:t>
      </w:r>
    </w:p>
    <w:p>
      <w:r>
        <w:rPr>
          <w:b/>
        </w:rPr>
        <w:t xml:space="preserve">[59:17] </w:t>
      </w:r>
      <w:r>
        <w:t>is mein yeh ho sakta hai ke ek ek living example ban jata hai. ab to ek to yeh hai ke kuch log jo pehle guzre, unhon ne aisa kiya, us ko aap le kar ke batayein, woh bhi ek bohat achhi baat hai, hum karte hain woh bhi.</w:t>
      </w:r>
    </w:p>
    <w:p>
      <w:pPr>
        <w:jc w:val="right"/>
      </w:pPr>
      <w:r>
        <w:t>اس میں یہ ہو سکتا ہے کہ ایک ایک لیونگ ایگزیمپل بن جاتا ہے۔ اب تو ایک تو یہ ہے کہ کچھ لوگ جو پہلے گزرے، انہوں نے ایسا کیا، اس کو آپ لے کر کے بتائیں، وہ بھی ایک بہت اچھی بات ہے، ہم کرتے ہیں وہ بھی۔</w:t>
      </w:r>
    </w:p>
    <w:p>
      <w:r>
        <w:rPr>
          <w:b/>
        </w:rPr>
        <w:t xml:space="preserve">[59:32] </w:t>
      </w:r>
      <w:r>
        <w:t>lekin jab ek insaan jo aap ke samne bol raha hai, woh khud yeh kahe ke maine is ko tajruba kiya hai to woh ek living proof ban jata hai is baat ki sachai ka.</w:t>
      </w:r>
    </w:p>
    <w:p>
      <w:pPr>
        <w:jc w:val="right"/>
      </w:pPr>
      <w:r>
        <w:t>لیکن جب ایک انسان جو آپ کے سامنے بول رہا ہے، وہ خود یہ کہے کہ میں نے اس کو تجربہ کیا ہے تو وہ ایک لیونگ پروف بن جاتا ہے اس بات کی سچائی کا۔</w:t>
      </w:r>
    </w:p>
    <w:p>
      <w:r>
        <w:rPr>
          <w:b/>
        </w:rPr>
        <w:t xml:space="preserve">[59:44] </w:t>
      </w:r>
      <w:r>
        <w:t>jaise ke maine kaha ke ghussa mujhe bhi bohat aata hai, jaise sab ko aata hai. To mera tareeqa yeh hai ke ghussa aaya to main ek dam chup ho jata hoon, chup ho kar ke apne mind ko divert karne ki koshish karta hoon.</w:t>
      </w:r>
    </w:p>
    <w:p>
      <w:pPr>
        <w:jc w:val="right"/>
      </w:pPr>
      <w:r>
        <w:t>جیسے کہ میں نے کہا کہ غصہ مجھے بھی بہت آتا ہے، جیسے سب کو آتا ہے۔ تو میرا طریقہ یہ ہے کہ غصہ آیا تو میں ایک دم چپ ہو جاتا ہوں، چپ ہو کر کے اپنے مائنڈ کو ڈائیورٹ کرنے کی کوشش کرتا ہوں۔</w:t>
      </w:r>
    </w:p>
    <w:p>
      <w:r>
        <w:rPr>
          <w:b/>
        </w:rPr>
        <w:t xml:space="preserve">[1:00:01] </w:t>
      </w:r>
      <w:r>
        <w:t>jaise misaal ke taur par foran main parhta hoon Allahumma inni aoozu bika min hamzaat-ish-shayateen yeh kya hai? Yeh diversion karna hai.</w:t>
      </w:r>
    </w:p>
    <w:p>
      <w:pPr>
        <w:jc w:val="right"/>
      </w:pPr>
      <w:r>
        <w:t>جیسے مثال کے طور پر فوراً میں پڑھتا ہوں اللہم انی اعوذ بک من حمضات الشیاطین یہ کیا ہے؟ یہ ڈائیورژن کرنا ہے۔</w:t>
      </w:r>
    </w:p>
    <w:p>
      <w:r>
        <w:rPr>
          <w:b/>
        </w:rPr>
        <w:t xml:space="preserve">[1:00:12] </w:t>
      </w:r>
      <w:r>
        <w:t>jab aap ghussa aaya, aap chup ho gaye, chup ho kar aap yeh parhna shuru kiya ke Allahumma inni aoozu bika min hamzaat-ish-shayateen to aap ne apne mind ko divert kiya ek aur taraf.</w:t>
      </w:r>
    </w:p>
    <w:p>
      <w:pPr>
        <w:jc w:val="right"/>
      </w:pPr>
      <w:r>
        <w:t>جب آپ غصہ آیا، آپ چپ ہو گئے، چپ ہو کر آپ یہ پڑھنا شروع کیا کہ اللہم انی اعوذ بک من حمضات الشیاطین تو آپ نے اپنے مائنڈ کو ڈائیورٹ کیا ایک اور طرف۔</w:t>
      </w:r>
    </w:p>
    <w:p>
      <w:r>
        <w:rPr>
          <w:b/>
        </w:rPr>
        <w:t xml:space="preserve">[1:00:25] </w:t>
      </w:r>
      <w:r>
        <w:t>to agar main aisa kehta hoon to yeh ek achi baat hai ke log is ko sirf abstract na samjhein, sirf door ki history ka misaal na samjhein, balkeh is ko ek living proof ke taur par woh lein, is ko aur is ko samjhein ke bilkul mumkin hai.</w:t>
      </w:r>
    </w:p>
    <w:p>
      <w:pPr>
        <w:jc w:val="right"/>
      </w:pPr>
      <w:r>
        <w:t>تو اگر میں ایسا کہتا ہوں تو یہ ایک اچھی بات ہے کہ لوگ اس کو صرف ابسٹرکٹ نہ سمجھیں، صرف دور کی ہسٹری کا مثال نہ سمجھیں، بلکہ اس کو ایک لیونگ پروف کے طور پر وہ لیں، اس کو اور اس کو سمجھیں کہ بالکل ممکن ہے۔</w:t>
      </w:r>
    </w:p>
    <w:p>
      <w:r>
        <w:rPr>
          <w:b/>
        </w:rPr>
        <w:t xml:space="preserve">[1:00:41] </w:t>
      </w:r>
      <w:r>
        <w:t>main samajhta hoon ke is mein mumkinah ka element barhta hai personal example dene se. This question is from Razia: "People often hold the opinion that we do not need to be grateful to God for anything because He created the world, and so it is God's duty to do all that He does.</w:t>
      </w:r>
    </w:p>
    <w:p>
      <w:pPr>
        <w:jc w:val="right"/>
      </w:pPr>
      <w:r>
        <w:t>میں سمجھتا ہوں کہ اس میں ممکنہ کا ایلیمنٹ بڑھتا ہے پرسنل ایگزیمپل دینے سے۔ This question is from Razia: "People often hold the opinion that we do not need to be grateful to God for anything because He created the world, and so it is God's duty to do all that He does.</w:t>
      </w:r>
    </w:p>
    <w:p>
      <w:r>
        <w:rPr>
          <w:b/>
        </w:rPr>
        <w:t xml:space="preserve">[1:01:04] </w:t>
      </w:r>
      <w:r>
        <w:t>Please comment on this." Bhai, yeh to ek absurd baat hai.</w:t>
      </w:r>
    </w:p>
    <w:p>
      <w:pPr>
        <w:jc w:val="right"/>
      </w:pPr>
      <w:r>
        <w:t>Please comment on this." بھائی، یہ تو ایک ابسورڈ بات ہے۔</w:t>
      </w:r>
    </w:p>
    <w:p>
      <w:r>
        <w:rPr>
          <w:b/>
        </w:rPr>
        <w:t xml:space="preserve">[1:01:11] </w:t>
      </w:r>
      <w:r>
        <w:t>koi bhi is ka amal bhi nahi karta. Aap ka beta agar aap ke liye ek kamai la kar de to aap bohat khush hote hain, us ki tareef karte hain. Aap ka company mein agar promotion ho to wahan bhi aap bohat kehte hain ke bari achi company hai.</w:t>
      </w:r>
    </w:p>
    <w:p>
      <w:pPr>
        <w:jc w:val="right"/>
      </w:pPr>
      <w:r>
        <w:t>کوئی بھی اس کا عمل بھی نہیں کرتا۔ آپ کا بیٹا اگر آپ کے لیے ایک کمائی لا کر دے تو آپ بہت خوش ہوتے ہیں، اس کی تعریف کرتے ہیں۔ آپ کا کمپنی میں اگر پروموشن ہو تو وہاں بھی آپ بہت کہتے ہیں کہ بڑی اچھی کمپنی ہے۔</w:t>
      </w:r>
    </w:p>
    <w:p>
      <w:r>
        <w:rPr>
          <w:b/>
        </w:rPr>
        <w:t xml:space="preserve">[1:01:26] </w:t>
      </w:r>
      <w:r>
        <w:t>har jagah aap yeh kar rahe hain ke logon ke grateful bante hain jo aap ko kuch thora sa de dein. Already aap aisa kar rahe hain.</w:t>
      </w:r>
    </w:p>
    <w:p>
      <w:pPr>
        <w:jc w:val="right"/>
      </w:pPr>
      <w:r>
        <w:t>ہر جگہ آپ یہ کر رہے ہیں کہ لوگوں کے گریٹ فل بنتے ہیں جو آپ کو کچھ تھوڑا سا دے دیں۔ الریڈی آپ ایسا کر رہے ہیں۔</w:t>
      </w:r>
    </w:p>
    <w:p>
      <w:r>
        <w:rPr>
          <w:b/>
        </w:rPr>
        <w:t xml:space="preserve">[1:01:35] </w:t>
      </w:r>
      <w:r>
        <w:t>jaise isi Delhi mein jab Sanjar Gandhi ka dabdaba tha to ek main sachi qisse batata hoon aap ko. Ek sahab jo thay woh MP thay, parliament ke member thay, yani right sahiba ke member thay.</w:t>
      </w:r>
    </w:p>
    <w:p>
      <w:pPr>
        <w:jc w:val="right"/>
      </w:pPr>
      <w:r>
        <w:t>جیسے اسی دلی میں جب سنجر گاندھی کا دبدبہ تھا تو ایک میں سچی قصے بتاتا ہوں آپ کو۔ ایک صاحب جو تھے وہ ایم پی تھے، پارلیمنٹ کے ممبر تھے، یعنی رائٹ صاحبہ کے ممبر تھے۔</w:t>
      </w:r>
    </w:p>
    <w:p>
      <w:r>
        <w:rPr>
          <w:b/>
        </w:rPr>
        <w:t xml:space="preserve">[1:01:50] </w:t>
      </w:r>
      <w:r>
        <w:t>woh to mere ek saathi thay, woh un se milne ke liye gaye.</w:t>
      </w:r>
    </w:p>
    <w:p>
      <w:pPr>
        <w:jc w:val="right"/>
      </w:pPr>
      <w:r>
        <w:t>وہ تو میرے ایک ساتھی تھے، وہ ان سے ملنے کے لیے گئے۔</w:t>
      </w:r>
    </w:p>
    <w:p>
      <w:r>
        <w:rPr>
          <w:b/>
        </w:rPr>
        <w:t xml:space="preserve">[1:01:56] </w:t>
      </w:r>
      <w:r>
        <w:t>jab loot kar aaye to woh kaha ke baat baat mein woh kehte thay, yani jo ek flat mila tha un ko us ki taraf se, woh gaon ke ek aadmi thay, phir lag gaye Sanjar Gandhi ke sath.</w:t>
      </w:r>
    </w:p>
    <w:p>
      <w:pPr>
        <w:jc w:val="right"/>
      </w:pPr>
      <w:r>
        <w:t>جب لوٹ کر آئے تو وہ کہا کہ بات بات میں وہ کہتے تھے، یعنی جو ایک فلیٹ ملا تھا ان کو اس کی طرف سے، وہ گاؤں کے ایک آدمی تھے، پھر لگ گئے سنجر گاندھی کے ساتھ۔</w:t>
      </w:r>
    </w:p>
    <w:p>
      <w:r>
        <w:rPr>
          <w:b/>
        </w:rPr>
        <w:t xml:space="preserve">[1:02:09] </w:t>
      </w:r>
      <w:r>
        <w:t>Sanjar Gandhi ne un ko right sahiba ke banwa diya. To baba kehte thay ke yeh sab Sanjar babu ki dein hai, yeh sab yeh sab Sanjar babu ki dein hai.</w:t>
      </w:r>
    </w:p>
    <w:p>
      <w:pPr>
        <w:jc w:val="right"/>
      </w:pPr>
      <w:r>
        <w:t>سنجر گاندھی نے ان کو رائٹ صاحب کے بنوا دیا۔ تو بابا کہتے تھے کہ یہ سب سنجر بابو کی دین ہے، یہ سب یہ سب سنجر بابو کی دین ہے۔</w:t>
      </w:r>
    </w:p>
    <w:p>
      <w:r>
        <w:rPr>
          <w:b/>
        </w:rPr>
        <w:t xml:space="preserve">[1:02:21] </w:t>
      </w:r>
      <w:r>
        <w:t>to aap batayein ke chote se mamle mein to aap grateful bante hain</w:t>
      </w:r>
    </w:p>
    <w:p>
      <w:pPr>
        <w:jc w:val="right"/>
      </w:pPr>
      <w:r>
        <w:t>تو آپ بتائیں کہ چھوٹے سے معاملے میں تو آپ گریٹ فل بنتے ہیں</w:t>
      </w:r>
    </w:p>
    <w:p>
      <w:r>
        <w:rPr>
          <w:b/>
        </w:rPr>
        <w:t xml:space="preserve">[1:02:25] </w:t>
      </w:r>
      <w:r>
        <w:t>aur bare mamle mein aap kehte hain ke ab main nahi banunga. Main us waqt manunga aap ko ke jab aap kisi bhi mamle mein aap grateful na banein. Main apni jee nahi sakte duniya mein.</w:t>
      </w:r>
    </w:p>
    <w:p>
      <w:pPr>
        <w:jc w:val="right"/>
      </w:pPr>
      <w:r>
        <w:t>اور بڑے معاملے میں آپ کہتے ہیں کہ اب میں نہیں بنوں گا۔ میں اس وقت مانوں گا آپ کو کہ جب آپ کسی بھی معاملے میں آپ گریٹ فل نہ بنیں۔ میں اپنی جی نہیں سکتے دنیا میں۔</w:t>
      </w:r>
    </w:p>
    <w:p>
      <w:r>
        <w:rPr>
          <w:b/>
        </w:rPr>
        <w:t xml:space="preserve">[1:02:39] </w:t>
      </w:r>
      <w:r>
        <w:t>to yeh nature ke against mein jati hai baat ke aap kisi se milein, aap ko aur us ka aap grateful na banein.</w:t>
      </w:r>
    </w:p>
    <w:p>
      <w:pPr>
        <w:jc w:val="right"/>
      </w:pPr>
      <w:r>
        <w:t>تو یہ نیچرز کے اگینسٹ میں جاتی ہے بات کہ آپ کسی سے ملیں، آپ کو اور اس کا آپ گریٹ فل نہ بنیں۔</w:t>
      </w:r>
    </w:p>
    <w:p>
      <w:r>
        <w:rPr>
          <w:b/>
        </w:rPr>
        <w:t xml:space="preserve">[1:02:48] </w:t>
      </w:r>
      <w:r>
        <w:t>us ke liye</w:t>
      </w:r>
    </w:p>
    <w:p>
      <w:pPr>
        <w:jc w:val="right"/>
      </w:pPr>
      <w:r>
        <w:t>اس کے لیے</w:t>
      </w:r>
    </w:p>
    <w:p>
      <w:r>
        <w:rPr>
          <w:b/>
        </w:rPr>
        <w:t xml:space="preserve">[1:02:49] </w:t>
      </w:r>
      <w:r>
        <w:t>yeh nature mein hai ke jo giver hota hai, us ke liye main mere andar se ek positive response aata hai. Yeh to nature against, yeh baat against nature hai.</w:t>
      </w:r>
    </w:p>
    <w:p>
      <w:pPr>
        <w:jc w:val="right"/>
      </w:pPr>
      <w:r>
        <w:t>یہ نیچر میں ہے کہ جو گیور ہوتا ہے، اس کے لیے میں میرے اندر سے ایک پوزیٹیو رسپانس آتا ہے۔ یہ تو نیچر اگینسٹ، یہ بات اگینسٹ نیچر ہے۔</w:t>
      </w:r>
    </w:p>
    <w:p>
      <w:r>
        <w:rPr>
          <w:b/>
        </w:rPr>
        <w:t xml:space="preserve">[1:03:02] </w:t>
      </w:r>
      <w:r>
        <w:t>aisa baat kyun kehte hain log? Kyun ke yahan par compulsion nahi hai, wahan par compulsion hai. Bete ko agar shabashi nahi dega to woh paisa band kar dega.</w:t>
      </w:r>
    </w:p>
    <w:p>
      <w:pPr>
        <w:jc w:val="right"/>
      </w:pPr>
      <w:r>
        <w:t>ایسا بات کیوں کہتے ہیں لوگ؟ کیونکہ یہاں پر کمپلشن نہیں ہے، وہاں پر کمپلشن ہے۔ بیٹے کو اگر شاباشی نہیں دے گا تو وہ پیسہ بند کر دے گا۔</w:t>
      </w:r>
    </w:p>
    <w:p>
      <w:r>
        <w:rPr>
          <w:b/>
        </w:rPr>
        <w:t xml:space="preserve">[1:03:13] </w:t>
      </w:r>
      <w:r>
        <w:t>company ke liye grateful nahi banega to promotion nahi karega. Aindah</w:t>
      </w:r>
    </w:p>
    <w:p>
      <w:pPr>
        <w:jc w:val="right"/>
      </w:pPr>
      <w:r>
        <w:t>کمپنی کے لیے گریٹ فل نہیں بنے گا تو پروموشن نہیں کرے گا۔ آئندہ</w:t>
      </w:r>
    </w:p>
    <w:p>
      <w:r>
        <w:rPr>
          <w:b/>
        </w:rPr>
        <w:t xml:space="preserve">[1:03:18] </w:t>
      </w:r>
      <w:r>
        <w:t>hum is ka matlab kya hua? Asal baat yeh nahi hai. Asal baat yeh hai ke jahan aap ko compulsively grateful banna hai, wahan to aap ban rahe hain. Aur jahan aap ko, yani azadi ke sath karna hai,</w:t>
      </w:r>
    </w:p>
    <w:p>
      <w:pPr>
        <w:jc w:val="right"/>
      </w:pPr>
      <w:r>
        <w:t>ہم اس کا مطلب کیا ہوا؟ اصل بات یہ نہیں ہے۔ اصل بات یہ ہے کہ جہاں آپ کو کمپلسولی گریٹ فل بننا ہے، وہاں تو آپ بن رہے ہیں۔ اور جہاں آپ کو، یعنی آزادی کے ساتھ کرنا ہے،</w:t>
      </w:r>
    </w:p>
    <w:p>
      <w:r>
        <w:rPr>
          <w:b/>
        </w:rPr>
        <w:t xml:space="preserve">[1:03:32] </w:t>
      </w:r>
      <w:r>
        <w:t>jahan compulsion nahi hai, wahan kehte hain ke main grateful nahi banunga. Yeh to bohat hi third class ki baat hui.</w:t>
      </w:r>
    </w:p>
    <w:p>
      <w:pPr>
        <w:jc w:val="right"/>
      </w:pPr>
      <w:r>
        <w:t>جہاں کمپلشن نہیں ہے، وہاں کہتے ہیں کہ میں گریٹ فل نہیں بنوں گا۔ یہ تو بہت ہی تھرڈ کلاس کی بات ہوئی۔</w:t>
      </w:r>
    </w:p>
    <w:p>
      <w:r>
        <w:rPr>
          <w:b/>
        </w:rPr>
        <w:t xml:space="preserve">[1:03:41] </w:t>
      </w:r>
      <w:r>
        <w:t>to case asal mein yeh nahi hai ke aap grateful nahi nahi hain. Kisi ke liye hain, lekin wahan hai jahan ke aap ko compulsion hai.</w:t>
      </w:r>
    </w:p>
    <w:p>
      <w:pPr>
        <w:jc w:val="right"/>
      </w:pPr>
      <w:r>
        <w:t>تو کیس اصل میں یہ نہیں ہے کہ آپ گریٹ فل نہیں نہیں ہیں۔ کسی کے لیے ہیں، لیکن وہاں ہے جہاں کہ آپ کو کمپلشن ہے۔</w:t>
      </w:r>
    </w:p>
    <w:p>
      <w:r>
        <w:rPr>
          <w:b/>
        </w:rPr>
        <w:t xml:space="preserve">[1:03:50] </w:t>
      </w:r>
      <w:r>
        <w:t>aap ke liye jahan compulsion nahi hai, wahan aap kehte hain ke main grateful nahi banunga. Main kahunga ke yeh to bohat hi third class ki baat hai, yeh koi unchi baat nahi hai.</w:t>
      </w:r>
    </w:p>
    <w:p>
      <w:pPr>
        <w:jc w:val="right"/>
      </w:pPr>
      <w:r>
        <w:t>آپ کے لیے جہاں کمپلشن نہیں ہے، وہاں آپ کہتے ہیں کہ میں گریٹ فل نہیں بنوں گا۔ میں کہوں گا کہ یہ تو بہت ہی تھرڈ کلاس کی بات ہے، یہ کوئی اونچی بات نہیں ہے۔</w:t>
      </w:r>
    </w:p>
    <w:p>
      <w:r>
        <w:rPr>
          <w:b/>
        </w:rPr>
        <w:t xml:space="preserve">[1:04:02] </w:t>
      </w:r>
      <w:r>
        <w:t>This question is from Sadia:</w:t>
      </w:r>
    </w:p>
    <w:p>
      <w:pPr>
        <w:jc w:val="right"/>
      </w:pPr>
      <w:r>
        <w:t>This question is from Sadia:</w:t>
      </w:r>
    </w:p>
    <w:p>
      <w:r>
        <w:rPr>
          <w:b/>
        </w:rPr>
        <w:t xml:space="preserve">[1:04:05] </w:t>
      </w:r>
      <w:r>
        <w:t>"An English daily quoted Benazir Bhutto as having said: 'I am fearless. When you live a life of tragedies, deception, and power plays, you become fearless.' This life chose me.</w:t>
      </w:r>
    </w:p>
    <w:p>
      <w:pPr>
        <w:jc w:val="right"/>
      </w:pPr>
      <w:r>
        <w:t>"An English daily quoted Benazir Bhutto as having said: 'I am fearless. When you live a life of tragedies, deception, and power plays, you become fearless.' This life chose me.</w:t>
      </w:r>
    </w:p>
    <w:p>
      <w:r>
        <w:rPr>
          <w:b/>
        </w:rPr>
        <w:t xml:space="preserve">[1:04:22] </w:t>
      </w:r>
      <w:r>
        <w:t>My death will choose me too. What are your comments on this?" yeh to mein bataon ke word play hai, baat to is mein kuch bhi nahi hai.</w:t>
      </w:r>
    </w:p>
    <w:p>
      <w:pPr>
        <w:jc w:val="right"/>
      </w:pPr>
      <w:r>
        <w:t>My death will choose me too. What are your comments on this?" یہ تو میں بتاؤں کہ ورڈ پلے ہے، بات تو اس میں کچھ بھی نہیں ہے۔</w:t>
      </w:r>
    </w:p>
    <w:p>
      <w:r>
        <w:rPr>
          <w:b/>
        </w:rPr>
        <w:t xml:space="preserve">[1:04:33] </w:t>
      </w:r>
      <w:r>
        <w:t>dekhiye, insan bunyadi tor par aik bohat hi vulnerable creature hai. har waqt hum vulnerable hain. ab fearless kaise ban sakte hain aap?</w:t>
      </w:r>
    </w:p>
    <w:p>
      <w:pPr>
        <w:jc w:val="right"/>
      </w:pPr>
      <w:r>
        <w:t>دیکھیے، انسان بنیادی طور پر ایک بہت ہی vulnerable creature ہے۔ ہر وقت ہم vulnerable ہیں۔ اب fearless کیسے بن سکتے ہیں آپ؟</w:t>
      </w:r>
    </w:p>
    <w:p>
      <w:r>
        <w:rPr>
          <w:b/>
        </w:rPr>
        <w:t xml:space="preserve">[1:04:45] </w:t>
      </w:r>
      <w:r>
        <w:t>impossible hai. ab yeh mislan bijli yahan hai. kya aap direct tor par chhoo sakte hain bijli ke current ko? aap wahan fearless nahi ban sakte.</w:t>
      </w:r>
    </w:p>
    <w:p>
      <w:pPr>
        <w:jc w:val="right"/>
      </w:pPr>
      <w:r>
        <w:t>امپاسیبل ہے۔ اب یہ مثلاً بجلی یہاں ہے۔ کیا آپ ڈائریکٹ طور پر چھو سکتے ہیں بجلی کے کرنٹ کو؟ آپ وہاں fearless نہیں بن سکتے۔</w:t>
      </w:r>
    </w:p>
    <w:p>
      <w:r>
        <w:rPr>
          <w:b/>
        </w:rPr>
        <w:t xml:space="preserve">[1:04:55] </w:t>
      </w:r>
      <w:r>
        <w:t>agar fearless ban jayen to aap mar jayen.</w:t>
      </w:r>
    </w:p>
    <w:p>
      <w:pPr>
        <w:jc w:val="right"/>
      </w:pPr>
      <w:r>
        <w:t>اگر fearless بن جائیں تو آپ مر جائیں۔</w:t>
      </w:r>
    </w:p>
    <w:p>
      <w:r>
        <w:rPr>
          <w:b/>
        </w:rPr>
        <w:t xml:space="preserve">[1:04:59] </w:t>
      </w:r>
      <w:r>
        <w:t>aap ko oopar ki seedhiyan nahi jana hai. to aap kahin ke mein seedhiyan nahi istemal karunga, mein to jump karunga. to aisa fearless hona koi kisi kaam aayega aap ko?</w:t>
      </w:r>
    </w:p>
    <w:p>
      <w:pPr>
        <w:jc w:val="right"/>
      </w:pPr>
      <w:r>
        <w:t>آپ کو اوپر کی سیڑھیاں نہیں جانا ہے۔ تو آپ کہیں کہ میں سیڑھیاں نہیں استعمال کروں گا، میں تو جمپ کروں گا۔ تو ایسا fearless ہونا کوئی کسی کام آئے گا آپ کو؟</w:t>
      </w:r>
    </w:p>
    <w:p>
      <w:r>
        <w:rPr>
          <w:b/>
        </w:rPr>
        <w:t xml:space="preserve">[1:05:09] </w:t>
      </w:r>
      <w:r>
        <w:t>har waqt hum khauf mein jeete hain, har waqt. ke mujhe seedhiyon se utarna hai, jump nahi karna hai. woh bhi aik khauf ki baat hai.</w:t>
      </w:r>
    </w:p>
    <w:p>
      <w:pPr>
        <w:jc w:val="right"/>
      </w:pPr>
      <w:r>
        <w:t>ہر وقت ہم خوف میں جیتے ہیں، ہر وقت۔ کہ مجھے سیڑھیوں سے اترنا ہے، جمپ نہیں کرنا ہے۔ وہ بھی ایک خوف کی بات ہے۔</w:t>
      </w:r>
    </w:p>
    <w:p>
      <w:r>
        <w:rPr>
          <w:b/>
        </w:rPr>
        <w:t xml:space="preserve">[1:05:18] </w:t>
      </w:r>
      <w:r>
        <w:t>mujhe direct nahi chhoona hai electric ke current ko. woh bhi khauf ki baat hai.</w:t>
      </w:r>
    </w:p>
    <w:p>
      <w:pPr>
        <w:jc w:val="right"/>
      </w:pPr>
      <w:r>
        <w:t>مجھے ڈائریکٹ نہیں چھونا ہے الیکٹرک کے کرنٹ کو۔ وہ بھی خوف کی بات ہے۔</w:t>
      </w:r>
    </w:p>
    <w:p>
      <w:r>
        <w:rPr>
          <w:b/>
        </w:rPr>
        <w:t xml:space="preserve">[1:05:25] </w:t>
      </w:r>
      <w:r>
        <w:t>mujhe Benazir Bhutto jo hai, apne voteron ke khilaf aik lafz nahi bol sakti theen woh. yani voter ko appeal karna.</w:t>
      </w:r>
    </w:p>
    <w:p>
      <w:pPr>
        <w:jc w:val="right"/>
      </w:pPr>
      <w:r>
        <w:t>مجھے بینظیر بھٹو جو ہے، اپنے ووٹروں کے خلاف ایک لفظ نہیں بول سکتی تھیں وہ۔ یعنی ووٹر کو اپیل کرنا۔</w:t>
      </w:r>
    </w:p>
    <w:p>
      <w:r>
        <w:rPr>
          <w:b/>
        </w:rPr>
        <w:t xml:space="preserve">[1:05:36] </w:t>
      </w:r>
      <w:r>
        <w:t>har leader ka kaam hota hai. is ka bhi kaam tha. to wahan kyun nahi fearless ban gayi woh? mein voteron ki kuch parwah nahi karunga, kuch bhi bolunga, chahe voter ghussa ho jayen, mujhe vote na den.</w:t>
      </w:r>
    </w:p>
    <w:p>
      <w:pPr>
        <w:jc w:val="right"/>
      </w:pPr>
      <w:r>
        <w:t>ہر لیڈر کا کام ہوتا ہے۔ اس کا بھی کام تھا۔ تو وہاں کیوں نہیں fearless بن گئی وہ؟ میں ووٹروں کی کچھ پرواہ نہیں کروں گا، کچھ بھی بولوں گا، چاہے ووٹر غصہ ہو جائیں، مجھے ووٹ نہ دیں۔</w:t>
      </w:r>
    </w:p>
    <w:p>
      <w:r>
        <w:rPr>
          <w:b/>
        </w:rPr>
        <w:t xml:space="preserve">[1:05:47] </w:t>
      </w:r>
      <w:r>
        <w:t>yeh sirf word play hai. koi bhi aadmi fearless ban kar dunya mein nahi reh sakta hai.</w:t>
      </w:r>
    </w:p>
    <w:p>
      <w:pPr>
        <w:jc w:val="right"/>
      </w:pPr>
      <w:r>
        <w:t>یہ صرف ورڈ پلے ہے۔ کوئی بھی آدمی fearless بن کر دنیا میں نہیں رہ سکتا ہے۔</w:t>
      </w:r>
    </w:p>
    <w:p>
      <w:r>
        <w:rPr>
          <w:b/>
        </w:rPr>
        <w:t xml:space="preserve">[1:05:54] </w:t>
      </w:r>
      <w:r>
        <w:t>khauf jo hai, hamari zindagi ka aik hissa hai. hissa hamari zindagi hai. jagah jagah hamein kisi se andesha hota hai, kisi se darr hota hai. tab hum jee paate hain.</w:t>
      </w:r>
    </w:p>
    <w:p>
      <w:pPr>
        <w:jc w:val="right"/>
      </w:pPr>
      <w:r>
        <w:t>خوف جو ہے، ہماری زندگی کا ایک حصہ ہے۔ حصہ ہماری زندگی ہے۔ جگہ جگہ ہمیں کسی سے اندیشہ ہوتا ہے، کسی سے ڈر ہوتا ہے۔ تب ہم جی پاتے ہیں۔</w:t>
      </w:r>
    </w:p>
    <w:p>
      <w:r>
        <w:rPr>
          <w:b/>
        </w:rPr>
        <w:t xml:space="preserve">[1:06:04] </w:t>
      </w:r>
      <w:r>
        <w:t>nahi to hum jee nahi sakte. kabhi nahi jee sakte aap. ab hawa jahaz urr rahe hain. ab baghair parachute ke aap jump kar dein ke mein aise utar jaunga.</w:t>
      </w:r>
    </w:p>
    <w:p>
      <w:pPr>
        <w:jc w:val="right"/>
      </w:pPr>
      <w:r>
        <w:t>نہیں تو ہم جی نہیں سکتے۔ کبھی نہیں جی سکتے آپ۔ اب ہوا جہاز اڑ رہے ہیں۔ اب بغیر پیراشوٹ کے آپ جمپ کر دیں کہ میں ایسے اتر جاؤں گا۔</w:t>
      </w:r>
    </w:p>
    <w:p>
      <w:r>
        <w:rPr>
          <w:b/>
        </w:rPr>
        <w:t xml:space="preserve">[1:06:14] </w:t>
      </w:r>
      <w:r>
        <w:t>to aap kar sakte hain aisa.</w:t>
      </w:r>
    </w:p>
    <w:p>
      <w:pPr>
        <w:jc w:val="right"/>
      </w:pPr>
      <w:r>
        <w:t>تو آپ کر سکتے ہیں ایسا۔</w:t>
      </w:r>
    </w:p>
    <w:p>
      <w:r>
        <w:rPr>
          <w:b/>
        </w:rPr>
        <w:t xml:space="preserve">[1:06:18] </w:t>
      </w:r>
      <w:r>
        <w:t>yani har din hazaron baar hamein aisa hota hai ke hamein kisi khauf ki wajah se apne aap ko rokna parta hai. control karna parta hai.</w:t>
      </w:r>
    </w:p>
    <w:p>
      <w:pPr>
        <w:jc w:val="right"/>
      </w:pPr>
      <w:r>
        <w:t>یعنی ہر دن ہزاروں بار ہمیں ایسا ہوتا ہے کہ ہمیں کسی خوف کی وجہ سے اپنے آپ کو روکنا پڑتا ہے۔ کنٹرول کرنا پڑتا ہے۔</w:t>
      </w:r>
    </w:p>
    <w:p>
      <w:r>
        <w:rPr>
          <w:b/>
        </w:rPr>
        <w:t xml:space="preserve">[1:06:28] </w:t>
      </w:r>
      <w:r>
        <w:t>apne oopar discipline rakhna parta hai. disciplined life hi ka naam hai fearful life. yani disciplined life hi ka doosra naam hai fearful life.</w:t>
      </w:r>
    </w:p>
    <w:p>
      <w:pPr>
        <w:jc w:val="right"/>
      </w:pPr>
      <w:r>
        <w:t>اپنے اوپر ڈسپلن رکھنا پڑتا ہے۔ ڈسپلنڈ لائف ہی کا نام ہے fearful life۔ یعنی ڈسپلنڈ لائف ہی کا دوسرا نام ہے fearful life۔</w:t>
      </w:r>
    </w:p>
    <w:p>
      <w:r>
        <w:rPr>
          <w:b/>
        </w:rPr>
        <w:t xml:space="preserve">[1:06:42] </w:t>
      </w:r>
      <w:r>
        <w:t>jab darr aap darrenge to aap aap ke andar woh aa jayega.</w:t>
      </w:r>
    </w:p>
    <w:p>
      <w:pPr>
        <w:jc w:val="right"/>
      </w:pPr>
      <w:r>
        <w:t>جب ڈر آپ ڈریں گے تو آپ آپ کے اندر وہ آ جائے گا۔</w:t>
      </w:r>
    </w:p>
    <w:p>
      <w:r>
        <w:rPr>
          <w:b/>
        </w:rPr>
        <w:t xml:space="preserve">[1:06:47] </w:t>
      </w:r>
      <w:r>
        <w:t>yani aap cautious insaan ban jayenge. cautious. ehtiyat aayegi aap ke andar. to aap ke andar discipline aayega, self control aayega. to mein to samajhta hoon ke aik word play hai, is ka koi matlab hi nahi.</w:t>
      </w:r>
    </w:p>
    <w:p>
      <w:pPr>
        <w:jc w:val="right"/>
      </w:pPr>
      <w:r>
        <w:t>یعنی آپ cautious انسان بن جائیں گے۔ cautious۔ احتیاط آئے گی آپ کے اندر۔ تو آپ کے اندر ڈسپلن آئے گا، سیلف کنٹرول آئے گا۔ تو میں تو سمجھتا ہوں کہ ایک ورڈ پلے ہے، اس کا کوئی مطلب ہی نہیں۔</w:t>
      </w:r>
    </w:p>
    <w:p>
      <w:r>
        <w:rPr>
          <w:b/>
        </w:rPr>
        <w:t xml:space="preserve">[1:07:00] </w:t>
      </w:r>
      <w:r>
        <w:t>is par woh kabhi bhi Bhutto, Benazir Bhutto ne aik din bhi phir amal nahi kiya hoga. woh amal karti to zinda hi na rehti, pehle hi mar chuki hoti.</w:t>
      </w:r>
    </w:p>
    <w:p>
      <w:pPr>
        <w:jc w:val="right"/>
      </w:pPr>
      <w:r>
        <w:t>اس پر وہ کبھی بھی بھٹو، بینظیر بھٹو نے ایک دن بھی پھر عمل نہیں کیا ہوگا۔ وہ عمل کرتی تو زندہ ہی نہ رہتی، پہلے ہی مر چکی ہوتی۔</w:t>
      </w:r>
    </w:p>
    <w:p>
      <w:r>
        <w:rPr>
          <w:b/>
        </w:rPr>
        <w:t xml:space="preserve">[1:07:11] </w:t>
      </w:r>
      <w:r>
        <w:t>27 December se pehle hi.</w:t>
      </w:r>
    </w:p>
    <w:p>
      <w:pPr>
        <w:jc w:val="right"/>
      </w:pPr>
      <w:r>
        <w:t>27 دسمبر سے پہلے ہی۔</w:t>
      </w:r>
    </w:p>
    <w:p>
      <w:r>
        <w:rPr>
          <w:b/>
        </w:rPr>
        <w:t xml:space="preserve">[1:07:17] </w:t>
      </w:r>
      <w:r>
        <w:t>This question is from Dr. Faridah Khanam: "Why is that people who have tasted power feel that their lives would be meaningless without power?"</w:t>
      </w:r>
    </w:p>
    <w:p>
      <w:pPr>
        <w:jc w:val="right"/>
      </w:pPr>
      <w:r>
        <w:t>This question is from Dr. Faridah Khanam: "Why is that people who have tasted power feel that their lives would be meaningless without power?"</w:t>
      </w:r>
    </w:p>
    <w:p>
      <w:r>
        <w:rPr>
          <w:b/>
        </w:rPr>
        <w:t xml:space="preserve">[1:07:31] </w:t>
      </w:r>
      <w:r>
        <w:t>dekhiye, mein samajhta hoon ke yeh hoti hai power conditioning ki wajah se. kisi bhi zindagi mein ho to aap ki conditioning hoti rehti hai.</w:t>
      </w:r>
    </w:p>
    <w:p>
      <w:pPr>
        <w:jc w:val="right"/>
      </w:pPr>
      <w:r>
        <w:t>دیکھیے، میں سمجھتا ہوں کہ یہ ہوتی ہے پاور کنڈیشننگ کی وجہ سے۔ کسی بھی زندگی میں ہو تو آپ کی کنڈیشننگ ہوتی رہتی ہے۔</w:t>
      </w:r>
    </w:p>
    <w:p>
      <w:r>
        <w:rPr>
          <w:b/>
        </w:rPr>
        <w:t xml:space="preserve">[1:07:43] </w:t>
      </w:r>
      <w:r>
        <w:t>ab jo aadmi gaya siyasi maidan mein, leader ban gaya to kya hai? wahan par koi stage milta hai, media mein aata hai, har waqt is ki photo chhap rahe hain, har jagah is ko wah wah ho rahi hai.</w:t>
      </w:r>
    </w:p>
    <w:p>
      <w:pPr>
        <w:jc w:val="right"/>
      </w:pPr>
      <w:r>
        <w:t>اب جو آدمی گیا سیاسی میدان میں، لیڈر بن گیا تو کیا ہے؟ وہاں پر کوئی اسٹیج ملتا ہے، میڈیا میں آتا ہے، ہر وقت اس کی فوٹو چھپ رہے ہیں، ہر جگہ اس کو واہ واہ ہو رہی ہے۔</w:t>
      </w:r>
    </w:p>
    <w:p>
      <w:r>
        <w:rPr>
          <w:b/>
        </w:rPr>
        <w:t xml:space="preserve">[1:07:57] </w:t>
      </w:r>
      <w:r>
        <w:t>is se is ki conditioning ho jati hai.</w:t>
      </w:r>
    </w:p>
    <w:p>
      <w:pPr>
        <w:jc w:val="right"/>
      </w:pPr>
      <w:r>
        <w:t>اس سے اس کی کنڈیشننگ ہو جاتی ہے۔</w:t>
      </w:r>
    </w:p>
    <w:p>
      <w:r>
        <w:rPr>
          <w:b/>
        </w:rPr>
        <w:t xml:space="preserve">[1:08:02] </w:t>
      </w:r>
      <w:r>
        <w:t>jo aadmi jhonpdi mein rehta hai, is ki bhi conditioning ho rahi hai. jo wahan hai, is ki bhi ho rahi hai.</w:t>
      </w:r>
    </w:p>
    <w:p>
      <w:pPr>
        <w:jc w:val="right"/>
      </w:pPr>
      <w:r>
        <w:t>جو آدمی جھونپڑی میں رہتا ہے، اس کی بھی کنڈیشننگ ہو رہی ہے۔ جو وہاں ہے، اس کی بھی ہو رہی ہے۔</w:t>
      </w:r>
    </w:p>
    <w:p>
      <w:r>
        <w:rPr>
          <w:b/>
        </w:rPr>
        <w:t xml:space="preserve">[1:08:08] </w:t>
      </w:r>
      <w:r>
        <w:t>to mein samajhta hoon ke is conditioning ko woh samajh nahin paata. ke mein jo daud raha hoon power ke peeche, to yeh daud raha hoon bahar ki conditioning.</w:t>
      </w:r>
    </w:p>
    <w:p>
      <w:pPr>
        <w:jc w:val="right"/>
      </w:pPr>
      <w:r>
        <w:t>تو میں سمجھتا ہوں کہ اس کنڈیشننگ کو وہ سمجھ نہیں پاتا۔ کہ میں جو دوڑ رہا ہوں پاور کے پیچھے، تو یہ دوڑ رہا ہوں باہر کی کنڈیشننگ۔</w:t>
      </w:r>
    </w:p>
    <w:p>
      <w:r>
        <w:rPr>
          <w:b/>
        </w:rPr>
        <w:t xml:space="preserve">[1:08:19] </w:t>
      </w:r>
      <w:r>
        <w:t>is se oopar uth kar soch nahin paata mein. is se oopar ka agar soch paaye, is se bahar nikal kar ke. yaani wahan jo us ko shohrat mil rahi hai, jo stage mil raha hai, jo us ko wahan par, yaani uska ego boost ho raha hai,</w:t>
      </w:r>
    </w:p>
    <w:p>
      <w:pPr>
        <w:jc w:val="right"/>
      </w:pPr>
      <w:r>
        <w:t>اس سے اوپر اٹھ کر سوچ نہیں پاتا میں۔ اس سے اوپر کا اگر سوچ پائے، اس سے باہر نکل کر کے۔ یعنی وہاں جو اس کو شہرت مل رہی ہے، جو اسٹیج مل رہا ہے، جو اس کو وہاں پر، یعنی اس کا ایگو بوسٹ ہو رہا ہے،</w:t>
      </w:r>
    </w:p>
    <w:p>
      <w:r>
        <w:rPr>
          <w:b/>
        </w:rPr>
        <w:t xml:space="preserve">[1:08:34] </w:t>
      </w:r>
      <w:r>
        <w:t>is se bahar nikal kar agar soche woh.</w:t>
      </w:r>
    </w:p>
    <w:p>
      <w:pPr>
        <w:jc w:val="right"/>
      </w:pPr>
      <w:r>
        <w:t>اس سے باہر نکل کر اگر سوچے وہ۔</w:t>
      </w:r>
    </w:p>
    <w:p>
      <w:r>
        <w:rPr>
          <w:b/>
        </w:rPr>
        <w:t xml:space="preserve">[1:08:38] </w:t>
      </w:r>
      <w:r>
        <w:t>yaani apne ko de-conditioning kare. to lage ke kya yeh kuch bhi nahin hai? kuch bhi nahin hai yeh. jaise misaal ke taur par kisi ne mujh se kaha ke Benazir Bhutto ke log keh rahe hain ke is ke liye Pakistan ki hukumat ne acha intezam security ka nahin kiya tha.</w:t>
      </w:r>
    </w:p>
    <w:p>
      <w:pPr>
        <w:jc w:val="right"/>
      </w:pPr>
      <w:r>
        <w:t>یعنی اپنے کو ڈی کنڈیشن کرے۔ تو لگے کہ کیا یہ کچھ بھی نہیں ہے؟ کچھ بھی نہیں ہے یہ۔ جیسے مثال کے طور پر کسی نے مجھ سے کہا کہ بینظیر بھٹو کے لوگ کہہ رہے ہیں کہ اس کے لیے پاکستان کی حکومت نے اچھا انتظام سیکیورٹی کا نہیں کیا تھا۔</w:t>
      </w:r>
    </w:p>
    <w:p>
      <w:r>
        <w:rPr>
          <w:b/>
        </w:rPr>
        <w:t xml:space="preserve">[1:08:59] </w:t>
      </w:r>
      <w:r>
        <w:t>is liye woh maar dala gaya. mein kehta hoon ke Indira Gandhi ne to poora lashkar laga rakha tha apne us ko, tab bhi maar dala un ko logon ne. Zia-ul-Haq ne bohat zabardast intezam kar rakha tha apni security ka, phir bhi woh mare gaye.</w:t>
      </w:r>
    </w:p>
    <w:p>
      <w:pPr>
        <w:jc w:val="right"/>
      </w:pPr>
      <w:r>
        <w:t>اس لیے وہ مار ڈالا گیا۔ میں کہتا ہوں کہ اندرا گاندھی نے تو پورا لشکر لگا رکھا تھا اپنے اس کو، تب بھی مار ڈالا ان کو لوگوں نے۔ ضیاء الحق نے بہت زبردست انتظام کر رکھا تھا اپنی سیکیورٹی کا، پھر بھی وہ مارے گئے۔</w:t>
      </w:r>
    </w:p>
    <w:p>
      <w:r>
        <w:rPr>
          <w:b/>
        </w:rPr>
        <w:t xml:space="preserve">[1:09:11] </w:t>
      </w:r>
      <w:r>
        <w:t>yeh koi cheez nahin hai.</w:t>
      </w:r>
    </w:p>
    <w:p>
      <w:pPr>
        <w:jc w:val="right"/>
      </w:pPr>
      <w:r>
        <w:t>یہ کوئی چیز نہیں ہے۔</w:t>
      </w:r>
    </w:p>
    <w:p>
      <w:r>
        <w:rPr>
          <w:b/>
        </w:rPr>
        <w:t xml:space="preserve">[1:09:15] </w:t>
      </w:r>
      <w:r>
        <w:t>yeh koi cheez nahin hai. to mein samajhta hoon ke jitni bhi cheezein hain, woh sab isi se wazeh hoti hain ke log bolte hain bahar ki conditioning.</w:t>
      </w:r>
    </w:p>
    <w:p>
      <w:pPr>
        <w:jc w:val="right"/>
      </w:pPr>
      <w:r>
        <w:t>یہ کوئی چیز نہیں ہے۔ تو میں سمجھتا ہوں کہ جتنی بھی چیزیں ہیں، وہ سب اسی سے واضح ہوتی ہیں کہ لوگ بولتے ہیں باہر کی کنڈیشننگ۔</w:t>
      </w:r>
    </w:p>
    <w:p>
      <w:r>
        <w:rPr>
          <w:b/>
        </w:rPr>
        <w:t xml:space="preserve">[1:09:26] </w:t>
      </w:r>
      <w:r>
        <w:t>aur samajhte hain ke mein koi sachai bol raha hoon. sachai nahin hoti hai, woh ek condition insaan ki boli hoti hai.</w:t>
      </w:r>
    </w:p>
    <w:p>
      <w:pPr>
        <w:jc w:val="right"/>
      </w:pPr>
      <w:r>
        <w:t>اور سمجھتے ہیں کہ میں کوئی سچائی بول رہا ہوں۔ سچائی نہیں ہوتی ہے، وہ ایک کنڈیشن انسان کی بولی ہوتی ہے۔</w:t>
      </w:r>
    </w:p>
    <w:p>
      <w:r>
        <w:rPr>
          <w:b/>
        </w:rPr>
        <w:t xml:space="preserve">[1:09:38] </w:t>
      </w:r>
      <w:r>
        <w:t>This question is from Stuti:</w:t>
      </w:r>
    </w:p>
    <w:p>
      <w:pPr>
        <w:jc w:val="right"/>
      </w:pPr>
      <w:r>
        <w:t>This question is from Stuti:</w:t>
      </w:r>
    </w:p>
    <w:p>
      <w:r>
        <w:rPr>
          <w:b/>
        </w:rPr>
        <w:t xml:space="preserve">[1:09:41] </w:t>
      </w:r>
      <w:r>
        <w:t>"Was the denial of Satan to bow down before Adam also a part of the creation plan of God?"</w:t>
      </w:r>
    </w:p>
    <w:p>
      <w:pPr>
        <w:jc w:val="right"/>
      </w:pPr>
      <w:r>
        <w:t>"Was the denial of Satan to bow down before Adam also a part of the creation plan of God?"</w:t>
      </w:r>
    </w:p>
    <w:p>
      <w:r>
        <w:rPr>
          <w:b/>
        </w:rPr>
        <w:t xml:space="preserve">[1:09:52] </w:t>
      </w:r>
      <w:r>
        <w:t>nahin, creation plan of God ka jo hissa tha, woh tha azaadi. ke Khuda ne insaan ko azaadi di. woh tha.</w:t>
      </w:r>
    </w:p>
    <w:p>
      <w:pPr>
        <w:jc w:val="right"/>
      </w:pPr>
      <w:r>
        <w:t>نہیں، creation plan of God کا جو حصہ تھا، وہ تھا آزادی۔ کہ خدا نے انسان کو آزادی دی۔ وہ تھا۔</w:t>
      </w:r>
    </w:p>
    <w:p>
      <w:r>
        <w:rPr>
          <w:b/>
        </w:rPr>
        <w:t xml:space="preserve">[1:10:01] </w:t>
      </w:r>
      <w:r>
        <w:t>baqi kaam jo hai, woh Shaitan ka ya insaan ka tha?</w:t>
      </w:r>
    </w:p>
    <w:p>
      <w:pPr>
        <w:jc w:val="right"/>
      </w:pPr>
      <w:r>
        <w:t>باقی کام جو ہے، وہ شیطان کا یا انسان کا تھا؟</w:t>
      </w:r>
    </w:p>
    <w:p>
      <w:r>
        <w:rPr>
          <w:b/>
        </w:rPr>
        <w:t xml:space="preserve">[1:10:06] </w:t>
      </w:r>
      <w:r>
        <w:t>yaani Khuda ne paida kiya material duniya, us ko koi azaadi nahin mili hui thi. phir Khuda ne paida kiya farishton ko, unhein bhi koi azaadi mili hui nahin thi.</w:t>
      </w:r>
    </w:p>
    <w:p>
      <w:pPr>
        <w:jc w:val="right"/>
      </w:pPr>
      <w:r>
        <w:t>یعنی خدا نے پیدا کیا مٹیریل دنیا، اس کو کوئی آزادی نہیں ملی ہوئی تھی۔ پھر خدا نے پیدا کیا فرشتوں کو، انہیں بھی کوئی آزادی ملی ہوئی نہیں تھی۔</w:t>
      </w:r>
    </w:p>
    <w:p>
      <w:r>
        <w:rPr>
          <w:b/>
        </w:rPr>
        <w:t xml:space="preserve">[1:10:17] </w:t>
      </w:r>
      <w:r>
        <w:t>phir Khuda ne paida kiya jinnaat ko, un ko Khuda ne azaadi di. aur is ke baad paida kiya Khuda ne insaan ko, us ko azaadi di.</w:t>
      </w:r>
    </w:p>
    <w:p>
      <w:pPr>
        <w:jc w:val="right"/>
      </w:pPr>
      <w:r>
        <w:t>پھر خدا نے پیدا کیا جنات کو، ان کو خدا نے آزادی دی۔ اور اس کے بعد پیدا کیا خدا نے انسان کو، اس کو آزادی دی۔</w:t>
      </w:r>
    </w:p>
    <w:p>
      <w:r>
        <w:rPr>
          <w:b/>
        </w:rPr>
        <w:t xml:space="preserve">[1:10:27] </w:t>
      </w:r>
      <w:r>
        <w:t>to azaadi jo hai, hissa takhleeq</w:t>
      </w:r>
    </w:p>
    <w:p>
      <w:pPr>
        <w:jc w:val="right"/>
      </w:pPr>
      <w:r>
        <w:t>تو آزادی جو ہے، حصہ تخلی</w:t>
      </w:r>
    </w:p>
    <w:p>
      <w:r>
        <w:rPr>
          <w:b/>
        </w:rPr>
        <w:t xml:space="preserve">[1:10:29] </w:t>
      </w:r>
      <w:r>
        <w:t>haq hai. baqi jo hai, woh insaan ka kaam hai, woh jinnaat ka kaam hai, woh Shaitan ka kaam hai. ke woh galat istemal kare ya durust istemal kare is azaadi ko. aisa mein samajhta hoon.</w:t>
      </w:r>
    </w:p>
    <w:p>
      <w:pPr>
        <w:jc w:val="right"/>
      </w:pPr>
      <w:r>
        <w:t>ق ہے۔ باقی جو ہے، وہ انسان کا کام ہے، وہ جنات کا کام ہے، وہ شیطان کا کام ہے۔ کہ وہ غلط استعمال کرے یا درست استعمال کرے اس آزادی کو۔ ایسا میں سمجھتا ہوں۔</w:t>
      </w:r>
    </w:p>
    <w:p>
      <w:r>
        <w:rPr>
          <w:b/>
        </w:rPr>
        <w:t xml:space="preserve">[1:10:43] </w:t>
      </w:r>
      <w:r>
        <w:t>This question is from Mustafa: Maulana sahib, Syed Qutb aur Syed Maududi ko hukumat ke sath mil kar da'wati kaam karne ke jo mawaqe mil rahe the,</w:t>
      </w:r>
    </w:p>
    <w:p>
      <w:pPr>
        <w:jc w:val="right"/>
      </w:pPr>
      <w:r>
        <w:t>This question is from Mustafa: مولانا صاحب، سید قطب اور سید مودودی کو حکومت کے ساتھ مل کر دعوتی کام کرنے کے جو مواقع مل رہے تھے،</w:t>
      </w:r>
    </w:p>
    <w:p>
      <w:r>
        <w:rPr>
          <w:b/>
        </w:rPr>
        <w:t xml:space="preserve">[1:10:57] </w:t>
      </w:r>
      <w:r>
        <w:t>un ko unhon ne radd kiya.</w:t>
      </w:r>
    </w:p>
    <w:p>
      <w:pPr>
        <w:jc w:val="right"/>
      </w:pPr>
      <w:r>
        <w:t>ان کو انہوں نے رد کیا۔</w:t>
      </w:r>
    </w:p>
    <w:p>
      <w:r>
        <w:rPr>
          <w:b/>
        </w:rPr>
        <w:t xml:space="preserve">[1:10:59] </w:t>
      </w:r>
      <w:r>
        <w:t>lekin un ki daleel bhi yahi hai ke Nabi ne bhi maujooda hukumat ko radd kiya aur Islami hukumat qaim ki. yeh to bara anokha hai.</w:t>
      </w:r>
    </w:p>
    <w:p>
      <w:pPr>
        <w:jc w:val="right"/>
      </w:pPr>
      <w:r>
        <w:t>لیکن ان کی دلیل بھی یہی ہے کہ نبی نے بھی موجودہ حکومت کو رد کیا اور اسلامی حکومت قائم کی۔ یہ تو بڑا انوکھا ہے۔</w:t>
      </w:r>
    </w:p>
    <w:p>
      <w:r>
        <w:rPr>
          <w:b/>
        </w:rPr>
        <w:t xml:space="preserve">[1:11:12] </w:t>
      </w:r>
      <w:r>
        <w:t>Rasool Allah ne radd kar ke da'wa kaam kiya. unhon ne da'wa kaam nahin kiya, unhon ne to siyasi opposition ban gaye woh.</w:t>
      </w:r>
    </w:p>
    <w:p>
      <w:pPr>
        <w:jc w:val="right"/>
      </w:pPr>
      <w:r>
        <w:t>رسول اللہ نے رد کر کے دعویٰ کام کیا۔ انہوں نے دعویٰ کام نہیں کیا، انہوں نے تو سیاسی اپوزیشن بن گئے وہ۔</w:t>
      </w:r>
    </w:p>
    <w:p>
      <w:r>
        <w:rPr>
          <w:b/>
        </w:rPr>
        <w:t xml:space="preserve">[1:11:22] </w:t>
      </w:r>
      <w:r>
        <w:t>yeh to misaal sahi nahin hai. ke Rasool Allah ne jab un ke offer ko nahin liya to us ke baad kaam aap ne kiya kiya?</w:t>
      </w:r>
    </w:p>
    <w:p>
      <w:pPr>
        <w:jc w:val="right"/>
      </w:pPr>
      <w:r>
        <w:t>یہ تو مثال صحیح نہیں ہے۔ کہ رسول اللہ نے جب ان کے آفر کو نہیں لیا تو اس کے بعد کام آپ نے کیا کیا؟</w:t>
      </w:r>
    </w:p>
    <w:p>
      <w:r>
        <w:rPr>
          <w:b/>
        </w:rPr>
        <w:t xml:space="preserve">[1:11:32] </w:t>
      </w:r>
      <w:r>
        <w:t>ke siyasi field se bahar aa kar ke unhon ne da'wa kaam kiya. to yeh log yahi karte ke is ko inkar kar ke aate aur da'wa kaam karte woh.</w:t>
      </w:r>
    </w:p>
    <w:p>
      <w:pPr>
        <w:jc w:val="right"/>
      </w:pPr>
      <w:r>
        <w:t>کہ سیاسی فیلڈ سے باہر آ کر کے انہوں نے دعویٰ کام کیا۔ تو یہ لوگ یہی کرتے کہ اس کو انکار کر کے آتے اور دعویٰ کام کرتے وہ۔</w:t>
      </w:r>
    </w:p>
    <w:p>
      <w:r>
        <w:rPr>
          <w:b/>
        </w:rPr>
        <w:t xml:space="preserve">[1:11:43] </w:t>
      </w:r>
      <w:r>
        <w:t>siyasi takrao kyun? yaani isi ko lene ke liye, isi ko chheen ne ke liye daud pade. ke tum de rahe ho, humein sirf chhota sa, hum poora poora tum par qabza karenge.</w:t>
      </w:r>
    </w:p>
    <w:p>
      <w:pPr>
        <w:jc w:val="right"/>
      </w:pPr>
      <w:r>
        <w:t>سیاسی ٹکراؤ کیوں؟ یعنی اسی کو لینے کے لیے، اسی کو چھیننے کے لیے دوڑ پڑے۔ کہ تم دے رہے ہو، ہمیں صرف چھوٹا سا، ہم پورا پورا تم پر قبضہ کریں گے۔</w:t>
      </w:r>
    </w:p>
    <w:p>
      <w:r>
        <w:rPr>
          <w:b/>
        </w:rPr>
        <w:t xml:space="preserve">[1:11:52] </w:t>
      </w:r>
      <w:r>
        <w:t>hum ko ek ministry nahin chahiye, sari ministries chahiye. hum ko ek university nahin chahiye, sari hukumat chahiye. yahan par misaal sahi nahin hai.</w:t>
      </w:r>
    </w:p>
    <w:p>
      <w:pPr>
        <w:jc w:val="right"/>
      </w:pPr>
      <w:r>
        <w:t>ہم کو ایک وزارت نہیں چاہیے، ساری وزارتیں چاہیے۔ ہم کو ایک یونیورسٹی نہیں چاہیے، ساری حکومت چاہیے۔ یہاں پر مثال صحیح نہیں ہے۔</w:t>
      </w:r>
    </w:p>
    <w:p>
      <w:r>
        <w:rPr>
          <w:b/>
        </w:rPr>
        <w:t xml:space="preserve">[1:12:01] </w:t>
      </w:r>
      <w:r>
        <w:t>ke Rasool Allah ne agar offer ko qabool nahin kiya to kiya kiya? is ko dekhiye aap. koi siyasi tehreek nahin chalai unhon ne. balkeh aman pasand da'wa kaam kiya.</w:t>
      </w:r>
    </w:p>
    <w:p>
      <w:pPr>
        <w:jc w:val="right"/>
      </w:pPr>
      <w:r>
        <w:t>کہ رسول اللہ نے اگر آفر کو قبول نہیں کیا تو کیا کیا؟ اس کو دیکھیے آپ۔ کوئی سیاسی تحریک نہیں چلائی انہوں نے۔ بلکہ امن پسند دعویٰ کام کیا۔</w:t>
      </w:r>
    </w:p>
    <w:p>
      <w:r>
        <w:rPr>
          <w:b/>
        </w:rPr>
        <w:t xml:space="preserve">[1:12:12] </w:t>
      </w:r>
      <w:r>
        <w:t>Aman pasand dawah kaam. Unhon ne kiya kiya? Ke unhon ne to ek hangama wali siyasat chala di.</w:t>
      </w:r>
    </w:p>
    <w:p>
      <w:pPr>
        <w:jc w:val="right"/>
      </w:pPr>
      <w:r>
        <w:t>امن پسند دعویٰ کام۔ انہوں نے کیا کیا؟ کہ انہوں نے تو ایک ہنگامہ والی سیاست چلا دی۔</w:t>
      </w:r>
    </w:p>
    <w:p>
      <w:r>
        <w:rPr>
          <w:b/>
        </w:rPr>
        <w:t xml:space="preserve">[1:12:21] </w:t>
      </w:r>
      <w:r>
        <w:t>To is se is ka koi mawazana nahi hai.</w:t>
      </w:r>
    </w:p>
    <w:p>
      <w:pPr>
        <w:jc w:val="right"/>
      </w:pPr>
      <w:r>
        <w:t>تو اس سے اس کا کوئی موازنہ نہیں ہے۔</w:t>
      </w:r>
    </w:p>
    <w:p>
      <w:r>
        <w:rPr>
          <w:b/>
        </w:rPr>
        <w:t xml:space="preserve">[1:12:28] </w:t>
      </w:r>
      <w:r>
        <w:t>This question is from Dr. Pradhan: Maulana, as you said, most of the spiritual leaders and big names in history or crowd pullers work in small.</w:t>
      </w:r>
    </w:p>
    <w:p>
      <w:pPr>
        <w:jc w:val="right"/>
      </w:pPr>
      <w:r>
        <w:t>This question is from Dr. Pradhan: مولانا، as you said, most of the spiritual leaders and big names in history or crowd pullers work in small.</w:t>
      </w:r>
    </w:p>
    <w:p>
      <w:r>
        <w:rPr>
          <w:b/>
        </w:rPr>
        <w:t xml:space="preserve">[1:12:40] </w:t>
      </w:r>
      <w:r>
        <w:t>But if we see the background, most of them had started from a small point and reached to the peak of their respective fields and made themselves crowd pullers.</w:t>
      </w:r>
    </w:p>
    <w:p>
      <w:pPr>
        <w:jc w:val="right"/>
      </w:pPr>
      <w:r>
        <w:t>But if we see the background, most of them had started from a small point and reached to the peak of their respective fields and made themselves crowd pullers.</w:t>
      </w:r>
    </w:p>
    <w:p>
      <w:r>
        <w:rPr>
          <w:b/>
        </w:rPr>
        <w:t xml:space="preserve">[1:12:52] </w:t>
      </w:r>
      <w:r>
        <w:t>Please clarify, are all the crowd pullers failures? Will CPS not reach at the point of crowd pulling? Dekhiye, crowd ko kab aap ikatha kar paate hain?</w:t>
      </w:r>
    </w:p>
    <w:p>
      <w:pPr>
        <w:jc w:val="right"/>
      </w:pPr>
      <w:r>
        <w:t>Please clarify, are all the crowd pullers failures? Will CPS not reach at the point of crowd pulling? دیکھیے، crowd کو کب آپ اکٹھا کر پاتے ہیں؟</w:t>
      </w:r>
    </w:p>
    <w:p>
      <w:r>
        <w:rPr>
          <w:b/>
        </w:rPr>
        <w:t xml:space="preserve">[1:13:08] </w:t>
      </w:r>
      <w:r>
        <w:t>Is ko dekhiye.</w:t>
      </w:r>
    </w:p>
    <w:p>
      <w:pPr>
        <w:jc w:val="right"/>
      </w:pPr>
      <w:r>
        <w:t>اس کو دیکھیے۔</w:t>
      </w:r>
    </w:p>
    <w:p>
      <w:r>
        <w:rPr>
          <w:b/>
        </w:rPr>
        <w:t xml:space="preserve">[1:13:11] </w:t>
      </w:r>
      <w:r>
        <w:t>Jab logon ke sentiment ko aap feed karein, feed karein. Logon ke sentiment ko feed karein. Jaise misaal ke taur par Babri Masjid jab demolish ki gayi thi 6 December 1992 ko,</w:t>
      </w:r>
    </w:p>
    <w:p>
      <w:pPr>
        <w:jc w:val="right"/>
      </w:pPr>
      <w:r>
        <w:t>جب لوگوں کے sentiment کو آپ فیڈ کریں، فیڈ کریں۔ لوگوں کے sentiment کو فیڈ کریں۔ جیسے مثال کے طور پر بابری مسجد جب demolish کی گئی تھی 6 دسمبر 1992 کو،</w:t>
      </w:r>
    </w:p>
    <w:p>
      <w:r>
        <w:rPr>
          <w:b/>
        </w:rPr>
        <w:t xml:space="preserve">[1:13:26] </w:t>
      </w:r>
      <w:r>
        <w:t>To woh log jo yeh kehte the ke masjid ko wahin rebuild karo, to achaanak woh crowd pullers ban gaye. Bheed ki bheed in ke jalson mein aati thi.</w:t>
      </w:r>
    </w:p>
    <w:p>
      <w:pPr>
        <w:jc w:val="right"/>
      </w:pPr>
      <w:r>
        <w:t>تو وہ لوگ جو یہ کہتے تھے کہ مسجد کو وہیں rebuild کرو، تو اچانک وہ crowd pullers بن گئے۔ بھیڑ کی بھیڑ ان کے جلسوں میں آتی تھی۔</w:t>
      </w:r>
    </w:p>
    <w:p>
      <w:r>
        <w:rPr>
          <w:b/>
        </w:rPr>
        <w:t xml:space="preserve">[1:13:36] </w:t>
      </w:r>
      <w:r>
        <w:t>Masjid wahin banaye gi, masjid wahin banana parega tum ko. Masjid ko rebuild karna parega isi jagah.</w:t>
      </w:r>
    </w:p>
    <w:p>
      <w:pPr>
        <w:jc w:val="right"/>
      </w:pPr>
      <w:r>
        <w:t>مسجد وہیں بنائے گی، مسجد وہیں بنانا پڑے گا تم کو۔ مسجد کو rebuild کرنا پڑے گا اسی جگہ۔</w:t>
      </w:r>
    </w:p>
    <w:p>
      <w:r>
        <w:rPr>
          <w:b/>
        </w:rPr>
        <w:t xml:space="preserve">[1:13:42] </w:t>
      </w:r>
      <w:r>
        <w:t>Bheed ki bheed ikatha hoti thi. Main ne kaha tha ke is qisse ko bhool jao. Main ne kaha tha ke Hindu bhi bhula dein, Musalman bhi bhula dein.</w:t>
      </w:r>
    </w:p>
    <w:p>
      <w:pPr>
        <w:jc w:val="right"/>
      </w:pPr>
      <w:r>
        <w:t>بھیڑ کی بھیڑ اکٹھا ہوتی تھی۔ میں نے کہا تھا کہ اس قصے کو بھول جاؤ۔ میں نے کہا تھا کہ ہندو بھی بھلا دیں، مسلمان بھی بھلا دیں۔</w:t>
      </w:r>
    </w:p>
    <w:p>
      <w:r>
        <w:rPr>
          <w:b/>
        </w:rPr>
        <w:t xml:space="preserve">[1:13:51] </w:t>
      </w:r>
      <w:r>
        <w:t>Ke mere paas crowd nahi aaya tha. Lekin aaj dekhiye, aaj. Aaj saare Musalman isi par hain, saare Hindu isi par hain.</w:t>
      </w:r>
    </w:p>
    <w:p>
      <w:pPr>
        <w:jc w:val="right"/>
      </w:pPr>
      <w:r>
        <w:t>کہ میرے پاس crowd نہیں آیا تھا۔ لیکن آج دیکھیے، آج۔ آج سارے مسلمان اسی پر ہیں، سارے ہندو اسی پر ہیں۔</w:t>
      </w:r>
    </w:p>
    <w:p>
      <w:r>
        <w:rPr>
          <w:b/>
        </w:rPr>
        <w:t xml:space="preserve">[1:14:00] </w:t>
      </w:r>
      <w:r>
        <w:t>Hindu bhool gaye. Aap ko yaad hoga ke wahan par jo logon ne demolish kiya tha, us waqt woh naaray laga rahe the ke "Ajodhya to jhaanki hai, Kashi Mathura baqi hai." "Ajodhya to jhaanki hai, Kashi Mathura baqi hai." Aur is ke ilawa aur bhi woh teen so ya teen hazar masjidon ki list banaye hue the.</w:t>
      </w:r>
    </w:p>
    <w:p>
      <w:pPr>
        <w:jc w:val="right"/>
      </w:pPr>
      <w:r>
        <w:t>ہندو بھول گئے۔ آپ کو یاد ہوگا کہ وہاں پر جو لوگوں نے demolish کیا تھا، اس وقت وہ نعرہ لگا رہے تھے کہ "اجدہا تو جھانکی ہے، کاشی متھرا باقی ہے۔" "اجدہا تو جھانکی ہے، کاشی متھرا باقی ہے۔" اور اس کے علاوہ اور بھی وہ تین سو یا تین ہزار مسجدوں کی لسٹ بنائے ہوئے تھے۔</w:t>
      </w:r>
    </w:p>
    <w:p>
      <w:r>
        <w:rPr>
          <w:b/>
        </w:rPr>
        <w:t xml:space="preserve">[1:14:23] </w:t>
      </w:r>
      <w:r>
        <w:t>Ab kahan hai woh list? Kahan hai Kashi Mathura?</w:t>
      </w:r>
    </w:p>
    <w:p>
      <w:pPr>
        <w:jc w:val="right"/>
      </w:pPr>
      <w:r>
        <w:t>اب کہاں ہے وہ لسٹ؟ کہاں ہے کاشی متھرا؟</w:t>
      </w:r>
    </w:p>
    <w:p>
      <w:r>
        <w:rPr>
          <w:b/>
        </w:rPr>
        <w:t xml:space="preserve">[1:14:28] </w:t>
      </w:r>
      <w:r>
        <w:t>Main ne yeh kaha tha us waqt Hindu Musalman dono ko ke ek hi par stop laga do. Musalman bhi chup, Hindu bhi chup.</w:t>
      </w:r>
    </w:p>
    <w:p>
      <w:pPr>
        <w:jc w:val="right"/>
      </w:pPr>
      <w:r>
        <w:t>میں نے یہ کہا تھا اس وقت ہندو مسلمان دونوں کو کہ ایک ہی پر stop لگا دو۔ مسلمان بھی چپ، ہندو بھی چپ۔</w:t>
      </w:r>
    </w:p>
    <w:p>
      <w:r>
        <w:rPr>
          <w:b/>
        </w:rPr>
        <w:t xml:space="preserve">[1:14:37] </w:t>
      </w:r>
      <w:r>
        <w:t>Dono ko main ne kaha tha. Us waqt dono mein se kisi ne meri baat nahi suni. Na Hindu ne suni, na Musalman ne suni. Lekin aaj dekhiye, sab ke sab chup hain.</w:t>
      </w:r>
    </w:p>
    <w:p>
      <w:pPr>
        <w:jc w:val="right"/>
      </w:pPr>
      <w:r>
        <w:t>دونوں کو میں نے کہا تھا۔ اس وقت دونوں میں سے کسی نے میری بات نہیں سنی۔ نہ ہندو نے سنی، نہ مسلمان نے سنی۔ لیکن آج دیکھیے، سب کے سب چپ ہیں۔</w:t>
      </w:r>
    </w:p>
    <w:p>
      <w:r>
        <w:rPr>
          <w:b/>
        </w:rPr>
        <w:t xml:space="preserve">[1:14:47] </w:t>
      </w:r>
      <w:r>
        <w:t>Na Hindu naaray laga raha hai doosri masjidon ka. Na Musalman naaray laga rahe hain ke masjid ko wahin kahin phir banao, phir banao. Sab apne ghaant kamane mein lage hue hain.</w:t>
      </w:r>
    </w:p>
    <w:p>
      <w:pPr>
        <w:jc w:val="right"/>
      </w:pPr>
      <w:r>
        <w:t>نہ ہندو نعرہ لگا رہا ہے دوسری مسجدوں کا۔ نہ مسلمان نعرہ لگا رہے ہیں کہ مسجد کو وہیں کہیں پھر بناؤ، پھر بناؤ۔ سب اپنے گھانٹ کمانے میں لگے ہوئے ہیں۔</w:t>
      </w:r>
    </w:p>
    <w:p>
      <w:r>
        <w:rPr>
          <w:b/>
        </w:rPr>
        <w:t xml:space="preserve">[1:14:58] </w:t>
      </w:r>
      <w:r>
        <w:t>To hikmat ki baat yeh hai ke aap mustaqbil ko dekh kar bolte hain. Aur jo jazbat ko address karein to woh bheed lagti hai.</w:t>
      </w:r>
    </w:p>
    <w:p>
      <w:pPr>
        <w:jc w:val="right"/>
      </w:pPr>
      <w:r>
        <w:t>تو حکمت کی بات یہ ہے کہ آپ مستقبل کو دیکھ کر بولتے ہیں۔ اور جو جذبات کو address کریں تو وہ بھیڑ لگتی ہے۔</w:t>
      </w:r>
    </w:p>
    <w:p>
      <w:r>
        <w:rPr>
          <w:b/>
        </w:rPr>
        <w:t xml:space="preserve">[1:15:07] </w:t>
      </w:r>
      <w:r>
        <w:t>Woh bheed aati hai aur phir khatam ho jati hai. Just like bubble yeh bheed jis ko aap kehte hain, woh just like bubble hoti hai. India mein aap dekhiye, Mahatma Gandhi se zara kaun bada tha crowd puller?</w:t>
      </w:r>
    </w:p>
    <w:p>
      <w:pPr>
        <w:jc w:val="right"/>
      </w:pPr>
      <w:r>
        <w:t>وہ بھیڑ آتی ہے اور پھر ختم ہو جاتی ہے۔ Just like bubble یہ بھیڑ جس کو آپ کہتے ہیں، وہ just like bubble ہوتی ہے۔ انڈیا میں آپ دیکھیے، مہاتما گاندھی سے ذرا کون بڑا تھا crowd puller؟</w:t>
      </w:r>
    </w:p>
    <w:p>
      <w:r>
        <w:rPr>
          <w:b/>
        </w:rPr>
        <w:t xml:space="preserve">[1:15:22] </w:t>
      </w:r>
      <w:r>
        <w:t>Sara India un ke sath ho gaya tha.</w:t>
      </w:r>
    </w:p>
    <w:p>
      <w:pPr>
        <w:jc w:val="right"/>
      </w:pPr>
      <w:r>
        <w:t>سارا انڈیا ان کے ساتھ ہو گیا تھا۔</w:t>
      </w:r>
    </w:p>
    <w:p>
      <w:r>
        <w:rPr>
          <w:b/>
        </w:rPr>
        <w:t xml:space="preserve">[1:15:24] </w:t>
      </w:r>
      <w:r>
        <w:t>Wohi Mahatma Gandhi 15 August ke baad usi Delhi mein, Birla Mandir mein woh jo karte the subah ko, thore thore log aate the wahan par.</w:t>
      </w:r>
    </w:p>
    <w:p>
      <w:pPr>
        <w:jc w:val="right"/>
      </w:pPr>
      <w:r>
        <w:t>وہی مہاتما گاندھی 15 اگست کے بعد اسی دلی میں، برلہ مندر میں وہ جو کرتے تھے صبح کو، تھوڑے تھوڑے لوگ آتے تھے وہاں پر۔</w:t>
      </w:r>
    </w:p>
    <w:p>
      <w:r>
        <w:rPr>
          <w:b/>
        </w:rPr>
        <w:t xml:space="preserve">[1:15:34] </w:t>
      </w:r>
      <w:r>
        <w:t>Sab bhagte the ministers ke paas. Koi kaam banta tha ministers se. To Mahatma Gandhi ne yeh bola tha, yeh history hai ke "Ab meri baat, ab meri kaun sunega?" Ek kitaab chhapi hai, aap us ko parh lijiye.</w:t>
      </w:r>
    </w:p>
    <w:p>
      <w:pPr>
        <w:jc w:val="right"/>
      </w:pPr>
      <w:r>
        <w:t>سب بھاگتے تھے ministers کے پاس۔ کوئی کام بنتا تھا ministers سے۔ تو مہاتما گاندھی نے یہ بولا تھا، یہ history ہے کہ "اب میری بات، اب میری کون سنے گا؟" ایک کتاب چھپی ہے، آپ اس کو پڑھ لیجیے۔</w:t>
      </w:r>
    </w:p>
    <w:p>
      <w:r>
        <w:rPr>
          <w:b/>
        </w:rPr>
        <w:t xml:space="preserve">[1:15:49] </w:t>
      </w:r>
      <w:r>
        <w:t>"Ab meri kaun sunega?"</w:t>
      </w:r>
    </w:p>
    <w:p>
      <w:pPr>
        <w:jc w:val="right"/>
      </w:pPr>
      <w:r>
        <w:t>"اب میری کون سنے گا؟"</w:t>
      </w:r>
    </w:p>
    <w:p>
      <w:r>
        <w:rPr>
          <w:b/>
        </w:rPr>
        <w:t xml:space="preserve">[1:15:51] </w:t>
      </w:r>
      <w:r>
        <w:t>To crowd pullers jo hote hain, un ka anjaam dekhiye aap. Ke just like bubble hote hain. Yeh to bubble siyasat hoti hai. Jin logon ne aise kaam kiye hain ke bheed ki bheed ikatha hui hai, woh bubble ki tarah uthe aur phir khatam bhi ho gaye.</w:t>
      </w:r>
    </w:p>
    <w:p>
      <w:pPr>
        <w:jc w:val="right"/>
      </w:pPr>
      <w:r>
        <w:t>تو crowd pullers جو ہوتے ہیں، ان کا انجام دیکھیے آپ۔ کہ just like bubble ہوتے ہیں۔ یہ تو bubble politics ہوتی ہے۔ جن لوگوں نے ایسے کام کیے ہیں کہ بھیڑ کی بھیڑ اکٹھا ہوئی ہے، وہ bubble کی طرح اٹھے اور پھر ختم بھی ہو گئے۔</w:t>
      </w:r>
    </w:p>
    <w:p>
      <w:r>
        <w:rPr>
          <w:b/>
        </w:rPr>
        <w:t xml:space="preserve">[1:16:11] </w:t>
      </w:r>
      <w:r>
        <w:t>Aur jo logon ne woh kaam kaam kiya, us tareeqe se jis ko main ne kaha ke Sar al-hayat kan fi al-bidaya al-mutawadi'</w:t>
      </w:r>
    </w:p>
    <w:p>
      <w:pPr>
        <w:jc w:val="right"/>
      </w:pPr>
      <w:r>
        <w:t>اور جو لوگوں نے وہ کام کام کیا، اس طریقے سے جس کو میں نے کہا کہ سر الحیات کان فی البدایۃ المتواضع</w:t>
      </w:r>
    </w:p>
    <w:p>
      <w:r>
        <w:rPr>
          <w:b/>
        </w:rPr>
        <w:t xml:space="preserve">[1:16:19] </w:t>
      </w:r>
      <w:r>
        <w:t>Yaani humble beginning is the best beginning inhi ka kaam jo hai, us ke andar yaani lasting value us ke andar paida hui. Der tak baqi raha, koi kaam bada woh kar paye.</w:t>
      </w:r>
    </w:p>
    <w:p>
      <w:pPr>
        <w:jc w:val="right"/>
      </w:pPr>
      <w:r>
        <w:t>یعنی humble beginning is the best beginning انہی کا کام جو ہے، اس کے اندر یعنی lasting value اس کے اندر پیدا ہوئی۔ دیر تک باقی رہا، کوئی کام بڑا وہ کر پائے۔</w:t>
      </w:r>
    </w:p>
    <w:p>
      <w:r>
        <w:rPr>
          <w:b/>
        </w:rPr>
        <w:t xml:space="preserve">[1:16:33] </w:t>
      </w:r>
      <w:r>
        <w:t>to aap yeh na dekhiye ke ke kuch log jo hai crowd akatha kar rahe hain, yeh dekhiye is ka result kya nikalta hai. Result</w:t>
      </w:r>
    </w:p>
    <w:p>
      <w:pPr>
        <w:jc w:val="right"/>
      </w:pPr>
      <w:r>
        <w:t>تو آپ یہ نہ دیکھیے کہ کہ کچھ لوگ جو ہے crowd اکٹھا کر رہے ہیں، یہ دیکھیں اس کا result کیا نکلتا ہے۔ Result</w:t>
      </w:r>
    </w:p>
    <w:p>
      <w:r>
        <w:rPr>
          <w:b/>
        </w:rPr>
        <w:t xml:space="preserve">[1:16:46] </w:t>
      </w:r>
      <w:r>
        <w:t>to mera tareeqa kya</w:t>
      </w:r>
    </w:p>
    <w:p>
      <w:pPr>
        <w:jc w:val="right"/>
      </w:pPr>
      <w:r>
        <w:t>تو میرا طریقہ کیا</w:t>
      </w:r>
    </w:p>
    <w:p>
      <w:r>
        <w:rPr>
          <w:b/>
        </w:rPr>
        <w:t xml:space="preserve">[1:16:48] </w:t>
      </w:r>
      <w:r>
        <w:t>hai? Mera tareeqa yeh hai ke hamesha aap ko kisi bhi mamle mein result ko dekh kar ke apna judgment dena chahiye.</w:t>
      </w:r>
    </w:p>
    <w:p>
      <w:pPr>
        <w:jc w:val="right"/>
      </w:pPr>
      <w:r>
        <w:t>ہے؟ میرا طریقہ یہ ہے کہ ہمیشہ آپ کو کسی بھی معاملے میں result کو دیکھ کر کے اپنا judgment دینا چاہیے۔</w:t>
      </w:r>
    </w:p>
    <w:p>
      <w:r>
        <w:rPr>
          <w:b/>
        </w:rPr>
        <w:t xml:space="preserve">[1:16:56] </w:t>
      </w:r>
      <w:r>
        <w:t>kisi bhi mamle mein. Yahan tak ke aap khana bhi kha rahe hain to over eating karne ke to kya hoga? Mar jayenge. To aap bhi result dekhiye ke kya khaoon, kya na khaoon.</w:t>
      </w:r>
    </w:p>
    <w:p>
      <w:pPr>
        <w:jc w:val="right"/>
      </w:pPr>
      <w:r>
        <w:t>کسی بھی معاملے میں۔ یہاں تک کہ آپ کھانا بھی کھا رہے ہیں تو over eating کرنے کے تو کیا ہوگا؟ مر جائیں گے۔ تو آپ بھی result دیکھیے کہ کیا کھاؤں، کیا نہ کھاؤں۔</w:t>
      </w:r>
    </w:p>
    <w:p>
      <w:r>
        <w:rPr>
          <w:b/>
        </w:rPr>
        <w:t xml:space="preserve">[1:17:08] </w:t>
      </w:r>
      <w:r>
        <w:t>to koi ek bhi aisa kaam duniya mein aisa nahi hai jis ko wise aadmi result ko dekh kar karta hai.</w:t>
      </w:r>
    </w:p>
    <w:p>
      <w:pPr>
        <w:jc w:val="right"/>
      </w:pPr>
      <w:r>
        <w:t>تو کوئی ایک بھی ایسا کام دنیا میں ایسا نہیں ہے جس کو wise آدمی result کو دیکھ کر کرتا ہے۔</w:t>
      </w:r>
    </w:p>
    <w:p>
      <w:r>
        <w:rPr>
          <w:b/>
        </w:rPr>
        <w:t xml:space="preserve">[1:17:16] </w:t>
      </w:r>
      <w:r>
        <w:t>jo unwise aadmi hota hai, woh apni emotion par daudta hai. To chunaanche bheed in logon ki hoti hai jo emotion par daudte hain, to jo log in ke emotions ko address karein, un ka to bheed akatha ho jati hai.</w:t>
      </w:r>
    </w:p>
    <w:p>
      <w:pPr>
        <w:jc w:val="right"/>
      </w:pPr>
      <w:r>
        <w:t>جو unwise آدمی ہوتا ہے، وہ اپنی emotion پر دوڑتا ہے۔ تو چونکہ بھیڑ ان لوگوں کی ہوتی ہے جو emotion پر دوڑتے ہیں، تو جو لوگ ان کے emotions کو address کریں، ان کا تو بھیڑ اکٹھا ہو جاتی ہے۔</w:t>
      </w:r>
    </w:p>
    <w:p>
      <w:r>
        <w:rPr>
          <w:b/>
        </w:rPr>
        <w:t xml:space="preserve">[1:17:28] </w:t>
      </w:r>
      <w:r>
        <w:t>lekin result kuch bhi nahi hota. Humein koi shauk nahi hai bheed akatha karne ki. Kyunke hamare saath bhi wahi hoga ke result kuch bhi nahi niklega.</w:t>
      </w:r>
    </w:p>
    <w:p>
      <w:pPr>
        <w:jc w:val="right"/>
      </w:pPr>
      <w:r>
        <w:t>لیکن result کچھ بھی نہیں ہوتا۔ ہمیں کوئی شوق نہیں ہے بھیڑ اکٹھا کرنے کی۔ کیونکہ ہمارے ساتھ بھی وہی ہوگا کہ result کچھ بھی نہیں نکلے گا۔</w:t>
      </w:r>
    </w:p>
    <w:p>
      <w:r>
        <w:rPr>
          <w:b/>
        </w:rPr>
        <w:t xml:space="preserve">[1:17:41] </w:t>
      </w:r>
      <w:r>
        <w:t>hamara mission dekhiye kya hai? Bheed nahi hai, crowd nahi hai.</w:t>
      </w:r>
    </w:p>
    <w:p>
      <w:pPr>
        <w:jc w:val="right"/>
      </w:pPr>
      <w:r>
        <w:t>ہمارا mission دیکھیے کیا ہے؟ بھیڑ نہیں ہے، crowd نہیں ہے۔</w:t>
      </w:r>
    </w:p>
    <w:p>
      <w:r>
        <w:rPr>
          <w:b/>
        </w:rPr>
        <w:t xml:space="preserve">[1:17:46] </w:t>
      </w:r>
      <w:r>
        <w:t>hamara mission sirf ek hai. Insaan ko hell se bachana, us ko paradise ka rasta dikhana.</w:t>
      </w:r>
    </w:p>
    <w:p>
      <w:pPr>
        <w:jc w:val="right"/>
      </w:pPr>
      <w:r>
        <w:t>ہمارا mission صرف ایک ہے۔ انسان کو hell سے بچانا، اس کو paradise کا راستہ دکھانا۔</w:t>
      </w:r>
    </w:p>
    <w:p>
      <w:r>
        <w:rPr>
          <w:b/>
        </w:rPr>
        <w:t xml:space="preserve">[1:17:56] </w:t>
      </w:r>
      <w:r>
        <w:t>bas.</w:t>
      </w:r>
    </w:p>
    <w:p>
      <w:pPr>
        <w:jc w:val="right"/>
      </w:pPr>
      <w:r>
        <w:t>بس۔</w:t>
      </w:r>
    </w:p>
    <w:p>
      <w:r>
        <w:rPr>
          <w:b/>
        </w:rPr>
        <w:t xml:space="preserve">[1:17:59] </w:t>
      </w:r>
      <w:r>
        <w:t>insaan ko, ek ek individual ko hell fire se bachana. Aur garden of paradise mein us ko jaane ke qabil banana.</w:t>
      </w:r>
    </w:p>
    <w:p>
      <w:pPr>
        <w:jc w:val="right"/>
      </w:pPr>
      <w:r>
        <w:t>انسان کو، ایک ایک individual کو hell fire سے بچانا۔ اور garden of paradise میں اس کو جانے کے قابل بنانا۔</w:t>
      </w:r>
    </w:p>
    <w:p>
      <w:r>
        <w:rPr>
          <w:b/>
        </w:rPr>
        <w:t xml:space="preserve">[1:18:11] </w:t>
      </w:r>
      <w:r>
        <w:t>bas. Aur koi hamara mission dos</w:t>
      </w:r>
    </w:p>
    <w:p>
      <w:pPr>
        <w:jc w:val="right"/>
      </w:pPr>
      <w:r>
        <w:t>بس۔ اور کوئی ہمارا mission دوس</w:t>
      </w:r>
    </w:p>
    <w:p>
      <w:r>
        <w:rPr>
          <w:b/>
        </w:rPr>
        <w:t xml:space="preserve">[1:18:13] </w:t>
      </w:r>
      <w:r>
        <w:t>ra nahi hai. Humein na bheed se matlab hai, na kisi aur cheez se matlab hai.</w:t>
      </w:r>
    </w:p>
    <w:p>
      <w:pPr>
        <w:jc w:val="right"/>
      </w:pPr>
      <w:r>
        <w:t>را نہیں ہے۔ ہمیں نہ بھیڑ سے مطلب ہے، نہ کسی اور چیز سے مطلب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