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Road to Paradise April 26, 2018</w:t>
      </w:r>
    </w:p>
    <w:p>
      <w:r>
        <w:t>https://youtu.be/X0SuQYhr3QY</w:t>
      </w:r>
    </w:p>
    <w:p>
      <w:r>
        <w:rPr>
          <w:b/>
        </w:rPr>
        <w:t xml:space="preserve">[00:01] </w:t>
      </w:r>
      <w:r>
        <w:t>bismillah rahman rahim. Aaj April 2018 ki 26 tareekh hai.</w:t>
      </w:r>
    </w:p>
    <w:p>
      <w:pPr>
        <w:jc w:val="right"/>
      </w:pPr>
      <w:r>
        <w:t>بسم اللہ الرحمن الرحیم۔ آج اپریل 2018 کی 26 تاریخ ہے۔</w:t>
      </w:r>
    </w:p>
    <w:p>
      <w:r>
        <w:rPr>
          <w:b/>
        </w:rPr>
        <w:t xml:space="preserve">[00:17] </w:t>
      </w:r>
      <w:r>
        <w:t>aaj ka din mere liye</w:t>
      </w:r>
    </w:p>
    <w:p>
      <w:pPr>
        <w:jc w:val="right"/>
      </w:pPr>
      <w:r>
        <w:t>آج کا دن میرے لیے</w:t>
      </w:r>
    </w:p>
    <w:p>
      <w:r>
        <w:rPr>
          <w:b/>
        </w:rPr>
        <w:t xml:space="preserve">[00:25] </w:t>
      </w:r>
      <w:r>
        <w:t>haqeeqat-e-khudawandi ki daryaft ka din hai.</w:t>
      </w:r>
    </w:p>
    <w:p>
      <w:pPr>
        <w:jc w:val="right"/>
      </w:pPr>
      <w:r>
        <w:t>حقیقتِ خداوندی کی دریافت کا دن ہے۔</w:t>
      </w:r>
    </w:p>
    <w:p>
      <w:r>
        <w:rPr>
          <w:b/>
        </w:rPr>
        <w:t xml:space="preserve">[00:33] </w:t>
      </w:r>
      <w:r>
        <w:t>main ne ek kitaab likhi thi, "Raaz-e-Hayaat", jo 1987 mein pehli baar chhapi thi.</w:t>
      </w:r>
    </w:p>
    <w:p>
      <w:pPr>
        <w:jc w:val="right"/>
      </w:pPr>
      <w:r>
        <w:t>میں نے ایک کتاب لکھی تھی، "رازِ حیات"، جو 1987 میں پہلی بار چھپی تھی۔</w:t>
      </w:r>
    </w:p>
    <w:p>
      <w:r>
        <w:rPr>
          <w:b/>
        </w:rPr>
        <w:t xml:space="preserve">[00:45] </w:t>
      </w:r>
      <w:r>
        <w:t>yeh kitaab bohat zyada padhi gayi.</w:t>
      </w:r>
    </w:p>
    <w:p>
      <w:pPr>
        <w:jc w:val="right"/>
      </w:pPr>
      <w:r>
        <w:t>یہ کتاب بہت زیادہ پڑھی گئی۔</w:t>
      </w:r>
    </w:p>
    <w:p>
      <w:r>
        <w:rPr>
          <w:b/>
        </w:rPr>
        <w:t xml:space="preserve">[00:49] </w:t>
      </w:r>
      <w:r>
        <w:t>lekin is kitaab se sirf yeh mila logon ko ke maadi zindagi jo hamari hai, us ko kamyab taur par kaise guzarein.</w:t>
      </w:r>
    </w:p>
    <w:p>
      <w:pPr>
        <w:jc w:val="right"/>
      </w:pPr>
      <w:r>
        <w:t>لیکن اس کتاب سے صرف یہ ملا لوگوں کو کہ مادی زندگی جو ہماری ہے، اس کو کامیاب طور پر کیسے گزاریں۔</w:t>
      </w:r>
    </w:p>
    <w:p>
      <w:r>
        <w:rPr>
          <w:b/>
        </w:rPr>
        <w:t xml:space="preserve">[01:08] </w:t>
      </w:r>
      <w:r>
        <w:t>Syed Abdullah Modi ki kitaab hai "Risala Deeniyat".</w:t>
      </w:r>
    </w:p>
    <w:p>
      <w:pPr>
        <w:jc w:val="right"/>
      </w:pPr>
      <w:r>
        <w:t>سید عبداللہ مودی کی کتاب ہے "رسالہ دینیات"۔</w:t>
      </w:r>
    </w:p>
    <w:p>
      <w:r>
        <w:rPr>
          <w:b/>
        </w:rPr>
        <w:t xml:space="preserve">[01:14] </w:t>
      </w:r>
      <w:r>
        <w:t>woh chhapi thi 1937 mein. Kaha jata hai ke yeh kitaab un ki kitabon mein se sab se zyada padhi gayi hai, shayad.</w:t>
      </w:r>
    </w:p>
    <w:p>
      <w:pPr>
        <w:jc w:val="right"/>
      </w:pPr>
      <w:r>
        <w:t>وہ چھپی تھی 1937 میں۔ کہا جاتا ہے کہ یہ کتاب ان کی کتابوں میں سے سب سے زیادہ پڑھی گئی ہے، شاید۔</w:t>
      </w:r>
    </w:p>
    <w:p>
      <w:r>
        <w:rPr>
          <w:b/>
        </w:rPr>
        <w:t xml:space="preserve">[01:27] </w:t>
      </w:r>
      <w:r>
        <w:t>Mufti Kifayatullah Sahab ki kitaab hai "Talib-e-Ilm" . Kaha jata hai ke woh bohat padhi jati hai.</w:t>
      </w:r>
    </w:p>
    <w:p>
      <w:pPr>
        <w:jc w:val="right"/>
      </w:pPr>
      <w:r>
        <w:t>مفتی کفایت اللہ صاحب کی کتاب ہے "طالب الاسلام"۔ کہا جاتا ہے کہ وہ بہت پڑھی جاتی ہے۔</w:t>
      </w:r>
    </w:p>
    <w:p>
      <w:r>
        <w:rPr>
          <w:b/>
        </w:rPr>
        <w:t xml:space="preserve">[01:38] </w:t>
      </w:r>
      <w:r>
        <w:t>lekin yeh sab kitabein ya to deen ka manual batati hain ya deen ka dhancha batati hain,</w:t>
      </w:r>
    </w:p>
    <w:p>
      <w:pPr>
        <w:jc w:val="right"/>
      </w:pPr>
      <w:r>
        <w:t>لیکن یہ سب کتابیں یا تو دین کا مینول بتاتی ہیں یا دین کا ڈھانچہ بتاتی ہیں،</w:t>
      </w:r>
    </w:p>
    <w:p>
      <w:r>
        <w:rPr>
          <w:b/>
        </w:rPr>
        <w:t xml:space="preserve">[01:51] </w:t>
      </w:r>
      <w:r>
        <w:t>ya deen ka form batati hain. Lekin jo haqeeqat-e-deen hai, haqeeqat-e-khudawandi hai, haqeeqat-e-hayaat hai, us par jeena in kitabon se nahi aata kisi insaan ko.</w:t>
      </w:r>
    </w:p>
    <w:p>
      <w:pPr>
        <w:jc w:val="right"/>
      </w:pPr>
      <w:r>
        <w:t>یا دین کا فارم بتاتی ہیں۔ لیکن جو حقیقتِ دین ہے، حقیقتِ خداوندی ہے، حقیقتِ حیات ہے، اس پر جینا ان کتابوں سے نہیں آتا کسی انسان کو۔</w:t>
      </w:r>
    </w:p>
    <w:p>
      <w:r>
        <w:rPr>
          <w:b/>
        </w:rPr>
        <w:t xml:space="preserve">[02:07] </w:t>
      </w:r>
      <w:r>
        <w:t>main ne yeh sab kitabein padhi hain, aur doosri bohat si kitabein hain, "Hujjat-ul-Baligha". Main ne kam az kam teen baar padhi hai.</w:t>
      </w:r>
    </w:p>
    <w:p>
      <w:pPr>
        <w:jc w:val="right"/>
      </w:pPr>
      <w:r>
        <w:t>میں نے یہ سب کتابیں پڑھی ہیں، اور دوسری بہت سی کتابیں ہیں، "حجت اللہ البالغہ"۔ میں نے کم از کم تین بار پڑھی ہے۔</w:t>
      </w:r>
    </w:p>
    <w:p>
      <w:r>
        <w:rPr>
          <w:b/>
        </w:rPr>
        <w:t xml:space="preserve">[02:17] </w:t>
      </w:r>
      <w:r>
        <w:t>aisi bohat si kitabein hain. lekin jeena kaisa hai? jeeye kaisa hai aadmi duniya</w:t>
      </w:r>
    </w:p>
    <w:p>
      <w:pPr>
        <w:jc w:val="right"/>
      </w:pPr>
      <w:r>
        <w:t>ایسی بہت سی کتابیں ہیں۔ لیکن جینا کیسا ہے؟ جیے کیسا ہے آدمی دنیا</w:t>
      </w:r>
    </w:p>
    <w:p>
      <w:r>
        <w:rPr>
          <w:b/>
        </w:rPr>
        <w:t xml:space="preserve">[02:25] </w:t>
      </w:r>
      <w:r>
        <w:t>mein ke woh jannat tak pahunche? yaani road trip, yaani woh woh kitab jis ka title ho "road to paradise".</w:t>
      </w:r>
    </w:p>
    <w:p>
      <w:pPr>
        <w:jc w:val="right"/>
      </w:pPr>
      <w:r>
        <w:t>میں کہ وہ جنت تک پہنچے؟ یعنی روڈ ٹرپ، یعنی وہ وہ کتاب جس کا ٹائٹل ہو "روڈ ٹو پیراڈائز"۔</w:t>
      </w:r>
    </w:p>
    <w:p>
      <w:r>
        <w:rPr>
          <w:b/>
        </w:rPr>
        <w:t xml:space="preserve">[02:39] </w:t>
      </w:r>
      <w:r>
        <w:t>aisi kitab. "road to paradise". to aisi kitab abhi tak mujhe nahin mili thi.</w:t>
      </w:r>
    </w:p>
    <w:p>
      <w:pPr>
        <w:jc w:val="right"/>
      </w:pPr>
      <w:r>
        <w:t>ایسی کتاب۔ "روڈ ٹو پیراڈائز"۔ تو ایسی کتاب ابھی تک مجھے نہیں ملی تھی۔</w:t>
      </w:r>
    </w:p>
    <w:p>
      <w:r>
        <w:rPr>
          <w:b/>
        </w:rPr>
        <w:t xml:space="preserve">[02:51] </w:t>
      </w:r>
      <w:r>
        <w:t>aaj maine is raaz ko paya hai ek hadith mein.</w:t>
      </w:r>
    </w:p>
    <w:p>
      <w:pPr>
        <w:jc w:val="right"/>
      </w:pPr>
      <w:r>
        <w:t>آج میں نے اس راز کو پایا ہے ایک حدیث میں۔</w:t>
      </w:r>
    </w:p>
    <w:p>
      <w:r>
        <w:rPr>
          <w:b/>
        </w:rPr>
        <w:t xml:space="preserve">[02:55] </w:t>
      </w:r>
      <w:r>
        <w:t>hadith jibril bohat mashhoor hai. maine padha hai, logon ne padha hai is ko.</w:t>
      </w:r>
    </w:p>
    <w:p>
      <w:pPr>
        <w:jc w:val="right"/>
      </w:pPr>
      <w:r>
        <w:t>حدیث جبرائیل بہت مشہور ہے۔ میں نے پڑھا ہے، لوگوں نے پڑھا ہے اس کو۔</w:t>
      </w:r>
    </w:p>
    <w:p>
      <w:r>
        <w:rPr>
          <w:b/>
        </w:rPr>
        <w:t xml:space="preserve">[03:03] </w:t>
      </w:r>
      <w:r>
        <w:t>lekin aadmi dekhiye, lafzon mein ulajh jata hai. aksar alfaaz jo hain, woh gehri maarfat nahin dete.</w:t>
      </w:r>
    </w:p>
    <w:p>
      <w:pPr>
        <w:jc w:val="right"/>
      </w:pPr>
      <w:r>
        <w:t>لیکن آدمی دیکھیے، لفظوں میں الجھ جاتا ہے۔ اکثر الفاظ جو ہیں، وہ گہری معرفت نہیں دیتے۔</w:t>
      </w:r>
    </w:p>
    <w:p>
      <w:r>
        <w:rPr>
          <w:b/>
        </w:rPr>
        <w:t xml:space="preserve">[03:15] </w:t>
      </w:r>
      <w:r>
        <w:t>misalan dekhiye, is hadith mein ek lafz hai "taat allah kaankatra" . is tarah ibadat karo jaise ke tum allah ko dekh rahe ho.</w:t>
      </w:r>
    </w:p>
    <w:p>
      <w:pPr>
        <w:jc w:val="right"/>
      </w:pPr>
      <w:r>
        <w:t>مثلاً دیکھیے، اس حدیث میں ایک لفظ ہے "طاعت اللہ کانکترا"۔ اس طرح عبادت کرو جیسے کہ تم اللہ کو دیکھ رہے ہو۔</w:t>
      </w:r>
    </w:p>
    <w:p>
      <w:r>
        <w:rPr>
          <w:b/>
        </w:rPr>
        <w:t xml:space="preserve">[03:26] </w:t>
      </w:r>
      <w:r>
        <w:t>to main aur shayad doosre tamam log is mein atke rahe ke boqt ibadat hamari halat kya honi chahiye?</w:t>
      </w:r>
    </w:p>
    <w:p>
      <w:pPr>
        <w:jc w:val="right"/>
      </w:pPr>
      <w:r>
        <w:t>تو میں اور شاید دوسرے تمام لوگ اس میں اٹکے رہے کہ بوقت عبادت ہماری حالت کیا ہونی چاہیے؟</w:t>
      </w:r>
    </w:p>
    <w:p>
      <w:r>
        <w:rPr>
          <w:b/>
        </w:rPr>
        <w:t xml:space="preserve">[03:39] </w:t>
      </w:r>
      <w:r>
        <w:t>yaani namaz padhein to namaz ke waqt hamari kaifiyat kya honi cha</w:t>
      </w:r>
    </w:p>
    <w:p>
      <w:pPr>
        <w:jc w:val="right"/>
      </w:pPr>
      <w:r>
        <w:t>یعنی نماز پڑھیں تو نماز کے وقت ہماری کیفیت کیا ہونی چاہی</w:t>
      </w:r>
    </w:p>
    <w:p>
      <w:r>
        <w:rPr>
          <w:b/>
        </w:rPr>
        <w:t xml:space="preserve">[03:43] </w:t>
      </w:r>
      <w:r>
        <w:t>ye? to ulama ne dekha ke yeh halat ke insaan yeh soche, yeh kaifiyat us ko ho namaz ke waqt ke woh dekh raha hai allah rab al aalameen ko,</w:t>
      </w:r>
    </w:p>
    <w:p>
      <w:pPr>
        <w:jc w:val="right"/>
      </w:pPr>
      <w:r>
        <w:t>ے؟ تو علماء نے دیکھا کہ یہ حالت کہ انسان یہ سوچے، یہ کیفیت اس کو ہو نماز کے وقت کہ وہ دیکھ رہا ہے اللہ رب العالمین کو،</w:t>
      </w:r>
    </w:p>
    <w:p>
      <w:r>
        <w:rPr>
          <w:b/>
        </w:rPr>
        <w:t xml:space="preserve">[03:59] </w:t>
      </w:r>
      <w:r>
        <w:t>to yeh hota nahin. to unhon ne is ka sharah yeh ki ke kyunke agar tum nahin dekh rahe ho to khuda dekh raha hai.</w:t>
      </w:r>
    </w:p>
    <w:p>
      <w:pPr>
        <w:jc w:val="right"/>
      </w:pPr>
      <w:r>
        <w:t>تو یہ ہوتا نہیں۔ تو انہوں نے اس کا شرح یہ کی کہ کیونکہ اگر تم نہیں دیکھ رہے ہو تو خدا دیکھ رہا ہے۔</w:t>
      </w:r>
    </w:p>
    <w:p>
      <w:r>
        <w:rPr>
          <w:b/>
        </w:rPr>
        <w:t xml:space="preserve">[04:11] </w:t>
      </w:r>
      <w:r>
        <w:t>yeh sab bilkul door ki baatein hain. haqeeqat hai ke yeh cracks of life hai. is hadith mein.</w:t>
      </w:r>
    </w:p>
    <w:p>
      <w:pPr>
        <w:jc w:val="right"/>
      </w:pPr>
      <w:r>
        <w:t>یہ سب بالکل دور کی باتیں ہیں۔ حقیقت ہے کہ یہ کریکس آف لائف ہے۔ اس حدیث میں۔</w:t>
      </w:r>
    </w:p>
    <w:p>
      <w:r>
        <w:rPr>
          <w:b/>
        </w:rPr>
        <w:t xml:space="preserve">[04:23] </w:t>
      </w:r>
      <w:r>
        <w:t>is hadith mein cracks cracks of life. is ka matlab hai, is ka matlab yeh hai ke insaan soche, woh padhe, woh itna zyada study kare, itna zyada study kare ke woh allah rab al aalameen ko daryaft kar le.</w:t>
      </w:r>
    </w:p>
    <w:p>
      <w:pPr>
        <w:jc w:val="right"/>
      </w:pPr>
      <w:r>
        <w:t>اس حدیث میں کریکس کریکس آف لائف۔ اس کا مطلب ہے، اس کا مطلب یہ ہے کہ انسان سوچے، وہ پڑھے، وہ اتنا زیادہ اسٹڈی کرے، اتنا زیادہ اسٹڈی کرے کہ وہ اللہ رب العالمین کو دریافت کر لے۔</w:t>
      </w:r>
    </w:p>
    <w:p>
      <w:r>
        <w:rPr>
          <w:b/>
        </w:rPr>
        <w:t xml:space="preserve">[04:46] </w:t>
      </w:r>
      <w:r>
        <w:t>darja daryaft mein is ke allah ki maarfat hasil ho jayegi.</w:t>
      </w:r>
    </w:p>
    <w:p>
      <w:pPr>
        <w:jc w:val="right"/>
      </w:pPr>
      <w:r>
        <w:t>درجہ دریافت میں اس کے اللہ کی معرفت حاصل ہو جائے گی۔</w:t>
      </w:r>
    </w:p>
    <w:p>
      <w:r>
        <w:rPr>
          <w:b/>
        </w:rPr>
        <w:t xml:space="preserve">[04:54] </w:t>
      </w:r>
      <w:r>
        <w:t>to sach poochhiye to yeh "taat allah" ka matlab hai ke ishq, ishq kaankatra.</w:t>
      </w:r>
    </w:p>
    <w:p>
      <w:pPr>
        <w:jc w:val="right"/>
      </w:pPr>
      <w:r>
        <w:t>تو سچ پوچھیے تو یہ "طاعت اللہ" کا مطلب ہے کہ عشق، عشق کانکترا۔</w:t>
      </w:r>
    </w:p>
    <w:p>
      <w:r>
        <w:rPr>
          <w:b/>
        </w:rPr>
        <w:t xml:space="preserve">[05:07] </w:t>
      </w:r>
      <w:r>
        <w:t>yaani zindagi is tarah jiyo, zindagi is tarah guzaro. tumhare subah shaam is tarah beetein jaise ke tum allah ko dekh rahe ho.</w:t>
      </w:r>
    </w:p>
    <w:p>
      <w:pPr>
        <w:jc w:val="right"/>
      </w:pPr>
      <w:r>
        <w:t>یعنی زندگی اس طرح جیو، زندگی اس طرح گزارو۔ تمہارے صبح شام اس طرح بیتیں جیسے کہ تم اللہ کو دیکھ رہے ہو۔</w:t>
      </w:r>
    </w:p>
    <w:p>
      <w:r>
        <w:rPr>
          <w:b/>
        </w:rPr>
        <w:t xml:space="preserve">[05:21] </w:t>
      </w:r>
      <w:r>
        <w:t>to yeh aaj mujh par yeh cheez wazeh</w:t>
      </w:r>
    </w:p>
    <w:p>
      <w:pPr>
        <w:jc w:val="right"/>
      </w:pPr>
      <w:r>
        <w:t>تو یہ آج مجھ پر یہ چیز واضح</w:t>
      </w:r>
    </w:p>
    <w:p>
      <w:r>
        <w:rPr>
          <w:b/>
        </w:rPr>
        <w:t xml:space="preserve">[05:24] </w:t>
      </w:r>
      <w:r>
        <w:t>hui. yeh jo hadith hai, woh zindagi ke poora jo pattern hona chahiye ek banda momin ka, us ko batati hai.</w:t>
      </w:r>
    </w:p>
    <w:p>
      <w:pPr>
        <w:jc w:val="right"/>
      </w:pPr>
      <w:r>
        <w:t>ہوئی۔ یہ جو حدیث ہے، وہ زندگی کے پورا جو پیٹرن ہونا چاہیے ایک بندہ مومن کا، اس کو بتاتی ہے۔</w:t>
      </w:r>
    </w:p>
    <w:p>
      <w:r>
        <w:rPr>
          <w:b/>
        </w:rPr>
        <w:t xml:space="preserve">[05:34] </w:t>
      </w:r>
      <w:r>
        <w:t>is liye ke aap ko har waqt jeena hai maarfat mein. aap ghaur kijiye ke woh khuda jo hayy qayyum hai,</w:t>
      </w:r>
    </w:p>
    <w:p>
      <w:pPr>
        <w:jc w:val="right"/>
      </w:pPr>
      <w:r>
        <w:t>اس لیے کہ آپ کو ہر وقت جینا ہے معرفت میں۔ آپ غور کیجیے کہ وہ خدا جو حی قیوم ہے،</w:t>
      </w:r>
    </w:p>
    <w:p>
      <w:r>
        <w:rPr>
          <w:b/>
        </w:rPr>
        <w:t xml:space="preserve">[05:49] </w:t>
      </w:r>
      <w:r>
        <w:t>zinda, har waqt zinda, la taqat wa sunnat wa lan</w:t>
      </w:r>
    </w:p>
    <w:p>
      <w:pPr>
        <w:jc w:val="right"/>
      </w:pPr>
      <w:r>
        <w:t>زندہ، ہر وقت زندہ، لا طاقت و سنت ولا ن</w:t>
      </w:r>
    </w:p>
    <w:p>
      <w:r>
        <w:rPr>
          <w:b/>
        </w:rPr>
        <w:t xml:space="preserve">[05:54] </w:t>
      </w:r>
      <w:r>
        <w:t>oom, ek lamhe ke liye bhi woh ghafil nahin hai. woh har waqt insaan ko apni nematein pahuncha raha hai. asal mein kal aisa hua, yeh yeh yeh soch kal raat ko shuru hui</w:t>
      </w:r>
    </w:p>
    <w:p>
      <w:pPr>
        <w:jc w:val="right"/>
      </w:pPr>
      <w:r>
        <w:t>وم، ایک لمحے کے لیے بھی وہ غافل نہیں ہے۔ وہ ہر وقت انسان کو اپنی نعمتیں پہنچا رہا ہے۔ اصل میں کل ایسا ہوا، یہ یہ یہ سوچ کل رات کو شروع ہوئی</w:t>
      </w:r>
    </w:p>
    <w:p>
      <w:r>
        <w:rPr>
          <w:b/>
        </w:rPr>
        <w:t xml:space="preserve">[06:13] </w:t>
      </w:r>
      <w:r>
        <w:t>ke achaanak bijli chali gayi. dilli mein</w:t>
      </w:r>
    </w:p>
    <w:p>
      <w:pPr>
        <w:jc w:val="right"/>
      </w:pPr>
      <w:r>
        <w:t>کہ اچانک بجلی چلی گئی۔ دلی میں</w:t>
      </w:r>
    </w:p>
    <w:p>
      <w:r>
        <w:rPr>
          <w:b/>
        </w:rPr>
        <w:t xml:space="preserve">[06:19] </w:t>
      </w:r>
      <w:r>
        <w:t>sadak par andhera, ghar mein andhera, mukammal andhera tha. kamre mein andhera. yaani main apne kamre mein tha to aisa lagta tha ke main qabr mein hoon.</w:t>
      </w:r>
    </w:p>
    <w:p>
      <w:pPr>
        <w:jc w:val="right"/>
      </w:pPr>
      <w:r>
        <w:t>سڑک پر اندھیرا، گھر میں اندھیرا، مکمل اندھیرا تھا۔ کمرے میں اندھیرا۔ یعنی میں اپنے کمرے میں تھا تو ایسا لگتا تھا کہ میں قبر میں ہوں۔</w:t>
      </w:r>
    </w:p>
    <w:p>
      <w:r>
        <w:rPr>
          <w:b/>
        </w:rPr>
        <w:t xml:space="preserve">[06:31] </w:t>
      </w:r>
      <w:r>
        <w:t>qabr mein. qabr ke andhere mein. daayein baayein, aage peeche kuch dikhai nahin deta tha.</w:t>
      </w:r>
    </w:p>
    <w:p>
      <w:pPr>
        <w:jc w:val="right"/>
      </w:pPr>
      <w:r>
        <w:t>قبر میں۔ قبر کے اندھیرے میں۔ دائیں بائیں، آگے پیچھے کچھ دکھائی نہیں دیتا تھا۔</w:t>
      </w:r>
    </w:p>
    <w:p>
      <w:r>
        <w:rPr>
          <w:b/>
        </w:rPr>
        <w:t xml:space="preserve">[06:42] </w:t>
      </w:r>
      <w:r>
        <w:t>yeh waqt tha ghaliban do bajay raat ka.</w:t>
      </w:r>
    </w:p>
    <w:p>
      <w:pPr>
        <w:jc w:val="right"/>
      </w:pPr>
      <w:r>
        <w:t>یہ وقت تھا غالباً دو بجے رات کا۔</w:t>
      </w:r>
    </w:p>
    <w:p>
      <w:r>
        <w:rPr>
          <w:b/>
        </w:rPr>
        <w:t xml:space="preserve">[06:47] </w:t>
      </w:r>
      <w:r>
        <w:t>mera kamra mere liye qabr ban gaya to is waqt mera mind trigger hua. maine socha ke jo khaliq hai hamara, woh 24 ghante roshni pohncha raha hai.</w:t>
      </w:r>
    </w:p>
    <w:p>
      <w:pPr>
        <w:jc w:val="right"/>
      </w:pPr>
      <w:r>
        <w:t>میرا کمرہ میرے لیے قبر بن گیا۔ تو اس وقت میرا مائنڈ ٹریگر ہوا۔ میں نے سوچا کہ جو خالق ہے ہمارا، وہ 24 گھنٹے روشنی پہنچا رہا ہے۔</w:t>
      </w:r>
    </w:p>
    <w:p>
      <w:r>
        <w:rPr>
          <w:b/>
        </w:rPr>
        <w:t xml:space="preserve">[07:05] </w:t>
      </w:r>
      <w:r>
        <w:t>sooraj aap jante hain ke 24 ghante chamakta hai. woh kabhi bujhti nahi is ki roshni.</w:t>
      </w:r>
    </w:p>
    <w:p>
      <w:pPr>
        <w:jc w:val="right"/>
      </w:pPr>
      <w:r>
        <w:t>سورج آپ جانتے ہیں کہ 24 گھنٹے چمکتا ہے۔ وہ کبھی بجھتی نہیں اس کی روشنی۔</w:t>
      </w:r>
    </w:p>
    <w:p>
      <w:r>
        <w:rPr>
          <w:b/>
        </w:rPr>
        <w:t xml:space="preserve">[07:15] </w:t>
      </w:r>
      <w:r>
        <w:t>lekin agar aisa ho jaye ke sooraj ki roshni bujh jaye to har taraf andhera ho jayega.</w:t>
      </w:r>
    </w:p>
    <w:p>
      <w:pPr>
        <w:jc w:val="right"/>
      </w:pPr>
      <w:r>
        <w:t>لیکن اگر ایسا ہو جائے کہ سورج کی روشنی بجھ جائے تو ہر طرف اندھیرا ہو جائے گا۔</w:t>
      </w:r>
    </w:p>
    <w:p>
      <w:r>
        <w:rPr>
          <w:b/>
        </w:rPr>
        <w:t xml:space="preserve">[07:25] </w:t>
      </w:r>
      <w:r>
        <w:t>hum darkness mein bhatkenge.</w:t>
      </w:r>
    </w:p>
    <w:p>
      <w:pPr>
        <w:jc w:val="right"/>
      </w:pPr>
      <w:r>
        <w:t>ہم ڈارکنس میں بھٹکیں گے۔</w:t>
      </w:r>
    </w:p>
    <w:p>
      <w:r>
        <w:rPr>
          <w:b/>
        </w:rPr>
        <w:t xml:space="preserve">[07:30] </w:t>
      </w:r>
      <w:r>
        <w:t>isi tarah se maine poocha socha har cheez ko. maslan oxygen ki supply ruk jaye to chand din, minute, chand minute mein insan ka khatma ho jaye.</w:t>
      </w:r>
    </w:p>
    <w:p>
      <w:pPr>
        <w:jc w:val="right"/>
      </w:pPr>
      <w:r>
        <w:t>اسی طرح سے میں نے پوچھا سوچا ہر چیز کو۔ مثلاً آکسیجن کی سپلائی رک جائے تو چند دن، منٹ، چند منٹ میں انسان کا خاتمہ ہو جائے۔</w:t>
      </w:r>
    </w:p>
    <w:p>
      <w:r>
        <w:rPr>
          <w:b/>
        </w:rPr>
        <w:t xml:space="preserve">[07:43] </w:t>
      </w:r>
      <w:r>
        <w:t>khana jo hum khate hain, woh hazam na ho. digest system hamara fail ho jaye to ajeeb ghareeb haal hoga hamara.</w:t>
      </w:r>
    </w:p>
    <w:p>
      <w:pPr>
        <w:jc w:val="right"/>
      </w:pPr>
      <w:r>
        <w:t>کھانا جو ہم کھاتے ہیں، وہ ہضم نہ ہو۔ ڈائجسٹو سسٹم ہمارا فیل ہو جائے تو عجیب غریب حال ہوگا ہمارا۔</w:t>
      </w:r>
    </w:p>
    <w:p>
      <w:r>
        <w:rPr>
          <w:b/>
        </w:rPr>
        <w:t xml:space="preserve">[07:56] </w:t>
      </w:r>
      <w:r>
        <w:t>hum chal na sakein, neend na aaye, aankh kaam na kare, dimaagh sochna band kar de.</w:t>
      </w:r>
    </w:p>
    <w:p>
      <w:pPr>
        <w:jc w:val="right"/>
      </w:pPr>
      <w:r>
        <w:t>ہم چل نہ سکیں، نیند نہ آئے، آنکھ کام نہ کرے، دماغ سوچنا بند کر دے۔</w:t>
      </w:r>
    </w:p>
    <w:p>
      <w:r>
        <w:rPr>
          <w:b/>
        </w:rPr>
        <w:t xml:space="preserve">[08:09] </w:t>
      </w:r>
      <w:r>
        <w:t>yani har yeh sari cheezein jis ko hum kehte hain life support system, har lamha, har lamha, har lamha hum ko pohnch rahi hain.</w:t>
      </w:r>
    </w:p>
    <w:p>
      <w:pPr>
        <w:jc w:val="right"/>
      </w:pPr>
      <w:r>
        <w:t>یعنی ہر یہ ساری چیزیں جس کو ہم کہتے ہیں لائف سپورٹ سسٹم، ہر لمحہ، ہر لمحہ، ہر لمحہ ہم کو پہنچ رہی ہیں۔</w:t>
      </w:r>
    </w:p>
    <w:p>
      <w:r>
        <w:rPr>
          <w:b/>
        </w:rPr>
        <w:t xml:space="preserve">[08:21] </w:t>
      </w:r>
      <w:r>
        <w:t>hum ko pohnch rahi hain. isi waqt bhi</w:t>
      </w:r>
    </w:p>
    <w:p>
      <w:pPr>
        <w:jc w:val="right"/>
      </w:pPr>
      <w:r>
        <w:t>ہم کو پہنچ رہی ہیں۔ اسی وقت بھی</w:t>
      </w:r>
    </w:p>
    <w:p>
      <w:r>
        <w:rPr>
          <w:b/>
        </w:rPr>
        <w:t xml:space="preserve">[08:30] </w:t>
      </w:r>
      <w:r>
        <w:t>inka pohnchna rukta nahi.</w:t>
      </w:r>
    </w:p>
    <w:p>
      <w:pPr>
        <w:jc w:val="right"/>
      </w:pPr>
      <w:r>
        <w:t>ان کا پہنچنا رکتا نہیں۔</w:t>
      </w:r>
    </w:p>
    <w:p>
      <w:r>
        <w:rPr>
          <w:b/>
        </w:rPr>
        <w:t xml:space="preserve">[08:34] </w:t>
      </w:r>
      <w:r>
        <w:t>to "taat Allah ka nuktara" ka matlab yeh hai ke har waqt tum ko dikhai de, dikhai de ke har lamha, har har second Allah ki rehmat hum ko pohnch rahi hai.</w:t>
      </w:r>
    </w:p>
    <w:p>
      <w:pPr>
        <w:jc w:val="right"/>
      </w:pPr>
      <w:r>
        <w:t>تو "طاعت اللہ کانکترا" کا مطلب یہ ہے کہ ہر وقت تم کو دکھائی دے، دکھائی دے کہ ہر لمحہ، ہر ہر سیکنڈ اللہ کی رحمت ہم کو پہنچ رہی ہے۔</w:t>
      </w:r>
    </w:p>
    <w:p>
      <w:r>
        <w:rPr>
          <w:b/>
        </w:rPr>
        <w:t xml:space="preserve">[08:52] </w:t>
      </w:r>
      <w:r>
        <w:t>is liye hum zinda hain, is liye hum chalte hain, is liye hum sochte hain, is liye khana hazam hota hai. to yeh hai "taat Allah ka nuktara".</w:t>
      </w:r>
    </w:p>
    <w:p>
      <w:pPr>
        <w:jc w:val="right"/>
      </w:pPr>
      <w:r>
        <w:t>اس لیے ہم زندہ ہیں، اس لیے ہم چلتے ہیں، اس لیے ہم سوچتے ہیں، اس لیے کھانا ہضم ہوتا ہے۔ تو یہ ہے "طاعت اللہ کانکترا"۔</w:t>
      </w:r>
    </w:p>
    <w:p>
      <w:r>
        <w:rPr>
          <w:b/>
        </w:rPr>
        <w:t xml:space="preserve">[09:04] </w:t>
      </w:r>
      <w:r>
        <w:t>yani "taat" ka lafz hai, isi pe main bhi atka hua tha aur shayad saare log atke hue hain ke is se jure hue hain aap ibadat se, is se jure hue hain namaz se.</w:t>
      </w:r>
    </w:p>
    <w:p>
      <w:pPr>
        <w:jc w:val="right"/>
      </w:pPr>
      <w:r>
        <w:t>یعنی "طاعت" کا لفظ ہے، اسی پہ میں بھی اٹکا ہوا تھا اور شاید سارے لوگ اٹکے ہوئے ہیں کہ اس سے جوڑے ہوئے ہیں آپ عبادت سے، اس سے جوڑے ہوئے ہیں نماز سے۔</w:t>
      </w:r>
    </w:p>
    <w:p>
      <w:r>
        <w:rPr>
          <w:b/>
        </w:rPr>
        <w:t xml:space="preserve">[09:19] </w:t>
      </w:r>
      <w:r>
        <w:t>jab hum namaz padhein to hum Khuda ko goya ke dekh rahe hain.</w:t>
      </w:r>
    </w:p>
    <w:p>
      <w:pPr>
        <w:jc w:val="right"/>
      </w:pPr>
      <w:r>
        <w:t>جب ہم نماز پڑھیں تو ہم خدا کو گویا کہ دیکھ رہے ہیں۔</w:t>
      </w:r>
    </w:p>
    <w:p>
      <w:r>
        <w:rPr>
          <w:b/>
        </w:rPr>
        <w:t xml:space="preserve">[09:26] </w:t>
      </w:r>
      <w:r>
        <w:t>to aksar ulma ne kaha hai ke yeh haalat insan ki bohat hi mushkil hai.</w:t>
      </w:r>
    </w:p>
    <w:p>
      <w:pPr>
        <w:jc w:val="right"/>
      </w:pPr>
      <w:r>
        <w:t>تو اکثر علماء نے کہا ہے کہ یہ حالت انسان کی بہت ہی مشکل ہے۔</w:t>
      </w:r>
    </w:p>
    <w:p>
      <w:r>
        <w:rPr>
          <w:b/>
        </w:rPr>
        <w:t xml:space="preserve">[09:36] </w:t>
      </w:r>
      <w:r>
        <w:t>to unhon ne yeh kar diya ke kyunke is ka tarjuma is tarah kar diya: kyunke agar tum nahi dekh rahe ho to Allah tum ko dekh raha hai.</w:t>
      </w:r>
    </w:p>
    <w:p>
      <w:pPr>
        <w:jc w:val="right"/>
      </w:pPr>
      <w:r>
        <w:t>تو انہوں نے یہ کر دیا کہ کیونکہ اس کا ترجمہ اس طرح کر دیا: کیونکہ اگر تم نہیں دیکھ رہے ہو تو اللہ تم کو دیکھ رہا ہے۔</w:t>
      </w:r>
    </w:p>
    <w:p>
      <w:r>
        <w:rPr>
          <w:b/>
        </w:rPr>
        <w:t xml:space="preserve">[09:47] </w:t>
      </w:r>
      <w:r>
        <w:t>yeh bohat hi, bohat hi be buniyad qism ki tashreeh</w:t>
      </w:r>
    </w:p>
    <w:p>
      <w:pPr>
        <w:jc w:val="right"/>
      </w:pPr>
      <w:r>
        <w:t>یہ بہت ہی، بہت ہی بے بنیاد قسم کی تشریح</w:t>
      </w:r>
    </w:p>
    <w:p>
      <w:r>
        <w:rPr>
          <w:b/>
        </w:rPr>
        <w:t xml:space="preserve">[09:53] </w:t>
      </w:r>
      <w:r>
        <w:t>hai. jab Allah ki nematein har lamha baras rahi hain</w:t>
      </w:r>
    </w:p>
    <w:p>
      <w:pPr>
        <w:jc w:val="right"/>
      </w:pPr>
      <w:r>
        <w:t>ہے۔ جب اللہ کی نعمتیں ہر لمحہ برس رہی ہیں</w:t>
      </w:r>
    </w:p>
    <w:p>
      <w:r>
        <w:rPr>
          <w:b/>
        </w:rPr>
        <w:t xml:space="preserve">[10:01] </w:t>
      </w:r>
      <w:r>
        <w:t>to yeh kyunke ka hai, woh to reality hona chahiye. reality yani real real sense mein hum ko mehsoos ho ke hum Allah Rab ul Alameen ko dekh rahe hain.</w:t>
      </w:r>
    </w:p>
    <w:p>
      <w:pPr>
        <w:jc w:val="right"/>
      </w:pPr>
      <w:r>
        <w:t>تو یہ کیونکہ کا ہے، وہ تو ریلیٹی ہونا چاہیے۔ ریلیٹی یعنی ریل ریل سینس میں ہم کو محسوس ہو کہ ہم اللہ رب العالمین کو دیکھ رہے ہیں۔</w:t>
      </w:r>
    </w:p>
    <w:p>
      <w:r>
        <w:rPr>
          <w:b/>
        </w:rPr>
        <w:t xml:space="preserve">[10:14] </w:t>
      </w:r>
      <w:r>
        <w:t>kyunke Allah Rab ul Alameen ki working to hum pa rahe hain har lamha,</w:t>
      </w:r>
    </w:p>
    <w:p>
      <w:pPr>
        <w:jc w:val="right"/>
      </w:pPr>
      <w:r>
        <w:t>کیونکہ اللہ رب العالمین کی ورکنگ تو ہم پا رہے ہیں ہر لمحہ،</w:t>
      </w:r>
    </w:p>
    <w:p>
      <w:r>
        <w:rPr>
          <w:b/>
        </w:rPr>
        <w:t xml:space="preserve">[10:21] </w:t>
      </w:r>
      <w:r>
        <w:t>har lamha</w:t>
      </w:r>
    </w:p>
    <w:p>
      <w:pPr>
        <w:jc w:val="right"/>
      </w:pPr>
      <w:r>
        <w:t>ہر لمحہ</w:t>
      </w:r>
    </w:p>
    <w:p>
      <w:r>
        <w:rPr>
          <w:b/>
        </w:rPr>
        <w:t xml:space="preserve">[10:25] </w:t>
      </w:r>
      <w:r>
        <w:t>ke dunya ka nizaam bohat hi zyada accuracy ke sath chal raha hai.</w:t>
      </w:r>
    </w:p>
    <w:p>
      <w:pPr>
        <w:jc w:val="right"/>
      </w:pPr>
      <w:r>
        <w:t>کہ دنیا کا نظام بہت ہی زیادہ ایکوریسی کے ساتھ چل رہا ہے۔</w:t>
      </w:r>
    </w:p>
    <w:p>
      <w:r>
        <w:rPr>
          <w:b/>
        </w:rPr>
        <w:t xml:space="preserve">[10:33] </w:t>
      </w:r>
      <w:r>
        <w:t>galaxy, solar system, sitaron ka nizaam, sayaron ka nizaam, dunya ka nizaam, yeh sab itni zyada sehat ke sath, itni zyada accuracy ke sath chal rahe hain, tab bhi hum ko dunya mein mauqa mil raha hai ke hum rahein.</w:t>
      </w:r>
    </w:p>
    <w:p>
      <w:pPr>
        <w:jc w:val="right"/>
      </w:pPr>
      <w:r>
        <w:t>گلیکسی، سولر سسٹم، ستاروں کا نظام، سیاروں کا نظام، دنیا کا نظام، یہ سب اتنی زیادہ صحت کے ساتھ، اتنی زیادہ ایکوریسی کے ساتھ چل رہے ہیں، تب بھی ہم کو دنیا میں موقع مل رہا ہے کہ ہم رہیں۔</w:t>
      </w:r>
    </w:p>
    <w:p>
      <w:r>
        <w:rPr>
          <w:b/>
        </w:rPr>
        <w:t xml:space="preserve">[10:54] </w:t>
      </w:r>
      <w:r>
        <w:t>maslan zameen mein quwwat kashish hai, gravitational pull hai.</w:t>
      </w:r>
    </w:p>
    <w:p>
      <w:pPr>
        <w:jc w:val="right"/>
      </w:pPr>
      <w:r>
        <w:t>مثلاً زمین میں قوت کشش ہے، گریویٹیشنل پل ہے۔</w:t>
      </w:r>
    </w:p>
    <w:p>
      <w:r>
        <w:rPr>
          <w:b/>
        </w:rPr>
        <w:t xml:space="preserve">[11:01] </w:t>
      </w:r>
      <w:r>
        <w:t>agar ek lamhe ke liye bhi yeh na rahe to sara hamara tehzeeb, sara civilization, sara tamaddun sab kuch</w:t>
      </w:r>
    </w:p>
    <w:p>
      <w:pPr>
        <w:jc w:val="right"/>
      </w:pPr>
      <w:r>
        <w:t>اگر ایک لمحے کے لیے بھی یہ نہ رہے تو سارا ہمارا تہذیب، سارا سولائزیشن، سارا تمدن سب کچھ</w:t>
      </w:r>
    </w:p>
    <w:p>
      <w:r>
        <w:rPr>
          <w:b/>
        </w:rPr>
        <w:t xml:space="preserve">[11:15] </w:t>
      </w:r>
      <w:r>
        <w:t>bickhar jaye ga hamara poora tamaddun, hamara poora poori tehzeeb, hamare tamam parno shehar</w:t>
      </w:r>
    </w:p>
    <w:p>
      <w:pPr>
        <w:jc w:val="right"/>
      </w:pPr>
      <w:r>
        <w:t>بکھر جائے گا۔ ہمارا پورا تمدن، ہمارا پورا پوری تہذیب، ہمارے تمام پرنو شہر</w:t>
      </w:r>
    </w:p>
    <w:p>
      <w:r>
        <w:rPr>
          <w:b/>
        </w:rPr>
        <w:t xml:space="preserve">[11:23] </w:t>
      </w:r>
      <w:r>
        <w:t>wo isi liye hain, qaim hain ke zameen mein har lamha quwwat-e-kashish hai, gravitational pull hai.</w:t>
      </w:r>
    </w:p>
    <w:p>
      <w:pPr>
        <w:jc w:val="right"/>
      </w:pPr>
      <w:r>
        <w:t>، وہ اسی لیے ہیں، قائم ہیں کہ زمین میں ہر لمحہ قوت کشش ہے، گریویٹیشنل پل ہے۔</w:t>
      </w:r>
    </w:p>
    <w:p>
      <w:r>
        <w:rPr>
          <w:b/>
        </w:rPr>
        <w:t xml:space="preserve">[11:34] </w:t>
      </w:r>
      <w:r>
        <w:t>is tarah ki ek do cheezein nahi, million billion se bhi zyada hain. to jab har lamha hum ko zindagi mil rahi hai Allah Rabb-ul-Alameen se, har lamha kisi waqfe ke baghair, adna waqfe ke baghair.</w:t>
      </w:r>
    </w:p>
    <w:p>
      <w:pPr>
        <w:jc w:val="right"/>
      </w:pPr>
      <w:r>
        <w:t>اس طرح کی ایک دو چیزیں نہیں، ملین بلین سے بھی زیادہ ہیں۔ تو جب ہر لمحہ ہم کو زندگی مل رہی ہے اللہ رب العالمین سے، ہر لمحہ کسی وقفے کے بغیر، ادنی وقفے کے بغیر۔</w:t>
      </w:r>
    </w:p>
    <w:p>
      <w:r>
        <w:rPr>
          <w:b/>
        </w:rPr>
        <w:t xml:space="preserve">[11:51] </w:t>
      </w:r>
      <w:r>
        <w:t>in shehron ke</w:t>
      </w:r>
    </w:p>
    <w:p>
      <w:pPr>
        <w:jc w:val="right"/>
      </w:pPr>
      <w:r>
        <w:t>ان شہروں کے</w:t>
      </w:r>
    </w:p>
    <w:p>
      <w:r>
        <w:rPr>
          <w:b/>
        </w:rPr>
        <w:t xml:space="preserve">[11:53] </w:t>
      </w:r>
      <w:r>
        <w:t>power house fail ho sakte hain lekin Allah ki jo supply hai, Allah ki nemat'on ki jo supply hai, wo ek lamhe ke liye bhi fail nahi hoti.</w:t>
      </w:r>
    </w:p>
    <w:p>
      <w:pPr>
        <w:jc w:val="right"/>
      </w:pPr>
      <w:r>
        <w:t>پاور ہاؤس فیل ہو سکتے ہیں لیکن اللہ کی جو سپلائی ہے، اللہ کی نعمتوں کی جو سپلائی ہے، وہ ایک لمحے کے لیے بھی فیل نہیں ہوتی۔</w:t>
      </w:r>
    </w:p>
    <w:p>
      <w:r>
        <w:rPr>
          <w:b/>
        </w:rPr>
        <w:t xml:space="preserve">[12:08] </w:t>
      </w:r>
      <w:r>
        <w:t>to "ta'at-e-Ilahi ka naktara" ka matlab yeh nahi hai ke ibadat karo, yani namaz parho is tarah jaise ke tum Allah ko</w:t>
      </w:r>
    </w:p>
    <w:p>
      <w:pPr>
        <w:jc w:val="right"/>
      </w:pPr>
      <w:r>
        <w:t>تو "طاعت اللہ کانکترا" کا معنی یہ نہیں ہے کہ عبادت کرو، یعنی نماز پڑھو اس طرح جیسے کہ تم اللہ کو</w:t>
      </w:r>
    </w:p>
    <w:p>
      <w:r>
        <w:rPr>
          <w:b/>
        </w:rPr>
        <w:t xml:space="preserve">[12:17] </w:t>
      </w:r>
      <w:r>
        <w:t>dekh rahe ho. nahi, jiyo is tarah se jaise ke tum Allah Rabb-ul-Alameen ko dekh rahe ho. ishq ka naktara rabbak.</w:t>
      </w:r>
    </w:p>
    <w:p>
      <w:pPr>
        <w:jc w:val="right"/>
      </w:pPr>
      <w:r>
        <w:t>دیکھ رہے ہو۔ نہیں، جیو اس طرح سے جیسے کہ تم اللہ رب العالمین کو دیکھ رہے ہو۔ عشق کانکترا ربک۔</w:t>
      </w:r>
    </w:p>
    <w:p>
      <w:r>
        <w:rPr>
          <w:b/>
        </w:rPr>
        <w:t xml:space="preserve">[12:29] </w:t>
      </w:r>
      <w:r>
        <w:t>to is tarah se agar ho hamari ma'rifat ka yeh darja agar ho to hum ek ek zinda qism ki jeena hamein hasil ho jaye.</w:t>
      </w:r>
    </w:p>
    <w:p>
      <w:pPr>
        <w:jc w:val="right"/>
      </w:pPr>
      <w:r>
        <w:t>تو اس طرح سے اگر ہو ہماری معرفت کا یہ درجہ اگر ہو تو ہم ایک ایک زندہ قسم کی جینا ہمیں حاصل ہو جائے۔</w:t>
      </w:r>
    </w:p>
    <w:p>
      <w:r>
        <w:rPr>
          <w:b/>
        </w:rPr>
        <w:t xml:space="preserve">[12:43] </w:t>
      </w:r>
      <w:r>
        <w:t>lekin hamare jo jo kitabein hain, "Ihya Uloom-ud-Deen", "Hujjat Allah-il-Baligha", is tarah se beshumar kitabein likhi gayi hain lekin koi kitab aisi mere ilm mein nahi hai jo insaan ko is tarah jeena sikhaye.</w:t>
      </w:r>
    </w:p>
    <w:p>
      <w:pPr>
        <w:jc w:val="right"/>
      </w:pPr>
      <w:r>
        <w:t>لیکن ہمارے جو جو کتابیں ہیں، "ایا عروب الدین"، "حجت اللہ البالغہ"، اس طرح سے بے شمار کتابیں لکھی گئی ہیں لیکن کوئی کتاب ایسی میرے علم میں نہیں ہے جو انسان کو اس طرح جینا سکھائے۔</w:t>
      </w:r>
    </w:p>
    <w:p>
      <w:r>
        <w:rPr>
          <w:b/>
        </w:rPr>
        <w:t xml:space="preserve">[13:06] </w:t>
      </w:r>
      <w:r>
        <w:t>"ta'at-e-Ilahi ka naktara</w:t>
      </w:r>
    </w:p>
    <w:p>
      <w:pPr>
        <w:jc w:val="right"/>
      </w:pPr>
      <w:r>
        <w:t>"طاعت اللہ کانکت</w:t>
      </w:r>
    </w:p>
    <w:p>
      <w:r>
        <w:rPr>
          <w:b/>
        </w:rPr>
        <w:t xml:space="preserve">[13:08] </w:t>
      </w:r>
      <w:r>
        <w:t>ra" yeh kitabein fanni baatein batati hain, manual batati hain, form batati hain deen ka.</w:t>
      </w:r>
    </w:p>
    <w:p>
      <w:pPr>
        <w:jc w:val="right"/>
      </w:pPr>
      <w:r>
        <w:t>را" یہ کتابیں فنی باتیں بتاتی ہیں، مینول بتاتی ہیں، فارم بتاتی ہیں دین کا۔</w:t>
      </w:r>
    </w:p>
    <w:p>
      <w:r>
        <w:rPr>
          <w:b/>
        </w:rPr>
        <w:t xml:space="preserve">[13:22] </w:t>
      </w:r>
      <w:r>
        <w:t>kuch bahasein hain in bahason ke bare mein, kuch maloomat deti hain.</w:t>
      </w:r>
    </w:p>
    <w:p>
      <w:pPr>
        <w:jc w:val="right"/>
      </w:pPr>
      <w:r>
        <w:t>کچھ بحثیں ہیں ان بحثوں کے بارے میں، کچھ معلومات دیتی ہیں۔</w:t>
      </w:r>
    </w:p>
    <w:p>
      <w:r>
        <w:rPr>
          <w:b/>
        </w:rPr>
        <w:t xml:space="preserve">[13:28] </w:t>
      </w:r>
      <w:r>
        <w:t>bas wo jo zinda haqeeqat hai, Allah Rabb-ul-Alameen jo zinda haqeeqat hai, is haisiyat se kitab ka ta'aruf, is haisiyat se kitab mein Allah Rabb-ul-Alameen ka ta'aruf maujood nahi.</w:t>
      </w:r>
    </w:p>
    <w:p>
      <w:pPr>
        <w:jc w:val="right"/>
      </w:pPr>
      <w:r>
        <w:t>بس وہ جو زندہ حقیقت ہے، اللہ رب العالمین جو زندہ حقیقت ہے، اس حیثیت سے کتاب کا تعارف، اس حیثیت سے کتاب میں اللہ رب العالمین کا تعارف موجود نہیں۔</w:t>
      </w:r>
    </w:p>
    <w:p>
      <w:r>
        <w:rPr>
          <w:b/>
        </w:rPr>
        <w:t xml:space="preserve">[13:42] </w:t>
      </w:r>
      <w:r>
        <w:t>Allah Rabb-ul-Alameen jo ek zinda haqeeqat hai, Hayy-ul-Qayyum hai, La ilaha illa Hu, al-Hayy-ul-Qayyum, la ta'khuduhu sinatun wa la nawm,</w:t>
      </w:r>
    </w:p>
    <w:p>
      <w:pPr>
        <w:jc w:val="right"/>
      </w:pPr>
      <w:r>
        <w:t>اللہ رب العالمین جو ایک زندہ حقیقت ہے، حی القیوم ہے، لا الہ الاھو، الحی القیوم، لا طاقت ہو، سنت ولا نوم،</w:t>
      </w:r>
    </w:p>
    <w:p>
      <w:r>
        <w:rPr>
          <w:b/>
        </w:rPr>
        <w:t xml:space="preserve">[13:56] </w:t>
      </w:r>
      <w:r>
        <w:t>lahu ma fis-samawati wa ma fil-ard, man dhal-ladhi yashfa'u 'indahu illa bi'idhnih, ya'lamu ma bayna aydihim wa ma khalfahum, wa la yuhituna bi shay'in min 'ilmihi illa ma sha'a,</w:t>
      </w:r>
    </w:p>
    <w:p>
      <w:pPr>
        <w:jc w:val="right"/>
      </w:pPr>
      <w:r>
        <w:t>لہو ما فی السماوات وما فی الارض، منزل الذی یشعو عندہ الا بیزنی، یعلم ما بینہما خلفہم، ولا یحیطون بشئی من علمی الا ما شاء،</w:t>
      </w:r>
    </w:p>
    <w:p>
      <w:r>
        <w:rPr>
          <w:b/>
        </w:rPr>
        <w:t xml:space="preserve">[14:12] </w:t>
      </w:r>
      <w:r>
        <w:t>wasi'a kursiyyus-samawati wal-ard, wa la ya'uduhu hifdhuhuma, wa Huwal-'Aliyy-ul-'Adheem. yeh jo ta'aruf hai Allah Rabb-ul-Alameen ka, ek zinda ta'aruf, ek zinda ta'aruf,</w:t>
      </w:r>
    </w:p>
    <w:p>
      <w:pPr>
        <w:jc w:val="right"/>
      </w:pPr>
      <w:r>
        <w:t>وسع کرسی السماوات والارض، ولا یعوذ حفظہما، وھو العلی العظیم۔ یہ جو تعارف ہے اللہ رب العالمین کا، ایک زندہ تعارف، ایک زندہ تعارف،</w:t>
      </w:r>
    </w:p>
    <w:p>
      <w:r>
        <w:rPr>
          <w:b/>
        </w:rPr>
        <w:t xml:space="preserve">[14:28] </w:t>
      </w:r>
      <w:r>
        <w:t>is haisiyat se hamari kitabein Allah Rabb-ul-Alameen ka zinda ta'aruf nahi kartin. isi liye wo zindagi'on mein nahi aati ke is tarah jeene lagen jaise ke wo Allah ko dekh rahe hain.</w:t>
      </w:r>
    </w:p>
    <w:p>
      <w:pPr>
        <w:jc w:val="right"/>
      </w:pPr>
      <w:r>
        <w:t>اس حیثیت سے ہماری کتابیں اللہ رب العالمین کا زندہ تعارف نہیں کرتیں۔ اسی لیے وہ زندگیلوں میں نہیں آتی کہ اس طرح جینے لگیں جیسے کہ وہ اللہ کو دیکھ رہے ہیں۔</w:t>
      </w:r>
    </w:p>
    <w:p>
      <w:r>
        <w:rPr>
          <w:b/>
        </w:rPr>
        <w:t xml:space="preserve">[14:40] </w:t>
      </w:r>
      <w:r>
        <w:t>to bas itna hoon ke Allah ki daryaft, Allah par imaan jo ek momin ke andar hona chahiye, wo ek zinda haqeeqat ke taur par hona chahiye.</w:t>
      </w:r>
    </w:p>
    <w:p>
      <w:pPr>
        <w:jc w:val="right"/>
      </w:pPr>
      <w:r>
        <w:t>تو بس اتنا ہوں کہ اللہ کی دریافت، اللہ پر ایمان جو ایک مومن کے اندر ہونا چاہیے، وہ ایک زندہ حقیقت کے طور پر ہونا چاہیے۔</w:t>
      </w:r>
    </w:p>
    <w:p>
      <w:r>
        <w:rPr>
          <w:b/>
        </w:rPr>
        <w:t xml:space="preserve">[14:50] </w:t>
      </w:r>
      <w:r>
        <w:t>Allah par imaan ek momin ko ek zinda haqeeqat ke taur par hona cha</w:t>
      </w:r>
    </w:p>
    <w:p>
      <w:pPr>
        <w:jc w:val="right"/>
      </w:pPr>
      <w:r>
        <w:t>اللہ پر ایمان ایک مومن کو ایک زندہ حقیقت کے طور پر ہونا چ</w:t>
      </w:r>
    </w:p>
    <w:p>
      <w:r>
        <w:rPr>
          <w:b/>
        </w:rPr>
        <w:t xml:space="preserve">[14:56] </w:t>
      </w:r>
      <w:r>
        <w:t>hiye. jahan tak main jaanta hoon, hamari kitabein is ma'ne mein Allah ka zinda ta'aruf nahi.</w:t>
      </w:r>
    </w:p>
    <w:p>
      <w:pPr>
        <w:jc w:val="right"/>
      </w:pPr>
      <w:r>
        <w:t>اہیے۔ جہاں تک میں جانتا ہوں، ہماری کتابیں اس معنی میں اللہ کا زندہ تعارف نہیں۔</w:t>
      </w:r>
    </w:p>
    <w:p>
      <w:r>
        <w:rPr>
          <w:b/>
        </w:rPr>
        <w:t xml:space="preserve">[15:06] </w:t>
      </w:r>
      <w:r>
        <w:t>to ab agar koi shakhs chahta hai ke us ko Allah Rabb-ul-Alameen ki zinda ma'rifat, zinda ma'rifat hasil ho</w:t>
      </w:r>
    </w:p>
    <w:p>
      <w:pPr>
        <w:jc w:val="right"/>
      </w:pPr>
      <w:r>
        <w:t>تو اب اگر کوئی شخص چاہتا ہے کہ اس کو اللہ رب العالمین کی زندہ معرفت، زندہ معرفت حاصل ہو</w:t>
      </w:r>
    </w:p>
    <w:p>
      <w:r>
        <w:rPr>
          <w:b/>
        </w:rPr>
        <w:t xml:space="preserve">[15:22] </w:t>
      </w:r>
      <w:r>
        <w:t>to wo sirf is tarah ho sakti hai ke wo Islam ko rediscover kare, sar-e-nau Islam ka mutala'a kare.</w:t>
      </w:r>
    </w:p>
    <w:p>
      <w:pPr>
        <w:jc w:val="right"/>
      </w:pPr>
      <w:r>
        <w:t>تو وہ صرف اس طرح ہو سکتی ہے کہ وہ اسلام کو ری ڈسکور کرے، السرنو اسلام کا مطالعہ کرے۔</w:t>
      </w:r>
    </w:p>
    <w:p>
      <w:r>
        <w:rPr>
          <w:b/>
        </w:rPr>
        <w:t xml:space="preserve">[15:36] </w:t>
      </w:r>
      <w:r>
        <w:t>us ko chahiye ke wo self self discovery ke darje mein wo Allah ki ma'rifat hasil kare.</w:t>
      </w:r>
    </w:p>
    <w:p>
      <w:pPr>
        <w:jc w:val="right"/>
      </w:pPr>
      <w:r>
        <w:t>اس کو چاہیے کہ وہ سیلف سیلف ڈسکوری کے درجے میں وہ اللہ کی معرفت حاصل کرے۔</w:t>
      </w:r>
    </w:p>
    <w:p>
      <w:r>
        <w:rPr>
          <w:b/>
        </w:rPr>
        <w:t xml:space="preserve">[15:46] </w:t>
      </w:r>
      <w:r>
        <w:t>self discovery ke dar</w:t>
      </w:r>
    </w:p>
    <w:p>
      <w:pPr>
        <w:jc w:val="right"/>
      </w:pPr>
      <w:r>
        <w:t>سیلف ڈسکوری کے درج</w:t>
      </w:r>
    </w:p>
    <w:p>
      <w:r>
        <w:rPr>
          <w:b/>
        </w:rPr>
        <w:t xml:space="preserve">[15:47] </w:t>
      </w:r>
      <w:r>
        <w:t>je mein mujhe apna ek waqi'a yaad aata hai jo Manchester mein paish aaya tha jab ke main wo kitab likh raha tha, Islam Rediscovered.</w:t>
      </w:r>
    </w:p>
    <w:p>
      <w:pPr>
        <w:jc w:val="right"/>
      </w:pPr>
      <w:r>
        <w:t>ے میں مجھے اپنا ایک واقعہ یاد آتا ہے جو مانچسٹر میں پیش آیا تھا جب کہ میں وہ کتاب لکھ رہا تھا، اسلام ری ڈسکورڈ۔</w:t>
      </w:r>
    </w:p>
    <w:p>
      <w:r>
        <w:rPr>
          <w:b/>
        </w:rPr>
        <w:t xml:space="preserve">[16:02] </w:t>
      </w:r>
      <w:r>
        <w:t>Islam Rediscovered, main ne Manchester mein likhi thi, is ki tareekh is ki dibache mein mojood hai.</w:t>
      </w:r>
    </w:p>
    <w:p>
      <w:pPr>
        <w:jc w:val="right"/>
      </w:pPr>
      <w:r>
        <w:t>اسلام ری ڈسکورڈ میں نے مانچسٹر میں لکھی تھی، اس کی تاریخ اس کی دیباچے میں موجود ہے۔</w:t>
      </w:r>
    </w:p>
    <w:p>
      <w:r>
        <w:rPr>
          <w:b/>
        </w:rPr>
        <w:t xml:space="preserve">[16:11] </w:t>
      </w:r>
      <w:r>
        <w:t>to wahan par mein thehra hua tha,</w:t>
      </w:r>
    </w:p>
    <w:p>
      <w:pPr>
        <w:jc w:val="right"/>
      </w:pPr>
      <w:r>
        <w:t>تو وہاں پر میں ٹھہرا ہوا تھا،</w:t>
      </w:r>
    </w:p>
    <w:p>
      <w:r>
        <w:rPr>
          <w:b/>
        </w:rPr>
        <w:t xml:space="preserve">[16:16] </w:t>
      </w:r>
      <w:r>
        <w:t>aik arab naujawan thay, al-arif muhammad al-arif, unhon ne mujhe apne ghar thehraya tha. woh apne bachon ke sath wahan rehte thay.</w:t>
      </w:r>
    </w:p>
    <w:p>
      <w:pPr>
        <w:jc w:val="right"/>
      </w:pPr>
      <w:r>
        <w:t>ایک عرب نوجوان تھے، العارف محمد العارف، انہوں نے مجھے اپنے گھر ٹھہرایا تھا۔ وہ اپنے بچوں کے ساتھ وہاں رہتے تھے۔</w:t>
      </w:r>
    </w:p>
    <w:p>
      <w:r>
        <w:rPr>
          <w:b/>
        </w:rPr>
        <w:t xml:space="preserve">[16:28] </w:t>
      </w:r>
      <w:r>
        <w:t>aik din kya hua, mein kamre mein akela baitha hua tha, darwaza band tha.</w:t>
      </w:r>
    </w:p>
    <w:p>
      <w:pPr>
        <w:jc w:val="right"/>
      </w:pPr>
      <w:r>
        <w:t>ایک دن کیا ہوا، میں کمرے میں اکیلا بیٹھا ہوا تھا، دروازہ بند تھا۔</w:t>
      </w:r>
    </w:p>
    <w:p>
      <w:r>
        <w:rPr>
          <w:b/>
        </w:rPr>
        <w:t xml:space="preserve">[16:40] </w:t>
      </w:r>
      <w:r>
        <w:t>itne mein darwaze par naak hui,</w:t>
      </w:r>
    </w:p>
    <w:p>
      <w:pPr>
        <w:jc w:val="right"/>
      </w:pPr>
      <w:r>
        <w:t>اتنے میں دروازے پر ناک ہوئی،</w:t>
      </w:r>
    </w:p>
    <w:p>
      <w:r>
        <w:rPr>
          <w:b/>
        </w:rPr>
        <w:t xml:space="preserve">[16:45] </w:t>
      </w:r>
      <w:r>
        <w:t>darwaza darwaza kat katkane ki awaz aai. mein ne darwaza khola to muhammad al-arif ki bachi, choti bachi thi, woh bahar khari hui thi.</w:t>
      </w:r>
    </w:p>
    <w:p>
      <w:pPr>
        <w:jc w:val="right"/>
      </w:pPr>
      <w:r>
        <w:t>دروازہ دروازہ کٹ کٹکانے کی آواز آئی۔ میں دروازہ کھولا تو محمد العارف کی بچی، چھوٹی بچی تھی، وہ باہر کھڑی ہوئی تھی۔</w:t>
      </w:r>
    </w:p>
    <w:p>
      <w:r>
        <w:rPr>
          <w:b/>
        </w:rPr>
        <w:t xml:space="preserve">[17:04] </w:t>
      </w:r>
      <w:r>
        <w:t>iski maan ne shayad is ko bheja hoga.</w:t>
      </w:r>
    </w:p>
    <w:p>
      <w:pPr>
        <w:jc w:val="right"/>
      </w:pPr>
      <w:r>
        <w:t>اس کی ماں نے شاید اس کو بھیجا ہوگا۔</w:t>
      </w:r>
    </w:p>
    <w:p>
      <w:r>
        <w:rPr>
          <w:b/>
        </w:rPr>
        <w:t xml:space="preserve">[17:08] </w:t>
      </w:r>
      <w:r>
        <w:t>to jab mein ne darwaza khola</w:t>
      </w:r>
    </w:p>
    <w:p>
      <w:pPr>
        <w:jc w:val="right"/>
      </w:pPr>
      <w:r>
        <w:t>تو جب میں نے دروازہ کھولا</w:t>
      </w:r>
    </w:p>
    <w:p>
      <w:r>
        <w:rPr>
          <w:b/>
        </w:rPr>
        <w:t xml:space="preserve">[17:14] </w:t>
      </w:r>
      <w:r>
        <w:t>to us ne kaha: "tari do haja". yeh bola, yeh awaz nikli us ki zuban se: "tari do haja".</w:t>
      </w:r>
    </w:p>
    <w:p>
      <w:pPr>
        <w:jc w:val="right"/>
      </w:pPr>
      <w:r>
        <w:t>تو اس نے کہا: "تری دو حاجہ"۔ یہ بولا، یہ آواز نکلی اس کی زبان سے: "تری دو حاجہ"۔</w:t>
      </w:r>
    </w:p>
    <w:p>
      <w:r>
        <w:rPr>
          <w:b/>
        </w:rPr>
        <w:t xml:space="preserve">[17:29] </w:t>
      </w:r>
      <w:r>
        <w:t>"tari do haja" ka matlab hai: kya aap ko koi zaroorat hai? aap ko koi zaroorat hai?</w:t>
      </w:r>
    </w:p>
    <w:p>
      <w:pPr>
        <w:jc w:val="right"/>
      </w:pPr>
      <w:r>
        <w:t>"تری دو حاجہ" کا مطلب ہے: کیا آپ کو کوئی ضرورت ہے؟ آپ کو کوئی ضرورت ہے؟</w:t>
      </w:r>
    </w:p>
    <w:p>
      <w:r>
        <w:rPr>
          <w:b/>
        </w:rPr>
        <w:t xml:space="preserve">[17:38] </w:t>
      </w:r>
      <w:r>
        <w:t>to us waqt mein kamre mein akela tha aur allah rab al-alameen ke baray mein soch raha tha. shayad isi qism ki baat aati hai jo "taat allah ka naktara" se mutaliq.</w:t>
      </w:r>
    </w:p>
    <w:p>
      <w:pPr>
        <w:jc w:val="right"/>
      </w:pPr>
      <w:r>
        <w:t>تو اس وقت میں کمرے میں اکیلا تھا اور اللہ رب العالمین کے بارے میں سوچ رہا تھا۔ شاید اسی قسم کی بات آتی ہے جو "طاعت اللہ کانکترا" سے متعلق۔</w:t>
      </w:r>
    </w:p>
    <w:p>
      <w:r>
        <w:rPr>
          <w:b/>
        </w:rPr>
        <w:t xml:space="preserve">[17:52] </w:t>
      </w:r>
      <w:r>
        <w:t>to jab achaanak aik choti bachi ne aisa kaha to woh bachi mujhe laga ke jaise ke farishta khara hua hai.</w:t>
      </w:r>
    </w:p>
    <w:p>
      <w:pPr>
        <w:jc w:val="right"/>
      </w:pPr>
      <w:r>
        <w:t>تو جب اچانک ایک چھوٹی بچی نے ایسا کہا تو وہ بچی مجھے لگا کہ جیسے کہ فرشتہ کھڑا ہوا ہے۔</w:t>
      </w:r>
    </w:p>
    <w:p>
      <w:r>
        <w:rPr>
          <w:b/>
        </w:rPr>
        <w:t xml:space="preserve">[18:04] </w:t>
      </w:r>
      <w:r>
        <w:t>achaanak aisa laga ke jaise allah ne farishton ko bhej diya hai,</w:t>
      </w:r>
    </w:p>
    <w:p>
      <w:pPr>
        <w:jc w:val="right"/>
      </w:pPr>
      <w:r>
        <w:t>اچانک ایسا لگا کہ جیسے اللہ نے فرشتوں کو بھیج دیا ہے،</w:t>
      </w:r>
    </w:p>
    <w:p>
      <w:r>
        <w:rPr>
          <w:b/>
        </w:rPr>
        <w:t xml:space="preserve">[18:09] </w:t>
      </w:r>
      <w:r>
        <w:t>yahan khara ho kar keh raha hai ke: "tari do haja". yani allah rab al-alameen ka bheja hua aik farishta hai jo mujh se pooch raha hai ke tum ko koi zaroorat hai?</w:t>
      </w:r>
    </w:p>
    <w:p>
      <w:pPr>
        <w:jc w:val="right"/>
      </w:pPr>
      <w:r>
        <w:t>یہاں کھڑا ہو کر کہہ رہا ہے کہ: "تری دو حاجہ"۔ یعنی اللہ رب العالمین کا بھیجا ہوا ایک فرشتہ ہے جو مجھ سے پوچھ رہا ہے کہ تم کو کوئی ضرورت ہے؟</w:t>
      </w:r>
    </w:p>
    <w:p>
      <w:r>
        <w:rPr>
          <w:b/>
        </w:rPr>
        <w:t xml:space="preserve">[18:22] </w:t>
      </w:r>
      <w:r>
        <w:t>to mein be-tahasha rone laga. is bachi ko mein koi jawab na de saka. darwaza band kar ke mein dobara kamre mein baith gaya aur der tak rota raha.</w:t>
      </w:r>
    </w:p>
    <w:p>
      <w:pPr>
        <w:jc w:val="right"/>
      </w:pPr>
      <w:r>
        <w:t>تو میں بے تحاشہ رونے لگا۔ اس بچی کو میں کوئی جواب نہ دے سکا۔ دروازہ بند کر کے میں دوبارہ کمرے میں بیٹھ گیا اور دیر تک روتا رہا۔</w:t>
      </w:r>
    </w:p>
    <w:p>
      <w:r>
        <w:rPr>
          <w:b/>
        </w:rPr>
        <w:t xml:space="preserve">[18:35] </w:t>
      </w:r>
      <w:r>
        <w:t>muhammad al-arif us waqt ghar mein mojood nahi thay. to mein samajhta hoon ke har lamha insaan ka hi haal ho jana chahiye, har lamha.</w:t>
      </w:r>
    </w:p>
    <w:p>
      <w:pPr>
        <w:jc w:val="right"/>
      </w:pPr>
      <w:r>
        <w:t>محمد العارف اس وقت گھر میں موجود نہیں تھے۔ تو میں سمجھتا ہوں کہ ہر لمحہ انسان کا ہی حال ہو جانا چاہیے، ہر لمحہ۔</w:t>
      </w:r>
    </w:p>
    <w:p>
      <w:r>
        <w:rPr>
          <w:b/>
        </w:rPr>
        <w:t xml:space="preserve">[18:47] </w:t>
      </w:r>
      <w:r>
        <w:t>kyun ke allah rab al-alameen ki jo rehmat hai, jo is ka rizq hai, jo is ka atiya hai, woh to har lamha puhanch raha hai, bila toquf puhanch raha hai.</w:t>
      </w:r>
    </w:p>
    <w:p>
      <w:pPr>
        <w:jc w:val="right"/>
      </w:pPr>
      <w:r>
        <w:t>کیونکہ اللہ رب العالمین کی جو رحمت ہے، جو اس کا رزق ہے، جو اس کا عطیہ ہے، وہ تو ہر لمحہ پہنچ رہا ہے، بلا توقف پہنچ رہا ہے۔</w:t>
      </w:r>
    </w:p>
    <w:p>
      <w:r>
        <w:rPr>
          <w:b/>
        </w:rPr>
        <w:t xml:space="preserve">[19:02] </w:t>
      </w:r>
      <w:r>
        <w:t>to response bhi isi darjay ka hona chahiye.</w:t>
      </w:r>
    </w:p>
    <w:p>
      <w:pPr>
        <w:jc w:val="right"/>
      </w:pPr>
      <w:r>
        <w:t>تو رسپانس بھی اسی درجے کا ہونا چاہیے۔</w:t>
      </w:r>
    </w:p>
    <w:p>
      <w:r>
        <w:rPr>
          <w:b/>
        </w:rPr>
        <w:t xml:space="preserve">[19:08] </w:t>
      </w:r>
      <w:r>
        <w:t>jab atiyat ki supply mein toquf nahi hai to response mein bhi toquf nahi hona chahiye.</w:t>
      </w:r>
    </w:p>
    <w:p>
      <w:pPr>
        <w:jc w:val="right"/>
      </w:pPr>
      <w:r>
        <w:t>جب عطیات کی سپلائی میں توقف نہیں ہے تو رسپانس میں بھی توقف نہیں ہونا چاہیے۔</w:t>
      </w:r>
    </w:p>
    <w:p>
      <w:r>
        <w:rPr>
          <w:b/>
        </w:rPr>
        <w:t xml:space="preserve">[19:19] </w:t>
      </w:r>
      <w:r>
        <w:t>yeh hai matlab is hadees ka: "taat allah ka naktara". yani allah mein is tarah jiyo, tumhari zindagi is tarah dhal jaye marifat mein,</w:t>
      </w:r>
    </w:p>
    <w:p>
      <w:pPr>
        <w:jc w:val="right"/>
      </w:pPr>
      <w:r>
        <w:t>یہ ہے مطلب اس حدیث کا: "طاعت اللہ کانکترا"۔ یعنی اللہ میں اس طرح جیو، تمہاری زندگی اس طرح ڈھل جائے معرفت میں،</w:t>
      </w:r>
    </w:p>
    <w:p>
      <w:r>
        <w:rPr>
          <w:b/>
        </w:rPr>
        <w:t xml:space="preserve">[19:34] </w:t>
      </w:r>
      <w:r>
        <w:t>jaise ke tum ayana allah ko dekh rahe ho aur is mein tasalsul ho. yeh matlab hai is hadees ka.</w:t>
      </w:r>
    </w:p>
    <w:p>
      <w:pPr>
        <w:jc w:val="right"/>
      </w:pPr>
      <w:r>
        <w:t>جیسے کہ تم ایانا اللہ کو دیکھ رہے ہو اور اس میں تسلسل ہو۔ یہ مطلب ہے اس حدیث کا۔</w:t>
      </w:r>
    </w:p>
    <w:p>
      <w:r>
        <w:rPr>
          <w:b/>
        </w:rPr>
        <w:t xml:space="preserve">[19:46] </w:t>
      </w:r>
      <w:r>
        <w:t>to mein samajhta hoon ke yeh hadees ka yeh tukra, hadees jibril ka yeh tukra, ya marifat khuda wandi ka sab se bara ma khaz hai.</w:t>
      </w:r>
    </w:p>
    <w:p>
      <w:pPr>
        <w:jc w:val="right"/>
      </w:pPr>
      <w:r>
        <w:t>تو میں سمجھتا ہوں کہ یہ حدیث کا یہ ٹکڑا، حدیث جبرائیل کا یہ ٹکڑا، یا معرفت خداوندی کا سب سے بڑا ماخذ ہے۔</w:t>
      </w:r>
    </w:p>
    <w:p>
      <w:r>
        <w:rPr>
          <w:b/>
        </w:rPr>
        <w:t xml:space="preserve">[20:04] </w:t>
      </w:r>
      <w:r>
        <w:t>sab se ziyada hum jaan sakte hain marifat ko shayad is hadees ke mutaliq se, kam az kam mein ne jo jo kitaben padhi hain, mukhtalif zabanon mein: arabi mein, farsi mein,</w:t>
      </w:r>
    </w:p>
    <w:p>
      <w:pPr>
        <w:jc w:val="right"/>
      </w:pPr>
      <w:r>
        <w:t>سب سے زیادہ ہم جان سکتے ہیں معرفت کو شاید اس حدیث کے متعلق سے، کم از کم میں نے جو جو کتابیں پڑھی ہیں، مختلف زبانوں میں: عربی میں، فارسی میں،</w:t>
      </w:r>
    </w:p>
    <w:p>
      <w:r>
        <w:rPr>
          <w:b/>
        </w:rPr>
        <w:t xml:space="preserve">[20:22] </w:t>
      </w:r>
      <w:r>
        <w:t>urdu mein, english mein, aur bohat si kitaben tarjuma ke baad padhi hain.</w:t>
      </w:r>
    </w:p>
    <w:p>
      <w:pPr>
        <w:jc w:val="right"/>
      </w:pPr>
      <w:r>
        <w:t>اردو میں، انگلش میں، اور بہت سی کتابیں ترجمہ کے بعد پڑھی ہیں۔</w:t>
      </w:r>
    </w:p>
    <w:p>
      <w:r>
        <w:rPr>
          <w:b/>
        </w:rPr>
        <w:t xml:space="preserve">[20:32] </w:t>
      </w:r>
      <w:r>
        <w:t>to in sari kitabon mein jo baten kahi gayi hain, woh is hadees ke tukray ke muqable mein kuch bhi nahi hain.</w:t>
      </w:r>
    </w:p>
    <w:p>
      <w:pPr>
        <w:jc w:val="right"/>
      </w:pPr>
      <w:r>
        <w:t>تو ان ساری کتابوں میں جو باتیں کہی گئی ہیں، وہ اس حدیث کے ٹکڑے کے مقابلے میں کچھ بھی نہیں ہیں۔</w:t>
      </w:r>
    </w:p>
    <w:p>
      <w:r>
        <w:rPr>
          <w:b/>
        </w:rPr>
        <w:t xml:space="preserve">[20:42] </w:t>
      </w:r>
      <w:r>
        <w:t>taat allah ka naktara</w:t>
      </w:r>
    </w:p>
    <w:p>
      <w:pPr>
        <w:jc w:val="right"/>
      </w:pPr>
      <w:r>
        <w:t>"طاعت اللہ کانکترا"۔</w:t>
      </w:r>
    </w:p>
    <w:p>
      <w:r>
        <w:rPr>
          <w:b/>
        </w:rPr>
        <w:t xml:space="preserve">[20:48] </w:t>
      </w:r>
      <w:r>
        <w:t>allah ko is tarah yaad karo</w:t>
      </w:r>
    </w:p>
    <w:p>
      <w:pPr>
        <w:jc w:val="right"/>
      </w:pPr>
      <w:r>
        <w:t>اللہ کو اس طرح یاد کرو</w:t>
      </w:r>
    </w:p>
    <w:p>
      <w:r>
        <w:rPr>
          <w:b/>
        </w:rPr>
        <w:t xml:space="preserve">[20:54] </w:t>
      </w:r>
      <w:r>
        <w:t>jaisa ke tum khuda ko dekh rahe ho. to yeh sirf namaz ki baat nahi hai, roze ki baat nahi hai,</w:t>
      </w:r>
    </w:p>
    <w:p>
      <w:pPr>
        <w:jc w:val="right"/>
      </w:pPr>
      <w:r>
        <w:t>جیسا کہ تم خدا کو دیکھ رہے ہو۔ تو یہ صرف نماز کی بات نہیں ہے، روزے کی بات نہیں ہے،</w:t>
      </w:r>
    </w:p>
    <w:p>
      <w:r>
        <w:rPr>
          <w:b/>
        </w:rPr>
        <w:t xml:space="preserve">[21:01] </w:t>
      </w:r>
      <w:r>
        <w:t>yeh zindagi ki baat hai. tumhari zindagi is tarah guzre, tumhare raat din is tarah guzre, tumhare subah shaam is tarah guzre, jaise ke tum allah ko dekh rahe ho.</w:t>
      </w:r>
    </w:p>
    <w:p>
      <w:pPr>
        <w:jc w:val="right"/>
      </w:pPr>
      <w:r>
        <w:t>یہ زندگی کی بات ہے۔ تمہاری زندگی اس طرح گزرے، تمہارے رات دن اس طرح گزرے، تمہارے صبح شام اس طرح گزرے، جیسے کہ تم اللہ کو دیکھ رہے ہو۔</w:t>
      </w:r>
    </w:p>
    <w:p>
      <w:r>
        <w:rPr>
          <w:b/>
        </w:rPr>
        <w:t xml:space="preserve">[21:18] </w:t>
      </w:r>
      <w:r>
        <w:t>is maamle mein main samajhta hoon ke nature ka nature ka mutaala bahut hi zyada karamad hai.</w:t>
      </w:r>
    </w:p>
    <w:p>
      <w:pPr>
        <w:jc w:val="right"/>
      </w:pPr>
      <w:r>
        <w:t>اس معاملے میں میں سمجھتا ہوں کہ نیچر کا نیچر کا مطالعہ بہت ہی زیادہ کارآمد ہے۔</w:t>
      </w:r>
    </w:p>
    <w:p>
      <w:r>
        <w:rPr>
          <w:b/>
        </w:rPr>
        <w:t xml:space="preserve">[21:25] </w:t>
      </w:r>
      <w:r>
        <w:t>jab aap raat ke waqt galaxy ko dekhte hain, subah ke waqt aap solar system ko tasawwur bulatay hain to ek ajeeb o ghareeb qism ka ehsaas paida hota hai.</w:t>
      </w:r>
    </w:p>
    <w:p>
      <w:pPr>
        <w:jc w:val="right"/>
      </w:pPr>
      <w:r>
        <w:t>جب آپ رات کے وقت گلیکسی کو دیکھتے ہیں، صبح کے وقت آپ سولر سسٹم کو تصور بلاتے ہیں تو ایک عجیب و غریب قسم کا احساس پیدا ہوتا ہے۔</w:t>
      </w:r>
    </w:p>
    <w:p>
      <w:r>
        <w:rPr>
          <w:b/>
        </w:rPr>
        <w:t xml:space="preserve">[21:41] </w:t>
      </w:r>
      <w:r>
        <w:t>jaise main jab gaon mein rehta tha to wahan to pollution, pollution zara bhi nahi tha. raat ke waqt ek dum saaf aasman dikhai deta tha, ek dum saaf.</w:t>
      </w:r>
    </w:p>
    <w:p>
      <w:pPr>
        <w:jc w:val="right"/>
      </w:pPr>
      <w:r>
        <w:t>جیسے میں جب گاؤں میں رہتا تھا تو وہاں تو پولیوشن، پولیوشن ذرا بھی نہیں تھا۔ رات کے وقت ایک دم صاف آسمان دکھائی دیتا تھا، ایک دم صاف۔</w:t>
      </w:r>
    </w:p>
    <w:p>
      <w:r>
        <w:rPr>
          <w:b/>
        </w:rPr>
        <w:t xml:space="preserve">[21:55] </w:t>
      </w:r>
      <w:r>
        <w:t>to raat ko main apne chhat par chadhta tha gaon mein to chhat par</w:t>
      </w:r>
    </w:p>
    <w:p>
      <w:pPr>
        <w:jc w:val="right"/>
      </w:pPr>
      <w:r>
        <w:t>تو رات کو میں اپنے چھت پر چڑھتا تھا گاؤں میں تو چھت پر</w:t>
      </w:r>
    </w:p>
    <w:p>
      <w:r>
        <w:rPr>
          <w:b/>
        </w:rPr>
        <w:t xml:space="preserve">[22:06] </w:t>
      </w:r>
      <w:r>
        <w:t>galaxy</w:t>
      </w:r>
    </w:p>
    <w:p>
      <w:pPr>
        <w:jc w:val="right"/>
      </w:pPr>
      <w:r>
        <w:t>گلیکسی</w:t>
      </w:r>
    </w:p>
    <w:p>
      <w:r>
        <w:rPr>
          <w:b/>
        </w:rPr>
        <w:t xml:space="preserve">[22:09] </w:t>
      </w:r>
      <w:r>
        <w:t>jagmagg, jagmagg, jagmagg, jagmagg dikhai de rahi thi. to ek zinda khuda ka tasawwur aata tha ke kaise khuda ne galaxy ko banaya, kaise aasman mein woh qaim kiya, kaise woh chal rahi hai,</w:t>
      </w:r>
    </w:p>
    <w:p>
      <w:pPr>
        <w:jc w:val="right"/>
      </w:pPr>
      <w:r>
        <w:t>جگمگ، جگمگ، جگمگ، جگمگ دکھائی دے رہی تھی۔ تو ایک زندہ خدا کا تصور آتا تھا کہ کیسے خدا نے گلیکسی کو بنایا، کیسے آسمان میں وہ قائم کیا، کیسے وہ چل رہی ہے،</w:t>
      </w:r>
    </w:p>
    <w:p>
      <w:r>
        <w:rPr>
          <w:b/>
        </w:rPr>
        <w:t xml:space="preserve">[22:25] </w:t>
      </w:r>
      <w:r>
        <w:t>kaise bilkul ek uski raftaar, har cheez ek dum accuracy ke sath qaim hai. to agar aap kuch kitabon ko padhkar samjhein ke aap pa lenge.</w:t>
      </w:r>
    </w:p>
    <w:p>
      <w:pPr>
        <w:jc w:val="right"/>
      </w:pPr>
      <w:r>
        <w:t>کیسے بالکل ایک اس کی رفتار، ہر چیز ایک دم ایکوریسی کے ساتھ قائم ہے۔ تو اگر آپ کچھ کتابوں کو پڑھ کر سمجھیں کہ آپ پا لیں گے۔</w:t>
      </w:r>
    </w:p>
    <w:p>
      <w:r>
        <w:rPr>
          <w:b/>
        </w:rPr>
        <w:t xml:space="preserve">[22:39] </w:t>
      </w:r>
      <w:r>
        <w:t>main ne aise log dekhe hain jo "hujjatullah al-barigha" ki badi tareef karte hain, badi tareef, lekin unke sath baitha, unse baat ki to kuch unke andar marifat khudaawandi nahi mili, kuch ko marifat khudaawandi nahi mili.</w:t>
      </w:r>
    </w:p>
    <w:p>
      <w:pPr>
        <w:jc w:val="right"/>
      </w:pPr>
      <w:r>
        <w:t>میں نے ایسے لوگ دیکھے ہیں جو "حجت اللہ البارغہ" کی بڑی تعریف کرتے ہیں، بڑی تعریف، لیکن ان کے ساتھ بیٹھا، ان سے بات کی تو کچھ ان کے اندر معرفت خداوندی نہیں ملی، کچھ کو معرفت خداوندی نہیں ملی۔</w:t>
      </w:r>
    </w:p>
    <w:p>
      <w:r>
        <w:rPr>
          <w:b/>
        </w:rPr>
        <w:t xml:space="preserve">[22:56] </w:t>
      </w:r>
      <w:r>
        <w:t>is tarah jo log "Ihya ulum al-din" ki badi tareef karte hain, unke sath baitha main, lekin mujhe nahi mila ke unhone kuch khuda ki marifat paayi hai.</w:t>
      </w:r>
    </w:p>
    <w:p>
      <w:pPr>
        <w:jc w:val="right"/>
      </w:pPr>
      <w:r>
        <w:t>اس طرح جو لوگ "ایا علوم الدین" کی بڑی تعریف کرتے ہیں، ان کے ساتھ بیٹھا میں، لیکن مجھے نہیں ملا کہ انہوں نے کچھ خدا کی معرفت پائی ہے۔</w:t>
      </w:r>
    </w:p>
    <w:p>
      <w:r>
        <w:rPr>
          <w:b/>
        </w:rPr>
        <w:t xml:space="preserve">[23:09] </w:t>
      </w:r>
      <w:r>
        <w:t>bas kuch maloomat, kuch fanniyat, kuch manual, kuch form, yahi sab mila hai unko.</w:t>
      </w:r>
    </w:p>
    <w:p>
      <w:pPr>
        <w:jc w:val="right"/>
      </w:pPr>
      <w:r>
        <w:t>بس کچھ معلومات، کچھ فنیات، کچھ مینول، کچھ فارم، یہی سب ملا ہے ان کو۔</w:t>
      </w:r>
    </w:p>
    <w:p>
      <w:r>
        <w:rPr>
          <w:b/>
        </w:rPr>
        <w:t xml:space="preserve">[23:20] </w:t>
      </w:r>
      <w:r>
        <w:t>zinda khuda ka taaruf nahi mila hai.</w:t>
      </w:r>
    </w:p>
    <w:p>
      <w:pPr>
        <w:jc w:val="right"/>
      </w:pPr>
      <w:r>
        <w:t>زندہ خدا کا تعارف نہیں ملا ہے۔</w:t>
      </w:r>
    </w:p>
    <w:p>
      <w:r>
        <w:rPr>
          <w:b/>
        </w:rPr>
        <w:t xml:space="preserve">[23:25] </w:t>
      </w:r>
      <w:r>
        <w:t>to dekhein, aap ko kisi kitaab mein nahi milega. zinda khuda ka taaruf aap ko kisi bhi kitaab mein nahi milega. zinda marifat, zinda marifat ek self self discored item hai.</w:t>
      </w:r>
    </w:p>
    <w:p>
      <w:pPr>
        <w:jc w:val="right"/>
      </w:pPr>
      <w:r>
        <w:t>تو دیکھیں، آپ کو کسی کتاب میں نہیں ملے گا۔ زندہ خدا کا تعارف آپ کو کسی بھی کتاب میں نہیں ملے گا۔ زندہ معرفت، زندہ معرفت ایک سیلف سیلف ڈسکورڈ آئٹم ہے۔</w:t>
      </w:r>
    </w:p>
    <w:p>
      <w:r>
        <w:rPr>
          <w:b/>
        </w:rPr>
        <w:t xml:space="preserve">[23:42] </w:t>
      </w:r>
      <w:r>
        <w:t>yaad rakhiye, koi bhi kitaab,</w:t>
      </w:r>
    </w:p>
    <w:p>
      <w:pPr>
        <w:jc w:val="right"/>
      </w:pPr>
      <w:r>
        <w:t>یاد رکھیے، کوئی بھی کتاب،</w:t>
      </w:r>
    </w:p>
    <w:p>
      <w:r>
        <w:rPr>
          <w:b/>
        </w:rPr>
        <w:t xml:space="preserve">[23:50] </w:t>
      </w:r>
      <w:r>
        <w:t>hata ke subah shaam aap quran ki tilawat karein,</w:t>
      </w:r>
    </w:p>
    <w:p>
      <w:pPr>
        <w:jc w:val="right"/>
      </w:pPr>
      <w:r>
        <w:t>حتیٰ کہ صبح شام آپ قرآن کی تلاوت کریں،</w:t>
      </w:r>
    </w:p>
    <w:p>
      <w:r>
        <w:rPr>
          <w:b/>
        </w:rPr>
        <w:t xml:space="preserve">[23:55] </w:t>
      </w:r>
      <w:r>
        <w:t>tab bhi aisa nahi ho sakta ke aap ko khuda ki zinda marifat haasil ho jaye. jaisa aisha ne kaha tha aise logon ke bare mein ke "awallu quruw wa lam yaqruw".</w:t>
      </w:r>
    </w:p>
    <w:p>
      <w:pPr>
        <w:jc w:val="right"/>
      </w:pPr>
      <w:r>
        <w:t>تب بھی ایسا نہیں ہو سکتا کہ آپ کو خدا کی زندہ معرفت حاصل ہو جائے۔ جیسا عائشہ نے کہا تھا ایسے لوگوں کے بارے میں کہ "اولائے کا قرو ولم یقرو"۔</w:t>
      </w:r>
    </w:p>
    <w:p>
      <w:r>
        <w:rPr>
          <w:b/>
        </w:rPr>
        <w:t xml:space="preserve">[24:07] </w:t>
      </w:r>
      <w:r>
        <w:t>unhone quran ko padha magar unhone quran ko nahi padha. kyon</w:t>
      </w:r>
    </w:p>
    <w:p>
      <w:pPr>
        <w:jc w:val="right"/>
      </w:pPr>
      <w:r>
        <w:t>انہوں نے قرآن کو پڑھا مگر انہوں نے قرآن کو نہیں پڑھا۔ کیون</w:t>
      </w:r>
    </w:p>
    <w:p>
      <w:r>
        <w:rPr>
          <w:b/>
        </w:rPr>
        <w:t xml:space="preserve">[24:13] </w:t>
      </w:r>
      <w:r>
        <w:t>ke koi bhi kitaab, koi bhi kitaab, koi bhi kitaab, koi bhi wazifa</w:t>
      </w:r>
    </w:p>
    <w:p>
      <w:pPr>
        <w:jc w:val="right"/>
      </w:pPr>
      <w:r>
        <w:t>کہ کوئی بھی کتاب، کوئی بھی کتاب، کوئی بھی کتاب، کوئی بھی وظیفہ</w:t>
      </w:r>
    </w:p>
    <w:p>
      <w:r>
        <w:rPr>
          <w:b/>
        </w:rPr>
        <w:t xml:space="preserve">[24:21] </w:t>
      </w:r>
      <w:r>
        <w:t>aap ko allah ka zinda taaruf nahi kara sakta. zinda taaruf milta hai aadmi ko self discored marifat ke zariye.</w:t>
      </w:r>
    </w:p>
    <w:p>
      <w:pPr>
        <w:jc w:val="right"/>
      </w:pPr>
      <w:r>
        <w:t>آپ کو اللہ کا زندہ تعارف نہیں کرا سکتا۔ زندہ تعارف ملتا ہے آدمی کو سیلف ڈسکورڈ معرفت کے ذریعے۔</w:t>
      </w:r>
    </w:p>
    <w:p>
      <w:r>
        <w:rPr>
          <w:b/>
        </w:rPr>
        <w:t xml:space="preserve">[24:34] </w:t>
      </w:r>
      <w:r>
        <w:t>aap ko self discored marifat ke darje tak pahunchna hai.</w:t>
      </w:r>
    </w:p>
    <w:p>
      <w:pPr>
        <w:jc w:val="right"/>
      </w:pPr>
      <w:r>
        <w:t>آپ کو سیلف ڈسکورڈ معرفت کے درجے تک پہنچنا ہے۔</w:t>
      </w:r>
    </w:p>
    <w:p>
      <w:r>
        <w:rPr>
          <w:b/>
        </w:rPr>
        <w:t xml:space="preserve">[24:39] </w:t>
      </w:r>
      <w:r>
        <w:t>jab aap jab aap is darje ko pahunchenge, tab ja kar aap ko maloom hoga ke kya hai marifat, kya hai "wal hayyul qayyum", kya hai "taat allah ka naktara".</w:t>
      </w:r>
    </w:p>
    <w:p>
      <w:pPr>
        <w:jc w:val="right"/>
      </w:pPr>
      <w:r>
        <w:t>جب آپ جب آپ اس درجے کو پہنچیں گے، تب جا کر آپ کو معلوم ہوگا کہ کیا ہے معرفت، کیا ہے "والحی القیوم"، کیا ہے "طاعت اللہ کانکترا"۔</w:t>
      </w:r>
    </w:p>
    <w:p>
      <w:r>
        <w:rPr>
          <w:b/>
        </w:rPr>
        <w:t xml:space="preserve">[24:55] </w:t>
      </w:r>
      <w:r>
        <w:t>to self discovery se pehle yeh sab aap ke liye alfaaz hain. self discored marifat se pehle yeh sab aap ke liye alfaaz rahenge.</w:t>
      </w:r>
    </w:p>
    <w:p>
      <w:pPr>
        <w:jc w:val="right"/>
      </w:pPr>
      <w:r>
        <w:t>تو سیلف ڈسکوری سے پہلے یہ سب آپ کے لیے الفاظ ہیں۔ سیلف ڈسکورڈ معرفت سے پہلے یہ سب آپ کے لیے الفاظ رہیں گے۔</w:t>
      </w:r>
    </w:p>
    <w:p>
      <w:r>
        <w:rPr>
          <w:b/>
        </w:rPr>
        <w:t xml:space="preserve">[25:05] </w:t>
      </w:r>
      <w:r>
        <w:t>lekin jab aap self discovred marfat ke darje mein pahunch jayenge, tab aap janenge ke waqeatan yeh cheez kya hai.</w:t>
      </w:r>
    </w:p>
    <w:p>
      <w:pPr>
        <w:jc w:val="right"/>
      </w:pPr>
      <w:r>
        <w:t>لیکن جب آپ سیلف ڈسکورڈ معرفت کے درجے میں پہنچ جائیں گے، تب آپ جانیں گے کہ واقعتاً یہ چیز کیا ہے۔</w:t>
      </w:r>
    </w:p>
    <w:p>
      <w:r>
        <w:rPr>
          <w:b/>
        </w:rPr>
        <w:t xml:space="preserve">[25:16] </w:t>
      </w:r>
      <w:r>
        <w:t>to aap ghor kijiye ke hum ko, aap ko, har ek ko ek din marna hai aur woh halat honi hai jo quran mein hai ke "yom yaqoomun naasu li rabbil aalameen".</w:t>
      </w:r>
    </w:p>
    <w:p>
      <w:pPr>
        <w:jc w:val="right"/>
      </w:pPr>
      <w:r>
        <w:t>تو آپ غور کیجئے کہ ہم کو، آپ کو، ہر ایک کو ایک دن مرنا ہے اور وہ حالت ہونی ہے جو قرآن میں ہے کہ "یوم یقوم الناس لرب العالمین"۔</w:t>
      </w:r>
    </w:p>
    <w:p>
      <w:r>
        <w:rPr>
          <w:b/>
        </w:rPr>
        <w:t xml:space="preserve">[25:34] </w:t>
      </w:r>
      <w:r>
        <w:t>yani hum Allah rabbil aalameen ke samne khade honge. Yani woh waqt aane wala hai ke hum aap Allah rabbil aalameen ke samne khade honge,</w:t>
      </w:r>
    </w:p>
    <w:p>
      <w:pPr>
        <w:jc w:val="right"/>
      </w:pPr>
      <w:r>
        <w:t>یعنی ہم اللہ رب العالمین کے سامنے کھڑے ہوں گے۔ یعنی وہ وقت آنے والا ہے کہ ہم آپ اللہ رب العالمین کے سامنے کھڑے ہوں گے،</w:t>
      </w:r>
    </w:p>
    <w:p>
      <w:r>
        <w:rPr>
          <w:b/>
        </w:rPr>
        <w:t xml:space="preserve">[25:44] </w:t>
      </w:r>
      <w:r>
        <w:t>is zinda khuda ke samne, zinda khuda jis ne humein paida kiya, jo hamara rab aur qayyum tha.</w:t>
      </w:r>
    </w:p>
    <w:p>
      <w:pPr>
        <w:jc w:val="right"/>
      </w:pPr>
      <w:r>
        <w:t>اس زندہ خدا کے سامنے، زندہ خدا جس نے ہمیں پیدا کیا، جو ہمارا رب اور قیوم تھا۔</w:t>
      </w:r>
    </w:p>
    <w:p>
      <w:r>
        <w:rPr>
          <w:b/>
        </w:rPr>
        <w:t xml:space="preserve">[25:53] </w:t>
      </w:r>
      <w:r>
        <w:t>to aap ghor kijiye ke is waqt agar aap ka haal yeh ho ke aap ne "taat-e-Ilahi ka nakhra" ke darje mein Allah ko daryaft hi na kiya ho,</w:t>
      </w:r>
    </w:p>
    <w:p>
      <w:pPr>
        <w:jc w:val="right"/>
      </w:pPr>
      <w:r>
        <w:t>تو آپ غور کیجئے کہ اس وقت اگر آپ کا حال یہ ہو کہ آپ نے "طاعت اللہ کانکترا" کے درجے میں اللہ کو دریافت ہی نہ کیا ہو،</w:t>
      </w:r>
    </w:p>
    <w:p>
      <w:r>
        <w:rPr>
          <w:b/>
        </w:rPr>
        <w:t xml:space="preserve">[26:08] </w:t>
      </w:r>
      <w:r>
        <w:t>to kya haal hoga?</w:t>
      </w:r>
    </w:p>
    <w:p>
      <w:pPr>
        <w:jc w:val="right"/>
      </w:pPr>
      <w:r>
        <w:t>تو کیا حال ہوگا؟</w:t>
      </w:r>
    </w:p>
    <w:p>
      <w:r>
        <w:rPr>
          <w:b/>
        </w:rPr>
        <w:t xml:space="preserve">[26:10] </w:t>
      </w:r>
      <w:r>
        <w:t>kya haal hoga? To hamari aap ki koshish yeh hona chahiye ke jab woh waqt aaye ke "yom yaqoomun naasu li rabbil aalameen" to hum Allah rabbil aalameen ko daryaft kar chuke hon,</w:t>
      </w:r>
    </w:p>
    <w:p>
      <w:pPr>
        <w:jc w:val="right"/>
      </w:pPr>
      <w:r>
        <w:t>کیا حال ہوگا؟ تو ہماری آپ کی کوشش یہ ہونا چاہیے کہ جب وہ وقت آئے کہ "یوم یقوم الناس لرب العالمین" تو ہم اللہ رب العالمین کو دریافت کر چکے ہوں،</w:t>
      </w:r>
    </w:p>
    <w:p>
      <w:r>
        <w:rPr>
          <w:b/>
        </w:rPr>
        <w:t xml:space="preserve">[26:30] </w:t>
      </w:r>
      <w:r>
        <w:t>"taat-e-Ilahi ka nakhra" ka darja mil ch</w:t>
      </w:r>
    </w:p>
    <w:p>
      <w:pPr>
        <w:jc w:val="right"/>
      </w:pPr>
      <w:r>
        <w:t>"طاعت اللہ کانکترا" کا درجہ مل چ</w:t>
      </w:r>
    </w:p>
    <w:p>
      <w:r>
        <w:rPr>
          <w:b/>
        </w:rPr>
        <w:t xml:space="preserve">[26:33] </w:t>
      </w:r>
      <w:r>
        <w:t>ka ho humein. Tab aap ka Allah rabbil aalameen ke samne khada hona, waqeatan khada hona hoga, warna sirf sharmindagi, sirf nadamat, sirf sirf andha pan.</w:t>
      </w:r>
    </w:p>
    <w:p>
      <w:pPr>
        <w:jc w:val="right"/>
      </w:pPr>
      <w:r>
        <w:t>کا ہو ہمیں۔ تب آپ کا اللہ رب العالمین کے سامنے کھڑا ہونا، واقعتاً کھڑا ہونا ہوگا، ورنہ صرف شرمندگی، صرف ندامت، صرف صرف اندھا پن۔</w:t>
      </w:r>
    </w:p>
    <w:p>
      <w:r>
        <w:rPr>
          <w:b/>
        </w:rPr>
        <w:t xml:space="preserve">[26:47] </w:t>
      </w:r>
      <w:r>
        <w:t>kaisa ajeeb lamha hoga woh jab insaan par khule ke us ne sab se zyada dekhi jaane wali cheez hi ko nahi dekha.</w:t>
      </w:r>
    </w:p>
    <w:p>
      <w:pPr>
        <w:jc w:val="right"/>
      </w:pPr>
      <w:r>
        <w:t>کیسا عجیب لمحہ ہوگا وہ جب انسان پر کھلے کہ اس نے سب سے زیادہ دیکھی جانے والی چیز ہی کو نہیں دیکھا۔</w:t>
      </w:r>
    </w:p>
    <w:p>
      <w:r>
        <w:rPr>
          <w:b/>
        </w:rPr>
        <w:t xml:space="preserve">[27:03] </w:t>
      </w:r>
      <w:r>
        <w:t>woh duniya mein 90 saal, 100 saal raha, lekin us ne isi cheez ko nahi dekha jo sab se zyada dekhne wali cheez hai.</w:t>
      </w:r>
    </w:p>
    <w:p>
      <w:pPr>
        <w:jc w:val="right"/>
      </w:pPr>
      <w:r>
        <w:t>وہ دنیا میں 90 سال، سو سال رہا، لیکن اس نے اسی چیز کو نہیں دیکھا جو سب سے زیادہ دیکھنے والی چیز ہے۔</w:t>
      </w:r>
    </w:p>
    <w:p>
      <w:r>
        <w:rPr>
          <w:b/>
        </w:rPr>
        <w:t xml:space="preserve">[27:17] </w:t>
      </w:r>
      <w:r>
        <w:t>us ne isi cheez ko daryaft nahi kiya jo sab se zyada daryaft karne wali hai. Isi haqeeqat ko nahi jaana</w:t>
      </w:r>
    </w:p>
    <w:p>
      <w:pPr>
        <w:jc w:val="right"/>
      </w:pPr>
      <w:r>
        <w:t>اس نے اسی چیز کو دریافت نہیں کیا جو سب سے زیادہ دریافت کرنے والی ہے۔ اسی حقیقت کو نہیں جانا</w:t>
      </w:r>
    </w:p>
    <w:p>
      <w:r>
        <w:rPr>
          <w:b/>
        </w:rPr>
        <w:t xml:space="preserve">[27:28] </w:t>
      </w:r>
      <w:r>
        <w:t>jo is duniya mein sab se zyada janne wali cheez hai. To meri dua hai ke Allah taala mujh ko aur aap ko tofeeq de ke hum ke hum ko aisi marfat hasil ho jo marfat hum ko duniya se akhirat tak le jaye,</w:t>
      </w:r>
    </w:p>
    <w:p>
      <w:pPr>
        <w:jc w:val="right"/>
      </w:pPr>
      <w:r>
        <w:t>جو اس دنیا میں سب سے زیادہ جاننے والی چیز ہے۔ تو میری دعا ہے کہ اللہ تعالیٰ مجھ کو اور آپ کو توفیق دے کہ ہم کہ ہم کو ایسی معرفت حاصل ہو جو معرفت ہم کو دنیا سے آخرت تک لے جائے،</w:t>
      </w:r>
    </w:p>
    <w:p>
      <w:r>
        <w:rPr>
          <w:b/>
        </w:rPr>
        <w:t xml:space="preserve">[27:47] </w:t>
      </w:r>
      <w:r>
        <w:t>zindagi se maut tak hamara saath de. Assalamu alaikum wa rahmatullah.</w:t>
      </w:r>
    </w:p>
    <w:p>
      <w:pPr>
        <w:jc w:val="right"/>
      </w:pPr>
      <w:r>
        <w:t>زندگی سے موت تک ہمارا ساتھ دے۔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