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Glimpses from My Life January 4, 2009</w:t>
      </w:r>
    </w:p>
    <w:p>
      <w:r>
        <w:t>https://youtu.be/qLpcIX-hlC0</w:t>
      </w:r>
    </w:p>
    <w:p>
      <w:r>
        <w:rPr>
          <w:b/>
        </w:rPr>
        <w:t xml:space="preserve">[00:28] </w:t>
      </w:r>
      <w:r>
        <w:t>ani, yafqah qawli.</w:t>
      </w:r>
    </w:p>
    <w:p>
      <w:pPr>
        <w:jc w:val="right"/>
      </w:pPr>
      <w:r>
        <w:t>انی، یفقہ قولی۔</w:t>
      </w:r>
    </w:p>
    <w:p>
      <w:r>
        <w:rPr>
          <w:b/>
        </w:rPr>
        <w:t xml:space="preserve">[00:33] </w:t>
      </w:r>
      <w:r>
        <w:t>aaj mein apni zindagi ke kuch yaadon ko bayan karna chahta hoon.</w:t>
      </w:r>
    </w:p>
    <w:p>
      <w:pPr>
        <w:jc w:val="right"/>
      </w:pPr>
      <w:r>
        <w:t>آج میں اپنی زندگی کے کچھ یادوں کو بیان کرنا چاہتا ہوں۔</w:t>
      </w:r>
    </w:p>
    <w:p>
      <w:r>
        <w:rPr>
          <w:b/>
        </w:rPr>
        <w:t xml:space="preserve">[00:46] </w:t>
      </w:r>
      <w:r>
        <w:t>aaj January 2009 ki 4 tareekh hai.</w:t>
      </w:r>
    </w:p>
    <w:p>
      <w:pPr>
        <w:jc w:val="right"/>
      </w:pPr>
      <w:r>
        <w:t>آج جنوری 2009 کی 4 تاریخ ہے۔</w:t>
      </w:r>
    </w:p>
    <w:p>
      <w:r>
        <w:rPr>
          <w:b/>
        </w:rPr>
        <w:t xml:space="preserve">[00:54] </w:t>
      </w:r>
      <w:r>
        <w:t>December ke aakhri haftay mein mein aur mere kuch saathi Aligarh gaye. Aap jante hain ke mein Aligarh mein paida hua, meri zindagi ki bohat sari yaadein Aligarh ke mukhtalif maqamat se wabasta hain.</w:t>
      </w:r>
    </w:p>
    <w:p>
      <w:pPr>
        <w:jc w:val="right"/>
      </w:pPr>
      <w:r>
        <w:t>دسمبر کے آخری ہفتے میں میں اور میرے کچھ ساتھی عالم گڑھ گئے۔ آپ جانتے ہیں کہ میں عالم گڑھ میں پیدا ہوا، میری زندگی کی بہت ساری یادیں عالم گڑھ کے مختلف مقامات سے وابستہ ہیں۔</w:t>
      </w:r>
    </w:p>
    <w:p>
      <w:r>
        <w:rPr>
          <w:b/>
        </w:rPr>
        <w:t xml:space="preserve">[01:15] </w:t>
      </w:r>
      <w:r>
        <w:t>to Aligarh ke is qayam ke douran mukhtalif maqamat, saare maqamat par to hum nahi aa sakte the, kuch maqamat par gaye, kuch jagahon par, aur wahan par recording ki gayi.</w:t>
      </w:r>
    </w:p>
    <w:p>
      <w:pPr>
        <w:jc w:val="right"/>
      </w:pPr>
      <w:r>
        <w:t>تو عالم گڑھ کے اس قیام کے دوران مختلف مقامات، سارے مقامات پر تو ہم نہیں آ سکتے تھے، کچھ مقامات پر گئے، کچھ جگہوں پر، اور وہاں پر ریکارڈنگ کی گئی۔</w:t>
      </w:r>
    </w:p>
    <w:p>
      <w:r>
        <w:rPr>
          <w:b/>
        </w:rPr>
        <w:t xml:space="preserve">[01:36] </w:t>
      </w:r>
      <w:r>
        <w:t>yani fragmentary way mein.</w:t>
      </w:r>
    </w:p>
    <w:p>
      <w:pPr>
        <w:jc w:val="right"/>
      </w:pPr>
      <w:r>
        <w:t>یعنی fragmentary way میں۔</w:t>
      </w:r>
    </w:p>
    <w:p>
      <w:r>
        <w:rPr>
          <w:b/>
        </w:rPr>
        <w:t xml:space="preserve">[01:39] </w:t>
      </w:r>
      <w:r>
        <w:t>aaj mein chahta hoon ke mein apni zindagi ke bare mein, jahan tak meri memory kaam karti hai, kuch silsile war baaton ko arz karoon.</w:t>
      </w:r>
    </w:p>
    <w:p>
      <w:pPr>
        <w:jc w:val="right"/>
      </w:pPr>
      <w:r>
        <w:t>آج میں چاہتا ہوں کہ میں اپنی زندگی کے بارے میں، جہاں تک میری memory کام کرتی ہے، کچھ سلسلے وار باتوں کو عرض کروں۔</w:t>
      </w:r>
    </w:p>
    <w:p>
      <w:r>
        <w:rPr>
          <w:b/>
        </w:rPr>
        <w:t xml:space="preserve">[01:51] </w:t>
      </w:r>
      <w:r>
        <w:t>dekhiye, meri paidaish jo passport par likhi hui hai, woh to hai 1 January 1925, lekin mein samajhta hoon ke yeh sahi tareekh nahi hai.</w:t>
      </w:r>
    </w:p>
    <w:p>
      <w:pPr>
        <w:jc w:val="right"/>
      </w:pPr>
      <w:r>
        <w:t>دیکھیے، میری پیدائش جو پاسپورٹ پر لکھی ہوئی ہے، وہ تو ہے 1 جنوری 1925، لیکن میں سمجھتا ہوں کہ یہ صحیح تاریخ نہیں ہے۔</w:t>
      </w:r>
    </w:p>
    <w:p>
      <w:r>
        <w:rPr>
          <w:b/>
        </w:rPr>
        <w:t xml:space="preserve">[02:05] </w:t>
      </w:r>
      <w:r>
        <w:t>ghaliban sahi tareekh jo hai, woh hai September 1923. Ghaliban. To yahan se mein paida hua, Aligarh ke ek gaon mein,</w:t>
      </w:r>
    </w:p>
    <w:p>
      <w:pPr>
        <w:jc w:val="right"/>
      </w:pPr>
      <w:r>
        <w:t>غالباً صحیح تاریخ جو ہے، وہ ہے ستمبر 1923۔ غالباً۔ تو یہاں سے میں پیدا ہوا، عالم گڑھ کے ایک گاؤں میں،</w:t>
      </w:r>
    </w:p>
    <w:p>
      <w:r>
        <w:rPr>
          <w:b/>
        </w:rPr>
        <w:t xml:space="preserve">[02:19] </w:t>
      </w:r>
      <w:r>
        <w:t>bohat hi remote village mein, jis ka naam tha Badhriya.</w:t>
      </w:r>
    </w:p>
    <w:p>
      <w:pPr>
        <w:jc w:val="right"/>
      </w:pPr>
      <w:r>
        <w:t>بہت ہی remote village میں، جس کا نام تھا بڑھریہ۔</w:t>
      </w:r>
    </w:p>
    <w:p>
      <w:r>
        <w:rPr>
          <w:b/>
        </w:rPr>
        <w:t xml:space="preserve">[02:26] </w:t>
      </w:r>
      <w:r>
        <w:t>to meri maan batati theen ke jab mein paida hua, to subah ko paida hua mein, aur usi raat ko unhon ne khwab dekha tha ke ek bohat bada hathi aaya,</w:t>
      </w:r>
    </w:p>
    <w:p>
      <w:pPr>
        <w:jc w:val="right"/>
      </w:pPr>
      <w:r>
        <w:t>تو میری ماں بتاتی تھیں کہ جب میں پیدا ہوا، تو صبح کو پیدا ہوا میں، اور اسی رات کو انہوں نے خواب دیکھا تھا کہ ایک بہت بڑا ہاتھی آیا،</w:t>
      </w:r>
    </w:p>
    <w:p>
      <w:r>
        <w:rPr>
          <w:b/>
        </w:rPr>
        <w:t xml:space="preserve">[02:40] </w:t>
      </w:r>
      <w:r>
        <w:t>boht bara hathi. is ne apni soot se mujh ko uthaya aur apni peeth par rakh liya, aur is ke baad chala gaya.</w:t>
      </w:r>
    </w:p>
    <w:p>
      <w:pPr>
        <w:jc w:val="right"/>
      </w:pPr>
      <w:r>
        <w:t>بہت بڑا ہاتھی۔ اس نے اپنی سوٹ سے مجھ کو اٹھایا اور اپنی پیٹھ پر رکھ لیا، اور اس کے بعد چلا گیا۔</w:t>
      </w:r>
    </w:p>
    <w:p>
      <w:r>
        <w:rPr>
          <w:b/>
        </w:rPr>
        <w:t xml:space="preserve">[02:52] </w:t>
      </w:r>
      <w:r>
        <w:t>meri maan kehti hain ke is waqt, yaani khwab mein, wo bol rahi theen bar bar ke itna acha bacha tha, is ko hathi utha le gaya.</w:t>
      </w:r>
    </w:p>
    <w:p>
      <w:pPr>
        <w:jc w:val="right"/>
      </w:pPr>
      <w:r>
        <w:t>میری ماں کہتی ہیں کہ اس وقت، یعنی خواب میں، وہ بول رہی تھیں بار بار کہ اتنا اچھا بچہ تھا، اس کو ہاتھی اٹھا لے گیا۔</w:t>
      </w:r>
    </w:p>
    <w:p>
      <w:r>
        <w:rPr>
          <w:b/>
        </w:rPr>
        <w:t xml:space="preserve">[03:04] </w:t>
      </w:r>
      <w:r>
        <w:t>yeh mein samajhta hoon ke aik boht hi important khwab tha. hathi kya hai?</w:t>
      </w:r>
    </w:p>
    <w:p>
      <w:pPr>
        <w:jc w:val="right"/>
      </w:pPr>
      <w:r>
        <w:t>یہ میں سمجھتا ہوں کہ ایک بہت ہی important خواب تھا۔ ہاتھی کیا ہے؟</w:t>
      </w:r>
    </w:p>
    <w:p>
      <w:r>
        <w:rPr>
          <w:b/>
        </w:rPr>
        <w:t xml:space="preserve">[03:12] </w:t>
      </w:r>
      <w:r>
        <w:t>hathi ya doosre animal, wo natural habitat mein rehte hain. yaani nature ke andar rehte</w:t>
      </w:r>
    </w:p>
    <w:p>
      <w:pPr>
        <w:jc w:val="right"/>
      </w:pPr>
      <w:r>
        <w:t>ہاتھی یا دوسرے animal، وہ natural habitat میں رہتے ہیں۔ یعنی nature کے اندر رہتے</w:t>
      </w:r>
    </w:p>
    <w:p>
      <w:r>
        <w:rPr>
          <w:b/>
        </w:rPr>
        <w:t xml:space="preserve">[03:20] </w:t>
      </w:r>
      <w:r>
        <w:t>hain. insan rehta hai, yaani cities mein, jahan culture hai, civilization hai.</w:t>
      </w:r>
    </w:p>
    <w:p>
      <w:pPr>
        <w:jc w:val="right"/>
      </w:pPr>
      <w:r>
        <w:t>ہیں۔ انسان رہتا ہے، یعنی cities میں، جہاں culture ہے، civilization ہے۔</w:t>
      </w:r>
    </w:p>
    <w:p>
      <w:r>
        <w:rPr>
          <w:b/>
        </w:rPr>
        <w:t xml:space="preserve">[03:31] </w:t>
      </w:r>
      <w:r>
        <w:t>to mein samajhta hoon ke yeh aik symbol tha is baat ka ke meri ibtidai parwarish nature ke mahol mein hogi.</w:t>
      </w:r>
    </w:p>
    <w:p>
      <w:pPr>
        <w:jc w:val="right"/>
      </w:pPr>
      <w:r>
        <w:t>تو میں سمجھتا ہوں کہ یہ ایک symbol تھا اس بات کا کہ میری ابتدائی پرورش nature کے ماحول میں ہوگی۔</w:t>
      </w:r>
    </w:p>
    <w:p>
      <w:r>
        <w:rPr>
          <w:b/>
        </w:rPr>
        <w:t xml:space="preserve">[03:45] </w:t>
      </w:r>
      <w:r>
        <w:t>aur waqatan aisa hi hua.</w:t>
      </w:r>
    </w:p>
    <w:p>
      <w:pPr>
        <w:jc w:val="right"/>
      </w:pPr>
      <w:r>
        <w:t>اور واقعتاً ایسا ہی ہوا۔</w:t>
      </w:r>
    </w:p>
    <w:p>
      <w:r>
        <w:rPr>
          <w:b/>
        </w:rPr>
        <w:t xml:space="preserve">[03:50] </w:t>
      </w:r>
      <w:r>
        <w:t>is waqt hamara gaon door ka aik gaon tha, jahan koi bhi facility maujood nahi thi, kuch bhi nahi. to goya ke yeh isi tarah se aik desert tha, jaise rasool Allah sal Allah alaih wasalam ko desert mein bhej diya gaya tha,</w:t>
      </w:r>
    </w:p>
    <w:p>
      <w:pPr>
        <w:jc w:val="right"/>
      </w:pPr>
      <w:r>
        <w:t>اس وقت ہمارا گاؤں دور کا ایک گاؤں تھا، جہاں کوئی بھی facility موجود نہیں تھی، کچھ بھی نہیں۔ تو گویا کہ یہ اسی طرح سے ایک desert تھا، جیسے رسول اللہ صلی اللہ علیہ وسلم کو desert میں بھیج دیا گیا تھا،</w:t>
      </w:r>
    </w:p>
    <w:p>
      <w:r>
        <w:rPr>
          <w:b/>
        </w:rPr>
        <w:t xml:space="preserve">[04:06] </w:t>
      </w:r>
      <w:r>
        <w:t>halima sadia ke pas. to wo aik deserted village tha. kisi qism ki koi modern cheez wahan maujood na thi.</w:t>
      </w:r>
    </w:p>
    <w:p>
      <w:pPr>
        <w:jc w:val="right"/>
      </w:pPr>
      <w:r>
        <w:t>حلیمہ سعدیہ کے پاس۔ تو وہ ایک deserted village تھا۔ کسی قسم کی کوئی modern چیز وہاں موجود نہ تھی۔</w:t>
      </w:r>
    </w:p>
    <w:p>
      <w:r>
        <w:rPr>
          <w:b/>
        </w:rPr>
        <w:t xml:space="preserve">[04:16] </w:t>
      </w:r>
      <w:r>
        <w:t>to</w:t>
      </w:r>
    </w:p>
    <w:p>
      <w:pPr>
        <w:jc w:val="right"/>
      </w:pPr>
      <w:r>
        <w:t>تو</w:t>
      </w:r>
    </w:p>
    <w:p>
      <w:r>
        <w:rPr>
          <w:b/>
        </w:rPr>
        <w:t xml:space="preserve">[04:17] </w:t>
      </w:r>
      <w:r>
        <w:t>mein nature mein rehta tha, khetoun mein, baghoun mein, naddi ke kinare, suraj nikalna, sunrise ko dekhna, sunset ko dekhna.</w:t>
      </w:r>
    </w:p>
    <w:p>
      <w:pPr>
        <w:jc w:val="right"/>
      </w:pPr>
      <w:r>
        <w:t>میں nature میں رہتا تھا، کھیتوں میں، باغوں میں، ندی کے کنارے، سورج نکلنا، sunrise کو دیکھنا، sunset کو دیکھنا۔</w:t>
      </w:r>
    </w:p>
    <w:p>
      <w:r>
        <w:rPr>
          <w:b/>
        </w:rPr>
        <w:t xml:space="preserve">[04:28] </w:t>
      </w:r>
      <w:r>
        <w:t>raat ke waqt mein khule aangan mein sota tha, aur der tak mein sitaron ko dekhta rehta tha. chounke wahan par pollution bilkul nahi tha, to jagmag jagmag sitare dikhai dete the.</w:t>
      </w:r>
    </w:p>
    <w:p>
      <w:pPr>
        <w:jc w:val="right"/>
      </w:pPr>
      <w:r>
        <w:t>رات کے وقت میں کھلے آنگن میں سوتا تھا، اور دیر تک میں ستاروں کو دیکھتا رہتا تھا۔ چونکہ وہاں پر pollution بالکل نہیں تھا، تو جگمگ جگمگ ستارے دکھائی دیتے تھے۔</w:t>
      </w:r>
    </w:p>
    <w:p>
      <w:r>
        <w:rPr>
          <w:b/>
        </w:rPr>
        <w:t xml:space="preserve">[04:45] </w:t>
      </w:r>
      <w:r>
        <w:t>is tarah ke mahol mein meri ibtidai parwarish hui.</w:t>
      </w:r>
    </w:p>
    <w:p>
      <w:pPr>
        <w:jc w:val="right"/>
      </w:pPr>
      <w:r>
        <w:t>اس طرح کے ماحول میں میری ابتدائی پرورش ہوئی۔</w:t>
      </w:r>
    </w:p>
    <w:p>
      <w:r>
        <w:rPr>
          <w:b/>
        </w:rPr>
        <w:t xml:space="preserve">[04:52] </w:t>
      </w:r>
      <w:r>
        <w:t>meri maan purane qism ki khatoon theen, lekin boht hi intelligent, boht hi bahadur, aur boht hi zabardast qualities un mein theen.</w:t>
      </w:r>
    </w:p>
    <w:p>
      <w:pPr>
        <w:jc w:val="right"/>
      </w:pPr>
      <w:r>
        <w:t>میری ماں پرانے قسم کی خاتون تھیں، لیکن بہت ہی intelligent، بہت ہی بہادر، اور بہت ہی زبردست qualities ان میں تھیں۔</w:t>
      </w:r>
    </w:p>
    <w:p>
      <w:r>
        <w:rPr>
          <w:b/>
        </w:rPr>
        <w:t xml:space="preserve">[05:05] </w:t>
      </w:r>
      <w:r>
        <w:t>to hamare baap ka intaqal ho gaya bilkul bachpan hi mein.</w:t>
      </w:r>
    </w:p>
    <w:p>
      <w:pPr>
        <w:jc w:val="right"/>
      </w:pPr>
      <w:r>
        <w:t>تو ہمارے باپ کا انتقال ہو گیا بالکل بچپن ہی میں۔</w:t>
      </w:r>
    </w:p>
    <w:p>
      <w:r>
        <w:rPr>
          <w:b/>
        </w:rPr>
        <w:t xml:space="preserve">[05:11] </w:t>
      </w:r>
      <w:r>
        <w:t>to jaidad waghera sab gadbad ho gayi. to log kehte the ke aap muqadma kijiye. lekin hamari maan ne sakhti se inkar kiya ke hum kachahri mein nahi jayenge, muqadma nahi karenge, hum aisi zindagi guzaren ge.</w:t>
      </w:r>
    </w:p>
    <w:p>
      <w:pPr>
        <w:jc w:val="right"/>
      </w:pPr>
      <w:r>
        <w:t>تو جائیداد وغیرہ سب گڑبڑ ہو گئی۔ تو لوگ کہتے تھے کہ آپ مقدمہ کیجیے۔ لیکن ہماری ماں نے سختی سے انکار کیا کہ ہم کچہری میں نہیں جائیں گے، مقدمہ نہیں کریں گے، ہم ایسی زندگی گزاریں گے۔</w:t>
      </w:r>
    </w:p>
    <w:p>
      <w:r>
        <w:rPr>
          <w:b/>
        </w:rPr>
        <w:t xml:space="preserve">[05:30] </w:t>
      </w:r>
      <w:r>
        <w:t>yeh pehla sabak tha. aur maan ka jo jo decision jo liya unhon ne, yeh haq qadar hamare baap ka bataya hua aik aik formula tha.</w:t>
      </w:r>
    </w:p>
    <w:p>
      <w:pPr>
        <w:jc w:val="right"/>
      </w:pPr>
      <w:r>
        <w:t>یہ پہلا سبق تھا۔ اور ماں کا جو جو decision جو لیا انہوں نے، یہ حق قدر ہمارے باپ کا بتایا ہوا ایک ایک فارمولا تھا۔</w:t>
      </w:r>
    </w:p>
    <w:p>
      <w:r>
        <w:rPr>
          <w:b/>
        </w:rPr>
        <w:t xml:space="preserve">[05:46] </w:t>
      </w:r>
      <w:r>
        <w:t>hamare jo baap the, hamari maan kaha karti theen ke aksar wo kehte the ke sabr badle mein daaim pusht paaim.</w:t>
      </w:r>
    </w:p>
    <w:p>
      <w:pPr>
        <w:jc w:val="right"/>
      </w:pPr>
      <w:r>
        <w:t>ہمارے جو باپ تھے، ہماری ماں کہا کرتی تھیں کہ اکثر وہ کہتے تھے کہ صبر بدلے میں دائم پشت پائم۔</w:t>
      </w:r>
    </w:p>
    <w:p>
      <w:r>
        <w:rPr>
          <w:b/>
        </w:rPr>
        <w:t xml:space="preserve">[05:59] </w:t>
      </w:r>
      <w:r>
        <w:t>yeh un ka khas yaani formula tha jo aksar kaha karte the. har museebat ko, har pareshani ko, har negative tajrube ko is tarah diffuse kar dete the wo.</w:t>
      </w:r>
    </w:p>
    <w:p>
      <w:pPr>
        <w:jc w:val="right"/>
      </w:pPr>
      <w:r>
        <w:t>یہ ان کا خاص یعنی فارمولا تھا جو اکثر کہا کرتے تھے۔ ہر مصیبت کو، ہر پریشانی کو، ہر negative تجربے کو اس طرح diffuse کر دیتے تھے وہ۔</w:t>
      </w:r>
    </w:p>
    <w:p>
      <w:r>
        <w:rPr>
          <w:b/>
        </w:rPr>
        <w:t xml:space="preserve">[06:12] </w:t>
      </w:r>
      <w:r>
        <w:t>sabr badle mein daaim pusht paaim. yaani ke patience and you will be rewarded paradise</w:t>
      </w:r>
    </w:p>
    <w:p>
      <w:pPr>
        <w:jc w:val="right"/>
      </w:pPr>
      <w:r>
        <w:t>صبر بدلے میں دائم پشت پائم۔ یعنی کہ patience and you will be rewarded paradise</w:t>
      </w:r>
    </w:p>
    <w:p>
      <w:r>
        <w:rPr>
          <w:b/>
        </w:rPr>
        <w:t xml:space="preserve">[06:22] </w:t>
      </w:r>
      <w:r>
        <w:t>to goya ke bachpan hi se mujhe sabr ki taleem mili. aur bachpan hi se mere kaan mein jo awaz pari, wo bahisht paradise.</w:t>
      </w:r>
    </w:p>
    <w:p>
      <w:pPr>
        <w:jc w:val="right"/>
      </w:pPr>
      <w:r>
        <w:t>تو گویا کہ بچپن ہی سے مجھے صبر کی تعلیم ملی۔ اور بچپن ہی سے میرے کان میں جو آواز پڑی، وہ بہشت paradise۔</w:t>
      </w:r>
    </w:p>
    <w:p>
      <w:r>
        <w:rPr>
          <w:b/>
        </w:rPr>
        <w:t xml:space="preserve">[06:32] </w:t>
      </w:r>
      <w:r>
        <w:t>yeh boht anokhi baat thi.</w:t>
      </w:r>
    </w:p>
    <w:p>
      <w:pPr>
        <w:jc w:val="right"/>
      </w:pPr>
      <w:r>
        <w:t>یہ بہت انوکھی بات تھی۔</w:t>
      </w:r>
    </w:p>
    <w:p>
      <w:r>
        <w:rPr>
          <w:b/>
        </w:rPr>
        <w:t xml:space="preserve">[06:37] </w:t>
      </w:r>
      <w:r>
        <w:t>ke bilkul bachpan se mujhe yeh do lesson mile ke dunya mein sabr kar ke rehna hai aur paradise ko apna goal banana hai.</w:t>
      </w:r>
    </w:p>
    <w:p>
      <w:pPr>
        <w:jc w:val="right"/>
      </w:pPr>
      <w:r>
        <w:t>کہ بالکل بچپن سے مجھے یہ دو lesson ملے کہ دنیا میں صبر کر کے رہنا ہے اور paradise کو اپنا goal بنانا ہے۔</w:t>
      </w:r>
    </w:p>
    <w:p>
      <w:r>
        <w:rPr>
          <w:b/>
        </w:rPr>
        <w:t xml:space="preserve">[06:49] </w:t>
      </w:r>
      <w:r>
        <w:t>yeh bara anokha sabak tha jo baap se mila meri maan ko aur meri maan ne is ko nibhaya. is ke baad meri jo education hai, gaon mein hui.</w:t>
      </w:r>
    </w:p>
    <w:p>
      <w:pPr>
        <w:jc w:val="right"/>
      </w:pPr>
      <w:r>
        <w:t>یہ بڑا انوکھا سبق تھا جو باپ سے ملا میری ماں کو اور میری ماں نے اس کو نبھایا۔ اس کے بعد میری جو education ہے، گاؤں میں ہوئی۔</w:t>
      </w:r>
    </w:p>
    <w:p>
      <w:r>
        <w:rPr>
          <w:b/>
        </w:rPr>
        <w:t xml:space="preserve">[07:01] </w:t>
      </w:r>
      <w:r>
        <w:t>gaon mein aik madrassa tha jo ab se taqreeban dedh so saal pehle khaleel khan sahib ki family ne banaya tha. pehli baar mere zaman mein wahan pe aik baqayda aalim ustad ban kar aya tha.</w:t>
      </w:r>
    </w:p>
    <w:p>
      <w:pPr>
        <w:jc w:val="right"/>
      </w:pPr>
      <w:r>
        <w:t>گاؤں میں ایک مدرسہ تھا جو اب سے تقریباً ڈیڑھ سو سال پہلے خلیل خان صاحب کی family نے بنایا تھا۔ پہلی بار میرے زمانے میں وہاں پہ ایک باقاعدہ عالم استاد بن کر آیا تھا۔</w:t>
      </w:r>
    </w:p>
    <w:p>
      <w:r>
        <w:rPr>
          <w:b/>
        </w:rPr>
        <w:t xml:space="preserve">[07:15] </w:t>
      </w:r>
      <w:r>
        <w:t>maulana faiz ur rehman islahi</w:t>
      </w:r>
    </w:p>
    <w:p>
      <w:pPr>
        <w:jc w:val="right"/>
      </w:pPr>
      <w:r>
        <w:t>مولانا فیض الرحمن اصلاحی</w:t>
      </w:r>
    </w:p>
    <w:p>
      <w:r>
        <w:rPr>
          <w:b/>
        </w:rPr>
        <w:t xml:space="preserve">[07:18] </w:t>
      </w:r>
      <w:r>
        <w:t>us se pehle jo hua karte the wahan par, woh aalim nahi hote the. to maulana faiz ur rehman islahi jo the, woh baqayda aalim the.</w:t>
      </w:r>
    </w:p>
    <w:p>
      <w:pPr>
        <w:jc w:val="right"/>
      </w:pPr>
      <w:r>
        <w:t>۔ اس سے پہلے جو ہوا کرتے تھے وہاں پر، وہ عالم نہیں ہوتے تھے۔ تو مولانا فیض الرحمن اصلاحی جو تھے، وہ باقاعدہ عالم تھے۔</w:t>
      </w:r>
    </w:p>
    <w:p>
      <w:r>
        <w:rPr>
          <w:b/>
        </w:rPr>
        <w:t xml:space="preserve">[07:28] </w:t>
      </w:r>
      <w:r>
        <w:t>un ke baap bhi bohat bade aalim the. to un se main ne ibtidai taleem hasil ki apne gaon mein. yahan bhi bohat sari baatein hain, lekin main ek baat arz karunga.</w:t>
      </w:r>
    </w:p>
    <w:p>
      <w:pPr>
        <w:jc w:val="right"/>
      </w:pPr>
      <w:r>
        <w:t>ان کے باپ بھی بہت بڑے عالم تھے۔ تو ان سے میں نے ابتدائی تعلیم حاصل کی اپنے گاؤں میں۔ یہاں بھی بہت ساری باتیں ہیں، لیکن میں ایک بات عرض کروں گا۔</w:t>
      </w:r>
    </w:p>
    <w:p>
      <w:r>
        <w:rPr>
          <w:b/>
        </w:rPr>
        <w:t xml:space="preserve">[07:43] </w:t>
      </w:r>
      <w:r>
        <w:t>is zamane mein maulana faiz ur rehman sahabi ne hamein urdu padhai, ibtidai farsi padhai, aur ibtidai arabi bhi padhai.</w:t>
      </w:r>
    </w:p>
    <w:p>
      <w:pPr>
        <w:jc w:val="right"/>
      </w:pPr>
      <w:r>
        <w:t>اس زمانے میں مولانا فیض الرحمن صحابی نے ہمیں اردو پڑھائی، ابتدائی فارسی پڑھائی، اور ابتدائی عربی بھی پڑھائی۔</w:t>
      </w:r>
    </w:p>
    <w:p>
      <w:r>
        <w:rPr>
          <w:b/>
        </w:rPr>
        <w:t xml:space="preserve">[07:53] </w:t>
      </w:r>
      <w:r>
        <w:t>kitab us sarf aur kitab un nahv inhi se padhi thi hum ne. gulistan pustan bhi inhi se padha tha hum ne. to is mein bohat si baatein hain kehne ki, lekin us waqt main sirf ek baat arz karunga.</w:t>
      </w:r>
    </w:p>
    <w:p>
      <w:pPr>
        <w:jc w:val="right"/>
      </w:pPr>
      <w:r>
        <w:t>کتاب الصرف اور کتاب النحو انہی سے پڑھی تھی ہم نے۔ گلستہ پوستہ بھی انہی سے پڑھا تھا ہم نے۔ تو اس میں بہت سی باتیں ہیں کہنے کی، لیکن اس وقت میں صرف ایک بات عرض کروں گا۔</w:t>
      </w:r>
    </w:p>
    <w:p>
      <w:r>
        <w:rPr>
          <w:b/>
        </w:rPr>
        <w:t xml:space="preserve">[08:08] </w:t>
      </w:r>
      <w:r>
        <w:t>ke hum ko maulana iqbal ki reader padhai jati thi is zamane</w:t>
      </w:r>
    </w:p>
    <w:p>
      <w:pPr>
        <w:jc w:val="right"/>
      </w:pPr>
      <w:r>
        <w:t>کہ ہم کو مولانا اقبال کی reader پڑھائی جاتی تھی اس زمانے</w:t>
      </w:r>
    </w:p>
    <w:p>
      <w:r>
        <w:rPr>
          <w:b/>
        </w:rPr>
        <w:t xml:space="preserve">[08:11] </w:t>
      </w:r>
      <w:r>
        <w:t>mein. is mein ek ek ek poem thi gaaye gaaye par. to us gaaye ke poem mein yeh shuru hoti thi: "rab ki hamd o sana kar bhai jis ne aisi gaaye banai." is ki ek line jo thi, woh mere liye bohat badi cheez ban gayi.</w:t>
      </w:r>
    </w:p>
    <w:p>
      <w:pPr>
        <w:jc w:val="right"/>
      </w:pPr>
      <w:r>
        <w:t>میں۔ اس میں ایک ایک ایک poem تھی گائے گائے پر۔ تو اس گائے کے poem میں یہ شروع ہوتی تھی: "رب کی حمد و ثناء کر بھائی جس نے ایسی گائے بنائی۔" اس کی ایک لائن جو تھی، وہ میرے لیے بہت بڑی چیز بن گئی۔</w:t>
      </w:r>
    </w:p>
    <w:p>
      <w:r>
        <w:rPr>
          <w:b/>
        </w:rPr>
        <w:t xml:space="preserve">[08:33] </w:t>
      </w:r>
      <w:r>
        <w:t>ke kal jo ghaas cheri thi ban mein, doodh bani woh gaaye ke than mein.</w:t>
      </w:r>
    </w:p>
    <w:p>
      <w:pPr>
        <w:jc w:val="right"/>
      </w:pPr>
      <w:r>
        <w:t>کہ کل جو گھاس چری تھی بن میں، دودھ بنی وہ گائے کے تھن میں۔</w:t>
      </w:r>
    </w:p>
    <w:p>
      <w:r>
        <w:rPr>
          <w:b/>
        </w:rPr>
        <w:t xml:space="preserve">[08:40] </w:t>
      </w:r>
      <w:r>
        <w:t>yani us waqt main bohat zyada consciously main is ko samajh nahi paya tha. lekin mere unconscious mind mein ek cheez baith gayi. ke dunya mein gaaye ki tarah rehna hai.</w:t>
      </w:r>
    </w:p>
    <w:p>
      <w:pPr>
        <w:jc w:val="right"/>
      </w:pPr>
      <w:r>
        <w:t>یعنی اس وقت میں بہت زیادہ consciously میں اس کو سمجھ نہیں پایا تھا۔ لیکن میرے unconscious mind میں ایک چیز بیٹھ گئی۔ کہ دنیا میں گائے کی طرح رہنا ہے۔</w:t>
      </w:r>
    </w:p>
    <w:p>
      <w:r>
        <w:rPr>
          <w:b/>
        </w:rPr>
        <w:t xml:space="preserve">[08:51] </w:t>
      </w:r>
      <w:r>
        <w:t>yani ghaas kha kar ke doodh dena hai. non-milk ko milk mein convert karna hai. doosri taraf to ab yeh ke negative thought ko positive thought banana hai.</w:t>
      </w:r>
    </w:p>
    <w:p>
      <w:pPr>
        <w:jc w:val="right"/>
      </w:pPr>
      <w:r>
        <w:t>یعنی گھاس کھا کر کے دودھ دینا ہے۔ non-milk کو milk میں convert کرنا ہے۔ دوسری طرف تو اب یہ کہ negative thought کو positive thought بنانا ہے۔</w:t>
      </w:r>
    </w:p>
    <w:p>
      <w:r>
        <w:rPr>
          <w:b/>
        </w:rPr>
        <w:t xml:space="preserve">[09:04] </w:t>
      </w:r>
      <w:r>
        <w:t>to sabr ka matlab yahi hai.</w:t>
      </w:r>
    </w:p>
    <w:p>
      <w:pPr>
        <w:jc w:val="right"/>
      </w:pPr>
      <w:r>
        <w:t>تو صبر کا مطلب یہی ہے۔</w:t>
      </w:r>
    </w:p>
    <w:p>
      <w:r>
        <w:rPr>
          <w:b/>
        </w:rPr>
        <w:t xml:space="preserve">[09:08] </w:t>
      </w:r>
      <w:r>
        <w:t>sabr karna, paradise ko apna goal banana, aur dunya ki zindagi mein is tarah rehna ke jab bhi koi negative experience ho to kabhi bhi reaction na karna.</w:t>
      </w:r>
    </w:p>
    <w:p>
      <w:pPr>
        <w:jc w:val="right"/>
      </w:pPr>
      <w:r>
        <w:t>صبر کرنا، paradise کو اپنا goal بنانا، اور دنیا کی زندگی میں اس طرح رہنا کہ جب بھی کوئی negative experience ہو تو کبھی بھی reaction نہ کرنا۔</w:t>
      </w:r>
    </w:p>
    <w:p>
      <w:r>
        <w:rPr>
          <w:b/>
        </w:rPr>
        <w:t xml:space="preserve">[09:22] </w:t>
      </w:r>
      <w:r>
        <w:t>bajaye reaction karne ke, is negative thought ko positive thought mein convert karna.</w:t>
      </w:r>
    </w:p>
    <w:p>
      <w:pPr>
        <w:jc w:val="right"/>
      </w:pPr>
      <w:r>
        <w:t>بجائے reaction کرنے کے، اس negative thought کو positive thought میں convert کرنا۔</w:t>
      </w:r>
    </w:p>
    <w:p>
      <w:r>
        <w:rPr>
          <w:b/>
        </w:rPr>
        <w:t xml:space="preserve">[09:28] </w:t>
      </w:r>
      <w:r>
        <w:t>agar aap is zamane mein taqreeban do sau saal ki jo tareekh hai musalmanon ki, aap dekhein to jitne bhi muslim thinker ya reformer guzre hain, sab ke sab reaction ki paidawar the.</w:t>
      </w:r>
    </w:p>
    <w:p>
      <w:pPr>
        <w:jc w:val="right"/>
      </w:pPr>
      <w:r>
        <w:t>اگر آپ اس زمانے میں تقریباً دو سو سال کی جو تاریخ ہے مسلمانوں کی، آپ دیکھیں تو جتنے بھی مسلم thinker یا reformer گزرے ہیں، سب کے سب reaction کی پیداوار تھے۔</w:t>
      </w:r>
    </w:p>
    <w:p>
      <w:r>
        <w:rPr>
          <w:b/>
        </w:rPr>
        <w:t xml:space="preserve">[09:43] </w:t>
      </w:r>
      <w:r>
        <w:t>sab ke sab. one to all. react kar ke, yani halaat se react kar ke bane woh.</w:t>
      </w:r>
    </w:p>
    <w:p>
      <w:pPr>
        <w:jc w:val="right"/>
      </w:pPr>
      <w:r>
        <w:t>سب کے سب۔ One to all. React کر کے، یعنی حالات سے react کر کے بنے وہ۔</w:t>
      </w:r>
    </w:p>
    <w:p>
      <w:r>
        <w:rPr>
          <w:b/>
        </w:rPr>
        <w:t xml:space="preserve">[09:49] </w:t>
      </w:r>
      <w:r>
        <w:t>political halaat bigde, aap jante hain ke satrah sau nananve se political halaat bigadne shuru hue musalmanon ke. to satrah sau nananve ke baad jitni bhi leadership uthi, sab ke sab negative aur reaction par base karti thi.</w:t>
      </w:r>
    </w:p>
    <w:p>
      <w:pPr>
        <w:jc w:val="right"/>
      </w:pPr>
      <w:r>
        <w:t>Political حالات بگڑے، آپ جانتے ہیں کہ سترہ سو ننانوے سے political حالات بگڑنے شروع ہوئے مسلمانوں کے۔ تو سترہ سو ننانوے کے بعد جتنی بھی leadership اٹھی، سب کے سب negative اور reaction پر base کرتی تھی۔</w:t>
      </w:r>
    </w:p>
    <w:p>
      <w:r>
        <w:rPr>
          <w:b/>
        </w:rPr>
        <w:t xml:space="preserve">[10:07] </w:t>
      </w:r>
      <w:r>
        <w:t>main akela insan tha muslim dunya mein jo reaction ki paidawar nahi tha.</w:t>
      </w:r>
    </w:p>
    <w:p>
      <w:pPr>
        <w:jc w:val="right"/>
      </w:pPr>
      <w:r>
        <w:t>میں اکیلا انسان تھا مسلم دنیا میں جو reaction کی پیداوار نہیں تھا۔</w:t>
      </w:r>
    </w:p>
    <w:p>
      <w:r>
        <w:rPr>
          <w:b/>
        </w:rPr>
        <w:t xml:space="preserve">[10:14] </w:t>
      </w:r>
      <w:r>
        <w:t>reaction ki paidawar nahi tha, balkeh khalis positive soch ki buniyad par meri zindagi ki taameer hui. to yeh jo main ne padha tha us waqt, kal jo ghaas cheri thi ban mein, doodh bani woh gaaye ke than mein, to us waqt zahir hai ke main ek bachcha tha, naujawan tha.</w:t>
      </w:r>
    </w:p>
    <w:p>
      <w:pPr>
        <w:jc w:val="right"/>
      </w:pPr>
      <w:r>
        <w:t>Reaction کی پیداوار نہیں تھا، بلکہ خالص positive سوچ کی بنیاد پر میری زندگی کی تعمیر ہوئی۔ تو یہ جو میں نے پڑھا تھا اس وقت، کل جو گھاس چری تھی بن میں، دودھ بنی وہ گائے کے تھن میں، تو اس وقت ظاہر ہے کہ میں ایک بچہ تھا، نوجوان تھا۔</w:t>
      </w:r>
    </w:p>
    <w:p>
      <w:r>
        <w:rPr>
          <w:b/>
        </w:rPr>
        <w:t xml:space="preserve">[10:33] </w:t>
      </w:r>
      <w:r>
        <w:t>to gehrai mein samajh nahi pata tha is ko. lekin mere unconscious mind mein yeh baith gaya ke dunya react karne ki jagah nahi hai.</w:t>
      </w:r>
    </w:p>
    <w:p>
      <w:pPr>
        <w:jc w:val="right"/>
      </w:pPr>
      <w:r>
        <w:t>تو گہرائی میں سمجھ نہیں پاتا تھا اس کو۔ لیکن میرے unconscious mind میں یہ بیٹھ گیا کہ دنیا react کرنے کی جگہ نہیں ہے۔</w:t>
      </w:r>
    </w:p>
    <w:p>
      <w:r>
        <w:rPr>
          <w:b/>
        </w:rPr>
        <w:t xml:space="preserve">[10:42] </w:t>
      </w:r>
      <w:r>
        <w:t>dunya mein manfi tajrubaat zaroor honge, lekin manfi experience ko tumhein positive soch mein badalna hai.</w:t>
      </w:r>
    </w:p>
    <w:p>
      <w:pPr>
        <w:jc w:val="right"/>
      </w:pPr>
      <w:r>
        <w:t>دنیا میں منفی تجربات ضرور ہوں گے، لیکن منفی experience کو تمہیں positive سوچ میں بدلنا ہے۔</w:t>
      </w:r>
    </w:p>
    <w:p>
      <w:r>
        <w:rPr>
          <w:b/>
        </w:rPr>
        <w:t xml:space="preserve">[10:52] </w:t>
      </w:r>
      <w:r>
        <w:t>is ke baad dekhiye, mere ghar mein angrezi taleem ka riwaj tha.</w:t>
      </w:r>
    </w:p>
    <w:p>
      <w:pPr>
        <w:jc w:val="right"/>
      </w:pPr>
      <w:r>
        <w:t>اس کے بعد دیکھیے، میرے گھر میں انگریزی تعلیم کا رواج تھا۔</w:t>
      </w:r>
    </w:p>
    <w:p>
      <w:r>
        <w:rPr>
          <w:b/>
        </w:rPr>
        <w:t xml:space="preserve">[11:00] </w:t>
      </w:r>
      <w:r>
        <w:t>jitne bhi log the, woh sab ali garh mein, lakhnau mein, aalim garh mein, angrezi schoolon mein padha tha unhon ne, angrezi collegeon mein, angrezi university mein.</w:t>
      </w:r>
    </w:p>
    <w:p>
      <w:pPr>
        <w:jc w:val="right"/>
      </w:pPr>
      <w:r>
        <w:t>جتنے بھی لوگ تھے، وہ سب علی گڑھ میں، لکھنو میں، عالم گڑھ میں، انگریزی اسکولوں میں پڑھا تھا انہوں نے، انگریزی کالجوں میں، انگریزی یونیورسٹی میں۔</w:t>
      </w:r>
    </w:p>
    <w:p>
      <w:r>
        <w:rPr>
          <w:b/>
        </w:rPr>
        <w:t xml:space="preserve">[11:11] </w:t>
      </w:r>
      <w:r>
        <w:t>main ek meri khusoosiyat thi ke mere chacha jo the, sufi abdul majeed khan, un ka intiqal ho gaya nineteen forty six mein.</w:t>
      </w:r>
    </w:p>
    <w:p>
      <w:pPr>
        <w:jc w:val="right"/>
      </w:pPr>
      <w:r>
        <w:t>میں ایک میری خصوصیت تھی کہ میرے چچا جو تھے، صوفی عبدالمجید خان، ان کا انتقال ہو گیا نائنٹین فورٹی سکس میں۔</w:t>
      </w:r>
    </w:p>
    <w:p>
      <w:r>
        <w:rPr>
          <w:b/>
        </w:rPr>
        <w:t xml:space="preserve">[11:22] </w:t>
      </w:r>
      <w:r>
        <w:t>to unhon ne apne kharche par, woh jante the ke agar mujhe khandani riwaj ke mutabiq taleem ki taraf jana hua to main bhi kisi school mein dakhla le lunga.</w:t>
      </w:r>
    </w:p>
    <w:p>
      <w:pPr>
        <w:jc w:val="right"/>
      </w:pPr>
      <w:r>
        <w:t>تو انہوں نے اپنے خرچے پر، وہ جانتے تھے کہ اگر مجھے خاندانی رواج کے مطابق تعلیم کی طرف جانا ہوا تو میں بھی کسی اسکول میں داخلہ لے لوں گا۔</w:t>
      </w:r>
    </w:p>
    <w:p>
      <w:r>
        <w:rPr>
          <w:b/>
        </w:rPr>
        <w:t xml:space="preserve">[11:36] </w:t>
      </w:r>
      <w:r>
        <w:t>woh sufi qism ke aadmi the. aur bohat zyada, yani angrezi culture se allergic the woh.</w:t>
      </w:r>
    </w:p>
    <w:p>
      <w:pPr>
        <w:jc w:val="right"/>
      </w:pPr>
      <w:r>
        <w:t>وہ صوفی قسم کے آدمی تھے۔ اور بہت زیادہ، یعنی انگریزی کلچر سے الرجک تھے وہ۔</w:t>
      </w:r>
    </w:p>
    <w:p>
      <w:r>
        <w:rPr>
          <w:b/>
        </w:rPr>
        <w:t xml:space="preserve">[11:46] </w:t>
      </w:r>
      <w:r>
        <w:t>to mujhe unhon ne khud apne kharche par madrasa علیہ السلام mein dakhil karwaya. is waqt ittefaq se hamare gaon mein munshi mehmood ali sahib thay.</w:t>
      </w:r>
    </w:p>
    <w:p>
      <w:pPr>
        <w:jc w:val="right"/>
      </w:pPr>
      <w:r>
        <w:t>تو مجھے انہوں نے خود اپنے خرچے پر مدرسہ علیہ السلام میں داخل کروایا۔ اس وقت اتفاق سے ہمارے گاؤں میں منشی محمود علی صاحب تھے۔</w:t>
      </w:r>
    </w:p>
    <w:p>
      <w:r>
        <w:rPr>
          <w:b/>
        </w:rPr>
        <w:t xml:space="preserve">[11:59] </w:t>
      </w:r>
      <w:r>
        <w:t>yeh madrasay mein munshi, head munshi thay. hamare gaon ke. to bohat</w:t>
      </w:r>
    </w:p>
    <w:p>
      <w:pPr>
        <w:jc w:val="right"/>
      </w:pPr>
      <w:r>
        <w:t>یہ مدرسے میں منشی، ہیڈ منشی تھے۔ ہمارے گاؤں کے۔ تو بہت</w:t>
      </w:r>
    </w:p>
    <w:p>
      <w:r>
        <w:rPr>
          <w:b/>
        </w:rPr>
        <w:t xml:space="preserve">[12:05] </w:t>
      </w:r>
      <w:r>
        <w:t>aasan tha, unhon ne mujhe hawale kar diya munshi mehmood ali sahib ke. woh mujhe le gaye madrasa islam mein. to kharcha bhi unhi ki marfat to dete thay.</w:t>
      </w:r>
    </w:p>
    <w:p>
      <w:pPr>
        <w:jc w:val="right"/>
      </w:pPr>
      <w:r>
        <w:t>آسان تھا، انہوں نے مجھے حوالے کر دیا منشی محمود علی صاحب کے۔ وہ مجھے لے گئے مدرسہ اسلام میں۔ تو خرچہ بھی انہی کی معرفت تو دیتے تھے۔</w:t>
      </w:r>
    </w:p>
    <w:p>
      <w:r>
        <w:rPr>
          <w:b/>
        </w:rPr>
        <w:t xml:space="preserve">[12:14] </w:t>
      </w:r>
      <w:r>
        <w:t>unhon ne itna ziyada khayal kiya mera ke madrasay mein do qism ke dastar khwan hotay thay. aik aam, aik khaas.</w:t>
      </w:r>
    </w:p>
    <w:p>
      <w:pPr>
        <w:jc w:val="right"/>
      </w:pPr>
      <w:r>
        <w:t>انہوں نے اتنا زیادہ خیال کیا میرا کہ مدرسے میں دو قسم کے دسترخوان ہوتے تھے۔ ایک عام، ایک خاص۔</w:t>
      </w:r>
    </w:p>
    <w:p>
      <w:r>
        <w:rPr>
          <w:b/>
        </w:rPr>
        <w:t xml:space="preserve">[12:24] </w:t>
      </w:r>
      <w:r>
        <w:t>to aam talba ke liye jo dastar khwan hota tha, us mein mujhe nahi dakhil kiya</w:t>
      </w:r>
    </w:p>
    <w:p>
      <w:pPr>
        <w:jc w:val="right"/>
      </w:pPr>
      <w:r>
        <w:t>تو عام طلبہ کے لیے جو دسترخوان ہوتا تھا، اس میں مجھے نہیں داخل کیا</w:t>
      </w:r>
    </w:p>
    <w:p>
      <w:r>
        <w:rPr>
          <w:b/>
        </w:rPr>
        <w:t xml:space="preserve">[12:29] </w:t>
      </w:r>
      <w:r>
        <w:t>unhon ne. jo khaas khawas ke liye tha, jis mein asatza khana khate thay ya asatza jo thay woh nashta karte thay, us mein unhon ne mujhe dakhil karwaya.</w:t>
      </w:r>
    </w:p>
    <w:p>
      <w:pPr>
        <w:jc w:val="right"/>
      </w:pPr>
      <w:r>
        <w:t>انہوں نے۔ جو خاص خواص کے لیے تھا، جس میں اساتذہ کھانا کھاتے تھے یا اساتذہ جو تھے وہ ناشتہ کرتے تھے، اس میں انہوں نے مجھے داخل کروایا۔</w:t>
      </w:r>
    </w:p>
    <w:p>
      <w:r>
        <w:rPr>
          <w:b/>
        </w:rPr>
        <w:t xml:space="preserve">[12:38] </w:t>
      </w:r>
      <w:r>
        <w:t>ziyada ihtimam kiya itna ziyada. ke main aik zamindar family ka bacha tha. to shayad woh socha hoga, unhon ne ke zamindar family ka bacha aam logon mein agar rahega to bhaag bhaag aayega.</w:t>
      </w:r>
    </w:p>
    <w:p>
      <w:pPr>
        <w:jc w:val="right"/>
      </w:pPr>
      <w:r>
        <w:t>زیادہ اہتمام کیا اتنا زیادہ۔ کہ میں ایک زمیندار family کا بچہ تھا۔ تو شاید وہ سوچا ہوگا، انہوں نے کہ زمیندار family کا بچہ عام لوگوں میں اگر رہے گا تو بھاگ بھاگ آئے گا۔</w:t>
      </w:r>
    </w:p>
    <w:p>
      <w:r>
        <w:rPr>
          <w:b/>
        </w:rPr>
        <w:t xml:space="preserve">[12:51] </w:t>
      </w:r>
      <w:r>
        <w:t>yani dil bardashta ho kar ke.</w:t>
      </w:r>
    </w:p>
    <w:p>
      <w:pPr>
        <w:jc w:val="right"/>
      </w:pPr>
      <w:r>
        <w:t>یعنی دل برداشتہ ہو کر کے۔</w:t>
      </w:r>
    </w:p>
    <w:p>
      <w:r>
        <w:rPr>
          <w:b/>
        </w:rPr>
        <w:t xml:space="preserve">[12:53] </w:t>
      </w:r>
      <w:r>
        <w:t>to unhon ne mujhe, meri tabiyat wahan lage, wahan main jam kar parhoon. ghaliban is ke liye unhon ne mujhe khawas ke dastar khwan mein shamil kiya.</w:t>
      </w:r>
    </w:p>
    <w:p>
      <w:pPr>
        <w:jc w:val="right"/>
      </w:pPr>
      <w:r>
        <w:t>تو انہوں نے مجھے، میری طبیعت وہاں لگے، وہاں میں جم کر پڑھوں۔ غالباً اس کے لیے انہوں نے مجھے خواص کے دسترخوان میں شامل کیا۔</w:t>
      </w:r>
    </w:p>
    <w:p>
      <w:r>
        <w:rPr>
          <w:b/>
        </w:rPr>
        <w:t xml:space="preserve">[13:06] </w:t>
      </w:r>
      <w:r>
        <w:t>phir main madrasay mein parhta raha.</w:t>
      </w:r>
    </w:p>
    <w:p>
      <w:pPr>
        <w:jc w:val="right"/>
      </w:pPr>
      <w:r>
        <w:t>پھر میں مدرسے میں پڑھتا رہا۔</w:t>
      </w:r>
    </w:p>
    <w:p>
      <w:r>
        <w:rPr>
          <w:b/>
        </w:rPr>
        <w:t xml:space="preserve">[13:11] </w:t>
      </w:r>
      <w:r>
        <w:t>madrasay mein bohat sari baatein wabasta hain madrasay se. main sirf aik ka zikr karunga. ke madrasay se meri writing ka aghaz hua.</w:t>
      </w:r>
    </w:p>
    <w:p>
      <w:pPr>
        <w:jc w:val="right"/>
      </w:pPr>
      <w:r>
        <w:t>مدرسے میں بہت ساری باتیں وابستہ ہیں مدرسے سے۔ میں صرف ایک کا ذکر کروں گا۔ کہ مدرسے سے میری writing کا آغاز ہوا۔</w:t>
      </w:r>
    </w:p>
    <w:p>
      <w:r>
        <w:rPr>
          <w:b/>
        </w:rPr>
        <w:t xml:space="preserve">[13:23] </w:t>
      </w:r>
      <w:r>
        <w:t>yeh ajeeb baat hai ke quran mein hai ke ilm bil qalam yani khuda ka jo dawati kaam hai, qalam ke zariye hoga.</w:t>
      </w:r>
    </w:p>
    <w:p>
      <w:pPr>
        <w:jc w:val="right"/>
      </w:pPr>
      <w:r>
        <w:t>یہ عجیب بات ہے کہ قرآن میں ہے کہ علم بالقلم یعنی خدا کا جو دعوتی کام ہے، قلم کے ذریعے ہوگا۔</w:t>
      </w:r>
    </w:p>
    <w:p>
      <w:r>
        <w:rPr>
          <w:b/>
        </w:rPr>
        <w:t xml:space="preserve">[13:33] </w:t>
      </w:r>
      <w:r>
        <w:t>ilm bil qalam yani qalam based dawah work.</w:t>
      </w:r>
    </w:p>
    <w:p>
      <w:pPr>
        <w:jc w:val="right"/>
      </w:pPr>
      <w:r>
        <w:t>علم بالقلم یعنی قلم based دعویٰ work۔</w:t>
      </w:r>
    </w:p>
    <w:p>
      <w:r>
        <w:rPr>
          <w:b/>
        </w:rPr>
        <w:t xml:space="preserve">[13:40] </w:t>
      </w:r>
      <w:r>
        <w:t>to main poori muslim dunya mein is zamanay mein jo hai, pehla shakhs hoon jis ne qalam ko poori tarah se dawah work ke liye istemal kiya. jitne bhi log hain, woh sab reaction mein likhte rahay.</w:t>
      </w:r>
    </w:p>
    <w:p>
      <w:pPr>
        <w:jc w:val="right"/>
      </w:pPr>
      <w:r>
        <w:t>تو میں پوری مسلم دنیا میں اس زمانے میں جو ہے، پہلا شخص ہوں جس نے قلم کو پوری طریقے سے دعویٰ work کے لیے استعمال کیا۔ جتنے بھی لوگ ہیں، وہ سب reaction میں لکھتے رہے۔</w:t>
      </w:r>
    </w:p>
    <w:p>
      <w:r>
        <w:rPr>
          <w:b/>
        </w:rPr>
        <w:t xml:space="preserve">[13:53] </w:t>
      </w:r>
      <w:r>
        <w:t>angrezon ke khilaf, hinduo ke khilaf, farsi'on ke khilaf, america ke khilaf, britania ke khilaf. jitne bhi aap is zamanay mein aap parhay logon ki tehreerein, woh sab bas kisi na kisi ke khilaf hoti theen.</w:t>
      </w:r>
    </w:p>
    <w:p>
      <w:pPr>
        <w:jc w:val="right"/>
      </w:pPr>
      <w:r>
        <w:t>انگریزوں کے خلاف، ہندوؤں کے خلاف، فارسیوں کے خلاف، امریکہ کے خلاف، برطانیہ کے خلاف۔ جتنے بھی آپ اس زمانے میں آپ پڑھے لوگوں کی تحریریں، وہ سب بس کسی نہ کسی کے خلاف ہوتی تھیں۔</w:t>
      </w:r>
    </w:p>
    <w:p>
      <w:r>
        <w:rPr>
          <w:b/>
        </w:rPr>
        <w:t xml:space="preserve">[14:05] </w:t>
      </w:r>
      <w:r>
        <w:t>barelvi, deobandi ke khilaf, deobandi, barelvi ke khilaf. to printing press ke zamanay mein jo literature bana hamara, woh sab un ke khilaf, un ke khilaf, un ke khilaf, un ke khilaf.</w:t>
      </w:r>
    </w:p>
    <w:p>
      <w:pPr>
        <w:jc w:val="right"/>
      </w:pPr>
      <w:r>
        <w:t>بریلوی، دیوبندی کے خلاف، دیوبندی، بریلوی کے خلاف۔ تو printing press کے زمانے میں جو literature بنا ہمارا، وہ سب ان کے خلاف، ان کے خلاف، ان کے خلاف، ان کے خلاف۔</w:t>
      </w:r>
    </w:p>
    <w:p>
      <w:r>
        <w:rPr>
          <w:b/>
        </w:rPr>
        <w:t xml:space="preserve">[14:14] </w:t>
      </w:r>
      <w:r>
        <w:t>bhai, yeh chalta raha.</w:t>
      </w:r>
    </w:p>
    <w:p>
      <w:pPr>
        <w:jc w:val="right"/>
      </w:pPr>
      <w:r>
        <w:t>بھئی، یہ چلتا رہا۔</w:t>
      </w:r>
    </w:p>
    <w:p>
      <w:r>
        <w:rPr>
          <w:b/>
        </w:rPr>
        <w:t xml:space="preserve">[14:17] </w:t>
      </w:r>
      <w:r>
        <w:t>sare logon ka mamla yahi hai. main akela shakhs tha jinhon ne is tarah ki baatein nahi likhi mein ne. to meri tehreer jo hai, mein writing ka jo kaam mera hai, yeh 1938 se shuru hota hai.</w:t>
      </w:r>
    </w:p>
    <w:p>
      <w:pPr>
        <w:jc w:val="right"/>
      </w:pPr>
      <w:r>
        <w:t>سارے لوگوں کا معاملہ یہی ہے۔ میں اکیلا شخص تھا جنہوں نے اس طرح کی باتیں نہیں لکھی میں نے۔ تو میری تحریر جو ہے، میں writing کا جو کام میرا ہے، یہ انیس سو اڑتیس سے شروع ہوتا ہے۔</w:t>
      </w:r>
    </w:p>
    <w:p>
      <w:r>
        <w:rPr>
          <w:b/>
        </w:rPr>
        <w:t xml:space="preserve">[14:30] </w:t>
      </w:r>
      <w:r>
        <w:t>nineteen thirty eight. nineteen thirty eight. mujhe yaad hai ke pehla jo mein article likha tha, pehla bilkul, woh tha istiqlaal.</w:t>
      </w:r>
    </w:p>
    <w:p>
      <w:pPr>
        <w:jc w:val="right"/>
      </w:pPr>
      <w:r>
        <w:t>نائنٹین تھرٹی ایٹ۔ نائنٹین تھرٹی ایٹ۔ مجھے یاد ہے کہ پہلا جو میں آرٹیکل لکھا تھا، پہلا بالکل، وہ تھا استقلال۔</w:t>
      </w:r>
    </w:p>
    <w:p>
      <w:r>
        <w:rPr>
          <w:b/>
        </w:rPr>
        <w:t xml:space="preserve">[14:40] </w:t>
      </w:r>
      <w:r>
        <w:t>yani perseverance. us par likha tha mein ne.</w:t>
      </w:r>
    </w:p>
    <w:p>
      <w:pPr>
        <w:jc w:val="right"/>
      </w:pPr>
      <w:r>
        <w:t>یعنی perseverance۔ اس پر لکھا تھا میں نے۔</w:t>
      </w:r>
    </w:p>
    <w:p>
      <w:r>
        <w:rPr>
          <w:b/>
        </w:rPr>
        <w:t xml:space="preserve">[14:44] </w:t>
      </w:r>
      <w:r>
        <w:t>woh chapa nahi, woh to sirf aik training ke liye tha. us ke baad aisa hua ke wohin par, yani madrasay mein is zamanay mein aisa tha ke log qalami parche nikala karte thay.</w:t>
      </w:r>
    </w:p>
    <w:p>
      <w:pPr>
        <w:jc w:val="right"/>
      </w:pPr>
      <w:r>
        <w:t>وہ چھپا نہیں، وہ تو صرف ایک ٹریننگ کے لیے تھا۔ اس کے بعد ایسا ہوا کہ وہیں پر، یعنی مدرسے میں اس زمانے میں ایسا تھا کہ لوگ قلمی پرچے نکالا کرتے تھے۔</w:t>
      </w:r>
    </w:p>
    <w:p>
      <w:r>
        <w:rPr>
          <w:b/>
        </w:rPr>
        <w:t xml:space="preserve">[14:59] </w:t>
      </w:r>
      <w:r>
        <w:t>yani hath se likh kar ke. us ko kehte thay qalami parcha. yani, yani wall wall journal.</w:t>
      </w:r>
    </w:p>
    <w:p>
      <w:pPr>
        <w:jc w:val="right"/>
      </w:pPr>
      <w:r>
        <w:t>یعنی ہاتھ سے لکھ کر کے۔ اس کو کہتے تھے قلمی پرچہ۔ یعنی، یعنی wall wall journal۔</w:t>
      </w:r>
    </w:p>
    <w:p>
      <w:r>
        <w:rPr>
          <w:b/>
        </w:rPr>
        <w:t xml:space="preserve">[15:08] </w:t>
      </w:r>
      <w:r>
        <w:t>to is zamanay mein unhon ne, hamare, hamare, yani hamare sathiyon ne aik faisla kiya ke islah par aik qalami parcha nikala gaya hai.</w:t>
      </w:r>
    </w:p>
    <w:p>
      <w:pPr>
        <w:jc w:val="right"/>
      </w:pPr>
      <w:r>
        <w:t>تو اس زمانے میں انہوں نے، ہمارے، ہمارے، یعنی ہمارے ساتھیوں نے ایک فیصلہ کیا کہ اصلاح پر ایک قلمی پرچہ نکالا گیا ہے۔</w:t>
      </w:r>
    </w:p>
    <w:p>
      <w:r>
        <w:rPr>
          <w:b/>
        </w:rPr>
        <w:t xml:space="preserve">[15:17] </w:t>
      </w:r>
      <w:r>
        <w:t>yani hath se likh kar ke. chupta nahi tha woh. to us mein yeh sawal tha ke is ka naam kya ho? to tarah tarah ke naam logon ne bataye, maslan islah is ka naam ho.</w:t>
      </w:r>
    </w:p>
    <w:p>
      <w:pPr>
        <w:jc w:val="right"/>
      </w:pPr>
      <w:r>
        <w:t>یعنی ہاتھ سے لکھ کر کے۔ چھپتا نہیں تھا وہ۔ تو اس میں یہ سوال تھا کہ اس کا نام کیا ہو؟ تو طرح طرح کے نام لوگوں نے بتائے، مثلاً اصلاح اس کا نام ہو۔</w:t>
      </w:r>
    </w:p>
    <w:p>
      <w:r>
        <w:rPr>
          <w:b/>
        </w:rPr>
        <w:t xml:space="preserve">[15:28] </w:t>
      </w:r>
      <w:r>
        <w:t>ya taameer is ka naam ho. to mein ne tajweez kiya payam. payam means message. to</w:t>
      </w:r>
    </w:p>
    <w:p>
      <w:pPr>
        <w:jc w:val="right"/>
      </w:pPr>
      <w:r>
        <w:t>یا تعمیر اس کا نام ہو۔ تو میں نے تجویز کیا پیام۔ پیام means message۔ تو</w:t>
      </w:r>
    </w:p>
    <w:p>
      <w:r>
        <w:rPr>
          <w:b/>
        </w:rPr>
        <w:t xml:space="preserve">[15:38] </w:t>
      </w:r>
      <w:r>
        <w:t>mein ne, mujhe ko is ka yeh editor banaya gaya tha. to mein ne apne jo mera jo editorial tha, us mein, us mein mein ne zikr kiya is baat ka ke naam ke muamle mein bohat si rai aai'en.</w:t>
      </w:r>
    </w:p>
    <w:p>
      <w:pPr>
        <w:jc w:val="right"/>
      </w:pPr>
      <w:r>
        <w:t>میں نے، مجھے کو اس کا یہ editor بنایا گیا تھا۔ تو میں نے اپنے جو میرا جو editorial تھا، اس میں، اس میں میں نے ذکر کیا اس بات کا کہ نام کے معاملے میں بہت سی رائے آئیں۔</w:t>
      </w:r>
    </w:p>
    <w:p>
      <w:r>
        <w:rPr>
          <w:b/>
        </w:rPr>
        <w:t xml:space="preserve">[15:52] </w:t>
      </w:r>
      <w:r>
        <w:t>is mein se aik rai thi payam ki. to isi par sab log agree kar gaye. to jumla mein ne likha tha wahan par ke sab logon ne payam ki tajweez par labbaik kaha.</w:t>
      </w:r>
    </w:p>
    <w:p>
      <w:pPr>
        <w:jc w:val="right"/>
      </w:pPr>
      <w:r>
        <w:t>اس میں سے ایک رائے تھی پیام کی۔ تو اسی پر سب لوگ agree کر گئے۔ تو جملہ میں نے لکھا تھا وہاں پر کہ سب لوگوں نے پیام کی تجویز پر لبیک کہا۔</w:t>
      </w:r>
    </w:p>
    <w:p>
      <w:r>
        <w:rPr>
          <w:b/>
        </w:rPr>
        <w:t xml:space="preserve">[16:04] </w:t>
      </w:r>
      <w:r>
        <w:t>isi sab logon ne isi payam par labbaik kaha.</w:t>
      </w:r>
    </w:p>
    <w:p>
      <w:pPr>
        <w:jc w:val="right"/>
      </w:pPr>
      <w:r>
        <w:t>اسی سب لوگوں نے اسی پیام پر لبیک کہا۔</w:t>
      </w:r>
    </w:p>
    <w:p>
      <w:r>
        <w:rPr>
          <w:b/>
        </w:rPr>
        <w:t xml:space="preserve">[16:07] </w:t>
      </w:r>
      <w:r>
        <w:t>yeh aik jumla tha is mein. to Maulana Ameer Hussain Islahi ne mujhe bulaya parh kar ke ke tumhare andar likhne ki quality hai.</w:t>
      </w:r>
    </w:p>
    <w:p>
      <w:pPr>
        <w:jc w:val="right"/>
      </w:pPr>
      <w:r>
        <w:t>یہ ایک جملہ تھا اس میں۔ تو مولانا امیر حسین اصلاحی نے مجھے بلایا پڑھ کر کے کہ تمہارے اندر لکھنے کی quality ہے۔</w:t>
      </w:r>
    </w:p>
    <w:p>
      <w:r>
        <w:rPr>
          <w:b/>
        </w:rPr>
        <w:t xml:space="preserve">[16:17] </w:t>
      </w:r>
      <w:r>
        <w:t>likhne ka tumhare andar taste hai, likhne ka shauq hai. ke sab ne isi payam ko labbaik kaha, is mein aik aik adabi chashni thi. to pehla shakhs jis ne mujhe encourage kiya, woh Maulana Ameen Hasan Islahi thay.</w:t>
      </w:r>
    </w:p>
    <w:p>
      <w:pPr>
        <w:jc w:val="right"/>
      </w:pPr>
      <w:r>
        <w:t>لکھنے کا تمہارے اندر taste ہے، لکھنے کا ذوق ہے۔ کہ سب نے اسی پیام کو لبیک کہا، اس میں ایک ایک ادبی چاشنی تھی۔ تو پہلا شخص جس نے مجھے encourage کیا، وہ مولانا امین حسن اصلاحی تھے۔</w:t>
      </w:r>
    </w:p>
    <w:p>
      <w:r>
        <w:rPr>
          <w:b/>
        </w:rPr>
        <w:t xml:space="preserve">[16:31] </w:t>
      </w:r>
      <w:r>
        <w:t>is ke baad mein likhta rah</w:t>
      </w:r>
    </w:p>
    <w:p>
      <w:pPr>
        <w:jc w:val="right"/>
      </w:pPr>
      <w:r>
        <w:t>اس کے بعد میں لکھتا رہ</w:t>
      </w:r>
    </w:p>
    <w:p>
      <w:r>
        <w:rPr>
          <w:b/>
        </w:rPr>
        <w:t xml:space="preserve">[16:33] </w:t>
      </w:r>
      <w:r>
        <w:t>a, likhta raha. itna ziyada likha hai mein ne ke sab mere paper thay, sab ikatha kiye jayen to shayad yeh kamra bhar jaye. lekin woh chhapne ke liye nahi tha, woh sirf mashq ke liye tha.</w:t>
      </w:r>
    </w:p>
    <w:p>
      <w:pPr>
        <w:jc w:val="right"/>
      </w:pPr>
      <w:r>
        <w:t>ا، لکھتا رہا۔ اتنا زیادہ لکھا ہے میں نے کہ سب میرے paper تھے، سب اکٹھا کیے جائیں تو شاید یہ کمرہ بھر جائے۔ لیکن وہ چھپنے کے لیے نہیں تھا، وہ صرف مشق کے لیے تھا۔</w:t>
      </w:r>
    </w:p>
    <w:p>
      <w:r>
        <w:rPr>
          <w:b/>
        </w:rPr>
        <w:t xml:space="preserve">[16:43] </w:t>
      </w:r>
      <w:r>
        <w:t>exercise ke liye tha. to pehli cheez jo chhapi meri, woh unnis sau pachas mein. jab mein Adam Garh aaya.</w:t>
      </w:r>
    </w:p>
    <w:p>
      <w:pPr>
        <w:jc w:val="right"/>
      </w:pPr>
      <w:r>
        <w:t>Exercise کے لیے تھا۔ تو پہلی چیز جو چھپی میری، وہ انیس سو پچاس میں۔ جب میں آدم گڑھ آیا۔</w:t>
      </w:r>
    </w:p>
    <w:p>
      <w:r>
        <w:rPr>
          <w:b/>
        </w:rPr>
        <w:t xml:space="preserve">[16:54] </w:t>
      </w:r>
      <w:r>
        <w:t>to chote chote pamphlet mein ne likhe thay.</w:t>
      </w:r>
    </w:p>
    <w:p>
      <w:pPr>
        <w:jc w:val="right"/>
      </w:pPr>
      <w:r>
        <w:t>تو چھوٹے چھوٹے pamphlet میں نے لکھے تھے۔</w:t>
      </w:r>
    </w:p>
    <w:p>
      <w:r>
        <w:rPr>
          <w:b/>
        </w:rPr>
        <w:t xml:space="preserve">[16:59] </w:t>
      </w:r>
      <w:r>
        <w:t>hindustan ka mustaqbil, hindustan mein islam ki dawat waghera, is tarah ke. aur pehli cheez jo ziyada popular hui, woh tha unnis sau pachpan mein mein ne aik article likha tha.</w:t>
      </w:r>
    </w:p>
    <w:p>
      <w:pPr>
        <w:jc w:val="right"/>
      </w:pPr>
      <w:r>
        <w:t>ہندوستان کا مستقبل، ہندوستان میں اسلام کی دعوت وغیرہ، اس طرح کے۔ اور پہلی چیز جو زیادہ popular ہوئی، وہ تھا انیس سو پچپن میں میں نے ایک آرٹیکل لکھا تھا۔</w:t>
      </w:r>
    </w:p>
    <w:p>
      <w:r>
        <w:rPr>
          <w:b/>
        </w:rPr>
        <w:t xml:space="preserve">[17:12] </w:t>
      </w:r>
      <w:r>
        <w:t>aik paper ke taur par. is ka naam tha "naye ehad ke darwaze par". to yeh urdu, hindi, angrezi, teenon zubanon mein chhaapa is zamane mein</w:t>
      </w:r>
    </w:p>
    <w:p>
      <w:pPr>
        <w:jc w:val="right"/>
      </w:pPr>
      <w:r>
        <w:t>ایک paper کے طور پر۔ اس کا نام تھا "نئے عہد کے دروازے پر"۔ تو یہ اردو، ہندی، انگریزی، تینوں زبانوں میں چھپا اس زمانے میں</w:t>
      </w:r>
    </w:p>
    <w:p>
      <w:r>
        <w:rPr>
          <w:b/>
        </w:rPr>
        <w:t xml:space="preserve">[17:24] </w:t>
      </w:r>
      <w:r>
        <w:t>. aik pamphlet ke taur par. On the threshold of a new era naye ke darwaze par. to yeh tha chhapne ka jo marhala, is tarah se hua.</w:t>
      </w:r>
    </w:p>
    <w:p>
      <w:pPr>
        <w:jc w:val="right"/>
      </w:pPr>
      <w:r>
        <w:t>۔ ایک pamphlet کے طور پر۔ On the threshold of a new era نویق کے دروازے پر۔ تو یہ تھا چھپنے کا جو مرحلہ، اس طرح سے ہوا۔</w:t>
      </w:r>
    </w:p>
    <w:p>
      <w:r>
        <w:rPr>
          <w:b/>
        </w:rPr>
        <w:t xml:space="preserve">[17:37] </w:t>
      </w:r>
      <w:r>
        <w:t>jo unnis sau pachpan mein yeh jo pamphlet chhaapa tha, woh bohat ziyada popular hua. phir mein likhta raha, likhta raha, likhta raha.</w:t>
      </w:r>
    </w:p>
    <w:p>
      <w:pPr>
        <w:jc w:val="right"/>
      </w:pPr>
      <w:r>
        <w:t>جو انیس سو پچپن میں یہ جو pamphlet چھپا تھا، وہ بہت زیادہ popular ہوا۔ پھر میں لکھتا رہا، لکھتا رہا، لکھتا رہا۔</w:t>
      </w:r>
    </w:p>
    <w:p>
      <w:r>
        <w:rPr>
          <w:b/>
        </w:rPr>
        <w:t xml:space="preserve">[17:47] </w:t>
      </w:r>
      <w:r>
        <w:t>is ke baad mein akhbaron mein likhne laga, magazine mein likhne laga.</w:t>
      </w:r>
    </w:p>
    <w:p>
      <w:pPr>
        <w:jc w:val="right"/>
      </w:pPr>
      <w:r>
        <w:t>اس کے بعد میں اخباروں میں لکھنے لگا، میگزین میں لکھنے لگا۔</w:t>
      </w:r>
    </w:p>
    <w:p>
      <w:r>
        <w:rPr>
          <w:b/>
        </w:rPr>
        <w:t xml:space="preserve">[17:53] </w:t>
      </w:r>
      <w:r>
        <w:t>to shuru mein mere jo article hua karte thay, woh adabi hotay thay. adabi dhang ke. is zamane mein mein likhta tha payam taleem mein, Nigar mein, Adab-e-Lateef mein.</w:t>
      </w:r>
    </w:p>
    <w:p>
      <w:pPr>
        <w:jc w:val="right"/>
      </w:pPr>
      <w:r>
        <w:t>تو شروع میں میرے جو آرٹیکل ہوا کرتے تھے، وہ ادبی ہوتے تھے۔ ادبی ڈھنگ کے۔ اس زمانے میں میں لکھتا تھا پیام تعلیم میں، نگار میں، ادب لطیف میں۔</w:t>
      </w:r>
    </w:p>
    <w:p>
      <w:r>
        <w:rPr>
          <w:b/>
        </w:rPr>
        <w:t xml:space="preserve">[18:04] </w:t>
      </w:r>
      <w:r>
        <w:t>is zamane ke sab parche thay. likhta tha. lekin islami aitbar se us waqt woh adabi hua karte thay, islami nahi hua karte thay.</w:t>
      </w:r>
    </w:p>
    <w:p>
      <w:pPr>
        <w:jc w:val="right"/>
      </w:pPr>
      <w:r>
        <w:t>اس زمانے کے سب پرچے تھے۔ لکھتا تھا۔ لیکن اسلامی اعتبار سے اس وقت وہ ادبی ہوا کرتے تھے، اسلامی نہیں ہوا کرتے تھے۔</w:t>
      </w:r>
    </w:p>
    <w:p>
      <w:r>
        <w:rPr>
          <w:b/>
        </w:rPr>
        <w:t xml:space="preserve">[18:16] </w:t>
      </w:r>
      <w:r>
        <w:t>mein samajhta hoon ke islami aitbar se jo likhne ka kaam mera shuru hua, wohi unnis sau pachpan se shuru hua. balkay unnis sau pachas se.</w:t>
      </w:r>
    </w:p>
    <w:p>
      <w:pPr>
        <w:jc w:val="right"/>
      </w:pPr>
      <w:r>
        <w:t>میں سمجھتا ہوں کہ اسلامی اعتبار سے جو لکھنے کا کام میرا شروع ہوا، وہی انیس سو پچپن سے شروع ہوا۔ بلکہ انیس سو پچاس سے۔</w:t>
      </w:r>
    </w:p>
    <w:p>
      <w:r>
        <w:rPr>
          <w:b/>
        </w:rPr>
        <w:t xml:space="preserve">[18:25] </w:t>
      </w:r>
      <w:r>
        <w:t>unnis sau pachas se shuru hua aur unnis sau pachpan mein jo kitab thi, naye ehad ke darwaze par, yeh bohat ziyada popular hui.</w:t>
      </w:r>
    </w:p>
    <w:p>
      <w:pPr>
        <w:jc w:val="right"/>
      </w:pPr>
      <w:r>
        <w:t>انیس سو پچاس سے شروع ہوا اور انیس سو پچپن میں جو کتاب تھی، نئے عہد کے دروازے پر، یہ بہت زیادہ popular ہوئی۔</w:t>
      </w:r>
    </w:p>
    <w:p>
      <w:r>
        <w:rPr>
          <w:b/>
        </w:rPr>
        <w:t xml:space="preserve">[18:33] </w:t>
      </w:r>
      <w:r>
        <w:t>phir is ke baad mein article likhta raha. aur mere article bohat chhapte thay idhar udhar. Zindagi mein, Dawat mein, Al-Insaf mein, Nida-e-Millat mein.</w:t>
      </w:r>
    </w:p>
    <w:p>
      <w:pPr>
        <w:jc w:val="right"/>
      </w:pPr>
      <w:r>
        <w:t>پھر اس کے بعد میں آرٹیکل لکھتا رہا۔ اور میرے آرٹیکل بہت چھپتے تھے ادھر ادھر۔ زندگی میں، دعوت میں، الانصاف میں، ندائے ملت میں۔</w:t>
      </w:r>
    </w:p>
    <w:p>
      <w:r>
        <w:rPr>
          <w:b/>
        </w:rPr>
        <w:t xml:space="preserve">[18:45] </w:t>
      </w:r>
      <w:r>
        <w:t>bohat chhapte thay aur parhe jatay thay mere mazameen. kyunke is mein adabi lihaz se logon ko aik aik taste milta tha.</w:t>
      </w:r>
    </w:p>
    <w:p>
      <w:pPr>
        <w:jc w:val="right"/>
      </w:pPr>
      <w:r>
        <w:t>بہت چھپتے تھے اور پڑھے جاتے تھے میرے مضامین۔ کیونکہ اس میں ادبی لحاظ سے لوگوں کو ایک ایک taste ملتا تھا۔</w:t>
      </w:r>
    </w:p>
    <w:p>
      <w:r>
        <w:rPr>
          <w:b/>
        </w:rPr>
        <w:t xml:space="preserve">[18:57] </w:t>
      </w:r>
      <w:r>
        <w:t>phir is ke baad kya hua ke yeh jo yeh jo aik woh hua tha, aik seminar nineteen eighty six mein.</w:t>
      </w:r>
    </w:p>
    <w:p>
      <w:pPr>
        <w:jc w:val="right"/>
      </w:pPr>
      <w:r>
        <w:t>پھر اس کے بعد کیا ہوا کہ یہ جو یہ جو ایک وہ ہوا تھا، ایک سیمینار نائنٹین ایٹی سکس میں۔</w:t>
      </w:r>
    </w:p>
    <w:p>
      <w:r>
        <w:rPr>
          <w:b/>
        </w:rPr>
        <w:t xml:space="preserve">[19:14] </w:t>
      </w:r>
      <w:r>
        <w:t>kisi Delhi mein. to yeh urdu sahafat, yani urdu journalism par tha yeh. kai logon ne is mein apne paper parhay thay.</w:t>
      </w:r>
    </w:p>
    <w:p>
      <w:pPr>
        <w:jc w:val="right"/>
      </w:pPr>
      <w:r>
        <w:t>کسی دہلی میں۔ تو یہ اردو صحافت، یعنی اردو جرنلزم پر تھا یہ۔ کئی لوگوں نے اس میں اپنے paper پڑھے تھے۔</w:t>
      </w:r>
    </w:p>
    <w:p>
      <w:r>
        <w:rPr>
          <w:b/>
        </w:rPr>
        <w:t xml:space="preserve">[19:25] </w:t>
      </w:r>
      <w:r>
        <w:t>mein ne bhi is mein paper parha tha. yeh is yeh book jo hai, isi ko compile kar ke banai gayi hai. Urdu Sahafat. to is mein mera paper jo tha, bohat hi critical tha.</w:t>
      </w:r>
    </w:p>
    <w:p>
      <w:pPr>
        <w:jc w:val="right"/>
      </w:pPr>
      <w:r>
        <w:t>میں نے بھی اس میں paper پڑھا تھا۔ یہ اس یہ book جو ہے، اسی کو compile کر کے بنائی گئی ہے۔ اردو صحافت۔ تو اس میں میرا paper جو تھا، بہت ہی critical تھا۔</w:t>
      </w:r>
    </w:p>
    <w:p>
      <w:r>
        <w:rPr>
          <w:b/>
        </w:rPr>
        <w:t xml:space="preserve">[19:37] </w:t>
      </w:r>
      <w:r>
        <w:t>mein ne is mein likha tha ke urdu sahafat yeh yellow journalism hai. jis ko kehte hain urdu mein zard sahafat.</w:t>
      </w:r>
    </w:p>
    <w:p>
      <w:pPr>
        <w:jc w:val="right"/>
      </w:pPr>
      <w:r>
        <w:t>میں نے اس میں لکھا تھا کہ اردو صحافت یہ ایلو جرنلزم ہے۔ جس کو کہتے ہیں اردو میں زرد صحافت۔</w:t>
      </w:r>
    </w:p>
    <w:p>
      <w:r>
        <w:rPr>
          <w:b/>
        </w:rPr>
        <w:t xml:space="preserve">[19:47] </w:t>
      </w:r>
      <w:r>
        <w:t>urdu sahafat zard sahafat hai. yani yellow journalism.</w:t>
      </w:r>
    </w:p>
    <w:p>
      <w:pPr>
        <w:jc w:val="right"/>
      </w:pPr>
      <w:r>
        <w:t>اردو صحافت زرد صحافت ہے۔ یعنی ایلو جرنلزم۔</w:t>
      </w:r>
    </w:p>
    <w:p>
      <w:r>
        <w:rPr>
          <w:b/>
        </w:rPr>
        <w:t xml:space="preserve">[19:51] </w:t>
      </w:r>
      <w:r>
        <w:t>ailo journalism ka concept yeh hai ke woh isi sensational baatein chhapna, emotional baatein chhapna, logon ko emotions ko feed karna, is tarah se apna process chalana.</w:t>
      </w:r>
    </w:p>
    <w:p>
      <w:pPr>
        <w:jc w:val="right"/>
      </w:pPr>
      <w:r>
        <w:t>ایلو جرنلزم کا concept یہ ہے کہ وہ اسی sensational باتیں چھاپنا، emotional باتیں چھاپنا، لوگوں کو emotions کو feed کرنا، اس طرح سے اپنا process چلانا۔</w:t>
      </w:r>
    </w:p>
    <w:p>
      <w:r>
        <w:rPr>
          <w:b/>
        </w:rPr>
        <w:t xml:space="preserve">[20:07] </w:t>
      </w:r>
      <w:r>
        <w:t>That is a low journalism. To maine kaha ke ke is mein likha tha maine ke urdu sahafat jo musalmanon ki hai, woh low journalism hai.</w:t>
      </w:r>
    </w:p>
    <w:p>
      <w:pPr>
        <w:jc w:val="right"/>
      </w:pPr>
      <w:r>
        <w:t>That is a low journalism. تو میں نے کہا کہ کہ اس میں لکھا تھا میں نے کہ اردو صحافت جو مسلمانوں کی ہے، وہ ایلو جرنلزم ہے۔</w:t>
      </w:r>
    </w:p>
    <w:p>
      <w:r>
        <w:rPr>
          <w:b/>
        </w:rPr>
        <w:t xml:space="preserve">[20:18] </w:t>
      </w:r>
      <w:r>
        <w:t>Is mein koi baat nahi, koi positive message nahi, koi constructive food nahi. Bas jazbat ko bharkane wali cheezein rehti hain. Aur sab se zyada bigada hai jo musalmanon ke zamane mein, woh muslim journalism mein, musalmanon ke akhbaron ne.</w:t>
      </w:r>
    </w:p>
    <w:p>
      <w:pPr>
        <w:jc w:val="right"/>
      </w:pPr>
      <w:r>
        <w:t>اس میں کوئی بات نہیں، کوئی positive message نہیں، کوئی constructive food نہیں۔ بس جذبات کو بھڑکانے والی چیزیں رہتی ہیں۔ اور سب سے زیادہ بگاڑا ہے جو مسلمانوں کے زمانے میں، وہ مسلم جرنلزم میں، مسلمانوں کے اخباروں نے۔</w:t>
      </w:r>
    </w:p>
    <w:p>
      <w:r>
        <w:rPr>
          <w:b/>
        </w:rPr>
        <w:t xml:space="preserve">[20:33] </w:t>
      </w:r>
      <w:r>
        <w:t>Is par log bohat ghusa ho gaye. Aur tab se meri cheezein chhapna band ho gayeen. Yani is ke baad jo chhapta tha mera, woh sirf mere against mein.</w:t>
      </w:r>
    </w:p>
    <w:p>
      <w:pPr>
        <w:jc w:val="right"/>
      </w:pPr>
      <w:r>
        <w:t>اس پر لوگ بہت غصہ ہو گئے۔ اور تب سے میری چیزیں چھپنا بند ہو گئیں۔ یعنی اس کے بعد جو چھپتا تھا میرا، وہ صرف میرے against میں۔</w:t>
      </w:r>
    </w:p>
    <w:p>
      <w:r>
        <w:rPr>
          <w:b/>
        </w:rPr>
        <w:t xml:space="preserve">[20:45] </w:t>
      </w:r>
      <w:r>
        <w:t>Yani mere against bohat chhapta tha, barabar chhapta tha. Phir jab unnis sau banve mein, nineteen ninety two mein, maine jo stand liya Babri Masjid ke maamle mein, to aur zyada ghusa ho gaye log.</w:t>
      </w:r>
    </w:p>
    <w:p>
      <w:pPr>
        <w:jc w:val="right"/>
      </w:pPr>
      <w:r>
        <w:t>یعنی میرے against بہت چھپتا تھا، برابر چھپتا تھا۔ پھر جب انیس سو بانوے میں، نائنٹین نائنٹی ٹو میں، میں نے جو stand لیا بابری مسجد کے معاملے میں، تو اور زیادہ غصہ ہو گئے لوگ۔</w:t>
      </w:r>
    </w:p>
    <w:p>
      <w:r>
        <w:rPr>
          <w:b/>
        </w:rPr>
        <w:t xml:space="preserve">[20:58] </w:t>
      </w:r>
      <w:r>
        <w:t>Kyunke saare log jo the, yahi kehte the ke Babri Masjid wahin banao, Babri Masjid wahin banao. Maine kaha ke dekhiye, yeh bilkul hi realistic baat nahi hai.</w:t>
      </w:r>
    </w:p>
    <w:p>
      <w:pPr>
        <w:jc w:val="right"/>
      </w:pPr>
      <w:r>
        <w:t>کیونکہ سارے لوگ جو تھے، یہی کہتے تھے کہ بابری مسجد وہیں بناؤ، بابری مسجد وہیں بناؤ۔ میں نے کہا کہ دیکھیے، یہ بالکل ہی realistic بات نہیں ہے۔</w:t>
      </w:r>
    </w:p>
    <w:p>
      <w:r>
        <w:rPr>
          <w:b/>
        </w:rPr>
        <w:t xml:space="preserve">[21:09] </w:t>
      </w:r>
      <w:r>
        <w:t>Is India mein jahan Hindu majority mein hai, wahan yeh kehna ke Babri Masjid wahin banao, bilkul hi is ka aql se koi ta'alluq nahi.</w:t>
      </w:r>
    </w:p>
    <w:p>
      <w:pPr>
        <w:jc w:val="right"/>
      </w:pPr>
      <w:r>
        <w:t>اس انڈیا میں جہاں ہندو majority میں ہے، وہاں یہ کہنا کہ بابری مسجد وہیں بناؤ، بالکل ہی اس کا عقل سے کوئی تعلق نہیں۔</w:t>
      </w:r>
    </w:p>
    <w:p>
      <w:r>
        <w:rPr>
          <w:b/>
        </w:rPr>
        <w:t xml:space="preserve">[21:18] </w:t>
      </w:r>
      <w:r>
        <w:t>It is quite impossible. Ab log ghusa ho gaye. Bohat bhark gaye. Aur phir mere khilaf har har akhbar mein, har urdu akhbar mein aane laga.</w:t>
      </w:r>
    </w:p>
    <w:p>
      <w:pPr>
        <w:jc w:val="right"/>
      </w:pPr>
      <w:r>
        <w:t>It is quite impossible. اب لوگ غصہ ہو گئے۔ بہت بھڑک گئے۔ اور پھر میرے خلاف ہر ہر اخبار میں، ہر اردو اخبار میں آنے لگا۔</w:t>
      </w:r>
    </w:p>
    <w:p>
      <w:r>
        <w:rPr>
          <w:b/>
        </w:rPr>
        <w:t xml:space="preserve">[21:29] </w:t>
      </w:r>
      <w:r>
        <w:t>Yeh silsila chalta raha. Ek Lucknow ka ek hafta roza ek musalmanon ka akhbar tha, jo bohat chalta tha is zamane mein.</w:t>
      </w:r>
    </w:p>
    <w:p>
      <w:pPr>
        <w:jc w:val="right"/>
      </w:pPr>
      <w:r>
        <w:t>یہ سلسلہ چلتا رہا۔ ایک لکھنو کا ایک ہفتہ روزہ ایک مسلمانوں کا اخبار تھا، جو بہت چلتا تھا اس زمانے میں۔</w:t>
      </w:r>
    </w:p>
    <w:p>
      <w:r>
        <w:rPr>
          <w:b/>
        </w:rPr>
        <w:t xml:space="preserve">[21:38] </w:t>
      </w:r>
      <w:r>
        <w:t>Yani is ki is ka sab is ka jo circulation tha, solace hazar tha, sixteen thousand. To maine is mein chhote chhote mazameen bhejte the, bheja bhejta tha main.</w:t>
      </w:r>
    </w:p>
    <w:p>
      <w:pPr>
        <w:jc w:val="right"/>
      </w:pPr>
      <w:r>
        <w:t>یعنی اس کی اس کا سب اس کا جو circulation تھا، سولہ ہزار تھا، سکسٹین تھاؤزنڈ۔ تو میں نے اس میں چھوٹے چھوٹے مضامین بھیجتے تھے، بھیجا بھیجتا تھا میں۔</w:t>
      </w:r>
    </w:p>
    <w:p>
      <w:r>
        <w:rPr>
          <w:b/>
        </w:rPr>
        <w:t xml:space="preserve">[21:51] </w:t>
      </w:r>
      <w:r>
        <w:t>Constructive type ke. Aur woh poora akhbar hota tha protest, protest, protest. Complaint, complaint, complaint. To is ka naam to kya hua, is zamane mein do parche nikalte the Lucknow se.</w:t>
      </w:r>
    </w:p>
    <w:p>
      <w:pPr>
        <w:jc w:val="right"/>
      </w:pPr>
      <w:r>
        <w:t>Constructive type کے۔ اور وہ پورا اخبار ہوتا تھا protest، protest، protest۔ Complaint، complaint، complaint۔ تو اس کا نام تو کیا ہوا، اس زمانے میں دو پرچے نکلتے تھے لکھ</w:t>
      </w:r>
    </w:p>
    <w:p>
      <w:r>
        <w:rPr>
          <w:b/>
        </w:rPr>
        <w:t xml:space="preserve">[22:07] </w:t>
      </w:r>
      <w:r>
        <w:t>se. Nida-e-Millat aur ek aur parcha tha. To is mein mere mazameen kuchh din chhape. Phir mere article jo the, jo chhote chhote hua karte the, woh wapas kar diya editor sahib ne.</w:t>
      </w:r>
    </w:p>
    <w:p>
      <w:pPr>
        <w:jc w:val="right"/>
      </w:pPr>
      <w:r>
        <w:t>نو سے۔ ندائے ملت اور ایک اور پرچہ تھا۔ تو اس میں میرے مضامین کچھ دن چھپے۔ پھر میرے آرٹیکل جو تھے، جو چھوٹے چھوٹے ہوا کرتے تھے، وہ واپس کر دیا editor صاحب نے۔</w:t>
      </w:r>
    </w:p>
    <w:p>
      <w:r>
        <w:rPr>
          <w:b/>
        </w:rPr>
        <w:t xml:space="preserve">[22:20] </w:t>
      </w:r>
      <w:r>
        <w:t>Yeh likh kar ke is mein wording un ki yeh thi ke aap ke mazameen hamare akhbar mein chhap nahi rahe hain.</w:t>
      </w:r>
    </w:p>
    <w:p>
      <w:pPr>
        <w:jc w:val="right"/>
      </w:pPr>
      <w:r>
        <w:t>یہ لکھ کر کے اس میں wording ان کی یہ تھی کہ آپ کے مضامین ہمارے اخبار میں چھپ نہیں رہے ہیں۔</w:t>
      </w:r>
    </w:p>
    <w:p>
      <w:r>
        <w:rPr>
          <w:b/>
        </w:rPr>
        <w:t xml:space="preserve">[22:31] </w:t>
      </w:r>
      <w:r>
        <w:t>Aap ke mazameen hamare akhbar mein khap nahi rahe hain. Ye</w:t>
      </w:r>
    </w:p>
    <w:p>
      <w:pPr>
        <w:jc w:val="right"/>
      </w:pPr>
      <w:r>
        <w:t>آپ کے مضامین ہمارے اخبار میں کھپ نہیں رہے ہیں۔ ی</w:t>
      </w:r>
    </w:p>
    <w:p>
      <w:r>
        <w:rPr>
          <w:b/>
        </w:rPr>
        <w:t xml:space="preserve">[22:36] </w:t>
      </w:r>
      <w:r>
        <w:t>yani aap jo likh likh ke bhejte hain, constructive qism ke, woh hamare is ke bilkul ulta hai. Hum to bata rahe hain complaint ki baatein, protest ki baatein, musalman zulm ho raha hai, us ki baat hai.</w:t>
      </w:r>
    </w:p>
    <w:p>
      <w:pPr>
        <w:jc w:val="right"/>
      </w:pPr>
      <w:r>
        <w:t>عنی آپ جو لکھ لکھ کے بھیجتے ہیں، constructive قسم کے، وہ ہمارے اس کے بالکل الٹا ہے۔ ہم تو بتا رہے ہیں complaint کی باتیں، protest کی باتیں، مسلمان ظلم ہو رہا ہے، اس کی بات ہے۔</w:t>
      </w:r>
    </w:p>
    <w:p>
      <w:r>
        <w:rPr>
          <w:b/>
        </w:rPr>
        <w:t xml:space="preserve">[22:50] </w:t>
      </w:r>
      <w:r>
        <w:t>Aur aap keh rahe hain ke musalman safe hain, musalman khoob kaam kar sakte hain. To yeh to ulta sabak de rahe hain aap. To ek ek is par ek ek ek deewangi thi muslim sahafat mein</w:t>
      </w:r>
    </w:p>
    <w:p>
      <w:pPr>
        <w:jc w:val="right"/>
      </w:pPr>
      <w:r>
        <w:t>اور آپ کہہ رہے ہیں کہ مسلمان safe ہیں، مسلمان خوب کام کر سکتے ہیں۔ تو یہ تو الٹا سبق دے رہے ہیں آپ۔ تو ایک ایک اس پر ایک ایک ایک دیوانگی تھی مسلم صحا</w:t>
      </w:r>
    </w:p>
    <w:p>
      <w:r>
        <w:rPr>
          <w:b/>
        </w:rPr>
        <w:t xml:space="preserve">[23:02] </w:t>
      </w:r>
      <w:r>
        <w:t>ke siwaye negative baaton ke, koi baat kisi ko pasand nahi aati thi. To chhapne ko tayyar nahi hui meri. Main maine is ka zikr is liye kiya ke ab woh halaat badal gaye hain.</w:t>
      </w:r>
    </w:p>
    <w:p>
      <w:pPr>
        <w:jc w:val="right"/>
      </w:pPr>
      <w:r>
        <w:t>فت میں کہ سوائے negative باتوں کے، کوئی بات کسی کو پسند نہیں آتی تھی۔ تو چھاپنے کو تیار نہیں ہوئی میری۔ میں میں نے اس کا ذکر اس لیے کیا کہ اب وہ حالات بدل گئے ہیں۔</w:t>
      </w:r>
    </w:p>
    <w:p>
      <w:r>
        <w:rPr>
          <w:b/>
        </w:rPr>
        <w:t xml:space="preserve">[23:16] </w:t>
      </w:r>
      <w:r>
        <w:t>Dekhiye, yeh yeh Rashtriya Sahara jo hai, urdu akhbar is waqt India mein sab se zyada musalmanon mein jo akhbar padha jata hai, woh Rashtriya Sahara hai.</w:t>
      </w:r>
    </w:p>
    <w:p>
      <w:pPr>
        <w:jc w:val="right"/>
      </w:pPr>
      <w:r>
        <w:t>دیکھیے، یہ یہ راش سہارا جو ہے، اردو اخبار اس وقت انڈیا میں سب سے زیادہ مسلمانوں میں جو اخبار پڑھا جاتا ہے، وہ راش سہارا ہے۔</w:t>
      </w:r>
    </w:p>
    <w:p>
      <w:r>
        <w:rPr>
          <w:b/>
        </w:rPr>
        <w:t xml:space="preserve">[23:31] </w:t>
      </w:r>
      <w:r>
        <w:t>Is ke barah edition nikalte hain different cities se. Barah edition. Har har har jagah se chhapta hai, bade bade shehron mein se.</w:t>
      </w:r>
    </w:p>
    <w:p>
      <w:pPr>
        <w:jc w:val="right"/>
      </w:pPr>
      <w:r>
        <w:t>اس کے بارہ ایڈیشن نکلتے ہیں different cities سے۔ بارہ ایڈیشن۔ ہر ہر ہر جگہ سے چھپتا ہے، بڑے بڑے شہروں میں سے۔</w:t>
      </w:r>
    </w:p>
    <w:p>
      <w:r>
        <w:rPr>
          <w:b/>
        </w:rPr>
        <w:t xml:space="preserve">[23:40] </w:t>
      </w:r>
      <w:r>
        <w:t>To is ne abhi first January do hazar nau ko ek article chhapa hai mere bare mein poora poora page.</w:t>
      </w:r>
    </w:p>
    <w:p>
      <w:pPr>
        <w:jc w:val="right"/>
      </w:pPr>
      <w:r>
        <w:t>تو اس نے ابھی فرسٹ جنوری دو ہزار نو کو ایک آرٹیکل چھاپا ہے میرے بارے میں پورا پورا پیج۔</w:t>
      </w:r>
    </w:p>
    <w:p>
      <w:r>
        <w:rPr>
          <w:b/>
        </w:rPr>
        <w:t xml:space="preserve">[23:50] </w:t>
      </w:r>
      <w:r>
        <w:t>Poore page ka.</w:t>
      </w:r>
    </w:p>
    <w:p>
      <w:pPr>
        <w:jc w:val="right"/>
      </w:pPr>
      <w:r>
        <w:t>پورے پیج کا۔</w:t>
      </w:r>
    </w:p>
    <w:p>
      <w:r>
        <w:rPr>
          <w:b/>
        </w:rPr>
        <w:t xml:space="preserve">[23:53] </w:t>
      </w:r>
      <w:r>
        <w:t>Yeh pehla waqia hai is muddat mein ke mere bare mein poora poora page par ek bohat hi positive qism ka mazmoon chhapa jaye.</w:t>
      </w:r>
    </w:p>
    <w:p>
      <w:pPr>
        <w:jc w:val="right"/>
      </w:pPr>
      <w:r>
        <w:t>یہ پہلا واقعہ ہے اس مدت میں کہ میرے بارے میں پورا پورا پیج پر ایک بہت ہی positive قسم کا مضمون چھاپا جائے۔</w:t>
      </w:r>
    </w:p>
    <w:p>
      <w:r>
        <w:rPr>
          <w:b/>
        </w:rPr>
        <w:t xml:space="preserve">[24:04] </w:t>
      </w:r>
      <w:r>
        <w:t>yeh hai ek hamari jo mission jo hai, ek naye daur mein dakhil ho gaya, naye phase mein.</w:t>
      </w:r>
    </w:p>
    <w:p>
      <w:pPr>
        <w:jc w:val="right"/>
      </w:pPr>
      <w:r>
        <w:t>یہ ہے ایک ہماری جو mission جو ہے، ایک نئے دور میں داخل ہو گیا، نئے phase میں۔</w:t>
      </w:r>
    </w:p>
    <w:p>
      <w:r>
        <w:rPr>
          <w:b/>
        </w:rPr>
        <w:t xml:space="preserve">[24:12] </w:t>
      </w:r>
      <w:r>
        <w:t>ke woh insan jis ke baray mein ab tak sirf negative baatein chapti theen,</w:t>
      </w:r>
    </w:p>
    <w:p>
      <w:pPr>
        <w:jc w:val="right"/>
      </w:pPr>
      <w:r>
        <w:t>کہ وہ انسان جس کے بارے میں اب تک صرف negative باتیں چھپتی تھیں،</w:t>
      </w:r>
    </w:p>
    <w:p>
      <w:r>
        <w:rPr>
          <w:b/>
        </w:rPr>
        <w:t xml:space="preserve">[24:17] </w:t>
      </w:r>
      <w:r>
        <w:t>sirf mere khilaf chupta tha ke islam dushman taqaton ke agent hain aur yeh yani paisa kamate hain</w:t>
      </w:r>
    </w:p>
    <w:p>
      <w:pPr>
        <w:jc w:val="right"/>
      </w:pPr>
      <w:r>
        <w:t>صرف میرے خلاف چھپتا تھا کہ اسلام دشمن طاقتوں کے agent ہیں اور یہ یعنی پیسہ کماتے ہیں</w:t>
      </w:r>
    </w:p>
    <w:p>
      <w:r>
        <w:rPr>
          <w:b/>
        </w:rPr>
        <w:t xml:space="preserve">[24:26] </w:t>
      </w:r>
      <w:r>
        <w:t>logon se aur aur yeh un ki baaton ko chaptay hain waghera waghera.</w:t>
      </w:r>
    </w:p>
    <w:p>
      <w:pPr>
        <w:jc w:val="right"/>
      </w:pPr>
      <w:r>
        <w:t>لوگوں سے اور اور یہ ان کی باتیں کو چھاپتے ہیں وغیرہ وغیرہ۔</w:t>
      </w:r>
    </w:p>
    <w:p>
      <w:r>
        <w:rPr>
          <w:b/>
        </w:rPr>
        <w:t xml:space="preserve">[24:34] </w:t>
      </w:r>
      <w:r>
        <w:t>Bohat hi jhooti baatein, bohat zyada aammana baatein</w:t>
      </w:r>
    </w:p>
    <w:p>
      <w:pPr>
        <w:jc w:val="right"/>
      </w:pPr>
      <w:r>
        <w:t>بہت ہی جھوٹی باتیں، بہت زیادہ عامانہ باتیں</w:t>
      </w:r>
    </w:p>
    <w:p>
      <w:r>
        <w:rPr>
          <w:b/>
        </w:rPr>
        <w:t xml:space="preserve">[24:38] </w:t>
      </w:r>
      <w:r>
        <w:t>chhapati thin barabar. Yani har jagah mujhe badnaam kiya jata tha, har parche mein, har akhbar mein, har parche mein. Musalmanon ke. Yeh pehli baar itna yeh ek ek naye phase mein dakhil hui gaya ke poora poora page jo hai, woh hamare bare mein chhaapa hai hi.</w:t>
      </w:r>
    </w:p>
    <w:p>
      <w:pPr>
        <w:jc w:val="right"/>
      </w:pPr>
      <w:r>
        <w:t>چھپتی تھیں برابر۔ یعنی ہر جگہ مجھے بدنام کیا جاتا تھا، ہر پرچے میں، ہر اخبار میں، ہر پرچے میں۔ مسلمانوں کے۔ یہ پہلی بار اتنا یہ ایک ایک نئے phase میں داخل ہوئی گیا کہ پورا پورا پیج جو ہے، وہ ہمارے بارے میں چھپا ہے ہی۔</w:t>
      </w:r>
    </w:p>
    <w:p>
      <w:r>
        <w:rPr>
          <w:b/>
        </w:rPr>
        <w:t xml:space="preserve">[24:56] </w:t>
      </w:r>
      <w:r>
        <w:t>to hum ab kya hamara mission jo hai, naye daur mein dakhil ho gaya hai.</w:t>
      </w:r>
    </w:p>
    <w:p>
      <w:pPr>
        <w:jc w:val="right"/>
      </w:pPr>
      <w:r>
        <w:t>تو ہم اب کیا ہمارا mission جو ہے، نئے دور میں داخل ہو گیا ہے۔</w:t>
      </w:r>
    </w:p>
    <w:p>
      <w:r>
        <w:rPr>
          <w:b/>
        </w:rPr>
        <w:t xml:space="preserve">[25:05] </w:t>
      </w:r>
      <w:r>
        <w:t>dekhiye, yeh yahan mein ek reference dena chahunga ke jo yeh muddat jo mere kaam ki hai, is mein sari duniya mein, na sirf India mein nahi, sari duniya mein musalmanon ne kya kiya?</w:t>
      </w:r>
    </w:p>
    <w:p>
      <w:pPr>
        <w:jc w:val="right"/>
      </w:pPr>
      <w:r>
        <w:t>دیکھیے، یہ یہاں میں ایک reference دینا چاہوں گا کہ جو یہ مدت جو میرے کام کی ہے، اس میں ساری دنیا میں، نہ صرف انڈیا میں نہیں، ساری دنیا میں مسلمانوں نے کیا کیا؟</w:t>
      </w:r>
    </w:p>
    <w:p>
      <w:r>
        <w:rPr>
          <w:b/>
        </w:rPr>
        <w:t xml:space="preserve">[25:20] </w:t>
      </w:r>
      <w:r>
        <w:t>Hate develop kiya. Hate. Yani angrezon se nafrat, yahudiyon se nafrat, hinduo se nafrat, amerikon se nafrat.</w:t>
      </w:r>
    </w:p>
    <w:p>
      <w:pPr>
        <w:jc w:val="right"/>
      </w:pPr>
      <w:r>
        <w:t>Hate develop کیا۔ Hate۔ یعنی انگریزوں سے نفرت، یہودیوں سے نفرت، ہندوؤں سے نفرت، امریکیوں سے نفرت۔</w:t>
      </w:r>
    </w:p>
    <w:p>
      <w:r>
        <w:rPr>
          <w:b/>
        </w:rPr>
        <w:t xml:space="preserve">[25:29] </w:t>
      </w:r>
      <w:r>
        <w:t>nafrat, nafrat, nafrat. To sari soch jo musalmanon ki thi, woh hate par mabni thi. Hate campaign.</w:t>
      </w:r>
    </w:p>
    <w:p>
      <w:pPr>
        <w:jc w:val="right"/>
      </w:pPr>
      <w:r>
        <w:t>نفرت، نفرت، نفرت۔ تو ساری سوچ جو مسلمانوں کی تھی، وہ hate پر مبنی تھی۔ Hate campaign۔</w:t>
      </w:r>
    </w:p>
    <w:p>
      <w:r>
        <w:rPr>
          <w:b/>
        </w:rPr>
        <w:t xml:space="preserve">[25:37] </w:t>
      </w:r>
      <w:r>
        <w:t>To phir kya hua? Hate se kuch baat nahi ban rahi thi, to phir debate campaign chali. Debater paida hue, debater.</w:t>
      </w:r>
    </w:p>
    <w:p>
      <w:pPr>
        <w:jc w:val="right"/>
      </w:pPr>
      <w:r>
        <w:t>تو پھر کیا ہوا؟ Hate سے کچھ بات نہیں بن رہی تھی، تو پھر debate campaign چلی۔ Debater پیدا ہوئے، debater۔</w:t>
      </w:r>
    </w:p>
    <w:p>
      <w:r>
        <w:rPr>
          <w:b/>
        </w:rPr>
        <w:t xml:space="preserve">[25:47] </w:t>
      </w:r>
      <w:r>
        <w:t>jo mez par bulldoze the mall ki boli bolte the. Yani pehle phase mein to hate ki boli boli gayi. Yeh dushman hai, yeh conspiracy karte hain hamare khilaf.</w:t>
      </w:r>
    </w:p>
    <w:p>
      <w:pPr>
        <w:jc w:val="right"/>
      </w:pPr>
      <w:r>
        <w:t>جو میز پر bulldoze the mall کی بولی بولتے تھے۔ یعنی پہلے phase میں تو hate کی بولی بولی گئی۔ یہ دشمن ہے، یہ conspiracy کرتے ہیں ہمارے خلاف۔</w:t>
      </w:r>
    </w:p>
    <w:p>
      <w:r>
        <w:rPr>
          <w:b/>
        </w:rPr>
        <w:t xml:space="preserve">[25:58] </w:t>
      </w:r>
      <w:r>
        <w:t>Yeh chala. Phir debate</w:t>
      </w:r>
    </w:p>
    <w:p>
      <w:pPr>
        <w:jc w:val="right"/>
      </w:pPr>
      <w:r>
        <w:t>یہ چلا۔ پھر debate</w:t>
      </w:r>
    </w:p>
    <w:p>
      <w:r>
        <w:rPr>
          <w:b/>
        </w:rPr>
        <w:t xml:space="preserve">[26:01] </w:t>
      </w:r>
      <w:r>
        <w:t>chala. Debaters jo the, woh is table par khare ho kar ke kehte the bulldoze the mall. Yani shabdon mein, lafzon mein.</w:t>
      </w:r>
    </w:p>
    <w:p>
      <w:pPr>
        <w:jc w:val="right"/>
      </w:pPr>
      <w:r>
        <w:t>چلا۔ Debaters جو تھے، وہ اس table پر کھڑے ہو کر کے کہتے تھے bulldoze the mall۔ یعنی शब्दوں میں، لفظوں میں۔</w:t>
      </w:r>
    </w:p>
    <w:p>
      <w:r>
        <w:rPr>
          <w:b/>
        </w:rPr>
        <w:t xml:space="preserve">[26:10] </w:t>
      </w:r>
      <w:r>
        <w:t>karna kuch nahi tha in ko. Is ke baad is se bhi nahi koi kaam chala. Ab musalmanon ki backwardness mein koi kami nahi aayi. To phir agle is mein gun culture chala.</w:t>
      </w:r>
    </w:p>
    <w:p>
      <w:pPr>
        <w:jc w:val="right"/>
      </w:pPr>
      <w:r>
        <w:t>کرنا کچھ نہیں تھا ان کو۔ اس کے بعد اس سے بھی نہیں کوئی کام چلا۔ اب مسلمانوں کی backwardness میں کوئی کمی نہیں آئی۔ تو پھر اگلے اس میں gun culture چلا۔</w:t>
      </w:r>
    </w:p>
    <w:p>
      <w:r>
        <w:rPr>
          <w:b/>
        </w:rPr>
        <w:t xml:space="preserve">[26:21] </w:t>
      </w:r>
      <w:r>
        <w:t>jagah jagah gun aur bomb musalman marne lage. Gun culture. Phir aap gun culture bhi kuch kaam nahi kiya, is ne bhi work nahi kiya.</w:t>
      </w:r>
    </w:p>
    <w:p>
      <w:pPr>
        <w:jc w:val="right"/>
      </w:pPr>
      <w:r>
        <w:t>جگہ جگہ gun اور بم مسلمان مارنے لگے۔ Gun culture۔ پھر آپ gun culture بھی کچھ کام نہیں کیا، اس نے بھی work نہیں کیا۔</w:t>
      </w:r>
    </w:p>
    <w:p>
      <w:r>
        <w:rPr>
          <w:b/>
        </w:rPr>
        <w:t xml:space="preserve">[26:31] </w:t>
      </w:r>
      <w:r>
        <w:t>Ab yeh bhi Iraq mein jo hua hai ke joota phenka George Bush ke upar ek journalist ne. Ab yeh is mein Downing Street par musalman ne joota phenka.</w:t>
      </w:r>
    </w:p>
    <w:p>
      <w:pPr>
        <w:jc w:val="right"/>
      </w:pPr>
      <w:r>
        <w:t>اب یہ بھی عراق میں جو ہوا ہے کہ جوتا پھینکا جارج بش کے اوپر ایک جرنلسٹ نے۔ اب یہ اس میں ڈاؤننگ اسٹریٹ پر مسلمان نے جوتا پھینکا۔</w:t>
      </w:r>
    </w:p>
    <w:p>
      <w:r>
        <w:rPr>
          <w:b/>
        </w:rPr>
        <w:t xml:space="preserve">[26:45] </w:t>
      </w:r>
      <w:r>
        <w:t>To yani ab joota culture chala rahe hain. Yani hate culture, debate culture, gun culture. Aur last mein joota culture.</w:t>
      </w:r>
    </w:p>
    <w:p>
      <w:pPr>
        <w:jc w:val="right"/>
      </w:pPr>
      <w:r>
        <w:t>تو یعنی اب جوتا کلچر چلا چلا رہے ہیں۔ یعنی hate culture, debate culture, gun culture۔ اور last میں جوتا culture۔</w:t>
      </w:r>
    </w:p>
    <w:p>
      <w:r>
        <w:rPr>
          <w:b/>
        </w:rPr>
        <w:t xml:space="preserve">[26:56] </w:t>
      </w:r>
      <w:r>
        <w:t>Out of frustration. Yeh sab yeh frustration ke phenomena hain. Ke jab hate se kaam nahi chala to debate shuru kiya.</w:t>
      </w:r>
    </w:p>
    <w:p>
      <w:pPr>
        <w:jc w:val="right"/>
      </w:pPr>
      <w:r>
        <w:t>Out of frustration۔ یہ سب یہ frustration کے phenomena ہیں۔ کہ جب hate سے کام نہیں چلا تو debate شروع کیا۔</w:t>
      </w:r>
    </w:p>
    <w:p>
      <w:r>
        <w:rPr>
          <w:b/>
        </w:rPr>
        <w:t xml:space="preserve">[27:06] </w:t>
      </w:r>
      <w:r>
        <w:t>Debate se kaam nahi chala to gun chalaya. Gun se kaam nahi chala to suicide bomb bhi karne lage. Is se bhi kaam nahi chala to ab joota culture chala rahe hain. Kyun ke joota jo hai, yani agar aap kisi jagah jayein, kisi seminar mein, to gate par aap ko agar bomb ya gun hai to aap ko check kiya jayega.</w:t>
      </w:r>
    </w:p>
    <w:p>
      <w:pPr>
        <w:jc w:val="right"/>
      </w:pPr>
      <w:r>
        <w:t>Debate سے کام نہیں چلا تو gun چلایا۔ Gun سے کام نہیں چلا تو suicide bomb بھی کرنے لگے۔ اس سے بھی کام نہیں چلا تو اب جوتا کلچر چلا رہے ہیں۔ کیونکہ جوتا جو ہے، یعنی اگر آپ کسی جگہ جائیں، کسی سیمینار میں، تو gate پر آپ کو اگر بم یا gun ہے تو آپ کو چیک کیا جائے گا۔</w:t>
      </w:r>
    </w:p>
    <w:p>
      <w:r>
        <w:rPr>
          <w:b/>
        </w:rPr>
        <w:t xml:space="preserve">[27:25] </w:t>
      </w:r>
      <w:r>
        <w:t>wahan detector lage rehte hain. To aap aap gun nahi le ja sakte, bomb nahi le ja sakte. Lekin joota to pade rahenge paon mein. Woh to aap pehan ke allow karenge aap ko, jaiye andar.</w:t>
      </w:r>
    </w:p>
    <w:p>
      <w:pPr>
        <w:jc w:val="right"/>
      </w:pPr>
      <w:r>
        <w:t>وہاں detector لگے رہتے ہیں۔ تو آپ آپ gun نہیں لے جا سکتے، بم نہیں لے جا سکتے۔ لیکن جوتا تو پڑے رہیں گے پاؤں میں۔ وہ تو آپ پہن کے allow کریں گے آپ کو، جائیے اندر۔</w:t>
      </w:r>
    </w:p>
    <w:p>
      <w:r>
        <w:rPr>
          <w:b/>
        </w:rPr>
        <w:t xml:space="preserve">[27:38] </w:t>
      </w:r>
      <w:r>
        <w:t>To ab joota culture chala diya. Yeh is poori muddat mein mein akela shakhs tha poori muslim duniya mein jo positive thinking ki taraf logon ko bulata tha.</w:t>
      </w:r>
    </w:p>
    <w:p>
      <w:pPr>
        <w:jc w:val="right"/>
      </w:pPr>
      <w:r>
        <w:t>تو اب جوتا کلچر چلا دیا۔ یہ اس پوری مدت میں میں اکیلا شخص تھا پوری مسلم دنیا میں جو positive thinking کی طرف لوگوں کو بلاتا تھا۔</w:t>
      </w:r>
    </w:p>
    <w:p>
      <w:r>
        <w:rPr>
          <w:b/>
        </w:rPr>
        <w:t xml:space="preserve">[27:51] </w:t>
      </w:r>
      <w:r>
        <w:t>poori muslim duniya mein mein akela shakhs tha.</w:t>
      </w:r>
    </w:p>
    <w:p>
      <w:pPr>
        <w:jc w:val="right"/>
      </w:pPr>
      <w:r>
        <w:t>پوری مسلم دنیا میں میں اکیلا شخص تھا۔</w:t>
      </w:r>
    </w:p>
    <w:p>
      <w:r>
        <w:rPr>
          <w:b/>
        </w:rPr>
        <w:t xml:space="preserve">[27:54] </w:t>
      </w:r>
      <w:r>
        <w:t>Yeh ek waqia hai. Yani Persian journalism, Arab Arab journalism, Urdu journalism, Hindi journalism, English journalism, jitni musalmanon ki hai, koi koi bhi aap nahi bata sakte jo positive thinking par jis ne apni khara kiya ho.</w:t>
      </w:r>
    </w:p>
    <w:p>
      <w:pPr>
        <w:jc w:val="right"/>
      </w:pPr>
      <w:r>
        <w:t>یہ ایک واقعہ ہے۔ یعنی Persian جرنلزم، عرب عرب جرنلزم، اردو جرنلزم، ہندی جرنلزم، انگلش جرنلزم، جتنی مسلمانوں کی ہے، کوئی کوئی بھی آپ نہیں بتا سکتے جو positive thinking پر جس نے اپنی کھڑا کیا ہو۔</w:t>
      </w:r>
    </w:p>
    <w:p>
      <w:r>
        <w:rPr>
          <w:b/>
        </w:rPr>
        <w:t xml:space="preserve">[28:14] </w:t>
      </w:r>
      <w:r>
        <w:t>Yani secular aur aur aur aur religious do dono.</w:t>
      </w:r>
    </w:p>
    <w:p>
      <w:pPr>
        <w:jc w:val="right"/>
      </w:pPr>
      <w:r>
        <w:t>یعنی سیکولر اور اور اور اور religious دو دونوں۔</w:t>
      </w:r>
    </w:p>
    <w:p>
      <w:r>
        <w:rPr>
          <w:b/>
        </w:rPr>
        <w:t xml:space="preserve">[28:20] </w:t>
      </w:r>
      <w:r>
        <w:t>Religious log jo the, woh apni zuban language mein kehte the negative boli. Secular log the, woh apni boli bolte the. Yani human rights jo movement hai, us ko le kar secular log bolte the.</w:t>
      </w:r>
    </w:p>
    <w:p>
      <w:pPr>
        <w:jc w:val="right"/>
      </w:pPr>
      <w:r>
        <w:t>Religious لوگ جو تھے، وہ اپنی زبان language میں کہتے تھے negative بولی۔ سیکولر لوگ تھے، وہ اپنی بولی بولتے تھے۔ یعنی human rights جو movement ہے، اس کو لے کر سیکولر لوگ بولتے تھے۔</w:t>
      </w:r>
    </w:p>
    <w:p>
      <w:r>
        <w:rPr>
          <w:b/>
        </w:rPr>
        <w:t xml:space="preserve">[28:34] </w:t>
      </w:r>
      <w:r>
        <w:t>Aur religion wale log jo the, woh jihad ko le kar bolte the. Yani religious logon ki boli jihad based thi. Aur jo secular log the, woh kya karte the</w:t>
      </w:r>
    </w:p>
    <w:p>
      <w:pPr>
        <w:jc w:val="right"/>
      </w:pPr>
      <w:r>
        <w:t>اور religion والے لوگ جو تھے، وہ جہاد کو لے کر بولتے تھے۔ یعنی religious لوگوں کی بولی جہاد based تھی۔ اور جو سیکولر لوگ تھے، وہ کیا کرتے تھے</w:t>
      </w:r>
    </w:p>
    <w:p>
      <w:r>
        <w:rPr>
          <w:b/>
        </w:rPr>
        <w:t xml:space="preserve">[28:46] </w:t>
      </w:r>
      <w:r>
        <w:t>ke human rights ke jo movement hai, us ke jo norms hain, us ko le kar ke kehte the ke musalmanon par zulm ho raha hai. Boli sab ki ek thi, sirf reference do tha.</w:t>
      </w:r>
    </w:p>
    <w:p>
      <w:pPr>
        <w:jc w:val="right"/>
      </w:pPr>
      <w:r>
        <w:t>کہ human rights کے جو movement ہے، اس کے جو norms ہیں، اس کو لے کر کے کہتے تھے کہ مسلمانوں پر ظلم ہو رہا ہے۔ بولی سب کی ایک تھی، صرف reference دو تھا۔</w:t>
      </w:r>
    </w:p>
    <w:p>
      <w:r>
        <w:rPr>
          <w:b/>
        </w:rPr>
        <w:t xml:space="preserve">[28:57] </w:t>
      </w:r>
      <w:r>
        <w:t>Lekin aap sab kuch aap jante hain ke resultless ho gaya. Koi one person bhi koi result nahi nikla in baaton se.</w:t>
      </w:r>
    </w:p>
    <w:p>
      <w:pPr>
        <w:jc w:val="right"/>
      </w:pPr>
      <w:r>
        <w:t>لیکن آپ سب کچھ آپ جانتے ہیں کہ resultless ہو گیا۔ کوئی one person بھی کوئی result نہیں نکلا ان باتوں سے۔</w:t>
      </w:r>
    </w:p>
    <w:p>
      <w:r>
        <w:rPr>
          <w:b/>
        </w:rPr>
        <w:t xml:space="preserve">[29:06] </w:t>
      </w:r>
      <w:r>
        <w:t>Aur mein pehle din se kehta tha, pehle din se ke is duniya mein aap ko protest se kuch nahi milega. Aur complaint se kuch nahi milega.</w:t>
      </w:r>
    </w:p>
    <w:p>
      <w:pPr>
        <w:jc w:val="right"/>
      </w:pPr>
      <w:r>
        <w:t>اور میں پہلے دن سے کہتا تھا، پہلے دن سے کہ اس دنیا میں آپ کو protest سے کچھ نہیں ملے گا۔ اور complaint سے کچھ نہیں ملے گا۔</w:t>
      </w:r>
    </w:p>
    <w:p>
      <w:r>
        <w:rPr>
          <w:b/>
        </w:rPr>
        <w:t xml:space="preserve">[29:16] </w:t>
      </w:r>
      <w:r>
        <w:t>Lais lil insani illa ma sa'a apni koshish se milega. Aur yeh madrasay mein mujhe yeh sabak mila tha. Jab mein madrasay mein tha to wahan par Maulana Akhtar Hasan Islahi hamare ustad the.</w:t>
      </w:r>
    </w:p>
    <w:p>
      <w:pPr>
        <w:jc w:val="right"/>
      </w:pPr>
      <w:r>
        <w:t>ليس للإنسان إلا ما ساء اپنی کوشش سے ملے گا۔ اور یہ مدرسے میں مجھے یہ سبق ملا تھا۔ جب میں مدرسے میں تھا تو وہاں پر مولانا اختر حسن اصلاحی ہمارے استاد تھے۔</w:t>
      </w:r>
    </w:p>
    <w:p>
      <w:r>
        <w:rPr>
          <w:b/>
        </w:rPr>
        <w:t xml:space="preserve">[29:31] </w:t>
      </w:r>
      <w:r>
        <w:t>woh thay shagird Maulana Hameeduddin Farahi ke.</w:t>
      </w:r>
    </w:p>
    <w:p>
      <w:pPr>
        <w:jc w:val="right"/>
      </w:pPr>
      <w:r>
        <w:t>وہ تھے شاگرد مولانا حمید الدین فرائی کے۔</w:t>
      </w:r>
    </w:p>
    <w:p>
      <w:r>
        <w:rPr>
          <w:b/>
        </w:rPr>
        <w:t xml:space="preserve">[29:36] </w:t>
      </w:r>
      <w:r>
        <w:t>to Maulana Hameeduddin Farahi ka direct tor par shagird nahi hoon mein, lekin indirect tor par mein hoon. Yeh Maulana Hameeduddin Farahi ke shagird thay, Akhtar Hasan Islahi.</w:t>
      </w:r>
    </w:p>
    <w:p>
      <w:pPr>
        <w:jc w:val="right"/>
      </w:pPr>
      <w:r>
        <w:t>تو مولانا حمید الدین فرائی کا direct طور پر شاگرد نہیں ہوں میں، لیکن indirect طور پر میں ہوں۔ یہ مولانا حمید الدین فرائی کے شاگرد تھے، اختر حسن اصلاحی۔</w:t>
      </w:r>
    </w:p>
    <w:p>
      <w:r>
        <w:rPr>
          <w:b/>
        </w:rPr>
        <w:t xml:space="preserve">[29:46] </w:t>
      </w:r>
      <w:r>
        <w:t>aur woh mere saath mere ustad thay woh. To unhon ne hum ko kai kitabein parhai theen, is mein se ek thi Nahjul Balagha. Nahjul Balagha mein Hazrat Ali ke aqwal waghera hain, taqreerein waghera hain.</w:t>
      </w:r>
    </w:p>
    <w:p>
      <w:pPr>
        <w:jc w:val="right"/>
      </w:pPr>
      <w:r>
        <w:t>اور وہ میرے ساتھ میرے استاد تھے وہ۔ تو انہوں نے ہم کو کئی کتابیں پڑھائی تھیں، اس میں سے ایک تھی نہج البلاغہ۔ نہج البلاغہ میں حضرت علی کے اقوال وغیرہ ہیں، تقریریں وغیرہ ہیں۔</w:t>
      </w:r>
    </w:p>
    <w:p>
      <w:r>
        <w:rPr>
          <w:b/>
        </w:rPr>
        <w:t xml:space="preserve">[30:01] </w:t>
      </w:r>
      <w:r>
        <w:t>Hazrat Ali R.A. ke</w:t>
      </w:r>
    </w:p>
    <w:p>
      <w:pPr>
        <w:jc w:val="right"/>
      </w:pPr>
      <w:r>
        <w:t>حضرت علی رضی اللہ عنہ کے</w:t>
      </w:r>
    </w:p>
    <w:p>
      <w:r>
        <w:rPr>
          <w:b/>
        </w:rPr>
        <w:t xml:space="preserve">[30:02] </w:t>
      </w:r>
      <w:r>
        <w:t>. Is mein ek qaul Hazrat Ali ka hota hai ke qeematul mar'u ma yus qeematul mar'u ma yus to is kitab ko hamare sab sathiyon ne parha.</w:t>
      </w:r>
    </w:p>
    <w:p>
      <w:pPr>
        <w:jc w:val="right"/>
      </w:pPr>
      <w:r>
        <w:t>۔ اس میں ایک قول حضرت علی کا ہوتا ہے کہ قيمة المرء مایوس قيمة المرء مایوس تو اس کتاب کو ہمارے سب ساتھیوں نے پڑھا۔</w:t>
      </w:r>
    </w:p>
    <w:p>
      <w:r>
        <w:rPr>
          <w:b/>
        </w:rPr>
        <w:t xml:space="preserve">[30:17] </w:t>
      </w:r>
      <w:r>
        <w:t>aur sainkaron hazaron log jo wahan parhte hain, un sab ne parha. Mein akela shakhs tha, us ko chun liya mein ne.</w:t>
      </w:r>
    </w:p>
    <w:p>
      <w:pPr>
        <w:jc w:val="right"/>
      </w:pPr>
      <w:r>
        <w:t>اور سینکڑوں ہزاروں لوگ جو وہاں پڑھتے ہیں، ان سب نے پڑھا۔ میں اکیلا شخص تھا، اس کو چن لیا میں نے۔</w:t>
      </w:r>
    </w:p>
    <w:p>
      <w:r>
        <w:rPr>
          <w:b/>
        </w:rPr>
        <w:t xml:space="preserve">[30:24] </w:t>
      </w:r>
      <w:r>
        <w:t>kisi mein kisi Islahi ne, jitne bhi Islahi log hain, kisi ko pata nahi mujhe naye aalim ke is is qaul ko us ne liya ho, us qaul se us ki jo andar gehrai hai, us ko woh istemal karta ho, logon ko batata ho.</w:t>
      </w:r>
    </w:p>
    <w:p>
      <w:pPr>
        <w:jc w:val="right"/>
      </w:pPr>
      <w:r>
        <w:t>کسی میں کسی اصلاحی نے، جتنے بھی اصلاحی لوگ ہیں، کسی کو پتہ نہیں مجھے نئے عالم کے اس اس قول کو اس نے لیا ہو، اس قول سے اس کی جو اندر گہرائی ہے، اس کو وہ استعمال کرتا ہو، لوگوں کو بتاتا ہو۔</w:t>
      </w:r>
    </w:p>
    <w:p>
      <w:r>
        <w:rPr>
          <w:b/>
        </w:rPr>
        <w:t xml:space="preserve">[30:37] </w:t>
      </w:r>
      <w:r>
        <w:t>mein akela ek shakhs tha. To qeematul mar'u ma yus is ka matlab kya hai? Is ka matlab English mein yeh hoga ke the value of a person lies in excellence.</w:t>
      </w:r>
    </w:p>
    <w:p>
      <w:pPr>
        <w:jc w:val="right"/>
      </w:pPr>
      <w:r>
        <w:t>میں اکیلا ایک شخص تھا۔ تو قيمة المرء مایوس اس کا مطلب کیا ہے؟ اس کا مطلب انگلش میں یہ ہوگا کہ the value of a person lies in excellence.</w:t>
      </w:r>
    </w:p>
    <w:p>
      <w:r>
        <w:rPr>
          <w:b/>
        </w:rPr>
        <w:t xml:space="preserve">[30:51] </w:t>
      </w:r>
      <w:r>
        <w:t>The value of a person lies in excellence.</w:t>
      </w:r>
    </w:p>
    <w:p>
      <w:pPr>
        <w:jc w:val="right"/>
      </w:pPr>
      <w:r>
        <w:t>The value of a person lies in excellence.</w:t>
      </w:r>
    </w:p>
    <w:p>
      <w:r>
        <w:rPr>
          <w:b/>
        </w:rPr>
        <w:t xml:space="preserve">[30:54] </w:t>
      </w:r>
      <w:r>
        <w:t>yani agar aap koi excellence dikhaein, koi imtiaz dikhaein, koi bara kaam kar kar sakein, to woh woh count karega. Aur baqi protest se kuch nahi hota.</w:t>
      </w:r>
    </w:p>
    <w:p>
      <w:pPr>
        <w:jc w:val="right"/>
      </w:pPr>
      <w:r>
        <w:t>یعنی اگر آپ کوئی excellence دکھائیں، کوئی امتیاز دکھائیں، کوئی بڑا کام کر کر سکیں، تو وہ وہ count کرے گا۔ اور باقی protest سے کچھ نہیں ہوتا۔</w:t>
      </w:r>
    </w:p>
    <w:p>
      <w:r>
        <w:rPr>
          <w:b/>
        </w:rPr>
        <w:t xml:space="preserve">[31:05] </w:t>
      </w:r>
      <w:r>
        <w:t>Demand se kuch nahi hota. Complaint se kuch nahi hota. Yeh sabak mujhe mila tha wahan par. Us waqt se aaj tak mere mind mein goonjta hai woh.</w:t>
      </w:r>
    </w:p>
    <w:p>
      <w:pPr>
        <w:jc w:val="right"/>
      </w:pPr>
      <w:r>
        <w:t>Demand سے کچھ نہیں ہوتا۔ Complaint سے کچھ نہیں ہوتا۔ یہ سبق مجھے ملا تھا وہاں پر۔ اس وقت سے آج تک میرے mind میں گونجتا ہے وہ۔</w:t>
      </w:r>
    </w:p>
    <w:p>
      <w:r>
        <w:rPr>
          <w:b/>
        </w:rPr>
        <w:t xml:space="preserve">[31:15] </w:t>
      </w:r>
      <w:r>
        <w:t>ke is dunya mein aap ko milega to apne apne kisi khaas quality aap dikhaein.</w:t>
      </w:r>
    </w:p>
    <w:p>
      <w:pPr>
        <w:jc w:val="right"/>
      </w:pPr>
      <w:r>
        <w:t>کہ اس دنیا میں آپ کو ملے گا تو اپنے اپنے کسی خاص quality آپ دکھائیں۔</w:t>
      </w:r>
    </w:p>
    <w:p>
      <w:r>
        <w:rPr>
          <w:b/>
        </w:rPr>
        <w:t xml:space="preserve">[31:24] </w:t>
      </w:r>
      <w:r>
        <w:t>Yeh doosre lafzon mein aap yeh keh sakte hain, yeh bhi mein ne wahin paya ke Quran mein jo ayat hai wa amma ma yanfa'un nas fa in kuntu fil lard lekin mein aksar yeh kaha karta hoon ke Quran ki ayaton ko ya hadith ko jab tak aap apne familiar words mein convert na karein, tab tak aap samajh nahi sakte us ko.</w:t>
      </w:r>
    </w:p>
    <w:p>
      <w:pPr>
        <w:jc w:val="right"/>
      </w:pPr>
      <w:r>
        <w:t>یہ دوسرے لفظوں میں آپ یہ کہہ سکتے ہیں، یہ بھی میں نے وہیں پایا کہ قرآن میں جو آیت ہے وَأَمَّا مَا يَنْفَعُ النَّاسُ فَإِنْ كُنْتُ فِي الْلَّرْدِ لیکن میں اکثر یہ کہا کرتا ہوں کہ قرآن کی آیتوں کو یا حدیث کو جب تک آپ اپنے familiar words میں convert نہ کریں، تب تک آپ سمجھ نہیں سکتے اس کو۔</w:t>
      </w:r>
    </w:p>
    <w:p>
      <w:r>
        <w:rPr>
          <w:b/>
        </w:rPr>
        <w:t xml:space="preserve">[31:45] </w:t>
      </w:r>
      <w:r>
        <w:t>Har zamane ka aadmi kuch kuch shabdon se, kuch kuch expressions se woh manoos hota hai, familiar hota hai, woh acquaint hota hai.</w:t>
      </w:r>
    </w:p>
    <w:p>
      <w:pPr>
        <w:jc w:val="right"/>
      </w:pPr>
      <w:r>
        <w:t>ہر زمانے کا آدمی کچھ کچھ शब्दوں سے، کچھ کچھ expressions سے وہ مانوس ہوتا ہے، familiar ہوتا ہے، وہ acquaint ہوتا ہے۔</w:t>
      </w:r>
    </w:p>
    <w:p>
      <w:r>
        <w:rPr>
          <w:b/>
        </w:rPr>
        <w:t xml:space="preserve">[31:54] </w:t>
      </w:r>
      <w:r>
        <w:t>To jab tak us mein woh convert nahi kareinge aap, aap ko woh baat samajh mein nahi ayegi. To yeh jo Quran majeed mein ek wa amma ma yanfa'un nas fa in kuntu fil lard aur hadith mein aata hai ke illa tanfa'u fala tadurruhu is se mein ne kya baat nikali?</w:t>
      </w:r>
    </w:p>
    <w:p>
      <w:pPr>
        <w:jc w:val="right"/>
      </w:pPr>
      <w:r>
        <w:t>تو جب تک اس میں وہ convert نہیں کریں گے آپ، آپ کو وہ بات سمجھ میں نہیں آئے گی۔ تو یہ جو قرآن مجید میں ایک وَأَمَّا مَا يَنْفَعُ النَّاسُ فَإِنْ كُنْتُ فِي الْلَّرْدِ اور حدیث میں آتا ہے کہ إِلَّا الْتَنْفَعُ فَلَا تَضُرَّهُ اس سے میں نے کیا بات نکالی؟</w:t>
      </w:r>
    </w:p>
    <w:p>
      <w:r>
        <w:rPr>
          <w:b/>
        </w:rPr>
        <w:t xml:space="preserve">[32:11] </w:t>
      </w:r>
      <w:r>
        <w:t>ke dunya mein aap ko maqam sirf milega us waqt jab aap giver group banein. Taker group bohat ahem hai.</w:t>
      </w:r>
    </w:p>
    <w:p>
      <w:pPr>
        <w:jc w:val="right"/>
      </w:pPr>
      <w:r>
        <w:t>کہ دنیا میں آپ کو مقام صرف ملے گا اس وقت جب آپ giver group بنیں۔ Taker group بہت اہم ہے۔</w:t>
      </w:r>
    </w:p>
    <w:p>
      <w:r>
        <w:rPr>
          <w:b/>
        </w:rPr>
        <w:t xml:space="preserve">[32:21] </w:t>
      </w:r>
      <w:r>
        <w:t>Taker group.</w:t>
      </w:r>
    </w:p>
    <w:p>
      <w:pPr>
        <w:jc w:val="right"/>
      </w:pPr>
      <w:r>
        <w:t>Taker group۔</w:t>
      </w:r>
    </w:p>
    <w:p>
      <w:r>
        <w:rPr>
          <w:b/>
        </w:rPr>
        <w:t xml:space="preserve">[32:23] </w:t>
      </w:r>
      <w:r>
        <w:t>Agar aap receiving end par hain to kuch nahi milne wala hai aap ko. Is dunya mein giver group ko milta hai jo kuch milta hai.</w:t>
      </w:r>
    </w:p>
    <w:p>
      <w:pPr>
        <w:jc w:val="right"/>
      </w:pPr>
      <w:r>
        <w:t>اگر آپ receiving end پر ہیں تو کچھ نہیں ملنے والا ہے آپ کو۔ اس دنیا میں giver group کو ملتا ہے جو کچھ ملتا ہے۔</w:t>
      </w:r>
    </w:p>
    <w:p>
      <w:r>
        <w:rPr>
          <w:b/>
        </w:rPr>
        <w:t xml:space="preserve">[32:32] </w:t>
      </w:r>
      <w:r>
        <w:t>Taker group ko kuch nahi milta. Taker group ke liye sirf zillat hai, ruswai hai. Yeh us waqt mujhe sabak mila tha. Yani thirties mein ya early forties mein.</w:t>
      </w:r>
    </w:p>
    <w:p>
      <w:pPr>
        <w:jc w:val="right"/>
      </w:pPr>
      <w:r>
        <w:t>Taker group کو کچھ نہیں ملتا۔ Taker group کے لیے صرف ذلت ہے، رسوائی ہے۔ یہ اس وقت مجھے سبق ملا تھا۔ یعنی thirties میں یا early forties میں۔</w:t>
      </w:r>
    </w:p>
    <w:p>
      <w:r>
        <w:rPr>
          <w:b/>
        </w:rPr>
        <w:t xml:space="preserve">[32:48] </w:t>
      </w:r>
      <w:r>
        <w:t>woh mere dimagh mein basa hua tha.</w:t>
      </w:r>
    </w:p>
    <w:p>
      <w:pPr>
        <w:jc w:val="right"/>
      </w:pPr>
      <w:r>
        <w:t>وہ میرے دماغ میں بسا ہوا تھا۔</w:t>
      </w:r>
    </w:p>
    <w:p>
      <w:r>
        <w:rPr>
          <w:b/>
        </w:rPr>
        <w:t xml:space="preserve">[32:50] </w:t>
      </w:r>
      <w:r>
        <w:t>Pehle yeh cheez bohat zyada conscious mind mein nahi hua karti thi. Ab mein ne us ko conscious mind mein pakda aur jo study mein ne ki baat ko, us se mujhe samajh mein aya ek baat ke yeh bohat hi universal principle hai.</w:t>
      </w:r>
    </w:p>
    <w:p>
      <w:pPr>
        <w:jc w:val="right"/>
      </w:pPr>
      <w:r>
        <w:t>پہلے یہ چیز بہت زیادہ conscious mind میں نہیں ہوا کرتی تھی۔ اب میں نے اس کو conscious mind میں پکڑا اور جو study میں نے کی بات کو، اس سے مجھے سمجھ میں آیا ایک بات کہ یہ بہت ہی universal principle ہے۔</w:t>
      </w:r>
    </w:p>
    <w:p>
      <w:r>
        <w:rPr>
          <w:b/>
        </w:rPr>
        <w:t xml:space="preserve">[33:07] </w:t>
      </w:r>
      <w:r>
        <w:t>Universal princip</w:t>
      </w:r>
    </w:p>
    <w:p>
      <w:pPr>
        <w:jc w:val="right"/>
      </w:pPr>
      <w:r>
        <w:t>Universal princip</w:t>
      </w:r>
    </w:p>
    <w:p>
      <w:r>
        <w:rPr>
          <w:b/>
        </w:rPr>
        <w:t xml:space="preserve">[33:08] </w:t>
      </w:r>
      <w:r>
        <w:t>le hai. Aur yeh mein Musalmanon ko bata raha hoon, batata raha, batata raha, bata raha ke agar aap dunya mein chahte hain izzat ki zindagi to harghiz nahi milegi aap ko yeh is qism ki yani protest aur complaint wali tehrikon se.</w:t>
      </w:r>
    </w:p>
    <w:p>
      <w:pPr>
        <w:jc w:val="right"/>
      </w:pPr>
      <w:r>
        <w:t>le ہے۔ اور یہ میں مسلمانوں کو بتا رہا ہوں، بتاتا رہا، بتاتا رہا، بتا رہا کہ اگر آپ دنیا میں چاہتے ہیں عزت کی زندگی تو ہرگز نہیں ملے گی آپ کو یہ اس قسم کی یعنی protest اور complaint والی تحریکوں سے۔</w:t>
      </w:r>
    </w:p>
    <w:p>
      <w:r>
        <w:rPr>
          <w:b/>
        </w:rPr>
        <w:t xml:space="preserve">[33:24] </w:t>
      </w:r>
      <w:r>
        <w:t>Woh to sirf us ki ek hi shart hai ke aap dunya ko dene wale banein. Jab tak aap paane wale hain, tab tak aap zaleel ban kar rehna padega aap ko. To dene wale baniye, tab aap ko izzat milegi.</w:t>
      </w:r>
    </w:p>
    <w:p>
      <w:pPr>
        <w:jc w:val="right"/>
      </w:pPr>
      <w:r>
        <w:t>وہ تو صرف اس کی ایک ہی شرط ہے کہ آپ دنیا کو دینے والے بنیں۔ جب تک آپ پانے والے ہیں، تب تک آپ ذلیل بن کر رہنا پڑے گا آپ کو۔ تو دینے والے بنیے، تب آپ کو عزت ملے گی۔</w:t>
      </w:r>
    </w:p>
    <w:p>
      <w:r>
        <w:rPr>
          <w:b/>
        </w:rPr>
        <w:t xml:space="preserve">[33:36] </w:t>
      </w:r>
      <w:r>
        <w:t>Yeh mein akela tha poori Muslim world mein jis ne jis ne is sabak ko diya. To mein yeh keh raha tha ke Musalmanon ka jo ghalat stand tha, jo shuru hua satrah sau nanwanwe se,</w:t>
      </w:r>
    </w:p>
    <w:p>
      <w:pPr>
        <w:jc w:val="right"/>
      </w:pPr>
      <w:r>
        <w:t>یہ میں اکیلا تھا پوری مسلم world میں جس نے جس نے اس سبق کو دیا۔ تو میں یہ کہہ رہا تھا کہ مسلمانوں کا جو غلط stand تھا، جو شروع ہوا سترہ سو ننانوے سے،</w:t>
      </w:r>
    </w:p>
    <w:p>
      <w:r>
        <w:rPr>
          <w:b/>
        </w:rPr>
        <w:t xml:space="preserve">[33:50] </w:t>
      </w:r>
      <w:r>
        <w:t>aur poore politic press ke zamane mein woh chalta raha, chalta raha, chalta raha. is ki wajah se yeh hamesha negative activities mein rahe.</w:t>
      </w:r>
    </w:p>
    <w:p>
      <w:pPr>
        <w:jc w:val="right"/>
      </w:pPr>
      <w:r>
        <w:t>اور پورے politic press کے زمانے میں وہ چلتا رہا، چلتا رہا، چلتا رہا۔ اس کی وجہ سے یہ ہمیشہ negative activities میں رہے۔</w:t>
      </w:r>
    </w:p>
    <w:p>
      <w:r>
        <w:rPr>
          <w:b/>
        </w:rPr>
        <w:t xml:space="preserve">[33:59] </w:t>
      </w:r>
      <w:r>
        <w:t>pehlay yani hate culture chalaya, phir debate culture chalaya, phir gun culture chalaya, bomb culture chalaya, suicide culture chalaya, aur aakhir mein aap joota culture chala rahay hain.</w:t>
      </w:r>
    </w:p>
    <w:p>
      <w:pPr>
        <w:jc w:val="right"/>
      </w:pPr>
      <w:r>
        <w:t>پہلے یعنی hate culture چلایا، پھر debate culture چلایا، پھر gun culture چلایا، bomb culture چلایا، suicide culture چلایا، اور آخر میں آپ جوتا culture چلا رہے ہیں۔</w:t>
      </w:r>
    </w:p>
    <w:p>
      <w:r>
        <w:rPr>
          <w:b/>
        </w:rPr>
        <w:t xml:space="preserve">[34:11] </w:t>
      </w:r>
      <w:r>
        <w:t>kyunke kuch kar nahi paatay. joota culture kya hai? yeh frustration ka aik phenomena hai. Frustration, mayusi, jhijhlahat.</w:t>
      </w:r>
    </w:p>
    <w:p>
      <w:pPr>
        <w:jc w:val="right"/>
      </w:pPr>
      <w:r>
        <w:t>کیونکہ کچھ کر نہیں پاتے۔ جوتا culture کیا ہے؟ یہ frustration کا ایک phenomena ہے۔ Frustration, مایوسی، جھجلاہٹ۔</w:t>
      </w:r>
    </w:p>
    <w:p>
      <w:r>
        <w:rPr>
          <w:b/>
        </w:rPr>
        <w:t xml:space="preserve">[34:22] </w:t>
      </w:r>
      <w:r>
        <w:t>joota culture kya hai? yeh toh aik self-killing hai. dunya ko batana hai ke hamaray paas kuch nahi hai. jo log joota culture chalaye hain, woh sirf batatay hain ke hamaray paas kuch bhi nahi hai.</w:t>
      </w:r>
    </w:p>
    <w:p>
      <w:pPr>
        <w:jc w:val="right"/>
      </w:pPr>
      <w:r>
        <w:t>جوتا culture کیا ہے؟ یہ تو ایک self-killing ہے۔ دنیا کو بتانا ہے کہ ہمارے پاس کچھ نہیں ہے۔ جو لوگ جوتا culture چلائے ہیں، وہ صرف بتاتے ہیں کہ ہمارے پاس کچھ بھی نہیں ہے۔</w:t>
      </w:r>
    </w:p>
    <w:p>
      <w:r>
        <w:rPr>
          <w:b/>
        </w:rPr>
        <w:t xml:space="preserve">[34:33] </w:t>
      </w:r>
      <w:r>
        <w:t>sirf gaali de saktay hain bas. hum sirf gaali de saktay hain. kitna bura anjaam hai jahan musalmanon ko pohanchaya hai</w:t>
      </w:r>
    </w:p>
    <w:p>
      <w:pPr>
        <w:jc w:val="right"/>
      </w:pPr>
      <w:r>
        <w:t>صرف گالی دے سکتے ہیں بس۔ ہم صرف گالی دے سکتے ہیں۔ کتنا برا انجام ہے جہاں مسلمانوں کو پہنچایا ہے</w:t>
      </w:r>
    </w:p>
    <w:p>
      <w:r>
        <w:rPr>
          <w:b/>
        </w:rPr>
        <w:t xml:space="preserve">[34:41] </w:t>
      </w:r>
      <w:r>
        <w:t>in incompetent leadership mein. mein aap ko arz karoon ke unnees chhiyasath mein lucknow mein aik mashhoor leader se meri baat hui thi.</w:t>
      </w:r>
    </w:p>
    <w:p>
      <w:pPr>
        <w:jc w:val="right"/>
      </w:pPr>
      <w:r>
        <w:t>ان incompetent leadership میں۔ میں آپ کو عرض کروں کہ انیس چھیاسٹھ میں لکھنو میں ایک مشہور leader سے میری بات ہوئی تھی۔</w:t>
      </w:r>
    </w:p>
    <w:p>
      <w:r>
        <w:rPr>
          <w:b/>
        </w:rPr>
        <w:t xml:space="preserve">[34:52] </w:t>
      </w:r>
      <w:r>
        <w:t>woh ghaleban do ghantay tak mein baat karta raha un se ke aap logon ki jo policy hai, woh policy tabah kun hai.</w:t>
      </w:r>
    </w:p>
    <w:p>
      <w:pPr>
        <w:jc w:val="right"/>
      </w:pPr>
      <w:r>
        <w:t>وہ غالباً دو گھنٹے تک میں بات کرتا رہا ان سے کہ آپ لوگوں کی جو policy ہے، وہ policy تباہ کن ہے۔</w:t>
      </w:r>
    </w:p>
    <w:p>
      <w:r>
        <w:rPr>
          <w:b/>
        </w:rPr>
        <w:t xml:space="preserve">[35:00] </w:t>
      </w:r>
      <w:r>
        <w:t>yani woh policy ke doosray ko bura keh kar ke aap musalmanon ko mustaqbil banana chahtay hain. doosron ko bura keh kar ke. toh</w:t>
      </w:r>
    </w:p>
    <w:p>
      <w:pPr>
        <w:jc w:val="right"/>
      </w:pPr>
      <w:r>
        <w:t>یعنی وہ policy کہ دوسرے کو برا کہہ کر کے آپ مسلمانوں کو مستقبل بنانا چاہتے ہیں۔ دوسروں کو برا کہہ کر کے۔ تو</w:t>
      </w:r>
    </w:p>
    <w:p>
      <w:r>
        <w:rPr>
          <w:b/>
        </w:rPr>
        <w:t xml:space="preserve">[35:11] </w:t>
      </w:r>
      <w:r>
        <w:t>meri jo jo kuch mein ne un ko daleel di, jo mein ne un ko argument diya, woh maana nahi unhon ne. toh aakhir mein kya hua? yeh lucknow mein baat hui thi aik masjid mein.</w:t>
      </w:r>
    </w:p>
    <w:p>
      <w:pPr>
        <w:jc w:val="right"/>
      </w:pPr>
      <w:r>
        <w:t>میری جو جو کچھ میں نے ان کو دلیل دی، جو میں نے ان کو argument دیا، وہ مانا نہیں انہوں نے۔ تو آخر میں کیا ہوا؟ یہ لکھنو میں بات ہوئی تھی ایک مسجد میں۔</w:t>
      </w:r>
    </w:p>
    <w:p>
      <w:r>
        <w:rPr>
          <w:b/>
        </w:rPr>
        <w:t xml:space="preserve">[35:22] </w:t>
      </w:r>
      <w:r>
        <w:t>aakhir mein mein utha, mein ro raha tha. ro raha tha aur mein ne un ko salam bhi nahi kiya. itna dukh tha, itna dukh tha ke baghair salam kiye mein kamray se bahar nikal aaya.</w:t>
      </w:r>
    </w:p>
    <w:p>
      <w:pPr>
        <w:jc w:val="right"/>
      </w:pPr>
      <w:r>
        <w:t>آخر میں میں اٹھا، میں رو رہا تھا۔ رو رہا تھا اور میں نے ان کو سلام بھی نہیں کیا۔ اتنا دکھ تھا، اتنا دکھ تھا کہ بغیر سلام کیے میں کمرے سے باہر نکل آیا۔</w:t>
      </w:r>
    </w:p>
    <w:p>
      <w:r>
        <w:rPr>
          <w:b/>
        </w:rPr>
        <w:t xml:space="preserve">[35:33] </w:t>
      </w:r>
      <w:r>
        <w:t>sirf yeh shair parha mein ne.</w:t>
      </w:r>
    </w:p>
    <w:p>
      <w:pPr>
        <w:jc w:val="right"/>
      </w:pPr>
      <w:r>
        <w:t>صرف یہ شعر پڑھا میں نے۔</w:t>
      </w:r>
    </w:p>
    <w:p>
      <w:r>
        <w:rPr>
          <w:b/>
        </w:rPr>
        <w:t xml:space="preserve">[35:35] </w:t>
      </w:r>
      <w:r>
        <w:t>إذا كان الغراب رئيس قوم سیاهی سیاهی ملا دار البواری aik top ke leader thay is zamane mein. ab un ki death ho chuki hai.</w:t>
      </w:r>
    </w:p>
    <w:p>
      <w:pPr>
        <w:jc w:val="right"/>
      </w:pPr>
      <w:r>
        <w:t>إذا كان الغراب رئيس قوم سیاهی سیاهی ملا دار البواری ایک ٹاپ کے leader تھے اس زمانے میں۔ اب ان کی death ہو چکی ہے۔</w:t>
      </w:r>
    </w:p>
    <w:p>
      <w:r>
        <w:rPr>
          <w:b/>
        </w:rPr>
        <w:t xml:space="preserve">[35:45] </w:t>
      </w:r>
      <w:r>
        <w:t>إذا كان الغراب رئيس قوم سیاهی ملا دار البواری is ka translation yeh hai ke jab kauwa leader ban jaye kisi qaum ka toh woh ja kar khadd bhi girayega.</w:t>
      </w:r>
    </w:p>
    <w:p>
      <w:pPr>
        <w:jc w:val="right"/>
      </w:pPr>
      <w:r>
        <w:t>إذا كان الغراب رئيس قوم سیاهی ملا دار البواری اس کا translation یہ ہے کہ جب کوا leader بن جائے کسی قوم کا تو وہ جا کر کھڈ بھی گرائے گا۔</w:t>
      </w:r>
    </w:p>
    <w:p>
      <w:r>
        <w:rPr>
          <w:b/>
        </w:rPr>
        <w:t xml:space="preserve">[35:59] </w:t>
      </w:r>
      <w:r>
        <w:t>yeh mein yeh shair parha, ab mein ro raha tha, ab baghair salam kiye bahar aa gaya.</w:t>
      </w:r>
    </w:p>
    <w:p>
      <w:pPr>
        <w:jc w:val="right"/>
      </w:pPr>
      <w:r>
        <w:t>یہ میں یہ شعر پڑھا، اب میں رو رہا تھا، اب بغیر سلام کیے باہر آ گیا۔</w:t>
      </w:r>
    </w:p>
    <w:p>
      <w:r>
        <w:rPr>
          <w:b/>
        </w:rPr>
        <w:t xml:space="preserve">[36:06] </w:t>
      </w:r>
      <w:r>
        <w:t>toh is ka ab aakhir anjaam tak pohanch chuki hai qaum. isi liye yeh jo hua hai, yeh jo chhaapa hai unhon ne, sach poochay, yeh saada baat nahi hai.</w:t>
      </w:r>
    </w:p>
    <w:p>
      <w:pPr>
        <w:jc w:val="right"/>
      </w:pPr>
      <w:r>
        <w:t>تو اس کا اب آخری انجام تک پہنچ چکی ہے قوم۔ اسی لیے یہ جو ہوا ہے، یہ جو چھاپا ہے انہوں نے، سچ پوچھیں، یہ سادہ بات نہیں ہے۔</w:t>
      </w:r>
    </w:p>
    <w:p>
      <w:r>
        <w:rPr>
          <w:b/>
        </w:rPr>
        <w:t xml:space="preserve">[36:20] </w:t>
      </w:r>
      <w:r>
        <w:t>kya millat ki taraf se is baat ka ailaan hai? doosray walay pe</w:t>
      </w:r>
    </w:p>
    <w:p>
      <w:pPr>
        <w:jc w:val="right"/>
      </w:pPr>
      <w:r>
        <w:t>کیا ملت کی طرف سے اس بات کا اعلان ہے؟ دوسرے والے پہ</w:t>
      </w:r>
    </w:p>
    <w:p>
      <w:r>
        <w:rPr>
          <w:b/>
        </w:rPr>
        <w:t xml:space="preserve">[36:26] </w:t>
      </w:r>
      <w:r>
        <w:t>, doosray pe, ji ji, millat ki taraf se is baat ka ailaan hai ke pichla jo zamana hamara tha, jo negativity par base karta tha, woh khatam.</w:t>
      </w:r>
    </w:p>
    <w:p>
      <w:pPr>
        <w:jc w:val="right"/>
      </w:pPr>
      <w:r>
        <w:t>، دوسرے پہ، جی جی، ملت کی طرف سے اس بات کا اعلان ہے کہ پچھلا جو زمانہ ہمارا تھا، جو negativity پر base کرتا تھا، وہ ختم۔</w:t>
      </w:r>
    </w:p>
    <w:p>
      <w:r>
        <w:rPr>
          <w:b/>
        </w:rPr>
        <w:t xml:space="preserve">[36:35] </w:t>
      </w:r>
      <w:r>
        <w:t>ab hum positivity par naya daur shuru kar rahay hain. is yeh yeh mazmoon is ko symbolize kar raha hai. phir dekhiye,</w:t>
      </w:r>
    </w:p>
    <w:p>
      <w:pPr>
        <w:jc w:val="right"/>
      </w:pPr>
      <w:r>
        <w:t>اب ہم positivity پر نیا دور شروع کر رہے ہیں۔ اس یہ یہ مضمون اس کو symbolize کر رہا ہے۔ پھر دیکھیے،</w:t>
      </w:r>
    </w:p>
    <w:p>
      <w:r>
        <w:rPr>
          <w:b/>
        </w:rPr>
        <w:t xml:space="preserve">[36:48] </w:t>
      </w:r>
      <w:r>
        <w:t>meri zindagi ki kahaniyan bohat hi, meri zindagi bohat eventful rahi hai. Eventful,</w:t>
      </w:r>
    </w:p>
    <w:p>
      <w:pPr>
        <w:jc w:val="right"/>
      </w:pPr>
      <w:r>
        <w:t>میری زندگی کی کہانیاں بہت ہی، میری زندگی بہت eventful رہی ہے۔ Eventful،</w:t>
      </w:r>
    </w:p>
    <w:p>
      <w:r>
        <w:rPr>
          <w:b/>
        </w:rPr>
        <w:t xml:space="preserve">[36:54] </w:t>
      </w:r>
      <w:r>
        <w:t>aik eventful life meri beeti hai. is itni ziyada eventful life batany ke liye mujhe meri family se support milta raha musalsal.</w:t>
      </w:r>
    </w:p>
    <w:p>
      <w:pPr>
        <w:jc w:val="right"/>
      </w:pPr>
      <w:r>
        <w:t>ایک eventful life میری بیتی ہے۔ اس اتنی زیادہ eventful life بتانے کے لیے مجھے میری family سے support ملتا رہا مسلسل۔</w:t>
      </w:r>
    </w:p>
    <w:p>
      <w:r>
        <w:rPr>
          <w:b/>
        </w:rPr>
        <w:t xml:space="preserve">[37:06] </w:t>
      </w:r>
      <w:r>
        <w:t>agar meri family mujhe support na karti toh mein is tarah ki zindagi ko mein mein chala nahi sakta tha. Impossible tha. dekhiye, meri zindagi mein sab se pehla role meri maan ka hai aur mere baap ka.</w:t>
      </w:r>
    </w:p>
    <w:p>
      <w:pPr>
        <w:jc w:val="right"/>
      </w:pPr>
      <w:r>
        <w:t>اگر میری family مجھے support نہ کرتی تو میں اس طرح کی زندگی کو میں میں چلا نہیں سکتا تھا۔ Impossible تھا۔ دیکھیے، میری زندگی میں سب سے پہلا role میری ماں کا ہے اور میرے باپ کا۔</w:t>
      </w:r>
    </w:p>
    <w:p>
      <w:r>
        <w:rPr>
          <w:b/>
        </w:rPr>
        <w:t xml:space="preserve">[37:23] </w:t>
      </w:r>
      <w:r>
        <w:t>maan aur baap ne yeh sabak diya ke sabr karna hai.</w:t>
      </w:r>
    </w:p>
    <w:p>
      <w:pPr>
        <w:jc w:val="right"/>
      </w:pPr>
      <w:r>
        <w:t>ماں اور باپ نے یہ سبق دیا کہ صبر کرنا ہے۔</w:t>
      </w:r>
    </w:p>
    <w:p>
      <w:r>
        <w:rPr>
          <w:b/>
        </w:rPr>
        <w:t xml:space="preserve">[37:29] </w:t>
      </w:r>
      <w:r>
        <w:t>sabr karnay ke maani kya hain? sabr jo hai, negative word nahi hai. yeh positive word hai. sabr jo hai, koi negative word nahi hai. yeh sabr ke maani kya hain?</w:t>
      </w:r>
    </w:p>
    <w:p>
      <w:pPr>
        <w:jc w:val="right"/>
      </w:pPr>
      <w:r>
        <w:t>صبر کرنے کے معنی کیا ہیں؟ صبر جو ہے، negative word نہیں ہے۔ یہ positive word ہے۔ صبر جو ہے، کوئی negative word نہیں ہے۔ یہ صبر کے معنی کیا ہیں؟</w:t>
      </w:r>
    </w:p>
    <w:p>
      <w:r>
        <w:rPr>
          <w:b/>
        </w:rPr>
        <w:t xml:space="preserve">[37:40] </w:t>
      </w:r>
      <w:r>
        <w:t>koi bhi situation jo paida ho, kyunke is dunya mein aadmi ko har waqt koi na koi negative situation paish aati hai.</w:t>
      </w:r>
    </w:p>
    <w:p>
      <w:pPr>
        <w:jc w:val="right"/>
      </w:pPr>
      <w:r>
        <w:t>کوئی بھی situation جو پیدا ہو، کیونکہ اس دنیا میں آدمی کو ہر وقت کوئی نہ کوئی negative situation پیش آتی ہے۔</w:t>
      </w:r>
    </w:p>
    <w:p>
      <w:r>
        <w:rPr>
          <w:b/>
        </w:rPr>
        <w:t xml:space="preserve">[37:48] </w:t>
      </w:r>
      <w:r>
        <w:t>koi provocative situation, koi problem, har waqt subah shaam, har aadmi ke liye, chahe woh george bush ho ya aik aam aadmi ho. har aik.</w:t>
      </w:r>
    </w:p>
    <w:p>
      <w:pPr>
        <w:jc w:val="right"/>
      </w:pPr>
      <w:r>
        <w:t>کوئی provocative situation, کوئی problem، ہر وقت صبح شام، ہر آدمی کے لیے، چاہے وہ جارج بش ہو یا ایک عام آدمی ہو۔ ہر ایک۔</w:t>
      </w:r>
    </w:p>
    <w:p>
      <w:r>
        <w:rPr>
          <w:b/>
        </w:rPr>
        <w:t xml:space="preserve">[37:59] </w:t>
      </w:r>
      <w:r>
        <w:t>to ab dekhen, jorj bash par koi joota phenka gaya, jo ke president hai super power ka. to har ek ko problem pesh aate hain.</w:t>
      </w:r>
    </w:p>
    <w:p>
      <w:pPr>
        <w:jc w:val="right"/>
      </w:pPr>
      <w:r>
        <w:t>تو اب دیکھیں، جارج بش پر کوئی جوتا پھینکا گیا، جو کہ president ہے super power کا۔ تو ہر ایک کو problem پیش آتے ہیں۔</w:t>
      </w:r>
    </w:p>
    <w:p>
      <w:r>
        <w:rPr>
          <w:b/>
        </w:rPr>
        <w:t xml:space="preserve">[38:10] </w:t>
      </w:r>
      <w:r>
        <w:t>to kya karna chahiye? woh yeh sabr. sabr ke maani kya hain? ke emotions ko thaam kar ke, emotions ko rok kar ke, apne mind ko activate karna positive direction mein.</w:t>
      </w:r>
    </w:p>
    <w:p>
      <w:pPr>
        <w:jc w:val="right"/>
      </w:pPr>
      <w:r>
        <w:t>تو کیا کرنا چاہیے؟ وہ یہ صبر۔ صبر کے معنی کیا ہیں؟ کہ emotions کو تھام کر کے، emotions کو روک کر کے، اپنے mind کو activate کرنا positive direction میں۔</w:t>
      </w:r>
    </w:p>
    <w:p>
      <w:r>
        <w:rPr>
          <w:b/>
        </w:rPr>
        <w:t xml:space="preserve">[38:25] </w:t>
      </w:r>
      <w:r>
        <w:t>ke jab aap ko aise experience hon jo aap ko provoke kiya jaye, ya aap ko abuse kiya jaye, jo aap ko nuqsan pohanchaya jaye, ya aap ko disrespect kiya jaye waghera waghera,</w:t>
      </w:r>
    </w:p>
    <w:p>
      <w:pPr>
        <w:jc w:val="right"/>
      </w:pPr>
      <w:r>
        <w:t>کہ جب آپ کو ایسے experience ہوں جو آپ کو provoke کیا جائے، یا آپ کو abuse کیا جائے، جو آپ کو نقصان پہنچایا جائے، یا آپ کو disrespect کیا جائے وغیرہ وغیرہ،</w:t>
      </w:r>
    </w:p>
    <w:p>
      <w:r>
        <w:rPr>
          <w:b/>
        </w:rPr>
        <w:t xml:space="preserve">[38:41] </w:t>
      </w:r>
      <w:r>
        <w:t>to aap ke andar toofan aata hai emotions ka, ghussa aur inteqaam aur revenge. is waqt apne aap ko sambhalen aap.</w:t>
      </w:r>
    </w:p>
    <w:p>
      <w:pPr>
        <w:jc w:val="right"/>
      </w:pPr>
      <w:r>
        <w:t>تو آپ کے اندر طوفان آتا ہے emotions کا، غصہ اور انتقام اور revenge۔ اس وقت اپنے آپ کو سنبھالیں آپ۔</w:t>
      </w:r>
    </w:p>
    <w:p>
      <w:r>
        <w:rPr>
          <w:b/>
        </w:rPr>
        <w:t xml:space="preserve">[38:53] </w:t>
      </w:r>
      <w:r>
        <w:t>to sabr means controlled behavior sabr ka matlab kya hai? controlled behavior. yaani ghussa aaya to react nahi kiya, balkeh apne aap ko thama, socha.</w:t>
      </w:r>
    </w:p>
    <w:p>
      <w:pPr>
        <w:jc w:val="right"/>
      </w:pPr>
      <w:r>
        <w:t>تو صبر means controlled behavior صبر کا مطلب کیا ہے؟ کنٹرولڈ بیہیویئر۔ یعنی غصہ آیا تو react نہیں کیا، بلکہ اپنے آپ کو تھاما، سوچا۔</w:t>
      </w:r>
    </w:p>
    <w:p>
      <w:r>
        <w:rPr>
          <w:b/>
        </w:rPr>
        <w:t xml:space="preserve">[39:05] </w:t>
      </w:r>
      <w:r>
        <w:t>to sabr ka matlab hota hai controlled behavior. yeh poori life mein mein yeh insanon ko sabq deta raha ke you have to adopt the controlled behavior</w:t>
      </w:r>
    </w:p>
    <w:p>
      <w:pPr>
        <w:jc w:val="right"/>
      </w:pPr>
      <w:r>
        <w:t>تو صبر کا مطلب ہوتا ہے کنٹرولڈ بیہیویئر۔ یہ پوری life میں میں یہ انسانوں کو سبق دیتا رہا کہ you have to adopt the controlled behavior</w:t>
      </w:r>
    </w:p>
    <w:p>
      <w:r>
        <w:rPr>
          <w:b/>
        </w:rPr>
        <w:t xml:space="preserve">[39:16] </w:t>
      </w:r>
      <w:r>
        <w:t>emotions ko apne qabu mein rakho, jazbat ko apne qabu mein rakho, aur realities ko dekhte hue socho, plan karo, positive planning.</w:t>
      </w:r>
    </w:p>
    <w:p>
      <w:pPr>
        <w:jc w:val="right"/>
      </w:pPr>
      <w:r>
        <w:t>emotions کو اپنے قابو میں رکھو، جذبات کو اپنے قابو میں رکھو، اور realities کو دیکھتے ہوئے سوچو، plan کرو، positive planning۔</w:t>
      </w:r>
    </w:p>
    <w:p>
      <w:r>
        <w:rPr>
          <w:b/>
        </w:rPr>
        <w:t xml:space="preserve">[39:28] </w:t>
      </w:r>
      <w:r>
        <w:t>to meri maan aur baap se yeh sabq mujhe mila ke sabr, sabr badle mein daim risht paen. yaani kamyabi ka raaz is mein hai ke sabr karo.</w:t>
      </w:r>
    </w:p>
    <w:p>
      <w:pPr>
        <w:jc w:val="right"/>
      </w:pPr>
      <w:r>
        <w:t>تو میری ماں اور باپ سے یہ سبق مجھے ملا کہ صبر، صبر بدلے میں دائم رشت پائیں۔ یعنی کامیابی کا راز اس میں ہے کہ صبر کرو۔</w:t>
      </w:r>
    </w:p>
    <w:p>
      <w:r>
        <w:rPr>
          <w:b/>
        </w:rPr>
        <w:t xml:space="preserve">[39:39] </w:t>
      </w:r>
      <w:r>
        <w:t>sabr badle mein daim risht paane ka matlab yeh hai ke sabr karo, control karo,</w:t>
      </w:r>
    </w:p>
    <w:p>
      <w:pPr>
        <w:jc w:val="right"/>
      </w:pPr>
      <w:r>
        <w:t>صبر بدلے میں دائم رشت پانے کا مطلب یہ ہے کہ صبر کرو، کنٹرول کرو،</w:t>
      </w:r>
    </w:p>
    <w:p>
      <w:r>
        <w:rPr>
          <w:b/>
        </w:rPr>
        <w:t xml:space="preserve">[39:46] </w:t>
      </w:r>
      <w:r>
        <w:t>apne jazbat ko roko, tab tumhein kamyabi milegi. yeh mera ek message ban gaya poori life mein.</w:t>
      </w:r>
    </w:p>
    <w:p>
      <w:pPr>
        <w:jc w:val="right"/>
      </w:pPr>
      <w:r>
        <w:t>اپنے جذبات کو روکو، تب تمہیں کامیابی ملے گی۔ یہ میرا ایک message بن گیا پوری life میں۔</w:t>
      </w:r>
    </w:p>
    <w:p>
      <w:r>
        <w:rPr>
          <w:b/>
        </w:rPr>
        <w:t xml:space="preserve">[39:56] </w:t>
      </w:r>
      <w:r>
        <w:t>is ke baad dekhiye, yaani family ke support ke bare mein mein kuch arz</w:t>
      </w:r>
    </w:p>
    <w:p>
      <w:pPr>
        <w:jc w:val="right"/>
      </w:pPr>
      <w:r>
        <w:t>اس کے بعد دیکھیے، یعنی family کے support کے بارے میں میں کچھ عرض</w:t>
      </w:r>
    </w:p>
    <w:p>
      <w:r>
        <w:rPr>
          <w:b/>
        </w:rPr>
        <w:t xml:space="preserve">[40:02] </w:t>
      </w:r>
      <w:r>
        <w:t>kar raha hoon. bahar ke logon ne meri is team se mujhe support mila bohat ziyada, aur dunya mein bohat se log hain jinhone mujhe support diya, is mein koi shakk nahi.</w:t>
      </w:r>
    </w:p>
    <w:p>
      <w:pPr>
        <w:jc w:val="right"/>
      </w:pPr>
      <w:r>
        <w:t>کر رہا ہوں۔ باہر کے لوگوں نے میری اس ٹیم سے مجھے support ملا بہت زیادہ، اور دنیا میں بہت سے لوگ ہیں جنہوں نے مجھے support دیا، اس میں کوئی شک نہیں۔</w:t>
      </w:r>
    </w:p>
    <w:p>
      <w:r>
        <w:rPr>
          <w:b/>
        </w:rPr>
        <w:t xml:space="preserve">[40:11] </w:t>
      </w:r>
      <w:r>
        <w:t>lekin is waqt mein family ke support ke bare mein kuch karna chahta hoon ke yeh to mere waldein ka contribution tha meri zindagi mein.</w:t>
      </w:r>
    </w:p>
    <w:p>
      <w:pPr>
        <w:jc w:val="right"/>
      </w:pPr>
      <w:r>
        <w:t>لیکن اس وقت میں family کے support کے بارے میں کچھ کرنا چاہتا ہوں کہ یہ تو میرے والدین کا contribution تھا میری زندگی میں۔</w:t>
      </w:r>
    </w:p>
    <w:p>
      <w:r>
        <w:rPr>
          <w:b/>
        </w:rPr>
        <w:t xml:space="preserve">[40:21] </w:t>
      </w:r>
      <w:r>
        <w:t>sofi abdul majeed sahib ne mujhe yaani deeni taleem dilwai, arabi taleem aur deeni taleem. agar mein chala gaya hota angrezi line mein to kabhi bhi mein is mission ko nahi shuru kar sakta tha.</w:t>
      </w:r>
    </w:p>
    <w:p>
      <w:pPr>
        <w:jc w:val="right"/>
      </w:pPr>
      <w:r>
        <w:t>صوفی عبدالمجید صاحب نے مجھے یعنی دینی تعلیم دلوائی، عربی تعلیم اور دینی تعلیم۔ اگر میں چلا گیا ہوتا انگریزی لائن میں تو کبھی بھی میں اس مشن کو نہیں شروع کر سکتا تھا۔</w:t>
      </w:r>
    </w:p>
    <w:p>
      <w:r>
        <w:rPr>
          <w:b/>
        </w:rPr>
        <w:t xml:space="preserve">[40:34] </w:t>
      </w:r>
      <w:r>
        <w:t>to sofi abdul majeed ka yeh karname hai ke unhon ne mujhe deeni taleem ya arabi taleem ki taraf dakhil kiya. phir is ke baad dekhiye,</w:t>
      </w:r>
    </w:p>
    <w:p>
      <w:pPr>
        <w:jc w:val="right"/>
      </w:pPr>
      <w:r>
        <w:t>تو صوفی عبدالمجید کا یہ کارنامہ ہے کہ انہوں نے مجھے دینی تعلیم یا عربی تعلیم کی طرف داخل کیا۔ پھر اس کے بعد دیکھیے،</w:t>
      </w:r>
    </w:p>
    <w:p>
      <w:r>
        <w:rPr>
          <w:b/>
        </w:rPr>
        <w:t xml:space="preserve">[40:44] </w:t>
      </w:r>
      <w:r>
        <w:t>jo mere bare bhai the, mere bare bhai ne mujhe chhod diya ke tum khoob parho likho, baqi jo hai zimmedari meri.</w:t>
      </w:r>
    </w:p>
    <w:p>
      <w:pPr>
        <w:jc w:val="right"/>
      </w:pPr>
      <w:r>
        <w:t>جو میرے بڑے بھائی تھے، میرے بڑے بھائی نے مجھے چھوڑ دیا کہ تم خوب پڑھو لکھو، باقی جو ہے ذمہ داری میری۔</w:t>
      </w:r>
    </w:p>
    <w:p>
      <w:r>
        <w:rPr>
          <w:b/>
        </w:rPr>
        <w:t xml:space="preserve">[40:56] </w:t>
      </w:r>
      <w:r>
        <w:t>baqi zimmedari meri hai. yaani jo zimmedariyan aadmi ki hoti hain, har aadmi ki zimmedari hoti hai, us ko unhon ne apne upar le liya aur mujh ko kaha ke parho.</w:t>
      </w:r>
    </w:p>
    <w:p>
      <w:pPr>
        <w:jc w:val="right"/>
      </w:pPr>
      <w:r>
        <w:t>باقی ذمہ داری میری ہے۔ یعنی جو ذمہ داریاں آدمی کی ہوتی ہیں، ہر آدمی کی ذمہ داری ہوتی ہے، اس کو انہوں نے اپنے اوپر لے لیا اور مجھ کو کہا کہ پڑھو۔</w:t>
      </w:r>
    </w:p>
    <w:p>
      <w:r>
        <w:rPr>
          <w:b/>
        </w:rPr>
        <w:t xml:space="preserve">[41:06] </w:t>
      </w:r>
      <w:r>
        <w:t>to mein sirf parhta raha, parhta raha, parhta raha, ya likhta raha. to bare bhai, un ka naam tha abdul aziz khan.</w:t>
      </w:r>
    </w:p>
    <w:p>
      <w:pPr>
        <w:jc w:val="right"/>
      </w:pPr>
      <w:r>
        <w:t>تو میں صرف پڑھتا رہا، پڑھتا رہا، پڑھتا رہا، یا لکھتا رہا۔ تو بڑے بھائی، ان کا نام تھا عبدالعزیز خان۔</w:t>
      </w:r>
    </w:p>
    <w:p>
      <w:r>
        <w:rPr>
          <w:b/>
        </w:rPr>
        <w:t xml:space="preserve">[41:15] </w:t>
      </w:r>
      <w:r>
        <w:t>abdul aziz khan jo hai, bohat hi zabardast aadmi the. unhon ne ek company banai thi, light and company limited. light and company private limited, ilahabad mein.</w:t>
      </w:r>
    </w:p>
    <w:p>
      <w:pPr>
        <w:jc w:val="right"/>
      </w:pPr>
      <w:r>
        <w:t>عبدالعزیز خان جو ہے، بہت ہی زبردست آدمی تھے۔ انہوں نے ایک کمپنی بنائی تھی، لائٹ اینڈ کمپنی لمیٹڈ۔ لائٹ اینڈ کمپنی پرائیویٹ لمیٹڈ، الہ آباد میں۔</w:t>
      </w:r>
    </w:p>
    <w:p>
      <w:r>
        <w:rPr>
          <w:b/>
        </w:rPr>
        <w:t xml:space="preserve">[41:28] </w:t>
      </w:r>
      <w:r>
        <w:t>to un ki death hui bombay mein. unhon ne mujhe goya azaad kar diya ke tum khoob parho, khoob parho, khoob parho.</w:t>
      </w:r>
    </w:p>
    <w:p>
      <w:pPr>
        <w:jc w:val="right"/>
      </w:pPr>
      <w:r>
        <w:t>تو ان کی death ہوئی بمبئی میں۔ انہوں نے مجھے گویا آزاد کر دیا کہ تم خوب پڑھو، خوب پڑھو، خوب پڑھو۔</w:t>
      </w:r>
    </w:p>
    <w:p>
      <w:r>
        <w:rPr>
          <w:b/>
        </w:rPr>
        <w:t xml:space="preserve">[41:38] </w:t>
      </w:r>
      <w:r>
        <w:t>phir is ke baad dekhiye, mein likhta raha, parhta raha, likhta raha, parhta raha. to baqayda jo meri kitab chhapi hai, pehli bar woh chhapi hai urdu mein,</w:t>
      </w:r>
    </w:p>
    <w:p>
      <w:pPr>
        <w:jc w:val="right"/>
      </w:pPr>
      <w:r>
        <w:t>پھر اس کے بعد دیکھیے، میں لکھتا رہا، پڑھتا رہا، لکھتا رہا، پڑھتا رہا۔ تو باقاعدہ جو میری کتاب چھپی ہے، پہلی بار وہ چھپی ہے اردو میں،</w:t>
      </w:r>
    </w:p>
    <w:p>
      <w:r>
        <w:rPr>
          <w:b/>
        </w:rPr>
        <w:t xml:space="preserve">[41:54] </w:t>
      </w:r>
      <w:r>
        <w:t>mazhab jadeed challenge aur islam. in dono kitabon mein doctor zafar aslam ka bohat ziyada hath hai. dekhiye, islam maine likhi thi, likh kar ke us ko shelf pe</w:t>
      </w:r>
    </w:p>
    <w:p>
      <w:pPr>
        <w:jc w:val="right"/>
      </w:pPr>
      <w:r>
        <w:t>مذہب جدید چیلنج اور الاسلام۔ ان دونوں کتابوں میں ڈاکٹر ظفرالسلام کا بہت زیادہ ہاتھ ہے۔ دیکھیے، الاسلام میں نے لکھی تھی، لکھ کر کے اس کو shelf پہ</w:t>
      </w:r>
    </w:p>
    <w:p>
      <w:r>
        <w:rPr>
          <w:b/>
        </w:rPr>
        <w:t xml:space="preserve">[42:05] </w:t>
      </w:r>
      <w:r>
        <w:t>rakh diya tha. mein samajhta tha ke meri zindagi mein chhapegi nahi. is mein maine likha tha is ke preface mein ke ab yeh isi kitab par meri maut aayegi, ghaliban is ke aage mujhe kuch likhne likh nahi sakunga.</w:t>
      </w:r>
    </w:p>
    <w:p>
      <w:pPr>
        <w:jc w:val="right"/>
      </w:pPr>
      <w:r>
        <w:t>رکھ دیا تھا۔ میں سمجھتا تھا کہ میری زندگی میں چھپے گی نہیں۔ اس میں میں نے لکھا تھا اس کے preface میں کہ اب یہ اسی کتاب پر میری موت آئے گی، غالباً اس کے آگے مجھے کچھ لکھنے لکھ نہیں سکوں گا۔</w:t>
      </w:r>
    </w:p>
    <w:p>
      <w:r>
        <w:rPr>
          <w:b/>
        </w:rPr>
        <w:t xml:space="preserve">[42:20] </w:t>
      </w:r>
      <w:r>
        <w:t>lekin maine apni zindagi ke tajrubaat ko, jo maine parha, jo seekha, jo jaana, us ko maine is kitab mein likh diya hai.</w:t>
      </w:r>
    </w:p>
    <w:p>
      <w:pPr>
        <w:jc w:val="right"/>
      </w:pPr>
      <w:r>
        <w:t>لیکن میں نے اپنی زندگی کے تجربات کو، جو میں نے پڑھا، جو سیکھا، جو جانا، اس کو میں نے اس کتاب میں لکھ دیا ہے۔</w:t>
      </w:r>
    </w:p>
    <w:p>
      <w:r>
        <w:rPr>
          <w:b/>
        </w:rPr>
        <w:t xml:space="preserve">[42:28] </w:t>
      </w:r>
      <w:r>
        <w:t>dosri maine kahani likhi thi is kitab mein, the story of an african farm ek kitab hai. to waise to woh novel hai, us mein ek kahani likhi hai.</w:t>
      </w:r>
    </w:p>
    <w:p>
      <w:pPr>
        <w:jc w:val="right"/>
      </w:pPr>
      <w:r>
        <w:t>دوسری میں نے کہانی لکھی تھی اس کتاب میں، The Story of an African Farm ایک کتاب ہے۔ تو ویسے تو وہ ناول ہے، اس میں ایک کہانی لکھی ہے۔</w:t>
      </w:r>
    </w:p>
    <w:p>
      <w:r>
        <w:rPr>
          <w:b/>
        </w:rPr>
        <w:t xml:space="preserve">[42:41] </w:t>
      </w:r>
      <w:r>
        <w:t>is mein ke ek aadmi tha jis ko sachai ki talash thi, sachai ki talash. to wo sachai ki talash mein nikal pada.</w:t>
      </w:r>
    </w:p>
    <w:p>
      <w:pPr>
        <w:jc w:val="right"/>
      </w:pPr>
      <w:r>
        <w:t>اس میں کہ ایک آدمی تھا جس کو سچائی کی تلاش تھی، سچائی کی تلاش۔ تو وہ سچائی کی تلاش میں نکل پڑا۔</w:t>
      </w:r>
    </w:p>
    <w:p>
      <w:r>
        <w:rPr>
          <w:b/>
        </w:rPr>
        <w:t xml:space="preserve">[42:53] </w:t>
      </w:r>
      <w:r>
        <w:t>to ek pahaar par pahuncha, to maloom hua ke is pahaar ke top par wo sachai ek chirya ki shakal mein hai, ek safed chirya. wo safed chirya jo hai, wo symbolize kar rahi hai sachai ko, aur wo is pahaar ke top par hai.</w:t>
      </w:r>
    </w:p>
    <w:p>
      <w:pPr>
        <w:jc w:val="right"/>
      </w:pPr>
      <w:r>
        <w:t>تو ایک پہاڑ پر پہنچا، تو معلوم ہوا کہ اس پہاڑ کے ٹاپ پر وہ سچائی ایک چڑیا کی شکل میں ہے، ایک سفید چڑیا۔ وہ سفید چڑیا جو ہے، وہ symbolize کر رہی ہے سچائی کو، اور وہ اس پہاڑ کے ٹاپ پر ہے۔</w:t>
      </w:r>
    </w:p>
    <w:p>
      <w:r>
        <w:rPr>
          <w:b/>
        </w:rPr>
        <w:t xml:space="preserve">[43:06] </w:t>
      </w:r>
      <w:r>
        <w:t>ye kahani hai is mein, The Story of an African Farm to wo aadmi chadhta hai, chadhta hai, aur chadhne ke liye is ko stair banane p</w:t>
      </w:r>
    </w:p>
    <w:p>
      <w:pPr>
        <w:jc w:val="right"/>
      </w:pPr>
      <w:r>
        <w:t>یہ کہانی ہے اس میں، The Story of an African Farm تو وہ آدمی چڑھتا ہے، چڑھتا ہے، اور چڑھنے کے لیے اس کو stair بنانے پ</w:t>
      </w:r>
    </w:p>
    <w:p>
      <w:r>
        <w:rPr>
          <w:b/>
        </w:rPr>
        <w:t xml:space="preserve">[43:19] </w:t>
      </w:r>
      <w:r>
        <w:t>adhte hain. ye pathar kaat kaat ke stair zeene banane padte hain. to zeena banata hai, chadhta hai, zeena banata hai, chadhta hai. kehta hai, bilkul jab top ke qareeb pahunchta hai wo, to gir padta hai, wo thak kar ke gir padta hai,</w:t>
      </w:r>
    </w:p>
    <w:p>
      <w:pPr>
        <w:jc w:val="right"/>
      </w:pPr>
      <w:r>
        <w:t>ڑتے ہیں۔ یہ پتھر کاٹ کاٹ کے stair زینے بنانے پڑتے ہیں۔ تو زینہ بناتا ہے، چڑھتا ہے، زینہ بناتا ہے، چڑھتا ہے۔ کہتا ہے، بالکل جب ٹاپ کے قریب پہنچتا ہے وہ، تو گر پڑتا ہے، وہ تھک کر کے گر پڑتا ہے،</w:t>
      </w:r>
    </w:p>
    <w:p>
      <w:r>
        <w:rPr>
          <w:b/>
        </w:rPr>
        <w:t xml:space="preserve">[43:34] </w:t>
      </w:r>
      <w:r>
        <w:t>aur us ki maut ka waqt aa jata hai. jab wo gir pada to upar se ek par girta hai, us ke seene par aata hai. wo dekhta hai to safed par hai, wo</w:t>
      </w:r>
    </w:p>
    <w:p>
      <w:pPr>
        <w:jc w:val="right"/>
      </w:pPr>
      <w:r>
        <w:t>اور اس کی موت کا وقت آ جاتا ہے۔ جب وہ گر پڑا تو اوپر سے ایک پر گرتا ہے، اس کے سینے پر آتا ہے۔ وہ دیکھتا ہے تو سفید پر ہے، وہ</w:t>
      </w:r>
    </w:p>
    <w:p>
      <w:r>
        <w:rPr>
          <w:b/>
        </w:rPr>
        <w:t xml:space="preserve">[43:47] </w:t>
      </w:r>
      <w:r>
        <w:t>safed par. to us ko yaqeen ho jata hai ke wo sachai ka safed chirya is top par hai. phir wo ek kehte hain, mar jata hai ke mere baad aane walon ko pichli seedhiyan nahi banani padengi.</w:t>
      </w:r>
    </w:p>
    <w:p>
      <w:pPr>
        <w:jc w:val="right"/>
      </w:pPr>
      <w:r>
        <w:t>سفید پر۔ تو اس کو یقین ہو جاتا ہے کہ وہ سچائی کا سفید چڑیا اس ٹاپ پر ہے۔ پھر وہ ایک کہتے ہیں، مر جاتا ہے کہ میرے بعد آنے والوں کو پچھلی سیڑھیاں نہیں بنانی پڑیں گی۔</w:t>
      </w:r>
    </w:p>
    <w:p>
      <w:r>
        <w:rPr>
          <w:b/>
        </w:rPr>
        <w:t xml:space="preserve">[44:02] </w:t>
      </w:r>
      <w:r>
        <w:t>ab yahan se wo charhai shuru karenge. peeche peeche seedhiyan un ko bari banai mil jayengi. to wo ek kehti hai, mar jata hai ke mere baad aane walon ko</w:t>
      </w:r>
    </w:p>
    <w:p>
      <w:pPr>
        <w:jc w:val="right"/>
      </w:pPr>
      <w:r>
        <w:t>اب یہاں سے وہ چڑھائی شروع کریں گے۔ پیچھے پیچھے سیڑھیاں ان کو بڑی بنائی مل جائیں گی۔ تو وہ ایک کہتی ہے، مر جاتا ہے کہ میرے بعد آنے والوں کو</w:t>
      </w:r>
    </w:p>
    <w:p>
      <w:r>
        <w:rPr>
          <w:b/>
        </w:rPr>
        <w:t xml:space="preserve">[44:14] </w:t>
      </w:r>
      <w:r>
        <w:t>. wo kehta hai ke agarchay main sachai ki chirya tak nahi pahunch saka, lekin mere baad aane walay pahunch jayenge. kyunke meri banai hui seedhiyon ko istemal karenge, aur phir yahan tak pahunch kar ke aagay badhenge wo.</w:t>
      </w:r>
    </w:p>
    <w:p>
      <w:pPr>
        <w:jc w:val="right"/>
      </w:pPr>
      <w:r>
        <w:t>۔ وہ کہتا ہے کہ اگرچہ میں سچائی کی چڑیا تک نہیں پہنچ سکا، لیکن میرے بعد آنے والے پہنچ جائیں گے۔ کیونکہ میری بنائی ہوئی سیڑھیوں کو استعمال کریں گے، اور پھر یہاں تک پہنچ کر کے آگے بڑھیں گے وہ۔</w:t>
      </w:r>
    </w:p>
    <w:p>
      <w:r>
        <w:rPr>
          <w:b/>
        </w:rPr>
        <w:t xml:space="preserve">[44:28] </w:t>
      </w:r>
      <w:r>
        <w:t>to unhein sachai mil jayegi. ye kehte hain, mar jata hai wo. ye main ne likha tha is ke preface mein. to main samajhta tha ke Islam jo main ne likh di hai, ab isi mein mera khatma hai.</w:t>
      </w:r>
    </w:p>
    <w:p>
      <w:pPr>
        <w:jc w:val="right"/>
      </w:pPr>
      <w:r>
        <w:t>تو انہیں سچائی مل جائے گی۔ یہ کہتے ہیں، مر جاتا ہے وہ۔ یہ میں نے لکھا تھا اس کے preface میں۔ تو میں سمجھتا تھا کہ الاسلام جو میں نے لکھ دی ہے، اب اسی میں میرا خاتمہ ہے۔</w:t>
      </w:r>
    </w:p>
    <w:p>
      <w:r>
        <w:rPr>
          <w:b/>
        </w:rPr>
        <w:t xml:space="preserve">[44:39] </w:t>
      </w:r>
      <w:r>
        <w:t>to Zafar Islam sahib ne is ko chhapwaya. aise rakh diya tha main ne.</w:t>
      </w:r>
    </w:p>
    <w:p>
      <w:pPr>
        <w:jc w:val="right"/>
      </w:pPr>
      <w:r>
        <w:t>تو ظفرالسلام صاحب نے اس کو چھپوایا۔ ایسے رکھ دیا تھا میں نے۔</w:t>
      </w:r>
    </w:p>
    <w:p>
      <w:r>
        <w:rPr>
          <w:b/>
        </w:rPr>
        <w:t xml:space="preserve">[44:44] </w:t>
      </w:r>
      <w:r>
        <w:t>unhon ne is ki kitabat karwai, is ko urdu mein chhapwaya. phir Mazhab-e-Jadeed Challenge, jo kitab main ne likhi thi, jo pehli baar chhapi thi Lucknow se, to Dr. Zafar Islam sahib us waqt Cairo mein thay, Cairo mein.</w:t>
      </w:r>
    </w:p>
    <w:p>
      <w:pPr>
        <w:jc w:val="right"/>
      </w:pPr>
      <w:r>
        <w:t>انہوں نے اس کی کتابت کروائی، اس کو اردو میں چھپوایا۔ پھر مذہب جدید چیلنج، جو کتاب میں نے لکھی تھی، جو پہلی بار چھپی تھی لکھنو سے، تو ڈاکٹر ظفرالسلام صاحب اس وقت قاہرہ میں تھے، قاہرہ میں۔</w:t>
      </w:r>
    </w:p>
    <w:p>
      <w:r>
        <w:rPr>
          <w:b/>
        </w:rPr>
        <w:t xml:space="preserve">[45:00] </w:t>
      </w:r>
      <w:r>
        <w:t>wahan unhon ne is kitab ko parha. to un ke dil mein jazba paida hua ke is ka Arabic mein translation kiya jaye.</w:t>
      </w:r>
    </w:p>
    <w:p>
      <w:pPr>
        <w:jc w:val="right"/>
      </w:pPr>
      <w:r>
        <w:t>وہاں انہوں نے اس کتاب کو پڑھا۔ تو ان کے دل میں جذبہ پیدا ہوا کہ اس کا عربک میں translation کیا جائے۔</w:t>
      </w:r>
    </w:p>
    <w:p>
      <w:r>
        <w:rPr>
          <w:b/>
        </w:rPr>
        <w:t xml:space="preserve">[45:08] </w:t>
      </w:r>
      <w:r>
        <w:t>wahan wo student thay ye. to ek bohat bohat zabardast kahani ye hai ke wahan par ek top ke hua karte thay, Sheikh Abdul Latif Daraz.</w:t>
      </w:r>
    </w:p>
    <w:p>
      <w:pPr>
        <w:jc w:val="right"/>
      </w:pPr>
      <w:r>
        <w:t>وہاں وہ student تھے یہ۔ تو ایک بہت بہت زبردست کہانی یہ ہے کہ وہاں پر ایک ٹاپ کے ہوا کرتے تھے، شیخ عبداللطیف دراز۔</w:t>
      </w:r>
    </w:p>
    <w:p>
      <w:r>
        <w:rPr>
          <w:b/>
        </w:rPr>
        <w:t xml:space="preserve">[45:19] </w:t>
      </w:r>
      <w:r>
        <w:t>wo us waqt ke Cairo mein ek top ki shakhsiyat thay wo. aur ek bohat hi well-known adib thay, writer.</w:t>
      </w:r>
    </w:p>
    <w:p>
      <w:pPr>
        <w:jc w:val="right"/>
      </w:pPr>
      <w:r>
        <w:t>وہ اس وقت کے قاہرہ میں ایک ٹاپ کی شخصیت تھے وہ۔ اور ایک بہت ہی well-known ادیب تھے، writer۔</w:t>
      </w:r>
    </w:p>
    <w:p>
      <w:r>
        <w:rPr>
          <w:b/>
        </w:rPr>
        <w:t xml:space="preserve">[45:29] </w:t>
      </w:r>
      <w:r>
        <w:t>un ka naam tha Dr. Abdul Saboor Shaheen. un se un ka contact</w:t>
      </w:r>
    </w:p>
    <w:p>
      <w:pPr>
        <w:jc w:val="right"/>
      </w:pPr>
      <w:r>
        <w:t>ان کا نام تھا ڈاکٹر عبدالصبور شاہین۔ ان سے ان کا contact</w:t>
      </w:r>
    </w:p>
    <w:p>
      <w:r>
        <w:rPr>
          <w:b/>
        </w:rPr>
        <w:t xml:space="preserve">[45:35] </w:t>
      </w:r>
      <w:r>
        <w:t>hua. unhon ne is ka kuch translation kar ke dikhaya ke aisi kitab ek chhapi hai. to bohat bohat ziyada wo is se impress hue, unhon ne kaha ke is poori kitab ko tarjuma hona chahiye.</w:t>
      </w:r>
    </w:p>
    <w:p>
      <w:pPr>
        <w:jc w:val="right"/>
      </w:pPr>
      <w:r>
        <w:t>ہوا۔ انہوں نے اس کا کچھ translation کر کے دکھایا کہ ایسی کتاب ایک چھپی ہے۔ تو بہت بہت زیادہ وہ اس سے impress ہوئے، انہوں نے کہا کہ اس پوری کتاب کو ترجمہ ہونا چاہیے۔</w:t>
      </w:r>
    </w:p>
    <w:p>
      <w:r>
        <w:rPr>
          <w:b/>
        </w:rPr>
        <w:t xml:space="preserve">[45:47] </w:t>
      </w:r>
      <w:r>
        <w:t>to Zafar Islam sahib ne is urdu kitab ko Arabic mein apni zaban mein tarjuma kiya. aur phir Sheikh Daraz sahib ne ye kiya ke rozana teen aadmi ka wahan par ek ek team baithti thi.</w:t>
      </w:r>
    </w:p>
    <w:p>
      <w:pPr>
        <w:jc w:val="right"/>
      </w:pPr>
      <w:r>
        <w:t>تو ظفرالسلام صاحب نے اس اردو کتاب کو عربک میں اپنی زبان میں ترجمہ کیا۔ اور پھر شیخ دراز صاحب نے یہ کیا کہ روزانہ تین آدمی کا وہاں پر ایک ایک ٹیم بیٹھتی تھی۔</w:t>
      </w:r>
    </w:p>
    <w:p>
      <w:r>
        <w:rPr>
          <w:b/>
        </w:rPr>
        <w:t xml:space="preserve">[46:02] </w:t>
      </w:r>
      <w:r>
        <w:t>yani Dr. Zafar Islam, Dr. Abdul Saboor Shaheen, aur Sheikh Abdul Latif Daraz. to ye batate thay ke is kitab mein ye likha hai, apni urdu, yani Arabic language mein.</w:t>
      </w:r>
    </w:p>
    <w:p>
      <w:pPr>
        <w:jc w:val="right"/>
      </w:pPr>
      <w:r>
        <w:t>یعنی ڈاکٹر ظفرالسلام، ڈاکٹر عبدالصبور شاہین، اور شیخ عبداللطیف دراز۔ تو یہ بتاتے تھے کہ اس کتاب میں یہ لکھا ہے، اپنی اردو، یعنی عربک language میں۔</w:t>
      </w:r>
    </w:p>
    <w:p>
      <w:r>
        <w:rPr>
          <w:b/>
        </w:rPr>
        <w:t xml:space="preserve">[46:14] </w:t>
      </w:r>
      <w:r>
        <w:t>is ko phir Abdul Saboor Shaheen rewrite karte thay, better language mein. is ko phir dekhte thay Sheikh Abdul Darar, is ko wo yani confer karte thay.</w:t>
      </w:r>
    </w:p>
    <w:p>
      <w:pPr>
        <w:jc w:val="right"/>
      </w:pPr>
      <w:r>
        <w:t>اس کو پھر عبدالصبور شاہین rewrite کرتے تھے، better language میں۔ اس کو پھر دیکھتے تھے شیخ عبدالدرار، اس کو وہ یعنی confer کرتے تھے۔</w:t>
      </w:r>
    </w:p>
    <w:p>
      <w:r>
        <w:rPr>
          <w:b/>
        </w:rPr>
        <w:t xml:space="preserve">[46:26] </w:t>
      </w:r>
      <w:r>
        <w:t>is tarah teen aadmiyon ki koshish se is kitab ka Arabic mein tarjuma hua. aur wo India mein bohat si kitaben chhapi hain, tarjume hain Arabic mein.</w:t>
      </w:r>
    </w:p>
    <w:p>
      <w:pPr>
        <w:jc w:val="right"/>
      </w:pPr>
      <w:r>
        <w:t>اس طرح تین آدمیوں کی کوشش سے اس کتاب کا عربک میں ترجمہ ہوا۔ اور وہ انڈیا میں بہت سی کتابیں چھپی ہیں، ترجمے ہیں عربک میں۔</w:t>
      </w:r>
    </w:p>
    <w:p>
      <w:r>
        <w:rPr>
          <w:b/>
        </w:rPr>
        <w:t xml:space="preserve">[46:36] </w:t>
      </w:r>
      <w:r>
        <w:t>lekin logon ka bayan hai ke itni achhi zaban mein kisi kitab ka tarjuma nahi hai. Munawwar Ali Miyan, jo khud ek adib thay Arabic ke, unhon ne kaha tha ke is ki zaban jo hai, wo Mashriq Arabi hai.</w:t>
      </w:r>
    </w:p>
    <w:p>
      <w:pPr>
        <w:jc w:val="right"/>
      </w:pPr>
      <w:r>
        <w:t>لیکن لوگوں کا بیان ہے کہ اتنی اچھی زبان میں کسی کتاب کا ترجمہ نہیں ہے۔ منہ علی میاں، جو خود ایک ادیب تھے عربی کے، انہوں نے کہا تھا کہ اس کی زبان جو ہے، وہ مشرق عربی ہے۔</w:t>
      </w:r>
    </w:p>
    <w:p>
      <w:r>
        <w:rPr>
          <w:b/>
        </w:rPr>
        <w:t xml:space="preserve">[46:49] </w:t>
      </w:r>
      <w:r>
        <w:t>Mashriq Arabi. to kaise hui thi? wo teen aadmiyon ki koshish se wo tarjuma is ko bana tha.</w:t>
      </w:r>
    </w:p>
    <w:p>
      <w:pPr>
        <w:jc w:val="right"/>
      </w:pPr>
      <w:r>
        <w:t>مشرق عربی۔ تو کیسے ہوئی تھی؟ وہ تین آدمیوں کی کوشش سے وہ ترجمہ اس کو بنا تھا۔</w:t>
      </w:r>
    </w:p>
    <w:p>
      <w:r>
        <w:rPr>
          <w:b/>
        </w:rPr>
        <w:t xml:space="preserve">[46:56] </w:t>
      </w:r>
      <w:r>
        <w:t>to dekhiye, urdu kitab chhapi thi 1966 mein. aur Arabic kitab chhapi 1969 mein. aur phir ye kitab jo hai, Arab English mein tarjuma hui, wo Dr. Fareeda Khaleem ki koshishon se.</w:t>
      </w:r>
    </w:p>
    <w:p>
      <w:pPr>
        <w:jc w:val="right"/>
      </w:pPr>
      <w:r>
        <w:t>تو دیکھیے، اردو کتاب چھپی تھی 1966 میں۔ اور عربک کتاب چھپی 1969 میں۔ اور پھر یہ کتاب جو ہے، عرب انگلش میں ترجمہ ہوئی، وہ ڈاکٹر فریدہ خالم کی کوششوں سے۔</w:t>
      </w:r>
    </w:p>
    <w:p>
      <w:r>
        <w:rPr>
          <w:b/>
        </w:rPr>
        <w:t xml:space="preserve">[47:12] </w:t>
      </w:r>
      <w:r>
        <w:t>wo chhapi thi ghaleban 1985 mein. to English tarjuma chhaapa "God Rises" ke naam se. 85 mein.</w:t>
      </w:r>
    </w:p>
    <w:p>
      <w:pPr>
        <w:jc w:val="right"/>
      </w:pPr>
      <w:r>
        <w:t>وہ چھپی تھی غالباً 1985 میں۔ تو انگلش ترجمہ چھپا "God Rises" کے نام سے۔ 85 میں۔</w:t>
      </w:r>
    </w:p>
    <w:p>
      <w:r>
        <w:rPr>
          <w:b/>
        </w:rPr>
        <w:t xml:space="preserve">[47:22] </w:t>
      </w:r>
      <w:r>
        <w:t>is Arabic tarjume ka bohat ajeeb qissa hai.</w:t>
      </w:r>
    </w:p>
    <w:p>
      <w:pPr>
        <w:jc w:val="right"/>
      </w:pPr>
      <w:r>
        <w:t>اس عربی ترجمے کا بہت عجیب قصہ ہے۔</w:t>
      </w:r>
    </w:p>
    <w:p>
      <w:r>
        <w:rPr>
          <w:b/>
        </w:rPr>
        <w:t xml:space="preserve">[47:25] </w:t>
      </w:r>
      <w:r>
        <w:t>1965 mein aur 1966 mein mein lucknow mein tha, nadwah mein. Is waqt meri english bhi kamzor thi.</w:t>
      </w:r>
    </w:p>
    <w:p>
      <w:pPr>
        <w:jc w:val="right"/>
      </w:pPr>
      <w:r>
        <w:t>1965 میں اور 1966 میں میں لکھنو میں تھا، ندوہ میں۔ اس وقت میری انگلش بھی کمزور تھی۔</w:t>
      </w:r>
    </w:p>
    <w:p>
      <w:r>
        <w:rPr>
          <w:b/>
        </w:rPr>
        <w:t xml:space="preserve">[47:36] </w:t>
      </w:r>
      <w:r>
        <w:t>Mein kuch zyada janta nahi tha english ke bare mein. Aur koi ek bhi mere paas aisa aadmi nahi tha jo english mein meri baaton ko translate kar sake.</w:t>
      </w:r>
    </w:p>
    <w:p>
      <w:pPr>
        <w:jc w:val="right"/>
      </w:pPr>
      <w:r>
        <w:t>میں کچھ زیادہ جانتا نہیں تھا انگلش کے بارے میں۔ اور کوئی ایک بھی میرے پاس ایسا آدمی نہیں تھا جو انگلش میں میری باتوں کو translate کرے۔</w:t>
      </w:r>
    </w:p>
    <w:p>
      <w:r>
        <w:rPr>
          <w:b/>
        </w:rPr>
        <w:t xml:space="preserve">[47:45] </w:t>
      </w:r>
      <w:r>
        <w:t>Hamare ek saath khandan ke dost hua karte the,</w:t>
      </w:r>
    </w:p>
    <w:p>
      <w:pPr>
        <w:jc w:val="right"/>
      </w:pPr>
      <w:r>
        <w:t>ہمارے ایک ساتھ خاندان کے دوست ہوا کرتے تھے،</w:t>
      </w:r>
    </w:p>
    <w:p>
      <w:r>
        <w:rPr>
          <w:b/>
        </w:rPr>
        <w:t xml:space="preserve">[47:50] </w:t>
      </w:r>
      <w:r>
        <w:t>woh Mr. Ansari. Woh chale gaye Pakistan 47 mein. Woh mere bohat dost the, woh.</w:t>
      </w:r>
    </w:p>
    <w:p>
      <w:pPr>
        <w:jc w:val="right"/>
      </w:pPr>
      <w:r>
        <w:t>وہ مسٹر انصاری۔ وہ چلے گئے پاکستان 47 میں۔ وہ میرے بہت دوست تھے، وہ۔</w:t>
      </w:r>
    </w:p>
    <w:p>
      <w:r>
        <w:rPr>
          <w:b/>
        </w:rPr>
        <w:t xml:space="preserve">[47:58] </w:t>
      </w:r>
      <w:r>
        <w:t>Unko maine apni kuch cheezein bhijwain, urdu ki, ke woh translate kar dein usko angrezi mein. Lekin unhone kuch bhi nahi kiya. Aur bhi kai log jo angrezan the, aindah aanay walay, unko maine chaha ke tarjuma karein.</w:t>
      </w:r>
    </w:p>
    <w:p>
      <w:pPr>
        <w:jc w:val="right"/>
      </w:pPr>
      <w:r>
        <w:t>ان کو میں نے اپنی کچھ چیزیں بھجوائیں، اردو کی، کہ وہ translate کر دیں اس کو انگریزی میں۔ لیکن انہوں نے کچھ بھی نہیں کیا۔ اور بھی کئی لوگ جو انگریزاں تھے، آئندہ آنے والے، ان کو میں نے چاہا کہ ترجمہ کریں۔</w:t>
      </w:r>
    </w:p>
    <w:p>
      <w:r>
        <w:rPr>
          <w:b/>
        </w:rPr>
        <w:t xml:space="preserve">[48:11] </w:t>
      </w:r>
      <w:r>
        <w:t>Kisi ne kuch nahi kiya.</w:t>
      </w:r>
    </w:p>
    <w:p>
      <w:pPr>
        <w:jc w:val="right"/>
      </w:pPr>
      <w:r>
        <w:t>کسی نے کچھ نہیں کیا۔</w:t>
      </w:r>
    </w:p>
    <w:p>
      <w:r>
        <w:rPr>
          <w:b/>
        </w:rPr>
        <w:t xml:space="preserve">[48:14] </w:t>
      </w:r>
      <w:r>
        <w:t>Woh waqt tha jab ke mein khud likh nahi sakta tha. Doosra koi milta nahi tha jo meri kitabon ka tarjuma kare. Toh zohar ka waqt tha, nadwah ki masjid mein mein dakhil hua.</w:t>
      </w:r>
    </w:p>
    <w:p>
      <w:pPr>
        <w:jc w:val="right"/>
      </w:pPr>
      <w:r>
        <w:t>وہ وقت تھا جب کہ میں خود لکھ نہیں سکتا تھا۔ دوسرا کوئی ملتا نہیں تھا جو میری کتابوں کا ترجمہ کرے۔ تو ظہر کا وقت تھا، ندوہ کی مسجد میں میں داخل ہوا۔</w:t>
      </w:r>
    </w:p>
    <w:p>
      <w:r>
        <w:rPr>
          <w:b/>
        </w:rPr>
        <w:t xml:space="preserve">[48:27] </w:t>
      </w:r>
      <w:r>
        <w:t>Toh mera mamool tha ke mein dahni taraf bilkul deewar se mil kar baitha karta tha, second row mein. First row mein kabhi nahi baitha mein.</w:t>
      </w:r>
    </w:p>
    <w:p>
      <w:pPr>
        <w:jc w:val="right"/>
      </w:pPr>
      <w:r>
        <w:t>تو میرا معمول تھا کہ میں داہنی طرف بالکل دیوار سے مل کر بیٹھا کرتا تھا، سیکنڈ رو میں۔ فرسٹ رو میں کبھی نہیں بیٹھا میں۔</w:t>
      </w:r>
    </w:p>
    <w:p>
      <w:r>
        <w:rPr>
          <w:b/>
        </w:rPr>
        <w:t xml:space="preserve">[48:35] </w:t>
      </w:r>
      <w:r>
        <w:t>Second row mein, dahni taraf. Toh maine sunnat parhi, yaani azan hui zohar ki, masjid mein gaya. Sunnat parhi, sunnat parh ke mein apni aadat ke mutabiq mein deewar ki taraf baith gaya, second row mein.</w:t>
      </w:r>
    </w:p>
    <w:p>
      <w:pPr>
        <w:jc w:val="right"/>
      </w:pPr>
      <w:r>
        <w:t>سیکنڈ رو میں، داہنی طرف۔ تو میں نے سنت پڑھی، یعنی اذان ہوئی ظہر کی، مسجد میں گیا۔ سنت پڑھی، سنت پڑھ کے میں اپنی عادت کے مطابق میں دیوار کی طرف بیٹھ گیا، سیکنڈ رو میں۔</w:t>
      </w:r>
    </w:p>
    <w:p>
      <w:r>
        <w:rPr>
          <w:b/>
        </w:rPr>
        <w:t xml:space="preserve">[48:50] </w:t>
      </w:r>
      <w:r>
        <w:t>Is waqt mujhe ek ek ek vision aaya, vision. Ek bohat hi anokha tajurba yeh hai.</w:t>
      </w:r>
    </w:p>
    <w:p>
      <w:pPr>
        <w:jc w:val="right"/>
      </w:pPr>
      <w:r>
        <w:t>اس وقت مجھے ایک ایک ایک ویژن آیا، ویژن۔ ایک بہت ہی انوکھا تجربہ یہ ہے۔</w:t>
      </w:r>
    </w:p>
    <w:p>
      <w:r>
        <w:rPr>
          <w:b/>
        </w:rPr>
        <w:t xml:space="preserve">[48:58] </w:t>
      </w:r>
      <w:r>
        <w:t>Ek vision aaya.</w:t>
      </w:r>
    </w:p>
    <w:p>
      <w:pPr>
        <w:jc w:val="right"/>
      </w:pPr>
      <w:r>
        <w:t>ایک ویژن آیا۔</w:t>
      </w:r>
    </w:p>
    <w:p>
      <w:r>
        <w:rPr>
          <w:b/>
        </w:rPr>
        <w:t xml:space="preserve">[49:00] </w:t>
      </w:r>
      <w:r>
        <w:t>Is vision mein mein apni zuban se achanak nikla, "God arises." Achanak "God arises." Is waqt mein janta nahi tha "God arises" ka matlab kya hai.</w:t>
      </w:r>
    </w:p>
    <w:p>
      <w:pPr>
        <w:jc w:val="right"/>
      </w:pPr>
      <w:r>
        <w:t>اس ویژن میں میں اپنی زبان سے اچانک نکلا، "God arises." اچانک "God arises." اس وقت میں جانتا نہیں تھا "God arises" کا مطلب کیا ہے۔</w:t>
      </w:r>
    </w:p>
    <w:p>
      <w:r>
        <w:rPr>
          <w:b/>
        </w:rPr>
        <w:t xml:space="preserve">[49:12] </w:t>
      </w:r>
      <w:r>
        <w:t>Kuch bhi iska mujhe nahi pata tha mujhe. Namaz ke baad wapas aaya toh maine teacher se consult kiya, toh maloom hua ke yeh biblical expression hai, "Let God arise.</w:t>
      </w:r>
    </w:p>
    <w:p>
      <w:pPr>
        <w:jc w:val="right"/>
      </w:pPr>
      <w:r>
        <w:t>کچھ بھی اس کا مجھے نہیں پتا تھا مجھے۔ نماز کے بعد واپس آیا تو میں نے ٹیچر سے consult کیا، تو معلوم ہوا کہ یہ بiblical expression ہے، "Let God arise.</w:t>
      </w:r>
    </w:p>
    <w:p>
      <w:r>
        <w:rPr>
          <w:b/>
        </w:rPr>
        <w:t xml:space="preserve">[49:25] </w:t>
      </w:r>
      <w:r>
        <w:t>"Let His enemies be scattered." Toh</w:t>
      </w:r>
    </w:p>
    <w:p>
      <w:pPr>
        <w:jc w:val="right"/>
      </w:pPr>
      <w:r>
        <w:t>Let His enemies be scattered." تو</w:t>
      </w:r>
    </w:p>
    <w:p>
      <w:r>
        <w:rPr>
          <w:b/>
        </w:rPr>
        <w:t xml:space="preserve">[49:29] </w:t>
      </w:r>
      <w:r>
        <w:t>"Let God arise" jo hai bible mein, isi se meri zuban pe aaya tha ke "God arises." Toh yaani apparently it was the title of English translation ya English book.</w:t>
      </w:r>
    </w:p>
    <w:p>
      <w:pPr>
        <w:jc w:val="right"/>
      </w:pPr>
      <w:r>
        <w:t>"Let God arise" جو ہے بائبل میں، اسی سے میری زبان پہ آیا تھا کہ "God arises." تو یعنی apparently it was the title of English translation یا انگلش بک۔</w:t>
      </w:r>
    </w:p>
    <w:p>
      <w:r>
        <w:rPr>
          <w:b/>
        </w:rPr>
        <w:t xml:space="preserve">[49:44] </w:t>
      </w:r>
      <w:r>
        <w:t>Is waqt door door bhi mere zehen mein nahi tha ke meri kitab jo hai english mein chhape gi. Bas ek title mujhe ek vision mein mil gaya. Woh maine likha tha isi waqt.</w:t>
      </w:r>
    </w:p>
    <w:p>
      <w:pPr>
        <w:jc w:val="right"/>
      </w:pPr>
      <w:r>
        <w:t>اس وقت دور دور بھی میرے ذہن میں نہیں تھا کہ میری کتاب جو ہے انگلش میں چھپے گی۔ بس ایک ٹائٹل مجھے ایک ویژن میں مل گیا۔ وہ میں نے لکھا تھا اسی وقت۔</w:t>
      </w:r>
    </w:p>
    <w:p>
      <w:r>
        <w:rPr>
          <w:b/>
        </w:rPr>
        <w:t xml:space="preserve">[49:56] </w:t>
      </w:r>
      <w:r>
        <w:t>Yaani mein wapas aaya apne room par.</w:t>
      </w:r>
    </w:p>
    <w:p>
      <w:pPr>
        <w:jc w:val="right"/>
      </w:pPr>
      <w:r>
        <w:t>یعنی میں واپس آیا اپنے روم پر۔</w:t>
      </w:r>
    </w:p>
    <w:p>
      <w:r>
        <w:rPr>
          <w:b/>
        </w:rPr>
        <w:t xml:space="preserve">[49:59] </w:t>
      </w:r>
      <w:r>
        <w:t>Toh maine kya kiya ke is waqt yeh nikalta tha parcha angrezi mein, neeche heralds ko liya maine aur us mein se letters kaate maine.</w:t>
      </w:r>
    </w:p>
    <w:p>
      <w:pPr>
        <w:jc w:val="right"/>
      </w:pPr>
      <w:r>
        <w:t>تو میں نے کیا کیا کہ اس وقت یہ نکلتا تھا پرچہ انگریزی میں، نیچے ہیرلز کو لیا میں نے اور اس میں سے letters کاٹے میں نے۔</w:t>
      </w:r>
    </w:p>
    <w:p>
      <w:r>
        <w:rPr>
          <w:b/>
        </w:rPr>
        <w:t xml:space="preserve">[50:15] </w:t>
      </w:r>
      <w:r>
        <w:t>Yaani "God", "G-O-D God" kaata us mein se. "G" kaata, "O" kaata, "D" kaata. Phir "Arises", "A-R-I-S-E-S" sab us mein se letter kaate.</w:t>
      </w:r>
    </w:p>
    <w:p>
      <w:pPr>
        <w:jc w:val="right"/>
      </w:pPr>
      <w:r>
        <w:t>یعنی "God"، "G-O-D God" کاٹا اس میں سے۔ "G" کاٹا، "O" کاٹا، "D" کاٹا۔ پھر "Arises"، "A-R-I-S-E-S" سب اس میں سے letter کاٹے۔</w:t>
      </w:r>
    </w:p>
    <w:p>
      <w:r>
        <w:rPr>
          <w:b/>
        </w:rPr>
        <w:t xml:space="preserve">[50:25] </w:t>
      </w:r>
      <w:r>
        <w:t>Kaat kar maine chipkaya ek cheez us par.</w:t>
      </w:r>
    </w:p>
    <w:p>
      <w:pPr>
        <w:jc w:val="right"/>
      </w:pPr>
      <w:r>
        <w:t>کاٹ کر میں نے چپکایا ایک چیز اس پر۔</w:t>
      </w:r>
    </w:p>
    <w:p>
      <w:r>
        <w:rPr>
          <w:b/>
        </w:rPr>
        <w:t xml:space="preserve">[50:28] </w:t>
      </w:r>
      <w:r>
        <w:t>Abhi bhi woh maujood hai mere kamre mein. Jo maine chipka ke banaya tha, "God arises." Yaani motay bold letters mein.</w:t>
      </w:r>
    </w:p>
    <w:p>
      <w:pPr>
        <w:jc w:val="right"/>
      </w:pPr>
      <w:r>
        <w:t>ابھی بھی وہ موجود ہے میرے کمرے میں۔ جو میں نے چپکا کے بنایا تھا، "God arises." یعنی موٹے بولڈ letters میں۔</w:t>
      </w:r>
    </w:p>
    <w:p>
      <w:r>
        <w:rPr>
          <w:b/>
        </w:rPr>
        <w:t xml:space="preserve">[50:38] </w:t>
      </w:r>
      <w:r>
        <w:t>Bas ek khwab tha, ek dream tha, ek romantic idea tha ke meri koi kitab ho gi jis ka naam ho ga "God arises", uska title ho ga.</w:t>
      </w:r>
    </w:p>
    <w:p>
      <w:pPr>
        <w:jc w:val="right"/>
      </w:pPr>
      <w:r>
        <w:t>بس ایک خواب تھا، ایک dream تھا، ایک رومانٹک idea تھا کہ میری کوئی کتاب ہو گی جس کا نام ہو گا "God arises"، اس کا ٹائٹل ہو گا۔</w:t>
      </w:r>
    </w:p>
    <w:p>
      <w:r>
        <w:rPr>
          <w:b/>
        </w:rPr>
        <w:t xml:space="preserve">[50:47] </w:t>
      </w:r>
      <w:r>
        <w:t>Toh is waqt nadwah mein jo mera kamra tha, wahan par maine der tak yahi karta raha ke kahin se "G" nikala, kahin se "O" nikala, kahin se "D" nikala.</w:t>
      </w:r>
    </w:p>
    <w:p>
      <w:pPr>
        <w:jc w:val="right"/>
      </w:pPr>
      <w:r>
        <w:t>تو اس وقت ندوے میں جو میرا کمرہ تھا، وہاں پر میں نے دیر تک یہی کرتا رہا کہ کہیں سے "G" نکالا، کہیں سے "O" نکالا، کہیں سے "D" نکالا۔</w:t>
      </w:r>
    </w:p>
    <w:p>
      <w:r>
        <w:rPr>
          <w:b/>
        </w:rPr>
        <w:t xml:space="preserve">[50:56] </w:t>
      </w:r>
      <w:r>
        <w:t>Phir kahin se "A" nikala, "R" nikala, "I", "SE" sab nikala. Toh ek ek ek post card size ka ek mere paas tha, ek kaghaz.</w:t>
      </w:r>
    </w:p>
    <w:p>
      <w:pPr>
        <w:jc w:val="right"/>
      </w:pPr>
      <w:r>
        <w:t>پھر کہیں سے "A" نکالا، "R" نکالا، "I"، "SE" سب نکالا۔ تو ایک ایک ایک post card سائز کا ایک میرے پاس تھا، ایک کاغذ۔</w:t>
      </w:r>
    </w:p>
    <w:p>
      <w:r>
        <w:rPr>
          <w:b/>
        </w:rPr>
        <w:t xml:space="preserve">[51:08] </w:t>
      </w:r>
      <w:r>
        <w:t>Us par chipkaya maine, "God arises." Us par date bhi likhi hui hai. Woh card bhi mere paas maujood hai kamre mein.</w:t>
      </w:r>
    </w:p>
    <w:p>
      <w:pPr>
        <w:jc w:val="right"/>
      </w:pPr>
      <w:r>
        <w:t>اس پر چپکایا میں نے، "God arises." اس پر date بھی لکھی ہوئی ہے۔ وہ card بھی میرے پاس موجود ہے کمرے میں</w:t>
      </w:r>
    </w:p>
    <w:p>
      <w:r>
        <w:rPr>
          <w:b/>
        </w:rPr>
        <w:t xml:space="preserve">[51:15] </w:t>
      </w:r>
      <w:r>
        <w:t>to ek sapna tha, sapna. lekin kya hua, Allah taala ne is ke baad, yaani is kitaab ke Arabic tarjuma kiya tha Dr ZafarIslam ne.</w:t>
      </w:r>
    </w:p>
    <w:p>
      <w:pPr>
        <w:jc w:val="right"/>
      </w:pPr>
      <w:r>
        <w:t>۔ تو ایک سپنا تھا، سپنا۔ لیکن کیا ہوا، اللہ تعالیٰ نے اس کے بعد، یعنی اس کتاب کے عربک ترجمہ کیا تھا ڈاکٹر ظفرالسلام نے۔</w:t>
      </w:r>
    </w:p>
    <w:p>
      <w:r>
        <w:rPr>
          <w:b/>
        </w:rPr>
        <w:t xml:space="preserve">[51:27] </w:t>
      </w:r>
      <w:r>
        <w:t>aur aur is ka jo English tarjuma kiya, woh Dr Fareeda Khalam ne kiya. aur bohat zyada unhon ne jihad kiya is ke liye. kyunke dekhiye, main jo Urdu kitaab likhi thi, to mere paas khud woh saara English kitaabon se liya gaya tha.</w:t>
      </w:r>
    </w:p>
    <w:p>
      <w:pPr>
        <w:jc w:val="right"/>
      </w:pPr>
      <w:r>
        <w:t>اور اور اس کا جو انگلش ترجمہ کیا، وہ ڈاکٹر فریدہ خالم نے کیا۔ اور بہت زیادہ انہوں نے جہاد کیا اس کے لیے۔ کیونکہ دیکھیے، میں جو اردو کتاب لکھی تھی، تو میرے پاس خود وہ سارا انگلش کتابوں سے لیا گیا تھا۔</w:t>
      </w:r>
    </w:p>
    <w:p>
      <w:r>
        <w:rPr>
          <w:b/>
        </w:rPr>
        <w:t xml:space="preserve">[51:43] </w:t>
      </w:r>
      <w:r>
        <w:t>Different libraries se main main is ko likhne ke liye gaya, Chandigarh gaya, Lucknow gaya, Faizabad gaya. aur Delhi aaya.</w:t>
      </w:r>
    </w:p>
    <w:p>
      <w:pPr>
        <w:jc w:val="right"/>
      </w:pPr>
      <w:r>
        <w:t>Different libraries سے میں میں اس کو لکھنے کے لیے گیا، چندی گڑھ گیا، لکھنو گیا، فیض آباد گیا۔ اور دلی آیا۔</w:t>
      </w:r>
    </w:p>
    <w:p>
      <w:r>
        <w:rPr>
          <w:b/>
        </w:rPr>
        <w:t xml:space="preserve">[51:54] </w:t>
      </w:r>
      <w:r>
        <w:t>bohat se maine safar kiye, libraryon mein. to mere paas kitaab khud apni nahi thi. libraryon se le kar ke maine woh kitaab likhi thi.</w:t>
      </w:r>
    </w:p>
    <w:p>
      <w:pPr>
        <w:jc w:val="right"/>
      </w:pPr>
      <w:r>
        <w:t>بہت سے میں نے سفر کیے، لائبریریوں میں۔ تو میرے پاس کتاب خود اپنی نہیں تھی۔ لائبریریوں سے لے کر کے میں نے وہ کتاب لکھی تھی۔</w:t>
      </w:r>
    </w:p>
    <w:p>
      <w:r>
        <w:rPr>
          <w:b/>
        </w:rPr>
        <w:t xml:space="preserve">[52:03] </w:t>
      </w:r>
      <w:r>
        <w:t>is mein sankron references the woh.</w:t>
      </w:r>
    </w:p>
    <w:p>
      <w:pPr>
        <w:jc w:val="right"/>
      </w:pPr>
      <w:r>
        <w:t>اس میں سینکڑوں references تھے وہ۔</w:t>
      </w:r>
    </w:p>
    <w:p>
      <w:r>
        <w:rPr>
          <w:b/>
        </w:rPr>
        <w:t xml:space="preserve">[52:07] </w:t>
      </w:r>
      <w:r>
        <w:t>ab sawal yeh tha ke ab jo tarjuma kiya jaye to to translation ka translation to kuch nahi theek ho ga. hamein original English woh chahiye thi,</w:t>
      </w:r>
    </w:p>
    <w:p>
      <w:pPr>
        <w:jc w:val="right"/>
      </w:pPr>
      <w:r>
        <w:t>اب سوال یہ تھا کہ اب جو ترجمہ کیا جائے تو تو translation کا translation تو کچھ نہیں ٹھیک ہو گا۔ ہمیں original انگلش وہ چاہیے تھی،</w:t>
      </w:r>
    </w:p>
    <w:p>
      <w:r>
        <w:rPr>
          <w:b/>
        </w:rPr>
        <w:t xml:space="preserve">[52:20] </w:t>
      </w:r>
      <w:r>
        <w:t>quotation. to mere paas kitaab thi nahi. to Dr Fareeda Khalam deewana waar unhon ne kaam kiya ke libraryon pe jaati thi kitaab dhoondne ke liye.</w:t>
      </w:r>
    </w:p>
    <w:p>
      <w:pPr>
        <w:jc w:val="right"/>
      </w:pPr>
      <w:r>
        <w:t>quotation۔ تو میرے پاس کتاب تھی نہیں۔ تو ڈاکٹر فریدہ خالم دیوانہ وار انہوں نے کام کیا کہ لائبریریوں پہ جاتی تھیں کتاب ڈھونڈنے کے لیے۔</w:t>
      </w:r>
    </w:p>
    <w:p>
      <w:r>
        <w:rPr>
          <w:b/>
        </w:rPr>
        <w:t xml:space="preserve">[52:32] </w:t>
      </w:r>
      <w:r>
        <w:t>is mein ek sahib the Poona mein, Ikram sahib, IAS, un ka naam hai, Ikram sahib, abhi bhi woh hain. unhon ne ek kaam kiya ke saari kitaabon ki list banai.</w:t>
      </w:r>
    </w:p>
    <w:p>
      <w:pPr>
        <w:jc w:val="right"/>
      </w:pPr>
      <w:r>
        <w:t>اس میں ایک صاحب تھے پونا میں، اکرام صاحب، آئی اے ایس، ان کا نام ہے، اکرام صاحب، ابھی بھی وہ ہیں۔ انہوں نے ایک کام کیا کہ ساری کتابوں کی list بنائی۔</w:t>
      </w:r>
    </w:p>
    <w:p>
      <w:r>
        <w:rPr>
          <w:b/>
        </w:rPr>
        <w:t xml:space="preserve">[52:45] </w:t>
      </w:r>
      <w:r>
        <w:t>jin ke reference aaye the hamari kitaab mein. to kai page par woh list bana banai thi unhon ne.</w:t>
      </w:r>
    </w:p>
    <w:p>
      <w:pPr>
        <w:jc w:val="right"/>
      </w:pPr>
      <w:r>
        <w:t>جن کے reference آئے تھے ہماری کتاب میں۔ تو کئی page پر وہ list بنا بنائی تھی انہوں نے۔</w:t>
      </w:r>
    </w:p>
    <w:p>
      <w:r>
        <w:rPr>
          <w:b/>
        </w:rPr>
        <w:t xml:space="preserve">[52:51] </w:t>
      </w:r>
      <w:r>
        <w:t>is kitaab, is is is pe, is is in pages ko le kar ke jo Ikram sahib ne, jo IAS the, jaati thi Delhi library mein, Jamia ki library mein, Nehru library mein, pata nahi kahan kahan, public library mein.</w:t>
      </w:r>
    </w:p>
    <w:p>
      <w:pPr>
        <w:jc w:val="right"/>
      </w:pPr>
      <w:r>
        <w:t>اس کتاب، اس اس اس پہ، اس اس ان pages کو لے کر کے جو اکرام صاحب نے، جو آئی اے ایس تھے، جاتی تھیں دلی لائبریری میں، جامعہ کی لائبریری میں، نہرو لائبریری میں، پتہ نہیں کہاں کہاں، public لائبریری میں۔</w:t>
      </w:r>
    </w:p>
    <w:p>
      <w:r>
        <w:rPr>
          <w:b/>
        </w:rPr>
        <w:t xml:space="preserve">[53:08] </w:t>
      </w:r>
      <w:r>
        <w:t>un kitaabon ko dhoondti thi. is quotation ko nikalti thi is mein se. to bohat lambi effort ke baad unhon ne "God Rises" ka tarjuma English zabaan mein kiya.</w:t>
      </w:r>
    </w:p>
    <w:p>
      <w:pPr>
        <w:jc w:val="right"/>
      </w:pPr>
      <w:r>
        <w:t>ان کتابوں کو ڈھونڈتی تھیں۔ اس quotation کو نکالتی تھیں اس میں سے۔ تو بہت لمبی effort کے بعد انہوں نے "God Rises" کا ترجمہ انگلش زبان میں کیا۔</w:t>
      </w:r>
    </w:p>
    <w:p>
      <w:r>
        <w:rPr>
          <w:b/>
        </w:rPr>
        <w:t xml:space="preserve">[53:20] </w:t>
      </w:r>
      <w:r>
        <w:t>is tarah se woh chapa 1985 mein. ji to English translation chapa hai 1985 mein. phir is mein Dr Saani Hussain sahib ka bohat hi bara role hai.</w:t>
      </w:r>
    </w:p>
    <w:p>
      <w:pPr>
        <w:jc w:val="right"/>
      </w:pPr>
      <w:r>
        <w:t>اس طرح سے وہ چھپا 1985 میں۔ جی تو انگلش translation چھپا ہے 1985 میں۔ پھر اس میں ڈاکٹر ثانی حسین صاحب کا بہت ہی بڑا role ہے۔</w:t>
      </w:r>
    </w:p>
    <w:p>
      <w:r>
        <w:rPr>
          <w:b/>
        </w:rPr>
        <w:t xml:space="preserve">[53:33] </w:t>
      </w:r>
      <w:r>
        <w:t>agar aap dekhein hamara pehla shumarah jo hum nikala tha hum ne, risalah ka pehla shumarah, to bilkul lithon mein chapa hua, mamooli qism ka.</w:t>
      </w:r>
    </w:p>
    <w:p>
      <w:pPr>
        <w:jc w:val="right"/>
      </w:pPr>
      <w:r>
        <w:t>اگر آپ دیکھیں ہمارا پہلا شمارہ جو ہم نکالا تھا ہم نے، رسالہ کا پہلا شمارہ، تو بالکل لیتھوں میں چھپا ہوا، معمولی قسم کا۔</w:t>
      </w:r>
    </w:p>
    <w:p>
      <w:r>
        <w:rPr>
          <w:b/>
        </w:rPr>
        <w:t xml:space="preserve">[53:42] </w:t>
      </w:r>
      <w:r>
        <w:t>yaani koi is ko dekh kar parhe bhi nahi is ko. aisa tha woh pehla shumarah.</w:t>
      </w:r>
    </w:p>
    <w:p>
      <w:pPr>
        <w:jc w:val="right"/>
      </w:pPr>
      <w:r>
        <w:t>یعنی کوئی اس کو دیکھ کر پڑھے بھی نہیں اس کو۔ ایسا تھا وہ پہلا شمارہ۔</w:t>
      </w:r>
    </w:p>
    <w:p>
      <w:r>
        <w:rPr>
          <w:b/>
        </w:rPr>
        <w:t xml:space="preserve">[53:47] </w:t>
      </w:r>
      <w:r>
        <w:t>phir agar aap Ali Islam dekhein, pehla, woh lithon mein chapa hua, bilkul hi yaani koi bhi is mein attraction nahi. is se jo naya zamana aaya hai, woh saara ka saara Dr Saani Hussain sahib ki wajah se aaya hai.</w:t>
      </w:r>
    </w:p>
    <w:p>
      <w:pPr>
        <w:jc w:val="right"/>
      </w:pPr>
      <w:r>
        <w:t>پھر اگر آپ علی اسلام دیکھیں، پہلا، وہ لیتھوں میں چھپا ہوا، بالکل ہی یعنی کوئی بھی اس میں attraction نہیں۔ اس سے جو نیا زمانہ آیا ہے، وہ سارا کا سارا ڈاکٹر ثانی حسین صاحب کی وجہ سے آیا ہے۔</w:t>
      </w:r>
    </w:p>
    <w:p>
      <w:r>
        <w:rPr>
          <w:b/>
        </w:rPr>
        <w:t xml:space="preserve">[54:01] </w:t>
      </w:r>
      <w:r>
        <w:t>unhon ne behtareen kitaabt, behtareen ka paper, behtareen chhapayi, behtareen binding, ek naya unhon ne is ko diya. ab jo hai hamari kitaabein, log kehte hain ke yeh universal ya international standard kitaabein hoti hain.</w:t>
      </w:r>
    </w:p>
    <w:p>
      <w:pPr>
        <w:jc w:val="right"/>
      </w:pPr>
      <w:r>
        <w:t>انہوں نے بہترین کتابت، بہترین کا paper، بہترین چھپائی، بہترین binding، ایک نیا انہوں نے اس کو دیا۔ اب جو ہے ہماری کتابیں، لوگ کہتے ہیں کہ یہ universal یا international standard کتابیں ہوتی ہیں۔</w:t>
      </w:r>
    </w:p>
    <w:p>
      <w:r>
        <w:rPr>
          <w:b/>
        </w:rPr>
        <w:t xml:space="preserve">[54:17] </w:t>
      </w:r>
      <w:r>
        <w:t>is ka get up, is ki chhapayi, is ki binding, har cheez international standard ki. lekin yeh saara ka saara credit ja raha hai kis ko? woh Dr Saani Hussain sahib ko jata hai.</w:t>
      </w:r>
    </w:p>
    <w:p>
      <w:pPr>
        <w:jc w:val="right"/>
      </w:pPr>
      <w:r>
        <w:t>اس کا get up، اس کی چھپائی، اس کی binding، ہر چیز international standard کی۔ لیکن یہ سارا کا سارا credit جا رہا ہے کس کو؟ وہ ڈاکٹر ثانی حسین صاحب کو جاتا ہے۔</w:t>
      </w:r>
    </w:p>
    <w:p>
      <w:r>
        <w:rPr>
          <w:b/>
        </w:rPr>
        <w:t xml:space="preserve">[54:26] </w:t>
      </w:r>
      <w:r>
        <w:t>to unhon ne yeh kaam kiya. is tarah se ek ke baad ek ke baad ek ke baad, yaani log mere saath, yaani mere, un ko booster bante rahe mere.</w:t>
      </w:r>
    </w:p>
    <w:p>
      <w:pPr>
        <w:jc w:val="right"/>
      </w:pPr>
      <w:r>
        <w:t>تو انہوں نے یہ کام کیا۔ اس طرح سے ایک کے بعد ایک کے بعد ایک کے بعد، یعنی لوگ میرے ساتھ، یعنی میرے، ان کو booster بنتے رہے میرے۔</w:t>
      </w:r>
    </w:p>
    <w:p>
      <w:r>
        <w:rPr>
          <w:b/>
        </w:rPr>
        <w:t xml:space="preserve">[54:37] </w:t>
      </w:r>
      <w:r>
        <w:t>yeh saare log jo hain mere booster the goya ke. phir ek bohat bara meri zindagi mein woh hai jab is ne CPS banaya.</w:t>
      </w:r>
    </w:p>
    <w:p>
      <w:pPr>
        <w:jc w:val="right"/>
      </w:pPr>
      <w:r>
        <w:t>یہ سارے لوگ جو ہیں میرے booster تھے گویا کہ۔ پھر ایک بہت بڑا میری زندگی میں وہ ہے جب اس نے سی پی ایس بنایا۔</w:t>
      </w:r>
    </w:p>
    <w:p>
      <w:r>
        <w:rPr>
          <w:b/>
        </w:rPr>
        <w:t xml:space="preserve">[54:46] </w:t>
      </w:r>
      <w:r>
        <w:t>yaani shayad 2001 mein. hain ji January 2001 mein. haan, January 2001 mein CPS banayi hum ne.</w:t>
      </w:r>
    </w:p>
    <w:p>
      <w:pPr>
        <w:jc w:val="right"/>
      </w:pPr>
      <w:r>
        <w:t>یعنی شاید 2001 میں۔ ہیں جی جنوری 2001 میں۔ ہاں، جنوری 2001 میں سی پی ایس بنائی ہم نے۔</w:t>
      </w:r>
    </w:p>
    <w:p>
      <w:r>
        <w:rPr>
          <w:b/>
        </w:rPr>
        <w:t xml:space="preserve">[54:55] </w:t>
      </w:r>
      <w:r>
        <w:t>tab jis mein Mr Rajat Malhotra aur Ms Priya Malik aur Naghma Siddiqui aur Astifi Malhotra waghera kai log aaye.</w:t>
      </w:r>
    </w:p>
    <w:p>
      <w:pPr>
        <w:jc w:val="right"/>
      </w:pPr>
      <w:r>
        <w:t>تب جس میں مسٹر رجت ملوطرہ اور مس پریا ملک اور نغمہ صدیقی اور اسطفی ملوطرہ وغیرہ کئی لوگ آئے۔</w:t>
      </w:r>
    </w:p>
    <w:p>
      <w:r>
        <w:rPr>
          <w:b/>
        </w:rPr>
        <w:t xml:space="preserve">[55:08] </w:t>
      </w:r>
      <w:r>
        <w:t>Khalid, Mr Khalid Ansari, yeh sab log aaye.</w:t>
      </w:r>
    </w:p>
    <w:p>
      <w:pPr>
        <w:jc w:val="right"/>
      </w:pPr>
      <w:r>
        <w:t>خالد، مسٹر خالد انصاری، یہ سب لوگ آئے۔</w:t>
      </w:r>
    </w:p>
    <w:p>
      <w:r>
        <w:rPr>
          <w:b/>
        </w:rPr>
        <w:t xml:space="preserve">[55:11] </w:t>
      </w:r>
      <w:r>
        <w:t>yaani modern educated log, jin logon ki education modern tareeqe par hui thi, woh log aaye. ab yeh ek hamari zindagi mein ek naya phase tha yeh.</w:t>
      </w:r>
    </w:p>
    <w:p>
      <w:pPr>
        <w:jc w:val="right"/>
      </w:pPr>
      <w:r>
        <w:t>یعنی modern educated لوگ، جن لوگوں کی education modern طریقے پر ہوئی تھی، وہ لوگ آئے۔ اب یہ ایک ہماری زندگی میں ایک نیا phase تھا یہ۔</w:t>
      </w:r>
    </w:p>
    <w:p>
      <w:r>
        <w:rPr>
          <w:b/>
        </w:rPr>
        <w:t xml:space="preserve">[55:21] </w:t>
      </w:r>
      <w:r>
        <w:t>yeh log question karte the. woh question jo the woh general qism ke hote the, universal type ke. is se pehle, CPS se pehle jo maine, meri soch thi, woh thi Muslim oriented soch.</w:t>
      </w:r>
    </w:p>
    <w:p>
      <w:pPr>
        <w:jc w:val="right"/>
      </w:pPr>
      <w:r>
        <w:t>یہ لوگ question کرتے تھے۔ وہ question جو تھے وہ general قسم کے ہوتے تھے، universal type کے۔ اس سے پہلے، سی پی ایس سے پہلے جو میں نے، میری سوچ تھی، وہ تھی مسلم oriented سوچ۔</w:t>
      </w:r>
    </w:p>
    <w:p>
      <w:r>
        <w:rPr>
          <w:b/>
        </w:rPr>
        <w:t xml:space="preserve">[55:35] </w:t>
      </w:r>
      <w:r>
        <w:t>Muslim oriented soch thi main.</w:t>
      </w:r>
    </w:p>
    <w:p>
      <w:pPr>
        <w:jc w:val="right"/>
      </w:pPr>
      <w:r>
        <w:t>مسلم oriented سوچ تھی میں۔</w:t>
      </w:r>
    </w:p>
    <w:p>
      <w:r>
        <w:rPr>
          <w:b/>
        </w:rPr>
        <w:t xml:space="preserve">[55:38] </w:t>
      </w:r>
      <w:r>
        <w:t>jittne bhi meri is zamane ki writing hain, aap dekhen to sab mein musalmanon ko le kar ke main kuch kehta tha. musalmanon ko le kar ke sari baat, meri soch chalti thi muslim problem par, muslim issues par.</w:t>
      </w:r>
    </w:p>
    <w:p>
      <w:pPr>
        <w:jc w:val="right"/>
      </w:pPr>
      <w:r>
        <w:t>جتنے بھی میری اس زمانے کی writing ہیں، آپ دیکھیں تو سب میں مسلمانوں کو لے کر کے میں کچھ کہتا تھا۔ مسلمانوں کو لے کر کے ساری بات، میری سوچ چلتی تھی مسلم problem پر، مسلم issues پر۔</w:t>
      </w:r>
    </w:p>
    <w:p>
      <w:r>
        <w:rPr>
          <w:b/>
        </w:rPr>
        <w:t xml:space="preserve">[55:53] </w:t>
      </w:r>
      <w:r>
        <w:t>lekin yeh 2001 mein jo CPS bana, woh yeh log aaye. to in logon ke sawalat doosre hote thay.</w:t>
      </w:r>
    </w:p>
    <w:p>
      <w:pPr>
        <w:jc w:val="right"/>
      </w:pPr>
      <w:r>
        <w:t>لیکن یہ 2001 میں جو سی پی ایس بنا، وہ یہ لوگ آئے۔ تو ان لوگوں کے سوالات دوسرے ہوتے تھے۔</w:t>
      </w:r>
    </w:p>
    <w:p>
      <w:r>
        <w:rPr>
          <w:b/>
        </w:rPr>
        <w:t xml:space="preserve">[56:02] </w:t>
      </w:r>
      <w:r>
        <w:t>Mr Khalid Ansari, Mr Rajat Malhotra, Astifi Malhotra, Priya Malik, Naghma Siddiqui aur Mr Navdeep Kapoor, yeh saare log jo thay, jo is CPS mein ekhatta hue, unke jo question thay, woh question insaan ko le kar hotay thay.</w:t>
      </w:r>
    </w:p>
    <w:p>
      <w:pPr>
        <w:jc w:val="right"/>
      </w:pPr>
      <w:r>
        <w:t>مسٹر خالد انصاری، مسٹر رجت ملوطرہ، اسطفی ملوطرہ، پریا ملک، نغمہ صدیقی اور مسٹر نودیب کپور، یہ سارے لوگ جو تھے، جو اس سی پی ایس میں اکٹھا ہوئے، ان کے جو question تھے، وہ question انسان کو لے کر ہوتے تھے۔</w:t>
      </w:r>
    </w:p>
    <w:p>
      <w:r>
        <w:rPr>
          <w:b/>
        </w:rPr>
        <w:t xml:space="preserve">[56:21] </w:t>
      </w:r>
      <w:r>
        <w:t>muslim ko le kar nahi hotay thay.</w:t>
      </w:r>
    </w:p>
    <w:p>
      <w:pPr>
        <w:jc w:val="right"/>
      </w:pPr>
      <w:r>
        <w:t>مسلم کو لے کر نہیں ہوتے تھے۔</w:t>
      </w:r>
    </w:p>
    <w:p>
      <w:r>
        <w:rPr>
          <w:b/>
        </w:rPr>
        <w:t xml:space="preserve">[56:23] </w:t>
      </w:r>
      <w:r>
        <w:t>to mujhe, mera mind jo hai, ek naya, naye dhang par activate honay laga. naye dhang par activate honay laga. aur meri soch jo hai, jo is se pehle muslim oriented soch thi, woh insaan oriented soch ban gayi.</w:t>
      </w:r>
    </w:p>
    <w:p>
      <w:pPr>
        <w:jc w:val="right"/>
      </w:pPr>
      <w:r>
        <w:t>تو مجھے، میرا mind جو ہے، ایک نیا، نئے ڈھنگ پر activate ہونے لگا۔ نئے ڈھنگ پر activate ہونے لگا۔ اور میری سوچ جو ہے، جو اس سے پہلے مسلم oriented سوچ تھی، وہ انسان oriented سوچ بن گئی۔</w:t>
      </w:r>
    </w:p>
    <w:p>
      <w:r>
        <w:rPr>
          <w:b/>
        </w:rPr>
        <w:t xml:space="preserve">[56:39] </w:t>
      </w:r>
      <w:r>
        <w:t>yeh bohat bara departure tha meri zindagi mein.</w:t>
      </w:r>
    </w:p>
    <w:p>
      <w:pPr>
        <w:jc w:val="right"/>
      </w:pPr>
      <w:r>
        <w:t>یہ بہت بڑا departure تھا میری زندگی میں۔</w:t>
      </w:r>
    </w:p>
    <w:p>
      <w:r>
        <w:rPr>
          <w:b/>
        </w:rPr>
        <w:t xml:space="preserve">[56:42] </w:t>
      </w:r>
      <w:r>
        <w:t>yaani CPS se ek naya departure aaya. ke jo mind muslim oriented soch par chalta tha, woh mind jo hai, insaan oriented soch par chalne laga.</w:t>
      </w:r>
    </w:p>
    <w:p>
      <w:pPr>
        <w:jc w:val="right"/>
      </w:pPr>
      <w:r>
        <w:t>یعنی سی پی ایس سے ایک نیا departure آیا۔ کہ جو mind مسلم oriented سوچ پر چلتا تھا، وہ mind جو ہے، انسان oriented سوچ پر چلنے لگا۔</w:t>
      </w:r>
    </w:p>
    <w:p>
      <w:r>
        <w:rPr>
          <w:b/>
        </w:rPr>
        <w:t xml:space="preserve">[56:55] </w:t>
      </w:r>
      <w:r>
        <w:t>aur phir hum ne bohat sari cheezein likhein. phir is ke baad yeh mohtarma Najma Siddiqui hain aur unke sath Professor Siddiqui sahab, jo unke husband hain, pabandi se aanay lagay, bohat hi aap ko pabandi se</w:t>
      </w:r>
    </w:p>
    <w:p>
      <w:pPr>
        <w:jc w:val="right"/>
      </w:pPr>
      <w:r>
        <w:t>اور پھر ہم نے بہت ساری چیزیں لکھیں۔ پھر اس کے بعد یہ محترمہ نجمہ صدیقی ہیں اور ان کے ساتھ پروفیسر صدیقی صاحب، جو ان کے husband ہیں، پابندی سے آنے لگے، بہت ہی آپ کو پابندی سے</w:t>
      </w:r>
    </w:p>
    <w:p>
      <w:r>
        <w:rPr>
          <w:b/>
        </w:rPr>
        <w:t xml:space="preserve">[57:10] </w:t>
      </w:r>
      <w:r>
        <w:t>. is se mujhe ek naya woh mila, hosla ke senior log bhi hamare sath hain. is se pehle jo thay, woh naujawan log hamare sath hua karte thay.</w:t>
      </w:r>
    </w:p>
    <w:p>
      <w:pPr>
        <w:jc w:val="right"/>
      </w:pPr>
      <w:r>
        <w:t>۔ اس سے مجھے ایک نیا وہ ملا، حوصلہ کہ senior لوگ بھی ہمارے ساتھ ہیں۔ اس سے پہلے جو تھے، وہ نوجوان لوگ ہمارے ساتھ ہوا کرتے تھے۔</w:t>
      </w:r>
    </w:p>
    <w:p>
      <w:r>
        <w:rPr>
          <w:b/>
        </w:rPr>
        <w:t xml:space="preserve">[57:21] </w:t>
      </w:r>
      <w:r>
        <w:t>naujawan log. to to yeh yeh Najma pair kahunga ya jo bhi lafz acha ho is ke liye. to unke aanay se hamein ek naya hosla mila ke nahi, senior log bhi is mein hamare saathi hain.</w:t>
      </w:r>
    </w:p>
    <w:p>
      <w:pPr>
        <w:jc w:val="right"/>
      </w:pPr>
      <w:r>
        <w:t>نوجوان لوگ۔ تو تو یہ یہ نجمہ پیئر کہوں گا یا جو بھی لفظ اچھا ہو اس کے لیے۔ تو ان کے آنے سے ہمیں ایک نیا حوصلہ ملا کہ نہیں، senior لوگ بھی اس میں ہمارے ساتھی ہیں۔</w:t>
      </w:r>
    </w:p>
    <w:p>
      <w:r>
        <w:rPr>
          <w:b/>
        </w:rPr>
        <w:t xml:space="preserve">[57:35] </w:t>
      </w:r>
      <w:r>
        <w:t>senior log bhi hum se alag nahi</w:t>
      </w:r>
    </w:p>
    <w:p>
      <w:pPr>
        <w:jc w:val="right"/>
      </w:pPr>
      <w:r>
        <w:t>Senior لوگ بھی ہم سے الگ نہیں</w:t>
      </w:r>
    </w:p>
    <w:p>
      <w:r>
        <w:rPr>
          <w:b/>
        </w:rPr>
        <w:t xml:space="preserve">[57:39] </w:t>
      </w:r>
      <w:r>
        <w:t>hain. to ek naya hosla, naya shauq mila. is tarah se yeh gaadi chalti rahi. yahan tak ke aap dekhiye, jo America mein Khwaja Kaleemuddin sahab hain, unhon ne is mission ko internet par daal diya.</w:t>
      </w:r>
    </w:p>
    <w:p>
      <w:pPr>
        <w:jc w:val="right"/>
      </w:pPr>
      <w:r>
        <w:t>ہیں۔ تو ایک نیا حوصلہ، نیا شوق ملا۔ اس طرح سے یہ گاڑی چلتی رہی۔ یہاں تک کہ آپ دیکھیے، جو امریکہ میں خواجہ کلیم الدین صاحب ہیں، انہوں نے اس مشن کو انٹرنیٹ پر ڈال دیا۔</w:t>
      </w:r>
    </w:p>
    <w:p>
      <w:r>
        <w:rPr>
          <w:b/>
        </w:rPr>
        <w:t xml:space="preserve">[57:52] </w:t>
      </w:r>
      <w:r>
        <w:t>aur sab log is mein shareek hain. yaani bohat se log, yaani akeley ka unka karmana nahi hai. lekin unhon ne initiative liya.</w:t>
      </w:r>
    </w:p>
    <w:p>
      <w:pPr>
        <w:jc w:val="right"/>
      </w:pPr>
      <w:r>
        <w:t>اور سب لوگ اس میں شریک ہیں۔ یعنی بہت سے لوگ، یعنی اکیلے کا ان کا کارنامہ نہیں ہے۔ لیکن انہوں نے initiative لیا۔</w:t>
      </w:r>
    </w:p>
    <w:p>
      <w:r>
        <w:rPr>
          <w:b/>
        </w:rPr>
        <w:t xml:space="preserve">[58:01] </w:t>
      </w:r>
      <w:r>
        <w:t>ab is waqt jo hai, hamara monthly magazine aap internet par parh sakte hain. sari kitabein aap internet par parh sakte hain.</w:t>
      </w:r>
    </w:p>
    <w:p>
      <w:pPr>
        <w:jc w:val="right"/>
      </w:pPr>
      <w:r>
        <w:t>اب اس وقت جو ہے، ہمارا monthly magazine آپ انٹرنیٹ پر پڑھ سکتے ہیں۔ ساری کتابیں آپ انٹرنیٹ پر پڑھ سکتے ہیں۔</w:t>
      </w:r>
    </w:p>
    <w:p>
      <w:r>
        <w:rPr>
          <w:b/>
        </w:rPr>
        <w:t xml:space="preserve">[58:09] </w:t>
      </w:r>
      <w:r>
        <w:t>unhon ne ek pata hai check kiya ke internet par ke mere mera naam ka reference kitni baar aaya hai. to unhon ne bataya ke taqreeban pandrah hazar references mere naam ke maujood hain internet par.</w:t>
      </w:r>
    </w:p>
    <w:p>
      <w:pPr>
        <w:jc w:val="right"/>
      </w:pPr>
      <w:r>
        <w:t>انہوں نے ایک پتہ ہے چیک کیا کہ انٹرنیٹ پر کہ میرے میرا نام کا reference کتنی بار آیا ہے۔ تو انہوں نے بتایا کہ تقریباً پندرہ ہزار references میرے نام کے موجود ہیں انٹرنیٹ پر۔</w:t>
      </w:r>
    </w:p>
    <w:p>
      <w:r>
        <w:rPr>
          <w:b/>
        </w:rPr>
        <w:t xml:space="preserve">[58:21] </w:t>
      </w:r>
      <w:r>
        <w:t>inhi logon ki koshish se hua. main to computer ki ABCD bhi nahi janta. is tarah se hamara mission jo hai, woh puhanch gaya electronic media mein.</w:t>
      </w:r>
    </w:p>
    <w:p>
      <w:pPr>
        <w:jc w:val="right"/>
      </w:pPr>
      <w:r>
        <w:t>انہی لوگوں کی کوشش سے ہوا۔ میں تو کمپیوٹر کی ABCD بھی نہیں جانتا۔ اس طرح سے ہمارا مشن جو ہے، وہ پہنچ گیا electronic میڈیا میں۔</w:t>
      </w:r>
    </w:p>
    <w:p>
      <w:r>
        <w:rPr>
          <w:b/>
        </w:rPr>
        <w:t xml:space="preserve">[58:36] </w:t>
      </w:r>
      <w:r>
        <w:t>yaani hath se likhna shuru hua. yaani shuru shuru mein hath se likha karta tha. b</w:t>
      </w:r>
    </w:p>
    <w:p>
      <w:pPr>
        <w:jc w:val="right"/>
      </w:pPr>
      <w:r>
        <w:t>یعنی ہاتھ سے لکھنا شروع ہوا۔ یعنی شروع شروع میں ہاتھ سے لکھا کرتا تھا۔ ب</w:t>
      </w:r>
    </w:p>
    <w:p>
      <w:r>
        <w:rPr>
          <w:b/>
        </w:rPr>
        <w:t xml:space="preserve">[58:40] </w:t>
      </w:r>
      <w:r>
        <w:t>s hath se likha aur us ko daal diya. phir printing press ke zamane mein hum dakhil hue, jab kitabein hamari chapin. is tarah se hota raha.</w:t>
      </w:r>
    </w:p>
    <w:p>
      <w:pPr>
        <w:jc w:val="right"/>
      </w:pPr>
      <w:r>
        <w:t>س ہاتھ سے لکھا اور اس کو ڈال دیا۔ پھر پرنٹنگ پریس کے زمانے میں ہم داخل ہوئے، جب کتابیں ہماری چھپیں۔ اس طرح سے ہوتا رہا۔</w:t>
      </w:r>
    </w:p>
    <w:p>
      <w:r>
        <w:rPr>
          <w:b/>
        </w:rPr>
        <w:t xml:space="preserve">[58:50] </w:t>
      </w:r>
      <w:r>
        <w:t>phir off shot aaya to us par ek computer aaya to us par. ab jo hai internet ke zamane mein electronic media mein bhi is poora mission shamil kar diya gaya hai.</w:t>
      </w:r>
    </w:p>
    <w:p>
      <w:pPr>
        <w:jc w:val="right"/>
      </w:pPr>
      <w:r>
        <w:t>پھر آف شٹ آیا تو اس پر ایک کمپیوٹر آیا تو اس پر۔ اب جو ہے انٹرنیٹ کے زمانے میں electronic میڈیا میں بھی اس پورا مشن شامل کر دیا گیا ہے۔</w:t>
      </w:r>
    </w:p>
    <w:p>
      <w:r>
        <w:rPr>
          <w:b/>
        </w:rPr>
        <w:t xml:space="preserve">[59:00] </w:t>
      </w:r>
      <w:r>
        <w:t>aur yeh sab in logon ki koshishon se. aur yeh is mein inka bhi bohat bara dakhal hai. yeh Faisal Siddiqui sahab jo America mein rehte hain, inka bhi bohat bara d</w:t>
      </w:r>
    </w:p>
    <w:p>
      <w:pPr>
        <w:jc w:val="right"/>
      </w:pPr>
      <w:r>
        <w:t>اور یہ سب ان لوگوں کی کوششوں سے۔ اور یہ اس میں ان کا بھی بہت بڑا دخل ہے۔ یہ فیصل صدیقی صاحب جو امریکہ میں رہتے ہیں، ان کا بھی بہت بڑا د</w:t>
      </w:r>
    </w:p>
    <w:p>
      <w:r>
        <w:rPr>
          <w:b/>
        </w:rPr>
        <w:t xml:space="preserve">[59:09] </w:t>
      </w:r>
      <w:r>
        <w:t>khal hai. jo Najam, jo unke sahibzade hain, Professor Najma Siddiqui ke. to inka bohat bara dakhal hai ke is mission ko is mein puhanchane mein.</w:t>
      </w:r>
    </w:p>
    <w:p>
      <w:pPr>
        <w:jc w:val="right"/>
      </w:pPr>
      <w:r>
        <w:t>خل ہے۔ جو نجم، جو ان کے صاحبزادے ہیں، پروفیسر نجمہ صدیقی کے۔ تو ان کا بہت بڑا دخل ہے کہ اس مشن کو اس میں پہنچانے میں۔</w:t>
      </w:r>
    </w:p>
    <w:p>
      <w:r>
        <w:rPr>
          <w:b/>
        </w:rPr>
        <w:t xml:space="preserve">[59:21] </w:t>
      </w:r>
      <w:r>
        <w:t>yaani electronic daur mein puhanchane mein. to ek lambi kahani hai jis ka kuch main ne kuch glimpse aap ko dikhaye, kuch chand glimpses.</w:t>
      </w:r>
    </w:p>
    <w:p>
      <w:pPr>
        <w:jc w:val="right"/>
      </w:pPr>
      <w:r>
        <w:t>یعنی electronic دور میں پہنچانے میں۔ تو ایک لمبی کہانی ہے جس کا کچھ میں نے کچھ glimpse آپ کو دکھائے، کچھ چند glimpses۔</w:t>
      </w:r>
    </w:p>
    <w:p>
      <w:r>
        <w:rPr>
          <w:b/>
        </w:rPr>
        <w:t xml:space="preserve">[59:31] </w:t>
      </w:r>
      <w:r>
        <w:t>ab agar main tofeeq mili ke main likhoon apni kahani ko to ek bohat hi moti si kitab banegi inshallah.</w:t>
      </w:r>
    </w:p>
    <w:p>
      <w:pPr>
        <w:jc w:val="right"/>
      </w:pPr>
      <w:r>
        <w:t>اب اگر میں توفیق ملی کہ میں لکھوں اپنی کہانی کو تو ایک بہت ہی موٹی سی کتاب بنے گی انشاءاللہ۔</w:t>
      </w:r>
    </w:p>
    <w:p>
      <w:r>
        <w:rPr>
          <w:b/>
        </w:rPr>
        <w:t xml:space="preserve">[59:39] </w:t>
      </w:r>
      <w:r>
        <w:t>is ke kuch glimpses jo hain is safar mein jo main gaya tha abhi Adampur. to woh us ka video tape liya gaya tha.</w:t>
      </w:r>
    </w:p>
    <w:p>
      <w:pPr>
        <w:jc w:val="right"/>
      </w:pPr>
      <w:r>
        <w:t>اس کے کچھ glimpses جو ہیں اس سفر میں جو میں گیا تھا ابھی آدم گڑھ۔ تو وہ اس کا ویڈیو ٹیپ لیا گیا تھا۔</w:t>
      </w:r>
    </w:p>
    <w:p>
      <w:r>
        <w:rPr>
          <w:b/>
        </w:rPr>
        <w:t xml:space="preserve">[59:49] </w:t>
      </w:r>
      <w:r>
        <w:t>to us ko mila kar ke ek ek tasveer ban sakti hai aap ke samne.</w:t>
      </w:r>
    </w:p>
    <w:p>
      <w:pPr>
        <w:jc w:val="right"/>
      </w:pPr>
      <w:r>
        <w:t>تو اس کو ملا کر کے ایک ایک تصویر بن سکتی ہے آپ کے سامنے۔</w:t>
      </w:r>
    </w:p>
    <w:p>
      <w:r>
        <w:rPr>
          <w:b/>
        </w:rPr>
        <w:t xml:space="preserve">[59:54] </w:t>
      </w:r>
      <w:r>
        <w:t>yeh hai kahani meri zindagi ki, aap sab logon ka is mein hissa hai. Jo bhi mein aksar dua karta raha hoon to ke khudaaya mujh ko bakhsh de, mere ahle bait ko bakhsh de, mere ashaab ko bakhsh de.</w:t>
      </w:r>
    </w:p>
    <w:p>
      <w:pPr>
        <w:jc w:val="right"/>
      </w:pPr>
      <w:r>
        <w:t>یہ ہے کہانی میری زندگی کی، آپ سب لوگوں کا اس میں حصہ ہے۔ جو بھی میں اکثر دعا کرتا رہا ہوں تو کہ خدایا مجھ کو بخش دے، میرے اہل بیت کو بخش دے، میرے اصحاب کو بخش دے۔</w:t>
      </w:r>
    </w:p>
    <w:p>
      <w:r>
        <w:rPr>
          <w:b/>
        </w:rPr>
        <w:t xml:space="preserve">[1:00:07] </w:t>
      </w:r>
      <w:r>
        <w:t>Is mission mein jo hamein saath diya, mera yeh daawa mission, woh sab ko bakhsh de. To Allah taala hum sab ko qabool farmaye. Aqool qawli hadha wastaghfirullaha li walakum ajmaeen.</w:t>
      </w:r>
    </w:p>
    <w:p>
      <w:pPr>
        <w:jc w:val="right"/>
      </w:pPr>
      <w:r>
        <w:t>اس مشن میں جو ہمیں ساتھ دیا، میرا یہ دعویٰ مشن، وہ سب کو بخش دے۔ تو اللہ تعالیٰ ہم سب کو قبول فرمائے۔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