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Journey to Discover God January 17, 2010</w:t>
      </w:r>
    </w:p>
    <w:p>
      <w:r>
        <w:t>https://youtu.be/gXSeKu2LJaE</w:t>
      </w:r>
    </w:p>
    <w:p>
      <w:r>
        <w:rPr>
          <w:b/>
        </w:rPr>
        <w:t xml:space="preserve">[00:13] </w:t>
      </w:r>
      <w:r>
        <w:t>Bismillah hir rahman nir rahim. Wa salla Allahu alan nabiyyil kareem. Rabbishrah li sadri, wa yassir li amri,</w:t>
      </w:r>
    </w:p>
    <w:p>
      <w:pPr>
        <w:jc w:val="right"/>
      </w:pPr>
      <w:r>
        <w:t>بسم اللہ الرحمن الرحیم ، وصلیاللہ علی النبی الکریم ۔ رب اشرحلی صدری، و یسرلی امری،</w:t>
      </w:r>
    </w:p>
    <w:p>
      <w:r>
        <w:rPr>
          <w:b/>
        </w:rPr>
        <w:t xml:space="preserve">[00:27] </w:t>
      </w:r>
      <w:r>
        <w:t>wahlul uqdatan min lisani, yafqahu</w:t>
      </w:r>
    </w:p>
    <w:p>
      <w:pPr>
        <w:jc w:val="right"/>
      </w:pPr>
      <w:r>
        <w:t>واحل العقدۃ من لسانی، یفقہ</w:t>
      </w:r>
    </w:p>
    <w:p>
      <w:r>
        <w:rPr>
          <w:b/>
        </w:rPr>
        <w:t xml:space="preserve">[00:31] </w:t>
      </w:r>
      <w:r>
        <w:t>qauli. Yeh jo topic hai,</w:t>
      </w:r>
    </w:p>
    <w:p>
      <w:pPr>
        <w:jc w:val="right"/>
      </w:pPr>
      <w:r>
        <w:t>قولی۔یہجو ٹاپکہے،</w:t>
      </w:r>
    </w:p>
    <w:p>
      <w:r>
        <w:rPr>
          <w:b/>
        </w:rPr>
        <w:t xml:space="preserve">[00:36] </w:t>
      </w:r>
      <w:r>
        <w:t>yeh</w:t>
      </w:r>
    </w:p>
    <w:p>
      <w:pPr>
        <w:jc w:val="right"/>
      </w:pPr>
      <w:r>
        <w:t>یہ</w:t>
      </w:r>
    </w:p>
    <w:p>
      <w:r>
        <w:rPr>
          <w:b/>
        </w:rPr>
        <w:t xml:space="preserve">[00:39] </w:t>
      </w:r>
      <w:r>
        <w:t>mere zehn mein is tarah aaya ke kal ke tamam papers mein aap ne dekha hoga ke sab se badi news jo thi, woh thi solar grahan ki, solar eclipse ki,</w:t>
      </w:r>
    </w:p>
    <w:p>
      <w:pPr>
        <w:jc w:val="right"/>
      </w:pPr>
      <w:r>
        <w:t>میرےذہنمیںاسطرحآیا کہ کل کے تمام پیپرز میں آپ نےدیکھاہوگا کہ سب سےبڑی نیوزجوتھی، وہ تھی سولرگرہنکی ، سولر ایک لپسکی،</w:t>
      </w:r>
    </w:p>
    <w:p>
      <w:r>
        <w:rPr>
          <w:b/>
        </w:rPr>
        <w:t xml:space="preserve">[00:58] </w:t>
      </w:r>
      <w:r>
        <w:t>yaani suraj grahan ki.</w:t>
      </w:r>
    </w:p>
    <w:p>
      <w:pPr>
        <w:jc w:val="right"/>
      </w:pPr>
      <w:r>
        <w:t>یعنیسورجگرہنکی۔</w:t>
      </w:r>
    </w:p>
    <w:p>
      <w:r>
        <w:rPr>
          <w:b/>
        </w:rPr>
        <w:t xml:space="preserve">[01:01] </w:t>
      </w:r>
      <w:r>
        <w:t>Saare papers mein iski news thi aur iski</w:t>
      </w:r>
    </w:p>
    <w:p>
      <w:pPr>
        <w:jc w:val="right"/>
      </w:pPr>
      <w:r>
        <w:t>سارے پیپرزمیں اسکینیوزتھیاور اسکی</w:t>
      </w:r>
    </w:p>
    <w:p>
      <w:r>
        <w:rPr>
          <w:b/>
        </w:rPr>
        <w:t xml:space="preserve">[01:08] </w:t>
      </w:r>
      <w:r>
        <w:t>tasveeren bhi chapti thin. Ab yeh possible ho gaya hai ke aap grahan ki tasveeren le saken. Yeh tasveeren bhi chapti thin, ismein aap dekh sakte hain.</w:t>
      </w:r>
    </w:p>
    <w:p>
      <w:pPr>
        <w:jc w:val="right"/>
      </w:pPr>
      <w:r>
        <w:t>تصویریںبھیچھپیتھیں۔ ابیہپاسیبلہوگیاہےکہآپ گرہنکیتصویریںلےسکیں۔ یہتصویریںبھیچھپیتھیں، اسمیںآپدیکھسکتےہیں۔</w:t>
      </w:r>
    </w:p>
    <w:p>
      <w:r>
        <w:rPr>
          <w:b/>
        </w:rPr>
        <w:t xml:space="preserve">[01:22] </w:t>
      </w:r>
      <w:r>
        <w:t>To yeh jo solar eclipse hua, yeh suraj grahan, January 15 ko,</w:t>
      </w:r>
    </w:p>
    <w:p>
      <w:pPr>
        <w:jc w:val="right"/>
      </w:pPr>
      <w:r>
        <w:t>تویہجو سولر ایکلپسہوا، یہسورجگرہن، جن وری 15 کو،</w:t>
      </w:r>
    </w:p>
    <w:p>
      <w:r>
        <w:rPr>
          <w:b/>
        </w:rPr>
        <w:t xml:space="preserve">[01:30] </w:t>
      </w:r>
      <w:r>
        <w:t>to yeh is 100 saal ka sab se bada suraj grahan tha.</w:t>
      </w:r>
    </w:p>
    <w:p>
      <w:pPr>
        <w:jc w:val="right"/>
      </w:pPr>
      <w:r>
        <w:t>تویہ اس سو سالکا سبسےبڑاسورجگرہنتھا۔</w:t>
      </w:r>
    </w:p>
    <w:p>
      <w:r>
        <w:rPr>
          <w:b/>
        </w:rPr>
        <w:t xml:space="preserve">[01:40] </w:t>
      </w:r>
      <w:r>
        <w:t>chand grahan aur suraj grahan, yeh bohat hi anokha phenomenon hai jo har saal hota hai,</w:t>
      </w:r>
    </w:p>
    <w:p>
      <w:pPr>
        <w:jc w:val="right"/>
      </w:pPr>
      <w:r>
        <w:t>چاندگرہناورسورجگرہن، یہبہت ہی انوکھا فیناومیناہے جوہرسالہوتاہے،</w:t>
      </w:r>
    </w:p>
    <w:p>
      <w:r>
        <w:rPr>
          <w:b/>
        </w:rPr>
        <w:t xml:space="preserve">[01:53] </w:t>
      </w:r>
      <w:r>
        <w:t>har saal hota hai.</w:t>
      </w:r>
    </w:p>
    <w:p>
      <w:pPr>
        <w:jc w:val="right"/>
      </w:pPr>
      <w:r>
        <w:t>ہرسال ہوتاہے۔</w:t>
      </w:r>
    </w:p>
    <w:p>
      <w:r>
        <w:rPr>
          <w:b/>
        </w:rPr>
        <w:t xml:space="preserve">[01:55] </w:t>
      </w:r>
      <w:r>
        <w:t>to yeh jo news thi, yeh mere liye ek simple news nahi thi.</w:t>
      </w:r>
    </w:p>
    <w:p>
      <w:pPr>
        <w:jc w:val="right"/>
      </w:pPr>
      <w:r>
        <w:t>تویہجو نیوزتھی، یہ میرےلیے ایک سمپلنیوزنہیںتھی۔</w:t>
      </w:r>
    </w:p>
    <w:p>
      <w:r>
        <w:rPr>
          <w:b/>
        </w:rPr>
        <w:t xml:space="preserve">[02:04] </w:t>
      </w:r>
      <w:r>
        <w:t>das science reminded me a greater event that covers the whole human history.</w:t>
      </w:r>
    </w:p>
    <w:p>
      <w:pPr>
        <w:jc w:val="right"/>
      </w:pPr>
      <w:r>
        <w:t>دسایونٹس ریمائنڈمی اگیٹرایونٹ دیٹکورز داہولہیومنہسٹری۔</w:t>
      </w:r>
    </w:p>
    <w:p>
      <w:r>
        <w:rPr>
          <w:b/>
        </w:rPr>
        <w:t xml:space="preserve">[02:14] </w:t>
      </w:r>
      <w:r>
        <w:t>is waqeye mein mujhe poori tareekh bashar ki ek naqsha dikhai pada. woh kya hai?</w:t>
      </w:r>
    </w:p>
    <w:p>
      <w:pPr>
        <w:jc w:val="right"/>
      </w:pPr>
      <w:r>
        <w:t>اس واقع ےمیںمجھے پوری تاریخ بش ریکا ایک نقشہ دکھائیپڑا۔ وہکیاہے؟</w:t>
      </w:r>
    </w:p>
    <w:p>
      <w:r>
        <w:rPr>
          <w:b/>
        </w:rPr>
        <w:t xml:space="preserve">[02:27] </w:t>
      </w:r>
      <w:r>
        <w:t>aap jante hain ke grahan woh hai, yeh koi aaj ki cheez nahi hai, yeh hamesha se hai, jab se yeh dunya qaim hai tab se hai, suraj grahan bhi aur chand grahan bhi.</w:t>
      </w:r>
    </w:p>
    <w:p>
      <w:pPr>
        <w:jc w:val="right"/>
      </w:pPr>
      <w:r>
        <w:t>آپجانتےہیں کہ گرہنجوہے، یہکوئی آجکیچیزنہیںہے، یہہمیشہسےہے، جب سےیہدنیا قائمہےتبسےہے، سورجگرہنبھیاورچاندگرہنبھی ۔</w:t>
      </w:r>
    </w:p>
    <w:p>
      <w:r>
        <w:rPr>
          <w:b/>
        </w:rPr>
        <w:t xml:space="preserve">[02:42] </w:t>
      </w:r>
      <w:r>
        <w:t>to is maamle mein agar dekhein aap to jo pehle zamaney tha, yani science ki discovery se pehle, pre scientific period mein, to logon ne ajeeb ajeeb tehqeeqati qism ke khayalat qaim kar rakhe the.</w:t>
      </w:r>
    </w:p>
    <w:p>
      <w:pPr>
        <w:jc w:val="right"/>
      </w:pPr>
      <w:r>
        <w:t>تو اس معاملےمیں اگر دیکھیںآپتوجو پہلے زمان ہتھا،یعنی سائنسکیڈسکوریسےپہلے ، پریسائنٹیفکپیریڈمیں، تو لوگوںنےعجیبعجیب تب ہماتی قسم کےخیالاتقائمکررکھےتھے۔</w:t>
      </w:r>
    </w:p>
    <w:p>
      <w:r>
        <w:rPr>
          <w:b/>
        </w:rPr>
        <w:t xml:space="preserve">[03:03] </w:t>
      </w:r>
      <w:r>
        <w:t>koi samajhta tha ke aasman mein jo woh samajhte the ke yeh devta hain, sab sitare aur suraj ko devta samajhte the, to ek devta jab ghussa hota hai, doosre devta ko nigal leta hai,</w:t>
      </w:r>
    </w:p>
    <w:p>
      <w:pPr>
        <w:jc w:val="right"/>
      </w:pPr>
      <w:r>
        <w:t>کوئیسمجھتاتھاکہ آسمانمیں جو وہسمجھتےتھےکہیہدیوتاہیں،سبستارےاورسورجکودیوتاسمجھتےتھے، تو ایک دیوتاجبغصہہوتاہے،دوسرےدیوتاکو نگ للیتاہے،</w:t>
      </w:r>
    </w:p>
    <w:p>
      <w:r>
        <w:rPr>
          <w:b/>
        </w:rPr>
        <w:t xml:space="preserve">[03:20] </w:t>
      </w:r>
      <w:r>
        <w:t>to is se suraj grahan hota hai</w:t>
      </w:r>
    </w:p>
    <w:p>
      <w:pPr>
        <w:jc w:val="right"/>
      </w:pPr>
      <w:r>
        <w:t>تواسسےسورجگرہنہوتاہے</w:t>
      </w:r>
    </w:p>
    <w:p>
      <w:r>
        <w:rPr>
          <w:b/>
        </w:rPr>
        <w:t xml:space="preserve">[03:25] </w:t>
      </w:r>
      <w:r>
        <w:t>ya chand grahan hota hai.</w:t>
      </w:r>
    </w:p>
    <w:p>
      <w:pPr>
        <w:jc w:val="right"/>
      </w:pPr>
      <w:r>
        <w:t>یا چاندگرہنہوتاہے۔</w:t>
      </w:r>
    </w:p>
    <w:p>
      <w:r>
        <w:rPr>
          <w:b/>
        </w:rPr>
        <w:t xml:space="preserve">[03:27] </w:t>
      </w:r>
      <w:r>
        <w:t>koi samajhta tha ke jab koi bara aadmi, jaise koi badshah, king, mar jata hai to is se aasman wale udas ho jate hain, gham manate hain, to yeh grahan parta hai wahan par.</w:t>
      </w:r>
    </w:p>
    <w:p>
      <w:pPr>
        <w:jc w:val="right"/>
      </w:pPr>
      <w:r>
        <w:t>کوئیسمجھتاتھاکہجب کوئیبڑاآدمی، جیسےکوئیبادشاہ،کنگ، مرجاتا ہے تو اسسے آسمان والے اداسہوجاتےہیں، غممناتےہیں،تویہ گرہنپڑتاہےوہاںپر ۔</w:t>
      </w:r>
    </w:p>
    <w:p>
      <w:r>
        <w:rPr>
          <w:b/>
        </w:rPr>
        <w:t xml:space="preserve">[03:43] </w:t>
      </w:r>
      <w:r>
        <w:t>to aise bohat saare anokhe aqeedey the jo logon ne bana rakhe the pehle.</w:t>
      </w:r>
    </w:p>
    <w:p>
      <w:pPr>
        <w:jc w:val="right"/>
      </w:pPr>
      <w:r>
        <w:t>توایسےبہت سارے انوکھے عقیدےتھے جو لوگوںنےبنارکھےتھے پہلے۔</w:t>
      </w:r>
    </w:p>
    <w:p>
      <w:r>
        <w:rPr>
          <w:b/>
        </w:rPr>
        <w:t xml:space="preserve">[03:53] </w:t>
      </w:r>
      <w:r>
        <w:t>yeh aqeedey chalte rahe yahan tak ke 1608 mein Galile ne planetary system ko telescope se dekha.</w:t>
      </w:r>
    </w:p>
    <w:p>
      <w:pPr>
        <w:jc w:val="right"/>
      </w:pPr>
      <w:r>
        <w:t>یہ عقیدے چلتے رہے یہاںتککہ 1 6 08 میں گر یلیونے پلینٹریسسٹمکو ٹیلیسکوپسےدیکھا۔</w:t>
      </w:r>
    </w:p>
    <w:p>
      <w:r>
        <w:rPr>
          <w:b/>
        </w:rPr>
        <w:t xml:space="preserve">[04:11] </w:t>
      </w:r>
      <w:r>
        <w:t>aur phir yeh silsila chalta raha, bohat se star uthe, telescope mein nayi nayi taraqqi hui.</w:t>
      </w:r>
    </w:p>
    <w:p>
      <w:pPr>
        <w:jc w:val="right"/>
      </w:pPr>
      <w:r>
        <w:t>اورپھر یہ سلسلہچلتارہا، بہت سے اسٹارمراٹھے، ٹیلیسکوپمیںنئینئیترقیاںہوئیں۔</w:t>
      </w:r>
    </w:p>
    <w:p>
      <w:r>
        <w:rPr>
          <w:b/>
        </w:rPr>
        <w:t xml:space="preserve">[04:19] </w:t>
      </w:r>
      <w:r>
        <w:t>pehle to bohat hi crude type ki telescope hoti thi, phir taraqqi hui, aur phir powerful observatory bani, jo bohat badi thi.</w:t>
      </w:r>
    </w:p>
    <w:p>
      <w:pPr>
        <w:jc w:val="right"/>
      </w:pPr>
      <w:r>
        <w:t>پہلے توبہتہی کروٹٹائپکیٹیلیسکوپہوتیتھی، پھرترقیہوئی، اور پھر پولواوورآبزرویٹریبنی، جوبہت بڑیہے۔</w:t>
      </w:r>
    </w:p>
    <w:p>
      <w:r>
        <w:rPr>
          <w:b/>
        </w:rPr>
        <w:t xml:space="preserve">[04:31] </w:t>
      </w:r>
      <w:r>
        <w:t>ab jo Hubble observatory bani America mein, woh aur bhi zyada badi thi.</w:t>
      </w:r>
    </w:p>
    <w:p>
      <w:pPr>
        <w:jc w:val="right"/>
      </w:pPr>
      <w:r>
        <w:t>اب جوہبل آبزرویٹریبنی امریک ہمیں،وہاوربھیزیادہ بڑیہے۔</w:t>
      </w:r>
    </w:p>
    <w:p>
      <w:r>
        <w:rPr>
          <w:b/>
        </w:rPr>
        <w:t xml:space="preserve">[04:38] </w:t>
      </w:r>
      <w:r>
        <w:t>to poore universe ko dekhne ki koshish ki gayi, aur satellite ke zariye photo liye gaye.</w:t>
      </w:r>
    </w:p>
    <w:p>
      <w:pPr>
        <w:jc w:val="right"/>
      </w:pPr>
      <w:r>
        <w:t>تو پورے یونیورس کودیکھنےکیکوششکیگئی ، اور سیٹلائٹکےذریعے فوٹولیے گئے۔</w:t>
      </w:r>
    </w:p>
    <w:p>
      <w:r>
        <w:rPr>
          <w:b/>
        </w:rPr>
        <w:t xml:space="preserve">[04:51] </w:t>
      </w:r>
      <w:r>
        <w:t>to ab aap jante hain ke jo yeh solar system hai, is mein beech mein bohat hi bada suraj hai aur charon taraf is ke ghoom rahe hain planets,</w:t>
      </w:r>
    </w:p>
    <w:p>
      <w:pPr>
        <w:jc w:val="right"/>
      </w:pPr>
      <w:r>
        <w:t>تو اب آپ جانتےہیں کہ جو یہ سولرسسٹمہے، اسمیں بیچمیں بہت ہیبڑاسورجہے اور چاروںطرف اسکےگھومرہےہیں پلینٹس،</w:t>
      </w:r>
    </w:p>
    <w:p>
      <w:r>
        <w:rPr>
          <w:b/>
        </w:rPr>
        <w:t xml:space="preserve">[05:04] </w:t>
      </w:r>
      <w:r>
        <w:t>to is ki tasveerein banayi gayi hain is tarah ki. yahan bohat bada suraj hai upar, phir yeh sare, yani planets, ghoom rahe hain charon taraf.</w:t>
      </w:r>
    </w:p>
    <w:p>
      <w:pPr>
        <w:jc w:val="right"/>
      </w:pPr>
      <w:r>
        <w:t>تواسکیتصویریںبنائیگئیہیںاس طرح کی۔ یہاںبہت بڑاسورجہےاوپر ، پھریہ سی ارے،یعنیپلینٹس،گھومرہےہیںچاروںطرف ۔</w:t>
      </w:r>
    </w:p>
    <w:p>
      <w:r>
        <w:rPr>
          <w:b/>
        </w:rPr>
        <w:t xml:space="preserve">[05:15] </w:t>
      </w:r>
      <w:r>
        <w:t>yeh bohat bade area mein hai.</w:t>
      </w:r>
    </w:p>
    <w:p>
      <w:pPr>
        <w:jc w:val="right"/>
      </w:pPr>
      <w:r>
        <w:t>یہبہت بڑے ایریامیںہے۔</w:t>
      </w:r>
    </w:p>
    <w:p>
      <w:r>
        <w:rPr>
          <w:b/>
        </w:rPr>
        <w:t xml:space="preserve">[05:18] </w:t>
      </w:r>
      <w:r>
        <w:t>aap dekhte honge atlas mein tasveerein solar system ki, lekin woh tasveerein nahi hoti hain, woh sab chart hote hain.</w:t>
      </w:r>
    </w:p>
    <w:p>
      <w:pPr>
        <w:jc w:val="right"/>
      </w:pPr>
      <w:r>
        <w:t>آپ دیکھتےہوںگےایٹلسمیںتصویریں سولرسسٹمکی،لیکن وہتصویریںنہیںہوتیہیں،وہ سب چارٹہوتےہیں۔</w:t>
      </w:r>
    </w:p>
    <w:p>
      <w:r>
        <w:rPr>
          <w:b/>
        </w:rPr>
        <w:t xml:space="preserve">[05:30] </w:t>
      </w:r>
      <w:r>
        <w:t>kyunki koi bhi telescope ya koi bhi camera poore solar system ko dekh nahi sakta hai. insaan ke liye abhi tak yeh possible nahi hai ke poore solar system ko woh dekhe.</w:t>
      </w:r>
    </w:p>
    <w:p>
      <w:pPr>
        <w:jc w:val="right"/>
      </w:pPr>
      <w:r>
        <w:t>کیونکہ کوئی بھی ٹیلیسکوپیاکوئیبھی کیمرہ پورے سولرسسٹمکودیکھنہیںسکتاہے۔ انسان کےلیےابھیتکیہپاسیبلنہیںہےکہ پورےسولرسسٹمکووہ دیکھے۔</w:t>
      </w:r>
    </w:p>
    <w:p>
      <w:r>
        <w:rPr>
          <w:b/>
        </w:rPr>
        <w:t xml:space="preserve">[05:45] </w:t>
      </w:r>
      <w:r>
        <w:t>to kya hai yeh? partial, ya to do shaklein hoti hain, ya to partial service mein kuch hissa tak dekhte hain telescope se, ya infer karte hain.</w:t>
      </w:r>
    </w:p>
    <w:p>
      <w:pPr>
        <w:jc w:val="right"/>
      </w:pPr>
      <w:r>
        <w:t>تو کیا ہےیہ؟ پارشل ،یاتو دوشکلیںہوتیہیں، یاتو پارشل سروس میںکچھ اسکاحصہ تکدیکھتےہیں ٹیلیسکوپسے، یا انفر نسکرتےہیں۔</w:t>
      </w:r>
    </w:p>
    <w:p>
      <w:r>
        <w:rPr>
          <w:b/>
        </w:rPr>
        <w:t xml:space="preserve">[06:01] </w:t>
      </w:r>
      <w:r>
        <w:t>to Galile ne infer karke samjha tha ke suraj beech mein hai aur zameen charon taraf ghoom rahi hai.</w:t>
      </w:r>
    </w:p>
    <w:p>
      <w:pPr>
        <w:jc w:val="right"/>
      </w:pPr>
      <w:r>
        <w:t>تو گل یلیونےانفرنسکرکےسمجھاتھا کہ سورج بیچمیںہےاورزمین چاروںطرفگھومرہیہے۔</w:t>
      </w:r>
    </w:p>
    <w:p>
      <w:r>
        <w:rPr>
          <w:b/>
        </w:rPr>
        <w:t xml:space="preserve">[06:10] </w:t>
      </w:r>
      <w:r>
        <w:t>is se pehle aap jante hain ke Greek philosophers ke zamane mein yeh samjha jata tha ke zameen beech mein hai aur suraj ghoom raha hai is ke charon taraf.</w:t>
      </w:r>
    </w:p>
    <w:p>
      <w:pPr>
        <w:jc w:val="right"/>
      </w:pPr>
      <w:r>
        <w:t>اسسےپہلےآپجانتےہیںکہ گریکفلاسفرزکےزمانےمیں یہسمجھاجاتا تھا کہ زمین بیچمیںہےاورسورجگھومرہاہےاسکےچاروںطرف ۔</w:t>
      </w:r>
    </w:p>
    <w:p>
      <w:r>
        <w:rPr>
          <w:b/>
        </w:rPr>
        <w:t xml:space="preserve">[06:22] </w:t>
      </w:r>
      <w:r>
        <w:t>to abhi bhi aisa nahi ke logon ne, insaan ne dekh liya ho. abhi bhi sirf yeh ek</w:t>
      </w:r>
    </w:p>
    <w:p>
      <w:pPr>
        <w:jc w:val="right"/>
      </w:pPr>
      <w:r>
        <w:t>تو ابھیبھی ایسانہیں کہلوگوںنے، انسان نےدیکھلیاہو۔ ابھیبھیصرفیہایک</w:t>
      </w:r>
    </w:p>
    <w:p>
      <w:r>
        <w:rPr>
          <w:b/>
        </w:rPr>
        <w:t xml:space="preserve">[06:32] </w:t>
      </w:r>
      <w:r>
        <w:t>partial observation se yeh sab naqsh e banaye gaye hain.</w:t>
      </w:r>
    </w:p>
    <w:p>
      <w:pPr>
        <w:jc w:val="right"/>
      </w:pPr>
      <w:r>
        <w:t>پار شلآبزرویشنسے یہ سب نقش ےبنائےگئےہیں۔</w:t>
      </w:r>
    </w:p>
    <w:p>
      <w:r>
        <w:rPr>
          <w:b/>
        </w:rPr>
        <w:t xml:space="preserve">[06:39] </w:t>
      </w:r>
      <w:r>
        <w:t>to yeh ek bohat bari baat hai jis par mera mind trigger hua sochne ke liye ke main sochne laga ke yeh kya maamla hai.</w:t>
      </w:r>
    </w:p>
    <w:p>
      <w:pPr>
        <w:jc w:val="right"/>
      </w:pPr>
      <w:r>
        <w:t>تویہایکبہت بڑی باتہے جسپر میرا مائنڈٹریگرہوا سوچنےکےلیےکہ میں سوچنےلگاکہیہکیا معاملہہے۔</w:t>
      </w:r>
    </w:p>
    <w:p>
      <w:r>
        <w:rPr>
          <w:b/>
        </w:rPr>
        <w:t xml:space="preserve">[06:52] </w:t>
      </w:r>
      <w:r>
        <w:t>to sochte sochte main yahan pohncha ke insaan ko khuda ne jo mind diya hai, is mein unlimited capacity hai,</w:t>
      </w:r>
    </w:p>
    <w:p>
      <w:pPr>
        <w:jc w:val="right"/>
      </w:pPr>
      <w:r>
        <w:t>تو سوچتےسوچتےمیںیہاںپہنچا کہانسانکو خدانے جو مائنڈدیاہے، اسمیں انلمیٹڈکیپیسٹیہے،</w:t>
      </w:r>
    </w:p>
    <w:p>
      <w:r>
        <w:rPr>
          <w:b/>
        </w:rPr>
        <w:t xml:space="preserve">[07:05] </w:t>
      </w:r>
      <w:r>
        <w:t>bohat hi zyada iske andar potential hai. lekin kisi bhi insaan ne apne potential ko abhi tak ek do percent zyada istemal nahi kiya, chahe woh newton aur einstein hon ya woh aristotle aur plato hon.</w:t>
      </w:r>
    </w:p>
    <w:p>
      <w:pPr>
        <w:jc w:val="right"/>
      </w:pPr>
      <w:r>
        <w:t>بہت ہی زیادہ اسکےاندرپوٹینشلہے۔ لیکن کسی بھی انسان نے اپنےپوٹینشلکو ابھیتک ایک دو پرسنٹزیادہ استعمالنہیںکیا، چاہےوہنیوٹناورآئنسٹینہوں یا وہ ارسٹوٹلاورپلیٹوہوں۔</w:t>
      </w:r>
    </w:p>
    <w:p>
      <w:r>
        <w:rPr>
          <w:b/>
        </w:rPr>
        <w:t xml:space="preserve">[07:23] </w:t>
      </w:r>
      <w:r>
        <w:t>na philosophers kar paye, na scientists kar paye.</w:t>
      </w:r>
    </w:p>
    <w:p>
      <w:pPr>
        <w:jc w:val="right"/>
      </w:pPr>
      <w:r>
        <w:t>نہ فلاسفرز کرپائے، نہ س ائنٹسٹکرپائے۔</w:t>
      </w:r>
    </w:p>
    <w:p>
      <w:r>
        <w:rPr>
          <w:b/>
        </w:rPr>
        <w:t xml:space="preserve">[07:27] </w:t>
      </w:r>
      <w:r>
        <w:t>bohat hi kam hissa hota hai jo mind ke potential ko koi aadmi istemal kar pata hai. to sara sara mind, sari sari insaan ki jo capacity hai,</w:t>
      </w:r>
    </w:p>
    <w:p>
      <w:pPr>
        <w:jc w:val="right"/>
      </w:pPr>
      <w:r>
        <w:t>بہت ہی کم حصہہوتاہےجو مائنڈکےپوٹینشلکو کوئیآدمی استعمال کرپاتاہے۔ تو ساراسارا مائنڈ،ساریساریانسانکیجو کیپیسٹیہے،</w:t>
      </w:r>
    </w:p>
    <w:p>
      <w:r>
        <w:rPr>
          <w:b/>
        </w:rPr>
        <w:t xml:space="preserve">[07:41] </w:t>
      </w:r>
      <w:r>
        <w:t>woh unutilized padi hui hai, kehna chahiye, grossly unutilized. kaisi ajeeb baat hai ke insaan paida hua aur brilliant trillion log paida hue, mar gaye.</w:t>
      </w:r>
    </w:p>
    <w:p>
      <w:pPr>
        <w:jc w:val="right"/>
      </w:pPr>
      <w:r>
        <w:t>وہ ان یوٹیلائزپڑیہوئیہے، کہناچاہیے، گراسلیانیوٹیلائز۔ کیسیعجیبباتہے کہانسان پیدا ہوا اور بل ین ٹریلینلوگپیدا ہوئے ، مرگئے۔</w:t>
      </w:r>
    </w:p>
    <w:p>
      <w:r>
        <w:rPr>
          <w:b/>
        </w:rPr>
        <w:t xml:space="preserve">[07:56] </w:t>
      </w:r>
      <w:r>
        <w:t>koi bhi apne mind ko poori tarah istemal na kar saka, bohat hi zyada kam istemal kar paya. to sara aapka jo capacity hai, aapka jo potential hai, aapka jo mind hai,</w:t>
      </w:r>
    </w:p>
    <w:p>
      <w:pPr>
        <w:jc w:val="right"/>
      </w:pPr>
      <w:r>
        <w:t>کوئیبھی اپنے مائنڈکو پوریطرح استعمالنہکرسکا، بہت ہی زیادہ کم استعمالکرپایا۔ تو ساراآپکاجو کیپیسٹیہے،آپکاجوپوٹینشلہے، آپکاجومائنڈہے،</w:t>
      </w:r>
    </w:p>
    <w:p>
      <w:r>
        <w:rPr>
          <w:b/>
        </w:rPr>
        <w:t xml:space="preserve">[08:10] </w:t>
      </w:r>
      <w:r>
        <w:t>woh kya hota hai? iska anjaam unutilized rehta hai aur chala jata hai is duniya se. kaisa anokha yeh phenomenon hai.</w:t>
      </w:r>
    </w:p>
    <w:p>
      <w:pPr>
        <w:jc w:val="right"/>
      </w:pPr>
      <w:r>
        <w:t>وہ کیا ہوتاہے؟اسکاانجام انیوٹیلائزرہتاہےاور چلاجاتاہےاسدنیا سے ۔ کیسا انوکھا یہفیناومیناہے۔</w:t>
      </w:r>
    </w:p>
    <w:p>
      <w:r>
        <w:rPr>
          <w:b/>
        </w:rPr>
        <w:t xml:space="preserve">[08:24] </w:t>
      </w:r>
      <w:r>
        <w:t>yani jab insaan solar system ko nahi janta tha aur grahan ke bare mein tarah tarah ke specification mein pada hua tha, woh tab bhi insaan bohat kam istemal ka pata kar paya tha apne mind ko, aur aaj bhi bohat hi kam istemal kar paya hai.</w:t>
      </w:r>
    </w:p>
    <w:p>
      <w:pPr>
        <w:jc w:val="right"/>
      </w:pPr>
      <w:r>
        <w:t>یعنیجب انسان سولرسسٹمکونہیںجانتاتھا اورگرہنکےبارےمیں طرحطرح کے سپیسیفکیشن میں پڑاہواتھا،وہ تب بھیانسان بہت کم استعمالکا پتہکرپایاتھا اپنےمائنڈکو، اورآجبھی بہتہیکم استعمالکرپایاہے۔</w:t>
      </w:r>
    </w:p>
    <w:p>
      <w:r>
        <w:rPr>
          <w:b/>
        </w:rPr>
        <w:t xml:space="preserve">[08:45] </w:t>
      </w:r>
      <w:r>
        <w:t>ek taraf yeh hai, doosri taraf jo khuda ki glory hai, jo creation hai, woh itna bada hai, itna bada hai, itna bada hai jo universe of facts hai, itna zyada hai ke iska bhi ek bohat hi farzand dekh paye hain.</w:t>
      </w:r>
    </w:p>
    <w:p>
      <w:pPr>
        <w:jc w:val="right"/>
      </w:pPr>
      <w:r>
        <w:t>ایکطرف یہہے، دوسریطرف جوخداکیگل وریہے، جو کریشنہے، وہ اتنا بڑاہے،اتنابڑاہے،اتنابڑاہے جو یونیورس آف فیکٹسہے، اتنا زیادہ ہےکہاسکا بھی ایکبہتہی فر نجہمدیکھپائےہیں۔</w:t>
      </w:r>
    </w:p>
    <w:p>
      <w:r>
        <w:rPr>
          <w:b/>
        </w:rPr>
        <w:t xml:space="preserve">[09:02] </w:t>
      </w:r>
      <w:r>
        <w:t>kaha jata hai ke sari universe stars se bhari hui hai, lekin abhi wahan bhi hardly five percent jo hai insaan dekh paya hai.</w:t>
      </w:r>
    </w:p>
    <w:p>
      <w:pPr>
        <w:jc w:val="right"/>
      </w:pPr>
      <w:r>
        <w:t>کہاجاتاہےکہ ساری یونیورس اسٹارزسےبھریہوئیہے، لیکن ابھی وہاںبھی ہ ارڈلی فائیوپرسنٹ جوہے انسان دیکھپایاہے۔</w:t>
      </w:r>
    </w:p>
    <w:p>
      <w:r>
        <w:rPr>
          <w:b/>
        </w:rPr>
        <w:t xml:space="preserve">[09:18] </w:t>
      </w:r>
      <w:r>
        <w:t>more than ninety five percent jo hai woh dark matter hai.</w:t>
      </w:r>
    </w:p>
    <w:p>
      <w:pPr>
        <w:jc w:val="right"/>
      </w:pPr>
      <w:r>
        <w:t>موردین نائنٹیفائیوپرسنٹجوہےوہ ڈارکمیٹرہے۔</w:t>
      </w:r>
    </w:p>
    <w:p>
      <w:r>
        <w:rPr>
          <w:b/>
        </w:rPr>
        <w:t xml:space="preserve">[09:23] </w:t>
      </w:r>
      <w:r>
        <w:t>yani bright matter jo hum dekh paye hain, woh less than five percent hai, aur dark matter jo hum abhi tak dekh nahi paye hain, woh more than ninety five percent hai.</w:t>
      </w:r>
    </w:p>
    <w:p>
      <w:pPr>
        <w:jc w:val="right"/>
      </w:pPr>
      <w:r>
        <w:t>یعنیبرائٹ میٹرجوہمدیکھپائےہیں،وہ لیسدینفائیوپرسنٹہے، اور ڈارکمیٹرجوہمابھیتکدیکھنہیںپائےہیں، وہ موردیننائنٹیفائیوپرسنٹہے۔</w:t>
      </w:r>
    </w:p>
    <w:p>
      <w:r>
        <w:rPr>
          <w:b/>
        </w:rPr>
        <w:t xml:space="preserve">[09:34] </w:t>
      </w:r>
      <w:r>
        <w:t>yeh bhi undiscovered hai.</w:t>
      </w:r>
    </w:p>
    <w:p>
      <w:pPr>
        <w:jc w:val="right"/>
      </w:pPr>
      <w:r>
        <w:t>یہبھیانڈسکورڈہے۔</w:t>
      </w:r>
    </w:p>
    <w:p>
      <w:r>
        <w:rPr>
          <w:b/>
        </w:rPr>
        <w:t xml:space="preserve">[09:37] </w:t>
      </w:r>
      <w:r>
        <w:t>yeh do ajeeb ghareeb qism ka contradiction hai ke itni bari universe hai, itna bada creation hai, itna bada universe of fact hai, lekin abhi tak woh undiscovered pada hua hai.</w:t>
      </w:r>
    </w:p>
    <w:p>
      <w:pPr>
        <w:jc w:val="right"/>
      </w:pPr>
      <w:r>
        <w:t>یہ دو عجیبغریب قسم کا کنٹراڈکشنہے کہ اتنیبڑییونیورس ہے، اتنابڑاکریشنہے، اتنابڑایونیورس آففیکٹہے، لیکن ابھیتک وہ انڈسکورڈپڑاہواہے۔</w:t>
      </w:r>
    </w:p>
    <w:p>
      <w:r>
        <w:rPr>
          <w:b/>
        </w:rPr>
        <w:t xml:space="preserve">[09:57] </w:t>
      </w:r>
      <w:r>
        <w:t>khuda ki sari glory jo hai, woh untold story bani hui hai. aur doosri taraf insaan hai ke itna bada mind le kar khuda paida karta hai isko, woh bhi unutilized rehta hai aur chala jata hai is duniya se.</w:t>
      </w:r>
    </w:p>
    <w:p>
      <w:pPr>
        <w:jc w:val="right"/>
      </w:pPr>
      <w:r>
        <w:t>خداکیساریگلوریجوہے،وہانٹولڈسٹوریبنیہوئیہے۔ اور دوسریطرف انسانہے کہ اتنابڑامائنڈلےکرخدا پیدا کرتاہےاسکو ،وہبھی انیوٹیلائزرہتاہےاورچلاجاتاہےاسدنیا سے ۔</w:t>
      </w:r>
    </w:p>
    <w:p>
      <w:r>
        <w:rPr>
          <w:b/>
        </w:rPr>
        <w:t xml:space="preserve">[10:14] </w:t>
      </w:r>
      <w:r>
        <w:t>is par maine socha ke aakhir itna itna anokha waqea kyun ho raha hai? insaan ka mind bhi unutilized pada hua hai,</w:t>
      </w:r>
    </w:p>
    <w:p>
      <w:pPr>
        <w:jc w:val="right"/>
      </w:pPr>
      <w:r>
        <w:t>اسپر میںنےسوچا کہ آخر اتنا اتناانوکھاواقعہکیوںہورہاہے؟ انسانکا مائنڈبھی انیوٹیلائزپڑاہواہے،</w:t>
      </w:r>
    </w:p>
    <w:p>
      <w:r>
        <w:rPr>
          <w:b/>
        </w:rPr>
        <w:t xml:space="preserve">[10:26] </w:t>
      </w:r>
      <w:r>
        <w:t>universe bhi undiscovered padi hui hai. yeh jo mind bana tha ke woh khuda ki glory ko dekhe, universe of facts ko daryaft kare, woh daryaft nahi kar saka.</w:t>
      </w:r>
    </w:p>
    <w:p>
      <w:pPr>
        <w:jc w:val="right"/>
      </w:pPr>
      <w:r>
        <w:t>یونیورس بھی انڈسکورڈپڑیہوئیہے۔ یہجو مائنڈبناتھاکہوہ خداکیگلوریکودیکھے، یونیورس آففیکٹکو دریا فتکرے، وہدریا فتنہیںکرسکا۔</w:t>
      </w:r>
    </w:p>
    <w:p>
      <w:r>
        <w:rPr>
          <w:b/>
        </w:rPr>
        <w:t xml:space="preserve">[10:39] </w:t>
      </w:r>
      <w:r>
        <w:t>woh ghair daryaft shuda padi hui hai sab kuch. to kya isi liye bani thi duniya?</w:t>
      </w:r>
    </w:p>
    <w:p>
      <w:pPr>
        <w:jc w:val="right"/>
      </w:pPr>
      <w:r>
        <w:t>وہ غیر دریا فتشدہپڑیہوئیہےسب کچھ۔ توکیا اسیلیےبنی تھیدنیا ؟</w:t>
      </w:r>
    </w:p>
    <w:p>
      <w:r>
        <w:rPr>
          <w:b/>
        </w:rPr>
        <w:t xml:space="preserve">[10:47] </w:t>
      </w:r>
      <w:r>
        <w:t>duniya isi liye bani thi ke insani mind bhi unutilized reh jaye aur universe of facts bhi undiscovered reh jaye, aur phir duniya khatm ho jaye.</w:t>
      </w:r>
    </w:p>
    <w:p>
      <w:pPr>
        <w:jc w:val="right"/>
      </w:pPr>
      <w:r>
        <w:t>دنیا اسیلیےبنی تھی کہانسانی مائنڈبھی انیوٹیلائزرہجائے اور یونیورسآففیکٹسبھیانڈسکورڈرہجائے، اور پھر دنیا ختمہوجائے۔</w:t>
      </w:r>
    </w:p>
    <w:p>
      <w:r>
        <w:rPr>
          <w:b/>
        </w:rPr>
        <w:t xml:space="preserve">[11:02] </w:t>
      </w:r>
      <w:r>
        <w:t>jaise hi Haiti mein hua earthquake, jis mein lakhon lakh log maare gaye, poora poora, yani pilot samet poora poora capital jo hai, woh tham gaya.</w:t>
      </w:r>
    </w:p>
    <w:p>
      <w:pPr>
        <w:jc w:val="right"/>
      </w:pPr>
      <w:r>
        <w:t>جیسےہیٹیمیںجوہوا ارتھکویک ، جسمیں لاکھوںلاکھلوگمارےگئے،پوراپورا، یعنی پائلٹسمیتپوراپوراکیپیٹلجوہے، وہ ٹھہرگیا۔</w:t>
      </w:r>
    </w:p>
    <w:p>
      <w:r>
        <w:rPr>
          <w:b/>
        </w:rPr>
        <w:t xml:space="preserve">[11:16] </w:t>
      </w:r>
      <w:r>
        <w:t>yeh ek namuna hai ke aise hi sari duniya ke saath hone wala hai qyamat mein. to kya iska yahi anjaam hai?</w:t>
      </w:r>
    </w:p>
    <w:p>
      <w:pPr>
        <w:jc w:val="right"/>
      </w:pPr>
      <w:r>
        <w:t>یہایکنمونہہےکہایسےہیساریدنیا کےساتھہونےوالاہے قیامتمیں ۔ توکیا اسکایہیانجام ہے؟</w:t>
      </w:r>
    </w:p>
    <w:p>
      <w:r>
        <w:rPr>
          <w:b/>
        </w:rPr>
        <w:t xml:space="preserve">[11:27] </w:t>
      </w:r>
      <w:r>
        <w:t>yani itna bada aaghaz aur itna kam anjaam iska? yeh jo Haiti mein hua hai, woh khuda ne dikhaya hai ke poori poori zameen, poori poori jo insani jo abadi hai,</w:t>
      </w:r>
    </w:p>
    <w:p>
      <w:pPr>
        <w:jc w:val="right"/>
      </w:pPr>
      <w:r>
        <w:t>یعنیاتنابڑا آغاز اوراتناکم انجام اسکا ؟ یہجو ہیٹیمیںہواہے، وہ خدانےدکھایاہےکہ پوری پوریزمین ،پوریپوریجو انسانیجو آبادیہے،</w:t>
      </w:r>
    </w:p>
    <w:p>
      <w:r>
        <w:rPr>
          <w:b/>
        </w:rPr>
        <w:t xml:space="preserve">[11:42] </w:t>
      </w:r>
      <w:r>
        <w:t>aikdin wohasiatrahsaykhadarbannaywalay.</w:t>
      </w:r>
    </w:p>
    <w:p>
      <w:pPr>
        <w:jc w:val="right"/>
      </w:pPr>
      <w:r>
        <w:t>ایکدن وہاسیطرحسےکھڈربننےوالیہے۔</w:t>
      </w:r>
    </w:p>
    <w:p>
      <w:r>
        <w:rPr>
          <w:b/>
        </w:rPr>
        <w:t xml:space="preserve">[11:47] </w:t>
      </w:r>
      <w:r>
        <w:t>yeh warning hai. yeh mein sochta raha, sochta raha keh kya Khuda nay itni bari duniya banai, itni bari universe banai, itna ziyada potential kay saath insaan banaya,</w:t>
      </w:r>
    </w:p>
    <w:p>
      <w:pPr>
        <w:jc w:val="right"/>
      </w:pPr>
      <w:r>
        <w:t>یہ وارننگہے۔ یہمیںسوچتارہا،سوچتارہا کہ کیا خدانےاتنیبڑی دنیا بنائی، اتنیبڑییونیورس بنائی، اتنازیادہ پوٹینشلکےساتھانسانبنایا،</w:t>
      </w:r>
    </w:p>
    <w:p>
      <w:r>
        <w:rPr>
          <w:b/>
        </w:rPr>
        <w:t xml:space="preserve">[12:01] </w:t>
      </w:r>
      <w:r>
        <w:t>aur phir uska koi end nahin, koi result nahin, koi maqsad nahin, koi purpose nahin?</w:t>
      </w:r>
    </w:p>
    <w:p>
      <w:pPr>
        <w:jc w:val="right"/>
      </w:pPr>
      <w:r>
        <w:t>اورپھراسکاکوئیاینڈنہیں ،کوئیرزلٹنہیں ،کوئی مقصدنہیں،کوئیپرپسنہیں؟</w:t>
      </w:r>
    </w:p>
    <w:p>
      <w:r>
        <w:rPr>
          <w:b/>
        </w:rPr>
        <w:t xml:space="preserve">[12:10] </w:t>
      </w:r>
      <w:r>
        <w:t>toh Quran kay baray mein nay sochna shuru kiya keh Quran hi hamaray paas aik kitaab hai jis say hum Khuda ki baat ko authentic tor par jaan saktay hain.</w:t>
      </w:r>
    </w:p>
    <w:p>
      <w:pPr>
        <w:jc w:val="right"/>
      </w:pPr>
      <w:r>
        <w:t>تو قرآنکے پرمیںنےسوچناشروع کیا کہقرآنہیہمارےپاس ایککتاب ہے جسسےہم خداکیباتکو اتھینٹکطورپر جان سکتےہیں۔</w:t>
      </w:r>
    </w:p>
    <w:p>
      <w:r>
        <w:rPr>
          <w:b/>
        </w:rPr>
        <w:t xml:space="preserve">[12:23] </w:t>
      </w:r>
      <w:r>
        <w:t>Quran kay siwa koi doosri kitaab aisi nahin hai zameen par jo authentic tor par Khuda ki baat batany kay liye zariya ho.</w:t>
      </w:r>
    </w:p>
    <w:p>
      <w:pPr>
        <w:jc w:val="right"/>
      </w:pPr>
      <w:r>
        <w:t>قرآنکےسواکوئیدوسریکتاب ایسینہیںہےزمین پر جو اتھینٹکطورپر خداکیباتبتانےکےلیے ذریعہہو ۔</w:t>
      </w:r>
    </w:p>
    <w:p>
      <w:r>
        <w:rPr>
          <w:b/>
        </w:rPr>
        <w:t xml:space="preserve">[12:32] </w:t>
      </w:r>
      <w:r>
        <w:t>Sirf aik hi kitaab hai, woh Quran hai. Dekhiye, Quran kay baray mein aik hadith hai:</w:t>
      </w:r>
    </w:p>
    <w:p>
      <w:pPr>
        <w:jc w:val="right"/>
      </w:pPr>
      <w:r>
        <w:t>صرف ایکہیکتاب ہے،وہقرآنہے۔ دیکھیے، قرآنکےبارےمیں ایکحدیثہے:</w:t>
      </w:r>
    </w:p>
    <w:p>
      <w:r>
        <w:rPr>
          <w:b/>
        </w:rPr>
        <w:t xml:space="preserve">[12:39] </w:t>
      </w:r>
      <w:r>
        <w:t>"La tan qazi ajaibuhu". Iska matlab kya hai? "The miracles of Quran will never cease".</w:t>
      </w:r>
    </w:p>
    <w:p>
      <w:pPr>
        <w:jc w:val="right"/>
      </w:pPr>
      <w:r>
        <w:t>"لا تن قضی عجائبہ"۔ اسکامطلبکیاہے؟ "دا بر یکلز آفقرآن ول نیور سیز"۔</w:t>
      </w:r>
    </w:p>
    <w:p>
      <w:r>
        <w:rPr>
          <w:b/>
        </w:rPr>
        <w:t xml:space="preserve">[12:53] </w:t>
      </w:r>
      <w:r>
        <w:t>Quran kay miracles bhi khatam nahin hon gay. Yani Quran mein itni ziyada baatein hain, itni ziyada baatein hain keh woh aadmi isko daryafta hi rahay ga.</w:t>
      </w:r>
    </w:p>
    <w:p>
      <w:pPr>
        <w:jc w:val="right"/>
      </w:pPr>
      <w:r>
        <w:t>قرآن کے بریکلکبھیختمنہیںہوںگے۔ یعنیقرآنمیں اتنیزیادہباتیںہیں،اتنیزیادہباتیںہیںکہوہ آدمی اسکو دریا فتہیکرتارہےگا۔</w:t>
      </w:r>
    </w:p>
    <w:p>
      <w:r>
        <w:rPr>
          <w:b/>
        </w:rPr>
        <w:t xml:space="preserve">[13:04] </w:t>
      </w:r>
      <w:r>
        <w:t>Jaisay misaal kay tor par dekhiye aap keh Quran utra seventh century mein, first quarter of seventh century.</w:t>
      </w:r>
    </w:p>
    <w:p>
      <w:pPr>
        <w:jc w:val="right"/>
      </w:pPr>
      <w:r>
        <w:t>جیسےمثالکےطورپردیکھیےآپ کہقرآناترا سیونتھسینچریمیں، فرسٹکوارٹرآفسیونتھسینچری۔</w:t>
      </w:r>
    </w:p>
    <w:p>
      <w:r>
        <w:rPr>
          <w:b/>
        </w:rPr>
        <w:t xml:space="preserve">[13:15] </w:t>
      </w:r>
      <w:r>
        <w:t>Us waqt kay insaan ko bhi Quran nay address kiya. Seventh century AD kay insaan ko bhi Quran nay address kiya, aur lakhon lakh log ispar,</w:t>
      </w:r>
    </w:p>
    <w:p>
      <w:pPr>
        <w:jc w:val="right"/>
      </w:pPr>
      <w:r>
        <w:t>اس وقت کےانسانکو بھیقرآننےایڈریسکیا۔ سیونتھسینچری اےڈیکے انسانکوبھی قرآننےایڈریسکیا، اور لاکھوںلاکھلوگ اسپر،</w:t>
      </w:r>
    </w:p>
    <w:p>
      <w:r>
        <w:rPr>
          <w:b/>
        </w:rPr>
        <w:t xml:space="preserve">[13:30] </w:t>
      </w:r>
      <w:r>
        <w:t>logon nay isko sachchi kitaab samjha.</w:t>
      </w:r>
    </w:p>
    <w:p>
      <w:pPr>
        <w:jc w:val="right"/>
      </w:pPr>
      <w:r>
        <w:t>لوگوںنےاسکو سچیکتاب سمجھا۔</w:t>
      </w:r>
    </w:p>
    <w:p>
      <w:r>
        <w:rPr>
          <w:b/>
        </w:rPr>
        <w:t xml:space="preserve">[13:33] </w:t>
      </w:r>
      <w:r>
        <w:t>Aaj jab keh hum twenty first century mein hain, aaj kay insaan ko bhi Quran address kar raha hai.</w:t>
      </w:r>
    </w:p>
    <w:p>
      <w:pPr>
        <w:jc w:val="right"/>
      </w:pPr>
      <w:r>
        <w:t>آججب کہہمٹونٹیفرسٹسینچریمیںہیں، آجکےانسان کوبھیقرآنایڈریسکررہاہے۔</w:t>
      </w:r>
    </w:p>
    <w:p>
      <w:r>
        <w:rPr>
          <w:b/>
        </w:rPr>
        <w:t xml:space="preserve">[13:41] </w:t>
      </w:r>
      <w:r>
        <w:t>Toh mein is yahan say mein nay start kiya aapko sochna keh aaj kay mind ko bhi chahiye Quran ko address karna chahiye, twenty first century kay mind ko bhi Quran ko address karna chahiye.</w:t>
      </w:r>
    </w:p>
    <w:p>
      <w:pPr>
        <w:jc w:val="right"/>
      </w:pPr>
      <w:r>
        <w:t>تو میں اس یہاںسے میںنے اسٹارٹکیاآپکاسوچنا کہآجکے مائنڈکوبھی چاہے قرآنکوایڈریسکرناچاہیے، ٹونٹیفرسٹسینچریکےمائنڈکوبھیقرآنکوایڈریسکرناچاہیے۔</w:t>
      </w:r>
    </w:p>
    <w:p>
      <w:r>
        <w:rPr>
          <w:b/>
        </w:rPr>
        <w:t xml:space="preserve">[13:58] </w:t>
      </w:r>
      <w:r>
        <w:t>Yeh nahin ho sakta keh seventh century kay insaan ko Quran address karay aur twenty first century kay insaan ko Quran address na karay.</w:t>
      </w:r>
    </w:p>
    <w:p>
      <w:pPr>
        <w:jc w:val="right"/>
      </w:pPr>
      <w:r>
        <w:t>یہنہیںہوسکتاکہ سیونتھسینچریکےانسانکو قرآنایڈریسکرے اور ٹونٹیفرسٹسینچریکے انسانکوقرآنایڈریسنہکرے۔</w:t>
      </w:r>
    </w:p>
    <w:p>
      <w:r>
        <w:rPr>
          <w:b/>
        </w:rPr>
        <w:t xml:space="preserve">[14:08] </w:t>
      </w:r>
      <w:r>
        <w:t>Is tarah sochtay huay mein kuch aayat par pohncha. Dekhiye, pehli baat toh yeh hai keh Quran jo kaisay plan of God batata hai, wohi yeh hai keh insaan ki zindagi ko Khuda nay do hissay mein bant diya hai:</w:t>
      </w:r>
    </w:p>
    <w:p>
      <w:pPr>
        <w:jc w:val="right"/>
      </w:pPr>
      <w:r>
        <w:t>اسطرح سوچتےہوئے میں کچھآیتوںپرپہنچا۔ دیکھیے،پہلیباتتویہہےکہقرآن جو کیسےپلان آفگاڈبتاتاہے،وہیہہے کہ انسان کیزندگی کو خدانے دوحصےمیںبانٹدیاہے:</w:t>
      </w:r>
    </w:p>
    <w:p>
      <w:r>
        <w:rPr>
          <w:b/>
        </w:rPr>
        <w:t xml:space="preserve">[14:26] </w:t>
      </w:r>
      <w:r>
        <w:t>pre-death period aur post-death period. Yani mar kar insaan khatam nahin hota, aik naye daur e hayat mein dakhil hota hai.</w:t>
      </w:r>
    </w:p>
    <w:p>
      <w:pPr>
        <w:jc w:val="right"/>
      </w:pPr>
      <w:r>
        <w:t>پریڈیتھپیریڈ اورپوسٹڈیتھپیریڈ۔ یعنیمرکرانسانختمنہیںہوتا، ایک نئے دور حیات میںداخلہوتاہے۔</w:t>
      </w:r>
    </w:p>
    <w:p>
      <w:r>
        <w:rPr>
          <w:b/>
        </w:rPr>
        <w:t xml:space="preserve">[14:38] </w:t>
      </w:r>
      <w:r>
        <w:t>Aik daur e hayat yeh hai maut say pehlay, doosra woh hai jo maut kay baad aata hai. Isko hum duniya kehtay hain aur isko hum akhirat kehtay hain.</w:t>
      </w:r>
    </w:p>
    <w:p>
      <w:pPr>
        <w:jc w:val="right"/>
      </w:pPr>
      <w:r>
        <w:t>ایک دور حیات یہہے موتسےپہلے ،دوسراوہہے جو موتکےبعد آتاہے۔ اسکوہمدنیا کہتےہیں اوراسکوہمآخرتکہتےہیں۔</w:t>
      </w:r>
    </w:p>
    <w:p>
      <w:r>
        <w:rPr>
          <w:b/>
        </w:rPr>
        <w:t xml:space="preserve">[14:50] </w:t>
      </w:r>
      <w:r>
        <w:t>Iska matlab hai keh abhi insaan kay potential ka zahir hona baqi hai, abhi.</w:t>
      </w:r>
    </w:p>
    <w:p>
      <w:pPr>
        <w:jc w:val="right"/>
      </w:pPr>
      <w:r>
        <w:t>اسکامعنیہےکہابھی انسان کے پوٹینشلکا ظاہرہوناباقیہے،ابھی ۔</w:t>
      </w:r>
    </w:p>
    <w:p>
      <w:r>
        <w:rPr>
          <w:b/>
        </w:rPr>
        <w:t xml:space="preserve">[14:58] </w:t>
      </w:r>
      <w:r>
        <w:t>Aur woh jo hai akhirat tak duniya jo hai, woh toh eternal hai, wahan eternity hai. Toh pehla qaul Quran deta hai keh tum yeh mat samjho keh yahin par end aa gaya.</w:t>
      </w:r>
    </w:p>
    <w:p>
      <w:pPr>
        <w:jc w:val="right"/>
      </w:pPr>
      <w:r>
        <w:t>اوروہ جو ہےآخرتکیدنیا جوہے،وہ تو ایٹرنلہے، وہاںایٹرنیٹیہے۔ تو پہلا قلھوقرآنیہدیتاہے کہتم یہمتسمجھوکہ یہیںپر اینڈآگیا۔</w:t>
      </w:r>
    </w:p>
    <w:p>
      <w:r>
        <w:rPr>
          <w:b/>
        </w:rPr>
        <w:t xml:space="preserve">[15:12] </w:t>
      </w:r>
      <w:r>
        <w:t>End nahin aaya, abhi toh baqi hai sara. Goiya insaan kay potential ka istemal abhi baqi hai. Pre-death period mein thora sa istemal hua, phir thora sa samnay jana.</w:t>
      </w:r>
    </w:p>
    <w:p>
      <w:pPr>
        <w:jc w:val="right"/>
      </w:pPr>
      <w:r>
        <w:t>اینڈنہیںآیا،ابھیتو باقیہے سارا۔ گویاانسان کےپوٹینشلکااستعمال ابھیباقیہے۔ پریڈیتھپیریڈمیںتھوڑاسااستعمال ہوا، پھرتھوڑاساتمنےجانا۔</w:t>
      </w:r>
    </w:p>
    <w:p>
      <w:r>
        <w:rPr>
          <w:b/>
        </w:rPr>
        <w:t xml:space="preserve">[15:26] </w:t>
      </w:r>
      <w:r>
        <w:t>Universe kay less than five percent kuch thora sa jana, wohi poora nahin. Kyunkay aap dekhiye, insaan nay telescope ijad ki, 1608 mein pehli baar iska istemal kiya Galileo nay.</w:t>
      </w:r>
    </w:p>
    <w:p>
      <w:pPr>
        <w:jc w:val="right"/>
      </w:pPr>
      <w:r>
        <w:t>یونیورس کے لیسدین فائیوپرسنٹ کچھتھوڑاساجانا، وہیپورانہیں۔ کیونکہآپدیکھیے، انسان نےٹیلیسکوپایجادکی، سولہسوآٹھمیں پہلیباراسکااستعمالکیا گلیلیونے۔</w:t>
      </w:r>
    </w:p>
    <w:p>
      <w:r>
        <w:rPr>
          <w:b/>
        </w:rPr>
        <w:t xml:space="preserve">[15:44] </w:t>
      </w:r>
      <w:r>
        <w:t>Ab jo aaj jo telescope hai, is say bohat bari, bohat bari, bohat bari hai.</w:t>
      </w:r>
    </w:p>
    <w:p>
      <w:pPr>
        <w:jc w:val="right"/>
      </w:pPr>
      <w:r>
        <w:t>اب جوآججوٹیلیسکوپہے،اسسےبہت بڑی،بہت بڑی،بہت بڑیہے۔</w:t>
      </w:r>
    </w:p>
    <w:p>
      <w:r>
        <w:rPr>
          <w:b/>
        </w:rPr>
        <w:t xml:space="preserve">[15:49] </w:t>
      </w:r>
      <w:r>
        <w:t>Lekin iskay saath insaan nay microscope banai 1830 mein, 1830 mein.</w:t>
      </w:r>
    </w:p>
    <w:p>
      <w:pPr>
        <w:jc w:val="right"/>
      </w:pPr>
      <w:r>
        <w:t>لیکن اسیکےساتھ انساننے مائ یکروسکوپبنائی ایٹین تھرٹیمیں، ایٹینہنڈرڈتھرٹیمیں۔</w:t>
      </w:r>
    </w:p>
    <w:p>
      <w:r>
        <w:rPr>
          <w:b/>
        </w:rPr>
        <w:t xml:space="preserve">[16:02] </w:t>
      </w:r>
      <w:r>
        <w:t>Lekin iskay bawajood abhi tak insaan kuch bhi nahin dekh saka, jo dekha woh bhi nahin dekha.</w:t>
      </w:r>
    </w:p>
    <w:p>
      <w:pPr>
        <w:jc w:val="right"/>
      </w:pPr>
      <w:r>
        <w:t>لیکن اسکے باوجود ابھیتک انسان کچھبھی نہیں دیکھسکا،جودیکھاہےوہبھینہیںدیکھا۔</w:t>
      </w:r>
    </w:p>
    <w:p>
      <w:r>
        <w:rPr>
          <w:b/>
        </w:rPr>
        <w:t xml:space="preserve">[16:10] </w:t>
      </w:r>
      <w:r>
        <w:t>Jo dekha woh bhi nahin dekha, kyunkay a scientist kehta hai keh "We are knowing more and more about less and less".</w:t>
      </w:r>
    </w:p>
    <w:p>
      <w:pPr>
        <w:jc w:val="right"/>
      </w:pPr>
      <w:r>
        <w:t>جودیکھاوہبھینہیںدیکھا،کیونکہایکسائنٹسٹکہتاہے کہ "ویآرنوئنگ موراینڈموراباؤٹلیساینڈلیس"۔</w:t>
      </w:r>
    </w:p>
    <w:p>
      <w:r>
        <w:rPr>
          <w:b/>
        </w:rPr>
        <w:t xml:space="preserve">[16:18] </w:t>
      </w:r>
      <w:r>
        <w:t>jo dekhahai woh ek aur mustareebanjatah hai.</w:t>
      </w:r>
    </w:p>
    <w:p>
      <w:pPr>
        <w:jc w:val="right"/>
      </w:pPr>
      <w:r>
        <w:t>جو دیکھاہےوہایک اور مستریبنجاتاہے۔</w:t>
      </w:r>
    </w:p>
    <w:p>
      <w:r>
        <w:rPr>
          <w:b/>
        </w:rPr>
        <w:t xml:space="preserve">[16:25] </w:t>
      </w:r>
      <w:r>
        <w:t>insaan ne daryaft kiya tha pehle ke aakhri meter ka aakhri ch woh hai, woh atom hai.</w:t>
      </w:r>
    </w:p>
    <w:p>
      <w:pPr>
        <w:jc w:val="right"/>
      </w:pPr>
      <w:r>
        <w:t>انساننے دریا فت کیاتھاپہلے کہ آخریمیٹر کا آخریجوہے، وہایٹمہے۔</w:t>
      </w:r>
    </w:p>
    <w:p>
      <w:r>
        <w:rPr>
          <w:b/>
        </w:rPr>
        <w:t xml:space="preserve">[16:37] </w:t>
      </w:r>
      <w:r>
        <w:t>ab bhi maloom hua ke nahi, atom nahi hai, iske aage bhi dunya hai, woh electrons ki dunya hai. kyunke electrons kya hain?</w:t>
      </w:r>
    </w:p>
    <w:p>
      <w:pPr>
        <w:jc w:val="right"/>
      </w:pPr>
      <w:r>
        <w:t>اب بھیمعلومہواکہنہیں،ایٹمنہیںہے، اسکےآگےبھیدنیا ہے،وہالیکٹرانزکیدنیا ہے۔ کیونکہالیکٹرانزکیاہیں؟</w:t>
      </w:r>
    </w:p>
    <w:p>
      <w:r>
        <w:rPr>
          <w:b/>
        </w:rPr>
        <w:t xml:space="preserve">[16:45] </w:t>
      </w:r>
      <w:r>
        <w:t>atom ko bhi abhi tak insaan dekh nahi saka sahi maano mein, kuch iski jhalakiyan kaha jata hai ke bohat ab magnifier se dekhi gayi hain. bohat zyada magnify kiya gaya to shayad kuch atom ki jhalakiyan nazar aayin.</w:t>
      </w:r>
    </w:p>
    <w:p>
      <w:pPr>
        <w:jc w:val="right"/>
      </w:pPr>
      <w:r>
        <w:t>ایٹمکوبھیابھیتکانساندیکھنہیںسکاصحیحمعنوںمیں، کچھ اسکیجھلکیاں کہاجاتاہےکہبہت ابمیگنیفائیکرکےدیکھیگئیہیں۔ بہت زیادہ میگنیفائیکیاگیا تو شایدکچھایٹمکیجھلکیاںنظرآئیں۔</w:t>
      </w:r>
    </w:p>
    <w:p>
      <w:r>
        <w:rPr>
          <w:b/>
        </w:rPr>
        <w:t xml:space="preserve">[17:00] </w:t>
      </w:r>
      <w:r>
        <w:t>lekin atom ke aage jo electron hai, iske bare mein to scientist ne kaha hai ke woh woh waves of probability hain.</w:t>
      </w:r>
    </w:p>
    <w:p>
      <w:pPr>
        <w:jc w:val="right"/>
      </w:pPr>
      <w:r>
        <w:t>لیکنایٹمکےآگےجوالیکٹرانہے، اسکےبارےمیںتوسائنٹسٹنےکہاہےکہوہ وہ ویوز آفپراب بلیٹیہیں۔</w:t>
      </w:r>
    </w:p>
    <w:p>
      <w:r>
        <w:rPr>
          <w:b/>
        </w:rPr>
        <w:t xml:space="preserve">[17:10] </w:t>
      </w:r>
      <w:r>
        <w:t>waves of probability, isko kya dekhenge aap ?</w:t>
      </w:r>
    </w:p>
    <w:p>
      <w:pPr>
        <w:jc w:val="right"/>
      </w:pPr>
      <w:r>
        <w:t>ویوز آف پراببلی ٹیز، اسکوکیادیکھیںگےآپ ؟</w:t>
      </w:r>
    </w:p>
    <w:p>
      <w:r>
        <w:rPr>
          <w:b/>
        </w:rPr>
        <w:t xml:space="preserve">[17:17] </w:t>
      </w:r>
      <w:r>
        <w:t>isko kya dekhenge aap ? to dekhte dekhte wohan pahunche ke pata chala ke is dekhna mumkin nahi hai. aap ne ocean ko dekha, mountain ko dekha, galaxy ko aur bohat si cheezon ko dekha.</w:t>
      </w:r>
    </w:p>
    <w:p>
      <w:pPr>
        <w:jc w:val="right"/>
      </w:pPr>
      <w:r>
        <w:t>اسکوکیادیکھیںگےآپ ؟ تو دیکھتےدیکھتےوہاںپہنچےکہپتہچلاکہ اسدیکھ ناممکنہینہیںہے۔ آپ نے اوشنکودیکھا، ماؤنٹینکودیکھا، گل یکسیکو اور بہتسیچیزوںکودیکھا۔</w:t>
      </w:r>
    </w:p>
    <w:p>
      <w:r>
        <w:rPr>
          <w:b/>
        </w:rPr>
        <w:t xml:space="preserve">[17:34] </w:t>
      </w:r>
      <w:r>
        <w:t>dekhte dekhte dekhte pahunche kahan ? atom tak. iske baad kya hua ? electron. to maloom hua ke jo dekha tha woh bhi nahi dekha, ki</w:t>
      </w:r>
    </w:p>
    <w:p>
      <w:pPr>
        <w:jc w:val="right"/>
      </w:pPr>
      <w:r>
        <w:t>دیکھتے دیکھتےدیکھتےپہنچےکہاں؟ ایٹمتک۔اسکےبعدکیا ہوا ؟ الیکٹران۔ تومعلومہواکہ جو دیکھاتھا وہبھینہیںدیکھا، کی</w:t>
      </w:r>
    </w:p>
    <w:p>
      <w:r>
        <w:rPr>
          <w:b/>
        </w:rPr>
        <w:t xml:space="preserve">[17:45] </w:t>
      </w:r>
      <w:r>
        <w:t>yunke aakhir mein sab electron hain aur woh woh observable nahi hai, woh woh waves of probability hain. woh to sari telescope, sari microscope fail hain.</w:t>
      </w:r>
    </w:p>
    <w:p>
      <w:pPr>
        <w:jc w:val="right"/>
      </w:pPr>
      <w:r>
        <w:t>ونکہ آخر میں سبالیکٹرانہیں اوروہ وہ آبزرویبلینہیںہے،وہ وہ ویوزآفپراببلیٹیہیں۔وہ تو ساری ٹیلیسکوپ،ساری مائ یکروسکوپفیل ہیں۔</w:t>
      </w:r>
    </w:p>
    <w:p>
      <w:r>
        <w:rPr>
          <w:b/>
        </w:rPr>
        <w:t xml:space="preserve">[18:05] </w:t>
      </w:r>
      <w:r>
        <w:t>to yahan par yeh baat mujhe mili ke jab quran ne kaha hai ke is dunya ke baad ek aur dunya hai to wahan ke telescope aur wahan ke durbin wohi, woh hamein sab cheezein dikhayenge.</w:t>
      </w:r>
    </w:p>
    <w:p>
      <w:pPr>
        <w:jc w:val="right"/>
      </w:pPr>
      <w:r>
        <w:t>تو یہاںپر یہ بات مجھےملی کہجب قرآنیہکہتاہے کہاسدنیا کےبعدایکاوردنیا ہے تو وہاں کے ٹیلیسکوپاوروہاںکےدور بینجوہیں،وہہمیں سبچیزیںدکھائیںگے۔</w:t>
      </w:r>
    </w:p>
    <w:p>
      <w:r>
        <w:rPr>
          <w:b/>
        </w:rPr>
        <w:t xml:space="preserve">[18:24] </w:t>
      </w:r>
      <w:r>
        <w:t>jo aakhirat ka jo zamanah hai, jo eternity ka zamanah hai, wahan zyada higher form har cheez ka hoga.</w:t>
      </w:r>
    </w:p>
    <w:p>
      <w:pPr>
        <w:jc w:val="right"/>
      </w:pPr>
      <w:r>
        <w:t>جو آخرتکا جو زمان ہہے، جو ایٹرنیٹیکازمانہہے، وہاں زیادہ ہائر فارمہرچیزکاہوگا۔</w:t>
      </w:r>
    </w:p>
    <w:p>
      <w:r>
        <w:rPr>
          <w:b/>
        </w:rPr>
        <w:t xml:space="preserve">[18:36] </w:t>
      </w:r>
      <w:r>
        <w:t>to wahan par insaan har cheez dekh sakega, har cheez jaan sakega. yeh baat kaise mere mind mein aayi? woh is tarah aayi ke dekhiye, quran mein kuch aayatein hain jo batati hain Allah taala ki glory ko,</w:t>
      </w:r>
    </w:p>
    <w:p>
      <w:pPr>
        <w:jc w:val="right"/>
      </w:pPr>
      <w:r>
        <w:t>تو وہاںپر انسان ہرچیزدیکھسکےگا، ہرچیزجانسکےگا۔ یہبات کیسے میرےمائنڈمیںآئی؟وہاسطرحآئی کہدیکھیے، قرآنمیں کچھآیتیںہیںجوبت اتیہیں اللہ تعالیٰکی گلوریکو ،</w:t>
      </w:r>
    </w:p>
    <w:p>
      <w:r>
        <w:rPr>
          <w:b/>
        </w:rPr>
        <w:t xml:space="preserve">[18:53] </w:t>
      </w:r>
      <w:r>
        <w:t>jisko mein doosre lafzon mein kahunga universe of facts ko.</w:t>
      </w:r>
    </w:p>
    <w:p>
      <w:pPr>
        <w:jc w:val="right"/>
      </w:pPr>
      <w:r>
        <w:t>جسکومیں دوسرےلفظوںمیںکہوںگایونیورسآففیکٹسکو۔</w:t>
      </w:r>
    </w:p>
    <w:p>
      <w:r>
        <w:rPr>
          <w:b/>
        </w:rPr>
        <w:t xml:space="preserve">[18:56] </w:t>
      </w:r>
      <w:r>
        <w:t>misalan ek aayat hai: "min</w:t>
      </w:r>
    </w:p>
    <w:p>
      <w:pPr>
        <w:jc w:val="right"/>
      </w:pPr>
      <w:r>
        <w:t>مثلاًایکآیتہے: "من</w:t>
      </w:r>
    </w:p>
    <w:p>
      <w:r>
        <w:rPr>
          <w:b/>
        </w:rPr>
        <w:t xml:space="preserve">[19:05] </w:t>
      </w:r>
      <w:r>
        <w:t>baad</w:t>
      </w:r>
    </w:p>
    <w:p>
      <w:pPr>
        <w:jc w:val="right"/>
      </w:pPr>
      <w:r>
        <w:t>بعد</w:t>
      </w:r>
    </w:p>
    <w:p>
      <w:r>
        <w:rPr>
          <w:b/>
        </w:rPr>
        <w:t xml:space="preserve">[19:10] </w:t>
      </w:r>
      <w:r>
        <w:t>yeh baat ek aur aayat mein is tarah kahi gayi hai". yeh aayat hai surah luqman ki, yeh chapter number thirty one. doosri aayat jo hai, woh chapter number eighteen mein hai, surah kahf mein: "</w:t>
      </w:r>
    </w:p>
    <w:p>
      <w:pPr>
        <w:jc w:val="right"/>
      </w:pPr>
      <w:r>
        <w:t>یہبات ایکاورآیتمیںاسطرحکہیگئیہے"۔ یہآیتہےسورہلقمانکی، یہچیپٹرنمبرتھرٹی ون ۔ دوسریآیتجوہے، وہچیپٹرنمبرایٹینمیںہے، سورہالکہفمیں: "</w:t>
      </w:r>
    </w:p>
    <w:p>
      <w:r>
        <w:rPr>
          <w:b/>
        </w:rPr>
        <w:t xml:space="preserve">[19:33] </w:t>
      </w:r>
      <w:r>
        <w:t>yeh jo dono aayatein hain, surah luqman mein aur surah kahf mein, woh yeh kehti hain ke Khuda ke kalmat itne zyada hain, yaani Khuda ki glory, Khuda ki baatein itni zyada hain, itni zyada, itni zyada hain ke agar saare samandar ink banadiye jayein".</w:t>
      </w:r>
    </w:p>
    <w:p>
      <w:pPr>
        <w:jc w:val="right"/>
      </w:pPr>
      <w:r>
        <w:t>یہجو دونوںآیتیںہیں، سورہلقمانمیںاورسورہالکہفمیں، وہ یہکہتیہیں کہخداکےکلمات اتنےزیادہ ہیں، یعنیخداکیگل وری، خداکیباتیں اتنیزیادہ ہیں،اتنیزیادہ،اتنیزیادہہیںکہاگر سارے سم ندر انکبنادیےجائیں"۔</w:t>
      </w:r>
    </w:p>
    <w:p>
      <w:r>
        <w:rPr>
          <w:b/>
        </w:rPr>
        <w:t xml:space="preserve">[19:57] </w:t>
      </w:r>
      <w:r>
        <w:t>kaha jata hai ke seven seas wohi, dunya mein bare sea hain, to seven seas wohi, woh sab bank ban jayein, ban jayein aur saare jo darakht hain, saare jo</w:t>
      </w:r>
    </w:p>
    <w:p>
      <w:pPr>
        <w:jc w:val="right"/>
      </w:pPr>
      <w:r>
        <w:t>کہاجاتاہےکہسیونسیزجوہیں،دنیا میں بڑے سیزہیں، تو سیون سیزجوہیں، وہ سبانکبنجائیں،بنجائیںاور سارےجو درخت ہیں،سارےجو</w:t>
      </w:r>
    </w:p>
    <w:p>
      <w:r>
        <w:rPr>
          <w:b/>
        </w:rPr>
        <w:t xml:space="preserve">[20:13] </w:t>
      </w:r>
      <w:r>
        <w:t>woh pead hain, woh sab pen banadiye jayein aur likha, likha, likha shuru, likhna shuru kiya jaye to saare seven samandar khatam ho jayenge aur seven samandar laye jayenge, tab bhi nahi khatam hoga.</w:t>
      </w:r>
    </w:p>
    <w:p>
      <w:pPr>
        <w:jc w:val="right"/>
      </w:pPr>
      <w:r>
        <w:t>وہ پیڑہیں، وہ سب پینبنادیےجائیں اورلکھا،لکھا، لکھاشروع،لکھناشروعکیا جائے تو سارے سیونسمندرختمہوجائیںگےاور سیونسمندرلائےج ائیںگے،تببھینہیںختمہوگا۔</w:t>
      </w:r>
    </w:p>
    <w:p>
      <w:r>
        <w:rPr>
          <w:b/>
        </w:rPr>
        <w:t xml:space="preserve">[20:29] </w:t>
      </w:r>
      <w:r>
        <w:t>yaani chouda samandar ko agar ink banadiya jaye, tamam dunya ke darakht aur jungle qalam banadiye jayein aur likhna shuru kiya jaye Khuda ke kalmat ko, Khuda ki glory ko, to ink khatam ho jayega aur glory khatam nahi hogi.</w:t>
      </w:r>
    </w:p>
    <w:p>
      <w:pPr>
        <w:jc w:val="right"/>
      </w:pPr>
      <w:r>
        <w:t>یعنیچودہ سم ندروںکو اگر انکبنادیاجائے، اتمامدنیا کےدرختاورجنگ ل قلمبنادیےجائیں اور لکھناشروع کیاجائےخداکےکلماتکو ،خداکیگل وریکو ،تو انکختمہوجائےگیاورگلوریختمنہیںہوگی۔</w:t>
      </w:r>
    </w:p>
    <w:p>
      <w:r>
        <w:rPr>
          <w:b/>
        </w:rPr>
        <w:t xml:space="preserve">[20:46] </w:t>
      </w:r>
      <w:r>
        <w:t>ek taraf dekhiye, yeh hai. doosri taraf insaan ke potential ko insaan ne daryaft kiya hai ke itna zyada mind insaan ka ek</w:t>
      </w:r>
    </w:p>
    <w:p>
      <w:pPr>
        <w:jc w:val="right"/>
      </w:pPr>
      <w:r>
        <w:t>ایکطرف دیکھیے،یہہے۔ دوسریطرف انسانکےپوٹینشلکو انسان نےدریافتکیاہےکہاتنازیادہ مائنڈانسانکاایک</w:t>
      </w:r>
    </w:p>
    <w:p>
      <w:r>
        <w:rPr>
          <w:b/>
        </w:rPr>
        <w:t xml:space="preserve">[20:57] </w:t>
      </w:r>
      <w:r>
        <w:t>ek ek rational scientist ne likha hai ke insaan ke ek individual mind mein itne particle hote hain, jitne particle sari universe mein hote hain, particle insaan ke ek ek individual mind mein hote hain.</w:t>
      </w:r>
    </w:p>
    <w:p>
      <w:pPr>
        <w:jc w:val="right"/>
      </w:pPr>
      <w:r>
        <w:t>ایک ایک ریشنلسائنٹسٹنےلکھاہے کہانسان کےایک انڈیویجول مائنڈمیں اتنے پارٹیکلہوتےہیں ،جتنےپارٹیکل ساری یونیورس میںہوتےہیں،پارٹیکلانسان کےایک ایکانڈیویجولمائنڈمیںہوتےہیں۔</w:t>
      </w:r>
    </w:p>
    <w:p>
      <w:r>
        <w:rPr>
          <w:b/>
        </w:rPr>
        <w:t xml:space="preserve">[21:16] </w:t>
      </w:r>
      <w:r>
        <w:t>kya ajeeb baat hai! yaani ek taraf universe of facts woh hai, itni badi hai, doosri taraf mind bhi itna bada hai.</w:t>
      </w:r>
    </w:p>
    <w:p>
      <w:pPr>
        <w:jc w:val="right"/>
      </w:pPr>
      <w:r>
        <w:t>کیسیعجیبباتہے! یعنیایک طرف یونیورس آففیکٹجوہے، اتنیبڑیہے، دوسریطرفمائنڈبھیاتنابڑاہے۔</w:t>
      </w:r>
    </w:p>
    <w:p>
      <w:r>
        <w:rPr>
          <w:b/>
        </w:rPr>
        <w:t xml:space="preserve">[21:28] </w:t>
      </w:r>
      <w:r>
        <w:t>to dekhiye, yeh jo Khuda ke kalmat hain, jo Khuda ki glory hai, isko to disclose hona chahiye, koi hona chahiye jo isko likhe, jo isko daryaft kare.</w:t>
      </w:r>
    </w:p>
    <w:p>
      <w:pPr>
        <w:jc w:val="right"/>
      </w:pPr>
      <w:r>
        <w:t>تو دیکھیے، یہجو خداکےکلماتہیں، جوخداکیگل وریجوہے، اسکاتو ڈسکلوزہوناچاہیے، کوئیہوناچاہیےجواسکولکھاہے، جواسکودریافتکرے۔</w:t>
      </w:r>
    </w:p>
    <w:p>
      <w:r>
        <w:rPr>
          <w:b/>
        </w:rPr>
        <w:t xml:space="preserve">[21:41] </w:t>
      </w:r>
      <w:r>
        <w:t>to yeh hi kaam hoga aakhirat</w:t>
      </w:r>
    </w:p>
    <w:p>
      <w:pPr>
        <w:jc w:val="right"/>
      </w:pPr>
      <w:r>
        <w:t>تو یہیکامہوگاآخرت</w:t>
      </w:r>
    </w:p>
    <w:p>
      <w:r>
        <w:rPr>
          <w:b/>
        </w:rPr>
        <w:t xml:space="preserve">[21:43] </w:t>
      </w:r>
      <w:r>
        <w:t>ki duniyā mein. dekhiye, ākhirat ke bāre mein sare mazahibon mein yeh nazariya āp jānte hain ke hai ke wahan par ek ideal world hoga, perfect world hoga.</w:t>
      </w:r>
    </w:p>
    <w:p>
      <w:pPr>
        <w:jc w:val="right"/>
      </w:pPr>
      <w:r>
        <w:t>کیدنیا میں ۔دیکھیے،آخرتکےبارےمیں سارےمذہبوںمیں یہنظریہآپجانتےہیںکہہے کہ وہاںپر ایک آئیڈیلورلڈہوگا، پرفیکٹورلڈہوگا۔</w:t>
      </w:r>
    </w:p>
    <w:p>
      <w:r>
        <w:rPr>
          <w:b/>
        </w:rPr>
        <w:t xml:space="preserve">[21:54] </w:t>
      </w:r>
      <w:r>
        <w:t>koi isko jannat kehta hai, koi isko paradise kehta hai, koi isko firdaus kehta hai, koi isko beckon kehta hai.</w:t>
      </w:r>
    </w:p>
    <w:p>
      <w:pPr>
        <w:jc w:val="right"/>
      </w:pPr>
      <w:r>
        <w:t>کوئیاسکوجنتکہتاہے، کوئیاسکوپارڈائزکہتاہے، کوئیاسکو فردوسکہتاہے، کوئیاسکوبیکونڈکہتاہے۔</w:t>
      </w:r>
    </w:p>
    <w:p>
      <w:r>
        <w:rPr>
          <w:b/>
        </w:rPr>
        <w:t xml:space="preserve">[22:04] </w:t>
      </w:r>
      <w:r>
        <w:t>lekin sare mazahibon mein har system mein yeh concept hai ke ek aur duniyā hai iske siwā jo perfect hai, jo ideal hai.</w:t>
      </w:r>
    </w:p>
    <w:p>
      <w:pPr>
        <w:jc w:val="right"/>
      </w:pPr>
      <w:r>
        <w:t>لیکن سارے مذہبوںمیں ہر سسٹممیںیہکانسیپٹہےکہ ایک اور دنیا ہے اسکے سوا جو پرفیکٹہے،جوآئیڈیلہے۔</w:t>
      </w:r>
    </w:p>
    <w:p>
      <w:r>
        <w:rPr>
          <w:b/>
        </w:rPr>
        <w:t xml:space="preserve">[22:17] </w:t>
      </w:r>
      <w:r>
        <w:t>yahan jo cheez achieve na ho sake, woh wahan achieve hogi.</w:t>
      </w:r>
    </w:p>
    <w:p>
      <w:pPr>
        <w:jc w:val="right"/>
      </w:pPr>
      <w:r>
        <w:t>یہاںجو چیزاچیونہہوسکے،وہاںوہاچیوہوگی۔</w:t>
      </w:r>
    </w:p>
    <w:p>
      <w:r>
        <w:rPr>
          <w:b/>
        </w:rPr>
        <w:t xml:space="preserve">[22:24] </w:t>
      </w:r>
      <w:r>
        <w:t>to yeh jo Khuda ki glory hai, Khuda ki jo itni zyādah bātein hain, yeh sab ākhirat mein zahir hongi, lekin yeh process ke roop mein hoga.</w:t>
      </w:r>
    </w:p>
    <w:p>
      <w:pPr>
        <w:jc w:val="right"/>
      </w:pPr>
      <w:r>
        <w:t>تو یہجو خداکی گل وریہے،خداکیجواتنیزیادہباتیںہیں، یہ سب آخرتمیں ظاہرہوگی، لیکن یہ پروسیسکےروپمیںہوگا۔</w:t>
      </w:r>
    </w:p>
    <w:p>
      <w:r>
        <w:rPr>
          <w:b/>
        </w:rPr>
        <w:t xml:space="preserve">[22:36] </w:t>
      </w:r>
      <w:r>
        <w:t>log samajhte hain ke jannat mein ek hoorein hongi, bas log yeh baithe rahenge le kar ke isko. jab yeh jannat ko underestimate karna hai, paradise ko underestimate karna hai, agar āp samjhein ke sirf wahan luxuries hain, wahan hoorein hain,</w:t>
      </w:r>
    </w:p>
    <w:p>
      <w:pPr>
        <w:jc w:val="right"/>
      </w:pPr>
      <w:r>
        <w:t>لوگسمجھتےہیںکہجنتمیں ایکحوریںہوںگی، بسلوگیہبیٹھےرہیںگےلےکرکےاسکو۔ جب یہ جنتکو انڈ رسٹیمیٹکرناہے، پار ڈائز کوانڈرسٹیمیٹکرناہے،اگرآپسمجھیںکہصرفوہاں لگزریزہیں، وہاںحوریںہیں،</w:t>
      </w:r>
    </w:p>
    <w:p>
      <w:r>
        <w:rPr>
          <w:b/>
        </w:rPr>
        <w:t xml:space="preserve">[22:52] </w:t>
      </w:r>
      <w:r>
        <w:t>insān ka yeh mang is se zyādah hai. insān sirf isi par khush nahin ho sakta, isko hoorein mil jayein, isko intellectual activities chahiye.</w:t>
      </w:r>
    </w:p>
    <w:p>
      <w:pPr>
        <w:jc w:val="right"/>
      </w:pPr>
      <w:r>
        <w:t>انسان کا یہ مانگ اسسےزیادہ ہے۔ انسان صرفاسیپرخوشنہیںہوسکتا، اسکوحور یںملجائیں، اسکو انٹلیکچولایکٹیویٹیزچاہیے۔</w:t>
      </w:r>
    </w:p>
    <w:p>
      <w:r>
        <w:rPr>
          <w:b/>
        </w:rPr>
        <w:t xml:space="preserve">[23:04] </w:t>
      </w:r>
      <w:r>
        <w:t>sab se zyādah enjoyable bātein hoti hain insān ke liye, jo jis ko hum kehte hain intellectual activities, sochna, discover karna.</w:t>
      </w:r>
    </w:p>
    <w:p>
      <w:pPr>
        <w:jc w:val="right"/>
      </w:pPr>
      <w:r>
        <w:t>سبسےزیادہ جوائےفلباتہوتیہےانسانکےلیے، جو جسکوہمکہتےہیںانٹلیکچولایکٹیویٹیز، سوچنا،ڈسکورکرنا ۔</w:t>
      </w:r>
    </w:p>
    <w:p>
      <w:r>
        <w:rPr>
          <w:b/>
        </w:rPr>
        <w:t xml:space="preserve">[23:12] </w:t>
      </w:r>
      <w:r>
        <w:t>yunān ka jo archimedes scientist tha, isko ek cheez discover hui, ek cheez discover hui.</w:t>
      </w:r>
    </w:p>
    <w:p>
      <w:pPr>
        <w:jc w:val="right"/>
      </w:pPr>
      <w:r>
        <w:t>یونانکاجو آرکیبریسجوسائنٹسٹتھا، اسکو ایکچیزڈسکورہوئی ، ایکچیزڈسکورہوئی۔</w:t>
      </w:r>
    </w:p>
    <w:p>
      <w:r>
        <w:rPr>
          <w:b/>
        </w:rPr>
        <w:t xml:space="preserve">[23:24] </w:t>
      </w:r>
      <w:r>
        <w:t>to kya hua? yani zameen, yeh is ko ek discovery hui ke kyun aisa hota hai ke pāni mein agar āp lohā daal dein to doob jaye ga, aur jab āp boat daalte hain, kashti, boat to woh tairti hai.</w:t>
      </w:r>
    </w:p>
    <w:p>
      <w:pPr>
        <w:jc w:val="right"/>
      </w:pPr>
      <w:r>
        <w:t>تو کیا ہوا ؟ یعنیزمین ،یہ اسکوایکڈسکوریہوئی کہ کیوںایساہوتاہےکہ پانیمیںاگرآپ لوہاڈالیںتو ڈوبجائےگا، اور جب آپ بوٹڈالتےہیں، کشتی،بوٹ تو وہتیرتیہے۔</w:t>
      </w:r>
    </w:p>
    <w:p>
      <w:r>
        <w:rPr>
          <w:b/>
        </w:rPr>
        <w:t xml:space="preserve">[23:44] </w:t>
      </w:r>
      <w:r>
        <w:t>kya law hai?</w:t>
      </w:r>
    </w:p>
    <w:p>
      <w:pPr>
        <w:jc w:val="right"/>
      </w:pPr>
      <w:r>
        <w:t>کیا لاءہے؟</w:t>
      </w:r>
    </w:p>
    <w:p>
      <w:r>
        <w:rPr>
          <w:b/>
        </w:rPr>
        <w:t xml:space="preserve">[23:46] </w:t>
      </w:r>
      <w:r>
        <w:t>is ko discovery hui. to us waqt woh tub mein nahā raha tha, woh nanga hi bhāga nikal kar ke. Eureka, Eureka!</w:t>
      </w:r>
    </w:p>
    <w:p>
      <w:pPr>
        <w:jc w:val="right"/>
      </w:pPr>
      <w:r>
        <w:t>اسکو ڈسکوریہوئی۔ تواسوقت وہٹبمیںنہارہاتھا، وہننگاہیبھاگانکلکرکے۔ یوریکا،یوریکا!</w:t>
      </w:r>
    </w:p>
    <w:p>
      <w:r>
        <w:rPr>
          <w:b/>
        </w:rPr>
        <w:t xml:space="preserve">[23:55] </w:t>
      </w:r>
      <w:r>
        <w:t>main ne pā liya, main ne pā liya, main ne pā liya. to sab se bada joy woh hai, woh discovery ka joy hota hai. jab āp koi cheez discover karte hain to us waqt jo āp ko joy milta hai, jo khushi milti hai, woh har cheez se zyādah hoti hai.</w:t>
      </w:r>
    </w:p>
    <w:p>
      <w:pPr>
        <w:jc w:val="right"/>
      </w:pPr>
      <w:r>
        <w:t>میںنےپالیا،میںنےپالیا،میںنےپالیا۔ تو سب سےبڑا جوائےجوہے،وہڈسکوریکاجوائےہوتاہے۔ جبآپکوئیچیزڈسکورکرتےہیںتو اساسوقت جو آپکوجوائےملتاہے، جو خوشیملتیہے، وہہرچیزسےزیادہہوتیہے۔</w:t>
      </w:r>
    </w:p>
    <w:p>
      <w:r>
        <w:rPr>
          <w:b/>
        </w:rPr>
        <w:t xml:space="preserve">[24:12] </w:t>
      </w:r>
      <w:r>
        <w:t>to yeh khushi jo insān ke liye ke liye muqaddar hai, kya woh kabhi is ko nahin mile gi?</w:t>
      </w:r>
    </w:p>
    <w:p>
      <w:pPr>
        <w:jc w:val="right"/>
      </w:pPr>
      <w:r>
        <w:t>تو یہ خوشیجوانسانکےلیے کےلیے مقدرہے، کیا وہ کبھیاسکونہیںملےگی؟</w:t>
      </w:r>
    </w:p>
    <w:p>
      <w:r>
        <w:rPr>
          <w:b/>
        </w:rPr>
        <w:t xml:space="preserve">[24:21] </w:t>
      </w:r>
      <w:r>
        <w:t>to yeh āyatein jo main ne parhi āp ke samne, yeh batāti hain ke woh khushi muqaddar hai tumhare liye. universe of effect abhi to sab under scored pada hua hai, Khuda ki glory abhi tak sab under scored pada hua hai.</w:t>
      </w:r>
    </w:p>
    <w:p>
      <w:pPr>
        <w:jc w:val="right"/>
      </w:pPr>
      <w:r>
        <w:t>تو یہ آیتیںجومیںنےپڑھیآپکےسامنے، یہبت اتیہیںکہوہخوشیمقدرہےتمہارےلیے۔ یونیورس آففیکٹابھیتوسب انڈ رسکورڈپڑاہواہے، خداکیگلوریتوابھیتکسب انڈرسکورڈپڑیہوئیہے۔</w:t>
      </w:r>
    </w:p>
    <w:p>
      <w:r>
        <w:rPr>
          <w:b/>
        </w:rPr>
        <w:t xml:space="preserve">[24:38] </w:t>
      </w:r>
      <w:r>
        <w:t>to yeh is se main ne yeh samjha hai ke jannat koi koi five star hotel nahin hai, jannat ek bahut bada,</w:t>
      </w:r>
    </w:p>
    <w:p>
      <w:pPr>
        <w:jc w:val="right"/>
      </w:pPr>
      <w:r>
        <w:t>تو یہ اسسےمیںنےیہسمجھاہے کہ جنتکوئی کوئی فائیوسٹارہوٹلنہیںہے، جنتایک بہت بڑا،</w:t>
      </w:r>
    </w:p>
    <w:p>
      <w:r>
        <w:rPr>
          <w:b/>
        </w:rPr>
        <w:t xml:space="preserve">[24:52] </w:t>
      </w:r>
      <w:r>
        <w:t>ek bahut bada alam hai jahan activities hongi. Quran mein hai ke "arz samawat wal arz" ke jannat ki chaudai, lambai jo hai, woh zameen o āsmān ke barābar hogi.</w:t>
      </w:r>
    </w:p>
    <w:p>
      <w:pPr>
        <w:jc w:val="right"/>
      </w:pPr>
      <w:r>
        <w:t>ایک بہت بڑاعالمہے جہاںایکٹیویٹیزہوںگی۔ قرآنمیںہےکہ"ارض سماوات وال ارض" کہجن ت کی چوڑائی،لمبائیجوہے،وہ زمین وآسمانکےبرابرہوگی۔</w:t>
      </w:r>
    </w:p>
    <w:p>
      <w:r>
        <w:rPr>
          <w:b/>
        </w:rPr>
        <w:t xml:space="preserve">[25:07] </w:t>
      </w:r>
      <w:r>
        <w:t>yani wahan aise communication honge jis communication ka had jo hai, yeh hamare jo communication hote hain, in ki bahut hi thori had tak pahunch hoti hai. is ki</w:t>
      </w:r>
    </w:p>
    <w:p>
      <w:pPr>
        <w:jc w:val="right"/>
      </w:pPr>
      <w:r>
        <w:t>یعنیوہاںایسےکمیونیکیشنہوںگےجس کمیونیکیشنکا حد جوہے، یہ ہمارےجوکمیونیکیشنہوتےہیں،انکیبہتہی تھوڑی حد تکپہنچہوتیہے۔اسکی</w:t>
      </w:r>
    </w:p>
    <w:p>
      <w:r>
        <w:rPr>
          <w:b/>
        </w:rPr>
        <w:t xml:space="preserve">[25:18] </w:t>
      </w:r>
      <w:r>
        <w:t>wahan universal communication hoga, universal communication, aur phir ek naya process shuru hoga. dekhein, yeh civilization jo hamari bani hai, yeh ek lambe process ke baad bani hai. yeh aisa nahin ke das bees saal mein, sau saal mein ban gayi ho.</w:t>
      </w:r>
    </w:p>
    <w:p>
      <w:pPr>
        <w:jc w:val="right"/>
      </w:pPr>
      <w:r>
        <w:t>وہاں یونیورسل کمیونیکیشنہوگا، یونیورسلکمیونیکیشن، اورپھرایکنیاپروسیسشروعہوگا۔ دیکھیں،یہسویلائزیشنجوہماریبنی ہے، یہ ایک لمبے پروسیسکےبعدبنی ہے۔یہ ایسانہیں کہ دسبیسسالمیں،سو سالمیںبنگئی ہو۔</w:t>
      </w:r>
    </w:p>
    <w:p>
      <w:r>
        <w:rPr>
          <w:b/>
        </w:rPr>
        <w:t xml:space="preserve">[25:41] </w:t>
      </w:r>
      <w:r>
        <w:t>ek lambe process ke baad yeh civilization bani hai. aise hi ek aur lamba process shuru hoga ākhirat mein.</w:t>
      </w:r>
    </w:p>
    <w:p>
      <w:pPr>
        <w:jc w:val="right"/>
      </w:pPr>
      <w:r>
        <w:t>ایکلمبے پروسیسکےبعد یہسویلائزیشنبنیہے۔ ایسےہیایکاور لمبا پروسیسشروعہوگا آخرتمیں۔</w:t>
      </w:r>
    </w:p>
    <w:p>
      <w:r>
        <w:rPr>
          <w:b/>
        </w:rPr>
        <w:t xml:space="preserve">[25:48] </w:t>
      </w:r>
      <w:r>
        <w:t>is ko is ko main ne kaha ke divine civilization, human civilization ka end aa gaya. āp jante hain ke human civilization jo hai, is ka end aa chuka hai.</w:t>
      </w:r>
    </w:p>
    <w:p>
      <w:pPr>
        <w:jc w:val="right"/>
      </w:pPr>
      <w:r>
        <w:t>اسکواسیکومیںنےکہاکہڈیوائنسویلائزیشن، ہیومنسویلائزیشنکااینڈآگیا۔ آپجانتےہیںکہہیومنسویلائزیشنجوہے، اسکا اینڈآچکاہے۔</w:t>
      </w:r>
    </w:p>
    <w:p>
      <w:r>
        <w:rPr>
          <w:b/>
        </w:rPr>
        <w:t xml:space="preserve">[26:00] </w:t>
      </w:r>
      <w:r>
        <w:t>to ab ek, abhi jab ke sab kuch bāqi hai, insān ka potential bhi bāqi hai, aur universe of effect bhi bāqi hai, sara ka sara.</w:t>
      </w:r>
    </w:p>
    <w:p>
      <w:pPr>
        <w:jc w:val="right"/>
      </w:pPr>
      <w:r>
        <w:t>تو ابایک ،ابھی جبکہسبکچھباقیہے، انسانکا پوٹینشلبھیباقیہے، اور یونیورسآففیکٹبھیباقیہے،سارا کاسارا۔</w:t>
      </w:r>
    </w:p>
    <w:p>
      <w:r>
        <w:rPr>
          <w:b/>
        </w:rPr>
        <w:t xml:space="preserve">[26:10] </w:t>
      </w:r>
      <w:r>
        <w:t>to</w:t>
      </w:r>
    </w:p>
    <w:p>
      <w:pPr>
        <w:jc w:val="right"/>
      </w:pPr>
      <w:r>
        <w:t>تو</w:t>
      </w:r>
    </w:p>
    <w:p>
      <w:r>
        <w:rPr>
          <w:b/>
        </w:rPr>
        <w:t xml:space="preserve">[26:11] </w:t>
      </w:r>
      <w:r>
        <w:t>ek naya process of of civilization, to ek aur civilization banana bāqi hai jis ko main ne kaha divine civilization.</w:t>
      </w:r>
    </w:p>
    <w:p>
      <w:pPr>
        <w:jc w:val="right"/>
      </w:pPr>
      <w:r>
        <w:t>ایک نیا پروسیس آف آف سویلائزیشن، توایکاور سویلائزیشنبنناباقیہے جسکومیںنےکہا ڈیوائنسویلائزیشن۔</w:t>
      </w:r>
    </w:p>
    <w:p>
      <w:r>
        <w:rPr>
          <w:b/>
        </w:rPr>
        <w:t xml:space="preserve">[26:23] </w:t>
      </w:r>
      <w:r>
        <w:t>wahan sab naye naye discoveries, naye naye bātein, naye naye intellectual achievement honge jo aaj se bahut zyādah honge.</w:t>
      </w:r>
    </w:p>
    <w:p>
      <w:pPr>
        <w:jc w:val="right"/>
      </w:pPr>
      <w:r>
        <w:t>وہاں سب نئینئیڈسکوریز ،نئینئیباتیں، نئےنئےانٹلیکچولاچیومنٹ ہوںگے جو آجسےبہتزیادہ ہوںگے۔</w:t>
      </w:r>
    </w:p>
    <w:p>
      <w:r>
        <w:rPr>
          <w:b/>
        </w:rPr>
        <w:t xml:space="preserve">[26:38] </w:t>
      </w:r>
      <w:r>
        <w:t>yahan wahan mein yeh farq ho keh dunya mein dekhiye, "laqad khalaqnal insana fi taqwim". yahan hamare saath mushkil lagi hui hai, mushkil lagi hui hai, takleef lagi hui hai, accident laga hua hai, tarah tarah ke problem lage hue hain.</w:t>
      </w:r>
    </w:p>
    <w:p>
      <w:pPr>
        <w:jc w:val="right"/>
      </w:pPr>
      <w:r>
        <w:t>یہاں وہاںمیںیہفرقہوکہدنیامیںدیکھیے، "لقدخلقناالانسان فیقبت"۔یہاںہمارےساتھ مشکل لگیہوئیہے، مشقتلگیہوئیہے،تکلیفلگیہوئیہے،ایکسیڈنٹلگاہواہے، طرح طرحکے پرابلملگےہوئےہیں۔</w:t>
      </w:r>
    </w:p>
    <w:p>
      <w:r>
        <w:rPr>
          <w:b/>
        </w:rPr>
        <w:t xml:space="preserve">[26:52] </w:t>
      </w:r>
      <w:r>
        <w:t>wahan ke bare mein hai keh yeh sab nahi hoga, wahan wahan yeh sab nahi hoga. wahan sab kuch ek, yaani wahan ki jo activities hongi, woh joyful activities hongi. wahan</w:t>
      </w:r>
    </w:p>
    <w:p>
      <w:pPr>
        <w:jc w:val="right"/>
      </w:pPr>
      <w:r>
        <w:t>وہاںکےبارےمیںہے کہیہسبنہیںہوگا،وہاں وہاںیہسبنہیںہوگا۔ وہاںسبکچھ ایک ،یعنیوہاںکیجو ایکٹیویٹیزہوںگی،وہجوائےفلایکٹیویٹیزہوںگی۔وہاں</w:t>
      </w:r>
    </w:p>
    <w:p>
      <w:r>
        <w:rPr>
          <w:b/>
        </w:rPr>
        <w:t xml:space="preserve">[27:08] </w:t>
      </w:r>
      <w:r>
        <w:t>aakhirat ki dunya mein jo process chalega, ek nai civilization ko develop karne ka, to woh bhi ek process hoga.</w:t>
      </w:r>
    </w:p>
    <w:p>
      <w:pPr>
        <w:jc w:val="right"/>
      </w:pPr>
      <w:r>
        <w:t>آخرتکیدنیا میں جو پروسیسچلےگا، ایک نئی سویلائزیشنکو ڈیولپکرنےکا،تو وہبھیایک پروسیسہوگا۔</w:t>
      </w:r>
    </w:p>
    <w:p>
      <w:r>
        <w:rPr>
          <w:b/>
        </w:rPr>
        <w:t xml:space="preserve">[27:17] </w:t>
      </w:r>
      <w:r>
        <w:t>wahan bhi jaise dunya mein hota hai keh seminar hote hain, jalsay hote hain, aur kitabein likhi jati hain, discovery hoti hai, yeh sab kuch wahan hoga, lekin woh bohat hi higher form mein hoga,</w:t>
      </w:r>
    </w:p>
    <w:p>
      <w:pPr>
        <w:jc w:val="right"/>
      </w:pPr>
      <w:r>
        <w:t>وہاںبھیجیسےدنیا میںہوتاہےکہ سیمینارہوتےہیں،جلسےہوتےہیں، اور کتاب یںلکھیجاتیہیں، ڈسکوریہوتیہے، یہ سبکچھوہاںہوگا،لیکن وہ بہتہی ہائرفارممیںہوگا،</w:t>
      </w:r>
    </w:p>
    <w:p>
      <w:r>
        <w:rPr>
          <w:b/>
        </w:rPr>
        <w:t xml:space="preserve">[27:32] </w:t>
      </w:r>
      <w:r>
        <w:t>bohat hi higher form mein.</w:t>
      </w:r>
    </w:p>
    <w:p>
      <w:pPr>
        <w:jc w:val="right"/>
      </w:pPr>
      <w:r>
        <w:t>بہت ہیہائرفارممیں۔</w:t>
      </w:r>
    </w:p>
    <w:p>
      <w:r>
        <w:rPr>
          <w:b/>
        </w:rPr>
        <w:t xml:space="preserve">[27:37] </w:t>
      </w:r>
      <w:r>
        <w:t>aur sab kuch, sari activities jo wahin, woh joyful activities hongi. woh Quran mein iska ishara maujood hai.</w:t>
      </w:r>
    </w:p>
    <w:p>
      <w:pPr>
        <w:jc w:val="right"/>
      </w:pPr>
      <w:r>
        <w:t>اورسبکچھ، ساری ایکٹیویٹیزجوہیں،وہ جوائےفل ایکٹیویٹیزہوںگی۔وہ قرآنمیںاسکااشارہموجود ہے۔</w:t>
      </w:r>
    </w:p>
    <w:p>
      <w:r>
        <w:rPr>
          <w:b/>
        </w:rPr>
        <w:t xml:space="preserve">[27:52] </w:t>
      </w:r>
      <w:r>
        <w:t>to is se maine yeh samjha hai keh jis tarah dunya mein ek human civilization bani aur iski ek hadd aa gayi, jis tarah se jab keh abhi woh kaam poora nahi hua, to woh aakhir mein shuru hoga, iski koi hadd nahi hogi.</w:t>
      </w:r>
    </w:p>
    <w:p>
      <w:pPr>
        <w:jc w:val="right"/>
      </w:pPr>
      <w:r>
        <w:t>تواسسےمیںنےیہسمجھاہےکہ جسطرحدنیا میں ایک ہیومنسویلائزیشنبنی اوراسکیایکحدآگئی، جسطرحسے جب کہابھیوہکام پورانہیںہوا ، تووہ آخرتمیںشروعہوگا،اسکیکوئیحدنہیںہوگی۔</w:t>
      </w:r>
    </w:p>
    <w:p>
      <w:r>
        <w:rPr>
          <w:b/>
        </w:rPr>
        <w:t xml:space="preserve">[28:14] </w:t>
      </w:r>
      <w:r>
        <w:t>is ko mein teen hisson mein taqseem karta hoon keh pre industrial age, phir industrial age, phir post industrial age.</w:t>
      </w:r>
    </w:p>
    <w:p>
      <w:pPr>
        <w:jc w:val="right"/>
      </w:pPr>
      <w:r>
        <w:t>اسکومیں تینحصوںمیںتقسیمکرتاہوں کہ پری انڈ سٹریلایج ،پھرانڈ سٹریلایج، پھر پوسٹ انڈ سٹریلایج۔</w:t>
      </w:r>
    </w:p>
    <w:p>
      <w:r>
        <w:rPr>
          <w:b/>
        </w:rPr>
        <w:t xml:space="preserve">[28:26] </w:t>
      </w:r>
      <w:r>
        <w:t>to ek tha pre industrial age jismein to hum aate the jo speculation par base karti thi. speculation par jaise logon ne dekha keh suraj east se nikla, west mein ja ke doob gaya, to yeh samjha keh suraj woh hai, zameen ke gird ghoom raha hai.</w:t>
      </w:r>
    </w:p>
    <w:p>
      <w:pPr>
        <w:jc w:val="right"/>
      </w:pPr>
      <w:r>
        <w:t>تو ایک تھا پریانڈسٹریلایج جسمیں توہماتہوتےتھے جو اسپیک ولیشنپربیسکرتیتھی۔ اسپیکولیشنپر جیسےلوگوںنےدیکھاکہسورج ایسٹسےنکلا، ویسٹمیںجاکے ڈوبگیا، تویہسمجھاکہسورججوہے،زمین کےگرد گھومرہاہے۔</w:t>
      </w:r>
    </w:p>
    <w:p>
      <w:r>
        <w:rPr>
          <w:b/>
        </w:rPr>
        <w:t xml:space="preserve">[28:46] </w:t>
      </w:r>
      <w:r>
        <w:t>that was sheer speculation</w:t>
      </w:r>
    </w:p>
    <w:p>
      <w:pPr>
        <w:jc w:val="right"/>
      </w:pPr>
      <w:r>
        <w:t>دیٹواز شیئر اسپیکولیشن</w:t>
      </w:r>
    </w:p>
    <w:p>
      <w:r>
        <w:rPr>
          <w:b/>
        </w:rPr>
        <w:t xml:space="preserve">[28:50] </w:t>
      </w:r>
      <w:r>
        <w:t>, that was based on speculation. to pre industrial age mein har cheez speculation par base karti thi. pre industrial age aaya, science ki taraqqi hui to observation aur experiment hone laga aur industries lagai gayin, factories lagai gayin. lekin maloom yeh hua keh industries ka ek minus point hai,</w:t>
      </w:r>
    </w:p>
    <w:p>
      <w:pPr>
        <w:jc w:val="right"/>
      </w:pPr>
      <w:r>
        <w:t>،دیٹوازبیسڈاناسپیک ولیشن۔ تو پریانڈسٹریلایجمیںہرچیز اسپیکولیشنپربیسکرتیتھی۔ پریانڈسٹریلایجآیا، سائنسکیترقیہوئی تو ابزرویشن اورایکسپیریمنٹہونےلگا اور انڈ سٹریز لگائیگئیں،فیکٹریزلگائیگئیں۔لیکن معلومیہہواکہ انڈ سٹریز کاایکمائنسپوائنٹہے،</w:t>
      </w:r>
    </w:p>
    <w:p>
      <w:r>
        <w:rPr>
          <w:b/>
        </w:rPr>
        <w:t xml:space="preserve">[29:16] </w:t>
      </w:r>
      <w:r>
        <w:t>woh hai global warming, woh hai pollution, woh hai carbon emission.</w:t>
      </w:r>
    </w:p>
    <w:p>
      <w:pPr>
        <w:jc w:val="right"/>
      </w:pPr>
      <w:r>
        <w:t>وہہے گلوبلوارمنگ،وہہےپولیوشن، وہہےکاربنایمیشن۔</w:t>
      </w:r>
    </w:p>
    <w:p>
      <w:r>
        <w:rPr>
          <w:b/>
        </w:rPr>
        <w:t xml:space="preserve">[29:24] </w:t>
      </w:r>
      <w:r>
        <w:t>industries are good, but it has also a minus point. hamari jo industries hain, iska plus point yeh hai keh woh hamein consumer goods deti hain, hamein car aur hawai jahaz milta hai,</w:t>
      </w:r>
    </w:p>
    <w:p>
      <w:pPr>
        <w:jc w:val="right"/>
      </w:pPr>
      <w:r>
        <w:t>انڈ سٹری از گڈ،بٹ اٹہیزالس و امائنسپوائنٹ۔ہماریجوانڈ سٹریزہیں،اسکاپلسپوائنٹیہہےکہوہہمیں کنزیومرگڈزدیتیہیں، ہمیں کار اورہوائیجہازملتاہے،</w:t>
      </w:r>
    </w:p>
    <w:p>
      <w:r>
        <w:rPr>
          <w:b/>
        </w:rPr>
        <w:t xml:space="preserve">[29:38] </w:t>
      </w:r>
      <w:r>
        <w:t>bohat si cheezein milti hain. lekin iska minus point yeh hai keh woh woh pollute karti hain pani ko, hawa ko, har cheez ko.</w:t>
      </w:r>
    </w:p>
    <w:p>
      <w:pPr>
        <w:jc w:val="right"/>
      </w:pPr>
      <w:r>
        <w:t>بہتسیچیزیںملتیہیں۔لیکن اسکامائنسپوائنٹیہہےکہوہ وہ پولیوٹکرتیہیںپانیکو،ہوا کو، ہرچیزکو ۔</w:t>
      </w:r>
    </w:p>
    <w:p>
      <w:r>
        <w:rPr>
          <w:b/>
        </w:rPr>
        <w:t xml:space="preserve">[29:47] </w:t>
      </w:r>
      <w:r>
        <w:t>us waqt samandar woh hain, pollute ho chuke hain, 95 percent samandar pollute ho chuke hain, inka pani kathif ho chuka hai, hawa mein pollution hai.</w:t>
      </w:r>
    </w:p>
    <w:p>
      <w:pPr>
        <w:jc w:val="right"/>
      </w:pPr>
      <w:r>
        <w:t>اسوقت سم ندرجوہے، پولیوٹہوچکےہیں، 9 5 پرسنٹسمندرپولیوٹہوچکےہیں، انکاپانی کثیفہوچکاہے، ہوا میںپولیوشنہے۔</w:t>
      </w:r>
    </w:p>
    <w:p>
      <w:r>
        <w:rPr>
          <w:b/>
        </w:rPr>
        <w:t xml:space="preserve">[29:58] </w:t>
      </w:r>
      <w:r>
        <w:t>to aisi industries jo carbon emission na ho, jiske andar aisi insaan abhi tak daryaft nahi kar saka hai, to hamari industry ka end aa gaya.</w:t>
      </w:r>
    </w:p>
    <w:p>
      <w:pPr>
        <w:jc w:val="right"/>
      </w:pPr>
      <w:r>
        <w:t>تو ایسی انڈ سٹریزجو کاربنایمیشن نہہو،جسکےاندرایسیانسان ابھیتکدریا فتنہیںکرسکاہے،توہماری انڈ سٹریکااینڈآگیا۔</w:t>
      </w:r>
    </w:p>
    <w:p>
      <w:r>
        <w:rPr>
          <w:b/>
        </w:rPr>
        <w:t xml:space="preserve">[30:08] </w:t>
      </w:r>
      <w:r>
        <w:t>bohat si kitabein likhi gayi theen, yaani aage ke zamane ke liye keh ek zamana aayega, jiske likha tha al bundafur ne kitab, iska naam tha "future shock".</w:t>
      </w:r>
    </w:p>
    <w:p>
      <w:pPr>
        <w:jc w:val="right"/>
      </w:pPr>
      <w:r>
        <w:t>بہت سیکتاب یںلکھیگئیتھیں، یعنی آگے کے زمانےکےلیے کہایکزمانہآئےگا،جس کے لکھاتھا الب نٹافلرنےکتاب ، اسکانامتھا "فیوچرشاک"۔</w:t>
      </w:r>
    </w:p>
    <w:p>
      <w:r>
        <w:rPr>
          <w:b/>
        </w:rPr>
        <w:t xml:space="preserve">[30:19] </w:t>
      </w:r>
      <w:r>
        <w:t>yeh chapi thi 1970 mein, 1970 mein. isne yeh guess kiya tha keh hamari industrial age super industrial age ki taraf ja raha hai,</w:t>
      </w:r>
    </w:p>
    <w:p>
      <w:pPr>
        <w:jc w:val="right"/>
      </w:pPr>
      <w:r>
        <w:t>یہچھپیتھی 19 70میں، 19 7 0میں۔ اسنےیہگیسکیاتھاکہ ہماریانڈسٹریلایجسپرانڈسٹریلایجکیطرفجارہاہے،</w:t>
      </w:r>
    </w:p>
    <w:p>
      <w:r>
        <w:rPr>
          <w:b/>
        </w:rPr>
        <w:t xml:space="preserve">[30:31] </w:t>
      </w:r>
      <w:r>
        <w:t>super industrial age ki taraf. jab sab theek hi theek hoga, har har cheez bilkul right hogi aur sab kuch automation base karega, automatic tor par har cheez hone lagegi aur insaan ke liye siwaye, yaani sab joyful ho jayegi har cheez.</w:t>
      </w:r>
    </w:p>
    <w:p>
      <w:pPr>
        <w:jc w:val="right"/>
      </w:pPr>
      <w:r>
        <w:t>سپرانڈسٹریلایجکیطرف ۔ جب سبٹھیکہیٹھیکہوگا، ہر ہرچیزبالکلرائٹہوگی اورسبکچھ آٹومیشنب یسکرےگا، آٹومیٹک طورپرہرچیزہونےلگےگی اورانسانکےلیے سوائے ،یعنی سبجوائےفلی ہوجائےگیہرچیز۔</w:t>
      </w:r>
    </w:p>
    <w:p>
      <w:r>
        <w:rPr>
          <w:b/>
        </w:rPr>
        <w:t xml:space="preserve">[30:52] </w:t>
      </w:r>
      <w:r>
        <w:t>lekin kya hua? in 20th century ke end mein pollution ka zahoor paida hua. yeh tha pehle se, yeh itna badh gaya keh ab woh</w:t>
      </w:r>
    </w:p>
    <w:p>
      <w:pPr>
        <w:jc w:val="right"/>
      </w:pPr>
      <w:r>
        <w:t>لیکن کیا ہوا ؟ ان20 سینچریکےاینڈمیں پولیوشنکا ظاہرہپیدا ہوا ۔یہتھاپہلے سے، یہاتنابڑھگیاکہابوہ</w:t>
      </w:r>
    </w:p>
    <w:p>
      <w:r>
        <w:rPr>
          <w:b/>
        </w:rPr>
        <w:t xml:space="preserve">[31:01] </w:t>
      </w:r>
      <w:r>
        <w:t>, ab aap control nahi kar sakte, isko control nahi kar sakte, aap isko. to itni badi badi conferencein ho rahi hain is basis mauzu par, yaani global warming ke sawal par,</w:t>
      </w:r>
    </w:p>
    <w:p>
      <w:pPr>
        <w:jc w:val="right"/>
      </w:pPr>
      <w:r>
        <w:t>،ابآپکنٹرولنہیںکرسکتے،اسکو کنٹرولنہیںکرسکتے،آپاسکو ۔ تو اتنی بڑیبڑیکانفرنسیںہورہیہیں اس اساس موضوعپر ،یعنیگلوبلوارمنگکےسوالپر ،</w:t>
      </w:r>
    </w:p>
    <w:p>
      <w:r>
        <w:rPr>
          <w:b/>
        </w:rPr>
        <w:t xml:space="preserve">[31:15] </w:t>
      </w:r>
      <w:r>
        <w:t>carbon emission ke sawal par, lekin sab fail ho rahi hain, sab fail, sab fail, sab fail, sab fail ho rahi hain. kyun? yeh insaan ke bas hi mein nahi hai.</w:t>
      </w:r>
    </w:p>
    <w:p>
      <w:pPr>
        <w:jc w:val="right"/>
      </w:pPr>
      <w:r>
        <w:t>کاربنایمیشنکےسوالپر ،لیکن سب فیل ہورہیہیں، سب فیل ،سب فیل ،سبفیل ، سب فیل ہورہیہیں۔ کیوں؟یہانسانکے بسہیبھینہیںہے۔</w:t>
      </w:r>
    </w:p>
    <w:p>
      <w:r>
        <w:rPr>
          <w:b/>
        </w:rPr>
        <w:t xml:space="preserve">[31:27] </w:t>
      </w:r>
      <w:r>
        <w:t>dekhein, isi aaj ki dunya mein aap dekh sakte hain ek jhalak,</w:t>
      </w:r>
    </w:p>
    <w:p>
      <w:pPr>
        <w:jc w:val="right"/>
      </w:pPr>
      <w:r>
        <w:t>دیکھیں،اسی آجہیکیدنیا میںآپدیکھسکتےہیں ایک جھلک،</w:t>
      </w:r>
    </w:p>
    <w:p>
      <w:r>
        <w:rPr>
          <w:b/>
        </w:rPr>
        <w:t xml:space="preserve">[31:32] </w:t>
      </w:r>
      <w:r>
        <w:t>woh is aakhirat ki dunya ki, wahan jo industries hongi, iski ek jhalak. jaise aap dekhiye, hum mein se har shakhs oxygen leta hai aur carbon, yaani oxygen inhale karta hai aur carbon exhale karta hai.</w:t>
      </w:r>
    </w:p>
    <w:p>
      <w:pPr>
        <w:jc w:val="right"/>
      </w:pPr>
      <w:r>
        <w:t>وہ اس آخرتکیدنیا کی، وہاںجوانڈسٹریزہوںگی، اسکیایک جھلک۔ جیسےآپدیکھیے، ہممیںسےہرشخص اکسیجنلیتاہے اور کاربن، یعنیاکسیجن انہیلکرتاہے اور کاربن ایکسہیلکرتاہے۔</w:t>
      </w:r>
    </w:p>
    <w:p>
      <w:r>
        <w:rPr>
          <w:b/>
        </w:rPr>
        <w:t xml:space="preserve">[31:51] </w:t>
      </w:r>
      <w:r>
        <w:t>24 ghante yeh amal jari hai. yeh kaise hai?</w:t>
      </w:r>
    </w:p>
    <w:p>
      <w:pPr>
        <w:jc w:val="right"/>
      </w:pPr>
      <w:r>
        <w:t>24گھنٹہیہعملجاریہے۔ یہکیسےہے ؟</w:t>
      </w:r>
    </w:p>
    <w:p>
      <w:r>
        <w:rPr>
          <w:b/>
        </w:rPr>
        <w:t xml:space="preserve">[31:55] </w:t>
      </w:r>
      <w:r>
        <w:t>is kainaat mein aik nizaam hai jo aap ke carbon le leta hai aur phir aap ko oxygen lotata hai.</w:t>
      </w:r>
    </w:p>
    <w:p>
      <w:pPr>
        <w:jc w:val="right"/>
      </w:pPr>
      <w:r>
        <w:t>اس کائناتمیں ایکنظامہے جو آپ کے کاربنکولےلیتاہے اور پھرآپکو اکسیجنلوٹاتاہے۔</w:t>
      </w:r>
    </w:p>
    <w:p>
      <w:r>
        <w:rPr>
          <w:b/>
        </w:rPr>
        <w:t xml:space="preserve">[32:06] </w:t>
      </w:r>
      <w:r>
        <w:t>saare darakht wohi hain, saare darakht wohi hain, in mein aik industry hai, industry jo carbon le leti hai aur oxygen kharij karti hai.</w:t>
      </w:r>
    </w:p>
    <w:p>
      <w:pPr>
        <w:jc w:val="right"/>
      </w:pPr>
      <w:r>
        <w:t>سارےدرختجوہیں، سارے درختجوہیں،انمیںایک انڈسٹریہے،انڈ سٹری جو کاربنلےلیتیہےاوراکسیجنخارج کرتیہے۔</w:t>
      </w:r>
    </w:p>
    <w:p>
      <w:r>
        <w:rPr>
          <w:b/>
        </w:rPr>
        <w:t xml:space="preserve">[32:17] </w:t>
      </w:r>
      <w:r>
        <w:t>aik bohat bari industry oxygen supply ki hai, lekin aap dekhte hain na koi shor hai, na koi dhuan hai, kuch bhi nahin. suraj bhi aik industry hai jo musalsal light bhej raha hai aur heat bhej raha hai,</w:t>
      </w:r>
    </w:p>
    <w:p>
      <w:pPr>
        <w:jc w:val="right"/>
      </w:pPr>
      <w:r>
        <w:t>ایک بہت بڑیانڈسٹری اکسیجنکیسپلائیکیہے، لیکن آپدیکھتےہیںنہ کوئیشور ہے، نہکوئیدھواںہے،کچھبھی نہیں۔ سورجبھیایکانڈ سٹریہے جو مسلسللائٹبھیجرہاہے اورہیٹبھیجرہاہے،</w:t>
      </w:r>
    </w:p>
    <w:p>
      <w:r>
        <w:rPr>
          <w:b/>
        </w:rPr>
        <w:t xml:space="preserve">[32:32] </w:t>
      </w:r>
      <w:r>
        <w:t>lekin wahan bhi nahin, koi problem nahin create karta. woh to nature ki industry mein aaj bhi aap dekhte hain, koi pollution nahin, koi carbon emission nahin.</w:t>
      </w:r>
    </w:p>
    <w:p>
      <w:pPr>
        <w:jc w:val="right"/>
      </w:pPr>
      <w:r>
        <w:t>لیکن وہاںبھینہیں،کوئیپرابلمنہیںکریٹکرتا۔وہ تو نیچرکیانڈسٹریمیںآجبھیآپدیکھتےہیں،کوئیپولیوشننہیں ،کوئیکاربنایمیشننہیں۔</w:t>
      </w:r>
    </w:p>
    <w:p>
      <w:r>
        <w:rPr>
          <w:b/>
        </w:rPr>
        <w:t xml:space="preserve">[32:44] </w:t>
      </w:r>
      <w:r>
        <w:t>yeh aik jhalak hai is baat ki ke aakhir mein jo civilization banegi, woh kaisi hogi. wahan par pollution nahin hoga, wahan par shor nahin, na noise pollution hoga, na water pollution hoga, na air pollution hoga, na koi aur problem hoga.</w:t>
      </w:r>
    </w:p>
    <w:p>
      <w:pPr>
        <w:jc w:val="right"/>
      </w:pPr>
      <w:r>
        <w:t>یہایکجھلکہےاسبات کی کہآخرتمیں جو سویلائزیشنبنےگی، وہ کیسیہوگی۔ وہاںپرپولیوشننہیںہوگا، وہاںپر شور نہیں، نہ نوائزپولیوشنہوگا، نہ واٹرپولیوشنہوگا، نہ ایئرپولیوشنہوگا، نہکوئیاورپرابلمہوگا۔</w:t>
      </w:r>
    </w:p>
    <w:p>
      <w:r>
        <w:rPr>
          <w:b/>
        </w:rPr>
        <w:t xml:space="preserve">[33:09] </w:t>
      </w:r>
      <w:r>
        <w:t>yeh aik jhalak hai.</w:t>
      </w:r>
    </w:p>
    <w:p>
      <w:pPr>
        <w:jc w:val="right"/>
      </w:pPr>
      <w:r>
        <w:t>یہ ایک جھلکہے۔</w:t>
      </w:r>
    </w:p>
    <w:p>
      <w:r>
        <w:rPr>
          <w:b/>
        </w:rPr>
        <w:t xml:space="preserve">[33:12] </w:t>
      </w:r>
      <w:r>
        <w:t>to insaan jo hai, bas mein samajhta hoon ke maujood dunya mein Khuda select kar raha hai un insaanon ko jo is highest civilization ke mein kaam karein.</w:t>
      </w:r>
    </w:p>
    <w:p>
      <w:pPr>
        <w:jc w:val="right"/>
      </w:pPr>
      <w:r>
        <w:t>تو انسان جوہے، بسمیںسمجھتاہوںکہموجود دنیامیں خدا سلیکٹکررہاہےانانسانوںکو جو اس ہائیسٹسویلائزیشنکے میں کام کریں۔</w:t>
      </w:r>
    </w:p>
    <w:p>
      <w:r>
        <w:rPr>
          <w:b/>
        </w:rPr>
        <w:t xml:space="preserve">[33:27] </w:t>
      </w:r>
      <w:r>
        <w:t>yeh dunya mein kya ho raha hai? selection, yeh yeh selection kiya ja raha hai un insaanon ka jo is is is civilization ka charge lein, is process ka charge lein.</w:t>
      </w:r>
    </w:p>
    <w:p>
      <w:pPr>
        <w:jc w:val="right"/>
      </w:pPr>
      <w:r>
        <w:t>یہدنیا میںکیاہورہاہے؟ سلیکشن ،یہ یہ سلیکشن کیاجارہاہے انانسانوںکا جواس اس اس سویلائزیشنکاچارجلیں، اس پروسیسکاچارجلیں۔</w:t>
      </w:r>
    </w:p>
    <w:p>
      <w:r>
        <w:rPr>
          <w:b/>
        </w:rPr>
        <w:t xml:space="preserve">[33:40] </w:t>
      </w:r>
      <w:r>
        <w:t>wahan woh koi director banega, koi chairman banega, koi member banega, koi kia banega? koi discover karega, koi library sambhale ga. to yeh isi ka selection ho raha hai.</w:t>
      </w:r>
    </w:p>
    <w:p>
      <w:pPr>
        <w:jc w:val="right"/>
      </w:pPr>
      <w:r>
        <w:t>وہاںوہ کوئیڈائریکٹربنےگا،کوئیچیئرمینبنےگا،کوئیممبربنےگا، کوئیکیابنےگا؟کوئیڈسکوریکرےگا،کوئیلائبریریسنبھالےگا۔ تویہ اسیکاسلیکشنہورہاہے۔</w:t>
      </w:r>
    </w:p>
    <w:p>
      <w:r>
        <w:rPr>
          <w:b/>
        </w:rPr>
        <w:t xml:space="preserve">[33:52] </w:t>
      </w:r>
      <w:r>
        <w:t>jo log fail ho jayenge, jinhone jo apne aaj ke zamane mein jo dikhayenge ke woh is qabil nahin ke wahan is mein woh jagah payein, to Khuda unko reject kar dega. reject,</w:t>
      </w:r>
    </w:p>
    <w:p>
      <w:pPr>
        <w:jc w:val="right"/>
      </w:pPr>
      <w:r>
        <w:t>جو لوگ فیل ہوجائیںگے، جنہوںنے جواپنے آجکے زمان ےمیںجودکھائیںگےکہوہاسق ابلنہیںکہوہاں اسمیںوہجگہپائیں، تو خدا انکوریجیکٹکردےگا۔ریجیکٹ،</w:t>
      </w:r>
    </w:p>
    <w:p>
      <w:r>
        <w:rPr>
          <w:b/>
        </w:rPr>
        <w:t xml:space="preserve">[34:06] </w:t>
      </w:r>
      <w:r>
        <w:t>unko dustbin mein daal diya jayega. aur selected log wohi, selected log, selected log kaun honge? jinhone is harkat ko jaana, Khuda ki glory ko samjha,</w:t>
      </w:r>
    </w:p>
    <w:p>
      <w:pPr>
        <w:jc w:val="right"/>
      </w:pPr>
      <w:r>
        <w:t>انکو ڈسٹبنمیںڈالدیاجائےگا۔ اور سلیکٹڈلوگجوہیں،سلیکٹڈلوگ، سلیکٹڈلوگکونہوںگے؟ جنہوںنے اس حرکتکو جانا، خداکیگل وریکوسمجھا،</w:t>
      </w:r>
    </w:p>
    <w:p>
      <w:r>
        <w:rPr>
          <w:b/>
        </w:rPr>
        <w:t xml:space="preserve">[34:20] </w:t>
      </w:r>
      <w:r>
        <w:t>Khuda ke shukr unko daryaft kiya, jinhone marifat ka darja hasil kiya, jo Khuda ke aage surrender kiya, jinhone hamare values ka paalan kiya,</w:t>
      </w:r>
    </w:p>
    <w:p>
      <w:pPr>
        <w:jc w:val="right"/>
      </w:pPr>
      <w:r>
        <w:t>خدا کےشکرانکودریافتکیا، جنہوںنےمعرفت کادرجہحاصل کیا، جو خداکےآگےسرینڈرکیا، جنہوںنے ہمارےویلیوزکاپالنکیا،</w:t>
      </w:r>
    </w:p>
    <w:p>
      <w:r>
        <w:rPr>
          <w:b/>
        </w:rPr>
        <w:t xml:space="preserve">[34:34] </w:t>
      </w:r>
      <w:r>
        <w:t>jo jinhone discipline mein rehne ka saboot diya. yeh saari jo qualities hain, jisko mein divine qualities kahunga, to jo is divine qualities ke ke taur par jiye, is dunya mein unhone kia apne aap ko qualify kia is agle civilization ke process mein hissa lene ke liye.</w:t>
      </w:r>
    </w:p>
    <w:p>
      <w:pPr>
        <w:jc w:val="right"/>
      </w:pPr>
      <w:r>
        <w:t>جو جنہوںنےڈسپلنمیں رہنےکاثبوتدیا۔ یہ ساریجوکوالٹیزہیں، جسکومیں ڈیوائنکوالٹیزکہوںگا، توجو اس ڈیوائن کوالٹیز کے کے طور پر جیے، اسدنیا میں انہوںنےگیا اپنےآپکو کوالیفائیکیا اس اگلے سویلائزیشنکے پروسیسمیں حصہلینےکےلیے۔</w:t>
      </w:r>
    </w:p>
    <w:p>
      <w:r>
        <w:rPr>
          <w:b/>
        </w:rPr>
        <w:t xml:space="preserve">[35:03] </w:t>
      </w:r>
      <w:r>
        <w:t>to yeh jo civilization ban rahi dunya mein, yeh bhi aik process ke roop mein bani thi. process, lamba process, lamba process chala is ke roop mein. yeh bani aisi, woh bhi aik lamba process hoga, karoron arbon saal ka,</w:t>
      </w:r>
    </w:p>
    <w:p>
      <w:pPr>
        <w:jc w:val="right"/>
      </w:pPr>
      <w:r>
        <w:t>تو یہجو سویلائزیشنبنیدنیا میں،یہبھیایک پروسیسکےروپمیںبنیتھی۔پروسیس،لمباپروسیس، لمبا پروسیس چلااس کےروپمیں۔یہبنی ایسی،وہبھیایکلمباپروسیسہوگا، کروڑوںاربوںسالکا ،</w:t>
      </w:r>
    </w:p>
    <w:p>
      <w:r>
        <w:rPr>
          <w:b/>
        </w:rPr>
        <w:t xml:space="preserve">[35:22] </w:t>
      </w:r>
      <w:r>
        <w:t>jo universe of fact hai, jo sara ka sara underscore pada hua hai, usko aap discover karenge. uske mutabiq wahan aik dunya banayenge.</w:t>
      </w:r>
    </w:p>
    <w:p>
      <w:pPr>
        <w:jc w:val="right"/>
      </w:pPr>
      <w:r>
        <w:t>جو یونیورس آففیکٹجوہے، جو ساراکاساراانڈرسکورڈپڑاہواہے،اسکوآپڈسکورکریںگے۔ اسکےمطابق وہاںایکدنیا بنائیںگے۔</w:t>
      </w:r>
    </w:p>
    <w:p>
      <w:r>
        <w:rPr>
          <w:b/>
        </w:rPr>
        <w:t xml:space="preserve">[35:33] </w:t>
      </w:r>
      <w:r>
        <w:t>quran mein hai ke "wo fi shughlin fākihūn". shughlin fākihūn ka matlab yeh hai ke wahan ki jo activities hongi, woh joyful activities hongi. "wo fi shughlin fākihūn" dunya ki activities mein aap jante hain ke boredom hai,</w:t>
      </w:r>
    </w:p>
    <w:p>
      <w:pPr>
        <w:jc w:val="right"/>
      </w:pPr>
      <w:r>
        <w:t>قرآنمیںہےکہ"وہفی شغلفاقہون"۔ شغلفاقہونکامطلبیہہےکہوہاںکیجوایکٹیویٹیزہوںگی، وہ جوائےفلایکٹیویٹیزہوںگی۔ "وہفیشغل فاقہون" دنیا کیایکٹیویٹیزمیںآپ جانتےہیںکہبورڈمہے،</w:t>
      </w:r>
    </w:p>
    <w:p>
      <w:r>
        <w:rPr>
          <w:b/>
        </w:rPr>
        <w:t xml:space="preserve">[35:50] </w:t>
      </w:r>
      <w:r>
        <w:t>accident hai, bohat se problems hain dunya ke. is mein wahan par "fi shughlin fākihūn" wahan par joyful activities hongi.</w:t>
      </w:r>
    </w:p>
    <w:p>
      <w:pPr>
        <w:jc w:val="right"/>
      </w:pPr>
      <w:r>
        <w:t>ایکسیڈنٹہے، بہت سےپرابلمہیںدنیا کے۔اسمیں وہاںپر "فی شغلفاقہون"وہاںپرجوائےفلایکٹیویٹیزہوںگی۔</w:t>
      </w:r>
    </w:p>
    <w:p>
      <w:r>
        <w:rPr>
          <w:b/>
        </w:rPr>
        <w:t xml:space="preserve">[36:01] </w:t>
      </w:r>
      <w:r>
        <w:t>wo jo civilization banegi, woh jo dunya banegi, wahan jo aik process chalega, is mein jo log hissa lenge, to woh aik joyful activities hongi.</w:t>
      </w:r>
    </w:p>
    <w:p>
      <w:pPr>
        <w:jc w:val="right"/>
      </w:pPr>
      <w:r>
        <w:t>وہجو سویلائزیشنبنےگی،وہجودنیا بنےگی، وہاںجوایک پروسیسچلےگا، اسمیںجولوگحصہلیںگے، تو وہ ایک جوائےفلایکٹیویٹیزہوںگی۔</w:t>
      </w:r>
    </w:p>
    <w:p>
      <w:r>
        <w:rPr>
          <w:b/>
        </w:rPr>
        <w:t xml:space="preserve">[36:13] </w:t>
      </w:r>
      <w:r>
        <w:t>khushiyon ki dunya hogi, rahton ki dunya hogi.</w:t>
      </w:r>
    </w:p>
    <w:p>
      <w:pPr>
        <w:jc w:val="right"/>
      </w:pPr>
      <w:r>
        <w:t>خوشیوںکیدنیا ہوگی،راحتوںکیدنیا ہوگی۔</w:t>
      </w:r>
    </w:p>
    <w:p>
      <w:r>
        <w:rPr>
          <w:b/>
        </w:rPr>
        <w:t xml:space="preserve">[36:18] </w:t>
      </w:r>
      <w:r>
        <w:t>to yeh yahan par isi ka selection kiya ja raha hai. aur jo waqiat ho rahe hain, jaise 80 ka earthquake hai ya global warming hai, yeh sab warning de rahe hain.</w:t>
      </w:r>
    </w:p>
    <w:p>
      <w:pPr>
        <w:jc w:val="right"/>
      </w:pPr>
      <w:r>
        <w:t>تو یہ یہاںپر اسیکاسلیکشنکیاجارہاہے۔ اورجو واقع اتہورہےہیں، جیسے80کا ارتھکویکہےیاگلوبلوارمنگہے، یہسب وارننگدیہے۔</w:t>
      </w:r>
    </w:p>
    <w:p>
      <w:r>
        <w:rPr>
          <w:b/>
        </w:rPr>
        <w:t xml:space="preserve">[36:32] </w:t>
      </w:r>
      <w:r>
        <w:t>yeh sab warning hai, warn kiya ja raha hai ke ab end aa gaya tumhara, tumhara end aa gaya. tumne industry banai, tumne civilization banai, chalte chalte wahan pahunchi ke ab aage kuch bhi nahin hai.</w:t>
      </w:r>
    </w:p>
    <w:p>
      <w:pPr>
        <w:jc w:val="right"/>
      </w:pPr>
      <w:r>
        <w:t>یہسبوارننگہے،وارنکیاجارہاہے کہ اب اینڈآگیاتمہارا، تمہارااینڈآگیا۔تم نے انڈسٹریبنائی،تمنےسویلائزیشنبنائی،چلتےچلتےوہاںپہنچی کہاب آگے کچھبھینہیں ہے۔</w:t>
      </w:r>
    </w:p>
    <w:p>
      <w:r>
        <w:rPr>
          <w:b/>
        </w:rPr>
        <w:t xml:space="preserve">[36:47] </w:t>
      </w:r>
      <w:r>
        <w:t>aage kya hai? pollution hai. aage kya hai? problems hain.</w:t>
      </w:r>
    </w:p>
    <w:p>
      <w:pPr>
        <w:jc w:val="right"/>
      </w:pPr>
      <w:r>
        <w:t>آگےکیاہے؟پولیوشنہے۔ آگےکیاہے؟پرابلمہے۔</w:t>
      </w:r>
    </w:p>
    <w:p>
      <w:r>
        <w:rPr>
          <w:b/>
        </w:rPr>
        <w:t xml:space="preserve">[36:53] </w:t>
      </w:r>
      <w:r>
        <w:t>aage kya hai? dunya rehne qabil hi nahin rahegi. aage kya hai? ke tumne atom bomb bana ke aate rakh rakhe hain ke jis din woh phatenge to shayad dunya khatm ho jayegi.</w:t>
      </w:r>
    </w:p>
    <w:p>
      <w:pPr>
        <w:jc w:val="right"/>
      </w:pPr>
      <w:r>
        <w:t>آگےکیاہے؟دنیا رہنےقابل ہی نہیںرہےگی۔ آگےکیاہے؟کہتمنے ایٹمبمبنابناکےآتےرکھرکھےہیں کہ جسدن وہ پھٹیںگےتوشایددنیا ختمہوجائےگی۔</w:t>
      </w:r>
    </w:p>
    <w:p>
      <w:r>
        <w:rPr>
          <w:b/>
        </w:rPr>
        <w:t xml:space="preserve">[37:06] </w:t>
      </w:r>
      <w:r>
        <w:t>to insaan dekhiye, aik taraf to apne ko incompetent sabit kiya isne, aur doosri taraf yeh bhi ho gaya ke is dunya mein jo resources the, woh unlimited nahin the.</w:t>
      </w:r>
    </w:p>
    <w:p>
      <w:pPr>
        <w:jc w:val="right"/>
      </w:pPr>
      <w:r>
        <w:t>تو انسان دیکھیے، ایک طرف تواپنےکوانکامپیٹنٹثابتکیا اسنے، اوردوسریطرف یہبھی ہوگیا کہاسدنیا میںجو ریس ورسزتھے، وہ انلمیٹڈنہیںتھے۔</w:t>
      </w:r>
    </w:p>
    <w:p>
      <w:r>
        <w:rPr>
          <w:b/>
        </w:rPr>
        <w:t xml:space="preserve">[37:21] </w:t>
      </w:r>
      <w:r>
        <w:t>aapke paas resources yahi wohi jo dunya mein hain, اساس earth par wohi, planet earth par, yeh Khuda ne rakhe nahin rakhe nahin the.</w:t>
      </w:r>
    </w:p>
    <w:p>
      <w:pPr>
        <w:jc w:val="right"/>
      </w:pPr>
      <w:r>
        <w:t>آپکےپاسریسورسز یہیتوہیںجودنیامیںہیں، اساسارتھپرجوہیں، پلینٹارتھپر، یہ خدانےرکھےنہیںرکھ ےنہیںتھے۔</w:t>
      </w:r>
    </w:p>
    <w:p>
      <w:r>
        <w:rPr>
          <w:b/>
        </w:rPr>
        <w:t xml:space="preserve">[37:31] </w:t>
      </w:r>
      <w:r>
        <w:t>unlimited</w:t>
      </w:r>
    </w:p>
    <w:p>
      <w:pPr>
        <w:jc w:val="right"/>
      </w:pPr>
      <w:r>
        <w:t>انلمیٹڈ</w:t>
      </w:r>
    </w:p>
    <w:p>
      <w:r>
        <w:rPr>
          <w:b/>
        </w:rPr>
        <w:t xml:space="preserve">[37:32] </w:t>
      </w:r>
      <w:r>
        <w:t>universe unlimited hai, lekin yeh jo earth mili thi humko, yeh to limited hai. to yahan par jo hum kar sakte the, woh uska end aa gaya.</w:t>
      </w:r>
    </w:p>
    <w:p>
      <w:pPr>
        <w:jc w:val="right"/>
      </w:pPr>
      <w:r>
        <w:t>یونیورس توانلمیٹڈہے، لیکن یہجو ارتھملی تھیہمکو ،یہتولمیٹڈہے۔ تویہاںپر جوہمکرسکتےتھے،وہاسکااینڈآگیا۔</w:t>
      </w:r>
    </w:p>
    <w:p>
      <w:r>
        <w:rPr>
          <w:b/>
        </w:rPr>
        <w:t xml:space="preserve">[37:43] </w:t>
      </w:r>
      <w:r>
        <w:t>aage kuch bhi nahi. aage brain daily hai,</w:t>
      </w:r>
    </w:p>
    <w:p>
      <w:pPr>
        <w:jc w:val="right"/>
      </w:pPr>
      <w:r>
        <w:t>آگےکچھبھینہیں۔آگے برائن ڈیلیہے،</w:t>
      </w:r>
    </w:p>
    <w:p>
      <w:r>
        <w:rPr>
          <w:b/>
        </w:rPr>
        <w:t xml:space="preserve">[37:48] </w:t>
      </w:r>
      <w:r>
        <w:t>aage brain daily hai. to woh jo khwab jo saare insaan dekhta raha hai, har mazhab mein jisko mana gaya hai,</w:t>
      </w:r>
    </w:p>
    <w:p>
      <w:pPr>
        <w:jc w:val="right"/>
      </w:pPr>
      <w:r>
        <w:t>آگےبرائن ڈیلیہے۔ تووہجو خوابجوسارےانساندیکھتارہاہے، ہر مذہبمیں جسکوماناگیاہے،</w:t>
      </w:r>
    </w:p>
    <w:p>
      <w:r>
        <w:rPr>
          <w:b/>
        </w:rPr>
        <w:t xml:space="preserve">[37:57] </w:t>
      </w:r>
      <w:r>
        <w:t>koi usko jannat kehta hai, koi paradise kehta hai, koi beckoned kehta hai, koi firdaus kehta hai, koi kuch kehta hai,</w:t>
      </w:r>
    </w:p>
    <w:p>
      <w:pPr>
        <w:jc w:val="right"/>
      </w:pPr>
      <w:r>
        <w:t>کوئیاسکوجنتکہتاہے،کوئیپارڈائزکہتاہے، کوئی بیکونڈکہتاہے،کوئیفردوسکہتاہے، کوئیکچھکہتاہے،</w:t>
      </w:r>
    </w:p>
    <w:p>
      <w:r>
        <w:rPr>
          <w:b/>
        </w:rPr>
        <w:t xml:space="preserve">[38:04] </w:t>
      </w:r>
      <w:r>
        <w:t>woh isi yaani agli civilization ka khwab hai. woh jo jisko maine divine civilization kaha,</w:t>
      </w:r>
    </w:p>
    <w:p>
      <w:pPr>
        <w:jc w:val="right"/>
      </w:pPr>
      <w:r>
        <w:t>وہ اسی یعنیاگلی سویلائزیشنکاخوابہے۔وہ جو جسکومیںنے ڈیوائنسویلائزیشنکہا،</w:t>
      </w:r>
    </w:p>
    <w:p>
      <w:r>
        <w:rPr>
          <w:b/>
        </w:rPr>
        <w:t xml:space="preserve">[38:17] </w:t>
      </w:r>
      <w:r>
        <w:t>to qayamat aakhri, woh aakhri point hoga jahan ke yeh yeh yeh jo hai, yeh safar khatam ho jayega.</w:t>
      </w:r>
    </w:p>
    <w:p>
      <w:pPr>
        <w:jc w:val="right"/>
      </w:pPr>
      <w:r>
        <w:t>تو قیامت آخری ،وہ آخری پوائنٹہوگاجہاںکہ یہ یہ یہجوہے، یہسفرختمہوجائےگا۔</w:t>
      </w:r>
    </w:p>
    <w:p>
      <w:r>
        <w:rPr>
          <w:b/>
        </w:rPr>
        <w:t xml:space="preserve">[38:27] </w:t>
      </w:r>
      <w:r>
        <w:t>yaani human civilization ka safar khatam, ab doosra safar shuru,</w:t>
      </w:r>
    </w:p>
    <w:p>
      <w:pPr>
        <w:jc w:val="right"/>
      </w:pPr>
      <w:r>
        <w:t>یعنیہیومنسویلائزیشن کا سفرختم، اب دوسرا سفرشروع،</w:t>
      </w:r>
    </w:p>
    <w:p>
      <w:r>
        <w:rPr>
          <w:b/>
        </w:rPr>
        <w:t xml:space="preserve">[38:34] </w:t>
      </w:r>
      <w:r>
        <w:t>woh safar jo jannat hogi, firdaus hogi, beckoned hogi, aur paradise hogi.</w:t>
      </w:r>
    </w:p>
    <w:p>
      <w:pPr>
        <w:jc w:val="right"/>
      </w:pPr>
      <w:r>
        <w:t>وہ سفرجو جنتہوگی،فردوسہوگی،بیکونڈہوگی، اور پارڈائزہوگی۔</w:t>
      </w:r>
    </w:p>
    <w:p>
      <w:r>
        <w:rPr>
          <w:b/>
        </w:rPr>
        <w:t xml:space="preserve">[38:47] </w:t>
      </w:r>
      <w:r>
        <w:t>to insaan aap jaante hain ke sabse zyada insaan jo chahta hai, sabse desire hai ke usko poora poora fulfillment mile, lekin duniya mein mil nahi pata.</w:t>
      </w:r>
    </w:p>
    <w:p>
      <w:pPr>
        <w:jc w:val="right"/>
      </w:pPr>
      <w:r>
        <w:t>توانسان آپجانتےہیںکہسبسے زیادہ انسان جو چاہتاہے، سبسےڈیزائرہےکہاسکو پوراپورافلفلمنٹملے، لیکن دنیا میںملنہیںپاتا۔</w:t>
      </w:r>
    </w:p>
    <w:p>
      <w:r>
        <w:rPr>
          <w:b/>
        </w:rPr>
        <w:t xml:space="preserve">[38:59] </w:t>
      </w:r>
      <w:r>
        <w:t>kisi bhi insaan ko, chahe woh king ho, chahe bahut ameer aulad e adam ho, kuch bhi ho, usko poora fulfillment milta nahi.</w:t>
      </w:r>
    </w:p>
    <w:p>
      <w:pPr>
        <w:jc w:val="right"/>
      </w:pPr>
      <w:r>
        <w:t>کسی بھیانسانکو،چاہےوہکنگہو،چاہے بہت بڑاولد یآدمیہو،کچھبھیہو، اسکو پورافلف لمنٹملتانہیں۔</w:t>
      </w:r>
    </w:p>
    <w:p>
      <w:r>
        <w:rPr>
          <w:b/>
        </w:rPr>
        <w:t xml:space="preserve">[39:10] </w:t>
      </w:r>
      <w:r>
        <w:t>har aadmi is desire ko le kar marta hai, is is khwahish ko le kar marta hai ke mujhe poora fulfillment mile. to is duniya mein poora fulfillment milega insaan ko,</w:t>
      </w:r>
    </w:p>
    <w:p>
      <w:pPr>
        <w:jc w:val="right"/>
      </w:pPr>
      <w:r>
        <w:t>ہر آدمی اسڈیزائرکولےکرمرجاتاہے، اس اسخواہشکولےکرمرجاتاہےکہمجھےپورافلف لمنٹملے۔ تواسدنیا میں پورافلفلمنٹملےگاانسانکو ،</w:t>
      </w:r>
    </w:p>
    <w:p>
      <w:r>
        <w:rPr>
          <w:b/>
        </w:rPr>
        <w:t xml:space="preserve">[39:26] </w:t>
      </w:r>
      <w:r>
        <w:t>in terms of desire, in terms of intellectual activity, in terms of discoveries, har aitbaar se woh fulfillment milega usko.</w:t>
      </w:r>
    </w:p>
    <w:p>
      <w:pPr>
        <w:jc w:val="right"/>
      </w:pPr>
      <w:r>
        <w:t>انٹرمزآف ڈیزائر ،انٹرمزآف انٹلیکچولایکٹیویٹی، انٹرمزآف ڈسکوریز، ہراعتبارسےوہفلفلمنٹملےگااسکو۔</w:t>
      </w:r>
    </w:p>
    <w:p>
      <w:r>
        <w:rPr>
          <w:b/>
        </w:rPr>
        <w:t xml:space="preserve">[39:38] </w:t>
      </w:r>
      <w:r>
        <w:t>to woh ek process chalega divine civilization banane ka. aisa nahi ke jannat koi ek ek ek palace hai, hoorein baithi hui hain, gate khol diya gaya, aap aas mein chale gaye aur aur bas aish kar rahe hain.</w:t>
      </w:r>
    </w:p>
    <w:p>
      <w:pPr>
        <w:jc w:val="right"/>
      </w:pPr>
      <w:r>
        <w:t>تووہایک پروسیسچلےگا ڈیوائن سویلائزیشنبنانےکا ۔ ایسا نہیں کہ جنتکوئیایک ایک ایک پیلسہے، حوریںبیٹھیہوئیہیں، گیٹکھولدیاگیا،آپاسمیںچلےگئےاور اور بس عیشکررہےہیں۔</w:t>
      </w:r>
    </w:p>
    <w:p>
      <w:r>
        <w:rPr>
          <w:b/>
        </w:rPr>
        <w:t xml:space="preserve">[39:55] </w:t>
      </w:r>
      <w:r>
        <w:t>yeh jannat ko underestimate karna hai, yeh khuda ko underestimate karna hai, khuda ke khuda ka jo christian plan hai, usko underestimate karna hai.</w:t>
      </w:r>
    </w:p>
    <w:p>
      <w:pPr>
        <w:jc w:val="right"/>
      </w:pPr>
      <w:r>
        <w:t>یہ جنت کوانڈرسٹیمیٹکرناہے، یہخداکو انڈ رسٹیمیٹکرناہے، خدا کے خداکاجو کرسچنپلانہے،اسکو انڈ رسٹیمیٹکرناہے۔</w:t>
      </w:r>
    </w:p>
    <w:p>
      <w:r>
        <w:rPr>
          <w:b/>
        </w:rPr>
        <w:t xml:space="preserve">[40:11] </w:t>
      </w:r>
      <w:r>
        <w:t>insaan to chahta hai ek ek unlimited cheez, aur khuda usko limited cheez de dega.</w:t>
      </w:r>
    </w:p>
    <w:p>
      <w:pPr>
        <w:jc w:val="right"/>
      </w:pPr>
      <w:r>
        <w:t>انسان توچاہتاہے ایک ایک انلمیٹڈ چیز ،اورخدااسکولمیٹڈچیز دےدےگا۔</w:t>
      </w:r>
    </w:p>
    <w:p>
      <w:r>
        <w:rPr>
          <w:b/>
        </w:rPr>
        <w:t xml:space="preserve">[40:23] </w:t>
      </w:r>
      <w:r>
        <w:t>to jannat ka yeh concept jo hai, mujhe bahut hi bahut hi kam dikhai deta hai. ek bahut beautiful palace hai, ismein hoorein baithi hui hain, aur khoob khane hain, ja ke khaiye aur aur wahan rahiye.</w:t>
      </w:r>
    </w:p>
    <w:p>
      <w:pPr>
        <w:jc w:val="right"/>
      </w:pPr>
      <w:r>
        <w:t>تو جنتکایہ کانسیپٹجوہے، مجھے بہت ہی بہت ہی کم دکھائیدیتاہے۔ ایکبہت بیوٹیفل پیلسہے، اسمیںحوریںبیٹھیہوئیہیں، اورخوبکھانےہیں،جاکےکھائیےاور اوروہاںرہیے۔</w:t>
      </w:r>
    </w:p>
    <w:p>
      <w:r>
        <w:rPr>
          <w:b/>
        </w:rPr>
        <w:t xml:space="preserve">[40:37] </w:t>
      </w:r>
      <w:r>
        <w:t>nahi, aisa nahi hai. woh sab bhi hai, yaani woh sab bhi wahan hoga, lekin us se zyada badi baat yeh hai ke wahan par ek ek process naya chalega, ek naya process,</w:t>
      </w:r>
    </w:p>
    <w:p>
      <w:pPr>
        <w:jc w:val="right"/>
      </w:pPr>
      <w:r>
        <w:t>نہیں ،ایسانہیں ہے۔ وہ سببھیہے، یعنیوہسببھی وہاںہوگا، لیکن اسسے زیادہبڑیباتیہہےکہوہاںپر ایک ایک پروسیسنیاچلےگا، ایک نیاپروسیس،</w:t>
      </w:r>
    </w:p>
    <w:p>
      <w:r>
        <w:rPr>
          <w:b/>
        </w:rPr>
        <w:t xml:space="preserve">[40:55] </w:t>
      </w:r>
      <w:r>
        <w:t>jaise duniya mein process chala hai. usko misaal deta hoon, kaise chala. yeh yeh kaha jata hai ke bahut pehle, yaani stone age mein, do aadmi aas mein ghussa ho gaye aur ek doosre ko pathar mara. unhone to ek baar aisa hua ke pathar takra gaya.</w:t>
      </w:r>
    </w:p>
    <w:p>
      <w:pPr>
        <w:jc w:val="right"/>
      </w:pPr>
      <w:r>
        <w:t>جیسے دنیا میں پراسیسچلاہے۔اسکومث الدیتاہوں،کیسےچلا۔یہ یہ کہاجاتاہےکہ بہت پہلے،یعنی اسٹونایجمیں، دوآدمیآپسمیں غصہہوگئے اور ایک دوسرےکوپتھرمارا۔انہوںنے تو ایک بارایساہواکہپتھر ٹکراگیا۔</w:t>
      </w:r>
    </w:p>
    <w:p>
      <w:r>
        <w:rPr>
          <w:b/>
        </w:rPr>
        <w:t xml:space="preserve">[41:14] </w:t>
      </w:r>
      <w:r>
        <w:t>jab takra gaya to ismein sparking hui. to unhone socha ke bhai yeh kya cheez hai</w:t>
      </w:r>
    </w:p>
    <w:p>
      <w:pPr>
        <w:jc w:val="right"/>
      </w:pPr>
      <w:r>
        <w:t>جبٹکراگیاتواسمیں اسپارکنگہوئی۔ تو انہوںنےسوچاکہبھئییہکیاچیزہے</w:t>
      </w:r>
    </w:p>
    <w:p>
      <w:r>
        <w:rPr>
          <w:b/>
        </w:rPr>
        <w:t xml:space="preserve">[41:21] </w:t>
      </w:r>
      <w:r>
        <w:t>? dono baith gaye is pe, is is usko dekhne ke liye ke is se kya hua. ab nayi soch shuru hui, nayi soch shuru hui.</w:t>
      </w:r>
    </w:p>
    <w:p>
      <w:pPr>
        <w:jc w:val="right"/>
      </w:pPr>
      <w:r>
        <w:t>؟ دونوں بیٹھگئےاسپہ،اس اس اسکودیکھنےکےلیےکہاسسےکیاہوا ۔ اب نئیسوچشروعہوئی،نئیسوچشروع ہوئی۔</w:t>
      </w:r>
    </w:p>
    <w:p>
      <w:r>
        <w:rPr>
          <w:b/>
        </w:rPr>
        <w:t xml:space="preserve">[41:30] </w:t>
      </w:r>
      <w:r>
        <w:t>sparking kyun hui? do uske takrane se.</w:t>
      </w:r>
    </w:p>
    <w:p>
      <w:pPr>
        <w:jc w:val="right"/>
      </w:pPr>
      <w:r>
        <w:t>اسپارکنگکیوںہوئی ؟ دو اسکےٹکرانےسے۔</w:t>
      </w:r>
    </w:p>
    <w:p>
      <w:r>
        <w:rPr>
          <w:b/>
        </w:rPr>
        <w:t xml:space="preserve">[41:36] </w:t>
      </w:r>
      <w:r>
        <w:t>us se ek nayi discovery pahuncha insaan.</w:t>
      </w:r>
    </w:p>
    <w:p>
      <w:pPr>
        <w:jc w:val="right"/>
      </w:pPr>
      <w:r>
        <w:t>اسسے ایک نئیڈسکوری پہنچاانسان ۔</w:t>
      </w:r>
    </w:p>
    <w:p>
      <w:r>
        <w:rPr>
          <w:b/>
        </w:rPr>
        <w:t xml:space="preserve">[41:40] </w:t>
      </w:r>
      <w:r>
        <w:t>phir aap jaante hain ke ek scientist ne dekha ke khana pak raha hai, ismein ismein aur uske upar dhakkan rakha hua hai.</w:t>
      </w:r>
    </w:p>
    <w:p>
      <w:pPr>
        <w:jc w:val="right"/>
      </w:pPr>
      <w:r>
        <w:t>پھرآپجانتےہیںکہ ایک سائنٹسٹ نےدیکھاکہ کھاناپکرہاہے،اسمیں اسمیں اوراسکےاوپرڈھکنرکھاہواہے۔</w:t>
      </w:r>
    </w:p>
    <w:p>
      <w:r>
        <w:rPr>
          <w:b/>
        </w:rPr>
        <w:t xml:space="preserve">[41:54] </w:t>
      </w:r>
      <w:r>
        <w:t>to jab ubalte ubalte</w:t>
      </w:r>
    </w:p>
    <w:p>
      <w:pPr>
        <w:jc w:val="right"/>
      </w:pPr>
      <w:r>
        <w:t>تو جب ابلتےابلتے</w:t>
      </w:r>
    </w:p>
    <w:p>
      <w:r>
        <w:rPr>
          <w:b/>
        </w:rPr>
        <w:t xml:space="preserve">[42:00] </w:t>
      </w:r>
      <w:r>
        <w:t>hundred degree par aaya iska temperature, to woh dhakna ban gaya. yahan ise sochna shuru kiya ke aabla kyun?</w:t>
      </w:r>
    </w:p>
    <w:p>
      <w:pPr>
        <w:jc w:val="right"/>
      </w:pPr>
      <w:r>
        <w:t>ہنڈرڈڈگری پرآیا اسکاٹمپریچر،تو وہ ڈھکنابلگیا۔ یہاں اسےسوچناشروعکیاکہابلہکیوں؟</w:t>
      </w:r>
    </w:p>
    <w:p>
      <w:r>
        <w:rPr>
          <w:b/>
        </w:rPr>
        <w:t xml:space="preserve">[42:08] </w:t>
      </w:r>
      <w:r>
        <w:t>abi yeh ek nai discovery shuru hui, ek process. to jab sparking hui thi pathar mein, tab soch ke ek naye silsile shuru hua aur aage tak pohncha. phir woh phir jo bhap se jo yeh phenomenon samne aaya,</w:t>
      </w:r>
    </w:p>
    <w:p>
      <w:pPr>
        <w:jc w:val="right"/>
      </w:pPr>
      <w:r>
        <w:t>ابیہایکنئی ڈسکوریشروعہوئی ،ایکپروسیس۔ توجب اسپ ارکنگہوئیتھیپتھرمیں ،تب سوچکےایک نئےنیاسلسلہشروعہوا اور آگےتکپہنچا۔پھروہ پھرجو بھاپ سےجو یہ فیناومیناسامنےآیا،</w:t>
      </w:r>
    </w:p>
    <w:p>
      <w:r>
        <w:rPr>
          <w:b/>
        </w:rPr>
        <w:t xml:space="preserve">[42:27] </w:t>
      </w:r>
      <w:r>
        <w:t>iska process shuru hua. iski power insaan ne daryaft kiya.</w:t>
      </w:r>
    </w:p>
    <w:p>
      <w:pPr>
        <w:jc w:val="right"/>
      </w:pPr>
      <w:r>
        <w:t>اسکی پراسیسشروعہوا۔ اسکیپاورانساننےدریا فتکیا۔</w:t>
      </w:r>
    </w:p>
    <w:p>
      <w:r>
        <w:rPr>
          <w:b/>
        </w:rPr>
        <w:t xml:space="preserve">[42:32] </w:t>
      </w:r>
      <w:r>
        <w:t>phir aap dekhte hain ke Newton, mashhoor qissa hai ke Newton ne dekha ke woh peed ke upar se saib gira. to sochne laga ke phir neeche kyun aaya, upar kyun nahi gaya?</w:t>
      </w:r>
    </w:p>
    <w:p>
      <w:pPr>
        <w:jc w:val="right"/>
      </w:pPr>
      <w:r>
        <w:t>پھرآپدیکھتےہیںکہنیوٹن، مشہور قصہہےکہنیوٹن نےدیکھا کہ وہ پیڑکےاوپرسے سیبگرا۔ توسوچنےلگاکہپھرنیچےکیوںآیا،اوپرکیوںنہیںگیا؟</w:t>
      </w:r>
    </w:p>
    <w:p>
      <w:r>
        <w:rPr>
          <w:b/>
        </w:rPr>
        <w:t xml:space="preserve">[42:43] </w:t>
      </w:r>
      <w:r>
        <w:t>ab ek naya process shuru hua. aisa ek lamba process hai jiske jiska jisko hum kehte hain human civilization.</w:t>
      </w:r>
    </w:p>
    <w:p>
      <w:pPr>
        <w:jc w:val="right"/>
      </w:pPr>
      <w:r>
        <w:t>ابایکنیا پروسیسشروعہوا۔ ایساایک لمبا پروسیسہے جسکے جسکا جسکوہمکہتےہیں ہیومنسویلائزیشن۔</w:t>
      </w:r>
    </w:p>
    <w:p>
      <w:r>
        <w:rPr>
          <w:b/>
        </w:rPr>
        <w:t xml:space="preserve">[42:52] </w:t>
      </w:r>
      <w:r>
        <w:t>achanak nahi ho gaya, koi bhi baat achaanak nahi hui hai.</w:t>
      </w:r>
    </w:p>
    <w:p>
      <w:pPr>
        <w:jc w:val="right"/>
      </w:pPr>
      <w:r>
        <w:t>اچانکنہیںہوگیا،کوئیبھی بات اچانکنہیںہوئی ہے۔</w:t>
      </w:r>
    </w:p>
    <w:p>
      <w:r>
        <w:rPr>
          <w:b/>
        </w:rPr>
        <w:t xml:space="preserve">[42:57] </w:t>
      </w:r>
      <w:r>
        <w:t>na hawa, achaanak bani, na motor achaanak bani, na printing press achaanak bani, na koi kitab achaanak chhap gayi.</w:t>
      </w:r>
    </w:p>
    <w:p>
      <w:pPr>
        <w:jc w:val="right"/>
      </w:pPr>
      <w:r>
        <w:t>نہ ہوا،ا چانکبنا،نہموٹر اچانکبنا، نہپرنٹنگپریساچانکبنا، نہکوئیکتاب اچانکچھپگئی۔</w:t>
      </w:r>
    </w:p>
    <w:p>
      <w:r>
        <w:rPr>
          <w:b/>
        </w:rPr>
        <w:t xml:space="preserve">[43:07] </w:t>
      </w:r>
      <w:r>
        <w:t>ek lambe process ke baad yeh sab hua.</w:t>
      </w:r>
    </w:p>
    <w:p>
      <w:pPr>
        <w:jc w:val="right"/>
      </w:pPr>
      <w:r>
        <w:t>ایک لمبے پروسیسکےبعدیہسبہوا۔</w:t>
      </w:r>
    </w:p>
    <w:p>
      <w:r>
        <w:rPr>
          <w:b/>
        </w:rPr>
        <w:t xml:space="preserve">[43:12] </w:t>
      </w:r>
      <w:r>
        <w:t>yahi process zyada bade paimane par akhirat mein hoga. ek nai duniya insaan discover karega, zyada behtar duniya, zyada joyful duniya.</w:t>
      </w:r>
    </w:p>
    <w:p>
      <w:pPr>
        <w:jc w:val="right"/>
      </w:pPr>
      <w:r>
        <w:t>یہی پروسیسزیادہ بڑے پیمانےپرآخرت میںہوگا۔ ایک نئیدنیا انسانڈسکورکرےگا، زیادہ بہتردنیا، زیادہ جوائےفلدنیا ۔</w:t>
      </w:r>
    </w:p>
    <w:p>
      <w:r>
        <w:rPr>
          <w:b/>
        </w:rPr>
        <w:t xml:space="preserve">[43:28] </w:t>
      </w:r>
      <w:r>
        <w:t>iska ishara yeh hai maujood duniya mein aap dekhte hain ke inteha insaan ke potential abhi tak unutilized pade hue hain. universe of effect woh hai, abhi tak undiscovered padi hui hai.</w:t>
      </w:r>
    </w:p>
    <w:p>
      <w:pPr>
        <w:jc w:val="right"/>
      </w:pPr>
      <w:r>
        <w:t>اسکا اشار ہیہیموجود دنیامیںآپدیکھتےہیں کہانتہاانسانکےپوٹینشلابھیتک انیوٹیلائزپڑےہوئےہیں۔ یونیورس آففیکٹجوہے،ابھیتک انڈسکورڈپڑیہوئیہے۔</w:t>
      </w:r>
    </w:p>
    <w:p>
      <w:r>
        <w:rPr>
          <w:b/>
        </w:rPr>
        <w:t xml:space="preserve">[43:41] </w:t>
      </w:r>
      <w:r>
        <w:t>yeh dono baatein to abhi aap jaan, abhi aap aapko maloom ho chuki hain. yeh baatein koi speculation nahi hain, a scientific fact hai.</w:t>
      </w:r>
    </w:p>
    <w:p>
      <w:pPr>
        <w:jc w:val="right"/>
      </w:pPr>
      <w:r>
        <w:t>یہدونوںباتیںتوابھیآپجان ،ابھی آپ آپکومعلومہوچکیہیں۔ یہباتیں کوئی اس پیکولیشننہیںہیں، ایکسائنٹیفکفیکٹہے۔</w:t>
      </w:r>
    </w:p>
    <w:p>
      <w:r>
        <w:rPr>
          <w:b/>
        </w:rPr>
        <w:t xml:space="preserve">[43:56] </w:t>
      </w:r>
      <w:r>
        <w:t>scientific fact hai. yeh</w:t>
      </w:r>
    </w:p>
    <w:p>
      <w:pPr>
        <w:jc w:val="right"/>
      </w:pPr>
      <w:r>
        <w:t>سائنٹیفکفیکٹہے۔یہ</w:t>
      </w:r>
    </w:p>
    <w:p>
      <w:r>
        <w:rPr>
          <w:b/>
        </w:rPr>
        <w:t xml:space="preserve">[43:59] </w:t>
      </w:r>
      <w:r>
        <w:t>aaj hi hum jaan chuke hain ke insaan ka jo potential hai, itna zyada hai, abhi tak woh unutilized pada hua hai. woh to kahin to usko milna chahiye utilization.</w:t>
      </w:r>
    </w:p>
    <w:p>
      <w:pPr>
        <w:jc w:val="right"/>
      </w:pPr>
      <w:r>
        <w:t>آجہیہمجان چکےہیںکہانسان کاجو پوٹینشلہے، اتنازیادہ ہے، ابھیتکوہ انیوٹیلائزپڑاہواہے۔وہ توکہیںتواسکو ملناچاہیےیوٹیلائزیشن ۔</w:t>
      </w:r>
    </w:p>
    <w:p>
      <w:r>
        <w:rPr>
          <w:b/>
        </w:rPr>
        <w:t xml:space="preserve">[44:13] </w:t>
      </w:r>
      <w:r>
        <w:t>aise abhi hum jaan chuke hain ke universe of effect bahut zyada hai, bahut zyada, bahut zyada hai. to kahin to usko discover hona chahiye.</w:t>
      </w:r>
    </w:p>
    <w:p>
      <w:pPr>
        <w:jc w:val="right"/>
      </w:pPr>
      <w:r>
        <w:t>ایسےابھیہمجانچکےہیںکہ یونیورس آففیکٹبہتزیادہہے،بہتزیادہ،بہتزیادہ ہے۔ توکہیںتواسکوڈسکورہوناچاہیے۔</w:t>
      </w:r>
    </w:p>
    <w:p>
      <w:r>
        <w:rPr>
          <w:b/>
        </w:rPr>
        <w:t xml:space="preserve">[44:24] </w:t>
      </w:r>
      <w:r>
        <w:t>to aaj ki duniya jo hai, jo pet yani jo akhirat se pehle ki duniya, yeh limited duniya hai. yahan par hum is na insaan ka poora potential utilize ho sakta,</w:t>
      </w:r>
    </w:p>
    <w:p>
      <w:pPr>
        <w:jc w:val="right"/>
      </w:pPr>
      <w:r>
        <w:t>تو آجکیدنیا جوہے، جو پیٹ یعنی جو آخرتسےپہلےکیدنیا ، یہ لمیٹڈدنیا ہے۔ یہاںپرہم اس نہ انسان کا پورا پوٹینشلیوٹیلائزہوسکتا،</w:t>
      </w:r>
    </w:p>
    <w:p>
      <w:r>
        <w:rPr>
          <w:b/>
        </w:rPr>
        <w:t xml:space="preserve">[44:38] </w:t>
      </w:r>
      <w:r>
        <w:t>na sari universe of effect discover ho sakte. iske liye ek aur duniya chahiye,</w:t>
      </w:r>
    </w:p>
    <w:p>
      <w:pPr>
        <w:jc w:val="right"/>
      </w:pPr>
      <w:r>
        <w:t>نہ سارییونیورسآففیکٹڈسکورہوسکتے۔اسکےلیےایکاوردنیا چاہیے،</w:t>
      </w:r>
    </w:p>
    <w:p>
      <w:r>
        <w:rPr>
          <w:b/>
        </w:rPr>
        <w:t xml:space="preserve">[44:43] </w:t>
      </w:r>
      <w:r>
        <w:t>ek zyada badi duniya, zyada bade qism ke operators, zyada aala qism ke doorbeen aur khurdbeen, zyada bade qism ke laboratory.</w:t>
      </w:r>
    </w:p>
    <w:p>
      <w:pPr>
        <w:jc w:val="right"/>
      </w:pPr>
      <w:r>
        <w:t>ایک زیادہ بڑیدنیا ، زیادہ بڑے قسم کےآپریٹرز، زیادہ اعلیٰقسم کےدور بیناورخردبین، زیادہبڑےقسم کےلیبارٹری۔</w:t>
      </w:r>
    </w:p>
    <w:p>
      <w:r>
        <w:rPr>
          <w:b/>
        </w:rPr>
        <w:t xml:space="preserve">[44:54] </w:t>
      </w:r>
      <w:r>
        <w:t>ab aur saath saath hi ke bahut hi aala darje ke selected log. yahan kya hai ke dekhiye, aap</w:t>
      </w:r>
    </w:p>
    <w:p>
      <w:pPr>
        <w:jc w:val="right"/>
      </w:pPr>
      <w:r>
        <w:t>اب اورساتھساتھہیکہبہت ہی اعلیٰدرجےکےسلیکٹڈلوگ۔ یہاںکیاہےکہدیکھیے،آپ</w:t>
      </w:r>
    </w:p>
    <w:p>
      <w:r>
        <w:rPr>
          <w:b/>
        </w:rPr>
        <w:t xml:space="preserve">[45:03] </w:t>
      </w:r>
      <w:r>
        <w:t>ek aadmi ek banata hai, ek ek bada institution, ek aadmi wahan bomb maar deta hai, sara chustam.</w:t>
      </w:r>
    </w:p>
    <w:p>
      <w:pPr>
        <w:jc w:val="right"/>
      </w:pPr>
      <w:r>
        <w:t>ایک آدمی ایک بناتاہے،ایک ایک بڑا انسٹیٹیوشن، ایکآدمیوہاںبمماردیتاہے،ساراچوسختم ۔</w:t>
      </w:r>
    </w:p>
    <w:p>
      <w:r>
        <w:rPr>
          <w:b/>
        </w:rPr>
        <w:t xml:space="preserve">[45:16] </w:t>
      </w:r>
      <w:r>
        <w:t>ek aadmi ko ek kaam karta hai, koi goli maar deta hai, uski sari sara uska kaam khatm. to duniya mein chuki aap jaante hain ke do qism ke log hain, bible mein hai ke shareer kaate jayenge.</w:t>
      </w:r>
    </w:p>
    <w:p>
      <w:pPr>
        <w:jc w:val="right"/>
      </w:pPr>
      <w:r>
        <w:t>ایکآدمیکوئیکامکرتاہے،کوئیگ ولیماردیتاہے،اسکیساری سارااسکا کام ختم ۔ تودنیا میں چونکہآپجانتےہیںکہدو قسم کےلوگہیں، بائبلمیںہےکہشریر کاٹےجائیںگے۔</w:t>
      </w:r>
    </w:p>
    <w:p>
      <w:r>
        <w:rPr>
          <w:b/>
        </w:rPr>
        <w:t xml:space="preserve">[45:30] </w:t>
      </w:r>
      <w:r>
        <w:t>jab shareer log, jab jo evil evil evil qism ke log, evil character wale, to bible mein evil character log kaat ke kaat ke phenk diye jayenge.</w:t>
      </w:r>
    </w:p>
    <w:p>
      <w:pPr>
        <w:jc w:val="right"/>
      </w:pPr>
      <w:r>
        <w:t>جبشریرلوگ،جب جو ایولای ولایول قسم کےلوگ،ایولکریکٹروالے، توبائبلمیںایولکریکٹرلوگ کاٹکے کاٹکےپھینکدیےجائیںگے۔</w:t>
      </w:r>
    </w:p>
    <w:p>
      <w:r>
        <w:rPr>
          <w:b/>
        </w:rPr>
        <w:t xml:space="preserve">[45:43] </w:t>
      </w:r>
      <w:r>
        <w:t>to good character ke log aur evil character ke log yahan mile hue hain, kuch kaam nahi karne dete, kuch kaam nahi karne dete.</w:t>
      </w:r>
    </w:p>
    <w:p>
      <w:pPr>
        <w:jc w:val="right"/>
      </w:pPr>
      <w:r>
        <w:t>توگڈکریکٹرکےلوگ اور ایولکریکٹرکےلوگیہاںملےہوئےہیں، کچھکام نہیں کرنے دیتے، کچھکام نہیںکرنےدیتے۔</w:t>
      </w:r>
    </w:p>
    <w:p>
      <w:r>
        <w:rPr>
          <w:b/>
        </w:rPr>
        <w:t xml:space="preserve">[45:54] </w:t>
      </w:r>
      <w:r>
        <w:t>aaj se nahi, yeh shuru se chala aa raha hai ke evil character ke log koi kaam nahi karne dete. har jagah, har baar process ko rok dete hain, har baar process ko rok dete hain.</w:t>
      </w:r>
    </w:p>
    <w:p>
      <w:pPr>
        <w:jc w:val="right"/>
      </w:pPr>
      <w:r>
        <w:t>آجسےنہیں،یہشروع سےچلاآرہاہے کہایولکریکٹرکےلوگکوئیکامنہیںکرنے دیتے۔ ہرجا،ہربار پراسیسکوروکدیتےہیں، ہربار پراسیسکوروکدیتےہیں۔</w:t>
      </w:r>
    </w:p>
    <w:p>
      <w:r>
        <w:rPr>
          <w:b/>
        </w:rPr>
        <w:t xml:space="preserve">[46:09] </w:t>
      </w:r>
      <w:r>
        <w:t>yeh aaj se nahi</w:t>
      </w:r>
    </w:p>
    <w:p>
      <w:pPr>
        <w:jc w:val="right"/>
      </w:pPr>
      <w:r>
        <w:t>یہآجسےنہیں</w:t>
      </w:r>
    </w:p>
    <w:p>
      <w:r>
        <w:rPr>
          <w:b/>
        </w:rPr>
        <w:t xml:space="preserve">[46:10] </w:t>
      </w:r>
      <w:r>
        <w:t>chal raha hai, hamesha se chal raha hai ke insaan kuch achhe log hain, good character wale, woh kuch kaam karna chahte hain, lekin saath saath bad character wale, woh kuch kaam nahi karne dete.</w:t>
      </w:r>
    </w:p>
    <w:p>
      <w:pPr>
        <w:jc w:val="right"/>
      </w:pPr>
      <w:r>
        <w:t>چلرہاہے،ہمیشہسےچلرہاہےکہانسان کچھاچھےلوگ ہیں،گڈکریکٹروالے،وہکچھکامکرناچاہتےہیں، لیکن ساتھساتھبیڈکریکٹروالے،وہ کچھکامنہیںکرنے دیتے۔</w:t>
      </w:r>
    </w:p>
    <w:p>
      <w:r>
        <w:rPr>
          <w:b/>
        </w:rPr>
        <w:t xml:space="preserve">[46:19] </w:t>
      </w:r>
      <w:r>
        <w:t>koieganmarta hai, koie bam marta hai, koie newo honest create karta hai. To bible mein wohi baat, bible mein is tareeqe se kahi gayi hai ke evil character ke log chhanat kar alag kar diye jayenge.</w:t>
      </w:r>
    </w:p>
    <w:p>
      <w:pPr>
        <w:jc w:val="right"/>
      </w:pPr>
      <w:r>
        <w:t>کوئیگنمارتاہے،کوئیبم مارتاہے،کوئینیوچنسکریٹکرتاہے۔ توبائبلمیں وہیبات،بائبلمیںاسطریقےسےکہیگئیہےکہ ایولکریکٹرکےلوگچھانٹکرالگکردیےجائیںگے۔</w:t>
      </w:r>
    </w:p>
    <w:p>
      <w:r>
        <w:rPr>
          <w:b/>
        </w:rPr>
        <w:t xml:space="preserve">[46:32] </w:t>
      </w:r>
      <w:r>
        <w:t>quran mein bhi yehi baat hai, woh use on.</w:t>
      </w:r>
    </w:p>
    <w:p>
      <w:pPr>
        <w:jc w:val="right"/>
      </w:pPr>
      <w:r>
        <w:t>قرآنمیںبھییہیباتہے،وہ یوزاون۔</w:t>
      </w:r>
    </w:p>
    <w:p>
      <w:r>
        <w:rPr>
          <w:b/>
        </w:rPr>
        <w:t xml:space="preserve">[46:36] </w:t>
      </w:r>
      <w:r>
        <w:t>to jab aisa hoga ke jo jo honest log hain, jo good character wale log hain, jo discipline wale log hain, jo sahi maano mein apni divine nature ko jinhone intact rakha hai, woh log hain, woh alag kar diye jayenge.</w:t>
      </w:r>
    </w:p>
    <w:p>
      <w:pPr>
        <w:jc w:val="right"/>
      </w:pPr>
      <w:r>
        <w:t>توجبایساہوگاکہ جو جو اونسٹلوگہیں، جو گڈکریکٹروالےلوگہیں، جو ڈسپلنوالے لوگہیں، جوصحیحمعنوںمیں اپنی ڈیوائننیچرکوجنہوںنےانٹیکٹرکھاہے،وہلوگہیں،وہالگکردیےجائیںگے۔</w:t>
      </w:r>
    </w:p>
    <w:p>
      <w:r>
        <w:rPr>
          <w:b/>
        </w:rPr>
        <w:t xml:space="preserve">[46:54] </w:t>
      </w:r>
      <w:r>
        <w:t>aur woh log jo hain, jo evil character wale, usko chhanat diya jayega. Unko universal kooday khane mein daal diya jayega.</w:t>
      </w:r>
    </w:p>
    <w:p>
      <w:pPr>
        <w:jc w:val="right"/>
      </w:pPr>
      <w:r>
        <w:t>اوروہلوگجوہیں،جو ایولکریکٹروالے،اسکوچھانٹدیاجائےگا۔ انکو یونیور سل کوڑےخانےمیںڈالدیاجائےگا۔</w:t>
      </w:r>
    </w:p>
    <w:p>
      <w:r>
        <w:rPr>
          <w:b/>
        </w:rPr>
        <w:t xml:space="preserve">[47:03] </w:t>
      </w:r>
      <w:r>
        <w:t>ek taraf yeh hoga, doosri taraf ek bari duniya samne hogi, arz, samawat, aur yeh woh poora universal uska scaffold ban jayega.</w:t>
      </w:r>
    </w:p>
    <w:p>
      <w:pPr>
        <w:jc w:val="right"/>
      </w:pPr>
      <w:r>
        <w:t>ایکطرف یہہوگا، دوسریطرف ایک بڑیدنیا سامنےہوگی، ارض،س ماوات،اوری عنیوہپورایونیورس اسکا اسکافیلڈبنجائےگا۔</w:t>
      </w:r>
    </w:p>
    <w:p>
      <w:r>
        <w:rPr>
          <w:b/>
        </w:rPr>
        <w:t xml:space="preserve">[47:14] </w:t>
      </w:r>
      <w:r>
        <w:t>aaj hamara scaffold to yeh earth hai, yeh field hamara earth hai.</w:t>
      </w:r>
    </w:p>
    <w:p>
      <w:pPr>
        <w:jc w:val="right"/>
      </w:pPr>
      <w:r>
        <w:t>آجہمارافیلڈتویہارتھہے، یہفیلڈہماراارتھہے۔</w:t>
      </w:r>
    </w:p>
    <w:p>
      <w:r>
        <w:rPr>
          <w:b/>
        </w:rPr>
        <w:t xml:space="preserve">[47:23] </w:t>
      </w:r>
      <w:r>
        <w:t>us waqt poori poori universal hamari field hogi.</w:t>
      </w:r>
    </w:p>
    <w:p>
      <w:pPr>
        <w:jc w:val="right"/>
      </w:pPr>
      <w:r>
        <w:t>اسوقت پوریپورییونیورسہماریفیل ڈہوگی۔</w:t>
      </w:r>
    </w:p>
    <w:p>
      <w:r>
        <w:rPr>
          <w:b/>
        </w:rPr>
        <w:t xml:space="preserve">[47:27] </w:t>
      </w:r>
      <w:r>
        <w:t>wahan aise communication honge ke poori poori universal mein aap apni research chalayenge, apni activities jari karenge, aur bohat hi joyfull andaaz mein.</w:t>
      </w:r>
    </w:p>
    <w:p>
      <w:pPr>
        <w:jc w:val="right"/>
      </w:pPr>
      <w:r>
        <w:t>وہاںایسےکمیونیکیشنہوںگے کہ پوریپورییونیورس میںآپ اپنی ریسرچچلائیںگے، اپنی ایکٹیویٹیزج اریکریںگے، اوربہتہیجوائےفلاندازمیں۔</w:t>
      </w:r>
    </w:p>
    <w:p>
      <w:r>
        <w:rPr>
          <w:b/>
        </w:rPr>
        <w:t xml:space="preserve">[47:40] </w:t>
      </w:r>
      <w:r>
        <w:t>wahan koi accident nahi hoga,</w:t>
      </w:r>
    </w:p>
    <w:p>
      <w:pPr>
        <w:jc w:val="right"/>
      </w:pPr>
      <w:r>
        <w:t>وہاںکوئیایکسیڈنٹنہیںہوگا،</w:t>
      </w:r>
    </w:p>
    <w:p>
      <w:r>
        <w:rPr>
          <w:b/>
        </w:rPr>
        <w:t xml:space="preserve">[47:44] </w:t>
      </w:r>
      <w:r>
        <w:t>wahan koi minus point nahi hoga.</w:t>
      </w:r>
    </w:p>
    <w:p>
      <w:pPr>
        <w:jc w:val="right"/>
      </w:pPr>
      <w:r>
        <w:t>وہاںکوئی مائنسپوائنٹنہیںہوگا۔</w:t>
      </w:r>
    </w:p>
    <w:p>
      <w:r>
        <w:rPr>
          <w:b/>
        </w:rPr>
        <w:t xml:space="preserve">[47:51] </w:t>
      </w:r>
      <w:r>
        <w:t>iska ek sabab yeh hai ke wahan par jo saathi honge, aapko kaam karne ke liye diye jayenge, woh angels honge. Duniya mein aapko jo saathi milte hain, woh yehi log hote hain.</w:t>
      </w:r>
    </w:p>
    <w:p>
      <w:pPr>
        <w:jc w:val="right"/>
      </w:pPr>
      <w:r>
        <w:t>اسکا ایک سببیہہےکہوہاںپرجو ساتھیہوںگے،آپکو کامکرنے کےلیے دیےجائیںگے، وہ اینجلزہوںگے۔ دنیا میںآپکوجوساتھیملتےہیں، وہ یہی لوگ ہوتےہیں۔</w:t>
      </w:r>
    </w:p>
    <w:p>
      <w:r>
        <w:rPr>
          <w:b/>
        </w:rPr>
        <w:t xml:space="preserve">[48:03] </w:t>
      </w:r>
      <w:r>
        <w:t>angels jo perfect log hain, ideal log hain, yani ideal yeh angel jo hai, aapke wahan par aapke colleague honge, woh aapke aapke supporter honge.</w:t>
      </w:r>
    </w:p>
    <w:p>
      <w:pPr>
        <w:jc w:val="right"/>
      </w:pPr>
      <w:r>
        <w:t>اینجلزجو پرفیکٹلوگہیں،آئیڈیللوگہیں، یعنیآئیڈیل یہ اینجل جوہے،آپکےوہاںپر آپ کے کولیگہوںگے، وہآپکے آپکے سپورٹرہوںگے۔</w:t>
      </w:r>
    </w:p>
    <w:p>
      <w:r>
        <w:rPr>
          <w:b/>
        </w:rPr>
        <w:t xml:space="preserve">[48:18] </w:t>
      </w:r>
      <w:r>
        <w:t>to angels ke support se woh civilization banayenge, achhe log.</w:t>
      </w:r>
    </w:p>
    <w:p>
      <w:pPr>
        <w:jc w:val="right"/>
      </w:pPr>
      <w:r>
        <w:t>تواینجلزکےسپورٹسے وہ سویلائزیشنبنائیںگے، اچھےلوگ ۔</w:t>
      </w:r>
    </w:p>
    <w:p>
      <w:r>
        <w:rPr>
          <w:b/>
        </w:rPr>
        <w:t xml:space="preserve">[48:29] </w:t>
      </w:r>
      <w:r>
        <w:t>yeh kitna bada farq ho jayega. Aap ko duniya mein aap jo kaam kar rahe hain, woh inhi insaano ko lekar karna padta hai jin mein sab mile jule log hain.</w:t>
      </w:r>
    </w:p>
    <w:p>
      <w:pPr>
        <w:jc w:val="right"/>
      </w:pPr>
      <w:r>
        <w:t>یہکتنابڑا فرقہوجائےگا۔آپ کو دنیا میںآپ جو کامکررہےہیں،وہ انہیانسانوںکولےکرکرناپڑتاہے جنمیں سبملےجلےلوگہیں۔</w:t>
      </w:r>
    </w:p>
    <w:p>
      <w:r>
        <w:rPr>
          <w:b/>
        </w:rPr>
        <w:t xml:space="preserve">[48:38] </w:t>
      </w:r>
      <w:r>
        <w:t>koi kaam karne nahi dete. Aakhir mein jo aap karenge kaam, to angels ke support se woh kaam hoga.</w:t>
      </w:r>
    </w:p>
    <w:p>
      <w:pPr>
        <w:jc w:val="right"/>
      </w:pPr>
      <w:r>
        <w:t>کوئیکام کرنے نہیںدیتے۔ آخرتمیںجوآپکریںگےکام، تو اینجلزکےسپورٹسےوہکامہوگا۔</w:t>
      </w:r>
    </w:p>
    <w:p>
      <w:r>
        <w:rPr>
          <w:b/>
        </w:rPr>
        <w:t xml:space="preserve">[48:47] </w:t>
      </w:r>
      <w:r>
        <w:t>jo ideal log hain, perfect log hain, honest log hain, discipline log hain, to poora poora universal, poora poora environment jo hai, woh doosra hoga.</w:t>
      </w:r>
    </w:p>
    <w:p>
      <w:pPr>
        <w:jc w:val="right"/>
      </w:pPr>
      <w:r>
        <w:t>جو آئیڈیللوگہیں، پرفیکٹلوگہیں، اونسٹلوگہیں، ڈسپلنلوگہیں، توپوراپورایونیورس ، پوراپوراپوراان وائرمنٹجوہے،وہدوسراہوگا۔</w:t>
      </w:r>
    </w:p>
    <w:p>
      <w:r>
        <w:rPr>
          <w:b/>
        </w:rPr>
        <w:t xml:space="preserve">[49:00] </w:t>
      </w:r>
      <w:r>
        <w:t>isi liye wahan ke bare mein yeh kaha gaya hai ke ke wahan par joyful activities hongi.</w:t>
      </w:r>
    </w:p>
    <w:p>
      <w:pPr>
        <w:jc w:val="right"/>
      </w:pPr>
      <w:r>
        <w:t>اسیلیےوہاں کےبارےمیں یہکہاگیاہےکہ کہوہاںپر جوائےفلایکٹیویٹیزہوںگی۔</w:t>
      </w:r>
    </w:p>
    <w:p>
      <w:r>
        <w:rPr>
          <w:b/>
        </w:rPr>
        <w:t xml:space="preserve">[49:11] </w:t>
      </w:r>
      <w:r>
        <w:t>joyful activities hain.</w:t>
      </w:r>
    </w:p>
    <w:p>
      <w:pPr>
        <w:jc w:val="right"/>
      </w:pPr>
      <w:r>
        <w:t>جوائےفلایکٹیویٹیزہیں۔</w:t>
      </w:r>
    </w:p>
    <w:p>
      <w:r>
        <w:rPr>
          <w:b/>
        </w:rPr>
        <w:t xml:space="preserve">[49:18] </w:t>
      </w:r>
      <w:r>
        <w:t>to quran mein aaya hai ke "li sabbi zalika fal ya'mal al-'amilun" kaisi ajeeb ayat hai. Dekhiye, "li sabbi zalika fal ya'mal al-'amilun" yani karne wale iske liye karein jo karne ka shauq rakhte hain,</w:t>
      </w:r>
    </w:p>
    <w:p>
      <w:pPr>
        <w:jc w:val="right"/>
      </w:pPr>
      <w:r>
        <w:t>تو قرآنمیںآیاہےکہ"لب سلہذا فلیعمل العاملون" کیسیعجیبآیتہے۔دیکھیے، "لب سلہذا فلیعمل العاملون" یعنی کرنے والے اسکےلیےکریں جوکرنے کا شوقرکھتےہیں،</w:t>
      </w:r>
    </w:p>
    <w:p>
      <w:r>
        <w:rPr>
          <w:b/>
        </w:rPr>
        <w:t xml:space="preserve">[49:33] </w:t>
      </w:r>
      <w:r>
        <w:t>yani ke agar karne ka jazba ho to yeh hai kaam jahan jiske liye woh karein. Woh daudein is jannat mein, is society mein ek member banne ke liye,</w:t>
      </w:r>
    </w:p>
    <w:p>
      <w:pPr>
        <w:jc w:val="right"/>
      </w:pPr>
      <w:r>
        <w:t>یعنیکہاگر کرنےکاجذبہہو تویہہے کام جہاںجسکےلیےوہکریں۔وہ دوڑیں اسجنتمیں ،اسسوسائ ٹیمیںایکممبربننےکےلیے،</w:t>
      </w:r>
    </w:p>
    <w:p>
      <w:r>
        <w:rPr>
          <w:b/>
        </w:rPr>
        <w:t xml:space="preserve">[49:46] </w:t>
      </w:r>
      <w:r>
        <w:t>is is divine civilization kaam mein ek ka ek part banne ke liye, uske process mein shamil hone ke liye.</w:t>
      </w:r>
    </w:p>
    <w:p>
      <w:pPr>
        <w:jc w:val="right"/>
      </w:pPr>
      <w:r>
        <w:t>اس اس ڈیوائنسویلائزیشن کامیں ایک کاایکپارٹبننےکےلیے، اسکے پراسیسمیںشامل ہونےکےلیے۔</w:t>
      </w:r>
    </w:p>
    <w:p>
      <w:r>
        <w:rPr>
          <w:b/>
        </w:rPr>
        <w:t xml:space="preserve">[49:55] </w:t>
      </w:r>
      <w:r>
        <w:t>"li sabbi zalika fal ya'mal al-'amilun" yeh hai woh cheez jiske liye daudne wale do</w:t>
      </w:r>
    </w:p>
    <w:p>
      <w:pPr>
        <w:jc w:val="right"/>
      </w:pPr>
      <w:r>
        <w:t>"لبسلہذا فلیعمل العاملون" یہہےوہ چیزجسکےلیےدوڑنےوالے دو</w:t>
      </w:r>
    </w:p>
    <w:p>
      <w:r>
        <w:rPr>
          <w:b/>
        </w:rPr>
        <w:t xml:space="preserve">[50:00] </w:t>
      </w:r>
      <w:r>
        <w:t>rein. To do ayatein jo quran ki maine aapke samne padhi, ispar ghor kijiye</w:t>
      </w:r>
    </w:p>
    <w:p>
      <w:pPr>
        <w:jc w:val="right"/>
      </w:pPr>
      <w:r>
        <w:t>ڑیں۔تو دوآیتیںجوقرآنکیمیںنےآپکےسامنےپڑھیں، اسپرغورکیجئے</w:t>
      </w:r>
    </w:p>
    <w:p>
      <w:r>
        <w:rPr>
          <w:b/>
        </w:rPr>
        <w:t xml:space="preserve">[50:09] </w:t>
      </w:r>
      <w:r>
        <w:t>ke "ma fihim</w:t>
      </w:r>
    </w:p>
    <w:p>
      <w:pPr>
        <w:jc w:val="right"/>
      </w:pPr>
      <w:r>
        <w:t>کہ "ما فیمن</w:t>
      </w:r>
    </w:p>
    <w:p>
      <w:r>
        <w:rPr>
          <w:b/>
        </w:rPr>
        <w:t xml:space="preserve">[50:15] </w:t>
      </w:r>
      <w:r>
        <w:t>min ba'dihi kalimatu Allahi" aur doosri ayat jo hai ke "</w:t>
      </w:r>
    </w:p>
    <w:p>
      <w:pPr>
        <w:jc w:val="right"/>
      </w:pPr>
      <w:r>
        <w:t>منبعد ک لمات اللہ" اوردوسریآیتجوہےکہ "</w:t>
      </w:r>
    </w:p>
    <w:p>
      <w:r>
        <w:rPr>
          <w:b/>
        </w:rPr>
        <w:t xml:space="preserve">[50:29] </w:t>
      </w:r>
      <w:r>
        <w:t>yani saare samandar" abmazid aur sam nadar agar siyahi banadi jayen, ainak banadi jayen, aur saare darakht qalam banadiye jayen, tab bhi Khuda aur Khuda gar likh jayen, tab bhi khatm nahi hogi.</w:t>
      </w:r>
    </w:p>
    <w:p>
      <w:pPr>
        <w:jc w:val="right"/>
      </w:pPr>
      <w:r>
        <w:t>یعنی سارے سمندر" ابمزید اور سم ندر اگر سیاہیبنادیاجائیں،اینکبنادیاجائیں، اور سارے درخت قلمبنادیےجائیں، تب بھیخدا اورخدا گرولکھ یجائے، تببھیختمنہیںہوگی۔</w:t>
      </w:r>
    </w:p>
    <w:p>
      <w:r>
        <w:rPr>
          <w:b/>
        </w:rPr>
        <w:t xml:space="preserve">[50:44] </w:t>
      </w:r>
      <w:r>
        <w:t>to ye shayer nahi hai. Khud science ne bataya hai hamein, khud science ne ke ye shayer nahi hai kyunke khud science batati hai ke insaan ke potential itne zyada hain ke wo istemal nahi ho paate. Aadmi mar jata hai.</w:t>
      </w:r>
    </w:p>
    <w:p>
      <w:pPr>
        <w:jc w:val="right"/>
      </w:pPr>
      <w:r>
        <w:t>تویہشاعرینہیںہے۔ خود سائنسنےبت ایاہےہمیں،خودسائنسنے کہیہشاعرینہیںہے کیونکہخود سائنسبتاتیہےکہانسان کےپوٹینشلاتنےزیادہہیں کہوہ استعمالہینہیںہوپاتے۔آدمیمرجاتاہے۔</w:t>
      </w:r>
    </w:p>
    <w:p>
      <w:r>
        <w:rPr>
          <w:b/>
        </w:rPr>
        <w:t xml:space="preserve">[51:02] </w:t>
      </w:r>
      <w:r>
        <w:t>Bade bade philosopher aur start aur plato jaise log, ya bade bade scientist newton aur aur einstein jaise log apne mind ka ek do percent sirf utilize kar sake aur mar gaye.</w:t>
      </w:r>
    </w:p>
    <w:p>
      <w:pPr>
        <w:jc w:val="right"/>
      </w:pPr>
      <w:r>
        <w:t>بڑےبڑےف لاسفر اوراسٹارٹلاورپلیٹوجیسےلوگ ،یابڑےبڑےسائنٹسٹ نی وٹن اور اور آئنسٹائنجیسےلوگ اپنے مائنڈکا ایک دوپرسنٹ صرف یوٹیلائزکرسکےاورمرگئے۔</w:t>
      </w:r>
    </w:p>
    <w:p>
      <w:r>
        <w:rPr>
          <w:b/>
        </w:rPr>
        <w:t xml:space="preserve">[51:15] </w:t>
      </w:r>
      <w:r>
        <w:t>to khud science bata rahi hai ke unlimited potential insaan ke andar hai. Phir science ye bata rahi hai ke ye duniya jo hai, ye bahut hi badi duniya hai,</w:t>
      </w:r>
    </w:p>
    <w:p>
      <w:pPr>
        <w:jc w:val="right"/>
      </w:pPr>
      <w:r>
        <w:t>تو خود سائنسبتارہیہےکہ انلمیٹڈ پوٹینشلانسانکےاندرہے۔ پھرسائنسیہبتارہیہےکہیہدنیا جوہے، یہبہت ہیبڑیدنیا ہے،</w:t>
      </w:r>
    </w:p>
    <w:p>
      <w:r>
        <w:rPr>
          <w:b/>
        </w:rPr>
        <w:t xml:space="preserve">[51:29] </w:t>
      </w:r>
      <w:r>
        <w:t>bahut badi duniya hai.</w:t>
      </w:r>
    </w:p>
    <w:p>
      <w:pPr>
        <w:jc w:val="right"/>
      </w:pPr>
      <w:r>
        <w:t>بہت بڑیدنیا ہے۔</w:t>
      </w:r>
    </w:p>
    <w:p>
      <w:r>
        <w:rPr>
          <w:b/>
        </w:rPr>
        <w:t xml:space="preserve">[51:34] </w:t>
      </w:r>
      <w:r>
        <w:t>Iska 5 percent hum apne isse dekh paate hain, warna 95 percent to hum dekh hi nahi paate. Wo dark matter hai.</w:t>
      </w:r>
    </w:p>
    <w:p>
      <w:pPr>
        <w:jc w:val="right"/>
      </w:pPr>
      <w:r>
        <w:t>اسکا لیسدینفائیوپرسنٹہم اس اپنے اسسےدیکھپاتےہیں، موردین9 5پرسنٹتوہمدیکھہینہیںپاتے۔وہڈارکمیٹرہے۔</w:t>
      </w:r>
    </w:p>
    <w:p>
      <w:r>
        <w:rPr>
          <w:b/>
        </w:rPr>
        <w:t xml:space="preserve">[51:43] </w:t>
      </w:r>
      <w:r>
        <w:t>to khud science bata rahi hai ke potential bahut zyada hai, universe of fact bahut badi hai. To kahin to isko waqe banna chahiye, kahin to insaan ke potential ko istemal hona chahiye.</w:t>
      </w:r>
    </w:p>
    <w:p>
      <w:pPr>
        <w:jc w:val="right"/>
      </w:pPr>
      <w:r>
        <w:t>تو خود سائنسبتارہیہےکہ پوٹینشلبہتزیادہ ہے، یونیورس آففیکٹبہتبڑیہے۔ تو کہیںتواسکوواقع بنناچاہیے، کہیںتوانسان کے پوٹینشلکواستعمالہوناچاہیے۔</w:t>
      </w:r>
    </w:p>
    <w:p>
      <w:r>
        <w:rPr>
          <w:b/>
        </w:rPr>
        <w:t xml:space="preserve">[52:06] </w:t>
      </w:r>
      <w:r>
        <w:t>Jaise ye jo misaal maine di aapko</w:t>
      </w:r>
    </w:p>
    <w:p>
      <w:pPr>
        <w:jc w:val="right"/>
      </w:pPr>
      <w:r>
        <w:t>جیسےیہ جومثال میںنےدیآپکو</w:t>
      </w:r>
    </w:p>
    <w:p>
      <w:r>
        <w:rPr>
          <w:b/>
        </w:rPr>
        <w:t xml:space="preserve">[52:12] </w:t>
      </w:r>
      <w:r>
        <w:t>ke ye ye jo grahan hai, ye jo grahan hai to insaan samajhta tha ke ye koi</w:t>
      </w:r>
    </w:p>
    <w:p>
      <w:pPr>
        <w:jc w:val="right"/>
      </w:pPr>
      <w:r>
        <w:t>کہیہ یہجو گرہنہے، یہجوگرہنہے توانسانسمجھتاتھاکہیہ کوئی</w:t>
      </w:r>
    </w:p>
    <w:p>
      <w:r>
        <w:rPr>
          <w:b/>
        </w:rPr>
        <w:t xml:space="preserve">[52:25] </w:t>
      </w:r>
      <w:r>
        <w:t>ajab qism ke tohamati aqaaid bana rakhe the logon ne.</w:t>
      </w:r>
    </w:p>
    <w:p>
      <w:pPr>
        <w:jc w:val="right"/>
      </w:pPr>
      <w:r>
        <w:t>عجب قسم کےتوہماتی عقائدبنارکھےتھےلوگوںنے۔</w:t>
      </w:r>
    </w:p>
    <w:p>
      <w:r>
        <w:rPr>
          <w:b/>
        </w:rPr>
        <w:t xml:space="preserve">[52:31] </w:t>
      </w:r>
      <w:r>
        <w:t>Aaj hamein ye bahut dinon ki iske baad pata chala ke grahan kyun padta hai, suraj grahan, chand grahan.</w:t>
      </w:r>
    </w:p>
    <w:p>
      <w:pPr>
        <w:jc w:val="right"/>
      </w:pPr>
      <w:r>
        <w:t>آجہمیں یہ بہت دنوںکی اسکےبعد پتہچلا کہ گرہنکیوںپڑتاہے، سورجگرہنہے،چاندگرہن۔</w:t>
      </w:r>
    </w:p>
    <w:p>
      <w:r>
        <w:rPr>
          <w:b/>
        </w:rPr>
        <w:t xml:space="preserve">[52:41] </w:t>
      </w:r>
      <w:r>
        <w:t>Ek teen bodies hain, yani earth, chand aur sun. Inmein ek alignment hota hai, ek seedh mein aa jaate hain.</w:t>
      </w:r>
    </w:p>
    <w:p>
      <w:pPr>
        <w:jc w:val="right"/>
      </w:pPr>
      <w:r>
        <w:t>ایک تینباڈیزہیں، یعنی ارتھ ،چاند اور سن ۔ انمیںایک الائنمنٹہوتاہے، ایک سیدھمیںآجاتےہیں۔</w:t>
      </w:r>
    </w:p>
    <w:p>
      <w:r>
        <w:rPr>
          <w:b/>
        </w:rPr>
        <w:t xml:space="preserve">[52:52] </w:t>
      </w:r>
      <w:r>
        <w:t>To jab beech mein chand ho to kya hoga? Suraj grahan padega.</w:t>
      </w:r>
    </w:p>
    <w:p>
      <w:pPr>
        <w:jc w:val="right"/>
      </w:pPr>
      <w:r>
        <w:t>توجب بیچمیں چاندہو تو کیاہوگا؟ سورجگرہنپڑےگا۔</w:t>
      </w:r>
    </w:p>
    <w:p>
      <w:r>
        <w:rPr>
          <w:b/>
        </w:rPr>
        <w:t xml:space="preserve">[53:00] </w:t>
      </w:r>
      <w:r>
        <w:t>Jab beech mein zameen ho to kya hoga? Chand grahan padega.</w:t>
      </w:r>
    </w:p>
    <w:p>
      <w:pPr>
        <w:jc w:val="right"/>
      </w:pPr>
      <w:r>
        <w:t>جب بیچمیں زمین ہو توکیاہوگا؟چاندگرہنپڑےگا۔</w:t>
      </w:r>
    </w:p>
    <w:p>
      <w:r>
        <w:rPr>
          <w:b/>
        </w:rPr>
        <w:t xml:space="preserve">[53:07] </w:t>
      </w:r>
      <w:r>
        <w:t>To isko main yun keh sakta hoon ke ye ek phenomenon wo hai, ye hai well calculated positioning of three in one moving bodies and vast space.</w:t>
      </w:r>
    </w:p>
    <w:p>
      <w:pPr>
        <w:jc w:val="right"/>
      </w:pPr>
      <w:r>
        <w:t>تواسکو میںیوںکہہسکتاہوںکہ یہ ایک فیناومیناجوہے، یہہے ویل کیلکولیٹڈ پوزیشننگ آف تھری ان ایک ول موونگباڈیز انداواسٹسپیس۔</w:t>
      </w:r>
    </w:p>
    <w:p>
      <w:r>
        <w:rPr>
          <w:b/>
        </w:rPr>
        <w:t xml:space="preserve">[53:26] </w:t>
      </w:r>
      <w:r>
        <w:t>Iska phenomenon hai, ye</w:t>
      </w:r>
    </w:p>
    <w:p>
      <w:pPr>
        <w:jc w:val="right"/>
      </w:pPr>
      <w:r>
        <w:t>اسکا فیناومیناہے،یہ</w:t>
      </w:r>
    </w:p>
    <w:p>
      <w:r>
        <w:rPr>
          <w:b/>
        </w:rPr>
        <w:t xml:space="preserve">[53:28] </w:t>
      </w:r>
      <w:r>
        <w:t>Ye insaan kahin jaan saka, ye kahin jaan saka. Insaniyat pehle to kuch nahi jaanti thi, wo ye lambe process ke baad. Ab ye jab maine ye jaana, isko jab padha maine, isko to ek ajib joy mujhe mila. Isse kya aap jaante hain ke teeno bahut yani size mein farq hai?</w:t>
      </w:r>
    </w:p>
    <w:p>
      <w:pPr>
        <w:jc w:val="right"/>
      </w:pPr>
      <w:r>
        <w:t>یہانسان کہیںجانسکا،یہ کہیںجانسکا۔انسانیہ پہلےتوکچھنہیںجانتاتھا،وہ یہلمبے پراسیسکےبعد۔ابیہ جب میںنےیہجانا،اسکوجبپڑھامیںنے،اسکوتوایکعجیب جوائے مجھےملا۔اسسے کیاآپجانتےہیںکہ تینوں بہت یعنی سائزمیںفرقہے؟</w:t>
      </w:r>
    </w:p>
    <w:p>
      <w:r>
        <w:rPr>
          <w:b/>
        </w:rPr>
        <w:t xml:space="preserve">[53:49] </w:t>
      </w:r>
      <w:r>
        <w:t>Yani chand ko agar aap sarson ke barabar maanein, sarson mustard ke barabar, to zameen jo hai ek football ke barabar hogi.</w:t>
      </w:r>
    </w:p>
    <w:p>
      <w:pPr>
        <w:jc w:val="right"/>
      </w:pPr>
      <w:r>
        <w:t>یعنیچاندکواگر آپ سرسوںکےبرابرمانیں،سرسوں مسٹرڈکےبرابر، تو زمین جوہےایکفٹبالکےبرابرہوگی۔</w:t>
      </w:r>
    </w:p>
    <w:p>
      <w:r>
        <w:rPr>
          <w:b/>
        </w:rPr>
        <w:t xml:space="preserve">[54:00] </w:t>
      </w:r>
      <w:r>
        <w:t>Aur suraj jo hai hamare paas hi zyada bada hoga. To teen in equal size ke jo hain, wo kaise ek mein is tarah aa jaate hain?</w:t>
      </w:r>
    </w:p>
    <w:p>
      <w:pPr>
        <w:jc w:val="right"/>
      </w:pPr>
      <w:r>
        <w:t>اور سورججوہے ہمارے پاسہیزیادہبڑاہوگا۔ تو تین ان ایکولسائزکےجوہیں، وہکیسے ایک میں اسطرحآجاتےہیں؟</w:t>
      </w:r>
    </w:p>
    <w:p>
      <w:r>
        <w:rPr>
          <w:b/>
        </w:rPr>
        <w:t xml:space="preserve">[54:10] </w:t>
      </w:r>
      <w:r>
        <w:t>dekhne mein barabar lagte hain. Wo</w:t>
      </w:r>
    </w:p>
    <w:p>
      <w:pPr>
        <w:jc w:val="right"/>
      </w:pPr>
      <w:r>
        <w:t>دیکھنےمیں برابر لگتےہیں۔وہ</w:t>
      </w:r>
    </w:p>
    <w:p>
      <w:r>
        <w:rPr>
          <w:b/>
        </w:rPr>
        <w:t xml:space="preserve">[54:15] </w:t>
      </w:r>
      <w:r>
        <w:t>To well calculated positioning of three in equal moving bodies and vast space. Ab kitna tharm mujhe ab isko mila?</w:t>
      </w:r>
    </w:p>
    <w:p>
      <w:pPr>
        <w:jc w:val="right"/>
      </w:pPr>
      <w:r>
        <w:t>تو ویلکیلکولیٹڈپوزیشننگ آف تھری ان ایکول موونگباڈیز انداواسٹسپیس۔ اب کتناتھرلمجھےاباسکوملا؟</w:t>
      </w:r>
    </w:p>
    <w:p>
      <w:r>
        <w:rPr>
          <w:b/>
        </w:rPr>
        <w:t xml:space="preserve">[54:25] </w:t>
      </w:r>
      <w:r>
        <w:t>Aise karodon arbon iske saath tharm maujood hain. But in a way maine padha iske bare mein to ismein likha hai ye alignment jo hota hai, ye ke ye remarkable coincidence</w:t>
      </w:r>
    </w:p>
    <w:p>
      <w:pPr>
        <w:jc w:val="right"/>
      </w:pPr>
      <w:r>
        <w:t>ایسے کروڑوںاربوںاسیکےساتھتھرلموجود ہیں۔ بٹینیکامیںنےپڑھااسکےبارےمیں تواسمیںلکھاہے یہ الائنمنٹجوہوتاہے، یہ کہیہ ریمار کیبل کوئنسڈنس</w:t>
      </w:r>
    </w:p>
    <w:p>
      <w:r>
        <w:rPr>
          <w:b/>
        </w:rPr>
        <w:t xml:space="preserve">[54:44] </w:t>
      </w:r>
      <w:r>
        <w:t>. Kitni absurd baat hai ye remarkable coincidence. Yani yani ye jo ye alignment jo hota hai suraj ka aur zameen ka aur chand ka,</w:t>
      </w:r>
    </w:p>
    <w:p>
      <w:pPr>
        <w:jc w:val="right"/>
      </w:pPr>
      <w:r>
        <w:t>۔کتنیایبسٹرڈباتہےیہ ریمارکیبلکوئنسڈنس۔ یعنی یعنییہجو یہالائنمنٹجوہوتاہے سورجکااورزمین کااورچاندکا،</w:t>
      </w:r>
    </w:p>
    <w:p>
      <w:r>
        <w:rPr>
          <w:b/>
        </w:rPr>
        <w:t xml:space="preserve">[54:56] </w:t>
      </w:r>
      <w:r>
        <w:t>iski wajah se grahan padta hai. To isko likha hai ke remarkable coincidence. Dekhein, coincidence jo hai, awalan to aisa ho nahi sakta ke itne vast space mein aisa coincidence ho jaye.</w:t>
      </w:r>
    </w:p>
    <w:p>
      <w:pPr>
        <w:jc w:val="right"/>
      </w:pPr>
      <w:r>
        <w:t>اسکیوجہسےگرمجوپڑتاہے۔ تواسکولکھاہےکہریمارکیبل کوئنسڈنس۔دیکھیں، کوئنسڈنسجوہے، اولاًتوایساہونہیںسکتاکہاتنےواسٹسپیسمیںایساکوئنسڈنسہوجائے۔</w:t>
      </w:r>
    </w:p>
    <w:p>
      <w:r>
        <w:rPr>
          <w:b/>
        </w:rPr>
        <w:t xml:space="preserve">[55:08] </w:t>
      </w:r>
      <w:r>
        <w:t>Aur hoga bhi to ek adha baar hoga. Ye thoda ke regular tor par hoga.</w:t>
      </w:r>
    </w:p>
    <w:p>
      <w:pPr>
        <w:jc w:val="right"/>
      </w:pPr>
      <w:r>
        <w:t>اور ہوگابھیتوایکادھبارہوگا۔ یہتھوڑیکہ ریگولرطورپرہوگا۔</w:t>
      </w:r>
    </w:p>
    <w:p>
      <w:r>
        <w:rPr>
          <w:b/>
        </w:rPr>
        <w:t xml:space="preserve">[55:14] </w:t>
      </w:r>
      <w:r>
        <w:t>aap jante hain ke saal mein har baar do ya teen baar chand grahan parta hai aur kam az kam do baar suraj grahan parta hai.</w:t>
      </w:r>
    </w:p>
    <w:p>
      <w:pPr>
        <w:jc w:val="right"/>
      </w:pPr>
      <w:r>
        <w:t>آپجانتےہیںکہ سال میںہربار دو یاتینبار چاندگرہنپڑتاہے اور کمازکمدوبار سورجگرہنپڑتاہے۔</w:t>
      </w:r>
    </w:p>
    <w:p>
      <w:r>
        <w:rPr>
          <w:b/>
        </w:rPr>
        <w:t xml:space="preserve">[55:24] </w:t>
      </w:r>
      <w:r>
        <w:t>regular tor par, regular tor par, regular tor par. aur pehle se pata hota hai iska. ab observatory mein jahan ke isko study kiya jata hai, to woh pehle se aalam rakhte hain. woh pehle se pata hota hai ke kab, kis date ko, kis time mein hoga. pehle se to yeh coincidence ho sakta hai. yeh</w:t>
      </w:r>
    </w:p>
    <w:p>
      <w:pPr>
        <w:jc w:val="right"/>
      </w:pPr>
      <w:r>
        <w:t>ریگولرطورپر،ریگولرطورپر،ریگولرطورپر۔ اور پہلے سےپتہہوتاہےاسکا ۔ اب ابزرویٹریمیںجہاںکہاسکو اسٹڈیکیجاتیہے،تو وہپہلے سےالم رکبناتےہیں۔وہ پہلے سےپتہہوتاہےکہکب،کسڈیٹکو،کسٹائممیںہوگا۔پہلے سے تویہ کوئنسڈنسہوسکتاہے۔یہ</w:t>
      </w:r>
    </w:p>
    <w:p>
      <w:r>
        <w:rPr>
          <w:b/>
        </w:rPr>
        <w:t xml:space="preserve">[55:43] </w:t>
      </w:r>
      <w:r>
        <w:t>yeh to bohat bara koi management hai iske. woh is ek ek jo isko control kar raha hai, coincidence kaise? yeh bataiye</w:t>
      </w:r>
    </w:p>
    <w:p>
      <w:pPr>
        <w:jc w:val="right"/>
      </w:pPr>
      <w:r>
        <w:t>یہ توبہت بڑاکوئی مینجمنٹہےاسکے۔وہ اس ایک ایک جواسکو کنٹرولکررہاہے، کوئنسڈنسکیسے؟یہبتائیے</w:t>
      </w:r>
    </w:p>
    <w:p>
      <w:r>
        <w:rPr>
          <w:b/>
        </w:rPr>
        <w:t xml:space="preserve">[55:56] </w:t>
      </w:r>
      <w:r>
        <w:t>to yeh family ko coincidence kehna yeh to ek word play hai.</w:t>
      </w:r>
    </w:p>
    <w:p>
      <w:pPr>
        <w:jc w:val="right"/>
      </w:pPr>
      <w:r>
        <w:t>تویہریوارکیبلکوئنسڈنسکہنا یہتوایک ورڈپلےہے۔</w:t>
      </w:r>
    </w:p>
    <w:p>
      <w:r>
        <w:rPr>
          <w:b/>
        </w:rPr>
        <w:t xml:space="preserve">[56:03] </w:t>
      </w:r>
      <w:r>
        <w:t>yani billion billion years se ho raha hai, yeh regular tor par ho raha hai, har saal ho raha hai aur theek time par ho raha hai. aur hum isko calculate karke pehle se jaan lete hain.</w:t>
      </w:r>
    </w:p>
    <w:p>
      <w:pPr>
        <w:jc w:val="right"/>
      </w:pPr>
      <w:r>
        <w:t>یعنیبل ینبل ینایئرزسےہورہاہے، یہریگولرطورپرہورہاہے،ہرسالہورہاہے اورٹھیکٹائمپرہورہاہے۔ اورہماسکوکیلکولیٹکرکےپہلےسےجانلیتےہیں۔</w:t>
      </w:r>
    </w:p>
    <w:p>
      <w:r>
        <w:rPr>
          <w:b/>
        </w:rPr>
        <w:t xml:space="preserve">[56:13] </w:t>
      </w:r>
      <w:r>
        <w:t>yeh to koi hai jo manage kar raha hai, koi hai jo organize kar raha hai. yeh bohat bara power hai jo is sari cheezon ko control kiye hue hai.</w:t>
      </w:r>
    </w:p>
    <w:p>
      <w:pPr>
        <w:jc w:val="right"/>
      </w:pPr>
      <w:r>
        <w:t>یہتوکوئیہےجومینجکررہاہے، کوئیہےجوارگنائزکررہاہے۔ یہبہت بڑا پاورہےجو اسساریچیزوںکوکنٹرولکیےہوئےہے۔</w:t>
      </w:r>
    </w:p>
    <w:p>
      <w:r>
        <w:rPr>
          <w:b/>
        </w:rPr>
        <w:t xml:space="preserve">[56:24] </w:t>
      </w:r>
      <w:r>
        <w:t>to yeh mind ka jo ya insan ko jo mind mila hua hai, jo itni bari baton ko jaan sakta hai aur jaan kar kitna isko joy milti hai.</w:t>
      </w:r>
    </w:p>
    <w:p>
      <w:pPr>
        <w:jc w:val="right"/>
      </w:pPr>
      <w:r>
        <w:t>تویہ مائنڈکاجو یاانسانکو جومائنڈملاہواہے،جو اتنیبڑیباتوںکوجانسکتاہے اور جان کر کتنا اسکو جوائےملتیہے۔</w:t>
      </w:r>
    </w:p>
    <w:p>
      <w:r>
        <w:rPr>
          <w:b/>
        </w:rPr>
        <w:t xml:space="preserve">[56:34] </w:t>
      </w:r>
      <w:r>
        <w:t>to abhi to woh bakiya hai, woh to abhi bakiya hai.</w:t>
      </w:r>
    </w:p>
    <w:p>
      <w:pPr>
        <w:jc w:val="right"/>
      </w:pPr>
      <w:r>
        <w:t>تو ابھیتووہسبباقیہے، وہتوابھیباقیہے۔</w:t>
      </w:r>
    </w:p>
    <w:p>
      <w:r>
        <w:rPr>
          <w:b/>
        </w:rPr>
        <w:t xml:space="preserve">[56:40] </w:t>
      </w:r>
      <w:r>
        <w:t>to kaise aisa ho sakta hai ke aise insan mar jaye, aise duniya khatam ho jaye, na universe of thought discover ho, na insan ka potential jo hai woh utilize ho? Aisa nahi ho sakta hai.</w:t>
      </w:r>
    </w:p>
    <w:p>
      <w:pPr>
        <w:jc w:val="right"/>
      </w:pPr>
      <w:r>
        <w:t>تو کیسےایساہوسکتاہےکہایسےانسان مرجائے، ایسیدنیاختمہوجائے، نہ یونیورس آف تھاٹڈسکورہو ، نہانسانکاپوٹینشلجوہےوہ یوٹیلائزہو؟ایسانہیںہوسکتاہے۔</w:t>
      </w:r>
    </w:p>
    <w:p>
      <w:r>
        <w:rPr>
          <w:b/>
        </w:rPr>
        <w:t xml:space="preserve">[56:55] </w:t>
      </w:r>
      <w:r>
        <w:t>to woh hoga. Isi isi isika naam jannat hai, isika naam paradise hai, isika naam bekhunt hai, isika naam firdous hai.</w:t>
      </w:r>
    </w:p>
    <w:p>
      <w:pPr>
        <w:jc w:val="right"/>
      </w:pPr>
      <w:r>
        <w:t>تو وہہوگا۔ اسی اسی اسیکانام جنتہے،اسیکانام پیراڈائزہے،اسیکانام بیکونٹہے،اسیکانامفردوس ہے۔</w:t>
      </w:r>
    </w:p>
    <w:p>
      <w:r>
        <w:rPr>
          <w:b/>
        </w:rPr>
        <w:t xml:space="preserve">[57:04] </w:t>
      </w:r>
      <w:r>
        <w:t>ab wahan par ek nai ek nai duniya banna shuru hogi, ek nai civilization. Ismein har humko ab bohat hi joyful activities milengi.</w:t>
      </w:r>
    </w:p>
    <w:p>
      <w:pPr>
        <w:jc w:val="right"/>
      </w:pPr>
      <w:r>
        <w:t>ابوہاںپرایک نئی ایک نئیدنیا بنناشروعہوگی،ایکنئیسویلائزیشن۔ اسمیں ہرہمکو اب بہتہی جوائےفلایکٹیویٹیزملیںگی۔</w:t>
      </w:r>
    </w:p>
    <w:p>
      <w:r>
        <w:rPr>
          <w:b/>
        </w:rPr>
        <w:t xml:space="preserve">[57:16] </w:t>
      </w:r>
      <w:r>
        <w:t>sab kuch jo duniya Quran mein hai ke woh jo bhi kuch duniya mein hai, log samajhte hain ke khali phal ke bare mein, phal ke bare mein nahi hai. Yeh sari cheezon ke bare mein hai.</w:t>
      </w:r>
    </w:p>
    <w:p>
      <w:pPr>
        <w:jc w:val="right"/>
      </w:pPr>
      <w:r>
        <w:t>سب کچھجودنیا قرآنمیںہےکہ وہ جو بھیجوکچھدنیا میںہے،لوگسمجھتےہیںکہخالیپھلکےبارےمیں،پھلکےبارےمیںنہیںہے۔یہ ساریچیزوںکےبارےمیںہے۔</w:t>
      </w:r>
    </w:p>
    <w:p>
      <w:r>
        <w:rPr>
          <w:b/>
        </w:rPr>
        <w:t xml:space="preserve">[57:28] </w:t>
      </w:r>
      <w:r>
        <w:t>jaise yahan par aap hum baithe hue hain, ek ya aisa bhi wahan par ek hoga, bohat hi higher form mein. Wahan par mulakatein hongi, wahan par seminar honge, wahan par institutions honge, wahan par likha jayega, wahan bola jayega, wahan parha jayega, chhapayi hogi. Wahan par sab kuch hoga.</w:t>
      </w:r>
    </w:p>
    <w:p>
      <w:pPr>
        <w:jc w:val="right"/>
      </w:pPr>
      <w:r>
        <w:t>جیسےیہاںپرآپہمبیٹھےہوئےہیں،ایک یا ایسا بھیوہاںپرایکہوگا، بہت ہی ہائرفارممیں۔ وہاںپر ملاقاتیںہوںگی،وہاںپر سیمینارہوںگے، وہاںپر انسٹیٹیوشنزہوںگے،وہاںپرلکھاجائےگا،وہاںبولاجائےگا،وہاںپڑھاجائےگا،چھپائیہوگی۔وہاںپر سبکچھہوگا۔</w:t>
      </w:r>
    </w:p>
    <w:p>
      <w:r>
        <w:rPr>
          <w:b/>
        </w:rPr>
        <w:t xml:space="preserve">[57:48] </w:t>
      </w:r>
      <w:r>
        <w:t>woh bhi sab kuch shamil hai. Log samajhte hain ke sirf phal, seb aur anar nahi. That is an understanding of paradise.</w:t>
      </w:r>
    </w:p>
    <w:p>
      <w:pPr>
        <w:jc w:val="right"/>
      </w:pPr>
      <w:r>
        <w:t>وہ بھی سب کچھشامل ہے۔ لوگسمجھتےہیںکہصرفپھل، سیباوران ار نہیں ۔ دیٹازانڈرسمیشنآفپیراڈائز۔</w:t>
      </w:r>
    </w:p>
    <w:p>
      <w:r>
        <w:rPr>
          <w:b/>
        </w:rPr>
        <w:t xml:space="preserve">[57:59] </w:t>
      </w:r>
      <w:r>
        <w:t>yeh sari activities hongi lekin higher form mein sab ko hogi. Bohat hi joyful activities hongi. Allah taala mujhko aur aapko ismein hissa hissadar banaye, humko isse mehroom na kare.</w:t>
      </w:r>
    </w:p>
    <w:p>
      <w:pPr>
        <w:jc w:val="right"/>
      </w:pPr>
      <w:r>
        <w:t>یہکہساریایکٹیویٹیزہوںگیلیکن ہائرفارممیں سب کو ہوگی۔ بہتہیجوائےفلایکٹیویٹیزہوںگی۔ اللہ تعالیمج ھکواورآپکو اسمیںحصہحصہداربنائے، ہمکواسسےمحرومنہکرے۔</w:t>
      </w:r>
    </w:p>
    <w:p>
      <w:r>
        <w:rPr>
          <w:b/>
        </w:rPr>
        <w:t xml:space="preserve">[58:16] </w:t>
      </w:r>
      <w:r>
        <w:t>yeh meri dua hai. Aqool qawli haza wastaghfirullaha walakum ajmaeen.</w:t>
      </w:r>
    </w:p>
    <w:p>
      <w:pPr>
        <w:jc w:val="right"/>
      </w:pPr>
      <w:r>
        <w:t>یہمیریدعاہے۔ اقولقولیھذا واستغفراللہ ول کماجمعین ۔</w:t>
      </w:r>
    </w:p>
    <w:p>
      <w:r>
        <w:rPr>
          <w:b/>
        </w:rPr>
        <w:t xml:space="preserve">[58:36] </w:t>
      </w:r>
      <w:r>
        <w:t>discussing a scenario from mustraffic from US. Is it permissible to pray namaz while sitting down on an airplane?</w:t>
      </w:r>
    </w:p>
    <w:p>
      <w:pPr>
        <w:jc w:val="right"/>
      </w:pPr>
      <w:r>
        <w:t>دسکوئسچناز فر ام مس ٹر فیکفرامیوایس۔ از اٹ پرمسیبلٹوپری فرد نماز وائل سٹنگڈاؤنان ایروپلین؟</w:t>
      </w:r>
    </w:p>
    <w:p>
      <w:r>
        <w:rPr>
          <w:b/>
        </w:rPr>
        <w:t xml:space="preserve">[58:48] </w:t>
      </w:r>
      <w:r>
        <w:t>Some people say standing is necessary for prayers, it is better to pray later. I am faced with this situation quite often while traveling.</w:t>
      </w:r>
    </w:p>
    <w:p>
      <w:pPr>
        <w:jc w:val="right"/>
      </w:pPr>
      <w:r>
        <w:t>سمپیپلسے سن س سٹینڈنگاز نیسیسریفار پریرز، اٹاز بیٹرٹوپری لیٹر ۔ ائیایمفیسڈوددسسچویشن کوائٹاف نوائلٹریولنگ۔</w:t>
      </w:r>
    </w:p>
    <w:p>
      <w:r>
        <w:rPr>
          <w:b/>
        </w:rPr>
        <w:t xml:space="preserve">[59:00] </w:t>
      </w:r>
      <w:r>
        <w:t>nahi, yeh jo kehta hai galat kehta hai. Aap namaz parh sakte hain</w:t>
      </w:r>
    </w:p>
    <w:p>
      <w:pPr>
        <w:jc w:val="right"/>
      </w:pPr>
      <w:r>
        <w:t>نہیں،یہ جوکہتاہےغلطکہتاہے۔ آپ نمازپڑھسکتےہیں</w:t>
      </w:r>
    </w:p>
    <w:p>
      <w:r>
        <w:rPr>
          <w:b/>
        </w:rPr>
        <w:t xml:space="preserve">[59:06] </w:t>
      </w:r>
      <w:r>
        <w:t>agar aap ko mauqa ho khare hone ka to khare ho ke padhiye, nahi to aap baith ke padh lijie. Yeh bilkul galat masla bataya jisne bataya hai aapko. Islam mein dekhiye, ek bohat bara usool hai jisko kehte hain rukhsat.</w:t>
      </w:r>
    </w:p>
    <w:p>
      <w:pPr>
        <w:jc w:val="right"/>
      </w:pPr>
      <w:r>
        <w:t>،اگر آپ کو موقع ہو کھڑےہونے کاتوکھڑےہوکےپڑھیے،نہیںتوآپبیٹھکےپڑھلیجئے۔ یہبالکلغلطمسئلہبتایاجسنےبتایاہےآپکو ۔ اسلام میں دیکھیں،ایکبہت بڑا اصولہےجسکوکہتےہیںرخصت ۔</w:t>
      </w:r>
    </w:p>
    <w:p>
      <w:r>
        <w:rPr>
          <w:b/>
        </w:rPr>
        <w:t xml:space="preserve">[59:19] </w:t>
      </w:r>
      <w:r>
        <w:t>rukhsat matlab allowance hai, concession hai. Yeh bohat bara principle hai Islam ka. Jo log aisa kehte hain, woh form ko namaz samajhte hain.</w:t>
      </w:r>
    </w:p>
    <w:p>
      <w:pPr>
        <w:jc w:val="right"/>
      </w:pPr>
      <w:r>
        <w:t>رخصتمطلب الاوننسہے،کنسیشنہے۔ یہبہتبڑا پرنسپلہےاسلامکا ۔ جولوگایساکہتےہیں،وہ فارمکونمازسمجھتےہیں۔</w:t>
      </w:r>
    </w:p>
    <w:p>
      <w:r>
        <w:rPr>
          <w:b/>
        </w:rPr>
        <w:t xml:space="preserve">[59:29] </w:t>
      </w:r>
      <w:r>
        <w:t>yani woh khud bohat bhari ghalti kar rahe hain ke unhone form ko namaz samajh rakha hai.</w:t>
      </w:r>
    </w:p>
    <w:p>
      <w:pPr>
        <w:jc w:val="right"/>
      </w:pPr>
      <w:r>
        <w:t>یعنیوہخود بہت بھاریغلطیکررہےہیںکہانہوںنےفارمکونماز سمجھرکھاہے۔</w:t>
      </w:r>
    </w:p>
    <w:p>
      <w:r>
        <w:rPr>
          <w:b/>
        </w:rPr>
        <w:t xml:space="preserve">[59:34] </w:t>
      </w:r>
      <w:r>
        <w:t>khare ho ke padhi to namaz hai, nahi to namaz nahi hai. Namaz khushu se hoti hai.</w:t>
      </w:r>
    </w:p>
    <w:p>
      <w:pPr>
        <w:jc w:val="right"/>
      </w:pPr>
      <w:r>
        <w:t>کھڑےہوکےپڑھیتونمازہے،نہیںتونمازنہیںہے۔ نماز خشوعسےہوتیہے۔</w:t>
      </w:r>
    </w:p>
    <w:p>
      <w:r>
        <w:rPr>
          <w:b/>
        </w:rPr>
        <w:t xml:space="preserve">[59:43] </w:t>
      </w:r>
      <w:r>
        <w:t>Qad afala almu'minoon allazeena hum fi salatihim khashi'oon. La salata illa bit khushu. Jo namaz mein hai, woh khushu hai.</w:t>
      </w:r>
    </w:p>
    <w:p>
      <w:pPr>
        <w:jc w:val="right"/>
      </w:pPr>
      <w:r>
        <w:t>قد افل المبرون الذین فیصلاۃ خاشعون لاصلاۃالاول تخ ش اصلجو نمازمیںہے،وہخشوعہے۔</w:t>
      </w:r>
    </w:p>
    <w:p>
      <w:r>
        <w:rPr>
          <w:b/>
        </w:rPr>
        <w:t xml:space="preserve">[59:54] </w:t>
      </w:r>
      <w:r>
        <w:t>khare ho ke padhne ka mauqa hai to khare ho ke padhiye, baithne ka mauqa hai to baith ke padhiye. Laterly to let kar padhna hai to let kar bhi padh sakte hain. Aap</w:t>
      </w:r>
    </w:p>
    <w:p>
      <w:pPr>
        <w:jc w:val="right"/>
      </w:pPr>
      <w:r>
        <w:t>کھڑےہوکےپڑھنےکاموقعہےتوکھڑےہوکےپڑھیے، بیٹھنےکاموقعہےتوبیٹھکےپڑھیے۔لیٹلی ٹ لیٹکرپڑھناہےتولیٹکربھیپڑھسکتےہیں۔آپ</w:t>
      </w:r>
    </w:p>
    <w:p>
      <w:r>
        <w:rPr>
          <w:b/>
        </w:rPr>
        <w:t xml:space="preserve">[1:00:03] </w:t>
      </w:r>
      <w:r>
        <w:t>daikhen, from majoohayrelate wohota hai hamesha, aur jo khushu hai, wohi relahay, real part hai namaz ka . jaisa moqa ho, waise namaz parhiye. aap</w:t>
      </w:r>
    </w:p>
    <w:p>
      <w:pPr>
        <w:jc w:val="right"/>
      </w:pPr>
      <w:r>
        <w:t>دیکھیں، فار مجوہےریلیٹوہوتاہے ہمیشہ، اورجو خشوعہے،وہیریلہے، ریل پارٹہے نمازکا ۔ جیسا موقعہو،ویسےنمازپڑھیے۔آپ</w:t>
      </w:r>
    </w:p>
    <w:p>
      <w:r>
        <w:rPr>
          <w:b/>
        </w:rPr>
        <w:t xml:space="preserve">[1:00:16] </w:t>
      </w:r>
      <w:r>
        <w:t>agar aap ko jagah milti hai to kharay ho ke parhnay ka to kharay ho ke parh lijiyay, nahi to aap beth ke parhiye. is mein koi bhi kami namaz aap ki namaz mein koi kami nahi hogi.</w:t>
      </w:r>
    </w:p>
    <w:p>
      <w:pPr>
        <w:jc w:val="right"/>
      </w:pPr>
      <w:r>
        <w:t>اگر آپ کو جگہملتیہے تو کھڑےہوکےپڑھنےکاتوکھڑےہوکےپڑھلیجئے،نہیںتوآپبیٹھکےپڑھیے۔ اسمیںکوئی بھی کمی نمازآپکینمازمیںکوئیکمینہیںہوگی۔</w:t>
      </w:r>
    </w:p>
    <w:p>
      <w:r>
        <w:rPr>
          <w:b/>
        </w:rPr>
        <w:t xml:space="preserve">[1:00:28] </w:t>
      </w:r>
      <w:r>
        <w:t>kami hogi jab jab ke khushu is ke andar na ho .</w:t>
      </w:r>
    </w:p>
    <w:p>
      <w:pPr>
        <w:jc w:val="right"/>
      </w:pPr>
      <w:r>
        <w:t>کمیہوگیجب جب کہخشوعاسکےاندرنہہو ۔</w:t>
      </w:r>
    </w:p>
    <w:p>
      <w:r>
        <w:rPr>
          <w:b/>
        </w:rPr>
        <w:t xml:space="preserve">[1:00:32] </w:t>
      </w:r>
      <w:r>
        <w:t>khushu se aadmi ki namaz kam hoti hai, ziyada hoti hai. form mein kami beshi to relate wohay, woh halaat ke aitbar se hoti hai. wuzu karne ka moqa na ho to aadmi tayammum karta hai.</w:t>
      </w:r>
    </w:p>
    <w:p>
      <w:pPr>
        <w:jc w:val="right"/>
      </w:pPr>
      <w:r>
        <w:t>خشوعسےآدمیکینمازکمہوتیہے،زیادہ ہوتیہے۔ فارممیں کمیبیشیتو ریلیٹوہے، وہحالاتکےاعتبارسےہوتیہے۔ وضو کرنے کاموقعنہہوتوآدمیتیم مکرتاہے۔</w:t>
      </w:r>
    </w:p>
    <w:p>
      <w:r>
        <w:rPr>
          <w:b/>
        </w:rPr>
        <w:t xml:space="preserve">[1:00:46] </w:t>
      </w:r>
      <w:r>
        <w:t>is tareeqay se kharay honay ka moqa na ho to beth kar parhay ga. jis ne yeh masla bataya, bilkul ghalat masla bataya aap ko.</w:t>
      </w:r>
    </w:p>
    <w:p>
      <w:pPr>
        <w:jc w:val="right"/>
      </w:pPr>
      <w:r>
        <w:t>اسطریقےسے کھڑےہونے کاموقعنہہوتوبیٹھکرپڑھےگا۔ جسنےیہمسئلہبتایا،بالکلغلطمسئلہبتایاآپکو۔</w:t>
      </w:r>
    </w:p>
    <w:p>
      <w:r>
        <w:rPr>
          <w:b/>
        </w:rPr>
        <w:t xml:space="preserve">[1:00:58] </w:t>
      </w:r>
      <w:r>
        <w:t>yeh hai anادر koi question chahta Maulana. kindly outline the step by step approach for Islamization of Muslims in America.</w:t>
      </w:r>
    </w:p>
    <w:p>
      <w:pPr>
        <w:jc w:val="right"/>
      </w:pPr>
      <w:r>
        <w:t>ہیہیزانادرکوئسچن وچاز مولانا۔کائنڈلیآؤٹلائن داسٹیپبائیسٹیپ اپروچ فار اسلام ائزیشن آف مسلم ز ان امریک ہ۔</w:t>
      </w:r>
    </w:p>
    <w:p>
      <w:r>
        <w:rPr>
          <w:b/>
        </w:rPr>
        <w:t xml:space="preserve">[1:01:13] </w:t>
      </w:r>
      <w:r>
        <w:t>Daikhen, starting point to har aik ka aik hi hai, chahe non-Muslim ko dawat pohanchani ho ya Musalmanon ko Islamize karna ho.</w:t>
      </w:r>
    </w:p>
    <w:p>
      <w:pPr>
        <w:jc w:val="right"/>
      </w:pPr>
      <w:r>
        <w:t>دیکھیں،سٹارٹنگپوائنٹتو ہرایک کاایکہیہے، چاہےنانمسلمکودعوتپہنچاناہو یا مس لمانوںکو اسلام ائزکرناہو ۔</w:t>
      </w:r>
    </w:p>
    <w:p>
      <w:r>
        <w:rPr>
          <w:b/>
        </w:rPr>
        <w:t xml:space="preserve">[1:01:22] </w:t>
      </w:r>
      <w:r>
        <w:t>woh hai re-engineering of mind.</w:t>
      </w:r>
    </w:p>
    <w:p>
      <w:pPr>
        <w:jc w:val="right"/>
      </w:pPr>
      <w:r>
        <w:t>وہہے ری انجینئرنگآفمائنڈ۔</w:t>
      </w:r>
    </w:p>
    <w:p>
      <w:r>
        <w:rPr>
          <w:b/>
        </w:rPr>
        <w:t xml:space="preserve">[1:01:28] </w:t>
      </w:r>
      <w:r>
        <w:t>yani mind se shuru hoga. koi bhi kaam aaj kal aik grass root ka nazariya chala hua hai. grass root samjhtay hain ke jo awam hotay hain, ghareeb hotay, woh grass root hotay hain.</w:t>
      </w:r>
    </w:p>
    <w:p>
      <w:pPr>
        <w:jc w:val="right"/>
      </w:pPr>
      <w:r>
        <w:t>یعنی مائنڈسےشروعہوگا۔ کوئیبھیکام آجکلایکگراسروٹکانظریہچلاہواہے۔گراسروٹسمجھتےہیں کہجو عوامہوتےہیں،غریبہوتےہیں،وہگراسروٹہوتےہیں۔</w:t>
      </w:r>
    </w:p>
    <w:p>
      <w:r>
        <w:rPr>
          <w:b/>
        </w:rPr>
        <w:t xml:space="preserve">[1:01:43] </w:t>
      </w:r>
      <w:r>
        <w:t>yeh ghalat baat hai. yeh grassroots mind hai. insaan ka mind koi bhi kaam ho, uska grassroots mind hoga. to aap ko shuru karna hoga un ke mind ko address karne se.</w:t>
      </w:r>
    </w:p>
    <w:p>
      <w:pPr>
        <w:jc w:val="right"/>
      </w:pPr>
      <w:r>
        <w:t>یہغلطباتہے۔یہ گراسروٹمائنڈہے۔انسانکامائنڈ کوئیبھیکام ہو،اسکاگراسروٹمائنڈہوگا۔ تو آپ کو شروع کرناہوگا انکے مائنڈکو ایڈریسکرنےسے ۔</w:t>
      </w:r>
    </w:p>
    <w:p>
      <w:r>
        <w:rPr>
          <w:b/>
        </w:rPr>
        <w:t xml:space="preserve">[1:01:58] </w:t>
      </w:r>
      <w:r>
        <w:t>doosri baat yeh hai ke mind ko address karne ka jo aaj kal jo tareeqa hai ke traditional andaaz mein dos and don'ts batatay hain, woh yeh starting point nahi hai.</w:t>
      </w:r>
    </w:p>
    <w:p>
      <w:pPr>
        <w:jc w:val="right"/>
      </w:pPr>
      <w:r>
        <w:t>دوسریباتیہہےکہمائنڈکوایڈریسکرنےکاجوآجکلجوطریقہہے کہٹریڈیشنل اندازمیں ڈوزاینڈڈونٹبتاتےہیں،وہ یہسٹارٹنگپوائنٹنہیںہے۔</w:t>
      </w:r>
    </w:p>
    <w:p>
      <w:r>
        <w:rPr>
          <w:b/>
        </w:rPr>
        <w:t xml:space="preserve">[1:02:09] </w:t>
      </w:r>
      <w:r>
        <w:t>dos and don'ts ki zaban bolna, yeh starting point nahi hai. traditional zaban bolna, yeh woh starting point nahi hai. aap ko aaj ka insaan ka mind ko parhna hoga, modern medium mein in ko address karna hoga,</w:t>
      </w:r>
    </w:p>
    <w:p>
      <w:pPr>
        <w:jc w:val="right"/>
      </w:pPr>
      <w:r>
        <w:t>ڈوزاینڈڈونٹسکیزبان بولنا،یہسٹارٹنگپوائنٹنہیںہے۔ ٹریڈیشنلزبان بولنا،یہوہسٹارٹنگپوائنٹنہیںہے۔ آپ کو آج کاانسان کا مائنڈکوپڑھناہوگا، ماڈرنایڈیممیںانکوایڈریسکرناہوگا،</w:t>
      </w:r>
    </w:p>
    <w:p>
      <w:r>
        <w:rPr>
          <w:b/>
        </w:rPr>
        <w:t xml:space="preserve">[1:02:24] </w:t>
      </w:r>
      <w:r>
        <w:t>warna woh woh kuch kaam nahi hai.</w:t>
      </w:r>
    </w:p>
    <w:p>
      <w:pPr>
        <w:jc w:val="right"/>
      </w:pPr>
      <w:r>
        <w:t>ورنہوہ وہ کچھکام ہینہیںہے۔</w:t>
      </w:r>
    </w:p>
    <w:p>
      <w:r>
        <w:rPr>
          <w:b/>
        </w:rPr>
        <w:t xml:space="preserve">[1:02:29] </w:t>
      </w:r>
      <w:r>
        <w:t>Imam Shafi has written very well that when a matter is presented to a Muslim's intellect, the same matter should be presented. That is, the one you are addressing, the one you are speaking to, read his mind.</w:t>
      </w:r>
    </w:p>
    <w:p>
      <w:pPr>
        <w:jc w:val="right"/>
      </w:pPr>
      <w:r>
        <w:t>امامشاطبینےبہتاچھالکھاہےکہ خصب کے مس لم عقلیپرباتکوپیش کیاجائےتووہیبات پیشکرناہے۔ یعنیجو آپکومدعوہے،جوآپکو مخاطبہے، جسسےآپ بات کررہےہیں، اسکے مائنڈکوپڑھیے۔</w:t>
      </w:r>
    </w:p>
    <w:p>
      <w:r>
        <w:rPr>
          <w:b/>
        </w:rPr>
        <w:t xml:space="preserve">[1:02:47] </w:t>
      </w:r>
      <w:r>
        <w:t>aur mind ko badalne se insaan badalta hai. to starting point har aik ke liye yeh hi rahay ga, chahe woh Muslim ho ya non-Muslim</w:t>
      </w:r>
    </w:p>
    <w:p>
      <w:pPr>
        <w:jc w:val="right"/>
      </w:pPr>
      <w:r>
        <w:t>اور مائنڈکو بدلنےسے انسان بدلتاہے۔ تو سٹارٹنگپوائنٹہرایککےلیےیہیرہےگا،چاہےوہمسلمہویانانمسلم</w:t>
      </w:r>
    </w:p>
    <w:p>
      <w:r>
        <w:rPr>
          <w:b/>
        </w:rPr>
        <w:t xml:space="preserve">[1:02:57] </w:t>
      </w:r>
      <w:r>
        <w:t>ho. koi doosra starting point nahi hai. jab tak aadmi ka tasawwur na paida ho, jab tak aadmi ka mind na badle, jab us ki soch na badle, to koi aur koi aur change us ke andar aaye ga nahi.</w:t>
      </w:r>
    </w:p>
    <w:p>
      <w:pPr>
        <w:jc w:val="right"/>
      </w:pPr>
      <w:r>
        <w:t>ہو۔ کوئیدوسرا سٹارٹنگپوائنٹنہیںہے۔ جب تک آدمیکاتواسپرٹنہپیدا ہو ،جبتک آدمیکامائنڈنہبدلے، جب اسکیسوچنہبدلے، توکوئیاور کوئیاور چینجاسکےاندرآئےگینہیں۔</w:t>
      </w:r>
    </w:p>
    <w:p>
      <w:r>
        <w:rPr>
          <w:b/>
        </w:rPr>
        <w:t xml:space="preserve">[1:03:11] </w:t>
      </w:r>
      <w:r>
        <w:t>aaye ga to aik yani artificial tareeqay par aaye ga, jise koi jise koi value nahi hai. do discuss this question from Mr Nafis Shiraz from Delhi.</w:t>
      </w:r>
    </w:p>
    <w:p>
      <w:pPr>
        <w:jc w:val="right"/>
      </w:pPr>
      <w:r>
        <w:t>آئےگاتو ایک یعنیآرٹیفیشلطریقےپرآئےگا، جسےکوئی جسےکوئیویلیونہیںہے۔ دسکوئسچناز فرام مسٹرنفیسشیراز فرامدہلی۔</w:t>
      </w:r>
    </w:p>
    <w:p>
      <w:r>
        <w:rPr>
          <w:b/>
        </w:rPr>
        <w:t xml:space="preserve">[1:03:23] </w:t>
      </w:r>
      <w:r>
        <w:t>aik sahib ka kehna hai ke jannat sirf intelligent aur bashaoor logon ke rehne ki jagah hai. bewakoofon ko jannat mein nahi dala jaye ga.</w:t>
      </w:r>
    </w:p>
    <w:p>
      <w:pPr>
        <w:jc w:val="right"/>
      </w:pPr>
      <w:r>
        <w:t>ایک صاحبکا کہناہے کہ جن ت صرف انٹیلیجنٹ اور باش عورلوگوںکےرہنےکیجگہہے۔ بےوق وفوںکوجنتمیں نہیں ڈالاجائےگا۔</w:t>
      </w:r>
    </w:p>
    <w:p>
      <w:r>
        <w:rPr>
          <w:b/>
        </w:rPr>
        <w:t xml:space="preserve">[1:03:35] </w:t>
      </w:r>
      <w:r>
        <w:t>kya yeh baat sahi hai ? nahi, bilkul ghalat yeh baat hai. hadith mein aata hai ke ashab al jannat bulun. hadith mein hai ke ashab al jannat bulun.</w:t>
      </w:r>
    </w:p>
    <w:p>
      <w:pPr>
        <w:jc w:val="right"/>
      </w:pPr>
      <w:r>
        <w:t>کیا یہبات صحیحہے ؟ نہیں،بالکلغلطیہباتہے۔ حدیثمیںآتاہےکہاصحاب الجنت بول ون۔ حدیثمیںہےکہاصحاب الجنت بولون۔</w:t>
      </w:r>
    </w:p>
    <w:p>
      <w:r>
        <w:rPr>
          <w:b/>
        </w:rPr>
        <w:t xml:space="preserve">[1:03:47] </w:t>
      </w:r>
      <w:r>
        <w:t>bulun ma'ani seedhay saaday log .</w:t>
      </w:r>
    </w:p>
    <w:p>
      <w:pPr>
        <w:jc w:val="right"/>
      </w:pPr>
      <w:r>
        <w:t>بول ومعنیسیدھےسادھےلوگ ۔</w:t>
      </w:r>
    </w:p>
    <w:p>
      <w:r>
        <w:rPr>
          <w:b/>
        </w:rPr>
        <w:t xml:space="preserve">[1:03:53] </w:t>
      </w:r>
      <w:r>
        <w:t>yeh bilkul ghalat baat hai. daikhen, jannat mein janay ki shart nahzheen hai na behzheen. woh hai ikhlas . chahe koi kitna hi zaheen ho, kitna hi intelligent ho, us se jannat mein nahi pohancha jaye ga. woh asal cheez hai ikhlas.</w:t>
      </w:r>
    </w:p>
    <w:p>
      <w:pPr>
        <w:jc w:val="right"/>
      </w:pPr>
      <w:r>
        <w:t>یہبالکلغلطباتہے۔دیکھیں،جنت میں جانے کی شرطنہذہینہےنہ بےذہین۔ وہہے اخلاص ۔چاہےکوئیکتناہیذہینہو، کتناہیانٹیلیجنٹہو،اسسےجنتمیںنہیںپہنچجائےگا۔وہ اصلچیزہےاخلاص۔</w:t>
      </w:r>
    </w:p>
    <w:p>
      <w:r>
        <w:rPr>
          <w:b/>
        </w:rPr>
        <w:t xml:space="preserve">[1:04:12] </w:t>
      </w:r>
      <w:r>
        <w:t>yani Allah ta'ala ke liye jab aap kaam karenge, sach much sahi ma'ano mein, dil se, woh yani sachay tasawwur ke sath, to woh cheez aap ko jannat mein le jaye gi.</w:t>
      </w:r>
    </w:p>
    <w:p>
      <w:pPr>
        <w:jc w:val="right"/>
      </w:pPr>
      <w:r>
        <w:t>یعنیاللہ تعالی کےلیےجبآپکامکریںگے، سچمچصحیحمعنوںمیں ،دلسے، وہ یعنی سچیاسپرٹکےساتھ، تووہچیزآپکوجنتمیںلےجائےگی۔</w:t>
      </w:r>
    </w:p>
    <w:p>
      <w:r>
        <w:rPr>
          <w:b/>
        </w:rPr>
        <w:t xml:space="preserve">[1:04:25] </w:t>
      </w:r>
      <w:r>
        <w:t>to</w:t>
      </w:r>
    </w:p>
    <w:p>
      <w:pPr>
        <w:jc w:val="right"/>
      </w:pPr>
      <w:r>
        <w:t>تو</w:t>
      </w:r>
    </w:p>
    <w:p>
      <w:r>
        <w:rPr>
          <w:b/>
        </w:rPr>
        <w:t xml:space="preserve">[1:04:26] </w:t>
      </w:r>
      <w:r>
        <w:t>jannat mein enter honay ki shart jo hai, woh ikhlas hai. ikhlas jisko quran mein kaha hai: ibtigha' rizwan Allah. ibtigha' rizwan Allah yani Allah ki ki raza hasil karne ke liye kaam karna.</w:t>
      </w:r>
    </w:p>
    <w:p>
      <w:pPr>
        <w:jc w:val="right"/>
      </w:pPr>
      <w:r>
        <w:t>جنت میں انٹرہونے کیشرطجوہے،وہاخلاصہے۔ اخلاص جسکوقرآنمیںکہاہے:ابتغاء رضوان اللہ۔ ابتغاءرضواناللہیعنیاللہ کی کی ر ضاحاصل کرنے کےلیےکامکرنا۔</w:t>
      </w:r>
    </w:p>
    <w:p>
      <w:r>
        <w:rPr>
          <w:b/>
        </w:rPr>
        <w:t xml:space="preserve">[1:04:43] </w:t>
      </w:r>
      <w:r>
        <w:t>albata jannat mein darjay honge. quran mein khud do darjay likhay hue hain: jannatan . hadith mein hai ke do sau darjay honge.</w:t>
      </w:r>
    </w:p>
    <w:p>
      <w:pPr>
        <w:jc w:val="right"/>
      </w:pPr>
      <w:r>
        <w:t>البتہجنتمیں درجےہوںگے۔ قرآنمیںخود دودرجےلکھےہوئےہیں: جن تان ۔حدیثمیںہےکہ دو سودرجےہوںگے۔</w:t>
      </w:r>
    </w:p>
    <w:p>
      <w:r>
        <w:rPr>
          <w:b/>
        </w:rPr>
        <w:t xml:space="preserve">[1:04:53] </w:t>
      </w:r>
      <w:r>
        <w:t>to darjaat-e-taqseem jo hai, woh bhi ikhlaas ke aitbaar se hogi, zaheen aur ghair zaheen ke aitbaar se nahi hogi.</w:t>
      </w:r>
    </w:p>
    <w:p>
      <w:pPr>
        <w:jc w:val="right"/>
      </w:pPr>
      <w:r>
        <w:t>تو درج اتکیتقسیمجوہے،وہبھیاخلاصکےاعتبارسےہوگی، ذہیناور غیر ذہینکےاعتبارسےنہیںہوگی۔</w:t>
      </w:r>
    </w:p>
    <w:p>
      <w:r>
        <w:rPr>
          <w:b/>
        </w:rPr>
        <w:t xml:space="preserve">[1:05:04] </w:t>
      </w:r>
      <w:r>
        <w:t>to asal cheez jo hai, yaad rakhiye, ikhlaas hai. ibtighaa-e-rizwaan Allah hai. koi shakhs Allah se kitna darta hai, Allah se kitni mohabbat karta hai, Allah ko isne kitna zyada apna qanzoor banaya hai,</w:t>
      </w:r>
    </w:p>
    <w:p>
      <w:pPr>
        <w:jc w:val="right"/>
      </w:pPr>
      <w:r>
        <w:t>تو اصلچیزجوہے،یادرکھیے،اخلاصہے۔ ابتغاءرضوان اللہہے۔ کوئیشخص اللہسے کتنا ڈرتاہے، اللہ سے کتنیمحبتکرتاہے، اللہ کو اسنےکتنازیادہاپناکنسرنبنایاہے،</w:t>
      </w:r>
    </w:p>
    <w:p>
      <w:r>
        <w:rPr>
          <w:b/>
        </w:rPr>
        <w:t xml:space="preserve">[1:05:19] </w:t>
      </w:r>
      <w:r>
        <w:t>un cheezon se faisla hoga jannat ka.</w:t>
      </w:r>
    </w:p>
    <w:p>
      <w:pPr>
        <w:jc w:val="right"/>
      </w:pPr>
      <w:r>
        <w:t>انچیزوںسے فیصلہہوگا جنتکا ۔</w:t>
      </w:r>
    </w:p>
    <w:p>
      <w:r>
        <w:rPr>
          <w:b/>
        </w:rPr>
        <w:t xml:space="preserve">[1:05:25] </w:t>
      </w:r>
      <w:r>
        <w:t>hazrat next question: isaiyon aur hinduo ka maqsad-e-hayat kya hai? yeh toh unhi se poochhiye.</w:t>
      </w:r>
    </w:p>
    <w:p>
      <w:pPr>
        <w:jc w:val="right"/>
      </w:pPr>
      <w:r>
        <w:t>ہزنیکسٹکوئسچناز: عیسائیوں اور ہندو ؤںکا مقصد حیات کیا ہے ؟ یہتوانہیسےپوچھیے۔</w:t>
      </w:r>
    </w:p>
    <w:p>
      <w:r>
        <w:rPr>
          <w:b/>
        </w:rPr>
        <w:t xml:space="preserve">[1:05:35] </w:t>
      </w:r>
      <w:r>
        <w:t>main kaise bataunga? aap ke paas koi na koi isai mil jayega, koi na koi hindu mil jayega, aur usse poochhiye. hum kaise bata sakte hain? aap bataiye.</w:t>
      </w:r>
    </w:p>
    <w:p>
      <w:pPr>
        <w:jc w:val="right"/>
      </w:pPr>
      <w:r>
        <w:t>میںکیسےبتاؤںگا؟ آپ کےاسپاسکوئینہکوئیعیسائیملجائےگا،کوئینہکوئیہندو ملجائےگا، اوراسسےپوچھیے۔ ہمکیسےبتاسکتےہیں؟آپبتائیے۔</w:t>
      </w:r>
    </w:p>
    <w:p>
      <w:r>
        <w:rPr>
          <w:b/>
        </w:rPr>
        <w:t xml:space="preserve">[1:05:48] </w:t>
      </w:r>
      <w:r>
        <w:t>albatta main yeh zaroor kahunga ke musalmanon mein ek waham hai, waham ke sab hamare dushman hain. kehte hain sach bhi dushman nahi, hindu bhi dushman nahi, yeh wadi bhi dushman nahi, America bhi dushman nahi.</w:t>
      </w:r>
    </w:p>
    <w:p>
      <w:pPr>
        <w:jc w:val="right"/>
      </w:pPr>
      <w:r>
        <w:t>البتہمیںیہضرورکہوںگا کہ مس لمانوںمیں ایک ایک ایک ایکوہمہے،وہم کہسب ہمارےدشمنہیں۔ کہکرسچنبھیدشمنہیں،ہندو بھیدشمنہیں،یہ ودیبھیدشمنہیں،امریکہبھیدشمنہیں۔</w:t>
      </w:r>
    </w:p>
    <w:p>
      <w:r>
        <w:rPr>
          <w:b/>
        </w:rPr>
        <w:t xml:space="preserve">[1:06:00] </w:t>
      </w:r>
      <w:r>
        <w:t>yeh bilkul absurd baat hai. yeh main keh sakta hoon, koi bhi hamara dushman nahi hai. har aadmi insaan hai.</w:t>
      </w:r>
    </w:p>
    <w:p>
      <w:pPr>
        <w:jc w:val="right"/>
      </w:pPr>
      <w:r>
        <w:t>یہبالکل ایبسورڈباتہے۔ یہمیںکہہسکتاہوں،کوئیبھی ہمارادشمننہیںہے۔ ہرآدمیانسان ہے۔</w:t>
      </w:r>
    </w:p>
    <w:p>
      <w:r>
        <w:rPr>
          <w:b/>
        </w:rPr>
        <w:t xml:space="preserve">[1:06:10] </w:t>
      </w:r>
      <w:r>
        <w:t>to main samajhta hoon ke momin hone ki pehli pehchan is zamane mein khaas taur par yeh hai ke aap har insaan ko insaan ke roop mein dekhein. jaise Rasool Allah ne farmaya tha yahoodi ke baare mein ke: "alihi nafs" kya woh insaan nahi ?</w:t>
      </w:r>
    </w:p>
    <w:p>
      <w:pPr>
        <w:jc w:val="right"/>
      </w:pPr>
      <w:r>
        <w:t>تو میںسمجھتاہوںکہ مومنہونے کیپہلیپہچاناسزمانےمیںخاصطورپریہہےکہآپ ہرانسانکو انسان کےروپمیںدیکھیں۔ جیسےرسولاللہنےفرمایاتھاایکیہودیکےبارےمیں کہ :"علیہنفس ا "کیاوہانسان نہیں ؟</w:t>
      </w:r>
    </w:p>
    <w:p>
      <w:r>
        <w:rPr>
          <w:b/>
        </w:rPr>
        <w:t xml:space="preserve">[1:06:28] </w:t>
      </w:r>
      <w:r>
        <w:t>to main samajhta hoon ke uska imaan mojtaba hai jo logon ko insaan ke roop mein na dekh sake. sab ko insaan samjhiye.</w:t>
      </w:r>
    </w:p>
    <w:p>
      <w:pPr>
        <w:jc w:val="right"/>
      </w:pPr>
      <w:r>
        <w:t>تومیںسمجھتاہوںکہ اسکا ایمانی مجتبہہے جو لوگوںکوانسان کےروپمیںنہدیکھسکے۔ سبکو انسان سمجھیے۔</w:t>
      </w:r>
    </w:p>
    <w:p>
      <w:r>
        <w:rPr>
          <w:b/>
        </w:rPr>
        <w:t xml:space="preserve">[1:06:39] </w:t>
      </w:r>
      <w:r>
        <w:t>sab ke insaan ek saath taur par sab ke khair khwah baniye. sab ke wali-o-sharab baniye. sab ko insaan samjhiye. sab ko izzat dijiye.</w:t>
      </w:r>
    </w:p>
    <w:p>
      <w:pPr>
        <w:jc w:val="right"/>
      </w:pPr>
      <w:r>
        <w:t>سب کے انسان ایکساتھطورپرسبکے خیرخواہبنی ے۔ سبکے ولیوشربنی ے۔ سب کوانسان سمجھیے۔سبکو عزتدیجئے۔</w:t>
      </w:r>
    </w:p>
    <w:p>
      <w:r>
        <w:rPr>
          <w:b/>
        </w:rPr>
        <w:t xml:space="preserve">[1:06:49] </w:t>
      </w:r>
      <w:r>
        <w:t>yeh hai imaan ki pehli shart is zamane mein khaas taur par, kyunke aaj kal phaila hua hai waham ke sab dushman hain hamare. yeh jhootha waham hai. koi dushman nahi hamara.</w:t>
      </w:r>
    </w:p>
    <w:p>
      <w:pPr>
        <w:jc w:val="right"/>
      </w:pPr>
      <w:r>
        <w:t>یہہے ایمانکیپہلیشرطاسزمانےمیںخاصطورپر ،کیونکہآجکلپھیلاہواہےایکوہم کہسبدشمنہیںہمارےہیں۔ یہ جھوٹاوہمہے۔کوئیدشمننہیںہمارا۔</w:t>
      </w:r>
    </w:p>
    <w:p>
      <w:r>
        <w:rPr>
          <w:b/>
        </w:rPr>
        <w:t xml:space="preserve">[1:07:02] </w:t>
      </w:r>
      <w:r>
        <w:t>koi bhi dushman nahi hai.</w:t>
      </w:r>
    </w:p>
    <w:p>
      <w:pPr>
        <w:jc w:val="right"/>
      </w:pPr>
      <w:r>
        <w:t>کوئی بھیدشمننہیں ہے۔</w:t>
      </w:r>
    </w:p>
    <w:p>
      <w:r>
        <w:rPr>
          <w:b/>
        </w:rPr>
        <w:t xml:space="preserve">[1:07:04] </w:t>
      </w:r>
      <w:r>
        <w:t>to main samajhta hoon ke yeh bahut hi zaroori hai ke har musalman apna jaiza le ke kya woh logon ko insaan samajhta hai ke dushman samajhta hai. agar sach much aap dil se samjhein ke har aadmi isi tarah insaan hai jis tarah main insaan hoon, aur aap uske wali-o-sharab baniye, uske khair khwah baniye, tabhi imaan ka aaghaz hoga. warna imaan mojtaba hai mere nazdeek to.</w:t>
      </w:r>
    </w:p>
    <w:p>
      <w:pPr>
        <w:jc w:val="right"/>
      </w:pPr>
      <w:r>
        <w:t>تومیںسمجھتاہوںکہیہبہت ہیضروریہےکہہر مسلمان اپناجائزہلے کہ کیا وہلوگوںکوانسانسمجھتاہےکہدشمنسمجھتاہے۔ اگر سچمچآپدلسےسمجھیںکہ ہرآدمیاسیطرحانسانہے جسطرحمیںانسانہوں، اورآپ اسکےولیوشربنیں، اسکےخیرخواہبنیں، تبھیایمانکاآغاز ہوگا۔ورنہایمانیمجتبہہےمیرےنزدیکتو۔</w:t>
      </w:r>
    </w:p>
    <w:p>
      <w:r>
        <w:rPr>
          <w:b/>
        </w:rPr>
        <w:t xml:space="preserve">[1:07:30] </w:t>
      </w:r>
      <w:r>
        <w:t>next question from Mr Abdul Basit from Doha</w:t>
      </w:r>
    </w:p>
    <w:p>
      <w:pPr>
        <w:jc w:val="right"/>
      </w:pPr>
      <w:r>
        <w:t>دسکوئسچناز فرام مسٹرعبدالب اسط فرامدوحہ</w:t>
      </w:r>
    </w:p>
    <w:p>
      <w:r>
        <w:rPr>
          <w:b/>
        </w:rPr>
        <w:t xml:space="preserve">[1:07:34] </w:t>
      </w:r>
      <w:r>
        <w:t>Molana, is liye kyun hai ke is duniya mein insaan apne dimagh ka sirf kuch hissa istemal karta hai aur iska sirf aakhirat mein woh mukammal istemal kar sakega?</w:t>
      </w:r>
    </w:p>
    <w:p>
      <w:pPr>
        <w:jc w:val="right"/>
      </w:pPr>
      <w:r>
        <w:t>۔ مول انا، ایساکیوںہے کہ اس دنیا میں انسان اپنے دماغکا صرف کچھ حصہ استعمال کرتاہے اور اسکوصرف آخرتمیں وہ مک مل استعمال کرسکےگا؟</w:t>
      </w:r>
    </w:p>
    <w:p>
      <w:r>
        <w:rPr>
          <w:b/>
        </w:rPr>
        <w:t xml:space="preserve">[1:07:48] </w:t>
      </w:r>
      <w:r>
        <w:t>koi khaas wajah? yeh toh Allah Ta'ala ka creation plan hai. Allah Ta'ala ne is duniya ko selection ke liye banaya hai.</w:t>
      </w:r>
    </w:p>
    <w:p>
      <w:pPr>
        <w:jc w:val="right"/>
      </w:pPr>
      <w:r>
        <w:t>کوئی خاص وجہ ؟یہتواللہ تعالیکا کریشنپلانہے۔ اللہ تعالی نے اسدنیا کو سلیکشنکےلیےبنایاہے۔</w:t>
      </w:r>
    </w:p>
    <w:p>
      <w:r>
        <w:rPr>
          <w:b/>
        </w:rPr>
        <w:t xml:space="preserve">[1:08:01] </w:t>
      </w:r>
      <w:r>
        <w:t>yahan yeh selecting ground hai. yeh</w:t>
      </w:r>
    </w:p>
    <w:p>
      <w:pPr>
        <w:jc w:val="right"/>
      </w:pPr>
      <w:r>
        <w:t>یہاں یہسلیکٹنگگراؤنڈہے۔یہ</w:t>
      </w:r>
    </w:p>
    <w:p>
      <w:r>
        <w:rPr>
          <w:b/>
        </w:rPr>
        <w:t xml:space="preserve">[1:08:05] </w:t>
      </w:r>
      <w:r>
        <w:t>to yahan achhe bure sab honge. dekhiye, jab azaadi di gayi insaan ko toh achhe bure sab honge. jahan achhe bure sab hon, wahan kaise istemal poora ho sakta hai?</w:t>
      </w:r>
    </w:p>
    <w:p>
      <w:pPr>
        <w:jc w:val="right"/>
      </w:pPr>
      <w:r>
        <w:t>تویہاں اچھےبرےسبرہیںگے۔ دیکھیں،جب آزادیدیگئیانسانکوتواچھےبرےسبرہیںگے۔ جہاںاچھےبرےسبہوں،وہاں کیسےاستعمال پوراہوسکتاہے؟</w:t>
      </w:r>
    </w:p>
    <w:p>
      <w:r>
        <w:rPr>
          <w:b/>
        </w:rPr>
        <w:t xml:space="preserve">[1:08:17] </w:t>
      </w:r>
      <w:r>
        <w:t>jahan achhe bure sab log maujood hon to wahan poora istemal mumkin nahi hai. koi goal maar dega, koi bomb explode kar dega, koi kuch karega, koi corruption karega.</w:t>
      </w:r>
    </w:p>
    <w:p>
      <w:pPr>
        <w:jc w:val="right"/>
      </w:pPr>
      <w:r>
        <w:t>جہاںاچھےبرےسبلوگموجود ہوں تو وہاںپورااستعمال ممکنہینہیںہے۔ کوئیگولیماردےگا،کوئیبم بم ایکسپلوٹکردےگا،کوئیکچھکرےگا، کوئی کرپشنکرےگا۔</w:t>
      </w:r>
    </w:p>
    <w:p>
      <w:r>
        <w:rPr>
          <w:b/>
        </w:rPr>
        <w:t xml:space="preserve">[1:08:32] </w:t>
      </w:r>
      <w:r>
        <w:t>to yahan toh mumkin nahi hai. woh mumkin hai us waqt jahan aise log hon, jahan sab selected log hon, selected log.</w:t>
      </w:r>
    </w:p>
    <w:p>
      <w:pPr>
        <w:jc w:val="right"/>
      </w:pPr>
      <w:r>
        <w:t>تویہاںتو ممکنہینہیںہے۔ وہ ممکنہےاسوقت جہاںایسےلوگہوں،جہاں سب سلیکٹڈلوگہوں،سلیکٹڈلوگ ۔</w:t>
      </w:r>
    </w:p>
    <w:p>
      <w:r>
        <w:rPr>
          <w:b/>
        </w:rPr>
        <w:t xml:space="preserve">[1:08:43] </w:t>
      </w:r>
      <w:r>
        <w:t>to wahan poora muqammal hoga. phir wahan angels honge.</w:t>
      </w:r>
    </w:p>
    <w:p>
      <w:pPr>
        <w:jc w:val="right"/>
      </w:pPr>
      <w:r>
        <w:t>تووہاںپوراموقعملےگا۔ پھروہاںاینجلزہوںگے۔</w:t>
      </w:r>
    </w:p>
    <w:p>
      <w:r>
        <w:rPr>
          <w:b/>
        </w:rPr>
        <w:t xml:space="preserve">[1:08:47] </w:t>
      </w:r>
      <w:r>
        <w:t>aap ghaur kijiye ke jahan aise log hon ke woh aapse hasad karein, aap ke saath dushmani karein, aap ko bomb maarein, aap ko goal maarein, to aap kaise kaam karenge?</w:t>
      </w:r>
    </w:p>
    <w:p>
      <w:pPr>
        <w:jc w:val="right"/>
      </w:pPr>
      <w:r>
        <w:t>آپغورکیجئےکہجہاں ایسےلوگ ہوں کہ وہ آپ سےحسدکریں، آپ کےساتھدشمنیکریں، آپ کو بم ماریں،آپکوگولیماریں، توآپکیسےکامکریںگے؟</w:t>
      </w:r>
    </w:p>
    <w:p>
      <w:r>
        <w:rPr>
          <w:b/>
        </w:rPr>
        <w:t xml:space="preserve">[1:09:01] </w:t>
      </w:r>
      <w:r>
        <w:t>apne potential ko actual kaise banayenge? aap</w:t>
      </w:r>
    </w:p>
    <w:p>
      <w:pPr>
        <w:jc w:val="right"/>
      </w:pPr>
      <w:r>
        <w:t>اپنے پوٹینشلکوایکچولکیسےبنائیںگے؟آپ</w:t>
      </w:r>
    </w:p>
    <w:p>
      <w:r>
        <w:rPr>
          <w:b/>
        </w:rPr>
        <w:t xml:space="preserve">[1:09:06] </w:t>
      </w:r>
      <w:r>
        <w:t>aap tarraqi karein, koi hasad karne lagega, aap aage badhenge, koi wahan bomb maar dega. is duniya mein apne potential ko aap actual bana nahi sakte.</w:t>
      </w:r>
    </w:p>
    <w:p>
      <w:pPr>
        <w:jc w:val="right"/>
      </w:pPr>
      <w:r>
        <w:t>آپ تر قیکریں،کوئیحسدکرنےلگےگا، آپآگےبڑھیںگے،کوئیوہاںبمماردےگا۔ اسدنیا میں اپنے پوٹینشلکوآپایکچولبنائینہیںسکتے۔</w:t>
      </w:r>
    </w:p>
    <w:p>
      <w:r>
        <w:rPr>
          <w:b/>
        </w:rPr>
        <w:t xml:space="preserve">[1:09:16] </w:t>
      </w:r>
      <w:r>
        <w:t>doosri baat, isi liye yeh duniya limited hai. yahan par saare mauqe nahi hain. to Allah Ta'ala ne jo naqsha banaya hai, jo Allah Ta'ala ka jo kaise plan hai, wohi yeh hai ke yahan par sab log basaye jayein, achhe bure sab apne select kar liya jaye un mein se</w:t>
      </w:r>
    </w:p>
    <w:p>
      <w:pPr>
        <w:jc w:val="right"/>
      </w:pPr>
      <w:r>
        <w:t>دوسریبات،اسیلیے یہدنیا لمیٹڈہے۔ یہاںپر سارےمواقعنہیںہیں۔ تواللہ تعالینےجو نقش ہبنایاہے،جو اللہتعالیکاجوکیسےپلانہے،وہیہہےکہیہاںپر سبلوگبسائےجائیں، اچھےبرےسب اپنے سلیکٹکرلیاجائےانمیںسے</w:t>
      </w:r>
    </w:p>
    <w:p>
      <w:r>
        <w:rPr>
          <w:b/>
        </w:rPr>
        <w:t xml:space="preserve">[1:09:33] </w:t>
      </w:r>
      <w:r>
        <w:t>jo woh log hain jo waqe'i yani correct walay hain, discipline walay hain, khuda se darne walay hain, khuda se muhabbat karne walay hain, khuda ko apna concern bananay walay log hain.</w:t>
      </w:r>
    </w:p>
    <w:p>
      <w:pPr>
        <w:jc w:val="right"/>
      </w:pPr>
      <w:r>
        <w:t>جووہلوگہیںجو واقع ی یعنی کریکٹروالےہیں،ڈسپلنوالے ہیں، خداسےڈرنےوالے ہیں،خداسےمحبتکرنےوالے ہیں، خدا کواپناکنسرنبنانےوالےلوگہیں۔</w:t>
      </w:r>
    </w:p>
    <w:p>
      <w:r>
        <w:rPr>
          <w:b/>
        </w:rPr>
        <w:t xml:space="preserve">[1:09:45] </w:t>
      </w:r>
      <w:r>
        <w:t>inko select kar liya jaye. baqi logon ko kooda khane mein daal diya jaye. in logon ko mauqa diya jaye ke woh doosri duniya mein, jo bohat hi wasee' hogi, jahan angel aap ka sath den ge,</w:t>
      </w:r>
    </w:p>
    <w:p>
      <w:pPr>
        <w:jc w:val="right"/>
      </w:pPr>
      <w:r>
        <w:t>انکو سلیکٹکرلیاجائے۔ باقیلوگوںکو کوڑاخانےمیںڈالدیا جائے۔ انلوگوںکوموقعدیاجائےکہوہ دوسریدنیا میں، جوبہت ہی واسٹہوگی، جہاںاینجل آپکاساتھ دیںگے،</w:t>
      </w:r>
    </w:p>
    <w:p>
      <w:r>
        <w:rPr>
          <w:b/>
        </w:rPr>
        <w:t xml:space="preserve">[1:10:01] </w:t>
      </w:r>
      <w:r>
        <w:t>jahan sari opportunities aap ko khul rahi hongi, khul rahi hongi, khul rahi hongi, aur wahan koi ghalat aadmi nahi hoga jo aap ke plan ko bigare.</w:t>
      </w:r>
    </w:p>
    <w:p>
      <w:pPr>
        <w:jc w:val="right"/>
      </w:pPr>
      <w:r>
        <w:t>جہاںساریاپرچونیٹیزآپکو کھلیرہیںگی،کھلیرہیںگی،کھلیرہیںگی، اوروہاںکوئی غلطآدمینہیںہوگاجوآپکے پلانکوبگاڑے۔</w:t>
      </w:r>
    </w:p>
    <w:p>
      <w:r>
        <w:rPr>
          <w:b/>
        </w:rPr>
        <w:t xml:space="preserve">[1:10:11] </w:t>
      </w:r>
      <w:r>
        <w:t>to wohi sab potential woh avail kiya ja sake ga. yahan kaise ho sakta hai?</w:t>
      </w:r>
    </w:p>
    <w:p>
      <w:pPr>
        <w:jc w:val="right"/>
      </w:pPr>
      <w:r>
        <w:t>تووہی سبپوٹینشل وہ اویلکیا جاسکےگا۔یہاںکیسےہوسکتاہے؟</w:t>
      </w:r>
    </w:p>
    <w:p>
      <w:r>
        <w:rPr>
          <w:b/>
        </w:rPr>
        <w:t xml:space="preserve">[1:10:21] </w:t>
      </w:r>
      <w:r>
        <w:t>discussion is from Mr. Abdul Hafeez Faramdheli.</w:t>
      </w:r>
    </w:p>
    <w:p>
      <w:pPr>
        <w:jc w:val="right"/>
      </w:pPr>
      <w:r>
        <w:t>دسکوئسچناز فر ام مسٹر عبدالحفیظفرامدہلی۔</w:t>
      </w:r>
    </w:p>
    <w:p>
      <w:r>
        <w:rPr>
          <w:b/>
        </w:rPr>
        <w:t xml:space="preserve">[1:10:27] </w:t>
      </w:r>
      <w:r>
        <w:t>jo log akhirat tak dinya ke liye select kiye jayen ge, kya unke selection ka mayar sirf mind ka istemal hoga?</w:t>
      </w:r>
    </w:p>
    <w:p>
      <w:pPr>
        <w:jc w:val="right"/>
      </w:pPr>
      <w:r>
        <w:t>جو لوگ آخرتکیدنیا کےلیے سلیکٹکیےجائیںگے ،کیا انکے سلیکشن کا مع یار صرف مائنڈکا استعمال ہوگا؟</w:t>
      </w:r>
    </w:p>
    <w:p>
      <w:r>
        <w:rPr>
          <w:b/>
        </w:rPr>
        <w:t xml:space="preserve">[1:10:37] </w:t>
      </w:r>
      <w:r>
        <w:t>jo log is dinya mein zyada se zyada apne mind ka istemal karen ge, wohi log akhirat ki factory ko chalane ke mustahiq qarar payen ge, aur baqi log na'ahil qarar payen ge.</w:t>
      </w:r>
    </w:p>
    <w:p>
      <w:pPr>
        <w:jc w:val="right"/>
      </w:pPr>
      <w:r>
        <w:t>جو لوگ اس دنیا میں زیادہ سے زیادہ اپنے مائنڈکا استعمال کریںگے، وہیلوگ آخرتکی فیکٹریکوچلانےکے مستحق قرار پائیںگے، اور بقیہلوگ نا اہل قرار پائیںگے۔</w:t>
      </w:r>
    </w:p>
    <w:p>
      <w:r>
        <w:rPr>
          <w:b/>
        </w:rPr>
        <w:t xml:space="preserve">[1:10:52] </w:t>
      </w:r>
      <w:r>
        <w:t>A</w:t>
      </w:r>
    </w:p>
    <w:p>
      <w:pPr>
        <w:jc w:val="right"/>
      </w:pPr>
      <w:r>
        <w:t>ای</w:t>
      </w:r>
    </w:p>
    <w:p>
      <w:r>
        <w:rPr>
          <w:b/>
        </w:rPr>
        <w:t xml:space="preserve">[1:10:53] </w:t>
      </w:r>
      <w:r>
        <w:t>is hal tum mein in na'ahil logon ka anjam kya hoga? yani mind ke istemal ki baat nahi hai. yeh baat nahi hai ke mind ko jo zyada istemal kare ga, woh jannat mein jaye ga. aisa kuch bhi nahi hai.</w:t>
      </w:r>
    </w:p>
    <w:p>
      <w:pPr>
        <w:jc w:val="right"/>
      </w:pPr>
      <w:r>
        <w:t>سیحال تمیں ان نا اہل لوگوںکا انجام کیا ہوگا؟ یعنی مائنڈکےاستعمال کیباتنہیں ہے۔ یہباتنہیںہے کہمائنڈکوجو زیادہ استعمال کرےگا،وہجنتمیںجائےگا۔ایساکچھبھینہیںہے۔</w:t>
      </w:r>
    </w:p>
    <w:p>
      <w:r>
        <w:rPr>
          <w:b/>
        </w:rPr>
        <w:t xml:space="preserve">[1:11:11] </w:t>
      </w:r>
      <w:r>
        <w:t>jo Allah ke aage surrender kare ga, jo Allah ke kisi plan ko manay ga, jo Allah ki guidance ke mutabiq dinya mein chalay ga, uska selection hoga.</w:t>
      </w:r>
    </w:p>
    <w:p>
      <w:pPr>
        <w:jc w:val="right"/>
      </w:pPr>
      <w:r>
        <w:t>جو اللہ کےآگے سرینڈرکرےگا، جو اللہ کے کسی پلانکو مانےگا، جواللہ کی گائیڈنسکےمطابقدنیامیںچلےگا، اسکا سلیکشنہوگا۔</w:t>
      </w:r>
    </w:p>
    <w:p>
      <w:r>
        <w:rPr>
          <w:b/>
        </w:rPr>
        <w:t xml:space="preserve">[1:11:25] </w:t>
      </w:r>
      <w:r>
        <w:t>mind ka takiya istemal karta hai? nahi, yeh to ek relative baat hai. Khuda ke rastay pe kitna chala, Khuda ke jo criteria hain, usko kitna poora kiya, usne Khuda ko kitna zyada apne concern ban</w:t>
      </w:r>
    </w:p>
    <w:p>
      <w:pPr>
        <w:jc w:val="right"/>
      </w:pPr>
      <w:r>
        <w:t>مائنڈکاتککیا استعمالکرتاہے؟نہیںکہیہتوایک ریلیٹوباتہے۔ خداکےراستےپہکتناچلا، خدا کےجو کرائٹیریاہے،اسکوکتناپوراکیا،اسنے خدا کوکتنازیادہ اپنےکنسرنبن</w:t>
      </w:r>
    </w:p>
    <w:p>
      <w:r>
        <w:rPr>
          <w:b/>
        </w:rPr>
        <w:t xml:space="preserve">[1:11:39] </w:t>
      </w:r>
      <w:r>
        <w:t>aya, usne yeh criteria hoga chalay jane ka. woh is qabil honge ke jo jo divine situation hai, jo hai,</w:t>
      </w:r>
    </w:p>
    <w:p>
      <w:pPr>
        <w:jc w:val="right"/>
      </w:pPr>
      <w:r>
        <w:t>ایا،اسنے یہ کرائٹیریاہوگا چلےجانےکا ۔ وہیاسقابلہوںگےکہ جو جو ڈیوائنسچوئیشنہے، جوہے،</w:t>
      </w:r>
    </w:p>
    <w:p>
      <w:r>
        <w:rPr>
          <w:b/>
        </w:rPr>
        <w:t xml:space="preserve">[1:11:52] </w:t>
      </w:r>
      <w:r>
        <w:t>is mein woh fit ho saken. baqi log fit nahi honge. inko to chhaant kar ke kooda khane mein daal diya jaye ga.</w:t>
      </w:r>
    </w:p>
    <w:p>
      <w:pPr>
        <w:jc w:val="right"/>
      </w:pPr>
      <w:r>
        <w:t>اسمیں وہ فٹہوسکیں۔ باقیلوگفٹہینہیںہوںگے۔ انکوتوچھاڑکرکے کوڑاخانےمیںڈالدیاجائےگا۔</w:t>
      </w:r>
    </w:p>
    <w:p>
      <w:r>
        <w:rPr>
          <w:b/>
        </w:rPr>
        <w:t xml:space="preserve">[1:12:03] </w:t>
      </w:r>
      <w:r>
        <w:t>discussion is from Mrs. Razia Faramdheli.</w:t>
      </w:r>
    </w:p>
    <w:p>
      <w:pPr>
        <w:jc w:val="right"/>
      </w:pPr>
      <w:r>
        <w:t>دسکوئسچناز فرام مس راضیہفرامدہلی۔</w:t>
      </w:r>
    </w:p>
    <w:p>
      <w:r>
        <w:rPr>
          <w:b/>
        </w:rPr>
        <w:t xml:space="preserve">[1:12:07] </w:t>
      </w:r>
      <w:r>
        <w:t>working on a group on various divergent views or opinions about performing a certain task. If a member presses upon a certain way of working, which they are not in favor of, it creates negativity within the group.</w:t>
      </w:r>
    </w:p>
    <w:p>
      <w:pPr>
        <w:jc w:val="right"/>
      </w:pPr>
      <w:r>
        <w:t>ورکنگاناگروپ ان ویریبلیارائزز ڈائیورجنٹویوز اور اوپینینز اباؤٹ پرفارمنگ اسرٹنٹاسک۔ اف اممبر پریسزاپون اسرٹنوےاف ورکنگ،وچدیادر زار ناٹانفی وراف ، اٹکریٹس نیگیٹیوٹی ودانداگروپ۔</w:t>
      </w:r>
    </w:p>
    <w:p>
      <w:r>
        <w:rPr>
          <w:b/>
        </w:rPr>
        <w:t xml:space="preserve">[1:12:26] </w:t>
      </w:r>
      <w:r>
        <w:t>What should be done in such a situation to retain positivity within the group? Dekhen, negativity kyun paida hoti hai?</w:t>
      </w:r>
    </w:p>
    <w:p>
      <w:pPr>
        <w:jc w:val="right"/>
      </w:pPr>
      <w:r>
        <w:t>واٹشوڈبیڈن ان سچاسچوی شن ٹوریٹین پوزیٹیوٹیودانداگروپ؟ دیکھیں، نیگیٹیوٹیکیوںپیدا ہوتیہے؟</w:t>
      </w:r>
    </w:p>
    <w:p>
      <w:r>
        <w:rPr>
          <w:b/>
        </w:rPr>
        <w:t xml:space="preserve">[1:12:36] </w:t>
      </w:r>
      <w:r>
        <w:t>yeh hai ke doosron ko hum accept nahi karna chahte. aap adjust kijiye, wahan aap nahi kyun chalana chahte? Dekhen, aap shun do mein se aise mauqe par aap shun do mein se ek ka hota hai:</w:t>
      </w:r>
    </w:p>
    <w:p>
      <w:pPr>
        <w:jc w:val="right"/>
      </w:pPr>
      <w:r>
        <w:t>یہہےکہدوسروںکوہمایکسیپٹنہیںکرناچاہتے۔ آپ ایڈجسٹکیجئے،وہاں آپنہیںکیوںچلاناچاہتے ؟ دیکھیں،آپ شن دو میںسےایسےموقعپرآپشندومیںسےایککاہوتاہے:</w:t>
      </w:r>
    </w:p>
    <w:p>
      <w:r>
        <w:rPr>
          <w:b/>
        </w:rPr>
        <w:t xml:space="preserve">[1:12:50] </w:t>
      </w:r>
      <w:r>
        <w:t>ya to aap negativity ban jayen ya accept kar len.</w:t>
      </w:r>
    </w:p>
    <w:p>
      <w:pPr>
        <w:jc w:val="right"/>
      </w:pPr>
      <w:r>
        <w:t>یاتوآپنیگیٹیوبنجائیں یا ایکسیپٹکرلیں۔</w:t>
      </w:r>
    </w:p>
    <w:p>
      <w:r>
        <w:rPr>
          <w:b/>
        </w:rPr>
        <w:t xml:space="preserve">[1:12:55] </w:t>
      </w:r>
      <w:r>
        <w:t>mujhe ek formula bohat pasand hai. America mein ek sahib hain, unka naam hai Sagheer Aslam. woh California mein</w:t>
      </w:r>
    </w:p>
    <w:p>
      <w:pPr>
        <w:jc w:val="right"/>
      </w:pPr>
      <w:r>
        <w:t>مجھےایکفارمولابہتپسندہے۔ امریک ہمیںایکصاحبہیں،انکانامہے صغیراسلم۔ وہ کیلیفورنیامیں</w:t>
      </w:r>
    </w:p>
    <w:p>
      <w:r>
        <w:rPr>
          <w:b/>
        </w:rPr>
        <w:t xml:space="preserve">[1:13:03] </w:t>
      </w:r>
      <w:r>
        <w:t>rehte hain. unka bohat acha formula hai. Chalo, yeh bhi theek hai.</w:t>
      </w:r>
    </w:p>
    <w:p>
      <w:pPr>
        <w:jc w:val="right"/>
      </w:pPr>
      <w:r>
        <w:t>رہتےہیں۔ انکا بہتاچھافارمولاہے۔چلو،یہبھیٹھیکہے۔</w:t>
      </w:r>
    </w:p>
    <w:p>
      <w:r>
        <w:rPr>
          <w:b/>
        </w:rPr>
        <w:t xml:space="preserve">[1:13:10] </w:t>
      </w:r>
      <w:r>
        <w:t>jaise mein unka chand din tha, to ek din aisa hua ke yeh baat hui ke chalen ge park mein tehalne ke liye. kya ho gaya? to phir maine kisi wajah se maine kaha ke nahi bhai, abhi yeh kaam hai, abhi nahi jayen ge.</w:t>
      </w:r>
    </w:p>
    <w:p>
      <w:pPr>
        <w:jc w:val="right"/>
      </w:pPr>
      <w:r>
        <w:t>جیسےمیںانکا چنددنتھا، تو ایکدنایساہوا کہ یہباتہوئیکہچلیںگے پارکمیںٹہلنےکےلیے۔ کیاہوگیا؟توپھر میںنےکسی وجہسےمیںنےکہاکہنہیںبھئی،ابیہکامہے، ابھینہیںجائیںگے۔</w:t>
      </w:r>
    </w:p>
    <w:p>
      <w:r>
        <w:rPr>
          <w:b/>
        </w:rPr>
        <w:t xml:space="preserve">[1:13:25] </w:t>
      </w:r>
      <w:r>
        <w:t>to unhon ne kaha chalo, yeh bhi theek hai. to aap doosron ko accept kijiye.</w:t>
      </w:r>
    </w:p>
    <w:p>
      <w:pPr>
        <w:jc w:val="right"/>
      </w:pPr>
      <w:r>
        <w:t>توانہوںنےکہاچلو،یہبھیٹھیکہے۔ توآپ دوسروںکوایکسیپٹکیجئے۔</w:t>
      </w:r>
    </w:p>
    <w:p>
      <w:r>
        <w:rPr>
          <w:b/>
        </w:rPr>
        <w:t xml:space="preserve">[1:13:31] </w:t>
      </w:r>
      <w:r>
        <w:t>accept na karne ki yeh price deni parti hai ke aap negativity ban jate hain. woh to zyada bhari price hai. negativity banne ki koi zaroorat nahi hai.</w:t>
      </w:r>
    </w:p>
    <w:p>
      <w:pPr>
        <w:jc w:val="right"/>
      </w:pPr>
      <w:r>
        <w:t>ایکسیپٹنہکرنے کییہپرائزدینیپڑتیہےکہ آپ نیگیٹیوبنجاتےہیں۔ وہتوزیادہ بھاریپرائزہے۔ نیگیٹیوبننےکیکوئیضرورتہینہیںہے۔</w:t>
      </w:r>
    </w:p>
    <w:p>
      <w:r>
        <w:rPr>
          <w:b/>
        </w:rPr>
        <w:t xml:space="preserve">[1:13:41] </w:t>
      </w:r>
      <w:r>
        <w:t>aap accept kar lijiye. kal dekhen, chalo, yeh bhi theek hai. Dekhen, ek bohat hi important principle hai ke aap apni personal life mein aap ideal ban sakte hain, lekin aap social life mein ideal nahi ban sakte.</w:t>
      </w:r>
    </w:p>
    <w:p>
      <w:pPr>
        <w:jc w:val="right"/>
      </w:pPr>
      <w:r>
        <w:t>آپایکسیپٹکرلیجئے۔ کلدیکھیں،چلو،یہبھیٹھیکہے۔ دیکھیں،ایکبہت ہیامپورٹنٹپرنسپلیہہےکہآپ اپنی پرسنللائفمیںآپآئیڈیلبنسکتےہیں، لیکن آپ سوشللائفمیںآئیڈیلنہیںبنسکتے۔</w:t>
      </w:r>
    </w:p>
    <w:p>
      <w:r>
        <w:rPr>
          <w:b/>
        </w:rPr>
        <w:t xml:space="preserve">[1:13:58] </w:t>
      </w:r>
      <w:r>
        <w:t>social life mein aap ko practical banna pare ga.</w:t>
      </w:r>
    </w:p>
    <w:p>
      <w:pPr>
        <w:jc w:val="right"/>
      </w:pPr>
      <w:r>
        <w:t>سوشللائفمیںآپکو پریکٹیکلبنناپڑےگا۔</w:t>
      </w:r>
    </w:p>
    <w:p>
      <w:r>
        <w:rPr>
          <w:b/>
        </w:rPr>
        <w:t xml:space="preserve">[1:14:02] </w:t>
      </w:r>
      <w:r>
        <w:t>to best formula yeh hai: apni ideal life mein idealism ikhtiyar kijiye. social life mein practical ban jaiye.</w:t>
      </w:r>
    </w:p>
    <w:p>
      <w:pPr>
        <w:jc w:val="right"/>
      </w:pPr>
      <w:r>
        <w:t>تو بیسٹفارمولایہہے: اپنی آئیڈیللائفمیں آئیڈ یلزم اختیارکیجئے۔ سوشللائفمیں پریکٹیکلبنجائیے۔</w:t>
      </w:r>
    </w:p>
    <w:p>
      <w:r>
        <w:rPr>
          <w:b/>
        </w:rPr>
        <w:t xml:space="preserve">[1:14:14] </w:t>
      </w:r>
      <w:r>
        <w:t>isi tarah se aap bach sakte hain apne aap ko negative se. yeh bohat, woh log bohat hi zyada, yani kam samajh wale log hain jo social life mein ideal chalana chahte hain,</w:t>
      </w:r>
    </w:p>
    <w:p>
      <w:pPr>
        <w:jc w:val="right"/>
      </w:pPr>
      <w:r>
        <w:t>اسیطرحسےآپبچاسکتےہیںاپنےآپکو نیگیٹیوٹیسے ۔ یہ بہت ،وہلوگبہت ہیزیادہ ، یعنی کمسمجھوالےلوگہیںجوسوشللائفمیںآئیڈیلچلاناچاہتےہیں،</w:t>
      </w:r>
    </w:p>
    <w:p>
      <w:r>
        <w:rPr>
          <w:b/>
        </w:rPr>
        <w:t xml:space="preserve">[1:14:28] </w:t>
      </w:r>
      <w:r>
        <w:t>jo keh impossible hai.</w:t>
      </w:r>
    </w:p>
    <w:p>
      <w:pPr>
        <w:jc w:val="right"/>
      </w:pPr>
      <w:r>
        <w:t>جوکہامپاسیبل ہے۔</w:t>
      </w:r>
    </w:p>
    <w:p>
      <w:r>
        <w:rPr>
          <w:b/>
        </w:rPr>
        <w:t xml:space="preserve">[1:14:33] </w:t>
      </w:r>
      <w:r>
        <w:t>aap jante hain keh aristotle aur plato woh hain, ideal state banana chahte the. main samajhta hoon keh bilkul hi impossible tha. woh bana bhi nahin.</w:t>
      </w:r>
    </w:p>
    <w:p>
      <w:pPr>
        <w:jc w:val="right"/>
      </w:pPr>
      <w:r>
        <w:t>آپجانتےہیں کہ ارسٹارٹل اورپلیٹوجوہے،آئیڈیلاسٹیٹبناناچاہتےتھے۔ میںسمجھتاہوںکہبالکل ہی امپاسیبلتھا۔وہ بنابھینہیں ۔</w:t>
      </w:r>
    </w:p>
    <w:p>
      <w:r>
        <w:rPr>
          <w:b/>
        </w:rPr>
        <w:t xml:space="preserve">[1:14:43] </w:t>
      </w:r>
      <w:r>
        <w:t>aaj to ist se le kar aaj tak log ideal state, ideal system, ideal society ki baatein karte hain. main is ko bilkul hi impossible samajhta hoon.</w:t>
      </w:r>
    </w:p>
    <w:p>
      <w:pPr>
        <w:jc w:val="right"/>
      </w:pPr>
      <w:r>
        <w:t>آج تو استبسےلےکرآجتکلوگآئیڈیلاسٹیٹ،آئیڈیلسسٹم، آئیڈیلسوسائٹیکیباتیںکرتے ہیں۔ میںاسکوبالکلہی امپاسیبل سمجھتاہوں۔</w:t>
      </w:r>
    </w:p>
    <w:p>
      <w:r>
        <w:rPr>
          <w:b/>
        </w:rPr>
        <w:t xml:space="preserve">[1:14:54] </w:t>
      </w:r>
      <w:r>
        <w:t>apni zaati life ko aap ideal banana chahte ho to bana sakte ho. social life ko kaise banaoge? wahan tarah tarah ke log hain, har qism ke log hain.</w:t>
      </w:r>
    </w:p>
    <w:p>
      <w:pPr>
        <w:jc w:val="right"/>
      </w:pPr>
      <w:r>
        <w:t>اپنی ذاتیلائفکو آپ آئیڈیلبناناچاہتےہوتوبناسکتےہیں۔ سوشللائفکوکیسےبنائیںگے؟وہاںطرحطرحکےلوگہیں،ہرقسم کےلوگہیں۔</w:t>
      </w:r>
    </w:p>
    <w:p>
      <w:r>
        <w:rPr>
          <w:b/>
        </w:rPr>
        <w:t xml:space="preserve">[1:15:03] </w:t>
      </w:r>
      <w:r>
        <w:t>to aap ko wahan practical banna parta hai.</w:t>
      </w:r>
    </w:p>
    <w:p>
      <w:pPr>
        <w:jc w:val="right"/>
      </w:pPr>
      <w:r>
        <w:t>توآپکو وہاںپریکٹیکلبنناپڑتاہے۔</w:t>
      </w:r>
    </w:p>
    <w:p>
      <w:r>
        <w:rPr>
          <w:b/>
        </w:rPr>
        <w:t xml:space="preserve">[1:15:09] </w:t>
      </w:r>
      <w:r>
        <w:t>practical us ko milana parta hai. wahan yeh bohat important formula hai. is ko koi log samajhte nahin. log kehte hain ke apne apne aap mein, apni zaati zindagi jo hai, aap ki woh jo personal life hai, wahan aap jo chahen ikhtiyar kijiye.</w:t>
      </w:r>
    </w:p>
    <w:p>
      <w:pPr>
        <w:jc w:val="right"/>
      </w:pPr>
      <w:r>
        <w:t>پریکٹیکلوزڈمکولیناپڑتاہے۔وہاںپر یہبہت امپورٹنٹفارمولاہے۔اسکوکوئیلوگسمجھتےہینہیں۔لوگ کہ اپنے اپنےآپ میں ،اپنی ذاتی زندگی جوہے،آپکیوہجوپرسنللائفہے، وہاںآپجوچاہیں اختیارکیجئے۔</w:t>
      </w:r>
    </w:p>
    <w:p>
      <w:r>
        <w:rPr>
          <w:b/>
        </w:rPr>
        <w:t xml:space="preserve">[1:15:22] </w:t>
      </w:r>
      <w:r>
        <w:t>wahan aap khoob khoob idealist ban jaiye. social life mein aate hi aap ko practical banna parega.</w:t>
      </w:r>
    </w:p>
    <w:p>
      <w:pPr>
        <w:jc w:val="right"/>
      </w:pPr>
      <w:r>
        <w:t>وہاںآپخوبخوبآئیڈیلسٹبنجائیے۔ سوشللائفمیںآتےہیآپکوپریکٹیکلبنناپڑےگا۔</w:t>
      </w:r>
    </w:p>
    <w:p>
      <w:r>
        <w:rPr>
          <w:b/>
        </w:rPr>
        <w:t xml:space="preserve">[1:15:30] </w:t>
      </w:r>
      <w:r>
        <w:t>yeh woh formula hai, is ko ikhtiyar kar ke aap negative se bach sakte hain. isi ko inhone sada andaaz mein kaha, Miss Soghrah Aslam ne kaha chalo, yeh bhi theek hai.</w:t>
      </w:r>
    </w:p>
    <w:p>
      <w:pPr>
        <w:jc w:val="right"/>
      </w:pPr>
      <w:r>
        <w:t>یہیوہفارمولاہے،اسکواختیارکرکےآپ نیگیٹیوٹیسےبچسکتےہیں۔ اسیکوانہوںنےسادہ اندازمیںکہا، مس صغیراسلمنے کہچلو،یہبھیٹھیکہے۔</w:t>
      </w:r>
    </w:p>
    <w:p>
      <w:r>
        <w:rPr>
          <w:b/>
        </w:rPr>
        <w:t xml:space="preserve">[1:15:43] </w:t>
      </w:r>
      <w:r>
        <w:t>ab best formula main samajhta hoon is ko. this question is from Mr. Imran from Boston</w:t>
      </w:r>
    </w:p>
    <w:p>
      <w:pPr>
        <w:jc w:val="right"/>
      </w:pPr>
      <w:r>
        <w:t>اببیسٹفارمولامیںسمجھتاہوںاسکو۔ دسکوئسچن از فر ام مس ٹر ان مفر امب وسٹن</w:t>
      </w:r>
    </w:p>
    <w:p>
      <w:r>
        <w:rPr>
          <w:b/>
        </w:rPr>
        <w:t xml:space="preserve">[1:15:53] </w:t>
      </w:r>
      <w:r>
        <w:t>. if allah knows what happens and decides what we do, then how would people have free will and freedom of choice?</w:t>
      </w:r>
    </w:p>
    <w:p>
      <w:pPr>
        <w:jc w:val="right"/>
      </w:pPr>
      <w:r>
        <w:t>۔اف اللہ نوز واٹہیپنز اینڈڈیسائیڈز واٹویڈو، دینہاؤڈوپیپلہیو فریول اینڈفریڈماف چوائس؟</w:t>
      </w:r>
    </w:p>
    <w:p>
      <w:r>
        <w:rPr>
          <w:b/>
        </w:rPr>
        <w:t xml:space="preserve">[1:16:03] </w:t>
      </w:r>
      <w:r>
        <w:t>kindly let me. dekhen, yeh masla bohat detail se main bata chuka hoon. is se pehle lecture bhi bata chuka hoon, kitaab bhi likh chuka hoon. yeh bilkul hi, yani yeh koi question nahin hai.</w:t>
      </w:r>
    </w:p>
    <w:p>
      <w:pPr>
        <w:jc w:val="right"/>
      </w:pPr>
      <w:r>
        <w:t>کائنڈلیکمنٹ۔ دیکھیں،یہمسئلہ بہت ڈیٹیلسےمیںبتاچکاہوں۔اسسےپہلے لیکچربھیبتاچکاہوں،کتاب بھیلکھچکاہوں۔ یہبالکل ہی، یعنی یہکوئیکوئسچننہیںہے۔</w:t>
      </w:r>
    </w:p>
    <w:p>
      <w:r>
        <w:rPr>
          <w:b/>
        </w:rPr>
        <w:t xml:space="preserve">[1:16:16] </w:t>
      </w:r>
      <w:r>
        <w:t>yeh non scientific, koi scientific question nahin hai. yeh aap mere pichhle lecture ko sunen</w:t>
      </w:r>
    </w:p>
    <w:p>
      <w:pPr>
        <w:jc w:val="right"/>
      </w:pPr>
      <w:r>
        <w:t>یہ نانسائنٹیفک، کوئیسائنٹیفککوئسچننہیںہے۔یہ آپمیرےپچھلےلیکچرکوسن</w:t>
      </w:r>
    </w:p>
    <w:p>
      <w:r>
        <w:rPr>
          <w:b/>
        </w:rPr>
        <w:t xml:space="preserve">[1:16:22] </w:t>
      </w:r>
      <w:r>
        <w:t>sakte hain. aap bohat detail se maine is par kaha hai ke jab aur qadar ka masla kya hai, aur likh bhi chuka hoon. yeh to aap kitaab mein parhen, jo website par hai, website par bhi parh sakte hain aap, ya pichhle lecture ko bhi aap sun sakte hain is ke CD ke zariye se.</w:t>
      </w:r>
    </w:p>
    <w:p>
      <w:pPr>
        <w:jc w:val="right"/>
      </w:pPr>
      <w:r>
        <w:t>سکتےہیں۔ آپ بہتڈیٹیلسےمیںنےاسپرکہاہےکہ جب اورقدرکامسئلہکیاہے، اور لکھ بھیچکاہوں۔ یاتوآپ کتاب میںپڑھیے،جوویبسائٹپرہے، ویبسائٹپر بھیپڑھسکتےہیںآپ ، یاپچھلےلیکچرکوبھیآپسنسکتےہیںاسکے سیڈیکےذریعےسے۔</w:t>
      </w:r>
    </w:p>
    <w:p>
      <w:r>
        <w:rPr>
          <w:b/>
        </w:rPr>
        <w:t xml:space="preserve">[1:16:38] </w:t>
      </w:r>
      <w:r>
        <w:t>yeh baat bohat detail mein bata chuka hoon. main kehta hoon ke yeh koi masla nahin hai. yeh ek ek ek shoshaa hai, sirf is se zyada aur kuch nahin hai. this question is from Mr. Fakhr from USA.</w:t>
      </w:r>
    </w:p>
    <w:p>
      <w:pPr>
        <w:jc w:val="right"/>
      </w:pPr>
      <w:r>
        <w:t>یہباتبہت ڈیٹیلمیںبتاچکاہوں۔میںکہیہکوئیمسئلہہینہیںہے۔یہایک ایک ایک شوشہہے،صرف اسسےزیادہاورکچھنہیںہے۔ دسکوئسچن از فر اممس ٹر فیکفرامیوایساے۔</w:t>
      </w:r>
    </w:p>
    <w:p>
      <w:r>
        <w:rPr>
          <w:b/>
        </w:rPr>
        <w:t xml:space="preserve">[1:16:52] </w:t>
      </w:r>
      <w:r>
        <w:t>quran ayat: "li sa la lil ins an illa masa". that is "man has only what he works towards".</w:t>
      </w:r>
    </w:p>
    <w:p>
      <w:pPr>
        <w:jc w:val="right"/>
      </w:pPr>
      <w:r>
        <w:t>قرآن آیت :"لی سا لل انس ان الا ماسا" ۔دیٹاز"مین ہیز اونلی واٹہی ورکس ٹ ورڈز"۔</w:t>
      </w:r>
    </w:p>
    <w:p>
      <w:r>
        <w:rPr>
          <w:b/>
        </w:rPr>
        <w:t xml:space="preserve">[1:17:03] </w:t>
      </w:r>
      <w:r>
        <w:t>does this relate to the duniya or akhirat as well? also sometimes we see that people in the world get material success without really working towards something.</w:t>
      </w:r>
    </w:p>
    <w:p>
      <w:pPr>
        <w:jc w:val="right"/>
      </w:pPr>
      <w:r>
        <w:t>ڈزدسریلیٹٹودنیا اور آخ رت ایزویل؟ الس وسمٹائمزویسی دیٹپیپلان دسورلڈ گیٹدیمٹیریل سکسیس وداؤٹ ریلیورکنگٹورڈزسمتھنگ۔</w:t>
      </w:r>
    </w:p>
    <w:p>
      <w:r>
        <w:rPr>
          <w:b/>
        </w:rPr>
        <w:t xml:space="preserve">[1:17:17] </w:t>
      </w:r>
      <w:r>
        <w:t>molana, kindly help us understand in the light of your knowledge and wisdom. dekhen, quran mein jo ayat aayi hai "li sa la lil ins an illa masa" to wahan context akhirat ka hai.</w:t>
      </w:r>
    </w:p>
    <w:p>
      <w:pPr>
        <w:jc w:val="right"/>
      </w:pPr>
      <w:r>
        <w:t>مول انا،کائنڈلی ہیلپاس انڈرسٹینڈ اندیلائٹافیورنالجاینڈوز ڈم۔ دیکھیں،قرآنمیںجوآیتآئیہے "لی سالل انسان الا ماسا" تووہاں کنٹیکسٹآخرتکاہے۔</w:t>
      </w:r>
    </w:p>
    <w:p>
      <w:r>
        <w:rPr>
          <w:b/>
        </w:rPr>
        <w:t xml:space="preserve">[1:17:31] </w:t>
      </w:r>
      <w:r>
        <w:t>is mauqe par "li sa la lil ins an illa masa" jo hai, akhirat context mein aayi hai. yani jo aadmi yahan par karega, woh wahan payega.</w:t>
      </w:r>
    </w:p>
    <w:p>
      <w:pPr>
        <w:jc w:val="right"/>
      </w:pPr>
      <w:r>
        <w:t>اس موقعپر "لی سالل انسانالا م اسا"جوہے، آخرتکنٹیکسٹمیںآئیہے۔یعنیجوآدمییہاںپر کرےگا،وہیوہاںپائےگا۔</w:t>
      </w:r>
    </w:p>
    <w:p>
      <w:r>
        <w:rPr>
          <w:b/>
        </w:rPr>
        <w:t xml:space="preserve">[1:17:43] </w:t>
      </w:r>
      <w:r>
        <w:t>kisi ki sifarish se, kisi ki rishtedari se, kisi ka kisi ke sahare se kuch nahin hone wala hai. kisi ke waseele se kuch nahin hone wala hai.</w:t>
      </w:r>
    </w:p>
    <w:p>
      <w:pPr>
        <w:jc w:val="right"/>
      </w:pPr>
      <w:r>
        <w:t>کسی کیسفارشسے ،کسی کیرشتہداریسے ،کسی کا کسی کے سہارےسےکچھنہیںہونےوالا۔کسیکےوسیلےسےکچھنہیںہونےوالاہے۔</w:t>
      </w:r>
    </w:p>
    <w:p>
      <w:r>
        <w:rPr>
          <w:b/>
        </w:rPr>
        <w:t xml:space="preserve">[1:17:52] </w:t>
      </w:r>
      <w:r>
        <w:t>aadmi ka apna jo hai, kya hua, woh wahan kaam aayega. lekin jahan tak duniya ka ta'alluq hai, wahan bhi yeh masla hai. kyunke doosri quran ki doosri ayat mein yeh baat kahi gayi hai: "wa ma asabakum min musibatin fima kasabat aydikum" ke jo musibat padti hai tum ko duniya mein, woh tumhare apne hi amal ka nateeja hoti hai.</w:t>
      </w:r>
    </w:p>
    <w:p>
      <w:pPr>
        <w:jc w:val="right"/>
      </w:pPr>
      <w:r>
        <w:t>آدمی کااپناجو ہے، کیاہوا،وہیوہاںکامآئےگا۔ لیکن جہاںتکدنیا کاتعلقہے،وہاںبھییہیمسئلہہے۔ کیونکہ دوسریقرآنکیدوسریآیتمیںیہبات کہیگئیہے: "ومااصابکممنمصیبت فی ماکسبت یدیکم" کہجومصیبتپڑتیہےتمکودنیا میں،وہتمہارےاپنےہیعمل کانتیجہہوتیہے۔</w:t>
      </w:r>
    </w:p>
    <w:p>
      <w:r>
        <w:rPr>
          <w:b/>
        </w:rPr>
        <w:t xml:space="preserve">[1:18:15] </w:t>
      </w:r>
      <w:r>
        <w:t>to dono ayaton ko le kar aap dekhen to yeh maloom hota hai ke aadmi hamesha apne amal ko bhugta hai, duniya mein bhi aur akhirat mein bhi. dono jagah kisi doosre ki wajah se na koi achha milega, na bura milega.</w:t>
      </w:r>
    </w:p>
    <w:p>
      <w:pPr>
        <w:jc w:val="right"/>
      </w:pPr>
      <w:r>
        <w:t>تو دونوںآیتوںکولےکرآپدیکھیںتو یہمعلومہوتاہےکہ آدمیہمیشہاپنےعملکو بھگتتاہے، دنیا میںبھیاورآخرتمیںبھی۔دونوںجگہ کسی دوسرے کیوجہسے نہکوئیاچھاملےگا،نہبراملےگا۔</w:t>
      </w:r>
    </w:p>
    <w:p>
      <w:r>
        <w:rPr>
          <w:b/>
        </w:rPr>
        <w:t xml:space="preserve">[1:18:31] </w:t>
      </w:r>
      <w:r>
        <w:t>achha milega apni wajah se, bura milega apni wajah se. this is from Mr. Adres.</w:t>
      </w:r>
    </w:p>
    <w:p>
      <w:pPr>
        <w:jc w:val="right"/>
      </w:pPr>
      <w:r>
        <w:t>اچھاملےگا اپنی وجہ سے، براملےگااپنیوجہ سے۔ دسازفر ام مسٹراد ریس۔</w:t>
      </w:r>
    </w:p>
    <w:p>
      <w:r>
        <w:rPr>
          <w:b/>
        </w:rPr>
        <w:t xml:space="preserve">[1:18:40] </w:t>
      </w:r>
      <w:r>
        <w:t>people have very limited perceptions about paradise. that it has material excellence and comfort. such limited perception does not appeal to intellectuals and people of finer taste and who believe in simple living and high thinking.</w:t>
      </w:r>
    </w:p>
    <w:p>
      <w:pPr>
        <w:jc w:val="right"/>
      </w:pPr>
      <w:r>
        <w:t>پیپلہیوویریلمیٹڈپرسیپشنزاباؤٹ پیراڈائز ۔دیٹاٹہیزمٹیریل ایکسیلنساینڈکمفرٹ۔ سچلمیٹڈپرسیپشن ڈزناٹ اپ یلٹوانٹلیکچولز اینڈپیپل اف فائنرٹیسٹ اینڈہو بیلیوان سمپللیونگاینڈہائیتھنکنگ۔</w:t>
      </w:r>
    </w:p>
    <w:p>
      <w:r>
        <w:rPr>
          <w:b/>
        </w:rPr>
        <w:t xml:space="preserve">[1:19:00] </w:t>
      </w:r>
      <w:r>
        <w:t>today lecture answer this discussion answer effectively.</w:t>
      </w:r>
    </w:p>
    <w:p>
      <w:pPr>
        <w:jc w:val="right"/>
      </w:pPr>
      <w:r>
        <w:t>ٹوڈےلیکچر انسر زدسکنسرنایفیکٹولی۔</w:t>
      </w:r>
    </w:p>
    <w:p>
      <w:r>
        <w:rPr>
          <w:b/>
        </w:rPr>
        <w:t xml:space="preserve">[1:19:04] </w:t>
      </w:r>
      <w:r>
        <w:t>it will be very helpful if you could provide some references to support the fact that paradise is much more than just material comfort.</w:t>
      </w:r>
    </w:p>
    <w:p>
      <w:pPr>
        <w:jc w:val="right"/>
      </w:pPr>
      <w:r>
        <w:t>اٹلبیویریہیلپفل افیوکڈپرووائیڈ سم ریفر نسز ٹوسپورٹدا فیکٹدیٹپیراڈائز از مچ موردینجسٹامٹیریلکمفرٹ۔</w:t>
      </w:r>
    </w:p>
    <w:p>
      <w:r>
        <w:rPr>
          <w:b/>
        </w:rPr>
        <w:t xml:space="preserve">[1:19:17] </w:t>
      </w:r>
      <w:r>
        <w:t>dekhen, quran ke bare mein aaya hai hadith mein ke "likul aayat min ha zahir wa batin".</w:t>
      </w:r>
    </w:p>
    <w:p>
      <w:pPr>
        <w:jc w:val="right"/>
      </w:pPr>
      <w:r>
        <w:t>دیکھیں، قرآنکےبارےمیںآیاہے حدیثمیں کہ "لکل آیت منہا ظہر وب طن"۔</w:t>
      </w:r>
    </w:p>
    <w:p>
      <w:r>
        <w:rPr>
          <w:b/>
        </w:rPr>
        <w:t xml:space="preserve">[1:19:28] </w:t>
      </w:r>
      <w:r>
        <w:t>quran ki har aayat ka ek zahir hai, ek batin hai.</w:t>
      </w:r>
    </w:p>
    <w:p>
      <w:pPr>
        <w:jc w:val="right"/>
      </w:pPr>
      <w:r>
        <w:t>قرآنکیہرآیتکاایکظاہرہے،ایکباطن ہے۔</w:t>
      </w:r>
    </w:p>
    <w:p>
      <w:r>
        <w:rPr>
          <w:b/>
        </w:rPr>
        <w:t xml:space="preserve">[1:19:31] </w:t>
      </w:r>
      <w:r>
        <w:t>yani kuch cheezen lines mein hain, kuch cheezen between lines hain, kuch cheezen aap direct taur par padh lete hain, kuch inference karke maloom hoti hain. yeh to hadith hai, sahih hai.</w:t>
      </w:r>
    </w:p>
    <w:p>
      <w:pPr>
        <w:jc w:val="right"/>
      </w:pPr>
      <w:r>
        <w:t>یعنی کچھچیزیں لائنزمیںہیں،کچھچیزیںبٹوینلائنہیں، کچھچیزیںآپڈائریکٹطورپرپڑھلیتےہیں،کچھانفرنسکرکےمعلومہوتیہیں۔یہتو حدیثہے، صحیحہے۔</w:t>
      </w:r>
    </w:p>
    <w:p>
      <w:r>
        <w:rPr>
          <w:b/>
        </w:rPr>
        <w:t xml:space="preserve">[1:19:41] </w:t>
      </w:r>
      <w:r>
        <w:t>isi liye quran mein tadabbur karo. agar quran mein do do char ki tarah baaten sab hon to tadabbur karne ki zaroorat kya hai?</w:t>
      </w:r>
    </w:p>
    <w:p>
      <w:pPr>
        <w:jc w:val="right"/>
      </w:pPr>
      <w:r>
        <w:t>اسیلیےقرآنمیں تد برکرو۔ اگر قرآنمیں دودوچارکیطرح باتیںسبہوںتوتد بر کرنےکیضرورتکیاہے؟</w:t>
      </w:r>
    </w:p>
    <w:p>
      <w:r>
        <w:rPr>
          <w:b/>
        </w:rPr>
        <w:t xml:space="preserve">[1:19:51] </w:t>
      </w:r>
      <w:r>
        <w:t>to main ne reference de chuka hoon. main aap ko reference to aap ko de chuka hoon. main</w:t>
      </w:r>
    </w:p>
    <w:p>
      <w:pPr>
        <w:jc w:val="right"/>
      </w:pPr>
      <w:r>
        <w:t>تو میںنےریفرنسدےچکاہوں۔میںآپکو ریفرنستوآپکودےچکاہوں۔میں</w:t>
      </w:r>
    </w:p>
    <w:p>
      <w:r>
        <w:rPr>
          <w:b/>
        </w:rPr>
        <w:t xml:space="preserve">[1:19:56] </w:t>
      </w:r>
      <w:r>
        <w:t>ke ek taraf quran mein yeh kaha gaya hai ke khuda ki glory itni zyada hai, itni zyada hai ke saare samundaron ko ink banaya jaye, saare darakhton ka qalam banaya jaye, tab bhi woh khatam nahi hoga.</w:t>
      </w:r>
    </w:p>
    <w:p>
      <w:pPr>
        <w:jc w:val="right"/>
      </w:pPr>
      <w:r>
        <w:t>کہایکطرف قرآنمیںیہکہاگیاہےکہ خداکیگلوریاتنیزیادہہے،اتنیزیادہہےکہ سارےسمندروںکو انکبنایاجائے،سارے درختوںکا قلمبن ایاجائے،تببھیوہختمنہیںہوگا۔</w:t>
      </w:r>
    </w:p>
    <w:p>
      <w:r>
        <w:rPr>
          <w:b/>
        </w:rPr>
        <w:t xml:space="preserve">[1:20:09] </w:t>
      </w:r>
      <w:r>
        <w:t>yeh to khuda ne potential insaan ko bahut zyada diya. aur quran mein hai ke "wa ma khalaqtul jinna wal insa illa li ya'budun".</w:t>
      </w:r>
    </w:p>
    <w:p>
      <w:pPr>
        <w:jc w:val="right"/>
      </w:pPr>
      <w:r>
        <w:t>یہ توخدانےپوٹینشل انسانکو بہت زیادہ دیا۔ اورقرآنمیںہےکہ" وماخلقت الجن وال نس اللہ لعبد ون"۔</w:t>
      </w:r>
    </w:p>
    <w:p>
      <w:r>
        <w:rPr>
          <w:b/>
        </w:rPr>
        <w:t xml:space="preserve">[1:20:19] </w:t>
      </w:r>
      <w:r>
        <w:t>yahan iska ibn abbas ne iski tashreeh ki hai ke "li ya'rifun". insaan ko paida kiya gaya hai ke meri ma'rifat haazir karen.</w:t>
      </w:r>
    </w:p>
    <w:p>
      <w:pPr>
        <w:jc w:val="right"/>
      </w:pPr>
      <w:r>
        <w:t>یہاں اسکا ابن عباسنےاسکیتشریحکیہےکہ"لع بد ون " ۔انسان کو پیدا کیاگیاہےکہ میریمعرفتحاضرکریں۔</w:t>
      </w:r>
    </w:p>
    <w:p>
      <w:r>
        <w:rPr>
          <w:b/>
        </w:rPr>
        <w:t xml:space="preserve">[1:20:29] </w:t>
      </w:r>
      <w:r>
        <w:t>ab in teeno aayaton ko milaiye aap</w:t>
      </w:r>
    </w:p>
    <w:p>
      <w:pPr>
        <w:jc w:val="right"/>
      </w:pPr>
      <w:r>
        <w:t>ابانتینوںآیتوںکوملائیےآپ</w:t>
      </w:r>
    </w:p>
    <w:p>
      <w:r>
        <w:rPr>
          <w:b/>
        </w:rPr>
        <w:t xml:space="preserve">[1:20:33] </w:t>
      </w:r>
      <w:r>
        <w:t>ke ek taraf khuda ne paida kiya insaan ko bahut zyada potential de kar ke,</w:t>
      </w:r>
    </w:p>
    <w:p>
      <w:pPr>
        <w:jc w:val="right"/>
      </w:pPr>
      <w:r>
        <w:t>کہایکطرف خدانےپیدا کیا انسانکو بہت زیادہ پوٹینشلدےکرکے،</w:t>
      </w:r>
    </w:p>
    <w:p>
      <w:r>
        <w:rPr>
          <w:b/>
        </w:rPr>
        <w:t xml:space="preserve">[1:20:40] </w:t>
      </w:r>
      <w:r>
        <w:t>aur paida isi liye kiya ke ma'rifat khuda ki haazir kare. aur ma'rifat itni zyada hai, itni zyada hai, itni zyada hai ke woh karoron kharbon saal bhi na-kaafi hai isko daryaft karne ke liye.</w:t>
      </w:r>
    </w:p>
    <w:p>
      <w:pPr>
        <w:jc w:val="right"/>
      </w:pPr>
      <w:r>
        <w:t>اور پیدا اسیلیےکیاکہمعرفتخداکیحاضرکرے۔ اورمعرفت اتنیزیادہ ہے،اتنیزیادہہے،اتنیزیادہہےکہوہ کروڑوں کھربوںسال بھی ناکافیہےاسکو دریافتکرنےکےلیے۔</w:t>
      </w:r>
    </w:p>
    <w:p>
      <w:r>
        <w:rPr>
          <w:b/>
        </w:rPr>
        <w:t xml:space="preserve">[1:20:53] </w:t>
      </w:r>
      <w:r>
        <w:t>yeh milakar ghor kijiye to pata chalega ke jannat isi ka naam hai</w:t>
      </w:r>
    </w:p>
    <w:p>
      <w:pPr>
        <w:jc w:val="right"/>
      </w:pPr>
      <w:r>
        <w:t>یہ ملاکر غورکیجئےتوپتہچلےگاکہ جنتاسیکانامہے</w:t>
      </w:r>
    </w:p>
    <w:p>
      <w:r>
        <w:rPr>
          <w:b/>
        </w:rPr>
        <w:t xml:space="preserve">[1:20:59] </w:t>
      </w:r>
      <w:r>
        <w:t>ke duniya mein jo isko discovered tha, usko hum discover karen. wahan par</w:t>
      </w:r>
    </w:p>
    <w:p>
      <w:pPr>
        <w:jc w:val="right"/>
      </w:pPr>
      <w:r>
        <w:t>کہدنیا میںجو انڈسکورڈرہاتھا،اسکوہمڈسکورکریں۔وہاںپر</w:t>
      </w:r>
    </w:p>
    <w:p>
      <w:r>
        <w:rPr>
          <w:b/>
        </w:rPr>
        <w:t xml:space="preserve">[1:21:03] </w:t>
      </w:r>
      <w:r>
        <w:t>ke khuda ne paida kiya, jab ma'rifat ki to ma'rifat yahan hui kahan? yeh aayat quran majeed mein maujood hai ke khuda ne paida kiya insaan ko ke woh khuda ko discover kare.</w:t>
      </w:r>
    </w:p>
    <w:p>
      <w:pPr>
        <w:jc w:val="right"/>
      </w:pPr>
      <w:r>
        <w:t>کہخدانےپیدا کیا،جبمعرفتکی تومعرفتیہاںہوئیکہاں؟ یہآیت قرآنمجیدمیںموجود ہےکہخدانےپیدا کیا انسانکو کہوہخداکوڈسکورکرے۔</w:t>
      </w:r>
    </w:p>
    <w:p>
      <w:r>
        <w:rPr>
          <w:b/>
        </w:rPr>
        <w:t xml:space="preserve">[1:21:15] </w:t>
      </w:r>
      <w:r>
        <w:t>ma'rifat ma'ni discovery to discovery hota kahan hai? yeh surah al-zariyat mein aayat hai: "wa ma khalaqtul jinna wal insa illa li ya'budun".</w:t>
      </w:r>
    </w:p>
    <w:p>
      <w:pPr>
        <w:jc w:val="right"/>
      </w:pPr>
      <w:r>
        <w:t>معرفتمعنیڈسکوری توڈسکورہوتاکہاںہے ؟ یہ سورہالز اریاتمیںآیتہے: "وماخلقت الجن وال نسالا لعبدون"۔</w:t>
      </w:r>
    </w:p>
    <w:p>
      <w:r>
        <w:rPr>
          <w:b/>
        </w:rPr>
        <w:t xml:space="preserve">[1:21:26] </w:t>
      </w:r>
      <w:r>
        <w:t>main ne paida kiya insaan ko sirf isi liye ke woh meri ibadat kare, yani meri ma'rifat haasil kare.</w:t>
      </w:r>
    </w:p>
    <w:p>
      <w:pPr>
        <w:jc w:val="right"/>
      </w:pPr>
      <w:r>
        <w:t>میںنے پیدا کیاانسانکو صرفاسلیےکہوہمیری عبادتکرے،یعنیمیری معرفتحاصل کرے۔</w:t>
      </w:r>
    </w:p>
    <w:p>
      <w:r>
        <w:rPr>
          <w:b/>
        </w:rPr>
        <w:t xml:space="preserve">[1:21:33] </w:t>
      </w:r>
      <w:r>
        <w:t>yeh sahabe rasool jo the, abdullah ibn abbas, jo bahut bade mufassir quran maane jaate hain, unhone kaha ke "li ya'rifun". yani khuda ne paida kiya insaan ko is liye ke woh khuda ki ma'rifat haasil kare, khuda ko discover kare, khuda ko realize kare.</w:t>
      </w:r>
    </w:p>
    <w:p>
      <w:pPr>
        <w:jc w:val="right"/>
      </w:pPr>
      <w:r>
        <w:t>یہ صحابیرسولجوتھے،عبداللہابنعباس، جوبہت بڑے مفسر قرآنمانےجاتےہیں،انہوںنےکہاکہ"لع رفون"۔ یعنیخدانے پیدا کیاانسانکو اسلیےکہوہخداکیمعرفتحاصل کرے، خداکوڈسکورکرے،خداکوریلائزکرے۔</w:t>
      </w:r>
    </w:p>
    <w:p>
      <w:r>
        <w:rPr>
          <w:b/>
        </w:rPr>
        <w:t xml:space="preserve">[1:21:51] </w:t>
      </w:r>
      <w:r>
        <w:t>ab dekhen, aap badh jaate hain 50 saal, 60 saal, 70 saal, 90 saal, aur discovery hoti nahi. to paidaish ka maqsad poora kahan hua?</w:t>
      </w:r>
    </w:p>
    <w:p>
      <w:pPr>
        <w:jc w:val="right"/>
      </w:pPr>
      <w:r>
        <w:t>ابدیکھیں،آپ بڑھجاتےہیں 50سال، 60سال،70سال،90سال،اورڈسکوریہوتینہیں۔ تو پیدائش کامقصد پوراکہاںہوا؟</w:t>
      </w:r>
    </w:p>
    <w:p>
      <w:r>
        <w:rPr>
          <w:b/>
        </w:rPr>
        <w:t xml:space="preserve">[1:22:01] </w:t>
      </w:r>
      <w:r>
        <w:t>paidaish ka maqsad tha ke khuda ki ma'rifat jo atah hai, atah hai, atah hai, isko aap discover karen. woh poora hua nahi. to kahan? to koi jagah ho jaye jahan woh poora ho. woh to woh jannat hai. woh bilkul do do char ki tarah aap chahen to nikal sakta hai quran majeed mein ke jannat ka woh concept bilkul sahi nahi hai.</w:t>
      </w:r>
    </w:p>
    <w:p>
      <w:pPr>
        <w:jc w:val="right"/>
      </w:pPr>
      <w:r>
        <w:t>پیدائش کامقصدتھاکہخداکی معرفتجو عطاہے،عطاہے،عطاہے، اسکوآپ ڈسکورکریں۔وہپوراہوانہیں ۔ تو کہاں؟تو کوئیجگہہوجائےجہاںوہپوراہو۔وہ تووہ جنتہے۔وہ بالکل دو دو چارکیطرح آپ چاہیںتونکلسکتاہےقرآنمجیدمیں کہ جنتکاوہ کانسیپٹبالکل صحیحنہیںہے۔</w:t>
      </w:r>
    </w:p>
    <w:p>
      <w:r>
        <w:rPr>
          <w:b/>
        </w:rPr>
        <w:t xml:space="preserve">[1:22:24] </w:t>
      </w:r>
      <w:r>
        <w:t>woh jannat ko underestimate karna hai.</w:t>
      </w:r>
    </w:p>
    <w:p>
      <w:pPr>
        <w:jc w:val="right"/>
      </w:pPr>
      <w:r>
        <w:t>وہ جنتکوانڈرایسٹیمیٹکرناہے۔</w:t>
      </w:r>
    </w:p>
    <w:p>
      <w:r>
        <w:rPr>
          <w:b/>
        </w:rPr>
        <w:t xml:space="preserve">[1:22:32] </w:t>
      </w:r>
      <w:r>
        <w:t>poora concept hi hai ke yeh jo duniya mein aap ma'rifat haazir na kar sake khuda ki, to uska mauqa diya jaye. kyunke ma'rifat jo hai, bahut hi is mein joy hai.</w:t>
      </w:r>
    </w:p>
    <w:p>
      <w:pPr>
        <w:jc w:val="right"/>
      </w:pPr>
      <w:r>
        <w:t>پوراکانسیپٹیہیہےکہ یہجو دنیا میںآپ معرفتحاضرنہکرسکےخداکی، تواسکا موقعدیاجائے۔کیونکہمعرفتجوہے،بہتہیاسمیںجوائےہے۔</w:t>
      </w:r>
    </w:p>
    <w:p>
      <w:r>
        <w:rPr>
          <w:b/>
        </w:rPr>
        <w:t xml:space="preserve">[1:22:43] </w:t>
      </w:r>
      <w:r>
        <w:t>yani allah ki ma'rifat koi saada baat nahi hai. sab se zyada jo joy milta hai us waqt jab aap ko allah ki discovery hoti hai. ek ajeeb khushi, ek ajeeb thrill hota hai.</w:t>
      </w:r>
    </w:p>
    <w:p>
      <w:pPr>
        <w:jc w:val="right"/>
      </w:pPr>
      <w:r>
        <w:t>یعنیاللہ کیمعرفتکوئیسادہباتنہیںہے۔ سبسےزیادہ جوائےملتاہے اسوقتجبآپکو اللہ کیڈسکوریہوتیہے۔ ایکعجیبخوشی،ایکعجیبتھرلہوتاہے۔</w:t>
      </w:r>
    </w:p>
    <w:p>
      <w:r>
        <w:rPr>
          <w:b/>
        </w:rPr>
        <w:t xml:space="preserve">[1:22:53] </w:t>
      </w:r>
      <w:r>
        <w:t>thrill khuda ki ma'rifat se thrill milta hai.</w:t>
      </w:r>
    </w:p>
    <w:p>
      <w:pPr>
        <w:jc w:val="right"/>
      </w:pPr>
      <w:r>
        <w:t>تھرل خداکیمعرفتسےتھرلملتاہے۔</w:t>
      </w:r>
    </w:p>
    <w:p>
      <w:r>
        <w:rPr>
          <w:b/>
        </w:rPr>
        <w:t xml:space="preserve">[1:22:59] </w:t>
      </w:r>
      <w:r>
        <w:t>yani eureka, eureka jisne kaha tha, usse bill nye natural time zyada thrill hota hai jab aap khuda ki marifat hazir karte hain. khuda ki discovery aapko hoti hai. yeh toh baqira reh gayi duniya mein. kahan hui ?</w:t>
      </w:r>
    </w:p>
    <w:p>
      <w:pPr>
        <w:jc w:val="right"/>
      </w:pPr>
      <w:r>
        <w:t>یعنی یوریکا،یوریکاجسنےکہاتھا،اسسے بل ینتھرلٹائمزیادہ تھرلہوتاہےجبآپخداکیمعرفتحاضرکرتے ہیں۔ خدا کیڈسکوریآپکوہوتیہے۔ یہتوباقیرہگئیدنیا میں۔کہاںہوئی ؟</w:t>
      </w:r>
    </w:p>
    <w:p>
      <w:r>
        <w:rPr>
          <w:b/>
        </w:rPr>
        <w:t xml:space="preserve">[1:23:12] </w:t>
      </w:r>
      <w:r>
        <w:t>jab baqira reh gayi toh wahan hona chahiye aakhirat. jahan ho, usi ka naam jannat hai, usi ka naam firdous hai.</w:t>
      </w:r>
    </w:p>
    <w:p>
      <w:pPr>
        <w:jc w:val="right"/>
      </w:pPr>
      <w:r>
        <w:t>جب باقیرہگئیتو وہاںہوناچاہیےآخرتمیں۔ جہاںہو،اسیکانامجنتہے، اسیکانامفردوس ہے۔</w:t>
      </w:r>
    </w:p>
    <w:p>
      <w:r>
        <w:rPr>
          <w:b/>
        </w:rPr>
        <w:t xml:space="preserve">[1:23:22] </w:t>
      </w:r>
      <w:r>
        <w:t>toh tadabbur karne se sari baatein maloom hoti hain.</w:t>
      </w:r>
    </w:p>
    <w:p>
      <w:pPr>
        <w:jc w:val="right"/>
      </w:pPr>
      <w:r>
        <w:t>تو تد برکرنےسے ساریباتیںمعلومہوتیہیں۔</w:t>
      </w:r>
    </w:p>
    <w:p>
      <w:r>
        <w:rPr>
          <w:b/>
        </w:rPr>
        <w:t xml:space="preserve">[1:23:28] </w:t>
      </w:r>
      <w:r>
        <w:t>quran mein saaf saaf hai ke "li yatadabbar ayatihi". yani quran isi liye bheja gaya hai ke log uski ayaton par ghaur karen. toh tadabbur hi se saare khuda quran majeed ki sari jo gehraiyan hain, woh saamne aayengi.</w:t>
      </w:r>
    </w:p>
    <w:p>
      <w:pPr>
        <w:jc w:val="right"/>
      </w:pPr>
      <w:r>
        <w:t>قرآنمیںصافصافہےکہ"ل یاتدبر آیات ہ"۔یعنیقرآن اسیلیےبھیجاگیاہےکہلوگاسکیآیتوںپرغورکریں۔ تو تد برہیسےسارے خداقرآنمجیدکیساریجو گہرائیاںہیں،وہسامنےآئیںگی۔</w:t>
      </w:r>
    </w:p>
    <w:p>
      <w:r>
        <w:rPr>
          <w:b/>
        </w:rPr>
        <w:t xml:space="preserve">[1:23:41] </w:t>
      </w:r>
      <w:r>
        <w:t>This is such a nice from Maulana's Quran and TV from Delhi: What is ikhlas and what are its qualities?</w:t>
      </w:r>
    </w:p>
    <w:p>
      <w:pPr>
        <w:jc w:val="right"/>
      </w:pPr>
      <w:r>
        <w:t>دسکوئسچناز فراممول انازکوان ندویفرامڈیلی: واٹاز اخلاص اینڈواٹآراٹسکوالٹیز؟</w:t>
      </w:r>
    </w:p>
    <w:p>
      <w:r>
        <w:rPr>
          <w:b/>
        </w:rPr>
        <w:t xml:space="preserve">[1:23:51] </w:t>
      </w:r>
      <w:r>
        <w:t>kindly explain with some examples.</w:t>
      </w:r>
    </w:p>
    <w:p>
      <w:pPr>
        <w:jc w:val="right"/>
      </w:pPr>
      <w:r>
        <w:t>کائنڈلیایکسپلینودسم ایگزیمپل۔</w:t>
      </w:r>
    </w:p>
    <w:p>
      <w:r>
        <w:rPr>
          <w:b/>
        </w:rPr>
        <w:t xml:space="preserve">[1:23:54] </w:t>
      </w:r>
      <w:r>
        <w:t>dekhen, ikhlas ka matlab hai sirf ek Allah ke liye kaam karna.</w:t>
      </w:r>
    </w:p>
    <w:p>
      <w:pPr>
        <w:jc w:val="right"/>
      </w:pPr>
      <w:r>
        <w:t>دیکھیں،اخلاص کامطلبہے صرف ایک اللہ کےلیے کام کرنا۔</w:t>
      </w:r>
    </w:p>
    <w:p>
      <w:r>
        <w:rPr>
          <w:b/>
        </w:rPr>
        <w:t xml:space="preserve">[1:24:05] </w:t>
      </w:r>
      <w:r>
        <w:t>yani ek kaam aap karen deen ke naam par, islam ke naam par, lekin aap ismein aapko agar aapke dil mein ho ke ismein stage milega, ismein paisa milega, ismein popularity milegi,</w:t>
      </w:r>
    </w:p>
    <w:p>
      <w:pPr>
        <w:jc w:val="right"/>
      </w:pPr>
      <w:r>
        <w:t>یعنی ایک کام آپکریں دینکےنامپر،اسلام کےنامپر ،لیکن آپ اسمیںآپکو اگر آپکےدل میںیہہوکہاسمیںاسٹیجملےگا، اسمیںپیسہملےگا، اسمیں پاپولیرٹیملےگی،</w:t>
      </w:r>
    </w:p>
    <w:p>
      <w:r>
        <w:rPr>
          <w:b/>
        </w:rPr>
        <w:t xml:space="preserve">[1:24:21] </w:t>
      </w:r>
      <w:r>
        <w:t>ismein izzat milegi, ismein yeh hoga, ismein woh hoga, toh ikhlas nahi hai. woh yani ek kaam ko deen, ikhlas ka lafz deen ke liye hai. yeh lafz ke ek kaam aap islam ke naam par karen</w:t>
      </w:r>
    </w:p>
    <w:p>
      <w:pPr>
        <w:jc w:val="right"/>
      </w:pPr>
      <w:r>
        <w:t>اسمیںعزتملےگی، اسمیںیہہوگا،اسمیںوہہوگا، تو اخلاصنہیںہے۔وہ یعنی ایک کام کو دین ، اخلاصکالفظ دینکےلیے ہے۔یہلفظ کہ ایک کام آپ اسلام کےنام پرکریں</w:t>
      </w:r>
    </w:p>
    <w:p>
      <w:r>
        <w:rPr>
          <w:b/>
        </w:rPr>
        <w:t xml:space="preserve">[1:24:37] </w:t>
      </w:r>
      <w:r>
        <w:t>, lekin agar aap maqsad aap kaho ke ismein aapko duniya ki koi cheez milegi, toh ikhlas nahi hua. woh riya ho gaya. woh</w:t>
      </w:r>
    </w:p>
    <w:p>
      <w:pPr>
        <w:jc w:val="right"/>
      </w:pPr>
      <w:r>
        <w:t>، لیکن اگر آپ مقصدآپکہوکہاسمیںآپکودنیا کیکوئیچیزملےگی، تو اخلاصنہیںہوا۔وہ ریاہوگیا۔وہ</w:t>
      </w:r>
    </w:p>
    <w:p>
      <w:r>
        <w:rPr>
          <w:b/>
        </w:rPr>
        <w:t xml:space="preserve">[1:24:47] </w:t>
      </w:r>
      <w:r>
        <w:t>aur agar aap yeh kaam karen is liye ke ismein aapko Allah ki raza milegi, lekin yeh insaan khud hi jaan sakta hai, ya Allah jaane ga, ya khud jaane ga ke aap stage chahte hain, aap popularity chahte hain, aap paisa chahte hain,</w:t>
      </w:r>
    </w:p>
    <w:p>
      <w:pPr>
        <w:jc w:val="right"/>
      </w:pPr>
      <w:r>
        <w:t>اوراگرآپ یہکامکریںاسلیےکہاسمیںآپکو اللہ کیرضاملےگی، لیکن یہانسانخود ہیجانسکتاہے،یااللہ جانےگا،یاخود جانےگا کہآپ اسٹیجچاہتےہیں، آپ پاپولیرٹیچاہتےہیں، آپ پیسہچاہتےہیں،</w:t>
      </w:r>
    </w:p>
    <w:p>
      <w:r>
        <w:rPr>
          <w:b/>
        </w:rPr>
        <w:t xml:space="preserve">[1:25:03] </w:t>
      </w:r>
      <w:r>
        <w:t>aap logon ke darmiyan bari izzat ki jagah hasil karna chahte hain. kya chahte hain? yeh aap jaane ga ya khuda jaane ga? koi aur insaan nahi jaan sakta. yaad rakhiye, sirf islam ka naam lene se aapko khuda ke haan darja nahi mil sakta.</w:t>
      </w:r>
    </w:p>
    <w:p>
      <w:pPr>
        <w:jc w:val="right"/>
      </w:pPr>
      <w:r>
        <w:t>آپ لوگوںکےدرمیان بڑی عزت کیجگہحاصلکرناچاہتےہیں۔کیاچاہتےہیں؟یہآپجانےگایاخداجانےگا؟ کوئیاورانساننہیںجانسکتا۔ یادرکھیے،صرفاسلام کانام لینےسےآپکو خداکےہاںدرجہنہیںملسکتا۔</w:t>
      </w:r>
    </w:p>
    <w:p>
      <w:r>
        <w:rPr>
          <w:b/>
        </w:rPr>
        <w:t xml:space="preserve">[1:25:19] </w:t>
      </w:r>
      <w:r>
        <w:t>aap deen ka naam len, islam ka naam len, yeh kafi nahi hai. woh jo karen, aap sirf ikhlas ke taur par hon, yani sirf Allah ke liye hon.</w:t>
      </w:r>
    </w:p>
    <w:p>
      <w:pPr>
        <w:jc w:val="right"/>
      </w:pPr>
      <w:r>
        <w:t>آپ دینکاناملیں،اسلام کاناملیں،یہکافینہیںہے۔ وہجو کریں،آپصرف اخلاصکےطورپرہوں،یعنیصرفاللہ کےلیےہوں۔</w:t>
      </w:r>
    </w:p>
    <w:p>
      <w:r>
        <w:rPr>
          <w:b/>
        </w:rPr>
        <w:t xml:space="preserve">[1:25:28] </w:t>
      </w:r>
      <w:r>
        <w:t>na ismein aapko stage chahte hon, na paisa chahte hon, na popularity chahte hon, na logon mein izzat chahte hon, kuch bhi nahi, kuch bhi nahi, kuch nahi, sirf ek Allah ke liye.</w:t>
      </w:r>
    </w:p>
    <w:p>
      <w:pPr>
        <w:jc w:val="right"/>
      </w:pPr>
      <w:r>
        <w:t>نہاسمیںآپکو اسٹیجچاہتےہوں،نہ پیسہچاہتےہوں، نہ پاپولیرٹیچاہتےہوں، نہلوگوںمیںعزتچاہتےہوں، کچھبھینہیں،کچھبھینہیں،کچھنہیں،صرفایکاللہ کےلیے۔</w:t>
      </w:r>
    </w:p>
    <w:p>
      <w:r>
        <w:rPr>
          <w:b/>
        </w:rPr>
        <w:t xml:space="preserve">[1:25:39] </w:t>
      </w:r>
      <w:r>
        <w:t>jaise ek misaal mein deta hoon aapko</w:t>
      </w:r>
    </w:p>
    <w:p>
      <w:pPr>
        <w:jc w:val="right"/>
      </w:pPr>
      <w:r>
        <w:t>جیسےایکمثالمیںدیتاہوںآپکو</w:t>
      </w:r>
    </w:p>
    <w:p>
      <w:r>
        <w:rPr>
          <w:b/>
        </w:rPr>
        <w:t xml:space="preserve">[1:25:44] </w:t>
      </w:r>
      <w:r>
        <w:t>ke Hazrat Umar R.A. ke zamane mein Iran mein aap jaante hain ke ladai hui thi, ismein un logon ko shikast hui.</w:t>
      </w:r>
    </w:p>
    <w:p>
      <w:pPr>
        <w:jc w:val="right"/>
      </w:pPr>
      <w:r>
        <w:t>کہ حضرتعمررضیاللہعنہکےزمانےمیں ایران میں آپجانتےہیںکہلڑائیہوئیتھی، اسمیںانلوگوںکوشکستہوئی۔</w:t>
      </w:r>
    </w:p>
    <w:p>
      <w:r>
        <w:rPr>
          <w:b/>
        </w:rPr>
        <w:t xml:space="preserve">[1:25:53] </w:t>
      </w:r>
      <w:r>
        <w:t>toh iska jo woh ismein jo woh tha, uska badshah jo tha, uska taaj ek sahabi ko mila.</w:t>
      </w:r>
    </w:p>
    <w:p>
      <w:pPr>
        <w:jc w:val="right"/>
      </w:pPr>
      <w:r>
        <w:t>تو اسکا جو وہاسمیں جو وہتھا،اسکا بادشاہجوتھا، اسکا تاج ایک صحابیکوملا۔</w:t>
      </w:r>
    </w:p>
    <w:p>
      <w:r>
        <w:rPr>
          <w:b/>
        </w:rPr>
        <w:t xml:space="preserve">[1:26:04] </w:t>
      </w:r>
      <w:r>
        <w:t>taaj ismein heere jawahir jare hue the. zahir hai ke bohat hi crore rupay ka hoga woh.</w:t>
      </w:r>
    </w:p>
    <w:p>
      <w:pPr>
        <w:jc w:val="right"/>
      </w:pPr>
      <w:r>
        <w:t>تاجاسمیںہیرےجواہرجڑےہوئےتھے۔ ظاہرہےکہبہت ہی کروڑ روپےکاہوگاوہ۔</w:t>
      </w:r>
    </w:p>
    <w:p>
      <w:r>
        <w:rPr>
          <w:b/>
        </w:rPr>
        <w:t xml:space="preserve">[1:26:11] </w:t>
      </w:r>
      <w:r>
        <w:t>toh woh taaj usne ek ek mamooli kapde mein lapeta aur lapet kar le kar aaya sardar ke ke paas, jo wahan tent laga hua tha. uska tent toh woh jo mila tha taaj usko, toh usko daal, usko agar woh uske le leta khud, uske mani ke usne ikhlas ke liye nahi kaam kiya tha, balkeh Allah apne faide ke liye kaam kiya tha,</w:t>
      </w:r>
    </w:p>
    <w:p>
      <w:pPr>
        <w:jc w:val="right"/>
      </w:pPr>
      <w:r>
        <w:t>تو وہ تاجاسنے ایک ایک معمولیکپڑےمیںلپیٹا اور لپیٹکرلےکرآیا سردارکے کےپاس، جو وہاںٹینٹلگاہواتھا۔اسکا ٹینٹ تو وہجو ملاتھا تاجاسکو، تواسکو ڈال، اسکو اگر وہ اسکےلےلیتاخود ،اسکےمعنیکہاسنے اخلاصکےلیےنہیںکامکیاتھا،بلکہ اللہ اپنے فائدےکےلیےکامکیاتھا،</w:t>
      </w:r>
    </w:p>
    <w:p>
      <w:r>
        <w:rPr>
          <w:b/>
        </w:rPr>
        <w:t xml:space="preserve">[1:26:37] </w:t>
      </w:r>
      <w:r>
        <w:t>apne material material interest ke liye kaam kiya tha.</w:t>
      </w:r>
    </w:p>
    <w:p>
      <w:pPr>
        <w:jc w:val="right"/>
      </w:pPr>
      <w:r>
        <w:t>اپنے مٹیریل مٹیریلانٹرسٹکےلیےکامکیاتھا۔</w:t>
      </w:r>
    </w:p>
    <w:p>
      <w:r>
        <w:rPr>
          <w:b/>
        </w:rPr>
        <w:t xml:space="preserve">[1:26:42] </w:t>
      </w:r>
      <w:r>
        <w:t>toh usko le kar ke woh aaya aur tent mein andar gaya aur sardar ko diya gaya ke dekhen yeh taaj jo woh hai mujhe mila hai, yeh mein aapko de raha hoon.</w:t>
      </w:r>
    </w:p>
    <w:p>
      <w:pPr>
        <w:jc w:val="right"/>
      </w:pPr>
      <w:r>
        <w:t>تواسکو لےکرکےوہآیا اور ٹینٹمیں اندرگیا اور سردارکودیاگیا کہدیکھیںیہتاججوہے مجھےملاہے،یہمیںآپکودےرہاہوں۔</w:t>
      </w:r>
    </w:p>
    <w:p>
      <w:r>
        <w:rPr>
          <w:b/>
        </w:rPr>
        <w:t xml:space="preserve">[1:26:54] </w:t>
      </w:r>
      <w:r>
        <w:t>toh sardar ne poocha ke tumhara naam kya hai? yeh raat ka waqt tha, woh woh raat aaya tha, raat ko tha ke din ko koi aise pehchane na. toh sardar ne jab poocha ke tumhara naam kya hai, toh jaante hain kya hua?</w:t>
      </w:r>
    </w:p>
    <w:p>
      <w:pPr>
        <w:jc w:val="right"/>
      </w:pPr>
      <w:r>
        <w:t>تو سردارنےپوچھاکہتمہارانامکیاہے؟ یہ راتکاوقت تھا،وہ وہراتآیاتھا،راتکوتھاکہدنکوکوئیاسےپہچانےنہیں۔ تو سردارنےجبپوچھاکہتمہارانامکیاہے، توجانتےہیںکیاہوا؟</w:t>
      </w:r>
    </w:p>
    <w:p>
      <w:r>
        <w:rPr>
          <w:b/>
        </w:rPr>
        <w:t xml:space="preserve">[1:27:09] </w:t>
      </w:r>
      <w:r>
        <w:t>woh foran woh peeth phiri, usne uthti taraf aur aur tent se bahar nikal gaya, yeh kehte hue ke jiske liye maine kiya, mera naam khoob jaanta hai.</w:t>
      </w:r>
    </w:p>
    <w:p>
      <w:pPr>
        <w:jc w:val="right"/>
      </w:pPr>
      <w:r>
        <w:t>وہفوراًوہپیٹھپھیری،اسنےاٹھتیطرف اور اور ٹینٹسےباہرنکلگیا،یہکہتےہوئے کہ جسکےلیے میںنےکیا ،میرانامخوبجانتاہے۔</w:t>
      </w:r>
    </w:p>
    <w:p>
      <w:r>
        <w:rPr>
          <w:b/>
        </w:rPr>
        <w:t xml:space="preserve">[1:27:21] </w:t>
      </w:r>
      <w:r>
        <w:t>andhere mein gum ho gaya. woh phir aaj history mein uska naam bhi nahi maloom, kisi ko nahi maloom ke woh kaun tha jo jo crown jo tha, itna itna zyada precious laq kar de gaya sardar ko.</w:t>
      </w:r>
    </w:p>
    <w:p>
      <w:pPr>
        <w:jc w:val="right"/>
      </w:pPr>
      <w:r>
        <w:t>اندھیرےمیںگمہوگیا۔وہ پھر آج ہسٹریمیںاسکانامبھینہیںمعلوم، کسی کونہیںمعلوم کہوہکونتھا جو جو کراؤنجوتھا،اتنا اتنازیادہ پریشیس لاکردےگیا سردارکو ۔</w:t>
      </w:r>
    </w:p>
    <w:p>
      <w:r>
        <w:rPr>
          <w:b/>
        </w:rPr>
        <w:t xml:space="preserve">[1:27:38] </w:t>
      </w:r>
      <w:r>
        <w:t>woh khayme se bahar nikla aur yeh kehta tha, woh andhere mein ghayab ho gaya ke jiske liye maine aisa kiya hai, woh bhi mera naam khoob jaanta hai. toh yeh ikhlas,</w:t>
      </w:r>
    </w:p>
    <w:p>
      <w:pPr>
        <w:jc w:val="right"/>
      </w:pPr>
      <w:r>
        <w:t>وہ خیمےسےباہرنکلا اوریہکہاتھا،وہ اندھیرےمیں غائبہوگیاکہ جسکےلیےمیںنےایساکیاہے، وہبھیمیرانامخوبجانتاہے۔ تویہ اخلاص،</w:t>
      </w:r>
    </w:p>
    <w:p>
      <w:r>
        <w:rPr>
          <w:b/>
        </w:rPr>
        <w:t xml:space="preserve">[1:27:52] </w:t>
      </w:r>
      <w:r>
        <w:t>ikhlas iska naam hai. aajkal dekhiye, asadain ke saath dunya jud gayi hai bohat ziyada.</w:t>
      </w:r>
    </w:p>
    <w:p>
      <w:pPr>
        <w:jc w:val="right"/>
      </w:pPr>
      <w:r>
        <w:t>اخلاص اسکانام ہے۔ آجکلدیکھیے، اسدینکےساتھ دنیا جڑگئیہےبہتزیادہ ۔</w:t>
      </w:r>
    </w:p>
    <w:p>
      <w:r>
        <w:rPr>
          <w:b/>
        </w:rPr>
        <w:t xml:space="preserve">[1:28:01] </w:t>
      </w:r>
      <w:r>
        <w:t>jab bhi koi community jo hai, ab ek billion ziyada ho gaye musalman. jab bhi koi community jaise makkah mein chand aadmi thay, to wahan par deen ke saath dunya nahi judti thi.</w:t>
      </w:r>
    </w:p>
    <w:p>
      <w:pPr>
        <w:jc w:val="right"/>
      </w:pPr>
      <w:r>
        <w:t>جب بھیکوئی کمیونٹیجوہے، ابایک بلینزیادہہوگئےمس لمان۔ جب بھیکوئیکمیونٹی جیسےمکہمیں چند آدمیتھے،تووہاںپر دینکےساتھدنیا نہیںجڑیتھی۔</w:t>
      </w:r>
    </w:p>
    <w:p>
      <w:r>
        <w:rPr>
          <w:b/>
        </w:rPr>
        <w:t xml:space="preserve">[1:28:15] </w:t>
      </w:r>
      <w:r>
        <w:t>makkah mein deen ke saath dunya nahi judi hui thi. ab ek billion ziyada log hain, unki industries hain, unki factories hain, unke paisa hai, unke paas political power hai, sab cheezein hain.</w:t>
      </w:r>
    </w:p>
    <w:p>
      <w:pPr>
        <w:jc w:val="right"/>
      </w:pPr>
      <w:r>
        <w:t>مکہمیں دینکےساتھ دنیا نہیں جڑی ہوئیتھی۔ اب ایک بلینزیادہ لوگہیں،انکیانڈسٹریزہیں،انکیفیکٹریزہیں،انکے پیسہہے، انکےپاس پولیٹیکلپاورہے، سبچیزیںہیں۔</w:t>
      </w:r>
    </w:p>
    <w:p>
      <w:r>
        <w:rPr>
          <w:b/>
        </w:rPr>
        <w:t xml:space="preserve">[1:28:28] </w:t>
      </w:r>
      <w:r>
        <w:t>to jab itni bari ho jati hai koi community, tab deen ke saath dunya jud jati hai.</w:t>
      </w:r>
    </w:p>
    <w:p>
      <w:pPr>
        <w:jc w:val="right"/>
      </w:pPr>
      <w:r>
        <w:t>توجب اتنیبڑیہو جاتیہےکوئیکمیونٹی،تب دینکےساتھ دنیا جڑجاتیہے۔</w:t>
      </w:r>
    </w:p>
    <w:p>
      <w:r>
        <w:rPr>
          <w:b/>
        </w:rPr>
        <w:t xml:space="preserve">[1:28:36] </w:t>
      </w:r>
      <w:r>
        <w:t>to ab wohi ho gaya hai. ab deen ke naam par aap ko khoob khoob dunya mil sakti hai, paisa milega, shohrat milegi, stage milega, popularity milegi, crowd milega.</w:t>
      </w:r>
    </w:p>
    <w:p>
      <w:pPr>
        <w:jc w:val="right"/>
      </w:pPr>
      <w:r>
        <w:t>توابوہیہوگیاہے۔ ابدینکےنامپرآپکوخوبخوبدنیا ملسکتیہے، پیسہملےگا،شہرتملےگی،اسٹیجملےگا، پاپولیرٹیملےگی، کراؤڈملےگا۔</w:t>
      </w:r>
    </w:p>
    <w:p>
      <w:r>
        <w:rPr>
          <w:b/>
        </w:rPr>
        <w:t xml:space="preserve">[1:28:48] </w:t>
      </w:r>
      <w:r>
        <w:t>ab woh waqt aa gaya hai. agar aaj dunya mein musalman do char hote, khali to kuch nahi milta deen ke naam par, koi cheez nahi milti aap ko. kyunke jab itne log hain phailay hue dunya mein,</w:t>
      </w:r>
    </w:p>
    <w:p>
      <w:pPr>
        <w:jc w:val="right"/>
      </w:pPr>
      <w:r>
        <w:t>ابوہوقت آگیاہے۔ اگرآج دنیا میںمسلماندوچارہوتے،خالیتوکچھنہیںملتا دین کےنامپر،کوئیچیزنہیںملتیآپکو ۔کیونکہجباتنےلوگ ہیں پھیلےہوئےدنیامیں،</w:t>
      </w:r>
    </w:p>
    <w:p>
      <w:r>
        <w:rPr>
          <w:b/>
        </w:rPr>
        <w:t xml:space="preserve">[1:28:58] </w:t>
      </w:r>
      <w:r>
        <w:t>inke paas hukoomatein hain, inke paas industries hain, inke paas daulat hai, har cheez hai.</w:t>
      </w:r>
    </w:p>
    <w:p>
      <w:pPr>
        <w:jc w:val="right"/>
      </w:pPr>
      <w:r>
        <w:t>انکےپاسحکومت یںہیں،انکےپاسانڈسٹریزہیں،انکےپاس دولتہے،ہرچیزہے۔</w:t>
      </w:r>
    </w:p>
    <w:p>
      <w:r>
        <w:rPr>
          <w:b/>
        </w:rPr>
        <w:t xml:space="preserve">[1:29:07] </w:t>
      </w:r>
      <w:r>
        <w:t>to yeh bohat hi nazuk baat hai. lekin insaan khud jaan sakta hai ke mein waqe'atan ikhlas se kar raha hoon ya kisi dunya ke interest ke liye kar raha hoon.</w:t>
      </w:r>
    </w:p>
    <w:p>
      <w:pPr>
        <w:jc w:val="right"/>
      </w:pPr>
      <w:r>
        <w:t>تو یہ بہت ہی نازکباتہے۔ لیکن انسانخود جانسکتاہےکہمیں واقعتااخلاصسےکررہاہوں یا کسی دنیا کے انٹرسٹکےلیےکررہاہوں۔</w:t>
      </w:r>
    </w:p>
    <w:p>
      <w:r>
        <w:rPr>
          <w:b/>
        </w:rPr>
        <w:t xml:space="preserve">[1:29:17] </w:t>
      </w:r>
      <w:r>
        <w:t>ya phir Khuda jaane ga ya woh khud jaane ga. bahir koi aadmi nahi jaan sakta is ko. hum sirf ek masla bata sakte hain. masla hum kisi ka naam le kar nahi keh sakte ke yeh aadmi kaisa hai, woh aadmi kaisa hai.</w:t>
      </w:r>
    </w:p>
    <w:p>
      <w:pPr>
        <w:jc w:val="right"/>
      </w:pPr>
      <w:r>
        <w:t>یاپھرخداجانےگایاوہخودجانےگا۔ باہرکوئیآدمینہیںجانسکتااسکو ۔ ہمصرفایکمسئلہبتاسکتےہیں۔مسئلہ ہمکسی کاناملےکرنہیںکہہسکتےکہیہآدمی کیساہے،وہآدمیکیساہے۔</w:t>
      </w:r>
    </w:p>
    <w:p>
      <w:r>
        <w:rPr>
          <w:b/>
        </w:rPr>
        <w:t xml:space="preserve">[1:29:32] </w:t>
      </w:r>
      <w:r>
        <w:t>this is an other question.</w:t>
      </w:r>
    </w:p>
    <w:p>
      <w:pPr>
        <w:jc w:val="right"/>
      </w:pPr>
      <w:r>
        <w:t>ہیہیزانادرکوئسچن۔</w:t>
      </w:r>
    </w:p>
    <w:p>
      <w:r>
        <w:rPr>
          <w:b/>
        </w:rPr>
        <w:t xml:space="preserve">[1:29:34] </w:t>
      </w:r>
      <w:r>
        <w:t>he has written: "I have found in my experience that people generally accept their moral mistakes and they say sorry for their mistakes, but they don't accept their intellectual mistakes and rather justify it. What was the reason behind that?" nahi, woh abhi sorry kehna koi ghalati manna nahi hai. yeh to ek manner hai. manner</w:t>
      </w:r>
    </w:p>
    <w:p>
      <w:pPr>
        <w:jc w:val="right"/>
      </w:pPr>
      <w:r>
        <w:t>ہیازرٹن: "آئیہیوفاؤنڈان مائی ایکسپیرینس دیٹپیپل جنرلی ایکسیپٹدیرمورلمسٹیکس اینڈدےسے سوریفار دیرمسٹیکس، بٹدےڈونٹ ایکسیپٹدیر انٹلیکچولمسٹیکس اینڈرادر جس ٹیفائیاٹ۔</w:t>
      </w:r>
    </w:p>
    <w:p>
      <w:r>
        <w:rPr>
          <w:b/>
        </w:rPr>
        <w:t xml:space="preserve">[1:29:52] </w:t>
      </w:r>
      <w:r>
        <w:t>aajkal chala hua hai. ek manner sorry nahi, repentance us ko kehte hain. dil se hona. mein to aise log nahi paya jo sach much dil se kehte hon ke "i was wrong".</w:t>
      </w:r>
    </w:p>
    <w:p>
      <w:pPr>
        <w:jc w:val="right"/>
      </w:pPr>
      <w:r>
        <w:t>واٹازداریزنبیہائنڈاٹ؟ "نہیں،وہابھی سوریکہناکوئی غلطیماننانہیںہے۔ یہتوایک ایک مینرہے۔مینر</w:t>
      </w:r>
    </w:p>
    <w:p>
      <w:r>
        <w:rPr>
          <w:b/>
        </w:rPr>
        <w:t xml:space="preserve">[1:30:02] </w:t>
      </w:r>
      <w:r>
        <w:t>sorry kehna to kuch, mein us ko kuch bhi nahi manta. yeh aap underestimate kar rahe hain logon ke us ko ke us ko keh dete hain sorry. sorry ek social manner hai. yeh</w:t>
      </w:r>
    </w:p>
    <w:p>
      <w:pPr>
        <w:jc w:val="right"/>
      </w:pPr>
      <w:r>
        <w:t>آجکلچلاہواہے۔ایک مینرس وری نہیں، ریپینٹنساسکوکہتےہیں۔ دلسےہونا۔ میںتوایسےلوگنہیںپایاجوسچمچدلسےکہتےہوںکہ"آئیوازرونگ"۔</w:t>
      </w:r>
    </w:p>
    <w:p>
      <w:r>
        <w:rPr>
          <w:b/>
        </w:rPr>
        <w:t xml:space="preserve">[1:30:15] </w:t>
      </w:r>
      <w:r>
        <w:t>iska naam ghalati manner nahi hai. aur jahan tak intellectual level ki baatein hain, to woh to argument record ban jata hai. wahan sab se bara jo insaan ka woh hai, woh hai argument.</w:t>
      </w:r>
    </w:p>
    <w:p>
      <w:pPr>
        <w:jc w:val="right"/>
      </w:pPr>
      <w:r>
        <w:t>سوریکہناتوکچھ ،میںاسکوکچھبھینہیںمانتا۔ یہ آپ انڈرایسٹیمیٹکررہےہیںلوگوںکےاسکو کہاسکوکہہدیتےہیںسوری۔سوری ایک سوشلمینرہے۔یہ</w:t>
      </w:r>
    </w:p>
    <w:p>
      <w:r>
        <w:rPr>
          <w:b/>
        </w:rPr>
        <w:t xml:space="preserve">[1:30:26] </w:t>
      </w:r>
      <w:r>
        <w:t>har aadmi, yani har aadmi chahe ghareeb ho ya ameer ho, yani arrogant hona uska us ki pedaishi sift hai.</w:t>
      </w:r>
    </w:p>
    <w:p>
      <w:pPr>
        <w:jc w:val="right"/>
      </w:pPr>
      <w:r>
        <w:t>اسکانامغلطیمینرنہیںہے۔ اور جہاںتکانٹلیکچول لیولکیباتیںہیں،تووہتو ارگونسریکارڈبنجاتاہے۔وہاں سبسے بڑاجو انسان کاجوہے، وہہےار گونس۔</w:t>
      </w:r>
    </w:p>
    <w:p>
      <w:r>
        <w:rPr>
          <w:b/>
        </w:rPr>
        <w:t xml:space="preserve">[1:30:42] </w:t>
      </w:r>
      <w:r>
        <w:t>lekin arrogance ka ek plus point hai, ek minus point hai. dekhein, arrogance agar na ho aap ke andar, arrogance bas i i ego to aap ko aap dunya mein sustain nahi kar sakte.</w:t>
      </w:r>
    </w:p>
    <w:p>
      <w:pPr>
        <w:jc w:val="right"/>
      </w:pPr>
      <w:r>
        <w:t>ہرآدمی، یعنیہرآدمی چاہےغریبہویاامیرہو ، یعنیارگنٹہونااسکا اسکی پیدائشیصفتہے۔</w:t>
      </w:r>
    </w:p>
    <w:p>
      <w:r>
        <w:rPr>
          <w:b/>
        </w:rPr>
        <w:t xml:space="preserve">[1:30:54] </w:t>
      </w:r>
      <w:r>
        <w:t>determination nahi hai aap ke andar hoga. aap jam kar koi kaam nahi kar sakte. aap conviction nahi hai aap ke andar hoga. to ego ka plus point hai conviction, determination.</w:t>
      </w:r>
    </w:p>
    <w:p>
      <w:pPr>
        <w:jc w:val="right"/>
      </w:pPr>
      <w:r>
        <w:t>لیکن ارگونسکا ایک پلسپوائنٹہے،ایکایکمائنسپوائنٹہے۔ دیکھیں،ارگونساگر نہہوآپکےاندر،ارگونسبس آئی آئی ایگو توآپ کو آپدنیا میں سسٹیننہیںکرسکتے۔</w:t>
      </w:r>
    </w:p>
    <w:p>
      <w:r>
        <w:rPr>
          <w:b/>
        </w:rPr>
        <w:t xml:space="preserve">[1:31:08] </w:t>
      </w:r>
      <w:r>
        <w:t>lekin is ka minus point kya hai? wohi arrogance, gharoor, ghamand. to log wohi, mein mein ne yeh paya hai ke sabhi log is mein phansay rehte hain.</w:t>
      </w:r>
    </w:p>
    <w:p>
      <w:pPr>
        <w:jc w:val="right"/>
      </w:pPr>
      <w:r>
        <w:t>ڈیٹرمیشننہیںہے آپکےاندرہوگا۔ آپ جم کرکوئیکامنہیںکرسکتے۔ آپ کنوکشننہیںہےآپکےاندرہوگا۔ توایگو کاپلسپوائنٹہے کنوک شن، ڈیٹرمین زم۔</w:t>
      </w:r>
    </w:p>
    <w:p>
      <w:r>
        <w:rPr>
          <w:b/>
        </w:rPr>
        <w:t xml:space="preserve">[1:31:23] </w:t>
      </w:r>
      <w:r>
        <w:t>apni apni apni apni baat ko ghalat kehna, apne intellectual level par apne ko ghalati manna, is mein unka unka woh hai, unka arrogance toot ta hai.</w:t>
      </w:r>
    </w:p>
    <w:p>
      <w:pPr>
        <w:jc w:val="right"/>
      </w:pPr>
      <w:r>
        <w:t>لیکن اسکامائنسپوائنٹکیاہے؟ وہی ار گونس، غرور،گھمنڈ۔ تولوگجوہیں، میںمیںنےیہپایاہےکہسبھیلوگاسمیں پتلارہتےہیں۔</w:t>
      </w:r>
    </w:p>
    <w:p>
      <w:r>
        <w:rPr>
          <w:b/>
        </w:rPr>
        <w:t xml:space="preserve">[1:31:37] </w:t>
      </w:r>
      <w:r>
        <w:t>is liye woh mante nahi hain is ko.</w:t>
      </w:r>
    </w:p>
    <w:p>
      <w:pPr>
        <w:jc w:val="right"/>
      </w:pPr>
      <w:r>
        <w:t>اپنی اپنی اپنی اپنی باتکوغلطکہنا، اپنے انٹلیکچوللیولپر اپنےکوغلطی ماننا، اسمیںانکا انکاجوہے، انکاار گونسٹوٹ تاہے۔</w:t>
      </w:r>
    </w:p>
    <w:p>
      <w:r>
        <w:rPr>
          <w:b/>
        </w:rPr>
        <w:t xml:space="preserve">[1:31:51] </w:t>
      </w:r>
      <w:r>
        <w:t>baqi jo sorry kehte hain, woh bhi mein us ko be haq samajhta hoon. woh to social manner hai, woh kuch bhi nahi hai. yaad rakhein, sab se bari neki yeh hai ke aap dil se keh sakein ke "i was wrong".</w:t>
      </w:r>
    </w:p>
    <w:p>
      <w:pPr>
        <w:jc w:val="right"/>
      </w:pPr>
      <w:r>
        <w:t>اسلیےوہمانتےنہیںہیںاسکو ۔</w:t>
      </w:r>
    </w:p>
    <w:p>
      <w:r>
        <w:rPr>
          <w:b/>
        </w:rPr>
        <w:t xml:space="preserve">[1:31:53] </w:t>
      </w:r>
      <w:r>
        <w:t>dil se keh sakein, sach much Allah ke khauf se keh sakein ke "i was wrong". yeh to bohat bari neki hai. chahe intellectual ghalati karein aap, tab bhi maal ghalati karein, tab bhi dono halaton mein.</w:t>
      </w:r>
    </w:p>
    <w:p>
      <w:pPr>
        <w:jc w:val="right"/>
      </w:pPr>
      <w:r>
        <w:t>باقیجوساریکہتےہیں،وہبھیمیں اسکوبےحقسمجھتاہوں۔ وہتو سوشلمینرہے،وہکچھبھینہیںہے۔ یادرکھیں،سبسے بڑی نیکییہہے کہ آپدلسےکہہسکیںکہ"آئیوازرونگ"۔</w:t>
      </w:r>
    </w:p>
    <w:p>
      <w:r>
        <w:rPr>
          <w:b/>
        </w:rPr>
        <w:t xml:space="preserve">[1:32:06] </w:t>
      </w:r>
      <w:r>
        <w:t>this is a question from Mr Nafees Shiraz from Delhi: kisi bhi scientist ne Khuda ke wajood ka itraaf nahi kiya hai.</w:t>
      </w:r>
    </w:p>
    <w:p>
      <w:pPr>
        <w:jc w:val="right"/>
      </w:pPr>
      <w:r>
        <w:t>دلسےکہہسکیں،سچمچ اللہ کےخوفسے کہہسکیںکہ"آئیوازرونگ"۔یہتوبہتبڑینیکیہے۔ چاہےانٹلیکچولغلطیکریںآپ،تببھی مالغلطیکریں،تببھیدونوںحالتوںمیں۔</w:t>
      </w:r>
    </w:p>
    <w:p>
      <w:r>
        <w:rPr>
          <w:b/>
        </w:rPr>
        <w:t xml:space="preserve">[1:32:21] </w:t>
      </w:r>
      <w:r>
        <w:t>uska kya wajah hai?</w:t>
      </w:r>
    </w:p>
    <w:p>
      <w:pPr>
        <w:jc w:val="right"/>
      </w:pPr>
      <w:r>
        <w:t>دسکوئسچناز فرام مسٹرنفیسشیراز فرامڈیلی: کسیبھی سائنٹسٹنے خداکے وجود کا اعت راف نہیں کیا ہے۔</w:t>
      </w:r>
    </w:p>
    <w:p>
      <w:r>
        <w:rPr>
          <w:b/>
        </w:rPr>
        <w:t xml:space="preserve">[1:32:32] </w:t>
      </w:r>
      <w:r>
        <w:t>is ki waja hai?</w:t>
      </w:r>
    </w:p>
    <w:p>
      <w:pPr>
        <w:jc w:val="right"/>
      </w:pPr>
      <w:r>
        <w:t>اسکیکیا وجہ ہے ؟</w:t>
      </w:r>
    </w:p>
    <w:p>
      <w:r>
        <w:rPr>
          <w:b/>
        </w:rPr>
        <w:t xml:space="preserve">[1:32:36] </w:t>
      </w:r>
      <w:r>
        <w:t>nahin,aisanahin hai. eteraaf kiya hai. main to bataoon ke sab ne eteraaf kiya hai, lekin woh un ka eteraaf woh hai, religious sense mein nahin hota hai.</w:t>
      </w:r>
    </w:p>
    <w:p>
      <w:pPr>
        <w:jc w:val="right"/>
      </w:pPr>
      <w:r>
        <w:t>نہیں،ایسانہیںہے۔ اعترافکیاہے۔ میںتوبتاؤںکہسبھینےاعترافکیاہے،لیکن وہ انکا اعت رافجوہے، ریلیجسسینسمیںنہیںہوتاہے۔</w:t>
      </w:r>
    </w:p>
    <w:p>
      <w:r>
        <w:rPr>
          <w:b/>
        </w:rPr>
        <w:t xml:space="preserve">[1:32:46] </w:t>
      </w:r>
      <w:r>
        <w:t>woh aur sense mein hota hai.</w:t>
      </w:r>
    </w:p>
    <w:p>
      <w:pPr>
        <w:jc w:val="right"/>
      </w:pPr>
      <w:r>
        <w:t>وہاور سینسمیںہوتاہے۔</w:t>
      </w:r>
    </w:p>
    <w:p>
      <w:r>
        <w:rPr>
          <w:b/>
        </w:rPr>
        <w:t xml:space="preserve">[1:32:52] </w:t>
      </w:r>
      <w:r>
        <w:t>aisanahin hai ke woh khuda ke munkir hon. mere saath koi bhi, koi bhi, mere ilm mein koi bhi scientist woh hai, atheist nahin hai. atheist philosophers hue hain.</w:t>
      </w:r>
    </w:p>
    <w:p>
      <w:pPr>
        <w:jc w:val="right"/>
      </w:pPr>
      <w:r>
        <w:t>ایسانہیںہےکہوہ خداکےمنکرہوں۔میرےساتھکوئیبھی،کوئیبھی ، میرےعلم میںکوئیبھی سائنٹسٹجوہے، اتھیسٹنہیںہے۔ اتھیسٹ فلاسفرزہوئےہیں۔</w:t>
      </w:r>
    </w:p>
    <w:p>
      <w:r>
        <w:rPr>
          <w:b/>
        </w:rPr>
        <w:t xml:space="preserve">[1:33:03] </w:t>
      </w:r>
      <w:r>
        <w:t>yani khuda ka na maanne ka agar koi hai to woh philosopher, woh bhi, woh bhi limited sense mein hai. kyun ke philosopher bhi maante hain ek aur sense mein. philosophers woh hain, khuda ko maante hain spirit ke sense mein.</w:t>
      </w:r>
    </w:p>
    <w:p>
      <w:pPr>
        <w:jc w:val="right"/>
      </w:pPr>
      <w:r>
        <w:t>یعنیخداکا نہ ماننےکااگر کوئیہےتووہ فلاسفر،وہبھی، وہ بھیلمیٹڈسینسمیںہے۔کیونکہفلاسفربھیمانتےہیںایکاورسینسمیں۔ فلاسفرزجوہے،خداکومانتےہیںاسپرٹکےسینسمیں۔</w:t>
      </w:r>
    </w:p>
    <w:p>
      <w:r>
        <w:rPr>
          <w:b/>
        </w:rPr>
        <w:t xml:space="preserve">[1:33:17] </w:t>
      </w:r>
      <w:r>
        <w:t>jaise hegel ne maana hai world spirit</w:t>
      </w:r>
    </w:p>
    <w:p>
      <w:pPr>
        <w:jc w:val="right"/>
      </w:pPr>
      <w:r>
        <w:t>جیسےہیگلنے ماناہے ورلڈاسپر</w:t>
      </w:r>
    </w:p>
    <w:p>
      <w:r>
        <w:rPr>
          <w:b/>
        </w:rPr>
        <w:t xml:space="preserve">[1:33:21] </w:t>
      </w:r>
      <w:r>
        <w:t>t, woh world spirit maanta hai. world spirit ka woh khuda hi woh hai, woh. lekin hegel usko world spirit kahega. to main samajhta hoon ke saare philosophers bhi maante hain khuda ko, lekin un ka khuda woh hai, woh spirit wala khuda hai.</w:t>
      </w:r>
    </w:p>
    <w:p>
      <w:pPr>
        <w:jc w:val="right"/>
      </w:pPr>
      <w:r>
        <w:t>ٹ، وہورلڈاسپرٹمانتاہے۔ورلڈاسپرٹکاوہخداہیتوہے،وہ ۔لیکن ہیگلاسکوورلڈاسپرٹکہےگا۔ تو میں سمجھتاہوںکہسارےفلاسفرزبھیمانتےہیںخداکو،لیکن انکاخداجوہے،وہاسپرٹ والاخداہے۔</w:t>
      </w:r>
    </w:p>
    <w:p>
      <w:r>
        <w:rPr>
          <w:b/>
        </w:rPr>
        <w:t xml:space="preserve">[1:33:37] </w:t>
      </w:r>
      <w:r>
        <w:t>jiska ek namuna jo main ne kaha aap ko ke hegel world spirit, to woh world spirit ka naam lete hain. woh to philosophers bhi khuda ko maante hain, lekin woh religious sense mein nahin maante</w:t>
      </w:r>
    </w:p>
    <w:p>
      <w:pPr>
        <w:jc w:val="right"/>
      </w:pPr>
      <w:r>
        <w:t>جسکاایکنمونہ جو میںنےکہاآپکو کہ ہیگل ورلڈاسپرٹ،تووہورلڈاسپرٹکاناملیتےہیں۔وہ تو فلاسفرزبھیخداکومانتےہیں، لیکن وہ ریلیجسسینسمیںنہیںمانت</w:t>
      </w:r>
    </w:p>
    <w:p>
      <w:r>
        <w:rPr>
          <w:b/>
        </w:rPr>
        <w:t xml:space="preserve">[1:33:50] </w:t>
      </w:r>
      <w:r>
        <w:t>hain, apne sense mein maante hain. aise hi woh maanta hai scientist bhi ke unity kyon itni zyada hai? itni unity kyon hai?</w:t>
      </w:r>
    </w:p>
    <w:p>
      <w:pPr>
        <w:jc w:val="right"/>
      </w:pPr>
      <w:r>
        <w:t>ےہیں،اپنے سینسمیںمانتےہیں۔ ایسےہی وہیمانتاہے سائنٹسٹبھی کہ یون ٹیکیوںاتنیزیادہ ہے؟ اتنییونٹیکیوںہے؟</w:t>
      </w:r>
    </w:p>
    <w:p>
      <w:r>
        <w:rPr>
          <w:b/>
        </w:rPr>
        <w:t xml:space="preserve">[1:34:01] </w:t>
      </w:r>
      <w:r>
        <w:t>yeh to woh log bolte hain, intelligence galat bolte hain. woh log ke ek ek intelligence hai uske peeche. ek kitaab chhapi hai, uska naam hai "intelligent universe".</w:t>
      </w:r>
    </w:p>
    <w:p>
      <w:pPr>
        <w:jc w:val="right"/>
      </w:pPr>
      <w:r>
        <w:t>یہ تووہلوگبولتےہیں،انٹیلیجنسغلطبولتےہیں۔وہلوگ کہ ایک ایک انٹیلیجنسہےاسکےپیچھے۔ ایککتاب چھپیہے،اسکانامہے"انٹیلیجنٹیونیورس"۔</w:t>
      </w:r>
    </w:p>
    <w:p>
      <w:r>
        <w:rPr>
          <w:b/>
        </w:rPr>
        <w:t xml:space="preserve">[1:34:12] </w:t>
      </w:r>
      <w:r>
        <w:t>to science daan khuda ko maanta hai, intelligence ke term mein believe karta hai. usko</w:t>
      </w:r>
    </w:p>
    <w:p>
      <w:pPr>
        <w:jc w:val="right"/>
      </w:pPr>
      <w:r>
        <w:t>تو سائنس دان خداکومانتاہے، انٹیلیجنسکے ٹرممیںبین کرتاہے۔اسکو</w:t>
      </w:r>
    </w:p>
    <w:p>
      <w:r>
        <w:rPr>
          <w:b/>
        </w:rPr>
        <w:t xml:space="preserve">[1:34:17] </w:t>
      </w:r>
      <w:r>
        <w:t>philosopher maanta hai, usko woh spirit ke sense mein believe karta hai. woh to khuda itni bari haqeeqat hai ke usko maane baghair chaara na ho. lekin hum jis sense mein maante hain, jisko hum Allah kehte hain, to woh us sense mein nahin maante. main yeh yahi hi theek hai,</w:t>
      </w:r>
    </w:p>
    <w:p>
      <w:pPr>
        <w:jc w:val="right"/>
      </w:pPr>
      <w:r>
        <w:t>فلاسفر مانتاہے،اسکووہاسپرٹکےسینسمیںبین کرتاہے۔وہ تو خدا اتنیبڑی حقیقتہےکہاسکومانےبغیرچارہنہیں۔ لیکن ہمجس سینسمیںمانتےہیں،جسکوہماللہکہتےہیں،تووہ اسسینسمیںنہیںمانتے۔میں یہ یہیہیہٹھیکہے،</w:t>
      </w:r>
    </w:p>
    <w:p>
      <w:r>
        <w:rPr>
          <w:b/>
        </w:rPr>
        <w:t xml:space="preserve">[1:34:34] </w:t>
      </w:r>
      <w:r>
        <w:t>lekin kisi aur sense mein har ek maanta hai.</w:t>
      </w:r>
    </w:p>
    <w:p>
      <w:pPr>
        <w:jc w:val="right"/>
      </w:pPr>
      <w:r>
        <w:t>لیکن کسی اور سینسمیںہرایکمانتاہے۔</w:t>
      </w:r>
    </w:p>
    <w:p>
      <w:r>
        <w:rPr>
          <w:b/>
        </w:rPr>
        <w:t xml:space="preserve">[1:34:39] </w:t>
      </w:r>
      <w:r>
        <w:t>disko is such an offer from Mr Abdul Basit from Doha</w:t>
      </w:r>
    </w:p>
    <w:p>
      <w:pPr>
        <w:jc w:val="right"/>
      </w:pPr>
      <w:r>
        <w:t>دسکوئسچناز فر ام مسٹر عبدالب اسط فرام دوحہ</w:t>
      </w:r>
    </w:p>
    <w:p>
      <w:r>
        <w:rPr>
          <w:b/>
        </w:rPr>
        <w:t xml:space="preserve">[1:34:44] </w:t>
      </w:r>
      <w:r>
        <w:t>: Maulana, aap ki nayi nayi daryaft se hamara zehni ertaqa hota rehta hai. aisa hamesha to nahin rahega.</w:t>
      </w:r>
    </w:p>
    <w:p>
      <w:pPr>
        <w:jc w:val="right"/>
      </w:pPr>
      <w:r>
        <w:t>:مول انا،آپ کی نئی نئی دریا فت سے ہمارا ذہنی ارت قاءہوتارہتاہے۔ ایسا ہمیشہتونہیں رہےگا۔</w:t>
      </w:r>
    </w:p>
    <w:p>
      <w:r>
        <w:rPr>
          <w:b/>
        </w:rPr>
        <w:t xml:space="preserve">[1:34:54] </w:t>
      </w:r>
      <w:r>
        <w:t>kal nafsin za'iqatul maut. jo log aap ke baad abhi imtehaan ki duniya mein honge, to un ke liye kya rehnuma'i denge?</w:t>
      </w:r>
    </w:p>
    <w:p>
      <w:pPr>
        <w:jc w:val="right"/>
      </w:pPr>
      <w:r>
        <w:t>کل نفس ذائقۃ الموت۔ جو لوگ آپ کے بعد ابھی امتحانکیدنیا میں ہوںگے، تو انکے لیے کیا رہ نمائیدیںگے ؟</w:t>
      </w:r>
    </w:p>
    <w:p>
      <w:r>
        <w:rPr>
          <w:b/>
        </w:rPr>
        <w:t xml:space="preserve">[1:35:05] </w:t>
      </w:r>
      <w:r>
        <w:t>yeh is liye ke har nayi discovery ke baad phir nayi discovery ke liye hum muntazir rehte hain.</w:t>
      </w:r>
    </w:p>
    <w:p>
      <w:pPr>
        <w:jc w:val="right"/>
      </w:pPr>
      <w:r>
        <w:t>یہ اس لیے کہ ہر نئی ڈسکوریکےبعد پھر نئی ڈسکوریکےلیے ہم منت ظر رہتےہیں۔</w:t>
      </w:r>
    </w:p>
    <w:p>
      <w:r>
        <w:rPr>
          <w:b/>
        </w:rPr>
        <w:t xml:space="preserve">[1:35:14] </w:t>
      </w:r>
      <w:r>
        <w:t>kya hum log bhi aap ki tarah nayi nayi daryaft kar sakenge? dekhen, meri taaqat dua hai.</w:t>
      </w:r>
    </w:p>
    <w:p>
      <w:pPr>
        <w:jc w:val="right"/>
      </w:pPr>
      <w:r>
        <w:t>کیا ہملوگ بھی آپ کی طرح نئینئیدریا فت کرسکیںگے؟ دیکھیں،میریطاقتدعاہے۔</w:t>
      </w:r>
    </w:p>
    <w:p>
      <w:r>
        <w:rPr>
          <w:b/>
        </w:rPr>
        <w:t xml:space="preserve">[1:35:26] </w:t>
      </w:r>
      <w:r>
        <w:t>main 24 ghante dua mein jeeta hoon aur mere paas kuch bhi nahin hai.</w:t>
      </w:r>
    </w:p>
    <w:p>
      <w:pPr>
        <w:jc w:val="right"/>
      </w:pPr>
      <w:r>
        <w:t>میں 24گھنٹےدعامیںجیتاہوں اور میرےپاسکچھبھینہیں ہے۔</w:t>
      </w:r>
    </w:p>
    <w:p>
      <w:r>
        <w:rPr>
          <w:b/>
        </w:rPr>
        <w:t xml:space="preserve">[1:35:35] </w:t>
      </w:r>
      <w:r>
        <w:t>jo shakhs bhi dua mein jiye ga, woh sab kuch pa sakta hai.</w:t>
      </w:r>
    </w:p>
    <w:p>
      <w:pPr>
        <w:jc w:val="right"/>
      </w:pPr>
      <w:r>
        <w:t>جو شخص بھیدعامیںجیےگا، وہسبکچھپاسکتاہے۔</w:t>
      </w:r>
    </w:p>
    <w:p>
      <w:r>
        <w:rPr>
          <w:b/>
        </w:rPr>
        <w:t xml:space="preserve">[1:35:47] </w:t>
      </w:r>
      <w:r>
        <w:t>kaha jaata hai ke "prayer is power", lekin woh log bohat limited sense mein maante hain usko ke koi mareez hai, dua karo, achha ho jayega. to yeh bohat limited sense mein hai.</w:t>
      </w:r>
    </w:p>
    <w:p>
      <w:pPr>
        <w:jc w:val="right"/>
      </w:pPr>
      <w:r>
        <w:t>کہاجاتاہےکہ"پریراز پاور "،لیکن وہلوگبہتل میٹڈسینسمیںمان لیتےہیںاسکوکہکوئیمریضہے، دعاکرو،اچھاہوجائےگا۔ تویہبہت لمیٹڈسینسمیںہے۔</w:t>
      </w:r>
    </w:p>
    <w:p>
      <w:r>
        <w:rPr>
          <w:b/>
        </w:rPr>
        <w:t xml:space="preserve">[1:35:58] </w:t>
      </w:r>
      <w:r>
        <w:t>"prayer is power" bohat bare sense mein hai. hadith mein aata hai ke "ad-du'a'u mukhul ibadah", "ad-du'a'u hil'ibadah", ya'ni dua hi sab kuch hai.</w:t>
      </w:r>
    </w:p>
    <w:p>
      <w:pPr>
        <w:jc w:val="right"/>
      </w:pPr>
      <w:r>
        <w:t>"پریرازپاور" بہت بڑے سینسمیںہے۔ حدیثمیںآتاہےکہ" الدعا مخ لب ادہ "،"الدعاحیل عبادہ"، یعنیدعاہیسبکچھہے۔</w:t>
      </w:r>
    </w:p>
    <w:p>
      <w:r>
        <w:rPr>
          <w:b/>
        </w:rPr>
        <w:t xml:space="preserve">[1:36:12] </w:t>
      </w:r>
      <w:r>
        <w:t>dekhen, is duniya mein bande aur khuda ke darmiyan jo equation hai, woh woh woh equation yeh hai ke banda poore ma'non mein aajiz hai, khuda poore ma'non mein al mighty hai.</w:t>
      </w:r>
    </w:p>
    <w:p>
      <w:pPr>
        <w:jc w:val="right"/>
      </w:pPr>
      <w:r>
        <w:t>دیکھیں، اسدنیا میں بندےاورخداکےدرمیانجوایکویشنہے، وہ وہ وہایکویشن یہہے کہ بندہ پورےمعنوںمیں عاجزہے، خدا پورےمعنوںمیں الم ائٹیہے۔</w:t>
      </w:r>
    </w:p>
    <w:p>
      <w:r>
        <w:rPr>
          <w:b/>
        </w:rPr>
        <w:t xml:space="preserve">[1:36:30] </w:t>
      </w:r>
      <w:r>
        <w:t>bande ke paas kuch bhi nahin hai. yeh "think of nothing" ka ek equation hai. yeh "think of nothing" ka equation nahin hai. yeh bande ke paas kuch bhi nahin hai.</w:t>
      </w:r>
    </w:p>
    <w:p>
      <w:pPr>
        <w:jc w:val="right"/>
      </w:pPr>
      <w:r>
        <w:t>بندےکےپاسکچھبھینہیںہے۔ یہ"تھنکاورنتھنگ"کا ایک ویشنہے۔یہ "تھنکاورتھنک"کاایکویشننہیںہے۔یہ بندےکےپاسکچھبھینہیںہے۔</w:t>
      </w:r>
    </w:p>
    <w:p>
      <w:r>
        <w:rPr>
          <w:b/>
        </w:rPr>
        <w:t xml:space="preserve">[1:36:45] </w:t>
      </w:r>
      <w:r>
        <w:t>lekin yaad rakhiye, khuda ka jo inspiration hai paane ke liye, woh woh uske liye shart hai. woh shart poore kare aadmi ke sach much khuda ka ho jaye. woh sach much khuda ka ho jaye.</w:t>
      </w:r>
    </w:p>
    <w:p>
      <w:pPr>
        <w:jc w:val="right"/>
      </w:pPr>
      <w:r>
        <w:t>لیکن یادرکھیے، خداکا جو انسپیریشنہے پانیکےلیے، وہ وہاسکےلیے شرطہے۔وہشرطپورےکرےآدمی کہسچمچخداکاہوجائے۔وہ سچمچخداکاہوجائے۔</w:t>
      </w:r>
    </w:p>
    <w:p>
      <w:r>
        <w:rPr>
          <w:b/>
        </w:rPr>
        <w:t xml:space="preserve">[1:37:04] </w:t>
      </w:r>
      <w:r>
        <w:t>sach much hi khuda ka ho jaye. woh</w:t>
      </w:r>
    </w:p>
    <w:p>
      <w:pPr>
        <w:jc w:val="right"/>
      </w:pPr>
      <w:r>
        <w:t>سچمچہیخداکاہوجائے۔وہ</w:t>
      </w:r>
    </w:p>
    <w:p>
      <w:r>
        <w:rPr>
          <w:b/>
        </w:rPr>
        <w:t xml:space="preserve">[1:37:08] </w:t>
      </w:r>
      <w:r>
        <w:t>mujhe goutambuddh ke ek kahani bahut pasand hai ke ek mulk mein tha,</w:t>
      </w:r>
    </w:p>
    <w:p>
      <w:pPr>
        <w:jc w:val="right"/>
      </w:pPr>
      <w:r>
        <w:t>مجھے گوتمبدھکےایککہانیبہتپسندہے کہ ایک ملکمینتھا،</w:t>
      </w:r>
    </w:p>
    <w:p>
      <w:r>
        <w:rPr>
          <w:b/>
        </w:rPr>
        <w:t xml:space="preserve">[1:37:15] </w:t>
      </w:r>
      <w:r>
        <w:t>usne goutambuddh ko bulaya ke hamare aaiye, hamko gyand dijiye aur bartan le aaiye ga, aur bartan mein hum aapko fresh milk denge.</w:t>
      </w:r>
    </w:p>
    <w:p>
      <w:pPr>
        <w:jc w:val="right"/>
      </w:pPr>
      <w:r>
        <w:t>اسنےگوتمبدھکوبلایاکہہمارےآئیے، ہمکوگیاندیجئے اور برتنلےآئےگا،اوربرتنمیںہم آپکو فریشملکدیںگے۔</w:t>
      </w:r>
    </w:p>
    <w:p>
      <w:r>
        <w:rPr>
          <w:b/>
        </w:rPr>
        <w:t xml:space="preserve">[1:37:26] </w:t>
      </w:r>
      <w:r>
        <w:t>to goutambuddh gaye, to jo unke paas jo paat tha, jo bartan tha, usmein jaan boojhkar thodi si mitti daal di. ab jaake usko diya, koi lota hoga ya koi koi paat hoga,</w:t>
      </w:r>
    </w:p>
    <w:p>
      <w:pPr>
        <w:jc w:val="right"/>
      </w:pPr>
      <w:r>
        <w:t>توگوتمبدھگئے، توجوانکےپاسجوپاٹتھا،جوبرتنتھا،اسمیں جان بوجھکرتھوڑیسیمٹیڈالدی۔ ابجاکےاسکودیا، کوئیلوٹاہوگایاکوئی کوئی پاٹہوگا،</w:t>
      </w:r>
    </w:p>
    <w:p>
      <w:r>
        <w:rPr>
          <w:b/>
        </w:rPr>
        <w:t xml:space="preserve">[1:37:42] </w:t>
      </w:r>
      <w:r>
        <w:t>usne dekha ke usmein to mitti hai, saaf nahi hai. to usne usko khoob saaf kiya, dhoya, manjha, phir usne fresh milk rakha aur laakar pesh kiya.</w:t>
      </w:r>
    </w:p>
    <w:p>
      <w:pPr>
        <w:jc w:val="right"/>
      </w:pPr>
      <w:r>
        <w:t>اسنےدیکھاکہاسمیںتومٹیہے، صافنہیںہے۔ تو اسنےاسکوخوبصافکیا، دھویا، مانجھا، پھراسنےفریشملکرکھااورلاکرپیشکیا۔</w:t>
      </w:r>
    </w:p>
    <w:p>
      <w:r>
        <w:rPr>
          <w:b/>
        </w:rPr>
        <w:t xml:space="preserve">[1:37:54] </w:t>
      </w:r>
      <w:r>
        <w:t>to goutambuddh usko leke jaane lage. to usne ek mulk mein ne kaha ke aap kahan ja rahe hain? maine bulaya tha aapko ke aap mujhe gyan denge.</w:t>
      </w:r>
    </w:p>
    <w:p>
      <w:pPr>
        <w:jc w:val="right"/>
      </w:pPr>
      <w:r>
        <w:t>تو گوتمبدھاسکولےکےجانےلگے۔ تواسنےایکملکمیننےکہاکہآپکہاںجارہےہیں؟ میںنےبلایاتھاآپکو کہآپمجھےگیاندیںگے۔</w:t>
      </w:r>
    </w:p>
    <w:p>
      <w:r>
        <w:rPr>
          <w:b/>
        </w:rPr>
        <w:t xml:space="preserve">[1:38:07] </w:t>
      </w:r>
      <w:r>
        <w:t>khali doodh ki baat to nahi thi.</w:t>
      </w:r>
    </w:p>
    <w:p>
      <w:pPr>
        <w:jc w:val="right"/>
      </w:pPr>
      <w:r>
        <w:t>خالیدودھکیباتتونہیںتھی۔</w:t>
      </w:r>
    </w:p>
    <w:p>
      <w:r>
        <w:rPr>
          <w:b/>
        </w:rPr>
        <w:t xml:space="preserve">[1:38:11] </w:t>
      </w:r>
      <w:r>
        <w:t>to goutambuddh ne kaha ke maine tumko gyan de diya, gyan de diya. kaha kaise diya?</w:t>
      </w:r>
    </w:p>
    <w:p>
      <w:pPr>
        <w:jc w:val="right"/>
      </w:pPr>
      <w:r>
        <w:t>تو گوتمبدھنےکہاکہمیںنےتمکوگیاندےدیا، گیاندےدیا۔ کہاکیسےدیا؟</w:t>
      </w:r>
    </w:p>
    <w:p>
      <w:r>
        <w:rPr>
          <w:b/>
        </w:rPr>
        <w:t xml:space="preserve">[1:38:20] </w:t>
      </w:r>
      <w:r>
        <w:t>ke dekho, yeh jo bartan tha, yeh nikal in tha, to tum ne usmein fresh milk nahi rakha kyunke fresh milk jo hai, kharab ho jayega.</w:t>
      </w:r>
    </w:p>
    <w:p>
      <w:pPr>
        <w:jc w:val="right"/>
      </w:pPr>
      <w:r>
        <w:t>کہدیکھو، یہجو برتنتھا، یہانکلینتھا، توتم نے اسمیں فریشملکنہیںرکھا کیونکہفریشملکجوہے،خرابہوجائےگا۔</w:t>
      </w:r>
    </w:p>
    <w:p>
      <w:r>
        <w:rPr>
          <w:b/>
        </w:rPr>
        <w:t xml:space="preserve">[1:38:31] </w:t>
      </w:r>
      <w:r>
        <w:t>aap jaante hain, doodh phat jata hai. to tumne saaf kiya, tab usmein doodh rakha.</w:t>
      </w:r>
    </w:p>
    <w:p>
      <w:pPr>
        <w:jc w:val="right"/>
      </w:pPr>
      <w:r>
        <w:t>آپجانتےہیں،دودھپھٹجاتاہے۔ تو تمنےصافکیا،تباسمیںدودھرکھا۔</w:t>
      </w:r>
    </w:p>
    <w:p>
      <w:r>
        <w:rPr>
          <w:b/>
        </w:rPr>
        <w:t xml:space="preserve">[1:38:38] </w:t>
      </w:r>
      <w:r>
        <w:t>to tumhara jo container hai, woh woh nikal in hai. tumhara dil, tumhara dimagh jo nikal in hai, usko saaf karo. tabhi to tum usmein gyan rakhoge, to usmein gyan padega nahi, to padega nahi. dhyan to sabse badi cheez hai ke aadmi apne apne container ko clean banaye.</w:t>
      </w:r>
    </w:p>
    <w:p>
      <w:pPr>
        <w:jc w:val="right"/>
      </w:pPr>
      <w:r>
        <w:t>تو تمہاراجوکنٹینرہے، وہ وہ انکل ینہے۔ تمہارادل،تمہارادماغجوانکلینہے، اسکوصافکرو ۔تبھیتوتم اسمیںگیانرکھوگے،تواسمیںگیان پڑےگانہیں،توپڑےگانہیں۔دھیان توسبسےبڑیچیزہےکہآدمیاپنے اپنے کنٹینرکو کلینبنائے۔</w:t>
      </w:r>
    </w:p>
    <w:p>
      <w:r>
        <w:rPr>
          <w:b/>
        </w:rPr>
        <w:t xml:space="preserve">[1:39:00] </w:t>
      </w:r>
      <w:r>
        <w:t>hadith mein aata hai ke Khuda subah shaam apna faizaan bhejta hai, apna inspiration.</w:t>
      </w:r>
    </w:p>
    <w:p>
      <w:pPr>
        <w:jc w:val="right"/>
      </w:pPr>
      <w:r>
        <w:t>حدیثمیںآتاہےکہخدا صبح شام اپنافیضانبھیجتاہے، اپناانسپیریشن۔</w:t>
      </w:r>
    </w:p>
    <w:p>
      <w:r>
        <w:rPr>
          <w:b/>
        </w:rPr>
        <w:t xml:space="preserve">[1:39:06] </w:t>
      </w:r>
      <w:r>
        <w:t>yani Khuda ka inspiration jo hai, 24 ghante barish ke andar barasta rehta hai. yaad rakhiye, Khuda ka jo inspiration jo hai, inspiration 24 ghante barsta hai aasman se,</w:t>
      </w:r>
    </w:p>
    <w:p>
      <w:pPr>
        <w:jc w:val="right"/>
      </w:pPr>
      <w:r>
        <w:t>یعنیخداکاانسپیریشنجوہے، 24 گھنٹے بارشکےاندربرستارہتاہے۔ یادرکھیے، خداکاجوانسپیریشنجوہے، انسپیریشن 24 گھنٹےبر ستاہےآسمانسے،</w:t>
      </w:r>
    </w:p>
    <w:p>
      <w:r>
        <w:rPr>
          <w:b/>
        </w:rPr>
        <w:t xml:space="preserve">[1:39:22] </w:t>
      </w:r>
      <w:r>
        <w:t>lekin jiska container saaf ho, usmein pahunchega. baqi pahunchega nahi. woh</w:t>
      </w:r>
    </w:p>
    <w:p>
      <w:pPr>
        <w:jc w:val="right"/>
      </w:pPr>
      <w:r>
        <w:t>لیکن جسکا کنٹینرصافہو،اسیمیں پہنچےگا۔ باقیپہنچےگانہیں۔وہ</w:t>
      </w:r>
    </w:p>
    <w:p>
      <w:r>
        <w:rPr>
          <w:b/>
        </w:rPr>
        <w:t xml:space="preserve">[1:39:32] </w:t>
      </w:r>
      <w:r>
        <w:t>yeh ek haqeeqat hai ke 24 ghante Khuda aap yeh samajhte hain ke paighambar wahi ke baad wahi ka qissa khatm ho gaya.</w:t>
      </w:r>
    </w:p>
    <w:p>
      <w:pPr>
        <w:jc w:val="right"/>
      </w:pPr>
      <w:r>
        <w:t>یہایکحقیقتہےکہ24 گھنٹہخداآپ یہسمجھتےہیںکہپیغمبر وحیکےبعد وحیکاقصہختمہوگیا۔</w:t>
      </w:r>
    </w:p>
    <w:p>
      <w:r>
        <w:rPr>
          <w:b/>
        </w:rPr>
        <w:t xml:space="preserve">[1:39:41] </w:t>
      </w:r>
      <w:r>
        <w:t>ek sahib ki maine kitab padhi, woh mein likha hai, usmein unhone ke saatvi sadi isvi mein aakhri baar aasman ka contact zameen se hua.</w:t>
      </w:r>
    </w:p>
    <w:p>
      <w:pPr>
        <w:jc w:val="right"/>
      </w:pPr>
      <w:r>
        <w:t>ایک صاحبکیمیںنےکتاب پڑھی، وہمیںلکھاہے،اسمیںانہوںنے کہ ساتویںصدی عیسویمیںآخریبار آسمانکا کنٹیکٹزمینسےہوا۔</w:t>
      </w:r>
    </w:p>
    <w:p>
      <w:r>
        <w:rPr>
          <w:b/>
        </w:rPr>
        <w:t xml:space="preserve">[1:39:52] </w:t>
      </w:r>
      <w:r>
        <w:t>yeh bilkul laaf baat hai. yeh</w:t>
      </w:r>
    </w:p>
    <w:p>
      <w:pPr>
        <w:jc w:val="right"/>
      </w:pPr>
      <w:r>
        <w:t>یہبالکل لافباتہے۔یہ</w:t>
      </w:r>
    </w:p>
    <w:p>
      <w:r>
        <w:rPr>
          <w:b/>
        </w:rPr>
        <w:t xml:space="preserve">[1:39:55] </w:t>
      </w:r>
      <w:r>
        <w:t>Rasool Allah ke zaman mein jab aap khatam un nabiyin the, to usko is tarah badhaya chadhaya unhone ke saatvi sadi isvi mein aakhri baar aasman ka contact zameen se hua. uske baad woh kitna, yani yeh Khuda ka institution hai.</w:t>
      </w:r>
    </w:p>
    <w:p>
      <w:pPr>
        <w:jc w:val="right"/>
      </w:pPr>
      <w:r>
        <w:t>رسولاللہکےزمان ےجب آپ خاتمالنبینتھے، تو اسکو اسطرح بڑھایاچڑھایاانہوںنے کہساتویںصدی عیسویمیں آخریبار آسمانکا کنٹیکٹزمین سےہوا۔اسکےبعد وہ کتنا ،یعنی یہخداکاانڈرس ٹیٹیوشنہے۔</w:t>
      </w:r>
    </w:p>
    <w:p>
      <w:r>
        <w:rPr>
          <w:b/>
        </w:rPr>
        <w:t xml:space="preserve">[1:40:12] </w:t>
      </w:r>
      <w:r>
        <w:t>kya aap samajhte hain Khuda uske baad ab ab Khuda be-taalluq ho gaya hum se?</w:t>
      </w:r>
    </w:p>
    <w:p>
      <w:pPr>
        <w:jc w:val="right"/>
      </w:pPr>
      <w:r>
        <w:t>کیاآپسمجھتےہیںخدا اسکےبعد اب ابخدابےتعلقہوگیاہمسے؟</w:t>
      </w:r>
    </w:p>
    <w:p>
      <w:r>
        <w:rPr>
          <w:b/>
        </w:rPr>
        <w:t xml:space="preserve">[1:40:17] </w:t>
      </w:r>
      <w:r>
        <w:t>kaise aisa ho sakta hai? yeh Khuda ki shaan ke khilaf hai</w:t>
      </w:r>
    </w:p>
    <w:p>
      <w:pPr>
        <w:jc w:val="right"/>
      </w:pPr>
      <w:r>
        <w:t>کیسےایساہوسکتاہے ؟یہخداکیشانکےخلاف ہے</w:t>
      </w:r>
    </w:p>
    <w:p>
      <w:r>
        <w:rPr>
          <w:b/>
        </w:rPr>
        <w:t xml:space="preserve">[1:40:24] </w:t>
      </w:r>
      <w:r>
        <w:t>ke woh Khuda Khuda nahi hoga jo saatvi sadi ke baad be-taalluq hokar reh jaye.</w:t>
      </w:r>
    </w:p>
    <w:p>
      <w:pPr>
        <w:jc w:val="right"/>
      </w:pPr>
      <w:r>
        <w:t>کہوہخداخدانہیںہوگا جو ساتویںصدیکےبعدبےتعلقہوکررہجائے۔</w:t>
      </w:r>
    </w:p>
    <w:p>
      <w:r>
        <w:rPr>
          <w:b/>
        </w:rPr>
        <w:t xml:space="preserve">[1:40:32] </w:t>
      </w:r>
      <w:r>
        <w:t>kaise aisi baatein likhte likhte rehte hain log? oye, bahut bade aalim ne likha hai usko aur bahut uske muataqid padh padhkar jhoomte hain usko</w:t>
      </w:r>
    </w:p>
    <w:p>
      <w:pPr>
        <w:jc w:val="right"/>
      </w:pPr>
      <w:r>
        <w:t>کیسےایسیباتیںلکھ تےلکھتےرہتےہیںلوگ ؟ اوئے،بہتبڑےعالمنےلکھاہےاسکو اوربہت اسکےمعتقدپڑھپڑھکرجھومتےہیںاسکو</w:t>
      </w:r>
    </w:p>
    <w:p>
      <w:r>
        <w:rPr>
          <w:b/>
        </w:rPr>
        <w:t xml:space="preserve">[1:40:44] </w:t>
      </w:r>
      <w:r>
        <w:t>ke saatvi sadi isvi mein aakhri baar aasman ka contact zameen se hua. yeh bilkul laaf hai, bes bes li sab baat hai. Khuda contact 24 ghante hota rehta hai, har waqt hota rehta hai.</w:t>
      </w:r>
    </w:p>
    <w:p>
      <w:pPr>
        <w:jc w:val="right"/>
      </w:pPr>
      <w:r>
        <w:t>کہ ساتویںصدی عیسویمیں آخریبار آسمانکا کنٹیکٹزمین سےہوا۔ یہبالکل لافہے، بیس بیسلیسباتہے۔ خدا کنٹیکٹ24گھنٹےہوتارہتاہے،ہروقتہوتارہتاہے۔</w:t>
      </w:r>
    </w:p>
    <w:p>
      <w:r>
        <w:rPr>
          <w:b/>
        </w:rPr>
        <w:t xml:space="preserve">[1:40:56] </w:t>
      </w:r>
      <w:r>
        <w:t>aap recipient baniye, recipient baniye, aap container baniye.</w:t>
      </w:r>
    </w:p>
    <w:p>
      <w:pPr>
        <w:jc w:val="right"/>
      </w:pPr>
      <w:r>
        <w:t>آپ ریسیپینٹبنی ے، ریسیپینٹبنیے، آپ کنٹینربنی ے۔</w:t>
      </w:r>
    </w:p>
    <w:p>
      <w:r>
        <w:rPr>
          <w:b/>
        </w:rPr>
        <w:t xml:space="preserve">[1:41:11] </w:t>
      </w:r>
      <w:r>
        <w:t>yeh hadith mein maujood hain yeh sab baatein</w:t>
      </w:r>
    </w:p>
    <w:p>
      <w:pPr>
        <w:jc w:val="right"/>
      </w:pPr>
      <w:r>
        <w:t>یہحدیثمیںموجود ہیںیہسبباتیں</w:t>
      </w:r>
    </w:p>
    <w:p>
      <w:r>
        <w:rPr>
          <w:b/>
        </w:rPr>
        <w:t xml:space="preserve">[1:41:14] </w:t>
      </w:r>
      <w:r>
        <w:t>ke Khuda aasman se dekhta hai, koi hai jo usko dein? koi hai lene wala jisko dein?</w:t>
      </w:r>
    </w:p>
    <w:p>
      <w:pPr>
        <w:jc w:val="right"/>
      </w:pPr>
      <w:r>
        <w:t>کہخداآسمانسےدیکھتاہے،کوئیہےجواسکومیںدوں؟ کوئیہےلینےوالاجسکومیںدوں؟</w:t>
      </w:r>
    </w:p>
    <w:p>
      <w:r>
        <w:rPr>
          <w:b/>
        </w:rPr>
        <w:t xml:space="preserve">[1:41:24] </w:t>
      </w:r>
      <w:r>
        <w:t xml:space="preserve">yani khuda aasman se har din, har lamha kehta rehta hai, koi sunne wala hai isko main sunaoon? koi dekhne wala hai isko main dikhao? </w:t>
      </w:r>
    </w:p>
    <w:p>
      <w:pPr>
        <w:jc w:val="right"/>
      </w:pPr>
      <w:r>
        <w:t>یعنیخدا آسمانسے ہردن،ہرلمحہ کہتارہتاہے، کوئیسننےوالاہےاسکومیںسناؤں؟ کوئیدیکھنےوالاہےاسکومیںدکھاؤں؟</w:t>
      </w:r>
    </w:p>
    <w:p>
      <w:r>
        <w:rPr>
          <w:b/>
        </w:rPr>
        <w:t xml:space="preserve">[1:41:34] </w:t>
      </w:r>
      <w:r>
        <w:t>koi paane wala hai isko main doon? yeh saara maamla paane wale ka hai, dene wale ka nahi hai.</w:t>
      </w:r>
    </w:p>
    <w:p>
      <w:pPr>
        <w:jc w:val="right"/>
      </w:pPr>
      <w:r>
        <w:t>کوئی پانےوالاہےاسکومیںدوں؟ یہسارامعاملہ پانےوالے کاہے،دینےوالے کانہیںہے۔</w:t>
      </w:r>
    </w:p>
    <w:p>
      <w:r>
        <w:rPr>
          <w:b/>
        </w:rPr>
        <w:t xml:space="preserve">[1:41:45] </w:t>
      </w:r>
      <w:r>
        <w:t>aap apna container banaiye to is container mein sab kuch aata rahega, subah shaam.</w:t>
      </w:r>
    </w:p>
    <w:p>
      <w:pPr>
        <w:jc w:val="right"/>
      </w:pPr>
      <w:r>
        <w:t>آپ اپنا کنٹینربنائیے تو اسیکنٹینرمیں سبکچھآتارہےگا،صبحشام۔</w:t>
      </w:r>
    </w:p>
    <w:p>
      <w:r>
        <w:rPr>
          <w:b/>
        </w:rPr>
        <w:t xml:space="preserve">[1:41:56] </w:t>
      </w:r>
      <w:r>
        <w:t>This is such a nice from Mr. Khwaja Kaleemuddin from Pennsylvania. Maulana sahib, mind is a very complicated thing.</w:t>
      </w:r>
    </w:p>
    <w:p>
      <w:pPr>
        <w:jc w:val="right"/>
      </w:pPr>
      <w:r>
        <w:t>دسکوئسچناز فر ام مس ٹرخواجہکلیم الدین فر امپینسلوینیا۔ مول اناصاحب، مائنڈاز اویری کمپلیکیٹڈتھنگ۔</w:t>
      </w:r>
    </w:p>
    <w:p>
      <w:r>
        <w:rPr>
          <w:b/>
        </w:rPr>
        <w:t xml:space="preserve">[1:42:07] </w:t>
      </w:r>
      <w:r>
        <w:t>how can you keep it from being misguided? har cheez mein complication hai,</w:t>
      </w:r>
    </w:p>
    <w:p>
      <w:pPr>
        <w:jc w:val="right"/>
      </w:pPr>
      <w:r>
        <w:t>ہاؤکینویکیپاٹ فر امبینگ مس گائیڈڈ؟ ہرچیزمیںکمپلیکیشنہے،</w:t>
      </w:r>
    </w:p>
    <w:p>
      <w:r>
        <w:rPr>
          <w:b/>
        </w:rPr>
        <w:t xml:space="preserve">[1:42:13] </w:t>
      </w:r>
      <w:r>
        <w:t>koi cheez complication ke baghair is din mein nahi hai.</w:t>
      </w:r>
    </w:p>
    <w:p>
      <w:pPr>
        <w:jc w:val="right"/>
      </w:pPr>
      <w:r>
        <w:t>کوئیچیزکمپلیکیشنکےبغیراسدنیا میںنہیںہے۔</w:t>
      </w:r>
    </w:p>
    <w:p>
      <w:r>
        <w:rPr>
          <w:b/>
        </w:rPr>
        <w:t xml:space="preserve">[1:42:19] </w:t>
      </w:r>
      <w:r>
        <w:t>yeh poori poori duniya hi complicated hai, electrons se le kar ke dark matter tak .</w:t>
      </w:r>
    </w:p>
    <w:p>
      <w:pPr>
        <w:jc w:val="right"/>
      </w:pPr>
      <w:r>
        <w:t>یہپوریپوریدنیا ہی کمپلیکیٹڈہے، الیکٹرانسےلےکرکے ڈارکمیٹرتک ۔</w:t>
      </w:r>
    </w:p>
    <w:p>
      <w:r>
        <w:rPr>
          <w:b/>
        </w:rPr>
        <w:t xml:space="preserve">[1:42:33] </w:t>
      </w:r>
      <w:r>
        <w:t>dekhein, Allah ta'ala ne insaan ko bohat hi ajeeb ghareeb qism ki quality di hai.</w:t>
      </w:r>
    </w:p>
    <w:p>
      <w:pPr>
        <w:jc w:val="right"/>
      </w:pPr>
      <w:r>
        <w:t>دیکھیں،اللہ تعالی نے انسانکو بہت ہیعجیب غریب قسم کیکوالٹیدیہے۔</w:t>
      </w:r>
    </w:p>
    <w:p>
      <w:r>
        <w:rPr>
          <w:b/>
        </w:rPr>
        <w:t xml:space="preserve">[1:42:40] </w:t>
      </w:r>
      <w:r>
        <w:t>is quality ko aap discover kijiye.</w:t>
      </w:r>
    </w:p>
    <w:p>
      <w:pPr>
        <w:jc w:val="right"/>
      </w:pPr>
      <w:r>
        <w:t>اس کوالٹیکوآپڈسکورکیجئے۔</w:t>
      </w:r>
    </w:p>
    <w:p>
      <w:r>
        <w:rPr>
          <w:b/>
        </w:rPr>
        <w:t xml:space="preserve">[1:42:43] </w:t>
      </w:r>
      <w:r>
        <w:t>jaise main jab dekhta hoon, bhai, mujhe bohat hi jaise ek thrill hota hai, thrill. Khuda ne mujhe aankh di, is se main is paani ko dekh sakoon.</w:t>
      </w:r>
    </w:p>
    <w:p>
      <w:pPr>
        <w:jc w:val="right"/>
      </w:pPr>
      <w:r>
        <w:t>جیسےمیںجبدیکھتاہوں، بھئی،مجھے بہتہی جیسے ایکتھرلہوتاہے،تھرل۔ خدانےمجھےآنکھدی،اسسےمیںاسپانیکودیکھسکوں۔</w:t>
      </w:r>
    </w:p>
    <w:p>
      <w:r>
        <w:rPr>
          <w:b/>
        </w:rPr>
        <w:t xml:space="preserve">[1:42:54] </w:t>
      </w:r>
      <w:r>
        <w:t>kisi ajeeb cheez hai, aankh jis se main dekh sakta hoon. main kai baar aankhein band karta hoon, band kar ke ke har taraf andhi raah hai, phir kholta hoon ke laal hai, peela hai, safed hai, neela hai, dikhai deta hai.</w:t>
      </w:r>
    </w:p>
    <w:p>
      <w:pPr>
        <w:jc w:val="right"/>
      </w:pPr>
      <w:r>
        <w:t>کیسیعجیبچیزہے،آنکھ جسسےمیںدیکھسکتاہوں۔میںکئیبار آنکھیںبندکرتاہوں،بندکرکے کہہرطرف اندھیراہے، پھرکھولتاہوں کہ لالہے، پیلاہے،سفیدہے،نیلاہے، دکھائیدیتاہے۔</w:t>
      </w:r>
    </w:p>
    <w:p>
      <w:r>
        <w:rPr>
          <w:b/>
        </w:rPr>
        <w:t xml:space="preserve">[1:43:06] </w:t>
      </w:r>
      <w:r>
        <w:t>kaisa thrill hai, thrill. Apne aap ko discover kijiye, apne mind ko discover kijiye.</w:t>
      </w:r>
    </w:p>
    <w:p>
      <w:pPr>
        <w:jc w:val="right"/>
      </w:pPr>
      <w:r>
        <w:t>کیسا بریکلہے،بریکل۔ اپنےآپکوڈسکورکیجئے،اپنےمائنڈکوڈسکورکیجئے۔</w:t>
      </w:r>
    </w:p>
    <w:p>
      <w:r>
        <w:rPr>
          <w:b/>
        </w:rPr>
        <w:t xml:space="preserve">[1:43:13] </w:t>
      </w:r>
      <w:r>
        <w:t>you have to discover, you have to discover your mind. main aankh band karta hoon taa ke main apni aankh ko dobara daryaft karoon.</w:t>
      </w:r>
    </w:p>
    <w:p>
      <w:pPr>
        <w:jc w:val="right"/>
      </w:pPr>
      <w:r>
        <w:t>یوہیو ڈسک،یوہیوٹوریڈسکوریورمائنڈ۔ میںآنکھبندکرتاہوںتاکہمیںاپنیآنکھکودوبارہدریافتکروں۔</w:t>
      </w:r>
    </w:p>
    <w:p>
      <w:r>
        <w:rPr>
          <w:b/>
        </w:rPr>
        <w:t xml:space="preserve">[1:43:24] </w:t>
      </w:r>
      <w:r>
        <w:t>aankh band karta hoon taa ke main aankh ko dobara daryaft karoon. to you have to discover your mind.</w:t>
      </w:r>
    </w:p>
    <w:p>
      <w:pPr>
        <w:jc w:val="right"/>
      </w:pPr>
      <w:r>
        <w:t>آنکھبندکرتاہوںتاکہمیںآنکھکودوبارہدریافتکروں۔ تو یوہیوٹوریڈسکوریورمائنڈ۔</w:t>
      </w:r>
    </w:p>
    <w:p>
      <w:r>
        <w:rPr>
          <w:b/>
        </w:rPr>
        <w:t xml:space="preserve">[1:43:33] </w:t>
      </w:r>
      <w:r>
        <w:t>Bukhari mein riwayat hai ke khalaq Allah Adam ala surat hi. Allah ne paida kiya insaan ko apni surat par.</w:t>
      </w:r>
    </w:p>
    <w:p>
      <w:pPr>
        <w:jc w:val="right"/>
      </w:pPr>
      <w:r>
        <w:t>بخاریمیںروایتہےکہ خلق اللہ آدمعلی صورت ہ۔ اللہ نے پیدا کیا انسانکو اپنی صورت پر۔</w:t>
      </w:r>
    </w:p>
    <w:p>
      <w:r>
        <w:rPr>
          <w:b/>
        </w:rPr>
        <w:t xml:space="preserve">[1:43:41] </w:t>
      </w:r>
      <w:r>
        <w:t>iska matlab yeh nahi ke yeh physical sense mein nahi hai, yeh yeh mind ke sense mein hai.</w:t>
      </w:r>
    </w:p>
    <w:p>
      <w:pPr>
        <w:jc w:val="right"/>
      </w:pPr>
      <w:r>
        <w:t>اسکامطلبیہنہیںکہیہ فزیکلسینسمیںنہیںہے،یہ یہ مائنڈکےسینسمیںہے۔</w:t>
      </w:r>
    </w:p>
    <w:p>
      <w:r>
        <w:rPr>
          <w:b/>
        </w:rPr>
        <w:t xml:space="preserve">[1:43:50] </w:t>
      </w:r>
      <w:r>
        <w:t>yeh mind to miniature hai. yeh yeh hadith mein jab maujood hai, aap Bukhari mein hai, khalaq Allah Adam ala surat hi.</w:t>
      </w:r>
    </w:p>
    <w:p>
      <w:pPr>
        <w:jc w:val="right"/>
      </w:pPr>
      <w:r>
        <w:t>یہ مائنڈتومنیگارڈہے۔یہ یہحدیثمیںجبموجود ہے،آپ بخاریمیںہے، خلق اللہ آدمعلی صورت ہ۔</w:t>
      </w:r>
    </w:p>
    <w:p>
      <w:r>
        <w:rPr>
          <w:b/>
        </w:rPr>
        <w:t xml:space="preserve">[1:44:00] </w:t>
      </w:r>
      <w:r>
        <w:t>insaan ko paida kiya Allah ka apni surat par. iska matlab nahi ke physical sense mein yeh nahi hai ke aisa Khuda, aise hi haath pa</w:t>
      </w:r>
    </w:p>
    <w:p>
      <w:pPr>
        <w:jc w:val="right"/>
      </w:pPr>
      <w:r>
        <w:t>انسان کو پیدا کیااللہ کا اپنیصورت پر۔ اسکامطلبنہیںکہ فزیکلسینسمیںیہنہیںہےکہایساخدا،ایسےہیہاتھپا</w:t>
      </w:r>
    </w:p>
    <w:p>
      <w:r>
        <w:rPr>
          <w:b/>
        </w:rPr>
        <w:t xml:space="preserve">[1:44:07] </w:t>
      </w:r>
      <w:r>
        <w:t>on wala. nahi, yeh mind jo diya hai, mind is ke andar Khuda wali capacity hai, Khuda wali quality hai.</w:t>
      </w:r>
    </w:p>
    <w:p>
      <w:pPr>
        <w:jc w:val="right"/>
      </w:pPr>
      <w:r>
        <w:t>ؤںوالا۔ نہیں،یہ مائنڈجودیاہے،مائنڈ اسکےاندرخداوالی کیپیسٹیہے،خداوالیکوالٹیہے۔</w:t>
      </w:r>
    </w:p>
    <w:p>
      <w:r>
        <w:rPr>
          <w:b/>
        </w:rPr>
        <w:t xml:space="preserve">[1:44:18] </w:t>
      </w:r>
      <w:r>
        <w:t>lekin hum is ko discover nahi kar paate. aur sab se bari rukawat jo main ne kai baar kaha hai ke sab se bari rukawat distraction hai.</w:t>
      </w:r>
    </w:p>
    <w:p>
      <w:pPr>
        <w:jc w:val="right"/>
      </w:pPr>
      <w:r>
        <w:t>لیکن ہم اسکوڈسکورنہیںکرپاتے۔ اور سبسےبڑیرکاوٹجومیںنےکئیبارکہاہے کہ سب سےبڑیرکاوٹ ڈسٹریکشنہے۔</w:t>
      </w:r>
    </w:p>
    <w:p>
      <w:r>
        <w:rPr>
          <w:b/>
        </w:rPr>
        <w:t xml:space="preserve">[1:44:26] </w:t>
      </w:r>
      <w:r>
        <w:t>har aadmi subah shaam distract hota rehta hai. is ko dekhiye, koi apna aulad, kisi ki aulad distraction ke zariye</w:t>
      </w:r>
    </w:p>
    <w:p>
      <w:pPr>
        <w:jc w:val="right"/>
      </w:pPr>
      <w:r>
        <w:t>ہرآدمی صبحشامڈسٹریکٹہوتارہتاہے۔ اسکودیکھیے،کوئی اپنیاولاد ،کسی کیاولاد ڈسٹریکشنکےذریعے</w:t>
      </w:r>
    </w:p>
    <w:p>
      <w:r>
        <w:rPr>
          <w:b/>
        </w:rPr>
        <w:t xml:space="preserve">[1:44:34] </w:t>
      </w:r>
      <w:r>
        <w:t>bani hui hai, kisi ka business, kisi ka job, kisi ka yeh, kisi ka woh. sab se bari cheez se bachna hai insaan ko, woh distraction hai. tab apne mind ko discover karenge aap.</w:t>
      </w:r>
    </w:p>
    <w:p>
      <w:pPr>
        <w:jc w:val="right"/>
      </w:pPr>
      <w:r>
        <w:t>بنیہوئیہے، کسی کابزنس،کسیکاجاب،کسی کایہ،کسیکاوہ۔ سبسےبڑیچیزسےبچناہےانسانکو،وہڈسٹریکشنہے۔ تب اپنے مائنڈکوڈسکورکریںگےآپ۔</w:t>
      </w:r>
    </w:p>
    <w:p>
      <w:r>
        <w:rPr>
          <w:b/>
        </w:rPr>
        <w:t xml:space="preserve">[1:44:47] </w:t>
      </w:r>
      <w:r>
        <w:t>to distraction se bachte nahi aur sawalaat karte hain.</w:t>
      </w:r>
    </w:p>
    <w:p>
      <w:pPr>
        <w:jc w:val="right"/>
      </w:pPr>
      <w:r>
        <w:t>تو ڈسٹریکشنسےبچتےنہیں اورسوالاتکرتے ہیں۔</w:t>
      </w:r>
    </w:p>
    <w:p>
      <w:r>
        <w:rPr>
          <w:b/>
        </w:rPr>
        <w:t xml:space="preserve">[1:44:56] </w:t>
      </w:r>
      <w:r>
        <w:t>yeh aisi hi condition hai, aur woh hai apne aap ko save yourself from all kind of distraction.</w:t>
      </w:r>
    </w:p>
    <w:p>
      <w:pPr>
        <w:jc w:val="right"/>
      </w:pPr>
      <w:r>
        <w:t>یہایکہی کنڈیشنہے، اوروہہے اپنےآپکو سیویورسیلففرامال کائنڈافڈسٹریکشن۔</w:t>
      </w:r>
    </w:p>
    <w:p>
      <w:r>
        <w:rPr>
          <w:b/>
        </w:rPr>
        <w:t xml:space="preserve">[1:45:06] </w:t>
      </w:r>
      <w:r>
        <w:t>save yourself from all kind of of distraction. distraction, distraction, distraction. save yourself from all kind of distraction.</w:t>
      </w:r>
    </w:p>
    <w:p>
      <w:pPr>
        <w:jc w:val="right"/>
      </w:pPr>
      <w:r>
        <w:t>سیویورسیلففرامالکائنڈاف اف ڈسٹریکشن۔ ڈسٹریکشن، ڈسٹریکشن،ڈسٹریکشن۔ سیویورسیلففرامالکائنڈافڈسٹریکشن۔</w:t>
      </w:r>
    </w:p>
    <w:p>
      <w:r>
        <w:rPr>
          <w:b/>
        </w:rPr>
        <w:t xml:space="preserve">[1:45:16] </w:t>
      </w:r>
      <w:r>
        <w:t>dini you will discover mind, you will discover personality, to re discover your potentials.</w:t>
      </w:r>
    </w:p>
    <w:p>
      <w:pPr>
        <w:jc w:val="right"/>
      </w:pPr>
      <w:r>
        <w:t>دینیوبی ایبلٹو ٹوری ڈسکوریورمائنڈ، ٹوریڈسکوریورپرسنیلٹی، ٹو ری ڈسکوریور یور پوٹینشلز۔</w:t>
      </w:r>
    </w:p>
    <w:p>
      <w:r>
        <w:rPr>
          <w:b/>
        </w:rPr>
        <w:t xml:space="preserve">[1:45:28] </w:t>
      </w:r>
      <w:r>
        <w:t>yeh hai formula.</w:t>
      </w:r>
    </w:p>
    <w:p>
      <w:pPr>
        <w:jc w:val="right"/>
      </w:pPr>
      <w:r>
        <w:t>یہہےفارمولا۔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