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Wisdom CPS Women Session</w:t>
      </w:r>
    </w:p>
    <w:p>
      <w:r>
        <w:t>https://youtu.be/l73-Js3cVkc</w:t>
      </w:r>
    </w:p>
    <w:p>
      <w:r>
        <w:rPr>
          <w:b/>
        </w:rPr>
        <w:t xml:space="preserve">[00:06] </w:t>
      </w:r>
      <w:r>
        <w:t>Assalam o alaikum Dr. Safina. Walikum assalam aap. Kaisi hain aap? Mein theek hoon, Allah ka shukar hai. Aap kaisi hain? Mein bhi theek hoon, alhamdulillah.</w:t>
      </w:r>
    </w:p>
    <w:p>
      <w:pPr>
        <w:jc w:val="right"/>
      </w:pPr>
      <w:r>
        <w:t>السلام علیکم ڈاکٹر صفینہ۔ وعلیکم السلام آپ۔ کیسی ہیں آپ؟ میں ٹھیک ہوں، اللہ کا شکر ہے۔ آپ کیسی ہیں؟ میں بھی ٹھیک ہوں، الحمدللہ۔</w:t>
      </w:r>
    </w:p>
    <w:p>
      <w:r>
        <w:rPr>
          <w:b/>
        </w:rPr>
        <w:t xml:space="preserve">[00:15] </w:t>
      </w:r>
      <w:r>
        <w:t>Dr. Safina, ek sawal aaya tha ke Maulana Wahiduddin Sahab wisdom, yaani samajhdari ki baat karte hain, to aap log is ko zara sa short mein bataein.</w:t>
      </w:r>
    </w:p>
    <w:p>
      <w:pPr>
        <w:jc w:val="right"/>
      </w:pPr>
      <w:r>
        <w:t>ڈاکٹر صفینہ، ایک سوال آیا تھا کہ مولانا وحید الدین صاحب وزڈم، یعنی سمجھداری کی بات کرتے ہیں، تو آپ لوگ اس کو ذرا سا شارٹ میں بتائیں۔</w:t>
      </w:r>
    </w:p>
    <w:p>
      <w:r>
        <w:rPr>
          <w:b/>
        </w:rPr>
        <w:t xml:space="preserve">[00:29] </w:t>
      </w:r>
      <w:r>
        <w:t>Aap please is ko bataiye.</w:t>
      </w:r>
    </w:p>
    <w:p>
      <w:pPr>
        <w:jc w:val="right"/>
      </w:pPr>
      <w:r>
        <w:t>آپ پلیز اس کو بتائیے۔</w:t>
      </w:r>
    </w:p>
    <w:p>
      <w:r>
        <w:rPr>
          <w:b/>
        </w:rPr>
        <w:t xml:space="preserve">[00:33] </w:t>
      </w:r>
      <w:r>
        <w:t>Aapa, Maulana Wahiduddin Khan Sahab se mein ne jaana ke wisdom ka matlab hai relevant aur irrelevant ke beech sort out kar paana, yaani zaroori aur ghair zaroori ke farq ko jaanna, aur jo cheez aap ke liye, aap ki goal of life ke liye zaroori hai usay rakhna, aur jo ghair zaroori hai usay chhod dena.</w:t>
      </w:r>
    </w:p>
    <w:p>
      <w:pPr>
        <w:jc w:val="right"/>
      </w:pPr>
      <w:r>
        <w:t>آپا، مولانا وحید الدین خان صاحب سے میں نے جانا کہ وزڈم کا مطلب ہے ریلیونٹ اور اریلیونٹ کے بیچ سورٹ آؤٹ کر پانا، یعنی ضروری اور غیر ضروری کے فرق کو جاننا، اور جو چیز آپ کے لیے، آپ کی گول آف لائف کے لیے ضروری ہے اسے رکھنا، اور جو غیر ضروری ہے اسے چھوڑ دینا۔</w:t>
      </w:r>
    </w:p>
    <w:p>
      <w:r>
        <w:rPr>
          <w:b/>
        </w:rPr>
        <w:t xml:space="preserve">[00:53] </w:t>
      </w:r>
      <w:r>
        <w:t>Kyunke insaan har waqt bohat saare jungle of thoughts ke beech mein rehta hai,</w:t>
      </w:r>
    </w:p>
    <w:p>
      <w:pPr>
        <w:jc w:val="right"/>
      </w:pPr>
      <w:r>
        <w:t>کیونکہ انسان ہر وقت بہت سارے جنگل آف تھاٹس کے بیچ میں رہتا ہے،</w:t>
      </w:r>
    </w:p>
    <w:p>
      <w:r>
        <w:rPr>
          <w:b/>
        </w:rPr>
        <w:t xml:space="preserve">[00:59] </w:t>
      </w:r>
      <w:r>
        <w:t>to taake woh confusion mein na pade, us ke andar pareshani na badhe, usay baar baar apne andar yeh amal karna padta hai ke woh apne andar se ghair zaroori thoughts ko sort out karta rehta hai.</w:t>
      </w:r>
    </w:p>
    <w:p>
      <w:pPr>
        <w:jc w:val="right"/>
      </w:pPr>
      <w:r>
        <w:t>تو تاکہ وہ کنفیوژن میں نہ پڑے، اس کے اندر پریشانی نہ بڑھے، اسے بار بار اپنے اندر یہ عمل کرنا پڑتا ہے کہ وہ اپنے اندر سے غیر ضروری تھاٹس کو سورٹ آؤٹ کرتا رہتا ہے۔</w:t>
      </w:r>
    </w:p>
    <w:p>
      <w:r>
        <w:rPr>
          <w:b/>
        </w:rPr>
        <w:t xml:space="preserve">[01:11] </w:t>
      </w:r>
      <w:r>
        <w:t>Yahi wisdom hai. Ek hadees mein Rasool Allah Sal Allah o Alaihi Wasallam ne farmaya ke momin ki hoshiyari se bacho, kyunke woh Allah ke noor se dekhta hai.</w:t>
      </w:r>
    </w:p>
    <w:p>
      <w:pPr>
        <w:jc w:val="right"/>
      </w:pPr>
      <w:r>
        <w:t>یہی وزڈم ہے۔ ایک حدیث میں رسول اللہ صلی اللہ علیہ وسلم نے فرمایا کہ مومن کی ہوشیاری سے بچو، کیونکہ وہ اللہ کے نور سے دیکھتا ہے۔</w:t>
      </w:r>
    </w:p>
    <w:p>
      <w:r>
        <w:rPr>
          <w:b/>
        </w:rPr>
        <w:t xml:space="preserve">[01:21] </w:t>
      </w:r>
      <w:r>
        <w:t>Is ka matlab yeh nahi ke hoshiyari ya samajhdari kisi group ke liye muqaddar kar di gayi hai ya ek mysterious tor par momin ko de di jaati hai, balke is ka matlab yeh hai ke yeh imaan ki ek sifat hai.</w:t>
      </w:r>
    </w:p>
    <w:p>
      <w:pPr>
        <w:jc w:val="right"/>
      </w:pPr>
      <w:r>
        <w:t>اس کا مطلب یہ نہیں کہ ہوشیاری یا سمجھداری کسی گروہ کے لیے مقدر کر دی گئی ہے یا ایک مسٹیریس طور پر مومن کو دے دی جاتی ہے، بلکہ اس کا مطلب یہ ہے کہ یہ ایمان کی ایک صفت ہے۔</w:t>
      </w:r>
    </w:p>
    <w:p>
      <w:r>
        <w:rPr>
          <w:b/>
        </w:rPr>
        <w:t xml:space="preserve">[01:35] </w:t>
      </w:r>
      <w:r>
        <w:t>Jab kisi ko haqeeqi imaan kisi ke dil mein paida hota hai to us ke andar wohi quality develop ho jayegi jis ko wisdom kaha jayega ya samajhdari kaha jayega.</w:t>
      </w:r>
    </w:p>
    <w:p>
      <w:pPr>
        <w:jc w:val="right"/>
      </w:pPr>
      <w:r>
        <w:t>جب کسی کو حقیقی ایمان کسی کے دل میں پیدا ہوتا ہے تو اس کے اندر وہی کوالٹی ڈیولپ ہو جائے گی جس کو وزڈم کہا جائے گا یا سمجھداری کہا جائے گا۔</w:t>
      </w:r>
    </w:p>
    <w:p>
      <w:r>
        <w:rPr>
          <w:b/>
        </w:rPr>
        <w:t xml:space="preserve">[01:46] </w:t>
      </w:r>
      <w:r>
        <w:t>Allah ke noor se dekhne ka matlab yeh hai aapa ke woh apne soch ko divine scheme ke tehat sochne lagta hai, woh creation plan of God ke according apni planning karta hai, aur isi liye usay kamyabi hasil hoti hai.</w:t>
      </w:r>
    </w:p>
    <w:p>
      <w:pPr>
        <w:jc w:val="right"/>
      </w:pPr>
      <w:r>
        <w:t>اللہ کے نور سے دیکھنے کا مطلب یہ ہے آپا کہ وہ اپنے سوچ کو ڈیوائن سکیم کے تحت سوچنے لگتا ہے، وہ کریشن پلان آف گاڈ کے اکارڈنگ اپنی پلاننگ کرتا ہے، اور اسی لیے اسے کامیابی حاصل ہوتی ہے۔</w:t>
      </w:r>
    </w:p>
    <w:p>
      <w:r>
        <w:rPr>
          <w:b/>
        </w:rPr>
        <w:t xml:space="preserve">[02:02] </w:t>
      </w:r>
      <w:r>
        <w:t>Rasool Allah Sal Allah o Alaihi Wasallam ki ek dua se is ke baray mein aur mazeed pata chalta hai. Un ki dua kuch is tarah hai ke: "Aye Allah!</w:t>
      </w:r>
    </w:p>
    <w:p>
      <w:pPr>
        <w:jc w:val="right"/>
      </w:pPr>
      <w:r>
        <w:t>رسول اللہ صلی اللہ علیہ وسلم کی ایک دعا سے اس کے بارے میں اور مزید پتہ چلتا ہے۔ ان کی دعا کچھ اس طرح ہے کہ: "اے اللہ!</w:t>
      </w:r>
    </w:p>
    <w:p>
      <w:r>
        <w:rPr>
          <w:b/>
        </w:rPr>
        <w:t xml:space="preserve">[02:11] </w:t>
      </w:r>
      <w:r>
        <w:t>Mujhe cheezon ko waisa hi dikha jaisa ke woh hain."</w:t>
      </w:r>
    </w:p>
    <w:p>
      <w:pPr>
        <w:jc w:val="right"/>
      </w:pPr>
      <w:r>
        <w:t>مجھے چیزوں کو ویسا ہی دکھا جیسا کہ وہ ہیں۔"</w:t>
      </w:r>
    </w:p>
    <w:p>
      <w:r>
        <w:rPr>
          <w:b/>
        </w:rPr>
        <w:t xml:space="preserve">[02:15] </w:t>
      </w:r>
      <w:r>
        <w:t>Yaani is ka matlab cheezon ko un ki asal soorat mein dekhna, objectively dekhna, as it is dekhna, yahi wisdom hai, aur is ki hum sab ko dua karni chahiye.</w:t>
      </w:r>
    </w:p>
    <w:p>
      <w:pPr>
        <w:jc w:val="right"/>
      </w:pPr>
      <w:r>
        <w:t>یعنی اس کا مطلب چیزوں کو ان کی اصل صورت میں دیکھنا، ابجیکٹولی دیکھنا، ایز اٹ از دیکھنا، یہی وزڈم ہے، اور اس کی ہم سب کو دعا کرنی چاہیے۔</w:t>
      </w:r>
    </w:p>
    <w:p>
      <w:r>
        <w:rPr>
          <w:b/>
        </w:rPr>
        <w:t xml:space="preserve">[02:26] </w:t>
      </w:r>
      <w:r>
        <w:t>Yeh tabhi ho sakta hai jab aadmi apne mindset se alag ho kar opinion banaye, woh is qabil ho jaye ke apne andar maujood kisi taassub ya bias ko apni rai par asar na daalne de.</w:t>
      </w:r>
    </w:p>
    <w:p>
      <w:pPr>
        <w:jc w:val="right"/>
      </w:pPr>
      <w:r>
        <w:t>یہ تبھی ہو سکتا ہے جب آدمی اپنے مائنڈ سیٹ سے الگ ہو کر اوپینین بنائے، وہ اس قابل ہو جائے کہ اپنے اندر موجود کسی تعصب یا بائس کو اپنی رائے پر اثر نہ ڈالنے دے۔</w:t>
      </w:r>
    </w:p>
    <w:p>
      <w:r>
        <w:rPr>
          <w:b/>
        </w:rPr>
        <w:t xml:space="preserve">[02:41] </w:t>
      </w:r>
      <w:r>
        <w:t>Kyunke apne mindset ke saath jo rai banayi jaye woh kabhi durust nahi ho sakti. Yaani neutral zehan ke saath sochna, rai banana, yahi hikmat hai aur isi mein kamyabi hai.</w:t>
      </w:r>
    </w:p>
    <w:p>
      <w:pPr>
        <w:jc w:val="right"/>
      </w:pPr>
      <w:r>
        <w:t>کیونکہ اپنے مائنڈ سیٹ کے ساتھ جو رائے بنائی جائے وہ کبھی درست نہیں ہو سکتی۔ یعنی نیوٹرل ذہن کے ساتھ سوچنا، رائے بنانا، یہی حکمت ہے اور اسی میں کامیابی ہے۔</w:t>
      </w:r>
    </w:p>
    <w:p>
      <w:r>
        <w:rPr>
          <w:b/>
        </w:rPr>
        <w:t xml:space="preserve">[02:55] </w:t>
      </w:r>
      <w:r>
        <w:t>Jazak Allah, bohat important points hain jo aap ne bataye. Jazak Allah Dr. Safina. To is mein thoda sa add karna chahti hoon.</w:t>
      </w:r>
    </w:p>
    <w:p>
      <w:pPr>
        <w:jc w:val="right"/>
      </w:pPr>
      <w:r>
        <w:t>جزاک اللہ، بہت امپورٹنٹ پوائنٹ ہیں جو آپ نے بتائے۔ جزاک اللہ ڈاکٹر صفینہ۔ تو اس میں تھوڑا سا ایڈ کرنا چاہتی ہوں۔</w:t>
      </w:r>
    </w:p>
    <w:p>
      <w:r>
        <w:rPr>
          <w:b/>
        </w:rPr>
        <w:t xml:space="preserve">[03:03] </w:t>
      </w:r>
      <w:r>
        <w:t>Aap ne jo jungle of thought ki baat kari, us se mujhe yeh strike hua ke is duniya mein tamam tarah ke mindset hain. Humein kaise samajh aaye kaun sa thought sahi hai aur kaun sa galat hai?</w:t>
      </w:r>
    </w:p>
    <w:p>
      <w:pPr>
        <w:jc w:val="right"/>
      </w:pPr>
      <w:r>
        <w:t>آپ نے جو جنگل آف تھاٹ کی بات کری، اس سے مجھے یہ سٹرائیک ہوا کہ اس دنیا میں تمام طرح کے مائنڈ سیٹ ہیں۔ ہمیں کیسے سمجھ آئے کون سا تھاٹ صحیح ہے اور کون سا غلط ہے؟</w:t>
      </w:r>
    </w:p>
    <w:p>
      <w:r>
        <w:rPr>
          <w:b/>
        </w:rPr>
        <w:t xml:space="preserve">[03:15] </w:t>
      </w:r>
      <w:r>
        <w:t>To pehle to hum ko Allah taala ka bohat shukar ada karna chahiye ke us ne hamein is duniya mein andhere mein nahi rakha, hamare hidayat ke liye us ne tamam intezamaat kiye hain.</w:t>
      </w:r>
    </w:p>
    <w:p>
      <w:pPr>
        <w:jc w:val="right"/>
      </w:pPr>
      <w:r>
        <w:t>تو پہلے تو ہم کو اللہ تعالیٰ کا بہت شکر ادا کرنا چاہیے کہ اس نے ہمیں اس دنیا میں اندھیرے میں نہیں رکھا، ہمارے ہدایت کے لیے اس نے تمام انتظامات کیے ہیں۔</w:t>
      </w:r>
    </w:p>
    <w:p>
      <w:r>
        <w:rPr>
          <w:b/>
        </w:rPr>
        <w:t xml:space="preserve">[03:26] </w:t>
      </w:r>
      <w:r>
        <w:t>Quran aur Rasool ke zariye, Khuda ke creation plan ke zariye, hum tamam cheezon ko consciously samajh kar phir zindagi ko samajhdari ke saath guzaar sakte hain.</w:t>
      </w:r>
    </w:p>
    <w:p>
      <w:pPr>
        <w:jc w:val="right"/>
      </w:pPr>
      <w:r>
        <w:t>قرآن اور رسول کے ذریعے، خدا کے کریشن پلان کے ذریعے، ہم تمام چیزوں کو کانشیسلی سمجھ کر پھر زندگی کو سمجھداری کے ساتھ گزار سکتے ہیں۔</w:t>
      </w:r>
    </w:p>
    <w:p>
      <w:r>
        <w:rPr>
          <w:b/>
        </w:rPr>
        <w:t xml:space="preserve">[03:36] </w:t>
      </w:r>
      <w:r>
        <w:t>Us ke liye hamein zindagi ke har maamle ko halaat se upar uth kar soch kar sahi faisla karna, yahi kar ke sahi apni zindagi, kamyabi ka safar tay karna aana chahiye.</w:t>
      </w:r>
    </w:p>
    <w:p>
      <w:pPr>
        <w:jc w:val="right"/>
      </w:pPr>
      <w:r>
        <w:t>اس کے لیے ہمیں زندگی کے ہر معاملے کو حالات سے اوپر اٹھ کر سوچ کر صحیح فیصلہ کرنا، یہی کر کے صحیح اپنی زندگی، کامیابی کا سفر طے کرنا آنا چاہیے۔</w:t>
      </w:r>
    </w:p>
    <w:p>
      <w:r>
        <w:rPr>
          <w:b/>
        </w:rPr>
        <w:t xml:space="preserve">[03:48] </w:t>
      </w:r>
      <w:r>
        <w:t>Aur yeh jab possible hoga jab ke hamare andar real faith hoga, sacha imaan hoga, jis ko aap ne abhi hadees ke hawale se bataya hai.</w:t>
      </w:r>
    </w:p>
    <w:p>
      <w:pPr>
        <w:jc w:val="right"/>
      </w:pPr>
      <w:r>
        <w:t>اور یہ جب پوسیبل ہوگا جب کہ ہمارے اندر ریئل فیتھ ہوگا، سچا ایمان ہوگا، جس کو آپ نے ابھی حدیث کے حوالے سے بتایا ہے۔</w:t>
      </w:r>
    </w:p>
    <w:p>
      <w:r>
        <w:rPr>
          <w:b/>
        </w:rPr>
        <w:t xml:space="preserve">[03:58] </w:t>
      </w:r>
      <w:r>
        <w:t>Aur mujhe bhi ek hadees yahan samajh aa rahi hai ke Rasool Allah ne farmaya ke wisdom ki baat momin ka gumshuda sarmaya hai, bas woh jahan use paye to wahi uska zyada haqdar hai.</w:t>
      </w:r>
    </w:p>
    <w:p>
      <w:pPr>
        <w:jc w:val="right"/>
      </w:pPr>
      <w:r>
        <w:t>اور مجھے بھی ایک حدیث یہاں سمجھ آ رہی ہے کہ رسول اللہ نے فرمایا کہ وزڈم کی بات مومن کا گمشدہ سرمایہ ہے، بس وہ جہاں اسے پائے تو وہی اس کا زیادہ حقدار ہے۔</w:t>
      </w:r>
    </w:p>
    <w:p>
      <w:r>
        <w:rPr>
          <w:b/>
        </w:rPr>
        <w:t xml:space="preserve">[04:10] </w:t>
      </w:r>
      <w:r>
        <w:t>To yahan par samajhna hai hamein ke wisdom ki baat sirf Quran aur hadees ki nahi hai.</w:t>
      </w:r>
    </w:p>
    <w:p>
      <w:pPr>
        <w:jc w:val="right"/>
      </w:pPr>
      <w:r>
        <w:t>تو یہاں پر سمجھنا ہے ہمیں کہ وزڈم کی بات صرف قرآن اور حدیث کی نہیں ہے۔</w:t>
      </w:r>
    </w:p>
    <w:p>
      <w:r>
        <w:rPr>
          <w:b/>
        </w:rPr>
        <w:t xml:space="preserve">[04:17] </w:t>
      </w:r>
      <w:r>
        <w:t>maulana wahiduddin sahib kehte hain na ke wisdom ki baat kisi bhi shakhs ke zariye mil sakti hai, yahan tak ke kisi jahil aur aam aadmi ke zariye bhi.</w:t>
      </w:r>
    </w:p>
    <w:p>
      <w:pPr>
        <w:jc w:val="right"/>
      </w:pPr>
      <w:r>
        <w:t>مولانا وحید الدین صاحب کہتے ہیں نا کہ وزڈم کی بات کسی بھی شخص کے ذریعے مل سکتی ہے، یہاں تک کہ کسی جاہل اور عام آدمی کے ذریعے بھی۔</w:t>
      </w:r>
    </w:p>
    <w:p>
      <w:r>
        <w:rPr>
          <w:b/>
        </w:rPr>
        <w:t xml:space="preserve">[04:27] </w:t>
      </w:r>
      <w:r>
        <w:t>kyunke wisdom ki baat, yaani danishmandi ki baat hi asal jo hai fitrat ki baat hoti hai. aur islam chunki deen fitrat hai, is liye wisdom, yaani danishmandi ki har baat islam ki apni hi baat hai.</w:t>
      </w:r>
    </w:p>
    <w:p>
      <w:pPr>
        <w:jc w:val="right"/>
      </w:pPr>
      <w:r>
        <w:t>کیونکہ وزڈم کی بات، یعنی دانشمندی کی بات ہی اصل جو ہے فطرت کی بات ہوتی ہے۔ اور اسلام چونکہ دین فطرت ہے، اس لیے وزڈم، یعنی دانشمندی کی ہر بات اسلام کی اپنی ہی بات ہے۔</w:t>
      </w:r>
    </w:p>
    <w:p>
      <w:r>
        <w:rPr>
          <w:b/>
        </w:rPr>
        <w:t xml:space="preserve">[04:42] </w:t>
      </w:r>
      <w:r>
        <w:t>aur momin ko ise khud apni cheez samajh kar le lena chahiye.</w:t>
      </w:r>
    </w:p>
    <w:p>
      <w:pPr>
        <w:jc w:val="right"/>
      </w:pPr>
      <w:r>
        <w:t>اور مومن کو اسے خود اپنی چیز سمجھ کر لے لینا چاہیے۔</w:t>
      </w:r>
    </w:p>
    <w:p>
      <w:r>
        <w:rPr>
          <w:b/>
        </w:rPr>
        <w:t xml:space="preserve">[04:46] </w:t>
      </w:r>
      <w:r>
        <w:t>to yeh bohat important baat hai doctor safina. kyunke aksar hum kisi aam insaan ki baat, jo ke ek wisdom ki baat hoti hai, us ko aise hi chhod dete hain kyunke woh us ko importance nahi dete hain.</w:t>
      </w:r>
    </w:p>
    <w:p>
      <w:pPr>
        <w:jc w:val="right"/>
      </w:pPr>
      <w:r>
        <w:t>تو یہ بہت امپورٹنٹ بات ہے ڈاکٹر صفینہ۔ کیونکہ اکثر ہم کسی عام انسان کی بات، جو کہ ایک وزڈم کی بات ہوتی ہے، اس کو ایسے ہی چھوڑ دیتے ہیں کیونکہ وہ اس کو امپورٹنس نہیں دیتے ہیں۔</w:t>
      </w:r>
    </w:p>
    <w:p>
      <w:r>
        <w:rPr>
          <w:b/>
        </w:rPr>
        <w:t xml:space="preserve">[05:00] </w:t>
      </w:r>
      <w:r>
        <w:t>kyunke hamari nazar mein woh ek mamooli aadmi nazar aata hai, aur log ek mamooli aadmi ki baat ko nazar andaaz hi kar dete hain.</w:t>
      </w:r>
    </w:p>
    <w:p>
      <w:pPr>
        <w:jc w:val="right"/>
      </w:pPr>
      <w:r>
        <w:t>کیونکہ ہماری نظر میں وہ ایک معمولی آدمی نظر آتا ہے، اور لوگ ایک معمولی آدمی کی بات کو نظر انداز ہی کر دیتے ہیں۔</w:t>
      </w:r>
    </w:p>
    <w:p>
      <w:r>
        <w:rPr>
          <w:b/>
        </w:rPr>
        <w:t xml:space="preserve">[05:10] </w:t>
      </w:r>
      <w:r>
        <w:t>a</w:t>
      </w:r>
    </w:p>
    <w:p>
      <w:pPr>
        <w:jc w:val="right"/>
      </w:pPr>
      <w:r>
        <w:t>آ</w:t>
      </w:r>
    </w:p>
    <w:p>
      <w:r>
        <w:rPr>
          <w:b/>
        </w:rPr>
        <w:t xml:space="preserve">[05:11] </w:t>
      </w:r>
      <w:r>
        <w:t>aj kal ka jo mizaj hai, log ek powerful insaan ya paise wale insaan ki baat ko bohat importance dete hain, jo ke aksar khuda ke law ke khilaaf baat hoti hai.</w:t>
      </w:r>
    </w:p>
    <w:p>
      <w:pPr>
        <w:jc w:val="right"/>
      </w:pPr>
      <w:r>
        <w:t>ج کل کا جو مزاج ہے، لوگ ایک پاور فل انسان یا پیسے والے انسان کی بات کو بہت امپورٹنس دیتے ہیں، جو کہ اکثر خدا کے لاء کے خلاف بات ہوتی ہے۔</w:t>
      </w:r>
    </w:p>
    <w:p>
      <w:r>
        <w:rPr>
          <w:b/>
        </w:rPr>
        <w:t xml:space="preserve">[05:22] </w:t>
      </w:r>
      <w:r>
        <w:t>is ko bohat importance mil jati hai, aur is ko log follow karne lagte hain. aur aksar log doosron ki nasamjhi wale advice se zindagi mein bohat dhoka kha jaate hain.</w:t>
      </w:r>
    </w:p>
    <w:p>
      <w:pPr>
        <w:jc w:val="right"/>
      </w:pPr>
      <w:r>
        <w:t>اس کو بہت امپورٹنس مل جاتی ہے، اور اس کو لوگ فالو کرنے لگتے ہیں۔ اور اکثر لوگ دوسروں کی ناسمجھی والے ایڈوائس سے زندگی میں بہت دھوکہ کھا جاتے ہیں۔</w:t>
      </w:r>
    </w:p>
    <w:p>
      <w:r>
        <w:rPr>
          <w:b/>
        </w:rPr>
        <w:t xml:space="preserve">[05:33] </w:t>
      </w:r>
      <w:r>
        <w:t>to zindagi ki taameer mein insaan ko kaafi struggle karna padta hai, is liye insaan ko koi decision lene mein bohat zyada careful hona chahiye.</w:t>
      </w:r>
    </w:p>
    <w:p>
      <w:pPr>
        <w:jc w:val="right"/>
      </w:pPr>
      <w:r>
        <w:t>تو زندگی کی تعمیر میں انسان کو کافی سٹرگل کرنا پڑتا ہے، اس لیے انسان کو کوئی ڈیسیژن لینے میں بہت زیادہ کیئرفل ہونا چاہیے۔</w:t>
      </w:r>
    </w:p>
    <w:p>
      <w:r>
        <w:rPr>
          <w:b/>
        </w:rPr>
        <w:t xml:space="preserve">[05:44] </w:t>
      </w:r>
      <w:r>
        <w:t>jaise ke jald baazi nahi karna chahiye, waqti yaani temporary faayde ko nazar andaaz kar ke, ignore kar ke mustaqil faayde ko samajhna chahiye.</w:t>
      </w:r>
    </w:p>
    <w:p>
      <w:pPr>
        <w:jc w:val="right"/>
      </w:pPr>
      <w:r>
        <w:t>جیسے کہ جلد بازی نہیں کرنا چاہیے، وقتی یعنی ٹیمپریری فائدے کو نظر انداز کر کے، اگنور کر کے مستقل فائدے کو سمجھنا چاہیے۔</w:t>
      </w:r>
    </w:p>
    <w:p>
      <w:r>
        <w:rPr>
          <w:b/>
        </w:rPr>
        <w:t xml:space="preserve">[05:55] </w:t>
      </w:r>
      <w:r>
        <w:t>aur principle life guzarne ka jo method hai, jo tareeqa hai, us ko jaanna chahiye. yaani khuda ke law ko samajh kar zindagi guzarana chahiye.</w:t>
      </w:r>
    </w:p>
    <w:p>
      <w:pPr>
        <w:jc w:val="right"/>
      </w:pPr>
      <w:r>
        <w:t>اور پرنسپل لائف گزارنے کا جو میتھڈ ہے، جو طریقہ ہے، اس کو جاننا چاہیے۔ یعنی خدا کے لاء کو سمجھ کر زندگی گزارنا چاہیے۔</w:t>
      </w:r>
    </w:p>
    <w:p>
      <w:r>
        <w:rPr>
          <w:b/>
        </w:rPr>
        <w:t xml:space="preserve">[06:06] </w:t>
      </w:r>
      <w:r>
        <w:t>aur doosra yeh ke islam mein jo wisdom yeh bhi hai ke humein middle path ikhtiyar karna hai, us ko follow karna hai. jis ko ek hadith se samajh sakte hain ke rasool Allah ne farmaya ke woh aadmi tangdast nahi hoga jo eitdaal ka tareeqa ikhtiyar kare.</w:t>
      </w:r>
    </w:p>
    <w:p>
      <w:pPr>
        <w:jc w:val="right"/>
      </w:pPr>
      <w:r>
        <w:t>اور دوسرا یہ کہ اسلام میں جو وزڈم یہ بھی ہے کہ ہمیں مڈل پاتھ اختیار کرنا ہے، اس کو فالو کرنا ہے۔ جس کو ایک حدیث سے سمجھ سکتے ہیں کہ رسول اللہ نے فرمایا کہ وہ آدمی تنگدست نہیں ہوگا جو اعتدال کا طریقہ اختیار کرے۔</w:t>
      </w:r>
    </w:p>
    <w:p>
      <w:r>
        <w:rPr>
          <w:b/>
        </w:rPr>
        <w:t xml:space="preserve">[06:24] </w:t>
      </w:r>
      <w:r>
        <w:t>yaani beech ka raasta ikhtiyar kare. yaani aksar log apni zindagi ko jo hai need base par nahi guzarte, jo ke moderation ka tareeqa hai.</w:t>
      </w:r>
    </w:p>
    <w:p>
      <w:pPr>
        <w:jc w:val="right"/>
      </w:pPr>
      <w:r>
        <w:t>یعنی بیچ کا راستہ اختیار کرے۔ یعنی اکثر لوگ اپنی زندگی کو جو ہے نیڈ بیس پر نہیں گزارتے، جو کہ ماڈریشن کا طریقہ ہے۔</w:t>
      </w:r>
    </w:p>
    <w:p>
      <w:r>
        <w:rPr>
          <w:b/>
        </w:rPr>
        <w:t xml:space="preserve">[06:33] </w:t>
      </w:r>
      <w:r>
        <w:t>aur jis ki wajah se bhi log kaafi pareshani mein pad jaate hain. to zindagi mein bohat saare challenges aate hain jo hamare liye test hote hain.</w:t>
      </w:r>
    </w:p>
    <w:p>
      <w:pPr>
        <w:jc w:val="right"/>
      </w:pPr>
      <w:r>
        <w:t>اور جس کی وجہ سے بھی لوگ کافی پریشانی میں پڑ جاتے ہیں۔ تو زندگی میں بہت سارے چیلنجز آتے ہیں جو ہمارے لیے ٹیسٹ ہوتے ہیں۔</w:t>
      </w:r>
    </w:p>
    <w:p>
      <w:r>
        <w:rPr>
          <w:b/>
        </w:rPr>
        <w:t xml:space="preserve">[06:43] </w:t>
      </w:r>
      <w:r>
        <w:t>jis mein agar samajhdari ka role ada nahi kiya to hamari zindagi mein tension aur depression ban kar enter ho jaate hain.</w:t>
      </w:r>
    </w:p>
    <w:p>
      <w:pPr>
        <w:jc w:val="right"/>
      </w:pPr>
      <w:r>
        <w:t>جس میں اگر سمجھداری کا رول ادا نہیں کیا تو ہماری زندگی میں ٹینشن اور ڈپریشن بن کر انٹر ہو جاتے ہیں۔</w:t>
      </w:r>
    </w:p>
    <w:p>
      <w:r>
        <w:rPr>
          <w:b/>
        </w:rPr>
        <w:t xml:space="preserve">[06:51] </w:t>
      </w:r>
      <w:r>
        <w:t>aur maulana sahib kuch is tarah batate hain jaise bohat saari cheezon ko samajhne ke liye bohat hi short mein jo unhone bataya hai.</w:t>
      </w:r>
    </w:p>
    <w:p>
      <w:pPr>
        <w:jc w:val="right"/>
      </w:pPr>
      <w:r>
        <w:t>اور مولانا صاحب کچھ اس طرح بتاتے ہیں جیسے بہت ساری چیزوں کو سمجھنے کے لیے بہت ہی شارٹ میں جو انہوں نے بتایا ہے۔</w:t>
      </w:r>
    </w:p>
    <w:p>
      <w:r>
        <w:rPr>
          <w:b/>
        </w:rPr>
        <w:t xml:space="preserve">[07:02] </w:t>
      </w:r>
      <w:r>
        <w:t>jaise provoke hone wale situation mein chup rehna hai, takrao ya conflict ka jawab takrao nahi balkeh avoidance hai.</w:t>
      </w:r>
    </w:p>
    <w:p>
      <w:pPr>
        <w:jc w:val="right"/>
      </w:pPr>
      <w:r>
        <w:t>جیسے پرووک ہونے والے سچویشن میں چپ رہنا ہے، ٹکراؤ یا کانفلکٹ کا جواب ٹکراؤ نہیں بلکہ اوائڈنس ہے۔</w:t>
      </w:r>
    </w:p>
    <w:p>
      <w:r>
        <w:rPr>
          <w:b/>
        </w:rPr>
        <w:t xml:space="preserve">[07:12] </w:t>
      </w:r>
      <w:r>
        <w:t>be izzati ka jawab dobara be izzati nahi balkeh respect hai.</w:t>
      </w:r>
    </w:p>
    <w:p>
      <w:pPr>
        <w:jc w:val="right"/>
      </w:pPr>
      <w:r>
        <w:t>بے عزتی کا جواب دوبارہ بے عزتی نہیں بلکہ ریسپیکٹ ہے۔</w:t>
      </w:r>
    </w:p>
    <w:p>
      <w:r>
        <w:rPr>
          <w:b/>
        </w:rPr>
        <w:t xml:space="preserve">[07:18] </w:t>
      </w:r>
      <w:r>
        <w:t>to bohat short mein bohat achhe se clear kiya hai maulana sahib ne. is ko samajhne mein bohat aasani hoti hai. jaise ke sabr ka raasta hosh wala raasta hai, us ko apnaayein, na ke josh wala raasta.</w:t>
      </w:r>
    </w:p>
    <w:p>
      <w:pPr>
        <w:jc w:val="right"/>
      </w:pPr>
      <w:r>
        <w:t>تو بہت شارٹ میں بہت اچھے سے کلیئر کیا ہے مولانا صاحب نے۔ اس کو سمجھنے میں بہت آسانی ہوتی ہے۔ جیسے کہ صبر کا راستہ ہوش والا راستہ ہے، اس کو اپنائیں، نہ کہ جوش والا راستہ۔</w:t>
      </w:r>
    </w:p>
    <w:p>
      <w:r>
        <w:rPr>
          <w:b/>
        </w:rPr>
        <w:t xml:space="preserve">[07:30] </w:t>
      </w:r>
      <w:r>
        <w:t>to is tarah se maulana sahib ki kitabon ko agar hum padhte hain to humein bohat zyada sab baatein clear ho jaati hain, jo bilkul sahi baat hai. aur yahi humein samajhna hai ke wisdom ya samajhdari hum apne mind se, jo apni soch bana lete hain, mindset ke hisab se nahi, khuda ke law ke mutabiq zindagi banana hai.</w:t>
      </w:r>
    </w:p>
    <w:p>
      <w:pPr>
        <w:jc w:val="right"/>
      </w:pPr>
      <w:r>
        <w:t>تو اس طرح سے مولانا صاحب کی کتابوں کو اگر ہم پڑھتے ہیں تو ہمیں بہت زیادہ سب باتیں کلیئر ہو جاتی ہیں، جو بالکل صحیح بات ہے۔ اور یہی ہمیں سمجھنا ہے کہ وزڈم یا سمجھداری ہم اپنے مائنڈ سے، جو اپنی سوچ بنا لیتے ہیں، مائنڈ سیٹ کے حساب سے نہیں، خدا کے لاء کے مطابق زندگی بنانا ہے۔</w:t>
      </w:r>
    </w:p>
    <w:p>
      <w:r>
        <w:rPr>
          <w:b/>
        </w:rPr>
        <w:t xml:space="preserve">[07:51] </w:t>
      </w:r>
      <w:r>
        <w:t>is hisab se apni sochenge to yahi wisdom hai, yahi samajhdari hai taake hamari zindagi ka safar bana rukawat chalta rahe. ji apa, yeh jo aap ne chhote chhote jo bataye, jo maulana sahib ke</w:t>
      </w:r>
    </w:p>
    <w:p>
      <w:pPr>
        <w:jc w:val="right"/>
      </w:pPr>
      <w:r>
        <w:t>اس حساب سے اپنی سوچیں گے تو یہی وزڈم ہے، یہی سمجھداری ہے تاکہ ہماری زندگی کا سفر بنا رکاوٹ چلتا رہے۔ جی آپا، یہ جو آپ نے چھوٹے چھوٹے جو بتائے، جو مولانا صاحب کے</w:t>
      </w:r>
    </w:p>
    <w:p>
      <w:r>
        <w:rPr>
          <w:b/>
        </w:rPr>
        <w:t xml:space="preserve">[08:04] </w:t>
      </w:r>
      <w:r>
        <w:t>aqwal, hikmat wale qol, yeh bohat hi important hain hum sab ki zindagi ko mold karne ke liye. aur jo baat aap ne kahi ke samajhdari yeh hai ke takrao nahi balkeh adjustment kiya jaye, woh mujhe lagta hai ke wahi practical wisdom hai.</w:t>
      </w:r>
    </w:p>
    <w:p>
      <w:pPr>
        <w:jc w:val="right"/>
      </w:pPr>
      <w:r>
        <w:t>اقوال، حکمت والے قول، یہ بہت ہی امپورٹنٹ ہیں ہم سب کی زندگیوں کو مولڈ کرنے کے لیے۔ اور جو بات آپ نے کہی کہ سمجھداری یہ ہے کہ ٹکراؤ نہیں بلکہ ایڈجسٹمنٹ کیا جائے، وہ مجھے لگتا ہے کہ وہی پریکٹیکل وزڈم ہے۔</w:t>
      </w:r>
    </w:p>
    <w:p>
      <w:r>
        <w:rPr>
          <w:b/>
        </w:rPr>
        <w:t xml:space="preserve">[08:20] </w:t>
      </w:r>
      <w:r>
        <w:t>aur practical wisdom log samajh nahi paate kyunke aksar woh log ideal ki dhun mein, ideal paane ki dhun mein lage rehte hain, aur possible jo cheez thi us ko bhi kho dete hain is wajah se.</w:t>
      </w:r>
    </w:p>
    <w:p>
      <w:pPr>
        <w:jc w:val="right"/>
      </w:pPr>
      <w:r>
        <w:t>اور پریکٹیکل وزڈم لوگ سمجھ نہیں پاتے کیونکہ اکثر وہ لوگ آئیڈیل کی دھن میں، آئیڈیل پانے کی دھن میں لگے رہتے ہیں، اور پوسیبل جو چیز تھی اس کو بھی کھو دیتے ہیں اس وجہ سے۔</w:t>
      </w:r>
    </w:p>
    <w:p>
      <w:r>
        <w:rPr>
          <w:b/>
        </w:rPr>
        <w:t xml:space="preserve">[08:33] </w:t>
      </w:r>
      <w:r>
        <w:t>yeh farq jaanna bohat zaroori hai ke possible kya hai aur hamare liye impossible goal kya hai. yahan pe mujhe Hazrat Umar R.A. ka ek qol yaad aa raha hai, unhone kaha ke insaan hamesha do mein se ek shar ke darmiyan rehta hai.</w:t>
      </w:r>
    </w:p>
    <w:p>
      <w:pPr>
        <w:jc w:val="right"/>
      </w:pPr>
      <w:r>
        <w:t>یہ فرق جاننا بہت ضروری ہے کہ پوسیبل کیا ہے اور ہمارے لیے امپوسیبل گول کیا ہے۔ یہاں پہ مجھے حضرت عمر رضی اللہ عنہ کا ایک قول یاد آ رہا ہے، انہوں نے کہا کہ انسان ہمیشہ دو میں سے ایک شر کے درمیان رہتا ہے۔</w:t>
      </w:r>
    </w:p>
    <w:p>
      <w:r>
        <w:rPr>
          <w:b/>
        </w:rPr>
        <w:t xml:space="preserve">[08:50] </w:t>
      </w:r>
      <w:r>
        <w:t>yaani insaan ke paas choice yeh nahi ke woh sahi ya galat ko ch</w:t>
      </w:r>
    </w:p>
    <w:p>
      <w:pPr>
        <w:jc w:val="right"/>
      </w:pPr>
      <w:r>
        <w:t>یعنی انسان کے پاس چوائس یہ نہیں کہ وہ صحیح یا غلط کو چ</w:t>
      </w:r>
    </w:p>
    <w:p>
      <w:r>
        <w:rPr>
          <w:b/>
        </w:rPr>
        <w:t xml:space="preserve">[08:54] </w:t>
      </w:r>
      <w:r>
        <w:t>ne. insaan ke paas hamesha yeh do shar ki, do evil ki choice hoti hai ke woh chote evil ko chune ga ya bade evil. jis ko aksar Maulana sahib greater evil aur lesser evil ki tarah hamein samjhate thay.</w:t>
      </w:r>
    </w:p>
    <w:p>
      <w:pPr>
        <w:jc w:val="right"/>
      </w:pPr>
      <w:r>
        <w:t>نے۔ انسان کے پاس ہمیشہ یہ دو شر کی، دو ایول کی چوائس ہوتی ہے کہ وہ چھوٹے ایول کو چنے گا یا بڑے ایول۔ جس کو اکثر مولانا صاحب گریٹر ایول اور لیسر ایول کی طرح ہمیں سمجھاتے تھے۔</w:t>
      </w:r>
    </w:p>
    <w:p>
      <w:r>
        <w:rPr>
          <w:b/>
        </w:rPr>
        <w:t xml:space="preserve">[09:06] </w:t>
      </w:r>
      <w:r>
        <w:t>to insaan ko hamesha chote shar ko chunna chahiye, yahi practical wisdom hai. aur is is cheez ke examples Muhammad (SAW) ki zindagi mein aur Sahaba ki zindagi mein bohat zyada bhare bhare hue hain.</w:t>
      </w:r>
    </w:p>
    <w:p>
      <w:pPr>
        <w:jc w:val="right"/>
      </w:pPr>
      <w:r>
        <w:t>تو انسان کو ہمیشہ چھوٹے شر کو چننا چاہیے، یہی پریکٹیکل وزڈم ہے۔ اور اس اس چیز کے ایگزامپلز محمد صلی اللہ علیہ وسلم کی زندگی میں اور صحابہ کی زندگی میں بہت زیادہ بھرے بھرے ہوئے ہیں۔</w:t>
      </w:r>
    </w:p>
    <w:p>
      <w:r>
        <w:rPr>
          <w:b/>
        </w:rPr>
        <w:t xml:space="preserve">[09:21] </w:t>
      </w:r>
      <w:r>
        <w:t>to ideal ko choose karna possible hi nahi hai is</w:t>
      </w:r>
    </w:p>
    <w:p>
      <w:pPr>
        <w:jc w:val="right"/>
      </w:pPr>
      <w:r>
        <w:t>تو آئیڈیل کو چوز کرنا پوسیبل ہی نہیں ہے اس</w:t>
      </w:r>
    </w:p>
    <w:p>
      <w:r>
        <w:rPr>
          <w:b/>
        </w:rPr>
        <w:t xml:space="preserve">[09:24] </w:t>
      </w:r>
      <w:r>
        <w:t>duniya mein. yeh baat to kai baar hum kar chuke hain ke is duniya mein hum choose nahi kar sakte ideal life. yeh practical life ko hamein choose karna hai to hamein practical wisdom bhi aani chahiye.</w:t>
      </w:r>
    </w:p>
    <w:p>
      <w:pPr>
        <w:jc w:val="right"/>
      </w:pPr>
      <w:r>
        <w:t>دنیا میں۔ یہ بات تو کئی بار ہم کر چکے ہیں کہ اس دنیا میں ہم چوز نہیں کر سکتے آئیڈیل لائف۔ یہ پریکٹیکل لائف کو ہمیں چوز کرنا ہے تو ہمیں پریکٹیکل وزڈم بھی آنی چاہیے۔</w:t>
      </w:r>
    </w:p>
    <w:p>
      <w:r>
        <w:rPr>
          <w:b/>
        </w:rPr>
        <w:t xml:space="preserve">[09:34] </w:t>
      </w:r>
      <w:r>
        <w:t>Maulana sahib ne ek article mein likha hai ke zindagi khair aur shar ke darmiyan intekhab ka naam nahi, zindagi chote shar aur bade shar ke darmiyan intekhab ka naam hai.</w:t>
      </w:r>
    </w:p>
    <w:p>
      <w:pPr>
        <w:jc w:val="right"/>
      </w:pPr>
      <w:r>
        <w:t>مولانا صاحب نے ایک آرٹیکل میں لکھا ہے کہ زندگی خیر اور شر کے درمیان انتخاب کا نام نہیں، زندگی چھوٹے شر اور بڑے شر کے درمیان انتخاب کا نام ہے۔</w:t>
      </w:r>
    </w:p>
    <w:p>
      <w:r>
        <w:rPr>
          <w:b/>
        </w:rPr>
        <w:t xml:space="preserve">[09:45] </w:t>
      </w:r>
      <w:r>
        <w:t>kamyab woh hai jo is haqeeqat ko jaane.</w:t>
      </w:r>
    </w:p>
    <w:p>
      <w:pPr>
        <w:jc w:val="right"/>
      </w:pPr>
      <w:r>
        <w:t>کامیاب وہ ہے جو اس حقیقت کو جانے۔</w:t>
      </w:r>
    </w:p>
    <w:p>
      <w:r>
        <w:rPr>
          <w:b/>
        </w:rPr>
        <w:t xml:space="preserve">[09:48] </w:t>
      </w:r>
      <w:r>
        <w:t>to is qaul mein mujhe bohat important un ki ek samajh mein aati hai teaching, aur hum sab ko yeh sari baatein bohat zyada apply karni chahiye apni life mein.</w:t>
      </w:r>
    </w:p>
    <w:p>
      <w:pPr>
        <w:jc w:val="right"/>
      </w:pPr>
      <w:r>
        <w:t>تو اس قول میں مجھے بہت امپورٹنٹ ان کی ایک سمجھ میں آتی ہے ٹیچنگ، اور ہم سب کو یہ ساری باتیں بہت زیادہ اپلائی کرنی چاہیے اپنی لائف میں۔</w:t>
      </w:r>
    </w:p>
    <w:p>
      <w:r>
        <w:rPr>
          <w:b/>
        </w:rPr>
        <w:t xml:space="preserve">[09:59] </w:t>
      </w:r>
      <w:r>
        <w:t>Jazak Allah Dr. Safina. bohat achhe se clear ho gaya. Allah taala se bas dua hai ke hum sab ko is ki jo soch samajh ka jo zindagi guzarne ka jo hai tofeeq mile.</w:t>
      </w:r>
    </w:p>
    <w:p>
      <w:pPr>
        <w:jc w:val="right"/>
      </w:pPr>
      <w:r>
        <w:t>جزاک اللہ ڈاکٹر صفینہ۔ بہت اچھے سے کلیئر ہو گیا۔ اللہ تعالی سے بس دعا ہے کہ ہم سب کو اس کی جو سوچ سمجھ کا جو زندگی گزارنے کا جو ہے توفیق ملے۔</w:t>
      </w:r>
    </w:p>
    <w:p>
      <w:r>
        <w:rPr>
          <w:b/>
        </w:rPr>
        <w:t xml:space="preserve">[10:09] </w:t>
      </w:r>
      <w:r>
        <w:t>Allah taala hamein aisi hi samajh de.</w:t>
      </w:r>
    </w:p>
    <w:p>
      <w:pPr>
        <w:jc w:val="right"/>
      </w:pPr>
      <w:r>
        <w:t>اللہ تعالی ہمیں ایسی ہی سمجھ دے۔</w:t>
      </w:r>
    </w:p>
    <w:p>
      <w:r>
        <w:rPr>
          <w:b/>
        </w:rPr>
        <w:t xml:space="preserve">[10:12] </w:t>
      </w:r>
      <w:r>
        <w:t>aakhir mein Quran ki chapter 2 ki verse 269 ko parh kar is ko khatam karte hain. woh jis ko chahta hai hikmat de deta hai, aur jis ko hikmat mili us ko bari daulat mil gayi, aur naseehat wahi hasil karte hain jo aqal wale hain.</w:t>
      </w:r>
    </w:p>
    <w:p>
      <w:pPr>
        <w:jc w:val="right"/>
      </w:pPr>
      <w:r>
        <w:t>آخر میں قرآن کی چیپٹر ٹو کی ورس 269 کو پڑھ کر اس کو ختم کرتے ہیں۔ وہ جس کو چاہتا ہے حکمت دے دیتا ہے، اور جس کو حکمت ملی اس کو بڑی دولت مل گئی، اور نصیحت وہی حاصل کرتے ہیں جو عقل والے ہیں۔</w:t>
      </w:r>
    </w:p>
    <w:p>
      <w:r>
        <w:rPr>
          <w:b/>
        </w:rPr>
        <w:t xml:space="preserve">[10:31] </w:t>
      </w:r>
      <w:r>
        <w:t>bohat achha aap ne. is ka main English translation parhti hoon</w:t>
      </w:r>
    </w:p>
    <w:p>
      <w:pPr>
        <w:jc w:val="right"/>
      </w:pPr>
      <w:r>
        <w:t>بہت اچھا آپا۔ اس کا میں انگلش ٹرانسلیشن پڑھتی ہوں</w:t>
      </w:r>
    </w:p>
    <w:p>
      <w:r>
        <w:rPr>
          <w:b/>
        </w:rPr>
        <w:t xml:space="preserve">[10:34] </w:t>
      </w:r>
      <w:r>
        <w:t>. He grants wisdom to whom He will, and whoever is granted wisdom has indeed been granted abundant wealth.</w:t>
      </w:r>
    </w:p>
    <w:p>
      <w:pPr>
        <w:jc w:val="right"/>
      </w:pPr>
      <w:r>
        <w:t>۔ ہی گرانٹس وزڈم ٹو ہوم ہی ول، اینڈ ہو ایور از گرانٹڈ وزڈم ہیز انڈیڈ بین گرانٹڈ ابنڈنٹ ویلتھ۔</w:t>
      </w:r>
    </w:p>
    <w:p>
      <w:r>
        <w:rPr>
          <w:b/>
        </w:rPr>
        <w:t xml:space="preserve">[10:43] </w:t>
      </w:r>
      <w:r>
        <w:t>Yet none bear this in mind except those endowed with understanding. bohat important verse aap aap ne is ko batai.</w:t>
      </w:r>
    </w:p>
    <w:p>
      <w:pPr>
        <w:jc w:val="right"/>
      </w:pPr>
      <w:r>
        <w:t>یٹ نن بیئر دس ان مائنڈ ایکسیپٹ دوز انڈورڈ ود انڈرسٹینڈنگ۔ بہت امپورٹنٹ ورس آپ آپ نے اس کو بتائی۔</w:t>
      </w:r>
    </w:p>
    <w:p>
      <w:r>
        <w:rPr>
          <w:b/>
        </w:rPr>
        <w:t xml:space="preserve">[10:53] </w:t>
      </w:r>
      <w:r>
        <w:t>Jazak Allah. Jazak Allah Dr. Safina. Assalam o Alaikum. Wa alaikum assalam.</w:t>
      </w:r>
    </w:p>
    <w:p>
      <w:pPr>
        <w:jc w:val="right"/>
      </w:pPr>
      <w:r>
        <w:t>جزاک اللہ۔ جزاک اللہ ڈاکٹر صفینہ۔ السلام علیکم۔ وعلیکم السلام۔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