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of Islamic Learning May 14, 2006 Part 2</w:t>
      </w:r>
    </w:p>
    <w:p>
      <w:r>
        <w:t>https://youtu.be/snrt_NRyjLI</w:t>
      </w:r>
    </w:p>
    <w:p>
      <w:r>
        <w:rPr>
          <w:b/>
        </w:rPr>
        <w:t xml:space="preserve">[00:16] </w:t>
      </w:r>
      <w:r>
        <w:t>Wasallallahu ala Nabiyyil Kareem. dekhiye, Islam ko Khuda ne is hesiyat se bheja ke duniya mein woh ek preserve religion bane, mehfooz deen.</w:t>
      </w:r>
    </w:p>
    <w:p>
      <w:pPr>
        <w:jc w:val="right"/>
      </w:pPr>
      <w:r>
        <w:t>وصلی اللہ علی النبی الکریم۔ دیکھیے، اسلام کو خدا نے اس حیثیت سے بھیجا کہ دنیا میں وہ ایک پریزرو ریلیجن بنے، محفوظ دین۔</w:t>
      </w:r>
    </w:p>
    <w:p>
      <w:r>
        <w:rPr>
          <w:b/>
        </w:rPr>
        <w:t xml:space="preserve">[00:36] </w:t>
      </w:r>
      <w:r>
        <w:t>mehfooz deen. to</w:t>
      </w:r>
    </w:p>
    <w:p>
      <w:pPr>
        <w:jc w:val="right"/>
      </w:pPr>
      <w:r>
        <w:t>محفوظ دین۔ تو</w:t>
      </w:r>
    </w:p>
    <w:p>
      <w:r>
        <w:rPr>
          <w:b/>
        </w:rPr>
        <w:t xml:space="preserve">[00:39] </w:t>
      </w:r>
      <w:r>
        <w:t>is ke liye woh saare jatan kiye gaye jis se woh preserve reh sake. to in mein yeh sari cheezein aati hain: Arabic language aur doosri bohat si cheezein.</w:t>
      </w:r>
    </w:p>
    <w:p>
      <w:pPr>
        <w:jc w:val="right"/>
      </w:pPr>
      <w:r>
        <w:t>اس کے لیے وہ سارے جتن کیے گئے جس سے وہ پریزرو رہ سکے۔ تو ان میں یہ ساری چیزیں آتی ہیں: عربک لینگویج اور دوسری بہت سی چیزیں۔</w:t>
      </w:r>
    </w:p>
    <w:p>
      <w:r>
        <w:rPr>
          <w:b/>
        </w:rPr>
        <w:t xml:space="preserve">[00:55] </w:t>
      </w:r>
      <w:r>
        <w:t>to Arabic language ko bohat se logon ke dil mein yeh jazba utha, yeh spirit jaagi ke Arabic language ko ek poore maano mein ek literary language banaya jaye.</w:t>
      </w:r>
    </w:p>
    <w:p>
      <w:pPr>
        <w:jc w:val="right"/>
      </w:pPr>
      <w:r>
        <w:t>تو عربک لینگویج کو بہت سے لوگوں کے دل میں یہ جذبہ اٹھا، یہ اسپرٹ جاگی کہ عربک لینگویج کو ایک پورے معنوں میں ایک لٹری لینگویج بنایا جائے۔</w:t>
      </w:r>
    </w:p>
    <w:p>
      <w:r>
        <w:rPr>
          <w:b/>
        </w:rPr>
        <w:t xml:space="preserve">[01:10] </w:t>
      </w:r>
      <w:r>
        <w:t xml:space="preserve">to is ki dictionary tayyar karne ke liye unhone bohat zabardast jatan kiye. us zamane mein jo script tha, jo likhne ka jo rasm-ul-khat tha, to us ko kaha jata tha Khat e Kufi. </w:t>
      </w:r>
    </w:p>
    <w:p>
      <w:pPr>
        <w:jc w:val="right"/>
      </w:pPr>
      <w:r>
        <w:t>تو اس کی ڈکشنری تیار کرنے کے لیے انہوں نے بہت زبردست جتن کیے۔ اس زمانے میں جو اسکرپٹ تھا، جو لکھنے کا جو رسم الخط تھا، تو اس کو کہا جاتا تھا خط کوفی۔</w:t>
      </w:r>
    </w:p>
    <w:p>
      <w:r>
        <w:rPr>
          <w:b/>
        </w:rPr>
        <w:t xml:space="preserve">[01:24] </w:t>
      </w:r>
      <w:r>
        <w:t>to woh bohat hi, yani, crooked form mein tha. aaj aap agar dekhein koi aisi kitab jo Kufi khat mein likhi hui ho to aap us ko parh nahi sakein ge.</w:t>
      </w:r>
    </w:p>
    <w:p>
      <w:pPr>
        <w:jc w:val="right"/>
      </w:pPr>
      <w:r>
        <w:t>تو وہ بہت ہی، یعنی، کروٹ فارم میں تھا۔ آج آپ اگر دیکھیں کوئی ایسی کتاب جو کوفی خط میں لکھی ہوئی ہو تو آپ اس کو پڑھ نہیں سکیں گے۔</w:t>
      </w:r>
    </w:p>
    <w:p>
      <w:r>
        <w:rPr>
          <w:b/>
        </w:rPr>
        <w:t xml:space="preserve">[01:39] </w:t>
      </w:r>
      <w:r>
        <w:t>abhi bhi museum mein, kutub khane mein aisi cheezein maujood hain. to aise log paida hue jinho ne zabaan ko poori tarah se develop kiya.</w:t>
      </w:r>
    </w:p>
    <w:p>
      <w:pPr>
        <w:jc w:val="right"/>
      </w:pPr>
      <w:r>
        <w:t>ابھی بھی میوزیم میں، کتب خانے میں ایسی چیزیں موجود ہیں۔ تو ایسے لوگ پیدا ہوئے جنہوں نے زبان کو پوری طرح سے ڈویلپ کیا۔</w:t>
      </w:r>
    </w:p>
    <w:p>
      <w:r>
        <w:rPr>
          <w:b/>
        </w:rPr>
        <w:t xml:space="preserve">[01:52] </w:t>
      </w:r>
      <w:r>
        <w:t>misal ke taur par Ibn Muqla ek paida hua Abbasi period mein Baghdad mein. us ne apni poori zindagi waqf ki is mein ke script ko woh zyada achha banaye.</w:t>
      </w:r>
    </w:p>
    <w:p>
      <w:pPr>
        <w:jc w:val="right"/>
      </w:pPr>
      <w:r>
        <w:t>مثلاً ابن مقلہ ایک پیدا ہوا عباسی پیریڈ میں بغداد میں۔ اس نے اپنی پوری زندگی وقف کی اس میں کہ اسکرپٹ کو وہ زیادہ اچھا بنائے۔</w:t>
      </w:r>
    </w:p>
    <w:p>
      <w:r>
        <w:rPr>
          <w:b/>
        </w:rPr>
        <w:t xml:space="preserve">[02:06] </w:t>
      </w:r>
      <w:r>
        <w:t>to Kufi khat ko us ne woh khat ki shakal di, jis ko kaha jata hai Naskh. yani Kufi khat ko develop kar ke us ne Naskh ka khat banaya.</w:t>
      </w:r>
    </w:p>
    <w:p>
      <w:pPr>
        <w:jc w:val="right"/>
      </w:pPr>
      <w:r>
        <w:t>تو کوفی خط کو اس نے وہ خط کی شکل دی، جس کو کہا جاتا ہے نسخ۔ یعنی کوفی خط کو ڈویلپ کر کے اس نے نسخ کا خط بنایا۔</w:t>
      </w:r>
    </w:p>
    <w:p>
      <w:r>
        <w:rPr>
          <w:b/>
        </w:rPr>
        <w:t xml:space="preserve">[02:16] </w:t>
      </w:r>
      <w:r>
        <w:t>Noon, Seen, Kha. jo ke aaj chal bhi chalta hai. woh beautiful, woh woh khoobsurat khat jo aaj aap dekhte hain, us ko kehte hain Naskh.</w:t>
      </w:r>
    </w:p>
    <w:p>
      <w:pPr>
        <w:jc w:val="right"/>
      </w:pPr>
      <w:r>
        <w:t>نون، سین، خ۔ جو کہ آج چل بھی چلتا ہے۔ وہ بیوٹی فل، وہ وہ خوبصورت خط جو آج آپ دیکھتے ہیں، اس کو کہتے ہیں نسخ۔</w:t>
      </w:r>
    </w:p>
    <w:p>
      <w:r>
        <w:rPr>
          <w:b/>
        </w:rPr>
        <w:t xml:space="preserve">[02:27] </w:t>
      </w:r>
      <w:r>
        <w:t>lekin is se pehle Kufi shakal tha woh. to us ko itna beautiful banaya us ne.</w:t>
      </w:r>
    </w:p>
    <w:p>
      <w:pPr>
        <w:jc w:val="right"/>
      </w:pPr>
      <w:r>
        <w:t>لیکن اس سے پہلے کوفی شکل تھا وہ۔ تو اس کو اتنا بیوٹی فل بنایا اس نے۔</w:t>
      </w:r>
    </w:p>
    <w:p>
      <w:r>
        <w:rPr>
          <w:b/>
        </w:rPr>
        <w:t xml:space="preserve">[02:35] </w:t>
      </w:r>
      <w:r>
        <w:t>is tareeqay say is zamanay kay jo quran hua kartay thay, is par zer zabar nahi hota tha, nuqtay nahi hua kartay thay. yeh sab kaam hajjaj nay kiya.</w:t>
      </w:r>
    </w:p>
    <w:p>
      <w:pPr>
        <w:jc w:val="right"/>
      </w:pPr>
      <w:r>
        <w:t>اس طریقے سے اس زمانے کے جو قرآن ہوا کرتے تھے، اس پر زیر زبر نہیں ہوتا تھا، نقطے نہیں ہوا کرتے تھے۔ یہ سب کام حجاج نے کیا۔</w:t>
      </w:r>
    </w:p>
    <w:p>
      <w:r>
        <w:rPr>
          <w:b/>
        </w:rPr>
        <w:t xml:space="preserve">[02:46] </w:t>
      </w:r>
      <w:r>
        <w:t>bohat say expert logon ko lay kar is nay yeh kaam kiya kay poooray quran mein nuqtay qaim kiye gaye aur aaraab lagaye gaye. is say pehlay sirf hafiz log hi quran ko parh patay thay.</w:t>
      </w:r>
    </w:p>
    <w:p>
      <w:pPr>
        <w:jc w:val="right"/>
      </w:pPr>
      <w:r>
        <w:t>بہت سے ایکسپرٹ لوگوں کو لے کر اس نے یہ کام کیا کہ پورے قرآن میں نقطے قائم کیے گئے اور اعراب لگائے گئے۔ اس سے پہلے صرف حافظ لوگ ہی قرآن کو پڑھ پاتے تھے۔</w:t>
      </w:r>
    </w:p>
    <w:p>
      <w:r>
        <w:rPr>
          <w:b/>
        </w:rPr>
        <w:t xml:space="preserve">[03:00] </w:t>
      </w:r>
      <w:r>
        <w:t>is liye nuskhay, nuskhey jo quran ki thay, jo copy, shuru kay jo copies thay quran ki, us mein zabar zer nahi hota tha, nuqtay nahi hotay thay. to sirf hafiz log hi parh patay thay sahi sahi us ko.</w:t>
      </w:r>
    </w:p>
    <w:p>
      <w:pPr>
        <w:jc w:val="right"/>
      </w:pPr>
      <w:r>
        <w:t>اس لیے نسخے، نسخے جو قرآن کی تھے، جو کاپی، شروع کے جو کاپیز تھیں قرآن کی، اس میں زبر زیر نہیں ہوتا تھا، نقطے نہیں ہوتے تھے۔ تو صرف حافظ لوگ ہی پڑھ پاتے تھے صحیح صحیح اس کو۔</w:t>
      </w:r>
    </w:p>
    <w:p>
      <w:r>
        <w:rPr>
          <w:b/>
        </w:rPr>
        <w:t xml:space="preserve">[03:14] </w:t>
      </w:r>
      <w:r>
        <w:t>ab har aadmi parh sakta hai. ab jab kay</w:t>
      </w:r>
    </w:p>
    <w:p>
      <w:pPr>
        <w:jc w:val="right"/>
      </w:pPr>
      <w:r>
        <w:t>اب ہر آدمی پڑھ سکتا ہے۔ اب جب کہ</w:t>
      </w:r>
    </w:p>
    <w:p>
      <w:r>
        <w:rPr>
          <w:b/>
        </w:rPr>
        <w:t xml:space="preserve">[03:20] </w:t>
      </w:r>
      <w:r>
        <w:t>saray quran kay saray alfaaz par zabar zer hotay hain aur saray us par nuqtay hua kartay hain,</w:t>
      </w:r>
    </w:p>
    <w:p>
      <w:pPr>
        <w:jc w:val="right"/>
      </w:pPr>
      <w:r>
        <w:t>سارے قرآن کے سارے الفاظ پر زبر زیر ہوتے ہیں اور سارے اس پر نقطے ہوا کرتے ہیں،</w:t>
      </w:r>
    </w:p>
    <w:p>
      <w:r>
        <w:rPr>
          <w:b/>
        </w:rPr>
        <w:t xml:space="preserve">[03:28] </w:t>
      </w:r>
      <w:r>
        <w:t>to is ki wajah say har aadmi kay liye mumkin hoga kay woh quran ko sahi sahi parhay. yeh sab kaam bohat dil lagay hain, bohat mehnatain ki hain logon nay, tab ja kar yeh kaam anjaam paya hai.</w:t>
      </w:r>
    </w:p>
    <w:p>
      <w:pPr>
        <w:jc w:val="right"/>
      </w:pPr>
      <w:r>
        <w:t>تو اس کی وجہ سے ہر آدمی کے لیے ممکن ہوگا کہ وہ قرآن کو صحیح صحیح پڑھے۔ یہ سب کام بہت دل لگے ہیں، بہت محنتیں کی ہیں لوگوں نے، تب جا کر یہ کام انجام پایا ہے۔</w:t>
      </w:r>
    </w:p>
    <w:p>
      <w:r>
        <w:rPr>
          <w:b/>
        </w:rPr>
        <w:t xml:space="preserve">[03:43] </w:t>
      </w:r>
      <w:r>
        <w:t>to isi tarah say quran ki copy tayyar kar kay sari dunya mein phailana hai, is ko yeh logon nay kiya. quran aik, yani, binding ki soorat mein dunya mein phail gaya.</w:t>
      </w:r>
    </w:p>
    <w:p>
      <w:pPr>
        <w:jc w:val="right"/>
      </w:pPr>
      <w:r>
        <w:t>تو اسی طرح سے قرآن کی کاپی تیار کر کے ساری دنیا میں پھیلانا ہے، اس کو یہ لوگوں نے کیا۔ قرآن ایک، یعنی، بائنڈنگ کی صورت میں دنیا میں پھیل گیا۔</w:t>
      </w:r>
    </w:p>
    <w:p>
      <w:r>
        <w:rPr>
          <w:b/>
        </w:rPr>
        <w:t xml:space="preserve">[03:58] </w:t>
      </w:r>
      <w:r>
        <w:t>is kay liye bohat zabardast koshishain ki logon nay.</w:t>
      </w:r>
    </w:p>
    <w:p>
      <w:pPr>
        <w:jc w:val="right"/>
      </w:pPr>
      <w:r>
        <w:t>اس کے لیے بہت زبردست کوششیں کی لوگوں نے۔</w:t>
      </w:r>
    </w:p>
    <w:p>
      <w:r>
        <w:rPr>
          <w:b/>
        </w:rPr>
        <w:t xml:space="preserve">[04:04] </w:t>
      </w:r>
      <w:r>
        <w:t>is tareeqay say hadees ko,</w:t>
      </w:r>
    </w:p>
    <w:p>
      <w:pPr>
        <w:jc w:val="right"/>
      </w:pPr>
      <w:r>
        <w:t>اس طریقے سے حدیث کو،</w:t>
      </w:r>
    </w:p>
    <w:p>
      <w:r>
        <w:rPr>
          <w:b/>
        </w:rPr>
        <w:t xml:space="preserve">[04:11] </w:t>
      </w:r>
      <w:r>
        <w:t>hadeesain bikhri hui theen. aap jantay hain kay aik lakh 25 hazar sahabi thay rasool Allah kay. un say bohat say logon nay suna, jin ko hum tabayee kehtay hain.</w:t>
      </w:r>
    </w:p>
    <w:p>
      <w:pPr>
        <w:jc w:val="right"/>
      </w:pPr>
      <w:r>
        <w:t>حدیثیں بکھری ہوئی تھیں۔ آپ جانتے ہیں کہ ایک لاکھ 25 ہزار صحابی تھے رسول اللہ کے۔ ان سے بہت سے لوگوں نے سنا، جن کو ہم تابعی کہتے ہیں۔</w:t>
      </w:r>
    </w:p>
    <w:p>
      <w:r>
        <w:rPr>
          <w:b/>
        </w:rPr>
        <w:t xml:space="preserve">[04:22] </w:t>
      </w:r>
      <w:r>
        <w:t>phir rasool Allah say suna sahaba nay, jo aik lakh 25 hazar thay.</w:t>
      </w:r>
    </w:p>
    <w:p>
      <w:pPr>
        <w:jc w:val="right"/>
      </w:pPr>
      <w:r>
        <w:t>پھر رسول اللہ سے سنا صحابہ نے، جو ایک لاکھ 25 ہزار تھے۔</w:t>
      </w:r>
    </w:p>
    <w:p>
      <w:r>
        <w:rPr>
          <w:b/>
        </w:rPr>
        <w:t xml:space="preserve">[04:27] </w:t>
      </w:r>
      <w:r>
        <w:t>phir sahaba say suna tabayeen nay, jo kai lakh thay. to aap jantay hain kay hadeesain jo hain jama ki gayi hain, yani bikhri hui theen, sab logon kay yaadon mein theen.</w:t>
      </w:r>
    </w:p>
    <w:p>
      <w:pPr>
        <w:jc w:val="right"/>
      </w:pPr>
      <w:r>
        <w:t>پھر صحابہ سے سنا تابعین نے، جو کئی لاکھ تھے۔ تو آپ جانتے ہیں کہ حدیثیں جو ہیں جمع کی گئی ہیں، یعنی بکھری ہوئی تھیں، سب لوگوں کے یادوں میں تھیں۔</w:t>
      </w:r>
    </w:p>
    <w:p>
      <w:r>
        <w:rPr>
          <w:b/>
        </w:rPr>
        <w:t xml:space="preserve">[04:39] </w:t>
      </w:r>
      <w:r>
        <w:t>kuch tukray mein likh rakha tha logon nay kuch. aur different cities mein, different countries mein woh log seenay mein theen, woh logon kay gharon mein.</w:t>
      </w:r>
    </w:p>
    <w:p>
      <w:pPr>
        <w:jc w:val="right"/>
      </w:pPr>
      <w:r>
        <w:t>کچھ ٹکڑے میں لکھ رکھا تھا لوگوں نے کچھ۔ اور ڈفرنٹ سٹیز میں، ڈفرنٹ کنٹریز میں وہ لوگ سینے میں تھیں، وہ لوگوں کے گھروں میں۔</w:t>
      </w:r>
    </w:p>
    <w:p>
      <w:r>
        <w:rPr>
          <w:b/>
        </w:rPr>
        <w:t xml:space="preserve">[04:50] </w:t>
      </w:r>
      <w:r>
        <w:t>to yeh kaam jo hua, is ka yeh bohat bara kaam tha kay sari hadeesoon ko jama kar kay unhain book form mein ikatha karna.</w:t>
      </w:r>
    </w:p>
    <w:p>
      <w:pPr>
        <w:jc w:val="right"/>
      </w:pPr>
      <w:r>
        <w:t>تو یہ کام جو ہوا، اس کا یہ بہت بڑا کام تھا کہ ساری حدیثوں کو جمع کر کے انہیں بک فارم میں اکٹھا کرنا۔</w:t>
      </w:r>
    </w:p>
    <w:p>
      <w:r>
        <w:rPr>
          <w:b/>
        </w:rPr>
        <w:t xml:space="preserve">[05:01] </w:t>
      </w:r>
      <w:r>
        <w:t>is ko hum kehtay hain tadween hadees. to in logon nay kiya kiya? aik fan rijal banaya.</w:t>
      </w:r>
    </w:p>
    <w:p>
      <w:pPr>
        <w:jc w:val="right"/>
      </w:pPr>
      <w:r>
        <w:t>اس کو ہم کہتے ہیں تدوین حدیث۔ تو ان لوگوں نے کیا کیا؟ ایک فن رجال بنایا۔</w:t>
      </w:r>
    </w:p>
    <w:p>
      <w:r>
        <w:rPr>
          <w:b/>
        </w:rPr>
        <w:t xml:space="preserve">[05:10] </w:t>
      </w:r>
      <w:r>
        <w:t>rijal maani hotay hain, yani woh log jo jin say hadeesain mil rahi theen, un kay, un ki tareekh, un kay halaat, woh kaisay thay, woh.</w:t>
      </w:r>
    </w:p>
    <w:p>
      <w:pPr>
        <w:jc w:val="right"/>
      </w:pPr>
      <w:r>
        <w:t>رجال معنی ہوتے ہیں، یعنی وہ لوگ جو جن سے حدیثیں مل رہی تھیں، ان کے، ان کی تاریخ، ان کے حالات، وہ کیسے تھے، وہ۔</w:t>
      </w:r>
    </w:p>
    <w:p>
      <w:r>
        <w:rPr>
          <w:b/>
        </w:rPr>
        <w:t xml:space="preserve">[05:22] </w:t>
      </w:r>
      <w:r>
        <w:t>is tarah koi 15 lakh aadmiyon kay halaat ikatha kiye gaye. moti moti kitabein is par hain, aaj bhi libraryon mein.</w:t>
      </w:r>
    </w:p>
    <w:p>
      <w:pPr>
        <w:jc w:val="right"/>
      </w:pPr>
      <w:r>
        <w:t>اس طرح کوئی 15 لاکھ آدمیوں کے حالات اکٹھا کیے گئے۔ موٹی موٹی کتابیں اس پر ہیں، آج بھی لائبریریوں میں۔</w:t>
      </w:r>
    </w:p>
    <w:p>
      <w:r>
        <w:rPr>
          <w:b/>
        </w:rPr>
        <w:t xml:space="preserve">[05:33] </w:t>
      </w:r>
      <w:r>
        <w:t>yani 15 lakh aadmiyon kay halaat. main bataoon kay history mein kabhi aisa nahi hua kay 15 lakh aadmiyon kay halaat ikatha kiye gaye, kiye jayen.</w:t>
      </w:r>
    </w:p>
    <w:p>
      <w:pPr>
        <w:jc w:val="right"/>
      </w:pPr>
      <w:r>
        <w:t>یعنی 15 لاکھ آدمیوں کے حالات۔ میں بتاؤں کہ ہسٹری میں کبھی ایسا نہیں ہوا کہ 15 لاکھ آدمیوں کے حالات اکٹھا کیے گئے، کیے جائیں۔</w:t>
      </w:r>
    </w:p>
    <w:p>
      <w:r>
        <w:rPr>
          <w:b/>
        </w:rPr>
        <w:t xml:space="preserve">[05:46] </w:t>
      </w:r>
      <w:r>
        <w:t>to bib jo muhaddiseen thay, un logon nay yeh sab kaam kiya. yahan tak kay hadees ki kitabein tayyar huien.</w:t>
      </w:r>
    </w:p>
    <w:p>
      <w:pPr>
        <w:jc w:val="right"/>
      </w:pPr>
      <w:r>
        <w:t>تو بب جو محدثین تھے، ان لوگوں نے یہ سب کام کیا۔ یہاں تک کہ حدیث کی کتابیں تیار ہوئیں۔</w:t>
      </w:r>
    </w:p>
    <w:p>
      <w:r>
        <w:rPr>
          <w:b/>
        </w:rPr>
        <w:t xml:space="preserve">[05:56] </w:t>
      </w:r>
      <w:r>
        <w:t>yani chhay kitabein mashhoor hain, jin ko hum siha kehtay hain. is kay siway bohat si hadees ki kitabein hain,</w:t>
      </w:r>
    </w:p>
    <w:p>
      <w:pPr>
        <w:jc w:val="right"/>
      </w:pPr>
      <w:r>
        <w:t>یعنی چھ کتابیں مشہور ہیں، جن کو ہم سیاہ کہتے ہیں۔ اس کے سوائے بہت سی حدیث کی کتابیں ہیں،</w:t>
      </w:r>
    </w:p>
    <w:p>
      <w:r>
        <w:rPr>
          <w:b/>
        </w:rPr>
        <w:t xml:space="preserve">[06:03] </w:t>
      </w:r>
      <w:r>
        <w:t>bohat si kitabein hain. to 15 lakh aadmiyon say unhon nay hadeesoon ko liya, is ko chhaanta, is ki research ki, is ki tehqeeq ki.</w:t>
      </w:r>
    </w:p>
    <w:p>
      <w:pPr>
        <w:jc w:val="right"/>
      </w:pPr>
      <w:r>
        <w:t>بہت سی کتابیں ہیں۔ تو 15 لاکھ آدمیوں سے انہوں نے حدیثوں کو لیا، اس کو چھانٹا، اس کی ریسرچ کی، اس کی تحقیق کی۔</w:t>
      </w:r>
    </w:p>
    <w:p>
      <w:r>
        <w:rPr>
          <w:b/>
        </w:rPr>
        <w:t xml:space="preserve">[06:14] </w:t>
      </w:r>
      <w:r>
        <w:t>aur phir hadees ka aik poora woh ban gaya, un ko compile kiya. to aaj library mein aap dekh patay hain kay quran, aik mukammal quran maujood hai.</w:t>
      </w:r>
    </w:p>
    <w:p>
      <w:pPr>
        <w:jc w:val="right"/>
      </w:pPr>
      <w:r>
        <w:t>اور پھر حدیث کا ایک پورا وہ بن گیا، ان کو کمپائل کیا۔ تو آج لائبریری میں آپ دیکھ پاتے ہیں کہ قرآن، ایک مکمل قرآن موجود ہے۔</w:t>
      </w:r>
    </w:p>
    <w:p>
      <w:r>
        <w:rPr>
          <w:b/>
        </w:rPr>
        <w:t xml:space="preserve">[06:29] </w:t>
      </w:r>
      <w:r>
        <w:t>hadees ko patay hain kay mukammal hadeesain maujood hain kitabon ki form</w:t>
      </w:r>
    </w:p>
    <w:p>
      <w:pPr>
        <w:jc w:val="right"/>
      </w:pPr>
      <w:r>
        <w:t>حدیث کو پاتے ہیں کہ مکمل حدیثیں موجود ہیں کتابوں کی فارم</w:t>
      </w:r>
    </w:p>
    <w:p>
      <w:r>
        <w:rPr>
          <w:b/>
        </w:rPr>
        <w:t xml:space="preserve">[06:32] </w:t>
      </w:r>
      <w:r>
        <w:t>mein. yeh sab bohat lambay period mein hua. to main nay aap say kaha tha kay teen jo teen ilm aisay hain jis mein kay aakhri had tak kaam ho chuka hai.</w:t>
      </w:r>
    </w:p>
    <w:p>
      <w:pPr>
        <w:jc w:val="right"/>
      </w:pPr>
      <w:r>
        <w:t>میں۔ یہ سب بہت لمبے پیریڈ میں ہوا۔ تو میں نے آپ سے کہا تھا کہ تین جو تین علم ایسے ہیں جس میں کہ آخری حد تک کام ہو چکا ہے۔</w:t>
      </w:r>
    </w:p>
    <w:p>
      <w:r>
        <w:rPr>
          <w:b/>
        </w:rPr>
        <w:t xml:space="preserve">[06:46] </w:t>
      </w:r>
      <w:r>
        <w:t>aik arabic language, doosra quran ko preserve karna, aur teesray hadees ki tadween.</w:t>
      </w:r>
    </w:p>
    <w:p>
      <w:pPr>
        <w:jc w:val="right"/>
      </w:pPr>
      <w:r>
        <w:t>ایک عربک لینگویج، دوسرا قرآن کو پریزرو کرنا، اور تیسرے حدیث کی تدوین۔</w:t>
      </w:r>
    </w:p>
    <w:p>
      <w:r>
        <w:rPr>
          <w:b/>
        </w:rPr>
        <w:t xml:space="preserve">[06:56] </w:t>
      </w:r>
      <w:r>
        <w:t>yeh teen kaam</w:t>
      </w:r>
    </w:p>
    <w:p>
      <w:pPr>
        <w:jc w:val="right"/>
      </w:pPr>
      <w:r>
        <w:t>یہ تین کام</w:t>
      </w:r>
    </w:p>
    <w:p>
      <w:r>
        <w:rPr>
          <w:b/>
        </w:rPr>
        <w:t xml:space="preserve">[06:58] </w:t>
      </w:r>
      <w:r>
        <w:t>to yeh poori tarah anjam pa chukay hain. aur kisi bhi library se aap in ko haasil kar ke jaan saktay hain ke islam ki taleem kya hai.</w:t>
      </w:r>
    </w:p>
    <w:p>
      <w:pPr>
        <w:jc w:val="right"/>
      </w:pPr>
      <w:r>
        <w:t>تو یہ پوری طرح انجام پا چکے ہیں۔ اور کسی بھی لائبریری سے آپ ان کو حاصل کر کے جان سکتے ہیں کہ اسلام کی تعلیم کیا ہے۔</w:t>
      </w:r>
    </w:p>
    <w:p>
      <w:r>
        <w:rPr>
          <w:b/>
        </w:rPr>
        <w:t xml:space="preserve">[07:15] </w:t>
      </w:r>
      <w:r>
        <w:t>lekin aur jo uloom hain, is mein bohat ziyada kaam baqi hai karnay ka.</w:t>
      </w:r>
    </w:p>
    <w:p>
      <w:pPr>
        <w:jc w:val="right"/>
      </w:pPr>
      <w:r>
        <w:t>لیکن اور جو علوم ہیں، اس میں بہت زیادہ کام باقی ہے کرنے کا۔</w:t>
      </w:r>
    </w:p>
    <w:p>
      <w:r>
        <w:rPr>
          <w:b/>
        </w:rPr>
        <w:t xml:space="preserve">[07:22] </w:t>
      </w:r>
      <w:r>
        <w:t>jo ilm ke doosray shobay thay, yani islamic learning ke ya islami knowledge ke jo aur bohat se shobay thay, to un mein abhi bohat kaam karna baqi hai.</w:t>
      </w:r>
    </w:p>
    <w:p>
      <w:pPr>
        <w:jc w:val="right"/>
      </w:pPr>
      <w:r>
        <w:t>جو علم کے دوسرے شعبے تھے، یعنی اسلامک لرننگ کے یا اسلامی نالج کے جو اور بہت سے شعبے تھے، تو ان میں ابھی بہت کام کرنا باقی ہے۔</w:t>
      </w:r>
    </w:p>
    <w:p>
      <w:r>
        <w:rPr>
          <w:b/>
        </w:rPr>
        <w:t xml:space="preserve">[07:34] </w:t>
      </w:r>
      <w:r>
        <w:t>bohat kaam karna baqi hai. ab mein is ke baray mein kuch arz, kuch baatein arz karoon ga.</w:t>
      </w:r>
    </w:p>
    <w:p>
      <w:pPr>
        <w:jc w:val="right"/>
      </w:pPr>
      <w:r>
        <w:t>بہت کام کرنا باقی ہے۔ اب میں اس کے بارے میں کچھ عرض، کچھ باتیں عرض کروں گا۔</w:t>
      </w:r>
    </w:p>
    <w:p>
      <w:r>
        <w:rPr>
          <w:b/>
        </w:rPr>
        <w:t xml:space="preserve">[07:44] </w:t>
      </w:r>
      <w:r>
        <w:t>hadees mein aata hai ke aap ne farmaya apni ummat ke baray mein</w:t>
      </w:r>
    </w:p>
    <w:p>
      <w:pPr>
        <w:jc w:val="right"/>
      </w:pPr>
      <w:r>
        <w:t>حدیث میں آتا ہے کہ آپ نے فرمایا اپنے امت کے بارے میں</w:t>
      </w:r>
    </w:p>
    <w:p>
      <w:r>
        <w:rPr>
          <w:b/>
        </w:rPr>
        <w:t xml:space="preserve">[07:53] </w:t>
      </w:r>
      <w:r>
        <w:t>laqad tagoon sunan man kan qablakum shibran bishibrin wa dhira'an bidhira'an yani tum pichlay logon ki</w:t>
      </w:r>
    </w:p>
    <w:p>
      <w:pPr>
        <w:jc w:val="right"/>
      </w:pPr>
      <w:r>
        <w:t>لقد تگون سنن من کان قبلکم شبرا بشبر وذران بذران یعنی تم پچھلے لوگوں کی</w:t>
      </w:r>
    </w:p>
    <w:p>
      <w:r>
        <w:rPr>
          <w:b/>
        </w:rPr>
        <w:t xml:space="preserve">[08:07] </w:t>
      </w:r>
      <w:r>
        <w:t>jo pichlay logon ne kiya, wahi tum bhi karogay. yani jis tarah se unhon ne in mein deviation aaya, jis tarah unhon ne deen mein bigaar aaya, woh sab tumharay andar bhi aye ga.</w:t>
      </w:r>
    </w:p>
    <w:p>
      <w:pPr>
        <w:jc w:val="right"/>
      </w:pPr>
      <w:r>
        <w:t>جو پچھلے لوگوں نے کیا، وہی تم بھی کرو گے۔ یعنی جس طرح سے انہوں نے ان میں ڈیوی ایشن آیا، جس طرح انہوں نے دین میں بگاڑ آیا، وہ سب تمہارے اندر بھی آئے گا۔</w:t>
      </w:r>
    </w:p>
    <w:p>
      <w:r>
        <w:rPr>
          <w:b/>
        </w:rPr>
        <w:t xml:space="preserve">[08:17] </w:t>
      </w:r>
      <w:r>
        <w:t>tum bhi wahi sab karogay.</w:t>
      </w:r>
    </w:p>
    <w:p>
      <w:pPr>
        <w:jc w:val="right"/>
      </w:pPr>
      <w:r>
        <w:t>تم بھی وہی سب کرو گے۔</w:t>
      </w:r>
    </w:p>
    <w:p>
      <w:r>
        <w:rPr>
          <w:b/>
        </w:rPr>
        <w:t xml:space="preserve">[08:23] </w:t>
      </w:r>
      <w:r>
        <w:t>yahan tak ke aata hai ke hatta walaw dakhaloo joheb ladakhaltoom ke pichlay log agar kisi go ke bil mein ghusay hain to woh bhi tum kata logay.</w:t>
      </w:r>
    </w:p>
    <w:p>
      <w:pPr>
        <w:jc w:val="right"/>
      </w:pPr>
      <w:r>
        <w:t>یہاں تک کہ آتا ہے کہ حتی ولو دخلوا جو ذب لدخلتم کہ پچھلے لوگ اگر کسی گو کے بل میں گھسے ہیں تو وہ بھی تم کٹا لو گے۔</w:t>
      </w:r>
    </w:p>
    <w:p>
      <w:r>
        <w:rPr>
          <w:b/>
        </w:rPr>
        <w:t xml:space="preserve">[08:36] </w:t>
      </w:r>
      <w:r>
        <w:t>ab yahan par sochne ki baat hai ke aik taraf quran jo hai, preserved hai, islam preserved mazhab hai, to phir yeh bigaar kyun aaya?</w:t>
      </w:r>
    </w:p>
    <w:p>
      <w:pPr>
        <w:jc w:val="right"/>
      </w:pPr>
      <w:r>
        <w:t>اب یہاں پر سوچنے کی بات ہے کہ ایک طرف قرآن جو ہے، پریزرو ہے، اسلام پریزرو مذہب ہے، تو پھر یہ بگاڑ کیوں آیا؟</w:t>
      </w:r>
    </w:p>
    <w:p>
      <w:r>
        <w:rPr>
          <w:b/>
        </w:rPr>
        <w:t xml:space="preserve">[08:48] </w:t>
      </w:r>
      <w:r>
        <w:t>koi bhi shakhs soch sakta hai ke jab aap yeh kehtay hain ke islam ka jo text hai, woh apni original form mein aaj bhi preserved hai, to phir islam mein bigaar kahan se aaya?</w:t>
      </w:r>
    </w:p>
    <w:p>
      <w:pPr>
        <w:jc w:val="right"/>
      </w:pPr>
      <w:r>
        <w:t>کوئی بھی شخص سوچ سکتا ہے کہ جب آپ یہ کہتے ہیں کہ اسلام کا جو ٹیکسٹ ہے، وہ اپنی اوریجنل فارم میں آج بھی پریزرو ہے، تو پھر اسلام میں بگاڑ کہاں سے آیا؟</w:t>
      </w:r>
    </w:p>
    <w:p>
      <w:r>
        <w:rPr>
          <w:b/>
        </w:rPr>
        <w:t xml:space="preserve">[09:00] </w:t>
      </w:r>
      <w:r>
        <w:t>yeh mein clear karna chahta hoon is baat ko. dekhen, aik hai text aur aik hai interpretation. doosray religion mein aur islam mein yeh farq hai ke doosray religion mein khud text hi mein milawat ho gayi,</w:t>
      </w:r>
    </w:p>
    <w:p>
      <w:pPr>
        <w:jc w:val="right"/>
      </w:pPr>
      <w:r>
        <w:t>یہ میں کلیئر کرنا چاہتا ہوں اس بات کو۔ دیکھیں، ایک ہے ٹیکسٹ اور ایک ہے انٹرپریٹیشن۔ دوسرے ریلیجن میں اور اسلام میں یہ فرق ہے کہ دوسرے ریلیجن میں خود ٹیکسٹ ہی میں ملاوٹ ہو گئی،</w:t>
      </w:r>
    </w:p>
    <w:p>
      <w:r>
        <w:rPr>
          <w:b/>
        </w:rPr>
        <w:t xml:space="preserve">[09:16] </w:t>
      </w:r>
      <w:r>
        <w:t>khud text mein. ab un ka text jo hai, woh adulterated form mein baqi nahi raha. misaal ke tor par, bible jo hai, woh bohat sari books likhi gayi hain aur aik is tarah ka discipline ban gaya hai, woh higher criticism.</w:t>
      </w:r>
    </w:p>
    <w:p>
      <w:pPr>
        <w:jc w:val="right"/>
      </w:pPr>
      <w:r>
        <w:t>خود ٹیکسٹ میں۔ اب ان کا ٹیکسٹ جو ہے، وہ ایڈل فارم میں باقی نہیں رہا۔ مثال کے طور پر، بائبل جو ہے، وہ بہت ساری بکس لکھی گئی ہیں اور ایک اس طرح کا ڈسپلن بن گیا ہے، وہ ہائر کریٹیسزم۔</w:t>
      </w:r>
    </w:p>
    <w:p>
      <w:r>
        <w:rPr>
          <w:b/>
        </w:rPr>
        <w:t xml:space="preserve">[09:34] </w:t>
      </w:r>
      <w:r>
        <w:t>higher criticism bola jata hai in kitabon ke mutalay ke liye, yani yani critical study ke liye.</w:t>
      </w:r>
    </w:p>
    <w:p>
      <w:pPr>
        <w:jc w:val="right"/>
      </w:pPr>
      <w:r>
        <w:t>ہائر کریٹیسزم بولا جاتا ہے ان کتابوں کے مطالعے کے لیے، یعنی یعنی کریٹیکل اسٹڈی کے لیے۔</w:t>
      </w:r>
    </w:p>
    <w:p>
      <w:r>
        <w:rPr>
          <w:b/>
        </w:rPr>
        <w:t xml:space="preserve">[09:41] </w:t>
      </w:r>
      <w:r>
        <w:t>yeh baat scholars ke darmiyan sabit ho chuki hai, prove ho chuki hai ke bible mein is ke text mein bohat si baatein shamil ho gayi.</w:t>
      </w:r>
    </w:p>
    <w:p>
      <w:pPr>
        <w:jc w:val="right"/>
      </w:pPr>
      <w:r>
        <w:t>یہ بات اسکالرز کے درمیان ثابت ہو چکی ہے، پروف ہو چکی ہے کہ بائبل میں اس کے ٹیکسٹ میں بہت سی باتیں شامل ہو گئیں۔</w:t>
      </w:r>
    </w:p>
    <w:p>
      <w:r>
        <w:rPr>
          <w:b/>
        </w:rPr>
        <w:t xml:space="preserve">[09:51] </w:t>
      </w:r>
      <w:r>
        <w:t>yani original text jo tha pehlay, woh ab baqi nahi raha hai. yahi sab mazhabi kitabon mein hua ke khud text hi mein milawat ho gayi.</w:t>
      </w:r>
    </w:p>
    <w:p>
      <w:pPr>
        <w:jc w:val="right"/>
      </w:pPr>
      <w:r>
        <w:t>یعنی اوریجنل ٹیکسٹ جو تھا پہلے، وہ اب باقی نہیں رہا ہے۔ یہی سب مذہبی کتابوں میں ہوا کہ خود ٹیکسٹ ہی میں ملاوٹ ہو گئی۔</w:t>
      </w:r>
    </w:p>
    <w:p>
      <w:r>
        <w:rPr>
          <w:b/>
        </w:rPr>
        <w:t xml:space="preserve">[10:02] </w:t>
      </w:r>
      <w:r>
        <w:t>lekin islam mein kya hua hai ke text to intact, intact hai. interpretation mein logon ne bohat ziyada gadbad ki. yeh</w:t>
      </w:r>
    </w:p>
    <w:p>
      <w:pPr>
        <w:jc w:val="right"/>
      </w:pPr>
      <w:r>
        <w:t>لیکن اسلام میں کیا ہوا ہے کہ ٹیکسٹ تو انٹیکٹ، انٹیکٹ ہے۔ انٹرپریٹیشن میں لوگوں نے بہت زیادہ گڑبڑ کیا۔ یہ</w:t>
      </w:r>
    </w:p>
    <w:p>
      <w:r>
        <w:rPr>
          <w:b/>
        </w:rPr>
        <w:t xml:space="preserve">[10:11] </w:t>
      </w:r>
      <w:r>
        <w:t>farq hai. is ka matlab yeh hai ke agar aap doosray mazhabon ko un ke original form mein jana janna chahen to aap jaan nahi saktay. kyunke jab text hi mein milawat ho gayi ho to aap kya karogay?</w:t>
      </w:r>
    </w:p>
    <w:p>
      <w:pPr>
        <w:jc w:val="right"/>
      </w:pPr>
      <w:r>
        <w:t>فرق ہے۔ اس کا مطلب یہ ہے کہ اگر آپ دوسرے مذہبوں کو ان کے اوریجنل فارم میں جانا جاننا چاہیں تو آپ جان نہیں سکتے۔ کیونکہ جب ٹیکسٹ ہی میں ملاوٹ ہو گئی ہو تو آپ کیا کریں گے؟</w:t>
      </w:r>
    </w:p>
    <w:p>
      <w:r>
        <w:rPr>
          <w:b/>
        </w:rPr>
        <w:t xml:space="preserve">[10:24] </w:t>
      </w:r>
      <w:r>
        <w:t>aap nahi kar saktay. lekin islam mein yeh possible hai ke aap</w:t>
      </w:r>
    </w:p>
    <w:p>
      <w:pPr>
        <w:jc w:val="right"/>
      </w:pPr>
      <w:r>
        <w:t>آپ نہیں کر سکتے۔ لیکن اسلام میں یہ پاسیبل ہے کہ آپ</w:t>
      </w:r>
    </w:p>
    <w:p>
      <w:r>
        <w:rPr>
          <w:b/>
        </w:rPr>
        <w:t xml:space="preserve">[10:33] </w:t>
      </w:r>
      <w:r>
        <w:t>is ke text ko parh kar ke, is pe study kar ke jaan sakain ke islam kya hai.</w:t>
      </w:r>
    </w:p>
    <w:p>
      <w:pPr>
        <w:jc w:val="right"/>
      </w:pPr>
      <w:r>
        <w:t>اس کے ٹیکسٹ کو پڑھ کر کے، اس پہ اسٹڈی کر کے جان سکیں کہ اسلام کیا ہے۔</w:t>
      </w:r>
    </w:p>
    <w:p>
      <w:r>
        <w:rPr>
          <w:b/>
        </w:rPr>
        <w:t xml:space="preserve">[10:38] </w:t>
      </w:r>
      <w:r>
        <w:t>to islam mein jo bigaar aaya hai, woh bigaar aaya hai interpretation mein. text mein koi bigaar nahi aaya hai.</w:t>
      </w:r>
    </w:p>
    <w:p>
      <w:pPr>
        <w:jc w:val="right"/>
      </w:pPr>
      <w:r>
        <w:t>تو اسلام میں جو بگاڑ آیا ہے، وہ بگاڑ آیا ہے انٹرپریٹیشن میں۔ ٹیکسٹ میں کوئی بگاڑ نہیں آیا ہے۔</w:t>
      </w:r>
    </w:p>
    <w:p>
      <w:r>
        <w:rPr>
          <w:b/>
        </w:rPr>
        <w:t xml:space="preserve">[10:51] </w:t>
      </w:r>
      <w:r>
        <w:t>is pehlu se mein kuch baatein arz karna chahta hoon.</w:t>
      </w:r>
    </w:p>
    <w:p>
      <w:pPr>
        <w:jc w:val="right"/>
      </w:pPr>
      <w:r>
        <w:t>اس پہلو سے میں کچھ باتیں عرض کرنا چاہتا ہوں۔</w:t>
      </w:r>
    </w:p>
    <w:p>
      <w:r>
        <w:rPr>
          <w:b/>
        </w:rPr>
        <w:t xml:space="preserve">[10:59] </w:t>
      </w:r>
      <w:r>
        <w:t>aik baat is se pehlay mein yeh arz karoon ke interpretation mein bigaar kis cheez ka naam hai?</w:t>
      </w:r>
    </w:p>
    <w:p>
      <w:pPr>
        <w:jc w:val="right"/>
      </w:pPr>
      <w:r>
        <w:t>ایک بات اس سے پہلے میں یہ عرض کروں کہ انٹرپریٹیشن میں بگاڑ کس چیز کا نام ہے؟</w:t>
      </w:r>
    </w:p>
    <w:p>
      <w:r>
        <w:rPr>
          <w:b/>
        </w:rPr>
        <w:t xml:space="preserve">[11:08] </w:t>
      </w:r>
      <w:r>
        <w:t>yani kaise aisa hota hai ke aadmi tarah tarah se interpretation deta hai aur aik hi baat kai baat ban jati hai? aik hi baat kai baat ban jati hai.</w:t>
      </w:r>
    </w:p>
    <w:p>
      <w:pPr>
        <w:jc w:val="right"/>
      </w:pPr>
      <w:r>
        <w:t>یعنی کیسے ایسا ہوتا ہے کہ آدمی طرح طرح سے انٹرپریٹیشن دیتا ہے اور ایک ہی بات کئی بات بن جاتی ہے؟ ایک ہی بات کئی بات بن جاتی ہے۔</w:t>
      </w:r>
    </w:p>
    <w:p>
      <w:r>
        <w:rPr>
          <w:b/>
        </w:rPr>
        <w:t xml:space="preserve">[11:20] </w:t>
      </w:r>
      <w:r>
        <w:t>kya aasman par aap dekhte hain ke suraj aur chand chamak raha hai? har din suraj chand nikalte hain aur chamakte hain. to originally to suraj aur chand ek hain, kai nahin hain.</w:t>
      </w:r>
    </w:p>
    <w:p>
      <w:pPr>
        <w:jc w:val="right"/>
      </w:pPr>
      <w:r>
        <w:t>کیا آسمان پر آپ دیکھتے ہیں کہ سورج اور چاند چمک رہا ہے؟ ہر دن سورج چاند نکلتے ہیں اور چمکتے ہیں۔ تو اوریجنلی تو سورج اور چاند ایک ہیں، کئی نہیں ہیں۔</w:t>
      </w:r>
    </w:p>
    <w:p>
      <w:r>
        <w:rPr>
          <w:b/>
        </w:rPr>
        <w:t xml:space="preserve">[11:33] </w:t>
      </w:r>
      <w:r>
        <w:t>lekin insan ne tarah tarah se is ko interpretation diya. is ka</w:t>
      </w:r>
    </w:p>
    <w:p>
      <w:pPr>
        <w:jc w:val="right"/>
      </w:pPr>
      <w:r>
        <w:t>لیکن انسان نے طرح طرح سے اس کو انٹرپریٹیشن دیا۔ اس کا</w:t>
      </w:r>
    </w:p>
    <w:p>
      <w:r>
        <w:rPr>
          <w:b/>
        </w:rPr>
        <w:t xml:space="preserve">[11:36] </w:t>
      </w:r>
      <w:r>
        <w:t>misalan ek shayar the, nazeer akbarabadi, unhon ne kaha ke hum to na chand samjhen, na suraj hain jante.</w:t>
      </w:r>
    </w:p>
    <w:p>
      <w:pPr>
        <w:jc w:val="right"/>
      </w:pPr>
      <w:r>
        <w:t>مثلاً ایک شاعر تھے، نذیر اکبر آبادی، انہوں نے کہا کہ ہم تو نہ چاند سمجھیں، نہ سورج ہیں جانتے۔</w:t>
      </w:r>
    </w:p>
    <w:p>
      <w:r>
        <w:rPr>
          <w:b/>
        </w:rPr>
        <w:t xml:space="preserve">[11:47] </w:t>
      </w:r>
      <w:r>
        <w:t>baba, hamein to yeh nazar aati hain rotiyan. ab ek aadmi jo roti ka se pareshan tha, roti ko apna, yani roti ke problem se dochar tha, wo to wo us ko har cheez roti hi dikhai padi.</w:t>
      </w:r>
    </w:p>
    <w:p>
      <w:pPr>
        <w:jc w:val="right"/>
      </w:pPr>
      <w:r>
        <w:t>بابا، ہمیں تو یہ نظر آتی ہیں روٹیاں۔ اب ایک آدمی جو روٹی کا سے پریشان تھا، روٹی کو اپنا، یعنی روٹی کے پرابلم سے دوچار تھا، وہ تو وہ اس کو ہر چیز روٹی ہی دکھائی پڑی۔</w:t>
      </w:r>
    </w:p>
    <w:p>
      <w:r>
        <w:rPr>
          <w:b/>
        </w:rPr>
        <w:t xml:space="preserve">[12:06] </w:t>
      </w:r>
      <w:r>
        <w:t>hum to na chand samjhen, na suraj hain jante. baba, hamein to yeh nazar aati hain rotiyan. ab dekhiye ke kuch aur logon ne kya kiya.</w:t>
      </w:r>
    </w:p>
    <w:p>
      <w:pPr>
        <w:jc w:val="right"/>
      </w:pPr>
      <w:r>
        <w:t>ہم تو نہ چاند سمجھیں، نہ سورج ہیں جانتے۔ بابا، ہمیں تو یہ نظر آتی ہیں روٹیاں۔ اب دیکھیے کہ کچھ اور لوگوں نے کیا کیا۔</w:t>
      </w:r>
    </w:p>
    <w:p>
      <w:r>
        <w:rPr>
          <w:b/>
        </w:rPr>
        <w:t xml:space="preserve">[12:18] </w:t>
      </w:r>
      <w:r>
        <w:t>unhon ne kaha ke unhon ne isi ko khuda samajh liya, chand suraj ko khuda samajh liya. unhon ne is ko roti samjha.</w:t>
      </w:r>
    </w:p>
    <w:p>
      <w:pPr>
        <w:jc w:val="right"/>
      </w:pPr>
      <w:r>
        <w:t>انہوں نے کہا کہ انہوں نے اسی کو خدا سمجھ لیا، چاند سورج کو خدا سمجھ لیا۔ انہوں نے اس کو روٹی سمجھا۔</w:t>
      </w:r>
    </w:p>
    <w:p>
      <w:r>
        <w:rPr>
          <w:b/>
        </w:rPr>
        <w:t xml:space="preserve">[12:30] </w:t>
      </w:r>
      <w:r>
        <w:t>ek shayar ne chand suraj ko roti samj</w:t>
      </w:r>
    </w:p>
    <w:p>
      <w:pPr>
        <w:jc w:val="right"/>
      </w:pPr>
      <w:r>
        <w:t>ایک شاعر نے چاند سورج کو روٹی سمج</w:t>
      </w:r>
    </w:p>
    <w:p>
      <w:r>
        <w:rPr>
          <w:b/>
        </w:rPr>
        <w:t xml:space="preserve">[12:32] </w:t>
      </w:r>
      <w:r>
        <w:t>ha. doosra insan kya kehta hai ke hum to na chand samjhen, na suraj hain jante. baba, hamein to yeh nazar aate hain devta.</w:t>
      </w:r>
    </w:p>
    <w:p>
      <w:pPr>
        <w:jc w:val="right"/>
      </w:pPr>
      <w:r>
        <w:t>ھا۔ دوسرا انسان کیا کہتا ہے کہ ہم تو نہ چاند سمجھیں، نہ سورج ہیں جانتے۔ بابا، ہمیں تو یہ نظر آتے ہیں دیوتا۔</w:t>
      </w:r>
    </w:p>
    <w:p>
      <w:r>
        <w:rPr>
          <w:b/>
        </w:rPr>
        <w:t xml:space="preserve">[12:43] </w:t>
      </w:r>
      <w:r>
        <w:t>yani mein isi kuch shair ko is tareeqe se daal kar keh raha hoon ke dunya mein hazaron saal tak chand aur suraj ko pooja gaya hai, is ko khuda samjha gaya hai.</w:t>
      </w:r>
    </w:p>
    <w:p>
      <w:pPr>
        <w:jc w:val="right"/>
      </w:pPr>
      <w:r>
        <w:t>یعنی میں اسی کچھ شعر کو اس طریقے سے ڈال کر کہہ رہا ہوں کہ دنیا میں ہزاروں سال تک چاند اور سورج کو پوجا گیا ہے، اس کو خدا سمجھا گیا ہے۔</w:t>
      </w:r>
    </w:p>
    <w:p>
      <w:r>
        <w:rPr>
          <w:b/>
        </w:rPr>
        <w:t xml:space="preserve">[12:52] </w:t>
      </w:r>
      <w:r>
        <w:t>to goya ke unhon ne yeh kaha ke hum to na chand samjhen, na suraj hain jante. baba, hamein to yeh nazar aate hain devta.</w:t>
      </w:r>
    </w:p>
    <w:p>
      <w:pPr>
        <w:jc w:val="right"/>
      </w:pPr>
      <w:r>
        <w:t>تو گویا کہ انہوں نے یہ کہا کہ ہم تو نہ چاند سمجھیں، نہ سورج ہیں جانتے۔ بابا، ہمیں تو یہ نظر آتے ہیں دیوتا۔</w:t>
      </w:r>
    </w:p>
    <w:p>
      <w:r>
        <w:rPr>
          <w:b/>
        </w:rPr>
        <w:t xml:space="preserve">[13:01] </w:t>
      </w:r>
      <w:r>
        <w:t>ek hi cheez ko unhon ne roti kaha, doosre ko unhon ne devta kaha.</w:t>
      </w:r>
    </w:p>
    <w:p>
      <w:pPr>
        <w:jc w:val="right"/>
      </w:pPr>
      <w:r>
        <w:t>ایک ہی چیز کو انہوں نے روٹی کہا، دوسرے کو انہوں نے دیوتا کہا۔</w:t>
      </w:r>
    </w:p>
    <w:p>
      <w:r>
        <w:rPr>
          <w:b/>
        </w:rPr>
        <w:t xml:space="preserve">[13:09] </w:t>
      </w:r>
      <w:r>
        <w:t>isi tarah se kuch logon ne kaha ke bhai, yeh kya hai? yeh to sirf roshni ka source hai, hum to is se light milti hai. to goya ke unhon ne yeh kaha ke hum to na chand samjhen, na suraj hain jante.</w:t>
      </w:r>
    </w:p>
    <w:p>
      <w:pPr>
        <w:jc w:val="right"/>
      </w:pPr>
      <w:r>
        <w:t>اسی طرح سے کچھ لوگوں نے کہا کہ بھئی، یہ کیا ہے؟ یہ تو صرف روشنی کا سورس ہے، ہم تو اس سے لائٹ ملتی ہے۔ تو گویا کہ انہوں نے یہ کہا کہ ہم تو نہ چاند سمجھیں، نہ سورج ہیں جانتے۔</w:t>
      </w:r>
    </w:p>
    <w:p>
      <w:r>
        <w:rPr>
          <w:b/>
        </w:rPr>
        <w:t xml:space="preserve">[13:22] </w:t>
      </w:r>
      <w:r>
        <w:t>baba, hamein to yeh nazar aati hain lalten.</w:t>
      </w:r>
    </w:p>
    <w:p>
      <w:pPr>
        <w:jc w:val="right"/>
      </w:pPr>
      <w:r>
        <w:t>بابا، ہمیں تو یہ نظر آتی ہیں لالٹین۔</w:t>
      </w:r>
    </w:p>
    <w:p>
      <w:r>
        <w:rPr>
          <w:b/>
        </w:rPr>
        <w:t xml:space="preserve">[13:28] </w:t>
      </w:r>
      <w:r>
        <w:t>asal jo tha ke khuda ka creation hai, wo khuda ke kamal ko dikha rahe hain, wo khuda ke existence ko bol rahe hain.</w:t>
      </w:r>
    </w:p>
    <w:p>
      <w:pPr>
        <w:jc w:val="right"/>
      </w:pPr>
      <w:r>
        <w:t>اصل جو تھا کہ خدا کا کریشن ہے، وہ خدا کے کمال کو دکھا رہے ہیں، وہ خدا کے ایگزسٹنس کو بول رہے ہیں۔</w:t>
      </w:r>
    </w:p>
    <w:p>
      <w:r>
        <w:rPr>
          <w:b/>
        </w:rPr>
        <w:t xml:space="preserve">[13:37] </w:t>
      </w:r>
      <w:r>
        <w:t>wo kaisa ajeeb hai, wo khuda jis ne ittifaq universe banaya, is tarah se chand aur suraj ka nizam qaim kiya, jis ne stars banaye, planet banaye, sun banaya.</w:t>
      </w:r>
    </w:p>
    <w:p>
      <w:pPr>
        <w:jc w:val="right"/>
      </w:pPr>
      <w:r>
        <w:t>وہ کیسا عجیب ہے، وہ خدا جس نے اتفاق یونیورس بنایا، اس طرح سے چاند اور سورج کا نظام قائم کیا، جس نے سٹارز بنائے، پلینٹ بنائے، سن بنایا۔</w:t>
      </w:r>
    </w:p>
    <w:p>
      <w:r>
        <w:rPr>
          <w:b/>
        </w:rPr>
        <w:t xml:space="preserve">[13:52] </w:t>
      </w:r>
      <w:r>
        <w:t>yeh yeh khuda, yeh jo hai, khamosh zaban mein khuda ki khudai ka aelan tha, khuda ke existence ka aelan aelan tha.</w:t>
      </w:r>
    </w:p>
    <w:p>
      <w:pPr>
        <w:jc w:val="right"/>
      </w:pPr>
      <w:r>
        <w:t>یہ یہ خدا، یہ جو ہے، خاموش زبان میں خدا کی خدائی کا اعلان تھا، خدا کے ایگزسٹنس کا اعلان اعلان تھا۔</w:t>
      </w:r>
    </w:p>
    <w:p>
      <w:r>
        <w:rPr>
          <w:b/>
        </w:rPr>
        <w:t xml:space="preserve">[14:01] </w:t>
      </w:r>
      <w:r>
        <w:t>yeh kisi ne nahin samjha, kisi ne is ko roti samajh liya, kisi ne wo devta samajh liya, kisi ne is ko lalten samajh liya. yeh tha interpretation ka farq.</w:t>
      </w:r>
    </w:p>
    <w:p>
      <w:pPr>
        <w:jc w:val="right"/>
      </w:pPr>
      <w:r>
        <w:t>یہ کسی نے نہیں سمجھا، کسی نے اس کو روٹی سمجھ لیا، کسی نے وہ دیوتا سمجھ لیا، کسی نے اس کو لالٹین سمجھ لیا۔ یہ تھا انٹرپریٹیشن کا فرق۔</w:t>
      </w:r>
    </w:p>
    <w:p>
      <w:r>
        <w:rPr>
          <w:b/>
        </w:rPr>
        <w:t xml:space="preserve">[14:13] </w:t>
      </w:r>
      <w:r>
        <w:t>yahi aaya hai, yani islam mein</w:t>
      </w:r>
    </w:p>
    <w:p>
      <w:pPr>
        <w:jc w:val="right"/>
      </w:pPr>
      <w:r>
        <w:t>یہی آیا ہے، یعنی اسلام میں</w:t>
      </w:r>
    </w:p>
    <w:p>
      <w:r>
        <w:rPr>
          <w:b/>
        </w:rPr>
        <w:t xml:space="preserve">[14:18] </w:t>
      </w:r>
      <w:r>
        <w:t>logon ne apne apne mind ko le kar,</w:t>
      </w:r>
    </w:p>
    <w:p>
      <w:pPr>
        <w:jc w:val="right"/>
      </w:pPr>
      <w:r>
        <w:t>لوگوں نے اپنے اپنے مائنڈ کو لے کر،</w:t>
      </w:r>
    </w:p>
    <w:p>
      <w:r>
        <w:rPr>
          <w:b/>
        </w:rPr>
        <w:t xml:space="preserve">[14:25] </w:t>
      </w:r>
      <w:r>
        <w:t>apne apne mind ko le kar ke islam ka quran ka aur hadith ka interpretation diya.</w:t>
      </w:r>
    </w:p>
    <w:p>
      <w:pPr>
        <w:jc w:val="right"/>
      </w:pPr>
      <w:r>
        <w:t>اپنے اپنے مائنڈ کو لے کر کے اسلام کا قرآن کا اور حدیث کا انٹرپریٹیشن دیا۔</w:t>
      </w:r>
    </w:p>
    <w:p>
      <w:r>
        <w:rPr>
          <w:b/>
        </w:rPr>
        <w:t xml:space="preserve">[14:35] </w:t>
      </w:r>
      <w:r>
        <w:t>isi se yeh baat aayi ke islam mein, yani jo hadith mein aaya hai ke jo mein ne ek hadith sunai aap ko ke wo sari kharabiyan islam mein aa jayengi jo pichle ummaton mein thin, to wo kaise aayin?</w:t>
      </w:r>
    </w:p>
    <w:p>
      <w:pPr>
        <w:jc w:val="right"/>
      </w:pPr>
      <w:r>
        <w:t>اسی سے یہ بات آئی کہ اسلام میں، یعنی جو حدیث میں آیا ہے کہ جو میں نے ایک حدیث سنائی آپ کو کہ وہ ساری خرابیاں اسلام میں آ جائیں گی جو پچھلے امتوں میں تھیں، تو وہ کیسے آئیں؟</w:t>
      </w:r>
    </w:p>
    <w:p>
      <w:r>
        <w:rPr>
          <w:b/>
        </w:rPr>
        <w:t xml:space="preserve">[14:52] </w:t>
      </w:r>
      <w:r>
        <w:t>through interpretation. is ka matlab yeh nahin tha rasool Allah ke kehne ka matlab ke khud text hi badal jayega. yeh matlab nahin hua.</w:t>
      </w:r>
    </w:p>
    <w:p>
      <w:pPr>
        <w:jc w:val="right"/>
      </w:pPr>
      <w:r>
        <w:t>تھرو انٹرپریٹیشن۔ اس کا مطلب یہ نہیں تھا رسول اللہ کے کہنے کا مطلب کہ خود ٹیکسٹ ہی بدل جائے گا۔ یہ مطلب نہیں ہوا۔</w:t>
      </w:r>
    </w:p>
    <w:p>
      <w:r>
        <w:rPr>
          <w:b/>
        </w:rPr>
        <w:t xml:space="preserve">[15:01] </w:t>
      </w:r>
      <w:r>
        <w:t>text to intact rahega, kyun ke khuda ka wada hai naḥnu nazzalnā al-dhikra wa innā lahū laḥāfiẓūn khuda ka yeh wada hai ke ab aur mazhab nahin aane wala hai.</w:t>
      </w:r>
    </w:p>
    <w:p>
      <w:pPr>
        <w:jc w:val="right"/>
      </w:pPr>
      <w:r>
        <w:t>ٹیکسٹ تو انٹیکٹ رہے گا، کیونکہ خدا کا وعدہ ہے نحن نزلنا الذکر وانا له الحافظون خدا کا یہ وعدہ ہے کہ اب اور مذہب نہیں آنے والا ہے۔</w:t>
      </w:r>
    </w:p>
    <w:p>
      <w:r>
        <w:rPr>
          <w:b/>
        </w:rPr>
        <w:t xml:space="preserve">[15:14] </w:t>
      </w:r>
      <w:r>
        <w:t>ab yeh final religion hai, to is liye is ko hum intact rakhenge, is ko mehfooz rakhenge. to rasool Allah ne jo kaha tha, is ka matlab yeh nahin tha ke khud text hi badal jayega, jaisa ke doosre mazhabon mein badla,</w:t>
      </w:r>
    </w:p>
    <w:p>
      <w:pPr>
        <w:jc w:val="right"/>
      </w:pPr>
      <w:r>
        <w:t>اب یہ فائنل ریلیجن ہے، تو اس لیے اس کو ہم انٹیکٹ رکھیں گے، اس کو محفوظ رکھیں گے۔ تو رسول اللہ نے جو کہا تھا، اس کا مطلب یہ نہیں تھا کہ خود ٹیکسٹ ہی بدل جائے گا، جیسا کہ دوسرے مذہبوں میں بدلا،</w:t>
      </w:r>
    </w:p>
    <w:p>
      <w:r>
        <w:rPr>
          <w:b/>
        </w:rPr>
        <w:t xml:space="preserve">[15:28] </w:t>
      </w:r>
      <w:r>
        <w:t>aur na aisa hua.</w:t>
      </w:r>
    </w:p>
    <w:p>
      <w:pPr>
        <w:jc w:val="right"/>
      </w:pPr>
      <w:r>
        <w:t>اور نہ ایسا ہوا۔</w:t>
      </w:r>
    </w:p>
    <w:p>
      <w:r>
        <w:rPr>
          <w:b/>
        </w:rPr>
        <w:t xml:space="preserve">[15:29] </w:t>
      </w:r>
      <w:r>
        <w:t>is ka matlab yeh tha ke text to rahega mehfooz apne usi halat mein, lekin tum log naye naye interpretation de kar ke is ko bigaad daaloge.</w:t>
      </w:r>
    </w:p>
    <w:p>
      <w:pPr>
        <w:jc w:val="right"/>
      </w:pPr>
      <w:r>
        <w:t>اس کا مطلب یہ تھا کہ ٹیکسٹ تو رہے گا محفوظ اپنے اسی حالت میں، لیکن تم لوگ نئے نئے انٹرپریٹیشن دے کر کے اس کو بگاڑ ڈالو گے۔</w:t>
      </w:r>
    </w:p>
    <w:p>
      <w:r>
        <w:rPr>
          <w:b/>
        </w:rPr>
        <w:t xml:space="preserve">[15:42] </w:t>
      </w:r>
      <w:r>
        <w:t>yeh matlab tha is ka, aur yahi hua. logon ne itna zyada, yaani aise aise interpretation kiye ke saara deen hi bilkul badal dala,</w:t>
      </w:r>
    </w:p>
    <w:p>
      <w:pPr>
        <w:jc w:val="right"/>
      </w:pPr>
      <w:r>
        <w:t>یہ مطلب تھا اس کا، اور یہی ہوا۔ لوگوں نے اتنا زیادہ، یعنی ایسے ایسے انٹرپریٹیشن کیے کہ سارا دین ہی بالکل بدل ڈالا،</w:t>
      </w:r>
    </w:p>
    <w:p>
      <w:r>
        <w:rPr>
          <w:b/>
        </w:rPr>
        <w:t xml:space="preserve">[15:57] </w:t>
      </w:r>
      <w:r>
        <w:t>saara deen badal dala.</w:t>
      </w:r>
    </w:p>
    <w:p>
      <w:pPr>
        <w:jc w:val="right"/>
      </w:pPr>
      <w:r>
        <w:t>سارا دین بدل ڈالا۔</w:t>
      </w:r>
    </w:p>
    <w:p>
      <w:r>
        <w:rPr>
          <w:b/>
        </w:rPr>
        <w:t xml:space="preserve">[15:59] </w:t>
      </w:r>
      <w:r>
        <w:t>main aap ko chand example doonga yahan par ke kis tarah se interpretation ke zariye se, yaani tabdeelian aaein.</w:t>
      </w:r>
    </w:p>
    <w:p>
      <w:pPr>
        <w:jc w:val="right"/>
      </w:pPr>
      <w:r>
        <w:t>میں آپ کو چند ایگزیمپل دوں گا یہاں پر کہ کس طرح سے انٹرپریٹیشن کے ذریعے سے، یعنی تبدیلیاں آئیں۔</w:t>
      </w:r>
    </w:p>
    <w:p>
      <w:r>
        <w:rPr>
          <w:b/>
        </w:rPr>
        <w:t xml:space="preserve">[16:11] </w:t>
      </w:r>
      <w:r>
        <w:t>misalan dekhiye, ek to yeh hai ke Islam aur Muslim, yeh dono ek ban gae.</w:t>
      </w:r>
    </w:p>
    <w:p>
      <w:pPr>
        <w:jc w:val="right"/>
      </w:pPr>
      <w:r>
        <w:t>مثلاً دیکھیے، ایک تو یہ ہے کہ اسلام اور مسلم، یہ دونوں ایک بن گئے۔</w:t>
      </w:r>
    </w:p>
    <w:p>
      <w:r>
        <w:rPr>
          <w:b/>
        </w:rPr>
        <w:t xml:space="preserve">[16:22] </w:t>
      </w:r>
      <w:r>
        <w:t>jo kitabein likhi gayeen, baad ko woh is tarah se likhi gayeen jaise ke Islam aur Muslim dono ek hain.</w:t>
      </w:r>
    </w:p>
    <w:p>
      <w:pPr>
        <w:jc w:val="right"/>
      </w:pPr>
      <w:r>
        <w:t>جو کتابیں لکھی گئیں، بعد کو وہ اس طرح سے لکھی گئی جیسے کہ اسلام اور مسلم دونوں ایک ہیں۔</w:t>
      </w:r>
    </w:p>
    <w:p>
      <w:r>
        <w:rPr>
          <w:b/>
        </w:rPr>
        <w:t xml:space="preserve">[16:28] </w:t>
      </w:r>
      <w:r>
        <w:t>misalan kitab likhte hain ke log history par, is ka naam hota hai Islamic history, haalanke woh Islamic history nahi hoti. woh woh hoti hai Muslim history, woh Muslim history hoti hai.</w:t>
      </w:r>
    </w:p>
    <w:p>
      <w:pPr>
        <w:jc w:val="right"/>
      </w:pPr>
      <w:r>
        <w:t>مثلاً کتاب لکھتے ہیں کہ لوگ ہسٹری پر، اس کا نام ہوتا ہے اسلامک ہسٹری، حالانکہ وہ اسلامک ہسٹری نہیں ہوتی۔ وہ وہ ہوتی ہے مسلم ہسٹری، وہ مسلم ہسٹری ہوتی ہے۔</w:t>
      </w:r>
    </w:p>
    <w:p>
      <w:r>
        <w:rPr>
          <w:b/>
        </w:rPr>
        <w:t xml:space="preserve">[16:42] </w:t>
      </w:r>
      <w:r>
        <w:t>jaise India mein jo jo period tha Mughalon ka ya doosre jo rulers the, to us ke bare mein kitabein likhi gayeen hain.</w:t>
      </w:r>
    </w:p>
    <w:p>
      <w:pPr>
        <w:jc w:val="right"/>
      </w:pPr>
      <w:r>
        <w:t>جیسے انڈیا میں جو جو پیریڈ تھا مغلوں کا یا دوسرے جو رولرز تھے، تو اس کے بارے میں کتابیں لکھی گئی ہیں۔</w:t>
      </w:r>
    </w:p>
    <w:p>
      <w:r>
        <w:rPr>
          <w:b/>
        </w:rPr>
        <w:t xml:space="preserve">[16:55] </w:t>
      </w:r>
      <w:r>
        <w:t>to woh us ka title hota hai Hindustan Islami ahad mein. Hindustan Islami ahad mein, haalanke woh Islami ahad nahi tha, woh woh to dynasty thi.</w:t>
      </w:r>
    </w:p>
    <w:p>
      <w:pPr>
        <w:jc w:val="right"/>
      </w:pPr>
      <w:r>
        <w:t>تو وہ اس کا ٹائٹل ہوتا ہے ہندوستان اسلامی عہد میں۔ ہندوستان اسلامی عہد میں، حالانکہ وہ اسلامی عہد نہیں تھا، وہ وہ تو ڈائنسٹی تھی۔</w:t>
      </w:r>
    </w:p>
    <w:p>
      <w:r>
        <w:rPr>
          <w:b/>
        </w:rPr>
        <w:t xml:space="preserve">[17:08] </w:t>
      </w:r>
      <w:r>
        <w:t>dynasty Mughal the, kaha woh dynasty thi. woh woh koi Islami rule nahi tha, koi Islami, yaani Islami history nahi keh sakte us ko.</w:t>
      </w:r>
    </w:p>
    <w:p>
      <w:pPr>
        <w:jc w:val="right"/>
      </w:pPr>
      <w:r>
        <w:t>ڈائنسٹی مغل تھے، کہا وہ ڈائنسٹی تھی۔ وہ وہ کوئی اسلامی رول نہیں تھا، کوئی اسلامی، یعنی اسلامی ہسٹری نہیں کہہ سکتے اس کو۔</w:t>
      </w:r>
    </w:p>
    <w:p>
      <w:r>
        <w:rPr>
          <w:b/>
        </w:rPr>
        <w:t xml:space="preserve">[17:20] </w:t>
      </w:r>
      <w:r>
        <w:t>aap is ko Mughal history kahenge, aap</w:t>
      </w:r>
    </w:p>
    <w:p>
      <w:pPr>
        <w:jc w:val="right"/>
      </w:pPr>
      <w:r>
        <w:t>آپ اس کو مغل ہسٹری کہیں گے، آپ</w:t>
      </w:r>
    </w:p>
    <w:p>
      <w:r>
        <w:rPr>
          <w:b/>
        </w:rPr>
        <w:t xml:space="preserve">[17:23] </w:t>
      </w:r>
      <w:r>
        <w:t>kyunke woh ek dynasty thi jo rule kar rahi thi. woh lekin jo kitabein likhi gayeen hain, woh sab kitabon mein is tarah likha gaya jaise ke yeh sab Islami, Islamic tareekh thi, Islamic history thi.</w:t>
      </w:r>
    </w:p>
    <w:p>
      <w:pPr>
        <w:jc w:val="right"/>
      </w:pPr>
      <w:r>
        <w:t>کیونکہ وہ ایک ڈائنسٹی تھی جو رول کر رہی تھی۔ وہ لیکن جو کتابیں لکھی گئی ہیں، وہ سب کتابوں میں اس طرح لکھا گیا جیسے کہ یہ سب اسلامی، اسلامک تاریخ تھی، اسلامک ہسٹری تھی۔</w:t>
      </w:r>
    </w:p>
    <w:p>
      <w:r>
        <w:rPr>
          <w:b/>
        </w:rPr>
        <w:t xml:space="preserve">[17:39] </w:t>
      </w:r>
      <w:r>
        <w:t>aur yeh aaghaz is is qism ke, yaani interpretation ka aaghaz khud shuru hi se ho chuka tha. sab se pehla jo waqea jahan tak main jaanta hoon, woh hai jisko kehte hain kartas ka waqea.</w:t>
      </w:r>
    </w:p>
    <w:p>
      <w:pPr>
        <w:jc w:val="right"/>
      </w:pPr>
      <w:r>
        <w:t>اور یہ آغاز اس اس قسم کے، یعنی انٹرپریٹیشن کا آغاز خود شروع ہی سے ہو چکا تھا۔ سب سے پہلا جو واقعہ جہاں تک میں جانتا ہوں، وہ ہے جس کو کہتے ہیں کرتاس کا واقعہ۔</w:t>
      </w:r>
    </w:p>
    <w:p>
      <w:r>
        <w:rPr>
          <w:b/>
        </w:rPr>
        <w:t xml:space="preserve">[17:54] </w:t>
      </w:r>
      <w:r>
        <w:t>kartas ka waqea kya hai? Rasool Allah ne jab aap bimar hue, aakhri zamane mein, aur jab aap ki wafat hone wali thi, to aap ne aap</w:t>
      </w:r>
    </w:p>
    <w:p>
      <w:pPr>
        <w:jc w:val="right"/>
      </w:pPr>
      <w:r>
        <w:t>کرتاس کا واقعہ کیا ہے؟ رسول اللہ نے جب آپ بیمار ہوئے، آخری زمانے میں، اور جب آپ کی وفات ہونے والی تھی، تو آپ نے آپ</w:t>
      </w:r>
    </w:p>
    <w:p>
      <w:r>
        <w:rPr>
          <w:b/>
        </w:rPr>
        <w:t xml:space="preserve">[18:13] </w:t>
      </w:r>
      <w:r>
        <w:t>aap bed par the. aap ne kaha ke kartas lao. kartas means paper. kartas maani hote hain paper, kaghaz lao aur qalam lao</w:t>
      </w:r>
    </w:p>
    <w:p>
      <w:pPr>
        <w:jc w:val="right"/>
      </w:pPr>
      <w:r>
        <w:t>آپ بیڈ پر تھے۔ آپ نے کہا کہ کرتاس لاؤ۔ کرتاس مینز پیپر۔ کرتاس معنی ہوتے ہیں پیپر، کاغذ لاؤ اور قلم لاؤ</w:t>
      </w:r>
    </w:p>
    <w:p>
      <w:r>
        <w:rPr>
          <w:b/>
        </w:rPr>
        <w:t xml:space="preserve">[18:24] </w:t>
      </w:r>
      <w:r>
        <w:t>, main tum ko kuch likhwa doon taake tum mere baad gumrah na ho. yeh aap ne farmaya to Hakam ne rok diya ke mat kartas mat lao, us waqt tabiyat aap ki theek nahi hai.</w:t>
      </w:r>
    </w:p>
    <w:p>
      <w:pPr>
        <w:jc w:val="right"/>
      </w:pPr>
      <w:r>
        <w:t>، میں تم کو کچھ لکھوا دوں تاکہ تم میرے بعد گمراہ نہ ہو۔ یہ آپ نے فرمایا تو حتماً نے روک دیا کہ مت کرتاس مت لاؤ، اس وقت طبیعت آپ کی ٹھیک نہیں ہے۔</w:t>
      </w:r>
    </w:p>
    <w:p>
      <w:r>
        <w:rPr>
          <w:b/>
        </w:rPr>
        <w:t xml:space="preserve">[18:38] </w:t>
      </w:r>
      <w:r>
        <w:t>abhi ah, yaani is ko mana kar diya ke kaghaz lane se. to kaghaz nahi laya gaya aur qalam nahi laya gaya, aur woh likha nahi gaya jo aap ne farmaya tha.</w:t>
      </w:r>
    </w:p>
    <w:p>
      <w:pPr>
        <w:jc w:val="right"/>
      </w:pPr>
      <w:r>
        <w:t>ابھی اہ، یعنی اس کو منع کر دیا کہ کاغذ لانے سے۔ تو کاغذ نہیں لایا گیا اور قلم نہیں لایا گیا، اور وہ لکھا نہیں گیا جو آپ نے فرمایا تھا۔</w:t>
      </w:r>
    </w:p>
    <w:p>
      <w:r>
        <w:rPr>
          <w:b/>
        </w:rPr>
        <w:t xml:space="preserve">[18:49] </w:t>
      </w:r>
      <w:r>
        <w:t>yeh kitabon mein aata hai.</w:t>
      </w:r>
    </w:p>
    <w:p>
      <w:pPr>
        <w:jc w:val="right"/>
      </w:pPr>
      <w:r>
        <w:t>یہ کتابوں میں آتا ہے۔</w:t>
      </w:r>
    </w:p>
    <w:p>
      <w:r>
        <w:rPr>
          <w:b/>
        </w:rPr>
        <w:t xml:space="preserve">[18:51] </w:t>
      </w:r>
      <w:r>
        <w:t>to is ko le kar ke ek groh ne kya nikala? is ka matlab ke is kartas mein, yaani is paper mein, aap likhwane wale the Hazrat Ali ki khilafat ke mere baad khalifa jo hain, woh Ali honge.</w:t>
      </w:r>
    </w:p>
    <w:p>
      <w:pPr>
        <w:jc w:val="right"/>
      </w:pPr>
      <w:r>
        <w:t>تو اس کو لے کر کے ایک گروہ نے کیا نکالا؟ اس کا مطلب کہ اس کرتاس میں، یعنی اس پیپر میں، آپ لکھوانے والے تھے حضرت علی کی خلافت کہ میرے بعد خلیفہ جو ہیں، وہ علی ہوں گے۔</w:t>
      </w:r>
    </w:p>
    <w:p>
      <w:r>
        <w:rPr>
          <w:b/>
        </w:rPr>
        <w:t xml:space="preserve">[19:04] </w:t>
      </w:r>
      <w:r>
        <w:t>yaani apni taraf se yeh jod diya is ne, haalanke is ka koi matlab nahi tha is se. is liye ke woh us waqt agarchay kaghaz nahi laya gaya, lekin jo baat aap chahte the likhwana, woh baat to kahi aap ne, woh maujood hai kitabon mein.</w:t>
      </w:r>
    </w:p>
    <w:p>
      <w:pPr>
        <w:jc w:val="right"/>
      </w:pPr>
      <w:r>
        <w:t>یعنی اپنی طرف سے یہ جوڑ دیا اس نے، حالانکہ اس کا کوئی مطلب نہیں تھا اس سے۔ اس لیے کہ وہ اس وقت اگرچہ کاغذ نہیں لایا گیا، لیکن جو بات آپ چاہتے تھے لکھوانا، وہ بات تو کہی آپ نے، وہ موجود ہے کتابوں میں۔</w:t>
      </w:r>
    </w:p>
    <w:p>
      <w:r>
        <w:rPr>
          <w:b/>
        </w:rPr>
        <w:t xml:space="preserve">[19:18] </w:t>
      </w:r>
      <w:r>
        <w:t>woh kya? woh yeh hai ke doosri riwayat mein yeh maujood hai ke aap ne farmaya ke tark tum qalamain, yaani yahi baat aap likhwana chahte the paper par.</w:t>
      </w:r>
    </w:p>
    <w:p>
      <w:pPr>
        <w:jc w:val="right"/>
      </w:pPr>
      <w:r>
        <w:t>وہ کیا؟ وہ یہ ہے کہ دوسری روایت میں یہ موجود ہے کہ آپ نے فرمایا کہ ترک تفیکم الثقلین، یعنی یہی بات آپ لکھوانا چاہتے تھے پیپر پر۔</w:t>
      </w:r>
    </w:p>
    <w:p>
      <w:r>
        <w:rPr>
          <w:b/>
        </w:rPr>
        <w:t xml:space="preserve">[19:33] </w:t>
      </w:r>
      <w:r>
        <w:t>baat ko aap ne farmaya aur logon ne yaad kiya is ko, aur woh aaj bhi kitabon mein maujood hai ke tark tum qalamain, kitab Allah wa sunnati, main tumhare darmiyan do bhaari cheez chhod raha hoon</w:t>
      </w:r>
    </w:p>
    <w:p>
      <w:pPr>
        <w:jc w:val="right"/>
      </w:pPr>
      <w:r>
        <w:t>بات کو آپ نے فرمایا اور لوگوں نے یاد کیا اس کو، اور وہ آج بھی کتابوں میں موجود ہے کہ ترک تفیکم الثقلین، کتاب اللہ وسنتی، میں تمہارے درمیان دو بھاری چیز چھوڑ رہا ہوں</w:t>
      </w:r>
    </w:p>
    <w:p>
      <w:r>
        <w:rPr>
          <w:b/>
        </w:rPr>
        <w:t xml:space="preserve">[19:47] </w:t>
      </w:r>
      <w:r>
        <w:t>. thaqalain maani bhaari cheez, main tumhare beech mein do bhaari cheez chhod raha hoon. jab tak tum us ko pakde rahoge, tum bhatkoge nahi.</w:t>
      </w:r>
    </w:p>
    <w:p>
      <w:pPr>
        <w:jc w:val="right"/>
      </w:pPr>
      <w:r>
        <w:t>۔ ثقلین معنی بھاری چیز، میں تمہارے بیچ میں دو بھاری چیز چھوڑ رہا ہوں۔ جب تک تم اس کو پکڑے رہو گے، تم بھٹکو گے نہیں۔</w:t>
      </w:r>
    </w:p>
    <w:p>
      <w:r>
        <w:rPr>
          <w:b/>
        </w:rPr>
        <w:t xml:space="preserve">[20:00] </w:t>
      </w:r>
      <w:r>
        <w:t>yeh aap likhwana chahte the jo baat ko aap ne munh se bol kar ke logon ko bataya. ab is waqea ko le kar ke yeh nikala ke is kartas par ya is paper par aap likhna chahte the Hazrat Ali ki khilafat, yeh bilkul baseless baat hai.</w:t>
      </w:r>
    </w:p>
    <w:p>
      <w:pPr>
        <w:jc w:val="right"/>
      </w:pPr>
      <w:r>
        <w:t>یہ آپ لکھوانا چاہتے تھے جو بات کو آپ نے منہ سے بول کر کے لوگوں کو بتایا۔ اب اس واقعے کو لے کر کے یہ نکالا کہ اس کرتاس پر یا اس پیپر پر آپ لکھنا چاہتے تھے حضرت علی کی خلافت، یہ بالکل بیسلیس بات ہے۔</w:t>
      </w:r>
    </w:p>
    <w:p>
      <w:r>
        <w:rPr>
          <w:b/>
        </w:rPr>
        <w:t xml:space="preserve">[20:16] </w:t>
      </w:r>
      <w:r>
        <w:t>yeh hai wrong interpretation. to Islam mein jo text hai, woh to waise ke waise hi raha, lekin khud se logon ne aisi aisi baatein nikal ke jod diya jinko main keh raha hoon ke wrong interpretation.</w:t>
      </w:r>
    </w:p>
    <w:p>
      <w:pPr>
        <w:jc w:val="right"/>
      </w:pPr>
      <w:r>
        <w:t>یہ ہے رانگ انٹرپریٹیشن۔ تو اسلام میں جو ٹیکسٹ ہے، وہ تو ویسے کے ویسے ہی رہا، لیکن خود سے لوگوں نے ایسی ایسی باتیں نکال کے جوڑ دیا جن کو میں کہہ رہا ہوں کہ رانگ انٹرپریٹیشن۔</w:t>
      </w:r>
    </w:p>
    <w:p>
      <w:r>
        <w:rPr>
          <w:b/>
        </w:rPr>
        <w:t xml:space="preserve">[20:29] </w:t>
      </w:r>
      <w:r>
        <w:t>to is interpretation mein bohat sari ghalat baatein aa gayeen, aur sara jo bigaad aaya hai baad ke zamane mein, jis ko rasool Allah ne farmaya tha, woh sab bigaad aaya through interpretation.</w:t>
      </w:r>
    </w:p>
    <w:p>
      <w:pPr>
        <w:jc w:val="right"/>
      </w:pPr>
      <w:r>
        <w:t>تو اس انٹرپریٹیشن میں بہت ساری غلط باتیں آ گئیں، اور سارا جو بگاڑ آیا ہے بعد کے زمانے میں، جس کو رسول اللہ نے فرمایا تھا، وہ سب بگاڑ آیا تھرو انٹرپریٹیشن۔</w:t>
      </w:r>
    </w:p>
    <w:p>
      <w:r>
        <w:rPr>
          <w:b/>
        </w:rPr>
        <w:t xml:space="preserve">[20:44] </w:t>
      </w:r>
      <w:r>
        <w:t>to aap ko agar yeh janna hai ke Islam hai kya sach much, to aap ko aaj bhi yeh mauqa hai ke aap text ko parhein, aur text ko parh kar ke aap jaan lein ke Islam kya hai.</w:t>
      </w:r>
    </w:p>
    <w:p>
      <w:pPr>
        <w:jc w:val="right"/>
      </w:pPr>
      <w:r>
        <w:t>تو آپ کو اگر یہ جاننا ہے کہ اسلام ہے کیا سچ مچ، تو آپ کو آج بھی یہ موقع ہے کہ آپ ٹیکسٹ کو پڑھیں، اور ٹیکسٹ کو پڑھ کر کے آپ جان لیں کہ اسلام کیا ہے۔</w:t>
      </w:r>
    </w:p>
    <w:p>
      <w:r>
        <w:rPr>
          <w:b/>
        </w:rPr>
        <w:t xml:space="preserve">[20:56] </w:t>
      </w:r>
      <w:r>
        <w:t>aise hi dekhiye, ek example mein deta hoon ke</w:t>
      </w:r>
    </w:p>
    <w:p>
      <w:pPr>
        <w:jc w:val="right"/>
      </w:pPr>
      <w:r>
        <w:t>ایسے ہی دیکھیے، ایک ایگزامپل میں دیتا ہوں کہ</w:t>
      </w:r>
    </w:p>
    <w:p>
      <w:r>
        <w:rPr>
          <w:b/>
        </w:rPr>
        <w:t xml:space="preserve">[21:05] </w:t>
      </w:r>
      <w:r>
        <w:t>ek bohat bari interpretation ki ghalati hui, jo jis ka bohat nuqsan hua, woh hai dunya ko dar-ul-harb batana.</w:t>
      </w:r>
    </w:p>
    <w:p>
      <w:pPr>
        <w:jc w:val="right"/>
      </w:pPr>
      <w:r>
        <w:t>ایک بہت بڑی انٹرپریٹیشن کی غلطی ہوئی، جو جس کا بہت نقصان ہوا، وہ ہے دنیا کو دارالحرب بتانا۔</w:t>
      </w:r>
    </w:p>
    <w:p>
      <w:r>
        <w:rPr>
          <w:b/>
        </w:rPr>
        <w:t xml:space="preserve">[21:16] </w:t>
      </w:r>
      <w:r>
        <w:t>yani Abbasi period mein jo fiqh bani, us fiqh mein yeh unhon ne yeh kaha, jo dunya ki jo taqseem ki ke jahan Musalmanon ka rule hai, woh hai dar-ul-Islam, aur jahan non-muslim rehte hain, woh dar-ul-harb hai.</w:t>
      </w:r>
    </w:p>
    <w:p>
      <w:pPr>
        <w:jc w:val="right"/>
      </w:pPr>
      <w:r>
        <w:t>یعنی عباسی پیریڈ میں جو فقہ بنی، اس فقہ میں یہ انہوں نے یہ کہا، جو دنیا کی جو تقسیم کی کہ جہاں مسلمانوں کا رول ہے، وہ ہے دارالاسلام، اور جہاں نان مسلم رہتے ہیں، وہ دارالحرب ہے۔</w:t>
      </w:r>
    </w:p>
    <w:p>
      <w:r>
        <w:rPr>
          <w:b/>
        </w:rPr>
        <w:t xml:space="preserve">[21:31] </w:t>
      </w:r>
      <w:r>
        <w:t>woh dar-ul-Islam o dar-ul-harb ka batwara kiya unhon ne. yeh kyun hua? yeh kahin Quran mein likha hua nahi tha, kahin Hadees mein Rasool Allah ne nahi bataya tha, hatta ke dar-ul-harb ka word hi use nahi hua hai Quran o Hadees mein.</w:t>
      </w:r>
    </w:p>
    <w:p>
      <w:pPr>
        <w:jc w:val="right"/>
      </w:pPr>
      <w:r>
        <w:t>وہ دارالاسلام و دارالحرب کا بٹوارا کیا انہوں نے۔ یہ کیوں ہوا؟ یہ کہیں قرآن میں لکھا ہوا نہیں تھا، کہیں حدیث میں رسول اللہ نے نہیں بتایا تھا، حتیٰ کہ دارالحرب کا ورڈ ہی یوز نہیں ہوا ہے قرآن و حدیث میں۔</w:t>
      </w:r>
    </w:p>
    <w:p>
      <w:r>
        <w:rPr>
          <w:b/>
        </w:rPr>
        <w:t xml:space="preserve">[21:47] </w:t>
      </w:r>
      <w:r>
        <w:t>yeh to pehli baar fuqaha ne istemal kiya. to chunke woh zamana jab ke yeh yeh jab ke yeh fiqh bani, yeh fiqh bani aap jante hain ke dedh sau saal baad, yani Abbasi period mein.</w:t>
      </w:r>
    </w:p>
    <w:p>
      <w:pPr>
        <w:jc w:val="right"/>
      </w:pPr>
      <w:r>
        <w:t>یہ تو پہلی بار فقہاء نے استعمال کیا۔ تو چونکہ وہ زمانہ جب کہ یہ یہ جب کہ یہ فقہ بنی، یہ فقہ بنی آپ جانتے ہیں کہ ڈیڑھ سو سال بعد، یعنی عباسید پیریڈ میں۔</w:t>
      </w:r>
    </w:p>
    <w:p>
      <w:r>
        <w:rPr>
          <w:b/>
        </w:rPr>
        <w:t xml:space="preserve">[22:04] </w:t>
      </w:r>
      <w:r>
        <w:t>to Abbasi period mein kya tha? Musalmanon ka empire qaim tha, yani Asia aur Africa ke bohat bare raqbe mein un ka empire qaim tha, un ki saltanat.</w:t>
      </w:r>
    </w:p>
    <w:p>
      <w:pPr>
        <w:jc w:val="right"/>
      </w:pPr>
      <w:r>
        <w:t>تو عباسید پیریڈ میں کیا تھا؟ مسلمانوں کا ایمپائر قائم تھا، یعنی ایشیا اور افریقہ کے بہت بڑے رقبے میں ان کا ایمپائر قائم تھا، ان کی سلطنت۔</w:t>
      </w:r>
    </w:p>
    <w:p>
      <w:r>
        <w:rPr>
          <w:b/>
        </w:rPr>
        <w:t xml:space="preserve">[22:17] </w:t>
      </w:r>
      <w:r>
        <w:t>to aap jante hain ke jab jab koi government, koi aisi saltanat banti hai, koi empire banta hai, to parosiyon se us ke kuch na kuch jhagde lage rehte hain, kuch na kuch ladaiyan hoti rehti hain.</w:t>
      </w:r>
    </w:p>
    <w:p>
      <w:pPr>
        <w:jc w:val="right"/>
      </w:pPr>
      <w:r>
        <w:t>تو آپ جانتے ہیں کہ جب جب کوئی گورنمنٹ، کوئی ایسی سلطنت بنتی ہے، کوئی ایمپائر بنتا ہے، تو پڑوسیوں سے اس کے کچھ نہ کچھ جھگڑے لگے رہتے ہیں، کچھ نہ کچھ لڑائیاں ہوتی رہتی ہیں۔</w:t>
      </w:r>
    </w:p>
    <w:p>
      <w:r>
        <w:rPr>
          <w:b/>
        </w:rPr>
        <w:t xml:space="preserve">[22:28] </w:t>
      </w:r>
      <w:r>
        <w:t>yeh aam baat hai. jo bhi history mein koi empire bana hai, koi bari saltanat bani hai, to hamesha us ke sath yahi pesh aaya hai.</w:t>
      </w:r>
    </w:p>
    <w:p>
      <w:pPr>
        <w:jc w:val="right"/>
      </w:pPr>
      <w:r>
        <w:t>یہ عام بات ہے۔ جو بھی ہسٹری میں کوئی ایمپائر بنا ہے، کوئی بڑی سلطنت بنی ہے، تو ہمیشہ اس کے ساتھ یہی پیش آیا ہے۔</w:t>
      </w:r>
    </w:p>
    <w:p>
      <w:r>
        <w:rPr>
          <w:b/>
        </w:rPr>
        <w:t xml:space="preserve">[22:38] </w:t>
      </w:r>
      <w:r>
        <w:t>hamare India ke sath bhi aap jante hain ke is tarah ke, yani border ke jhagde hote rahe hain, aur abhi bhi jari hain.</w:t>
      </w:r>
    </w:p>
    <w:p>
      <w:pPr>
        <w:jc w:val="right"/>
      </w:pPr>
      <w:r>
        <w:t>ہمارے انڈیا کے ساتھ بھی آپ جانتے ہیں کہ اس طرح کے، یعنی بارڈر کے جھگڑے ہوتے رہے ہیں، اور ابھی بھی جاری ہیں۔</w:t>
      </w:r>
    </w:p>
    <w:p>
      <w:r>
        <w:rPr>
          <w:b/>
        </w:rPr>
        <w:t xml:space="preserve">[22:46] </w:t>
      </w:r>
      <w:r>
        <w:t>to jab bhi koi empire banta hai, to us ke sath sath border ke logon se ladaiyan bhi aa jati hain. to chunache yeh Muslim empire, jo koi aath sau saal tak baqi raha,</w:t>
      </w:r>
    </w:p>
    <w:p>
      <w:pPr>
        <w:jc w:val="right"/>
      </w:pPr>
      <w:r>
        <w:t>تو جب بھی کوئی ایمپائر بنتا ہے، تو اس کے ساتھ ساتھ بارڈر کے لوگوں سے لڑائیاں بھی آ جاتی ہیں۔ تو چنانچہ یہ مسلم ایمپائر، جو کوئی آٹھ سو سال تک باقی رہا،</w:t>
      </w:r>
    </w:p>
    <w:p>
      <w:r>
        <w:rPr>
          <w:b/>
        </w:rPr>
        <w:t xml:space="preserve">[23:01] </w:t>
      </w:r>
      <w:r>
        <w:t>to us zamane mein ladaiyan pesh aati thin. is se consciously ya unconsciously yeh mizaj bana ke baqi jo dunya jo hai, rest of the world jo hai, woh hamari enemy hai.</w:t>
      </w:r>
    </w:p>
    <w:p>
      <w:pPr>
        <w:jc w:val="right"/>
      </w:pPr>
      <w:r>
        <w:t>تو اس زمانے میں لڑائیاں پیش آتی تھیں۔ اس سے کانشیسلی یا انکانشیسلی یہ مزاج بنا کہ باقی جو دنیا جو ہے، ریسٹ آف دا ورلڈ جو ہے، وہ ہماری اینمی ہے۔</w:t>
      </w:r>
    </w:p>
    <w:p>
      <w:r>
        <w:rPr>
          <w:b/>
        </w:rPr>
        <w:t xml:space="preserve">[23:14] </w:t>
      </w:r>
      <w:r>
        <w:t>rest of the world jo hai, hamari enemy hai. yani yeh ek political phenomena tha, na ke Islamic phenomena. yani doosron ka, yani doosron se ladai chhidna, doosron se koi jang hona, yeh that was a political phenomena.</w:t>
      </w:r>
    </w:p>
    <w:p>
      <w:pPr>
        <w:jc w:val="right"/>
      </w:pPr>
      <w:r>
        <w:t>ریسٹ آف دا ورلڈ جو ہے، ہماری اینمی ہے۔ یعنی یہ ایک پولیٹیکل فیناومینا تھا، نہ کہ اسلامک فیناومینا۔ یعنی دوسروں کا، یعنی دوسروں سے لڑائی چھڑنا، دوسروں سے کوئی جنگ ہونا، یہ دیٹ واز ا پولیٹیکل فیناومینا۔</w:t>
      </w:r>
    </w:p>
    <w:p>
      <w:r>
        <w:rPr>
          <w:b/>
        </w:rPr>
        <w:t xml:space="preserve">[23:33] </w:t>
      </w:r>
      <w:r>
        <w:t>woh Islamic phenomena nahi tha ke lado logon se, lad lad ke ke aisa karo.</w:t>
      </w:r>
    </w:p>
    <w:p>
      <w:pPr>
        <w:jc w:val="right"/>
      </w:pPr>
      <w:r>
        <w:t>وہ اسلامک فیناومینا نہیں تھا کہ لڑو لوگوں سے، لڑ لڑ کے کہ ایسا کرو۔</w:t>
      </w:r>
    </w:p>
    <w:p>
      <w:r>
        <w:rPr>
          <w:b/>
        </w:rPr>
        <w:t xml:space="preserve">[23:39] </w:t>
      </w:r>
      <w:r>
        <w:t>ab kya hua ke consciously ya unconsciously unhon ne samjha yeh sare log jo hain, hamare rival hain, yeh sare log hamare enemy hain. is mizaj ki wajah se jo jo unhon ne banaya, jo taqseem ki unhon ne, to Muslim jo jahan rule kar rahe the, un ko keh diya ke dar-ul-Islam hai.</w:t>
      </w:r>
    </w:p>
    <w:p>
      <w:pPr>
        <w:jc w:val="right"/>
      </w:pPr>
      <w:r>
        <w:t>اب کیا ہوا کہ کانشیسلی یا انکانشیسلی انہوں نے سمجھا یہ سارے لوگ جو ہیں، ہمارے رائیول ہیں، یہ سارے لوگ ہمارے اینمی ہیں۔ اس مزاج کی وجہ سے جو جو انہوں نے بنایا، جو تقسیم کی انہوں نے، تو مسلم جو جہاں رول کر رہے تھے، ان کو کہہ دیا کہ دارالاسلام ہے۔</w:t>
      </w:r>
    </w:p>
    <w:p>
      <w:r>
        <w:rPr>
          <w:b/>
        </w:rPr>
        <w:t xml:space="preserve">[23:58] </w:t>
      </w:r>
      <w:r>
        <w:t>jahan Muslim nahi rule kar rahe the, un ko keh diya ke dar-ul-harb hai. woh dar-ul-harb ka matlab kya hai?</w:t>
      </w:r>
    </w:p>
    <w:p>
      <w:pPr>
        <w:jc w:val="right"/>
      </w:pPr>
      <w:r>
        <w:t>جہاں مسلم نہیں رول کر رہے تھے، ان کو کہہ دیا کہ دارالحرب ہے۔ وہ دارالحرب کا مطلب کیا ہے؟</w:t>
      </w:r>
    </w:p>
    <w:p>
      <w:r>
        <w:rPr>
          <w:b/>
        </w:rPr>
        <w:t xml:space="preserve">[24:03] </w:t>
      </w:r>
      <w:r>
        <w:t>dar-ul-harb maani hote hain ladai ka ghar, yani land of war. dar-ul-harb ka matlab hota hai land of war.</w:t>
      </w:r>
    </w:p>
    <w:p>
      <w:pPr>
        <w:jc w:val="right"/>
      </w:pPr>
      <w:r>
        <w:t>دارالحرب معنی ہوتے ہیں لڑائی کا گھر، یعنی لینڈ آف وار۔ دارالحرب کا مطلب ہوتا ہے لینڈ آف وار۔</w:t>
      </w:r>
    </w:p>
    <w:p>
      <w:r>
        <w:rPr>
          <w:b/>
        </w:rPr>
        <w:t xml:space="preserve">[24:12] </w:t>
      </w:r>
      <w:r>
        <w:t>is ka matlab kya hai? ke woh woh mulk jis se Musalman potentially at war hon, ya to at war hon, ya potentially at war hon.</w:t>
      </w:r>
    </w:p>
    <w:p>
      <w:pPr>
        <w:jc w:val="right"/>
      </w:pPr>
      <w:r>
        <w:t>اس کا مطلب کیا ہے؟ کہ وہ وہ ملک جس سے مسلمان پوٹینشلی ایٹ وار ہوں، یا تو ایٹ وار ہوں، یا پوٹینشلی ایٹ وار ہوں۔</w:t>
      </w:r>
    </w:p>
    <w:p>
      <w:r>
        <w:rPr>
          <w:b/>
        </w:rPr>
        <w:t xml:space="preserve">[24:24] </w:t>
      </w:r>
      <w:r>
        <w:t>to us waqt jab ke Musalmanon ka empire qaim tha, to situation aisi thi, political situation</w:t>
      </w:r>
    </w:p>
    <w:p>
      <w:pPr>
        <w:jc w:val="right"/>
      </w:pPr>
      <w:r>
        <w:t>تو اس وقت جب کہ مسلمانوں کا ایمپائر قائم تھا، تو سچوئیشن ایسی تھی، پولیٹیکل سچوئیشن</w:t>
      </w:r>
    </w:p>
    <w:p>
      <w:r>
        <w:rPr>
          <w:b/>
        </w:rPr>
        <w:t xml:space="preserve">[24:31] </w:t>
      </w:r>
      <w:r>
        <w:t>ke Musalman ya to ladai chidi hui thi, ya potentially at war the Musalman. aap dekhiye, aap tareekh dekhiye, Mughlon ki tareekh dekhiye, Abbasiyon ki tareekh dekhiye, Spain ki tareekh dekhiye, musalsal ek na ek ladai chalti rehti thi.</w:t>
      </w:r>
    </w:p>
    <w:p>
      <w:pPr>
        <w:jc w:val="right"/>
      </w:pPr>
      <w:r>
        <w:t>کہ مسلمان یا تو لڑائی چھڑی ہوئی تھی، یا پوٹینشلی ایٹ وار تھے مسلمان۔ آپ دیکھیے، آپ تاریخ دیکھیے، مغلوں کی تاریخ دیکھیے، عباسیوں کی تاریخ دیکھیے، اسپین کی تاریخ دیکھیے، مسلسل ایک نہ ایک لڑائی چلتی رہتی تھی۔</w:t>
      </w:r>
    </w:p>
    <w:p>
      <w:r>
        <w:rPr>
          <w:b/>
        </w:rPr>
        <w:t xml:space="preserve">[24:48] </w:t>
      </w:r>
      <w:r>
        <w:t>is liye ke ladai chalti rehti thi. to is ke tehat yeh zehan bana ke Musalman doosri qaumon se ya to at war hain, ya potentially at war hain.</w:t>
      </w:r>
    </w:p>
    <w:p>
      <w:pPr>
        <w:jc w:val="right"/>
      </w:pPr>
      <w:r>
        <w:t>اس لیے کہ لڑائی چلتی رہتی تھی۔ تو اس کے تحت یہ ذہن بنا کہ مسلمان دوسری قوموں سے یا تو ایٹ وار ہیں، یا پوٹینشلی ایٹ وار ہیں۔</w:t>
      </w:r>
    </w:p>
    <w:p>
      <w:r>
        <w:rPr>
          <w:b/>
        </w:rPr>
        <w:t xml:space="preserve">[24:59] </w:t>
      </w:r>
      <w:r>
        <w:t>is wajah se unhon ne yeh bana diya ke Muslim area jo hai, woh dar-ul-Islam hai, aur non-Muslim area jo hai, woh dar-ul-harb hai. yeh kitna bara nuqsan tha.</w:t>
      </w:r>
    </w:p>
    <w:p>
      <w:pPr>
        <w:jc w:val="right"/>
      </w:pPr>
      <w:r>
        <w:t>اس وجہ سے انہوں نے یہ بنا دیا کہ مسلم ایریا جو ہے، وہ دارالاسلام ہے، اور نان مسلم ایریا جو ہے، وہ دارالحرب ہے۔ یہ کتنا بڑا نقصان تھا۔</w:t>
      </w:r>
    </w:p>
    <w:p>
      <w:r>
        <w:rPr>
          <w:b/>
        </w:rPr>
        <w:t xml:space="preserve">[25:11] </w:t>
      </w:r>
      <w:r>
        <w:t>is ki wajah se dawat ka mizaj khatam ho gaya. dawat yeh chahta hai ke aap kisi ko dushman na samjhein, doosron ko apna apna samjhein, insan samjhein, un se mohabbat karein, un se khair khwahi karein.</w:t>
      </w:r>
    </w:p>
    <w:p>
      <w:pPr>
        <w:jc w:val="right"/>
      </w:pPr>
      <w:r>
        <w:t>اس کی وجہ سے دعوت کا مزاج ختم ہو گیا۔ دعوت یہ چاہتا ہے کہ آپ کسی کو دشمن نہ سمجھیں، دوسروں کو اپنا اپنا سمجھیں، انسان سمجھیں، ان سے محبت کریں، ان سے خیر خواہی کریں۔</w:t>
      </w:r>
    </w:p>
    <w:p>
      <w:r>
        <w:rPr>
          <w:b/>
        </w:rPr>
        <w:t xml:space="preserve">[25:26] </w:t>
      </w:r>
      <w:r>
        <w:t>dawat ka jo mizaj hai, woh khair khwahi chahta hai, mohabbat chahta hai. lekin yeh jo dar-ul-harb ka concept hai, yeh ab ulta ho gaya, ulta ho gaya.</w:t>
      </w:r>
    </w:p>
    <w:p>
      <w:pPr>
        <w:jc w:val="right"/>
      </w:pPr>
      <w:r>
        <w:t>دعوت کا جو مزاج ہے، وہ خیر خواہی چاہتا ہے، محبت چاہتا ہے۔ لیکن یہ جو دارالحرب کا کانسیپٹ ہے، یہ اب الٹا ہو گیا، الٹا ہو گیا۔</w:t>
      </w:r>
    </w:p>
    <w:p>
      <w:r>
        <w:rPr>
          <w:b/>
        </w:rPr>
        <w:t xml:space="preserve">[25:37] </w:t>
      </w:r>
      <w:r>
        <w:t>yeh doosre log jo thay, nan muslim jo thay, woh aap ke dushman ban gaye, aap ke rival ban gaye, aap ke hareef banay. to aap sochiye ke jin logon ke bare mein aap ka concept yeh ban jaye, to aap dawat denge in ko?</w:t>
      </w:r>
    </w:p>
    <w:p>
      <w:pPr>
        <w:jc w:val="right"/>
      </w:pPr>
      <w:r>
        <w:t>یہ دوسرے لوگ جو تھے، نان مسلم جو تھے، وہ آپ کے دشمن بن گئے، آپ کے رائیول بن گئے، آپ کے حریف بن گئے۔ تو آپ سوچیے کہ جن لوگوں کے بارے میں آپ کا کانسیپٹ یہ بن جائے، تو آپ دعوت دیں گے ان کو؟</w:t>
      </w:r>
    </w:p>
    <w:p>
      <w:r>
        <w:rPr>
          <w:b/>
        </w:rPr>
        <w:t xml:space="preserve">[25:53] </w:t>
      </w:r>
      <w:r>
        <w:t>un ke liye to larai ki tayari karenge ke kab larai pesh aa jaye. aap ka mind yeh rahega ke pata nahi kab larai pesh aa jaye.</w:t>
      </w:r>
    </w:p>
    <w:p>
      <w:pPr>
        <w:jc w:val="right"/>
      </w:pPr>
      <w:r>
        <w:t>ان کے لیے تو لڑائی کی تیاری کریں گے کہ کب لڑائی پیش آ جائے۔ آپ کا مائنڈ یہ رہے گا کہ پتہ نہیں کب لڑائی پیش آ جائے۔</w:t>
      </w:r>
    </w:p>
    <w:p>
      <w:r>
        <w:rPr>
          <w:b/>
        </w:rPr>
        <w:t xml:space="preserve">[26:02] </w:t>
      </w:r>
      <w:r>
        <w:t>is ke liye un ke, un ke liye, yani jangii jangii tayari karo. yeh thi political situation, na ke islam ki teaching, jis ne dar-ul-harb ka concept paida kiya.</w:t>
      </w:r>
    </w:p>
    <w:p>
      <w:pPr>
        <w:jc w:val="right"/>
      </w:pPr>
      <w:r>
        <w:t>اس کے لیے ان کے، ان کے لیے، یعنی جنگی جنگی تیاری کرو۔ یہ تھی پولیٹیکل سچوئیشن، نہ کہ اسلام کی ٹیچنگ، جس نے دارالحرب کا کانسیپٹ پیدا کیا۔</w:t>
      </w:r>
    </w:p>
    <w:p>
      <w:r>
        <w:rPr>
          <w:b/>
        </w:rPr>
        <w:t xml:space="preserve">[26:16] </w:t>
      </w:r>
      <w:r>
        <w:t>yeh aik example hai jisay aap samajh sakte hain ke interpretation ki ghalti se kitni bari bari, yani kitni bari bari ghaltiyan hui hain jin ko humein aaj theek karna hai.</w:t>
      </w:r>
    </w:p>
    <w:p>
      <w:pPr>
        <w:jc w:val="right"/>
      </w:pPr>
      <w:r>
        <w:t>یہ ایک ایگزامپل ہے جسے آپ سمجھ سکتے ہیں کہ انٹرپریٹیشن کی غلطی سے کتنی بڑی بڑی، یعنی کتنی بڑی بڑی غلطیاں ہوئی ہیں جن کو ہمیں آج ٹھیک کرنا ہے۔</w:t>
      </w:r>
    </w:p>
    <w:p>
      <w:r>
        <w:rPr>
          <w:b/>
        </w:rPr>
        <w:t xml:space="preserve">[26:29] </w:t>
      </w:r>
      <w:r>
        <w:t>yani hamara koi kaam text mein nahi hai, lekin interpretation mein hamara kaam baqi hai ke hum is ko correct karein, sahi karein is ko</w:t>
      </w:r>
    </w:p>
    <w:p>
      <w:pPr>
        <w:jc w:val="right"/>
      </w:pPr>
      <w:r>
        <w:t>یعنی ہمارا کوئی کام ٹیکسٹ میں نہیں ہے، لیکن انٹرپریٹیشن میں ہمارا کام باقی ہے کہ ہم اس کو کریکٹ کریں، صحیح کریں اس کو</w:t>
      </w:r>
    </w:p>
    <w:p>
      <w:r>
        <w:rPr>
          <w:b/>
        </w:rPr>
        <w:t xml:space="preserve">[26:41] </w:t>
      </w:r>
      <w:r>
        <w:t>kyun ke is ki wajah se bohat bara nuqsan hua,</w:t>
      </w:r>
    </w:p>
    <w:p>
      <w:pPr>
        <w:jc w:val="right"/>
      </w:pPr>
      <w:r>
        <w:t>، کیونکہ اس کی وجہ سے بہت بڑا نقصان ہوا،</w:t>
      </w:r>
    </w:p>
    <w:p>
      <w:r>
        <w:rPr>
          <w:b/>
        </w:rPr>
        <w:t xml:space="preserve">[26:49] </w:t>
      </w:r>
      <w:r>
        <w:t>bohat bara nuqsan. aap quran ko parhiye, is ko chhod kar ke, yani fiqh ko nikal dijiye apne mind se, interpretation ko nikal dijiye apne mind se, aur quran ko parhiye.</w:t>
      </w:r>
    </w:p>
    <w:p>
      <w:pPr>
        <w:jc w:val="right"/>
      </w:pPr>
      <w:r>
        <w:t>بہت بڑا نقصان۔ آپ قرآن کو پڑھیے، اس کو چھوڑ کر کے، یعنی فقہ کو نکال دیجئے اپنے مائنڈ سے، انٹرپریٹیشن کو نکال دیجئے اپنے مائنڈ سے، اور قرآن کو پڑھیے۔</w:t>
      </w:r>
    </w:p>
    <w:p>
      <w:r>
        <w:rPr>
          <w:b/>
        </w:rPr>
        <w:t xml:space="preserve">[27:00] </w:t>
      </w:r>
      <w:r>
        <w:t>to aap dekhein, quran jagah jagah insan "aiya insan, aiya insan" keh raha hai, "aiya naas, aiya naas" keh raha hai.</w:t>
      </w:r>
    </w:p>
    <w:p>
      <w:pPr>
        <w:jc w:val="right"/>
      </w:pPr>
      <w:r>
        <w:t>تو آپ دیکھیں، قرآن جگہ جگہ انسان "ایہا الانسان، ایہا الانسان" کہہ رہا ہے، "ایہا الناس، ایہا الناس" کہہ رہا ہے۔</w:t>
      </w:r>
    </w:p>
    <w:p>
      <w:r>
        <w:rPr>
          <w:b/>
        </w:rPr>
        <w:t xml:space="preserve">[27:09] </w:t>
      </w:r>
      <w:r>
        <w:t>yani doosre logon ko quran insan ke hissay se address kar raha hai,</w:t>
      </w:r>
    </w:p>
    <w:p>
      <w:pPr>
        <w:jc w:val="right"/>
      </w:pPr>
      <w:r>
        <w:t>یعنی دوسرے لوگوں کو قرآن انسان کے حصے سے ایڈریس کر رہا ہے،</w:t>
      </w:r>
    </w:p>
    <w:p>
      <w:r>
        <w:rPr>
          <w:b/>
        </w:rPr>
        <w:t xml:space="preserve">[27:17] </w:t>
      </w:r>
      <w:r>
        <w:t>doosre logon ko quran insan ke hissay se address kar raha hai. aur lekin yahan par aap ka mind kya banta hai?</w:t>
      </w:r>
    </w:p>
    <w:p>
      <w:pPr>
        <w:jc w:val="right"/>
      </w:pPr>
      <w:r>
        <w:t>دوسرے لوگوں کو قرآن انسان کے حصے سے ایڈریس کر رہا ہے۔ اور لیکن یہاں پر آپ کا مائنڈ کیا بنتا ہے؟</w:t>
      </w:r>
    </w:p>
    <w:p>
      <w:r>
        <w:rPr>
          <w:b/>
        </w:rPr>
        <w:t xml:space="preserve">[27:26] </w:t>
      </w:r>
      <w:r>
        <w:t>woh to harbi hain, un se to hamari jang chhari hui hai, un se hum potentially at war hain.</w:t>
      </w:r>
    </w:p>
    <w:p>
      <w:pPr>
        <w:jc w:val="right"/>
      </w:pPr>
      <w:r>
        <w:t>وہ تو حربی ہیں، ان سے تو ہماری جنگ چھڑی ہوئی ہے، ان سے ہم پوٹینشلی ایٹ وار ہیں۔</w:t>
      </w:r>
    </w:p>
    <w:p>
      <w:r>
        <w:rPr>
          <w:b/>
        </w:rPr>
        <w:t xml:space="preserve">[27:33] </w:t>
      </w:r>
      <w:r>
        <w:t>to woh jo hai insan friendly behaviour, yani dawat ka mizaj jo hai, woh insan friendly behaviour lata hai aap ke mind mein. lekin yeh jo dar-ul-harb ka jo concept hai, is ne insan friendly behaviour ko khatam kar diya.</w:t>
      </w:r>
    </w:p>
    <w:p>
      <w:pPr>
        <w:jc w:val="right"/>
      </w:pPr>
      <w:r>
        <w:t>تو وہ جو ہے انسان فرینڈلی بیہیویئر، یعنی دعوت کا مزاج جو ہے، وہ انسان فرینڈلی بیہیویئر لاتا ہے آپ کے مائنڈ میں۔ لیکن یہ جو دارالحرب کا جو کانسیپٹ ہے، اس نے انسان فرینڈلی بیہیویئر کو ختم کر دیا۔</w:t>
      </w:r>
    </w:p>
    <w:p>
      <w:r>
        <w:rPr>
          <w:b/>
        </w:rPr>
        <w:t xml:space="preserve">[27:46] </w:t>
      </w:r>
      <w:r>
        <w:t>natija kya hua? ke dawat bhi khatam ho gayi, dawat bhi khatam ho gayi.</w:t>
      </w:r>
    </w:p>
    <w:p>
      <w:pPr>
        <w:jc w:val="right"/>
      </w:pPr>
      <w:r>
        <w:t>نتیجہ کیا ہوا؟ کہ دعوت بھی ختم ہو گئی، دعوت بھی ختم ہو گئی۔</w:t>
      </w:r>
    </w:p>
    <w:p>
      <w:r>
        <w:rPr>
          <w:b/>
        </w:rPr>
        <w:t xml:space="preserve">[27:55] </w:t>
      </w:r>
      <w:r>
        <w:t>to yeh kitna bara nuqsan hua hai. poori tareekh hissa likhi gayi hai.</w:t>
      </w:r>
    </w:p>
    <w:p>
      <w:pPr>
        <w:jc w:val="right"/>
      </w:pPr>
      <w:r>
        <w:t>تو یہ کتنا بڑا نقصان ہوا ہے۔ پوری تاریخ حصہ لکھی گئی ہے۔</w:t>
      </w:r>
    </w:p>
    <w:p>
      <w:r>
        <w:rPr>
          <w:b/>
        </w:rPr>
        <w:t xml:space="preserve">[27:59] </w:t>
      </w:r>
      <w:r>
        <w:t>aap kisi bhi muslim musalmanon ki likhi hui kisi bhi tareekh ko parhiye, is mein yahi lagega ke yeh islami tareekh naam hai jangon ki kahani, jang aur fateh aur larai aur takrao, isi kahani.</w:t>
      </w:r>
    </w:p>
    <w:p>
      <w:pPr>
        <w:jc w:val="right"/>
      </w:pPr>
      <w:r>
        <w:t>آپ کسی بھی مسلم مسلمانوں کی لکھی ہوئی کسی بھی تاریخ کو پڑھیے، اس میں یہی لگے گا کہ یہ اسلامی تاریخ نام ہے جنگوں کی کہانی، جنگ اور فتح اور لڑائی اور ٹکراؤ، اسی کہانی۔</w:t>
      </w:r>
    </w:p>
    <w:p>
      <w:r>
        <w:rPr>
          <w:b/>
        </w:rPr>
        <w:t xml:space="preserve">[28:12] </w:t>
      </w:r>
      <w:r>
        <w:t>har woh kitab jis ka naam, jis ka title hota hai "islami tareekh", woh jangon ki tareekh hoti hai. kisi bhi tareekh ko aap parh lijiye, aap</w:t>
      </w:r>
    </w:p>
    <w:p>
      <w:pPr>
        <w:jc w:val="right"/>
      </w:pPr>
      <w:r>
        <w:t>ہر وہ کتاب جس کا نام، جس کا ٹائٹل ہوتا ہے "اسلامی تاریخ"، وہ جنگوں کی تاریخ ہوتی ہے۔ کسی بھی تاریخ کو آپ پڑھ لیجئے، آپ</w:t>
      </w:r>
    </w:p>
    <w:p>
      <w:r>
        <w:rPr>
          <w:b/>
        </w:rPr>
        <w:t xml:space="preserve">[28:24] </w:t>
      </w:r>
      <w:r>
        <w:t>agar agar yeh yeh kyun hua? is ki wajah se hua, yeh surat pesh aayi.</w:t>
      </w:r>
    </w:p>
    <w:p>
      <w:pPr>
        <w:jc w:val="right"/>
      </w:pPr>
      <w:r>
        <w:t>اگر اگر یہ یہ کیوں ہوا؟ اس کی وجہ سے ہوا، یہ صورت پیش آئی۔</w:t>
      </w:r>
    </w:p>
    <w:p>
      <w:r>
        <w:rPr>
          <w:b/>
        </w:rPr>
        <w:t xml:space="preserve">[28:29] </w:t>
      </w:r>
      <w:r>
        <w:t>is ko sab se pehle mehsoos kiya tha ibn khaldun ne. abdul rehman bin khaldun aik bohat bara aalim tha jo spain mein paida hua.</w:t>
      </w:r>
    </w:p>
    <w:p>
      <w:pPr>
        <w:jc w:val="right"/>
      </w:pPr>
      <w:r>
        <w:t>اس کو سب سے پہلے محسوس کیا تھا ابن خلدون نے۔ عبدالرحمن بن خلدون ایک بہت بڑا عالم تھا جو اسپین میں پیدا ہوا۔</w:t>
      </w:r>
    </w:p>
    <w:p>
      <w:r>
        <w:rPr>
          <w:b/>
        </w:rPr>
        <w:t xml:space="preserve">[28:38] </w:t>
      </w:r>
      <w:r>
        <w:t>us ne yeh baat likhi thi apna jo us ki kitab hai "muqaddimah ibn khaldun" mein ke yeh sari tareekh jo likhi gayi hai islami tareekh ke naam se, woh sab sahi nahi hai,</w:t>
      </w:r>
    </w:p>
    <w:p>
      <w:pPr>
        <w:jc w:val="right"/>
      </w:pPr>
      <w:r>
        <w:t>اس نے یہ بات لکھی تھی اپنا جو اس کی کتاب ہے "مقدمہ ابن خلدون" میں کہ یہ ساری تاریخ جو لکھی گئی ہے اسلامی تاریخ کے نام سے، وہ سب صحیح نہیں ہے،</w:t>
      </w:r>
    </w:p>
    <w:p>
      <w:r>
        <w:rPr>
          <w:b/>
        </w:rPr>
        <w:t xml:space="preserve">[28:51] </w:t>
      </w:r>
      <w:r>
        <w:t>kyun ke is mein jangain hain, fatuhat hain, badshahon ki kahaniyan hain</w:t>
      </w:r>
    </w:p>
    <w:p>
      <w:pPr>
        <w:jc w:val="right"/>
      </w:pPr>
      <w:r>
        <w:t>کیونکہ اس میں جنگیں ہیں، فتوحات ہیں، بادشاہوں کی کہانیاں ہیں</w:t>
      </w:r>
    </w:p>
    <w:p>
      <w:r>
        <w:rPr>
          <w:b/>
        </w:rPr>
        <w:t xml:space="preserve">[28:56] </w:t>
      </w:r>
      <w:r>
        <w:t>jo samajh ka, yani muslim samajh ka jo ka jo jo halaat thay, woh is mein poori tarah reflect nahi hue.</w:t>
      </w:r>
    </w:p>
    <w:p>
      <w:pPr>
        <w:jc w:val="right"/>
      </w:pPr>
      <w:r>
        <w:t>جو سماج کا، یعنی مسلم سماج کا جو کا جو جو حالات تھے، وہ اس میں پوری طرح ریفلیکٹ نہیں ہوئے۔</w:t>
      </w:r>
    </w:p>
    <w:p>
      <w:r>
        <w:rPr>
          <w:b/>
        </w:rPr>
        <w:t xml:space="preserve">[29:06] </w:t>
      </w:r>
      <w:r>
        <w:t>to us ne kaha ke phir se rewrite karne ki zaroorat hai history. agarche woh kar nahi saka khud, woh chahta tha ke isi naye pattern se islamic history likhi jaye, lekin woh point out to kiya us ne "muqaddimah ibn khaldun" mein, lekin khud woh isi tarah se likh nahi saka.</w:t>
      </w:r>
    </w:p>
    <w:p>
      <w:pPr>
        <w:jc w:val="right"/>
      </w:pPr>
      <w:r>
        <w:t>تو اس نے کہا کہ پھر سے ری رائٹ کرنے کی ضرورت ہے ہسٹری۔ اگرچہ وہ کر نہیں سکا خود، وہ چاہتا تھا کہ اسی نئے پیٹرن سے اسلامک ہسٹری لکھی جائے، لیکن وہ پوائنٹ آؤٹ تو کیا اس نے "مقدمہ ابن خلدون" میں، لیکن خود وہ اسی طرح سے لکھ نہیں سکا۔</w:t>
      </w:r>
    </w:p>
    <w:p>
      <w:r>
        <w:rPr>
          <w:b/>
        </w:rPr>
        <w:t xml:space="preserve">[29:24] </w:t>
      </w:r>
      <w:r>
        <w:t>woh</w:t>
      </w:r>
    </w:p>
    <w:p>
      <w:pPr>
        <w:jc w:val="right"/>
      </w:pPr>
      <w:r>
        <w:t>وہ</w:t>
      </w:r>
    </w:p>
    <w:p>
      <w:r>
        <w:rPr>
          <w:b/>
        </w:rPr>
        <w:t xml:space="preserve">[29:25] </w:t>
      </w:r>
      <w:r>
        <w:t>to main samajhta hoon ke yeh history ko bhi rewrite karna hai, fiqh ko bhi rewrite karna hai. jitne bhi, yani teen ko alag kar ke, yani arabic language, quran aur hadith, in teen ko chhod kar ke jitne bhi musalmanon mein uloom bane hain, jo ladne ke jitne bhi branches hain, sab mein rewrite karne ki zaroorat hai ke sab mein isi qism ki ghaltiyan hui hain.</w:t>
      </w:r>
    </w:p>
    <w:p>
      <w:pPr>
        <w:jc w:val="right"/>
      </w:pPr>
      <w:r>
        <w:t>تو میں سمجھتا ہوں کہ یہ ہسٹری کو بھی ری رائٹ کرنا ہے، فقہ کو بھی ری رائٹ کرنا ہے۔ جتنے بھی، یعنی تین کو الگ کر کے، یعنی عربک لینگویج، قرآن اور حدیث، ان تین کو چھوڑ کر کے جتنے بھی مسلمانوں میں علوم بنے ہیں، جو لڑنے کے جتنے بھی برانچز ہیں، سب میں ری رائٹ کرنے کی ضرورت ہے کہ سب میں اسی قسم کی غلطیاں ہوئی ہیں۔</w:t>
      </w:r>
    </w:p>
    <w:p>
      <w:r>
        <w:rPr>
          <w:b/>
        </w:rPr>
        <w:t xml:space="preserve">[29:50] </w:t>
      </w:r>
      <w:r>
        <w:t>yani baat ko logon ko yeh kaam karna baqi hai. tareekh jo is se likhi gayi ke badshahon ki tareekh aur khulafa ki tareekh, jangii karnamon ki tareekh aur qomon ko, yani zair karne ki tareekh, is se kya hua?</w:t>
      </w:r>
    </w:p>
    <w:p>
      <w:pPr>
        <w:jc w:val="right"/>
      </w:pPr>
      <w:r>
        <w:t>یعنی بات کو لوگوں کو یہ کام کرنا باقی ہے۔ تاریخ جو اس سے لکھی گئی کہ بادشاہوں کی تاریخ اور خلفاء کی تاریخ، جنگی کارناموں کی تاریخ اور قوموں کو، یعنی زیر کرنے کی تاریخ، اس سے کیا ہوا؟</w:t>
      </w:r>
    </w:p>
    <w:p>
      <w:r>
        <w:rPr>
          <w:b/>
        </w:rPr>
        <w:t xml:space="preserve">[30:11] </w:t>
      </w:r>
      <w:r>
        <w:t>is se yeh kya hua ke pride ka zehan bana. pride aam taur par jo aap dekhte hain ke fakhr se kaho ke hum musalman hain, yeh kahan se</w:t>
      </w:r>
    </w:p>
    <w:p>
      <w:pPr>
        <w:jc w:val="right"/>
      </w:pPr>
      <w:r>
        <w:t>اس سے یہ کیا ہوا کہ پرائیڈ کا ذہن بنا۔ پرائیڈ عام طور پر جو آپ دیکھتے ہیں کہ فخر سے کہو کہ ہم مسلمان ہیں، یہ کہاں سے</w:t>
      </w:r>
    </w:p>
    <w:p>
      <w:r>
        <w:rPr>
          <w:b/>
        </w:rPr>
        <w:t xml:space="preserve">[30:20] </w:t>
      </w:r>
      <w:r>
        <w:t>aata hai? is ka source kya hai? aam taur par bazahir dukaanon mein, gharon mein jagah dekhenge, aap likha hua fakhr se kaho ke hum musalman hain.</w:t>
      </w:r>
    </w:p>
    <w:p>
      <w:pPr>
        <w:jc w:val="right"/>
      </w:pPr>
      <w:r>
        <w:t>آتا ہے؟ اس کا سورس کیا ہے؟ عام طور پر بظاہر دکانوں میں، گھروں میں جگہ دیکھیں گے، آپ لکھا ہوا فخر سے کہو کہ ہم مسلمان ہیں۔</w:t>
      </w:r>
    </w:p>
    <w:p>
      <w:r>
        <w:rPr>
          <w:b/>
        </w:rPr>
        <w:t xml:space="preserve">[30:29] </w:t>
      </w:r>
      <w:r>
        <w:t>aam taur par aap speeches mein sunenge, kitabon mein padhenge ke hum hum fakhr, hamein hum hum ko is par fakhr hai ke hum musalman hain. yeh kahan se aaya?</w:t>
      </w:r>
    </w:p>
    <w:p>
      <w:pPr>
        <w:jc w:val="right"/>
      </w:pPr>
      <w:r>
        <w:t>عام طور پر آپ اسپیچز میں سنیں گے، کتابوں میں پڑھیں گے کہ ہم ہم فخر، ہمیں ہم ہم کو اس پر فخر ہے کہ ہم مسلمان ہیں۔ یہ کہاں سے آیا؟</w:t>
      </w:r>
    </w:p>
    <w:p>
      <w:r>
        <w:rPr>
          <w:b/>
        </w:rPr>
        <w:t xml:space="preserve">[30:40] </w:t>
      </w:r>
      <w:r>
        <w:t>yani fakhr ka concept kahan se aaya? na quran mein kahin likha hua hai ke islam to hamare liye fakhr hai, na hadith mein kahin aisa hai.</w:t>
      </w:r>
    </w:p>
    <w:p>
      <w:pPr>
        <w:jc w:val="right"/>
      </w:pPr>
      <w:r>
        <w:t>یعنی فخر کا کانسیپٹ کہاں سے آیا؟ نہ قرآن میں کہیں لکھا ہوا ہے کہ اسلام تو ہمارے لیے فخر ہے، نہ حدیث میں کہیں ایسا ہے۔</w:t>
      </w:r>
    </w:p>
    <w:p>
      <w:r>
        <w:rPr>
          <w:b/>
        </w:rPr>
        <w:t xml:space="preserve">[30:49] </w:t>
      </w:r>
      <w:r>
        <w:t>yeh hai history se aaya hua fakhr ka concept. history se aaya hai, woh quran aur hadith se nahi aaya hai. kyun?</w:t>
      </w:r>
    </w:p>
    <w:p>
      <w:pPr>
        <w:jc w:val="right"/>
      </w:pPr>
      <w:r>
        <w:t>یہ ہے ہسٹری سے آیا ہوا فخر کا کانسیپٹ۔ ہسٹری سے آیا ہے، وہ قرآن اور حدیث سے نہیں آیا ہے۔ کیوں؟</w:t>
      </w:r>
    </w:p>
    <w:p>
      <w:r>
        <w:rPr>
          <w:b/>
        </w:rPr>
        <w:t xml:space="preserve">[30:58] </w:t>
      </w:r>
      <w:r>
        <w:t>aap quran padhenge to aap ko to modesty aayegi, khuda ka khauf aayega, aap ko dar lagega ke khuda mujhe pakde na, mujhe jahannum mein na daal de.</w:t>
      </w:r>
    </w:p>
    <w:p>
      <w:pPr>
        <w:jc w:val="right"/>
      </w:pPr>
      <w:r>
        <w:t>آپ قرآن پڑھیں گے تو آپ کو تو مڈسٹری آئے گی، خدا کا خوف آئے گا، آپ کو ڈر لگے گا کہ خدا مجھے پکڑے نہ، مجھے جہنم میں نہ ڈال دے۔</w:t>
      </w:r>
    </w:p>
    <w:p>
      <w:r>
        <w:rPr>
          <w:b/>
        </w:rPr>
        <w:t xml:space="preserve">[31:07] </w:t>
      </w:r>
      <w:r>
        <w:t>to fakhr kahan se aayega? wahan pe, wahan fakhr ka koi sawal hi nahi paida hota. yani khuda ke kalam ko jo sunte hain, aap quran mein ya padhte hain, aap to aap ka dil dahal uthta hai.</w:t>
      </w:r>
    </w:p>
    <w:p>
      <w:pPr>
        <w:jc w:val="right"/>
      </w:pPr>
      <w:r>
        <w:t>تو فخر کہاں سے آئے گا؟ وہاں پہ، وہاں فخر کا کوئی سوال ہی نہیں پیدا ہوتا۔ یعنی خدا کے کلام کو جو سنتے ہیں، آپ قرآن میں یا پڑھتے ہیں، آپ تو آپ کا دل دہل اٹھتا ہے۔</w:t>
      </w:r>
    </w:p>
    <w:p>
      <w:r>
        <w:rPr>
          <w:b/>
        </w:rPr>
        <w:t xml:space="preserve">[31:20] </w:t>
      </w:r>
      <w:r>
        <w:t>aap ko lagta hai ke jo khaliq hai, jo creator hai, woh mujhe khitab kar raha hai. to aap ko idhar modesty aati hai, main khuda ka banda hoon, yeh ehsas aata hai.</w:t>
      </w:r>
    </w:p>
    <w:p>
      <w:pPr>
        <w:jc w:val="right"/>
      </w:pPr>
      <w:r>
        <w:t>آپ کو لگتا ہے کہ جو خالق ہے، جو کریٹر ہے، وہ مجھے خطاب کر رہا ہے۔ تو آپ کو ادھر مڈسٹری آتی ہے، میں خدا کا بندہ ہوں، یہ احساس آتا ہے۔</w:t>
      </w:r>
    </w:p>
    <w:p>
      <w:r>
        <w:rPr>
          <w:b/>
        </w:rPr>
        <w:t xml:space="preserve">[31:31] </w:t>
      </w:r>
      <w:r>
        <w:t>aap ko khuda ki ibadat karni chahiye, ehsas aata hai, fakhr nahi aata hai. fakhr kahan aata hai? kahan se aata hai? history ko padhne se, aur history jo ghalat rang par likhi gayi hai.</w:t>
      </w:r>
    </w:p>
    <w:p>
      <w:pPr>
        <w:jc w:val="right"/>
      </w:pPr>
      <w:r>
        <w:t>آپ کو خدا کی عبادت کرنی چاہیے، احساس آتا ہے، فخر نہیں آتا ہے۔ فخر کہاں آتا ہے؟ کہاں سے آتا ہے؟ ہسٹری کو پڑھنے سے، اور ہسٹری جو غلط رنگ پر لکھی گئی ہے۔</w:t>
      </w:r>
    </w:p>
    <w:p>
      <w:r>
        <w:rPr>
          <w:b/>
        </w:rPr>
        <w:t xml:space="preserve">[31:46] </w:t>
      </w:r>
      <w:r>
        <w:t>dekhen, yahan par main arz karoon ke ibn</w:t>
      </w:r>
    </w:p>
    <w:p>
      <w:pPr>
        <w:jc w:val="right"/>
      </w:pPr>
      <w:r>
        <w:t>دیکھیں، یہاں پر میں عرض کروں کہ ابن</w:t>
      </w:r>
    </w:p>
    <w:p>
      <w:r>
        <w:rPr>
          <w:b/>
        </w:rPr>
        <w:t xml:space="preserve">[31:49] </w:t>
      </w:r>
      <w:r>
        <w:t>khaldun ne is ko point out kiya hai ke hazaron saal se history jo thi, woh naam thi badshahon ki history ka.</w:t>
      </w:r>
    </w:p>
    <w:p>
      <w:pPr>
        <w:jc w:val="right"/>
      </w:pPr>
      <w:r>
        <w:t>خلدون نے اس کو پوائنٹ آؤٹ کیا ہے کہ ہزاروں سال سے ہسٹری جو تھی، وہ نام تھی بادشاہوں کی ہسٹری کا۔</w:t>
      </w:r>
    </w:p>
    <w:p>
      <w:r>
        <w:rPr>
          <w:b/>
        </w:rPr>
        <w:t xml:space="preserve">[32:00] </w:t>
      </w:r>
      <w:r>
        <w:t>pichhli koi bhi tareekh padhiye, aap aap ko lagega ke to badshah ki history hai, samaj ki history nahi hai. ek hai samaj ki history, ek hai rulers ki history.</w:t>
      </w:r>
    </w:p>
    <w:p>
      <w:pPr>
        <w:jc w:val="right"/>
      </w:pPr>
      <w:r>
        <w:t>پچھلی کوئی بھی تاریخ پڑھیے، آپ آپ کو لگے گا کہ تو بادشاہ کی ہسٹری ہے، سماج کی ہسٹری نہیں ہے۔ ایک ہے سماج کی ہسٹری، ایک ہے رولرز کی ہسٹری۔</w:t>
      </w:r>
    </w:p>
    <w:p>
      <w:r>
        <w:rPr>
          <w:b/>
        </w:rPr>
        <w:t xml:space="preserve">[32:15] </w:t>
      </w:r>
      <w:r>
        <w:t>jaise india ki history aap likhen to is mein ek to aap bas congress ne kis tarah rule kiya india par, woh likha hai aap sirf. doosra ke india samaj, india ka jo samaj hai, us ne kaise taraqqi ki, us ne kya kya activities thin, us ne kya kya kaam kiya.</w:t>
      </w:r>
    </w:p>
    <w:p>
      <w:pPr>
        <w:jc w:val="right"/>
      </w:pPr>
      <w:r>
        <w:t>جیسے انڈیا کی ہسٹری آپ لکھیں تو اس میں ایک تو آپ بس کانگریس نے کس طرح رول کیا انڈیا پر، وہ لکھا ہے آپ صرف۔ دوسرا کہ انڈیا سماج، انڈیا کا جو سماج ہے، اس نے کیسے ترقی کی، اس نے کیا کیا ایکٹیویٹیز تھیں، اس نے کیا کیا کام کیا۔</w:t>
      </w:r>
    </w:p>
    <w:p>
      <w:r>
        <w:rPr>
          <w:b/>
        </w:rPr>
        <w:t xml:space="preserve">[32:29] </w:t>
      </w:r>
      <w:r>
        <w:t>to ab yeh concept hai ke poore samaj ko bataya jata hai history mein. pehle aisa nahi tha, pehle yeh tha ke woh badshahon ke kaise, unhon ne taajposhi kaise hui, un ki</w:t>
      </w:r>
    </w:p>
    <w:p>
      <w:pPr>
        <w:jc w:val="right"/>
      </w:pPr>
      <w:r>
        <w:t>تو اب یہ کانسیپٹ ہے کہ پورے سماج کو بتایا جاتا ہے ہسٹری میں۔ پہلے ایسا نہیں تھا، پہلے یہ تھا کہ وہ بادشاہوں کے کیسے، انہوں نے تاج پوشی کیسے ہوئی، ان کی</w:t>
      </w:r>
    </w:p>
    <w:p>
      <w:r>
        <w:rPr>
          <w:b/>
        </w:rPr>
        <w:t xml:space="preserve">[32:44] </w:t>
      </w:r>
      <w:r>
        <w:t>kis tarah badshah badle, kis tarah unhon ne lad kar ke jeeta mulkon ko. to badshahon ke karkardon ka naam tha history.</w:t>
      </w:r>
    </w:p>
    <w:p>
      <w:pPr>
        <w:jc w:val="right"/>
      </w:pPr>
      <w:r>
        <w:t>کس طرح بادشاہ بدلے، کس طرح انہوں نے لڑ کر کے جیتا ملکوں کو۔ تو بادشاہوں کے کارناموں کا نام تھا ہسٹری۔</w:t>
      </w:r>
    </w:p>
    <w:p>
      <w:r>
        <w:rPr>
          <w:b/>
        </w:rPr>
        <w:t xml:space="preserve">[32:55] </w:t>
      </w:r>
      <w:r>
        <w:t>ibn khaldun pehla shakhs hai, us ne kaha ke yeh tareekh ka bohat hi naqis tareeqa hai. tareekh poore poore samaj ki tareekh honi chahiye, sirf badshah ki nahi.</w:t>
      </w:r>
    </w:p>
    <w:p>
      <w:pPr>
        <w:jc w:val="right"/>
      </w:pPr>
      <w:r>
        <w:t>ابن خلدون پہلا شخص ہے، اس نے کہا کہ یہ تاریخ کا بہت ہی ناقص طریقہ ہے۔ تاریخ پورے پورے سماج کی تاریخ ہونی چاہیے، صرف بادشاہ کی نہیں۔</w:t>
      </w:r>
    </w:p>
    <w:p>
      <w:r>
        <w:rPr>
          <w:b/>
        </w:rPr>
        <w:t xml:space="preserve">[33:06] </w:t>
      </w:r>
      <w:r>
        <w:t>to woh jo chala aa raha tha hazaron saal se, usi ke asar se islam mein bhi logon ne usi pattern par history dig daali.</w:t>
      </w:r>
    </w:p>
    <w:p>
      <w:pPr>
        <w:jc w:val="right"/>
      </w:pPr>
      <w:r>
        <w:t>تو وہ جو چلا آ رہا تھا ہزاروں سال سے، اسی کے اثر سے اسلام میں بھی لوگوں نے اسی پیٹرن پر ہسٹری ڈگ ڈالی۔</w:t>
      </w:r>
    </w:p>
    <w:p>
      <w:r>
        <w:rPr>
          <w:b/>
        </w:rPr>
        <w:t xml:space="preserve">[33:18] </w:t>
      </w:r>
      <w:r>
        <w:t>jo pattern chala aa raha tha ke king ki history ka naam history tha, usi pattern par logon ne dig daali.</w:t>
      </w:r>
    </w:p>
    <w:p>
      <w:pPr>
        <w:jc w:val="right"/>
      </w:pPr>
      <w:r>
        <w:t>جو پیٹرن چلا آ رہا تھا کہ کنگ کی ہسٹری کا نام ہسٹری تھا، اسی پیٹرن پر لوگوں نے ڈگ ڈالا۔</w:t>
      </w:r>
    </w:p>
    <w:p>
      <w:r>
        <w:rPr>
          <w:b/>
        </w:rPr>
        <w:t xml:space="preserve">[33:26] </w:t>
      </w:r>
      <w:r>
        <w:t>abbasi, yani khulafa ki tareekh, abu umaya ki tareekh, abbasi jo rulers the, un ki tareekh, spain ke jo muslim rulers the, un ki tareekh, mughal rulers the, un ki tareekh.</w:t>
      </w:r>
    </w:p>
    <w:p>
      <w:pPr>
        <w:jc w:val="right"/>
      </w:pPr>
      <w:r>
        <w:t>عباس، یعنی خلفاء کی تاریخ، ابو امیہ کی تاریخ، عباس جو رولرز تھے، ان کی تاریخ، اسپین کے جو مسلم رولرز تھے، ان کی تاریخ، مغل رولرز تھے، ان کی تاریخ۔</w:t>
      </w:r>
    </w:p>
    <w:p>
      <w:r>
        <w:rPr>
          <w:b/>
        </w:rPr>
        <w:t xml:space="preserve">[33:36] </w:t>
      </w:r>
      <w:r>
        <w:t>to poori islamic history jo likhi gayi baat ko, woh rulers ki history ban gayi. aur jo activities thin, kuch kitabein likhi gayi hain, jaise ke professor hardle ne likhi kitab,</w:t>
      </w:r>
    </w:p>
    <w:p>
      <w:pPr>
        <w:jc w:val="right"/>
      </w:pPr>
      <w:r>
        <w:t>تو پوری اسلامک ہسٹری جو لکھی گئی بات کو، وہ رولرز کی ہسٹری بن گئی۔ اور جو ایکٹیویٹیز تھیں، کچھ کتابیں لکھی گئی ہیں، جیسے کہ پروفسور ہارڈل نے لکھی کتاب،</w:t>
      </w:r>
    </w:p>
    <w:p>
      <w:r>
        <w:rPr>
          <w:b/>
        </w:rPr>
        <w:t xml:space="preserve">[33:50] </w:t>
      </w:r>
      <w:r>
        <w:t>yani woh history, us ki hai history of dawah.</w:t>
      </w:r>
    </w:p>
    <w:p>
      <w:pPr>
        <w:jc w:val="right"/>
      </w:pPr>
      <w:r>
        <w:t>یعنی وہ ہسٹری، اس کی ہے ہسٹری آف دعویٰ۔</w:t>
      </w:r>
    </w:p>
    <w:p>
      <w:r>
        <w:rPr>
          <w:b/>
        </w:rPr>
        <w:t xml:space="preserve">[33:55] </w:t>
      </w:r>
      <w:r>
        <w:t>to moti si kitab hai, woh is kitab mein us ne dikhaya hai ke dawah work kaise history mein hota raha hai. islam ka dawah work, islamic dawah.</w:t>
      </w:r>
    </w:p>
    <w:p>
      <w:pPr>
        <w:jc w:val="right"/>
      </w:pPr>
      <w:r>
        <w:t>تو موٹی سی کتاب ہے، وہ اس کتاب میں اس نے دکھایا ہے کہ دعویٰ ورک کیسے ہسٹری میں ہوتا رہا ہے۔ اسلام کا دعویٰ ورک، اسلامک دعویٰ۔</w:t>
      </w:r>
    </w:p>
    <w:p>
      <w:r>
        <w:rPr>
          <w:b/>
        </w:rPr>
        <w:t xml:space="preserve">[34:06] </w:t>
      </w:r>
      <w:r>
        <w:t>to is tarah ke kuch exceptions hain, lekin jo history ke naam se books likhi gayi, woh to wahi hain ke jo fakhr nikalta hai is se.</w:t>
      </w:r>
    </w:p>
    <w:p>
      <w:pPr>
        <w:jc w:val="right"/>
      </w:pPr>
      <w:r>
        <w:t>تو اس طرح کے کچھ ایکسیپشنز ہیں، لیکن جو ہسٹری کے نام سے بکس لکھی گئی، وہ تو وہی ہیں کہ جو فخر نکلتا ہے اس سے۔</w:t>
      </w:r>
    </w:p>
    <w:p>
      <w:r>
        <w:rPr>
          <w:b/>
        </w:rPr>
        <w:t xml:space="preserve">[34:18] </w:t>
      </w:r>
      <w:r>
        <w:t>isi liye log itna zyada is se gum hain ke islam ka matlab hi samajhte hain ke fakhr.</w:t>
      </w:r>
    </w:p>
    <w:p>
      <w:pPr>
        <w:jc w:val="right"/>
      </w:pPr>
      <w:r>
        <w:t>اسی لیے لوگ اتنا زیادہ اس سے گم ہیں کہ اسلام کا مطلب ہی سمجھتے ہیں کہ فخر۔</w:t>
      </w:r>
    </w:p>
    <w:p>
      <w:r>
        <w:rPr>
          <w:b/>
        </w:rPr>
        <w:t xml:space="preserve">[34:24] </w:t>
      </w:r>
      <w:r>
        <w:t>pakistan ke jo woh the, zia ul haq sahib, jo president the, to jab woh president the to un ko jaane ka mauqa mila wahan united nations mein.</w:t>
      </w:r>
    </w:p>
    <w:p>
      <w:pPr>
        <w:jc w:val="right"/>
      </w:pPr>
      <w:r>
        <w:t>پاکستان کے جو وہ تھے، ضیاء الحق صاحب، جو پریزیڈنٹ تھے، تو جب وہ پریزیڈنٹ تھے تو ان کو جانے کا موقع ملا وہاں یونائٹڈ نیشنز میں۔</w:t>
      </w:r>
    </w:p>
    <w:p>
      <w:r>
        <w:rPr>
          <w:b/>
        </w:rPr>
        <w:t xml:space="preserve">[34:33] </w:t>
      </w:r>
      <w:r>
        <w:t>united nations mein in ka, unhon ne wahan ki general assembly ko address kiya to un ka woh chupa tha jo unhon ne address kiya tha. wahan poora is mein woh kehte hain, woh mein ne parha tha us ko ke Muslims have re-discovered their pride in Islam.</w:t>
      </w:r>
    </w:p>
    <w:p>
      <w:pPr>
        <w:jc w:val="right"/>
      </w:pPr>
      <w:r>
        <w:t>یونائٹڈ نیشنز میں ان کا، انہوں نے وہاں کی جنرل اسمبلی کو ایڈریس کیا تو ان کا وہ چھپا تھا جو انہوں نے ایڈریس کیا تھا۔ وہاں پورا اس میں وہ کہتے ہیں، وہ میں نے پڑھا تھا اس کو کہ مسلمز ہیو ری ڈسکورڈ دیر پرائیڈ ان اسلام۔</w:t>
      </w:r>
    </w:p>
    <w:p>
      <w:r>
        <w:rPr>
          <w:b/>
        </w:rPr>
        <w:t xml:space="preserve">[34:53] </w:t>
      </w:r>
      <w:r>
        <w:t>yani pakistan ka president united nations mein jo speech de raha hai, is mein woh kehta hai ke aaj ke musalmanon ke baray mein ke Muslims have re-discovered their pride in Islam.</w:t>
      </w:r>
    </w:p>
    <w:p>
      <w:pPr>
        <w:jc w:val="right"/>
      </w:pPr>
      <w:r>
        <w:t>یعنی پاکستان کا کا پریزیڈنٹ یونائٹڈ نیشنز میں جو اسپیچ دے رہا ہے، اس میں وہ کہتا ہے کہ آج کے مسلمانوں کے بارے میں کہ مسلمز ہیو ری ڈسکورڈ دیر پرائیڈ ان اسلام۔</w:t>
      </w:r>
    </w:p>
    <w:p>
      <w:r>
        <w:rPr>
          <w:b/>
        </w:rPr>
        <w:t xml:space="preserve">[35:07] </w:t>
      </w:r>
      <w:r>
        <w:t>mein samajhta hoon ke woh galat baat yeh hai. pride agar islam wala ho to islam hi nahi hai, phir woh</w:t>
      </w:r>
    </w:p>
    <w:p>
      <w:pPr>
        <w:jc w:val="right"/>
      </w:pPr>
      <w:r>
        <w:t>میں سمجھتا ہوں کہ وہ غلط بات یہ ہے۔ پرائیڈ اگر اسلام والا ہو تو اسلام ہی نہیں ہے، پھر وہ</w:t>
      </w:r>
    </w:p>
    <w:p>
      <w:r>
        <w:rPr>
          <w:b/>
        </w:rPr>
        <w:t xml:space="preserve">[35:14] </w:t>
      </w:r>
      <w:r>
        <w:t>woh islam hi nahi hai, kyunke islam ke maani hain khuda ka deen, khuda ka hukum. jo cheez khuda ki taraf se mile aap ko, usay pride aayega,</w:t>
      </w:r>
    </w:p>
    <w:p>
      <w:pPr>
        <w:jc w:val="right"/>
      </w:pPr>
      <w:r>
        <w:t>وہ اسلام ہی نہیں ہے، کیونکہ اسلام کے معنی ہیں خدا کا دین، خدا کا حکم۔ جو چیز خدا کی طرف سے ملے آپ کو، اسے پرائیڈ آئے گا،</w:t>
      </w:r>
    </w:p>
    <w:p>
      <w:r>
        <w:rPr>
          <w:b/>
        </w:rPr>
        <w:t xml:space="preserve">[35:23] </w:t>
      </w:r>
      <w:r>
        <w:t>is mein modesty aayegi, is mein tawazu aayegi. to yeh hai wrong interpretation ka masla.</w:t>
      </w:r>
    </w:p>
    <w:p>
      <w:pPr>
        <w:jc w:val="right"/>
      </w:pPr>
      <w:r>
        <w:t>اس میں مڈسٹری آئے گی، اس میں تواضع آئے گی۔ تو یہ ہے رونگ انٹرپریٹیشن کا مسئلہ۔</w:t>
      </w:r>
    </w:p>
    <w:p>
      <w:r>
        <w:rPr>
          <w:b/>
        </w:rPr>
        <w:t xml:space="preserve">[35:33] </w:t>
      </w:r>
      <w:r>
        <w:t>to doosray jitnay bhi discipline hain, baat ko jo banay, un in teen ko chhod kar ke, un sab mein wrong interpretation ki wajah se problem aayenge.</w:t>
      </w:r>
    </w:p>
    <w:p>
      <w:pPr>
        <w:jc w:val="right"/>
      </w:pPr>
      <w:r>
        <w:t>تو دوسرے جتنے بھی ڈسپلن ہیں، بات کو جو بنے، ان ان تین کو چھوڑ کر کے، ان سب میں رونگ انٹرپریٹیشن کی وجہ سے پرابلم آئے ہیں۔</w:t>
      </w:r>
    </w:p>
    <w:p>
      <w:r>
        <w:rPr>
          <w:b/>
        </w:rPr>
        <w:t xml:space="preserve">[35:44] </w:t>
      </w:r>
      <w:r>
        <w:t>aur baad ki jo generation hai musalmanon ki, jo scholars hain, un ka aik kaam yeh hai ke re-write karein woh in saaray discipline ko.</w:t>
      </w:r>
    </w:p>
    <w:p>
      <w:pPr>
        <w:jc w:val="right"/>
      </w:pPr>
      <w:r>
        <w:t>اور بعد کی جو جنریشن ہے مسلمانوں کی، جو سکالرز ہیں، ان کا ایک کام یہ ہے کہ ری رائٹ کریں وہ ان سارے ڈسپلن کو۔</w:t>
      </w:r>
    </w:p>
    <w:p>
      <w:r>
        <w:rPr>
          <w:b/>
        </w:rPr>
        <w:t xml:space="preserve">[35:54] </w:t>
      </w:r>
      <w:r>
        <w:t>aur yeh sirf mein nahi keh raha hoon, balkay yeh ibn e khaldun ne, us ke baad bhi kai logon ne yeh baat kahi hai ke jab tak re-write nahi karenge hum, tab tak islam ki true picture khulegi, khulegi nahi.</w:t>
      </w:r>
    </w:p>
    <w:p>
      <w:pPr>
        <w:jc w:val="right"/>
      </w:pPr>
      <w:r>
        <w:t>اور یہ صرف میں نہیں کہہ رہا ہوں، بلکہ یہ ابن خلدون نے، اس کے بعد بھی کئی لوگوں نے یہ بات کہی ہے کہ جب تک ری رائٹ نہیں کریں گے ہم، تب تک اسلام کی ٹرو پکچر کھلے گی، کھلے گی نہیں۔</w:t>
      </w:r>
    </w:p>
    <w:p>
      <w:r>
        <w:rPr>
          <w:b/>
        </w:rPr>
        <w:t xml:space="preserve">[36:06] </w:t>
      </w:r>
      <w:r>
        <w:t>to to text mein to islam ki true picture aap dekh sakte hain, lekin text ke bahar jo uloom hain, un mein aap islam ki true picture nahi paate.</w:t>
      </w:r>
    </w:p>
    <w:p>
      <w:pPr>
        <w:jc w:val="right"/>
      </w:pPr>
      <w:r>
        <w:t>تو تو ٹیکسٹ میں تو اسلام کی ٹرو پکچر آپ دیکھ سکتے ہیں، لیکن ٹیکسٹ کے باہر جو علوم ہیں، ان میں آپ اسلام کی ٹرو پکچر نہیں پاتے۔</w:t>
      </w:r>
    </w:p>
    <w:p>
      <w:r>
        <w:rPr>
          <w:b/>
        </w:rPr>
        <w:t xml:space="preserve">[36:16] </w:t>
      </w:r>
      <w:r>
        <w:t>to yeh aik kaam hai jo karne ka hai.</w:t>
      </w:r>
    </w:p>
    <w:p>
      <w:pPr>
        <w:jc w:val="right"/>
      </w:pPr>
      <w:r>
        <w:t>تو یہ ایک کام ہے جو کرنے کا ہے۔</w:t>
      </w:r>
    </w:p>
    <w:p>
      <w:r>
        <w:rPr>
          <w:b/>
        </w:rPr>
        <w:t xml:space="preserve">[36:22] </w:t>
      </w:r>
      <w:r>
        <w:t>to</w:t>
      </w:r>
    </w:p>
    <w:p>
      <w:pPr>
        <w:jc w:val="right"/>
      </w:pPr>
      <w:r>
        <w:t>تو</w:t>
      </w:r>
    </w:p>
    <w:p>
      <w:r>
        <w:rPr>
          <w:b/>
        </w:rPr>
        <w:t xml:space="preserve">[36:26] </w:t>
      </w:r>
      <w:r>
        <w:t>isi tarah se is zamanay mein dekhiye, aap islam ke ka political interpretation diya gaya. isi ka nateeja hai ke har jagah larai chhi hui hai.</w:t>
      </w:r>
    </w:p>
    <w:p>
      <w:pPr>
        <w:jc w:val="right"/>
      </w:pPr>
      <w:r>
        <w:t>اسی طریقے سے اس زمانے میں دیکھیے، آپ اسلام کے کا پولیٹیکل انٹرپریٹیشن دیا گیا۔ اسی کا نتیجہ ہے کہ ہر جگہ لڑائی چھڑی ہوئی ہے۔</w:t>
      </w:r>
    </w:p>
    <w:p>
      <w:r>
        <w:rPr>
          <w:b/>
        </w:rPr>
        <w:t xml:space="preserve">[36:35] </w:t>
      </w:r>
      <w:r>
        <w:t>muslim mulkon mein kya hai ke parties jo hain, woh wahan ke rulers se lad rahi hain. har muslim mulk mein jo muslim wahan par ruling hesiyat mein hain, un se larai chhi hui hai.</w:t>
      </w:r>
    </w:p>
    <w:p>
      <w:pPr>
        <w:jc w:val="right"/>
      </w:pPr>
      <w:r>
        <w:t>مسلم ملکوں میں کیا ہے کہ پارٹیاں جو ہیں، وہ وہاں کے رولرز سے لڑ رہی ہیں۔ ہر مسلم ملک میں جو مسلم وہاں پر رولنگ حیثیت میں ہیں، ان سے لڑائی چھڑی ہوئی ہے۔</w:t>
      </w:r>
    </w:p>
    <w:p>
      <w:r>
        <w:rPr>
          <w:b/>
        </w:rPr>
        <w:t xml:space="preserve">[36:48] </w:t>
      </w:r>
      <w:r>
        <w:t>jamaaton ki, so called islami jamaaton ki, yeh kyun hai? yeh wrong interpretation diya gaya hai islam ka, jis ko mein kehta hoon political interpretation.</w:t>
      </w:r>
    </w:p>
    <w:p>
      <w:pPr>
        <w:jc w:val="right"/>
      </w:pPr>
      <w:r>
        <w:t>جماعتوں کی، سو کالڈ اسلامی جماعتوں کی، یہ کیوں ہے؟ یہ رونگ انٹرپریٹیشن دیا گیا ہے اسلام کا، جس کو میں کہتا ہوں پولیٹیکل انٹرپریٹیشن۔</w:t>
      </w:r>
    </w:p>
    <w:p>
      <w:r>
        <w:rPr>
          <w:b/>
        </w:rPr>
        <w:t xml:space="preserve">[36:58] </w:t>
      </w:r>
      <w:r>
        <w:t>yani yeh bataya gaya hai ke islam aik political system hai aur islam ko chahiye ke woh rule kare.</w:t>
      </w:r>
    </w:p>
    <w:p>
      <w:pPr>
        <w:jc w:val="right"/>
      </w:pPr>
      <w:r>
        <w:t>یعنی یہ بتایا گیا ہے کہ اسلام ایک پولیٹیکل سسٹم ہے اور اسلام کو چاہیے کہ وہ رول کرے۔</w:t>
      </w:r>
    </w:p>
    <w:p>
      <w:r>
        <w:rPr>
          <w:b/>
        </w:rPr>
        <w:t xml:space="preserve">[37:04] </w:t>
      </w:r>
      <w:r>
        <w:t>to ab in ko dekhte hain ke yeh to secular log hain, to in ko kehte hain ke woh hatao, in ko in seat karo aur islam ko lao wahan par, jaisa ke afghanistan mein hua, pakistan mein, har muslim mulk mein hi ho raha hai.</w:t>
      </w:r>
    </w:p>
    <w:p>
      <w:pPr>
        <w:jc w:val="right"/>
      </w:pPr>
      <w:r>
        <w:t>تو اب ان کو دیکھتے ہیں کہ یہ تو سیکولر لوگ ہیں، تو ان کو کہتے ہیں کہ وہ ہٹاؤ، ان کو انسیٹ کرو اور اسلام کو لاؤ وہاں پر، جیسا کہ افغانستان میں ہوا، پاکستان میں، ہر مسلم ملک میں ہی ہو رہا ہے۔</w:t>
      </w:r>
    </w:p>
    <w:p>
      <w:r>
        <w:rPr>
          <w:b/>
        </w:rPr>
        <w:t xml:space="preserve">[37:15] </w:t>
      </w:r>
      <w:r>
        <w:t>yeh wrong interpretation hai. islam political system nahi hai, islam spiritual system hai. islam yeh hai ke aap khuda se daren, aap khuda ko discover karein, aap paradise ke hareese banein, khuda ka jo kaise plan hai, us ko jaanein, us ke mutabiq apne andar tabdeeli laayein,</w:t>
      </w:r>
    </w:p>
    <w:p>
      <w:pPr>
        <w:jc w:val="right"/>
      </w:pPr>
      <w:r>
        <w:t>یہ رونگ انٹرپریٹیشن ہے۔ اسلام پولیٹیکل سسٹم نہیں ہے، اسلام اسپریچول سسٹم ہے۔ اسلام یہ ہے کہ آپ خدا سے ڈریں، آپ خدا کو ڈسکور کریں، آپ پیرڈائز کے حریص بنیں، خدا کا جو کیسے پلان ہے، اس کو جانیں، اس کے مطابق اپنے اندر تبدیلی لائیں،</w:t>
      </w:r>
    </w:p>
    <w:p>
      <w:r>
        <w:rPr>
          <w:b/>
        </w:rPr>
        <w:t xml:space="preserve">[37:34] </w:t>
      </w:r>
      <w:r>
        <w:t>khuda ke bande bankar duniya mein rahein, jis mein modesty ho, jis mein woh qualities hon jo batai gayi hain quran o hadees mein.</w:t>
      </w:r>
    </w:p>
    <w:p>
      <w:pPr>
        <w:jc w:val="right"/>
      </w:pPr>
      <w:r>
        <w:t>خدا کے بندے بن کر دنیا میں رہیں، جس میں مڈسٹری ہو، جس میں جو وہ کوالٹیز ہوں جو بتائی گئی ہیں قرآن و حدیث میں۔</w:t>
      </w:r>
    </w:p>
    <w:p>
      <w:r>
        <w:rPr>
          <w:b/>
        </w:rPr>
        <w:t xml:space="preserve">[37:45] </w:t>
      </w:r>
      <w:r>
        <w:t>to political interpretation bhi aik wrong interpretation hai islam ka, jis ki wajah se aaj kal har jagah laraiyan chhi hui hain.</w:t>
      </w:r>
    </w:p>
    <w:p>
      <w:pPr>
        <w:jc w:val="right"/>
      </w:pPr>
      <w:r>
        <w:t>تو پولیٹیکل انٹرپریٹیشن بھی ایک رونگ انٹرپریٹیشن ہے اسلام کا، جس کی وجہ سے آج کل ہر جگہ لڑائیاں چھڑی ہوئی ہیں۔</w:t>
      </w:r>
    </w:p>
    <w:p>
      <w:r>
        <w:rPr>
          <w:b/>
        </w:rPr>
        <w:t xml:space="preserve">[37:53] </w:t>
      </w:r>
      <w:r>
        <w:t>is tarah se jo in teen discipline ko chhod kar, jo mein ne pehle arz kiya, jitnay bhi discipline doosray hain, sab shikar hue hain wrong interpretation ka.</w:t>
      </w:r>
    </w:p>
    <w:p>
      <w:pPr>
        <w:jc w:val="right"/>
      </w:pPr>
      <w:r>
        <w:t>اس طرح سے جو ان تین ڈسپلن کو چھوڑ کر، جو میں نے پہلے عرض کیا، جتنے بھی ڈسپلن دوسرے ہیں، سب شکار ہوئے ہیں رونگ انٹرپریٹیشن کا۔</w:t>
      </w:r>
    </w:p>
    <w:p>
      <w:r>
        <w:rPr>
          <w:b/>
        </w:rPr>
        <w:t xml:space="preserve">[38:05] </w:t>
      </w:r>
      <w:r>
        <w:t>to baad ke scholars ka yeh bohat bara kaam hai ke woh re-write karein aur islam ki true picture ko numayan karein, warna yeh jo shakal ban gayi hai ke islam doosray mazhabon jaisa ban gaya hai,</w:t>
      </w:r>
    </w:p>
    <w:p>
      <w:pPr>
        <w:jc w:val="right"/>
      </w:pPr>
      <w:r>
        <w:t>تو بعد کے سکالرز کا یہ بہت بڑا کام ہے کہ وہ ری رائٹ کریں اور اسلام کی ٹرو پکچر کو نمایاں کریں، ورنہ یہ جو شکل بن گئی ہے کہ اسلام دوسرے مذہبوں جیسا بن گیا ہے،</w:t>
      </w:r>
    </w:p>
    <w:p>
      <w:r>
        <w:rPr>
          <w:b/>
        </w:rPr>
        <w:t xml:space="preserve">[38:17] </w:t>
      </w:r>
      <w:r>
        <w:t>doosray mazhab bane hain text mein milawat ki wajah se, yahan par kya hua? galat interpretation ki wajah se. to yeh hai kaam jo karna hai hum sab logon ko, aur Allah taala hum sab ko tofeeq de ke hum yeh sab kaam karein, aur Allah taala ke deen par jo ghubar aa gaya hai galat interpretation ka, us ghubar ko hatayein, islam ka jo sacha face hai, woh logon ke samnay aa sake.</w:t>
      </w:r>
    </w:p>
    <w:p>
      <w:pPr>
        <w:jc w:val="right"/>
      </w:pPr>
      <w:r>
        <w:t>دوسرے مذہب بنے ہیں ٹیکسٹ میں ملاوٹ کی وجہ سے، یہاں پر کیا ہوا؟ غلط انٹرپریٹیشن کی وجہ سے۔ تو یہ ہے کام جو کرنا ہے ہم سب لوگوں کو، اور اللہ تعالی ہم سب کو توفیق دے کہ ہم یہ سب کام کریں، اور اللہ تعالی کے دین پر جو غبار آ گیا ہے غلط انٹرپریٹیشن کا، اس غبار کو ہٹائیں، اسلام کا جو سچا فیس ہے، وہ لوگوں کے سامنے آ سکے۔</w:t>
      </w:r>
    </w:p>
    <w:p>
      <w:r>
        <w:rPr>
          <w:b/>
        </w:rPr>
        <w:t xml:space="preserve">[38:46] </w:t>
      </w:r>
      <w:r>
        <w:t>aqool qawli hadha wastaghfirullaha li walakum ajmaeen.</w:t>
      </w:r>
    </w:p>
    <w:p>
      <w:pPr>
        <w:jc w:val="right"/>
      </w:pPr>
      <w:r>
        <w:t>أقول قولي هذا واستغفراللہ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